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of Eid Al-Adha June 17, 2024</w:t>
      </w:r>
    </w:p>
    <w:p>
      <w:r>
        <w:t>https://youtu.be/klcwQ-RPPBE</w:t>
      </w:r>
    </w:p>
    <w:p>
      <w:r>
        <w:rPr>
          <w:b/>
        </w:rPr>
        <w:t xml:space="preserve">[00:09] </w:t>
      </w:r>
      <w:r>
        <w:t>bismillah hir rahmani rahim, aaj id ul adha hai. mein sab ko bohat bohat mubarak baat deti hoon aur aap jante hain jaisa ke id ul adha mein sab se bari jo rasam hai woh qurbani ki rasam hai. qurbani ke baray mein musalman itna hi jante hain ke aik janwar ko qurban kar dena hai, baqi us ki spirit ke baray mein logon ko nahi maloom.</w:t>
      </w:r>
    </w:p>
    <w:p>
      <w:pPr>
        <w:jc w:val="right"/>
      </w:pPr>
      <w:r>
        <w:t>बिस्मिल्लाह हिर रहमानी रहीम, आज ईदू लाधा है. मैं सबको बहुत बहुत मुबारक बात देती हूं और आप जानते हैं जैसा कि ईदू लाधा में सबसे बड़ी जो रस्म है वह पुरबानी की रस्म है. कुर्बानी के बारे में मुसलमान इतना ही जानते हैं कि एक जानवर को कुर्बान कर देना है, बाकी उसकी spirit के बारे में लोगों को नहीं मालूम.</w:t>
      </w:r>
    </w:p>
    <w:p>
      <w:r>
        <w:rPr>
          <w:b/>
        </w:rPr>
        <w:t xml:space="preserve">[00:39] </w:t>
      </w:r>
      <w:r>
        <w:t>to lekin jab quran ko hum dekhte hain to quran mein yeh baat batai gayi hai ke Allah ko tumhara gosht aur khoon nahi pohanchta balkay Allah ko tumhare dil ka taqwa pohanchta hai. to taqwa yahi spirit hai ke hum kis jazbay ke sath hum qurbani kar rahe hain to woh jazba Allah taala qabool farmaate hain aur tabhi hamari qurbani jo hai khuda ke liye acceptable hogi.</w:t>
      </w:r>
    </w:p>
    <w:p>
      <w:pPr>
        <w:jc w:val="right"/>
      </w:pPr>
      <w:r>
        <w:t>तो लेकिन जब कुरान को हम देखते हैं तो कुरान में यह बात बताई गई है कि अल्लाह को तुम्हारा गोष्ठ और खून नहीं पहुंचता बल्कि अल्लाह को तुम्हारे दिल का तखवाह पहुंचता है. तो तक़वाह यही spirit है कि हम किस जज़्बे के साथ हम कुर्बानी कर रहे हैं तो वह जज़्बा अल्लाह सालाह कुबूल फ़र्बाते हैं और तभी हमारी कुर्बानी जो है खुदा के लिए acceptable होगी.</w:t>
      </w:r>
    </w:p>
    <w:p>
      <w:r>
        <w:rPr>
          <w:b/>
        </w:rPr>
        <w:t xml:space="preserve">[01:06] </w:t>
      </w:r>
      <w:r>
        <w:t>to sacrifice ke is tarah hum dekhte hai ki do aspect hai. ek uska physical aspect hai aur ek symbolic aspect hai. to qurbani jo hai janwar ki qurbani jo hai wah asal mein janwar ki qurbani nahi hai balki asal mein wah, wah to symbolic sacrifice hai.</w:t>
      </w:r>
    </w:p>
    <w:p>
      <w:pPr>
        <w:jc w:val="right"/>
      </w:pPr>
      <w:r>
        <w:t>तो sacrifice के इस तरह हम देखते है कि दो aspect है. एक उसका physical aspect है और एक symbolic aspect है. तो कुर्बानी जो है जानवर की कुर्बानी जो है वह असल में जानवर की कुर्बानी नहीं है बल्कि असल में वह, वह तो symbolic sacrifice है.</w:t>
      </w:r>
    </w:p>
    <w:p>
      <w:r>
        <w:rPr>
          <w:b/>
        </w:rPr>
        <w:t xml:space="preserve">[01:27] </w:t>
      </w:r>
      <w:r>
        <w:t>asal mein wah hamari qurbani hai jaise hazrat ismail aleh salam ki qurbani hazrat ibrahim aleh salam taiyar ho gaye the. wah physical qurbani ke liye bhi taiyar the lekin allah talah ne unko ek bahut bade ajeeb maqsad ke liye bacha liya aur ek unke bas ek dumbe ki qurbani allah ne karwai.</w:t>
      </w:r>
    </w:p>
    <w:p>
      <w:pPr>
        <w:jc w:val="right"/>
      </w:pPr>
      <w:r>
        <w:t>असल में वह हमारी कुर्बानी है जैसे हजरत इस्माइल अलेह सलाम की कुर्बानी हजरत इब्राहिम अलेह सलाम तैयार हो गए थे. वह physical कुर्बानी के लिए भी तैयार थे लेकिन अल्लाह तालाह ने उनको एक बहुत बड़े अजीब मकसद के लिए बचा लिया और एक उनके बस एक दुम्बे की कुर्बानी अल्लाह ने करवाई.</w:t>
      </w:r>
    </w:p>
    <w:p>
      <w:r>
        <w:rPr>
          <w:b/>
        </w:rPr>
        <w:t xml:space="preserve">[01:51] </w:t>
      </w:r>
      <w:r>
        <w:t>to asal qurbani jo thi wah unka sehra mein rehna, sehra mein jahan koi adam na adamzad na khana na pani kuch nahi, wahan unki maa jo hai hajra unko lekar wahan rahi wahan par wah pale pade us mahaul mein nature ke to wah thi asal qurbani. jabki us zamane mein bade bade shahar the to allah talah ne kyunki shahron mein bahut zyada buraiyan thi.</w:t>
      </w:r>
    </w:p>
    <w:p>
      <w:pPr>
        <w:jc w:val="right"/>
      </w:pPr>
      <w:r>
        <w:t>तो असल कुर्बानी जो थी वह उनका सेहरा में रहना, सेहरा में जहां कोई आदम ना अदमज़ाद ना खाना ना पानी कुछ नहीं, वहां उनकी मां जो है हाजरा उनको लेकर वहां रही वहां पर वह पले पड़े उस माहौल में nature के तो वह थी असल कुरबानी. जबकि उस जमाने में बड़े बड़े शहर थे तो अल्लाह तालाह ने क्योंकि शहरों में बहुत ज़्यादा बुराइयां थी.</w:t>
      </w:r>
    </w:p>
    <w:p>
      <w:r>
        <w:rPr>
          <w:b/>
        </w:rPr>
        <w:t xml:space="preserve">[02:21] </w:t>
      </w:r>
      <w:r>
        <w:t>bahut zyada logon ke andar evil ho gayi thi. log tarah tarah ke buraiyon mein muttala the aur huda ka jo asal paakam tha usko bhool chuke the.</w:t>
      </w:r>
    </w:p>
    <w:p>
      <w:pPr>
        <w:jc w:val="right"/>
      </w:pPr>
      <w:r>
        <w:t>बहुत ज़्यादा लोगों के अंदर evil हो गई थी. लोग तरह तरह के बुराइयों में मुत्तला थे और हुदा का जो असल पाकाम था उसको भूल चुके थे.</w:t>
      </w:r>
    </w:p>
    <w:p>
      <w:r>
        <w:rPr>
          <w:b/>
        </w:rPr>
        <w:t xml:space="preserve">[02:33] </w:t>
      </w:r>
      <w:r>
        <w:t>is wajah se allah tala ne shahara mein ek poori qaum ki fararish ki taaki wah taqreeban dhai hazaar saal ismein lag gaye taaki jab aakhri paigambar aaye to yahi log support karein poori tarah se poori qurbani dekar rasoolullah sallam khatimun nabin ki madad karein aur tahit ka in khilaab jo hai sari duniya mein pahuncha dein.</w:t>
      </w:r>
    </w:p>
    <w:p>
      <w:pPr>
        <w:jc w:val="right"/>
      </w:pPr>
      <w:r>
        <w:t>इस वजह से अल्लाह ताला ने शहरा में एक पूरी कौम की फरवरीश की ताकि वह तकरीबन ढाई हज़ार साल इसमें लग गए ताकि जब आखिरी पैगंबर आए तो यही लोग support करें पूरी तरीके से पूरी कुर्बानी देकर रसूल्लाह सल्लम खातिमुन नबीन की मदद करें और तहित का इन खिलाब जो है सारी दुनिया में पहुंचा दें.</w:t>
      </w:r>
    </w:p>
    <w:p>
      <w:r>
        <w:rPr>
          <w:b/>
        </w:rPr>
        <w:t xml:space="preserve">[03:03] </w:t>
      </w:r>
      <w:r>
        <w:t>to yeh hai real qurbani. to yahi jo hum haji wahan jata hai, yeh yeh sare hadrat ibrahim ale salam ke jo sare marahil unhone tay kiye the, apne safar mein usko dohrata hai aur hum yahan jo log haj par nahi jate hain wah bhi kuch marahil tay karte hain jaise qurbani ke marahil is tarah se jate hain namaz padhne mang, sab yaad karte hain.</w:t>
      </w:r>
    </w:p>
    <w:p>
      <w:pPr>
        <w:jc w:val="right"/>
      </w:pPr>
      <w:r>
        <w:t>तो यह है real कुर्बानी. तो यही जो हम हाज ही वहां जाता है, यह यह सारे हदरत इब्राहिम अले सलाम के जो सारे मराहिल उन्होंने तय किए थे, अपने सफर में उसको दोहराता है और हम यहां जो लोग हाज पर नहीं जाते हैं वह भी कुछ मराहिल तय करते हैं जैसे कुर्बानी के मराहिल इस तरीके से जाते हैं नमाज़ पढ़ने मांग, सब याद करते हैं.</w:t>
      </w:r>
    </w:p>
    <w:p>
      <w:r>
        <w:rPr>
          <w:b/>
        </w:rPr>
        <w:t xml:space="preserve">[03:32] </w:t>
      </w:r>
      <w:r>
        <w:t>eid bakrid aur eid ulza ke bare mein ki kya kya hazrat ibrahim aur ajit ismail ne kya kya safar kiya aur is itne bade ajeeb maqsad ke liye kya kya qurbaniyan di? to yeh sab hum yaad karte hain aur isko renew karne ke liye hum pledge lete hain apne aap ko naya siray se dedicate karte hain. to yeh waqia to char hazaar saal pehle aaya.</w:t>
      </w:r>
    </w:p>
    <w:p>
      <w:pPr>
        <w:jc w:val="right"/>
      </w:pPr>
      <w:r>
        <w:t>ईद बकरीद और ईद उलझा के बारे में कि क्या क्या हजरत इब्राहिम और अजित इस्माइल ने क्या क्या सफर किया और इस इतने बड़े अजिब मकसद के लिए क्या क्या कुर्बानियां दी? तो यह सब हम याद करते हैं और इसको renew करने के लिए हम pledge लेते हैं अपने आप को नया सिरे से dedicate करते हैं. तो यह वाक्या तो चार हज़ार साल पहले आया.</w:t>
      </w:r>
    </w:p>
    <w:p>
      <w:r>
        <w:rPr>
          <w:b/>
        </w:rPr>
        <w:t xml:space="preserve">[03:58] </w:t>
      </w:r>
      <w:r>
        <w:t>pehle pesh aaya, to us waqt adrat ibrahim aur ismail ki qurbani se ek nasal bani aur unhone adrat mohammad sallam ka saath diya. us waqt ki jo aabad duniya thi, usmein khuda ka pragaam pahuncha diya.</w:t>
      </w:r>
    </w:p>
    <w:p>
      <w:pPr>
        <w:jc w:val="right"/>
      </w:pPr>
      <w:r>
        <w:t>पहले पेश आया, तो उस वक्त अद्रत इब्राहिम और इस्माइल की कुर्बानी से एक नस्ल बनी और उन्होंने अद्रत मोहम्मद सल्लम का साथ दिया. उस वक्त की जो आबाद दुनिया थी, उसमें खुदा का प्रागाम पहुंचा दिया.</w:t>
      </w:r>
    </w:p>
    <w:p>
      <w:r>
        <w:rPr>
          <w:b/>
        </w:rPr>
        <w:t xml:space="preserve">[04:16] </w:t>
      </w:r>
      <w:r>
        <w:t>lekin aap jante hain ki musalsal log naye naye generation aa rahi hai, naye naye log hazar saikdo lakhon ki tadad mein paida ho rahe hain aur ab duniya bhi bahut badi ho chuki hai. tab to sirf chand mokaamaad the jo aabad the. to ab ek naya zamana hai aur humko ek naye zamane mein kaam karna hai.</w:t>
      </w:r>
    </w:p>
    <w:p>
      <w:pPr>
        <w:jc w:val="right"/>
      </w:pPr>
      <w:r>
        <w:t>लेकिन आप जानते हैं कि मुसलसल लोग नए नए generation आ रही है, नए नए लोग हज़ार सैकड़ों लाखों की तादार में पैदा हो रहे हैं और अब दुनिया भी बहुत बड़ी हो चुकी है. तब तो सिर्फ चंद मौकामाद थे जो आबाद थे. तो अब एक नया ज़माना है और हमको एक नए ज़माने में काम करना है.</w:t>
      </w:r>
    </w:p>
    <w:p>
      <w:r>
        <w:rPr>
          <w:b/>
        </w:rPr>
        <w:t xml:space="preserve">[04:40] </w:t>
      </w:r>
      <w:r>
        <w:t>to jo allah talah ka jo mansooba tha rajat ibrahim aur rajat ismail ne jisko fulfill kiya to wahi mansoobe ko hum dobara humein fulfill karna hai.</w:t>
      </w:r>
    </w:p>
    <w:p>
      <w:pPr>
        <w:jc w:val="right"/>
      </w:pPr>
      <w:r>
        <w:t>तो जो अल्लाह तालाह का जो मंसूबा था रजत इब्राहिम और रजत इस्माइल ने जिसको fulfill किया तो वही मंसूबे को हम दोबारा हमें fulfill करना है.</w:t>
      </w:r>
    </w:p>
    <w:p>
      <w:r>
        <w:rPr>
          <w:b/>
        </w:rPr>
        <w:t xml:space="preserve">[04:52] </w:t>
      </w:r>
      <w:r>
        <w:t>ek ek mazeed jo hai kyunki ab aaj aap jante hain ki nai technology hai, communication hai, tarah tarah ki facilities hai, religious freedom hai to aaj hum jitna kaam kar sakte hain to wah qadeem zamane mein nahi ho sakta tha. to uske liye humein bahut zyada is baat ka dhyan dena hai ki aur is baat ko samajhna hai ki asal maqsad kya hai?</w:t>
      </w:r>
    </w:p>
    <w:p>
      <w:pPr>
        <w:jc w:val="right"/>
      </w:pPr>
      <w:r>
        <w:t>एक एक मज़ीद जो है क्योंकि अब आज आप जानते हैं कि नई technology है, communication है, तरह तरह की facilities है, religious freedom है तो आज हम जितना काम कर सकते हैं तो वह क़दीम जमाने में नहीं हो सकता था. तो उसके लिए हमें बहुत ज़्यादा इस बात का ध्यान देना है कि और इस बात को समझना है कि असल मकसद क्या है?</w:t>
      </w:r>
    </w:p>
    <w:p>
      <w:r>
        <w:rPr>
          <w:b/>
        </w:rPr>
        <w:t xml:space="preserve">[05:20] </w:t>
      </w:r>
      <w:r>
        <w:t>yeh devjaha ka asal maqsad kya hai? jo tamam jo stages hain haj ke, to uska spirit kya hai? uska maqsad kya hai? usko kis tarah se hum apni zindagi mein apply karein? to yeh samajh lijiye ki haj par jab hum jate hain to yeh qism ka ek rehearsal karte hain.</w:t>
      </w:r>
    </w:p>
    <w:p>
      <w:pPr>
        <w:jc w:val="right"/>
      </w:pPr>
      <w:r>
        <w:t>यह देवजह का असल मकसद क्या है? जो तमाम जो stages हैं हज के, तो उसका spirit क्या है? उसका मकसद क्या है? उसको किस तरीके से हम अपनी ज़िंदगी में apply करें? तो यह समझ लीजिए कि हज पर जब हम जाते हैं तो यह किस्म का एक rehearsal करते हैं.</w:t>
      </w:r>
    </w:p>
    <w:p>
      <w:r>
        <w:rPr>
          <w:b/>
        </w:rPr>
        <w:t xml:space="preserve">[05:42] </w:t>
      </w:r>
      <w:r>
        <w:t>yeh ek training period hota hai aur us training ko lekar ke phir hum taiyar hote hain taaki jo dawa varg hai, jo khuda ka paigam hai, jo aakhri zamane mein yeh allah talan hai ka yeh faisla hai ki sari duniya mein yeh paigam pahunchega, to wah us paigam ko pahunchane mein humein bilkul taiyar rehna hai jo hazir jaise kehta hai labbe kallam aur labbe ka hum hazir hain.</w:t>
      </w:r>
    </w:p>
    <w:p>
      <w:pPr>
        <w:jc w:val="right"/>
      </w:pPr>
      <w:r>
        <w:t>यह एक training period होता है और उस training को लेकर के फिर हम तैयार होते हैं ताकि जो दावा वर्ग है, जो खुदा का पैगाम है, जो आखिरी ज़माने में यह अल्लाह तालान है का यह फ़ैसला है कि सारी दुनिया में यह पैगाम पहुंचेगा, तो वह उस पैगाम को पहुंचाने में हमें बिल्कुल तैयार रहना है जो हाज़िर जैसे कहता है लब्बे कल्लाम और लब्बे का हम हाज़िर हैं.</w:t>
      </w:r>
    </w:p>
    <w:p>
      <w:r>
        <w:rPr>
          <w:b/>
        </w:rPr>
        <w:t xml:space="preserve">[06:10] </w:t>
      </w:r>
      <w:r>
        <w:t>to uska matlab yahi hota hai ki hum khuda ki, khuda ki hugm ki taameel mein hum hazir hain. har tarah ki qurbani kyunki koi bhi mission hota hai to uske liye bahut qurbaniyon ki zaroorat hoti hai.</w:t>
      </w:r>
    </w:p>
    <w:p>
      <w:pPr>
        <w:jc w:val="right"/>
      </w:pPr>
      <w:r>
        <w:t>तो उसका मतलब यही होता है कि हम खोदा की, खोदा की हुग्म की तामील में हम हाज़िर हैं. हर तरह की कुर्बानी क्योंकि कोई भी mission होता है तो उसके लिए बहुत कुर्बानियों की ज़रूरत होती है.</w:t>
      </w:r>
    </w:p>
    <w:p>
      <w:r>
        <w:rPr>
          <w:b/>
        </w:rPr>
        <w:t xml:space="preserve">[06:23] </w:t>
      </w:r>
      <w:r>
        <w:t>to poori har tarah ki qurbani dene ke liye humko apne aap ko taiyar pana chahiye kyunki yeh khuda ka mission hai aur isi mission par hamari aaqrat ke kamyabi ka insaar hai.</w:t>
      </w:r>
    </w:p>
    <w:p>
      <w:pPr>
        <w:jc w:val="right"/>
      </w:pPr>
      <w:r>
        <w:t>तो पूरी हर तरह की कुर्बानी देने के लिए हमको अपने आपको तैयार पाना चाहिए क्योंकि यह खुदा का mission है और इसी mission पर हमारी आकृत के कामयाबी का इंसार है.</w:t>
      </w:r>
    </w:p>
    <w:p>
      <w:r>
        <w:rPr>
          <w:b/>
        </w:rPr>
        <w:t xml:space="preserve">[06:40] </w:t>
      </w:r>
      <w:r>
        <w:t>to hamein yeh ang karna hai ke hum dawat illallah ka jo mansooba tha, jo rasadarat Ibrahim aur</w:t>
      </w:r>
    </w:p>
    <w:p>
      <w:pPr>
        <w:jc w:val="right"/>
      </w:pPr>
      <w:r>
        <w:t>तो हमें यह अंग करना है कि हम दावत इललाह का जो मंसूबा था, जो रसाद्रत इब्राहिम और</w:t>
      </w:r>
    </w:p>
    <w:p>
      <w:r>
        <w:rPr>
          <w:b/>
        </w:rPr>
        <w:t xml:space="preserve">[06:47] </w:t>
      </w:r>
      <w:r>
        <w:t>rasat Ismail ne apni sacrifice ke zariye se poora kiya apne zamane mein aur baad mein taqreeban hazar</w:t>
      </w:r>
    </w:p>
    <w:p>
      <w:pPr>
        <w:jc w:val="right"/>
      </w:pPr>
      <w:r>
        <w:t>रजत इस्माइल ने अपनी sacrifice के जरिए से पूरा किया अपने ज़माने में और बाद में तकरीबन हज़ार</w:t>
      </w:r>
    </w:p>
    <w:p>
      <w:r>
        <w:rPr>
          <w:b/>
        </w:rPr>
        <w:t xml:space="preserve">[06:54] </w:t>
      </w:r>
      <w:r>
        <w:t>baras tak Khuda ka pounchta raha lekin ab naya zamana hai to us naye zamane mein nai nai</w:t>
      </w:r>
    </w:p>
    <w:p>
      <w:pPr>
        <w:jc w:val="right"/>
      </w:pPr>
      <w:r>
        <w:t>बरस तक खुदा का पहुंचता रहा लेकिन अब नया जमाना है तो उस नए जमाने में नई नई</w:t>
      </w:r>
    </w:p>
    <w:p>
      <w:r>
        <w:rPr>
          <w:b/>
        </w:rPr>
        <w:t xml:space="preserve">[07:01] </w:t>
      </w:r>
      <w:r>
        <w:t>jo facilities hain usko hum ko istemal karke hamein nai planning karni hai aur aik international dawah work</w:t>
      </w:r>
    </w:p>
    <w:p>
      <w:pPr>
        <w:jc w:val="right"/>
      </w:pPr>
      <w:r>
        <w:t>जो facilities हैं उसको हम को इस्तेमाल करके हमें नई planning करनी है और एक international दावा work</w:t>
      </w:r>
    </w:p>
    <w:p>
      <w:r>
        <w:rPr>
          <w:b/>
        </w:rPr>
        <w:t xml:space="preserve">[07:08] </w:t>
      </w:r>
      <w:r>
        <w:t>ki planning karni hai.</w:t>
      </w:r>
    </w:p>
    <w:p>
      <w:pPr>
        <w:jc w:val="right"/>
      </w:pPr>
      <w:r>
        <w:t>की planning करनी है.</w:t>
      </w:r>
    </w:p>
    <w:p>
      <w:r>
        <w:rPr>
          <w:b/>
        </w:rPr>
        <w:t xml:space="preserve">[07:15] </w:t>
      </w:r>
      <w:r>
        <w:t>to is tarah se hum khuda ka praram sari duniya mein pahuncha sakte hain. kyunki pehle zamane mein dekhiye ki aadmi oont par chalta tha aur na print media thi, na social media thi. to hum bahut zyada koi bhi praram sari duniya ko pahuncha nahi sakte the.</w:t>
      </w:r>
    </w:p>
    <w:p>
      <w:pPr>
        <w:jc w:val="right"/>
      </w:pPr>
      <w:r>
        <w:t>तो इस तरीके से हम खुदा का प्राराम सारी दुनिया में पहुंचा सकते हैं. क्योंकि पहले जमाने में देखिए कि आदमी ऊंट पर चलता था और ना print media थी, ना social media थी. तो हम बहुत ज़्यादा कोई भी पराम सारी दुनिया को पहुंचा नहीं सकते थे.</w:t>
      </w:r>
    </w:p>
    <w:p>
      <w:r>
        <w:rPr>
          <w:b/>
        </w:rPr>
        <w:t xml:space="preserve">[07:34] </w:t>
      </w:r>
      <w:r>
        <w:t>to yeh agar humko davati shor agar hum jab haj karne jate hain ya hum yahan par hote hain jab qurbani kamal karte hain to agar humein hamare andar yeh davati shor paida ho jaye to hum bahut bada kaam kar sakte hain kyunki har ek qism ka salana davati conference van jayegi. agar humein iska poora ehsaas ho jaye ki hum hamari zindagi ka maqsad kya hai?</w:t>
      </w:r>
    </w:p>
    <w:p>
      <w:pPr>
        <w:jc w:val="right"/>
      </w:pPr>
      <w:r>
        <w:t>तो यह अगर हमको दावती शोर अगर हम जब हज करने जाते हैं या हम यहां पर होते हैं जब कुर्बानी कामल करते हैं तो अगर हमें हमारे अंदर यह दावती शोर पैदा हो जाए तो हम बहुत बड़ा काम कर सकते हैं क्योंकि हर एक किस्म का सालाना दावती conference वन जाएगी. अगर हमें इसका पूरा एहसास हो जाए कि हम हमारी ज़िंदगी का मकसद क्या है?</w:t>
      </w:r>
    </w:p>
    <w:p>
      <w:r>
        <w:rPr>
          <w:b/>
        </w:rPr>
        <w:t xml:space="preserve">[08:01] </w:t>
      </w:r>
      <w:r>
        <w:t>to ummati mislima ka maqsad kya hai? aur asrat mein humein kin kin baaton ki jawabdehi karni hai kyunki yeh jo khuda ka mission hai, khudai mission hai usko insaan hi ko poora karna hai. allah tala farishton ko nahi bhejega. hum hi ko poora karna hai aur hamesha uski puch hogi ki humne jitna samjha tha jitni hum hum koshish kar sakte the utni humne koshish ki ki nahi ki.</w:t>
      </w:r>
    </w:p>
    <w:p>
      <w:pPr>
        <w:jc w:val="right"/>
      </w:pPr>
      <w:r>
        <w:t>तो उम्मती मिस्लिमा का मकसद क्या है? और असरत में हमें किन किन बातों की जवाबदेही करनी है क्योंकि यह जो खुदा का mission है, खुदाई mission है उसको इंसान ही को पूरा करना है. अल्लाह ताला फरिश्तों को नहीं भेजेगा. हम ही को पूरा करना है और हमेशा उसकी पुछ होगी कि हमने जितना समझा था जितनी हम हम कोशिश कर सकते थे उतनी हमने कोशिश की कि नहीं की.</w:t>
      </w:r>
    </w:p>
    <w:p>
      <w:r>
        <w:rPr>
          <w:b/>
        </w:rPr>
        <w:t xml:space="preserve">[08:31] </w:t>
      </w:r>
      <w:r>
        <w:t>to main sabse yahi guzarish karungi ki hum poore tarah se haj ki spirit ko samjhein aur usko apne upar apply karein aur koda ke itne bade mansoobe mein hum apne hissedar bane. to main allah tala se dua karti hoon ki wah humein dawa varg ke liye qubool farmaein. ab main doctor san isnyan se request karungi ki wah apna message share karein.</w:t>
      </w:r>
    </w:p>
    <w:p>
      <w:pPr>
        <w:jc w:val="right"/>
      </w:pPr>
      <w:r>
        <w:t>तो मैं सबसे यही गुज़ारिश करूंगी कि हम पूरे तरीके से हज की spirit को समझें और उसको अपने ऊपर apply करें और कोदा के इतने बड़े मंसूबे में हम अपने हिस्सेदार बने. तो मैं अल्लाह ताला से दुआ करती हूं कि वह हमें दावा वर्ग के लिए कुबूल फरमाएं. अब मैं doctor सान इस्नयन से request करूंगी कि वह अपना message share करें.</w:t>
      </w:r>
    </w:p>
    <w:p>
      <w:r>
        <w:rPr>
          <w:b/>
        </w:rPr>
        <w:t xml:space="preserve">[08:59] </w:t>
      </w:r>
      <w:r>
        <w:t>rabbi shali sadri wa yashili amri, wahilul updattamli sani yafqah qawli. sabse pehle main aap sabko idulaza ki mubarak baat deta hoon aur chand baatein idulaza ke paluk se aapke samne rakhta hoon. is duniya mein jo bhi cheezein hain, hum jante hain ki unke do pehlu hote hain.</w:t>
      </w:r>
    </w:p>
    <w:p>
      <w:pPr>
        <w:jc w:val="right"/>
      </w:pPr>
      <w:r>
        <w:t>रब्बी शैली सदरी व यशिली अमरी, वाहिलुल उपदतम्ली सानी यफकौह कौली. सबसे पहले मैं आप सबको इदुलाज़ा की मुबारक बात देता हूं और चंद बातें इदुलाज़ा के पालुक से आपके सामने रखता हूं. इस दुनिया में जो भी चीज़ें हैं, हम जानते हैं कि उनके दो पहलू होते हैं.</w:t>
      </w:r>
    </w:p>
    <w:p>
      <w:r>
        <w:rPr>
          <w:b/>
        </w:rPr>
        <w:t xml:space="preserve">[09:23] </w:t>
      </w:r>
      <w:r>
        <w:t>ek zahiri pehlu, jise hum outer form keh sakte hain aur ek batini jo inner spirit hai. to jaise insan kjisum ek outer pehlu hai aur aur jo soul hai wah inner hai, wah spirit hai. jo insan ki ki personality hai, body hai, wah ek form hai aur jo jo uski rooh hai, wah asal spirit hai.</w:t>
      </w:r>
    </w:p>
    <w:p>
      <w:pPr>
        <w:jc w:val="right"/>
      </w:pPr>
      <w:r>
        <w:t>एक जाहिरी पहलू, जिसे हम outer form कह सकते हैं और एक बातिनी जो inner spirit है. तो जैसे इंसान कजिसुम एक outer पहलू है और और जो soul है वह inner है, वह spirit है. जो इंसान की की personality है, body है, वह एक form है और जो जो उसकी रूह है, वह असल spirit है.</w:t>
      </w:r>
    </w:p>
    <w:p>
      <w:r>
        <w:rPr>
          <w:b/>
        </w:rPr>
        <w:t xml:space="preserve">[09:50] </w:t>
      </w:r>
      <w:r>
        <w:t>chunki jab insan ki maut aati hai to maut ke baad jo cheez allah ki taraf badhti hai, wah uski rooh hai. body to yahin baqi reh jati hai jo ki ek vehicle ki tarah se hai. isi tarah se jo bhi ibadaten hain, ibadaat hain, haj, roza, namaz, zaqat, in sab ki ek ek form hai aur ek spirit hai, ek ek ek rooh hai.</w:t>
      </w:r>
    </w:p>
    <w:p>
      <w:pPr>
        <w:jc w:val="right"/>
      </w:pPr>
      <w:r>
        <w:t>चूंकि जब इंसान की मौत आती है तो मौत के बाद जो चीज़ अल्लाह की तरफ बढ़ती है, वह उसकी रूह है. Body तो यहीं बाकी रह जाती है जो कि एक vehicle की तरह से है. इसी तरह से जो भी इबादतें हैं, इबादात हैं, हज, रोज़ा, नमाज़, ज़क़ात, इन सब की एक एक form है और एक spirit है, एक एक एक रूह है.</w:t>
      </w:r>
    </w:p>
    <w:p>
      <w:r>
        <w:rPr>
          <w:b/>
        </w:rPr>
        <w:t xml:space="preserve">[10:17] </w:t>
      </w:r>
      <w:r>
        <w:t>to jaise roza hai, usmein khana peena chhodte hain hum aur ek ek waqt tak nahi khate. to yeh to ek form hai, ek zayri shakl hai. lekin jo roze ki spirit hai, wah hai, sabr aur shukr aur aisi namaz jismein hum ruku karte hain, sajda karte hain, tyam karte hain. to yeh bhi ek ziry form hai, outer shakl hai.</w:t>
      </w:r>
    </w:p>
    <w:p>
      <w:pPr>
        <w:jc w:val="right"/>
      </w:pPr>
      <w:r>
        <w:t>तो जैसे रोज़ा है, उसमें खाना पीना छोड़ते हैं हम और एक एक वक्त तक नहीं खाते. तो यह तो एक form है, एक जायरी शकल है. लेकिन जो रोज़े की spirit है, वह है, सब्र और शुक्र और ऐसी नमाज़ जिसमें हम रुकू करते हैं, सज्दा करते हैं, त्याम करते हैं. तो यह भी एक ziry form है, outer शक्ल है.</w:t>
      </w:r>
    </w:p>
    <w:p>
      <w:r>
        <w:rPr>
          <w:b/>
        </w:rPr>
        <w:t xml:space="preserve">[10:45] </w:t>
      </w:r>
      <w:r>
        <w:t>lekin jo namaz ki spirit hai, wah humility hai, tabaze hain. to isi tarah se idulza ki bhi ek shakl hai aur ek spirit hai. jaise hum do rakat namaz padhte hain, masjid jate hain, khudba sunte hain aur ek janwar ki qurbani karte hain.</w:t>
      </w:r>
    </w:p>
    <w:p>
      <w:pPr>
        <w:jc w:val="right"/>
      </w:pPr>
      <w:r>
        <w:t>लेकिन जो नमाज़ की spirit है, वह humility है, तबाज़े हैं. तो इसी तरह से इदुलझा की भी एक शक्ल है और एक spirit है. जैसे हम दो रक्त नमाज़ पढ़ते हैं, मस्जिद जाते हैं, खुदबा सुनते हैं और एक जानवर की कुर्बानी करते हैं.</w:t>
      </w:r>
    </w:p>
    <w:p>
      <w:r>
        <w:rPr>
          <w:b/>
        </w:rPr>
        <w:t xml:space="preserve">[11:11] </w:t>
      </w:r>
      <w:r>
        <w:t>yeh sari cheezen form hain, yeh yeh shakal hain, jaari shakal hain. Lekin Idul Azha ki jo spirit hai, woh sacrifice hai. Sacrifice ka matlab yeh nahi hai ki sirf janwar ko qurbani karna hai jaise aapne abhi bataya balki Quran mein aata hai ki Khuda ko janwar ka gosht aur khoon nahi pahunchta, Khuda ko taqwa pahunchta hai.</w:t>
      </w:r>
    </w:p>
    <w:p>
      <w:pPr>
        <w:jc w:val="right"/>
      </w:pPr>
      <w:r>
        <w:t>यह सारी चीज़ें form हैं, यह यह शक्ल हैं, जारी शक्ल हैं. लेकिन इदुल अज़ा की जो spirit है, वह sacrifice है. Sacrifice का मतलब यह नहीं है कि सिर्फ जानवर को कुर्मान करना है जैसे आपने अभी बताया बल्कि कुरान में आता है कि खुदा को जानवर का गोष्ठ और खून नहीं पहुंचता, ख़ुदा को तक़वाह पहुंचता है.</w:t>
      </w:r>
    </w:p>
    <w:p>
      <w:r>
        <w:rPr>
          <w:b/>
        </w:rPr>
        <w:t xml:space="preserve">[11:39] </w:t>
      </w:r>
      <w:r>
        <w:t>Yaani spirit jo aapke andar hoti hai, woh Allah ko matlab hai aur taqwa kya hai? Taqwa yaani andaruni jazba, jo inner feeling hai insaan ki, ki woh apni zaat ke bajaye Allah ko markaz tawajjuh banaye. Woh apni soch ke bajaye, Allah ki baat ko zyada ahmiyat de.</w:t>
      </w:r>
    </w:p>
    <w:p>
      <w:pPr>
        <w:jc w:val="right"/>
      </w:pPr>
      <w:r>
        <w:t>यानी spirit जो आपके अंदर होती है, वह अल्लाह को मतलब है और तक़वाह क्या है? तक़वाह यानी अंदरूनी जज़्बा, जो inner feeling है इंसान की, कि वह अपनी जात के बजाय अल्लाह को मरकजे तवज्जे बनाएं. वह अपनी सोच के बजाय, अल्लाह की बात को ज़्यादा अहम् दे.</w:t>
      </w:r>
    </w:p>
    <w:p>
      <w:r>
        <w:rPr>
          <w:b/>
        </w:rPr>
        <w:t xml:space="preserve">[12:06] </w:t>
      </w:r>
      <w:r>
        <w:t>Duniya ke bajaye woh aakhirat uska maqsad ho. Maadi taraqqi worldly success ke bajaye roohani taraqqi mein woh sargaram ho.</w:t>
      </w:r>
    </w:p>
    <w:p>
      <w:pPr>
        <w:jc w:val="right"/>
      </w:pPr>
      <w:r>
        <w:t>दुनिया के बजाय वह आख़िरत उसका मकसद हो. माध्यी तरक्की worldly success के बजाय रुहानी तरक्की में वह सरगर्म हो.</w:t>
      </w:r>
    </w:p>
    <w:p>
      <w:r>
        <w:rPr>
          <w:b/>
        </w:rPr>
        <w:t xml:space="preserve">[12:16] </w:t>
      </w:r>
      <w:r>
        <w:t>Toh is tarah ki jo shakhsiyat hai, is tarah ki shakhsiyat banne ke liye usko jahd-o-juhd karni padti hai aur isi ka naam qurbani hai aur jo bhi amal insaan karta hai, woh qurbani ke level pe agar karega, toh wahi Allah ke haan qabil-e-qubool hoga aur isi ko spirit kaha gaya hai. Qurbani darasal spirit kai naam hain.</w:t>
      </w:r>
    </w:p>
    <w:p>
      <w:pPr>
        <w:jc w:val="right"/>
      </w:pPr>
      <w:r>
        <w:t>तो इस तरह की जो शख्सियत है, इस तरह की शख्सियत बनने के लिए उसको जद्दूजहद करनी पड़ती है और इसी का नाम कुर्बानी है और जो भी अमल इंसान करता है, वो कुर्बानी के level पे अगर करेगा, तो वही अल्लाह के हाँ काबिल कुबूल होगा और इसी को spirit कहा गया है. कुर्बानी दरअसल spirit कई नाम हैं.</w:t>
      </w:r>
    </w:p>
    <w:p>
      <w:r>
        <w:rPr>
          <w:b/>
        </w:rPr>
        <w:t xml:space="preserve">[12:45] </w:t>
      </w:r>
      <w:r>
        <w:t>ab jaise, Islam mein Id al-Adha ka salana tyohar hai, to yeh remind karta hai ke Hazrat Ibrahim</w:t>
      </w:r>
    </w:p>
    <w:p>
      <w:pPr>
        <w:jc w:val="right"/>
      </w:pPr>
      <w:r>
        <w:t>अब जैसे, इस्लाम में इदुल अल्जाह का सालाना त्यौहार है, तो यह remind करता है कि हज़ज़ इब्राहिम</w:t>
      </w:r>
    </w:p>
    <w:p>
      <w:r>
        <w:rPr>
          <w:b/>
        </w:rPr>
        <w:t xml:space="preserve">[12:53] </w:t>
      </w:r>
      <w:r>
        <w:t>Alaihi ne jo qurbani di thi, uska aik reminder hai ke char hazar saal pehle Hazrat Ibrahim Alaihi</w:t>
      </w:r>
    </w:p>
    <w:p>
      <w:pPr>
        <w:jc w:val="right"/>
      </w:pPr>
      <w:r>
        <w:t>अली ने जो क़ुर्बानी दी थी, उसका एक reminder है कि चार हज़ार साल पहले हज़र इब्राहिम अली</w:t>
      </w:r>
    </w:p>
    <w:p>
      <w:r>
        <w:rPr>
          <w:b/>
        </w:rPr>
        <w:t xml:space="preserve">[13:01] </w:t>
      </w:r>
      <w:r>
        <w:t>salam Iraq mein paida hue, phir Allah ke hukm se Ibrahim Alaihi salam aur unki family Hajra aur</w:t>
      </w:r>
    </w:p>
    <w:p>
      <w:pPr>
        <w:jc w:val="right"/>
      </w:pPr>
      <w:r>
        <w:t>सलाम Iraq में पैदा हुए, फिर अल्लाह के हुकूम से इब्राहिम अली सलाम और उनकी family हज़रा और</w:t>
      </w:r>
    </w:p>
    <w:p>
      <w:r>
        <w:rPr>
          <w:b/>
        </w:rPr>
        <w:t xml:space="preserve">[13:09] </w:t>
      </w:r>
      <w:r>
        <w:t>Ismail jo ke bachche the, unko, Hajra ko Ismail Alaihi salam ko Hajra Ibrahim ne sehra mein basa diya</w:t>
      </w:r>
    </w:p>
    <w:p>
      <w:pPr>
        <w:jc w:val="right"/>
      </w:pPr>
      <w:r>
        <w:t>इस्माइल जो कि बच्चे थे, उनको, हज़रा को रिस्माईल अल्लाहिस्लाम को हज़रा इब्राहिम ने सहरा में बसा दिया</w:t>
      </w:r>
    </w:p>
    <w:p>
      <w:r>
        <w:rPr>
          <w:b/>
        </w:rPr>
        <w:t xml:space="preserve">[13:17] </w:t>
      </w:r>
      <w:r>
        <w:t>aur phir wahan ek lamba arsa guzra aur wahi jagah hai jahan Rasoolullah sallallahu alaihi wasallam paida hue aur sahaba</w:t>
      </w:r>
    </w:p>
    <w:p>
      <w:pPr>
        <w:jc w:val="right"/>
      </w:pPr>
      <w:r>
        <w:t>और फिर वहां एक लंबा अरसा गुजरा और वही जगह है जहां रसगुल्लाह स्लेम पैदा हुए और साहबा</w:t>
      </w:r>
    </w:p>
    <w:p>
      <w:r>
        <w:rPr>
          <w:b/>
        </w:rPr>
        <w:t xml:space="preserve">[13:25] </w:t>
      </w:r>
      <w:r>
        <w:t>पैदा हुए और Sahaba ने Hazrat Muhammad (S.A.W) की मदद की और एक एक इंकलाब लाए और Dawat</w:t>
      </w:r>
    </w:p>
    <w:p>
      <w:pPr>
        <w:jc w:val="right"/>
      </w:pPr>
      <w:r>
        <w:t>पैदा हुए और साहबा ने हज़द बोहम्मद स्लेम की मदद की और एक एक इंकलाब लाए और दावत</w:t>
      </w:r>
    </w:p>
    <w:p>
      <w:r>
        <w:rPr>
          <w:b/>
        </w:rPr>
        <w:t xml:space="preserve">[13:33] </w:t>
      </w:r>
      <w:r>
        <w:t>ko sari duniya mein phaila diya.</w:t>
      </w:r>
    </w:p>
    <w:p>
      <w:pPr>
        <w:jc w:val="right"/>
      </w:pPr>
      <w:r>
        <w:t>को सारी दुनिया में फैला दिया.</w:t>
      </w:r>
    </w:p>
    <w:p>
      <w:r>
        <w:rPr>
          <w:b/>
        </w:rPr>
        <w:t xml:space="preserve">[13:42] </w:t>
      </w:r>
      <w:r>
        <w:t>Ab Sahaba ke waqiyat hum padhte hain, ek chhota waqiya main lena chahta hoon. Main Rasoolullah (SAW) ne kaha sabse ki is waqt humko, madad ki zaroorat hai. Toh jo bhi jitni zyada help kar sake, yaani jo bhi uske paas samaan hai ya paisa hai, woh laakar dein taaki hamara jo mission hai usmein, uski jo zaruraten hain woh poori hon. Toh log layein.</w:t>
      </w:r>
    </w:p>
    <w:p>
      <w:pPr>
        <w:jc w:val="right"/>
      </w:pPr>
      <w:r>
        <w:t>अब साहब, के वाकियात हम पढ़ते हैं, एक छोटा वाकिया मैं लेना चाहता हूं. मैं रसूल्ला सल्लाह ने कहा सबसे कि इस वक्त हमको, मदद की ज़रूरत है. तो जो भी जितनी ज़्यादा help कर सके, यानी जो भी उसके पास सामान है या पैसा है, वह लाकर दें ताकि हमारा जो mission है उसमें, उसकी जो ज़रूरतें हैं वह पूरी हों. तो लोग लाएं.</w:t>
      </w:r>
    </w:p>
    <w:p>
      <w:r>
        <w:rPr>
          <w:b/>
        </w:rPr>
        <w:t xml:space="preserve">[14:10] </w:t>
      </w:r>
      <w:r>
        <w:t>Us waqt Hazrat Umar (RA) ne socha ki main is baar Abu Bakr ko beat kar dunga. Yaani main itna samaan launga ki Hazrat Abu Bakr hamesha aage hote the unse. Toh Hazrat Umar bahut samaan laye, jo bhi tha paisa ya jo bhi.</w:t>
      </w:r>
    </w:p>
    <w:p>
      <w:pPr>
        <w:jc w:val="right"/>
      </w:pPr>
      <w:r>
        <w:t>उस वक्त हज़ात उमर रजिल्लाहान ने सोचा कि मैं इस बार अबूबकर को beat कर दूंगा. यानी मैं इतना सामान लाऊंगा कि हज़त अबूबकर हमेशा आगे होते थे उनसे. तो हज़त अबूबकर, हज़त उमर बहुत सामान लाए, जो भी था पैसा या जो भी.</w:t>
      </w:r>
    </w:p>
    <w:p>
      <w:r>
        <w:rPr>
          <w:b/>
        </w:rPr>
        <w:t xml:space="preserve">[14:35] </w:t>
      </w:r>
      <w:r>
        <w:t>Lekin woh apne apni wealth ka aadha laye aur Hazrat Abu Bakr apni poori wealth hi le aaye. Rasoolullah (SAW) ne kaha are tumne tum sara hi kuch le aaye ho? Unhone kaha ki mere liye Allah aur Rasool kaafi hain. Haalanki Hazrat Umar ka jo samaan tha, jo paisa tha, woh bahut zyada tha. Yaani taadad ke lihaz se aur Hazrat, Abu Bakr ka kam tha.</w:t>
      </w:r>
    </w:p>
    <w:p>
      <w:pPr>
        <w:jc w:val="right"/>
      </w:pPr>
      <w:r>
        <w:t>लेकिन वह अपने अपनी wealth का आधा लाए और हज़द अबूबकर अपनी पूरी wealth ही ले आए. रसूल्ला ने कहा अरे तुमने तुम सारा ही कुछ ले आए हो? उन्होंने कहा कि मेरे लिए अल्लाह और रसूल काफ़ी है. हालांकि हज़रत उमर का जो सामान था, जो पैसा था, वह बहुत ज़्यादा था. यानी तादाद के लिहाज से और हज़रत, अबूबकर का कम था.</w:t>
      </w:r>
    </w:p>
    <w:p>
      <w:r>
        <w:rPr>
          <w:b/>
        </w:rPr>
        <w:t xml:space="preserve">[15:04] </w:t>
      </w:r>
      <w:r>
        <w:t>Lekin phir bhi woh zyada Allah ke nazdeek qabil-e-qadar tha chunki woh sara ka sara samaan liya hai. Toh yeh hai darasal spirit Hajj ki aur Idul Azha ki.</w:t>
      </w:r>
    </w:p>
    <w:p>
      <w:pPr>
        <w:jc w:val="right"/>
      </w:pPr>
      <w:r>
        <w:t>लेकिन फिर भी वह ज़्यादा अल्लाह के नज़दीक काबिला कदर था चूँकि वह सारा का सारा सामान लिया है. तो यह है दरअसल spirit हज की और इदुल अज़ाह की.</w:t>
      </w:r>
    </w:p>
    <w:p>
      <w:r>
        <w:rPr>
          <w:b/>
        </w:rPr>
        <w:t xml:space="preserve">[15:17] </w:t>
      </w:r>
      <w:r>
        <w:t>Ab jaise hum Hajj mein kuch rituals karte hain, kuch kuch cheezen karte hain, uska bhi ek pehlu hai jo, outer pehlu hai aur ek inner pehlu hai.</w:t>
      </w:r>
    </w:p>
    <w:p>
      <w:pPr>
        <w:jc w:val="right"/>
      </w:pPr>
      <w:r>
        <w:t>अब जैसे हम हज में कुछ rituals करते हैं, कुछ कुछ चीज़ें करते हैं, उसका भी एक पहलू है जो, outer पहलू है और एक inner पहलू है.</w:t>
      </w:r>
    </w:p>
    <w:p>
      <w:r>
        <w:rPr>
          <w:b/>
        </w:rPr>
        <w:t xml:space="preserve">[15:37] </w:t>
      </w:r>
      <w:r>
        <w:t>Aur jaise aap ne kaha ki Hajj darasal Hazrat Ibrahim Ali Salam ki dawat life ka reenactment hai taaki hum, usko samjhein aur apni zindagi mein apply karein. Aam taur se Hajj ko yeh samjha jaata hai ki ek hi waqt hai jo hamein karna hai once in a lifetime, toh woh humne kar liya toh bas yeh ho gaya. Aisa nahi hai. Haji jaakar wahan samajhta hai.</w:t>
      </w:r>
    </w:p>
    <w:p>
      <w:pPr>
        <w:jc w:val="right"/>
      </w:pPr>
      <w:r>
        <w:t>और जैसे आपा ने कहा कि हज दरअसल हज़द इब्राहिम अलई सलाम की दावा life का reenactment है ताकि हम, उसको समझें और अपनी ज़िंदगी में apply करें. आमतौर से हज को यह समझा जाता है कि एक ही वादत है जो हमें करनी है once in a lifetime, तो वह हमने कर लिया तो बस यह हो गया. ऐसा नहीं है. हाजी जाकर वहां समझता है.</w:t>
      </w:r>
    </w:p>
    <w:p>
      <w:r>
        <w:rPr>
          <w:b/>
        </w:rPr>
        <w:t xml:space="preserve">[16:02] </w:t>
      </w:r>
      <w:r>
        <w:t>Woh sab jo acts hain, usko dohrata hai aur woh samajhta hai ki yahi woh kaam hai jo Hazrat Ibrahim Ali Salam ne kiya aur yahi mujhe apni zindagi mein apnana hai. Misal ke taur par Ehram pehanta hai Haji. Toh is baat ki alamat hai ki Hazrat Ibrahim Ali Salam, Ali Islam bhi isi tarah ke kapde pehente the aur bahut hi saada zindagi thi.</w:t>
      </w:r>
    </w:p>
    <w:p>
      <w:pPr>
        <w:jc w:val="right"/>
      </w:pPr>
      <w:r>
        <w:t>वह सब जो acts हैं, उसको दोहराता है और वह समझता है कि यही वह काम है जो हज़रत इब्राही वाले सलाम ने किया और यही मुझे अपनी ज़िंदगी में अपनाना है. मिसाल के तौर पर ऐराम पहनता है हाजी. तो इस बात की अलामत है कि क़ज़त इब्राहिम अलई सलाम, अलई इस्लाम भी इसी तरह के कपड़े पहनते थे और बहुत ही सादा ज़िंदगी थी.</w:t>
      </w:r>
    </w:p>
    <w:p>
      <w:r>
        <w:rPr>
          <w:b/>
        </w:rPr>
        <w:t xml:space="preserve">[16:28] </w:t>
      </w:r>
      <w:r>
        <w:t>Toh Haji bhi is baat ka ahad karta hai ki main bhi jab apne usmein life mein wapas jaunga, real life mein wapas jaunga, toh main bhi apni zindagi ko saada aur ba-maqsad zindagi banaunga.</w:t>
      </w:r>
    </w:p>
    <w:p>
      <w:pPr>
        <w:jc w:val="right"/>
      </w:pPr>
      <w:r>
        <w:t>तो हाजी भी इस बात का अहद करता है कि मैं भी जब अपने उसमें life में वापस जाऊंगा, real life में वापस जाऊंगा, तो मैं भी अपनी ज़िंदगी को सादा और बामकसद ज़िंदगी बनाऊंगा.</w:t>
      </w:r>
    </w:p>
    <w:p>
      <w:r>
        <w:rPr>
          <w:b/>
        </w:rPr>
        <w:t xml:space="preserve">[16:40] </w:t>
      </w:r>
      <w:r>
        <w:t>aise hi tawaaf jo Kaaba ke gird gird chakkar lagana hai saat bar, woh bhi isi cheez ki</w:t>
      </w:r>
    </w:p>
    <w:p>
      <w:pPr>
        <w:jc w:val="right"/>
      </w:pPr>
      <w:r>
        <w:t>ऐसे ही तबाब जो काबा के गिर्द गिर्द चक्कर लगाना है सात बार, वह भी इसी चीज़ की</w:t>
      </w:r>
    </w:p>
    <w:p>
      <w:r>
        <w:rPr>
          <w:b/>
        </w:rPr>
        <w:t xml:space="preserve">[16:46] </w:t>
      </w:r>
      <w:r>
        <w:t>alamat hai ke meri jo daur dhoop hogi, meri jo sar-germi hogi, woh Allah ke gird hogi, woh</w:t>
      </w:r>
    </w:p>
    <w:p>
      <w:pPr>
        <w:jc w:val="right"/>
      </w:pPr>
      <w:r>
        <w:t>अलामत है कि मेरी जो दौर्धूप होगी, मेरी जो सरगर्मी होगी, वह अल्लाह के इर्द गिर्द होगी, वह</w:t>
      </w:r>
    </w:p>
    <w:p>
      <w:r>
        <w:rPr>
          <w:b/>
        </w:rPr>
        <w:t xml:space="preserve">[16:53] </w:t>
      </w:r>
      <w:r>
        <w:t>dawah ke liye hogi aur isi tarah se sa'i jo hai jo Safa aur Marwa ke darmiyan haji</w:t>
      </w:r>
    </w:p>
    <w:p>
      <w:pPr>
        <w:jc w:val="right"/>
      </w:pPr>
      <w:r>
        <w:t>दावत के लिए होगी और इसी तरीके से सई जो है जो सफा और मरवा के दरमियान हाजी</w:t>
      </w:r>
    </w:p>
    <w:p>
      <w:r>
        <w:rPr>
          <w:b/>
        </w:rPr>
        <w:t xml:space="preserve">[17:00] </w:t>
      </w:r>
      <w:r>
        <w:t>bauthta hai aur chalta hai, risk walk karta hai saat bar, woh bhi is baat ki alamat hai</w:t>
      </w:r>
    </w:p>
    <w:p>
      <w:pPr>
        <w:jc w:val="right"/>
      </w:pPr>
      <w:r>
        <w:t>बौटता है और चलता है, risk walk करता है सात बार, वह भी इस बात की अलामत है</w:t>
      </w:r>
    </w:p>
    <w:p>
      <w:r>
        <w:rPr>
          <w:b/>
        </w:rPr>
        <w:t xml:space="preserve">[17:06] </w:t>
      </w:r>
      <w:r>
        <w:t>ki main Allah ke ke kaam ke liye, dawat ke kaam ke liye sargarm rahunga aur daud bhaag</w:t>
      </w:r>
    </w:p>
    <w:p>
      <w:pPr>
        <w:jc w:val="right"/>
      </w:pPr>
      <w:r>
        <w:t>कि मैं अल्लाह के के काम के लिए, दावत के काम के लिए सरगर्म रहूंगा और दौड़ भाग</w:t>
      </w:r>
    </w:p>
    <w:p>
      <w:r>
        <w:rPr>
          <w:b/>
        </w:rPr>
        <w:t xml:space="preserve">[17:13] </w:t>
      </w:r>
      <w:r>
        <w:t>karunga aur aur aur Mina mein jab woh patthar marta hai, kankariyan phenkta hai, pillars par symbolic pillars</w:t>
      </w:r>
    </w:p>
    <w:p>
      <w:pPr>
        <w:jc w:val="right"/>
      </w:pPr>
      <w:r>
        <w:t>करूंगा और और और मिना में जब वह पत्थर मारता है, कंकड़ियां फेंकता है, pillars पर symbolic pillars</w:t>
      </w:r>
    </w:p>
    <w:p>
      <w:r>
        <w:rPr>
          <w:b/>
        </w:rPr>
        <w:t xml:space="preserve">[17:20] </w:t>
      </w:r>
      <w:r>
        <w:t>hain, Saturn ko represent karte hain.</w:t>
      </w:r>
    </w:p>
    <w:p>
      <w:pPr>
        <w:jc w:val="right"/>
      </w:pPr>
      <w:r>
        <w:t>हैं, Saturn को represent करते हैं.</w:t>
      </w:r>
    </w:p>
    <w:p>
      <w:r>
        <w:rPr>
          <w:b/>
        </w:rPr>
        <w:t xml:space="preserve">[17:27] </w:t>
      </w:r>
      <w:r>
        <w:t>Toh woh yeh yaad karta hai ki jab bhi mujhe jab main wapas jaunga apni normal life mein aur Shaitan mujhe bhayankane ki koshish karega, toh main usko mentally pebbles phenkunga aur isi tarike se Mina mein uh-uh tents mein rehna hota hai. Toh Haji is cheez ko yaad karta hai ki Hazrat Ibrahim Ali Salam ki zindagi aise hi thi, tent mein rehte the woh bahut hi saada zindagi thi.</w:t>
      </w:r>
    </w:p>
    <w:p>
      <w:pPr>
        <w:jc w:val="right"/>
      </w:pPr>
      <w:r>
        <w:t>तो वह यह याद करता है कि जब भी मुझे जब मैं वापस जाऊंगा अपनी normal life में और शैतान मुझे भयंकाने की कोशिश करेगा, तो मैं उसको mentally pebbles फेंकूंगा और इसी तरीके से मीना में uh-uh tents में रहना होता है. तो हाजी इस चीज़ को याद करता है कि हज़र्रत इब्राहिम अली सलाम की ज़िंदगी ऐसे ही थी, tent में रहते थे वह बहुत ही साधा ज़िंदगी थी.</w:t>
      </w:r>
    </w:p>
    <w:p>
      <w:r>
        <w:rPr>
          <w:b/>
        </w:rPr>
        <w:t xml:space="preserve">[17:54] </w:t>
      </w:r>
      <w:r>
        <w:t>Toh woh bhi chahega ki woh us zindagi ko apne liye apnaye aur saadgi ikhtiyar kare. Aur Arafat ke maidan mein jab Haji jaata hai toh saare Haji wahan maujood hote hain, taqreeban do million, teen million ke qareeb. Toh woh ek aisa manzar hota hai jaise ki Qayamat ka manzar hoga jab Allah ke saamne saare insaan hazir honge.</w:t>
      </w:r>
    </w:p>
    <w:p>
      <w:pPr>
        <w:jc w:val="right"/>
      </w:pPr>
      <w:r>
        <w:t>तो वह भी चाहेगा कि वह उस ज़िंदगी को अपने लिए अपनाएं और सादगी दिख्तयार करें. और अरफात के मैदान में जब भाजी जाता है तो सारे हाजी वहाँ मौजूद होते हैं, तकरीबन दो million, तीन million के करीब. तो वह एक ऐसा मंज़र होता है जैसे कि त्यामत का मंज़र होगा जब अल्लाह के सामने सारे इंसान हाज़िर होंगे.</w:t>
      </w:r>
    </w:p>
    <w:p>
      <w:r>
        <w:rPr>
          <w:b/>
        </w:rPr>
        <w:t xml:space="preserve">[18:20] </w:t>
      </w:r>
      <w:r>
        <w:t>Toh woh bahut hi ek reminder wala mauka hota hai ki insaan is baat ko yaad rakhe ki usko bhi ek waqt aayega ki Allah ke saamne khada hona hai aur main aakhir mein ek dua leta hoon jo Hazrat Ibrahim Ali Salam ki dua hai, Rabbana alayka tawakkalna, our lord in you we have placed our trust. Ae hamare Rabb, humne tere upar bharosa kiya.</w:t>
      </w:r>
    </w:p>
    <w:p>
      <w:pPr>
        <w:jc w:val="right"/>
      </w:pPr>
      <w:r>
        <w:t>तो वह बहुत ही एक reminder वाला मौका होता है कि इंसान इस बात को याद रखें कि उसको भी एक वक्त आएगा कि अल्लाह के सामने खड़ा होना है और मैं आखिर में एक दुआ लेता हूं जो रजत इब्रहाम अली सलाम की दुआ है, रब्बना अलाई कतवक्कलना, our lord in you we have placed our trust. ऐ हमारे रब्ब, हमने तेरे ऊपर भरोसा किया.</w:t>
      </w:r>
    </w:p>
    <w:p>
      <w:r>
        <w:rPr>
          <w:b/>
        </w:rPr>
        <w:t xml:space="preserve">[18:46] </w:t>
      </w:r>
      <w:r>
        <w:t>Wa ilayka anabna and to you we turn in repentance aur hum teri taraf ruju hue. Wa ilaykal maseer and to you is the final return. Rabbana la taj alna, fiddal lazeena kafaru. Our lord, do not make us a pray for those who deny the truth.</w:t>
      </w:r>
    </w:p>
    <w:p>
      <w:pPr>
        <w:jc w:val="right"/>
      </w:pPr>
      <w:r>
        <w:t>वह इलई का अनबना and to you we turn in repentance और हम तेरी तरफ रुजू हुए. वह इलाहिकल मसीर और तेरी ही तरफ लौटना है and to you is the final return. रब्बनाला तज अल्ना, फिद नतल्लीलाजीन अकफरू. Our lord, do not make us a pray for those who deny the truth.</w:t>
      </w:r>
    </w:p>
    <w:p>
      <w:r>
        <w:rPr>
          <w:b/>
        </w:rPr>
        <w:t xml:space="preserve">[19:11] </w:t>
      </w:r>
      <w:r>
        <w:t>Waghfir lana, ae hamare Rabb humko bakhsh de, and forgive us, our lord. Innaka antal azeez ul hakeem. Beshak, tu zabardast hai, hikmat wala hai, for you alone, you alone are the mighty, wise. Toh aise hi ek aur dua hai jo jab log qurbani karte hain toh yeh dua padhte hain yeh bhi bahut meaningful dua hai.</w:t>
      </w:r>
    </w:p>
    <w:p>
      <w:pPr>
        <w:jc w:val="right"/>
      </w:pPr>
      <w:r>
        <w:t>वक़्फ़िलाना, एहमारे रब हमको बक्श दे, and forgive us, our lord. इन्न का अंतलाज़ीज उल हक़ीम बेशक, तू ज़बरदस्त है, हिक़्मत वाला है, for you alone, you alone are the mighty दवाईज़. तो ऐसे ही एक और दुआ है जो जब लोग कुर्बानी करते हैं तो यह दुआ पढ़ते हैं यह भी बहुत meaningful दुआ है.</w:t>
      </w:r>
    </w:p>
    <w:p>
      <w:r>
        <w:rPr>
          <w:b/>
        </w:rPr>
        <w:t xml:space="preserve">[19:41] </w:t>
      </w:r>
      <w:r>
        <w:t>My prayer and my sacrifice and my life and my death are all for Allah, the lord of the world.</w:t>
      </w:r>
    </w:p>
    <w:p>
      <w:pPr>
        <w:jc w:val="right"/>
      </w:pPr>
      <w:r>
        <w:t>My prayer and my sacrifice and my life and my death are all for अल्लाह, the lord of the world.</w:t>
      </w:r>
    </w:p>
    <w:p>
      <w:r>
        <w:rPr>
          <w:b/>
        </w:rPr>
        <w:t xml:space="preserve">[19:58] </w:t>
      </w:r>
      <w:r>
        <w:t>Toh main dua karta hoon ki Allah Ta'ala hum sabke andar Eid ul Azha ki aur Hajj ki spirit paida karein aur woh spirit yeh hai ki hum apne aap ko dawat ke kaam mein sargaram karein aur hamara mission aur hamari zindagi ka maqsad yeh ho ki hum saare insaanon tak Quran unki understandable zubaan mein pahunchane mein kaamyaab ho sakein. Allah Ta'ala hamari madad farmayein.</w:t>
      </w:r>
    </w:p>
    <w:p>
      <w:pPr>
        <w:jc w:val="right"/>
      </w:pPr>
      <w:r>
        <w:t>तो मैं दुआ करता हूं कि अल्लाह ताल्लाह हम सबके अंदर ईद उलझा की और हज की spirit पैदा करें और वह spirit यह है कि हम अपने आप को दावती काम में सरगम करें और हमारा mission और हमारी ज़िंदगी का मकसद यह हो कि हम सारे इंसानों तक कुरान उनकी understandable जुबान में पहुंचाने में कामयाब हो सके. अल्लाह तालाह हमारी मदद फरमाएं.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