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 Case of Derailment April 25, 2014</w:t>
      </w:r>
    </w:p>
    <w:p>
      <w:r>
        <w:t>https://youtu.be/ERcUTQt6tFY</w:t>
      </w:r>
    </w:p>
    <w:p>
      <w:r>
        <w:rPr>
          <w:b/>
        </w:rPr>
        <w:t xml:space="preserve">[00:14] </w:t>
      </w:r>
      <w:r>
        <w:t>Surah Aal-e-Imran, Ayat number 49. Wa Rasoolan ila Bani Israel: Anni qad Jaitukum bi Ayatim Mir Rabbikum, Anni A'khluqu Lakum Minat Teeni Ka Hay'atil Tair Fa'anfukhu Feehi Fa Yakunu Tairam Bi Idhnillah, Wa Ubri'ul Akmaaha Wal Absara Wa Uhyil Mawta Bi Idhnillah,</w:t>
      </w:r>
    </w:p>
    <w:p>
      <w:pPr>
        <w:jc w:val="right"/>
      </w:pPr>
      <w:r>
        <w:t>سورہ آل عمران، آیت نمبر 49۔ ورسولا إلى بني إسرائيل: أني قد جئتكم بآية من ربكم، أني أخلق لكم من الطين كهيئة الطير فأنفخ فيه فيكون طيراً بإذن الله، وأبري الأكمح والأبرص وأحيي الموتى بإذن الله،</w:t>
      </w:r>
    </w:p>
    <w:p>
      <w:r>
        <w:rPr>
          <w:b/>
        </w:rPr>
        <w:t xml:space="preserve">[00:37] </w:t>
      </w:r>
      <w:r>
        <w:t>Wa Unbi'ukum Bima Ta'kuluna Wa Ma Taddakharuna Fee Buyutikum. Inna Fee Dhalika La Ayatal Lakum In Kuntum Mu'mineen.</w:t>
      </w:r>
    </w:p>
    <w:p>
      <w:pPr>
        <w:jc w:val="right"/>
      </w:pPr>
      <w:r>
        <w:t>وأنبئكم بما تأكلون وما تدخلون في بيوتكم. إن في ذلك لآية لكم إن كنتم مؤمنين.</w:t>
      </w:r>
    </w:p>
    <w:p>
      <w:r>
        <w:rPr>
          <w:b/>
        </w:rPr>
        <w:t xml:space="preserve">[00:47] </w:t>
      </w:r>
      <w:r>
        <w:t>Aur woh Rasool hoga Bani Israel ki taraf ke main tumhare paas tumhare Rabb ki taraf se nishani le kar aaya hoon, main tumhare liye mitti se parinde ki manind soorat banata hoon, phir us mein phoonk maarta hoon,</w:t>
      </w:r>
    </w:p>
    <w:p>
      <w:pPr>
        <w:jc w:val="right"/>
      </w:pPr>
      <w:r>
        <w:t>اور وہ رسول ہوگا بنی اسرائیل کی طرف کہ میں تمہارے پاس تمہارے رب کی طرف سے نشانی لے کر آیا ہوں، میں تمہارے لیے مٹی سے پرندے کی مانند صورت بناتا ہوں، پھر اس میں پھونک مارتا ہوں،</w:t>
      </w:r>
    </w:p>
    <w:p>
      <w:r>
        <w:rPr>
          <w:b/>
        </w:rPr>
        <w:t xml:space="preserve">[01:02] </w:t>
      </w:r>
      <w:r>
        <w:t>Toh woh Allah ke hukum se waqai parinda ban jaati hai, aur main Allah ke hukum se madarzad andhe aur kodhi ko achha karta hoon, aur main Allah ke hukum se murde ko zinda karta hoon, aur main tum ko batata hoon ke tum kya khate ho aur apne gharon mein kya zakheera karte ho, beshak is mein tumhare liye nishani hai agar tum imaan rakhte ho.</w:t>
      </w:r>
    </w:p>
    <w:p>
      <w:pPr>
        <w:jc w:val="right"/>
      </w:pPr>
      <w:r>
        <w:t>تو وہ اللہ کے حکم سے واقعی پرندہ بن جاتی ہے، اور میں اللہ کے حکم سے مادرزاد اندھے اور کوڑھی کو اچھا کرتا ہوں، اور میں اللہ کے حکم سے مردے کو زندہ کرتا ہوں، اور میں تم کو بتاتا ہوں کہ تم کیا کھاتے ہو اور اپنے گھروں میں کیا ذخیرہ کرتے ہو، بے شک اس میں تمہارے لیے نشانی ہے اگر تم ایمان رکھتے ہو۔</w:t>
      </w:r>
    </w:p>
    <w:p>
      <w:r>
        <w:rPr>
          <w:b/>
        </w:rPr>
        <w:t xml:space="preserve">[01:27] </w:t>
      </w:r>
      <w:r>
        <w:t>maulana is ayat ki wazahat farmayen.</w:t>
      </w:r>
    </w:p>
    <w:p>
      <w:pPr>
        <w:jc w:val="right"/>
      </w:pPr>
      <w:r>
        <w:t>مولانا اس آیت کی وضاحت فرمائیں۔</w:t>
      </w:r>
    </w:p>
    <w:p>
      <w:r>
        <w:rPr>
          <w:b/>
        </w:rPr>
        <w:t xml:space="preserve">[01:30] </w:t>
      </w:r>
      <w:r>
        <w:t>bismillah rehman rehim.</w:t>
      </w:r>
    </w:p>
    <w:p>
      <w:pPr>
        <w:jc w:val="right"/>
      </w:pPr>
      <w:r>
        <w:t>بسم اللہ الرحمن الرحیم۔</w:t>
      </w:r>
    </w:p>
    <w:p>
      <w:r>
        <w:rPr>
          <w:b/>
        </w:rPr>
        <w:t xml:space="preserve">[01:35] </w:t>
      </w:r>
      <w:r>
        <w:t>quran ki is ayat mein hazrat masih ke ki jin khusoosiyat ka zikr hai, jin moajzaat ka zikr hai,</w:t>
      </w:r>
    </w:p>
    <w:p>
      <w:pPr>
        <w:jc w:val="right"/>
      </w:pPr>
      <w:r>
        <w:t>قرآن کی اس آیت میں حضرت مسیح کے کی جن خصوصیات کا ذکر ہے، جن معجزات کا ذکر ہے،</w:t>
      </w:r>
    </w:p>
    <w:p>
      <w:r>
        <w:rPr>
          <w:b/>
        </w:rPr>
        <w:t xml:space="preserve">[01:49] </w:t>
      </w:r>
      <w:r>
        <w:t>wo afzaliyat ke aitbar se nahin hain. nabiyon mein koi afzal ya ghair afzal nahin hota hai.</w:t>
      </w:r>
    </w:p>
    <w:p>
      <w:pPr>
        <w:jc w:val="right"/>
      </w:pPr>
      <w:r>
        <w:t>وہ افضلیت کے اعتبار سے نہیں ہیں۔ نبیوں میں کوئی افضل یا غیر افضل نہیں ہوتا ہے۔</w:t>
      </w:r>
    </w:p>
    <w:p>
      <w:r>
        <w:rPr>
          <w:b/>
        </w:rPr>
        <w:t xml:space="preserve">[01:58] </w:t>
      </w:r>
      <w:r>
        <w:t>tamam nabbi aqsa tor par nabbi hote hain. la nufarruq bayna ahad rasool hadith mein bhi is ki sakht tardeed aayi hai ke nabiyon ko afzal aur ghair afzal ke darmiyan banta jaye.</w:t>
      </w:r>
    </w:p>
    <w:p>
      <w:pPr>
        <w:jc w:val="right"/>
      </w:pPr>
      <w:r>
        <w:t>تمام نبی اقصیٰ طور پر نبی ہوتے ہیں۔ لا نفرق بين عهد رسول حدیث میں بھی اس کی سخت تردید آئی ہے کہ نبیوں کو افضل اور غیر افضل کے درمیان بانٹا جائے۔</w:t>
      </w:r>
    </w:p>
    <w:p>
      <w:r>
        <w:rPr>
          <w:b/>
        </w:rPr>
        <w:t xml:space="preserve">[02:16] </w:t>
      </w:r>
      <w:r>
        <w:t>nabiyon ko mukhtalif khusoosiyat di gayi hain. wo khusoosiyat hoti hain</w:t>
      </w:r>
    </w:p>
    <w:p>
      <w:pPr>
        <w:jc w:val="right"/>
      </w:pPr>
      <w:r>
        <w:t>نبیوں کو مختلف خصوصیات دی گئی ہیں۔ وہ خصوصیات ہوتی ہیں</w:t>
      </w:r>
    </w:p>
    <w:p>
      <w:r>
        <w:rPr>
          <w:b/>
        </w:rPr>
        <w:t xml:space="preserve">[02:26] </w:t>
      </w:r>
      <w:r>
        <w:t>is aitbar se ke un ko kaun sa role ada karna hai. mukhtalif anbiya aaye mukhtalif qaumon mein mukhtalif halaat mein.</w:t>
      </w:r>
    </w:p>
    <w:p>
      <w:pPr>
        <w:jc w:val="right"/>
      </w:pPr>
      <w:r>
        <w:t>اس اعتبار سے کہ ان کو کون سا رول ادا کرنا ہے۔ مختلف انبیاء آئے مختلف قوموں میں مختلف حالات میں۔</w:t>
      </w:r>
    </w:p>
    <w:p>
      <w:r>
        <w:rPr>
          <w:b/>
        </w:rPr>
        <w:t xml:space="preserve">[02:37] </w:t>
      </w:r>
      <w:r>
        <w:t>to apne halaat ke aitbar se har nabbi ko koi khaas role ada karna tha. is ke aitbar se unhein mukhtalif qism ke,</w:t>
      </w:r>
    </w:p>
    <w:p>
      <w:pPr>
        <w:jc w:val="right"/>
      </w:pPr>
      <w:r>
        <w:t>تو اپنے حالات کے اعتبار سے ہر نبی کو کوئی خاص رول ادا کرنا تھا۔ اس کے اعتبار سے انہیں مختلف قسم کے،</w:t>
      </w:r>
    </w:p>
    <w:p>
      <w:r>
        <w:rPr>
          <w:b/>
        </w:rPr>
        <w:t xml:space="preserve">[02:51] </w:t>
      </w:r>
      <w:r>
        <w:t>mukhtalif qism ki is ki ki khusoosiyat di gayeen.</w:t>
      </w:r>
    </w:p>
    <w:p>
      <w:pPr>
        <w:jc w:val="right"/>
      </w:pPr>
      <w:r>
        <w:t>مختلف قسم کی اس کی کی خصوصیتیں دی گئیں۔</w:t>
      </w:r>
    </w:p>
    <w:p>
      <w:r>
        <w:rPr>
          <w:b/>
        </w:rPr>
        <w:t xml:space="preserve">[02:56] </w:t>
      </w:r>
      <w:r>
        <w:t>to hazrat masih ko jo cheez di gayi wo un ke role ke aitbar se thi. hazrat masih aik israili paighambar the.</w:t>
      </w:r>
    </w:p>
    <w:p>
      <w:pPr>
        <w:jc w:val="right"/>
      </w:pPr>
      <w:r>
        <w:t>تو حضرت مسیح کو جو چیز دی گئی وہ ان کے رول کے اعتبار سے تھی۔ حضرت مسیح ایک اسرائیلی پیغمبر تھے۔</w:t>
      </w:r>
    </w:p>
    <w:p>
      <w:r>
        <w:rPr>
          <w:b/>
        </w:rPr>
        <w:t xml:space="preserve">[03:09] </w:t>
      </w:r>
      <w:r>
        <w:t>israel ke</w:t>
      </w:r>
    </w:p>
    <w:p>
      <w:pPr>
        <w:jc w:val="right"/>
      </w:pPr>
      <w:r>
        <w:t>اسرائیل کے</w:t>
      </w:r>
    </w:p>
    <w:p>
      <w:r>
        <w:rPr>
          <w:b/>
        </w:rPr>
        <w:t xml:space="preserve">[03:12] </w:t>
      </w:r>
      <w:r>
        <w:t>paighambaron mein wo aakhri paighambar the. to bani israel mein bohat se nabbi aaye.</w:t>
      </w:r>
    </w:p>
    <w:p>
      <w:pPr>
        <w:jc w:val="right"/>
      </w:pPr>
      <w:r>
        <w:t>پیغمبروں میں وہ آخری پیغمبر تھے۔ تو بنی اسرائیل میں بہت سے نبی آئے۔</w:t>
      </w:r>
    </w:p>
    <w:p>
      <w:r>
        <w:rPr>
          <w:b/>
        </w:rPr>
        <w:t xml:space="preserve">[03:22] </w:t>
      </w:r>
      <w:r>
        <w:t>un mein aakhri nabbi the, un mein aakhri nabbi the hazrat masih.</w:t>
      </w:r>
    </w:p>
    <w:p>
      <w:pPr>
        <w:jc w:val="right"/>
      </w:pPr>
      <w:r>
        <w:t>ان میں آخری نبی تھے، ان میں آخری نبی تھے حضرت مسیح۔</w:t>
      </w:r>
    </w:p>
    <w:p>
      <w:r>
        <w:rPr>
          <w:b/>
        </w:rPr>
        <w:t xml:space="preserve">[03:30] </w:t>
      </w:r>
      <w:r>
        <w:t>to us waqt jab yeh hazrat masih aaye to yahood apne daur zawal ke aakhri had par pahunch chuke the. un mein lambi muddat ke baad un ke andar bohat ziyada zawal aa chuka tha.</w:t>
      </w:r>
    </w:p>
    <w:p>
      <w:pPr>
        <w:jc w:val="right"/>
      </w:pPr>
      <w:r>
        <w:t>تو اس وقت جب یہ حضرت مسیح آئے تو یہود اپنے دور زوال کے آخری حد پر پہنچ چکے تھے۔ ان میں لمبی مدت کے بعد ان کے اندر بہت زیادہ زوال آ چکا تھا۔</w:t>
      </w:r>
    </w:p>
    <w:p>
      <w:r>
        <w:rPr>
          <w:b/>
        </w:rPr>
        <w:t xml:space="preserve">[03:45] </w:t>
      </w:r>
      <w:r>
        <w:t>to hazrat masih ka role yeh tha ke wo nihayat hi wazeh dalail ke sath</w:t>
      </w:r>
    </w:p>
    <w:p>
      <w:pPr>
        <w:jc w:val="right"/>
      </w:pPr>
      <w:r>
        <w:t>تو حضرت مسیح کا رول یہ تھا کہ وہ نہایت ہی واضح دلائل کے ساتھ</w:t>
      </w:r>
    </w:p>
    <w:p>
      <w:r>
        <w:rPr>
          <w:b/>
        </w:rPr>
        <w:t xml:space="preserve">[03:56] </w:t>
      </w:r>
      <w:r>
        <w:t>sachai ko batayen bani israel ko. phir ya to wo apni islaah karen</w:t>
      </w:r>
    </w:p>
    <w:p>
      <w:pPr>
        <w:jc w:val="right"/>
      </w:pPr>
      <w:r>
        <w:t>سچائی کو بتائیں بنی اسرائیل کو۔ پھر یا تو وہ اپنی اصلاح کریں</w:t>
      </w:r>
    </w:p>
    <w:p>
      <w:r>
        <w:rPr>
          <w:b/>
        </w:rPr>
        <w:t xml:space="preserve">[04:06] </w:t>
      </w:r>
      <w:r>
        <w:t>ya phir un ko ma'zoor kar diya jaye aur is ke baad nabuwwat bani ismail ki taraf muntaqil kar di jaye.</w:t>
      </w:r>
    </w:p>
    <w:p>
      <w:pPr>
        <w:jc w:val="right"/>
      </w:pPr>
      <w:r>
        <w:t>یا پھر ان کو معذور کر دیا جائے اور اس کے بعد نبوت بنی اسماعیل کی طرف منتقل کر دی جائے۔</w:t>
      </w:r>
    </w:p>
    <w:p>
      <w:r>
        <w:rPr>
          <w:b/>
        </w:rPr>
        <w:t xml:space="preserve">[04:15] </w:t>
      </w:r>
      <w:r>
        <w:t>is aitbar se yeh khusoosiyat ya moajze hazrat masih ko diye gaye. jaisa ke is ayat mein maloom hota hai ke un ko yeh moajza diya gaya tha ke wo murda mein jandar dalte the.</w:t>
      </w:r>
    </w:p>
    <w:p>
      <w:pPr>
        <w:jc w:val="right"/>
      </w:pPr>
      <w:r>
        <w:t>اس اعتبار سے یہ خصوصیات یا معجزے حضرت مسیح کو دیے گئے۔ جیسا کہ اس آیت میں معلوم ہوتا ہے کہ ان کو یہ معجزہ دیا گیا تھا کہ وہ مردہ میں جاندار ڈالتے تھے۔</w:t>
      </w:r>
    </w:p>
    <w:p>
      <w:r>
        <w:rPr>
          <w:b/>
        </w:rPr>
        <w:t xml:space="preserve">[04:36] </w:t>
      </w:r>
      <w:r>
        <w:t>wo mure hue ko zinda kar dete the. wo bimaron ko acha kar dete the.</w:t>
      </w:r>
    </w:p>
    <w:p>
      <w:pPr>
        <w:jc w:val="right"/>
      </w:pPr>
      <w:r>
        <w:t>وہ مرے ہوئے کو زندہ کر دیتے تھے۔ وہ بیماروں کو اچھا کر دیتے تھے۔</w:t>
      </w:r>
    </w:p>
    <w:p>
      <w:r>
        <w:rPr>
          <w:b/>
        </w:rPr>
        <w:t xml:space="preserve">[04:45] </w:t>
      </w:r>
      <w:r>
        <w:t>bimaron ko acha kar dete the. wo bata dete the ke tumhare gharon mein kya hai.</w:t>
      </w:r>
    </w:p>
    <w:p>
      <w:pPr>
        <w:jc w:val="right"/>
      </w:pPr>
      <w:r>
        <w:t>بیماروں کو اچھا کر دیتے تھے۔ وہ بتا دیتے تھے کہ تمہارے گھروں میں کیا ہے۔</w:t>
      </w:r>
    </w:p>
    <w:p>
      <w:r>
        <w:rPr>
          <w:b/>
        </w:rPr>
        <w:t xml:space="preserve">[04:54] </w:t>
      </w:r>
      <w:r>
        <w:t>yeh sab baaten bohat hi</w:t>
      </w:r>
    </w:p>
    <w:p>
      <w:pPr>
        <w:jc w:val="right"/>
      </w:pPr>
      <w:r>
        <w:t>یہ سب باتیں بہت ہی</w:t>
      </w:r>
    </w:p>
    <w:p>
      <w:r>
        <w:rPr>
          <w:b/>
        </w:rPr>
        <w:t xml:space="preserve">[04:59] </w:t>
      </w:r>
      <w:r>
        <w:t>ziyada ajeeb thin. to yeh is liye thin ke yahood ko maloom ho ke yeh aadmi nabbi hai ya Allah ki taraf se hai.</w:t>
      </w:r>
    </w:p>
    <w:p>
      <w:pPr>
        <w:jc w:val="right"/>
      </w:pPr>
      <w:r>
        <w:t>زیادہ عجیب تھیں۔ تو یہ اس لیے تھیں کہ یہود کو معلوم ہو کہ یہ آدمی نبی ہے یا اللہ کی طرف سے ہے۔</w:t>
      </w:r>
    </w:p>
    <w:p>
      <w:r>
        <w:rPr>
          <w:b/>
        </w:rPr>
        <w:t xml:space="preserve">[05:16] </w:t>
      </w:r>
      <w:r>
        <w:t>to is se ya to wo nabbi ko pehchan len aur phir islaah kar len. aur agar wo na pehchanen, islaah na karen to un par itmam e hujjat ho jaye.</w:t>
      </w:r>
    </w:p>
    <w:p>
      <w:pPr>
        <w:jc w:val="right"/>
      </w:pPr>
      <w:r>
        <w:t>تو اس سے یا تو وہ نبی کو پہچان لیں اور پھر اصلاح کر لیں۔ اور اگر وہ نہ پہچانیں، اصلاح نہ کریں تو ان پر اتمام حجت ہو جائے۔</w:t>
      </w:r>
    </w:p>
    <w:p>
      <w:r>
        <w:rPr>
          <w:b/>
        </w:rPr>
        <w:t xml:space="preserve">[05:27] </w:t>
      </w:r>
      <w:r>
        <w:t>itmam e hujjat ka matlab yeh hai ke yeh baat wazeh ho jaye ke aisa nabbi</w:t>
      </w:r>
    </w:p>
    <w:p>
      <w:pPr>
        <w:jc w:val="right"/>
      </w:pPr>
      <w:r>
        <w:t>اتمام حجت کا مطلب یہ ہے کہ یہ بات واضح ہو جائے کہ ایسا نبی</w:t>
      </w:r>
    </w:p>
    <w:p>
      <w:r>
        <w:rPr>
          <w:b/>
        </w:rPr>
        <w:t xml:space="preserve">[05:39] </w:t>
      </w:r>
      <w:r>
        <w:t>jo tumhare paas aaya, jo</w:t>
      </w:r>
    </w:p>
    <w:p>
      <w:pPr>
        <w:jc w:val="right"/>
      </w:pPr>
      <w:r>
        <w:t>جو تمہارے پاس آیا، جو</w:t>
      </w:r>
    </w:p>
    <w:p>
      <w:r>
        <w:rPr>
          <w:b/>
        </w:rPr>
        <w:t xml:space="preserve">[05:47] </w:t>
      </w:r>
      <w:r>
        <w:t>be rooh mein cheez mein zinda zindagi paida karta tha, jo murda ko zinda karta tha, jo</w:t>
      </w:r>
    </w:p>
    <w:p>
      <w:pPr>
        <w:jc w:val="right"/>
      </w:pPr>
      <w:r>
        <w:t>بے روح میں چیز میں زندہ زندگی پیدا کرتا تھا، جو مردہ کو زندہ کرتا تھا، جو</w:t>
      </w:r>
    </w:p>
    <w:p>
      <w:r>
        <w:rPr>
          <w:b/>
        </w:rPr>
        <w:t xml:space="preserve">[06:08] </w:t>
      </w:r>
      <w:r>
        <w:t>jo tum ko is ki jis ki baseerat itni barhi hui thi ke tumhare gharon mein kya hai,</w:t>
      </w:r>
    </w:p>
    <w:p>
      <w:pPr>
        <w:jc w:val="right"/>
      </w:pPr>
      <w:r>
        <w:t>جو تم کو اس کی جس کی بصیرت اتنی بڑی ہوئی تھی کہ تمہارے گھروں میں کیا ہے،</w:t>
      </w:r>
    </w:p>
    <w:p>
      <w:r>
        <w:rPr>
          <w:b/>
        </w:rPr>
        <w:t xml:space="preserve">[06:14] </w:t>
      </w:r>
      <w:r>
        <w:t>woh bata deta tha. is ke bawajood tum ne apni islaah nahi ki.</w:t>
      </w:r>
    </w:p>
    <w:p>
      <w:pPr>
        <w:jc w:val="right"/>
      </w:pPr>
      <w:r>
        <w:t>وہ بتا دیتا تھا۔ اس کے باوجود تم نے اپنی اصلاح نہیں کی۔</w:t>
      </w:r>
    </w:p>
    <w:p>
      <w:r>
        <w:rPr>
          <w:b/>
        </w:rPr>
        <w:t xml:space="preserve">[06:23] </w:t>
      </w:r>
      <w:r>
        <w:t>to yeh is tarah ka itmam-e-hujjat jab ho jaye to un ko ma'zoor kar diya jaye taake unhein daleel ke sath wazeh ho jaye ke tum is qabil, is qabil apne zawal ke nateejay mein is qabil ho chuke the ke ab tumhein mazeed</w:t>
      </w:r>
    </w:p>
    <w:p>
      <w:pPr>
        <w:jc w:val="right"/>
      </w:pPr>
      <w:r>
        <w:t>تو یہ اس طرح کا اتمام حجت جب ہو جائے تو ان کو معذور کر دیا جائے تاکہ انہیں دلیل کے ساتھ واضح ہو جائے کہ تم اس قابل، اس قابل اپنے زوال کے نتیجے میں اس قابل ہو چکے تھے کہ اب تمہیں مزید</w:t>
      </w:r>
    </w:p>
    <w:p>
      <w:r>
        <w:rPr>
          <w:b/>
        </w:rPr>
        <w:t xml:space="preserve">[06:43] </w:t>
      </w:r>
      <w:r>
        <w:t>tumhari hesiyat ko baqi na rakha jaye balke tum ko ma'zoor kar diya jaye aur nabuwat jo hai doosre ko de di jaye. to yeh tha aur yeh waqe'atan aisa hi hua.</w:t>
      </w:r>
    </w:p>
    <w:p>
      <w:pPr>
        <w:jc w:val="right"/>
      </w:pPr>
      <w:r>
        <w:t>تمہاری حیثیت کو باقی نہ رکھا جائے بلکہ تم کو معذور کر دیا جائے اور نبوت جو ہے دوسرے کو دے دی جائے۔ تو یہ تھا اور یہ واقعتا ایسا ہی ہوا۔</w:t>
      </w:r>
    </w:p>
    <w:p>
      <w:r>
        <w:rPr>
          <w:b/>
        </w:rPr>
        <w:t xml:space="preserve">[06:56] </w:t>
      </w:r>
      <w:r>
        <w:t>waqe'atan aisa hi hua. Hazrat Masih Rasool Allah sallallahu alaihi wasallam se taqreeban chaudah so saal pehle aaye the.</w:t>
      </w:r>
    </w:p>
    <w:p>
      <w:pPr>
        <w:jc w:val="right"/>
      </w:pPr>
      <w:r>
        <w:t>واقعتا ایسا ہی ہوا۔ حضرت مسیح رسول اللہ صلی اللہ علیہ وسلم سے تقریباً چودہ سو سال پہلے آئے تھے۔</w:t>
      </w:r>
    </w:p>
    <w:p>
      <w:r>
        <w:rPr>
          <w:b/>
        </w:rPr>
        <w:t xml:space="preserve">[07:07] </w:t>
      </w:r>
      <w:r>
        <w:t>to waqe'atan aisi hua ke itne ghair ma'mooli mu'jizat ko dekhne ke bawajood un ki islaah nahi hui.</w:t>
      </w:r>
    </w:p>
    <w:p>
      <w:pPr>
        <w:jc w:val="right"/>
      </w:pPr>
      <w:r>
        <w:t>تو واقعتا ایسی ہوا کہ اتنے غیر معمولی معجزات کو دیکھنے کے باوجود ان کی اصلاح نہیں ہوئی۔</w:t>
      </w:r>
    </w:p>
    <w:p>
      <w:r>
        <w:rPr>
          <w:b/>
        </w:rPr>
        <w:t xml:space="preserve">[07:18] </w:t>
      </w:r>
      <w:r>
        <w:t>woh is Hazrat Masih par imaan nahi rahe to un ko ma'zoor kar diya gaya.</w:t>
      </w:r>
    </w:p>
    <w:p>
      <w:pPr>
        <w:jc w:val="right"/>
      </w:pPr>
      <w:r>
        <w:t>وہ اس حضرت مسیح پر ایمان نہیں رہے تو ان کو معذور کر دیا گیا۔</w:t>
      </w:r>
    </w:p>
    <w:p>
      <w:r>
        <w:rPr>
          <w:b/>
        </w:rPr>
        <w:t xml:space="preserve">[07:26] </w:t>
      </w:r>
      <w:r>
        <w:t>yahan par yeh sawal hai ke itne bare bare mu'jizat ke bawajood kya wajah hai ke Yahood ko, yani matlab zawal yafta Yahood ko, yaad rakhiye, Yahood ka matlab yeh nahi ke Yahoodi koi saanp bichhoo ki tarah shuru hi se paidaishi taur par bure the, yeh matlab nahi hai.</w:t>
      </w:r>
    </w:p>
    <w:p>
      <w:pPr>
        <w:jc w:val="right"/>
      </w:pPr>
      <w:r>
        <w:t>یہاں پر یہ سوال ہے کہ اتنے بڑے بڑے معجزات کے باوجود کیا وجہ ہے کہ یہود کو، یعنی مطلب زوال یافتہ یہود کو، یاد رکھیے، یہود کا مطلب یہ نہیں کہ یہودی کوئی سانپ بچھو کی طرح شروع ہی سے پیدائشی طور پر برے تھے، یہ مطلب نہیں ہے۔</w:t>
      </w:r>
    </w:p>
    <w:p>
      <w:r>
        <w:rPr>
          <w:b/>
        </w:rPr>
        <w:t xml:space="preserve">[07:48] </w:t>
      </w:r>
      <w:r>
        <w:t>yeh baat hai un ke daur-e-zawal ki.</w:t>
      </w:r>
    </w:p>
    <w:p>
      <w:pPr>
        <w:jc w:val="right"/>
      </w:pPr>
      <w:r>
        <w:t>یہ بات ہے ان کے دور زوال کی۔</w:t>
      </w:r>
    </w:p>
    <w:p>
      <w:r>
        <w:rPr>
          <w:b/>
        </w:rPr>
        <w:t xml:space="preserve">[07:54] </w:t>
      </w:r>
      <w:r>
        <w:t>daur-e-zawal ki. to daur-e-zawal mein jo nafsiyat ban jati hai woh is se maloom hoti hai. ek nafsiyat ban jati hai jo rukawat ban jati hai baaton ko samajhne ke liye.</w:t>
      </w:r>
    </w:p>
    <w:p>
      <w:pPr>
        <w:jc w:val="right"/>
      </w:pPr>
      <w:r>
        <w:t>دور زوال کی۔ تو دور زوال میں جو نفسیات بن جاتی ہے وہ اس سے معلوم ہوتی ہے۔ ایک نفسیات بن جاتی ہے جو رکاوٹ بن جاتی ہے باتوں کو سمجھنے کے لیے۔</w:t>
      </w:r>
    </w:p>
    <w:p>
      <w:r>
        <w:rPr>
          <w:b/>
        </w:rPr>
        <w:t xml:space="preserve">[08:09] </w:t>
      </w:r>
      <w:r>
        <w:t>is ko aaj kal ki zuban mein keh sakte hain self righteousness, yani apne aap ko durust samajhna, apne aap ko rah-e-rast par samajhna.</w:t>
      </w:r>
    </w:p>
    <w:p>
      <w:pPr>
        <w:jc w:val="right"/>
      </w:pPr>
      <w:r>
        <w:t>اس کو آج کل کی زبان میں کہہ سکتے ہیں سیلف رائچوسنس، یعنی اپنے آپ کو درست سمجھنا، اپنے آپ کو راہ راست پر سمجھنا۔</w:t>
      </w:r>
    </w:p>
    <w:p>
      <w:r>
        <w:rPr>
          <w:b/>
        </w:rPr>
        <w:t xml:space="preserve">[08:22] </w:t>
      </w:r>
      <w:r>
        <w:t>is ma'mle mein bilkul pakka aqeedah ho jaye ke hum to rah-e-rast par hain hi, humare andar koi kami to hai nahi. to Yahood ka case is waqt self righteousness ka case ban chuka tha.</w:t>
      </w:r>
    </w:p>
    <w:p>
      <w:pPr>
        <w:jc w:val="right"/>
      </w:pPr>
      <w:r>
        <w:t>اس معاملے میں بالکل پکا عقیدہ ہو جائے کہ ہم تو راہ راست پر ہیں ہی، ہمارے اندر کوئی کمی تو ہے نہیں۔ تو یہود کا کیس اس وقت سیلف رائچوسنس کا کیس بن چکا تھا۔</w:t>
      </w:r>
    </w:p>
    <w:p>
      <w:r>
        <w:rPr>
          <w:b/>
        </w:rPr>
        <w:t xml:space="preserve">[08:35] </w:t>
      </w:r>
      <w:r>
        <w:t>woh samajhte the ke hum to bilkul theek hain, hum sirat-e-mustaqeem par hain, hum deen par hain.</w:t>
      </w:r>
    </w:p>
    <w:p>
      <w:pPr>
        <w:jc w:val="right"/>
      </w:pPr>
      <w:r>
        <w:t>وہ سمجھتے تھے کہ ہم تو بالکل ٹھیک ہیں، ہم صراط مستقیم پر ہیں، ہم دین پر ہیں۔</w:t>
      </w:r>
    </w:p>
    <w:p>
      <w:r>
        <w:rPr>
          <w:b/>
        </w:rPr>
        <w:t xml:space="preserve">[08:45] </w:t>
      </w:r>
      <w:r>
        <w:t>humare jo bare bare akabir hain un ke muqable mein Masih ko kam samajhte the. woh isi liye woh un ke dar pe ho gaye ke un ko sooli pe charha dein.</w:t>
      </w:r>
    </w:p>
    <w:p>
      <w:pPr>
        <w:jc w:val="right"/>
      </w:pPr>
      <w:r>
        <w:t>ہمارے جو بڑے بڑے اکابر ہیں ان کے مقابلے میں مسیح کو کم سمجھتے تھے۔ وہ اسی لیے وہ ان کے در پہ ہو گئے کہ ان کو سولی پہ چڑھا دیں۔</w:t>
      </w:r>
    </w:p>
    <w:p>
      <w:r>
        <w:rPr>
          <w:b/>
        </w:rPr>
        <w:t xml:space="preserve">[08:56] </w:t>
      </w:r>
      <w:r>
        <w:t>unhone khud apne akabir ko jo darja de rakha tha,</w:t>
      </w:r>
    </w:p>
    <w:p>
      <w:pPr>
        <w:jc w:val="right"/>
      </w:pPr>
      <w:r>
        <w:t>انہوں نے خود اپنے اکابر کو جو درجہ دے رکھا تھا،</w:t>
      </w:r>
    </w:p>
    <w:p>
      <w:r>
        <w:rPr>
          <w:b/>
        </w:rPr>
        <w:t xml:space="preserve">[09:00] </w:t>
      </w:r>
      <w:r>
        <w:t>apne ahbar o rubban ko, apne mashaikh ko aur apne ulama ko, woh itna bara tha, itna bara tha ke is ke muqable mein unhein Hazrat Masih bhi chhote dikhai padte the.</w:t>
      </w:r>
    </w:p>
    <w:p>
      <w:pPr>
        <w:jc w:val="right"/>
      </w:pPr>
      <w:r>
        <w:t>اپنے احبار و ربان کو، اپنے مشائخ کو اور اپنے علماء کو، وہ اتنا بڑا تھا، اتنا بڑا تھا کہ اس کے مقابلے میں انہیں حضرت مسیح بھی چھوٹے دکھائی پڑتے تھے۔</w:t>
      </w:r>
    </w:p>
    <w:p>
      <w:r>
        <w:rPr>
          <w:b/>
        </w:rPr>
        <w:t xml:space="preserve">[09:13] </w:t>
      </w:r>
      <w:r>
        <w:t>yani ba-taur-e-baur khud ek mufrada jo un ka tha, apne apne khud sakhta mufrada ke taur par unhone apne baron ko itna bara ooncha darja de rakha tha ke Hazrat Masih bhi un ko kam darate the.</w:t>
      </w:r>
    </w:p>
    <w:p>
      <w:pPr>
        <w:jc w:val="right"/>
      </w:pPr>
      <w:r>
        <w:t>یعنی بطور بطور خود ایک مفروضہ جو ان کا تھا، اپنے اپنے خود ساختہ مفروضے کے طور پر انہوں نے اپنے بڑوں کو اتنا بڑا اونچا درجہ دے رکھا تھا کہ حضرت مسیح بھی ان کو کم ڈراتے تھے۔</w:t>
      </w:r>
    </w:p>
    <w:p>
      <w:r>
        <w:rPr>
          <w:b/>
        </w:rPr>
        <w:t xml:space="preserve">[09:29] </w:t>
      </w:r>
      <w:r>
        <w:t>is mein hota yeh hai ke</w:t>
      </w:r>
    </w:p>
    <w:p>
      <w:pPr>
        <w:jc w:val="right"/>
      </w:pPr>
      <w:r>
        <w:t>اس میں ہوتا یہ ہے کہ</w:t>
      </w:r>
    </w:p>
    <w:p>
      <w:r>
        <w:rPr>
          <w:b/>
        </w:rPr>
        <w:t xml:space="preserve">[09:34] </w:t>
      </w:r>
      <w:r>
        <w:t>ke Masih to un ke samne hain aur jo un ke akabir the woh mazi guzri hui tareekh se ta'alluq rakhte the.</w:t>
      </w:r>
    </w:p>
    <w:p>
      <w:pPr>
        <w:jc w:val="right"/>
      </w:pPr>
      <w:r>
        <w:t>کہ مسیح تو ان کے سامنے ہیں اور جو ان کے اکابر تھے وہ ماضی گزری ہوئی تاریخ سے تعلق رکھتے تھے۔</w:t>
      </w:r>
    </w:p>
    <w:p>
      <w:r>
        <w:rPr>
          <w:b/>
        </w:rPr>
        <w:t xml:space="preserve">[09:44] </w:t>
      </w:r>
      <w:r>
        <w:t>to un ke bare mein ajeeb o ghareeb kuch kahaniyan, ajeeb qism ke afsanay, un ki azmat ke ajeeb o ghareeb tasawwurat, to is se ek ek farzi tasawwur akabir ka ban jata tha.</w:t>
      </w:r>
    </w:p>
    <w:p>
      <w:pPr>
        <w:jc w:val="right"/>
      </w:pPr>
      <w:r>
        <w:t>تو ان کے بارے میں عجیب و غریب کچھ کہانیاں، عجیب قسم کے افسانے، ان کی عظمت کے عجیب و غریب تصورات، تو اس سے ایک ایک فرضی تصور اکابر کا بن جاتا تھا۔</w:t>
      </w:r>
    </w:p>
    <w:p>
      <w:r>
        <w:rPr>
          <w:b/>
        </w:rPr>
        <w:t xml:space="preserve">[09:57] </w:t>
      </w:r>
      <w:r>
        <w:t>to is mufrada akabir ke muqable mein un ko Masih kam nazar aate the. to woh samajhte the ke hum to akabir ke deen par hain, hum mein kya kami hai.</w:t>
      </w:r>
    </w:p>
    <w:p>
      <w:pPr>
        <w:jc w:val="right"/>
      </w:pPr>
      <w:r>
        <w:t>تو اس مفروضہ اکابر کے مقابلے میں ان کو مسیح کم نظر آتے تھے۔ تو وہ سمجھتے تھے کہ ہم تو اکابر کے دین پر ہیں، ہم میں کیا کمی ہے۔</w:t>
      </w:r>
    </w:p>
    <w:p>
      <w:r>
        <w:rPr>
          <w:b/>
        </w:rPr>
        <w:t xml:space="preserve">[10:09] </w:t>
      </w:r>
      <w:r>
        <w:t>aur doosri baat yeh hai ke daur-e-zawal mein yeh hota hai ke aadmi ek self styled model bana leta hai.</w:t>
      </w:r>
    </w:p>
    <w:p>
      <w:pPr>
        <w:jc w:val="right"/>
      </w:pPr>
      <w:r>
        <w:t>اور دوسری بات یہ ہے کہ دور زوال میں یہ ہوتا ہے کہ آدمی ایک سیلف اسٹائل ماڈل بنا لیتا ہے۔</w:t>
      </w:r>
    </w:p>
    <w:p>
      <w:r>
        <w:rPr>
          <w:b/>
        </w:rPr>
        <w:t xml:space="preserve">[10:18] </w:t>
      </w:r>
      <w:r>
        <w:t>qaumein jo hain jab zawal ko pahunchti hain to ek self styled model,</w:t>
      </w:r>
    </w:p>
    <w:p>
      <w:pPr>
        <w:jc w:val="right"/>
      </w:pPr>
      <w:r>
        <w:t>قومیں جو ہیں جب زوال کو پہنچتی ہیں تو ایک سیلف اسٹائل ماڈل،</w:t>
      </w:r>
    </w:p>
    <w:p>
      <w:r>
        <w:rPr>
          <w:b/>
        </w:rPr>
        <w:t xml:space="preserve">[10:27] </w:t>
      </w:r>
      <w:r>
        <w:t>jo ke spirit par mabni nahi hota, form par mabni hota. khaas tarah ka kapda, khaas tarah ki topi, khaas tarah ki waza' qata', khaas andaaz mein kalam karna,</w:t>
      </w:r>
    </w:p>
    <w:p>
      <w:pPr>
        <w:jc w:val="right"/>
      </w:pPr>
      <w:r>
        <w:t>جو کہ اسپرٹ پر مبنی نہیں ہوتا، فارم پر مبنی ہوتا۔ خاص طرح کا کپڑا، خاص طرح کی ٹوپی، خاص طرح کی وضع قطع، خاص انداز میں کلام کرنا،</w:t>
      </w:r>
    </w:p>
    <w:p>
      <w:r>
        <w:rPr>
          <w:b/>
        </w:rPr>
        <w:t xml:space="preserve">[10:42] </w:t>
      </w:r>
      <w:r>
        <w:t>aik khaas tarah ka culture</w:t>
      </w:r>
    </w:p>
    <w:p>
      <w:pPr>
        <w:jc w:val="right"/>
      </w:pPr>
      <w:r>
        <w:t>ایک خاص طرح کا کلچر</w:t>
      </w:r>
    </w:p>
    <w:p>
      <w:r>
        <w:rPr>
          <w:b/>
        </w:rPr>
        <w:t xml:space="preserve">[10:45] </w:t>
      </w:r>
      <w:r>
        <w:t>to aik cultural identity bana lete hain, aisi samajhte hain ke maseeha hai sab se bari cheez. aur is zamane mein yahood ke darmiyan aisi hui thi.</w:t>
      </w:r>
    </w:p>
    <w:p>
      <w:pPr>
        <w:jc w:val="right"/>
      </w:pPr>
      <w:r>
        <w:t>۔ تو ایک کلچرل آئیڈینٹی بنا لیتے ہیں، ایسی سمجھتے ہیں کہ مسیحہ ہے سب سے بڑی چیز۔ اور اس زمانے میں یہود کے درمیان ایسی ہوئی تھی۔</w:t>
      </w:r>
    </w:p>
    <w:p>
      <w:r>
        <w:rPr>
          <w:b/>
        </w:rPr>
        <w:t xml:space="preserve">[10:55] </w:t>
      </w:r>
      <w:r>
        <w:t>yani Hazrat Masih ke zamane mein jo yahood thay, jo zawal yafta yahood thay, woh haqeeqatan deen Khuda par nahi thay, apne khud sakhta culture par thay.</w:t>
      </w:r>
    </w:p>
    <w:p>
      <w:pPr>
        <w:jc w:val="right"/>
      </w:pPr>
      <w:r>
        <w:t>یعنی حضرت مسیح کے زمانے میں جو یہود تھے، جو زوال یافتہ یہود تھے، وہ حقیقتاً دین خدا پر نہیں تھے، اپنے خود ساختہ کلچر پر تھے۔</w:t>
      </w:r>
    </w:p>
    <w:p>
      <w:r>
        <w:rPr>
          <w:b/>
        </w:rPr>
        <w:t xml:space="preserve">[11:07] </w:t>
      </w:r>
      <w:r>
        <w:t>woh to culture to aik zahiri alamat par hota hai.</w:t>
      </w:r>
    </w:p>
    <w:p>
      <w:pPr>
        <w:jc w:val="right"/>
      </w:pPr>
      <w:r>
        <w:t>وہ تو کلچر تو ایک ظاہری علامت پر ہوتا ہے۔</w:t>
      </w:r>
    </w:p>
    <w:p>
      <w:r>
        <w:rPr>
          <w:b/>
        </w:rPr>
        <w:t xml:space="preserve">[11:13] </w:t>
      </w:r>
      <w:r>
        <w:t>culture ka matlab aik khaas tarah ka rehan sehan, khaas tarah ka waza qata, khaas andaaz mein bolna, khaas andaaz mein chalna, yani zahiri aitbaar se aik khaas tarah ka waza qata ban jaye.</w:t>
      </w:r>
    </w:p>
    <w:p>
      <w:pPr>
        <w:jc w:val="right"/>
      </w:pPr>
      <w:r>
        <w:t>کلچر کا مطلب ایک خاص طرح کا رہن سہن، خاص طرح کا وضع قطع، خاص انداز میں بولنا، خاص انداز میں چلنا، یعنی ظاہری اعتبار سے ایک خاص طرح کا وضع قطع بن جائے۔</w:t>
      </w:r>
    </w:p>
    <w:p>
      <w:r>
        <w:rPr>
          <w:b/>
        </w:rPr>
        <w:t xml:space="preserve">[11:29] </w:t>
      </w:r>
      <w:r>
        <w:t>teesri ko mein keh raha hoon ke self style criterion, yani deen ka aik khud sakhta meyar, woh bana liya tha unhone.</w:t>
      </w:r>
    </w:p>
    <w:p>
      <w:pPr>
        <w:jc w:val="right"/>
      </w:pPr>
      <w:r>
        <w:t>تیسری کو میں کہہ رہا ہوں کہ سیلف اسٹائل کرائٹیرین، یعنی دین کا ایک خود ساختہ معیار، وہ بنا لیا تھا انہوں نے۔</w:t>
      </w:r>
    </w:p>
    <w:p>
      <w:r>
        <w:rPr>
          <w:b/>
        </w:rPr>
        <w:t xml:space="preserve">[11:40] </w:t>
      </w:r>
      <w:r>
        <w:t>toh woh samajhte thay ke hum toh bilkul theek hain.</w:t>
      </w:r>
    </w:p>
    <w:p>
      <w:pPr>
        <w:jc w:val="right"/>
      </w:pPr>
      <w:r>
        <w:t>تو وہ سمجھتے تھے کہ ہم تو بالکل ٹھیک ہیں۔</w:t>
      </w:r>
    </w:p>
    <w:p>
      <w:r>
        <w:rPr>
          <w:b/>
        </w:rPr>
        <w:t xml:space="preserve">[11:43] </w:t>
      </w:r>
      <w:r>
        <w:t>unka apna jo banaya hua meyar tha, self style criterion, us par jab woh dekhte thay toh apne ko bilkul poora paate thay.</w:t>
      </w:r>
    </w:p>
    <w:p>
      <w:pPr>
        <w:jc w:val="right"/>
      </w:pPr>
      <w:r>
        <w:t>ان کا اپنا جو بنایا ہوا معیار تھا، سیلف اسٹائل کرائٹیرین، اس پر جب وہ دیکھتے تھے تو اپنے کو بالکل پورا پاتے تھے۔</w:t>
      </w:r>
    </w:p>
    <w:p>
      <w:r>
        <w:rPr>
          <w:b/>
        </w:rPr>
        <w:t xml:space="preserve">[11:52] </w:t>
      </w:r>
      <w:r>
        <w:t>apne ko bilkul theek hai, hamari kami kya hai? yeh yahood ka zahira nahi hai, yeh zawal ka zahira hai.</w:t>
      </w:r>
    </w:p>
    <w:p>
      <w:pPr>
        <w:jc w:val="right"/>
      </w:pPr>
      <w:r>
        <w:t>اپنے کو بالکل ٹھیک ہے، ہماری کمی کیا ہے؟ یہ یہود کا ظاہرہ نہیں ہے، یہ زوال کا ظاہرہ ہے۔</w:t>
      </w:r>
    </w:p>
    <w:p>
      <w:r>
        <w:rPr>
          <w:b/>
        </w:rPr>
        <w:t xml:space="preserve">[12:04] </w:t>
      </w:r>
      <w:r>
        <w:t>jo ummat bhi apne zawal ke daur mein pahunchi hogi toh uske andar bhi yahi sab baatein paida ho jayengi.</w:t>
      </w:r>
    </w:p>
    <w:p>
      <w:pPr>
        <w:jc w:val="right"/>
      </w:pPr>
      <w:r>
        <w:t>جو امت بھی اپنے زوال کے دور میں پہنچی ہوگی تو اس کے اندر بھی یہی سب باتیں پیدا ہو جائیں گی۔</w:t>
      </w:r>
    </w:p>
    <w:p>
      <w:r>
        <w:rPr>
          <w:b/>
        </w:rPr>
        <w:t xml:space="preserve">[12:13] </w:t>
      </w:r>
      <w:r>
        <w:t>aur jaisa ke hadith mein aaya hai, hadith mein aaya hai bohat hi saaf saaf ke yeh ummat bhi baad ke zamane mein, yani zawal ke zamane mein, mukammal taur par yahood ka namoona ban jayegi.</w:t>
      </w:r>
    </w:p>
    <w:p>
      <w:pPr>
        <w:jc w:val="right"/>
      </w:pPr>
      <w:r>
        <w:t>اور جیسا کہ حدیث میں آیا ہے، حدیث میں آیا ہے بہت ہی صاف صاف کہ یہ امت بھی بعد کے زمانے میں، یعنی زوال کے زمانے میں، مکمل طور پر یہود کا نمونہ بن جائے گی۔</w:t>
      </w:r>
    </w:p>
    <w:p>
      <w:r>
        <w:rPr>
          <w:b/>
        </w:rPr>
        <w:t xml:space="preserve">[12:31] </w:t>
      </w:r>
      <w:r>
        <w:t>yani daur zawal mein jo halat yahood ki thi, wahi daur zawal mein ummat Muslima ki bhi ho jayegi. yeh hadith se saaf sabit hai. yani jis tarah se yahood dheere dheere un mein zawal aaya toh daur zawal mein har aitbaar se aik naya model ban gaya.</w:t>
      </w:r>
    </w:p>
    <w:p>
      <w:pPr>
        <w:jc w:val="right"/>
      </w:pPr>
      <w:r>
        <w:t>یعنی دور زوال میں جو حالت یہود کی تھی، وہی دور زوال میں امت مسلمہ کی بھی ہو جائے گی۔ یہ حدیث سے صاف ثابت ہے۔ یعنی جس طرح سے یہود دھیرے دھیرے ان میں زوال آیا تو دور زوال میں ہر اعتبار سے ایک نیا ماڈل بن گیا۔</w:t>
      </w:r>
    </w:p>
    <w:p>
      <w:r>
        <w:rPr>
          <w:b/>
        </w:rPr>
        <w:t xml:space="preserve">[12:51] </w:t>
      </w:r>
      <w:r>
        <w:t>yani woh unhone deen ko nahi choda, ailaan nahi kiya ke hum deen KhudaWandi ko chhodte hain. aisa kabhi ailaan nahi kiya.</w:t>
      </w:r>
    </w:p>
    <w:p>
      <w:pPr>
        <w:jc w:val="right"/>
      </w:pPr>
      <w:r>
        <w:t>یعنی وہ انہوں نے دین کو نہیں چھوڑا، اعلان نہیں کیا کہ ہم دین خداوندی کو چھوڑتے ہیں۔ ایسا کبھی اعلان نہیں کیا۔</w:t>
      </w:r>
    </w:p>
    <w:p>
      <w:r>
        <w:rPr>
          <w:b/>
        </w:rPr>
        <w:t xml:space="preserve">[12:59] </w:t>
      </w:r>
      <w:r>
        <w:t>toh bila ailaan unhone aik apna aik naya model bana liya. is is model par woh qaim ho gaye. lekin woh model tha cultural model, aik cultural pehchan.</w:t>
      </w:r>
    </w:p>
    <w:p>
      <w:pPr>
        <w:jc w:val="right"/>
      </w:pPr>
      <w:r>
        <w:t>تو بلا اعلان انہوں نے ایک اپنا ایک نیا ماڈل بنا لیا۔ اس اس ماڈل پر وہ قائم ہو گئے۔ لیکن وہ ماڈل تھا کلچرل ماڈل، ایک کلچرل پہچان۔</w:t>
      </w:r>
    </w:p>
    <w:p>
      <w:r>
        <w:rPr>
          <w:b/>
        </w:rPr>
        <w:t xml:space="preserve">[13:13] </w:t>
      </w:r>
      <w:r>
        <w:t>toh hadith ki peshangoi ke mutabiq theek yahi halat aane wali hai ummat Muslima par bhi.</w:t>
      </w:r>
    </w:p>
    <w:p>
      <w:pPr>
        <w:jc w:val="right"/>
      </w:pPr>
      <w:r>
        <w:t>تو حدیث کی پیش گوئی کے مطابق ٹھیک یہی حالت آنے والی ہے امت مسلمہ پر بھی۔</w:t>
      </w:r>
    </w:p>
    <w:p>
      <w:r>
        <w:rPr>
          <w:b/>
        </w:rPr>
        <w:t xml:space="preserve">[13:23] </w:t>
      </w:r>
      <w:r>
        <w:t>hadith mein bohat hi wazeh taur par yeh baat kahi gayi ke tum yahood ke poori poori pairwi karoge, qadam ba qadam, jo jo kiya woh sab karoge tum.</w:t>
      </w:r>
    </w:p>
    <w:p>
      <w:pPr>
        <w:jc w:val="right"/>
      </w:pPr>
      <w:r>
        <w:t>حدیث میں بہت ہی واضح طور پر یہ بات کہی گئی کہ تم یہود کے پوری پوری پیروی کرو گے، قدم بقدم، جو جو کیا وہ سب کرو گے تم۔</w:t>
      </w:r>
    </w:p>
    <w:p>
      <w:r>
        <w:rPr>
          <w:b/>
        </w:rPr>
        <w:t xml:space="preserve">[13:34] </w:t>
      </w:r>
      <w:r>
        <w:t>toh yeh is ke maani kya hain? is ke maani ke daur zawal mein tum par bhi wahi kuch hoga jo un par hua. toh yeh hota hai daur zawal mein is liye ke jo ulama o mashaikh hotay hain, woh apna farz ada nahi karte.</w:t>
      </w:r>
    </w:p>
    <w:p>
      <w:pPr>
        <w:jc w:val="right"/>
      </w:pPr>
      <w:r>
        <w:t>تو یہ اس کے معنی کیا ہیں؟ اس کے معنی کہ دور زوال میں تم پر بھی وہی کچھ ہوگا جو ان پر ہوا۔ تو یہ ہوتا ہے دور زوال میں اس لیے کہ جو علماء و مشائخ ہوتے ہیں، وہ اپنا فرض ادا نہیں کرتے۔</w:t>
      </w:r>
    </w:p>
    <w:p>
      <w:r>
        <w:rPr>
          <w:b/>
        </w:rPr>
        <w:t xml:space="preserve">[13:50] </w:t>
      </w:r>
      <w:r>
        <w:t>zawal ke daur mein aisa hota hai ke ulama ke mafadat wabasta ho jatay hain ummat se. daur zawal mein ummat aik aik bara, aik aik bheed hoti hai, aik bari qaum hoti hai.</w:t>
      </w:r>
    </w:p>
    <w:p>
      <w:pPr>
        <w:jc w:val="right"/>
      </w:pPr>
      <w:r>
        <w:t>زوال کے دور میں ایسا ہوتا ہے کہ علماء کے مفادات وابستہ ہو جاتے ہیں امت سے۔ دور زوال میں امت ایک ایک بڑا، ایک ایک بھیڑ ہوتی ہے، ایک بڑی قوم ہوتی ہے۔</w:t>
      </w:r>
    </w:p>
    <w:p>
      <w:r>
        <w:rPr>
          <w:b/>
        </w:rPr>
        <w:t xml:space="preserve">[14:05] </w:t>
      </w:r>
      <w:r>
        <w:t>toh bari qaum hone ki wajah se har qism ke dunyawi is mein sargarmian hoti hain. daur zawal mein jo ummat hoti hai, woh doosri qaumon ki tarah aik qaum hoti hai.</w:t>
      </w:r>
    </w:p>
    <w:p>
      <w:pPr>
        <w:jc w:val="right"/>
      </w:pPr>
      <w:r>
        <w:t>تو بڑی قوم ہونے کی وجہ سے ہر قسم کے دنیاوی اس میں سرگرمیاں ہوتی ہیں۔ دور زوال میں جو امت ہوتی ہے، وہ دوسری قوموں کی طرح ایک قوم ہوتی ہے۔</w:t>
      </w:r>
    </w:p>
    <w:p>
      <w:r>
        <w:rPr>
          <w:b/>
        </w:rPr>
        <w:t xml:space="preserve">[14:18] </w:t>
      </w:r>
      <w:r>
        <w:t>toh har qism ki dunyawi sargarmian is mein jaari ho jati hain. isi se ulama ke mafad bhi wabasta ho jatay hain.</w:t>
      </w:r>
    </w:p>
    <w:p>
      <w:pPr>
        <w:jc w:val="right"/>
      </w:pPr>
      <w:r>
        <w:t>تو ہر قسم کی دنیاوی سرگرمیاں اس میں جاری ہو جاتی ہیں۔ اسی سے علماء کے مفاد بھی وابستہ ہو جاتے ہیں۔</w:t>
      </w:r>
    </w:p>
    <w:p>
      <w:r>
        <w:rPr>
          <w:b/>
        </w:rPr>
        <w:t xml:space="preserve">[14:27] </w:t>
      </w:r>
      <w:r>
        <w:t>yani yani inhi yani isi zawal yafta qaum se inko stage milta hai, inko chande milte hain, inko tareefen milti hain, inko badhaiyan milti hain,</w:t>
      </w:r>
    </w:p>
    <w:p>
      <w:pPr>
        <w:jc w:val="right"/>
      </w:pPr>
      <w:r>
        <w:t>یعنی یعنی انہی یعنی اسی زوال یافتہ قوم سے ان کو اسٹیج ملتا ہے، ان کو چندے ملتے ہیں، ان کو تعریفیں ملتی ہیں، ان کو بڑائیاں ملتی ہیں،</w:t>
      </w:r>
    </w:p>
    <w:p>
      <w:r>
        <w:rPr>
          <w:b/>
        </w:rPr>
        <w:t xml:space="preserve">[14:43] </w:t>
      </w:r>
      <w:r>
        <w:t>inko munasib milte hain. toh chunke is zawal yafta qaum se inke saare mafadat wabasta hotay hain, is liye woh wahi keh, wahi lagte hain, wahi boli bolne hain jo unko pasand ho.</w:t>
      </w:r>
    </w:p>
    <w:p>
      <w:pPr>
        <w:jc w:val="right"/>
      </w:pPr>
      <w:r>
        <w:t>ان کو مناسب ملتے ہیں۔ تو چونکہ اس زوال یافتہ قوم سے ان کے سارے مفادات وابستہ ہوتے ہیں، اس لیے وہ وہی کہہ، وہی لگتے ہیں، وہی بولی بولنے ہیں جو ان کو پسند ہو۔</w:t>
      </w:r>
    </w:p>
    <w:p>
      <w:r>
        <w:rPr>
          <w:b/>
        </w:rPr>
        <w:t xml:space="preserve">[14:57] </w:t>
      </w:r>
      <w:r>
        <w:t>yani zawal yafta qaum ko jo pasand hai, boli wahi boli bolne lagte hain. ulama bhi is tarah se woh pakhta ho jatay hain ke hum sahi hain ke agar hum galat hotay toh hamare ulama hum ko bura kehte.</w:t>
      </w:r>
    </w:p>
    <w:p>
      <w:pPr>
        <w:jc w:val="right"/>
      </w:pPr>
      <w:r>
        <w:t>یعنی زوال یافتہ قوم کو جو پسند ہے، بولی وہی بولی بولنے لگتے ہیں۔ علماء بھی اس طرح سے وہ پختہ ہو جاتے ہیں کہ ہم صحیح ہیں کہ اگر ہم غلط ہوتے تو ہمارے علماء ہم کو برا کہتے۔</w:t>
      </w:r>
    </w:p>
    <w:p>
      <w:r>
        <w:rPr>
          <w:b/>
        </w:rPr>
        <w:t xml:space="preserve">[15:12] </w:t>
      </w:r>
      <w:r>
        <w:t>yani woh zawal yafta ummat yeh soch ban jati hai is ke andar ke agar hum zawal, agar hum sahi deen par na hotay, hum sirat e mustaqeem se hate hotay toh hamare jo akabir hain, hamare jo ulama hain, hamare jo mashaikh hum ko bura batate hain,</w:t>
      </w:r>
    </w:p>
    <w:p>
      <w:pPr>
        <w:jc w:val="right"/>
      </w:pPr>
      <w:r>
        <w:t>یعنی وہ زوال یافتہ امت یہ سوچ بن جاتی ہے اس کے اندر کہ اگر ہم زوال، اگر ہم صحیح دین پر نہ ہوتے، ہم صراط مستقیم سے ہٹے ہوتے تو ہمارے جو اکابر ہیں، ہمارے جو علماء ہیں، ہمارے جو مشائخ ہم کو برا بتاتے ہیں،</w:t>
      </w:r>
    </w:p>
    <w:p>
      <w:r>
        <w:rPr>
          <w:b/>
        </w:rPr>
        <w:t xml:space="preserve">[15:28] </w:t>
      </w:r>
      <w:r>
        <w:t>woh toh batate nahi. is wajah se koi shakhs Hazrat Masih jaisa agar koi role ada kare daur zawal mein ummat Muhammadi ke andar toh uska bhi wahi haal hoga.</w:t>
      </w:r>
    </w:p>
    <w:p>
      <w:pPr>
        <w:jc w:val="right"/>
      </w:pPr>
      <w:r>
        <w:t>وہ تو بتاتے نہیں۔ اس وجہ سے کوئی شخص حضرت مسیح جیسا اگر کوئی رول ادا کرے دور زوال میں امت محمدی کے اندر تو اس کا بھی وہی حال ہوگا۔</w:t>
      </w:r>
    </w:p>
    <w:p>
      <w:r>
        <w:rPr>
          <w:b/>
        </w:rPr>
        <w:t xml:space="preserve">[15:42] </w:t>
      </w:r>
      <w:r>
        <w:t>yani jo haal hazrat maseeh ka hua yahood ke daur zawal mein, wahi haal hoga ummat muhammadi ke daur zawal mein is shakhs ka jo un ki islaah ke liye uthe.</w:t>
      </w:r>
    </w:p>
    <w:p>
      <w:pPr>
        <w:jc w:val="right"/>
      </w:pPr>
      <w:r>
        <w:t>یعنی جو حال حضرت مسیح کا ہوا یہود کے دور زوال میں، وہی حال ہوگا امت محمدی کے دور زوال میں اس شخص کا جو ان کی اصلاح کے لیے اٹھے۔</w:t>
      </w:r>
    </w:p>
    <w:p>
      <w:r>
        <w:rPr>
          <w:b/>
        </w:rPr>
        <w:t xml:space="preserve">[15:58] </w:t>
      </w:r>
      <w:r>
        <w:t>to yeh bohat zyada sochne ki baat hai. aur yahan bhi wahi hoga, ummat muslima mein bhi yeh hoga ke woh ek self righteousness ka shikar ho jayenge.</w:t>
      </w:r>
    </w:p>
    <w:p>
      <w:pPr>
        <w:jc w:val="right"/>
      </w:pPr>
      <w:r>
        <w:t>تو یہ بہت زیادہ سوچنے کی بات ہے۔ اور یہاں بھی وہی ہوگا، امت مسلمہ میں بھی یہ ہوگا کہ وہ ایک سیلف رائچوسنس کا شکار ہو جائیں گے۔</w:t>
      </w:r>
    </w:p>
    <w:p>
      <w:r>
        <w:rPr>
          <w:b/>
        </w:rPr>
        <w:t xml:space="preserve">[16:10] </w:t>
      </w:r>
      <w:r>
        <w:t>yani apne ko durust samajhna, apne ko rah-e-raast par samajhna, self righteousness wahi musalmanon mein hoga.</w:t>
      </w:r>
    </w:p>
    <w:p>
      <w:pPr>
        <w:jc w:val="right"/>
      </w:pPr>
      <w:r>
        <w:t>یعنی اپنے کو درست سمجھنا، اپنے کو راہ راست پر سمجھنا، سیلف رائچوسنس وہی مسلمانوں میں ہوگا۔</w:t>
      </w:r>
    </w:p>
    <w:p>
      <w:r>
        <w:rPr>
          <w:b/>
        </w:rPr>
        <w:t xml:space="preserve">[16:22] </w:t>
      </w:r>
      <w:r>
        <w:t>aur wahi hoga ke ek self-styled model banane ke ap</w:t>
      </w:r>
    </w:p>
    <w:p>
      <w:pPr>
        <w:jc w:val="right"/>
      </w:pPr>
      <w:r>
        <w:t>اور وہی ہوگا کہ ایک سیلف اسٹائل ماڈل بنانے کے اپ</w:t>
      </w:r>
    </w:p>
    <w:p>
      <w:r>
        <w:rPr>
          <w:b/>
        </w:rPr>
        <w:t xml:space="preserve">[16:26] </w:t>
      </w:r>
      <w:r>
        <w:t>na ek model ke hai muslim modernity, yeh hai islamic pehchan. is par woh bilkul apne ko dekhenge ke hum to theek theek utarte hain is ke upar.</w:t>
      </w:r>
    </w:p>
    <w:p>
      <w:pPr>
        <w:jc w:val="right"/>
      </w:pPr>
      <w:r>
        <w:t>نا ایک ماڈل کہ ہے مسلم ماڈرنٹی، یہ ہے اسلامک پہچان۔ اس پر وہ بالکل اپنے کو دیکھیں گے کہ ہم تو ٹھیک ٹھیک اترتے ہیں اس کے اوپر۔</w:t>
      </w:r>
    </w:p>
    <w:p>
      <w:r>
        <w:rPr>
          <w:b/>
        </w:rPr>
        <w:t xml:space="preserve">[16:39] </w:t>
      </w:r>
      <w:r>
        <w:t>to yeh hai ek false conviction, yani farzi yaqeen. to yahood jo un mein jitni dhattayi aayi ke hazrat maseeh ko sooli pe chadhane ke liye daude, woh</w:t>
      </w:r>
    </w:p>
    <w:p>
      <w:pPr>
        <w:jc w:val="right"/>
      </w:pPr>
      <w:r>
        <w:t>تو یہ ہے ایک فالس کنوکشن، یعنی فرضی یقین۔ تو یہود جو ان میں جتنی ڈھٹائی آئی کہ حضرت مسیح کو سولی پہ چڑھانے کے لیے دوڑے، وہ</w:t>
      </w:r>
    </w:p>
    <w:p>
      <w:r>
        <w:rPr>
          <w:b/>
        </w:rPr>
        <w:t xml:space="preserve">[16:55] </w:t>
      </w:r>
      <w:r>
        <w:t>to kyun hua? kyun un ko ek false conviction jeete the? woh yani ek yeh ek yaqeen mein jeete the jo agarche woh false tha, be buniyad tha.</w:t>
      </w:r>
    </w:p>
    <w:p>
      <w:pPr>
        <w:jc w:val="right"/>
      </w:pPr>
      <w:r>
        <w:t>تو کیوں ہوا؟ کیوں ان کو ایک فالس کنوکشن جیتے تھے؟ وہ یعنی ایک یہ ایک یقین میں جیتے تھے جو اگرچہ وہ فالس تھا، بے بنیاد تھا۔</w:t>
      </w:r>
    </w:p>
    <w:p>
      <w:r>
        <w:rPr>
          <w:b/>
        </w:rPr>
        <w:t xml:space="preserve">[17:06] </w:t>
      </w:r>
      <w:r>
        <w:t>to is to hazrat maseeh jaise musleh-e-azam ka unhone ko unhone nahin mana, is ke sath bohat bura bartao kiya.</w:t>
      </w:r>
    </w:p>
    <w:p>
      <w:pPr>
        <w:jc w:val="right"/>
      </w:pPr>
      <w:r>
        <w:t>تو اس تو حضرت مسیح جیسے مصلح اعظم کا انہوں نے کو انہوں نے نہیں مانا، اس کے ساتھ بہت برا برتاؤ کیا۔</w:t>
      </w:r>
    </w:p>
    <w:p>
      <w:r>
        <w:rPr>
          <w:b/>
        </w:rPr>
        <w:t xml:space="preserve">[17:19] </w:t>
      </w:r>
      <w:r>
        <w:t>to is ki wajah yeh thi ke woh ek false conviction mein</w:t>
      </w:r>
    </w:p>
    <w:p>
      <w:pPr>
        <w:jc w:val="right"/>
      </w:pPr>
      <w:r>
        <w:t>تو اس کی وجہ یہ تھی کہ وہ ایک فالس کنوکشن میں</w:t>
      </w:r>
    </w:p>
    <w:p>
      <w:r>
        <w:rPr>
          <w:b/>
        </w:rPr>
        <w:t xml:space="preserve">[17:23] </w:t>
      </w:r>
      <w:r>
        <w:t>khade hue the. ek khud-sakhta mayar ne un ko ek false conviction ka zehan de diya tha.</w:t>
      </w:r>
    </w:p>
    <w:p>
      <w:pPr>
        <w:jc w:val="right"/>
      </w:pPr>
      <w:r>
        <w:t>کھڑے ہوئے تھے۔ ایک خود ساختہ معیار نے ان کو ایک فالس کنوکشن کا ذہن دے دیا تھا۔</w:t>
      </w:r>
    </w:p>
    <w:p>
      <w:r>
        <w:rPr>
          <w:b/>
        </w:rPr>
        <w:t xml:space="preserve">[17:35] </w:t>
      </w:r>
      <w:r>
        <w:t>to jaisa ke hadith mein aaya hai ke sab kuch jo hua yahood par, wahi sab kuch musalmanon par hoga.</w:t>
      </w:r>
    </w:p>
    <w:p>
      <w:pPr>
        <w:jc w:val="right"/>
      </w:pPr>
      <w:r>
        <w:t>تو جیسا کہ حدیث میں آیا ہے کہ سب کچھ جو ہوا یہود پر، وہی سب کچھ مسلمانوں پر ہوگا۔</w:t>
      </w:r>
    </w:p>
    <w:p>
      <w:r>
        <w:rPr>
          <w:b/>
        </w:rPr>
        <w:t xml:space="preserve">[17:41] </w:t>
      </w:r>
      <w:r>
        <w:t>is mani yeh bhi hoga daur zawal mein ke woh ek khud-sakhta model banayenge, self-styled model, ek cultural dhancha dhancha banayenge, usi ko pehchan samjhenge.</w:t>
      </w:r>
    </w:p>
    <w:p>
      <w:pPr>
        <w:jc w:val="right"/>
      </w:pPr>
      <w:r>
        <w:t>اس معنی یہ بھی ہوگا دور زوال میں کہ وہ ایک خود ساختہ ماڈل بنائیں گے، سیلف اسٹائل ماڈل، ایک کلچرل ڈھانچہ ڈھانچہ بنائیں گے، اسی کو پہچان سمجھیں گے۔</w:t>
      </w:r>
    </w:p>
    <w:p>
      <w:r>
        <w:rPr>
          <w:b/>
        </w:rPr>
        <w:t xml:space="preserve">[17:58] </w:t>
      </w:r>
      <w:r>
        <w:t>usi cultural dhanchay ko samjhenge ke yahi islam ki pehchan hai. is par apne ko dhal kar samjhenge ke hum to islam par hain, hum to islam par hain.</w:t>
      </w:r>
    </w:p>
    <w:p>
      <w:pPr>
        <w:jc w:val="right"/>
      </w:pPr>
      <w:r>
        <w:t>اسی کلچرل ڈھانچے کو سمجھیں گے کہ یہی اسلام کی پہچان ہے۔ اس پر اپنے کو ڈھال کر سمجھیں گے کہ ہم تو اسلام پر ہیں، ہم تو اسلام پر ہیں۔</w:t>
      </w:r>
    </w:p>
    <w:p>
      <w:r>
        <w:rPr>
          <w:b/>
        </w:rPr>
        <w:t xml:space="preserve">[18:13] </w:t>
      </w:r>
      <w:r>
        <w:t>to yeh bohat zyada sochne ki baat hai. aur quran mein jo kaha gaya hai, isi liye kaha gaya hai ke ummat peshgi taur par ba-khabar rahe ke jab daur zawal aaye to us ki roshni mein apna muhasba kare.</w:t>
      </w:r>
    </w:p>
    <w:p>
      <w:pPr>
        <w:jc w:val="right"/>
      </w:pPr>
      <w:r>
        <w:t>تو یہ بہت زیادہ سوچنے کی بات ہے۔ اور قرآن میں جو کہا گیا ہے، اسی لیے کہا گیا ہے کہ امت پیشگی طور پر باخبر رہے کہ جب دور زوال آئے تو اس کی روشنی میں اپنا محاسبہ کرے۔</w:t>
      </w:r>
    </w:p>
    <w:p>
      <w:r>
        <w:rPr>
          <w:b/>
        </w:rPr>
        <w:t xml:space="preserve">[18:31] </w:t>
      </w:r>
      <w:r>
        <w:t>jo jis waqt yeh ayat utri, woh to rasool Allah ka zamana tha. us waqt ummat ek zinda ummat thi. us waqt is ke andar bigad nahin aaya tha</w:t>
      </w:r>
    </w:p>
    <w:p>
      <w:pPr>
        <w:jc w:val="right"/>
      </w:pPr>
      <w:r>
        <w:t>جو جس وقت یہ آیت اتری، وہ تو رسول اللہ کا زمانہ تھا۔ اس وقت امت ایک زندہ امت تھی۔ اس وقت اس کے اندر بگاڑ نہیں آیا تھا</w:t>
      </w:r>
    </w:p>
    <w:p>
      <w:r>
        <w:rPr>
          <w:b/>
        </w:rPr>
        <w:t xml:space="preserve">[18:41] </w:t>
      </w:r>
      <w:r>
        <w:t>kyun ke quran to utra us waqt jab rasool the, ashaab-e-rasool the, tab utra. to is zamane mein yeh utra to is liye tha ke woh peshgi warning thi,</w:t>
      </w:r>
    </w:p>
    <w:p>
      <w:pPr>
        <w:jc w:val="right"/>
      </w:pPr>
      <w:r>
        <w:t>کیونکہ قرآن تو اترا اس وقت جب رسول تھے، اصحاب رسول تھے، تب اترا۔ تو اس زمانے میں یہ اترا تو اس لیے تھا کہ وہ پیشگی وارننگ تھی،</w:t>
      </w:r>
    </w:p>
    <w:p>
      <w:r>
        <w:rPr>
          <w:b/>
        </w:rPr>
        <w:t xml:space="preserve">[18:57] </w:t>
      </w:r>
      <w:r>
        <w:t>yeh peshgi tanbih thi musalmanon ke liye ke ek waqt aayega jab tumhare andar bhi bar-bana-e-zawal theek yahi sab bigad aa jayega.</w:t>
      </w:r>
    </w:p>
    <w:p>
      <w:pPr>
        <w:jc w:val="right"/>
      </w:pPr>
      <w:r>
        <w:t>یہ پیشگی تنبیہ تھی مسلمانوں کے لیے کہ ایک وقت آئے گا جب تمہارے اندر بھی بربنائے زوال ٹھیک یہی سب بگاڑ آ جائے گا۔</w:t>
      </w:r>
    </w:p>
    <w:p>
      <w:r>
        <w:rPr>
          <w:b/>
        </w:rPr>
        <w:t xml:space="preserve">[19:10] </w:t>
      </w:r>
      <w:r>
        <w:t>to peshgi taur par ba-khabar raho aur tumhare ulama, tumhare musleh-een peshgi taur par ba-khabar rahen aur us waqt uthen un ki islaah ke liye.</w:t>
      </w:r>
    </w:p>
    <w:p>
      <w:pPr>
        <w:jc w:val="right"/>
      </w:pPr>
      <w:r>
        <w:t>تو پیشگی طور پر باخبر رہو اور تمہارے علماء، تمہارے مصلحین پیشگی طور پر باخبر رہیں اور اس وقت اٹھیں ان کی اصلاح کے لیے۔</w:t>
      </w:r>
    </w:p>
    <w:p>
      <w:r>
        <w:rPr>
          <w:b/>
        </w:rPr>
        <w:t xml:space="preserve">[19:22] </w:t>
      </w:r>
      <w:r>
        <w:t>lekin amalan jo hai yahan bhi wahi soorat-e-haal paida hona taqreeban yaqeeni hai jo yahood mein paida hui.</w:t>
      </w:r>
    </w:p>
    <w:p>
      <w:pPr>
        <w:jc w:val="right"/>
      </w:pPr>
      <w:r>
        <w:t>لیکن عملاً جو ہے یہاں بھی وہی صورتحال پیدا ہونا تقریباً یقینی ہے جو یہود میں پیدا ہوئی۔</w:t>
      </w:r>
    </w:p>
    <w:p>
      <w:r>
        <w:rPr>
          <w:b/>
        </w:rPr>
        <w:t xml:space="preserve">[19:33] </w:t>
      </w:r>
      <w:r>
        <w:t>kyun ke jab aisa hota hai, jab yeh daur zawal aata hai to ummat ek bohat badi qaum ban chuki hoti hai. chand afraad nahin hote hain.</w:t>
      </w:r>
    </w:p>
    <w:p>
      <w:pPr>
        <w:jc w:val="right"/>
      </w:pPr>
      <w:r>
        <w:t>کیونکہ جب ایسا ہوتا ہے، جب یہ دور زوال آتا ہے تو امت ایک بہت بڑی قوم بن چکی ہوتی ہے۔ چند افراد نہیں ہوتے ہیں۔</w:t>
      </w:r>
    </w:p>
    <w:p>
      <w:r>
        <w:rPr>
          <w:b/>
        </w:rPr>
        <w:t xml:space="preserve">[19:46] </w:t>
      </w:r>
      <w:r>
        <w:t>daur zawal mein madi sargarmiyan khoob hoti hain. madi daur zawal mein jo hota hai muamla woh yeh hai ke deen yani haqeeqat deen ki haqeeqat mehfooz rehti hai,</w:t>
      </w:r>
    </w:p>
    <w:p>
      <w:pPr>
        <w:jc w:val="right"/>
      </w:pPr>
      <w:r>
        <w:t>دور زوال میں مادی سرگرمیاں خوب ہوتی ہیں۔ مادی دور زوال میں جو ہوتا ہے معاملہ وہ یہ ہے کہ دین یعنی حقیقت دین کی حقیقت محفوظ رہتی ہے،</w:t>
      </w:r>
    </w:p>
    <w:p>
      <w:r>
        <w:rPr>
          <w:b/>
        </w:rPr>
        <w:t xml:space="preserve">[20:01] </w:t>
      </w:r>
      <w:r>
        <w:t>spirituality mehfooz rehti hai. lekin khoob business chalta hai, khoob madi sargarmiyan hoti hain, poori ek ek ek qaumi jo hangame hain, woh sab in mein jaari hote hain.</w:t>
      </w:r>
    </w:p>
    <w:p>
      <w:pPr>
        <w:jc w:val="right"/>
      </w:pPr>
      <w:r>
        <w:t>سپرچوٹی محفوظ رہتی ہے۔ لیکن خوب بزنس چلتا ہے، خوب مادی سرگرمیاں ہوتی ہیں، پوری ایک ایک ایک قومی جو ہنگامے ہیں، وہ سب ان میں جاری ہوتے ہیں۔</w:t>
      </w:r>
    </w:p>
    <w:p>
      <w:r>
        <w:rPr>
          <w:b/>
        </w:rPr>
        <w:t xml:space="preserve">[20:16] </w:t>
      </w:r>
      <w:r>
        <w:t>to deeni aitbar se kami hoti hai lekin dunyavi aitbar se kami nahin hoti.</w:t>
      </w:r>
    </w:p>
    <w:p>
      <w:pPr>
        <w:jc w:val="right"/>
      </w:pPr>
      <w:r>
        <w:t>تو دینی اعتبار سے کمی ہوتی ہے لیکن دنیاوی اعتبار سے کمی نہیں ہوتی۔</w:t>
      </w:r>
    </w:p>
    <w:p>
      <w:r>
        <w:rPr>
          <w:b/>
        </w:rPr>
        <w:t xml:space="preserve">[20:24] </w:t>
      </w:r>
      <w:r>
        <w:t>deeni aitbar se in ka koi maqam nahin hota lekin dunyavi aitbar se khoob maqam hota hai in ka.</w:t>
      </w:r>
    </w:p>
    <w:p>
      <w:pPr>
        <w:jc w:val="right"/>
      </w:pPr>
      <w:r>
        <w:t>دینی اعتبار سے ان کا کوئی مقام نہیں ہوتا لیکن دنیاوی اعتبار سے خوب مقام ہوتا ہے ان کا۔</w:t>
      </w:r>
    </w:p>
    <w:p>
      <w:r>
        <w:rPr>
          <w:b/>
        </w:rPr>
        <w:t xml:space="preserve">[20:30] </w:t>
      </w:r>
      <w:r>
        <w:t>is bina par is zamane mein jab ke zawal aata hai</w:t>
      </w:r>
    </w:p>
    <w:p>
      <w:pPr>
        <w:jc w:val="right"/>
      </w:pPr>
      <w:r>
        <w:t>اس بنا پر اس زمانے میں جب کہ زوال آتا ہے</w:t>
      </w:r>
    </w:p>
    <w:p>
      <w:r>
        <w:rPr>
          <w:b/>
        </w:rPr>
        <w:t xml:space="preserve">[20:36] </w:t>
      </w:r>
      <w:r>
        <w:t>ummat par to is is daur-e-zawaal mein un ke andar qaumi mawaaqe, qaumi opportunities saari maujood aati hain</w:t>
      </w:r>
    </w:p>
    <w:p>
      <w:pPr>
        <w:jc w:val="right"/>
      </w:pPr>
      <w:r>
        <w:t>امت پر تو اس اس دور زوال میں ان کے اندر قومی مواقع، قومی اپرچونیٹیز ساری موجود آتی ہیں</w:t>
      </w:r>
    </w:p>
    <w:p>
      <w:r>
        <w:rPr>
          <w:b/>
        </w:rPr>
        <w:t xml:space="preserve">[20:45] </w:t>
      </w:r>
      <w:r>
        <w:t>ke in ki buniyad par aadmi ko stage mile, aadmi ko chande mile, aadmi ko paisa mile, aadmi ko fame mile, aadmi ko izzat mile, aadmi ko badai mile.</w:t>
      </w:r>
    </w:p>
    <w:p>
      <w:pPr>
        <w:jc w:val="right"/>
      </w:pPr>
      <w:r>
        <w:t>کہ ان کی بنیاد پر آدمی کو اسٹیج ملے، آدمی کو چندے ملے، آدمی کو پیسہ ملے، آدمی کو فیم ملے، آدمی کو عزت ملے، آدمی کو بڑائی ملے۔</w:t>
      </w:r>
    </w:p>
    <w:p>
      <w:r>
        <w:rPr>
          <w:b/>
        </w:rPr>
        <w:t xml:space="preserve">[20:56] </w:t>
      </w:r>
      <w:r>
        <w:t>yaani yeh saari cheezein is zawaal-yafta ummat ke andar milne lagti hain. Yaani is ko achha samajh lijiye ke jab zawaal ka daur aata hai to zawaal deeni aitbaar se hota hai,</w:t>
      </w:r>
    </w:p>
    <w:p>
      <w:pPr>
        <w:jc w:val="right"/>
      </w:pPr>
      <w:r>
        <w:t>یعنی یہ ساری چیزیں اس زوال یافتہ امت کے اندر ملنے لگتی ہیں۔ یعنی اس کو اچھا سمجھ لیجئے کہ جب زوال کا دور آتا ہے تو زوال دینی اعتبار سے ہوتا ہے،</w:t>
      </w:r>
    </w:p>
    <w:p>
      <w:r>
        <w:rPr>
          <w:b/>
        </w:rPr>
        <w:t xml:space="preserve">[21:13] </w:t>
      </w:r>
      <w:r>
        <w:t>dunyavi aitbaar se nahin. Dunyavi aitbaar se khoob taraqqiyan hoti hain, khoob khushhaali hoti hai, khoob paisa hota hai logon ke paas, khoob mawaaqe hote hain.</w:t>
      </w:r>
    </w:p>
    <w:p>
      <w:pPr>
        <w:jc w:val="right"/>
      </w:pPr>
      <w:r>
        <w:t>دنیاوی اعتبار سے نہیں۔ دنیاوی اعتبار سے خوب ترقیاں ہوتی ہیں، خوب خوشحالی ہوتی ہے، خوب پیسہ ہوتا ہے لوگوں کے پاس، خوب مواقع ہوتے ہیں۔</w:t>
      </w:r>
    </w:p>
    <w:p>
      <w:r>
        <w:rPr>
          <w:b/>
        </w:rPr>
        <w:t xml:space="preserve">[21:23] </w:t>
      </w:r>
      <w:r>
        <w:t>is bana par jo muslehain hain, jo ulama hain, woh dekhte hain ke in se milne mein bada faayda hai. Agar hum apni qaum se jude rahein, un ki haan mein haan milayein to hum ko bada faayda hai.</w:t>
      </w:r>
    </w:p>
    <w:p>
      <w:pPr>
        <w:jc w:val="right"/>
      </w:pPr>
      <w:r>
        <w:t>اس بنا پر جو مصلحین ہیں، جو علماء ہیں، وہ دیکھتے ہیں کہ ان سے ملنے میں بڑا فائدہ ہے۔ اگر ہم اپنی قوم سے جڑے رہیں، ان کی ہاں میں ہاں ملائیں تو ہم کو بڑا فائدہ ہے۔</w:t>
      </w:r>
    </w:p>
    <w:p>
      <w:r>
        <w:rPr>
          <w:b/>
        </w:rPr>
        <w:t xml:space="preserve">[21:38] </w:t>
      </w:r>
      <w:r>
        <w:t>saari cheezein jo hum ko chahiye, woh sab qaum degi, hum ko stage bhi degi, paisa bhi degi, hamare bade bade markaz banayegi, hamare liye hamara istaqbaal bhi karegi, hamare jalson mein bheed bhi karegi.</w:t>
      </w:r>
    </w:p>
    <w:p>
      <w:pPr>
        <w:jc w:val="right"/>
      </w:pPr>
      <w:r>
        <w:t>ساری چیزیں جو ہم کو چاہیے، وہ سب قوم دے گی، ہم کو اسٹیج بھی دے گی، پیسہ بھی دے گی، ہمارے بڑے بڑے مراکز بنائے گی، ہمارے لیے ہمارا استقبال بھی کرے گی، ہمارے جلسوں میں بھیڑ بھی کرے گی۔</w:t>
      </w:r>
    </w:p>
    <w:p>
      <w:r>
        <w:rPr>
          <w:b/>
        </w:rPr>
        <w:t xml:space="preserve">[21:53] </w:t>
      </w:r>
      <w:r>
        <w:t>to yeh jo mawaaqe hain, jo mafaadaat hain, jo zawaal daur-e-zawaal mein paida hue ho jaate hain, un ki un ka is ka woh woh itna zyada bada hota hai ke ulama-o-mashaikh zawaal-yafta qaum ki haan mein haan milane lagte hain.</w:t>
      </w:r>
    </w:p>
    <w:p>
      <w:pPr>
        <w:jc w:val="right"/>
      </w:pPr>
      <w:r>
        <w:t>تو یہ جو مواقع ہیں، جو مفادات ہیں، جو زوال دور زوال میں پیدا ہوئے ہو جاتے ہیں، ان کی ان کا اس کا وہ وہ اتنا زیادہ بڑا ہوتا ہے کہ علماء و مشائخ زوال یافتہ قوم کی ہاں میں ہاں ملانے لگتے ہیں۔</w:t>
      </w:r>
    </w:p>
    <w:p>
      <w:r>
        <w:rPr>
          <w:b/>
        </w:rPr>
        <w:t xml:space="preserve">[22:17] </w:t>
      </w:r>
      <w:r>
        <w:t>jo woh chahte hain, wahi boli bolte hain.</w:t>
      </w:r>
    </w:p>
    <w:p>
      <w:pPr>
        <w:jc w:val="right"/>
      </w:pPr>
      <w:r>
        <w:t>جو وہ چاہتے ہیں، وہی بولی بولتے ہیں۔</w:t>
      </w:r>
    </w:p>
    <w:p>
      <w:r>
        <w:rPr>
          <w:b/>
        </w:rPr>
        <w:t xml:space="preserve">[22:20] </w:t>
      </w:r>
      <w:r>
        <w:t>to aisi haalat mein agar koi aadmi khada ho, koi sachcha insaan khada ho to is ka inkaar kar denge. Woh woh kahenge, "dekho itne bade ulama hamare saath hain!" to yeh aadmi ke ek ek hi aadmi ko sachchai mili hai, baqi logon ko sachchai nahin mili hai.</w:t>
      </w:r>
    </w:p>
    <w:p>
      <w:pPr>
        <w:jc w:val="right"/>
      </w:pPr>
      <w:r>
        <w:t>تو ایسی حالت میں اگر کوئی آدمی کھڑا ہو، کوئی سچا انسان کھڑا ہو تو اس کا انکار کر دیں گے۔ وہ وہ کہیں گے، "دیکھو اتنے بڑے علماء ہمارے ساتھ ہیں!" تو یہ آدمی کہ ایک ایک ہی آدمی کو سچائی ملی ہے، باقی لوگوں کو سچائی نہیں ملی ہے۔</w:t>
      </w:r>
    </w:p>
    <w:p>
      <w:r>
        <w:rPr>
          <w:b/>
        </w:rPr>
        <w:t xml:space="preserve">[22:37] </w:t>
      </w:r>
      <w:r>
        <w:t>yeh hua tha Hazrat Masih ke zamane mein ke un ke jo ulama-o-mashaikh the, to un ke saath the.</w:t>
      </w:r>
    </w:p>
    <w:p>
      <w:pPr>
        <w:jc w:val="right"/>
      </w:pPr>
      <w:r>
        <w:t>یہ ہوا تھا حضرت مسیح کے زمانے میں کہ ان کے جو علماء و مشائخ تھے، تو ان کے ساتھ تھے۔</w:t>
      </w:r>
    </w:p>
    <w:p>
      <w:r>
        <w:rPr>
          <w:b/>
        </w:rPr>
        <w:t xml:space="preserve">[22:47] </w:t>
      </w:r>
      <w:r>
        <w:t>un ke jo ulama-o-mashaikh the, un ke jo bade the, woh Yahood ke saath the. Hazrat Masih ke saath de diya unhone,</w:t>
      </w:r>
    </w:p>
    <w:p>
      <w:pPr>
        <w:jc w:val="right"/>
      </w:pPr>
      <w:r>
        <w:t>ان کے جو علماء و مشائخ تھے، ان کے جو بڑے تھے، وہ یہود کے ساتھ تھے۔ حضرت مسیح کے ساتھ دے دیا انہوں نے،</w:t>
      </w:r>
    </w:p>
    <w:p>
      <w:r>
        <w:rPr>
          <w:b/>
        </w:rPr>
        <w:t xml:space="preserve">[22:57] </w:t>
      </w:r>
      <w:r>
        <w:t>Hazrat Masih ke saath de diya unhone. To Yahoodi awam yeh sochte the, yeh yeh kehte the ke "dekho yeh bade bade ulama hamare saath hain, bade bade mashaikh hamare saath hain!" yeh is baat ka saboot hai ke hum haq par hain.</w:t>
      </w:r>
    </w:p>
    <w:p>
      <w:pPr>
        <w:jc w:val="right"/>
      </w:pPr>
      <w:r>
        <w:t>حضرت مسیح کے ساتھ دے دیا انہوں نے۔ تو یہودی عوام یہ سوچتے تھے، یہ یہ کہتے تھے کہ "دیکھو یہ بڑے بڑے علماء ہمارے ساتھ ہیں، بڑے بڑے مشائخ ہمارے ساتھ ہیں!" یہ اس بات کا ثبوت ہے کہ ہم حق پر ہیں۔</w:t>
      </w:r>
    </w:p>
    <w:p>
      <w:r>
        <w:rPr>
          <w:b/>
        </w:rPr>
        <w:t xml:space="preserve">[23:14] </w:t>
      </w:r>
      <w:r>
        <w:t>haq par na hote to hamare saath kyon hote hain yeh log? To Hazrat Masih akele pad gaye, chand aadmi un ke saath the bas. To yahi nauiyat baat ko bhi paida hogi,</w:t>
      </w:r>
    </w:p>
    <w:p>
      <w:pPr>
        <w:jc w:val="right"/>
      </w:pPr>
      <w:r>
        <w:t>حق پر نہ ہوتے تو ہمارے ساتھ کیوں ہوتے ہیں یہ لوگ؟ تو حضرت مسیح اکیلے پڑ گئے، چند آدمی ان کے ساتھ تھے بس۔ تو یہی نوعیت بات کو بھی پیدا ہوگی،</w:t>
      </w:r>
    </w:p>
    <w:p>
      <w:r>
        <w:rPr>
          <w:b/>
        </w:rPr>
        <w:t xml:space="preserve">[23:27] </w:t>
      </w:r>
      <w:r>
        <w:t>jaisa ke hadith mein aaya hai ke qaum ke ummat-e-Muhammadi ke zawaal ke zamane mein deeni zawaal to zaroor hoga, lekin maaddi aitbaar se saare mawaaqe mad-e-zaafe ke saath jaari ho jayenge.</w:t>
      </w:r>
    </w:p>
    <w:p>
      <w:pPr>
        <w:jc w:val="right"/>
      </w:pPr>
      <w:r>
        <w:t>جیسا کہ حدیث میں آیا ہے کہ قوم کے امت محمدی کے زوال کے زمانے میں دینی زوال تو ضرور ہوگا، لیکن مادی اعتبار سے سارے مواقع مد اضافے کے ساتھ جاری ہو جائیں گے۔</w:t>
      </w:r>
    </w:p>
    <w:p>
      <w:r>
        <w:rPr>
          <w:b/>
        </w:rPr>
        <w:t xml:space="preserve">[23:46] </w:t>
      </w:r>
      <w:r>
        <w:t>khud hadith mein aaya hai ke "Intabisu alaikumud dunya" ek waqt aayega ke dunya tumhare liye khul jayegi. Woh woh daur-e-zawaal hoga, magar dunya khul jayegi.</w:t>
      </w:r>
    </w:p>
    <w:p>
      <w:pPr>
        <w:jc w:val="right"/>
      </w:pPr>
      <w:r>
        <w:t>خود حدیث میں آیا ہے کہ "انتبس علیکم الدنیا" ایک وقت آئے گا کہ دنیا تمہارے لیے کھل جائے گی۔ وہ وہ دور زوال ہوگا، مگر دنیا کھل جائے گی۔</w:t>
      </w:r>
    </w:p>
    <w:p>
      <w:r>
        <w:rPr>
          <w:b/>
        </w:rPr>
        <w:t xml:space="preserve">[23:59] </w:t>
      </w:r>
      <w:r>
        <w:t>to jo dunyavi mawaaqe ummat ke daur-e-zawaal mein paida ho jaate hain, to is bana par log un se takrate nahin hain, woh ummat ke khilaaf bolte nahin,</w:t>
      </w:r>
    </w:p>
    <w:p>
      <w:pPr>
        <w:jc w:val="right"/>
      </w:pPr>
      <w:r>
        <w:t>تو جو دنیاوی مواقع امت کے دور زوال میں پیدا ہو جاتے ہیں، تو اس بنا پر لوگ ان سے ٹکراتے نہیں ہیں، وہ امت کے خلاف بولتے نہیں،</w:t>
      </w:r>
    </w:p>
    <w:p>
      <w:r>
        <w:rPr>
          <w:b/>
        </w:rPr>
        <w:t xml:space="preserve">[24:16] </w:t>
      </w:r>
      <w:r>
        <w:t>woh apni bimariyon aur inhi mulkon ke fazeelat anjaam nahin dete. Woh aisa aisi boli bolte hain jo ummat ko suit kare</w:t>
      </w:r>
    </w:p>
    <w:p>
      <w:pPr>
        <w:jc w:val="right"/>
      </w:pPr>
      <w:r>
        <w:t>وہ اپنی بیماریوں اور انہی ملکوں کے فضیلت انجام نہیں دیتے۔ وہ ایسا ایسی بولی بولتے ہیں جو امت کو سوٹ کرے</w:t>
      </w:r>
    </w:p>
    <w:p>
      <w:r>
        <w:rPr>
          <w:b/>
        </w:rPr>
        <w:t xml:space="preserve">[24:26] </w:t>
      </w:r>
      <w:r>
        <w:t>taake un ki leadership mile, un ko un ki sa'adat qaaim ho, un ke mafaadaat hote rahein. To yeh sab kuch hoga isi tarah jis tarah se Yahood ke haan daur-e-zawaal mein aaya.</w:t>
      </w:r>
    </w:p>
    <w:p>
      <w:pPr>
        <w:jc w:val="right"/>
      </w:pPr>
      <w:r>
        <w:t>تاکہ ان کی لیڈری ملے، ان کو ان کی سعادت قائم ہو، ان کے مفادات ہوتے رہیں۔ تو یہ سب کچھ ہوگا اسی طرح جس طرح سے یہود کے ہاں دور زوال میں آیا۔</w:t>
      </w:r>
    </w:p>
    <w:p>
      <w:r>
        <w:rPr>
          <w:b/>
        </w:rPr>
        <w:t xml:space="preserve">[24:41] </w:t>
      </w:r>
      <w:r>
        <w:t>to ummat-e-Muhammadi ke bhi daur-e-zawaal mein yeh sab kuch hoga.</w:t>
      </w:r>
    </w:p>
    <w:p>
      <w:pPr>
        <w:jc w:val="right"/>
      </w:pPr>
      <w:r>
        <w:t>تو امت محمدی کے بھی دور زوال میں یہ سب کچھ ہوگا۔</w:t>
      </w:r>
    </w:p>
    <w:p>
      <w:r>
        <w:rPr>
          <w:b/>
        </w:rPr>
        <w:t xml:space="preserve">[24:50] </w:t>
      </w:r>
      <w:r>
        <w:t>yeh bahut hi zyada is mein tanbih ki baat hai, bahut zyada sochne ki baat hai.</w:t>
      </w:r>
    </w:p>
    <w:p>
      <w:pPr>
        <w:jc w:val="right"/>
      </w:pPr>
      <w:r>
        <w:t>یہ بہت ہی زیادہ اس میں تنبیہ کی بات ہے، بہت زیادہ سوچنے کی بات ہے۔</w:t>
      </w:r>
    </w:p>
    <w:p>
      <w:r>
        <w:rPr>
          <w:b/>
        </w:rPr>
        <w:t xml:space="preserve">[24:59] </w:t>
      </w:r>
      <w:r>
        <w:t>aur yeh aayat yaani Yahood ke ke tazkare ke Yahood ke hawale se, yaani Yahood ke hawale se ummat-e-Muhammadi ko bataya gaya hai ke daur-e-zawaal mein tumhara yeh haal hoga, to is se bach ke rehna.</w:t>
      </w:r>
    </w:p>
    <w:p>
      <w:pPr>
        <w:jc w:val="right"/>
      </w:pPr>
      <w:r>
        <w:t>اور یہ آیت یعنی یہود کے کے تذکرے کے یہود کے حوالے سے، یعنی یہود کے حوالے سے امت محمدی کو بتایا گیا ہے کہ دور زوال میں تمہارا یہ حال ہوگا، تو اس سے بچ کے رہنا۔</w:t>
      </w:r>
    </w:p>
    <w:p>
      <w:r>
        <w:rPr>
          <w:b/>
        </w:rPr>
        <w:t xml:space="preserve">[25:22] </w:t>
      </w:r>
      <w:r>
        <w:t>yaani Yahood ke Yahood ke hawale se yeh ummat-e-Muhammadi ka aaina hai.</w:t>
      </w:r>
    </w:p>
    <w:p>
      <w:pPr>
        <w:jc w:val="right"/>
      </w:pPr>
      <w:r>
        <w:t>یعنی یہود کے یہود کے حوالے سے یہ امت محمدی کا آئینہ ہے۔</w:t>
      </w:r>
    </w:p>
    <w:p>
      <w:r>
        <w:rPr>
          <w:b/>
        </w:rPr>
        <w:t xml:space="preserve">[25:36] </w:t>
      </w:r>
      <w:r>
        <w:t>aur yeh dheere dheere hota hai, achaanak nahin hota hai, rafta rafta hota hai.</w:t>
      </w:r>
    </w:p>
    <w:p>
      <w:pPr>
        <w:jc w:val="right"/>
      </w:pPr>
      <w:r>
        <w:t>اور یہ دھیرے دھیرے ہوتا ہے، اچانک نہیں ہوتا ہے، رفتہ رفتہ ہوتا ہے۔</w:t>
      </w:r>
    </w:p>
    <w:p>
      <w:r>
        <w:rPr>
          <w:b/>
        </w:rPr>
        <w:t xml:space="preserve">[25:45] </w:t>
      </w:r>
      <w:r>
        <w:t>aur sab se zyada zimmedari is mein ulama ki hoti</w:t>
      </w:r>
    </w:p>
    <w:p>
      <w:pPr>
        <w:jc w:val="right"/>
      </w:pPr>
      <w:r>
        <w:t>اور سب سے زیادہ ذمہ داری اس میں علماء کی ہوت</w:t>
      </w:r>
    </w:p>
    <w:p>
      <w:r>
        <w:rPr>
          <w:b/>
        </w:rPr>
        <w:t xml:space="preserve">[25:48] </w:t>
      </w:r>
      <w:r>
        <w:t>hai kyonke ulama apne mafaadaat ki bana par logon se takraao nahin karte. Yeh bhi hadith mein maujood hai ke apne mafaadaat ki bana par ulama takraao nahin karenge, inhi ki woh baat woh boli bolenge jo un ko mawaafiq aati ho.</w:t>
      </w:r>
    </w:p>
    <w:p>
      <w:pPr>
        <w:jc w:val="right"/>
      </w:pPr>
      <w:r>
        <w:t>ی ہے کیونکہ علماء اپنے مفادات کی بنا پر لوگوں سے ٹکراؤ نہیں کرتے۔ یہ بھی حدیث میں موجود ہے کہ اپنے مفادات کی بنا پر علماء ٹکراؤ نہیں کریں گے، انہی کی وہ بات وہ بولی بولیں گے جو ان کو موافق آتی ہو۔</w:t>
      </w:r>
    </w:p>
    <w:p>
      <w:r>
        <w:rPr>
          <w:b/>
        </w:rPr>
        <w:t xml:space="preserve">[26:06] </w:t>
      </w:r>
      <w:r>
        <w:t>is tarah in ke mafadat mehfooz rahen ge.</w:t>
      </w:r>
    </w:p>
    <w:p>
      <w:pPr>
        <w:jc w:val="right"/>
      </w:pPr>
      <w:r>
        <w:t>اس طرح ان کے مفادات محفوظ رہیں گے۔</w:t>
      </w:r>
    </w:p>
    <w:p>
      <w:r>
        <w:rPr>
          <w:b/>
        </w:rPr>
        <w:t xml:space="preserve">[26:12] </w:t>
      </w:r>
      <w:r>
        <w:t>to aisi halat mein jo sacha musleh khara hoga, to jo awam honge, woh kahenge, "ek aadmi ke kehne se hum kaise maan len ke hum galati par hain?</w:t>
      </w:r>
    </w:p>
    <w:p>
      <w:pPr>
        <w:jc w:val="right"/>
      </w:pPr>
      <w:r>
        <w:t>تو ایسی حالت میں جو سچا مصلح کھڑا ہوگا، تو جو عوام ہوں گے، وہ کہیں گے، "ایک آدمی کے کہنے سے ہم کیسے مان لیں کہ ہم غلطی پر ہیں؟</w:t>
      </w:r>
    </w:p>
    <w:p>
      <w:r>
        <w:rPr>
          <w:b/>
        </w:rPr>
        <w:t xml:space="preserve">[26:25] </w:t>
      </w:r>
      <w:r>
        <w:t>sare ulma to hum ko sahi bata rahe hain!" to bari khatarnak soorat-e-haal yeh hai kyunke Allah taala ke haan yeh daleel nahin chalegi.</w:t>
      </w:r>
    </w:p>
    <w:p>
      <w:pPr>
        <w:jc w:val="right"/>
      </w:pPr>
      <w:r>
        <w:t>سارے علماء تو ہم کو صحیح بتا رہے ہیں!" تو بڑی خطرناک صورتحال یہ ہے کیونکہ اللہ تعالی کے ہاں یہ دلیل نہیں چلے گی۔</w:t>
      </w:r>
    </w:p>
    <w:p>
      <w:r>
        <w:rPr>
          <w:b/>
        </w:rPr>
        <w:t xml:space="preserve">[26:37] </w:t>
      </w:r>
      <w:r>
        <w:t>Allah taala ka yeh daleel daleel nahin chalegi.</w:t>
      </w:r>
    </w:p>
    <w:p>
      <w:pPr>
        <w:jc w:val="right"/>
      </w:pPr>
      <w:r>
        <w:t>اللہ تعالی کا یہ دلیل دلیل نہیں چلے گی۔</w:t>
      </w:r>
    </w:p>
    <w:p>
      <w:r>
        <w:rPr>
          <w:b/>
        </w:rPr>
        <w:t xml:space="preserve">[26:40] </w:t>
      </w:r>
      <w:r>
        <w:t>Allah taala ke haan poocha jaega, "kya tum ko aql nahin thi? tum ko sochne ka hum ne nahin diya tha maada?</w:t>
      </w:r>
    </w:p>
    <w:p>
      <w:pPr>
        <w:jc w:val="right"/>
      </w:pPr>
      <w:r>
        <w:t>اللہ تعالی کے ہاں پوچھا جائے گا، "کیا تم کو عقل نہیں تھی؟ تم کو سوچنے کا ہم نے نہیں دیا تھا مادہ؟</w:t>
      </w:r>
    </w:p>
    <w:p>
      <w:r>
        <w:rPr>
          <w:b/>
        </w:rPr>
        <w:t xml:space="preserve">[26:50] </w:t>
      </w:r>
      <w:r>
        <w:t>to tum ne kyun nahin Quran mein parha? kyun nahin hadithon mein parha? kyun nahin sunnat-e-Rasool mein talash kiya ke kaun haq par hai, kaun galati par hai?</w:t>
      </w:r>
    </w:p>
    <w:p>
      <w:pPr>
        <w:jc w:val="right"/>
      </w:pPr>
      <w:r>
        <w:t>تو تم نے کیوں نہیں قرآن میں پڑھا؟ کیوں نہیں حدیثوں میں پڑھا؟ کیوں نہیں سنت رسول میں تلاش کیا کہ کون حق پر ہے، کون غلطی پر ہے؟</w:t>
      </w:r>
    </w:p>
    <w:p>
      <w:r>
        <w:rPr>
          <w:b/>
        </w:rPr>
        <w:t xml:space="preserve">[26:59] </w:t>
      </w:r>
      <w:r>
        <w:t>kis ki rai durust hai, kis ki rai durust nahin hai?"</w:t>
      </w:r>
    </w:p>
    <w:p>
      <w:pPr>
        <w:jc w:val="right"/>
      </w:pPr>
      <w:r>
        <w:t>کس کی رائے درست ہے، کس کی رائے درست نہیں ہے؟"</w:t>
      </w:r>
    </w:p>
    <w:p>
      <w:r>
        <w:rPr>
          <w:b/>
        </w:rPr>
        <w:t xml:space="preserve">[27:07] </w:t>
      </w:r>
      <w:r>
        <w:t>bheed ki baat sahi hai ke is is insaan ki baat sahi hai jo Quran ke hawale se bol raha hai. to qayamat mein kabhi bhi yeh daleel nahin chalegi ke ulma to hamare galatiyan batate the, hum ko yeh ek do aadmi galat bata dete the, kya unhi ko sachai mili hui thi?</w:t>
      </w:r>
    </w:p>
    <w:p>
      <w:pPr>
        <w:jc w:val="right"/>
      </w:pPr>
      <w:r>
        <w:t>بھیڑ کی بات صحیح ہے کہ اس اس انسان کی بات صحیح ہے جو قرآن کے حوالے سے بول رہا ہے۔ تو قیامت میں کبھی بھی یہ دلیل نہیں چلے گی کہ علماء تو ہمارے غلطیاں بتاتے تھے، ہم کو یہ ایک دو آدمی غلط بتا دیتے تھے، کیا انہی کو سچائی ملی ہوئی تھی؟</w:t>
      </w:r>
    </w:p>
    <w:p>
      <w:r>
        <w:rPr>
          <w:b/>
        </w:rPr>
        <w:t xml:space="preserve">[27:27] </w:t>
      </w:r>
      <w:r>
        <w:t>yeh daleel nahin chalegi. wahan yeh poocha jaega ke tum ko khud aql thi ke nahin thi?</w:t>
      </w:r>
    </w:p>
    <w:p>
      <w:pPr>
        <w:jc w:val="right"/>
      </w:pPr>
      <w:r>
        <w:t>یہ دلیل نہیں چلے گی۔ وہاں یہ پوچھا جائے گا کہ تم کو خود عقل تھی کہ نہیں تھی؟</w:t>
      </w:r>
    </w:p>
    <w:p>
      <w:r>
        <w:rPr>
          <w:b/>
        </w:rPr>
        <w:t xml:space="preserve">[27:35] </w:t>
      </w:r>
      <w:r>
        <w:t>to apni aql ko tum ne kyun nahin istemal kiya aur Quran ka kyun nahin mutala kiya? Quran se Quran se kyun nahin samajhne ki koshish ki ke kis ki baat sahi hai, kis ki baat galat hai?</w:t>
      </w:r>
    </w:p>
    <w:p>
      <w:pPr>
        <w:jc w:val="right"/>
      </w:pPr>
      <w:r>
        <w:t>تو اپنی عقل کو تم نے کیوں نہیں استعمال کیا اور قرآن کا کیوں نہیں مطالعہ کیا؟ قرآن سے قرآن سے کیوں نہیں سمجھنے کی کوشش کی کہ کس کی بات صحیح ہے، کس کی بات غلط ہے؟</w:t>
      </w:r>
    </w:p>
    <w:p>
      <w:r>
        <w:rPr>
          <w:b/>
        </w:rPr>
        <w:t xml:space="preserve">[27:47] </w:t>
      </w:r>
      <w:r>
        <w:t>haq kya hai, batil kya hai?</w:t>
      </w:r>
    </w:p>
    <w:p>
      <w:pPr>
        <w:jc w:val="right"/>
      </w:pPr>
      <w:r>
        <w:t>حق کیا ہے، باطل کیا ہے؟</w:t>
      </w:r>
    </w:p>
    <w:p>
      <w:r>
        <w:rPr>
          <w:b/>
        </w:rPr>
        <w:t xml:space="preserve">[27:52] </w:t>
      </w:r>
      <w:r>
        <w:t>acchi tarah samajhna chahiye ke yeh daleel qayamat mein chalne wali nahin hai kyunke Quran mehfooz hai.</w:t>
      </w:r>
    </w:p>
    <w:p>
      <w:pPr>
        <w:jc w:val="right"/>
      </w:pPr>
      <w:r>
        <w:t>اچھی طرح سمجھنا چاہیے کہ یہ دلیل قیامت میں چلنے والی نہیں ہے کیونکہ قرآن محفوظ ہے۔</w:t>
      </w:r>
    </w:p>
    <w:p>
      <w:r>
        <w:rPr>
          <w:b/>
        </w:rPr>
        <w:t xml:space="preserve">[28:00] </w:t>
      </w:r>
      <w:r>
        <w:t>Quran ek mehfooz kitab ke taur par hamare darmiyan hai. Quran mein kisi qism ki tabdeeli nahin hui hai. sunnat-e-Rasool bhi mehfooz hai.</w:t>
      </w:r>
    </w:p>
    <w:p>
      <w:pPr>
        <w:jc w:val="right"/>
      </w:pPr>
      <w:r>
        <w:t>قرآن ایک محفوظ کتاب کے طور پر ہمارے درمیان ہے۔ قرآن میں کسی قسم کی تبدیلی نہیں ہوئی ہے۔ سنت رسول بھی محفوظ ہے۔</w:t>
      </w:r>
    </w:p>
    <w:p>
      <w:r>
        <w:rPr>
          <w:b/>
        </w:rPr>
        <w:t xml:space="preserve">[28:10] </w:t>
      </w:r>
      <w:r>
        <w:t>ahadith-e-Rasool bhi mehfooz hain. to jab yeh sab mehfooz hai, Allah taala ne in ko mehfooz kar diya hai to kisi ka koi uzr nahin suna jaega,</w:t>
      </w:r>
    </w:p>
    <w:p>
      <w:pPr>
        <w:jc w:val="right"/>
      </w:pPr>
      <w:r>
        <w:t>احادیث رسول بھی محفوظ ہیں۔ تو جب یہ سب محفوظ ہے، اللہ تعالی نے ان کو محفوظ کر دیا ہے تو کسی کا کوئی عذر نہیں سنا جائے گا،</w:t>
      </w:r>
    </w:p>
    <w:p>
      <w:r>
        <w:rPr>
          <w:b/>
        </w:rPr>
        <w:t xml:space="preserve">[28:25] </w:t>
      </w:r>
      <w:r>
        <w:t>koi uzr</w:t>
      </w:r>
    </w:p>
    <w:p>
      <w:pPr>
        <w:jc w:val="right"/>
      </w:pPr>
      <w:r>
        <w:t>کوئی عذر</w:t>
      </w:r>
    </w:p>
    <w:p>
      <w:r>
        <w:rPr>
          <w:b/>
        </w:rPr>
        <w:t xml:space="preserve">[28:26] </w:t>
      </w:r>
      <w:r>
        <w:t>suna nahin jaega. har har insaan se kaha jaega ke tum ne Quran se sunnat se kyun nahin pata karne ki koshish ki ke sach kya hai aur galat kya hai?</w:t>
      </w:r>
    </w:p>
    <w:p>
      <w:pPr>
        <w:jc w:val="right"/>
      </w:pPr>
      <w:r>
        <w:t>سنا نہیں جائے گا۔ ہر ہر انسان سے کہا جائے گا کہ تم نے قرآن سے سنت سے کیوں نہیں پتہ کرنے کی کوشش کی کہ سچ کیا ہے اور غلط کیا ہے؟</w:t>
      </w:r>
    </w:p>
    <w:p>
      <w:r>
        <w:rPr>
          <w:b/>
        </w:rPr>
        <w:t xml:space="preserve">[28:45] </w:t>
      </w:r>
      <w:r>
        <w:t>to Hazrat Masih alaihissalam ke jo moajzaat the, woh is liye ghair muasar ho gaye ke is zamane ke Yahood jo the, apne zuwal ki bina par is zehniyat ko mein ka shikar ho gaye the jo kehte hain "self righteousness" ke hum to bilkul sahi hain, hum to bilkul rah-e-rast par hain, hamare andar to galati kya hai?</w:t>
      </w:r>
    </w:p>
    <w:p>
      <w:pPr>
        <w:jc w:val="right"/>
      </w:pPr>
      <w:r>
        <w:t>تو حضرت مسیح علیہ السلام کے جو معجزات تھے، وہ اس لیے غیر مؤثر ہو گئے کہ اس زمانے کے یہود جو تھے، اپنے زوال کی بنا پر اس ذہنیت کو میں کا شکار ہو گئے تھے جو کہتے ہیں "سیلف رائچسنس" کہ ہم تو بالکل صحیح ہیں، ہم تو بالکل راہ راست پر ہیں، ہمارے اندر تو غلطی کیا ہے؟</w:t>
      </w:r>
    </w:p>
    <w:p>
      <w:r>
        <w:rPr>
          <w:b/>
        </w:rPr>
        <w:t xml:space="preserve">[29:14] </w:t>
      </w:r>
      <w:r>
        <w:t>aur unhone gustakhana taur par ek self-style model bana liya tha jo mabni hota hai culture par, spirit par nahin.</w:t>
      </w:r>
    </w:p>
    <w:p>
      <w:pPr>
        <w:jc w:val="right"/>
      </w:pPr>
      <w:r>
        <w:t>اور انہوں نے گستاخانہ طور پر ایک سیلف اسٹائل ماڈل بنا لیا تھا جو مبنی ہوتا ہے کلچر پر، اسپیریٹ پر نہیں۔</w:t>
      </w:r>
    </w:p>
    <w:p>
      <w:r>
        <w:rPr>
          <w:b/>
        </w:rPr>
        <w:t xml:space="preserve">[29:27] </w:t>
      </w:r>
      <w:r>
        <w:t>Islam ka jo asal model hai, woh spirit par mabni hai. lekin daur-e-zuwal mein yeh hota hai ke log jo hain, khwab ki buniyad par ek self-style model</w:t>
      </w:r>
    </w:p>
    <w:p>
      <w:pPr>
        <w:jc w:val="right"/>
      </w:pPr>
      <w:r>
        <w:t>اسلام کا جو اصل ماڈل ہے، وہ اسپیریٹ پر مبنی ہے۔ لیکن دور زوال میں یہ ہوتا ہے کہ لوگ جو ہیں، خواب کی بنیاد پر ایک سیلف اسٹائل ماڈل</w:t>
      </w:r>
    </w:p>
    <w:p>
      <w:r>
        <w:rPr>
          <w:b/>
        </w:rPr>
        <w:t xml:space="preserve">[29:39] </w:t>
      </w:r>
      <w:r>
        <w:t>bana lete hain. is par apne ko bilkul poora aasan rahte hain ke is par poora utre. woh is se unhein woh is baghalte mein rahte hain ke hum theek hain.</w:t>
      </w:r>
    </w:p>
    <w:p>
      <w:pPr>
        <w:jc w:val="right"/>
      </w:pPr>
      <w:r>
        <w:t>بنا لیتے ہیں۔ اس پر اپنے کو بالکل پورا آسان رہتے ہیں کہ اس پر پورا اترے۔ وہ اس سے انہیں وہ اس بغالطے میں رہتے ہیں کہ ہم ٹھیک ہیں۔</w:t>
      </w:r>
    </w:p>
    <w:p>
      <w:r>
        <w:rPr>
          <w:b/>
        </w:rPr>
        <w:t xml:space="preserve">[29:55] </w:t>
      </w:r>
      <w:r>
        <w:t>to ek discipline model hota hai. yeh to meri dua hai ke Allah taala mujh ko aur aap ko tofeeq de ke hum apni zimmedari ko ada karen</w:t>
      </w:r>
    </w:p>
    <w:p>
      <w:pPr>
        <w:jc w:val="right"/>
      </w:pPr>
      <w:r>
        <w:t>تو ایک ڈسپلن ماڈل ہوتا ہے۔ یہ تو میری دعا ہے کہ اللہ تعالی مجھ کو اور آپ کو توفیق دے کہ ہم اپنی ذمہ داری کو ادا کریں</w:t>
      </w:r>
    </w:p>
    <w:p>
      <w:r>
        <w:rPr>
          <w:b/>
        </w:rPr>
        <w:t xml:space="preserve">[30:08] </w:t>
      </w:r>
      <w:r>
        <w:t>is mamle mein. Assalamu Alaikum wa Rahmatullahi.</w:t>
      </w:r>
    </w:p>
    <w:p>
      <w:pPr>
        <w:jc w:val="right"/>
      </w:pPr>
      <w:r>
        <w:t>اس معاملے میں۔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