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 Travel Across Eastern Europe July 14, 2024</w:t>
      </w:r>
    </w:p>
    <w:p>
      <w:r>
        <w:t>https://youtu.be/b7BMyJKPM1w</w:t>
      </w:r>
    </w:p>
    <w:p>
      <w:r>
        <w:rPr>
          <w:b/>
        </w:rPr>
        <w:t xml:space="preserve">[00:00] </w:t>
      </w:r>
      <w:r>
        <w:t>Assalamualikum. Today we will have conversation with doctor Saniya Sneen Khan sahib on his recently concluded travel to Eastern Europe. Along with him also traveled Khwaja Kalimuddin sahib from CPS USA team and Haroon Sheikh sahib from CPS Mumbai team. Together they carried the peaceful message of the Quran to Eastern Europe.</w:t>
      </w:r>
    </w:p>
    <w:p>
      <w:pPr>
        <w:jc w:val="right"/>
      </w:pPr>
      <w:r>
        <w:t>अस्सलामालिकुम. Today we will have conversation with doctor सानिया स्नेन खान साहब on his recently concluded travel to Eastern Europe. Along with him also traveled खाजा कलिमुदीन साहब from CPS USA team and हरून शेख साहब from CPS Mumbai team. Together they carried the peaceful message of the Quran to Eastern Europe.</w:t>
      </w:r>
    </w:p>
    <w:p>
      <w:r>
        <w:rPr>
          <w:b/>
        </w:rPr>
        <w:t xml:space="preserve">[00:25] </w:t>
      </w:r>
      <w:r>
        <w:t>Eastern Europe as we know is a region of contrast and transition contributing significantly to the European, cultural and geopolitical landscape. When we read, al Tobah and come across the hundred and twelfth verse of the Quran, god says believers are those who travel to serve the cause of god.</w:t>
      </w:r>
    </w:p>
    <w:p>
      <w:pPr>
        <w:jc w:val="right"/>
      </w:pPr>
      <w:r>
        <w:t>Eastern Europe as we know is a region of contrast and transition contributing significantly to the European, cultural and geopolitical landscape. When we read, al Tobah and come across the hundred and twelfth verse of the Quran, god says believers are those who travel to serve the cause of god.</w:t>
      </w:r>
    </w:p>
    <w:p>
      <w:r>
        <w:rPr>
          <w:b/>
        </w:rPr>
        <w:t xml:space="preserve">[00:51] </w:t>
      </w:r>
      <w:r>
        <w:t>There are several hadiths, which urges believers to travel. This is because when you travel, not only you develop a universal outlook, you also gain maarifat, you develop many insights and you get experiences. To aaj hum isi mauzoo par charcha karenge, doctor sahib ke saath aur janenge ke Eastern Europe se woh hamare liye maarifat aur experience ka kya saman lekar aaye hain?</w:t>
      </w:r>
    </w:p>
    <w:p>
      <w:pPr>
        <w:jc w:val="right"/>
      </w:pPr>
      <w:r>
        <w:t>There are several hadiths, which urges believers to travel. This is because when you travel, not only you develop a universal outlook, you also gain मारेफ़त, you develop many insights and you get experiences. तो आज हम इसी मौजू पर चर्चा करेंगे, doctor साहब के साथ और जानेंगे कि Eastern Europe से वह हमारे लिए मारेफत और experience का क्या सामान लेकर आए हैं?</w:t>
      </w:r>
    </w:p>
    <w:p>
      <w:r>
        <w:rPr>
          <w:b/>
        </w:rPr>
        <w:t xml:space="preserve">[01:19] </w:t>
      </w:r>
      <w:r>
        <w:t>to chaliye unse batchit karte hain. assalamalikul doctor sahab, kaise hain aap? ghalikusalam alam dilla, aap kaise hain? alam dilla. Doc sahab I was really, looking forward, to this session of yours. Of course you were sending pictures, traveling from one country to another and, looking at those pictures, we all were, vicariously traveling, with you. And today I think all the viewers will also gain from, you know, the experiences that you have brought with you.</w:t>
      </w:r>
    </w:p>
    <w:p>
      <w:pPr>
        <w:jc w:val="right"/>
      </w:pPr>
      <w:r>
        <w:t>तो चलिए उनसे बातचीत करते हैं. अस्लामालिकुल doctor साहब, कैसे हैं आप? गालिकुसलाम अलम दिल्ला, आप कैसे हैं? अलम दिल्ला. Doc साहब I was really, looking forward, to this session of yours. Of course you were sending pictures, traveling from one country to another and, looking at those pictures, we all were, vicariously traveling, with you. And today I think all the viewers will also gain from, you know, the experiences that you have brought with you.</w:t>
      </w:r>
    </w:p>
    <w:p>
      <w:r>
        <w:rPr>
          <w:b/>
        </w:rPr>
        <w:t xml:space="preserve">[01:49] </w:t>
      </w:r>
      <w:r>
        <w:t>to DocsApp sabse pehla jo sawal hai mera woh toh yahi hai ki, what inspired you for this spiritual trip and why did you particularly choose Eastern European countries? iske bare mein batayein. zaroor, inshallah. is millahir rahmani rahim, rabbi shrahli sadri, waissir li amri, wahalul uqdatatammil lisani, yafqahu qawli.</w:t>
      </w:r>
    </w:p>
    <w:p>
      <w:pPr>
        <w:jc w:val="right"/>
      </w:pPr>
      <w:r>
        <w:t>तो DocsApp सबसे पहला जो सवाल है मेरा वह तो यही है कि, what inspired you for this spiritual trip and why did you particularly choose Eastern European countries? इसके बारे में बताएं. ज़रूर, इशाल्लाह. इस मिल्लाहिर रमानी रहीम, रब्बी श्रेहली सदरी, वैस्सिर ली अमरी, वाहलुल उगदततम्मील लिसानी, यबकाहु कौली.</w:t>
      </w:r>
    </w:p>
    <w:p>
      <w:r>
        <w:rPr>
          <w:b/>
        </w:rPr>
        <w:t xml:space="preserve">[02:15] </w:t>
      </w:r>
      <w:r>
        <w:t>quran mein aata hai tabarak allazi blessed is he who has sent down the criterion meaning the quran to his servant that he may warn all the people.</w:t>
      </w:r>
    </w:p>
    <w:p>
      <w:pPr>
        <w:jc w:val="right"/>
      </w:pPr>
      <w:r>
        <w:t>कुरान में आता है तबारक अल्लजी blessed is he who has sent down the criterion meaning the Quran to his servant that he may warn all the people.</w:t>
      </w:r>
    </w:p>
    <w:p>
      <w:r>
        <w:rPr>
          <w:b/>
        </w:rPr>
        <w:t xml:space="preserve">[02:36] </w:t>
      </w:r>
      <w:r>
        <w:t>to is tarah ki verses quran mein hai ki allah taala ne quran ka yeh maqsad bataya hai ki insano ko uske zariye hidayat, guidance aur warning di jaye.</w:t>
      </w:r>
    </w:p>
    <w:p>
      <w:pPr>
        <w:jc w:val="right"/>
      </w:pPr>
      <w:r>
        <w:t>तो इस तरह की verses Quran में है कि अल्लाह तालाह ने Quran का यह मकसद बताया है कि इंसानों को उसके ज़रिए हिदायत, guidance और warning दी जाए.</w:t>
      </w:r>
    </w:p>
    <w:p>
      <w:r>
        <w:rPr>
          <w:b/>
        </w:rPr>
        <w:t xml:space="preserve">[02:50] </w:t>
      </w:r>
      <w:r>
        <w:t>to yeh ek zimmedari hai jo hum sab par hai ki hum quran ke paigam ko logon tak pahunchayenge aur jaisa aapko yaad hoga ki ek conference mein jo CPS ki humne ki thi bahut pehle, maulana ne usmein flood the quran kaha tha. ji ji ji bilkul.</w:t>
      </w:r>
    </w:p>
    <w:p>
      <w:pPr>
        <w:jc w:val="right"/>
      </w:pPr>
      <w:r>
        <w:t>तो यह एक ज़िम्मेदारी है जो हम सब पर है कि हम कुरान के प्यागाम को लोगों तक पहुंचाएंगे और जैसा आपको याद होगा कि एक conference में जो CPS की हमने की थी बहुत पहले, मौलाना ने उसमें flood the कुरान कहा था. जी जी जी बिल्कुल.</w:t>
      </w:r>
    </w:p>
    <w:p>
      <w:r>
        <w:rPr>
          <w:b/>
        </w:rPr>
        <w:t xml:space="preserve">[03:08] </w:t>
      </w:r>
      <w:r>
        <w:t>to yeh maulana ne jo inspire kiya hai hum sabko to hamare andar yeh jazba vyadar hua hai ki hum quran ke paigam ko insano tak pahunchayein unki apni zuban mein. to isi wajah se yeh safar hua aur isse pehle bhi ek safar hua tha, ek do safar jismein hum log gaye the aur jaise China, Japan, Korea, Thailand, Singapore, Malaysia, Australia, New Zealand.</w:t>
      </w:r>
    </w:p>
    <w:p>
      <w:pPr>
        <w:jc w:val="right"/>
      </w:pPr>
      <w:r>
        <w:t>तो यह मौलाना ने जो inspire किया है हम सबको तो हमारे अंदर यह जज़्बा व्यादार हुआ है कि हम कुरान के पैगाम को इंसानों तक पहुंचाएं उनकी अपनी जुबान में. तो इसी वजह से यह सफर हुआ और इससे पहले भी एक सफर हुआ था, एक दो सफर जिसमें हम लोग गए थे और जैसे China, Japan, Korea, Thailand, Singapore, Malaysia, Australia, New Zealand.</w:t>
      </w:r>
    </w:p>
    <w:p>
      <w:r>
        <w:rPr>
          <w:b/>
        </w:rPr>
        <w:t xml:space="preserve">[03:37] </w:t>
      </w:r>
      <w:r>
        <w:t>is taraf hum log humne safar kiya tha kaleem sahab bhi saath mein tayyarun sheikh sahab bhi saath mein the. to usse bahut paida hua tha. to hamara irada tha do teen saal pehle ki hum Eastern Europe jayein. ji. chuki jo Western Europe hai wahan toh jate hi rehte hain log. France aur Germany aur UK toh aksar log jate hain lekin woh area is lihaj thoda neglected hai dawat-i-dubaara se.</w:t>
      </w:r>
    </w:p>
    <w:p>
      <w:pPr>
        <w:jc w:val="right"/>
      </w:pPr>
      <w:r>
        <w:t>इस तरफ हम लोग हमने सफर किया था कलीम साहब भी साथ में तैयारुण शेख साहब भी साथ में थे. तो उससे बहुत पैदा हुआ था. तो हमारा इरादा था दो तीन साल पहले कि हम Eastern Europe जाएं. जी. चूंकि जो Western Europe है वहां तो जाते ही रहते हैं लोग. France और Germany और UK तो अक्सर लोग जाते हैं लेकिन वह area इस लिहाज थोड़ा neglected है दावतीय दुबारा से.</w:t>
      </w:r>
    </w:p>
    <w:p>
      <w:r>
        <w:rPr>
          <w:b/>
        </w:rPr>
        <w:t xml:space="preserve">[04:04] </w:t>
      </w:r>
      <w:r>
        <w:t>to hamare zehan mein yeh aaya ki hum Eastern Europe ki jo countries hain usmein suffer karein aur</w:t>
      </w:r>
    </w:p>
    <w:p>
      <w:pPr>
        <w:jc w:val="right"/>
      </w:pPr>
      <w:r>
        <w:t>तो हमारे ज़हन में यह आया कि हम Eastern Europe की जो countries हैं उसमें suffer करें और</w:t>
      </w:r>
    </w:p>
    <w:p>
      <w:r>
        <w:rPr>
          <w:b/>
        </w:rPr>
        <w:t xml:space="preserve">[04:09] </w:t>
      </w:r>
      <w:r>
        <w:t>wahan ki jo languages hain usko hasil karein aur usmein Quran publish karke un logon tak pahunchayein.</w:t>
      </w:r>
    </w:p>
    <w:p>
      <w:pPr>
        <w:jc w:val="right"/>
      </w:pPr>
      <w:r>
        <w:t>वहां की जो languages हैं उसको हासिल करें और उसमें कुरान publish करके उन लोगों तक पहुंचाएं.</w:t>
      </w:r>
    </w:p>
    <w:p>
      <w:r>
        <w:rPr>
          <w:b/>
        </w:rPr>
        <w:t xml:space="preserve">[04:14] </w:t>
      </w:r>
      <w:r>
        <w:t>to yeh asal mein hamara maqsad tha.</w:t>
      </w:r>
    </w:p>
    <w:p>
      <w:pPr>
        <w:jc w:val="right"/>
      </w:pPr>
      <w:r>
        <w:t>तो यह असल में हमारा मकसद था.</w:t>
      </w:r>
    </w:p>
    <w:p>
      <w:r>
        <w:rPr>
          <w:b/>
        </w:rPr>
        <w:t xml:space="preserve">[04:19] </w:t>
      </w:r>
      <w:r>
        <w:t>lekin us us us zamane mein COVID ho gaya.</w:t>
      </w:r>
    </w:p>
    <w:p>
      <w:pPr>
        <w:jc w:val="right"/>
      </w:pPr>
      <w:r>
        <w:t>लेकिन उस उस उस ज़माने में COVID हो गया.</w:t>
      </w:r>
    </w:p>
    <w:p>
      <w:r>
        <w:rPr>
          <w:b/>
        </w:rPr>
        <w:t xml:space="preserve">[04:24] </w:t>
      </w:r>
      <w:r>
        <w:t>phir Ukraine ki war ho gayi. Ji.</w:t>
      </w:r>
    </w:p>
    <w:p>
      <w:pPr>
        <w:jc w:val="right"/>
      </w:pPr>
      <w:r>
        <w:t>फिर Ukraine की war हो गई. जी.</w:t>
      </w:r>
    </w:p>
    <w:p>
      <w:r>
        <w:rPr>
          <w:b/>
        </w:rPr>
        <w:t xml:space="preserve">[04:29] </w:t>
      </w:r>
      <w:r>
        <w:t>chunki Ukraine mein ek sahab hain jinka naam hai Abdul Rehman.</w:t>
      </w:r>
    </w:p>
    <w:p>
      <w:pPr>
        <w:jc w:val="right"/>
      </w:pPr>
      <w:r>
        <w:t>चूंकि Ukraine में एक साहब हैं जिनका नाम है अब्दुल रहमान.</w:t>
      </w:r>
    </w:p>
    <w:p>
      <w:r>
        <w:rPr>
          <w:b/>
        </w:rPr>
        <w:t xml:space="preserve">[04:35] </w:t>
      </w:r>
      <w:r>
        <w:t>woh Ukrainian hai aur unko Arabic bhi aati hai. achhe bahut hi achhi soch hai. woh ittefaq se hamare humse milne aaye. hum toh nahi ja sake unki taraf lekin woh aaye milne toh bahut achhi mulakat rahi. to is lihaj se hamara us waqt program tha Ukraine wagera jaane ka. to lekin woh war ho gayi toh woh. phir kya hua ki abhi kuch mahine pehle ek group hai WhatsApp ka UK ka. ji.</w:t>
      </w:r>
    </w:p>
    <w:p>
      <w:pPr>
        <w:jc w:val="right"/>
      </w:pPr>
      <w:r>
        <w:t>वह Ukrainian है और उनको Arabic भी आती है. अच्छे बहुत ही अच्छी सोच है. वह इत्तेफ़ाक़ से हमारे हमसे मिलने आए. हम तो नहीं जा सके उनकी तरफ लेकिन वह आए मिलने तो बहुत अच्छी मुलाकात रही. तो इस लिहाज से हमारा उस वक्त program था Ukraine वगैरह जाने का. तो लेकिन वह war हो गई तो वह. फिर क्या हुआ कि अभी कुछ महीने पहले एक group है WhatsApp का UK का. जी.</w:t>
      </w:r>
    </w:p>
    <w:p>
      <w:r>
        <w:rPr>
          <w:b/>
        </w:rPr>
        <w:t xml:space="preserve">[05:04] </w:t>
      </w:r>
      <w:r>
        <w:t>jiska naam hai dawa. ji. halanki usmein dawat ki baatein bahut kam hoti hain. ji. baqi sari baatein hoti hain. ji sir ki baat hai. to woh main bahut kam dekhta hoon. ji. ittefaq se maine ek din dekha to usmein ek sahab ne message dala tha ki hum unko quran chahiye. Serbia se hoon main aur mujhe quran chahiye aur aur taaki hum distribute kar sakein. to maine unse contact kiya.</w:t>
      </w:r>
    </w:p>
    <w:p>
      <w:pPr>
        <w:jc w:val="right"/>
      </w:pPr>
      <w:r>
        <w:t>जिसका नाम है दावा. जी. हालांकि उसमें दावत की बातें बहुत कम होती हैं. जी. बाकी सारी बातें होती हैं. जी sir की बात है. तो वह मैं बहुत कम देखता हूं. जी. इत्तेफ़ाक़ से मैंने एक दिन देखा तो उसमें एक साहब ने message डाला था कि हम उनको कुरान चाहिए. Serbia से हूं मैं और मुझे कुरान चाहिए और और ताकि हम distribute कर सकें. तो मैंने उनसे contact किया.</w:t>
      </w:r>
    </w:p>
    <w:p>
      <w:r>
        <w:rPr>
          <w:b/>
        </w:rPr>
        <w:t xml:space="preserve">[05:32] </w:t>
      </w:r>
      <w:r>
        <w:t>to pata chala unka naam hai alakdar islam. ji. aur woh Serbian hai. lekin UK mein abhi bees saal rahe hain. to unse batchit hui to unhone bataya ki Good World ka quran jo distribution hota hai wahan toh woh kaafi unhone liya hai wahan se, Birmingham se IPCI se aur distribute kiya hai. to woh pehchan gaye fauran jaise maine usko bheja photos.</w:t>
      </w:r>
    </w:p>
    <w:p>
      <w:pPr>
        <w:jc w:val="right"/>
      </w:pPr>
      <w:r>
        <w:t>तो पता चला उनका नाम है अलकदर इस्लाम. जी. और वह Serbian है. लेकिन UK में अभी बीस साल रहे हैं. तो उनसे बातचीत हुई तो उन्होंने बताया कि Good World का कुरान जो distribution होता है वहां तो वह काफ़ी उनको उन्होंने लिया है वहां से, Birmingham से IPCI से और distribute किया है. तो वह पहचान गए फ़ौरन जैसे मैंने उसको भेजा photos.</w:t>
      </w:r>
    </w:p>
    <w:p>
      <w:r>
        <w:rPr>
          <w:b/>
        </w:rPr>
        <w:t xml:space="preserve">[05:59] </w:t>
      </w:r>
      <w:r>
        <w:t>to phir maine haroon sheikh sahab se zikr kiya ki yeh ek sahab se batchit hui hai aur kaleem sahab se bhi. to in logon ne bhi baat ki. to inko bhi laga ki yeh bahut hi dedicated lagte hain aur jazba hai aur inka zehan bahut hi clear hai quran distribution ke mamle mein.</w:t>
      </w:r>
    </w:p>
    <w:p>
      <w:pPr>
        <w:jc w:val="right"/>
      </w:pPr>
      <w:r>
        <w:t>तो फिर मैंने हारुण शेख साहब से ज़िक्र किया कि यह एक साहब से बातचीत हुई है और कलीम साहब से भी. तो इन लोगों ने भी बात की. तो इनको भी लगा कि यह बहुत ही dedicated लगते हैं और जज़्बा है और इनका ज़हन बहुत ही clear है कुरान distribution के मामले में.</w:t>
      </w:r>
    </w:p>
    <w:p>
      <w:r>
        <w:rPr>
          <w:b/>
        </w:rPr>
        <w:t xml:space="preserve">[06:19] </w:t>
      </w:r>
      <w:r>
        <w:t>to humne program banana shuru kiya eastern european countries ka aur bahut lamba dinon se program chal raha tha kabhi is country ko cancel karein us country ko hi phir yeh sab chala. chuki jab tak ki kisi country mein koi achha contact na ho toh jana koi fayda nahi hota. aise hi hum jaakar idhar udhar jayein toh kise milein? ji. to hum contact talash kar rahe the.</w:t>
      </w:r>
    </w:p>
    <w:p>
      <w:pPr>
        <w:jc w:val="right"/>
      </w:pPr>
      <w:r>
        <w:t>तो हमने program बनाना शुरू किया eastern european countries का और बहुत लंबा दिनों से program चल रहा था कभी इस country को cancel करें उस country को ही फिर यह सब चला. चूंकि जब तक कि किसी country में कोई अच्छा contact ना हो तो जाना कोई फ़ायदा नहीं होता. ऐसे ही हम जाकर इधर उधर जाएं तो किसे मिले? जी. तो हम contact तलाश कर रहे थे.</w:t>
      </w:r>
    </w:p>
    <w:p>
      <w:r>
        <w:rPr>
          <w:b/>
        </w:rPr>
        <w:t xml:space="preserve">[06:44] </w:t>
      </w:r>
      <w:r>
        <w:t>to bahrah inhone kaha ki hum saath chalenge aapke jahan bhi aap jayenge. to unhone kaha main ek van arrange karunga aur hum by road jayenge. ji. kyunki wahan zyada tar jagahon par airports bhi nahi hain. ji. to woh log car se hi safar karte hain aur train kabhi ko khaas nahi hai. to is tarike se yeh safar hua aur haroon shayad sahab Bombay se aur kaleem sahab USA se aur main Delhi se shamil hua aur hum yahan se sabse pehle Zurich gaye.</w:t>
      </w:r>
    </w:p>
    <w:p>
      <w:pPr>
        <w:jc w:val="right"/>
      </w:pPr>
      <w:r>
        <w:t>तो बहरह इन्होंने कहा कि हम साथ चलेंगे आपके जहां भी आप जाएंगे. तो उन्होंने कहा मैं एक van arrange करूंगा और हम by road जाएंगे. जी. क्योंकि वहां ज़्यादातर जगहों पर airports भी नहीं हैं. जी. तो वो लोग car से ही सफर करते हैं और train कभी को खास नहीं है. तो इस तरीके से यह सफर हुआ और हरुण शायद साहब Bombay से और कलीम साहब USA से और मैं Delhi से शामिल हुआ और हम यहां से सबसे पहले Zurich गए.</w:t>
      </w:r>
    </w:p>
    <w:p>
      <w:r>
        <w:rPr>
          <w:b/>
        </w:rPr>
        <w:t xml:space="preserve">[07:14] </w:t>
      </w:r>
      <w:r>
        <w:t>kyunki hamara kuch visa aisa tha hum Zurich jaane wale nahi the lekin woh visa ke kisi condition ki wajah se humein wahan jaana pada aur wahan ek do din rehna pada. to Zurich Switzerland gaye sabse pehle wahan se phir Belgrade gaye. Belgrade jo ki Serbia ki ek capital hai. phir Nobo Pazar woh bhi ek Serbia ka ki ek city hai. bahut hi umd city hai. phir Sarejevo gaye Bosnia ki ki capital phir Zagreb jo Croatia ka capital hai.</w:t>
      </w:r>
    </w:p>
    <w:p>
      <w:pPr>
        <w:jc w:val="right"/>
      </w:pPr>
      <w:r>
        <w:t>क्योंकि हमारा कुछ visa ऐसा था हम Zurich जाने वाले नहीं थे लेकिन वह visa के किसी condition की वजह से हमें वहां जाना पड़ा और वहां एक दो दिन रहना पड़ा. तो Zurich Switzerland गए सबसे पहले वहां से फिर Belgrade गए. Belgrade जो कि Serbia की एक का capital है. फिर नोबी पज़ार वह भी एक Serbia का की एक city है. बहुत ही उम्द city है. फिर सारे युवो गए गोज़निया की की capital फिर ज़ग़रेब जो Crotia का capital है.</w:t>
      </w:r>
    </w:p>
    <w:p>
      <w:r>
        <w:rPr>
          <w:b/>
        </w:rPr>
        <w:t xml:space="preserve">[07:43] </w:t>
      </w:r>
      <w:r>
        <w:t>ji. phir Skopje jo Macedonia ka capital hai phir wapsi mein wahan se hum Istanbul aaye aur Istanbul mein kuch din rahe phir phir Dubai mein bhi ek do din rahe. ashaha to is tarike se yeh safar shuru hua aur waise hamara irada Moscow jaane ka bhi tha.</w:t>
      </w:r>
    </w:p>
    <w:p>
      <w:pPr>
        <w:jc w:val="right"/>
      </w:pPr>
      <w:r>
        <w:t>जी. फिर Scopie जो Macedonia का capital है फिर वापसी में वहां से हम Istanbul आए और Istanbul में कुछ दिन रहे फिर फिर Dubai में भी एक दो दिन रहे. आशाषा तो इस तरीके से यह सफर शुरू हुआ और वैसे हमारा इरादा Moscow जाने का भी था.</w:t>
      </w:r>
    </w:p>
    <w:p>
      <w:r>
        <w:rPr>
          <w:b/>
        </w:rPr>
        <w:t xml:space="preserve">[08:05] </w:t>
      </w:r>
      <w:r>
        <w:t>hamare plan mein tha Moscow aur Saint Saint Petersburgs aur Latvia, Lithuania, Estonia, yeh sari countries jo Baltic countries hain unmein bhi jaane ka khayal tha lekin wahan koi contact nahi mila. Moscow mein toh tha contact lekin logon ne kaha ki wahan bhi war qarm mahole avoid hi karein. to Moscow, Saint Petersburg cancel ho gaya aur Latvia, Lithuania, Estonia yeh bhi cancel ho gaya chuki wahan koi sahi contact nahi mil saka.</w:t>
      </w:r>
    </w:p>
    <w:p>
      <w:pPr>
        <w:jc w:val="right"/>
      </w:pPr>
      <w:r>
        <w:t>हमारे plan में था Moscow और Saint Saint Peterborgs और Latvia, Lithuania, Estonia, ये सारी countries जो Baltic countries हैं उनमें भी जाने का ख्याल था लेकिन वहां कोई contact नहीं मिला. Moscow में तो था contact लेकिन लोगों ने कहा कि वहां भी war क़र्म महोले avoid ही करें. तो Moscow, Saint Petersburg cancel हो गया और Latvia, Lithuania, Estonia यह भी cancel हो गया चूंकि वहां कोई सही contact नहीं मिल सका.</w:t>
      </w:r>
    </w:p>
    <w:p>
      <w:r>
        <w:rPr>
          <w:b/>
        </w:rPr>
        <w:t xml:space="preserve">[08:33] </w:t>
      </w:r>
      <w:r>
        <w:t>to phir is tarike se safar shuru hua aur aapko maloom hai ki maulana bhi bahut safar karte the. ji ji.</w:t>
      </w:r>
    </w:p>
    <w:p>
      <w:pPr>
        <w:jc w:val="right"/>
      </w:pPr>
      <w:r>
        <w:t>तो फिर इस तरीके से सफर शुरू हुआ और आपको मालूम है कि मौलाना भी बहुत सफर करते थे. जी जी.</w:t>
      </w:r>
    </w:p>
    <w:p>
      <w:r>
        <w:rPr>
          <w:b/>
        </w:rPr>
        <w:t xml:space="preserve">[08:41] </w:t>
      </w:r>
      <w:r>
        <w:t>kai kitabein chhapi hain Maulana ki safarnama aur travelogue aur Maulana likhte hain ki jo safar hota hai</w:t>
      </w:r>
    </w:p>
    <w:p>
      <w:pPr>
        <w:jc w:val="right"/>
      </w:pPr>
      <w:r>
        <w:t>कई किताबें छपी है मौलाना की सफरनाबे और travelogue और मौलाने लिखते हैं कि जो सफर होता है</w:t>
      </w:r>
    </w:p>
    <w:p>
      <w:r>
        <w:rPr>
          <w:b/>
        </w:rPr>
        <w:t xml:space="preserve">[08:48] </w:t>
      </w:r>
      <w:r>
        <w:t>wo ibarat aur nasihat ke liye hota hai aur Quran mein bhi yeh baat aayi hai aur mujhe</w:t>
      </w:r>
    </w:p>
    <w:p>
      <w:pPr>
        <w:jc w:val="right"/>
      </w:pPr>
      <w:r>
        <w:t>वह इबरत और नसीहत के लिए होता है और कुरान में भी यह बात आई है और मुझे</w:t>
      </w:r>
    </w:p>
    <w:p>
      <w:r>
        <w:rPr>
          <w:b/>
        </w:rPr>
        <w:t xml:space="preserve">[08:56] </w:t>
      </w:r>
      <w:r>
        <w:t>yaad hai ki jaise jaise Quran mein aata asaihoon yani safar karne wale mard aur asaihaat bhi aaya</w:t>
      </w:r>
    </w:p>
    <w:p>
      <w:pPr>
        <w:jc w:val="right"/>
      </w:pPr>
      <w:r>
        <w:t>याद है कि जैसे जैसे कुरान में आता असाईहून यानी सफर करने वाले मर्द और असाईहात भी आया</w:t>
      </w:r>
    </w:p>
    <w:p>
      <w:r>
        <w:rPr>
          <w:b/>
        </w:rPr>
        <w:t xml:space="preserve">[09:04] </w:t>
      </w:r>
      <w:r>
        <w:t>hai doosri jagah Quran mein safar karne wali aurtein.</w:t>
      </w:r>
    </w:p>
    <w:p>
      <w:pPr>
        <w:jc w:val="right"/>
      </w:pPr>
      <w:r>
        <w:t>है दूसरी जगह कुरान में सफर करने वाली औरतें.</w:t>
      </w:r>
    </w:p>
    <w:p>
      <w:r>
        <w:rPr>
          <w:b/>
        </w:rPr>
        <w:t xml:space="preserve">[09:12] </w:t>
      </w:r>
      <w:r>
        <w:t>travelling men and travelling women yeh quran mein zikr hai. to yeh is tarike se yeh ek safar ka program bana aur molana ne ek baar mujhe yaad hai shayad mera pehla safar tha international woh bhi USA ka.</w:t>
      </w:r>
    </w:p>
    <w:p>
      <w:pPr>
        <w:jc w:val="right"/>
      </w:pPr>
      <w:r>
        <w:t>Travelling men and travelling women यह कुरान में ज़िक्र है. तो यह इस तरीके से यह एक सफर का program बना और मोलाना ने एक बार मुझे याद है शायद मेरा पहला सफर था international वह भी USA का.</w:t>
      </w:r>
    </w:p>
    <w:p>
      <w:r>
        <w:rPr>
          <w:b/>
        </w:rPr>
        <w:t xml:space="preserve">[09:31] </w:t>
      </w:r>
      <w:r>
        <w:t>ek conference mein ja rahe the to hum baithe jahaz par to main toh idhar udhar dekh raha tha idhar ek naya nayi cheez thi mere liye aur dekha ki maulana kisi kagaz par baithkar likh rahe hain kuch. to maine udhar gaur se dekha kya likha hai?</w:t>
      </w:r>
    </w:p>
    <w:p>
      <w:pPr>
        <w:jc w:val="right"/>
      </w:pPr>
      <w:r>
        <w:t>एक conference में जा रहे थे तो हम बैठे जहाज पर तो मैं तो इधर उधर देख रहा था इधर एक नया नई चीज़ थी मेरे लिए और देखा कि मौलाना किसी काग़ज़ पर बैठकर लिख रहे हैं कुछ. तो मैंने उधर गौर से देखा क्या लिखा है?</w:t>
      </w:r>
    </w:p>
    <w:p>
      <w:r>
        <w:rPr>
          <w:b/>
        </w:rPr>
        <w:t xml:space="preserve">[09:51] </w:t>
      </w:r>
      <w:r>
        <w:t>to unhone likha ki jab hamare jahaz fiza mein uda aasmanon ki taraf to mujhe aisa laga ki ek bahut badi chidiya meri rooh ko lekar aasman ki taraf ud gayi aur mujhe aakhirat mein pahuncha diya. ji. phir wahan se olana ne aakhirat ki baatein likhni shuru kar di. ji.</w:t>
      </w:r>
    </w:p>
    <w:p>
      <w:pPr>
        <w:jc w:val="right"/>
      </w:pPr>
      <w:r>
        <w:t>तो उन्होंने लिखा कि जब हमारे जहाज फिजा में उड़ा आसमानों की तरफ तो मुझे ऐसा लगा कि एक बहुत बड़ी चिड़िया मेरी रूह को लेकर आसमान की तरफ उड़ गई और मुझे आख़रत में पहुंचा दिया. जी. फिर वहां से ओलाना ने आख़रत की बातें लिखनी शुरू कर दी. जी.</w:t>
      </w:r>
    </w:p>
    <w:p>
      <w:r>
        <w:rPr>
          <w:b/>
        </w:rPr>
        <w:t xml:space="preserve">[10:11] </w:t>
      </w:r>
      <w:r>
        <w:t>to yeh hai woh cheez jo ek marfat yafta insan ki usko har cheez mein koi na koi dawat ki aur marfat ki baat mil jayegi. aur maulana ne likha hai ki yeh baatein usi ke liye hain ki jo apne ghar par bhi yani rehte hue apne ghar apne mulk apne shahar mein yahi soch uski ho. marfat aur dawat wali soch ho. aisa nahi ki woh achanak safar mein uske andar yeh soch develop ho jayegi.</w:t>
      </w:r>
    </w:p>
    <w:p>
      <w:pPr>
        <w:jc w:val="right"/>
      </w:pPr>
      <w:r>
        <w:t>तो यह है वह चीज़ जो एक मारफत याप्ता इंसान कि उसको हर चीज़ में कोई ना कोई दावत की और मारफत की बात मिल जाएगी. और मोलाना ने लिखा है कि यह बातें उसी के लिए हैं कि जो अपने घर पर भी यानी रहते हुए अपने घर अपने मुल्क अपने शहर में यही सोच उसकी हो. मारफत और दावत वाली सोच हो. ऐसा नहीं कि वो अचानक सफर में उसके अंदर यह सोच develop हो जाएगी.</w:t>
      </w:r>
    </w:p>
    <w:p>
      <w:r>
        <w:rPr>
          <w:b/>
        </w:rPr>
        <w:t xml:space="preserve">[10:39] </w:t>
      </w:r>
      <w:r>
        <w:t>to yeh tha vairalik maqsad aur jiski wajah se humne yeh safar kiya. ji, mashallah. aur doctor yeh bhi hai ki when believer travels, then he gets into a contemplative mode. aapne jis tarah mulanaka bhi example bataya. so the whole world becomes like a spiritual factory. you know, you develop, you gain experiences. Doctor sahab, aapne kai countries ka zigar kiya, mashallah.</w:t>
      </w:r>
    </w:p>
    <w:p>
      <w:pPr>
        <w:jc w:val="right"/>
      </w:pPr>
      <w:r>
        <w:t>तो यह था वैरालिक मकसद और जिसकी वजह से हमने यह सफर किया. जी, माशालाह. और doctor यह भी है कि when believer travels, then he gets into a contemplative mode. आपने जिस तरह मुलानका भी example बताया. So the whole world becomes like a spiritual factory. You know, you develop, you gain experiences. Doctor साहब, आपने कई countries का ज़िगर किया, माशाल्लाह.</w:t>
      </w:r>
    </w:p>
    <w:p>
      <w:r>
        <w:rPr>
          <w:b/>
        </w:rPr>
        <w:t xml:space="preserve">[11:04] </w:t>
      </w:r>
      <w:r>
        <w:t>that's a very amazing travel and hum janenge aapse in sab jagahon mein kya experience raha aapka? but usse pehle ki aap batayein ki shuru kaise hua? how did the travel began? to uske bare mein batayein. jaise maine bataya ki yeh humne safar kiya unnis june ko. ji. taqreeban bees din ka safar tha. to haroon sheikh sahab Bombay se aur kalim sahab US se, chale.</w:t>
      </w:r>
    </w:p>
    <w:p>
      <w:pPr>
        <w:jc w:val="right"/>
      </w:pPr>
      <w:r>
        <w:t>That's a very amazing travel and हम जानेंगे आपसे इन सब जगहों में क्या experience रहा आपका? But उससे पहले कि आप बताइए कि शुरू कैसे हुआ? How did the travel began? तो उसके बारे में बताएं. जैसे मैंने बताया कि यह हमने सफ़र किया उन्नीस जून को. जी. तकरीबन बीस दिन का सफ़र था. तो हरुण शेख साहब Bombay से और कलिम साहब US से, चले.</w:t>
      </w:r>
    </w:p>
    <w:p>
      <w:r>
        <w:rPr>
          <w:b/>
        </w:rPr>
        <w:t xml:space="preserve">[11:34] </w:t>
      </w:r>
      <w:r>
        <w:t>to Dubai Airport se humein flight change karni thi. to Haroon sahib wahan mil gaye. woh Bombay se aa gaye, Meddiolli se aa gaya. phir hum, Zurich ke liye nikle wahan se aur Kaleem sahib wahan airport par maujood thay, Zurich ke airport par. chunaancha woh pehle aa chuke thay. to jaise maine bataya ke Zurich ka hamara plan nahi tha lekin visa ki kisi wajah se humein wahan jaana pada.</w:t>
      </w:r>
    </w:p>
    <w:p>
      <w:pPr>
        <w:jc w:val="right"/>
      </w:pPr>
      <w:r>
        <w:t>तो Dubai Airport से हमें flight change करनी थी. तो हरुन साहब वहां मिल गए. वह Bombay से आ गए, Meddiolli से आ गया. फिर हम, Zurich के लिए निकले वहां से और कलिम साहब वहां airport पर मौजूद थे, Zurich के airport पर. चूंकि वह पहले आ चुके थे. तो जैसे मैंने बताया कि जूरी का हमारा plan नहीं था लेकिन visa की किसी वजह से हमें वहां जाना पड़ा.</w:t>
      </w:r>
    </w:p>
    <w:p>
      <w:r>
        <w:rPr>
          <w:b/>
        </w:rPr>
        <w:t xml:space="preserve">[11:59] </w:t>
      </w:r>
      <w:r>
        <w:t>to wahan ek chhota sa hotel tha, airport par hi Ebis airport hotel kuch tha naam. to wahan hum log ruk gaye. ji. aur agle din Friday tha to humne socha namaz padhein. kisi masjid mein jaakar to dhoonda. to ek qareeb mein masjid mil gayi uska naam tha Madni Masjid. to hum wahan pahunche namaz ke liye. to baharhaal woh masjid ek ghar koi masjid bana diya tha.</w:t>
      </w:r>
    </w:p>
    <w:p>
      <w:pPr>
        <w:jc w:val="right"/>
      </w:pPr>
      <w:r>
        <w:t>तो वहां एक छोटा सा hotel था, airport पर ही Ebis airport hotel कुछ था नाम. तो वहां हम लोग रुक गए. जी. और अगले दिन friday था तो हमने सोचा नमाज़ पढ़ें. किसी मस्जिद में जाकर तो ढूंढा. तो एक करीब में मस्जिद मिल गई उसका नाम था मद्नी मस्जिद. तो हम वहां पहुंचे नमाज़ के लिए. तो बहरहाल वह मस्जिद एक घर कोई मस्जिद बना दिया था.</w:t>
      </w:r>
    </w:p>
    <w:p>
      <w:r>
        <w:rPr>
          <w:b/>
        </w:rPr>
        <w:t xml:space="preserve">[12:27] </w:t>
      </w:r>
      <w:r>
        <w:t>samajh lijiye jaise yeh jagah hai isse thodi si badi. ji. woh unhone convert kar di thi usko masjid mein. to Imam sahib bahut achhe thay yaani unhone badi achhi khutba diya aur bade suljhi bhi baatein kar rahe thay aur taur takreer bhi bahut achhi ki. gaaliban Pakistani thay mere andaazay se. ji. aur phir baad mein dua bhi ki bahut achhi.</w:t>
      </w:r>
    </w:p>
    <w:p>
      <w:pPr>
        <w:jc w:val="right"/>
      </w:pPr>
      <w:r>
        <w:t>समझ लीजिए जैसे यह जगह है इससे थोड़ी सी बड़ी. जी. वह उन्होंने convert कर दी थी उसको मस्जिद में. तो इमाम साहब बहुत अच्छे थे यानी उन्होंने बड़ी अच्छी खुदबा दिया और बड़े सुलझी भी बातें कर रहे थे और तौर तकरीर भी बहुत अच्छी की. गालेबन पाकिस्तानी थे मेरे अंदाज़े से. जी. और फिर बाद में दोवा भी की बहुत अच्छी.</w:t>
      </w:r>
    </w:p>
    <w:p>
      <w:r>
        <w:rPr>
          <w:b/>
        </w:rPr>
        <w:t xml:space="preserve">[12:53] </w:t>
      </w:r>
      <w:r>
        <w:t>to lekin wahi rawayati baatein, wahi gehri maarfat wali baatein nahi, jo rawayati chal rahi hain, jo ratawa Islam hai, wahi log dohra rahe hain. to khair, phir baad mein, humne socha ke, yahan jo masjid ke, mamta zameen hain, unse mila jaaye.</w:t>
      </w:r>
    </w:p>
    <w:p>
      <w:pPr>
        <w:jc w:val="right"/>
      </w:pPr>
      <w:r>
        <w:t>तो लेकिन वही रवायती बातें, वही गहरी मार्पत वाली बातें नहीं, जो रवायती चल रही हैं, जो रटावा इस्लाम है, वही लोग दोहरा रहे हैं. तो खैर, फिर बाद में, हमने सोचा कि, यहां जो मस्जिद के, ममता ज़मीन है, उनसे मिला जाए.</w:t>
      </w:r>
    </w:p>
    <w:p>
      <w:r>
        <w:rPr>
          <w:b/>
        </w:rPr>
        <w:t xml:space="preserve">[13:19] </w:t>
      </w:r>
      <w:r>
        <w:t>to wahan par masjid ke jo president thay woh mil gaye aur ek aur sahib jo bhi koi uske mutazzim thay. to dono se baat ki Kaleem sahib ne ke aur hamare paas German Quran tha. ji. Switzerland mein German shakti zyada tar. to humne woh Quran dikhaya unko Kaleem sahib ne aur bataya mission ke baare mein, Maulana ke baare mein bataya. to Maashah Allah mangara khoob kaha unhone.</w:t>
      </w:r>
    </w:p>
    <w:p>
      <w:pPr>
        <w:jc w:val="right"/>
      </w:pPr>
      <w:r>
        <w:t>तो वहां पर मस्जिद के जो president थे वह मिल गए और एक और साहब जो भी कोई उसके मुतज़िम थे. तो दोनों से बात की कलीम साहब ने कि और हमारे पास German कुरान था. जी. Switzerland में German शक्ति ज़्यादातर. तो हमने वह कुरान दिखाया उनको कलीम साहब ने और बताया mission के बारे में, मौलाने के बारे में बताया. तो माशा अल्लाह मंगारा खूब कहा उन्होंने.</w:t>
      </w:r>
    </w:p>
    <w:p>
      <w:r>
        <w:rPr>
          <w:b/>
        </w:rPr>
        <w:t xml:space="preserve">[13:47] </w:t>
      </w:r>
      <w:r>
        <w:t>to humne kaha ke isko aap bhi distribute karein, hum bhejenge aapko. khaas taur se non Muslims mein karein. to unhone kaha ke pehle hum to sudhar jaayein phir dost log sudhareinge. yeh aap aksar sunte hain kuch logon ka yeh soch hai. yeh badi ajeeb soch hai. aap kab bhi yeh samjhenge ke aap sudhar gaye? to yeh keh sakta hai ke bhai main bilkul ab imaan yaqta ho gaya hoon aur maarifta yaqta ab main kuch doosron ke liye kaam karoon. ji.</w:t>
      </w:r>
    </w:p>
    <w:p>
      <w:pPr>
        <w:jc w:val="right"/>
      </w:pPr>
      <w:r>
        <w:t>तो हमने कहा कि इसको आप भी distribute करें, हम भेजेंगे आपको. खासतौर से non Muslims में करें. तो उन्होंने कहा कि पहले हम तो सुधर जाएं फिर दोस्त लोग सुधारेंगे. यह आप अक्सर सुनते हैं कुछ लोगों का यह सोच है. यह बड़ी अजीब सोच है. आप कब भी यह समझेंगे कि आप सुधर गए? तो यह कह सकता है कि भाई मैं बिल्कुल अब ईमान याकता हो गया हूं और मार्यस्थ याकता अब मैं कुछ दूसरों के लिए काम करूं. जी.</w:t>
      </w:r>
    </w:p>
    <w:p>
      <w:r>
        <w:rPr>
          <w:b/>
        </w:rPr>
        <w:t xml:space="preserve">[14:16] </w:t>
      </w:r>
      <w:r>
        <w:t>to yeh to kabhi nahi ho sakta.</w:t>
      </w:r>
    </w:p>
    <w:p>
      <w:pPr>
        <w:jc w:val="right"/>
      </w:pPr>
      <w:r>
        <w:t>तो यह तो कभी नहीं हो सकता.</w:t>
      </w:r>
    </w:p>
    <w:p>
      <w:r>
        <w:rPr>
          <w:b/>
        </w:rPr>
        <w:t xml:space="preserve">[14:22] </w:t>
      </w:r>
      <w:r>
        <w:t>dono kaam back waqt karne hain. Ji.</w:t>
      </w:r>
    </w:p>
    <w:p>
      <w:pPr>
        <w:jc w:val="right"/>
      </w:pPr>
      <w:r>
        <w:t>दोनों काम back वक्त करने हैं. जी.</w:t>
      </w:r>
    </w:p>
    <w:p>
      <w:r>
        <w:rPr>
          <w:b/>
        </w:rPr>
        <w:t xml:space="preserve">[14:29] </w:t>
      </w:r>
      <w:r>
        <w:t>to behal wahan koi khaas baat nahi ho paayi.</w:t>
      </w:r>
    </w:p>
    <w:p>
      <w:pPr>
        <w:jc w:val="right"/>
      </w:pPr>
      <w:r>
        <w:t>तो बेहल वहां कोई खास बात नहीं हो पाई.</w:t>
      </w:r>
    </w:p>
    <w:p>
      <w:r>
        <w:rPr>
          <w:b/>
        </w:rPr>
        <w:t xml:space="preserve">[14:36] </w:t>
      </w:r>
      <w:r>
        <w:t>phir hum ek do mazidon mein aur gaye chunki koi contact tha nahi wahan Zurg mein na humne koshish ki.</w:t>
      </w:r>
    </w:p>
    <w:p>
      <w:pPr>
        <w:jc w:val="right"/>
      </w:pPr>
      <w:r>
        <w:t>फिर हम एक दो मज़ीदों में और गए चूंकि कोई contact था नहीं वहां जुर्ग में ना हमने कोशिश की.</w:t>
      </w:r>
    </w:p>
    <w:p>
      <w:r>
        <w:rPr>
          <w:b/>
        </w:rPr>
        <w:t xml:space="preserve">[14:43] </w:t>
      </w:r>
      <w:r>
        <w:t>to ek masjid thi jo Ghalman Turkish logon ki thi.</w:t>
      </w:r>
    </w:p>
    <w:p>
      <w:pPr>
        <w:jc w:val="right"/>
      </w:pPr>
      <w:r>
        <w:t>तो एक मस्जिद थी जो गालमण Turkish लोगों की थी.</w:t>
      </w:r>
    </w:p>
    <w:p>
      <w:r>
        <w:rPr>
          <w:b/>
        </w:rPr>
        <w:t xml:space="preserve">[14:50] </w:t>
      </w:r>
      <w:r>
        <w:t>is tarah se hamara yeh safar Zurich ka hua aur phir next day hum Melbourne at ke liye nikle. ji. DocsApp mujhe aapki baatein sunkar mujhe yaad aa raha hai ke Maulana Wahiduddin Khan sahib kitna encourage karte thay ke aap travel karein aur jaise aapne bataya ke, Iman sahib bahut achhe thay lekin wahi rawayati rawayati baatein. lekin, doctor sahib jab hum Maulana kehte thay ke jab aap travel karte hain to unhone ek formula bataya.</w:t>
      </w:r>
    </w:p>
    <w:p>
      <w:pPr>
        <w:jc w:val="right"/>
      </w:pPr>
      <w:r>
        <w:t>इस तरीके से हमारा यह सफ़र जोरिक का हुआ और फिर next day हम Melbourne at के लिए निकले. जी. DocsApp मुझे आपकी बातें सुनकर मुझे याद आ रहा है कि मुलाना वैदुनीन खान साहब कितना encourage करते थे कि आप travel करें और जैसे आपने बताया कि, इमान साहब बहुत अच्छे थे लेकिन वही रवायती रवायती बातें. लेकिन, doctor साहब जब हम मुलाना कहते थे कि जब आप travel करते हैं तो उन्होंने एक formula बताया.</w:t>
      </w:r>
    </w:p>
    <w:p>
      <w:r>
        <w:rPr>
          <w:b/>
        </w:rPr>
        <w:t xml:space="preserve">[15:18] </w:t>
      </w:r>
      <w:r>
        <w:t>mujhe yaad hai Mumbai team ne travel shuru kiya tha to Maulana bade khush hue thay. to unhone kaha tha ke yeh formula hai ke siyahat plus tawassum is equal to maarifat. siyahat matlab travel, tawassum matlab you learn lesson from, you know, you travel, you're gaining experience, and that equals to maarifat, meaning god realization. to yeh, isliye yeh bahut important hai ke, deliver ko travel karna chahiye.</w:t>
      </w:r>
    </w:p>
    <w:p>
      <w:pPr>
        <w:jc w:val="right"/>
      </w:pPr>
      <w:r>
        <w:t>मुझे याद है Mumbai team ने travel शुरू किया था तो मुलाना बड़े खुश हुए थे. तो उन्होंने कहा था कि यह formula है कि सियाहत plus तवसम is equal to मारेफत. सियाहत मतलब travel, तवसम मतलब you learn lesson from, you know, you travel, you're gaining experience, and that equals to मारेफत, meaning god realization. तो यह, इसलिए यह बहुत important है कि, deliver को travel करना चाहिए.</w:t>
      </w:r>
    </w:p>
    <w:p>
      <w:r>
        <w:rPr>
          <w:b/>
        </w:rPr>
        <w:t xml:space="preserve">[15:43] </w:t>
      </w:r>
      <w:r>
        <w:t>aur Quran mein bhi aaya, Hadees mein bhi aaya, aur aaj hum aapse bhi jaanenge Doctor sahib, you've traveled so much in your life. to Doctor sahib jaise aapne bataya ke phir iske baad yahan se aapka safar hua Belgrade. to wahan kya experiences hue uske baare mein bataayein? haan, agle din hum Zurich se Belgrade ke liye nikle. ji.</w:t>
      </w:r>
    </w:p>
    <w:p>
      <w:pPr>
        <w:jc w:val="right"/>
      </w:pPr>
      <w:r>
        <w:t>और कुरान में भी आया, हदीस में भी आया, और आज हम आपसे भी जानेंगे डॉक साहब, you've traveled so much in your life. तो डॉक साहब जैसे आपने बताया कि फिर इसके बाद यहां से आपका सफ़र हुआ Belgrade. तो वहां क्या experiences हुए उसके बारे में बताएं? हां, अगले दिन हम Zurich से Belgrade के लिए निकले. जी.</w:t>
      </w:r>
    </w:p>
    <w:p>
      <w:r>
        <w:rPr>
          <w:b/>
        </w:rPr>
        <w:t xml:space="preserve">[16:05] </w:t>
      </w:r>
      <w:r>
        <w:t>jo ke capital hai Serbia ka aur bada yeh qadeem shehar hai, historical city hai aur Serbian airline se safar kiya. ji. to jahaz chhota sa tha mere khayal mein chaalis pachas log rahe honge aur us din bada toofan aaya hua tha. ji. bahut hi baadal thay, baarish thi garaj, chamak aur garaj.</w:t>
      </w:r>
    </w:p>
    <w:p>
      <w:pPr>
        <w:jc w:val="right"/>
      </w:pPr>
      <w:r>
        <w:t>जो कि capital है Serbia का और बड़ा यह पदीम शहर है, historical city है और सर्वियन airline से सफर किया. जी. तो जहाज छोटा सा था मेरे ख्याले चालीस पचास लोग रहे होंगे और उस दिन बड़ा तूफान आया हुआ था. जी. बहुत ही बादल थे, बारिश थी गरज, चमक और गरज.</w:t>
      </w:r>
    </w:p>
    <w:p>
      <w:r>
        <w:rPr>
          <w:b/>
        </w:rPr>
        <w:t xml:space="preserve">[16:32] </w:t>
      </w:r>
      <w:r>
        <w:t>to lekin hamare jahaz baharhaal thoda kaafi flight cancel bhi hui thi baad mein pata chala. to kya hua ke jab jahaz upar urr raha tha to achaanak bahut tez turbulence ho gaya aur jahaz aisa laga girne laga. ek do baar aisa gir gaya woh aur saare log chikne lage. to khair woh thodi der mein sambhal gaya lambillah hum log dua karne lage.</w:t>
      </w:r>
    </w:p>
    <w:p>
      <w:pPr>
        <w:jc w:val="right"/>
      </w:pPr>
      <w:r>
        <w:t>तो लेकिन हमारे जहाज बैरहाल थोड़ा काफी flight cancel भी हुई थी बाद में पता चला. तो क्या हुआ कि जब जहाज़ ऊपर वोड़ रहा था तो अचानक बहुत तेज़ turbulence हो गया और जहाज़ ऐसा लगा गिरने लगा. एक दो बार ऐसा गिर गया वो और सारे लोग चिकने लगे. तो खैर वह थोड़ी देर में संभल गया लंबील्लाह हम लोग दोहा करने लगे.</w:t>
      </w:r>
    </w:p>
    <w:p>
      <w:r>
        <w:rPr>
          <w:b/>
        </w:rPr>
        <w:t xml:space="preserve">[16:56] </w:t>
      </w:r>
      <w:r>
        <w:t>to asal mein woh air pockets hote hain agar usmein phas gaya phas gaya jahaz to woh girega. bahut saare turbulence hoti hai. haan to woh asal mein kya hai ke hawa se urrta hai jahaz. chidiya bhi hawa se urrrti hai. ji. to yaani Allah Ta'ala jo neymatein hain uska idraak hota hai ke hawa waise hum hum log sochte nahi hain kitni aham cheez hai insaan zinda nahi reh sakta. granted le lete hain.</w:t>
      </w:r>
    </w:p>
    <w:p>
      <w:pPr>
        <w:jc w:val="right"/>
      </w:pPr>
      <w:r>
        <w:t>तो असल में वह air pockets होते हैं अगर उसमें फ़ंस गया फ़ंस गया जहाज तो वह गिरेगा. बहुत सारे turbulence होती है. हां तो वह असल में क्या है कि हवा से उड़ता है जहाज़. चिड़िया भी हवा से उड़ती है. जी. तो यानी अल्लाह तालिक जो नेवते हैं उसका इदराक होता है कि हवा वैसे हम हम लोग सोचते नहीं है कितनी अहम् चीज़ है इंसान ज़िंदा नहीं रह सकता. Granted ले लेते हैं.</w:t>
      </w:r>
    </w:p>
    <w:p>
      <w:r>
        <w:rPr>
          <w:b/>
        </w:rPr>
        <w:t xml:space="preserve">[17:23] </w:t>
      </w:r>
      <w:r>
        <w:t>haan, for granted aur jahaz urr nahi sakta. ji. to yeh is tarah se safar mein kai cheezein aapko milti hain jisse aapka zehan thoda bedaar hota hai. ji. to behal hum wahan par pahunche.</w:t>
      </w:r>
    </w:p>
    <w:p>
      <w:pPr>
        <w:jc w:val="right"/>
      </w:pPr>
      <w:r>
        <w:t>हाँ, for granted और जहाज़ उड़ नहीं सकता. जी. तो यह इस तरह से सफर में कई चीज़ें आपको मिलती हैं जिससे आपका ज़ेहन थोड़ा बेदार होता है. जी. तो बेहल हम वहां पर पहुंचे.</w:t>
      </w:r>
    </w:p>
    <w:p>
      <w:r>
        <w:rPr>
          <w:b/>
        </w:rPr>
        <w:t xml:space="preserve">[17:47] </w:t>
      </w:r>
      <w:r>
        <w:t>Uh-uh Belgrade jo hai woh bahut hi bada shehar hai aur do badi do badi rivers wahan milti hain aake. Danube aur Sava aur Roman, Byzantine, Ottoman, Serbian, Austrian empires ne wahan hukoomat kiye. Ok.</w:t>
      </w:r>
    </w:p>
    <w:p>
      <w:pPr>
        <w:jc w:val="right"/>
      </w:pPr>
      <w:r>
        <w:t>Uh-uh Belgrade जो है वह बहुत ही बड़ा शहर है और दो बड़ी दो बड़ी rivers वहां मिलती है आके. Danube और Sawa और Roman, Byzantine, Ottoman, Serbian, Austrian empires ने वहां हुकूमत किए. Ok.</w:t>
      </w:r>
    </w:p>
    <w:p>
      <w:r>
        <w:rPr>
          <w:b/>
        </w:rPr>
        <w:t xml:space="preserve">[18:08] </w:t>
      </w:r>
      <w:r>
        <w:t>aur bada historical qadeem shehar hai aur hum pahunche airport par to us airport ka naam tha Nikola Tesla. to pata chala ke yeh jo Tesla car hai inhi ke naam par hai. Nikola Tesla ek Serbian American inventor thay. to isi isi ke naam par unhone Tesla car ka naam rakha to hum jab bahar aaye to woh mil gaye. ji.</w:t>
      </w:r>
    </w:p>
    <w:p>
      <w:pPr>
        <w:jc w:val="right"/>
      </w:pPr>
      <w:r>
        <w:t>और बड़ा historical कदीम शहर है और हम पहुंचे airport पर तो उस airport का नाम था Nikola Tesla. तो पता चला कि यह जो Tesla car है इन्हीं के नाम पर है. Nikola Tesla एक Serbian American inventor थे. तो इसी इसी के नाम पर उन्होंने Tesla car का नाम रखा तो हम जब बाहर आए तो वह मिल गए. जी.</w:t>
      </w:r>
    </w:p>
    <w:p>
      <w:r>
        <w:rPr>
          <w:b/>
        </w:rPr>
        <w:t xml:space="preserve">[18:34] </w:t>
      </w:r>
      <w:r>
        <w:t>woh qadar Islam jo hai woh bade saat foot ke aaye door se hi humein dikhai de gaya to woh badi zabardast personality hai unki to woh mile aur van le aaye thay bahut badi si van usmein saamaan hamar bharke phir hotel ki taraf chale. to hotel jo tha woh bhi ek historical market mein tha.</w:t>
      </w:r>
    </w:p>
    <w:p>
      <w:pPr>
        <w:jc w:val="right"/>
      </w:pPr>
      <w:r>
        <w:t>वह कदर इस्लाम जो है वह बड़े सात foot के आए दूर से ही हमें दिखाई दिया गया तो वो बड़ी ज़बरदस्त personality है उनकी तो वो मिले और van ले आए थे बहुत बड़ी सी van उसमें सामान हमार भर के फिर hotel की तरफ चले. तो hotel जो था वह भी एक historical market में था.</w:t>
      </w:r>
    </w:p>
    <w:p>
      <w:r>
        <w:rPr>
          <w:b/>
        </w:rPr>
        <w:t xml:space="preserve">[18:59] </w:t>
      </w:r>
      <w:r>
        <w:t>wahan par yeh maine dekha taqreeban sab jagahon par purani historical markets hoti hain. jaise Istanbul mein Grand Bazaar hai. bahut badi purani market hai. usi tarah ki usi pattern par kaafi markets hoti hain. to yeh jo hotel inhone book kiya tha, yeh ek old chaar paanch saal purani market jismein ab car bhi nahi jaati, pedestrians walk hai bas sirf woh. to usmein tha. to pata chala hai ke bilkul paas mein ek masjid hai.</w:t>
      </w:r>
    </w:p>
    <w:p>
      <w:pPr>
        <w:jc w:val="right"/>
      </w:pPr>
      <w:r>
        <w:t>वहां पर यह मैंने देखा तकरीबन सब जगहों पर पुरानी historical markets होती हैं. जैसे Istanbul में grand Bazaar है. बहुत बड़ी पुरानी market है. उसी तरीके की उसी pattern पर काफी markets होती हैं. तो यह जो hotel इन्होंने book किया था, यह एक old चार पांच साल पुरानी market जिसमें अब car भी नहीं जाती, pedestrians walk है बस सिर्फ वह. तो उसमें था. तो पता चला है कि बिल्कुल पास में एक मस्जिद है.</w:t>
      </w:r>
    </w:p>
    <w:p>
      <w:r>
        <w:rPr>
          <w:b/>
        </w:rPr>
        <w:t xml:space="preserve">[19:28] </w:t>
      </w:r>
      <w:r>
        <w:t>bilkul walking distance par do minute, paanch minute ke walk par. ji. to hum gaye wahan to wahan par uska naam tha Bajraali Mosque. woh Turkish period ki. ji. chunaancha Turks ne wahan par hukoomat ki hai mera khayal is sau do sau saal.</w:t>
      </w:r>
    </w:p>
    <w:p>
      <w:pPr>
        <w:jc w:val="right"/>
      </w:pPr>
      <w:r>
        <w:t>बिल्कुल walking distance पर दो minute, पांच minute के walk पर. जी. तो हम गए वहां तो वहां पर उसका नाम था बजराली mosque. वह Turkish period की. जी. चूंकि Turks ने वहां पर हुकूमत की है मेरा ख्यालिस सौ दो सौ साल.</w:t>
      </w:r>
    </w:p>
    <w:p>
      <w:r>
        <w:rPr>
          <w:b/>
        </w:rPr>
        <w:t xml:space="preserve">[19:44] </w:t>
      </w:r>
      <w:r>
        <w:t>to wahan par humein ek to Serbian Quran mila aur Imam sahib nahi thay, masjid mein gaye hum aur wahan par kuch bachchon ka school bhi tha, kuch ladies ki mosque bhi thi aur har library, bookshop ko jis tarah ki bhi cheezein thi. to baharhaal hum aa gaya wapas main aur Kaleem sahib shayad gaye thay yeh Haroon sahib bhi thay saath.</w:t>
      </w:r>
    </w:p>
    <w:p>
      <w:pPr>
        <w:jc w:val="right"/>
      </w:pPr>
      <w:r>
        <w:t>तो वहां पर हमें एक तो Serbian कुरान मिला और इमाम साहब नहीं थे, मस्जिद में गए हम और वहां पर कुछ बच्चों का school भी था, कुछ ladies की mosque भी थी और हर library, bookshop को जिस तरह की भी चीज़ें थी. तो बहरहालाम आ गया वापस मैं और कलीम साहब शायद गए थे यह हरुम साहब भी थे साथ.</w:t>
      </w:r>
    </w:p>
    <w:p>
      <w:r>
        <w:rPr>
          <w:b/>
        </w:rPr>
        <w:t xml:space="preserve">[20:10] </w:t>
      </w:r>
      <w:r>
        <w:t>to jo shehar hai woh badi bada khoobsurat shehar laga bahut hi historical sa poora lagta hai ke har taraf history historical cheezein hain. to yeh jo doosre sahib thay inke saath hi, woh bhi aa gaye. kya naam hai inka? Boris. ji. yeh yeh to bada tall hai. saat foot ke woh to woh young hai.</w:t>
      </w:r>
    </w:p>
    <w:p>
      <w:pPr>
        <w:jc w:val="right"/>
      </w:pPr>
      <w:r>
        <w:t>तो जो शहर है वह बड़ी बड़ा खूबसूरत शहर लगा बहुत ही historical सा पूरा लगता है कि हर तरफ history historical चीज़ें हैं. तो यह जो दूसरे साहब थे इनके साथ ही, वह भी आ गए. क्या नाम है इनका? Boris. जी. यह यह तो बड़ा tall है. सात foot के वह तो वह वह young है.</w:t>
      </w:r>
    </w:p>
    <w:p>
      <w:r>
        <w:rPr>
          <w:b/>
        </w:rPr>
        <w:t xml:space="preserve">[20:40] </w:t>
      </w:r>
      <w:r>
        <w:t>woh bade sanjeeda hain aur woh kisi company mein kaam karte hain. Indian firm hai Mittal Steel. haan ji. Mittal Steel ka wahan koi plant hai. ji ji. to usmein usmein kaam karte hain yeh. to barrel yeh do dono log aa gaye wahan par aur jo jo wahan humko le gaye mufti se milwane. kyunki koi bhi distribution waghera ka kaam karna hai to mufti ki permission waghera chahiye hoti hai.</w:t>
      </w:r>
    </w:p>
    <w:p>
      <w:pPr>
        <w:jc w:val="right"/>
      </w:pPr>
      <w:r>
        <w:t>वह बड़े संजीदाएं और वह किसी company में काम करते हैं. Indian firm है मितल steel. हां जी. मितल steel का वहां कोई plant है. जी जी. तो उसमें उसमें काम करते हैं यह. तो बैरल यह दो दोनों लोग आ गए वहां पर और जो जो वहां हमको ले गए मुफ्ती से मिलवाने. क्योंकि कोई भी distribution वगैरह का काम करना है तो मुफ्ती की permission वगैरह चाहिए होती है.</w:t>
      </w:r>
    </w:p>
    <w:p>
      <w:r>
        <w:rPr>
          <w:b/>
        </w:rPr>
        <w:t xml:space="preserve">[21:09] </w:t>
      </w:r>
      <w:r>
        <w:t>to mufti usi masjid mein unka office tha jahan hum kal gaye thay ek din pehle aur woh mufti mufti bahut hi scholarly aadmi tha. He was a very scholarly person. Was ambassador, Serbian ambassador to Saudi Arabia and he knew Maulana very well Maulana ka tarjuma Quran padhaya tha usne. to unse baatcheet hui kaafi der aur unko bataya mission ke baare mein bataya. ji.</w:t>
      </w:r>
    </w:p>
    <w:p>
      <w:pPr>
        <w:jc w:val="right"/>
      </w:pPr>
      <w:r>
        <w:t>तो मुफ्ती उसी मस्जिद में उनका office था जहां हम कल गए थे एक दिन पहले और वह मुफ्ती मुफ्ती बहुत ही scholarly आदमी था. He was a very scholarly person. Was ambassador, Serbian ambassador to Saudi Arabia and he knew मुलाना very well मुलाना का तरजूमा कुरान पढ़ाया था उसने. तो उनसे बातचीत हुई काफी देर और उनको बताया mission के बारे में बताया. जी.</w:t>
      </w:r>
    </w:p>
    <w:p>
      <w:r>
        <w:rPr>
          <w:b/>
        </w:rPr>
        <w:t xml:space="preserve">[21:34] </w:t>
      </w:r>
      <w:r>
        <w:t>to bahut khushi hui aur humne kaha ke humein translations chahiye honge to unhone kaha ke hum aapko translations waghera provide karenge. to is tarah se unse achhi meeting rahi. phir hum Belgrade se nikle aur ek jagah woh le gaye jahan ek nayi masjid ban rahi thi. Under construction thi lekin wahan namaz namaz ho rahi thi.</w:t>
      </w:r>
    </w:p>
    <w:p>
      <w:pPr>
        <w:jc w:val="right"/>
      </w:pPr>
      <w:r>
        <w:t>तो बहुत खुशी हुई और हमने कहा कि हमें translations चाहिए होंगे तो उन्होंने कहा कि हम आपको translations वगैरह provide करेंगे. तो इस तरीके से उनसे अच्छी meeting रही. फिर हम Belgrade से निकले और एक जगह वह ले गए जहां एक नई मस्जिद वन रही थी. Under construction थी लेकिन वहां नमाज़ नमाज़ हो रही थी.</w:t>
      </w:r>
    </w:p>
    <w:p>
      <w:r>
        <w:rPr>
          <w:b/>
        </w:rPr>
        <w:t xml:space="preserve">[22:04] </w:t>
      </w:r>
      <w:r>
        <w:t>to bade achhe log thay. unhone bada hamara welcome kiya. bees pachees log line mein khade hue thay.</w:t>
      </w:r>
    </w:p>
    <w:p>
      <w:pPr>
        <w:jc w:val="right"/>
      </w:pPr>
      <w:r>
        <w:t>तो बड़े अच्छे लोग थे. उन्होंने बड़ा हमारा welcome किया. बीस पच्चीस लोग line में खड़े हुए थे.</w:t>
      </w:r>
    </w:p>
    <w:p>
      <w:r>
        <w:rPr>
          <w:b/>
        </w:rPr>
        <w:t xml:space="preserve">[22:26] </w:t>
      </w:r>
      <w:r>
        <w:t>to sab log hairaan ho gaye ki ek bahut achhi to wahan par barrel kuch thodi der rahe aur phir nikle hum Belgrade se Nobbi Pazaar ke liye. us din hamein jaana tha Nobbi Pazaar to wahan raaste mein bhi ek masjid mili. jo bhi nayi masjid thi.</w:t>
      </w:r>
    </w:p>
    <w:p>
      <w:pPr>
        <w:jc w:val="right"/>
      </w:pPr>
      <w:r>
        <w:t>तो सब लोग हैरान हो गए कि एक बहुत अच्छी तो वहां पर बैरल कुछ थोड़ी देर रहे और फिर निकले हम Belgrade से नोबी पज़ार के लिए. उस दिन हमें जाना था नोबी पज़ार तो वहां रास्ते में भी एक मस्जिद मिली. जो भी नई मस्जिद थी.</w:t>
      </w:r>
    </w:p>
    <w:p>
      <w:r>
        <w:rPr>
          <w:b/>
        </w:rPr>
        <w:t xml:space="preserve">[22:47] </w:t>
      </w:r>
      <w:r>
        <w:t>purani masjidें zyadatar demolish ho gayin ya convert ho gayin museum waghera mein aur bas ek badi masjid reh gayi jahan hum gaye the aur kehte hain ki wahan do sau masajid thi us waqt lekin baad mein woh sab jab jangmang hui to woh sab toot aat gayi khatm ho gaya. ab jo hai woh nayi masjidें ban rahi hain. to phir wahan un logon se mile jo doosri masjid jo nayi bani hai abhi, achhe log the.</w:t>
      </w:r>
    </w:p>
    <w:p>
      <w:pPr>
        <w:jc w:val="right"/>
      </w:pPr>
      <w:r>
        <w:t>पुरानी मस्जिदें ज़्यादातर demolish हो गईं या convert हो गईं museum वगैरह में और बस एक बड़ी मस्जिद रह गई जहां हम गए थे और कहते हैं कि वहां दो सौ मसाजिद थीं उस वक्त लेकिन बाद में वह सब जब जंगमंग हुई तो वह सब टूट आट गई खत्म हो गया. अब जो है वह नई मस्जिदें वन रही हैं. तो फिर वहां उन लोगों से मिले जो दूसरी मस्जिद जो नई बनी है अभी, अच्छे लोग थे.</w:t>
      </w:r>
    </w:p>
    <w:p>
      <w:r>
        <w:rPr>
          <w:b/>
        </w:rPr>
        <w:t xml:space="preserve">[23:15] </w:t>
      </w:r>
      <w:r>
        <w:t>unhone bhi bahut achhi tarah se hamare mission ko samjha. ji. to phir hum wahan se nikle aur Novi Pazaar ke liye nikal pade. bada interesting naam hai doctor. Novi Pazaar and I think it is located in the South Western part of Serbia and comprising of population both Muslim and Orthodox Christians. But Muslim population is like 90%. 90%, right. And it has very rich heritage and historical significance.</w:t>
      </w:r>
    </w:p>
    <w:p>
      <w:pPr>
        <w:jc w:val="right"/>
      </w:pPr>
      <w:r>
        <w:t>उन्होंने भी बहुत अच्छी तरह से हमारे mission को समझा. जी. तो फिर हम वहां से निकले और नोवी पाज़ार के लिए निकल पड़े. बड़ा interesting नाम है doctor. नोवी पाज़ार and I think it is located in the South Western part of Serbia and comprising of population both Muslim and Orthodox Christians. But Muslim population is like 90%. 90%, right. And it has very rich heritage and historical significance.</w:t>
      </w:r>
    </w:p>
    <w:p>
      <w:r>
        <w:rPr>
          <w:b/>
        </w:rPr>
        <w:t xml:space="preserve">[23:45] </w:t>
      </w:r>
      <w:r>
        <w:t>to doctor sahab bataiye yeh Navi Pazaar ke bare mein bataiye bada interesting naam hai yeh to. haan Navi Pazaar pehle hamein laga hai ki yeh kaisa naam hai? to pata chala hai ki yeh Navi Pazaar ka matlab hai new market. new market. haan Turkish mein bazaar ko pazaar kehte hain. to yeh waqat hai jaise aapne kaha ki bahut hi hairat angez khoobsurat shehar hai aur hum jab gaye to bilkul raaste mein poore raaste yaani bahut hi achha manzar tha.</w:t>
      </w:r>
    </w:p>
    <w:p>
      <w:pPr>
        <w:jc w:val="right"/>
      </w:pPr>
      <w:r>
        <w:t>तो doctor साहब बताइए यह नवी पाज़ार के बारे में बताइए बड़ा interesting नाम है यह तो. हां नवी पाज़ार पहले हमें लगा है कि यह कैसा नाम है? तो पता चला है कि यह नवी पाज़ार का मतलब है new market. New market. हां Turkish में बाज़ार को पज़ार कहते हैं. तो यह वाकत है जैसे आपने कहा कि बहुत ही हैरत अंगेज़ खूबसूरत शहर है और हम जब गए तो बिल्कुल रास्ते में पूरे रास्ते यानी बहुत ही अच्छा मंज़र था.</w:t>
      </w:r>
    </w:p>
    <w:p>
      <w:r>
        <w:rPr>
          <w:b/>
        </w:rPr>
        <w:t xml:space="preserve">[24:14] </w:t>
      </w:r>
      <w:r>
        <w:t>saare saare raaste mein jaise hum ja rahe hain aise zig zag karke roads thi aur ek taraf pahad tha aur doosri taraf darya beh raha hai. saare raaste mein woh bada khoobsurat darya beh raha tha bilkul saaf suthra aur phir samundar phir sorry woh pahad. ji. bahut hi ooncha pahad green usmein trees thi. bahut bahut hi khoobsurat manzar tha yaani woh aisa manzar to maine kabhi dekha nahi.</w:t>
      </w:r>
    </w:p>
    <w:p>
      <w:pPr>
        <w:jc w:val="right"/>
      </w:pPr>
      <w:r>
        <w:t>सारे सारे रास्ते में जैसे हम जा रहे हैं ऐसे zig zag करके roads थीं और एक तरफ पहाड़ था और दूसरी तरफ दरिया बह रहा है. सारे रास्ते में वह बड़ा खूबसूरत दरिया बह रहा था बिल्कुल साफ सुथरा और फिर समुंदर फिर sorry वह पहाड़. जी. बहुत ही ऊंचा पहाड़ green उसमें trees थी. बहुत बहुत ही खूबसूरत मंज़र था यानी वह ऐसा मंज़र तो मैंने कभी देखा नहीं.</w:t>
      </w:r>
    </w:p>
    <w:p>
      <w:r>
        <w:rPr>
          <w:b/>
        </w:rPr>
        <w:t xml:space="preserve">[24:43] </w:t>
      </w:r>
      <w:r>
        <w:t>to bahut hi hairat engage yeh safar raha aur Navipazad bhi sardiya ka ek city hai jo ki Turkish empire ke zamane mein establish hua tha.</w:t>
      </w:r>
    </w:p>
    <w:p>
      <w:pPr>
        <w:jc w:val="right"/>
      </w:pPr>
      <w:r>
        <w:t>तो बहुत ही हैरत engage यह सफर रहा और नवीपाज़ाद भी सर्दिया का एक city है जो कि Turkish empire के जमाने में establish हुआ था.</w:t>
      </w:r>
    </w:p>
    <w:p>
      <w:r>
        <w:rPr>
          <w:b/>
        </w:rPr>
        <w:t xml:space="preserve">[24:56] </w:t>
      </w:r>
      <w:r>
        <w:t>to yahan ki aabadi jaisa aapne kaha ki taqreeban ek lakh hai aur yahan yahan Muslim zyada hai about 90% christians bhi hai churches bhi dikhe wahan aur jo log hain woh bosnian aur serbian language bolte hain dono language milti julti hain jaise hindi, urdu, punjabi hai to us aas paas ke jo countries chhoti chhoti hain language different hai lekin log aapas mein baat kar lete hain, samajh lete hain. ji.</w:t>
      </w:r>
    </w:p>
    <w:p>
      <w:pPr>
        <w:jc w:val="right"/>
      </w:pPr>
      <w:r>
        <w:t>तो यहां की आबादी जैसा आपने कहा कि तकरीबन एक लाख है और यहां यहां मुस्लिम ज़्यादा है about 90% christians भी है churches भी दिखे वहां और जो लोग हैं वो bosnian और serbian language बोलते हैं दोनों language मिलती जुलती हैं जैसे हिंदी, उर्दू, पंजाबी है तो उस आसपास के जो countries छोटी छोटी हैं language different है लेकिन लोग आपस में बात कर लेते हैं, समझ लेते हैं. जी.</w:t>
      </w:r>
    </w:p>
    <w:p>
      <w:r>
        <w:rPr>
          <w:b/>
        </w:rPr>
        <w:t xml:space="preserve">[25:25] </w:t>
      </w:r>
      <w:r>
        <w:t>to wahan par jab hum gaye to humko le gaye woh ek ek madrasse mein jiska naam tha Raazi Isa Beg Madrasah Gazi Isa Beg. Gazi Isa Beg was the founder of Navi Pazaar and Sara Yuv. He was a he was a Turk commander I think. He founded Novi Pazar and Sare Yuv.</w:t>
      </w:r>
    </w:p>
    <w:p>
      <w:pPr>
        <w:jc w:val="right"/>
      </w:pPr>
      <w:r>
        <w:t>तो वहां पर जब हम गए तो हमको ले गए वह एक एक मद्रसे में जिसका नाम था राज़ी ईसा बेग मदरसाह गाज़ी ईसाबेग. गाज़ी ईसाबेग was the founder of नवी पाज़ार and सारा युव. He was a he was a Turk commander I think. He founded Novi Pazar and सारे युवों.</w:t>
      </w:r>
    </w:p>
    <w:p>
      <w:r>
        <w:rPr>
          <w:b/>
        </w:rPr>
        <w:t xml:space="preserve">[25:51] </w:t>
      </w:r>
      <w:r>
        <w:t>to jo mufti the woh bahut achhe the and he was wearing T shirt. ji. first mufti I saw was wearing a T shirt. bahut hi achhe the woh aur unhone bada achhi tarah se baat cheet ki aur ek publisher ko bhi bulwaya chuki unhone bataya tha ki yeh quran publish karna chahte hain. to unhone ek publisher ko bhi bulaya to us publisher se hi baat hui aur yeh unhone kaha ki hum help karenge.</w:t>
      </w:r>
    </w:p>
    <w:p>
      <w:pPr>
        <w:jc w:val="right"/>
      </w:pPr>
      <w:r>
        <w:t>तो जो मुफ्ती थे वो बहुत अच्छे थे and he was wearing T shirt. जी. First मुफ्ती I saw was wearing a T shirt. बहुत ही अच्छे थे वह और उन्होंने बड़ा अच्छी तरह से बातचीत की और एक publisher को भी बुलवाया चूंकि उन्होंने बताया था कि यह कुरान publish करना चाहते हैं. तो उन्होंने एक publisher को भी बुलाया तो उस publisher से ही बात हुई और यह उन्होंने कहा कि हम help करेंगे.</w:t>
      </w:r>
    </w:p>
    <w:p>
      <w:r>
        <w:rPr>
          <w:b/>
        </w:rPr>
        <w:t xml:space="preserve">[26:19] </w:t>
      </w:r>
      <w:r>
        <w:t>Languages jo hain woh hum denge aapko aur aap ke printing bhi agar kahenge to hum yahin par karwa denge. to woh achhi baat cheet rahi in mufti se, aur kaafi der tak baat cheet hui phir hum log wahan se nikle aur jo yeh city hai Navi Bazaar yeh ottoman period mein bani thi as a marketplace.</w:t>
      </w:r>
    </w:p>
    <w:p>
      <w:pPr>
        <w:jc w:val="right"/>
      </w:pPr>
      <w:r>
        <w:t>Languages जो हैं वह हम देंगे आपको और आप के printing भी अगर कहेंगे तो हम यहीं पर करवा देंगे. तो वह अच्छी बातचीत रही इन मुफ्ती से, और काफी देर तक बातचीत हुई फिर हम लोग वहां से निकले और जो यह city है नवीब बाज़ार यह ottoman period में बनी थी as a marketplace.</w:t>
      </w:r>
    </w:p>
    <w:p>
      <w:r>
        <w:rPr>
          <w:b/>
        </w:rPr>
        <w:t xml:space="preserve">[26:49] </w:t>
      </w:r>
      <w:r>
        <w:t>ji. chuki yeh raasta hai jo us raaste par thi to us zamane mein traders aate honge to yeh ek city bana di.</w:t>
      </w:r>
    </w:p>
    <w:p>
      <w:pPr>
        <w:jc w:val="right"/>
      </w:pPr>
      <w:r>
        <w:t>जी. चूंकि यह रास्ता है जो उस रास्ते पर थी तो उस ज़माने में traders आते होंगे तो यह एक city बना दी.</w:t>
      </w:r>
    </w:p>
    <w:p>
      <w:r>
        <w:rPr>
          <w:b/>
        </w:rPr>
        <w:t xml:space="preserve">[26:57] </w:t>
      </w:r>
      <w:r>
        <w:t>jaise maine bataya ki woh jo grand bazaar hai Turkey ka, Istanbul ka usi pattern par zyada tareeqe hain aur woh sab tourists ke matlab ki jo souvenirs hain, gift hain, suites hain, jewelry hai, magnet, painting, clothing, ornaments yeh sab cheezein wahan bik rahi thi aur bahut restaurant the aur ek restaurant ka naam tha Taj Mahal. achha.</w:t>
      </w:r>
    </w:p>
    <w:p>
      <w:pPr>
        <w:jc w:val="right"/>
      </w:pPr>
      <w:r>
        <w:t>जैसे मैंने बताया कि वह जो grand बाज़ार है Turkey का, Istanbul का उसी pattern पर ज़्यादा तरीके हैं और वह सब tourists के मतलब कि जो souvenirs हैं, gift हैं, suites हैं, jewelry है, magnet, painting, clothing, ornaments यह सब चीज़ें वहां बिक रही थी और बहुत restaurant थे और एक restaurant का नाम था ताजमहल. अच्छा.</w:t>
      </w:r>
    </w:p>
    <w:p>
      <w:r>
        <w:rPr>
          <w:b/>
        </w:rPr>
        <w:t xml:space="preserve">[27:22] </w:t>
      </w:r>
      <w:r>
        <w:t>to yeh yeh sab cheezein thi wahan aur kaafi masjidें thi. yaani hum jab hotel mein the jab Pazeer ki azaan hoti thi to teen chaar jagah se aawaaz aane lagti thi. ji.</w:t>
      </w:r>
    </w:p>
    <w:p>
      <w:pPr>
        <w:jc w:val="right"/>
      </w:pPr>
      <w:r>
        <w:t>तो यह यह सब चीज़ें थी वहां और काफी मस्जिदें थीं. यानी हम जब hotel में थे जब पज़ीर की आज़ान होती थी तो तीन चार जगह से आवाज़ आने लगती थी. जी.</w:t>
      </w:r>
    </w:p>
    <w:p>
      <w:r>
        <w:rPr>
          <w:b/>
        </w:rPr>
        <w:t xml:space="preserve">[27:36] </w:t>
      </w:r>
      <w:r>
        <w:t>aap to shukoor kar sakte hain kitni masjidें hongi wahan to badi khoobsurat valley hai yeh aur ek darya beach mein se behtar hai aur hum logon ko le gaye the us par mountain par bhi to humne upar se poora Navi Pazaar dekha bahut hi khoobsurat manzar tha. to Navi Pazaar to waqai aisi jagah hai ki jeete jaate hain phir jaayen wahan par koi. ji ji.</w:t>
      </w:r>
    </w:p>
    <w:p>
      <w:pPr>
        <w:jc w:val="right"/>
      </w:pPr>
      <w:r>
        <w:t>आप तो शुकूर कर सकते हैं कितनी मस्जिदें होंगी वहां तो बड़ी खूबसूरत valley है यह और एक दरिया beach में से बेहतर है और हम लोगों को ले गए थे उस पर mountain पर भी तो हमने ऊपर से पूरा नवी पज़ार देखा बहुत ही खूबसूरत मंज़र था. तो नवी पज़ार तो वाकई ऐसी जगह है कि जीते जाते हैं फिर जाएं वहां पर कोई. जी जी.</w:t>
      </w:r>
    </w:p>
    <w:p>
      <w:r>
        <w:rPr>
          <w:b/>
        </w:rPr>
        <w:t xml:space="preserve">[28:03] </w:t>
      </w:r>
      <w:r>
        <w:t>achha doctor sahab aapka phir yahan se safar hota hai Sari Aev mein jo ki capital of Bosnian Herzegovina hai, and also one of the largest city. And also, Doc Sahab, iski bahut historical significance hai because it is notable for assassination of Archduke France Ferdinand of Austria in 1914 which actually triggered the World War One.</w:t>
      </w:r>
    </w:p>
    <w:p>
      <w:pPr>
        <w:jc w:val="right"/>
      </w:pPr>
      <w:r>
        <w:t>अच्छा doctor साहब आपका फिर यहां से सफर होता है सारी एवं में जो कि capital of Bosnian Herzegovina है, and also one of the largest city. And also, डॉक साहब, इसकी बहुत historical significance है because it is notable for assassination of Archduke France Ferdinand of Austria in 1914 which actually triggered the World War One.</w:t>
      </w:r>
    </w:p>
    <w:p>
      <w:r>
        <w:rPr>
          <w:b/>
        </w:rPr>
        <w:t xml:space="preserve">[28:31] </w:t>
      </w:r>
      <w:r>
        <w:t>and jaisa ki aap bata bhi rahe ki bahut cultural monuments hain, so this place also has churches, malls, synagogues. to wahan par kya experience hue aapke uske bare mein bataiye? ji zaroor. to Nobbi Pazaar se hum log nikle, phir wahi bahut hi khoobsurat raasta tha. ji. bahut hi beautiful river saath mein flow kar rahi thi aur mountain aur bahut hi achha raasta tha.</w:t>
      </w:r>
    </w:p>
    <w:p>
      <w:pPr>
        <w:jc w:val="right"/>
      </w:pPr>
      <w:r>
        <w:t>And जैसा कि आप बता भी रहे कि बहुत cultural monuments हैं, so this place also has churches, malls, synagogues. तो वहां पर क्या experience हुए आपके उसके बारे में बताएं? जी ज़रूर. तो नौबी पज़ार से हम लोग निकले, फिर वही बहुत ही खूबसूरत रास्ता था. जी. बहुत ही beautiful river साथ में flow कर रही थी और mountain और बहुत ही अच्छा रास्ता था.</w:t>
      </w:r>
    </w:p>
    <w:p>
      <w:r>
        <w:rPr>
          <w:b/>
        </w:rPr>
        <w:t xml:space="preserve">[29:01] </w:t>
      </w:r>
      <w:r>
        <w:t>masta bhi na incredible journey rockstar. incredible journey yeh hai. badi scenic woh sab. achha. aur zig zag raasta hai aur pahad hai aur river barrier balki samjhiye ki jannat ki ek surat thi woh ek iklihas se. to kya experiences hue doctor? to hum log wahan se guzre to ek ek shehar aaya jo ki tourist town tha. ji. chuki woh sara tourist area hai uska naam tha Nova Veras.</w:t>
      </w:r>
    </w:p>
    <w:p>
      <w:pPr>
        <w:jc w:val="right"/>
      </w:pPr>
      <w:r>
        <w:t>मस्ता भी ना incredible journey rockstar. Incredible journey यह है. बड़ी scenic वो सब. अच्छा. और zig zag रास्ता है और पहाड़ है और river barrier बल्कि समझिए कि जन्नत की एक सूरत थी वो एक इकलिहास से. तो क्या experiences हुए doctor? तो हम लोग वहां से गुजरे तो एक एक शहर आया जो कि tourist town था. जी. चूंकि वह सारा tourist area है उसका नाम था Nova Veras.</w:t>
      </w:r>
    </w:p>
    <w:p>
      <w:r>
        <w:rPr>
          <w:b/>
        </w:rPr>
        <w:t xml:space="preserve">[29:31] </w:t>
      </w:r>
      <w:r>
        <w:t>to wahan ek masjid nazar aayi bada achha chhota sa town tha woh.</w:t>
      </w:r>
    </w:p>
    <w:p>
      <w:pPr>
        <w:jc w:val="right"/>
      </w:pPr>
      <w:r>
        <w:t>तो वहां एक मस्जिद नज़र आई बड़ा अच्छा छोटा सा town था वो.</w:t>
      </w:r>
    </w:p>
    <w:p>
      <w:r>
        <w:rPr>
          <w:b/>
        </w:rPr>
        <w:t xml:space="preserve">[29:34] </w:t>
      </w:r>
      <w:r>
        <w:t>to us masjid mein hum gaye to namaz ho rahi thi mere khayal se Zohar ka waqt tha.</w:t>
      </w:r>
    </w:p>
    <w:p>
      <w:pPr>
        <w:jc w:val="right"/>
      </w:pPr>
      <w:r>
        <w:t>तो उस मस्जिद में हम गए तो नमाज़ हो रही थी मेरे ख्याले ज़ोहर का वक्त था.</w:t>
      </w:r>
    </w:p>
    <w:p>
      <w:r>
        <w:rPr>
          <w:b/>
        </w:rPr>
        <w:t xml:space="preserve">[29:38] </w:t>
      </w:r>
      <w:r>
        <w:t>to hum log bhi shamil ho gaye namaz mein.</w:t>
      </w:r>
    </w:p>
    <w:p>
      <w:pPr>
        <w:jc w:val="right"/>
      </w:pPr>
      <w:r>
        <w:t>तो हम लोग भी शामिल हो गए नमाज़ में.</w:t>
      </w:r>
    </w:p>
    <w:p>
      <w:r>
        <w:rPr>
          <w:b/>
        </w:rPr>
        <w:t xml:space="preserve">[29:42] </w:t>
      </w:r>
      <w:r>
        <w:t>to jo imam the unka naam baad mein pata chala Asmat Effendi.</w:t>
      </w:r>
    </w:p>
    <w:p>
      <w:pPr>
        <w:jc w:val="right"/>
      </w:pPr>
      <w:r>
        <w:t>तो जो इमाम थे उनका नाम बाद में पता चला असमत एफेंदी.</w:t>
      </w:r>
    </w:p>
    <w:p>
      <w:r>
        <w:rPr>
          <w:b/>
        </w:rPr>
        <w:t xml:space="preserve">[29:46] </w:t>
      </w:r>
      <w:r>
        <w:t>Turkish the woh.</w:t>
      </w:r>
    </w:p>
    <w:p>
      <w:pPr>
        <w:jc w:val="right"/>
      </w:pPr>
      <w:r>
        <w:t>Turkish थे वह.</w:t>
      </w:r>
    </w:p>
    <w:p>
      <w:r>
        <w:rPr>
          <w:b/>
        </w:rPr>
        <w:t xml:space="preserve">[29:50] </w:t>
      </w:r>
      <w:r>
        <w:t>to unhone jo Alqadar ki thodi awaaz suni bahar se hi to unhone pehchan liya ki yeh to</w:t>
      </w:r>
    </w:p>
    <w:p>
      <w:pPr>
        <w:jc w:val="right"/>
      </w:pPr>
      <w:r>
        <w:t>तो उन्होंने जो अलकदर की थोड़ी आवाज़ सुनी बाहर से ही तो उन्होंने पहचान लिया कि यह तो</w:t>
      </w:r>
    </w:p>
    <w:p>
      <w:r>
        <w:rPr>
          <w:b/>
        </w:rPr>
        <w:t xml:space="preserve">[29:54] </w:t>
      </w:r>
      <w:r>
        <w:t>wo hai Alqadar hai.</w:t>
      </w:r>
    </w:p>
    <w:p>
      <w:pPr>
        <w:jc w:val="right"/>
      </w:pPr>
      <w:r>
        <w:t>वह है अलकदर है.</w:t>
      </w:r>
    </w:p>
    <w:p>
      <w:r>
        <w:rPr>
          <w:b/>
        </w:rPr>
        <w:t xml:space="preserve">[29:58] </w:t>
      </w:r>
      <w:r>
        <w:t>chunki woh thoda social media par active hai kafi us area mein.</w:t>
      </w:r>
    </w:p>
    <w:p>
      <w:pPr>
        <w:jc w:val="right"/>
      </w:pPr>
      <w:r>
        <w:t>चूंकि वह थोड़ा social media पर active है काफी उस area में.</w:t>
      </w:r>
    </w:p>
    <w:p>
      <w:r>
        <w:rPr>
          <w:b/>
        </w:rPr>
        <w:t xml:space="preserve">[30:02] </w:t>
      </w:r>
      <w:r>
        <w:t>to woh hamein le gaye coffee woffi pilane. to humne bataya apne mission ke bare mein. woh bade achhe young se, woh the, imam. to bataya jab quran ke bare mein to unhein bahut pasand aaya. unhone kaha ki yeh jo city hai yeh tourist city hai aur masjid bilkul main road par hai woh.</w:t>
      </w:r>
    </w:p>
    <w:p>
      <w:pPr>
        <w:jc w:val="right"/>
      </w:pPr>
      <w:r>
        <w:t>तो वह हमें ले गए coffee वॉफी पिलाने. तो हमने बताया अपने mission के बारे में. वह बड़े अच्छे young से, वह थे, इमाम. तो बताया जब कुरान के बारे में तो उन्हें बहुत पसंद आया. उन्होंने कहा कि यह जो city है यह tourist city है और मस्जिद बिल्कुल main road पर है वह.</w:t>
      </w:r>
    </w:p>
    <w:p>
      <w:r>
        <w:rPr>
          <w:b/>
        </w:rPr>
        <w:t xml:space="preserve">[30:25] </w:t>
      </w:r>
      <w:r>
        <w:t>to unhone kaha ki jab tourist season hoga hum ek table lagayenge apne masjid ke bahar aur quran distribute karenge tourist ko. achha. to bahut hi achhi yaani unhone fauran bada achha response diya positive. to inshallah unse raate mein rahenge hum aur us masjid mein kuch log aaye hue the tabliib ki jamaat ke. chaar log the. UK se aaye the. ji. to unse mulaqat hui to maine bataya ki hum Nizamuddin se aaye hain.</w:t>
      </w:r>
    </w:p>
    <w:p>
      <w:pPr>
        <w:jc w:val="right"/>
      </w:pPr>
      <w:r>
        <w:t>तो उन्होंने कहा कि जब tourist season होगा हम एक table लगाएंगे अपने मस्जिद के बाहर और कुरान distribute करेंगे tourist को. अच्छा. तो बहुत ही अच्छी यानी उन्होंने फ़ौरन बड़ा अच्छा response दिया positive. तो इन्शालाह उनसे राते में रहेंगे हम और उस मस्जिद में कुछ लोग आए हुए थे तबलीब की जमात के. चार लोग थे. UK से आए थे. जी. तो उनसे मुलाकात हुई तो मैंने बताया कि हम निज़ामुद्दीन से आए हैं.</w:t>
      </w:r>
    </w:p>
    <w:p>
      <w:r>
        <w:rPr>
          <w:b/>
        </w:rPr>
        <w:t xml:space="preserve">[30:54] </w:t>
      </w:r>
      <w:r>
        <w:t>ji. to woh bade hairaan ho gaye. kyunki tabliiki jamaat ka center to yahin par hai. ji. to yeh behral safar tha aur jo yeh hum Serbia se Bosnia ki taraf ja rahe the to beach mein check post padi. to pehle Serbia ki check post to car mein hi the hum.</w:t>
      </w:r>
    </w:p>
    <w:p>
      <w:pPr>
        <w:jc w:val="right"/>
      </w:pPr>
      <w:r>
        <w:t>जी. तो वो बड़े हैरान हो गए. क्योंकि तबलीकी जमात का center तो यहीं पर है. जी. तो यह बेहराल सफर था और जो यह हम सर्विया से बोजनिया की तरफ जा रहे थे तो beach में check post पड़ी. तो पहले Serbia की check post तो car में ही थे हम.</w:t>
      </w:r>
    </w:p>
    <w:p>
      <w:r>
        <w:rPr>
          <w:b/>
        </w:rPr>
        <w:t xml:space="preserve">[31:22] </w:t>
      </w:r>
      <w:r>
        <w:t>unhone passport liya, puchha, stamp laga di. phir aage thoda gaya to phir ek check post Bosnia ki. wahan bhi unhone puchha unhone in out woh stamp laga di. to yeh is is tarike se hum suffer karte hue taqreeban raat ko pahunche Sara Yuv Bosnia ke border par. ji. ji. to yeh aapka bada interesting experience raha DocsApp idhar.</w:t>
      </w:r>
    </w:p>
    <w:p>
      <w:pPr>
        <w:jc w:val="right"/>
      </w:pPr>
      <w:r>
        <w:t>उन्होंने passport लिया, पुछा, stamp लगा दी. फिर आगे थोड़ा गया तो फिर एक check post बोजनिया की. वहां भी उन्होंने पुछा उन्होंने in out वह stamp लगा दी. तो यह इस इस तरीके से हम suffer करते हुए तकरीबन रात को पहुंचे सारा युवो बोजनिया के border पर. जी. जी. तो यह आपका बड़ा interesting experience रहा DocsApp इधर.</w:t>
      </w:r>
    </w:p>
    <w:p>
      <w:r>
        <w:rPr>
          <w:b/>
        </w:rPr>
        <w:t xml:space="preserve">[31:48] </w:t>
      </w:r>
      <w:r>
        <w:t>DocsApp, main kuch do comments padhna chahunga before I take up the next, place that you went. Miss Fareeda Kamran ne Pakistan se likha hai, very important and special session regarding dawa work. Thank you CPS team to provide detailed authentic information. ek aur comment hai, unka naam nahi samajh aa raha hai, koi enlightened group hai.</w:t>
      </w:r>
    </w:p>
    <w:p>
      <w:pPr>
        <w:jc w:val="right"/>
      </w:pPr>
      <w:r>
        <w:t>DocsApp, मैं कुछ दो comments पढ़ना चाहूंगा before I take up the next, place that you went. Miss फरीदा कामरान ने Pakistan से लिखा है, very important and special session regarding दावा work. Thank you CPS team to provide detailed authentic information. एक और comment है, उनका नाम नहीं समझ आ रहा है, कोई enlightened group है.</w:t>
      </w:r>
    </w:p>
    <w:p>
      <w:r>
        <w:rPr>
          <w:b/>
        </w:rPr>
        <w:t xml:space="preserve">[32:12] </w:t>
      </w:r>
      <w:r>
        <w:t>unhone likha hai if god had built a single galaxy would have sufficed for human habitation, but god wanted to test human intelligence, or rather to test the human mind he created to see how far human thought and vision could soar. However, humans have confined this potential to mere rituals of prayers, worship, churches and synagogues. Thanks Doctor Sany Sneen Sahib Jaza Kalla.</w:t>
      </w:r>
    </w:p>
    <w:p>
      <w:pPr>
        <w:jc w:val="right"/>
      </w:pPr>
      <w:r>
        <w:t>उन्होंने लिखा है if god had built a single galaxy would have sufficed for human habitation, but god wanted to test human intelligence, or rather to test the human mind he created to see how far human thought and vision could soar. However, humans have confined this potential to mere rituals of prayers, worship, churches and synagogues. Thanks Doctor सान्य स्नेन साहिब जज़ा कल्ला.</w:t>
      </w:r>
    </w:p>
    <w:p>
      <w:r>
        <w:rPr>
          <w:b/>
        </w:rPr>
        <w:t xml:space="preserve">[32:40] </w:t>
      </w:r>
      <w:r>
        <w:t>Doc sahab, iske baad phir aapka, aapne jaise bataya safar hua Zagreb, which is the capital of haan, abhi to hum Sara Jivv pahunche hain. achha. to Sara Jivve ke bhi experiences main kuch share karta hoon. ji. iske baad Zagreb hoga inshallah. to yeh wahan pahunch ke hum raat ko pahunche the. to subah hamari kuch logon se mulaqat hui. ji. ek sahab mile jinka naam tha Doctor Ahmed Ali Beg Basic.</w:t>
      </w:r>
    </w:p>
    <w:p>
      <w:pPr>
        <w:jc w:val="right"/>
      </w:pPr>
      <w:r>
        <w:t>Doc साहब, इसके बाद फिर आपका, आपने जैसे बताया सफर हुआ ज़ग्रेब, which is the capital of हाँ, अभी तो हम सारा जीव पहुंचे हैं. अच्छा. तो सारा जीवे के भी experiences मैं कुछ share करता हूँ. जी. इसके बाद ज़ग्रेब होगा इंशालाह. तो यह वहां पहुंच के हम रात को पहुंचे थे. तो सुबह हमारी कुछ लोगों से मुलाकात हुई. जी. एक साहब मिले जिनका नाम था doctor अहमद अलीब बेसिक.</w:t>
      </w:r>
    </w:p>
    <w:p>
      <w:r>
        <w:rPr>
          <w:b/>
        </w:rPr>
        <w:t xml:space="preserve">[33:07] </w:t>
      </w:r>
      <w:r>
        <w:t>wah deputy dean hai university of saare yuwon ke aur faculty hai islamic faculty of Islamic studies. to yeh maulana se kisi conference mein mile the aur aapa se bhi mile the mera khaas se aapa aur maulana kisi conference mein thi to woh bada pasand kar rahe the maulana ko.</w:t>
      </w:r>
    </w:p>
    <w:p>
      <w:pPr>
        <w:jc w:val="right"/>
      </w:pPr>
      <w:r>
        <w:t>वह deputy dean है university of सारे युवों के और faculty है इस्लामic faculty of Islamic studies. तो यह मौलाना से किसी conference में मिले थे और आपा से भी मिले थे मेरा खास से आपा और मौलाना किसी conference में थी तो वह बड़ा पसंद कर रहे थे मौलाना को.</w:t>
      </w:r>
    </w:p>
    <w:p>
      <w:r>
        <w:rPr>
          <w:b/>
        </w:rPr>
        <w:t xml:space="preserve">[33:26] </w:t>
      </w:r>
      <w:r>
        <w:t>He was very nice person aur kisi institution ke aise bhi associated hain jo ki publish karte hain islamic books. to humne unse maulane ki books ke baare mein baat ki, tazeer ul quran ke baare mein baat ki ki ise translation karna chahiye bosnian mein. to galiban woh log inshallah kuch kitabein maulane ki publish karenge. khaaswa se God Rises achha. Life of Mohammad. ji.</w:t>
      </w:r>
    </w:p>
    <w:p>
      <w:pPr>
        <w:jc w:val="right"/>
      </w:pPr>
      <w:r>
        <w:t>He was very nice person और किसी institution के ऐसे भी associated हैं जो कि publish करते हैं इस्लामic books. तो हमने उनसे मौलाने की books के बारे में बात की, तस्कीर उल्कुरान के बारे में बात की कि इसे translation करना चाहिए बोजनियन में. तो गालीबन वो लोग इन्शाल्लाह कुछ किताबें मौलाने की publish करेंगे. खासवा से God Rises अच्छा. Life of मोहम्मद. जी.</w:t>
      </w:r>
    </w:p>
    <w:p>
      <w:r>
        <w:rPr>
          <w:b/>
        </w:rPr>
        <w:t xml:space="preserve">[33:55] </w:t>
      </w:r>
      <w:r>
        <w:t>yaani paigambar and khilaf. to inshallah yeh do kitabein aur tazeer ul quran umeed hai ki Bosnian mein publish hogi. ji. to wahan par bookstores bhi hain kaafi ek ek aur publisher bhi milne aata hai jisne meri do books publish ki thi children's books bosnian mein.</w:t>
      </w:r>
    </w:p>
    <w:p>
      <w:pPr>
        <w:jc w:val="right"/>
      </w:pPr>
      <w:r>
        <w:t>यानी प्यागंबर and खिलाफ. तो इन्शाल्लाह ये दो किताबें और तस्कीर्लू कुरान उम्मीद है कि Bosnian में publish होगी. जी. तो वहां पर bookstores भी हैं काफी एक एक और publisher भी मिलने आता है जिसने मेरी दो books publish की थी children's books बोजनियन में.</w:t>
      </w:r>
    </w:p>
    <w:p>
      <w:r>
        <w:rPr>
          <w:b/>
        </w:rPr>
        <w:t xml:space="preserve">[34:15] </w:t>
      </w:r>
      <w:r>
        <w:t>to usko bhi humne bataya ki hum is maqsad se aaye hain quran dawati maqsad se to usne kaha ki hamare bahut saare bookstores hain aap quran bosnian mein deham mein hum distribute karenge usko. to yeh is tarah se yeh kuch contacts wahan mile aur ek masjid hai jo bahut badi masjid hai uska naam hai king fahad mosque. ji.</w:t>
      </w:r>
    </w:p>
    <w:p>
      <w:pPr>
        <w:jc w:val="right"/>
      </w:pPr>
      <w:r>
        <w:t>तो उसको भी हमने बताया कि हम इस मकसद से आए हैं कुरान दावती मकसद से तो उसने कहा कि हमारे बहुत सारे bookstores हैं आप कुरान बोजनियन में देहम में हम distribute करेंगे उसको. तो यह इस तरह से यह कुछ contacts वहां मिले और एक मस्जिद है जो बहुत बड़ी मस्जिद है उसका नाम है king फेद mosque. जी.</w:t>
      </w:r>
    </w:p>
    <w:p>
      <w:r>
        <w:rPr>
          <w:b/>
        </w:rPr>
        <w:t xml:space="preserve">[34:41] </w:t>
      </w:r>
      <w:r>
        <w:t>to king fahad mosque mein hum gaye wahan ek hisab se milna tha jinka naam tha Joseph Kolick. yeh inhone quran ko Croatian language mein translate kiya hai. ji. to unse baat ho gayi woh humein Croatian translation de denge inshallah aur usi masjid mein humein ek aur saahab mile jinka naam tha jo Czech Republic se the aur inka naam tha Ali Lucas.</w:t>
      </w:r>
    </w:p>
    <w:p>
      <w:pPr>
        <w:jc w:val="right"/>
      </w:pPr>
      <w:r>
        <w:t>तो king फेद mosque में हम गए वहां एक हिसाब से मिलना था जिनका नाम था Joseph Kolick. यह इन्होंने कुरान को Croatian language में translate किया है. जी. तो उनसे बात हो गई वह हमें Croatian translation दे देंगे इंशालाह और उसी मस्जिद में हमें एक और साहब मिले जिनका नाम था जो Czech Republic से थे और इनका नाम था अली Lucas.</w:t>
      </w:r>
    </w:p>
    <w:p>
      <w:r>
        <w:rPr>
          <w:b/>
        </w:rPr>
        <w:t xml:space="preserve">[35:11] </w:t>
      </w:r>
      <w:r>
        <w:t>to unko Czech Czech quran chahiye tha. to humne bataya ki hamare paas hai Czech quran to woh bade khush ho gaye to unko hum chakhg quran denge.</w:t>
      </w:r>
    </w:p>
    <w:p>
      <w:pPr>
        <w:jc w:val="right"/>
      </w:pPr>
      <w:r>
        <w:t>तो उनको Czech Czech कुरान चाहिए था. तो हमने बताया कि हमारे पास है Czech कुरान तो वो बड़े खुश हो गए तो उनको हम चख्ग कुरान देंगे.</w:t>
      </w:r>
    </w:p>
    <w:p>
      <w:r>
        <w:rPr>
          <w:b/>
        </w:rPr>
        <w:t xml:space="preserve">[35:21] </w:t>
      </w:r>
      <w:r>
        <w:t>toh yeh yeh bhi bahut khoobsurat jagah hai saare yuvo aur bilkul waise aisa lagta hai ki hum</w:t>
      </w:r>
    </w:p>
    <w:p>
      <w:pPr>
        <w:jc w:val="right"/>
      </w:pPr>
      <w:r>
        <w:t>तो यह यह भी बहुत खूबसूरत जगह है सारे युवो और बिल्कुल वैसे ऐसा लगता है कि हम</w:t>
      </w:r>
    </w:p>
    <w:p>
      <w:r>
        <w:rPr>
          <w:b/>
        </w:rPr>
        <w:t xml:space="preserve">[35:29] </w:t>
      </w:r>
      <w:r>
        <w:t>Turkey mein usko bilkul yaani masjidain hain aur wahi market old market jaisi hoti hai grand bazaar ki</w:t>
      </w:r>
    </w:p>
    <w:p>
      <w:pPr>
        <w:jc w:val="right"/>
      </w:pPr>
      <w:r>
        <w:t>Turkey में उसको बिल्कुल यानी मस्जिदें हैं और वही market old market जैसी होती है grand बाज़ार की</w:t>
      </w:r>
    </w:p>
    <w:p>
      <w:r>
        <w:rPr>
          <w:b/>
        </w:rPr>
        <w:t xml:space="preserve">[35:38] </w:t>
      </w:r>
      <w:r>
        <w:t>tarah aur wahi khane baklava aur yeh sab cheezein bilkul Turkish style aur bahut hi bahut hi achha</w:t>
      </w:r>
    </w:p>
    <w:p>
      <w:pPr>
        <w:jc w:val="right"/>
      </w:pPr>
      <w:r>
        <w:t>तरह और वही खाने बकलावा और यह सब चीज़ें बिल्कुल Turkish style और बहुत ही बहुत ही अच्छा</w:t>
      </w:r>
    </w:p>
    <w:p>
      <w:r>
        <w:rPr>
          <w:b/>
        </w:rPr>
        <w:t xml:space="preserve">[35:46] </w:t>
      </w:r>
      <w:r>
        <w:t>yaani laga aur ek dilchasp baat wahan pata chali ki Bosnia mein teen president hain.</w:t>
      </w:r>
    </w:p>
    <w:p>
      <w:pPr>
        <w:jc w:val="right"/>
      </w:pPr>
      <w:r>
        <w:t>यानी लगा और एक दिलचस्प बात वहां पता चली कि बोजनिया में तीन president हैं.</w:t>
      </w:r>
    </w:p>
    <w:p>
      <w:r>
        <w:rPr>
          <w:b/>
        </w:rPr>
        <w:t xml:space="preserve">[35:55] </w:t>
      </w:r>
      <w:r>
        <w:t>achha. aur har aath mahine par woh badalte hain. Ok. to pata nahi kaise yeh hukumat chalti hogi. ji. kyunki jo Bosnian area ke ek president hain ek Croatian area ke president hain aur ek Serbian area ke president hain. to woh aath aath mahine par apni unka woh badalta hai. to ek hum shop par gaye to humne kuch India ke products dekhe wahan dabramala. achha.</w:t>
      </w:r>
    </w:p>
    <w:p>
      <w:pPr>
        <w:jc w:val="right"/>
      </w:pPr>
      <w:r>
        <w:t>अच्छा. और हर आठ महीने पर वह बदलते हैं. Ok. तो पता नहीं कैसे यह हुकूमत चलती होगी. जी. क्योंकि जो Bosnian area के एक president है एक Croatian area के president है और एक Serbian area के president है. तो वह आठ आठ महीने पर अपनी उनका वह बदलता है. तो एक हम shop पर गए तो हमने कुछ India के products देखे वहां डाबरामला. अच्छा.</w:t>
      </w:r>
    </w:p>
    <w:p>
      <w:r>
        <w:rPr>
          <w:b/>
        </w:rPr>
        <w:t xml:space="preserve">[36:23] </w:t>
      </w:r>
      <w:r>
        <w:t>to main jab badi hairaani hui ki wahan par India ke products bhi dikhai diye. to yeh Bosnia ka safar tha bahut short tha lekin achhe context mil gaye to umeed hai ki wahan ek to distribution bhi hoga aur maulana ki kitabein Bosnia mein aana bahut zaroori hai. bahut. chunki jo kitabein available hain woh saari woh traditional hain.</w:t>
      </w:r>
    </w:p>
    <w:p>
      <w:pPr>
        <w:jc w:val="right"/>
      </w:pPr>
      <w:r>
        <w:t>तो मैं जब बड़ी हैरानी हुई कि वहां पर India के products भी दिखाई दिए. तो यह बोजनिया का सफर था बहुत short था लेकिन अच्छे context मिल गए तो उम्मीद है कि वहां एक तो distribution भी होगा और मनाना की किताबें बोजनिया में आना बहुत ज़रूरी है. बहुत. चूंकि जो किताबें available हैं वो सारी वो traditional हैं.</w:t>
      </w:r>
    </w:p>
    <w:p>
      <w:r>
        <w:rPr>
          <w:b/>
        </w:rPr>
        <w:t xml:space="preserve">[36:45] </w:t>
      </w:r>
      <w:r>
        <w:t>toh Maulana ki kitabon se hi yaani koi inqilaabi zehan ban sakta hai, dawat-i zehan ban sakta hai</w:t>
      </w:r>
    </w:p>
    <w:p>
      <w:pPr>
        <w:jc w:val="right"/>
      </w:pPr>
      <w:r>
        <w:t>तो मौलाना की किताबों से ही यानी कोई इंकलाबी ज़हन वन सकता है, कावती ज़हन वन सकता है</w:t>
      </w:r>
    </w:p>
    <w:p>
      <w:r>
        <w:rPr>
          <w:b/>
        </w:rPr>
        <w:t xml:space="preserve">[36:52] </w:t>
      </w:r>
      <w:r>
        <w:t>warna woh bas woh ratti ratti hui cheezein mil rahi hain bahut hi traditional andaaz ki toh main</w:t>
      </w:r>
    </w:p>
    <w:p>
      <w:pPr>
        <w:jc w:val="right"/>
      </w:pPr>
      <w:r>
        <w:t>वरना वो बस वो रट्टी रट्टी हुई चीज़ें मिल रही हैं बहुत ही traditional अंदाज़ की तो मैं</w:t>
      </w:r>
    </w:p>
    <w:p>
      <w:r>
        <w:rPr>
          <w:b/>
        </w:rPr>
        <w:t xml:space="preserve">[36:59] </w:t>
      </w:r>
      <w:r>
        <w:t>samajhta hoon ki Maulana ki jo books hain khaas taur se God Arises aur Kalim sahab ka bhi khayal</w:t>
      </w:r>
    </w:p>
    <w:p>
      <w:pPr>
        <w:jc w:val="right"/>
      </w:pPr>
      <w:r>
        <w:t>समझता हूं कि मौलाना की जो books हैं खासतौर से God Arises और कलिम साहब का भी ख्याल</w:t>
      </w:r>
    </w:p>
    <w:p>
      <w:r>
        <w:rPr>
          <w:b/>
        </w:rPr>
        <w:t xml:space="preserve">[37:06] </w:t>
      </w:r>
      <w:r>
        <w:t>hai ki God Arises aur prophet Muhammad sallam ki jo kitabein the life of Muhammad isse aaghaz kiya</w:t>
      </w:r>
    </w:p>
    <w:p>
      <w:pPr>
        <w:jc w:val="right"/>
      </w:pPr>
      <w:r>
        <w:t>है कि God Arises और prophet मोहम्मद सलाम की जो किताबें the life of मोहम्मद इससे आगाज़ किया</w:t>
      </w:r>
    </w:p>
    <w:p>
      <w:r>
        <w:rPr>
          <w:b/>
        </w:rPr>
        <w:t xml:space="preserve">[37:13] </w:t>
      </w:r>
      <w:r>
        <w:t>jaye phir iske baad jo aur kitabein hain jaise discovering god aur glory of god aur is tarah</w:t>
      </w:r>
    </w:p>
    <w:p>
      <w:pPr>
        <w:jc w:val="right"/>
      </w:pPr>
      <w:r>
        <w:t>जाए फिर इसके बाद जो और किताबें हैं जैसे discovering god और glory of god और इस तरह</w:t>
      </w:r>
    </w:p>
    <w:p>
      <w:r>
        <w:rPr>
          <w:b/>
        </w:rPr>
        <w:t xml:space="preserve">[37:20] </w:t>
      </w:r>
      <w:r>
        <w:t>ki jo Quranic wisdom yeh paanch hi kitabein agar in languages mein aa jayein toh mere khayal se</w:t>
      </w:r>
    </w:p>
    <w:p>
      <w:pPr>
        <w:jc w:val="right"/>
      </w:pPr>
      <w:r>
        <w:t>की जो कुरानिक wisdom यह पांच ही किताबें अगर इन languages में आ जाएं तो मेरे ख्याल से</w:t>
      </w:r>
    </w:p>
    <w:p>
      <w:r>
        <w:rPr>
          <w:b/>
        </w:rPr>
        <w:t xml:space="preserve">[37:27] </w:t>
      </w:r>
      <w:r>
        <w:t>bahut hi faida hoga isse aur zehan badlega toh inshallah yeh koshish rahegi ki jo in countries mein</w:t>
      </w:r>
    </w:p>
    <w:p>
      <w:pPr>
        <w:jc w:val="right"/>
      </w:pPr>
      <w:r>
        <w:t>बहुत ही फ़ायदा होगा इससे और ज़हन बदलेगा तो इंशालिल्ला यह कोशिश रहेगी कि जो इन countries में</w:t>
      </w:r>
    </w:p>
    <w:p>
      <w:r>
        <w:rPr>
          <w:b/>
        </w:rPr>
        <w:t xml:space="preserve">[37:34] </w:t>
      </w:r>
      <w:r>
        <w:t>hum gaye hain ismein Maulana ki kitabein bhi aayein.</w:t>
      </w:r>
    </w:p>
    <w:p>
      <w:pPr>
        <w:jc w:val="right"/>
      </w:pPr>
      <w:r>
        <w:t>हम गए हैं इसमें मौलाना की किताबें भी आएं.</w:t>
      </w:r>
    </w:p>
    <w:p>
      <w:r>
        <w:rPr>
          <w:b/>
        </w:rPr>
        <w:t xml:space="preserve">[37:41] </w:t>
      </w:r>
      <w:r>
        <w:t>ji. quran to inshallah milegi. iska kaafi had tak baat cheet ho gayi logon se lekin usmein maulana ki books bhi agar shy ho jayen to bahut bahut umda ho jayega ji. inshallah. aur doctor sahab bahut zaroori bhi hai kyunki yeh jo cities hain ismein agar aap dekhen aap zyada peeche bhi na jayen, do teen decades pehle kaafi violence tha, battles the, city was under siege and ab kaafi economic prosperity dheere dheere aa rahi hai.</w:t>
      </w:r>
    </w:p>
    <w:p>
      <w:pPr>
        <w:jc w:val="right"/>
      </w:pPr>
      <w:r>
        <w:t>जी. कुरान तो इंशालाह मिले गई. इसका काफी हद तक बातचीत हो गई लोगों से लेकिन उसमें मौलाना की books भी अगर shy हो जाएं तो बहुत बहुत उम्दा हो जाएगा जी. इंशाला. और doctor सब बहुत ज़रूरी भी है क्योंकि यह जो cities हैं इसमें अगर आप देखें आप ज़्यादा पीछे भी ना जाएं, दो तीन decades पहले काफी violence था, battles थे, city was under siege and अब काफी economic prosperity धीरे धीरे आ रही है.</w:t>
      </w:r>
    </w:p>
    <w:p>
      <w:r>
        <w:rPr>
          <w:b/>
        </w:rPr>
        <w:t xml:space="preserve">[38:08] </w:t>
      </w:r>
      <w:r>
        <w:t>toh ek positive zehan banne ke liye Maulana Wahiduddin Khan sahab ki kitab se behtar koi aur kitab nahi hogi.</w:t>
      </w:r>
    </w:p>
    <w:p>
      <w:pPr>
        <w:jc w:val="right"/>
      </w:pPr>
      <w:r>
        <w:t>तो एक positive ज़ेहन बनने के लिए मुलाना वैदीन खान साहब की किताब से बेहतर कोई और किताब नहीं होगी.</w:t>
      </w:r>
    </w:p>
    <w:p>
      <w:r>
        <w:rPr>
          <w:b/>
        </w:rPr>
        <w:t xml:space="preserve">[38:15] </w:t>
      </w:r>
      <w:r>
        <w:t>toh yeh bahut hi zabardast kaam hua Dr.</w:t>
      </w:r>
    </w:p>
    <w:p>
      <w:pPr>
        <w:jc w:val="right"/>
      </w:pPr>
      <w:r>
        <w:t>तो यह बहुत ही ज़बरदस्त काम हुआ डॉ.</w:t>
      </w:r>
    </w:p>
    <w:p>
      <w:r>
        <w:rPr>
          <w:b/>
        </w:rPr>
        <w:t xml:space="preserve">[38:23] </w:t>
      </w:r>
      <w:r>
        <w:t>sahab alhamdulillah.</w:t>
      </w:r>
    </w:p>
    <w:p>
      <w:pPr>
        <w:jc w:val="right"/>
      </w:pPr>
      <w:r>
        <w:t>साहब अलम दरिल्ला.</w:t>
      </w:r>
    </w:p>
    <w:p>
      <w:r>
        <w:rPr>
          <w:b/>
        </w:rPr>
        <w:t xml:space="preserve">[38:30] </w:t>
      </w:r>
      <w:r>
        <w:t>kyunki saari jo books hain woh political zehan deti hain. Ji ji.</w:t>
      </w:r>
    </w:p>
    <w:p>
      <w:pPr>
        <w:jc w:val="right"/>
      </w:pPr>
      <w:r>
        <w:t>क्योंकि सारी जो books हैं वह political ज़ेहन देती हैं. जी जी.</w:t>
      </w:r>
    </w:p>
    <w:p>
      <w:r>
        <w:rPr>
          <w:b/>
        </w:rPr>
        <w:t xml:space="preserve">[38:38] </w:t>
      </w:r>
      <w:r>
        <w:t>isi wajah se woh Bosnia war wagera hui.</w:t>
      </w:r>
    </w:p>
    <w:p>
      <w:pPr>
        <w:jc w:val="right"/>
      </w:pPr>
      <w:r>
        <w:t>इसी वजह से वह बोजनिया war वगैरह हुई.</w:t>
      </w:r>
    </w:p>
    <w:p>
      <w:r>
        <w:rPr>
          <w:b/>
        </w:rPr>
        <w:t xml:space="preserve">[38:46] </w:t>
      </w:r>
      <w:r>
        <w:t>toh political zehan ke bajaye dawat-i zehan.</w:t>
      </w:r>
    </w:p>
    <w:p>
      <w:pPr>
        <w:jc w:val="right"/>
      </w:pPr>
      <w:r>
        <w:t>तो political ज़ेहन के बजाय दावती ज़ेहन.</w:t>
      </w:r>
    </w:p>
    <w:p>
      <w:r>
        <w:rPr>
          <w:b/>
        </w:rPr>
        <w:t xml:space="preserve">[38:53] </w:t>
      </w:r>
      <w:r>
        <w:t>jab insaan ka dawat-i zehan hoga toh phir uska ek maqsad-e hayat hoga ki use Quran ke paigham</w:t>
      </w:r>
    </w:p>
    <w:p>
      <w:pPr>
        <w:jc w:val="right"/>
      </w:pPr>
      <w:r>
        <w:t>जब इंसान का दावती ज़ेहन होगा तो फिर उसका एक मकसद हैयात होगा कि उसे कुरान के प्याकाम</w:t>
      </w:r>
    </w:p>
    <w:p>
      <w:r>
        <w:rPr>
          <w:b/>
        </w:rPr>
        <w:t xml:space="preserve">[39:01] </w:t>
      </w:r>
      <w:r>
        <w:t>ko logon tak pahunchana hai.</w:t>
      </w:r>
    </w:p>
    <w:p>
      <w:pPr>
        <w:jc w:val="right"/>
      </w:pPr>
      <w:r>
        <w:t>को लोगों तक पहुंचाना है.</w:t>
      </w:r>
    </w:p>
    <w:p>
      <w:r>
        <w:rPr>
          <w:b/>
        </w:rPr>
        <w:t xml:space="preserve">[39:09] </w:t>
      </w:r>
      <w:r>
        <w:t>Which is also known for its historical charm and modern amenities, and it's very attractive. I had read that it was very attractive, it is very attractive destination not only for the tourists but also for the residents. to wahan kya experience hua aapka</w:t>
      </w:r>
    </w:p>
    <w:p>
      <w:pPr>
        <w:jc w:val="right"/>
      </w:pPr>
      <w:r>
        <w:t>Which is also known for its historical charm and modern amenities, and it's very attractive. I had read that it was very attractive, it is very attractive destination not only for the tourists but also for the residents. तो वहाँ क्या experience हुआ आपका</w:t>
      </w:r>
    </w:p>
    <w:p>
      <w:r>
        <w:rPr>
          <w:b/>
        </w:rPr>
        <w:t xml:space="preserve">[39:25] </w:t>
      </w:r>
      <w:r>
        <w:t>Yes, is ke baare it's very beautiful city and people are also very nice and you see beautiful architecture and wall and you know the the road roads bhi woh patthar ki purani zamane ki hai to aisa lagta hai ki it's like a fairy tale you are you are watching a movie or something. achha achha.</w:t>
      </w:r>
    </w:p>
    <w:p>
      <w:pPr>
        <w:jc w:val="right"/>
      </w:pPr>
      <w:r>
        <w:t>Yes, इस के बारे it's very beautiful city and people are also very nice and you see beautiful architecture and wall and you know the the road roads भी वह पत्थर की पुरानी ज़माने की है तो ऐसा लगता है कि it's like a fairy tale you are you are watching a movie or something. अच्छा अच्छा.</w:t>
      </w:r>
    </w:p>
    <w:p>
      <w:r>
        <w:rPr>
          <w:b/>
        </w:rPr>
        <w:t xml:space="preserve">[39:47] </w:t>
      </w:r>
      <w:r>
        <w:t>It's a very you are transported into a era of hundreds year So it's a very big tourist destination. aisi of jagahon par agar yeh bhi tasawwur kiya jaaye ki yeh kitna khoobsurat hai to jannat kitna khoobsurat hoga. to ek tarike se woh tasawwuf wali baat aa jaati hai that you are able to link, you know, to hereafter. Absolutely. bilkul sahi.</w:t>
      </w:r>
    </w:p>
    <w:p>
      <w:pPr>
        <w:jc w:val="right"/>
      </w:pPr>
      <w:r>
        <w:t>It's a very you are transported into a era of hundreds year So it's a very big tourist destination. ऐसी of जगहों पर अगर यह भी तस्वूर किया जाए कि यह कितना ख़ूबसूरत है तो जन्नत कितना ख़ूबसूरत होगा. तो एक तरीके से वह तवस्व मली बात आ जाती है that you are able to link, you know, to hereafter. Absolutely. बिल्कुल सही.</w:t>
      </w:r>
    </w:p>
    <w:p>
      <w:r>
        <w:rPr>
          <w:b/>
        </w:rPr>
        <w:t xml:space="preserve">[40:09] </w:t>
      </w:r>
      <w:r>
        <w:t>jo Bosnia se hum log travel karke Zagreb gaye jo ki Croatia ki woh hai capital aur wahi check post wagera aaye, raaste bhi waise hi the bahut hi khoobsurat raaste the. jaisa aapne kaha ki Zagreb is a slightly modern modern city. ji. kyunki yeh Western Europe se kareeb bhi ho gaya ho gayi. to ab ismein laga ki hum kuch Western Europe ka touch humein mehsoos hua iske andar.</w:t>
      </w:r>
    </w:p>
    <w:p>
      <w:pPr>
        <w:jc w:val="right"/>
      </w:pPr>
      <w:r>
        <w:t>जो बौद्निया से हम लोग travel करके ज़गरिब गए जो कि Croatia की वह है capital और वही check post वगैरह आए, रास्ते भी वैसे ही थे बहुत ही खूबसूरत रास्ते थे. जैसा आपने कहा कि जगरेब is a slightly modern modern city. जी. क्योंकि यह Western Europe से करीब भी हो गया हो गई. तो अब इसमें लगा कि हम कुछ Western Europe का touch हमें महसूस हुआ इसके अंदर.</w:t>
      </w:r>
    </w:p>
    <w:p>
      <w:r>
        <w:rPr>
          <w:b/>
        </w:rPr>
        <w:t xml:space="preserve">[40:39] </w:t>
      </w:r>
      <w:r>
        <w:t>to yahan par ottoman empire sixteen, seventeen century mein inhone hukumat ki hai aur uski wajah se woh kaafi saare jo wahan ke imaratein hain, uh-uh monuments hain woh sab us zamane ke nazar aaye, architecture mosques aur yeh sab cheezein wahan wahan nazar aayi aur ek bahut badi masjid hai jo ki modern masjid hai.</w:t>
      </w:r>
    </w:p>
    <w:p>
      <w:pPr>
        <w:jc w:val="right"/>
      </w:pPr>
      <w:r>
        <w:t>तो यहाँ पर ottoman empire sixteen, seventeen century में इन्होंने हुकूमत की है और उसकी वजह से वह काफी सारे जो वहां के इमारते हैं, uh-uh monuments हैं वह सब उस ज़माने के नज़र आए, architecture mosques और यह सब चीज़ें वहां वहां नज़र आई और एक बहुत बड़ी मज़ीद है जो कि modern मज़ीद है.</w:t>
      </w:r>
    </w:p>
    <w:p>
      <w:r>
        <w:rPr>
          <w:b/>
        </w:rPr>
        <w:t xml:space="preserve">[41:08] </w:t>
      </w:r>
      <w:r>
        <w:t>wahan gaye hum kehte hain ki this is the largest mosque in entire Europe. bahut hi massive masjid hai aur bahut hi bade garden mein hai. samjhiye ki aap samjhiye ki Lodi Garden ka aadha hissa uske andar masjid hai.</w:t>
      </w:r>
    </w:p>
    <w:p>
      <w:pPr>
        <w:jc w:val="right"/>
      </w:pPr>
      <w:r>
        <w:t>वहां गए हम कहते हैं कि this is the largest mosque in entire Europe. बहुत ही massive मस्जिद है और बहुत ही बड़े garden में है. समझिए कि आप समझिए कि लोदी garden का आधा हिस्सा उसके अंदर मस्जिद है.</w:t>
      </w:r>
    </w:p>
    <w:p>
      <w:r>
        <w:rPr>
          <w:b/>
        </w:rPr>
        <w:t xml:space="preserve">[41:24] </w:t>
      </w:r>
      <w:r>
        <w:t>bahut hi massive aur mosque ke andar secondary school hai, Islamic center hai, gym hai, restaurant hai, bookshop hai, library hai aur exhibition hall hai, youth club hai, football club hai. is tarah ki cheezein hain aur Qatar aur Sharjah ki governments isko support karti hain aur maintain karti hain.</w:t>
      </w:r>
    </w:p>
    <w:p>
      <w:pPr>
        <w:jc w:val="right"/>
      </w:pPr>
      <w:r>
        <w:t>बहुत ही massive और mosque के अंदर secondary school है, इस्लामic center है, gym है, restaurant है, bookshop है, library है और exhibition hall है, youth club है, football club है. इस तरह की चीज़ें हैं और ततर और शार्जा की governments इसको support करती हैं और maintain करती हैं.</w:t>
      </w:r>
    </w:p>
    <w:p>
      <w:r>
        <w:rPr>
          <w:b/>
        </w:rPr>
        <w:t xml:space="preserve">[41:50] </w:t>
      </w:r>
      <w:r>
        <w:t>to bahut hi achhi masjid thi woh aur jab yeh masjid ka inauguration hua to president of Croatia was present there. to isse bhi aapko andaaza ho sakta hai ya hota hai ki Croatia ke government ka bhi taawun hai ismein.</w:t>
      </w:r>
    </w:p>
    <w:p>
      <w:pPr>
        <w:jc w:val="right"/>
      </w:pPr>
      <w:r>
        <w:t>तो बहुत ही अच्छी मस्जिद थी वह और जब यह मस्जिद का inauguration हुआ तो president of Croatia was present there. तो इससे भी आपको अंदाज़ा हो सकता है या होता है कि Crotia के government का भी तागुन है इसमें.</w:t>
      </w:r>
    </w:p>
    <w:p>
      <w:r>
        <w:rPr>
          <w:b/>
        </w:rPr>
        <w:t xml:space="preserve">[42:05] </w:t>
      </w:r>
      <w:r>
        <w:t>jaise abhi aapne zikr kiya ki bahut hi tourist destination hai to har taraf bahut hi khoobsurat cheezein nazar aati hain chunki yeh ek Adriatic sea hai jo bahut hi beautiful sea hai uske sahil par hai yeh. to uski wajah se beaches aur waterfall aur woh sab cheezein bahut achhi hain.</w:t>
      </w:r>
    </w:p>
    <w:p>
      <w:pPr>
        <w:jc w:val="right"/>
      </w:pPr>
      <w:r>
        <w:t>जैसे अभी आपने ज़िक्र किया कि बहुत ही tourist destination है तो हर तरफ बहुत ही खूबसूरत चीज़ें नज़र आती हैं चूँकि यह एक Adriatic sea है जो बहुत ही beautiful sea है उसके साहिल पर है यह. तो उसकी वजह से beaches और waterfall और वह सब चीज़ें बहुत अच्छी हैं.</w:t>
      </w:r>
    </w:p>
    <w:p>
      <w:r>
        <w:rPr>
          <w:b/>
        </w:rPr>
        <w:t xml:space="preserve">[42:25] </w:t>
      </w:r>
      <w:r>
        <w:t>to hum wahan masjid mein gaye aur Friday ki namaz padhi, jummar ki namaz aur phir, wahan mufti ke office mein gaye.</w:t>
      </w:r>
    </w:p>
    <w:p>
      <w:pPr>
        <w:jc w:val="right"/>
      </w:pPr>
      <w:r>
        <w:t>तो हम वहां मस्जिद में गए और Friday की नमाज़ पढ़ी, जुम्हार की नमाज़ और फिर, वहां मुफ्ती के office में गए.</w:t>
      </w:r>
    </w:p>
    <w:p>
      <w:r>
        <w:rPr>
          <w:b/>
        </w:rPr>
        <w:t xml:space="preserve">[42:38] </w:t>
      </w:r>
      <w:r>
        <w:t>to mufti nahi the us waqt to lekin unke koi assistant galiban jo president the uske masjid ke woh mile bahut achhi tarah se mile aur humse kaafi baatein ki unhone aur unhone samjha mission ko aur unko bahut pasand aaya quran distribution ka kaam aur Croatian language ki bhi baat hui to unhone kaha ki hum zaroor isko quran distribute karenge aap, Croatian language mein agar aap bhejenge humein. ji.</w:t>
      </w:r>
    </w:p>
    <w:p>
      <w:pPr>
        <w:jc w:val="right"/>
      </w:pPr>
      <w:r>
        <w:t>तो मुफ्ती नहीं थे उस वक्त तो लेकिन उनके कोई assistant वालेबन जो president थे उसके मस्जिद के वह मिले बहुत अच्छी तरह से मिले और हमसे काफी बातें की उन्होंने और उन्होंने समझा mission को और उनको बहुत पसंद आया कुरान distribution का काम और Croatian language की भी बात हुई तो उन्होंने कहा कि हम ज़रूर इसको कुरान distribute करेंगे आप, Croatian language में अगर आप भेजेंगे हमें. जी.</w:t>
      </w:r>
    </w:p>
    <w:p>
      <w:r>
        <w:rPr>
          <w:b/>
        </w:rPr>
        <w:t xml:space="preserve">[43:06] </w:t>
      </w:r>
      <w:r>
        <w:t>to bahut achha raha unse bulaqaat bahut achhi rahi aur ek baat yeh bhi achhi hui wahan Zagreb mein hamara hamare paas kuch time tha agli din jo bhi flight hamari shaam ki thi to jo yeh do log hamare saath the Alqadar aur Boris, zyada tar Boris ne humein drive kiya, humein le gaye, chunki lambe lambe gaye, paanch ghante ki drive thi, kahin chhah ghante ke ki aath ghante ki drive thi badi badi lambi drive thi.</w:t>
      </w:r>
    </w:p>
    <w:p>
      <w:pPr>
        <w:jc w:val="right"/>
      </w:pPr>
      <w:r>
        <w:t>तो बहुत अच्छा रहा उनसे बुलाकात बहुत अच्छी रही और एक बात यह भी अच्छी हुई वहां ज़ग़रब में हमारा हमारे पास कुछ time था अगले दिन जो भी flight हमारी शाम की थी तो जो ये दो लोग हमारे साथ थे अलकदर और Boris, ज़्यादातर Boris ने हमें drive किया, हमें ले गए, चूंकि लंबे लंबे गए, पांच घंटे की drive थी, कहीं छह घंटे के कि आठ घंटे की drive थी बड़ी बड़ी लंबी drive थी.</w:t>
      </w:r>
    </w:p>
    <w:p>
      <w:r>
        <w:rPr>
          <w:b/>
        </w:rPr>
        <w:t xml:space="preserve">[43:36] </w:t>
      </w:r>
      <w:r>
        <w:t>ji. to hum log baithe Haroon sahab aur Kalim sahab aur main aur yeh dono to kaafi der humne hotel mein lobby mein chaar paanch ghante achhi meeting dedi meeting ki aur plan banaya ki kis tarah se hum translations karein aur printing ke baare mein, logistics ke baare mein, storage ke baare mein, distribution ke baare mein.</w:t>
      </w:r>
    </w:p>
    <w:p>
      <w:pPr>
        <w:jc w:val="right"/>
      </w:pPr>
      <w:r>
        <w:t>जी. तो हम लोग बैठे हारुण साहब और कलिम साहब और मैं और यह दोनों तो काफी देर हमने hotel में lobby में चार पांच घंटे अच्छी meeting देई meeting की और plan बनाया कि किस तरह से हम translations करें और printing के बारे में, logistics के बारे में, storage के बारे में, distribution के बारे में.</w:t>
      </w:r>
    </w:p>
    <w:p>
      <w:r>
        <w:rPr>
          <w:b/>
        </w:rPr>
        <w:t xml:space="preserve">[43:58] </w:t>
      </w:r>
      <w:r>
        <w:t>toh woh bahut hi fruitful discussion hua aur kafi clarity aayi aur kafi achha plan hum log bana</w:t>
      </w:r>
    </w:p>
    <w:p>
      <w:pPr>
        <w:jc w:val="right"/>
      </w:pPr>
      <w:r>
        <w:t>तो वह बहुत ही fruitful discussion हुआ और काफी clarity आई और काफी अच्छा plan हम लोग बना</w:t>
      </w:r>
    </w:p>
    <w:p>
      <w:r>
        <w:rPr>
          <w:b/>
        </w:rPr>
        <w:t xml:space="preserve">[44:05] </w:t>
      </w:r>
      <w:r>
        <w:t>sake ki hum future mein kis tarike se isko isko yaani jo hamara khayal hai usko kaise amli</w:t>
      </w:r>
    </w:p>
    <w:p>
      <w:pPr>
        <w:jc w:val="right"/>
      </w:pPr>
      <w:r>
        <w:t>सके कि हम future में किस तरीके से इसको इसको यानी जो हमारा ख्याल है उसको कैसे अमली</w:t>
      </w:r>
    </w:p>
    <w:p>
      <w:r>
        <w:rPr>
          <w:b/>
        </w:rPr>
        <w:t xml:space="preserve">[44:12] </w:t>
      </w:r>
      <w:r>
        <w:t>jama kaise pehnayein aur kaise Quran different languages mein jo aath nau languages hain is region mein in</w:t>
      </w:r>
    </w:p>
    <w:p>
      <w:pPr>
        <w:jc w:val="right"/>
      </w:pPr>
      <w:r>
        <w:t>जामा कैसे पहनाएं और कैसे कुरान different languages में जो आठ नौ languages हैं इस region में इन</w:t>
      </w:r>
    </w:p>
    <w:p>
      <w:r>
        <w:rPr>
          <w:b/>
        </w:rPr>
        <w:t xml:space="preserve">[44:19] </w:t>
      </w:r>
      <w:r>
        <w:t>in countries ki woh hum hasil karein aur usmein Quran ko publish karein aur Quran jagah jagah pahunchaye</w:t>
      </w:r>
    </w:p>
    <w:p>
      <w:pPr>
        <w:jc w:val="right"/>
      </w:pPr>
      <w:r>
        <w:t>इन countries की वह हम हासिल करें और उसमें कुरान को publish करें और कुरान जगह जगह पहुंचाएं</w:t>
      </w:r>
    </w:p>
    <w:p>
      <w:r>
        <w:rPr>
          <w:b/>
        </w:rPr>
        <w:t xml:space="preserve">[44:26] </w:t>
      </w:r>
      <w:r>
        <w:t>taki logon tak yeh baat pahunch sake.</w:t>
      </w:r>
    </w:p>
    <w:p>
      <w:pPr>
        <w:jc w:val="right"/>
      </w:pPr>
      <w:r>
        <w:t>ताकि लोगों तक यह बात पहुंच सके.</w:t>
      </w:r>
    </w:p>
    <w:p>
      <w:r>
        <w:rPr>
          <w:b/>
        </w:rPr>
        <w:t xml:space="preserve">[44:34] </w:t>
      </w:r>
      <w:r>
        <w:t>to is tarike se ek team ban gai, Eastern European countries ke liye. Alqadar, Islam aur Boris in dono yeh bade enthusiastic bahut hi jazba hai inke andar. To inshallah yeh log milkar achha kaam karenge to phir inhone humein drop kar diya airport par, zagreeb airport par aur vah noobi pazaar chale gaye wapas.</w:t>
      </w:r>
    </w:p>
    <w:p>
      <w:pPr>
        <w:jc w:val="right"/>
      </w:pPr>
      <w:r>
        <w:t>तो इस तरीके से एक team वन गई, Eastern European countries के लिए. अलकदर, इस्लाम और Boris इन दोनों यह बड़े enthusiastic बहुत ही जज़्बा है इनके अंदर. तो इन्शाल्लाह यह लोग मिलकर अच्छा काम करेंगे तो फिर इन्होंने हमें drop कर दिया airport पर, ज़गरीब airport पर और वह नूबी पज़ार चले गए वापस.</w:t>
      </w:r>
    </w:p>
    <w:p>
      <w:r>
        <w:rPr>
          <w:b/>
        </w:rPr>
        <w:t xml:space="preserve">[45:02] </w:t>
      </w:r>
      <w:r>
        <w:t>vah yeh log noobi pazaar mein hi rehte hain. Is tarike se hamara safar jo tha zagreeb ka vah poora hua aur agla safar hamara scopie ka Scopie. Ka tha jo mahara taqreeban aakhri safar tha. Ji. Us country mein. Ji. Gaurav sab kuch comments padhna chahunga. Yeh comment bheja hai Mohammad Asif Khan sahab ne, Kanpur se.</w:t>
      </w:r>
    </w:p>
    <w:p>
      <w:pPr>
        <w:jc w:val="right"/>
      </w:pPr>
      <w:r>
        <w:t>वह यह लोग नूबी पज़ार में ही रहते हैं. इस तरीके से हमारा सफ़र जो था ज़ग़रीब का वह पूरा हुआ और अगला सफर हमारा scopie का Scopie. का था जो महारा तकरीबन आखिरी सफर था. जी. उस country में. जी. गौरव सब कुछ comments पढ़ना चाहूंगा. यह comment भेजा है मोहम्मद आसिफ खान साहब ने, कानपुर से.</w:t>
      </w:r>
    </w:p>
    <w:p>
      <w:r>
        <w:rPr>
          <w:b/>
        </w:rPr>
        <w:t xml:space="preserve">[45:27] </w:t>
      </w:r>
      <w:r>
        <w:t>unhone likha hai, Doctor sahab ki qurbani ko Allah qabool karein aur humein bhi aapke safar se bahut seekhne ko mil raha hai. Jaza kallah CPS team jo dawa work ke liye bahut jazbe ke saath aage badh rahi hai. Allah qabool karein. Professor Nazma Siddiqui ne Delhi se likha hai very nice and educational discussion on dawa travel in Europe for distribution of quran and other important peace and spiritual literature.</w:t>
      </w:r>
    </w:p>
    <w:p>
      <w:pPr>
        <w:jc w:val="right"/>
      </w:pPr>
      <w:r>
        <w:t>उन्होंने लिखा है, Doctor साहब की कुर्बानी को अल्लाह क़बूल करें और हमें भी आपके सफ़र से बहुत सीखने को मिल रहा है. जज़ा कल्लाह CPS team जो दाव work के लिए बहुत जज़्बे के साथ आगे बढ़ रही है. अल्लाह कबूल करें. Professor नजमा सिद्दिकी ने दिल्ली से लिखा है very nice and educational discussion on दावा travel in Europe for distribution of कुरान and other important peace and spiritual literature.</w:t>
      </w:r>
    </w:p>
    <w:p>
      <w:r>
        <w:rPr>
          <w:b/>
        </w:rPr>
        <w:t xml:space="preserve">[45:54] </w:t>
      </w:r>
      <w:r>
        <w:t>May Allah bless you, may Allah help you and us to continue such kind of travel for the distribution of Quran and other material. Allah's blessings are always required, jaza kallah. Abdul Basit Umri sahab ne Gulbarga se likha hai, Mashallah zabardast doctor sahab, mere ilme CPS team pehli team hai jo dawa work ko sanjeedgi ke saath anjam de rahi hai.</w:t>
      </w:r>
    </w:p>
    <w:p>
      <w:pPr>
        <w:jc w:val="right"/>
      </w:pPr>
      <w:r>
        <w:t>May Allah bless you, may Allah help you and us to continue such kind of travel for the distribution of Quran and other material. Allah's blessings are always required, जज़ा कल्ला. अब्दुल बासिद उम्री साहब ने गुलबर्गाह से लिखा है, माशालाह ज़बरदस्त doctor साहब, मेरे इल्मे CPS team पहली team है जो दावा वर्ग को संजीदगी के साथ अंजाम दे रही है.</w:t>
      </w:r>
    </w:p>
    <w:p>
      <w:r>
        <w:rPr>
          <w:b/>
        </w:rPr>
        <w:t xml:space="preserve">[46:21] </w:t>
      </w:r>
      <w:r>
        <w:t>Mashallah quran ko har zabaan mein available karne ki koshish kar rahi hai. Baqayda iske liye, safar ho rahe hain. Wakai sari Muslim ummat ko is kaam ko karna chahiye. Inshallah, isi kaam ke aagaz se Khuda ki khusoosi nusrat bhi milegi. Jaza kallah khair doctor sahab, jaza kallah CPS team.</w:t>
      </w:r>
    </w:p>
    <w:p>
      <w:pPr>
        <w:jc w:val="right"/>
      </w:pPr>
      <w:r>
        <w:t>माशालाह कुरान को हर ज़बान में available करने की कोशिश कर रही है. बाक़ायदा इसके लिए, सफर हो रहे हैं. वाकई सारी मुस्लिम उम्मद को इस काम को करना चाहिए. इंशालाह, इसी काम के आगाज से ख़ुदा की ख़ुसूसी नुसरत भी मिलेगी. जजा कल्ला खैर doctor साहब, जजा कल्ला CPS team.</w:t>
      </w:r>
    </w:p>
    <w:p>
      <w:r>
        <w:rPr>
          <w:b/>
        </w:rPr>
        <w:t xml:space="preserve">[46:46] </w:t>
      </w:r>
      <w:r>
        <w:t>Doctor sahab aapne jaise bataya ki phir iske baad aapka safar Scopia mein hua jo ki largest city hai aur capital bhi hai, North Macedonia ki. Aur mere khayal se population bhi kuch zyada nahi hai. DocsApp kuch chhah lakh ke qareeb population hai. To wahan kya experiences hue aapke, uske bare mein bhi batayein. Ji to agla safar hamara scop, scop, j ko y padhte hain.</w:t>
      </w:r>
    </w:p>
    <w:p>
      <w:pPr>
        <w:jc w:val="right"/>
      </w:pPr>
      <w:r>
        <w:t>Doctor साहब आपने जैसे बताया कि फिर इसके बाद आपका सफ़र Scopia में हुआ जो कि largest city है और capital भी है, North Macedonia की. और मेरे ख्याल से population भी कुछ ज़्यादा नहीं है. DocsApp कुछ छह लाख के करीब population है. तो वहाँ पर क्या experiences हुए आपके, उसके बारे में भी बताएं. जी तो अगला सफर हमारा scop, scop, j को y पढ़ते हैं.</w:t>
      </w:r>
    </w:p>
    <w:p>
      <w:r>
        <w:rPr>
          <w:b/>
        </w:rPr>
        <w:t xml:space="preserve">[47:14] </w:t>
      </w:r>
      <w:r>
        <w:t>to hum log zara mispronounce karte hain. Ji. Vaise scopye hai yeh. To yeh Macedonia jo country hai uska capital hai aur hum yahan chuki wahan unhone drop kar diya tha humein airport par to humne flight lekar Scopie pahunche. I think one and a half hour ki flight thi yeh.</w:t>
      </w:r>
    </w:p>
    <w:p>
      <w:pPr>
        <w:jc w:val="right"/>
      </w:pPr>
      <w:r>
        <w:t>तो हम लोग ज़रा mispronounce करते हैं. जी. वैसे scopye है यह. तो यह Macedonia जो country है उसका capital है और हम यहां चूंकि वहां उन्होंने drop कर दिया था हमें airport पर तो हमने flight लेकर Scopie पहुंचे. I think one and a half hour की flight थी यह.</w:t>
      </w:r>
    </w:p>
    <w:p>
      <w:r>
        <w:rPr>
          <w:b/>
        </w:rPr>
        <w:t xml:space="preserve">[47:35] </w:t>
      </w:r>
      <w:r>
        <w:t>to, ek sahab se hamara contact ho gaya tha jo wahin ke makami hain, Macedonia ke aur vah Arabic jante hain, English nahi jante. Ji. To unse thoda sa translation ki madad se humne, batchit ki.</w:t>
      </w:r>
    </w:p>
    <w:p>
      <w:pPr>
        <w:jc w:val="right"/>
      </w:pPr>
      <w:r>
        <w:t>तो, एक साहब से हमारा contact हो गया था जो वहीं के मकामी हैं, Macedonia के और वह Arabic जानते हैं, English नहीं जानते. जी. तो उनसे थोड़ा सा translation की मदद से हमने, बातचीत की.</w:t>
      </w:r>
    </w:p>
    <w:p>
      <w:r>
        <w:rPr>
          <w:b/>
        </w:rPr>
        <w:t xml:space="preserve">[47:52] </w:t>
      </w:r>
      <w:r>
        <w:t>unka naam hai rifat sharifi aur woh mere khayal hai Saudi Arab mein education hasil ki hai unhon ne</w:t>
      </w:r>
    </w:p>
    <w:p>
      <w:pPr>
        <w:jc w:val="right"/>
      </w:pPr>
      <w:r>
        <w:t>उनका नाम है रिफत शरीफी और वह मेरे ख्याल है Saudi Arab में education हासिल की है उन्होंने</w:t>
      </w:r>
    </w:p>
    <w:p>
      <w:r>
        <w:rPr>
          <w:b/>
        </w:rPr>
        <w:t xml:space="preserve">[48:02] </w:t>
      </w:r>
      <w:r>
        <w:t>to woh Arabic achhi bolte hain aur maulanaon ko jante hain aur maisedonia maisedonian aur albenian languages mein</w:t>
      </w:r>
    </w:p>
    <w:p>
      <w:pPr>
        <w:jc w:val="right"/>
      </w:pPr>
      <w:r>
        <w:t>तो वह Arabic अच्छी बोलते हैं और मौलानों को जानते हैं और मैसेदोनिया मैसेदोनियन और अल्बेनियन languages में</w:t>
      </w:r>
    </w:p>
    <w:p>
      <w:r>
        <w:rPr>
          <w:b/>
        </w:rPr>
        <w:t xml:space="preserve">[48:12] </w:t>
      </w:r>
      <w:r>
        <w:t>unhen maulana ki jab kitabein waghera dikhai unko humne to unhon ne chhe books select ki aur jo Macedonian</w:t>
      </w:r>
    </w:p>
    <w:p>
      <w:pPr>
        <w:jc w:val="right"/>
      </w:pPr>
      <w:r>
        <w:t>उन्हें मौलाना की जब किताबें वगैरह दिखाई उनको हमने तो उन्होंने छह books select की और जो Macedonian</w:t>
      </w:r>
    </w:p>
    <w:p>
      <w:r>
        <w:rPr>
          <w:b/>
        </w:rPr>
        <w:t xml:space="preserve">[48:22] </w:t>
      </w:r>
      <w:r>
        <w:t>aur Albanian languages mein publish karne ke liye unka ek ek ek NGO hai jismein woh students ko</w:t>
      </w:r>
    </w:p>
    <w:p>
      <w:pPr>
        <w:jc w:val="right"/>
      </w:pPr>
      <w:r>
        <w:t>और Albanian languages में publish करने के लिए उनका एक एक एक NGO है जिसमें वह students को</w:t>
      </w:r>
    </w:p>
    <w:p>
      <w:r>
        <w:rPr>
          <w:b/>
        </w:rPr>
        <w:t xml:space="preserve">[48:32] </w:t>
      </w:r>
      <w:r>
        <w:t>coaching waghera karte hain aur unko yani ek tarike se help karte hain unki placement waghera ke liye.</w:t>
      </w:r>
    </w:p>
    <w:p>
      <w:pPr>
        <w:jc w:val="right"/>
      </w:pPr>
      <w:r>
        <w:t>coaching वगैरह करते हैं और उनको यानी एक तरीके से help करते हैं उनकी placement वगैरह के लिए.</w:t>
      </w:r>
    </w:p>
    <w:p>
      <w:r>
        <w:rPr>
          <w:b/>
        </w:rPr>
        <w:t xml:space="preserve">[48:43] </w:t>
      </w:r>
      <w:r>
        <w:t>wahan bhi le gaye the vah. Vah achha khasa bada vah koi organization lag raha tha aur ek unka publishing company bhi hai jiska naam hai Furqan. Ji. Wahan bhi le gaye. Vah bhi ek waqt ke andaaz ki cheezein koi. To phir unhone yeh bataya tha humein ki chhah books unhone select kiye hain Maulana ki.</w:t>
      </w:r>
    </w:p>
    <w:p>
      <w:pPr>
        <w:jc w:val="right"/>
      </w:pPr>
      <w:r>
        <w:t>वहां भी ले गए थे वह. वह अच्छा खासा बड़ा वह कोई organization लग रहा था और एक उनका publishing company भी है जिसका नाम है फुर्कान. जी. वहां भी ले गए. वह भी एक वक्त के अंदाज़ की चीज़ें कोई. तो फिर उन्होंने यह बताया था हमें कि छह books उन्होंने select किए हैं मोलाना की.</w:t>
      </w:r>
    </w:p>
    <w:p>
      <w:r>
        <w:rPr>
          <w:b/>
        </w:rPr>
        <w:t xml:space="preserve">[49:06] </w:t>
      </w:r>
      <w:r>
        <w:t>Albanian languages mein mein quranic wisdom, the secret of success, living in God's glory aur Macedonian language mein discovering God, the spirit of Islam and God arises. To yeh yeh agar yeh kitabein chhap jaati hain to inshallah isse bahut fayda hoga.</w:t>
      </w:r>
    </w:p>
    <w:p>
      <w:pPr>
        <w:jc w:val="right"/>
      </w:pPr>
      <w:r>
        <w:t>Albanian languages में में कुरानिक wisdom, the secret of success, living in God's glory और Macedonian language में discovering God, the spirit of Islam and God arises. तो यह यह अगर यह किताबें छप जाती हैं तो इंशालाह इससे बहुत फ़ायदा होगा.</w:t>
      </w:r>
    </w:p>
    <w:p>
      <w:r>
        <w:rPr>
          <w:b/>
        </w:rPr>
        <w:t xml:space="preserve">[49:26] </w:t>
      </w:r>
      <w:r>
        <w:t>chunki us us khitte mein koi koi khaas kitab nahin un un languages mein jo wahan ki language</w:t>
      </w:r>
    </w:p>
    <w:p>
      <w:pPr>
        <w:jc w:val="right"/>
      </w:pPr>
      <w:r>
        <w:t>चूंकि उस उस खित्ते में कोई कोई खास किताब नहीं उन उन languages में जो वहां की language</w:t>
      </w:r>
    </w:p>
    <w:p>
      <w:r>
        <w:rPr>
          <w:b/>
        </w:rPr>
        <w:t xml:space="preserve">[49:32] </w:t>
      </w:r>
      <w:r>
        <w:t>hai woh sirf jo kitabein hain woh bahut hi ritualistic andaaz ki kitabein dikhi ek ek jaise market</w:t>
      </w:r>
    </w:p>
    <w:p>
      <w:pPr>
        <w:jc w:val="right"/>
      </w:pPr>
      <w:r>
        <w:t>है वह सिर्फ जो किताबें हैं वह बहुत ही ritualistic अंदाज़ की किताबें दिखी एक एक जैसे market</w:t>
      </w:r>
    </w:p>
    <w:p>
      <w:r>
        <w:rPr>
          <w:b/>
        </w:rPr>
        <w:t xml:space="preserve">[49:39] </w:t>
      </w:r>
      <w:r>
        <w:t>maine bataya wahan bhi ek market hai old market teen char sau char sau paanch sau saal ka</w:t>
      </w:r>
    </w:p>
    <w:p>
      <w:pPr>
        <w:jc w:val="right"/>
      </w:pPr>
      <w:r>
        <w:t>मैंने बताया वहां भी एक market है old market तीन चार सौ चार सौ पांच सौ साल का</w:t>
      </w:r>
    </w:p>
    <w:p>
      <w:r>
        <w:rPr>
          <w:b/>
        </w:rPr>
        <w:t xml:space="preserve">[49:45] </w:t>
      </w:r>
      <w:r>
        <w:t>to bada tourist bahut tourist bhare rehte hain wahan to wahan par ek ek shop mein hum gaye</w:t>
      </w:r>
    </w:p>
    <w:p>
      <w:pPr>
        <w:jc w:val="right"/>
      </w:pPr>
      <w:r>
        <w:t>तो बड़ा tourist बहुत tourist भरे रहते हैं वहां तो वहां पर एक एक shop में हम गए</w:t>
      </w:r>
    </w:p>
    <w:p>
      <w:r>
        <w:rPr>
          <w:b/>
        </w:rPr>
        <w:t xml:space="preserve">[49:52] </w:t>
      </w:r>
      <w:r>
        <w:t>jiska naam tha Muslim shop.</w:t>
      </w:r>
    </w:p>
    <w:p>
      <w:pPr>
        <w:jc w:val="right"/>
      </w:pPr>
      <w:r>
        <w:t>जिसका नाम था मुस्लिम shop.</w:t>
      </w:r>
    </w:p>
    <w:p>
      <w:r>
        <w:rPr>
          <w:b/>
        </w:rPr>
        <w:t xml:space="preserve">[49:59] </w:t>
      </w:r>
      <w:r>
        <w:t>Ji. To usmein books ka hissa tha ek. Vaise to wahan jana maz, khajoor aur itr aur perfume aur tasbi aur yeh sab zamzam yeh sab cheezein thi black seed aur shahad, olive lekin vah ek corner mein mazi ek corner mein books ka bhi section tha.</w:t>
      </w:r>
    </w:p>
    <w:p>
      <w:pPr>
        <w:jc w:val="right"/>
      </w:pPr>
      <w:r>
        <w:t>जी. तो उसमें books का हिस्सा था एक. वैसे तो वहां जाना माज़, खजूर और इत्र और perfume और तस्बी और ये सब ज़मज़म ये सब चीज़ें थी black seed और शहद, olive लेकिन वो एक corner में मज़ी एक corner में books का भी section था.</w:t>
      </w:r>
    </w:p>
    <w:p>
      <w:r>
        <w:rPr>
          <w:b/>
        </w:rPr>
        <w:t xml:space="preserve">[50:22] </w:t>
      </w:r>
      <w:r>
        <w:t>to andaaza yahi hua ki vah sab jo kitabein hain vah zyada tar vaise hain jo ritualistic wali andaaz ki books hoti hain. To agar yeh tarjuma ho jaye inshallah vah lane ki chhah kitabon ka to yeh bahut hi bada kaam hoga aur, Rifat sahab ne humein kafi wahan par le gaye doosri jagahon par bhi. Vahi bahut hi khoobsurat jagah hai, is ko pie.</w:t>
      </w:r>
    </w:p>
    <w:p>
      <w:pPr>
        <w:jc w:val="right"/>
      </w:pPr>
      <w:r>
        <w:t>तो अंदाज़ा यही हुआ कि वह सब जो किताबें हैं वह ज़्यादातर वैसी हैं जो ritualistic वाली अंदाज़ की books होती हैं. तो अगर यह तजुमा हो जाए इंशालाह वह लाने की छह किताबों का तो यह बहुत ही बड़ा काम होगा और, रिपथ साहब ने हमें काफी वहां पर ले गए दूसरी जगहों पर भी. वही बहुत ही खूबसूरत जगह है, इस को पिए.</w:t>
      </w:r>
    </w:p>
    <w:p>
      <w:r>
        <w:rPr>
          <w:b/>
        </w:rPr>
        <w:t xml:space="preserve">[50:52] </w:t>
      </w:r>
      <w:r>
        <w:t>aur ek sabse achhi baat yeh hui ki jo maine zikr kiya shuru mein ki Ukraine jaane ka khayal tha. Ji. Chuki wahan ek bahut achhe aadmi mil gaye the humein Abdur Rehman jo originally he is from Ukraine to vah wahan aa gaye.</w:t>
      </w:r>
    </w:p>
    <w:p>
      <w:pPr>
        <w:jc w:val="right"/>
      </w:pPr>
      <w:r>
        <w:t>और एक सबसे अच्छी बात यह हुई कि जो मैंने ज़िक्र किया शुरू में कि Ukraine जाने का ख्याल था. जी. चूंकि वहां एक बहुत अच्छे आदमी मिल गए थे हमें अब्दुर रहमान जो originally he is from Ukraine तो वह वहां आ गए.</w:t>
      </w:r>
    </w:p>
    <w:p>
      <w:r>
        <w:rPr>
          <w:b/>
        </w:rPr>
        <w:t xml:space="preserve">[51:07] </w:t>
      </w:r>
      <w:r>
        <w:t>do din hamare saath rahe to unse badi achhi meeting hui unke andar bahut gyarah jazba hai dawati</w:t>
      </w:r>
    </w:p>
    <w:p>
      <w:pPr>
        <w:jc w:val="right"/>
      </w:pPr>
      <w:r>
        <w:t>दो दिन हमारे साथ रहे तो उनसे बड़ी अच्छी meeting हुई उनके अंदर बहुत ग्यारह जज़्बा है दावती</w:t>
      </w:r>
    </w:p>
    <w:p>
      <w:r>
        <w:rPr>
          <w:b/>
        </w:rPr>
        <w:t xml:space="preserve">[51:14] </w:t>
      </w:r>
      <w:r>
        <w:t>jazba hai aur to unse badi achhi meeting hui aur badi achhi baatein hui to ummeed hai ki</w:t>
      </w:r>
    </w:p>
    <w:p>
      <w:pPr>
        <w:jc w:val="right"/>
      </w:pPr>
      <w:r>
        <w:t>जज़्बा है और तो उनसे बड़ी अच्छी meeting हुई और बड़ी अच्छी बातें हुई तो उम्मीद है कि</w:t>
      </w:r>
    </w:p>
    <w:p>
      <w:r>
        <w:rPr>
          <w:b/>
        </w:rPr>
        <w:t xml:space="preserve">[51:21] </w:t>
      </w:r>
      <w:r>
        <w:t>inshallah Ukraine mein mein jab hala theek ho jayenge to hum safar karenge aur wahan par bhi achha</w:t>
      </w:r>
    </w:p>
    <w:p>
      <w:pPr>
        <w:jc w:val="right"/>
      </w:pPr>
      <w:r>
        <w:t>इंशालाह Ukraine में में जब हाला ठीक हो जाएंगे तो हम सफर करेंगे और वहां पर भी अच्छा</w:t>
      </w:r>
    </w:p>
    <w:p>
      <w:r>
        <w:rPr>
          <w:b/>
        </w:rPr>
        <w:t xml:space="preserve">[51:28] </w:t>
      </w:r>
      <w:r>
        <w:t>kaam ho sakta hai aur jo jo ek aur achhi baat hui is safar mein woh yeh ki</w:t>
      </w:r>
    </w:p>
    <w:p>
      <w:pPr>
        <w:jc w:val="right"/>
      </w:pPr>
      <w:r>
        <w:t>काम हो सकता है और जो जो एक और अच्छी बात हुई इस सफर में वह यह कि</w:t>
      </w:r>
    </w:p>
    <w:p>
      <w:r>
        <w:rPr>
          <w:b/>
        </w:rPr>
        <w:t xml:space="preserve">[51:35] </w:t>
      </w:r>
      <w:r>
        <w:t>humko yani Kaleem sahab, Harvin sahab aur humein kaafi waqt mila.</w:t>
      </w:r>
    </w:p>
    <w:p>
      <w:pPr>
        <w:jc w:val="right"/>
      </w:pPr>
      <w:r>
        <w:t>हमको यानी कलीम साहब, हर्विन साहब और हमें काफी वक्त मिला.</w:t>
      </w:r>
    </w:p>
    <w:p>
      <w:r>
        <w:rPr>
          <w:b/>
        </w:rPr>
        <w:t xml:space="preserve">[51:42] </w:t>
      </w:r>
      <w:r>
        <w:t>Ji. Beach beach mein kahin nahi jana hai to baithe hain hotel mein. To kya karein baith ke baat karein. Ji. To vah ek bada achha discussion ka mauka mila. You are doctor sahab like on a lighter note three dawa musketeers. Haan three dawa musketeers bilkul sahi hai. To vah hum sab baith jate the kahin bhi. Ji. Aur baith ke yahi discussion karte the humein aur to koi baat karni nahi hai. Haan shayad.</w:t>
      </w:r>
    </w:p>
    <w:p>
      <w:pPr>
        <w:jc w:val="right"/>
      </w:pPr>
      <w:r>
        <w:t>जी. Beach beach में कहीं नहीं जाना है तो बैठे हैं hotel में. तो क्या करें बैठ के बात करें. जी. तो वह एक बड़ा अच्छा discussion का मौका मिला. You are doctor साहब like on a lighter note three दावा musketeers. हां three दावा musketeers बिल्कुल सही है. तो वह हम सब बैठ जाते थे कहीं भी. जी. और बैठ के यही discussion करते थे हमें और तो कोई बात करनी नहीं है. हां शायद.</w:t>
      </w:r>
    </w:p>
    <w:p>
      <w:r>
        <w:rPr>
          <w:b/>
        </w:rPr>
        <w:t xml:space="preserve">[52:05] </w:t>
      </w:r>
      <w:r>
        <w:t>to kafi clarity hui aur kafi achhi achha zehan khula aur bahut hi sari baatein samajh mein aayi. To yeh bhi ek ek ek secondary fayda hua ki hum log aapas mein kafi baat kar sake achha.</w:t>
      </w:r>
    </w:p>
    <w:p>
      <w:pPr>
        <w:jc w:val="right"/>
      </w:pPr>
      <w:r>
        <w:t>तो काफी clarity हुई और काफी अच्छी अच्छा ज़हन खुला और बहुत ही सारी बातें समझ में आई. तो यह भी एक एक एक secondary फ़ायदा हुआ कि हम लोग आपस में काफी बात कर सके अच्छा.</w:t>
      </w:r>
    </w:p>
    <w:p>
      <w:r>
        <w:rPr>
          <w:b/>
        </w:rPr>
        <w:t xml:space="preserve">[52:21] </w:t>
      </w:r>
      <w:r>
        <w:t>aur discuss kar sake aur plan kar sake aur teen form kar sake to ek teen to yeh ban gai jo Alqadar aur Boris ki jo is region mein Eastern Europe ke region mein aur doosri team yeh Abdur Rehman, Ukraine. Ab yeh aajkal rehte hain Germany mein.</w:t>
      </w:r>
    </w:p>
    <w:p>
      <w:pPr>
        <w:jc w:val="right"/>
      </w:pPr>
      <w:r>
        <w:t>और discuss कर सके और plan कर सके और तीन form कर सके तो एक तीन तो यह वन गई जो अलकदर और बोरिस की जो इस region में Eastern Europe के region में और दूसरी team यह अब्दुर रहमान, Ukraine. अब यह आजकल रहते हैं Germany में.</w:t>
      </w:r>
    </w:p>
    <w:p>
      <w:r>
        <w:rPr>
          <w:b/>
        </w:rPr>
        <w:t xml:space="preserve">[52:48] </w:t>
      </w:r>
      <w:r>
        <w:t>to vah inshallah halaat theek honge to he will go back aur ab Germany mein bhi kaam kar rahe hain yeh. Ji. To is tarah se do team form ho gayin in is is region ke liye.</w:t>
      </w:r>
    </w:p>
    <w:p>
      <w:pPr>
        <w:jc w:val="right"/>
      </w:pPr>
      <w:r>
        <w:t>तो वो इंशालाह हालात ठीक होंगे तो he will go back और अब Germany में भी काम कर रहे हैं यह. जी. तो इस तरह से दो team form हो गईं इन इस इस region के लिए.</w:t>
      </w:r>
    </w:p>
    <w:p>
      <w:r>
        <w:rPr>
          <w:b/>
        </w:rPr>
        <w:t xml:space="preserve">[52:59] </w:t>
      </w:r>
      <w:r>
        <w:t>to yeh wahan par kaam inshallah lagta hai ki ab shuru hoga aur bahut hi bahut hi wahan aisa lag raha hai ki wahan fertile land hai aur log bahut hi achhe hain, bahut hi sharif, bahut hi seedhe aur bilkul yaani maadda hai unke andar qubooliyat ka. Ji.</w:t>
      </w:r>
    </w:p>
    <w:p>
      <w:pPr>
        <w:jc w:val="right"/>
      </w:pPr>
      <w:r>
        <w:t>तो यह वहां पर काम इंशालाह लगता है कि अब शुरू होगा और बहुत ही बहुत ही वहां ऐसा लग रहा है कि वहां fertile land है और लोग बहुत ही अच्छे हैं, बहुत ही शरीफ, बहुत ही सीधे और बिल्कुल यानी माद्दा है उनके अंदर कुबूलियत का. जी.</w:t>
      </w:r>
    </w:p>
    <w:p>
      <w:r>
        <w:rPr>
          <w:b/>
        </w:rPr>
        <w:t xml:space="preserve">[53:20] </w:t>
      </w:r>
      <w:r>
        <w:t>to agar present kiye jayein, quran aur Maulana ki kitabein wahan present ki jayen unki languages mein to mujhe yakeen hai ki bahut hi zyada uh-uh fayda hoga. To yeh jo Muslim shop mein hum gaye the jiska naam tha Muslim shop uske manager se Abdur Ahmad sahab mile to unhone bataya unko quran ke bare mein.</w:t>
      </w:r>
    </w:p>
    <w:p>
      <w:pPr>
        <w:jc w:val="right"/>
      </w:pPr>
      <w:r>
        <w:t>तो अगर present किए जाए, कुरान और मौलाने की किताबें वहां present की जाएं उनकी languages में तो मुझे यकीन है कि बहुत ही ज़्यादा uh-uh फ़ायदा होगा. तो यह जो मुस्लिम shop में हम गए थे जिसका नाम था मुस्लिम shop उसके manager से अब्दुर अहमद साहब मिले तो उन्होंने बताया उनको कुरान के बारे में.</w:t>
      </w:r>
    </w:p>
    <w:p>
      <w:r>
        <w:rPr>
          <w:b/>
        </w:rPr>
        <w:t xml:space="preserve">[53:48] </w:t>
      </w:r>
      <w:r>
        <w:t>to vah us manager ne kaha ki hamari das shops hain Macedonia mein. Aap quran bhejiye hum sab jagahon par rakhkar redistribute karenge unhein. To is tarike se kafi sare log jinse jinse mile unhone bada positive response diya ki inshallah Allah taala ummeed hai ki is safar se kafi achhe nataj niklenge aur kaam jo dawati hai vah badhega inshallah. Ji.</w:t>
      </w:r>
    </w:p>
    <w:p>
      <w:pPr>
        <w:jc w:val="right"/>
      </w:pPr>
      <w:r>
        <w:t>तो वह उस manager ने कहा कि हमारी दस shops हैं Macedonia में. आप कुरान भेजिए हम सब जगहों पर रखकर redistribute करेंगे उन्हें. तो इस तरीके से काफी सारे लोग जिनसे जिनसे मिले उन्होंने बड़ा positive response दिया कि इन्शाल्लाह अल्लाह तालाश उम्मीद है कि इस सफर से काफ़ी अच्छे नताज निकलेंगे और काम जो दावती है वह बढ़ेगा इंशालाह. जी.</w:t>
      </w:r>
    </w:p>
    <w:p>
      <w:r>
        <w:rPr>
          <w:b/>
        </w:rPr>
        <w:t xml:space="preserve">[54:17] </w:t>
      </w:r>
      <w:r>
        <w:t>Doctor, bilkul aapki baatein sun kar aise hi lag raha hai ki believer's journey is like ibadat on the move because it really broaden broadens your horizon and you you transform your mental capabilities and the whole, you know, surroundings around you like becomes like a classroom. To aapka aapke jo mind ki eyes aur ears hain vah khul jate hain.</w:t>
      </w:r>
    </w:p>
    <w:p>
      <w:pPr>
        <w:jc w:val="right"/>
      </w:pPr>
      <w:r>
        <w:t>Doctor, बिल्कुल आपकी बातें sun कर ऐसे ही लग रहा है कि believer's journey is like इबादत on the move because it really broaden broadens your horizon and you you transform your mental capabilities and the whole, you know, surroundings around you like becomes like a classroom. तो आपका आपके जो mind की eyes और ears हैं वह खुल जाते हैं.</w:t>
      </w:r>
    </w:p>
    <w:p>
      <w:r>
        <w:rPr>
          <w:b/>
        </w:rPr>
        <w:t xml:space="preserve">[54:42] </w:t>
      </w:r>
      <w:r>
        <w:t>DocsApp, like you mentioned, then it culminated, to your last, the second last destination, which is Turkey. But before that, I would like to read some comments which have come just now. yeh comment aaya hai, professor Fareeda Khanam ka Delhi se, Fareeda Apa ka. Our Dawa journey is a revival of the great Sunnah of the companions of the prophet.</w:t>
      </w:r>
    </w:p>
    <w:p>
      <w:pPr>
        <w:jc w:val="right"/>
      </w:pPr>
      <w:r>
        <w:t>DocsApp, like you mentioned, then it culminated, to your last, the second last destination, which is Turkey. But before that, I would like to read some comments which have come just now. यह comment आया है, professor फरीदा खानम का दिल्ली से, फरीदा आपा का. Our दावा journey is a revival of the great सुन्ना of the companions of the prophet.</w:t>
      </w:r>
    </w:p>
    <w:p>
      <w:r>
        <w:rPr>
          <w:b/>
        </w:rPr>
        <w:t xml:space="preserve">[55:08] </w:t>
      </w:r>
      <w:r>
        <w:t>The companions spread the divine message all over the inhabited world of the time. Now we are duty bound to undertake Dawa journey and fulfill the role interested by the prophet himself. May god reward abundantly all those who took part in this divine journey. Doctor Junaish Sheikh ne Mumbai se likha hai very inspiring experience sharing, Jazak Allah doctor sahab.</w:t>
      </w:r>
    </w:p>
    <w:p>
      <w:pPr>
        <w:jc w:val="right"/>
      </w:pPr>
      <w:r>
        <w:t>The companions spread the divine message all over the inhabited world of the time. Now we are duty bound to undertake दावा journey and fulfill the role interested by the prophet himself. May god reward abundantly all those who took part in this divine journey. Doctor जुनेश शेख ने Mumbai से लिखा है very inspiring experience sharing, जज़ा कल्ला doctor साहब.</w:t>
      </w:r>
    </w:p>
    <w:p>
      <w:r>
        <w:rPr>
          <w:b/>
        </w:rPr>
        <w:t xml:space="preserve">[55:32] </w:t>
      </w:r>
      <w:r>
        <w:t>May god almighty reward, Kaleem sahab, Haroon sahab, and doctor Sani Sneen Khan sahab abundantly, Ameen. Maulana Ashrar Khatib sahab ne likha hai Chennai se. Usually people from India travel to Europe for material gain. However, you and your team travel to Europe to seek opportunities for spreading the message of God and engaging in peaceful and spiritual activities.</w:t>
      </w:r>
    </w:p>
    <w:p>
      <w:pPr>
        <w:jc w:val="right"/>
      </w:pPr>
      <w:r>
        <w:t>May god almighty reward, कलीम साहब, हरुन साहब, and doctor सानी स्नेन खान साहब abundantly, आमिन. मुलाना आश्रार ख़तीब सामने लिखा है चेन्नई से. Usually people from India travel to Europe for material gain. However, you and your team travel to Europe to seek opportunities for spreading the message of God and engaging in peaceful and spiritual activities.</w:t>
      </w:r>
    </w:p>
    <w:p>
      <w:r>
        <w:rPr>
          <w:b/>
        </w:rPr>
        <w:t xml:space="preserve">[55:59] </w:t>
      </w:r>
      <w:r>
        <w:t>May God bless you all and accept your noble, efforts, aamin.</w:t>
      </w:r>
    </w:p>
    <w:p>
      <w:pPr>
        <w:jc w:val="right"/>
      </w:pPr>
      <w:r>
        <w:t>May God bless you all and accept your noble, efforts, आमिन.</w:t>
      </w:r>
    </w:p>
    <w:p>
      <w:r>
        <w:rPr>
          <w:b/>
        </w:rPr>
        <w:t xml:space="preserve">[56:07] </w:t>
      </w:r>
      <w:r>
        <w:t>Doctor sahab, aap phir last, in your travel list was Turkey before you went to Dubai to return to India.</w:t>
      </w:r>
    </w:p>
    <w:p>
      <w:pPr>
        <w:jc w:val="right"/>
      </w:pPr>
      <w:r>
        <w:t>Doctor साहब, आप फिर last, in your travel list was Turkey before you went to Dubai to return to India.</w:t>
      </w:r>
    </w:p>
    <w:p>
      <w:r>
        <w:rPr>
          <w:b/>
        </w:rPr>
        <w:t xml:space="preserve">[56:15] </w:t>
      </w:r>
      <w:r>
        <w:t>to Turkey mein kya experiences rahe aapke iske bare mein bataein?</w:t>
      </w:r>
    </w:p>
    <w:p>
      <w:pPr>
        <w:jc w:val="right"/>
      </w:pPr>
      <w:r>
        <w:t>तो Turkey में क्या experiences रहे आपके इसके बारे में बताएं?</w:t>
      </w:r>
    </w:p>
    <w:p>
      <w:r>
        <w:rPr>
          <w:b/>
        </w:rPr>
        <w:t xml:space="preserve">[56:23] </w:t>
      </w:r>
      <w:r>
        <w:t>zarur haan Turkey ka to bahut achha experience hai.</w:t>
      </w:r>
    </w:p>
    <w:p>
      <w:pPr>
        <w:jc w:val="right"/>
      </w:pPr>
      <w:r>
        <w:t>ज़रूर हां Turkey का तो बहुत अच्छा experience है.</w:t>
      </w:r>
    </w:p>
    <w:p>
      <w:r>
        <w:rPr>
          <w:b/>
        </w:rPr>
        <w:t xml:space="preserve">[56:31] </w:t>
      </w:r>
      <w:r>
        <w:t>is se pehle ek baat bataun, Kaleem sahab ne kaha</w:t>
      </w:r>
    </w:p>
    <w:p>
      <w:pPr>
        <w:jc w:val="right"/>
      </w:pPr>
      <w:r>
        <w:t>इससे पहले एक बात बताऊं, कलीम साहब ने कहा</w:t>
      </w:r>
    </w:p>
    <w:p>
      <w:r>
        <w:rPr>
          <w:b/>
        </w:rPr>
        <w:t xml:space="preserve">[56:40] </w:t>
      </w:r>
      <w:r>
        <w:t>To agli baar inshallah aap mujhe bhi include kiye gaye. Inshallah hum most welcome, bahut achha rahega. Ji. To to aur jana jayegi. Inshallah. To Turkey ke bare mein yeh hai ki kaafi pehle ki baat hai shayad das barah saal pehle. Main England wagera jaay karta tha to ek baar main via Turkey gaya ki blue mosque dekhen zara sunte the. Pehli baar shayad tha woh. To ek saath the mere Turkish dost to woh mujhe le gaye ghumane. Ji.</w:t>
      </w:r>
    </w:p>
    <w:p>
      <w:pPr>
        <w:jc w:val="right"/>
      </w:pPr>
      <w:r>
        <w:t>तो अगली बार इंशाल आप मुझे भी include किए गए. इंशाल हम most welcome, बहुत अच्छा रहेगा. जी. तो तो और जाना जाएगी. इंशाल. तो Turkey के बारे में यह है कि काफी पहले की बात है शायद दस बारह साल पहले. मैं England वगैरह जाय करता था तो एक बार मैं via Turkey गया कि blue mosque देखें जरा सुनते थे. पहली बार शायद था वह. तो एक साथ थे मेरे Turkish दोस्त तो वह मुझे ले गए घुमाने. जी.</w:t>
      </w:r>
    </w:p>
    <w:p>
      <w:r>
        <w:rPr>
          <w:b/>
        </w:rPr>
        <w:t xml:space="preserve">[57:08] </w:t>
      </w:r>
      <w:r>
        <w:t>Topkapi museum aur Hagia Sophia aur yeh Blue Mosque jise Sultan Ahmed kehte hain. To jab main wahan se nikla to maine dekha ki bahut tourist hai wahan. Ji. Bhare mein hain tourist yani khachagach bhare mein. To yeh haal tha ki line lagi hui thi. Bahar ek khaas gate tha tourist ka us par line lag gayi thi bahut lambi. To log ja rahe the aur ek doosre gate se nikal rahe the.</w:t>
      </w:r>
    </w:p>
    <w:p>
      <w:pPr>
        <w:jc w:val="right"/>
      </w:pPr>
      <w:r>
        <w:t>Topkapi museum और Hagia Sophia और यह Blue Mosque जिसे सुल्तान अहमद कहते हैं. तो जब मैं वहां से निकला तो मैंने देखा कि बहुत tourist है वहां. जी. भरे में हैं tourist यानी खचागज भरे में. तो यह हाल था कि line लगी हुई थी. बाहर एक खास gate था tourist का उस पर line लग गई थी बहुत लंबी. तो लोग जा रहे थे और एक दूसरे gate से निकल रहे थे.</w:t>
      </w:r>
    </w:p>
    <w:p>
      <w:r>
        <w:rPr>
          <w:b/>
        </w:rPr>
        <w:t xml:space="preserve">[57:37] </w:t>
      </w:r>
      <w:r>
        <w:t>To maine dekha ki jab tourist bahar aa rahe hain to gate par ek sahab baithe hue ek table liye hue aur unke paas kuch receipts hain aur woh keh rahe hain donations for the mosque, donations for the mosque. Is baar bhi maine dekha woh baithe hue the. To maine unse kaha jo hamare saathi the Turkish ke yeh donations for the mosque maang rahe hain tourists se.</w:t>
      </w:r>
    </w:p>
    <w:p>
      <w:pPr>
        <w:jc w:val="right"/>
      </w:pPr>
      <w:r>
        <w:t>तो मैंने देखा कि जब tourist बाहर आ रहे हैं तो gate पर एक साहब बैठे हुए एक table लिए हुए और उनके पास कुछ receipts हैं और वह कह रहे हैं donations for the mosque, donations for the mosque. इस बार भी मैंने देखा वह बैठे हुए थे. तो मैंने उनसे कहा जो हमारे साथी थे Turkish के यह donations for the mosque मांग रहे हैं tourists से.</w:t>
      </w:r>
    </w:p>
    <w:p>
      <w:r>
        <w:rPr>
          <w:b/>
        </w:rPr>
        <w:t xml:space="preserve">[58:05] </w:t>
      </w:r>
      <w:r>
        <w:t>Yeh sabse sabse keh rahe the tourist zyada the usko. Ji. Iske badle achha hota hai ki yeh Quran dete hain unhein. To maine unse kaha ki hum agar Quran distribute karen yahan blue mosque mein to kaise karen? To unhone ab Imam se poocha wahan kuch kai Imam hote hain wahan. To unhone kaha ki aap bhala jagah jaiye Mufti office.</w:t>
      </w:r>
    </w:p>
    <w:p>
      <w:pPr>
        <w:jc w:val="right"/>
      </w:pPr>
      <w:r>
        <w:t>यह सबसे सबसे कह रहे थे tourist ज़्यादा थे उसको. जी. इसके बदले अच्छा होता है कि यह कुरान देते हैं उन्हें. तो मैंने उनसे कहा कि हम अगर कुरान distribute करें यहां blue mosque में तो कैसे करें? तो उन्होंने अब इमाम से पुछा वहां कुछ कई इमाम होते हैं वहां. तो उन्होंने कहा कि आप भला जगह जाइए मुफ्ती office.</w:t>
      </w:r>
    </w:p>
    <w:p>
      <w:r>
        <w:rPr>
          <w:b/>
        </w:rPr>
        <w:t xml:space="preserve">[58:33] </w:t>
      </w:r>
      <w:r>
        <w:t>Woh permission denge to phir hum kar sakte hain. To woh hum mujhe le gaye Mufti office mein. Ji. Mufti tha. Mufti ka matlab religious minister. Bada zabardast office tha uska. Ji. To usko bataya ki yeh yeh hai. Muftiana ke bare mein bataya. To usne kaha nahi nahi hum to karte hain. To humne kaha kaun sa Quran karte hain aap jo dikhaen? To unhone itna mota Quran dikhaya heart bound English Arabic.</w:t>
      </w:r>
    </w:p>
    <w:p>
      <w:pPr>
        <w:jc w:val="right"/>
      </w:pPr>
      <w:r>
        <w:t>वह permission देंगे तो फिर हम कर सकते हैं. तो वह हम मुझे ले गए मुफ्ती office में. जी. मुफ्ती था. मुफ्ती का मतलब religious minister. बड़ा ज़बरदस्त office था उसका. जी. तो उसको बताया कि यह यह है. मुफ्ताना के बारे में बताया. तो उसने कहा नहीं नहीं हम तो करते हैं. तो हमने कहा कौन सा कुरान करते हैं आप जो दिखाएं? तो उन्होंने इतना मोटा कुरान दिखाया heart bound English Arabic.</w:t>
      </w:r>
    </w:p>
    <w:p>
      <w:r>
        <w:rPr>
          <w:b/>
        </w:rPr>
        <w:t xml:space="preserve">[59:01] </w:t>
      </w:r>
      <w:r>
        <w:t>To maine kaha ki chhota hota agar tourist ko dene ke liye to achha rehta. To khair woh batchit hui woh khatam ho gayi. To phir kai baar main gaya isi silsile mein. Matlab jab bhi jata Europe to via Turkey jata hai. To kai baar koshish ki. To ek masjid jahan aap bhi gaye hain Dustum Pasha mosque. Ji. Woh taiyar ho gaya. Kisi ne bataya ki wahan jaakar miliye Imam bahut achha hai.</w:t>
      </w:r>
    </w:p>
    <w:p>
      <w:pPr>
        <w:jc w:val="right"/>
      </w:pPr>
      <w:r>
        <w:t>तो मैंने कहा कि छोटा होता अगर tourist को देने के लिए तो अच्छा रहता. तो खैर वह बातचीत हुई वह खत्म हो गई. तो फिर कई बार मैं गया इसी सिलसिले में. मतलब जब भी जाता Europe तो via Turkey जाता है. तो कई बार कोशिश की. तो एक मस्जिद जहां आप भी गए हैं दुस्तम पाशा mosque. जी. वह तैयार हो गया. किसी ने बताया कि वहां जाकर मिली है इमाम बहुत अच्छा है.</w:t>
      </w:r>
    </w:p>
    <w:p>
      <w:r>
        <w:rPr>
          <w:b/>
        </w:rPr>
        <w:t xml:space="preserve">[59:31] </w:t>
      </w:r>
      <w:r>
        <w:t>To wahan se shuru ho gaya kaam. Phir kuch arse baad blue mosque mein bhi ek sahab mil gaye, ek Imam, jo Dawa ke incharge the, jinka naam hai Sib Qutullah. Bahut achhi aadmi. To unhone hamein permission de di ki theek hai, aap laiye. To humne wahan print karna shuru kiya Quran. Ji.</w:t>
      </w:r>
    </w:p>
    <w:p>
      <w:pPr>
        <w:jc w:val="right"/>
      </w:pPr>
      <w:r>
        <w:t>तो वहां से शुरू हो गया काम. फिर कुछ अरसे बाद blue mosque में भी एक साहब मिल गए, एक इमाम, जो दावा के incharge थे, जिनका नाम है सिब कुतुल्ला. बहुत अच्छी आदमी. तो उन्होंने हमें permission दे दी कि ठीक है, आप लाइए. तो हमने वहां print करना शुरू किया कुरान. जी.</w:t>
      </w:r>
    </w:p>
    <w:p>
      <w:r>
        <w:rPr>
          <w:b/>
        </w:rPr>
        <w:t xml:space="preserve">[59:54] </w:t>
      </w:r>
      <w:r>
        <w:t>Is waqt taqreeban bees baees languages mein Quran print hota hai aur Sultan Ahmed aur jo badi mosque ek doosri hai Sulaimania, wahan par wahan par bhi aur kai masjidon mein jahan par bhi tourist aate hain wahan par rehta hai aur log jaate rehte hain foot bhejte hain ki aapko main fauran dekha wahan to bahut achhi jagah hai woh aur Hagia Sophia mein bhi hota hai.</w:t>
      </w:r>
    </w:p>
    <w:p>
      <w:pPr>
        <w:jc w:val="right"/>
      </w:pPr>
      <w:r>
        <w:t>इस वक्त तकरीबन बीस बाइस languages में कुरान print होता है और सुल्तान अहमद और जो बड़ी mosque एक दूसरी है सुल्मानिया, वहां पर वहां पर भी और कई मस्जिदों में जहां पर भी tourist आते हैं वहां पर रहता है और लोग जाते रहते हैं foot भेजते हैं कि आपको मैं फ़ौरन देखा वहां तो बहुत अच्छी जगह है वह और हाया सूफिया में भी होता है.</w:t>
      </w:r>
    </w:p>
    <w:p>
      <w:r>
        <w:rPr>
          <w:b/>
        </w:rPr>
        <w:t xml:space="preserve">[1:00:16] </w:t>
      </w:r>
      <w:r>
        <w:t>Hagia Sophia jo hai woh ab aapko jaise pata hai masjid ban ke pehle church tha aur it's one of the oldest churches in the world yani prophet Mohammad ke paidaish se pehle ki masjid hai woh church hai. Abhi abhi char saal pehle usko masjid mein convert diya hai. Ji. To wahan bhi Alhamdulillah Quran rehta hai. To is tarah se Turkey mein bahut achha kaam shuru ho gaya aur wahin print hone laga aur wahin se distribution hone laga.</w:t>
      </w:r>
    </w:p>
    <w:p>
      <w:pPr>
        <w:jc w:val="right"/>
      </w:pPr>
      <w:r>
        <w:t>हाया सूफिया जो है वो अब आपको जैसे पता है मस्जिद वन के पहले church था और it's one of the oldest churches in the world यानी prophet मोहम्मद के पैदाईस से पहले की मस्जिद है वो church है. अभी अभी चार साल पहले उसको मस्जिद में convert दिया है. जी. तो वहां भी अरम्दुल्लाह कुरान रहता है. तो इस तरह से Turkey में बहुत अच्छा काम शुरू हो गया और वहीं print होने लगा और वहीं से distribution होने लगा.</w:t>
      </w:r>
    </w:p>
    <w:p>
      <w:r>
        <w:rPr>
          <w:b/>
        </w:rPr>
        <w:t xml:space="preserve">[1:00:45] </w:t>
      </w:r>
      <w:r>
        <w:t>To hum log Turkey gaye to ek sahab jo jinsse hamara coordination hota hai distribution ka aur printing ka unka naam hai Samit. To woh aa gaye airport par humko lekar gaye aur unhone hamein ek guest house mein thehraya.</w:t>
      </w:r>
    </w:p>
    <w:p>
      <w:pPr>
        <w:jc w:val="right"/>
      </w:pPr>
      <w:r>
        <w:t>तो हम लोग Turkey गए तो एक साहब जो जिनसे हमारा coordination होता है distribution का और printing का उनका नाम है सामित. तो वह आ गए airport पर हमको लेकर गए और उन्होंने हमें एक guest house में ठहराया.</w:t>
      </w:r>
    </w:p>
    <w:p>
      <w:r>
        <w:rPr>
          <w:b/>
        </w:rPr>
        <w:t xml:space="preserve">[1:01:03] </w:t>
      </w:r>
      <w:r>
        <w:t>bahut achha guest house tha jo Nursi jo ek bahut bade woh the scholar unke unka jo movement</w:t>
      </w:r>
    </w:p>
    <w:p>
      <w:pPr>
        <w:jc w:val="right"/>
      </w:pPr>
      <w:r>
        <w:t>बहुत अच्छा guest house था जो नूर्सी जो एक बहुत बड़े वह थे scholar उनके उनका जो movement</w:t>
      </w:r>
    </w:p>
    <w:p>
      <w:r>
        <w:rPr>
          <w:b/>
        </w:rPr>
        <w:t xml:space="preserve">[1:01:11] </w:t>
      </w:r>
      <w:r>
        <w:t>hai uska guest house tha woh bade achhe log the wahan to woh hum wahan teen char din</w:t>
      </w:r>
    </w:p>
    <w:p>
      <w:pPr>
        <w:jc w:val="right"/>
      </w:pPr>
      <w:r>
        <w:t>है उसका guest house था वह बड़े अच्छे लोग थे वहां तो वह हम वहां तीन चार दिन</w:t>
      </w:r>
    </w:p>
    <w:p>
      <w:r>
        <w:rPr>
          <w:b/>
        </w:rPr>
        <w:t xml:space="preserve">[1:01:19] </w:t>
      </w:r>
      <w:r>
        <w:t>rahe aur aas paas ki jo mosque thi wahan le gaye aur achhi wahan jo press tha jahan printing</w:t>
      </w:r>
    </w:p>
    <w:p>
      <w:pPr>
        <w:jc w:val="right"/>
      </w:pPr>
      <w:r>
        <w:t>रहे और आसपास की जो mosque थी वहां ले गए और अच्छी वहां जो press था जहां printing</w:t>
      </w:r>
    </w:p>
    <w:p>
      <w:r>
        <w:rPr>
          <w:b/>
        </w:rPr>
        <w:t xml:space="preserve">[1:01:27] </w:t>
      </w:r>
      <w:r>
        <w:t>hoti thi wahan bhi gaye aur kai kai cheezein hui wahan isliye aaj se.</w:t>
      </w:r>
    </w:p>
    <w:p>
      <w:pPr>
        <w:jc w:val="right"/>
      </w:pPr>
      <w:r>
        <w:t>होती थी वहां भी गए और कई कई चीज़ें हुई वहां इसलिए आज से.</w:t>
      </w:r>
    </w:p>
    <w:p>
      <w:r>
        <w:rPr>
          <w:b/>
        </w:rPr>
        <w:t xml:space="preserve">[1:01:36] </w:t>
      </w:r>
      <w:r>
        <w:t>To Turkey ka visit kaafi achha raha aur jo use Quran print ho raha hai woh dekha jaakar press mein aur aage ki kya planning karni hai, kin languages mein kahan kahan karna hai. Matlab Turkey mein to requirement bahut zyada hai. Jitni requirement hai woh hum kabhi shayad poori bhi na kar saken.</w:t>
      </w:r>
    </w:p>
    <w:p>
      <w:pPr>
        <w:jc w:val="right"/>
      </w:pPr>
      <w:r>
        <w:t>तो Turkey का visit काफी अच्छा रहा और जो उसे कुरान print हो रहा है वह देखा जाकर press में और आगे की क्या planning करनी है, किन languages में कहां कहां करना है. मतलब Turkey में तो requirement बहुत ज़्यादा है. जितनी requirement है वह हम कभी शायद पूरी भी ना कर सकें.</w:t>
      </w:r>
    </w:p>
    <w:p>
      <w:r>
        <w:rPr>
          <w:b/>
        </w:rPr>
        <w:t xml:space="preserve">[1:01:58] </w:t>
      </w:r>
      <w:r>
        <w:t>Chunki woh poora Turkey aisa lagta tha Turkey mein jab chal rahe the hum yani Istanbul mein aisa lagta tha ki hum sundar nursery mein. Yeh Aluddi garden mein har monuments har taraf greenery bahut saaf suthra to aisa mahsus ho raha tha ki sundar sundar nursery mein ghoom rahe hain. Poora poora Istanbul aise hi hai. Ji. To woh kai aur logon se milna hua. Samit ne kai logon se milwaya.</w:t>
      </w:r>
    </w:p>
    <w:p>
      <w:pPr>
        <w:jc w:val="right"/>
      </w:pPr>
      <w:r>
        <w:t>चूंकि वह पूरा Turkey ऐसा लगता था Turkey में जब चल रहे थे हम यानी Istanbul में ऐसा लगता था कि हम सुंदर nursery में. यह अलुदी garden में हर monuments हर तरफ greenery बहुत साफ सुथरा तो ऐसा महसूस हो रहा था कि सुंदर सुंदर nursery में घूम रहे हैं. पूरा पूरा इस्तंबोल ऐसे ही है. जी. तो वह कई और लोगों से मिलना हुआ. सामित ने कई लोगों से मिलवाया.</w:t>
      </w:r>
    </w:p>
    <w:p>
      <w:r>
        <w:rPr>
          <w:b/>
        </w:rPr>
        <w:t xml:space="preserve">[1:02:27] </w:t>
      </w:r>
      <w:r>
        <w:t>Ek ek aur masjid jo Sultan Ahmed blue moss se kareeb hai woh bhi bahut hi prominent masjid hai. Suleimania wahan bhi achha distribution hota hai. To wahan par ek center banaya hai in logon ne Samit aur inke doston ne aur woh proper Dawa center hai. Ji. Aur kaafi material woh mangwate hain aur distribute karte hain Quran ke alawa books aur pamphlets.</w:t>
      </w:r>
    </w:p>
    <w:p>
      <w:pPr>
        <w:jc w:val="right"/>
      </w:pPr>
      <w:r>
        <w:t>एक एक और मस्जिद जो सुल्तान अहमद blue moss से करीब है वह भी बहुत ही prominent मस्जिद है. सुलेमानिया वहां भी अच्छा distribution होता है. तो वहां पर एक center बनाया है इन लोगों ने सामित और इनके दोस्तों ने और वह proper दावा center है. जी. और काफी material वह मंगवाते हैं और distribute करते हैं कुरान के अलावा books और pamphlets.</w:t>
      </w:r>
    </w:p>
    <w:p>
      <w:r>
        <w:rPr>
          <w:b/>
        </w:rPr>
        <w:t xml:space="preserve">[1:02:55] </w:t>
      </w:r>
      <w:r>
        <w:t>To Kaleem sahab aur main jab gaye wahan Haroon sahab bhi the to humne dekha ki jo woh pamphlets hain, jo books hain woh bada hi uske andar yani woh ravaiyee andaaz ki cheezein, traditional andaaz ki cheezein aur koi agar non muslim hai ya agar koi tourist usko dein to woh bas yeh hai ki hum aise namaz padhte hain, waise namaz padhte hain aur yeh kariye woh kariye do's and don'ts kah tak hai woh. Ji.</w:t>
      </w:r>
    </w:p>
    <w:p>
      <w:pPr>
        <w:jc w:val="right"/>
      </w:pPr>
      <w:r>
        <w:t>तो कलिम साहब और मैं जब गए वहां हरु साहब भी थे तो हमने देखा कि जो वह pamphlets हैं, जो books हैं वह बड़ा ही उसके अंदर यानी वह रवैतीय अंदाज़ की चीज़ें, traditional अंदाज़ की चीज़ें और कोई अगर non muslim है या अगर कोई tourist उसको दें तो वह बस यह है कि हम ऐसे नमाज़ पढ़ते हैं, वैसे नमाज़ पढ़ते हैं और यह करिए वह करिए do's and don'ts कहद तक है वह. जी.</w:t>
      </w:r>
    </w:p>
    <w:p>
      <w:r>
        <w:rPr>
          <w:b/>
        </w:rPr>
        <w:t xml:space="preserve">[1:03:23] </w:t>
      </w:r>
      <w:r>
        <w:t>To humne socha ki hum Maulana ki kuch cheezein wahan par Adadeen Quran, booklets aur pamphlets bhi wahan par inshallah praram karenge, print karenge aur unko denge taaki mind address ho logon ka. Warna woh jo traditional cheezein hain sirf usmein do's and don'ts hain ki namaz aise padhiye aur roz aise rakhiye aur hai jaise aise kariye koi spiritual usmein gaza nahi milegi.</w:t>
      </w:r>
    </w:p>
    <w:p>
      <w:pPr>
        <w:jc w:val="right"/>
      </w:pPr>
      <w:r>
        <w:t>तो हमने सोचा कि हम मौलाना की कुछ चीज़ें वहां पर अदादिन कुरान, booklets और pamphlets भी वहां पर इंशालाह प्राम करेंगे, print करेंगे और उनको देंगे ताकि mind address हो लोगों का. वरना वह जो traditional चीज़ें हैं सिर्फ उसमें do's and don'ts हैं कि नमाज़ ऐसे पढ़िए और रोज़ ऐसे रखिए और है जैसे ऐसे करिए कोई spiritual उसमें गजा नहीं मिलेगी.</w:t>
      </w:r>
    </w:p>
    <w:p>
      <w:r>
        <w:rPr>
          <w:b/>
        </w:rPr>
        <w:t xml:space="preserve">[1:03:51] </w:t>
      </w:r>
      <w:r>
        <w:t>To ab irada yeh hai ki Quran ke saath kuch aur literature bhi wahan inshallah hum rakhenge aur to is tarah se Turkey ka safar achha raha aur kai naye logon se milna hua aur kai nayi baatein pata chali. Khaas taur se yeh irada hua ki ab pamphlets bhi hamein wahan par rakhne honge. Hamare paas already pamphlets hain to woh inshallah unki zaroorat hai chunki woh zyada tar pamphlets dete hain.</w:t>
      </w:r>
    </w:p>
    <w:p>
      <w:pPr>
        <w:jc w:val="right"/>
      </w:pPr>
      <w:r>
        <w:t>तो अब इरादा यह है कि कुरान के साथ कुछ और literature भी वहां इंशालाह हम रखेंगे और तो इस तरह से Turkey का सफर अच्छा रहा और कई नए लोगों से मिलना हुआ और कई नई बातें पता चली. खासतौर से यह इरादा हुआ कि अब pamphlets भी हमें वहां पर रखने होंगे. हमारे पास already pamphlets हैं तो वह इंशाला उनकी ज़रूरत है चूंकि वो ज़्यादातर pamphlets देते हैं.</w:t>
      </w:r>
    </w:p>
    <w:p>
      <w:r>
        <w:rPr>
          <w:b/>
        </w:rPr>
        <w:t xml:space="preserve">[1:04:21] </w:t>
      </w:r>
      <w:r>
        <w:t>Jo zyada distribution hota hai to woh pamphlets dete hain, brochures dete hain. To woh sab cheezein hum inshallah karenge wahan aur is is lihaz se Turkey ka bhi safal achha raha. Ashalah. Doctor sab ek interesting experience mujhe bhi yaad aa gaya hai Turkey ka. Aapne zikr bhi kiya. Tab yeh travel hua tha Maulana ke saath do hazar barah mein. Fareeda aap abhi thi saath mein aur jaisa ki hum jaante hain Rakhab ki wahan par bahut bade Sahabi hain, Hazrat Ayub Ansari.</w:t>
      </w:r>
    </w:p>
    <w:p>
      <w:pPr>
        <w:jc w:val="right"/>
      </w:pPr>
      <w:r>
        <w:t>जो ज़्यादा distribution होता है तो वो pamphlets देते हैं, brochures देते हैं. तो वो सब चीज़ें हम इन्शाल्लाह करेंगे वहां और इस इस लिहाज से Turkey का भी सफल अच्छा रहा. आशालाह. Doctor सब एक interesting experience मुझे भी याद आ गया है Turkey का. आपने ज़िक्र भी किया. तब यह travel हुआ था मुलाना के साथ दो हज़ार बारह में. फरीदा आप अभी थी साथ में और जैसा कि हम जानते हैं रक्षाब कि वहां पर बहुत बड़े साहबी हैं, हज़त अयुबल अंसारी.</w:t>
      </w:r>
    </w:p>
    <w:p>
      <w:r>
        <w:rPr>
          <w:b/>
        </w:rPr>
        <w:t xml:space="preserve">[1:04:51] </w:t>
      </w:r>
      <w:r>
        <w:t>Unki grave hai Istanbul mein aur jab Rasool Allah ka migration hua tha, to unhi ke ghar ruke the woh. To bahut important companion hai woh. To jab program tha, Maulana ka program tha Gazian Tepp mein, and he was one of the main speaker of the program. In fact jo addressal tha, main addressal, woh Maulana Wahiduddin Khan sahab ka hi tha. Achha.</w:t>
      </w:r>
    </w:p>
    <w:p>
      <w:pPr>
        <w:jc w:val="right"/>
      </w:pPr>
      <w:r>
        <w:t>उनकी grave है Istanbul में और जब रसोल उल्लाह का migration हुआ था, तो उन्हीं के घर रुके थे वह. तो बहुत important companion है वह. तो जब program था, मुलाना का program था Gazian Tepp में, and he was one of the main speaker of the program. In fact जो addressal था, main addressal, वह मुलाना वैदुद्दीन खान साहब का ही था. अच्छा.</w:t>
      </w:r>
    </w:p>
    <w:p>
      <w:r>
        <w:rPr>
          <w:b/>
        </w:rPr>
        <w:t xml:space="preserve">[1:05:17] </w:t>
      </w:r>
      <w:r>
        <w:t>To mujhe bahut achhe se yaad hai ki jo anchor the, he was a young man aur unhone Maulana ke bare mein introduction dena shuru kiya. Jo auditorium tha doctor sahab, woh bahut bada auditorium tha and poora matlab they were hundreds of people and they were like very important dignitaries, important businessmen, important influencers, mainstream opinion makers in that hall. To bahut hi important program tha and it was being livestreamed also.</w:t>
      </w:r>
    </w:p>
    <w:p>
      <w:pPr>
        <w:jc w:val="right"/>
      </w:pPr>
      <w:r>
        <w:t>तो मुझे बहुत अच्छे से याद है कि जो anchor थे, he was a young man और उन्होंने मुलाना के बारे में introduction देना शुरू किया. जो auditorium था doctor साहब, वह बहुत बड़ा auditorium था and पूरा मतलब they were hundreds of people and they were like very important dignitaries, important businessmen, important influencers, mainstream opinion makers in that hall. तो बहुत ही important program था and it was being livestreamed also.</w:t>
      </w:r>
    </w:p>
    <w:p>
      <w:r>
        <w:rPr>
          <w:b/>
        </w:rPr>
        <w:t xml:space="preserve">[1:05:46] </w:t>
      </w:r>
      <w:r>
        <w:t>To unhone introduction mein kaha ki jab Hazrat Ayub Ansari Turkey mein aaye the to woh old age mein the. To unhone kaha bahut pyar se, unhone kaha ki aaj humne Maulana Wahiduddin Khan sahab ko dekha aur woh bhi usi old age mein hai jis old age mein Hazrat Ayub Al Ansari aaye the.</w:t>
      </w:r>
    </w:p>
    <w:p>
      <w:pPr>
        <w:jc w:val="right"/>
      </w:pPr>
      <w:r>
        <w:t>तो उन्होंने introduction में कहा कि जब हज़रत अयुबल अंसारी Turkey में आए थे तो वह old age में थे. तो उन्होंने कहा बहुत प्यार से, उन्होंने कहा कि आज हमने मुलाना वैदुद्दीन खान साहब को देखा और वह भी उसी old age में है जिस old age में हज़रत अयुब अल अंसारी आए थे.</w:t>
      </w:r>
    </w:p>
    <w:p>
      <w:r>
        <w:rPr>
          <w:b/>
        </w:rPr>
        <w:t xml:space="preserve">[1:06:06] </w:t>
      </w:r>
      <w:r>
        <w:t>to hamein aisa lag raha hai, hum sab Turkey mein logon ko aisa lag raha hai ke hazrat</w:t>
      </w:r>
    </w:p>
    <w:p>
      <w:pPr>
        <w:jc w:val="right"/>
      </w:pPr>
      <w:r>
        <w:t>तो हमें ऐसा लग रहा है, हम सब Turkey में लोगों को ऐसा लग रहा है कि हज़रत</w:t>
      </w:r>
    </w:p>
    <w:p>
      <w:r>
        <w:rPr>
          <w:b/>
        </w:rPr>
        <w:t xml:space="preserve">[1:06:19] </w:t>
      </w:r>
      <w:r>
        <w:t>Ayub al Ansari aaj phir Turkey mein aaye hain aur is tarike se phir unhone handover kara, baad</w:t>
      </w:r>
    </w:p>
    <w:p>
      <w:pPr>
        <w:jc w:val="right"/>
      </w:pPr>
      <w:r>
        <w:t>अयुब अल अंसारी आज फिर Turkey में आए हैं और इस तरीके से फिर उन्होंने handover करा, बाद</w:t>
      </w:r>
    </w:p>
    <w:p>
      <w:r>
        <w:rPr>
          <w:b/>
        </w:rPr>
        <w:t xml:space="preserve">[1:06:33] </w:t>
      </w:r>
      <w:r>
        <w:t>mein Quran le lekar ja rahe hain.</w:t>
      </w:r>
    </w:p>
    <w:p>
      <w:pPr>
        <w:jc w:val="right"/>
      </w:pPr>
      <w:r>
        <w:t>में कुरान ले लेकर जा रहे हैं.</w:t>
      </w:r>
    </w:p>
    <w:p>
      <w:r>
        <w:rPr>
          <w:b/>
        </w:rPr>
        <w:t xml:space="preserve">[1:06:47] </w:t>
      </w:r>
      <w:r>
        <w:t>to Faridabad, Maulana meri hamari tasir bhi hai wahan ki. It was a very memorable trip, doctor sahib, and I, I, I remember it very clearly. Masha Allah. Jaisa aapne Hazrat Ayub Ansari Ozalann ke bare mein ji. Zikr kiya to unki jo grave hai wahan jaane ki ittefaq hua hai. Ji. Aur uske barabar mein masjid hai. Haan.</w:t>
      </w:r>
    </w:p>
    <w:p>
      <w:pPr>
        <w:jc w:val="right"/>
      </w:pPr>
      <w:r>
        <w:t>तो फरीदाबा, मुलाना मेरी हमारी तसीर भी है वहाँ की. It was a very memorable trip, doctor साहब, and I, I, I remember it very clearly. माशाल्ला. जैसा आपने हज़र तयु मंसारी ओज़ल्लान के बारे में जी. ज़िक्र किया तो उनकी जो grave है वहां जाने की इत्तेफ़ाक़ हुआ है. जी. और उसके बराबर में मस्जिद है. हां.</w:t>
      </w:r>
    </w:p>
    <w:p>
      <w:r>
        <w:rPr>
          <w:b/>
        </w:rPr>
        <w:t xml:space="preserve">[1:07:10] </w:t>
      </w:r>
      <w:r>
        <w:t>to wahan ek ajeeb si feeling hoti hai aur log kehte hain main ja nahi saka ke Fajr ki namaz mein agar jayein to bahut achha unka yeh tareeqa hai tareeqesh logon mein ke woh namaz ke baad thoda sa zikr karte hain aur dua karte hain.</w:t>
      </w:r>
    </w:p>
    <w:p>
      <w:pPr>
        <w:jc w:val="right"/>
      </w:pPr>
      <w:r>
        <w:t>तो वहां एक अजीब सी feeling होती है और लोग कहते हैं मैं जा नहीं सका कि फजीर की नमाज़ में अगर जाएं तो बहुत अच्छा उनका यह तरीका है तरीकेश लोगों में कि वह नमाज़ के बाद थोड़ा सा ज़िक्र करते हैं और दुआ करते हैं.</w:t>
      </w:r>
    </w:p>
    <w:p>
      <w:r>
        <w:rPr>
          <w:b/>
        </w:rPr>
        <w:t xml:space="preserve">[1:07:27] </w:t>
      </w:r>
      <w:r>
        <w:t>to woh ek saath bata rahe the ke wahan jo yeh Fajr ke namaz ke baad ek session hota hai woh bahut hi yani spiritually hua bahut hi usmein ghareeb ghaza milti hai. Kabhi mauka hua to Inshallah unki mazaar par phir jayenge. DocsApp last jo sawal hai kyunke phir iske baad aapka Dubai mein safar hua India mein wapsi ke liye.</w:t>
      </w:r>
    </w:p>
    <w:p>
      <w:pPr>
        <w:jc w:val="right"/>
      </w:pPr>
      <w:r>
        <w:t>तो वह एक साथ बता रहे थे कि वहां जो यह पज़ीर के नमाज़ के बाद एक session होता है वह बहुत ही यानी spiritually हुआ बहुत ही उसमें ग़रीब ग़ज़ा मिलती है. कभी मौका हुआ तो इंशालाह उनकी मज़ार पर फिर जाएंगे. डोक़साब last जो सवाल है क्योंकि फिर इसके बाद आपका दुबई में सफर हुआ India में वापसी के लिए.</w:t>
      </w:r>
    </w:p>
    <w:p>
      <w:r>
        <w:rPr>
          <w:b/>
        </w:rPr>
        <w:t xml:space="preserve">[1:07:56] </w:t>
      </w:r>
      <w:r>
        <w:t>lekin usse pehle main yeh kuch teen comments padhna chahunga jo aaye hain. Sajay Dhanwar sahib ne likha hai Dubai se. Unhone likha hai very inspirational dawa journey described by doctor sahib. May Allah reward immensely. All three of them and the dedicated dies in the Eastern Europe. Inshallah we will see soon the result of this historic dawa journey. Mohammad Yaqoob Umri sahib ne Delhi se likha hai Doctor sahib and team, Jaza Kallaho Khair for your dawa efforts.</w:t>
      </w:r>
    </w:p>
    <w:p>
      <w:pPr>
        <w:jc w:val="right"/>
      </w:pPr>
      <w:r>
        <w:t>लेकिन उससे पहले मैं यह कुछ तीन comments पढ़ना चाहूंगा जो आए हैं. साजय धनवर साहब ने लिखा है दुबई से. उन्होंने लिखा है very inspirational दावा journey described by doctor साहब. मैं अल्लाह reward immensely. All three of them and the dedicated dies in the Eastern Europe. Inshallah we will see soon the result of this historic दावा journey. मोहम्मद याकूब उम्री साहब ने दिल्ली से लिखा है Doctor साहब and team, जज़ा कल्ला खैर for your दावा efforts.</w:t>
      </w:r>
    </w:p>
    <w:p>
      <w:r>
        <w:rPr>
          <w:b/>
        </w:rPr>
        <w:t xml:space="preserve">[1:08:24] </w:t>
      </w:r>
      <w:r>
        <w:t>This journey will prepare a strong pitch for the dawa work in the near future, inshallah. Doctor Asam Khan sahib ne Saharanpur se likha hai, Maulana Wahiduddin Khan sahib ki booklets zyada mufeed sabit hongi. Isse logon ko ideology of Quran milegi aur spiritual baatein milengi jo Islam ko samajhne mein madad karengi Insha Allah.</w:t>
      </w:r>
    </w:p>
    <w:p>
      <w:pPr>
        <w:jc w:val="right"/>
      </w:pPr>
      <w:r>
        <w:t>This journey will prepare a strong pitch for the दावा work in the near future, inshallah. Doctor असम खान साहब ने सारनपुर से लिखा है, मुलाना वैदुद्दीन खान साहब की booklets ज़्यादा मुफ़ीद साबित होंगी. इससे लोगों को ideology of कुरान मिलेगी और spiritual बातें मिलेंगी जो इस्लाम को समझने में मदद करेंगी इंशाह अल्ला.</w:t>
      </w:r>
    </w:p>
    <w:p>
      <w:r>
        <w:rPr>
          <w:b/>
        </w:rPr>
        <w:t xml:space="preserve">[1:08:49] </w:t>
      </w:r>
      <w:r>
        <w:t>to DocsApp phir Dubai mein aapne jaisa abhi bataya bhi ke Quran is being printed there and what was the experience on the last journey of your Eastern Europe culminating to Middle East to Dubai on the way back home to India. Ji chunke hum Emirates Airlines se the to Dubai jaane hi tha hamein. Ji.</w:t>
      </w:r>
    </w:p>
    <w:p>
      <w:pPr>
        <w:jc w:val="right"/>
      </w:pPr>
      <w:r>
        <w:t>तो DocsApp फिर Dubai में आपने जैसे अभी बताया भी कि कुरान is being printed there and what was the experience on the last journey of your Eastern Europe culminating to Middle East to Dubai on the way back home to India. जी चूंकि हम Emirates Airlines से थे तो Dubai जाने ही था हमें. जी.</w:t>
      </w:r>
    </w:p>
    <w:p>
      <w:r>
        <w:rPr>
          <w:b/>
        </w:rPr>
        <w:t xml:space="preserve">[1:09:10] </w:t>
      </w:r>
      <w:r>
        <w:t>to humne ek short stay wahan kiya do din ka aur jo press hai jahan yeh Quran abhi</w:t>
      </w:r>
    </w:p>
    <w:p>
      <w:pPr>
        <w:jc w:val="right"/>
      </w:pPr>
      <w:r>
        <w:t>तो हमने एक short stay वहां किया दो दिन का और जो press है जहां यह कुरान अभी</w:t>
      </w:r>
    </w:p>
    <w:p>
      <w:r>
        <w:rPr>
          <w:b/>
        </w:rPr>
        <w:t xml:space="preserve">[1:09:18] </w:t>
      </w:r>
      <w:r>
        <w:t>print hua hai, yeh bahut achha bada mayari unhone chapa hi hai chuki government ka press hai bahut</w:t>
      </w:r>
    </w:p>
    <w:p>
      <w:pPr>
        <w:jc w:val="right"/>
      </w:pPr>
      <w:r>
        <w:t>print हुआ है, यह बहुत अच्छा बड़ा मयारी उन्होंने चापा ही है चूंकि government का press है बहुत</w:t>
      </w:r>
    </w:p>
    <w:p>
      <w:r>
        <w:rPr>
          <w:b/>
        </w:rPr>
        <w:t xml:space="preserve">[1:09:27] </w:t>
      </w:r>
      <w:r>
        <w:t>hi unhone apna logo bhi print kiya hai ismein aur ismein yeh bhi hai ke jo permission hoti</w:t>
      </w:r>
    </w:p>
    <w:p>
      <w:pPr>
        <w:jc w:val="right"/>
      </w:pPr>
      <w:r>
        <w:t>ही उन्होंने अपना logo भी print किया है इसमें और इसमें यह भी है कि जो permission होती</w:t>
      </w:r>
    </w:p>
    <w:p>
      <w:r>
        <w:rPr>
          <w:b/>
        </w:rPr>
        <w:t xml:space="preserve">[1:09:36] </w:t>
      </w:r>
      <w:r>
        <w:t>hai wahan ke auqaf ki approved by Islamic affairs and charitable, activities department.</w:t>
      </w:r>
    </w:p>
    <w:p>
      <w:pPr>
        <w:jc w:val="right"/>
      </w:pPr>
      <w:r>
        <w:t>है वहां के औकाफ कि approved by Islamic affairs and charitable, activities department.</w:t>
      </w:r>
    </w:p>
    <w:p>
      <w:r>
        <w:rPr>
          <w:b/>
        </w:rPr>
        <w:t xml:space="preserve">[1:09:45] </w:t>
      </w:r>
      <w:r>
        <w:t>And UAE media council aur uska number aur date wagera bhi hai. Ji. To yeh chunke pichhli baar hum log gaye the police department mein. Pichhli visit mein hum Javed sahib ke saath aur Javed sahib ka yeh khayal tha ke isko hum prison mein rakhwayein.</w:t>
      </w:r>
    </w:p>
    <w:p>
      <w:pPr>
        <w:jc w:val="right"/>
      </w:pPr>
      <w:r>
        <w:t>And UAE media council और उसका number और date वगैरह भी है. जी. तो यह चूंकि पिछली बार हम लोग गए थे police department में. पिछली visit में हम जाविद साहब के साथ और जावेद साहब का यह ख्याल था कि इसको हम prison में रखवाएं.</w:t>
      </w:r>
    </w:p>
    <w:p>
      <w:r>
        <w:rPr>
          <w:b/>
        </w:rPr>
        <w:t xml:space="preserve">[1:10:06] </w:t>
      </w:r>
      <w:r>
        <w:t>wahan sare UAE ke jo bhi prison hain, to wahan jo head the uske prison ke unhone kaha ke aap ismein yeh print kara dein ke approval aur uski uska reference to hum le lenge. Ji. To yeh approval print ho gaya hai Inshallah ab umeed hai aur ismein jo press hai yeh government press hai. Achha.</w:t>
      </w:r>
    </w:p>
    <w:p>
      <w:pPr>
        <w:jc w:val="right"/>
      </w:pPr>
      <w:r>
        <w:t>वहां सारे UAE के जो भी prison हैं, तो वहां जो head थे उसके prison के उन्होंने कहा कि आप इसमें यह print करा दें कि approval और उसकी उसका reference तो हम ले लेंगे. जी. तो यह approval print हो गया है इंशालाह अब उम्मीद है और इसमें जो press है यह government press है. अच्छा.</w:t>
      </w:r>
    </w:p>
    <w:p>
      <w:r>
        <w:rPr>
          <w:b/>
        </w:rPr>
        <w:t xml:space="preserve">[1:10:28] </w:t>
      </w:r>
      <w:r>
        <w:t>uska bhi ek logo hai to umeed hai ke ab yeh Inshallah Quran jo hai wahan par government ke level par is in jagahon par pehle hotels mein to ja hi raha tha Seema sahiba kar rahi hai bahut hi passionately yeh aur team jo hai aur taqreeban sare hotels mein pahunch gaya hai. Quran rooms mein aap kholein drawer to wahan milta hai yeh log batate hain.</w:t>
      </w:r>
    </w:p>
    <w:p>
      <w:pPr>
        <w:jc w:val="right"/>
      </w:pPr>
      <w:r>
        <w:t>उसका भी एक logo है तो उम्मीद है कि अब यह इंशालाह कुरान जो है वहां पर government के level पर इस इन जगहों पर पहले hotels में तो जा ही रहा था सीमा साहिबा कर रही है बहुत ही passionately यह और team जो है और तकरीबन सारे hotels में पहुंच गया है. पुरान rooms में आप खोले drawer तो वहां मिलता है यह लोग बताते हैं.</w:t>
      </w:r>
    </w:p>
    <w:p>
      <w:r>
        <w:rPr>
          <w:b/>
        </w:rPr>
        <w:t xml:space="preserve">[1:10:52] </w:t>
      </w:r>
      <w:r>
        <w:t>to ab jo government ke kai sare aise idare hain jaise prison hai aur schools hain, colleges hain aur jo tourists ke spots hain jaise ek ek jagah hai wahan Quran park to wahan bhi gaye the hum. Ji. To usne bhi kuch isi tarah ki baat kahi thi. To ab umeed hai ke Quran park mein bhi yeh rahega aur prisons mein bhi rahega aur schools, colleges aur doosri jagahon par.</w:t>
      </w:r>
    </w:p>
    <w:p>
      <w:pPr>
        <w:jc w:val="right"/>
      </w:pPr>
      <w:r>
        <w:t>तो अब जो government के कई सारे ऐसे इदारे हैं जैसे prison है और schools हैं, colleges हैं और जो tourists के spots हैं जैसे एक एक जगह है वहां कुरान park तो वहां भी गए थे हम. जी. तो उसने भी कुछ इसी तरह की बात कही थी. तो अब उम्मीद है कि कुरान park में भी यह रहेगा और prisons में भी रहेगा और schools, colleges और दूसरी जगहों पर.</w:t>
      </w:r>
    </w:p>
    <w:p>
      <w:r>
        <w:rPr>
          <w:b/>
        </w:rPr>
        <w:t xml:space="preserve">[1:11:20] </w:t>
      </w:r>
      <w:r>
        <w:t>to isse isse thoda sa is kaam ko Inshallah bahut hi boost milega. To Dubai mein main yahi hamara maqsad tha jaane ka ke hum isko iski printing wahan se shuru karein aur iske kaam ko Inshallah aage badhayein. To CMS sahiba bhi aayi hui thi. Ji. To unke saath gaye the hum. To bahut achha raha press mein jo log hain unse, kaafi bada modern press hai. Bahut hi modern press hai.</w:t>
      </w:r>
    </w:p>
    <w:p>
      <w:pPr>
        <w:jc w:val="right"/>
      </w:pPr>
      <w:r>
        <w:t>तो इससे इससे थोड़ा सा इस काम को इंशाला बहुत ही boost मिलेगा. तो Dubai में main यही हमारा मकसद था जाने का कि हम इसको इसकी printing वहां से शुरू करें और इसके काम को इंशाला आगे बढ़ाएं. तो CMS आयबा भी आई हुई थी. जी. तो उनके साथ गए थे हम. तो बहुत अच्छा रहा press में जो लोग हैं उनसे, काफी बड़ा modern press है. बहुत ही modern press है.</w:t>
      </w:r>
    </w:p>
    <w:p>
      <w:r>
        <w:rPr>
          <w:b/>
        </w:rPr>
        <w:t xml:space="preserve">[1:11:50] </w:t>
      </w:r>
      <w:r>
        <w:t>yaani taqreeban har kaam automatic hota hai. Sirf log waise hi khade hue dekh rahe hote hain. Sab kuch bahut hi modern press hai. To agar yeh Chawaii ki bahut achhi printing hui hai iski, to yeh silsila Inshallah karenge ab wahan. Jaza Kallaho DocsApp for doing an amazing session today. I mean, we really enjoyed.</w:t>
      </w:r>
    </w:p>
    <w:p>
      <w:pPr>
        <w:jc w:val="right"/>
      </w:pPr>
      <w:r>
        <w:t>यानी तकरीबन हर काम automatic होता है. सिर्फ़ लोग वैसे ही खड़े हुए देख रहे होते हैं. सब कुछ बहुत ही modern press है. तो अगर यह चवाई की बहुत अच्छी printing हुई है इसकी, तो यह सिलसिला इंशालाम करेंगे अब वहां. जज़ा गला डॉक साहब for doing an amazing session today. I mean, we really enjoyed.</w:t>
      </w:r>
    </w:p>
    <w:p>
      <w:r>
        <w:rPr>
          <w:b/>
        </w:rPr>
        <w:t xml:space="preserve">[1:12:12] </w:t>
      </w:r>
      <w:r>
        <w:t>I personally enjoyed a lot listening to your journey from one city to another city and commendable efforts by you, Kaleem sahib and Harul Sheikh sahib. May Allah bless all three of you abundantly. Aap isi tareeqe se hum sabko inspire karte rahein. And with this we will end today's session. Aapko aaj ka session kaisa laga? Iske bare mein aap zaroor feedback dein.</w:t>
      </w:r>
    </w:p>
    <w:p>
      <w:pPr>
        <w:jc w:val="right"/>
      </w:pPr>
      <w:r>
        <w:t>I personally enjoyed a lot listening to your journey from one city to another city and commendable efforts by you, कलीम साहब and हरुल शेख साहब. मेरा अलाह bless all three of you abundantly. आप इसी तरीके से हम सबको inspire करते रहें. And with this we will end today's session. आपको आज का session कैसा लगा? इसके बारे में आप ज़रूर feedback दें.</w:t>
      </w:r>
    </w:p>
    <w:p>
      <w:r>
        <w:rPr>
          <w:b/>
        </w:rPr>
        <w:t xml:space="preserve">[1:12:33] </w:t>
      </w:r>
      <w:r>
        <w:t>And if you want to join CPS International, then do write to us at info@CPSGlobal.org. Please do mention a little bit about yourself when you write a mail. Thank you for watching today's program. We will be back next Sunday at 10:30AM. Thank you.</w:t>
      </w:r>
    </w:p>
    <w:p>
      <w:pPr>
        <w:jc w:val="right"/>
      </w:pPr>
      <w:r>
        <w:t>And if you want to join CPS International, then do write to us at info@CPSGlobal.org. Please do mention a little bit about yourself when you write a mail. Thank you for watching today's program. We will be back next Sunday at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