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The Fate of Muslim Ummah (English) May 03, 2014</w:t>
      </w:r>
    </w:p>
    <w:p>
      <w:r>
        <w:t>https://youtu.be/Gu64pZtxdAA</w:t>
      </w:r>
    </w:p>
    <w:p>
      <w:r>
        <w:rPr>
          <w:b/>
        </w:rPr>
        <w:t xml:space="preserve">[00:11] </w:t>
      </w:r>
      <w:r>
        <w:t>Bismillah Rahman Rahim. Main. Third, 2014.</w:t>
      </w:r>
    </w:p>
    <w:p>
      <w:pPr>
        <w:jc w:val="right"/>
      </w:pPr>
      <w:r>
        <w:t>بسم اللہ الرحمن الرحیم۔ میں۔ Third, 2014.</w:t>
      </w:r>
    </w:p>
    <w:p>
      <w:r>
        <w:rPr>
          <w:b/>
        </w:rPr>
        <w:t xml:space="preserve">[00:23] </w:t>
      </w:r>
      <w:r>
        <w:t>You know,</w:t>
      </w:r>
    </w:p>
    <w:p>
      <w:pPr>
        <w:jc w:val="right"/>
      </w:pPr>
      <w:r>
        <w:t>You know,</w:t>
      </w:r>
    </w:p>
    <w:p>
      <w:r>
        <w:rPr>
          <w:b/>
        </w:rPr>
        <w:t xml:space="preserve">[00:27] </w:t>
      </w:r>
      <w:r>
        <w:t>Dr. Muhammad Mursi is a leader of Muslim Brotherhood and all the Muslims.</w:t>
      </w:r>
    </w:p>
    <w:p>
      <w:pPr>
        <w:jc w:val="right"/>
      </w:pPr>
      <w:r>
        <w:t>Dr. Muhammad Mursi is a leader of Muslim Brotherhood and all the Muslims.</w:t>
      </w:r>
    </w:p>
    <w:p>
      <w:r>
        <w:rPr>
          <w:b/>
        </w:rPr>
        <w:t xml:space="preserve">[00:43] </w:t>
      </w:r>
      <w:r>
        <w:t>He won the election in Egypt, and he was appointed as the President of Egypt after this election.</w:t>
      </w:r>
    </w:p>
    <w:p>
      <w:pPr>
        <w:jc w:val="right"/>
      </w:pPr>
      <w:r>
        <w:t>He won the election in Egypt, and he was appointed as the President of Egypt after this election.</w:t>
      </w:r>
    </w:p>
    <w:p>
      <w:r>
        <w:rPr>
          <w:b/>
        </w:rPr>
        <w:t xml:space="preserve">[00:58] </w:t>
      </w:r>
      <w:r>
        <w:t>But after one year,</w:t>
      </w:r>
    </w:p>
    <w:p>
      <w:pPr>
        <w:jc w:val="right"/>
      </w:pPr>
      <w:r>
        <w:t>But after one year,</w:t>
      </w:r>
    </w:p>
    <w:p>
      <w:r>
        <w:rPr>
          <w:b/>
        </w:rPr>
        <w:t xml:space="preserve">[01:04] </w:t>
      </w:r>
      <w:r>
        <w:t>Muhammad Mursi was deposed by the Egyptian army, and now he is put in jail.</w:t>
      </w:r>
    </w:p>
    <w:p>
      <w:pPr>
        <w:jc w:val="right"/>
      </w:pPr>
      <w:r>
        <w:t>Muhammad Mursi was deposed by the Egyptian army, and now he is put in jail.</w:t>
      </w:r>
    </w:p>
    <w:p>
      <w:r>
        <w:rPr>
          <w:b/>
        </w:rPr>
        <w:t xml:space="preserve">[01:16] </w:t>
      </w:r>
      <w:r>
        <w:t>This event was very, very provocative for the Muslim people all over the world.</w:t>
      </w:r>
    </w:p>
    <w:p>
      <w:pPr>
        <w:jc w:val="right"/>
      </w:pPr>
      <w:r>
        <w:t>This event was very, very provocative for the Muslim people all over the world.</w:t>
      </w:r>
    </w:p>
    <w:p>
      <w:r>
        <w:rPr>
          <w:b/>
        </w:rPr>
        <w:t xml:space="preserve">[01:28] </w:t>
      </w:r>
      <w:r>
        <w:t>The whole Muslim world became angry. If you read Muslim magazines, Muslim papers,</w:t>
      </w:r>
    </w:p>
    <w:p>
      <w:pPr>
        <w:jc w:val="right"/>
      </w:pPr>
      <w:r>
        <w:t>The whole Muslim world became angry. If you read Muslim magazines, Muslim papers,</w:t>
      </w:r>
    </w:p>
    <w:p>
      <w:r>
        <w:rPr>
          <w:b/>
        </w:rPr>
        <w:t xml:space="preserve">[01:40] </w:t>
      </w:r>
      <w:r>
        <w:t>everywhere Muslims are issuing very, very fiery statements.</w:t>
      </w:r>
    </w:p>
    <w:p>
      <w:pPr>
        <w:jc w:val="right"/>
      </w:pPr>
      <w:r>
        <w:t>everywhere Muslims are issuing very, very fiery statements.</w:t>
      </w:r>
    </w:p>
    <w:p>
      <w:r>
        <w:rPr>
          <w:b/>
        </w:rPr>
        <w:t xml:space="preserve">[01:51] </w:t>
      </w:r>
      <w:r>
        <w:t>I have read many of these statements.</w:t>
      </w:r>
    </w:p>
    <w:p>
      <w:pPr>
        <w:jc w:val="right"/>
      </w:pPr>
      <w:r>
        <w:t>I have read many of these statements.</w:t>
      </w:r>
    </w:p>
    <w:p>
      <w:r>
        <w:rPr>
          <w:b/>
        </w:rPr>
        <w:t xml:space="preserve">[02:00] </w:t>
      </w:r>
      <w:r>
        <w:t>The gist of all these angry statements is that when</w:t>
      </w:r>
    </w:p>
    <w:p>
      <w:pPr>
        <w:jc w:val="right"/>
      </w:pPr>
      <w:r>
        <w:t>The gist of all these angry statements is that when</w:t>
      </w:r>
    </w:p>
    <w:p>
      <w:r>
        <w:rPr>
          <w:b/>
        </w:rPr>
        <w:t xml:space="preserve">[02:10] </w:t>
      </w:r>
      <w:r>
        <w:t>Muslim Brotherhood</w:t>
      </w:r>
    </w:p>
    <w:p>
      <w:pPr>
        <w:jc w:val="right"/>
      </w:pPr>
      <w:r>
        <w:t>Muslim Brotherhood</w:t>
      </w:r>
    </w:p>
    <w:p>
      <w:r>
        <w:rPr>
          <w:b/>
        </w:rPr>
        <w:t xml:space="preserve">[02:14] </w:t>
      </w:r>
      <w:r>
        <w:t>gained the</w:t>
      </w:r>
    </w:p>
    <w:p>
      <w:pPr>
        <w:jc w:val="right"/>
      </w:pPr>
      <w:r>
        <w:t>gained the</w:t>
      </w:r>
    </w:p>
    <w:p>
      <w:r>
        <w:rPr>
          <w:b/>
        </w:rPr>
        <w:t xml:space="preserve">[02:18] </w:t>
      </w:r>
      <w:r>
        <w:t>power in Egypt,</w:t>
      </w:r>
    </w:p>
    <w:p>
      <w:pPr>
        <w:jc w:val="right"/>
      </w:pPr>
      <w:r>
        <w:t>power in Egypt,</w:t>
      </w:r>
    </w:p>
    <w:p>
      <w:r>
        <w:rPr>
          <w:b/>
        </w:rPr>
        <w:t xml:space="preserve">[02:24] </w:t>
      </w:r>
      <w:r>
        <w:t>the Western world</w:t>
      </w:r>
    </w:p>
    <w:p>
      <w:pPr>
        <w:jc w:val="right"/>
      </w:pPr>
      <w:r>
        <w:t>the Western world</w:t>
      </w:r>
    </w:p>
    <w:p>
      <w:r>
        <w:rPr>
          <w:b/>
        </w:rPr>
        <w:t xml:space="preserve">[02:28] </w:t>
      </w:r>
      <w:r>
        <w:t>took it as a danger. They felt that</w:t>
      </w:r>
    </w:p>
    <w:p>
      <w:pPr>
        <w:jc w:val="right"/>
      </w:pPr>
      <w:r>
        <w:t>took it as a danger. They felt that</w:t>
      </w:r>
    </w:p>
    <w:p>
      <w:r>
        <w:rPr>
          <w:b/>
        </w:rPr>
        <w:t xml:space="preserve">[02:38] </w:t>
      </w:r>
      <w:r>
        <w:t>the history of crusades is repeating. And now we will now they will witness the same history that happened during the Crusades War.</w:t>
      </w:r>
    </w:p>
    <w:p>
      <w:pPr>
        <w:jc w:val="right"/>
      </w:pPr>
      <w:r>
        <w:t>the history of crusades is repeating. And now we will now they will witness the same history that happened during the Crusades War.</w:t>
      </w:r>
    </w:p>
    <w:p>
      <w:r>
        <w:rPr>
          <w:b/>
        </w:rPr>
        <w:t xml:space="preserve">[03:00] </w:t>
      </w:r>
      <w:r>
        <w:t>So Western nations, Western countries had a conspiracy. And some Muslim countries, like Saudi Arabia,</w:t>
      </w:r>
    </w:p>
    <w:p>
      <w:pPr>
        <w:jc w:val="right"/>
      </w:pPr>
      <w:r>
        <w:t>So Western nations, Western countries had a conspiracy. And some Muslim countries, like Saudi Arabia,</w:t>
      </w:r>
    </w:p>
    <w:p>
      <w:r>
        <w:rPr>
          <w:b/>
        </w:rPr>
        <w:t xml:space="preserve">[03:19] </w:t>
      </w:r>
      <w:r>
        <w:t>also supported their design. And by the support of all these anti-Islamic forces, the Egyptian army</w:t>
      </w:r>
    </w:p>
    <w:p>
      <w:pPr>
        <w:jc w:val="right"/>
      </w:pPr>
      <w:r>
        <w:t>also supported their design. And by the support of all these anti-Islamic forces, the Egyptian army</w:t>
      </w:r>
    </w:p>
    <w:p>
      <w:r>
        <w:rPr>
          <w:b/>
        </w:rPr>
        <w:t xml:space="preserve">[03:35] </w:t>
      </w:r>
      <w:r>
        <w:t>deposed Dr. Muhammad Mursi.</w:t>
      </w:r>
    </w:p>
    <w:p>
      <w:pPr>
        <w:jc w:val="right"/>
      </w:pPr>
      <w:r>
        <w:t>deposed Dr. Muhammad Mursi.</w:t>
      </w:r>
    </w:p>
    <w:p>
      <w:r>
        <w:rPr>
          <w:b/>
        </w:rPr>
        <w:t xml:space="preserve">[03:40] </w:t>
      </w:r>
      <w:r>
        <w:t>So according to present Muslim leaders, this event was</w:t>
      </w:r>
    </w:p>
    <w:p>
      <w:pPr>
        <w:jc w:val="right"/>
      </w:pPr>
      <w:r>
        <w:t>So according to present Muslim leaders, this event was</w:t>
      </w:r>
    </w:p>
    <w:p>
      <w:r>
        <w:rPr>
          <w:b/>
        </w:rPr>
        <w:t xml:space="preserve">[03:49] </w:t>
      </w:r>
      <w:r>
        <w:t>a conspiracy held by anti-Muslim forces.</w:t>
      </w:r>
    </w:p>
    <w:p>
      <w:pPr>
        <w:jc w:val="right"/>
      </w:pPr>
      <w:r>
        <w:t>a conspiracy held by anti-Muslim forces.</w:t>
      </w:r>
    </w:p>
    <w:p>
      <w:r>
        <w:rPr>
          <w:b/>
        </w:rPr>
        <w:t xml:space="preserve">[03:59] </w:t>
      </w:r>
      <w:r>
        <w:t>But there is a question, a great question.</w:t>
      </w:r>
    </w:p>
    <w:p>
      <w:pPr>
        <w:jc w:val="right"/>
      </w:pPr>
      <w:r>
        <w:t>But there is a question, a great question.</w:t>
      </w:r>
    </w:p>
    <w:p>
      <w:r>
        <w:rPr>
          <w:b/>
        </w:rPr>
        <w:t xml:space="preserve">[04:05] </w:t>
      </w:r>
      <w:r>
        <w:t>If it is a fact that what happened in Egypt, it was an act of enmity</w:t>
      </w:r>
    </w:p>
    <w:p>
      <w:pPr>
        <w:jc w:val="right"/>
      </w:pPr>
      <w:r>
        <w:t>If it is a fact that what happened in Egypt, it was an act of enmity</w:t>
      </w:r>
    </w:p>
    <w:p>
      <w:r>
        <w:rPr>
          <w:b/>
        </w:rPr>
        <w:t xml:space="preserve">[04:15] </w:t>
      </w:r>
      <w:r>
        <w:t>by Western nations, by Saudia, or by Israel, then where is God Almighty?</w:t>
      </w:r>
    </w:p>
    <w:p>
      <w:pPr>
        <w:jc w:val="right"/>
      </w:pPr>
      <w:r>
        <w:t>by Western nations, by Saudia, or by Israel, then where is God Almighty?</w:t>
      </w:r>
    </w:p>
    <w:p>
      <w:r>
        <w:rPr>
          <w:b/>
        </w:rPr>
        <w:t xml:space="preserve">[04:27] </w:t>
      </w:r>
      <w:r>
        <w:t>Where is God Almighty?</w:t>
      </w:r>
    </w:p>
    <w:p>
      <w:pPr>
        <w:jc w:val="right"/>
      </w:pPr>
      <w:r>
        <w:t>Where is God Almighty?</w:t>
      </w:r>
    </w:p>
    <w:p>
      <w:r>
        <w:rPr>
          <w:b/>
        </w:rPr>
        <w:t xml:space="preserve">[04:32] </w:t>
      </w:r>
      <w:r>
        <w:t>The Qur'an says that God Almighty never goes to sleep.</w:t>
      </w:r>
    </w:p>
    <w:p>
      <w:pPr>
        <w:jc w:val="right"/>
      </w:pPr>
      <w:r>
        <w:t>The Qur'an says that God Almighty never goes to sleep.</w:t>
      </w:r>
    </w:p>
    <w:p>
      <w:r>
        <w:rPr>
          <w:b/>
        </w:rPr>
        <w:t xml:space="preserve">[04:41] </w:t>
      </w:r>
      <w:r>
        <w:t>And also, there are dozens of verses in the Qur'an that tell us</w:t>
      </w:r>
    </w:p>
    <w:p>
      <w:pPr>
        <w:jc w:val="right"/>
      </w:pPr>
      <w:r>
        <w:t>And also, there are dozens of verses in the Qur'an that tell us</w:t>
      </w:r>
    </w:p>
    <w:p>
      <w:r>
        <w:rPr>
          <w:b/>
        </w:rPr>
        <w:t xml:space="preserve">[04:49] </w:t>
      </w:r>
      <w:r>
        <w:t>that God will not allow anti-Islamic forces to overpower Muslims.</w:t>
      </w:r>
    </w:p>
    <w:p>
      <w:pPr>
        <w:jc w:val="right"/>
      </w:pPr>
      <w:r>
        <w:t>that God will not allow anti-Islamic forces to overpower Muslims.</w:t>
      </w:r>
    </w:p>
    <w:p>
      <w:r>
        <w:rPr>
          <w:b/>
        </w:rPr>
        <w:t xml:space="preserve">[05:05] </w:t>
      </w:r>
      <w:r>
        <w:t>There are numerous verses in the Qur'an.</w:t>
      </w:r>
    </w:p>
    <w:p>
      <w:pPr>
        <w:jc w:val="right"/>
      </w:pPr>
      <w:r>
        <w:t>There are numerous verses in the Qur'an.</w:t>
      </w:r>
    </w:p>
    <w:p>
      <w:r>
        <w:rPr>
          <w:b/>
        </w:rPr>
        <w:t xml:space="preserve">[05:12] </w:t>
      </w:r>
      <w:r>
        <w:t>Then why did God Almighty</w:t>
      </w:r>
    </w:p>
    <w:p>
      <w:pPr>
        <w:jc w:val="right"/>
      </w:pPr>
      <w:r>
        <w:t>Then why did God Almighty</w:t>
      </w:r>
    </w:p>
    <w:p>
      <w:r>
        <w:rPr>
          <w:b/>
        </w:rPr>
        <w:t xml:space="preserve">[05:18] </w:t>
      </w:r>
      <w:r>
        <w:t>become indifferent? Why did Muslims fail to</w:t>
      </w:r>
    </w:p>
    <w:p>
      <w:pPr>
        <w:jc w:val="right"/>
      </w:pPr>
      <w:r>
        <w:t>become indifferent? Why did Muslims fail to</w:t>
      </w:r>
    </w:p>
    <w:p>
      <w:r>
        <w:rPr>
          <w:b/>
        </w:rPr>
        <w:t xml:space="preserve">[05:25] </w:t>
      </w:r>
      <w:r>
        <w:t>receive the help from God? Why?</w:t>
      </w:r>
    </w:p>
    <w:p>
      <w:pPr>
        <w:jc w:val="right"/>
      </w:pPr>
      <w:r>
        <w:t>receive the help from God? Why?</w:t>
      </w:r>
    </w:p>
    <w:p>
      <w:r>
        <w:rPr>
          <w:b/>
        </w:rPr>
        <w:t xml:space="preserve">[05:38] </w:t>
      </w:r>
      <w:r>
        <w:t>According to my knowledge of the Qur'an, I can say that this kind of reaction by Muslim people is baseless, quite baseless.</w:t>
      </w:r>
    </w:p>
    <w:p>
      <w:pPr>
        <w:jc w:val="right"/>
      </w:pPr>
      <w:r>
        <w:t>According to my knowledge of the Qur'an, I can say that this kind of reaction by Muslim people is baseless, quite baseless.</w:t>
      </w:r>
    </w:p>
    <w:p>
      <w:r>
        <w:rPr>
          <w:b/>
        </w:rPr>
        <w:t xml:space="preserve">[06:03] </w:t>
      </w:r>
      <w:r>
        <w:t>This event invites Muslims to reassess their position, to reset their goal, to revise their policies.</w:t>
      </w:r>
    </w:p>
    <w:p>
      <w:pPr>
        <w:jc w:val="right"/>
      </w:pPr>
      <w:r>
        <w:t>This event invites Muslims to reassess their position, to reset their goal, to revise their policies.</w:t>
      </w:r>
    </w:p>
    <w:p>
      <w:r>
        <w:rPr>
          <w:b/>
        </w:rPr>
        <w:t xml:space="preserve">[06:18] </w:t>
      </w:r>
      <w:r>
        <w:t>This kind of heave and cry, this kind of protest, this kind of state demonstration will not do.</w:t>
      </w:r>
    </w:p>
    <w:p>
      <w:pPr>
        <w:jc w:val="right"/>
      </w:pPr>
      <w:r>
        <w:t>This kind of heave and cry, this kind of protest, this kind of state demonstration will not do.</w:t>
      </w:r>
    </w:p>
    <w:p>
      <w:r>
        <w:rPr>
          <w:b/>
        </w:rPr>
        <w:t xml:space="preserve">[06:34] </w:t>
      </w:r>
      <w:r>
        <w:t>Then I have studied a lot on this matter. I can say that</w:t>
      </w:r>
    </w:p>
    <w:p>
      <w:pPr>
        <w:jc w:val="right"/>
      </w:pPr>
      <w:r>
        <w:t>Then I have studied a lot on this matter. I can say that</w:t>
      </w:r>
    </w:p>
    <w:p>
      <w:r>
        <w:rPr>
          <w:b/>
        </w:rPr>
        <w:t xml:space="preserve">[06:46] </w:t>
      </w:r>
      <w:r>
        <w:t>the root cause lies among the Muslims themselves.</w:t>
      </w:r>
    </w:p>
    <w:p>
      <w:pPr>
        <w:jc w:val="right"/>
      </w:pPr>
      <w:r>
        <w:t>the root cause lies among the Muslims themselves.</w:t>
      </w:r>
    </w:p>
    <w:p>
      <w:r>
        <w:rPr>
          <w:b/>
        </w:rPr>
        <w:t xml:space="preserve">[06:55] </w:t>
      </w:r>
      <w:r>
        <w:t>Here, I would like to remind the history of Muslims.</w:t>
      </w:r>
    </w:p>
    <w:p>
      <w:pPr>
        <w:jc w:val="right"/>
      </w:pPr>
      <w:r>
        <w:t>Here, I would like to remind the history of Muslims.</w:t>
      </w:r>
    </w:p>
    <w:p>
      <w:r>
        <w:rPr>
          <w:b/>
        </w:rPr>
        <w:t xml:space="preserve">[07:00] </w:t>
      </w:r>
      <w:r>
        <w:t>You know, Islam, the history of Islam began in Arabia in the first quarter of the seventh century.</w:t>
      </w:r>
    </w:p>
    <w:p>
      <w:pPr>
        <w:jc w:val="right"/>
      </w:pPr>
      <w:r>
        <w:t>You know, Islam, the history of Islam began in Arabia in the first quarter of the seventh century.</w:t>
      </w:r>
    </w:p>
    <w:p>
      <w:r>
        <w:rPr>
          <w:b/>
        </w:rPr>
        <w:t xml:space="preserve">[07:13] </w:t>
      </w:r>
      <w:r>
        <w:t>Then Islam spread with very high speed throughout the world.</w:t>
      </w:r>
    </w:p>
    <w:p>
      <w:pPr>
        <w:jc w:val="right"/>
      </w:pPr>
      <w:r>
        <w:t>Then Islam spread with very high speed throughout the world.</w:t>
      </w:r>
    </w:p>
    <w:p>
      <w:r>
        <w:rPr>
          <w:b/>
        </w:rPr>
        <w:t xml:space="preserve">[07:24] </w:t>
      </w:r>
      <w:r>
        <w:t>And now there are more than one billion Muslims throughout the world.</w:t>
      </w:r>
    </w:p>
    <w:p>
      <w:pPr>
        <w:jc w:val="right"/>
      </w:pPr>
      <w:r>
        <w:t>And now there are more than one billion Muslims throughout the world.</w:t>
      </w:r>
    </w:p>
    <w:p>
      <w:r>
        <w:rPr>
          <w:b/>
        </w:rPr>
        <w:t xml:space="preserve">[07:31] </w:t>
      </w:r>
      <w:r>
        <w:t>But there is a law of nature. This nature, this law covers all the nations.</w:t>
      </w:r>
    </w:p>
    <w:p>
      <w:pPr>
        <w:jc w:val="right"/>
      </w:pPr>
      <w:r>
        <w:t>But there is a law of nature. This nature, this law covers all the nations.</w:t>
      </w:r>
    </w:p>
    <w:p>
      <w:r>
        <w:rPr>
          <w:b/>
        </w:rPr>
        <w:t xml:space="preserve">[07:42] </w:t>
      </w:r>
      <w:r>
        <w:t>And Muslims are not an exception.</w:t>
      </w:r>
    </w:p>
    <w:p>
      <w:pPr>
        <w:jc w:val="right"/>
      </w:pPr>
      <w:r>
        <w:t>And Muslims are not an exception.</w:t>
      </w:r>
    </w:p>
    <w:p>
      <w:r>
        <w:rPr>
          <w:b/>
        </w:rPr>
        <w:t xml:space="preserve">[07:48] </w:t>
      </w:r>
      <w:r>
        <w:t>This law is a law of decay.</w:t>
      </w:r>
    </w:p>
    <w:p>
      <w:pPr>
        <w:jc w:val="right"/>
      </w:pPr>
      <w:r>
        <w:t>This law is a law of decay.</w:t>
      </w:r>
    </w:p>
    <w:p>
      <w:r>
        <w:rPr>
          <w:b/>
        </w:rPr>
        <w:t xml:space="preserve">[07:54] </w:t>
      </w:r>
      <w:r>
        <w:t>When we talk about other natural phenomena, we can say that it was decay.</w:t>
      </w:r>
    </w:p>
    <w:p>
      <w:pPr>
        <w:jc w:val="right"/>
      </w:pPr>
      <w:r>
        <w:t>When we talk about other natural phenomena, we can say that it was decay.</w:t>
      </w:r>
    </w:p>
    <w:p>
      <w:r>
        <w:rPr>
          <w:b/>
        </w:rPr>
        <w:t xml:space="preserve">[08:10] </w:t>
      </w:r>
      <w:r>
        <w:t>And when we explain Muslim, when we explain the human group, human condition, then we call it degeneration.</w:t>
      </w:r>
    </w:p>
    <w:p>
      <w:pPr>
        <w:jc w:val="right"/>
      </w:pPr>
      <w:r>
        <w:t>And when we explain Muslim, when we explain the human group, human condition, then we call it degeneration.</w:t>
      </w:r>
    </w:p>
    <w:p>
      <w:r>
        <w:rPr>
          <w:b/>
        </w:rPr>
        <w:t xml:space="preserve">[08:29] </w:t>
      </w:r>
      <w:r>
        <w:t>So after some centuries, there was a process of degeneration among Muslims.</w:t>
      </w:r>
    </w:p>
    <w:p>
      <w:pPr>
        <w:jc w:val="right"/>
      </w:pPr>
      <w:r>
        <w:t>So after some centuries, there was a process of degeneration among Muslims.</w:t>
      </w:r>
    </w:p>
    <w:p>
      <w:r>
        <w:rPr>
          <w:b/>
        </w:rPr>
        <w:t xml:space="preserve">[08:40] </w:t>
      </w:r>
      <w:r>
        <w:t>And according to my study, I can say that this process was this process reached its culmination in the eighteenth century.</w:t>
      </w:r>
    </w:p>
    <w:p>
      <w:pPr>
        <w:jc w:val="right"/>
      </w:pPr>
      <w:r>
        <w:t>And according to my study, I can say that this process was this process reached its culmination in the eighteenth century.</w:t>
      </w:r>
    </w:p>
    <w:p>
      <w:r>
        <w:rPr>
          <w:b/>
        </w:rPr>
        <w:t xml:space="preserve">[08:56] </w:t>
      </w:r>
      <w:r>
        <w:t>The eighteenth century was the century of decline</w:t>
      </w:r>
    </w:p>
    <w:p>
      <w:pPr>
        <w:jc w:val="right"/>
      </w:pPr>
      <w:r>
        <w:t>The eighteenth century was the century of decline</w:t>
      </w:r>
    </w:p>
    <w:p>
      <w:r>
        <w:rPr>
          <w:b/>
        </w:rPr>
        <w:t xml:space="preserve">[09:04] </w:t>
      </w:r>
      <w:r>
        <w:t>for Muslims. Now the time was to revive Muslims again, to revive Muslim Ummah again.</w:t>
      </w:r>
    </w:p>
    <w:p>
      <w:pPr>
        <w:jc w:val="right"/>
      </w:pPr>
      <w:r>
        <w:t>for Muslims. Now the time was to revive Muslims again, to revive Muslim Ummah again.</w:t>
      </w:r>
    </w:p>
    <w:p>
      <w:r>
        <w:rPr>
          <w:b/>
        </w:rPr>
        <w:t xml:space="preserve">[09:19] </w:t>
      </w:r>
      <w:r>
        <w:t>But what was the scheme of revival?</w:t>
      </w:r>
    </w:p>
    <w:p>
      <w:pPr>
        <w:jc w:val="right"/>
      </w:pPr>
      <w:r>
        <w:t>But what was the scheme of revival?</w:t>
      </w:r>
    </w:p>
    <w:p>
      <w:r>
        <w:rPr>
          <w:b/>
        </w:rPr>
        <w:t xml:space="preserve">[09:29] </w:t>
      </w:r>
      <w:r>
        <w:t>All the Muslim leaders of that period adopted one method that was Jihad.</w:t>
      </w:r>
    </w:p>
    <w:p>
      <w:pPr>
        <w:jc w:val="right"/>
      </w:pPr>
      <w:r>
        <w:t>All the Muslim leaders of that period adopted one method that was Jihad.</w:t>
      </w:r>
    </w:p>
    <w:p>
      <w:r>
        <w:rPr>
          <w:b/>
        </w:rPr>
        <w:t xml:space="preserve">[09:39] </w:t>
      </w:r>
      <w:r>
        <w:t>Their diagnosis was that we are surrounded with enemies.</w:t>
      </w:r>
    </w:p>
    <w:p>
      <w:pPr>
        <w:jc w:val="right"/>
      </w:pPr>
      <w:r>
        <w:t>Their diagnosis was that we are surrounded with enemies.</w:t>
      </w:r>
    </w:p>
    <w:p>
      <w:r>
        <w:rPr>
          <w:b/>
        </w:rPr>
        <w:t xml:space="preserve">[09:47] </w:t>
      </w:r>
      <w:r>
        <w:t>And this enemy has</w:t>
      </w:r>
    </w:p>
    <w:p>
      <w:pPr>
        <w:jc w:val="right"/>
      </w:pPr>
      <w:r>
        <w:t>And this enemy has</w:t>
      </w:r>
    </w:p>
    <w:p>
      <w:r>
        <w:rPr>
          <w:b/>
        </w:rPr>
        <w:t xml:space="preserve">[09:54] </w:t>
      </w:r>
      <w:r>
        <w:t>created problems for us</w:t>
      </w:r>
    </w:p>
    <w:p>
      <w:pPr>
        <w:jc w:val="right"/>
      </w:pPr>
      <w:r>
        <w:t>created problems for us</w:t>
      </w:r>
    </w:p>
    <w:p>
      <w:r>
        <w:rPr>
          <w:b/>
        </w:rPr>
        <w:t xml:space="preserve">[09:59] </w:t>
      </w:r>
      <w:r>
        <w:t>. They have destroyed the Muslim Empire. So according to the Muslim leaders of that time, it was a phenomenon of enmity.</w:t>
      </w:r>
    </w:p>
    <w:p>
      <w:pPr>
        <w:jc w:val="right"/>
      </w:pPr>
      <w:r>
        <w:t>. They have destroyed the Muslim Empire. So according to the Muslim leaders of that time, it was a phenomenon of enmity.</w:t>
      </w:r>
    </w:p>
    <w:p>
      <w:r>
        <w:rPr>
          <w:b/>
        </w:rPr>
        <w:t xml:space="preserve">[10:14] </w:t>
      </w:r>
      <w:r>
        <w:t>It was a phenomenon of enmity by the anti-Muslim world. So they started Jihad.</w:t>
      </w:r>
    </w:p>
    <w:p>
      <w:pPr>
        <w:jc w:val="right"/>
      </w:pPr>
      <w:r>
        <w:t>It was a phenomenon of enmity by the anti-Muslim world. So they started Jihad.</w:t>
      </w:r>
    </w:p>
    <w:p>
      <w:r>
        <w:rPr>
          <w:b/>
        </w:rPr>
        <w:t xml:space="preserve">[10:27] </w:t>
      </w:r>
      <w:r>
        <w:t>That is, they adopted a political method for the purpose of revival of Muslims, a political method.</w:t>
      </w:r>
    </w:p>
    <w:p>
      <w:pPr>
        <w:jc w:val="right"/>
      </w:pPr>
      <w:r>
        <w:t>That is, they adopted a political method for the purpose of revival of Muslims, a political method.</w:t>
      </w:r>
    </w:p>
    <w:p>
      <w:r>
        <w:rPr>
          <w:b/>
        </w:rPr>
        <w:t xml:space="preserve">[10:41] </w:t>
      </w:r>
      <w:r>
        <w:t>Political method is inherently a confrontational method. Political method is inherently a confrontational method.</w:t>
      </w:r>
    </w:p>
    <w:p>
      <w:pPr>
        <w:jc w:val="right"/>
      </w:pPr>
      <w:r>
        <w:t>Political method is inherently a confrontational method. Political method is inherently a confrontational method.</w:t>
      </w:r>
    </w:p>
    <w:p>
      <w:r>
        <w:rPr>
          <w:b/>
        </w:rPr>
        <w:t xml:space="preserve">[10:58] </w:t>
      </w:r>
      <w:r>
        <w:t>So it was but natural that there was fighting, violence, war.</w:t>
      </w:r>
    </w:p>
    <w:p>
      <w:pPr>
        <w:jc w:val="right"/>
      </w:pPr>
      <w:r>
        <w:t>So it was but natural that there was fighting, violence, war.</w:t>
      </w:r>
    </w:p>
    <w:p>
      <w:r>
        <w:rPr>
          <w:b/>
        </w:rPr>
        <w:t xml:space="preserve">[11:09] </w:t>
      </w:r>
      <w:r>
        <w:t>And Muslims were engaged in this violent activism. But all their</w:t>
      </w:r>
    </w:p>
    <w:p>
      <w:pPr>
        <w:jc w:val="right"/>
      </w:pPr>
      <w:r>
        <w:t>And Muslims were engaged in this violent activism. But all their</w:t>
      </w:r>
    </w:p>
    <w:p>
      <w:r>
        <w:rPr>
          <w:b/>
        </w:rPr>
        <w:t xml:space="preserve">[11:21] </w:t>
      </w:r>
      <w:r>
        <w:t>efforts failed.</w:t>
      </w:r>
    </w:p>
    <w:p>
      <w:pPr>
        <w:jc w:val="right"/>
      </w:pPr>
      <w:r>
        <w:t>efforts failed.</w:t>
      </w:r>
    </w:p>
    <w:p>
      <w:r>
        <w:rPr>
          <w:b/>
        </w:rPr>
        <w:t xml:space="preserve">[11:26] </w:t>
      </w:r>
      <w:r>
        <w:t>They sacrificed a lot in terms of life, in terms of money.</w:t>
      </w:r>
    </w:p>
    <w:p>
      <w:pPr>
        <w:jc w:val="right"/>
      </w:pPr>
      <w:r>
        <w:t>They sacrificed a lot in terms of life, in terms of money.</w:t>
      </w:r>
    </w:p>
    <w:p>
      <w:r>
        <w:rPr>
          <w:b/>
        </w:rPr>
        <w:t xml:space="preserve">[11:34] </w:t>
      </w:r>
      <w:r>
        <w:t>They sacrificed a lot. But their Jihad completely failed.</w:t>
      </w:r>
    </w:p>
    <w:p>
      <w:pPr>
        <w:jc w:val="right"/>
      </w:pPr>
      <w:r>
        <w:t>They sacrificed a lot. But their Jihad completely failed.</w:t>
      </w:r>
    </w:p>
    <w:p>
      <w:r>
        <w:rPr>
          <w:b/>
        </w:rPr>
        <w:t xml:space="preserve">[11:46] </w:t>
      </w:r>
      <w:r>
        <w:t>Here was the question.</w:t>
      </w:r>
    </w:p>
    <w:p>
      <w:pPr>
        <w:jc w:val="right"/>
      </w:pPr>
      <w:r>
        <w:t>Here was the question.</w:t>
      </w:r>
    </w:p>
    <w:p>
      <w:r>
        <w:rPr>
          <w:b/>
        </w:rPr>
        <w:t xml:space="preserve">[11:49] </w:t>
      </w:r>
      <w:r>
        <w:t>All the Muslim leaders must</w:t>
      </w:r>
    </w:p>
    <w:p>
      <w:pPr>
        <w:jc w:val="right"/>
      </w:pPr>
      <w:r>
        <w:t>All the Muslim leaders must</w:t>
      </w:r>
    </w:p>
    <w:p>
      <w:r>
        <w:rPr>
          <w:b/>
        </w:rPr>
        <w:t xml:space="preserve">[11:55] </w:t>
      </w:r>
      <w:r>
        <w:t>go to introspection. They must study the Qur'an. They must find out where we were wrong.</w:t>
      </w:r>
    </w:p>
    <w:p>
      <w:pPr>
        <w:jc w:val="right"/>
      </w:pPr>
      <w:r>
        <w:t>go to introspection. They must study the Qur'an. They must find out where we were wrong.</w:t>
      </w:r>
    </w:p>
    <w:p>
      <w:r>
        <w:rPr>
          <w:b/>
        </w:rPr>
        <w:t xml:space="preserve">[12:08] </w:t>
      </w:r>
      <w:r>
        <w:t>The wrong was that they adopted a wrong method.</w:t>
      </w:r>
    </w:p>
    <w:p>
      <w:pPr>
        <w:jc w:val="right"/>
      </w:pPr>
      <w:r>
        <w:t>The wrong was that they adopted a wrong method.</w:t>
      </w:r>
    </w:p>
    <w:p>
      <w:r>
        <w:rPr>
          <w:b/>
        </w:rPr>
        <w:t xml:space="preserve">[12:16] </w:t>
      </w:r>
      <w:r>
        <w:t>They set the goal of political they set a political goal. They wanted to regain their political power.</w:t>
      </w:r>
    </w:p>
    <w:p>
      <w:pPr>
        <w:jc w:val="right"/>
      </w:pPr>
      <w:r>
        <w:t>They set the goal of political they set a political goal. They wanted to regain their political power.</w:t>
      </w:r>
    </w:p>
    <w:p>
      <w:r>
        <w:rPr>
          <w:b/>
        </w:rPr>
        <w:t xml:space="preserve">[12:29] </w:t>
      </w:r>
      <w:r>
        <w:t>They wanted to reestablish the Muslim Empire. That was wrong.</w:t>
      </w:r>
    </w:p>
    <w:p>
      <w:pPr>
        <w:jc w:val="right"/>
      </w:pPr>
      <w:r>
        <w:t>They wanted to reestablish the Muslim Empire. That was wrong.</w:t>
      </w:r>
    </w:p>
    <w:p>
      <w:r>
        <w:rPr>
          <w:b/>
        </w:rPr>
        <w:t xml:space="preserve">[12:40] </w:t>
      </w:r>
      <w:r>
        <w:t>Political power</w:t>
      </w:r>
    </w:p>
    <w:p>
      <w:pPr>
        <w:jc w:val="right"/>
      </w:pPr>
      <w:r>
        <w:t>Political power</w:t>
      </w:r>
    </w:p>
    <w:p>
      <w:r>
        <w:rPr>
          <w:b/>
        </w:rPr>
        <w:t xml:space="preserve">[12:45] </w:t>
      </w:r>
      <w:r>
        <w:t>needs a political team. If you have a political team, a prepared team, then you can establish a political power.</w:t>
      </w:r>
    </w:p>
    <w:p>
      <w:pPr>
        <w:jc w:val="right"/>
      </w:pPr>
      <w:r>
        <w:t>needs a political team. If you have a political team, a prepared team, then you can establish a political power.</w:t>
      </w:r>
    </w:p>
    <w:p>
      <w:r>
        <w:rPr>
          <w:b/>
        </w:rPr>
        <w:t xml:space="preserve">[12:56] </w:t>
      </w:r>
      <w:r>
        <w:t>Otherwise, not. So Muslims were reduced to a degenerated l</w:t>
      </w:r>
    </w:p>
    <w:p>
      <w:pPr>
        <w:jc w:val="right"/>
      </w:pPr>
      <w:r>
        <w:t>Otherwise, not. So Muslims were reduced to a degenerated l</w:t>
      </w:r>
    </w:p>
    <w:p>
      <w:r>
        <w:rPr>
          <w:b/>
        </w:rPr>
        <w:t xml:space="preserve">[13:04] </w:t>
      </w:r>
      <w:r>
        <w:t>ot. Muslims were in the worst state of their zawal, decline. So this kind of nation, this kind of Ummah was not able to rule the world.</w:t>
      </w:r>
    </w:p>
    <w:p>
      <w:pPr>
        <w:jc w:val="right"/>
      </w:pPr>
      <w:r>
        <w:t>ot. Muslims were in the worst state of their zawal, decline. So this kind of nation, this kind of Ummah was not able to rule the world.</w:t>
      </w:r>
    </w:p>
    <w:p>
      <w:r>
        <w:rPr>
          <w:b/>
        </w:rPr>
        <w:t xml:space="preserve">[13:26] </w:t>
      </w:r>
      <w:r>
        <w:t>It was impossible.</w:t>
      </w:r>
    </w:p>
    <w:p>
      <w:pPr>
        <w:jc w:val="right"/>
      </w:pPr>
      <w:r>
        <w:t>It was impossible.</w:t>
      </w:r>
    </w:p>
    <w:p>
      <w:r>
        <w:rPr>
          <w:b/>
        </w:rPr>
        <w:t xml:space="preserve">[13:30] </w:t>
      </w:r>
      <w:r>
        <w:t>So God Almighty so they were not able to find to receive God Almighty's help.</w:t>
      </w:r>
    </w:p>
    <w:p>
      <w:pPr>
        <w:jc w:val="right"/>
      </w:pPr>
      <w:r>
        <w:t>So God Almighty so they were not able to find to receive God Almighty's help.</w:t>
      </w:r>
    </w:p>
    <w:p>
      <w:r>
        <w:rPr>
          <w:b/>
        </w:rPr>
        <w:t xml:space="preserve">[13:40] </w:t>
      </w:r>
      <w:r>
        <w:t>So they failed. Now the real goal the real</w:t>
      </w:r>
    </w:p>
    <w:p>
      <w:pPr>
        <w:jc w:val="right"/>
      </w:pPr>
      <w:r>
        <w:t>So they failed. Now the real goal the real</w:t>
      </w:r>
    </w:p>
    <w:p>
      <w:r>
        <w:rPr>
          <w:b/>
        </w:rPr>
        <w:t xml:space="preserve">[13:51] </w:t>
      </w:r>
      <w:r>
        <w:t>goal was Dawah illa Allah.</w:t>
      </w:r>
    </w:p>
    <w:p>
      <w:pPr>
        <w:jc w:val="right"/>
      </w:pPr>
      <w:r>
        <w:t>goal was Dawah illa Allah.</w:t>
      </w:r>
    </w:p>
    <w:p>
      <w:r>
        <w:rPr>
          <w:b/>
        </w:rPr>
        <w:t xml:space="preserve">[13:54] </w:t>
      </w:r>
      <w:r>
        <w:t>All the Muslim leaders must issue a fatwa that we have to adopt the same method that was adopted by the Prophet of Islam.</w:t>
      </w:r>
    </w:p>
    <w:p>
      <w:pPr>
        <w:jc w:val="right"/>
      </w:pPr>
      <w:r>
        <w:t>All the Muslim leaders must issue a fatwa that we have to adopt the same method that was adopted by the Prophet of Islam.</w:t>
      </w:r>
    </w:p>
    <w:p>
      <w:r>
        <w:rPr>
          <w:b/>
        </w:rPr>
        <w:t xml:space="preserve">[14:10] </w:t>
      </w:r>
      <w:r>
        <w:t>The Prophet of Islam started his mission in Mecca as a Dai.</w:t>
      </w:r>
    </w:p>
    <w:p>
      <w:pPr>
        <w:jc w:val="right"/>
      </w:pPr>
      <w:r>
        <w:t>The Prophet of Islam started his mission in Mecca as a Dai.</w:t>
      </w:r>
    </w:p>
    <w:p>
      <w:r>
        <w:rPr>
          <w:b/>
        </w:rPr>
        <w:t xml:space="preserve">[14:29] </w:t>
      </w:r>
      <w:r>
        <w:t>So the Prophet of Islam started his mission as a Dai.</w:t>
      </w:r>
    </w:p>
    <w:p>
      <w:pPr>
        <w:jc w:val="right"/>
      </w:pPr>
      <w:r>
        <w:t>So the Prophet of Islam started his mission as a Dai.</w:t>
      </w:r>
    </w:p>
    <w:p>
      <w:r>
        <w:rPr>
          <w:b/>
        </w:rPr>
        <w:t xml:space="preserve">[14:37] </w:t>
      </w:r>
      <w:r>
        <w:t>And gradually, there was achievement in every terms. And finally, Muslims</w:t>
      </w:r>
    </w:p>
    <w:p>
      <w:pPr>
        <w:jc w:val="right"/>
      </w:pPr>
      <w:r>
        <w:t>And gradually, there was achievement in every terms. And finally, Muslims</w:t>
      </w:r>
    </w:p>
    <w:p>
      <w:r>
        <w:rPr>
          <w:b/>
        </w:rPr>
        <w:t xml:space="preserve">[14:49] </w:t>
      </w:r>
      <w:r>
        <w:t>achieved political power. But not at the beginning.</w:t>
      </w:r>
    </w:p>
    <w:p>
      <w:pPr>
        <w:jc w:val="right"/>
      </w:pPr>
      <w:r>
        <w:t>achieved political power. But not at the beginning.</w:t>
      </w:r>
    </w:p>
    <w:p>
      <w:r>
        <w:rPr>
          <w:b/>
        </w:rPr>
        <w:t xml:space="preserve">[14:56] </w:t>
      </w:r>
      <w:r>
        <w:t>It was the final stage of the Islamic movement. So one great Buddhist hasrightly said that</w:t>
      </w:r>
    </w:p>
    <w:p>
      <w:pPr>
        <w:jc w:val="right"/>
      </w:pPr>
      <w:r>
        <w:t>It was the final stage of the Islamic movement. So one great Buddhist hasrightly said that</w:t>
      </w:r>
    </w:p>
    <w:p>
      <w:r>
        <w:rPr>
          <w:b/>
        </w:rPr>
        <w:t xml:space="preserve">[15:10] </w:t>
      </w:r>
      <w:r>
        <w:t>lan yuslihu aakhiru hadhihi al-ummah illa bima salaha bihi awwaluha It means that the Muslim Ummah must adopt the same method that was adopted by the Prophet.</w:t>
      </w:r>
    </w:p>
    <w:p>
      <w:pPr>
        <w:jc w:val="right"/>
      </w:pPr>
      <w:r>
        <w:t>لن يصلح آخر هذه الأمة إلا بما صلح به أولها It means that the Muslim Ummah must adopt the same method that was adopted by the Prophet.</w:t>
      </w:r>
    </w:p>
    <w:p>
      <w:r>
        <w:rPr>
          <w:b/>
        </w:rPr>
        <w:t xml:space="preserve">[15:25] </w:t>
      </w:r>
      <w:r>
        <w:t>Otherwise, they will fail.</w:t>
      </w:r>
    </w:p>
    <w:p>
      <w:pPr>
        <w:jc w:val="right"/>
      </w:pPr>
      <w:r>
        <w:t>Otherwise, they will fail.</w:t>
      </w:r>
    </w:p>
    <w:p>
      <w:r>
        <w:rPr>
          <w:b/>
        </w:rPr>
        <w:t xml:space="preserve">[15:31] </w:t>
      </w:r>
      <w:r>
        <w:t>So the Prophet's method was to start from Dawah. When Muslims became a degenerated Ummah,</w:t>
      </w:r>
    </w:p>
    <w:p>
      <w:pPr>
        <w:jc w:val="right"/>
      </w:pPr>
      <w:r>
        <w:t>So the Prophet's method was to start from Dawah. When Muslims became a degenerated Ummah,</w:t>
      </w:r>
    </w:p>
    <w:p>
      <w:r>
        <w:rPr>
          <w:b/>
        </w:rPr>
        <w:t xml:space="preserve">[15:47] </w:t>
      </w:r>
      <w:r>
        <w:t>when they reached their</w:t>
      </w:r>
    </w:p>
    <w:p>
      <w:pPr>
        <w:jc w:val="right"/>
      </w:pPr>
      <w:r>
        <w:t>when they reached their</w:t>
      </w:r>
    </w:p>
    <w:p>
      <w:r>
        <w:rPr>
          <w:b/>
        </w:rPr>
        <w:t xml:space="preserve">[15:54] </w:t>
      </w:r>
      <w:r>
        <w:t>decline, when they became a spent force, then the time was to return back to the Mecca strategy.</w:t>
      </w:r>
    </w:p>
    <w:p>
      <w:pPr>
        <w:jc w:val="right"/>
      </w:pPr>
      <w:r>
        <w:t>decline, when they became a spent force, then the time was to return back to the Mecca strategy.</w:t>
      </w:r>
    </w:p>
    <w:p>
      <w:r>
        <w:rPr>
          <w:b/>
        </w:rPr>
        <w:t xml:space="preserve">[16:11] </w:t>
      </w:r>
      <w:r>
        <w:t>Now the time was not to wage Jihad, not to try to establish political power, not to try to regain the Muslim Empire.</w:t>
      </w:r>
    </w:p>
    <w:p>
      <w:pPr>
        <w:jc w:val="right"/>
      </w:pPr>
      <w:r>
        <w:t>Now the time was not to wage Jihad, not to try to establish political power, not to try to regain the Muslim Empire.</w:t>
      </w:r>
    </w:p>
    <w:p>
      <w:r>
        <w:rPr>
          <w:b/>
        </w:rPr>
        <w:t xml:space="preserve">[16:27] </w:t>
      </w:r>
      <w:r>
        <w:t>That was</w:t>
      </w:r>
    </w:p>
    <w:p>
      <w:pPr>
        <w:jc w:val="right"/>
      </w:pPr>
      <w:r>
        <w:t>That was</w:t>
      </w:r>
    </w:p>
    <w:p>
      <w:r>
        <w:rPr>
          <w:b/>
        </w:rPr>
        <w:t xml:space="preserve">[16:32] </w:t>
      </w:r>
      <w:r>
        <w:t>not that this choice was quite wrong.</w:t>
      </w:r>
    </w:p>
    <w:p>
      <w:pPr>
        <w:jc w:val="right"/>
      </w:pPr>
      <w:r>
        <w:t>not that this choice was quite wrong.</w:t>
      </w:r>
    </w:p>
    <w:p>
      <w:r>
        <w:rPr>
          <w:b/>
        </w:rPr>
        <w:t xml:space="preserve">[16:40] </w:t>
      </w:r>
      <w:r>
        <w:t>They must go back and adopt the same method that was adopted by the Prophet of Islam in Mecca.</w:t>
      </w:r>
    </w:p>
    <w:p>
      <w:pPr>
        <w:jc w:val="right"/>
      </w:pPr>
      <w:r>
        <w:t>They must go back and adopt the same method that was adopted by the Prophet of Islam in Mecca.</w:t>
      </w:r>
    </w:p>
    <w:p>
      <w:r>
        <w:rPr>
          <w:b/>
        </w:rPr>
        <w:t xml:space="preserve">[16:51] </w:t>
      </w:r>
      <w:r>
        <w:t>That is Dawah, Dawah, Dawah illa Allah. But Dawah illa Allah is not a simple</w:t>
      </w:r>
    </w:p>
    <w:p>
      <w:pPr>
        <w:jc w:val="right"/>
      </w:pPr>
      <w:r>
        <w:t>That is Dawah, Dawah, Dawah illa Allah. But Dawah illa Allah is not a simple</w:t>
      </w:r>
    </w:p>
    <w:p>
      <w:r>
        <w:rPr>
          <w:b/>
        </w:rPr>
        <w:t xml:space="preserve">[17:01] </w:t>
      </w:r>
      <w:r>
        <w:t>act. It requires some conditions. Dawah illa Allah requires some conditions. For example, you have to</w:t>
      </w:r>
    </w:p>
    <w:p>
      <w:pPr>
        <w:jc w:val="right"/>
      </w:pPr>
      <w:r>
        <w:t>act. It requires some conditions. Dawah illa Allah requires some conditions. For example, you have to</w:t>
      </w:r>
    </w:p>
    <w:p>
      <w:r>
        <w:rPr>
          <w:b/>
        </w:rPr>
        <w:t xml:space="preserve">[17:15] </w:t>
      </w:r>
      <w:r>
        <w:t>act as a Nasih. Nasih means well-wisher. All the prophets, including the Prophet of Islam, were Nasih.</w:t>
      </w:r>
    </w:p>
    <w:p>
      <w:pPr>
        <w:jc w:val="right"/>
      </w:pPr>
      <w:r>
        <w:t>act as a Nasih. Nasih means well-wisher. All the prophets, including the Prophet of Islam, were Nasih.</w:t>
      </w:r>
    </w:p>
    <w:p>
      <w:r>
        <w:rPr>
          <w:b/>
        </w:rPr>
        <w:t xml:space="preserve">[17:26] </w:t>
      </w:r>
      <w:r>
        <w:t>And they well-wished to their Madhu. They well-wished to other mankind.</w:t>
      </w:r>
    </w:p>
    <w:p>
      <w:pPr>
        <w:jc w:val="right"/>
      </w:pPr>
      <w:r>
        <w:t>And they well-wished to their Madhū. They well-wished to other mankind.</w:t>
      </w:r>
    </w:p>
    <w:p>
      <w:r>
        <w:rPr>
          <w:b/>
        </w:rPr>
        <w:t xml:space="preserve">[17:40] </w:t>
      </w:r>
      <w:r>
        <w:t>So it was time to repeat that history. Muslims must Muslims have developed hate against these nations.</w:t>
      </w:r>
    </w:p>
    <w:p>
      <w:pPr>
        <w:jc w:val="right"/>
      </w:pPr>
      <w:r>
        <w:t>So it was time to repeat that history. Muslims must Muslims have developed hate against these nations.</w:t>
      </w:r>
    </w:p>
    <w:p>
      <w:r>
        <w:rPr>
          <w:b/>
        </w:rPr>
        <w:t xml:space="preserve">[17:58] </w:t>
      </w:r>
      <w:r>
        <w:t>After the eighteenth century, there was</w:t>
      </w:r>
    </w:p>
    <w:p>
      <w:pPr>
        <w:jc w:val="right"/>
      </w:pPr>
      <w:r>
        <w:t>After the eighteenth century, there was</w:t>
      </w:r>
    </w:p>
    <w:p>
      <w:r>
        <w:rPr>
          <w:b/>
        </w:rPr>
        <w:t xml:space="preserve">[18:06] </w:t>
      </w:r>
      <w:r>
        <w:t>the age of the printing press</w:t>
      </w:r>
    </w:p>
    <w:p>
      <w:pPr>
        <w:jc w:val="right"/>
      </w:pPr>
      <w:r>
        <w:t>the age of the printing press</w:t>
      </w:r>
    </w:p>
    <w:p>
      <w:r>
        <w:rPr>
          <w:b/>
        </w:rPr>
        <w:t xml:space="preserve">[18:10] </w:t>
      </w:r>
      <w:r>
        <w:t>. This printing press was a great blessing for Muslim leaders.</w:t>
      </w:r>
    </w:p>
    <w:p>
      <w:pPr>
        <w:jc w:val="right"/>
      </w:pPr>
      <w:r>
        <w:t>. This printing press was a great blessing for Muslim leaders.</w:t>
      </w:r>
    </w:p>
    <w:p>
      <w:r>
        <w:rPr>
          <w:b/>
        </w:rPr>
        <w:t xml:space="preserve">[18:17] </w:t>
      </w:r>
      <w:r>
        <w:t>The printing press was a great opportunity to spread the message. It was a great opportunity to train Muslims.</w:t>
      </w:r>
    </w:p>
    <w:p>
      <w:pPr>
        <w:jc w:val="right"/>
      </w:pPr>
      <w:r>
        <w:t>The printing press was a great opportunity to spread the message. It was a great opportunity to train Muslims.</w:t>
      </w:r>
    </w:p>
    <w:p>
      <w:r>
        <w:rPr>
          <w:b/>
        </w:rPr>
        <w:t xml:space="preserve">[18:30] </w:t>
      </w:r>
      <w:r>
        <w:t>It was a great opportunity to educate Muslims.</w:t>
      </w:r>
    </w:p>
    <w:p>
      <w:pPr>
        <w:jc w:val="right"/>
      </w:pPr>
      <w:r>
        <w:t>It was a great opportunity to educate Muslims.</w:t>
      </w:r>
    </w:p>
    <w:p>
      <w:r>
        <w:rPr>
          <w:b/>
        </w:rPr>
        <w:t xml:space="preserve">[18:35] </w:t>
      </w:r>
      <w:r>
        <w:t>But they utilized the printing press for a negative end.</w:t>
      </w:r>
    </w:p>
    <w:p>
      <w:pPr>
        <w:jc w:val="right"/>
      </w:pPr>
      <w:r>
        <w:t>But they utilized the printing press for a negative end.</w:t>
      </w:r>
    </w:p>
    <w:p>
      <w:r>
        <w:rPr>
          <w:b/>
        </w:rPr>
        <w:t xml:space="preserve">[18:45] </w:t>
      </w:r>
      <w:r>
        <w:t>That is, they spread hate. They spread violence. The whole Muslim Ummah became hateful.</w:t>
      </w:r>
    </w:p>
    <w:p>
      <w:pPr>
        <w:jc w:val="right"/>
      </w:pPr>
      <w:r>
        <w:t>That is, they spread hate. They spread violence. The whole Muslim Ummah became hateful.</w:t>
      </w:r>
    </w:p>
    <w:p>
      <w:r>
        <w:rPr>
          <w:b/>
        </w:rPr>
        <w:t xml:space="preserve">[18:57] </w:t>
      </w:r>
      <w:r>
        <w:t>This was against the Dawah spirit.</w:t>
      </w:r>
    </w:p>
    <w:p>
      <w:pPr>
        <w:jc w:val="right"/>
      </w:pPr>
      <w:r>
        <w:t>This was against the Dawah spirit.</w:t>
      </w:r>
    </w:p>
    <w:p>
      <w:r>
        <w:rPr>
          <w:b/>
        </w:rPr>
        <w:t xml:space="preserve">[19:01] </w:t>
      </w:r>
      <w:r>
        <w:t>Now, if we want to if we want to reset our priorities, if we want to reset our goal, if we want to repeat the history of the Prophet,</w:t>
      </w:r>
    </w:p>
    <w:p>
      <w:pPr>
        <w:jc w:val="right"/>
      </w:pPr>
      <w:r>
        <w:t>Now, if we want to if we want to reset our priorities, if we want to reset our goal, if we want to repeat the history of the Prophet,</w:t>
      </w:r>
    </w:p>
    <w:p>
      <w:r>
        <w:rPr>
          <w:b/>
        </w:rPr>
        <w:t xml:space="preserve">[19:19] </w:t>
      </w:r>
      <w:r>
        <w:t>first of all, we have to abandon all kinds of negative propaganda against those supposed enemies of Islam.</w:t>
      </w:r>
    </w:p>
    <w:p>
      <w:pPr>
        <w:jc w:val="right"/>
      </w:pPr>
      <w:r>
        <w:t>first of all, we have to abandon all kinds of negative propaganda against those supposed enemies of Islam.</w:t>
      </w:r>
    </w:p>
    <w:p>
      <w:r>
        <w:rPr>
          <w:b/>
        </w:rPr>
        <w:t xml:space="preserve">[19:31] </w:t>
      </w:r>
      <w:r>
        <w:t>They are Madhu. They are not enemies.</w:t>
      </w:r>
    </w:p>
    <w:p>
      <w:pPr>
        <w:jc w:val="right"/>
      </w:pPr>
      <w:r>
        <w:t>They are Madhū. They are not enemies.</w:t>
      </w:r>
    </w:p>
    <w:p>
      <w:r>
        <w:rPr>
          <w:b/>
        </w:rPr>
        <w:t xml:space="preserve">[19:35] </w:t>
      </w:r>
      <w:r>
        <w:t>All those people who are living from east to west are Madhu.</w:t>
      </w:r>
    </w:p>
    <w:p>
      <w:pPr>
        <w:jc w:val="right"/>
      </w:pPr>
      <w:r>
        <w:t>All those people who are living from east to west are Madhū.</w:t>
      </w:r>
    </w:p>
    <w:p>
      <w:r>
        <w:rPr>
          <w:b/>
        </w:rPr>
        <w:t xml:space="preserve">[19:43] </w:t>
      </w:r>
      <w:r>
        <w:t>And we have to show a spirit of well-wishing towards all these people. This is the first condition.</w:t>
      </w:r>
    </w:p>
    <w:p>
      <w:pPr>
        <w:jc w:val="right"/>
      </w:pPr>
      <w:r>
        <w:t>And we have to show a spirit of well-wishing towards all these people. This is the first condition.</w:t>
      </w:r>
    </w:p>
    <w:p>
      <w:r>
        <w:rPr>
          <w:b/>
        </w:rPr>
        <w:t xml:space="preserve">[19:56] </w:t>
      </w:r>
      <w:r>
        <w:t>Without inculcating the spirit of well-wishing in your heart, you cannot do Dawah work.</w:t>
      </w:r>
    </w:p>
    <w:p>
      <w:pPr>
        <w:jc w:val="right"/>
      </w:pPr>
      <w:r>
        <w:t>Without inculcating the spirit of well-wishing in your heart, you cannot do Dawah work.</w:t>
      </w:r>
    </w:p>
    <w:p>
      <w:r>
        <w:rPr>
          <w:b/>
        </w:rPr>
        <w:t xml:space="preserve">[20:07] </w:t>
      </w:r>
      <w:r>
        <w:t>Then the other condition is Muslims must abandon all kinds of violence.</w:t>
      </w:r>
    </w:p>
    <w:p>
      <w:pPr>
        <w:jc w:val="right"/>
      </w:pPr>
      <w:r>
        <w:t>Then the other condition is Muslims must abandon all kinds of violence.</w:t>
      </w:r>
    </w:p>
    <w:p>
      <w:r>
        <w:rPr>
          <w:b/>
        </w:rPr>
        <w:t xml:space="preserve">[20:19] </w:t>
      </w:r>
      <w:r>
        <w:t>For example, in several countries, there are groups who have acquired arms.</w:t>
      </w:r>
    </w:p>
    <w:p>
      <w:pPr>
        <w:jc w:val="right"/>
      </w:pPr>
      <w:r>
        <w:t>For example, in several countries, there are groups who have acquired arms.</w:t>
      </w:r>
    </w:p>
    <w:p>
      <w:r>
        <w:rPr>
          <w:b/>
        </w:rPr>
        <w:t xml:space="preserve">[20:35] </w:t>
      </w:r>
      <w:r>
        <w:t>There are several groups who have acquired arms. So first of all, you have to disarm all these groups. Simply talking about peace, separating about justice is not enough.</w:t>
      </w:r>
    </w:p>
    <w:p>
      <w:pPr>
        <w:jc w:val="right"/>
      </w:pPr>
      <w:r>
        <w:t>There are several groups who have acquired arms. So first of all, you have to disarm all these groups. Simply talking about peace, separating about justice is not enough.</w:t>
      </w:r>
    </w:p>
    <w:p>
      <w:r>
        <w:rPr>
          <w:b/>
        </w:rPr>
        <w:t xml:space="preserve">[20:51] </w:t>
      </w:r>
      <w:r>
        <w:t>This kind of talk is futile.</w:t>
      </w:r>
    </w:p>
    <w:p>
      <w:pPr>
        <w:jc w:val="right"/>
      </w:pPr>
      <w:r>
        <w:t>This kind of talk is futile.</w:t>
      </w:r>
    </w:p>
    <w:p>
      <w:r>
        <w:rPr>
          <w:b/>
        </w:rPr>
        <w:t xml:space="preserve">[20:55] </w:t>
      </w:r>
      <w:r>
        <w:t>Unless you disarm all these Muslim groups who are engaged in violence in different Muslim countries, unless you disarm all these groups,</w:t>
      </w:r>
    </w:p>
    <w:p>
      <w:pPr>
        <w:jc w:val="right"/>
      </w:pPr>
      <w:r>
        <w:t>Unless you disarm all these Muslim groups who are engaged in violence in different Muslim countries, unless you disarm all these groups,</w:t>
      </w:r>
    </w:p>
    <w:p>
      <w:r>
        <w:rPr>
          <w:b/>
        </w:rPr>
        <w:t xml:space="preserve">[21:08] </w:t>
      </w:r>
      <w:r>
        <w:t>no plan will do. You cannot achieve any kind of</w:t>
      </w:r>
    </w:p>
    <w:p>
      <w:pPr>
        <w:jc w:val="right"/>
      </w:pPr>
      <w:r>
        <w:t>no plan will do. You cannot achieve any kind of</w:t>
      </w:r>
    </w:p>
    <w:p>
      <w:r>
        <w:rPr>
          <w:b/>
        </w:rPr>
        <w:t xml:space="preserve">[21:20] </w:t>
      </w:r>
      <w:r>
        <w:t>positive goal.</w:t>
      </w:r>
    </w:p>
    <w:p>
      <w:pPr>
        <w:jc w:val="right"/>
      </w:pPr>
      <w:r>
        <w:t>positive goal.</w:t>
      </w:r>
    </w:p>
    <w:p>
      <w:r>
        <w:rPr>
          <w:b/>
        </w:rPr>
        <w:t xml:space="preserve">[21:23] </w:t>
      </w:r>
      <w:r>
        <w:t>So these two are very, very important conditions.</w:t>
      </w:r>
    </w:p>
    <w:p>
      <w:pPr>
        <w:jc w:val="right"/>
      </w:pPr>
      <w:r>
        <w:t>So these two are very, very important conditions.</w:t>
      </w:r>
    </w:p>
    <w:p>
      <w:r>
        <w:rPr>
          <w:b/>
        </w:rPr>
        <w:t xml:space="preserve">[21:32] </w:t>
      </w:r>
      <w:r>
        <w:t>And after resetting their goal, the first is to reset your goal.</w:t>
      </w:r>
    </w:p>
    <w:p>
      <w:pPr>
        <w:jc w:val="right"/>
      </w:pPr>
      <w:r>
        <w:t>And after resetting their goal, the first is to reset your goal.</w:t>
      </w:r>
    </w:p>
    <w:p>
      <w:r>
        <w:rPr>
          <w:b/>
        </w:rPr>
        <w:t xml:space="preserve">[21:42] </w:t>
      </w:r>
      <w:r>
        <w:t>You have to adopt Dawah as your target. Then there are two conditions.</w:t>
      </w:r>
    </w:p>
    <w:p>
      <w:pPr>
        <w:jc w:val="right"/>
      </w:pPr>
      <w:r>
        <w:t>You have to adopt Dawah as your target. Then there are two conditions.</w:t>
      </w:r>
    </w:p>
    <w:p>
      <w:r>
        <w:rPr>
          <w:b/>
        </w:rPr>
        <w:t xml:space="preserve">[21:52] </w:t>
      </w:r>
      <w:r>
        <w:t>First, to behave as a</w:t>
      </w:r>
    </w:p>
    <w:p>
      <w:pPr>
        <w:jc w:val="right"/>
      </w:pPr>
      <w:r>
        <w:t>First, to behave as a</w:t>
      </w:r>
    </w:p>
    <w:p>
      <w:r>
        <w:rPr>
          <w:b/>
        </w:rPr>
        <w:t xml:space="preserve">[22:01] </w:t>
      </w:r>
      <w:r>
        <w:t>you have to adopt friendly behavior to all mankind. You have to you must adopt friendly behavior to all mankind.</w:t>
      </w:r>
    </w:p>
    <w:p>
      <w:pPr>
        <w:jc w:val="right"/>
      </w:pPr>
      <w:r>
        <w:t>you have to adopt friendly behavior to all mankind. You have to you must adopt friendly behavior to all mankind.</w:t>
      </w:r>
    </w:p>
    <w:p>
      <w:r>
        <w:rPr>
          <w:b/>
        </w:rPr>
        <w:t xml:space="preserve">[22:16] </w:t>
      </w:r>
      <w:r>
        <w:t>You have to inculcate the spirit of well-wishing in your heart.</w:t>
      </w:r>
    </w:p>
    <w:p>
      <w:pPr>
        <w:jc w:val="right"/>
      </w:pPr>
      <w:r>
        <w:t>You have to inculcate the spirit of well-wishing in your heart.</w:t>
      </w:r>
    </w:p>
    <w:p>
      <w:r>
        <w:rPr>
          <w:b/>
        </w:rPr>
        <w:t xml:space="preserve">[22:21] </w:t>
      </w:r>
      <w:r>
        <w:t>This is the first</w:t>
      </w:r>
    </w:p>
    <w:p>
      <w:pPr>
        <w:jc w:val="right"/>
      </w:pPr>
      <w:r>
        <w:t>This is the first</w:t>
      </w:r>
    </w:p>
    <w:p>
      <w:r>
        <w:rPr>
          <w:b/>
        </w:rPr>
        <w:t xml:space="preserve">[22:25] </w:t>
      </w:r>
      <w:r>
        <w:t>condition. Then you have to abandon all kinds of violence.</w:t>
      </w:r>
    </w:p>
    <w:p>
      <w:pPr>
        <w:jc w:val="right"/>
      </w:pPr>
      <w:r>
        <w:t>condition. Then you have to abandon all kinds of violence.</w:t>
      </w:r>
    </w:p>
    <w:p>
      <w:r>
        <w:rPr>
          <w:b/>
        </w:rPr>
        <w:t xml:space="preserve">[22:35] </w:t>
      </w:r>
      <w:r>
        <w:t>Even violence, any even to talk about violence, the term must be abandoned.</w:t>
      </w:r>
    </w:p>
    <w:p>
      <w:pPr>
        <w:jc w:val="right"/>
      </w:pPr>
      <w:r>
        <w:t>Even violence, any even to talk about violence, the term must be abandoned.</w:t>
      </w:r>
    </w:p>
    <w:p>
      <w:r>
        <w:rPr>
          <w:b/>
        </w:rPr>
        <w:t xml:space="preserve">[22:46] </w:t>
      </w:r>
      <w:r>
        <w:t>According to my experience, there are two kinds of violence: passive violence and active violence.</w:t>
      </w:r>
    </w:p>
    <w:p>
      <w:pPr>
        <w:jc w:val="right"/>
      </w:pPr>
      <w:r>
        <w:t>According to my experience, there are two kinds of violence: passive violence and active violence.</w:t>
      </w:r>
    </w:p>
    <w:p>
      <w:r>
        <w:rPr>
          <w:b/>
        </w:rPr>
        <w:t xml:space="preserve">[22:55] </w:t>
      </w:r>
      <w:r>
        <w:t>Those who are not engaged actively in violence, but they speak the language of violence, they are engaged in passive violence.</w:t>
      </w:r>
    </w:p>
    <w:p>
      <w:pPr>
        <w:jc w:val="right"/>
      </w:pPr>
      <w:r>
        <w:t>Those who are not engaged actively in violence, but they speak the language of violence, they are engaged in passive violence.</w:t>
      </w:r>
    </w:p>
    <w:p>
      <w:r>
        <w:rPr>
          <w:b/>
        </w:rPr>
        <w:t xml:space="preserve">[23:09] </w:t>
      </w:r>
      <w:r>
        <w:t>Those who talk about Jihad, about</w:t>
      </w:r>
    </w:p>
    <w:p>
      <w:pPr>
        <w:jc w:val="right"/>
      </w:pPr>
      <w:r>
        <w:t>Those who talk about Jihad, about</w:t>
      </w:r>
    </w:p>
    <w:p>
      <w:r>
        <w:rPr>
          <w:b/>
        </w:rPr>
        <w:t xml:space="preserve">[23:15] </w:t>
      </w:r>
      <w:r>
        <w:t>enemies, against enemies. So those people who, although they are directly, they are not engaged in violence, but they</w:t>
      </w:r>
    </w:p>
    <w:p>
      <w:pPr>
        <w:jc w:val="right"/>
      </w:pPr>
      <w:r>
        <w:t>enemies, against enemies. So those people who, although they are directly, they are not engaged in violence, but they</w:t>
      </w:r>
    </w:p>
    <w:p>
      <w:r>
        <w:rPr>
          <w:b/>
        </w:rPr>
        <w:t xml:space="preserve">[23:35] </w:t>
      </w:r>
      <w:r>
        <w:t>talk in favor of those people who are engaged in violence.</w:t>
      </w:r>
    </w:p>
    <w:p>
      <w:pPr>
        <w:jc w:val="right"/>
      </w:pPr>
      <w:r>
        <w:t>talk in favor of those people who are engaged in violence.</w:t>
      </w:r>
    </w:p>
    <w:p>
      <w:r>
        <w:rPr>
          <w:b/>
        </w:rPr>
        <w:t xml:space="preserve">[23:40] </w:t>
      </w:r>
      <w:r>
        <w:t>So they are passive; they are engaged in passive violence. Then the other group is involved in active violence.</w:t>
      </w:r>
    </w:p>
    <w:p>
      <w:pPr>
        <w:jc w:val="right"/>
      </w:pPr>
      <w:r>
        <w:t>So they are passive; they are engaged in passive violence. Then the other group is involved in active violence.</w:t>
      </w:r>
    </w:p>
    <w:p>
      <w:r>
        <w:rPr>
          <w:b/>
        </w:rPr>
        <w:t xml:space="preserve">[23:52] </w:t>
      </w:r>
      <w:r>
        <w:t>These are those groups who have acquired arms. And you can see this kind of group in every Muslim country and also in non-Muslim countries.</w:t>
      </w:r>
    </w:p>
    <w:p>
      <w:pPr>
        <w:jc w:val="right"/>
      </w:pPr>
      <w:r>
        <w:t>These are those groups who have acquired arms. And you can see this kind of group in every Muslim country and also in non-Muslim countries.</w:t>
      </w:r>
    </w:p>
    <w:p>
      <w:r>
        <w:rPr>
          <w:b/>
        </w:rPr>
        <w:t xml:space="preserve">[24:07] </w:t>
      </w:r>
      <w:r>
        <w:t>So Muslims must disarm all these groups.</w:t>
      </w:r>
    </w:p>
    <w:p>
      <w:pPr>
        <w:jc w:val="right"/>
      </w:pPr>
      <w:r>
        <w:t>So Muslims must disarm all these groups.</w:t>
      </w:r>
    </w:p>
    <w:p>
      <w:r>
        <w:rPr>
          <w:b/>
        </w:rPr>
        <w:t xml:space="preserve">[24:15] </w:t>
      </w:r>
      <w:r>
        <w:t>They must adopt pacifism as a policy.</w:t>
      </w:r>
    </w:p>
    <w:p>
      <w:pPr>
        <w:jc w:val="right"/>
      </w:pPr>
      <w:r>
        <w:t>They must adopt pacifism as a policy.</w:t>
      </w:r>
    </w:p>
    <w:p>
      <w:r>
        <w:rPr>
          <w:b/>
        </w:rPr>
        <w:t xml:space="preserve">[24:23] </w:t>
      </w:r>
      <w:r>
        <w:t>They must adopt pacifism or peaceful activism as their policy. Otherwise, there is no hope.</w:t>
      </w:r>
    </w:p>
    <w:p>
      <w:pPr>
        <w:jc w:val="right"/>
      </w:pPr>
      <w:r>
        <w:t>They must adopt pacifism or peaceful activism as their policy. Otherwise, there is no hope.</w:t>
      </w:r>
    </w:p>
    <w:p>
      <w:r>
        <w:rPr>
          <w:b/>
        </w:rPr>
        <w:t xml:space="preserve">[24:36] </w:t>
      </w:r>
      <w:r>
        <w:t>You cannot receive divine blessing forever.</w:t>
      </w:r>
    </w:p>
    <w:p>
      <w:pPr>
        <w:jc w:val="right"/>
      </w:pPr>
      <w:r>
        <w:t>You cannot receive divine blessing forever.</w:t>
      </w:r>
    </w:p>
    <w:p>
      <w:r>
        <w:rPr>
          <w:b/>
        </w:rPr>
        <w:t xml:space="preserve">[24:45] </w:t>
      </w:r>
      <w:r>
        <w:t>If you are not ready to abandon your present activities, negative activities, violent activities, hateful activities, then it is quite impossible to receive divine blessing.</w:t>
      </w:r>
    </w:p>
    <w:p>
      <w:pPr>
        <w:jc w:val="right"/>
      </w:pPr>
      <w:r>
        <w:t>If you are not ready to abandon your present activities, negative activities, violent activities, hateful activities, then it is quite impossible to receive divine blessing.</w:t>
      </w:r>
    </w:p>
    <w:p>
      <w:r>
        <w:rPr>
          <w:b/>
        </w:rPr>
        <w:t xml:space="preserve">[25:02] </w:t>
      </w:r>
      <w:r>
        <w:t>And without divine blessing, there is no success.</w:t>
      </w:r>
    </w:p>
    <w:p>
      <w:pPr>
        <w:jc w:val="right"/>
      </w:pPr>
      <w:r>
        <w:t>And without divine blessing, there is no success.</w:t>
      </w:r>
    </w:p>
    <w:p>
      <w:r>
        <w:rPr>
          <w:b/>
        </w:rPr>
        <w:t xml:space="preserve">[25:09] </w:t>
      </w:r>
      <w:r>
        <w:t>A history of 200 years is enough to understand this point. In the nineteenth century and in the twentieth century, Muslims were engaged in violence</w:t>
      </w:r>
    </w:p>
    <w:p>
      <w:pPr>
        <w:jc w:val="right"/>
      </w:pPr>
      <w:r>
        <w:t>A history of 200 years is enough to understand this point. In the nineteenth century and in the twentieth century, Muslims were engaged in violence</w:t>
      </w:r>
    </w:p>
    <w:p>
      <w:r>
        <w:rPr>
          <w:b/>
        </w:rPr>
        <w:t xml:space="preserve">[25:25] </w:t>
      </w:r>
      <w:r>
        <w:t>everywhere in the world. Some were engaged in passive violence and some were engaged in active violence.</w:t>
      </w:r>
    </w:p>
    <w:p>
      <w:pPr>
        <w:jc w:val="right"/>
      </w:pPr>
      <w:r>
        <w:t>everywhere in the world. Some were engaged in passive violence and some were engaged in active violence.</w:t>
      </w:r>
    </w:p>
    <w:p>
      <w:r>
        <w:rPr>
          <w:b/>
        </w:rPr>
        <w:t xml:space="preserve">[25:37] </w:t>
      </w:r>
      <w:r>
        <w:t>For example, Amir Shakir Barslan published a book with the title لماذا تأخر المسلمون وتقدم غيرهم Why Muslims became backward and others became forward?</w:t>
      </w:r>
    </w:p>
    <w:p>
      <w:pPr>
        <w:jc w:val="right"/>
      </w:pPr>
      <w:r>
        <w:t>For example, Amir Shakir Barslan published a book with the title لماذا تأخر المسلمون وتقدم غيرهم Why Muslims became backward and others became forward?</w:t>
      </w:r>
    </w:p>
    <w:p>
      <w:r>
        <w:rPr>
          <w:b/>
        </w:rPr>
        <w:t xml:space="preserve">[25:56] </w:t>
      </w:r>
      <w:r>
        <w:t>So this author, he is a well-known author of Arab, suggests that Muslims have abandoned Jihad.</w:t>
      </w:r>
    </w:p>
    <w:p>
      <w:pPr>
        <w:jc w:val="right"/>
      </w:pPr>
      <w:r>
        <w:t>So this author, he is a well-known author of Arab, suggests that Muslims have abandoned Jihad.</w:t>
      </w:r>
    </w:p>
    <w:p>
      <w:r>
        <w:rPr>
          <w:b/>
        </w:rPr>
        <w:t xml:space="preserve">[26:06] </w:t>
      </w:r>
      <w:r>
        <w:t>So if Muslims want to regain their position, they must do Jihad. Although this author was not engaged directly in violence, but in this book,</w:t>
      </w:r>
    </w:p>
    <w:p>
      <w:pPr>
        <w:jc w:val="right"/>
      </w:pPr>
      <w:r>
        <w:t>So if Muslims want to regain their position, they must do Jihad. Although this author was not engaged directly in violence, but in this book,</w:t>
      </w:r>
    </w:p>
    <w:p>
      <w:r>
        <w:rPr>
          <w:b/>
        </w:rPr>
        <w:t xml:space="preserve">[26:21] </w:t>
      </w:r>
      <w:r>
        <w:t>he talks about violence. So he was involved in passive violence.</w:t>
      </w:r>
    </w:p>
    <w:p>
      <w:pPr>
        <w:jc w:val="right"/>
      </w:pPr>
      <w:r>
        <w:t>he talks about violence. So he was involved in passive violence.</w:t>
      </w:r>
    </w:p>
    <w:p>
      <w:r>
        <w:rPr>
          <w:b/>
        </w:rPr>
        <w:t xml:space="preserve">[26:29] </w:t>
      </w:r>
      <w:r>
        <w:t>He was involved in violence culture passively.</w:t>
      </w:r>
    </w:p>
    <w:p>
      <w:pPr>
        <w:jc w:val="right"/>
      </w:pPr>
      <w:r>
        <w:t>He was involved in violence culture passively.</w:t>
      </w:r>
    </w:p>
    <w:p>
      <w:r>
        <w:rPr>
          <w:b/>
        </w:rPr>
        <w:t xml:space="preserve">[26:36] </w:t>
      </w:r>
      <w:r>
        <w:t>Then there are some other groups in Palestine, in Iraq, in Afghanistan,</w:t>
      </w:r>
    </w:p>
    <w:p>
      <w:pPr>
        <w:jc w:val="right"/>
      </w:pPr>
      <w:r>
        <w:t>Then there are some other groups in Palestine, in Iraq, in Afghanistan,</w:t>
      </w:r>
    </w:p>
    <w:p>
      <w:r>
        <w:rPr>
          <w:b/>
        </w:rPr>
        <w:t xml:space="preserve">[26:48] </w:t>
      </w:r>
      <w:r>
        <w:t>in Pakistan, everywhere. There are organized groups. They call themselves non-state actors.</w:t>
      </w:r>
    </w:p>
    <w:p>
      <w:pPr>
        <w:jc w:val="right"/>
      </w:pPr>
      <w:r>
        <w:t>in Pakistan, everywhere. There are organized groups. They call themselves non-state actors.</w:t>
      </w:r>
    </w:p>
    <w:p>
      <w:r>
        <w:rPr>
          <w:b/>
        </w:rPr>
        <w:t xml:space="preserve">[27:00] </w:t>
      </w:r>
      <w:r>
        <w:t>So all these non-state actors are armed groups. And they are active in violence.</w:t>
      </w:r>
    </w:p>
    <w:p>
      <w:pPr>
        <w:jc w:val="right"/>
      </w:pPr>
      <w:r>
        <w:t>So all these non-state actors are armed groups. And they are active in violence.</w:t>
      </w:r>
    </w:p>
    <w:p>
      <w:r>
        <w:rPr>
          <w:b/>
        </w:rPr>
        <w:t xml:space="preserve">[27:10] </w:t>
      </w:r>
      <w:r>
        <w:t>So they are involved actively. So some are involved in violence passively and some are involved in violence actively.</w:t>
      </w:r>
    </w:p>
    <w:p>
      <w:pPr>
        <w:jc w:val="right"/>
      </w:pPr>
      <w:r>
        <w:t>So they are involved actively. So some are involved in violence passively and some are involved in violence actively.</w:t>
      </w:r>
    </w:p>
    <w:p>
      <w:r>
        <w:rPr>
          <w:b/>
        </w:rPr>
        <w:t xml:space="preserve">[27:26] </w:t>
      </w:r>
      <w:r>
        <w:t>This is the picture of the whole Muslim Ummah.</w:t>
      </w:r>
    </w:p>
    <w:p>
      <w:pPr>
        <w:jc w:val="right"/>
      </w:pPr>
      <w:r>
        <w:t>This is the picture of the whole Muslim Ummah.</w:t>
      </w:r>
    </w:p>
    <w:p>
      <w:r>
        <w:rPr>
          <w:b/>
        </w:rPr>
        <w:t xml:space="preserve">[27:33] </w:t>
      </w:r>
      <w:r>
        <w:t>In such a situation, it is not possible to do Dawah work in a proper way. And without Dawah work, Muslims cannot</w:t>
      </w:r>
    </w:p>
    <w:p>
      <w:pPr>
        <w:jc w:val="right"/>
      </w:pPr>
      <w:r>
        <w:t>In such a situation, it is not possible to do Dawah work in a proper way. And without Dawah work, Muslims cannot</w:t>
      </w:r>
    </w:p>
    <w:p>
      <w:r>
        <w:rPr>
          <w:b/>
        </w:rPr>
        <w:t xml:space="preserve">[27:47] </w:t>
      </w:r>
      <w:r>
        <w:t>receive divine blessing. And without divine blessing, there is no success.</w:t>
      </w:r>
    </w:p>
    <w:p>
      <w:pPr>
        <w:jc w:val="right"/>
      </w:pPr>
      <w:r>
        <w:t>receive divine blessing. And without divine blessing, there is no success.</w:t>
      </w:r>
    </w:p>
    <w:p>
      <w:r>
        <w:rPr>
          <w:b/>
        </w:rPr>
        <w:t xml:space="preserve">[28:00] </w:t>
      </w:r>
      <w:r>
        <w:t>So I will say in the strongest terms that if Muslims want to receive divine Nusra, divine help, divine blessing,</w:t>
      </w:r>
    </w:p>
    <w:p>
      <w:pPr>
        <w:jc w:val="right"/>
      </w:pPr>
      <w:r>
        <w:t>So I will say in the strongest terms that if Muslims want to receive divine Nusra, divine help, divine blessing,</w:t>
      </w:r>
    </w:p>
    <w:p>
      <w:r>
        <w:rPr>
          <w:b/>
        </w:rPr>
        <w:t xml:space="preserve">[28:19] </w:t>
      </w:r>
      <w:r>
        <w:t>they must adopt the path of the Prophet.</w:t>
      </w:r>
    </w:p>
    <w:p>
      <w:pPr>
        <w:jc w:val="right"/>
      </w:pPr>
      <w:r>
        <w:t>they must adopt the path of the Prophet.</w:t>
      </w:r>
    </w:p>
    <w:p>
      <w:r>
        <w:rPr>
          <w:b/>
        </w:rPr>
        <w:t xml:space="preserve">[28:28] </w:t>
      </w:r>
      <w:r>
        <w:t>And that path was the path of peace. The</w:t>
      </w:r>
    </w:p>
    <w:p>
      <w:pPr>
        <w:jc w:val="right"/>
      </w:pPr>
      <w:r>
        <w:t>And that path was the path of peace. The</w:t>
      </w:r>
    </w:p>
    <w:p>
      <w:r>
        <w:rPr>
          <w:b/>
        </w:rPr>
        <w:t xml:space="preserve">[28:37] </w:t>
      </w:r>
      <w:r>
        <w:t>Prophet of Islam was a pacifist. He was a</w:t>
      </w:r>
    </w:p>
    <w:p>
      <w:pPr>
        <w:jc w:val="right"/>
      </w:pPr>
      <w:r>
        <w:t>Prophet of Islam was a pacifist. He was a</w:t>
      </w:r>
    </w:p>
    <w:p>
      <w:r>
        <w:rPr>
          <w:b/>
        </w:rPr>
        <w:t xml:space="preserve">[28:44] </w:t>
      </w:r>
      <w:r>
        <w:t>his method was the method of peace.</w:t>
      </w:r>
    </w:p>
    <w:p>
      <w:pPr>
        <w:jc w:val="right"/>
      </w:pPr>
      <w:r>
        <w:t>his method was the method of peace.</w:t>
      </w:r>
    </w:p>
    <w:p>
      <w:r>
        <w:rPr>
          <w:b/>
        </w:rPr>
        <w:t xml:space="preserve">[28:49] </w:t>
      </w:r>
      <w:r>
        <w:t>you know, hazrat aisha says in one of her hadiths that ma khuyyira rasool allahi sallallahu alayhi wa sallam bayna amrayn illa ikhtara aysara rahmat</w:t>
      </w:r>
    </w:p>
    <w:p>
      <w:pPr>
        <w:jc w:val="right"/>
      </w:pPr>
      <w:r>
        <w:t>You know, Hazrat Aisha says in one of her Hadiths that مَا خُيِّرَ رَسُولُ اللَّهِ صلى الله عليه وسلم بَيْنَ عَمْرَينَ إِلَّا اختارَ عِيسَى رَحْمَهُ</w:t>
      </w:r>
    </w:p>
    <w:p>
      <w:r>
        <w:rPr>
          <w:b/>
        </w:rPr>
        <w:t xml:space="preserve">[29:07] </w:t>
      </w:r>
      <w:r>
        <w:t>it means that whenever the prophet had to choose between the two, he always opted for the easier</w:t>
      </w:r>
    </w:p>
    <w:p>
      <w:pPr>
        <w:jc w:val="right"/>
      </w:pPr>
      <w:r>
        <w:t>It means that whenever the Prophet had to choose between the two, he always opted for the easier</w:t>
      </w:r>
    </w:p>
    <w:p>
      <w:r>
        <w:rPr>
          <w:b/>
        </w:rPr>
        <w:t xml:space="preserve">[29:19] </w:t>
      </w:r>
      <w:r>
        <w:t>option rather than the</w:t>
      </w:r>
    </w:p>
    <w:p>
      <w:pPr>
        <w:jc w:val="right"/>
      </w:pPr>
      <w:r>
        <w:t>option rather than the</w:t>
      </w:r>
    </w:p>
    <w:p>
      <w:r>
        <w:rPr>
          <w:b/>
        </w:rPr>
        <w:t xml:space="preserve">[29:20] </w:t>
      </w:r>
      <w:r>
        <w:t>harder option. so what is the easier option or what is the harder option? it is clear that the easier option means opting for peace and the harder option means opting for violence.</w:t>
      </w:r>
    </w:p>
    <w:p>
      <w:pPr>
        <w:jc w:val="right"/>
      </w:pPr>
      <w:r>
        <w:t>harder option. So what is the easier option or what is the harder option? It is clear that the easier option means opting for peace and the harder option means opting for violence.</w:t>
      </w:r>
    </w:p>
    <w:p>
      <w:r>
        <w:rPr>
          <w:b/>
        </w:rPr>
        <w:t xml:space="preserve">[29:38] </w:t>
      </w:r>
      <w:r>
        <w:t>this was the prophet's method. the prophet always opted for peace. and now muslims have opted for violence.</w:t>
      </w:r>
    </w:p>
    <w:p>
      <w:pPr>
        <w:jc w:val="right"/>
      </w:pPr>
      <w:r>
        <w:t>This was the Prophet's method. The Prophet always opted for peace. And now Muslims have opted for violence.</w:t>
      </w:r>
    </w:p>
    <w:p>
      <w:r>
        <w:rPr>
          <w:b/>
        </w:rPr>
        <w:t xml:space="preserve">[29:51] </w:t>
      </w:r>
      <w:r>
        <w:t>so until muslims abandon this policy, they will not receive divine blessing.</w:t>
      </w:r>
    </w:p>
    <w:p>
      <w:pPr>
        <w:jc w:val="right"/>
      </w:pPr>
      <w:r>
        <w:t>So until Muslims abandon this policy, they will not receive divine blessing.</w:t>
      </w:r>
    </w:p>
    <w:p>
      <w:r>
        <w:rPr>
          <w:b/>
        </w:rPr>
        <w:t xml:space="preserve">[30:04] </w:t>
      </w:r>
      <w:r>
        <w:t>so i will strongly urge muslims that reset your priorities, reset your goal, abandon all those policies of hate and violence, and do dawah work.</w:t>
      </w:r>
    </w:p>
    <w:p>
      <w:pPr>
        <w:jc w:val="right"/>
      </w:pPr>
      <w:r>
        <w:t>So I will strongly urge Muslims that reset your priorities, reset your goal, abandon all those policies of hate and violence, and do Dawah work.</w:t>
      </w:r>
    </w:p>
    <w:p>
      <w:r>
        <w:rPr>
          <w:b/>
        </w:rPr>
        <w:t xml:space="preserve">[30:27] </w:t>
      </w:r>
      <w:r>
        <w:t>assalamu alaikum wa rahmatullahi</w:t>
      </w:r>
    </w:p>
    <w:p>
      <w:pPr>
        <w:jc w:val="right"/>
      </w:pPr>
      <w:r>
        <w:t>السَّلَامُ عَلَيْكُمْ وَرَحْمَةُ اللَّهِ</w:t>
      </w:r>
    </w:p>
    <w:p>
      <w:r>
        <w:rPr>
          <w:b/>
        </w:rPr>
        <w:t xml:space="preserve">[30:43] </w:t>
      </w:r>
      <w:r>
        <w:t>when a community</w:t>
      </w:r>
    </w:p>
    <w:p>
      <w:pPr>
        <w:jc w:val="right"/>
      </w:pPr>
      <w:r>
        <w:t>When a community</w:t>
      </w:r>
    </w:p>
    <w:p>
      <w:r>
        <w:rPr>
          <w:b/>
        </w:rPr>
        <w:t xml:space="preserve">[30:47] </w:t>
      </w:r>
      <w:r>
        <w:t>suffers degeneration, then it becomes double standard.</w:t>
      </w:r>
    </w:p>
    <w:p>
      <w:pPr>
        <w:jc w:val="right"/>
      </w:pPr>
      <w:r>
        <w:t>suffers degeneration, then it becomes double standard.</w:t>
      </w:r>
    </w:p>
    <w:p>
      <w:r>
        <w:rPr>
          <w:b/>
        </w:rPr>
        <w:t xml:space="preserve">[31:00] </w:t>
      </w:r>
      <w:r>
        <w:t>they adopt for their personal life what is better in terms of result. and when it comes to community issues, they will talk.</w:t>
      </w:r>
    </w:p>
    <w:p>
      <w:pPr>
        <w:jc w:val="right"/>
      </w:pPr>
      <w:r>
        <w:t>They adopt for their personal life what is better in terms of result. And when it comes to community issues, they will talk.</w:t>
      </w:r>
    </w:p>
    <w:p>
      <w:r>
        <w:rPr>
          <w:b/>
        </w:rPr>
        <w:t xml:space="preserve">[31:17] </w:t>
      </w:r>
      <w:r>
        <w:t>they adopt stage activism.</w:t>
      </w:r>
    </w:p>
    <w:p>
      <w:pPr>
        <w:jc w:val="right"/>
      </w:pPr>
      <w:r>
        <w:t>They adopt stage activism.</w:t>
      </w:r>
    </w:p>
    <w:p>
      <w:r>
        <w:rPr>
          <w:b/>
        </w:rPr>
        <w:t xml:space="preserve">[31:22] </w:t>
      </w:r>
      <w:r>
        <w:t>in their personal matters, they adopt</w:t>
      </w:r>
    </w:p>
    <w:p>
      <w:pPr>
        <w:jc w:val="right"/>
      </w:pPr>
      <w:r>
        <w:t>In their personal matters, they adopt</w:t>
      </w:r>
    </w:p>
    <w:p>
      <w:r>
        <w:rPr>
          <w:b/>
        </w:rPr>
        <w:t xml:space="preserve">[31:29] </w:t>
      </w:r>
      <w:r>
        <w:t>theright method that</w:t>
      </w:r>
    </w:p>
    <w:p>
      <w:pPr>
        <w:jc w:val="right"/>
      </w:pPr>
      <w:r>
        <w:t>theright method that</w:t>
      </w:r>
    </w:p>
    <w:p>
      <w:r>
        <w:rPr>
          <w:b/>
        </w:rPr>
        <w:t xml:space="preserve">[31:38] </w:t>
      </w:r>
      <w:r>
        <w:t>yields some positive result. but when it comes to the community issues, they adopt stage activ</w:t>
      </w:r>
    </w:p>
    <w:p>
      <w:pPr>
        <w:jc w:val="right"/>
      </w:pPr>
      <w:r>
        <w:t>yields some positive result. But when it comes to the community issues, they adopt stage activ</w:t>
      </w:r>
    </w:p>
    <w:p>
      <w:r>
        <w:rPr>
          <w:b/>
        </w:rPr>
        <w:t xml:space="preserve">[31:50] </w:t>
      </w:r>
      <w:r>
        <w:t>ism, only issuing statements and talking in fiery terms.</w:t>
      </w:r>
    </w:p>
    <w:p>
      <w:pPr>
        <w:jc w:val="right"/>
      </w:pPr>
      <w:r>
        <w:t>ism, only issuing statements and talking in fiery terms.</w:t>
      </w:r>
    </w:p>
    <w:p>
      <w:r>
        <w:rPr>
          <w:b/>
        </w:rPr>
        <w:t xml:space="preserve">[32:02] </w:t>
      </w:r>
      <w:r>
        <w:t>so it is a common phenomenon that when a community reaches to its degeneration, it becomes double standard.</w:t>
      </w:r>
    </w:p>
    <w:p>
      <w:pPr>
        <w:jc w:val="right"/>
      </w:pPr>
      <w:r>
        <w:t>So it is a common phenomenon that when a community reaches to its degeneration, it becomes double standard.</w:t>
      </w:r>
    </w:p>
    <w:p>
      <w:r>
        <w:rPr>
          <w:b/>
        </w:rPr>
        <w:t xml:space="preserve">[32:17] </w:t>
      </w:r>
      <w:r>
        <w:t>and this happened with muslims, with present muslims. molana kaleem sahib ne bheja hai comment. unhon ne likha hai "yes, molana sahib, muslims must give up their violent activities by declaring and disowning the groups who are doing these kinds of violent activities.</w:t>
      </w:r>
    </w:p>
    <w:p>
      <w:pPr>
        <w:jc w:val="right"/>
      </w:pPr>
      <w:r>
        <w:t>And this happened with Muslims, with present Muslims. مولانا کلیم صاحب نے بھیجا ہے کمنٹ۔ انہوں نے لکھا ہے "Yes, مولانا صاحب, Muslims must give up their violent activities by declaring and disowning the groups who are doing these kinds of violent activities.</w:t>
      </w:r>
    </w:p>
    <w:p>
      <w:r>
        <w:rPr>
          <w:b/>
        </w:rPr>
        <w:t xml:space="preserve">[32:37] </w:t>
      </w:r>
      <w:r>
        <w:t>the recent case is the dialogue that was going on between palestinians and israel with the mediation of the usa.</w:t>
      </w:r>
    </w:p>
    <w:p>
      <w:pPr>
        <w:jc w:val="right"/>
      </w:pPr>
      <w:r>
        <w:t>The recent case is the dialogue that was going on between Palestinians and Israel with the mediation of the USA.</w:t>
      </w:r>
    </w:p>
    <w:p>
      <w:r>
        <w:rPr>
          <w:b/>
        </w:rPr>
        <w:t xml:space="preserve">[32:44] </w:t>
      </w:r>
      <w:r>
        <w:t>it was going in a positive direction, but all of a sudden the chief of palestinian authority signed up a unity treaty with extremist groups of other palestinians.</w:t>
      </w:r>
    </w:p>
    <w:p>
      <w:pPr>
        <w:jc w:val="right"/>
      </w:pPr>
      <w:r>
        <w:t>It was going in a positive direction, but all of a sudden the Chief of Palestinian Authority signed up a unity treaty with extremist groups of other Palestinians.</w:t>
      </w:r>
    </w:p>
    <w:p>
      <w:r>
        <w:rPr>
          <w:b/>
        </w:rPr>
        <w:t xml:space="preserve">[32:59] </w:t>
      </w:r>
      <w:r>
        <w:t>israel immediately withdrew from the dialogue. the us and israel have problems since decades with these groups. in spite of this, the leader of the palestinians went to sign up for a unity agreement.</w:t>
      </w:r>
    </w:p>
    <w:p>
      <w:pPr>
        <w:jc w:val="right"/>
      </w:pPr>
      <w:r>
        <w:t>Israel immediately withdrew from the dialogue. The US and Israel have problems since decades with these groups. In spite of this, the leader of the Palestinians went to sign up for a unity agreement.</w:t>
      </w:r>
    </w:p>
    <w:p>
      <w:r>
        <w:rPr>
          <w:b/>
        </w:rPr>
        <w:t xml:space="preserve">[33:14] </w:t>
      </w:r>
      <w:r>
        <w:t>this has happened several times, but still they resort to the same thing, that is having relations with extremist groups.</w:t>
      </w:r>
    </w:p>
    <w:p>
      <w:pPr>
        <w:jc w:val="right"/>
      </w:pPr>
      <w:r>
        <w:t>This has happened several times, but still they resort to the same thing, that is having relations with extremist groups.</w:t>
      </w:r>
    </w:p>
    <w:p>
      <w:r>
        <w:rPr>
          <w:b/>
        </w:rPr>
        <w:t xml:space="preserve">[33:24] </w:t>
      </w:r>
      <w:r>
        <w:t>therefore, you are 100%right that muslims are everywhere not following the prophet's methodright from the beginning.</w:t>
      </w:r>
    </w:p>
    <w:p>
      <w:pPr>
        <w:jc w:val="right"/>
      </w:pPr>
      <w:r>
        <w:t>Therefore, you are 100%right that Muslims are everywhere not following the Prophet's methodright from the beginning.</w:t>
      </w:r>
    </w:p>
    <w:p>
      <w:r>
        <w:rPr>
          <w:b/>
        </w:rPr>
        <w:t xml:space="preserve">[33:32] </w:t>
      </w:r>
      <w:r>
        <w:t>no, no. the first condition is to disarm those groups. simple negotiation, dialogue will not work.</w:t>
      </w:r>
    </w:p>
    <w:p>
      <w:pPr>
        <w:jc w:val="right"/>
      </w:pPr>
      <w:r>
        <w:t>No, no. The first condition is to disarm those groups. Simple negotiation, dialogue will not work.</w:t>
      </w:r>
    </w:p>
    <w:p>
      <w:r>
        <w:rPr>
          <w:b/>
        </w:rPr>
        <w:t xml:space="preserve">[33:43] </w:t>
      </w:r>
      <w:r>
        <w:t>these people have arranged dialogue. humm hain ji negotiation. that will not work. the first condition is to disarm those fighting groups.</w:t>
      </w:r>
    </w:p>
    <w:p>
      <w:pPr>
        <w:jc w:val="right"/>
      </w:pPr>
      <w:r>
        <w:t>These people have arranged dialogue. ہمم ہیں جی negotiation. That will not work. The first condition is to disarm those fighting groups.</w:t>
      </w:r>
    </w:p>
    <w:p>
      <w:r>
        <w:rPr>
          <w:b/>
        </w:rPr>
        <w:t xml:space="preserve">[33:58] </w:t>
      </w:r>
      <w:r>
        <w:t>Otherwise, no, no,</w:t>
      </w:r>
    </w:p>
    <w:p>
      <w:pPr>
        <w:jc w:val="right"/>
      </w:pPr>
      <w:r>
        <w:t>Otherwise, no, no,</w:t>
      </w:r>
    </w:p>
    <w:p>
      <w:r>
        <w:rPr>
          <w:b/>
        </w:rPr>
        <w:t xml:space="preserve">[34:05] </w:t>
      </w:r>
      <w:r>
        <w:t>no result.</w:t>
      </w:r>
    </w:p>
    <w:p>
      <w:pPr>
        <w:jc w:val="right"/>
      </w:pPr>
      <w:r>
        <w:t>no result.</w:t>
      </w:r>
    </w:p>
    <w:p>
      <w:r>
        <w:rPr>
          <w:b/>
        </w:rPr>
        <w:t xml:space="preserve">[34:11] </w:t>
      </w:r>
      <w:r>
        <w:t>I am afraid that these people don't know the root cause. They try to arrange negotiation, dialogue.</w:t>
      </w:r>
    </w:p>
    <w:p>
      <w:pPr>
        <w:jc w:val="right"/>
      </w:pPr>
      <w:r>
        <w:t>I am afraid that these people don't know the root cause. They try to arrange negotiation, dialogue.</w:t>
      </w:r>
    </w:p>
    <w:p>
      <w:r>
        <w:rPr>
          <w:b/>
        </w:rPr>
        <w:t xml:space="preserve">[34:20] </w:t>
      </w:r>
      <w:r>
        <w:t>What is the purpose of the dialogue? If the root cause is there, the root cause is that so-called non-state actors have acquired arms.</w:t>
      </w:r>
    </w:p>
    <w:p>
      <w:pPr>
        <w:jc w:val="right"/>
      </w:pPr>
      <w:r>
        <w:t>What is the purpose of the dialogue? If the root cause is there, the root cause is that so-called non-state actors have acquired arms.</w:t>
      </w:r>
    </w:p>
    <w:p>
      <w:r>
        <w:rPr>
          <w:b/>
        </w:rPr>
        <w:t xml:space="preserve">[34:33] </w:t>
      </w:r>
      <w:r>
        <w:t>So first of all, you have to disarm these people. Ji</w:t>
      </w:r>
    </w:p>
    <w:p>
      <w:pPr>
        <w:jc w:val="right"/>
      </w:pPr>
      <w:r>
        <w:t>So first of all, you have to disarm these people. جی</w:t>
      </w:r>
    </w:p>
    <w:p>
      <w:r>
        <w:rPr>
          <w:b/>
        </w:rPr>
        <w:t xml:space="preserve">[34:38] </w:t>
      </w:r>
      <w:r>
        <w:t>Maulana agla comment bheja hai Fayyaz Sahab ne. Woh dekh rahe hain Maulana. Maulana from your lecture today, I learned that to grow the tree of love and well-wishing in our mind for our Madhus,</w:t>
      </w:r>
    </w:p>
    <w:p>
      <w:pPr>
        <w:jc w:val="right"/>
      </w:pPr>
      <w:r>
        <w:t>مولانا اگلا کمنٹ بھیجا ہے فیاض صاحب نے۔ وہ دیکھ رہے ہیں مولانا۔ مولانا from your lecture today, I learned that to grow the tree of love and well-wishing in our mind for our Madhus,</w:t>
      </w:r>
    </w:p>
    <w:p>
      <w:r>
        <w:rPr>
          <w:b/>
        </w:rPr>
        <w:t xml:space="preserve">[34:54] </w:t>
      </w:r>
      <w:r>
        <w:t>it is the basis of all our Islamic</w:t>
      </w:r>
    </w:p>
    <w:p>
      <w:pPr>
        <w:jc w:val="right"/>
      </w:pPr>
      <w:r>
        <w:t>it is the basis of all our Islamic</w:t>
      </w:r>
    </w:p>
    <w:p>
      <w:r>
        <w:rPr>
          <w:b/>
        </w:rPr>
        <w:t xml:space="preserve">[34:59] </w:t>
      </w:r>
      <w:r>
        <w:t>activism.</w:t>
      </w:r>
    </w:p>
    <w:p>
      <w:pPr>
        <w:jc w:val="right"/>
      </w:pPr>
      <w:r>
        <w:t>activism.</w:t>
      </w:r>
    </w:p>
    <w:p>
      <w:r>
        <w:rPr>
          <w:b/>
        </w:rPr>
        <w:t xml:space="preserve">[35:08] </w:t>
      </w:r>
      <w:r>
        <w:t>Kaleem Sahab ne likha hai I fully agree with Maulana. Maulana jo aap ne abhi comment diya hai na disarm wala, to unhon ne is ke foran baad bheja hai ke yeh jo.</w:t>
      </w:r>
    </w:p>
    <w:p>
      <w:pPr>
        <w:jc w:val="right"/>
      </w:pPr>
      <w:r>
        <w:t>کلیم صاحب نے لکھا ہے I fully agree with مولانا۔ مولانا جو آپ نے ابھی کمنٹ دیا ہے نا disarm والا، تو انہوں نے اس کے فوراً بعد بھیجا ہے کہ یہ جو.</w:t>
      </w:r>
    </w:p>
    <w:p>
      <w:r>
        <w:rPr>
          <w:b/>
        </w:rPr>
        <w:t xml:space="preserve">[35:17] </w:t>
      </w:r>
      <w:r>
        <w:t>These meaning. Chahay US ho, chahay Israel ho, woh dialogue karwa rahe hain. What is the purpose of the dialogue?</w:t>
      </w:r>
    </w:p>
    <w:p>
      <w:pPr>
        <w:jc w:val="right"/>
      </w:pPr>
      <w:r>
        <w:t>These meaning. چاہے US ہو، چاہے Israel ہو، وہ dialogue کروا رہے ہیں۔ What is the purpose of the dialogue?</w:t>
      </w:r>
    </w:p>
    <w:p>
      <w:r>
        <w:rPr>
          <w:b/>
        </w:rPr>
        <w:t xml:space="preserve">[35:32] </w:t>
      </w:r>
      <w:r>
        <w:t>That is not the beginning. Dialogue is not the begin</w:t>
      </w:r>
    </w:p>
    <w:p>
      <w:pPr>
        <w:jc w:val="right"/>
      </w:pPr>
      <w:r>
        <w:t>That is not the beginning. Dialogue is not the begin</w:t>
      </w:r>
    </w:p>
    <w:p>
      <w:r>
        <w:rPr>
          <w:b/>
        </w:rPr>
        <w:t xml:space="preserve">[35:35] </w:t>
      </w:r>
      <w:r>
        <w:t>ning. Ji Without disarming these groups, all these things are futile.</w:t>
      </w:r>
    </w:p>
    <w:p>
      <w:pPr>
        <w:jc w:val="right"/>
      </w:pPr>
      <w:r>
        <w:t>ning. جی Without disarming these groups, all these things are futile.</w:t>
      </w:r>
    </w:p>
    <w:p>
      <w:r>
        <w:rPr>
          <w:b/>
        </w:rPr>
        <w:t xml:space="preserve">[35:46] </w:t>
      </w:r>
      <w:r>
        <w:t>Futile exercise.</w:t>
      </w:r>
    </w:p>
    <w:p>
      <w:pPr>
        <w:jc w:val="right"/>
      </w:pPr>
      <w:r>
        <w:t>Futile exercise.</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