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Muslims in Diaspora 9 jan 2007 (English)</w:t>
      </w:r>
    </w:p>
    <w:p>
      <w:r>
        <w:t>https://youtu.be/oAi49l7nuOI</w:t>
      </w:r>
    </w:p>
    <w:p>
      <w:r>
        <w:rPr>
          <w:b/>
        </w:rPr>
        <w:t xml:space="preserve">[00:11] </w:t>
      </w:r>
      <w:r>
        <w:t>Bismillah-hir-rahman-nir-rahim, wa-sallallahu 'ala-n-nabiyyi-l-karim. Rabbi-shrah-li sadri, wa yassir-li amri, wa-hlul 'uqdatan-min-lisani,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[00:34] </w:t>
      </w:r>
      <w:r>
        <w:t>I would like to say a few words about Muslims in diaspora.</w:t>
      </w:r>
    </w:p>
    <w:p>
      <w:pPr>
        <w:jc w:val="right"/>
      </w:pPr>
      <w:r>
        <w:t>I would like to say a few words about Muslims in diaspora.</w:t>
      </w:r>
    </w:p>
    <w:p>
      <w:r>
        <w:rPr>
          <w:b/>
        </w:rPr>
        <w:t xml:space="preserve">[00:49] </w:t>
      </w:r>
      <w:r>
        <w:t>Literally, diaspora means living in exile.</w:t>
      </w:r>
    </w:p>
    <w:p>
      <w:pPr>
        <w:jc w:val="right"/>
      </w:pPr>
      <w:r>
        <w:t>Literally, diaspora means living in exile.</w:t>
      </w:r>
    </w:p>
    <w:p>
      <w:r>
        <w:rPr>
          <w:b/>
        </w:rPr>
        <w:t xml:space="preserve">[00:59] </w:t>
      </w:r>
      <w:r>
        <w:t>Those people who left their homeland and settled in some other places, they are called diaspora.</w:t>
      </w:r>
    </w:p>
    <w:p>
      <w:pPr>
        <w:jc w:val="right"/>
      </w:pPr>
      <w:r>
        <w:t>Those people who left their homeland and settled in some other places, they are called diaspora.</w:t>
      </w:r>
    </w:p>
    <w:p>
      <w:r>
        <w:rPr>
          <w:b/>
        </w:rPr>
        <w:t xml:space="preserve">[01:13] </w:t>
      </w:r>
      <w:r>
        <w:t>According to the history, the first diaspora began in Greece, then in different countries.</w:t>
      </w:r>
    </w:p>
    <w:p>
      <w:pPr>
        <w:jc w:val="right"/>
      </w:pPr>
      <w:r>
        <w:t>According to the history, the first diaspora began in Greece, then in different countries.</w:t>
      </w:r>
    </w:p>
    <w:p>
      <w:r>
        <w:rPr>
          <w:b/>
        </w:rPr>
        <w:t xml:space="preserve">[01:29] </w:t>
      </w:r>
      <w:r>
        <w:t>The well-known diaspora was that of the Jewish diaspora.</w:t>
      </w:r>
    </w:p>
    <w:p>
      <w:pPr>
        <w:jc w:val="right"/>
      </w:pPr>
      <w:r>
        <w:t>The well-known diaspora was that of the Jewish diaspora.</w:t>
      </w:r>
    </w:p>
    <w:p>
      <w:r>
        <w:rPr>
          <w:b/>
        </w:rPr>
        <w:t xml:space="preserve">[01:36] </w:t>
      </w:r>
      <w:r>
        <w:t>In 500 BC,</w:t>
      </w:r>
    </w:p>
    <w:p>
      <w:pPr>
        <w:jc w:val="right"/>
      </w:pPr>
      <w:r>
        <w:t>In 500 BC,</w:t>
      </w:r>
    </w:p>
    <w:p>
      <w:r>
        <w:rPr>
          <w:b/>
        </w:rPr>
        <w:t xml:space="preserve">[01:41] </w:t>
      </w:r>
      <w:r>
        <w:t>the King of Babylon attacked Jerusalem. He captured Palestine and destroyed the heckle of destroyed the Jewish heckle.</w:t>
      </w:r>
    </w:p>
    <w:p>
      <w:pPr>
        <w:jc w:val="right"/>
      </w:pPr>
      <w:r>
        <w:t>the King of Babylon attacked Jerusalem. He captured Palestine and destroyed the heckle of destroyed the Jewish heckle.</w:t>
      </w:r>
    </w:p>
    <w:p>
      <w:r>
        <w:rPr>
          <w:b/>
        </w:rPr>
        <w:t xml:space="preserve">[02:00] </w:t>
      </w:r>
      <w:r>
        <w:t>This was the this was a great tragedy for Jewish people</w:t>
      </w:r>
    </w:p>
    <w:p>
      <w:pPr>
        <w:jc w:val="right"/>
      </w:pPr>
      <w:r>
        <w:t>This was the this was a great tragedy for Jewish people</w:t>
      </w:r>
    </w:p>
    <w:p>
      <w:r>
        <w:rPr>
          <w:b/>
        </w:rPr>
        <w:t xml:space="preserve">[02:06] </w:t>
      </w:r>
      <w:r>
        <w:t>. They, under compulsion, under political persecution, left their homeland and dispersed in other countries in large numbers.</w:t>
      </w:r>
    </w:p>
    <w:p>
      <w:pPr>
        <w:jc w:val="right"/>
      </w:pPr>
      <w:r>
        <w:t>. They, under compulsion, under political persecution, left their homeland and dispersed in other countries in large numbers.</w:t>
      </w:r>
    </w:p>
    <w:p>
      <w:r>
        <w:rPr>
          <w:b/>
        </w:rPr>
        <w:t xml:space="preserve">[02:26] </w:t>
      </w:r>
      <w:r>
        <w:t>So this was the perhaps this was the biggest diaspora in the history.</w:t>
      </w:r>
    </w:p>
    <w:p>
      <w:pPr>
        <w:jc w:val="right"/>
      </w:pPr>
      <w:r>
        <w:t>So this was the perhaps this was the biggest diaspora in the history.</w:t>
      </w:r>
    </w:p>
    <w:p>
      <w:r>
        <w:rPr>
          <w:b/>
        </w:rPr>
        <w:t xml:space="preserve">[02:35] </w:t>
      </w:r>
      <w:r>
        <w:t>Then</w:t>
      </w:r>
    </w:p>
    <w:p>
      <w:pPr>
        <w:jc w:val="right"/>
      </w:pPr>
      <w:r>
        <w:t>Then</w:t>
      </w:r>
    </w:p>
    <w:p>
      <w:r>
        <w:rPr>
          <w:b/>
        </w:rPr>
        <w:t xml:space="preserve">[02:39] </w:t>
      </w:r>
      <w:r>
        <w:t>it the process of diaspora continued. And also, we find some examples in Islamic histor</w:t>
      </w:r>
    </w:p>
    <w:p>
      <w:pPr>
        <w:jc w:val="right"/>
      </w:pPr>
      <w:r>
        <w:t>it the process of diaspora continued. And also, we find some examples in Islamic histor</w:t>
      </w:r>
    </w:p>
    <w:p>
      <w:r>
        <w:rPr>
          <w:b/>
        </w:rPr>
        <w:t xml:space="preserve">[02:57] </w:t>
      </w:r>
      <w:r>
        <w:t>y. There is a very relevant hadith that tells us a very important aspect of diaspora.</w:t>
      </w:r>
    </w:p>
    <w:p>
      <w:pPr>
        <w:jc w:val="right"/>
      </w:pPr>
      <w:r>
        <w:t>y. There is a very relevant hadith that tells us a very important aspect of diaspora.</w:t>
      </w:r>
    </w:p>
    <w:p>
      <w:r>
        <w:rPr>
          <w:b/>
        </w:rPr>
        <w:t xml:space="preserve">[03:12] </w:t>
      </w:r>
      <w:r>
        <w:t>A prophet of Islam has said</w:t>
      </w:r>
    </w:p>
    <w:p>
      <w:pPr>
        <w:jc w:val="right"/>
      </w:pPr>
      <w:r>
        <w:t>A prophet of Islam has said</w:t>
      </w:r>
    </w:p>
    <w:p>
      <w:r>
        <w:rPr>
          <w:b/>
        </w:rPr>
        <w:t xml:space="preserve">[03:17] </w:t>
      </w:r>
      <w:r>
        <w:t>jab nabi sallallahu alaihi wasallam hijrat kar rahe the makka se madina, to unhone farmaya "innal a'mali binniyat, faman kanat hijratuhu ila Allahi wa rasulihi, fahijratuhu ila Allahi wa rasulihi,</w:t>
      </w:r>
    </w:p>
    <w:p>
      <w:pPr>
        <w:jc w:val="right"/>
      </w:pPr>
      <w:r>
        <w:t>when the prophet migrated from Mecca to Madinah, he said, "إنما الأعمال بالنيات، فمن كانت هجرته إلى الله ورسوله فهجرته إلى الله ورسوله،</w:t>
      </w:r>
    </w:p>
    <w:p>
      <w:r>
        <w:rPr>
          <w:b/>
        </w:rPr>
        <w:t xml:space="preserve">[03:36] </w:t>
      </w:r>
      <w:r>
        <w:t>wa man kanat hijratuhu ila dunya yusibha, aw imra'atun yunkihuha, fahijratuhu ila ma hajar ilayhi."</w:t>
      </w:r>
    </w:p>
    <w:p>
      <w:pPr>
        <w:jc w:val="right"/>
      </w:pPr>
      <w:r>
        <w:t>ومن كانت هجرته إلى الدنيا يصيبها أمراً ينقضها، فهجرته إلى ما هاجر إليه."</w:t>
      </w:r>
    </w:p>
    <w:p>
      <w:r>
        <w:rPr>
          <w:b/>
        </w:rPr>
        <w:t xml:space="preserve">[03:49] </w:t>
      </w:r>
      <w:r>
        <w:t>Iska matlab hai ke</w:t>
      </w:r>
    </w:p>
    <w:p>
      <w:pPr>
        <w:jc w:val="right"/>
      </w:pPr>
      <w:r>
        <w:t>It means that</w:t>
      </w:r>
    </w:p>
    <w:p>
      <w:r>
        <w:rPr>
          <w:b/>
        </w:rPr>
        <w:t xml:space="preserve">[03:54] </w:t>
      </w:r>
      <w:r>
        <w:t>amal ka daromadar niyat par hai. Actions depend on intention.</w:t>
      </w:r>
    </w:p>
    <w:p>
      <w:pPr>
        <w:jc w:val="right"/>
      </w:pPr>
      <w:r>
        <w:t>action depends on intention. Actions depend on intention.</w:t>
      </w:r>
    </w:p>
    <w:p>
      <w:r>
        <w:rPr>
          <w:b/>
        </w:rPr>
        <w:t xml:space="preserve">[04:06] </w:t>
      </w:r>
      <w:r>
        <w:t>So, whoever migrated for the sake of God, his migration is for the sake of God</w:t>
      </w:r>
    </w:p>
    <w:p>
      <w:pPr>
        <w:jc w:val="right"/>
      </w:pPr>
      <w:r>
        <w:t>So, whoever migrated for the sake of God, his migration is for the sake of God</w:t>
      </w:r>
    </w:p>
    <w:p>
      <w:r>
        <w:rPr>
          <w:b/>
        </w:rPr>
        <w:t xml:space="preserve">[04:20] </w:t>
      </w:r>
      <w:r>
        <w:t>. And whoever migrated for material interest, so his migration is for the sake of material interest.</w:t>
      </w:r>
    </w:p>
    <w:p>
      <w:pPr>
        <w:jc w:val="right"/>
      </w:pPr>
      <w:r>
        <w:t>. And whoever migrated for material interest, so his migration is for the sake of material interest.</w:t>
      </w:r>
    </w:p>
    <w:p>
      <w:r>
        <w:rPr>
          <w:b/>
        </w:rPr>
        <w:t xml:space="preserve">[04:36] </w:t>
      </w:r>
      <w:r>
        <w:t>Is hadith mein jo lafz istemal hua hai woh hai "hijrah". Hijrah ka matlab hai hijrat karna.</w:t>
      </w:r>
    </w:p>
    <w:p>
      <w:pPr>
        <w:jc w:val="right"/>
      </w:pPr>
      <w:r>
        <w:t>In this hadith, the word used is "hijrah." Hijrah literally means migration.</w:t>
      </w:r>
    </w:p>
    <w:p>
      <w:r>
        <w:rPr>
          <w:b/>
        </w:rPr>
        <w:t xml:space="preserve">[04:47] </w:t>
      </w:r>
      <w:r>
        <w:t>Lekin</w:t>
      </w:r>
    </w:p>
    <w:p>
      <w:pPr>
        <w:jc w:val="right"/>
      </w:pPr>
      <w:r>
        <w:t>But</w:t>
      </w:r>
    </w:p>
    <w:p>
      <w:r>
        <w:rPr>
          <w:b/>
        </w:rPr>
        <w:t xml:space="preserve">[04:51] </w:t>
      </w:r>
      <w:r>
        <w:t>diaspora ka bhi wahi matlab hai. Mujhe lagta hai ke hijrah, doosre alfaz mein, diaspora hai.</w:t>
      </w:r>
    </w:p>
    <w:p>
      <w:pPr>
        <w:jc w:val="right"/>
      </w:pPr>
      <w:r>
        <w:t>diaspora has the same meaning. I think that hijrah, in other words, means diaspora.</w:t>
      </w:r>
    </w:p>
    <w:p>
      <w:r>
        <w:rPr>
          <w:b/>
        </w:rPr>
        <w:t xml:space="preserve">[05:06] </w:t>
      </w:r>
      <w:r>
        <w:t>So, according to this hadith, there are two kinds of diaspora: negative diaspora and positive diaspora.</w:t>
      </w:r>
    </w:p>
    <w:p>
      <w:pPr>
        <w:jc w:val="right"/>
      </w:pPr>
      <w:r>
        <w:t>So, according to this hadith, there are two kinds of diaspora: negative diaspora and positive diaspora.</w:t>
      </w:r>
    </w:p>
    <w:p>
      <w:r>
        <w:rPr>
          <w:b/>
        </w:rPr>
        <w:t xml:space="preserve">[05:23] </w:t>
      </w:r>
      <w:r>
        <w:t>Negative diaspora is one that is for the sake of material interest.</w:t>
      </w:r>
    </w:p>
    <w:p>
      <w:pPr>
        <w:jc w:val="right"/>
      </w:pPr>
      <w:r>
        <w:t>Negative diaspora is one that is for the sake of material interest.</w:t>
      </w:r>
    </w:p>
    <w:p>
      <w:r>
        <w:rPr>
          <w:b/>
        </w:rPr>
        <w:t xml:space="preserve">[05:32] </w:t>
      </w:r>
      <w:r>
        <w:t>And positive diaspora is one that is for some higher purposes, like da'wah work.</w:t>
      </w:r>
    </w:p>
    <w:p>
      <w:pPr>
        <w:jc w:val="right"/>
      </w:pPr>
      <w:r>
        <w:t>And positive diaspora is one that is for some higher purposes, like da'wah work.</w:t>
      </w:r>
    </w:p>
    <w:p>
      <w:r>
        <w:rPr>
          <w:b/>
        </w:rPr>
        <w:t xml:space="preserve">[05:40] </w:t>
      </w:r>
      <w:r>
        <w:t>So, all those diasporas we find in history, mostly they were negative diasporas.</w:t>
      </w:r>
    </w:p>
    <w:p>
      <w:pPr>
        <w:jc w:val="right"/>
      </w:pPr>
      <w:r>
        <w:t>So, all those diasporas we find in history, mostly they were negative diasporas.</w:t>
      </w:r>
    </w:p>
    <w:p>
      <w:r>
        <w:rPr>
          <w:b/>
        </w:rPr>
        <w:t xml:space="preserve">[05:54] </w:t>
      </w:r>
      <w:r>
        <w:t>Because there were only two reasons behind this diaspora.</w:t>
      </w:r>
    </w:p>
    <w:p>
      <w:pPr>
        <w:jc w:val="right"/>
      </w:pPr>
      <w:r>
        <w:t>Because there were only two reasons behind this diaspora.</w:t>
      </w:r>
    </w:p>
    <w:p>
      <w:r>
        <w:rPr>
          <w:b/>
        </w:rPr>
        <w:t xml:space="preserve">[06:02] </w:t>
      </w:r>
      <w:r>
        <w:t>Either they left their homeland due to political persecution or religious persecution. And the second were those groups who migrated their homeland to find some better jobs in other places or some better economic opportunities in other countries.</w:t>
      </w:r>
    </w:p>
    <w:p>
      <w:pPr>
        <w:jc w:val="right"/>
      </w:pPr>
      <w:r>
        <w:t>Either they left their homeland due to political persecution or religious persecution. And the second were those groups who migrated their homeland to find some better jobs in other places or some better economic opportunities in other countries.</w:t>
      </w:r>
    </w:p>
    <w:p>
      <w:r>
        <w:rPr>
          <w:b/>
        </w:rPr>
        <w:t xml:space="preserve">[06:29] </w:t>
      </w:r>
      <w:r>
        <w:t>So, these diasporas were negative diasporas, according to the hadith. And positive diaspora is one that is for some higher purposes,</w:t>
      </w:r>
    </w:p>
    <w:p>
      <w:pPr>
        <w:jc w:val="right"/>
      </w:pPr>
      <w:r>
        <w:t>So, these diasporas were negative diasporas, according to the hadith. And positive diaspora is one that is for some higher purposes,</w:t>
      </w:r>
    </w:p>
    <w:p>
      <w:r>
        <w:rPr>
          <w:b/>
        </w:rPr>
        <w:t xml:space="preserve">[06:47] </w:t>
      </w:r>
      <w:r>
        <w:t>like da'wah work. Here, I would like to say a few words about positive diasporas.</w:t>
      </w:r>
    </w:p>
    <w:p>
      <w:pPr>
        <w:jc w:val="right"/>
      </w:pPr>
      <w:r>
        <w:t>like da'wah work. Here, I would like to say a few words about positive diasporas.</w:t>
      </w:r>
    </w:p>
    <w:p>
      <w:r>
        <w:rPr>
          <w:b/>
        </w:rPr>
        <w:t xml:space="preserve">[06:59] </w:t>
      </w:r>
      <w:r>
        <w:t>According to my study, the first positive diaspora in history was that of Abraham, Hazrat Ibrahim alaihis salam.</w:t>
      </w:r>
    </w:p>
    <w:p>
      <w:pPr>
        <w:jc w:val="right"/>
      </w:pPr>
      <w:r>
        <w:t>According to my study, the first positive diaspora in history was that of Abraham, Hazrat Ibrahim alaihis salam.</w:t>
      </w:r>
    </w:p>
    <w:p>
      <w:r>
        <w:rPr>
          <w:b/>
        </w:rPr>
        <w:t xml:space="preserve">[07:12] </w:t>
      </w:r>
      <w:r>
        <w:t>You know, Abraham was Abraham or Ibrahim was a well-known prophet.</w:t>
      </w:r>
    </w:p>
    <w:p>
      <w:pPr>
        <w:jc w:val="right"/>
      </w:pPr>
      <w:r>
        <w:t>You know, Abraham was Abraham or Ibrahim was a well-known prophet.</w:t>
      </w:r>
    </w:p>
    <w:p>
      <w:r>
        <w:rPr>
          <w:b/>
        </w:rPr>
        <w:t xml:space="preserve">[07:23] </w:t>
      </w:r>
      <w:r>
        <w:t>He was born in Iraq</w:t>
      </w:r>
    </w:p>
    <w:p>
      <w:pPr>
        <w:jc w:val="right"/>
      </w:pPr>
      <w:r>
        <w:t>He was born in Iraq</w:t>
      </w:r>
    </w:p>
    <w:p>
      <w:r>
        <w:rPr>
          <w:b/>
        </w:rPr>
        <w:t xml:space="preserve">[07:28] </w:t>
      </w:r>
      <w:r>
        <w:t>. Then he traveled to several countries. He migrated from Iraq to Egypt.</w:t>
      </w:r>
    </w:p>
    <w:p>
      <w:pPr>
        <w:jc w:val="right"/>
      </w:pPr>
      <w:r>
        <w:t>. Then he traveled to several countries. He migrated from Iraq to Egypt.</w:t>
      </w:r>
    </w:p>
    <w:p>
      <w:r>
        <w:rPr>
          <w:b/>
        </w:rPr>
        <w:t xml:space="preserve">[07:37] </w:t>
      </w:r>
      <w:r>
        <w:t>Then he traveled to Jordan and Palestine and Syria. And lastly, he traveled to Mecca.</w:t>
      </w:r>
    </w:p>
    <w:p>
      <w:pPr>
        <w:jc w:val="right"/>
      </w:pPr>
      <w:r>
        <w:t>Then he traveled to Jordan and Palestine and Syria. And lastly, he traveled to Mecca.</w:t>
      </w:r>
    </w:p>
    <w:p>
      <w:r>
        <w:rPr>
          <w:b/>
        </w:rPr>
        <w:t xml:space="preserve">[07:51] </w:t>
      </w:r>
      <w:r>
        <w:t>At that time, Mecca was a desert. He settled his family in Mecca.</w:t>
      </w:r>
    </w:p>
    <w:p>
      <w:pPr>
        <w:jc w:val="right"/>
      </w:pPr>
      <w:r>
        <w:t>At that time, Mecca was a desert. He settled his family in Mecca.</w:t>
      </w:r>
    </w:p>
    <w:p>
      <w:r>
        <w:rPr>
          <w:b/>
        </w:rPr>
        <w:t xml:space="preserve">[07:58] </w:t>
      </w:r>
      <w:r>
        <w:t>So, this travel or migration was the first positive diaspora in history. This was completely a positive diaspora because there was no other purpose than the da'wah work.</w:t>
      </w:r>
    </w:p>
    <w:p>
      <w:pPr>
        <w:jc w:val="right"/>
      </w:pPr>
      <w:r>
        <w:t>So, this travel or migration was the first positive diaspora in history. This was completely a positive diaspora because there was no other purpose than the da'wah work.</w:t>
      </w:r>
    </w:p>
    <w:p>
      <w:r>
        <w:rPr>
          <w:b/>
        </w:rPr>
        <w:t xml:space="preserve">[08:15] </w:t>
      </w:r>
      <w:r>
        <w:t>Da'wah work. You know, diaspora means mobility, interaction.</w:t>
      </w:r>
    </w:p>
    <w:p>
      <w:pPr>
        <w:jc w:val="right"/>
      </w:pPr>
      <w:r>
        <w:t>Da'wah work. You know, diaspora means mobility, interaction.</w:t>
      </w:r>
    </w:p>
    <w:p>
      <w:r>
        <w:rPr>
          <w:b/>
        </w:rPr>
        <w:t xml:space="preserve">[08:23] </w:t>
      </w:r>
      <w:r>
        <w:t>So, during all these travels, he</w:t>
      </w:r>
    </w:p>
    <w:p>
      <w:pPr>
        <w:jc w:val="right"/>
      </w:pPr>
      <w:r>
        <w:t>So, during all these travels, he</w:t>
      </w:r>
    </w:p>
    <w:p>
      <w:r>
        <w:rPr>
          <w:b/>
        </w:rPr>
        <w:t xml:space="preserve">[08:30] </w:t>
      </w:r>
      <w:r>
        <w:t>interacted with people in different countries. He spread the message of God.</w:t>
      </w:r>
    </w:p>
    <w:p>
      <w:pPr>
        <w:jc w:val="right"/>
      </w:pPr>
      <w:r>
        <w:t>interacted with people in different countries. He spread the message of God.</w:t>
      </w:r>
    </w:p>
    <w:p>
      <w:r>
        <w:rPr>
          <w:b/>
        </w:rPr>
        <w:t xml:space="preserve">[08:39] </w:t>
      </w:r>
      <w:r>
        <w:t>So, it was an international diaspora, an international mobility, international da'wah work.</w:t>
      </w:r>
    </w:p>
    <w:p>
      <w:pPr>
        <w:jc w:val="right"/>
      </w:pPr>
      <w:r>
        <w:t>So, it was an international diaspora, an international mobility, international da'wah work.</w:t>
      </w:r>
    </w:p>
    <w:p>
      <w:r>
        <w:rPr>
          <w:b/>
        </w:rPr>
        <w:t xml:space="preserve">[08:52] </w:t>
      </w:r>
      <w:r>
        <w:t>In Islamic tradition, Abraham is called Abu al-Anbiya, father of the prophets. Why?</w:t>
      </w:r>
    </w:p>
    <w:p>
      <w:pPr>
        <w:jc w:val="right"/>
      </w:pPr>
      <w:r>
        <w:t>In Islamic tradition, Abraham is called Abu al-Anbiya, father of the prophets. Why?</w:t>
      </w:r>
    </w:p>
    <w:p>
      <w:r>
        <w:rPr>
          <w:b/>
        </w:rPr>
        <w:t xml:space="preserve">[09:00] </w:t>
      </w:r>
      <w:r>
        <w:t>Because he was the first to set a great example</w:t>
      </w:r>
    </w:p>
    <w:p>
      <w:pPr>
        <w:jc w:val="right"/>
      </w:pPr>
      <w:r>
        <w:t>Because he was the first to set a great example</w:t>
      </w:r>
    </w:p>
    <w:p>
      <w:r>
        <w:rPr>
          <w:b/>
        </w:rPr>
        <w:t xml:space="preserve">[09:07] </w:t>
      </w:r>
      <w:r>
        <w:t>for international da'wah work. So, Abraham's</w:t>
      </w:r>
    </w:p>
    <w:p>
      <w:pPr>
        <w:jc w:val="right"/>
      </w:pPr>
      <w:r>
        <w:t>for international da'wah work. So, Abraham's</w:t>
      </w:r>
    </w:p>
    <w:p>
      <w:r>
        <w:rPr>
          <w:b/>
        </w:rPr>
        <w:t xml:space="preserve">[09:17] </w:t>
      </w:r>
      <w:r>
        <w:t>migration was the first positive diaspora in history.</w:t>
      </w:r>
    </w:p>
    <w:p>
      <w:pPr>
        <w:jc w:val="right"/>
      </w:pPr>
      <w:r>
        <w:t>migration was the first positive diaspora in history.</w:t>
      </w:r>
    </w:p>
    <w:p>
      <w:r>
        <w:rPr>
          <w:b/>
        </w:rPr>
        <w:t xml:space="preserve">[09:25] </w:t>
      </w:r>
      <w:r>
        <w:t>And he established a center at Mecca that is well-known as Kaaba.</w:t>
      </w:r>
    </w:p>
    <w:p>
      <w:pPr>
        <w:jc w:val="right"/>
      </w:pPr>
      <w:r>
        <w:t>And he established a center at Mecca that is well-known as Kaaba.</w:t>
      </w:r>
    </w:p>
    <w:p>
      <w:r>
        <w:rPr>
          <w:b/>
        </w:rPr>
        <w:t xml:space="preserve">[09:38] </w:t>
      </w:r>
      <w:r>
        <w:t>Kaaba is the international center of Tawhid, of da'wah work, of divine mission.</w:t>
      </w:r>
    </w:p>
    <w:p>
      <w:pPr>
        <w:jc w:val="right"/>
      </w:pPr>
      <w:r>
        <w:t>Kaaba is the international center of Tawhid, of da'wah work, of divine mission.</w:t>
      </w:r>
    </w:p>
    <w:p>
      <w:r>
        <w:rPr>
          <w:b/>
        </w:rPr>
        <w:t xml:space="preserve">[09:49] </w:t>
      </w:r>
      <w:r>
        <w:t>So, we can rightly say that Abraham or Hazrat Ibrahim was the champion in this field.</w:t>
      </w:r>
    </w:p>
    <w:p>
      <w:pPr>
        <w:jc w:val="right"/>
      </w:pPr>
      <w:r>
        <w:t>So, we canrightly say that Abraham or Hazrat Ibrahim was the champion in this field.</w:t>
      </w:r>
    </w:p>
    <w:p>
      <w:r>
        <w:rPr>
          <w:b/>
        </w:rPr>
        <w:t xml:space="preserve">[10:02] </w:t>
      </w:r>
      <w:r>
        <w:t>He set a very</w:t>
      </w:r>
    </w:p>
    <w:p>
      <w:pPr>
        <w:jc w:val="right"/>
      </w:pPr>
      <w:r>
        <w:t>He set a very</w:t>
      </w:r>
    </w:p>
    <w:p>
      <w:r>
        <w:rPr>
          <w:b/>
        </w:rPr>
        <w:t xml:space="preserve">[10:07] </w:t>
      </w:r>
      <w:r>
        <w:t>he set a great example of positive diaspora.</w:t>
      </w:r>
    </w:p>
    <w:p>
      <w:pPr>
        <w:jc w:val="right"/>
      </w:pPr>
      <w:r>
        <w:t>he set a great example of positive diaspora.</w:t>
      </w:r>
    </w:p>
    <w:p>
      <w:r>
        <w:rPr>
          <w:b/>
        </w:rPr>
        <w:t xml:space="preserve">[10:16] </w:t>
      </w:r>
      <w:r>
        <w:t>Then the second positive diaspora was that which occurred during Jesus Christ, Hazrat Isa alaihis salam.</w:t>
      </w:r>
    </w:p>
    <w:p>
      <w:pPr>
        <w:jc w:val="right"/>
      </w:pPr>
      <w:r>
        <w:t>Then the second positive diaspora was that which occurred during Jesus Christ, Hazrat Isa alaihis salam.</w:t>
      </w:r>
    </w:p>
    <w:p>
      <w:r>
        <w:rPr>
          <w:b/>
        </w:rPr>
        <w:t xml:space="preserve">[10:28] </w:t>
      </w:r>
      <w:r>
        <w:t>There is a hadith that tells us that Jesus Christ</w:t>
      </w:r>
    </w:p>
    <w:p>
      <w:pPr>
        <w:jc w:val="right"/>
      </w:pPr>
      <w:r>
        <w:t>There is a hadith that tells us that Jesus Christ</w:t>
      </w:r>
    </w:p>
    <w:p>
      <w:r>
        <w:rPr>
          <w:b/>
        </w:rPr>
        <w:t xml:space="preserve">[10:37] </w:t>
      </w:r>
      <w:r>
        <w:t>addressed to his disciples</w:t>
      </w:r>
    </w:p>
    <w:p>
      <w:pPr>
        <w:jc w:val="right"/>
      </w:pPr>
      <w:r>
        <w:t>addressed to his disciples</w:t>
      </w:r>
    </w:p>
    <w:p>
      <w:r>
        <w:rPr>
          <w:b/>
        </w:rPr>
        <w:t xml:space="preserve">[10:42] </w:t>
      </w:r>
      <w:r>
        <w:t>and said, "O my disciples or havari."</w:t>
      </w:r>
    </w:p>
    <w:p>
      <w:pPr>
        <w:jc w:val="right"/>
      </w:pPr>
      <w:r>
        <w:t>and said, "O my disciples or havari."</w:t>
      </w:r>
    </w:p>
    <w:p>
      <w:r>
        <w:rPr>
          <w:b/>
        </w:rPr>
        <w:t xml:space="preserve">[10:47] </w:t>
      </w:r>
      <w:r>
        <w:t>The word used in the Quran is havari. "O my disciples or my havari,</w:t>
      </w:r>
    </w:p>
    <w:p>
      <w:pPr>
        <w:jc w:val="right"/>
      </w:pPr>
      <w:r>
        <w:t>The word used in the Quran is havari. "O my disciples or my havari,</w:t>
      </w:r>
    </w:p>
    <w:p>
      <w:r>
        <w:rPr>
          <w:b/>
        </w:rPr>
        <w:t xml:space="preserve">[10:58] </w:t>
      </w:r>
      <w:r>
        <w:t>you have to spread the word of God throughout the world.</w:t>
      </w:r>
    </w:p>
    <w:p>
      <w:pPr>
        <w:jc w:val="right"/>
      </w:pPr>
      <w:r>
        <w:t>you have to spread the word of God throughout the world.</w:t>
      </w:r>
    </w:p>
    <w:p>
      <w:r>
        <w:rPr>
          <w:b/>
        </w:rPr>
        <w:t xml:space="preserve">[11:07] </w:t>
      </w:r>
      <w:r>
        <w:t>So, go out the " At that time, they were in Jerusalem, in Palestine.</w:t>
      </w:r>
    </w:p>
    <w:p>
      <w:pPr>
        <w:jc w:val="right"/>
      </w:pPr>
      <w:r>
        <w:t>So, go out the " At that time, they were in Jerusalem, in Palestine.</w:t>
      </w:r>
    </w:p>
    <w:p>
      <w:r>
        <w:rPr>
          <w:b/>
        </w:rPr>
        <w:t xml:space="preserve">[11:19] </w:t>
      </w:r>
      <w:r>
        <w:t>So, Jesus Christ said, "Leave Palestine and go to other countries and spread the message of God."</w:t>
      </w:r>
    </w:p>
    <w:p>
      <w:pPr>
        <w:jc w:val="right"/>
      </w:pPr>
      <w:r>
        <w:t>So, Jesus Christ said, "Leave Palestine and go to other countries and spread the message of God."</w:t>
      </w:r>
    </w:p>
    <w:p>
      <w:r>
        <w:rPr>
          <w:b/>
        </w:rPr>
        <w:t xml:space="preserve">[11:30] </w:t>
      </w:r>
      <w:r>
        <w:t>So, these disciples said, "How can we spread how can we fulfill this mission?</w:t>
      </w:r>
    </w:p>
    <w:p>
      <w:pPr>
        <w:jc w:val="right"/>
      </w:pPr>
      <w:r>
        <w:t>So, these disciples said, "How can we spread how can we fulfill this mission?</w:t>
      </w:r>
    </w:p>
    <w:p>
      <w:r>
        <w:rPr>
          <w:b/>
        </w:rPr>
        <w:t xml:space="preserve">[11:40] </w:t>
      </w:r>
      <w:r>
        <w:t>We don't know the language of other countries. In those countries where you are sending us, they speak different languages.</w:t>
      </w:r>
    </w:p>
    <w:p>
      <w:pPr>
        <w:jc w:val="right"/>
      </w:pPr>
      <w:r>
        <w:t>We don't know the language of other countries. In those countries where you are sending us, they speak different languages.</w:t>
      </w:r>
    </w:p>
    <w:p>
      <w:r>
        <w:rPr>
          <w:b/>
        </w:rPr>
        <w:t xml:space="preserve">[11:53] </w:t>
      </w:r>
      <w:r>
        <w:t>We don't know their languages." Jesus Christ said, "No. God will help you. Go."</w:t>
      </w:r>
    </w:p>
    <w:p>
      <w:pPr>
        <w:jc w:val="right"/>
      </w:pPr>
      <w:r>
        <w:t>We don't know their languages." Jesus Christ said, "No. God will help you. Go."</w:t>
      </w:r>
    </w:p>
    <w:p>
      <w:r>
        <w:rPr>
          <w:b/>
        </w:rPr>
        <w:t xml:space="preserve">[12:03] </w:t>
      </w:r>
      <w:r>
        <w:t>So, they traveled and settled in different countries. And hadith says that when they settled in those countries, they were able to speak the language of those people.</w:t>
      </w:r>
    </w:p>
    <w:p>
      <w:pPr>
        <w:jc w:val="right"/>
      </w:pPr>
      <w:r>
        <w:t>So, they traveled and settled in different countries. And hadith says that when they settled in those countries, they were able to speak the language of those people.</w:t>
      </w:r>
    </w:p>
    <w:p>
      <w:r>
        <w:rPr>
          <w:b/>
        </w:rPr>
        <w:t xml:space="preserve">[12:19] </w:t>
      </w:r>
      <w:r>
        <w:t>How did it happen? I think it was not a miracle. No. It was a simple phenomenon, a simple historic phenomenon.</w:t>
      </w:r>
    </w:p>
    <w:p>
      <w:pPr>
        <w:jc w:val="right"/>
      </w:pPr>
      <w:r>
        <w:t>How did it happen? I think it was not a miracle. No. It was a simple phenomenon, a simple historic phenomenon.</w:t>
      </w:r>
    </w:p>
    <w:p>
      <w:r>
        <w:rPr>
          <w:b/>
        </w:rPr>
        <w:t xml:space="preserve">[12:31] </w:t>
      </w:r>
      <w:r>
        <w:t>You know, when they settled over there, they tried to interact with those people.</w:t>
      </w:r>
    </w:p>
    <w:p>
      <w:pPr>
        <w:jc w:val="right"/>
      </w:pPr>
      <w:r>
        <w:t>You know, when they settled over there, they tried to interact with those people.</w:t>
      </w:r>
    </w:p>
    <w:p>
      <w:r>
        <w:rPr>
          <w:b/>
        </w:rPr>
        <w:t xml:space="preserve">[12:40] </w:t>
      </w:r>
      <w:r>
        <w:t>So, during interaction during interaction, rather than through miracle, during interaction, they began learning their languages.</w:t>
      </w:r>
    </w:p>
    <w:p>
      <w:pPr>
        <w:jc w:val="right"/>
      </w:pPr>
      <w:r>
        <w:t>So, during interaction during interaction, rather than through miracle, during interaction, they began learning their languages.</w:t>
      </w:r>
    </w:p>
    <w:p>
      <w:r>
        <w:rPr>
          <w:b/>
        </w:rPr>
        <w:t xml:space="preserve">[12:55] </w:t>
      </w:r>
      <w:r>
        <w:t>It is a natural process</w:t>
      </w:r>
    </w:p>
    <w:p>
      <w:pPr>
        <w:jc w:val="right"/>
      </w:pPr>
      <w:r>
        <w:t>It is a natural process</w:t>
      </w:r>
    </w:p>
    <w:p>
      <w:r>
        <w:rPr>
          <w:b/>
        </w:rPr>
        <w:t xml:space="preserve">[12:57] </w:t>
      </w:r>
      <w:r>
        <w:t>. Everywhere, you find some people who are living in countries other than their homeland, and they speak fluently that language.</w:t>
      </w:r>
    </w:p>
    <w:p>
      <w:pPr>
        <w:jc w:val="right"/>
      </w:pPr>
      <w:r>
        <w:t>. Everywhere, you find some people who are living in countries other than their homeland, and they speak fluently that language.</w:t>
      </w:r>
    </w:p>
    <w:p>
      <w:r>
        <w:rPr>
          <w:b/>
        </w:rPr>
        <w:t xml:space="preserve">[13:10] </w:t>
      </w:r>
      <w:r>
        <w:t>How? Not by miracle. Simple for the simple reason that when they settled over there and so, during interaction, they began learning that language.</w:t>
      </w:r>
    </w:p>
    <w:p>
      <w:pPr>
        <w:jc w:val="right"/>
      </w:pPr>
      <w:r>
        <w:t>How? Not by miracle. Simple for the simple reason that when they settled over there and so, during interaction, they began learning that language.</w:t>
      </w:r>
    </w:p>
    <w:p>
      <w:r>
        <w:rPr>
          <w:b/>
        </w:rPr>
        <w:t xml:space="preserve">[13:25] </w:t>
      </w:r>
      <w:r>
        <w:t>And finally, they were experts of that language. They became experts of that language. So happened with the disciples of Jesus Christ.</w:t>
      </w:r>
    </w:p>
    <w:p>
      <w:pPr>
        <w:jc w:val="right"/>
      </w:pPr>
      <w:r>
        <w:t>And finally, they were experts of that language. They became experts of that language. So happened with the disciples of Jesus Christ.</w:t>
      </w:r>
    </w:p>
    <w:p>
      <w:r>
        <w:rPr>
          <w:b/>
        </w:rPr>
        <w:t xml:space="preserve">[13:36] </w:t>
      </w:r>
      <w:r>
        <w:t>It was not a miracle that they began speaking the language of those people. It was simply a social process, simply a result of interaction,</w:t>
      </w:r>
    </w:p>
    <w:p>
      <w:pPr>
        <w:jc w:val="right"/>
      </w:pPr>
      <w:r>
        <w:t>It was not a miracle that they began speaking the language of those people. It was simply a social process, simply a result of interaction,</w:t>
      </w:r>
    </w:p>
    <w:p>
      <w:r>
        <w:rPr>
          <w:b/>
        </w:rPr>
        <w:t xml:space="preserve">[13:49] </w:t>
      </w:r>
      <w:r>
        <w:t>simply a result of dialogue, simply living with those people</w:t>
      </w:r>
    </w:p>
    <w:p>
      <w:pPr>
        <w:jc w:val="right"/>
      </w:pPr>
      <w:r>
        <w:t>simply a result of dialogue, simply living with those people</w:t>
      </w:r>
    </w:p>
    <w:p>
      <w:r>
        <w:rPr>
          <w:b/>
        </w:rPr>
        <w:t xml:space="preserve">[13:56] </w:t>
      </w:r>
      <w:r>
        <w:t>. So, it happened. So, according to my knowledge, this was the second positive diaspora. And you know, this diaspora was a great success.</w:t>
      </w:r>
    </w:p>
    <w:p>
      <w:pPr>
        <w:jc w:val="right"/>
      </w:pPr>
      <w:r>
        <w:t>. So, it happened. So, according to my knowledge, this was the second positive diaspora. And you know, this diaspora was a great success.</w:t>
      </w:r>
    </w:p>
    <w:p>
      <w:r>
        <w:rPr>
          <w:b/>
        </w:rPr>
        <w:t xml:space="preserve">[14:12] </w:t>
      </w:r>
      <w:r>
        <w:t>Due to this diaspora, Christianity spread all over the world.</w:t>
      </w:r>
    </w:p>
    <w:p>
      <w:pPr>
        <w:jc w:val="right"/>
      </w:pPr>
      <w:r>
        <w:t>Due to this diaspora, Christianity spread all over the world.</w:t>
      </w:r>
    </w:p>
    <w:p>
      <w:r>
        <w:rPr>
          <w:b/>
        </w:rPr>
        <w:t xml:space="preserve">[14:17] </w:t>
      </w:r>
      <w:r>
        <w:t>Now, Christianity is the largest religion in the world, largest religion of the world in terms of number.</w:t>
      </w:r>
    </w:p>
    <w:p>
      <w:pPr>
        <w:jc w:val="right"/>
      </w:pPr>
      <w:r>
        <w:t>Now, Christianity is the largest religion in the world, largest religion of the world in terms of number.</w:t>
      </w:r>
    </w:p>
    <w:p>
      <w:r>
        <w:rPr>
          <w:b/>
        </w:rPr>
        <w:t xml:space="preserve">[14:30] </w:t>
      </w:r>
      <w:r>
        <w:t>So, here is the here is a comparison.</w:t>
      </w:r>
    </w:p>
    <w:p>
      <w:pPr>
        <w:jc w:val="right"/>
      </w:pPr>
      <w:r>
        <w:t>So, here is the here is a comparison.</w:t>
      </w:r>
    </w:p>
    <w:p>
      <w:r>
        <w:rPr>
          <w:b/>
        </w:rPr>
        <w:t xml:space="preserve">[14:37] </w:t>
      </w:r>
      <w:r>
        <w:t>You know,</w:t>
      </w:r>
    </w:p>
    <w:p>
      <w:pPr>
        <w:jc w:val="right"/>
      </w:pPr>
      <w:r>
        <w:t>You know,</w:t>
      </w:r>
    </w:p>
    <w:p>
      <w:r>
        <w:rPr>
          <w:b/>
        </w:rPr>
        <w:t xml:space="preserve">[14:40] </w:t>
      </w:r>
      <w:r>
        <w:t>the Jewish community also went into diaspora in large numbers. But they failed to spread their religion.</w:t>
      </w:r>
    </w:p>
    <w:p>
      <w:pPr>
        <w:jc w:val="right"/>
      </w:pPr>
      <w:r>
        <w:t>the Jewish community also went into diaspora in large numbers. But they failed to spread their religion.</w:t>
      </w:r>
    </w:p>
    <w:p>
      <w:r>
        <w:rPr>
          <w:b/>
        </w:rPr>
        <w:t xml:space="preserve">[14:52] </w:t>
      </w:r>
      <w:r>
        <w:t>Whereas you find that Christians went into diaspora, they successfully spread their religion throughout the world.</w:t>
      </w:r>
    </w:p>
    <w:p>
      <w:pPr>
        <w:jc w:val="right"/>
      </w:pPr>
      <w:r>
        <w:t>Whereas you find that Christians went into diaspora, they successfully spread their religion throughout the world.</w:t>
      </w:r>
    </w:p>
    <w:p>
      <w:r>
        <w:rPr>
          <w:b/>
        </w:rPr>
        <w:t xml:space="preserve">[15:02] </w:t>
      </w:r>
      <w:r>
        <w:t>Why this difference</w:t>
      </w:r>
    </w:p>
    <w:p>
      <w:pPr>
        <w:jc w:val="right"/>
      </w:pPr>
      <w:r>
        <w:t>Why this difference</w:t>
      </w:r>
    </w:p>
    <w:p>
      <w:r>
        <w:rPr>
          <w:b/>
        </w:rPr>
        <w:t xml:space="preserve">[15:05] </w:t>
      </w:r>
      <w:r>
        <w:t>? Why did Jewish people fail to spread their religion? And why were Christians successful in spreading their religion everywhere in the countries?</w:t>
      </w:r>
    </w:p>
    <w:p>
      <w:pPr>
        <w:jc w:val="right"/>
      </w:pPr>
      <w:r>
        <w:t>? Why did Jewish people fail to spread their religion? And why were Christians successful in spreading their religion everywhere in the countries?</w:t>
      </w:r>
    </w:p>
    <w:p>
      <w:r>
        <w:rPr>
          <w:b/>
        </w:rPr>
        <w:t xml:space="preserve">[15:21] </w:t>
      </w:r>
      <w:r>
        <w:t>The reason is that Christianity is a missionary religion. Christians have a mission. It is their mission to spread their religion throughout the world.</w:t>
      </w:r>
    </w:p>
    <w:p>
      <w:pPr>
        <w:jc w:val="right"/>
      </w:pPr>
      <w:r>
        <w:t>The reason is that Christianity is a missionary religion. Christians have a mission. It is their mission to spread their religion throughout the world.</w:t>
      </w:r>
    </w:p>
    <w:p>
      <w:r>
        <w:rPr>
          <w:b/>
        </w:rPr>
        <w:t xml:space="preserve">[15:32] </w:t>
      </w:r>
      <w:r>
        <w:t>But</w:t>
      </w:r>
    </w:p>
    <w:p>
      <w:pPr>
        <w:jc w:val="right"/>
      </w:pPr>
      <w:r>
        <w:t>But</w:t>
      </w:r>
    </w:p>
    <w:p>
      <w:r>
        <w:rPr>
          <w:b/>
        </w:rPr>
        <w:t xml:space="preserve">[15:36] </w:t>
      </w:r>
      <w:r>
        <w:t>the Jewish religion is not at present is not a missionary religion. Jewish people have no target to spread their religion throughout the world.</w:t>
      </w:r>
    </w:p>
    <w:p>
      <w:pPr>
        <w:jc w:val="right"/>
      </w:pPr>
      <w:r>
        <w:t>the Jewish religion is not at present is not a missionary religion. Jewish people have no target to spread their religion throughout the world.</w:t>
      </w:r>
    </w:p>
    <w:p>
      <w:r>
        <w:rPr>
          <w:b/>
        </w:rPr>
        <w:t xml:space="preserve">[15:48] </w:t>
      </w:r>
      <w:r>
        <w:t>They believe in that Jewish people are those who were born in Jewish tribes.</w:t>
      </w:r>
    </w:p>
    <w:p>
      <w:pPr>
        <w:jc w:val="right"/>
      </w:pPr>
      <w:r>
        <w:t>They believe in that Jewish people are those who were born in Jewish tribes.</w:t>
      </w:r>
    </w:p>
    <w:p>
      <w:r>
        <w:rPr>
          <w:b/>
        </w:rPr>
        <w:t xml:space="preserve">[15:58] </w:t>
      </w:r>
      <w:r>
        <w:t>So, it is a racial religion. It is a missionary religion.</w:t>
      </w:r>
    </w:p>
    <w:p>
      <w:pPr>
        <w:jc w:val="right"/>
      </w:pPr>
      <w:r>
        <w:t>So, it is a racial religion. It is a missionary religion.</w:t>
      </w:r>
    </w:p>
    <w:p>
      <w:r>
        <w:rPr>
          <w:b/>
        </w:rPr>
        <w:t xml:space="preserve">[16:04] </w:t>
      </w:r>
      <w:r>
        <w:t>The Jewish religion is at present simply a racial religion. So, they have no zeal to spread their religion, although Jewish people went into diaspora in large numbers.</w:t>
      </w:r>
    </w:p>
    <w:p>
      <w:pPr>
        <w:jc w:val="right"/>
      </w:pPr>
      <w:r>
        <w:t>The Jewish religion is at present simply a racial religion. So, they have no zeal to spread their religion, although Jewish people went into diaspora in large numbers.</w:t>
      </w:r>
    </w:p>
    <w:p>
      <w:r>
        <w:rPr>
          <w:b/>
        </w:rPr>
        <w:t xml:space="preserve">[16:22] </w:t>
      </w:r>
      <w:r>
        <w:t>But they failed to spread their religion because they have no zeal. They have no such mission.</w:t>
      </w:r>
    </w:p>
    <w:p>
      <w:pPr>
        <w:jc w:val="right"/>
      </w:pPr>
      <w:r>
        <w:t>But they failed to spread their religion because they have no zeal. They have no such mission.</w:t>
      </w:r>
    </w:p>
    <w:p>
      <w:r>
        <w:rPr>
          <w:b/>
        </w:rPr>
        <w:t xml:space="preserve">[16:34] </w:t>
      </w:r>
      <w:r>
        <w:t>So, at present, the Jewish religion is not a missionary religion. But Christianity is a missionary religion. So, everywhere they settled, they tried to spread the message of Christ, the message of their religion.</w:t>
      </w:r>
    </w:p>
    <w:p>
      <w:pPr>
        <w:jc w:val="right"/>
      </w:pPr>
      <w:r>
        <w:t>So, at present, the Jewish religion is not a missionary religion. But Christianity is a missionary religion. So, everywhere they settled, they tried to spread the message of Christ, the message of their religion.</w:t>
      </w:r>
    </w:p>
    <w:p>
      <w:r>
        <w:rPr>
          <w:b/>
        </w:rPr>
        <w:t xml:space="preserve">[16:54] </w:t>
      </w:r>
      <w:r>
        <w:t>So, there are millions, millions, million people who embraced Christianity.</w:t>
      </w:r>
    </w:p>
    <w:p>
      <w:pPr>
        <w:jc w:val="right"/>
      </w:pPr>
      <w:r>
        <w:t>So, there are millions, millions, million people who embraced Christianity.</w:t>
      </w:r>
    </w:p>
    <w:p>
      <w:r>
        <w:rPr>
          <w:b/>
        </w:rPr>
        <w:t xml:space="preserve">[17:03] </w:t>
      </w:r>
      <w:r>
        <w:t>Then,</w:t>
      </w:r>
    </w:p>
    <w:p>
      <w:pPr>
        <w:jc w:val="right"/>
      </w:pPr>
      <w:r>
        <w:t>Then,</w:t>
      </w:r>
    </w:p>
    <w:p>
      <w:r>
        <w:rPr>
          <w:b/>
        </w:rPr>
        <w:t xml:space="preserve">[17:08] </w:t>
      </w:r>
      <w:r>
        <w:t>according to my knowledge, then the third positive diaspora began during the Prophet of Islam.</w:t>
      </w:r>
    </w:p>
    <w:p>
      <w:pPr>
        <w:jc w:val="right"/>
      </w:pPr>
      <w:r>
        <w:t>according to my knowledge, then the third positive diaspora began during the Prophet of Islam.</w:t>
      </w:r>
    </w:p>
    <w:p>
      <w:r>
        <w:rPr>
          <w:b/>
        </w:rPr>
        <w:t xml:space="preserve">[17:24] </w:t>
      </w:r>
      <w:r>
        <w:t>The third diaspora, the third positive diaspora</w:t>
      </w:r>
    </w:p>
    <w:p>
      <w:pPr>
        <w:jc w:val="right"/>
      </w:pPr>
      <w:r>
        <w:t>The third diaspora, the third positive diaspora</w:t>
      </w:r>
    </w:p>
    <w:p>
      <w:r>
        <w:rPr>
          <w:b/>
        </w:rPr>
        <w:t xml:space="preserve">[17:28] </w:t>
      </w:r>
      <w:r>
        <w:t>during the Meccan period, when the Prophet of Islam was in Mecca</w:t>
      </w:r>
    </w:p>
    <w:p>
      <w:pPr>
        <w:jc w:val="right"/>
      </w:pPr>
      <w:r>
        <w:t>during the Meccan period, when the Prophet of Islam was in Mecca</w:t>
      </w:r>
    </w:p>
    <w:p>
      <w:r>
        <w:rPr>
          <w:b/>
        </w:rPr>
        <w:t xml:space="preserve">[17:34] </w:t>
      </w:r>
      <w:r>
        <w:t>before migration, near about</w:t>
      </w:r>
    </w:p>
    <w:p>
      <w:pPr>
        <w:jc w:val="right"/>
      </w:pPr>
      <w:r>
        <w:t>before migration, near about</w:t>
      </w:r>
    </w:p>
    <w:p>
      <w:r>
        <w:rPr>
          <w:b/>
        </w:rPr>
        <w:t xml:space="preserve">[17:40] </w:t>
      </w:r>
      <w:r>
        <w:t>after 10 years of his prophethood,</w:t>
      </w:r>
    </w:p>
    <w:p>
      <w:pPr>
        <w:jc w:val="right"/>
      </w:pPr>
      <w:r>
        <w:t>after 10 years of his prophethood,</w:t>
      </w:r>
    </w:p>
    <w:p>
      <w:r>
        <w:rPr>
          <w:b/>
        </w:rPr>
        <w:t xml:space="preserve">[17:46] </w:t>
      </w:r>
      <w:r>
        <w:t>near about 10 years after his prophethood, there were persecutions</w:t>
      </w:r>
    </w:p>
    <w:p>
      <w:pPr>
        <w:jc w:val="right"/>
      </w:pPr>
      <w:r>
        <w:t>near about 10 years after his prophethood, there were persecutions</w:t>
      </w:r>
    </w:p>
    <w:p>
      <w:r>
        <w:rPr>
          <w:b/>
        </w:rPr>
        <w:t xml:space="preserve">[17:52] </w:t>
      </w:r>
      <w:r>
        <w:t>in Mecca.</w:t>
      </w:r>
    </w:p>
    <w:p>
      <w:pPr>
        <w:jc w:val="right"/>
      </w:pPr>
      <w:r>
        <w:t>in Mecca.</w:t>
      </w:r>
    </w:p>
    <w:p>
      <w:r>
        <w:rPr>
          <w:b/>
        </w:rPr>
        <w:t xml:space="preserve">[17:54] </w:t>
      </w:r>
      <w:r>
        <w:t>So, the Prophet of Islam asked the Sahaba to migrate from Mecca and settle in Habash.</w:t>
      </w:r>
    </w:p>
    <w:p>
      <w:pPr>
        <w:jc w:val="right"/>
      </w:pPr>
      <w:r>
        <w:t>So, the Prophet of Islam asked the Sahaba to migrate from Mecca and settle in Habash.</w:t>
      </w:r>
    </w:p>
    <w:p>
      <w:r>
        <w:rPr>
          <w:b/>
        </w:rPr>
        <w:t xml:space="preserve">[18:06] </w:t>
      </w:r>
      <w:r>
        <w:t>So, according to the record, men and women both migrated from Mecca and settled in Habash, that is Abyssinia or Ethiopia.</w:t>
      </w:r>
    </w:p>
    <w:p>
      <w:pPr>
        <w:jc w:val="right"/>
      </w:pPr>
      <w:r>
        <w:t>So, according to the record, men and women both migrated from Mecca and settled in Habash, that is Abyssinia or Ethiopia.</w:t>
      </w:r>
    </w:p>
    <w:p>
      <w:r>
        <w:rPr>
          <w:b/>
        </w:rPr>
        <w:t xml:space="preserve">[18:23] </w:t>
      </w:r>
      <w:r>
        <w:t>So, at that time, there was a very just king ruling Ethiopia. The ancient name is Habash.</w:t>
      </w:r>
    </w:p>
    <w:p>
      <w:pPr>
        <w:jc w:val="right"/>
      </w:pPr>
      <w:r>
        <w:t>So, at that time, there was a very just king ruling Ethiopia. The ancient name is Habash.</w:t>
      </w:r>
    </w:p>
    <w:p>
      <w:r>
        <w:rPr>
          <w:b/>
        </w:rPr>
        <w:t xml:space="preserve">[18:34] </w:t>
      </w:r>
      <w:r>
        <w:t>So, Habash or Abyssinia or Ethiopia. So, these Sahaba traveled through the Red Sea and arrived in Habash and settled over ther</w:t>
      </w:r>
    </w:p>
    <w:p>
      <w:pPr>
        <w:jc w:val="right"/>
      </w:pPr>
      <w:r>
        <w:t>So, Habash or Abyssinia or Ethiopia. So, these Sahaba traveled through the Red Sea and arrived in Habash and settled over ther</w:t>
      </w:r>
    </w:p>
    <w:p>
      <w:r>
        <w:rPr>
          <w:b/>
        </w:rPr>
        <w:t xml:space="preserve">[18:52] </w:t>
      </w:r>
      <w:r>
        <w:t>e So, at that time, the king was Najashi. In Arab accounts, the name is given Najashi, N-A-J-A-S-H-I, Najashi.</w:t>
      </w:r>
    </w:p>
    <w:p>
      <w:pPr>
        <w:jc w:val="right"/>
      </w:pPr>
      <w:r>
        <w:t>e. So, at that time, the king was Najashi. In Arab accounts, the name is given Najashi, N-A-J-A-S-H-I, Najashi.</w:t>
      </w:r>
    </w:p>
    <w:p>
      <w:r>
        <w:rPr>
          <w:b/>
        </w:rPr>
        <w:t xml:space="preserve">[19:08] </w:t>
      </w:r>
      <w:r>
        <w:t>But in English, in English references, you will find the name Negus, N-E-G-U-S.</w:t>
      </w:r>
    </w:p>
    <w:p>
      <w:pPr>
        <w:jc w:val="right"/>
      </w:pPr>
      <w:r>
        <w:t>But in English, in English references, you will find the name Negus, N-E-G-U-S.</w:t>
      </w:r>
    </w:p>
    <w:p>
      <w:r>
        <w:rPr>
          <w:b/>
        </w:rPr>
        <w:t xml:space="preserve">[19:22] </w:t>
      </w:r>
      <w:r>
        <w:t>So, in Arabic books, it is Najashi. And in English books, it is Negus, N-E-G-U-S</w:t>
      </w:r>
    </w:p>
    <w:p>
      <w:pPr>
        <w:jc w:val="right"/>
      </w:pPr>
      <w:r>
        <w:t>So, in Arabic books, it is Najashi. And in English books, it is Negus, N-E-G-U-S</w:t>
      </w:r>
    </w:p>
    <w:p>
      <w:r>
        <w:rPr>
          <w:b/>
        </w:rPr>
        <w:t xml:space="preserve">[19:33] </w:t>
      </w:r>
      <w:r>
        <w:t>. Negus or Najashi was a Christian king. But he was very pious, very religious, and also very just</w:t>
      </w:r>
    </w:p>
    <w:p>
      <w:pPr>
        <w:jc w:val="right"/>
      </w:pPr>
      <w:r>
        <w:t>. Negus or Najashi was a Christian king. But he was very pious, very religious, and also very just</w:t>
      </w:r>
    </w:p>
    <w:p>
      <w:r>
        <w:rPr>
          <w:b/>
        </w:rPr>
        <w:t xml:space="preserve">[19:45] </w:t>
      </w:r>
      <w:r>
        <w:t>. So, he welcomed those Sahaba. And he asked them to come over to visit him.</w:t>
      </w:r>
    </w:p>
    <w:p>
      <w:pPr>
        <w:jc w:val="right"/>
      </w:pPr>
      <w:r>
        <w:t>. So, he welcomed those Sahaba. And he asked them to come over to visit him.</w:t>
      </w:r>
    </w:p>
    <w:p>
      <w:r>
        <w:rPr>
          <w:b/>
        </w:rPr>
        <w:t xml:space="preserve">[20:00] </w:t>
      </w:r>
      <w:r>
        <w:t>And he asked them to tell what is the message of their what is the message of their prophet, who is the prophet Muhammad, and what is his message.</w:t>
      </w:r>
    </w:p>
    <w:p>
      <w:pPr>
        <w:jc w:val="right"/>
      </w:pPr>
      <w:r>
        <w:t>And he asked them to tell what is the message of their what is the message of their prophet, who is the prophet Muhammad, and what is his message.</w:t>
      </w:r>
    </w:p>
    <w:p>
      <w:r>
        <w:rPr>
          <w:b/>
        </w:rPr>
        <w:t xml:space="preserve">[20:16] </w:t>
      </w:r>
      <w:r>
        <w:t>So, according to Islamic accounts, a group of Sahaba</w:t>
      </w:r>
    </w:p>
    <w:p>
      <w:pPr>
        <w:jc w:val="right"/>
      </w:pPr>
      <w:r>
        <w:t>So, according to Islamic accounts, a group of Sahaba</w:t>
      </w:r>
    </w:p>
    <w:p>
      <w:r>
        <w:rPr>
          <w:b/>
        </w:rPr>
        <w:t xml:space="preserve">[20:26] </w:t>
      </w:r>
      <w:r>
        <w:t>met Najashi. And one Sahabi, his name was</w:t>
      </w:r>
    </w:p>
    <w:p>
      <w:pPr>
        <w:jc w:val="right"/>
      </w:pPr>
      <w:r>
        <w:t>met Najashi. And one Sahabi, his name was</w:t>
      </w:r>
    </w:p>
    <w:p>
      <w:r>
        <w:rPr>
          <w:b/>
        </w:rPr>
        <w:t xml:space="preserve">[20:35] </w:t>
      </w:r>
      <w:r>
        <w:t>Jafar Tayyar. Jafar Tayyar addressed in his Darbar</w:t>
      </w:r>
    </w:p>
    <w:p>
      <w:pPr>
        <w:jc w:val="right"/>
      </w:pPr>
      <w:r>
        <w:t>Jafar Tayyar. Jafar Tayyar addressed in his Darbar</w:t>
      </w:r>
    </w:p>
    <w:p>
      <w:r>
        <w:rPr>
          <w:b/>
        </w:rPr>
        <w:t xml:space="preserve">[20:44] </w:t>
      </w:r>
      <w:r>
        <w:t>. So, according to Islamic accounts, Najashi was influenced with his speech</w:t>
      </w:r>
    </w:p>
    <w:p>
      <w:pPr>
        <w:jc w:val="right"/>
      </w:pPr>
      <w:r>
        <w:t>. So, according to Islamic accounts, Najashi was influenced with his speech</w:t>
      </w:r>
    </w:p>
    <w:p>
      <w:r>
        <w:rPr>
          <w:b/>
        </w:rPr>
        <w:t xml:space="preserve">[20:59] </w:t>
      </w:r>
      <w:r>
        <w:t>. And he said that, "You are free to live in our country. And you are free to</w:t>
      </w:r>
    </w:p>
    <w:p>
      <w:pPr>
        <w:jc w:val="right"/>
      </w:pPr>
      <w:r>
        <w:t>. And he said that, "You are free to live in our country. And you are free to</w:t>
      </w:r>
    </w:p>
    <w:p>
      <w:r>
        <w:rPr>
          <w:b/>
        </w:rPr>
        <w:t xml:space="preserve">[21:11] </w:t>
      </w:r>
      <w:r>
        <w:t>" Even he allowed them to do da'wah work.</w:t>
      </w:r>
    </w:p>
    <w:p>
      <w:pPr>
        <w:jc w:val="right"/>
      </w:pPr>
      <w:r>
        <w:t>" Even he allowed them to do da'wah work.</w:t>
      </w:r>
    </w:p>
    <w:p>
      <w:r>
        <w:rPr>
          <w:b/>
        </w:rPr>
        <w:t xml:space="preserve">[21:19] </w:t>
      </w:r>
      <w:r>
        <w:t>So, you know, the present country, which is named Eritrea,</w:t>
      </w:r>
    </w:p>
    <w:p>
      <w:pPr>
        <w:jc w:val="right"/>
      </w:pPr>
      <w:r>
        <w:t>So, you know, the present country, which is named Eritrea,</w:t>
      </w:r>
    </w:p>
    <w:p>
      <w:r>
        <w:rPr>
          <w:b/>
        </w:rPr>
        <w:t xml:space="preserve">[21:27] </w:t>
      </w:r>
      <w:r>
        <w:t>was the result of that</w:t>
      </w:r>
    </w:p>
    <w:p>
      <w:pPr>
        <w:jc w:val="right"/>
      </w:pPr>
      <w:r>
        <w:t>was the result of that</w:t>
      </w:r>
    </w:p>
    <w:p>
      <w:r>
        <w:rPr>
          <w:b/>
        </w:rPr>
        <w:t xml:space="preserve">[21:32] </w:t>
      </w:r>
      <w:r>
        <w:t>Sahabi, that positive diaspora.</w:t>
      </w:r>
    </w:p>
    <w:p>
      <w:pPr>
        <w:jc w:val="right"/>
      </w:pPr>
      <w:r>
        <w:t>Sahabi, that positive diaspora.</w:t>
      </w:r>
    </w:p>
    <w:p>
      <w:r>
        <w:rPr>
          <w:b/>
        </w:rPr>
        <w:t xml:space="preserve">[21:38] </w:t>
      </w:r>
      <w:r>
        <w:t>So, these Sahaba who settled in Habash, they were in the eastern part of</w:t>
      </w:r>
    </w:p>
    <w:p>
      <w:pPr>
        <w:jc w:val="right"/>
      </w:pPr>
      <w:r>
        <w:t>So, these Sahaba who settled in Habash, they were in the eastern part of</w:t>
      </w:r>
    </w:p>
    <w:p>
      <w:r>
        <w:rPr>
          <w:b/>
        </w:rPr>
        <w:t xml:space="preserve">[21:49] </w:t>
      </w:r>
      <w:r>
        <w:t>Abyssinia. So, you know, at present, the name of this part is Eritrea.</w:t>
      </w:r>
    </w:p>
    <w:p>
      <w:pPr>
        <w:jc w:val="right"/>
      </w:pPr>
      <w:r>
        <w:t>Abyssinia. So, you know, at present, the name of this part is Eritrea.</w:t>
      </w:r>
    </w:p>
    <w:p>
      <w:r>
        <w:rPr>
          <w:b/>
        </w:rPr>
        <w:t xml:space="preserve">[21:59] </w:t>
      </w:r>
      <w:r>
        <w:t>Now, it is a free country. And it is under Muslim rule.</w:t>
      </w:r>
    </w:p>
    <w:p>
      <w:pPr>
        <w:jc w:val="right"/>
      </w:pPr>
      <w:r>
        <w:t>Now, it is a free country. And it is under Muslim rule.</w:t>
      </w:r>
    </w:p>
    <w:p>
      <w:r>
        <w:rPr>
          <w:b/>
        </w:rPr>
        <w:t xml:space="preserve">[22:06] </w:t>
      </w:r>
      <w:r>
        <w:t>So,</w:t>
      </w:r>
    </w:p>
    <w:p>
      <w:pPr>
        <w:jc w:val="right"/>
      </w:pPr>
      <w:r>
        <w:t>So,</w:t>
      </w:r>
    </w:p>
    <w:p>
      <w:r>
        <w:rPr>
          <w:b/>
        </w:rPr>
        <w:t xml:space="preserve">[22:09] </w:t>
      </w:r>
      <w:r>
        <w:t>there are at the coastal area, there are some people who speak Arabic. So, that influence was so strong that even today, they speak English.</w:t>
      </w:r>
    </w:p>
    <w:p>
      <w:pPr>
        <w:jc w:val="right"/>
      </w:pPr>
      <w:r>
        <w:t>there are at the coastal area, there are some people who speak Arabic. So, that influence was so strong that even today, they speak English.</w:t>
      </w:r>
    </w:p>
    <w:p>
      <w:r>
        <w:rPr>
          <w:b/>
        </w:rPr>
        <w:t xml:space="preserve">[22:23] </w:t>
      </w:r>
      <w:r>
        <w:t>So, this was the third positive diaspora. And the influence of this diaspora, we can see in the form of Eritrea.</w:t>
      </w:r>
    </w:p>
    <w:p>
      <w:pPr>
        <w:jc w:val="right"/>
      </w:pPr>
      <w:r>
        <w:t>So, this was the third positive diaspora. And the influence of this diaspora, we can see in the form of Eritrea.</w:t>
      </w:r>
    </w:p>
    <w:p>
      <w:r>
        <w:rPr>
          <w:b/>
        </w:rPr>
        <w:t xml:space="preserve">[22:40] </w:t>
      </w:r>
      <w:r>
        <w:t>There is a Muslim country.</w:t>
      </w:r>
    </w:p>
    <w:p>
      <w:pPr>
        <w:jc w:val="right"/>
      </w:pPr>
      <w:r>
        <w:t>There is a Muslim country.</w:t>
      </w:r>
    </w:p>
    <w:p>
      <w:r>
        <w:rPr>
          <w:b/>
        </w:rPr>
        <w:t xml:space="preserve">[22:45] </w:t>
      </w:r>
      <w:r>
        <w:t>Then, according to my here, I would like to say that although these Muslims</w:t>
      </w:r>
    </w:p>
    <w:p>
      <w:pPr>
        <w:jc w:val="right"/>
      </w:pPr>
      <w:r>
        <w:t>Then, according to my here, I would like to say that although these Muslims</w:t>
      </w:r>
    </w:p>
    <w:p>
      <w:r>
        <w:rPr>
          <w:b/>
        </w:rPr>
        <w:t xml:space="preserve">[22:58] </w:t>
      </w:r>
      <w:r>
        <w:t>migrated from Mecca due to some persecution, but when they settled in</w:t>
      </w:r>
    </w:p>
    <w:p>
      <w:pPr>
        <w:jc w:val="right"/>
      </w:pPr>
      <w:r>
        <w:t>migrated from Mecca due to some persecution, but when they settled in</w:t>
      </w:r>
    </w:p>
    <w:p>
      <w:r>
        <w:rPr>
          <w:b/>
        </w:rPr>
        <w:t xml:space="preserve">[23:08] </w:t>
      </w:r>
      <w:r>
        <w:t>Ethiopia, they tried to meet those people</w:t>
      </w:r>
    </w:p>
    <w:p>
      <w:pPr>
        <w:jc w:val="right"/>
      </w:pPr>
      <w:r>
        <w:t>Ethiopia, they tried to meet those people</w:t>
      </w:r>
    </w:p>
    <w:p>
      <w:r>
        <w:rPr>
          <w:b/>
        </w:rPr>
        <w:t xml:space="preserve">[23:16] </w:t>
      </w:r>
      <w:r>
        <w:t>. So, there was naturally, there was interaction. There were discussions. There was dialogue. So, simply their presence simply by their presence in Ethiopia began da'wah work over there.</w:t>
      </w:r>
    </w:p>
    <w:p>
      <w:pPr>
        <w:jc w:val="right"/>
      </w:pPr>
      <w:r>
        <w:t>. So, there was naturally, there was interaction. There were discussions. There was dialogue. So, simply their presence simply by their presence in Ethiopia began da'wah work over there.</w:t>
      </w:r>
    </w:p>
    <w:p>
      <w:r>
        <w:rPr>
          <w:b/>
        </w:rPr>
        <w:t xml:space="preserve">[23:39] </w:t>
      </w:r>
      <w:r>
        <w:t>The result is Eritrea.</w:t>
      </w:r>
    </w:p>
    <w:p>
      <w:pPr>
        <w:jc w:val="right"/>
      </w:pPr>
      <w:r>
        <w:t>The result is Eritrea.</w:t>
      </w:r>
    </w:p>
    <w:p>
      <w:r>
        <w:rPr>
          <w:b/>
        </w:rPr>
        <w:t xml:space="preserve">[23:44] </w:t>
      </w:r>
      <w:r>
        <w:t>So, diaspora may be some may be some other reasons. But it is but natural that it becomes a da'wah.</w:t>
      </w:r>
    </w:p>
    <w:p>
      <w:pPr>
        <w:jc w:val="right"/>
      </w:pPr>
      <w:r>
        <w:t>So, diaspora may be some may be some other reasons. But it is but natural that it becomes a da'wah.</w:t>
      </w:r>
    </w:p>
    <w:p>
      <w:r>
        <w:rPr>
          <w:b/>
        </w:rPr>
        <w:t xml:space="preserve">[23:57] </w:t>
      </w:r>
      <w:r>
        <w:t>It becomes da'wah work.</w:t>
      </w:r>
    </w:p>
    <w:p>
      <w:pPr>
        <w:jc w:val="right"/>
      </w:pPr>
      <w:r>
        <w:t>It becomes da'wah work.</w:t>
      </w:r>
    </w:p>
    <w:p>
      <w:r>
        <w:rPr>
          <w:b/>
        </w:rPr>
        <w:t xml:space="preserve">[24:02] </w:t>
      </w:r>
      <w:r>
        <w:t>If you have a if you believe in a religion, you believe in</w:t>
      </w:r>
    </w:p>
    <w:p>
      <w:pPr>
        <w:jc w:val="right"/>
      </w:pPr>
      <w:r>
        <w:t>If you have a if you believe in a religion, you believe in</w:t>
      </w:r>
    </w:p>
    <w:p>
      <w:r>
        <w:rPr>
          <w:b/>
        </w:rPr>
        <w:t xml:space="preserve">[24:10] </w:t>
      </w:r>
      <w:r>
        <w:t>God, in Islam, and in the Quran, so it is but natural that you will</w:t>
      </w:r>
    </w:p>
    <w:p>
      <w:pPr>
        <w:jc w:val="right"/>
      </w:pPr>
      <w:r>
        <w:t>God, in Islam, and in the Quran, so it is but natural that you will</w:t>
      </w:r>
    </w:p>
    <w:p>
      <w:r>
        <w:rPr>
          <w:b/>
        </w:rPr>
        <w:t xml:space="preserve">[24:23] </w:t>
      </w:r>
      <w:r>
        <w:t>tell those people about your religion, about your ideology. And that is da'wah work</w:t>
      </w:r>
    </w:p>
    <w:p>
      <w:pPr>
        <w:jc w:val="right"/>
      </w:pPr>
      <w:r>
        <w:t>tell those people about your religion, about your ideology. And that is da'wah work</w:t>
      </w:r>
    </w:p>
    <w:p>
      <w:r>
        <w:rPr>
          <w:b/>
        </w:rPr>
        <w:t xml:space="preserve">[24:32] </w:t>
      </w:r>
      <w:r>
        <w:t>. So, this was the third positive diaspora in Islamic history. Here, I would like to say that generally, people think that diaspora must be in large numbers.</w:t>
      </w:r>
    </w:p>
    <w:p>
      <w:pPr>
        <w:jc w:val="right"/>
      </w:pPr>
      <w:r>
        <w:t>. So, this was the third positive diaspora in Islamic history. Here, I would like to say that generally, people think that diaspora must be in large numbers.</w:t>
      </w:r>
    </w:p>
    <w:p>
      <w:r>
        <w:rPr>
          <w:b/>
        </w:rPr>
        <w:t xml:space="preserve">[24:50] </w:t>
      </w:r>
      <w:r>
        <w:t>But I don't believe like this. It is not numbers that count. It is quality that counts.</w:t>
      </w:r>
    </w:p>
    <w:p>
      <w:pPr>
        <w:jc w:val="right"/>
      </w:pPr>
      <w:r>
        <w:t>But I don't believe like this. It is not numbers that count. It is quality that counts.</w:t>
      </w:r>
    </w:p>
    <w:p>
      <w:r>
        <w:rPr>
          <w:b/>
        </w:rPr>
        <w:t xml:space="preserve">[24:58] </w:t>
      </w:r>
      <w:r>
        <w:t>So, even if they were few in numbers, but I called them a positive diaspora because through these people, there was da'wah work.</w:t>
      </w:r>
    </w:p>
    <w:p>
      <w:pPr>
        <w:jc w:val="right"/>
      </w:pPr>
      <w:r>
        <w:t>So, even if they were few in numbers, but I called them a positive diaspora because through these people, there was da'wah work.</w:t>
      </w:r>
    </w:p>
    <w:p>
      <w:r>
        <w:rPr>
          <w:b/>
        </w:rPr>
        <w:t xml:space="preserve">[25:11] </w:t>
      </w:r>
      <w:r>
        <w:t>There was a positive mission. So, the fourth diaspora was during the Prophet.</w:t>
      </w:r>
    </w:p>
    <w:p>
      <w:pPr>
        <w:jc w:val="right"/>
      </w:pPr>
      <w:r>
        <w:t>There was a positive mission. So, the fourth diaspora was during the Prophet.</w:t>
      </w:r>
    </w:p>
    <w:p>
      <w:r>
        <w:rPr>
          <w:b/>
        </w:rPr>
        <w:t xml:space="preserve">[25:25] </w:t>
      </w:r>
      <w:r>
        <w:t>This diaspora was from Mecca to Madinah.</w:t>
      </w:r>
    </w:p>
    <w:p>
      <w:pPr>
        <w:jc w:val="right"/>
      </w:pPr>
      <w:r>
        <w:t>This diaspora was from Mecca to Madinah.</w:t>
      </w:r>
    </w:p>
    <w:p>
      <w:r>
        <w:rPr>
          <w:b/>
        </w:rPr>
        <w:t xml:space="preserve">[25:29] </w:t>
      </w:r>
      <w:r>
        <w:t>When in Mecca, there were some difficulties, some atrocities, some injustice, so Muslims, including the Prophet, were</w:t>
      </w:r>
    </w:p>
    <w:p>
      <w:pPr>
        <w:jc w:val="right"/>
      </w:pPr>
      <w:r>
        <w:t>When in Mecca, there were some difficulties, some atrocities, some injustice, so Muslims, including the Prophet, were</w:t>
      </w:r>
    </w:p>
    <w:p>
      <w:r>
        <w:rPr>
          <w:b/>
        </w:rPr>
        <w:t xml:space="preserve">[25:42] </w:t>
      </w:r>
      <w:r>
        <w:t>compelled to leave Mecca. So, they left Mecca and settled in Madinah. This was the fourth diaspora in Islamic history.</w:t>
      </w:r>
    </w:p>
    <w:p>
      <w:pPr>
        <w:jc w:val="right"/>
      </w:pPr>
      <w:r>
        <w:t>compelled to leave Mecca. So, they left Mecca and settled in Madinah. This was the fourth diaspora in Islamic history.</w:t>
      </w:r>
    </w:p>
    <w:p>
      <w:r>
        <w:rPr>
          <w:b/>
        </w:rPr>
        <w:t xml:space="preserve">[25:51] </w:t>
      </w:r>
      <w:r>
        <w:t>When these people settled in Madinah, it was but natural again that da'wah work began because they were men of mission.</w:t>
      </w:r>
    </w:p>
    <w:p>
      <w:pPr>
        <w:jc w:val="right"/>
      </w:pPr>
      <w:r>
        <w:t>When these people settled in Madinah, it was but natural again that da'wah work began because they were men of mission.</w:t>
      </w:r>
    </w:p>
    <w:p>
      <w:r>
        <w:rPr>
          <w:b/>
        </w:rPr>
        <w:t xml:space="preserve">[26:06] </w:t>
      </w:r>
      <w:r>
        <w:t>They were believing in God. They were believing in the Quran. They were believing in Islam.</w:t>
      </w:r>
    </w:p>
    <w:p>
      <w:pPr>
        <w:jc w:val="right"/>
      </w:pPr>
      <w:r>
        <w:t>They were believing in God. They were believing in the Quran. They were believing in Islam.</w:t>
      </w:r>
    </w:p>
    <w:p>
      <w:r>
        <w:rPr>
          <w:b/>
        </w:rPr>
        <w:t xml:space="preserve">[26:13] </w:t>
      </w:r>
      <w:r>
        <w:t>So, when they settled in Madinah, there was interaction. So, during this interaction, there was dialogue.</w:t>
      </w:r>
    </w:p>
    <w:p>
      <w:pPr>
        <w:jc w:val="right"/>
      </w:pPr>
      <w:r>
        <w:t>So, when they settled in Madinah, there was interaction. So, during this interaction, there was dialogue.</w:t>
      </w:r>
    </w:p>
    <w:p>
      <w:r>
        <w:rPr>
          <w:b/>
        </w:rPr>
        <w:t xml:space="preserve">[26:27] </w:t>
      </w:r>
      <w:r>
        <w:t>There were discussions. Through this dialogue and discussion, Islam began spreading in Madinah.</w:t>
      </w:r>
    </w:p>
    <w:p>
      <w:pPr>
        <w:jc w:val="right"/>
      </w:pPr>
      <w:r>
        <w:t>There were discussions. Through this dialogue and discussion, Islam began spreading in Madinah.</w:t>
      </w:r>
    </w:p>
    <w:p>
      <w:r>
        <w:rPr>
          <w:b/>
        </w:rPr>
        <w:t xml:space="preserve">[26:36] </w:t>
      </w:r>
      <w:r>
        <w:t>There is a tradition this tells us that at some time in Madinah, there was a trialogue trialogue in which three religions participated in that program:</w:t>
      </w:r>
    </w:p>
    <w:p>
      <w:pPr>
        <w:jc w:val="right"/>
      </w:pPr>
      <w:r>
        <w:t>There is a tradition this tells us that at some time in Madinah, there was a trialogue trialogue in which three religions participated in that program:</w:t>
      </w:r>
    </w:p>
    <w:p>
      <w:r>
        <w:rPr>
          <w:b/>
        </w:rPr>
        <w:t xml:space="preserve">[26:54] </w:t>
      </w:r>
      <w:r>
        <w:t>one, Muslims; second, Jews; and third, Christians.</w:t>
      </w:r>
    </w:p>
    <w:p>
      <w:pPr>
        <w:jc w:val="right"/>
      </w:pPr>
      <w:r>
        <w:t>one, Muslims; second, Jews; and third, Christians.</w:t>
      </w:r>
    </w:p>
    <w:p>
      <w:r>
        <w:rPr>
          <w:b/>
        </w:rPr>
        <w:t xml:space="preserve">[27:01] </w:t>
      </w:r>
      <w:r>
        <w:t>So, after</w:t>
      </w:r>
    </w:p>
    <w:p>
      <w:pPr>
        <w:jc w:val="right"/>
      </w:pPr>
      <w:r>
        <w:t>So, after</w:t>
      </w:r>
    </w:p>
    <w:p>
      <w:r>
        <w:rPr>
          <w:b/>
        </w:rPr>
        <w:t xml:space="preserve">[27:04] </w:t>
      </w:r>
      <w:r>
        <w:t>migration, there was the Christian dialogue. And sometimes, there was a trialogue and three the representatives of three religions gathered in the Masjid of Madinah.</w:t>
      </w:r>
    </w:p>
    <w:p>
      <w:pPr>
        <w:jc w:val="right"/>
      </w:pPr>
      <w:r>
        <w:t>migration, there was the Christian dialogue. And sometimes, there was a trialogue and three the representatives of three religions gathered in the Masjid of Madinah.</w:t>
      </w:r>
    </w:p>
    <w:p>
      <w:r>
        <w:rPr>
          <w:b/>
        </w:rPr>
        <w:t xml:space="preserve">[27:23] </w:t>
      </w:r>
      <w:r>
        <w:t>And there was discussion. And I don't know the exact number of those people.</w:t>
      </w:r>
    </w:p>
    <w:p>
      <w:pPr>
        <w:jc w:val="right"/>
      </w:pPr>
      <w:r>
        <w:t>And there was discussion. And I don't know the exact number of those people.</w:t>
      </w:r>
    </w:p>
    <w:p>
      <w:r>
        <w:rPr>
          <w:b/>
        </w:rPr>
        <w:t xml:space="preserve">[27:35] </w:t>
      </w:r>
      <w:r>
        <w:t>But it was a trialogue tri</w:t>
      </w:r>
    </w:p>
    <w:p>
      <w:pPr>
        <w:jc w:val="right"/>
      </w:pPr>
      <w:r>
        <w:t>But it was a trialogue tri</w:t>
      </w:r>
    </w:p>
    <w:p>
      <w:r>
        <w:rPr>
          <w:b/>
        </w:rPr>
        <w:t xml:space="preserve">[27:38] </w:t>
      </w:r>
      <w:r>
        <w:t>alogue trialogue trialogue trialogue trialogue trialogue trialogue So, migration from Mecca to Madinah was the fourth positive diaspora in Islamic history.</w:t>
      </w:r>
    </w:p>
    <w:p>
      <w:pPr>
        <w:jc w:val="right"/>
      </w:pPr>
      <w:r>
        <w:t>alogue trialogue trialogue trialogue trialogue trialogue trialogue So, migration from Mecca to Madinah was the fourth positive diaspora in Islamic history.</w:t>
      </w:r>
    </w:p>
    <w:p>
      <w:r>
        <w:rPr>
          <w:b/>
        </w:rPr>
        <w:t xml:space="preserve">[27:46] </w:t>
      </w:r>
      <w:r>
        <w:t>And the result was great. The whole Madinah was Islamized. And Madinah became the center of Islam.</w:t>
      </w:r>
    </w:p>
    <w:p>
      <w:pPr>
        <w:jc w:val="right"/>
      </w:pPr>
      <w:r>
        <w:t>And the result was great. The whole Madinah was Islamized. And Madinah became the center of Islam.</w:t>
      </w:r>
    </w:p>
    <w:p>
      <w:r>
        <w:rPr>
          <w:b/>
        </w:rPr>
        <w:t xml:space="preserve">[27:56] </w:t>
      </w:r>
      <w:r>
        <w:t>And it was this positive diaspora that resulted in Islamization of the whole Arabia.</w:t>
      </w:r>
    </w:p>
    <w:p>
      <w:pPr>
        <w:jc w:val="right"/>
      </w:pPr>
      <w:r>
        <w:t>And it was this positive diaspora that resulted in Islamization of the whole Arabia.</w:t>
      </w:r>
    </w:p>
    <w:p>
      <w:r>
        <w:rPr>
          <w:b/>
        </w:rPr>
        <w:t xml:space="preserve">[28:04] </w:t>
      </w:r>
      <w:r>
        <w:t>It was the great diaspora in Islamic history as far as the result is concerned.</w:t>
      </w:r>
    </w:p>
    <w:p>
      <w:pPr>
        <w:jc w:val="right"/>
      </w:pPr>
      <w:r>
        <w:t>It was the great diaspora in Islamic history as far as the result is concerned.</w:t>
      </w:r>
    </w:p>
    <w:p>
      <w:r>
        <w:rPr>
          <w:b/>
        </w:rPr>
        <w:t xml:space="preserve">[28:15] </w:t>
      </w:r>
      <w:r>
        <w:t>Then, there was the fifth diaspora. This occurred after the death of the Prophet of Islam.</w:t>
      </w:r>
    </w:p>
    <w:p>
      <w:pPr>
        <w:jc w:val="right"/>
      </w:pPr>
      <w:r>
        <w:t>Then, there was the fifth diaspora. This occurred after the death of the Prophet of Islam.</w:t>
      </w:r>
    </w:p>
    <w:p>
      <w:r>
        <w:rPr>
          <w:b/>
        </w:rPr>
        <w:t xml:space="preserve">[28:28] </w:t>
      </w:r>
      <w:r>
        <w:t>You know, before his death, the Prophet performed Hajj, which is called Hajjat al-Wida in Islamic history.</w:t>
      </w:r>
    </w:p>
    <w:p>
      <w:pPr>
        <w:jc w:val="right"/>
      </w:pPr>
      <w:r>
        <w:t>You know, before his death, the Prophet performed Hajj, which is called Hajjat al-Wida in Islamic history.</w:t>
      </w:r>
    </w:p>
    <w:p>
      <w:r>
        <w:rPr>
          <w:b/>
        </w:rPr>
        <w:t xml:space="preserve">[28:43] </w:t>
      </w:r>
      <w:r>
        <w:t>So, after performing Hajj, the Prophet of Islam addressed his companions in Arafat.</w:t>
      </w:r>
    </w:p>
    <w:p>
      <w:pPr>
        <w:jc w:val="right"/>
      </w:pPr>
      <w:r>
        <w:t>So, after performing Hajj, the Prophet of Islam addressed his companions in Arafat.</w:t>
      </w:r>
    </w:p>
    <w:p>
      <w:r>
        <w:rPr>
          <w:b/>
        </w:rPr>
        <w:t xml:space="preserve">[28:58] </w:t>
      </w:r>
      <w:r>
        <w:t>At that time, there were 1,40,000 companions with the Prophet or 1,05,000 Muslims with the Prophet.</w:t>
      </w:r>
    </w:p>
    <w:p>
      <w:pPr>
        <w:jc w:val="right"/>
      </w:pPr>
      <w:r>
        <w:t>At that time, there were 1,40,000 companions with the Prophet or 1,05,000 Muslims with the Prophet.</w:t>
      </w:r>
    </w:p>
    <w:p>
      <w:r>
        <w:rPr>
          <w:b/>
        </w:rPr>
        <w:t xml:space="preserve">[29:17] </w:t>
      </w:r>
      <w:r>
        <w:t>So, the Prophet addressed these Muslims in Arafat, in the field of Arafat.</w:t>
      </w:r>
    </w:p>
    <w:p>
      <w:pPr>
        <w:jc w:val="right"/>
      </w:pPr>
      <w:r>
        <w:t>So, the Prophet addressed these Muslims in Arafat, in the field of Arafat.</w:t>
      </w:r>
    </w:p>
    <w:p>
      <w:r>
        <w:rPr>
          <w:b/>
        </w:rPr>
        <w:t xml:space="preserve">[29:25] </w:t>
      </w:r>
      <w:r>
        <w:t>In this</w:t>
      </w:r>
    </w:p>
    <w:p>
      <w:pPr>
        <w:jc w:val="right"/>
      </w:pPr>
      <w:r>
        <w:t>In this</w:t>
      </w:r>
    </w:p>
    <w:p>
      <w:r>
        <w:rPr>
          <w:b/>
        </w:rPr>
        <w:t xml:space="preserve">[29:29] </w:t>
      </w:r>
      <w:r>
        <w:t>speech, he said, addressing to those Muslims, that, "Innallaha baasani kaafatal linnas.</w:t>
      </w:r>
    </w:p>
    <w:p>
      <w:pPr>
        <w:jc w:val="right"/>
      </w:pPr>
      <w:r>
        <w:t>speech, he said, addressing to those Muslims, that, "Innallaha baasani kaafatal linnas.</w:t>
      </w:r>
    </w:p>
    <w:p>
      <w:r>
        <w:rPr>
          <w:b/>
        </w:rPr>
        <w:t xml:space="preserve">[29:42] </w:t>
      </w:r>
      <w:r>
        <w:t>Faaddu anni. Faaddu anni."</w:t>
      </w:r>
    </w:p>
    <w:p>
      <w:pPr>
        <w:jc w:val="right"/>
      </w:pPr>
      <w:r>
        <w:t>Faaddu anni. Faaddu anni."</w:t>
      </w:r>
    </w:p>
    <w:p>
      <w:r>
        <w:rPr>
          <w:b/>
        </w:rPr>
        <w:t xml:space="preserve">[29:47] </w:t>
      </w:r>
      <w:r>
        <w:t>O my companions, O Muslims, God has sent me as a Prophet, as a messenger for all mankind for all mankind.</w:t>
      </w:r>
    </w:p>
    <w:p>
      <w:pPr>
        <w:jc w:val="right"/>
      </w:pPr>
      <w:r>
        <w:t>O my companions, O Muslims, God has sent me as a Prophet, as a messenger for all mankind for all mankind.</w:t>
      </w:r>
    </w:p>
    <w:p>
      <w:r>
        <w:rPr>
          <w:b/>
        </w:rPr>
        <w:t xml:space="preserve">[30:03] </w:t>
      </w:r>
      <w:r>
        <w:t>So, it is your duty to spread this message to all mankind.</w:t>
      </w:r>
    </w:p>
    <w:p>
      <w:pPr>
        <w:jc w:val="right"/>
      </w:pPr>
      <w:r>
        <w:t>So, it is your duty to spread this message to all mankind.</w:t>
      </w:r>
    </w:p>
    <w:p>
      <w:r>
        <w:rPr>
          <w:b/>
        </w:rPr>
        <w:t xml:space="preserve">[30:11] </w:t>
      </w:r>
      <w:r>
        <w:t>It was</w:t>
      </w:r>
    </w:p>
    <w:p>
      <w:pPr>
        <w:jc w:val="right"/>
      </w:pPr>
      <w:r>
        <w:t>It was</w:t>
      </w:r>
    </w:p>
    <w:p>
      <w:r>
        <w:rPr>
          <w:b/>
        </w:rPr>
        <w:t xml:space="preserve">[30:15] </w:t>
      </w:r>
      <w:r>
        <w:t>So, what happened after this after performing Hajj?</w:t>
      </w:r>
    </w:p>
    <w:p>
      <w:pPr>
        <w:jc w:val="right"/>
      </w:pPr>
      <w:r>
        <w:t>So, what happened after this after performing Hajj?</w:t>
      </w:r>
    </w:p>
    <w:p>
      <w:r>
        <w:rPr>
          <w:b/>
        </w:rPr>
        <w:t xml:space="preserve">[30:24] </w:t>
      </w:r>
      <w:r>
        <w:t>The majority of the Sahaba went out of Arabia. You know, at that time, there were 1,40,000 Muslims with the Prophet.</w:t>
      </w:r>
    </w:p>
    <w:p>
      <w:pPr>
        <w:jc w:val="right"/>
      </w:pPr>
      <w:r>
        <w:t>The majority of the Sahaba went out of Arabia. You know, at that time, there were 1,40,000 Muslims with the Prophet.</w:t>
      </w:r>
    </w:p>
    <w:p>
      <w:r>
        <w:rPr>
          <w:b/>
        </w:rPr>
        <w:t xml:space="preserve">[30:38] </w:t>
      </w:r>
      <w:r>
        <w:t>But now, if you visit Mecca and Madinah, you hardly find 10,000 graves of those Sahaba in Mecca and Madinah.</w:t>
      </w:r>
    </w:p>
    <w:p>
      <w:pPr>
        <w:jc w:val="right"/>
      </w:pPr>
      <w:r>
        <w:t>But now, if you visit Mecca and Madinah, you hardly find 10,000 graves of those Sahaba in Mecca and Madinah.</w:t>
      </w:r>
    </w:p>
    <w:p>
      <w:r>
        <w:rPr>
          <w:b/>
        </w:rPr>
        <w:t xml:space="preserve">[30:53] </w:t>
      </w:r>
      <w:r>
        <w:t>Only 10,000. It means that the majority of those Muslims or the majority of those Sahaba migrated.</w:t>
      </w:r>
    </w:p>
    <w:p>
      <w:pPr>
        <w:jc w:val="right"/>
      </w:pPr>
      <w:r>
        <w:t>Only 10,000. It means that the majority of those Muslims or the majority of those Sahaba migrated.</w:t>
      </w:r>
    </w:p>
    <w:p>
      <w:r>
        <w:rPr>
          <w:b/>
        </w:rPr>
        <w:t xml:space="preserve">[31:04] </w:t>
      </w:r>
      <w:r>
        <w:t>This was the fourth diaspora in Islamic history.</w:t>
      </w:r>
    </w:p>
    <w:p>
      <w:pPr>
        <w:jc w:val="right"/>
      </w:pPr>
      <w:r>
        <w:t>This was the fourth diaspora in Islamic history.</w:t>
      </w:r>
    </w:p>
    <w:p>
      <w:r>
        <w:rPr>
          <w:b/>
        </w:rPr>
        <w:t xml:space="preserve">[31:14] </w:t>
      </w:r>
      <w:r>
        <w:t>Fourth or fifth diaspora in Islamic history. And the result was very, very great.</w:t>
      </w:r>
    </w:p>
    <w:p>
      <w:pPr>
        <w:jc w:val="right"/>
      </w:pPr>
      <w:r>
        <w:t>Fourth or fifth diaspora in Islamic history. And the result was very, very great.</w:t>
      </w:r>
    </w:p>
    <w:p>
      <w:r>
        <w:rPr>
          <w:b/>
        </w:rPr>
        <w:t xml:space="preserve">[31:24] </w:t>
      </w:r>
      <w:r>
        <w:t>You know, it was the result of this positive diaspora that a vast land of Asia and Africa was Islamized.</w:t>
      </w:r>
    </w:p>
    <w:p>
      <w:pPr>
        <w:jc w:val="right"/>
      </w:pPr>
      <w:r>
        <w:t>You know, it was the result of this positive diaspora that a vast land of Asia and Africa was Islamized.</w:t>
      </w:r>
    </w:p>
    <w:p>
      <w:r>
        <w:rPr>
          <w:b/>
        </w:rPr>
        <w:t xml:space="preserve">[31:38] </w:t>
      </w:r>
      <w:r>
        <w:t>Now, we call this area the Muslim area or Arab world</w:t>
      </w:r>
    </w:p>
    <w:p>
      <w:pPr>
        <w:jc w:val="right"/>
      </w:pPr>
      <w:r>
        <w:t>Now, we call this area the Muslim area or Arab world</w:t>
      </w:r>
    </w:p>
    <w:p>
      <w:r>
        <w:rPr>
          <w:b/>
        </w:rPr>
        <w:t xml:space="preserve">[31:45] </w:t>
      </w:r>
      <w:r>
        <w:t>. The present Arab world was directly the result of that positive diaspora</w:t>
      </w:r>
    </w:p>
    <w:p>
      <w:pPr>
        <w:jc w:val="right"/>
      </w:pPr>
      <w:r>
        <w:t>. The present Arab world was directly the result of that positive diaspora</w:t>
      </w:r>
    </w:p>
    <w:p>
      <w:r>
        <w:rPr>
          <w:b/>
        </w:rPr>
        <w:t xml:space="preserve">[31:55] </w:t>
      </w:r>
      <w:r>
        <w:t>that occurred after the death of the Prophet of Islam.</w:t>
      </w:r>
    </w:p>
    <w:p>
      <w:pPr>
        <w:jc w:val="right"/>
      </w:pPr>
      <w:r>
        <w:t>that occurred after the death of the Prophet of Islam.</w:t>
      </w:r>
    </w:p>
    <w:p>
      <w:r>
        <w:rPr>
          <w:b/>
        </w:rPr>
        <w:t xml:space="preserve">[32:02] </w:t>
      </w:r>
      <w:r>
        <w:t>Then,</w:t>
      </w:r>
    </w:p>
    <w:p>
      <w:pPr>
        <w:jc w:val="right"/>
      </w:pPr>
      <w:r>
        <w:t>Then,</w:t>
      </w:r>
    </w:p>
    <w:p>
      <w:r>
        <w:rPr>
          <w:b/>
        </w:rPr>
        <w:t xml:space="preserve">[32:06] </w:t>
      </w:r>
      <w:r>
        <w:t>let us take the present diaspora.</w:t>
      </w:r>
    </w:p>
    <w:p>
      <w:pPr>
        <w:jc w:val="right"/>
      </w:pPr>
      <w:r>
        <w:t>let us take the present diaspora.</w:t>
      </w:r>
    </w:p>
    <w:p>
      <w:r>
        <w:rPr>
          <w:b/>
        </w:rPr>
        <w:t xml:space="preserve">[32:12] </w:t>
      </w:r>
      <w:r>
        <w:t>You know, we are living in the age of communication. All those diasporas were before the communication age.</w:t>
      </w:r>
    </w:p>
    <w:p>
      <w:pPr>
        <w:jc w:val="right"/>
      </w:pPr>
      <w:r>
        <w:t>You know, we are living in the age of communication. All those diasporas were before the communication age.</w:t>
      </w:r>
    </w:p>
    <w:p>
      <w:r>
        <w:rPr>
          <w:b/>
        </w:rPr>
        <w:t xml:space="preserve">[32:23] </w:t>
      </w:r>
      <w:r>
        <w:t>At that time, traveling was very difficult very, very difficult. But now, we are living in the age of communication.</w:t>
      </w:r>
    </w:p>
    <w:p>
      <w:pPr>
        <w:jc w:val="right"/>
      </w:pPr>
      <w:r>
        <w:t>At that time, traveling was very difficult very, very difficult. But now, we are living in the age of communication.</w:t>
      </w:r>
    </w:p>
    <w:p>
      <w:r>
        <w:rPr>
          <w:b/>
        </w:rPr>
        <w:t xml:space="preserve">[32:34] </w:t>
      </w:r>
      <w:r>
        <w:t>Now, traveling is very eas</w:t>
      </w:r>
    </w:p>
    <w:p>
      <w:pPr>
        <w:jc w:val="right"/>
      </w:pPr>
      <w:r>
        <w:t>Now, traveling is very eas</w:t>
      </w:r>
    </w:p>
    <w:p>
      <w:r>
        <w:rPr>
          <w:b/>
        </w:rPr>
        <w:t xml:space="preserve">[32:37] </w:t>
      </w:r>
      <w:r>
        <w:t>y. The whole world is like a global village a single village. So, now, the diaspora the phenomenon of diaspora is everywhere.</w:t>
      </w:r>
    </w:p>
    <w:p>
      <w:pPr>
        <w:jc w:val="right"/>
      </w:pPr>
      <w:r>
        <w:t>y. The whole world is like a global village a single village. So, now, the diaspora the phenomenon of diaspora is everywhere.</w:t>
      </w:r>
    </w:p>
    <w:p>
      <w:r>
        <w:rPr>
          <w:b/>
        </w:rPr>
        <w:t xml:space="preserve">[32:51] </w:t>
      </w:r>
      <w:r>
        <w:t>You can see it everywhere because of</w:t>
      </w:r>
    </w:p>
    <w:p>
      <w:pPr>
        <w:jc w:val="right"/>
      </w:pPr>
      <w:r>
        <w:t>You can see it everywhere because of</w:t>
      </w:r>
    </w:p>
    <w:p>
      <w:r>
        <w:rPr>
          <w:b/>
        </w:rPr>
        <w:t xml:space="preserve">[32:56] </w:t>
      </w:r>
      <w:r>
        <w:t>the communication.</w:t>
      </w:r>
    </w:p>
    <w:p>
      <w:pPr>
        <w:jc w:val="right"/>
      </w:pPr>
      <w:r>
        <w:t>the communication.</w:t>
      </w:r>
    </w:p>
    <w:p>
      <w:r>
        <w:rPr>
          <w:b/>
        </w:rPr>
        <w:t xml:space="preserve">[32:59] </w:t>
      </w:r>
      <w:r>
        <w:t>So, according to one estimate, there are near about 10 million Muslims living in different countries 10 million.</w:t>
      </w:r>
    </w:p>
    <w:p>
      <w:pPr>
        <w:jc w:val="right"/>
      </w:pPr>
      <w:r>
        <w:t>So, according to one estimate, there are near about 10 million Muslims living in different countries 10 million.</w:t>
      </w:r>
    </w:p>
    <w:p>
      <w:r>
        <w:rPr>
          <w:b/>
        </w:rPr>
        <w:t xml:space="preserve">[33:16] </w:t>
      </w:r>
      <w:r>
        <w:t>These</w:t>
      </w:r>
    </w:p>
    <w:p>
      <w:pPr>
        <w:jc w:val="right"/>
      </w:pPr>
      <w:r>
        <w:t>These</w:t>
      </w:r>
    </w:p>
    <w:p>
      <w:r>
        <w:rPr>
          <w:b/>
        </w:rPr>
        <w:t xml:space="preserve">[33:20] </w:t>
      </w:r>
      <w:r>
        <w:t>Muslims left their homeland and settled in European countries or in America</w:t>
      </w:r>
    </w:p>
    <w:p>
      <w:pPr>
        <w:jc w:val="right"/>
      </w:pPr>
      <w:r>
        <w:t>Muslims left their homeland and settled in European countries or in America</w:t>
      </w:r>
    </w:p>
    <w:p>
      <w:r>
        <w:rPr>
          <w:b/>
        </w:rPr>
        <w:t xml:space="preserve">[33:30] </w:t>
      </w:r>
      <w:r>
        <w:t>in what we call developed countries. They left their homeland and settled in developed countries.</w:t>
      </w:r>
    </w:p>
    <w:p>
      <w:pPr>
        <w:jc w:val="right"/>
      </w:pPr>
      <w:r>
        <w:t>in what we call developed countries. They left their homeland and settled in developed countries.</w:t>
      </w:r>
    </w:p>
    <w:p>
      <w:r>
        <w:rPr>
          <w:b/>
        </w:rPr>
        <w:t xml:space="preserve">[33:40] </w:t>
      </w:r>
      <w:r>
        <w:t>Why? Because there were there were better jobs for them and better economic opportunities for them.</w:t>
      </w:r>
    </w:p>
    <w:p>
      <w:pPr>
        <w:jc w:val="right"/>
      </w:pPr>
      <w:r>
        <w:t>Why? Because there were there were better jobs for them and better economic opportunities for them.</w:t>
      </w:r>
    </w:p>
    <w:p>
      <w:r>
        <w:rPr>
          <w:b/>
        </w:rPr>
        <w:t xml:space="preserve">[33:51] </w:t>
      </w:r>
      <w:r>
        <w:t>So, initially, this diaspora was due to find some better jobs better opportunities in material sense.</w:t>
      </w:r>
    </w:p>
    <w:p>
      <w:pPr>
        <w:jc w:val="right"/>
      </w:pPr>
      <w:r>
        <w:t>So, initially, this diaspora was due to find some better jobs better opportunities in material sense.</w:t>
      </w:r>
    </w:p>
    <w:p>
      <w:r>
        <w:rPr>
          <w:b/>
        </w:rPr>
        <w:t xml:space="preserve">[34:08] </w:t>
      </w:r>
      <w:r>
        <w:t>But again, I would like to say that these Muslims were having a religion that is a missionary religion.</w:t>
      </w:r>
    </w:p>
    <w:p>
      <w:pPr>
        <w:jc w:val="right"/>
      </w:pPr>
      <w:r>
        <w:t>But again, I would like to say that these Muslims were having a religion that is a missionary religion.</w:t>
      </w:r>
    </w:p>
    <w:p>
      <w:r>
        <w:rPr>
          <w:b/>
        </w:rPr>
        <w:t xml:space="preserve">[34:20] </w:t>
      </w:r>
      <w:r>
        <w:t>These Muslims believe in Islam</w:t>
      </w:r>
    </w:p>
    <w:p>
      <w:pPr>
        <w:jc w:val="right"/>
      </w:pPr>
      <w:r>
        <w:t>These Muslims believe in Islam</w:t>
      </w:r>
    </w:p>
    <w:p>
      <w:r>
        <w:rPr>
          <w:b/>
        </w:rPr>
        <w:t xml:space="preserve">[34:26] </w:t>
      </w:r>
      <w:r>
        <w:t>although they migrated for some material incentive material motivation. But these Muslims were believing in Islam.</w:t>
      </w:r>
    </w:p>
    <w:p>
      <w:pPr>
        <w:jc w:val="right"/>
      </w:pPr>
      <w:r>
        <w:t>although they migrated for some material incentive material motivation. But these Muslims were believing in Islam.</w:t>
      </w:r>
    </w:p>
    <w:p>
      <w:r>
        <w:rPr>
          <w:b/>
        </w:rPr>
        <w:t xml:space="preserve">[34:38] </w:t>
      </w:r>
      <w:r>
        <w:t>They were believers of Islam. And Islam is a missionary religion. Islam has a mission to spread all over the world</w:t>
      </w:r>
    </w:p>
    <w:p>
      <w:pPr>
        <w:jc w:val="right"/>
      </w:pPr>
      <w:r>
        <w:t>They were believers of Islam. And Islam is a missionary religion. Islam has a mission to spread all over the world</w:t>
      </w:r>
    </w:p>
    <w:p>
      <w:r>
        <w:rPr>
          <w:b/>
        </w:rPr>
        <w:t xml:space="preserve">[34:47] </w:t>
      </w:r>
      <w:r>
        <w:t>. So, whenever they settled, they became a missionary either directly or indirectly.</w:t>
      </w:r>
    </w:p>
    <w:p>
      <w:pPr>
        <w:jc w:val="right"/>
      </w:pPr>
      <w:r>
        <w:t>. So, whenever they settled, they became a missionary either directly or indirectly.</w:t>
      </w:r>
    </w:p>
    <w:p>
      <w:r>
        <w:rPr>
          <w:b/>
        </w:rPr>
        <w:t xml:space="preserve">[34:58] </w:t>
      </w:r>
      <w:r>
        <w:t>I'm not saying that their incentive was da'wah work. But indirectly, da'wah work began during interaction during discussion during dialogue.</w:t>
      </w:r>
    </w:p>
    <w:p>
      <w:pPr>
        <w:jc w:val="right"/>
      </w:pPr>
      <w:r>
        <w:t>I'm not saying that their incentive was da'wah work. But indirectly, da'wah work began during interaction during discussion during dialogue.</w:t>
      </w:r>
    </w:p>
    <w:p>
      <w:r>
        <w:rPr>
          <w:b/>
        </w:rPr>
        <w:t xml:space="preserve">[35:15] </w:t>
      </w:r>
      <w:r>
        <w:t>Here, I will give you an example</w:t>
      </w:r>
    </w:p>
    <w:p>
      <w:pPr>
        <w:jc w:val="right"/>
      </w:pPr>
      <w:r>
        <w:t>Here, I will give you an example</w:t>
      </w:r>
    </w:p>
    <w:p>
      <w:r>
        <w:rPr>
          <w:b/>
        </w:rPr>
        <w:t xml:space="preserve">[35:18] </w:t>
      </w:r>
      <w:r>
        <w:t>of how this migration how this diaspora resulted into da'wah work.</w:t>
      </w:r>
    </w:p>
    <w:p>
      <w:pPr>
        <w:jc w:val="right"/>
      </w:pPr>
      <w:r>
        <w:t>of how this migration how this diaspora resulted into da'wah work.</w:t>
      </w:r>
    </w:p>
    <w:p>
      <w:r>
        <w:rPr>
          <w:b/>
        </w:rPr>
        <w:t xml:space="preserve">[35:28] </w:t>
      </w:r>
      <w:r>
        <w:t>Once I was living as a guest in some European countries</w:t>
      </w:r>
    </w:p>
    <w:p>
      <w:pPr>
        <w:jc w:val="right"/>
      </w:pPr>
      <w:r>
        <w:t>Once I was living as a guest in some European countries</w:t>
      </w:r>
    </w:p>
    <w:p>
      <w:r>
        <w:rPr>
          <w:b/>
        </w:rPr>
        <w:t xml:space="preserve">[35:36] </w:t>
      </w:r>
      <w:r>
        <w:t>perhaps in Britain, so my host was a Muslim</w:t>
      </w:r>
    </w:p>
    <w:p>
      <w:pPr>
        <w:jc w:val="right"/>
      </w:pPr>
      <w:r>
        <w:t>perhaps in Britain, so my host was a Muslim</w:t>
      </w:r>
    </w:p>
    <w:p>
      <w:r>
        <w:rPr>
          <w:b/>
        </w:rPr>
        <w:t xml:space="preserve">[35:47] </w:t>
      </w:r>
      <w:r>
        <w:t>. He migrated from some Muslim country. And now, he is living in Britain. So, I saw one day, I saw that some Christian workers were doing some work in his house.</w:t>
      </w:r>
    </w:p>
    <w:p>
      <w:pPr>
        <w:jc w:val="right"/>
      </w:pPr>
      <w:r>
        <w:t>. He migrated from some Muslim country. And now, he is living in Britain. So, I saw one day, I saw that some Christian workers were doing some work in his house.</w:t>
      </w:r>
    </w:p>
    <w:p>
      <w:r>
        <w:rPr>
          <w:b/>
        </w:rPr>
        <w:t xml:space="preserve">[36:05] </w:t>
      </w:r>
      <w:r>
        <w:t>They belonged to the working class. Then, there was a dialogue between the owner and those workers.</w:t>
      </w:r>
    </w:p>
    <w:p>
      <w:pPr>
        <w:jc w:val="right"/>
      </w:pPr>
      <w:r>
        <w:t>They belonged to the working class. Then, there was a dialogue between the owner and those workers.</w:t>
      </w:r>
    </w:p>
    <w:p>
      <w:r>
        <w:rPr>
          <w:b/>
        </w:rPr>
        <w:t xml:space="preserve">[36:17] </w:t>
      </w:r>
      <w:r>
        <w:t>The owner the Muslim owner said to those Christian workers, "You see, your clergy is befooling you." They said, "How?" He said,</w:t>
      </w:r>
    </w:p>
    <w:p>
      <w:pPr>
        <w:jc w:val="right"/>
      </w:pPr>
      <w:r>
        <w:t>The owner the Muslim owner said to those Christian workers, "You see, your clergy is befooling you." They said, "How?" He said,</w:t>
      </w:r>
    </w:p>
    <w:p>
      <w:r>
        <w:rPr>
          <w:b/>
        </w:rPr>
        <w:t xml:space="preserve">[36:34] </w:t>
      </w:r>
      <w:r>
        <w:t>"See the philosophy of atonement." What is atonement?</w:t>
      </w:r>
    </w:p>
    <w:p>
      <w:pPr>
        <w:jc w:val="right"/>
      </w:pPr>
      <w:r>
        <w:t>"See the philosophy of atonement." What is atonement?</w:t>
      </w:r>
    </w:p>
    <w:p>
      <w:r>
        <w:rPr>
          <w:b/>
        </w:rPr>
        <w:t xml:space="preserve">[36:40] </w:t>
      </w:r>
      <w:r>
        <w:t>Atonement means that sin you</w:t>
      </w:r>
    </w:p>
    <w:p>
      <w:pPr>
        <w:jc w:val="right"/>
      </w:pPr>
      <w:r>
        <w:t>Atonement means that sin you</w:t>
      </w:r>
    </w:p>
    <w:p>
      <w:r>
        <w:rPr>
          <w:b/>
        </w:rPr>
        <w:t xml:space="preserve">[36:51] </w:t>
      </w:r>
      <w:r>
        <w:t>that you committed a sin. And Jesus Christ was punished for your due to your sin.</w:t>
      </w:r>
    </w:p>
    <w:p>
      <w:pPr>
        <w:jc w:val="right"/>
      </w:pPr>
      <w:r>
        <w:t>that you committed a sin. And Jesus Christ was punished for your due to your sin.</w:t>
      </w:r>
    </w:p>
    <w:p>
      <w:r>
        <w:rPr>
          <w:b/>
        </w:rPr>
        <w:t xml:space="preserve">[37:04] </w:t>
      </w:r>
      <w:r>
        <w:t>They said that Jesus Christ crucified Himself to overcome your sin.</w:t>
      </w:r>
    </w:p>
    <w:p>
      <w:pPr>
        <w:jc w:val="right"/>
      </w:pPr>
      <w:r>
        <w:t>They said that Jesus Christ crucified Himself to overcome your sin.</w:t>
      </w:r>
    </w:p>
    <w:p>
      <w:r>
        <w:rPr>
          <w:b/>
        </w:rPr>
        <w:t xml:space="preserve">[37:13] </w:t>
      </w:r>
      <w:r>
        <w:t>It is irrational. It is irrational, he said.</w:t>
      </w:r>
    </w:p>
    <w:p>
      <w:pPr>
        <w:jc w:val="right"/>
      </w:pPr>
      <w:r>
        <w:t>It is irrational. It is irrational, he said.</w:t>
      </w:r>
    </w:p>
    <w:p>
      <w:r>
        <w:rPr>
          <w:b/>
        </w:rPr>
        <w:t xml:space="preserve">[37:20] </w:t>
      </w:r>
      <w:r>
        <w:t>You committed a sin, and some other person was punished for your sin.</w:t>
      </w:r>
    </w:p>
    <w:p>
      <w:pPr>
        <w:jc w:val="right"/>
      </w:pPr>
      <w:r>
        <w:t>You committed a sin, and some other person was punished for your sin.</w:t>
      </w:r>
    </w:p>
    <w:p>
      <w:r>
        <w:rPr>
          <w:b/>
        </w:rPr>
        <w:t xml:space="preserve">[37:31] </w:t>
      </w:r>
      <w:r>
        <w:t>So, they tried to believe you that Jesus Christ, by crucifixion, overcame your sin.</w:t>
      </w:r>
    </w:p>
    <w:p>
      <w:pPr>
        <w:jc w:val="right"/>
      </w:pPr>
      <w:r>
        <w:t>So, they tried to believe you that Jesus Christ, by crucifixion, overcame your sin.</w:t>
      </w:r>
    </w:p>
    <w:p>
      <w:r>
        <w:rPr>
          <w:b/>
        </w:rPr>
        <w:t xml:space="preserve">[37:42] </w:t>
      </w:r>
      <w:r>
        <w:t>He took away your sin. So, they said, "Mr. Khan, you areright. You areright. This is dialogue." This dialogue was a natural dialogue during interaction.</w:t>
      </w:r>
    </w:p>
    <w:p>
      <w:pPr>
        <w:jc w:val="right"/>
      </w:pPr>
      <w:r>
        <w:t>He took away your sin. So, they said, "Mr. Khan, you areright. You areright. This is dialogue." This dialogue was a natural dialogue during interaction.</w:t>
      </w:r>
    </w:p>
    <w:p>
      <w:r>
        <w:rPr>
          <w:b/>
        </w:rPr>
        <w:t xml:space="preserve">[38:00] </w:t>
      </w:r>
      <w:r>
        <w:t>But it became da'wah work. So, when these Muslims settled in different countries in Europe and America, so although their intention was not da'wah work initially,</w:t>
      </w:r>
    </w:p>
    <w:p>
      <w:pPr>
        <w:jc w:val="right"/>
      </w:pPr>
      <w:r>
        <w:t>But it became da'wah work. So, when these Muslims settled in different countries in Europe and America, so although their intention was not da'wah work initially,</w:t>
      </w:r>
    </w:p>
    <w:p>
      <w:r>
        <w:rPr>
          <w:b/>
        </w:rPr>
        <w:t xml:space="preserve">[38:16] </w:t>
      </w:r>
      <w:r>
        <w:t>but when they settled over there, there was interaction. And during interaction, began da'wah work.</w:t>
      </w:r>
    </w:p>
    <w:p>
      <w:pPr>
        <w:jc w:val="right"/>
      </w:pPr>
      <w:r>
        <w:t>but when they settled over there, there was interaction. And during interaction, began da'wah work.</w:t>
      </w:r>
    </w:p>
    <w:p>
      <w:r>
        <w:rPr>
          <w:b/>
        </w:rPr>
        <w:t xml:space="preserve">[38:25] </w:t>
      </w:r>
      <w:r>
        <w:t>So, according to the present survey, there are near about 1,000,000 people who are embracing Islam every year.</w:t>
      </w:r>
    </w:p>
    <w:p>
      <w:pPr>
        <w:jc w:val="right"/>
      </w:pPr>
      <w:r>
        <w:t>So, according to the present survey, there are near about 1,000,000 people who are embracing Islam every year.</w:t>
      </w:r>
    </w:p>
    <w:p>
      <w:r>
        <w:rPr>
          <w:b/>
        </w:rPr>
        <w:t xml:space="preserve">[38:39] </w:t>
      </w:r>
      <w:r>
        <w:t>In Western countries, more than 1,000,000 people are embracing Islam every year. It is due to this interaction.</w:t>
      </w:r>
    </w:p>
    <w:p>
      <w:pPr>
        <w:jc w:val="right"/>
      </w:pPr>
      <w:r>
        <w:t>In Western countries, more than 1,000,000 people are embracing Islam every year. It is due to this interaction.</w:t>
      </w:r>
    </w:p>
    <w:p>
      <w:r>
        <w:rPr>
          <w:b/>
        </w:rPr>
        <w:t xml:space="preserve">[38:52] </w:t>
      </w:r>
      <w:r>
        <w:t>It is due to this interaction.</w:t>
      </w:r>
    </w:p>
    <w:p>
      <w:pPr>
        <w:jc w:val="right"/>
      </w:pPr>
      <w:r>
        <w:t>It is due to this interaction.</w:t>
      </w:r>
    </w:p>
    <w:p>
      <w:r>
        <w:rPr>
          <w:b/>
        </w:rPr>
        <w:t xml:space="preserve">[38:56] </w:t>
      </w:r>
      <w:r>
        <w:t>So, as I said earlier, at present, there are near about 10 million Muslims living in diaspora.</w:t>
      </w:r>
    </w:p>
    <w:p>
      <w:pPr>
        <w:jc w:val="right"/>
      </w:pPr>
      <w:r>
        <w:t>So, as I said earlier, at present, there are near about 10 million Muslims living in diaspora.</w:t>
      </w:r>
    </w:p>
    <w:p>
      <w:r>
        <w:rPr>
          <w:b/>
        </w:rPr>
        <w:t xml:space="preserve">[39:12] </w:t>
      </w:r>
      <w:r>
        <w:t>This diaspora is potentially a positive diaspora.</w:t>
      </w:r>
    </w:p>
    <w:p>
      <w:pPr>
        <w:jc w:val="right"/>
      </w:pPr>
      <w:r>
        <w:t>This diaspora is potentially a positive diaspora.</w:t>
      </w:r>
    </w:p>
    <w:p>
      <w:r>
        <w:rPr>
          <w:b/>
        </w:rPr>
        <w:t xml:space="preserve">[39:21] </w:t>
      </w:r>
      <w:r>
        <w:t>Actually, it is a diaspora. But potentially, it is a positive diaspora.</w:t>
      </w:r>
    </w:p>
    <w:p>
      <w:pPr>
        <w:jc w:val="right"/>
      </w:pPr>
      <w:r>
        <w:t>Actually, it is a diaspora. But potentially, it is a positive diaspora.</w:t>
      </w:r>
    </w:p>
    <w:p>
      <w:r>
        <w:rPr>
          <w:b/>
        </w:rPr>
        <w:t xml:space="preserve">[39:27] </w:t>
      </w:r>
      <w:r>
        <w:t>Why? If these Muslims try to avail those opportunities present in Western countries,</w:t>
      </w:r>
    </w:p>
    <w:p>
      <w:pPr>
        <w:jc w:val="right"/>
      </w:pPr>
      <w:r>
        <w:t>Why? If these Muslims try to avail those opportunities present in Western countries,</w:t>
      </w:r>
    </w:p>
    <w:p>
      <w:r>
        <w:rPr>
          <w:b/>
        </w:rPr>
        <w:t xml:space="preserve">[39:45] </w:t>
      </w:r>
      <w:r>
        <w:t>they can do a great da'wah work. Because these developed countries these Western countries have good communication.</w:t>
      </w:r>
    </w:p>
    <w:p>
      <w:pPr>
        <w:jc w:val="right"/>
      </w:pPr>
      <w:r>
        <w:t>they can do a great da'wah work. Because these developed countries these Western countries have good communication.</w:t>
      </w:r>
    </w:p>
    <w:p>
      <w:r>
        <w:rPr>
          <w:b/>
        </w:rPr>
        <w:t xml:space="preserve">[39:59] </w:t>
      </w:r>
      <w:r>
        <w:t>Everywhere, there are religious free freedom.</w:t>
      </w:r>
    </w:p>
    <w:p>
      <w:pPr>
        <w:jc w:val="right"/>
      </w:pPr>
      <w:r>
        <w:t>Everywhere, there are religious free freedom.</w:t>
      </w:r>
    </w:p>
    <w:p>
      <w:r>
        <w:rPr>
          <w:b/>
        </w:rPr>
        <w:t xml:space="preserve">[40:04] </w:t>
      </w:r>
      <w:r>
        <w:t>So, religious freedom is there. Communication is there. All the infrastructure is there.</w:t>
      </w:r>
    </w:p>
    <w:p>
      <w:pPr>
        <w:jc w:val="right"/>
      </w:pPr>
      <w:r>
        <w:t>So, religious freedom is there. Communication is there. All the infrastructure is there.</w:t>
      </w:r>
    </w:p>
    <w:p>
      <w:r>
        <w:rPr>
          <w:b/>
        </w:rPr>
        <w:t xml:space="preserve">[40:13] </w:t>
      </w:r>
      <w:r>
        <w:t>All those opportunities are there. So, if these Muslims try to avail these opportunities, they can do</w:t>
      </w:r>
    </w:p>
    <w:p>
      <w:pPr>
        <w:jc w:val="right"/>
      </w:pPr>
      <w:r>
        <w:t>All those opportunities are there. So, if these Muslims try to avail these opportunities, they can do</w:t>
      </w:r>
    </w:p>
    <w:p>
      <w:r>
        <w:rPr>
          <w:b/>
        </w:rPr>
        <w:t xml:space="preserve">[40:25] </w:t>
      </w:r>
      <w:r>
        <w:t>da'wah work on a greater scale.</w:t>
      </w:r>
    </w:p>
    <w:p>
      <w:pPr>
        <w:jc w:val="right"/>
      </w:pPr>
      <w:r>
        <w:t>da'wah work on a greater scale.</w:t>
      </w:r>
    </w:p>
    <w:p>
      <w:r>
        <w:rPr>
          <w:b/>
        </w:rPr>
        <w:t xml:space="preserve">[40:30] </w:t>
      </w:r>
      <w:r>
        <w:t>I said that these Muslims should adopt the formula of one-man-two mission.</w:t>
      </w:r>
    </w:p>
    <w:p>
      <w:pPr>
        <w:jc w:val="right"/>
      </w:pPr>
      <w:r>
        <w:t>I said that these Muslims should adopt the formula of one-man-two mission.</w:t>
      </w:r>
    </w:p>
    <w:p>
      <w:r>
        <w:rPr>
          <w:b/>
        </w:rPr>
        <w:t xml:space="preserve">[40:40] </w:t>
      </w:r>
      <w:r>
        <w:t>It is my formula one-man-two mission. And every Muslim must adopt this formula.</w:t>
      </w:r>
    </w:p>
    <w:p>
      <w:pPr>
        <w:jc w:val="right"/>
      </w:pPr>
      <w:r>
        <w:t>It is my formula one-man-two mission. And every Muslim must adopt this formula.</w:t>
      </w:r>
    </w:p>
    <w:p>
      <w:r>
        <w:rPr>
          <w:b/>
        </w:rPr>
        <w:t xml:space="preserve">[40:53] </w:t>
      </w:r>
      <w:r>
        <w:t>Fifty percent of his time fifty percent of his strength is for his living. Everyone wants some material need.</w:t>
      </w:r>
    </w:p>
    <w:p>
      <w:pPr>
        <w:jc w:val="right"/>
      </w:pPr>
      <w:r>
        <w:t>Fifty percent of his time fifty percent of his strength is for his living. Everyone wants some material need.</w:t>
      </w:r>
    </w:p>
    <w:p>
      <w:r>
        <w:rPr>
          <w:b/>
        </w:rPr>
        <w:t xml:space="preserve">[41:06] </w:t>
      </w:r>
      <w:r>
        <w:t>It is everyone in need of some economic earning.</w:t>
      </w:r>
    </w:p>
    <w:p>
      <w:pPr>
        <w:jc w:val="right"/>
      </w:pPr>
      <w:r>
        <w:t>It is everyone in need of some economic earning.</w:t>
      </w:r>
    </w:p>
    <w:p>
      <w:r>
        <w:rPr>
          <w:b/>
        </w:rPr>
        <w:t xml:space="preserve">[41:13] </w:t>
      </w:r>
      <w:r>
        <w:t>So, he must devote his fifty percent of his strength for earning and fifty percent for da'wah work.</w:t>
      </w:r>
    </w:p>
    <w:p>
      <w:pPr>
        <w:jc w:val="right"/>
      </w:pPr>
      <w:r>
        <w:t>So, he must devote his fifty percent of his strength for earning and fifty percent for da'wah work.</w:t>
      </w:r>
    </w:p>
    <w:p>
      <w:r>
        <w:rPr>
          <w:b/>
        </w:rPr>
        <w:t xml:space="preserve">[41:26] </w:t>
      </w:r>
      <w:r>
        <w:t>Fifty percent of his time and energy must be used in da'wah work and fifty percent in his material need.</w:t>
      </w:r>
    </w:p>
    <w:p>
      <w:pPr>
        <w:jc w:val="right"/>
      </w:pPr>
      <w:r>
        <w:t>Fifty percent of his time and energy must be used in da'wah work and fifty percent in his material need.</w:t>
      </w:r>
    </w:p>
    <w:p>
      <w:r>
        <w:rPr>
          <w:b/>
        </w:rPr>
        <w:t xml:space="preserve">[41:39] </w:t>
      </w:r>
      <w:r>
        <w:t>So, this is the formula which I may call one-man-two mission. So, if these Muslims who are living in Western countries as a diaspora if they adopt this formula,</w:t>
      </w:r>
    </w:p>
    <w:p>
      <w:pPr>
        <w:jc w:val="right"/>
      </w:pPr>
      <w:r>
        <w:t>So, this is the formula which I may call one-man-two mission. So, if these Muslims who are living in Western countries as a diaspora if they adopt this formula,</w:t>
      </w:r>
    </w:p>
    <w:p>
      <w:r>
        <w:rPr>
          <w:b/>
        </w:rPr>
        <w:t xml:space="preserve">[41:57] </w:t>
      </w:r>
      <w:r>
        <w:t>the result will be very, very great.</w:t>
      </w:r>
    </w:p>
    <w:p>
      <w:pPr>
        <w:jc w:val="right"/>
      </w:pPr>
      <w:r>
        <w:t>the result will be very, very great.</w:t>
      </w:r>
    </w:p>
    <w:p>
      <w:r>
        <w:rPr>
          <w:b/>
        </w:rPr>
        <w:t xml:space="preserve">[42:01] </w:t>
      </w:r>
      <w:r>
        <w:t>This diaspora at present this diaspora is a potentially positive diaspora.</w:t>
      </w:r>
    </w:p>
    <w:p>
      <w:pPr>
        <w:jc w:val="right"/>
      </w:pPr>
      <w:r>
        <w:t>This diaspora at present this diaspora is a potentially positive diaspora.</w:t>
      </w:r>
    </w:p>
    <w:p>
      <w:r>
        <w:rPr>
          <w:b/>
        </w:rPr>
        <w:t xml:space="preserve">[42:14] </w:t>
      </w:r>
      <w:r>
        <w:t>At present,</w:t>
      </w:r>
    </w:p>
    <w:p>
      <w:pPr>
        <w:jc w:val="right"/>
      </w:pPr>
      <w:r>
        <w:t>At present,</w:t>
      </w:r>
    </w:p>
    <w:p>
      <w:r>
        <w:rPr>
          <w:b/>
        </w:rPr>
        <w:t xml:space="preserve">[42:22] </w:t>
      </w:r>
      <w:r>
        <w:t>these Muslims in diaspora are a positive diaspora. And potentially, these Muslims in diaspora living in Western countries are a potentially positive diaspora.</w:t>
      </w:r>
    </w:p>
    <w:p>
      <w:pPr>
        <w:jc w:val="right"/>
      </w:pPr>
      <w:r>
        <w:t>these Muslims in diaspora are a positive diaspora. And potentially, these Muslims in diaspora living in Western countries are a potentially positive diaspora.</w:t>
      </w:r>
    </w:p>
    <w:p>
      <w:r>
        <w:rPr>
          <w:b/>
        </w:rPr>
        <w:t xml:space="preserve">[42:46] </w:t>
      </w:r>
      <w:r>
        <w:t>And if they adopt the one-man-two mission formula, they will successfully turn this potential into actual.</w:t>
      </w:r>
    </w:p>
    <w:p>
      <w:pPr>
        <w:jc w:val="right"/>
      </w:pPr>
      <w:r>
        <w:t>And if they adopt the one-man-two mission formula, they will successfully turn this potential into actual.</w:t>
      </w:r>
    </w:p>
    <w:p>
      <w:r>
        <w:rPr>
          <w:b/>
        </w:rPr>
        <w:t xml:space="preserve">[42:57] </w:t>
      </w:r>
      <w:r>
        <w:t>And the result will be great, great, great. They will be able to Islamize the whole world. They will be able to spread Islam on the international scale.</w:t>
      </w:r>
    </w:p>
    <w:p>
      <w:pPr>
        <w:jc w:val="right"/>
      </w:pPr>
      <w:r>
        <w:t>And the result will be great, great, great. They will be able to Islamize the whole world. They will be able to spread Islam on the international scale.</w:t>
      </w:r>
    </w:p>
    <w:p>
      <w:r>
        <w:rPr>
          <w:b/>
        </w:rPr>
        <w:t xml:space="preserve">[43:12] </w:t>
      </w:r>
      <w:r>
        <w:t>So, I can say that these 10 million Muslims have a great job a great duty.</w:t>
      </w:r>
    </w:p>
    <w:p>
      <w:pPr>
        <w:jc w:val="right"/>
      </w:pPr>
      <w:r>
        <w:t>So, I can say that these 10 million Muslims have a great job a great duty.</w:t>
      </w:r>
    </w:p>
    <w:p>
      <w:r>
        <w:rPr>
          <w:b/>
        </w:rPr>
        <w:t xml:space="preserve">[43:23] </w:t>
      </w:r>
      <w:r>
        <w:t>They are in a position to do da'wah work on an international level without any sacrifice. They are living in a world where there is religious freedom.</w:t>
      </w:r>
    </w:p>
    <w:p>
      <w:pPr>
        <w:jc w:val="right"/>
      </w:pPr>
      <w:r>
        <w:t>They are in a position to do da'wah work on an international level without any sacrifice. They are living in a world where there is religious freedom.</w:t>
      </w:r>
    </w:p>
    <w:p>
      <w:r>
        <w:rPr>
          <w:b/>
        </w:rPr>
        <w:t xml:space="preserve">[43:39] </w:t>
      </w:r>
      <w:r>
        <w:t>There is no fear of religious persecution.</w:t>
      </w:r>
    </w:p>
    <w:p>
      <w:pPr>
        <w:jc w:val="right"/>
      </w:pPr>
      <w:r>
        <w:t>There is no fear of religious persecution.</w:t>
      </w:r>
    </w:p>
    <w:p>
      <w:r>
        <w:rPr>
          <w:b/>
        </w:rPr>
        <w:t xml:space="preserve">[43:45] </w:t>
      </w:r>
      <w:r>
        <w:t>So, if they the only condition is that they adopt a peaceful method the only condition is that they must adopt a peaceful method.</w:t>
      </w:r>
    </w:p>
    <w:p>
      <w:pPr>
        <w:jc w:val="right"/>
      </w:pPr>
      <w:r>
        <w:t>So, if they the only condition is that they adopt a peaceful method the only condition is that they must adopt a peaceful method.</w:t>
      </w:r>
    </w:p>
    <w:p>
      <w:r>
        <w:rPr>
          <w:b/>
        </w:rPr>
        <w:t xml:space="preserve">[44:03] </w:t>
      </w:r>
      <w:r>
        <w:t>If they adopt a peaceful method, they can do da'wah work on a great, great scale. And the result will be very, very great.</w:t>
      </w:r>
    </w:p>
    <w:p>
      <w:pPr>
        <w:jc w:val="right"/>
      </w:pPr>
      <w:r>
        <w:t>If they adopt a peaceful method, they can do da'wah work on a great, great scale. And the result will be very, very great.</w:t>
      </w:r>
    </w:p>
    <w:p>
      <w:r>
        <w:rPr>
          <w:b/>
        </w:rPr>
        <w:t xml:space="preserve">[44:15] </w:t>
      </w:r>
      <w:r>
        <w:t>So, my advice to these Muslims which are which I call Muslims in diaspora in our present world,</w:t>
      </w:r>
    </w:p>
    <w:p>
      <w:pPr>
        <w:jc w:val="right"/>
      </w:pPr>
      <w:r>
        <w:t>So, my advice to these Muslims which are which I call Muslims in diaspora in our present world,</w:t>
      </w:r>
    </w:p>
    <w:p>
      <w:r>
        <w:rPr>
          <w:b/>
        </w:rPr>
        <w:t xml:space="preserve">[44:32] </w:t>
      </w:r>
      <w:r>
        <w:t>they must adopt this formula one-man-two mission. And they must adhere completely to the peaceful method</w:t>
      </w:r>
    </w:p>
    <w:p>
      <w:pPr>
        <w:jc w:val="right"/>
      </w:pPr>
      <w:r>
        <w:t>they must adopt this formula one-man-two mission. And they must adhere completely to the peaceful method</w:t>
      </w:r>
    </w:p>
    <w:p>
      <w:r>
        <w:rPr>
          <w:b/>
        </w:rPr>
        <w:t xml:space="preserve">[44:44] </w:t>
      </w:r>
      <w:r>
        <w:t>completely. They must refrain from all kinds of protest. They must refrain themselves from all kinds of complaints.</w:t>
      </w:r>
    </w:p>
    <w:p>
      <w:pPr>
        <w:jc w:val="right"/>
      </w:pPr>
      <w:r>
        <w:t>completely. They must refrain from all kinds of protest. They must refrain themselves from all kinds of complaints.</w:t>
      </w:r>
    </w:p>
    <w:p>
      <w:r>
        <w:rPr>
          <w:b/>
        </w:rPr>
        <w:t xml:space="preserve">[44:55] </w:t>
      </w:r>
      <w:r>
        <w:t>Even they must refrain themselves from all kinds of hate hate and reveng</w:t>
      </w:r>
    </w:p>
    <w:p>
      <w:pPr>
        <w:jc w:val="right"/>
      </w:pPr>
      <w:r>
        <w:t>Even they must refrain themselves from all kinds of hate hate and reveng</w:t>
      </w:r>
    </w:p>
    <w:p>
      <w:r>
        <w:rPr>
          <w:b/>
        </w:rPr>
        <w:t xml:space="preserve">[45:04] </w:t>
      </w:r>
      <w:r>
        <w:t>e. If they adhere to these values, they can play a historical role to Islamize to spread the mission of Islam throughout the world.</w:t>
      </w:r>
    </w:p>
    <w:p>
      <w:pPr>
        <w:jc w:val="right"/>
      </w:pPr>
      <w:r>
        <w:t>e. If they adhere to these values, they can play a historical role to Islamize to spread the mission of Islam throughout the world.</w:t>
      </w:r>
    </w:p>
    <w:p>
      <w:r>
        <w:rPr>
          <w:b/>
        </w:rPr>
        <w:t xml:space="preserve">[45:25] </w:t>
      </w:r>
      <w:r>
        <w:t>And also, there is a very big</w:t>
      </w:r>
    </w:p>
    <w:p>
      <w:pPr>
        <w:jc w:val="right"/>
      </w:pPr>
      <w:r>
        <w:t>And also, there is a very big</w:t>
      </w:r>
    </w:p>
    <w:p>
      <w:r>
        <w:rPr>
          <w:b/>
        </w:rPr>
        <w:t xml:space="preserve">[45:32] </w:t>
      </w:r>
      <w:r>
        <w:t>also, there is a very important aspect of this da'wah work. Everywhere in the in these countries I have traveled a lot in in Europe and America.</w:t>
      </w:r>
    </w:p>
    <w:p>
      <w:pPr>
        <w:jc w:val="right"/>
      </w:pPr>
      <w:r>
        <w:t>also, there is a very important aspect of this da'wah work. Everywhere in the in these countries I have traveled a lot in in Europe and America.</w:t>
      </w:r>
    </w:p>
    <w:p>
      <w:r>
        <w:rPr>
          <w:b/>
        </w:rPr>
        <w:t xml:space="preserve">[45:47] </w:t>
      </w:r>
      <w:r>
        <w:t>So, always, I found that those Muslims who are settled in these developed countries, they are always they are living in complaints about their next generation about their boys.</w:t>
      </w:r>
    </w:p>
    <w:p>
      <w:pPr>
        <w:jc w:val="right"/>
      </w:pPr>
      <w:r>
        <w:t>So, always, I found that those Muslims who are settled in these developed countries, they are always they are living in complaints about their next generation about their boys.</w:t>
      </w:r>
    </w:p>
    <w:p>
      <w:r>
        <w:rPr>
          <w:b/>
        </w:rPr>
        <w:t xml:space="preserve">[46:14] </w:t>
      </w:r>
      <w:r>
        <w:t>They say that our next generation or our boys</w:t>
      </w:r>
    </w:p>
    <w:p>
      <w:pPr>
        <w:jc w:val="right"/>
      </w:pPr>
      <w:r>
        <w:t>They say that our next generation or our boys</w:t>
      </w:r>
    </w:p>
    <w:p>
      <w:r>
        <w:rPr>
          <w:b/>
        </w:rPr>
        <w:t xml:space="preserve">[46:24] </w:t>
      </w:r>
      <w:r>
        <w:t>have become have don't hear our advice. They see revolt among them.</w:t>
      </w:r>
    </w:p>
    <w:p>
      <w:pPr>
        <w:jc w:val="right"/>
      </w:pPr>
      <w:r>
        <w:t>have become have don't hear our advice. They see revolt among them.</w:t>
      </w:r>
    </w:p>
    <w:p>
      <w:r>
        <w:rPr>
          <w:b/>
        </w:rPr>
        <w:t xml:space="preserve">[46:38] </w:t>
      </w:r>
      <w:r>
        <w:t>Revolt. They don't adhere to their advice.</w:t>
      </w:r>
    </w:p>
    <w:p>
      <w:pPr>
        <w:jc w:val="right"/>
      </w:pPr>
      <w:r>
        <w:t>Revolt. They don't adhere to their advice.</w:t>
      </w:r>
    </w:p>
    <w:p>
      <w:r>
        <w:rPr>
          <w:b/>
        </w:rPr>
        <w:t xml:space="preserve">[46:45] </w:t>
      </w:r>
      <w:r>
        <w:t>They are doubtful that Islam is a</w:t>
      </w:r>
    </w:p>
    <w:p>
      <w:pPr>
        <w:jc w:val="right"/>
      </w:pPr>
      <w:r>
        <w:t>They are doubtful that Islam is a</w:t>
      </w:r>
    </w:p>
    <w:p>
      <w:r>
        <w:rPr>
          <w:b/>
        </w:rPr>
        <w:t xml:space="preserve">[46:51] </w:t>
      </w:r>
      <w:r>
        <w:t>final truth. So, they are living in complaints. They are living in pain that although they</w:t>
      </w:r>
    </w:p>
    <w:p>
      <w:pPr>
        <w:jc w:val="right"/>
      </w:pPr>
      <w:r>
        <w:t>final truth. So, they are living in complaints. They are living in pain that although they</w:t>
      </w:r>
    </w:p>
    <w:p>
      <w:r>
        <w:rPr>
          <w:b/>
        </w:rPr>
        <w:t xml:space="preserve">[47:06] </w:t>
      </w:r>
      <w:r>
        <w:t>adhere to Islamic traditions, but their next generation is going astray.</w:t>
      </w:r>
    </w:p>
    <w:p>
      <w:pPr>
        <w:jc w:val="right"/>
      </w:pPr>
      <w:r>
        <w:t>adhere to Islamic traditions, but their next generation is going astray.</w:t>
      </w:r>
    </w:p>
    <w:p>
      <w:r>
        <w:rPr>
          <w:b/>
        </w:rPr>
        <w:t xml:space="preserve">[47:14] </w:t>
      </w:r>
      <w:r>
        <w:t>So, I say I would like to say that this phenomenon is not due to</w:t>
      </w:r>
    </w:p>
    <w:p>
      <w:pPr>
        <w:jc w:val="right"/>
      </w:pPr>
      <w:r>
        <w:t>So, I say I would like to say that this phenomenon is not due to</w:t>
      </w:r>
    </w:p>
    <w:p>
      <w:r>
        <w:rPr>
          <w:b/>
        </w:rPr>
        <w:t xml:space="preserve">[47:25] </w:t>
      </w:r>
      <w:r>
        <w:t>due to any shortcoming in the next generation. It is not correct to say that their boys were inherently enemies of Islam.</w:t>
      </w:r>
    </w:p>
    <w:p>
      <w:pPr>
        <w:jc w:val="right"/>
      </w:pPr>
      <w:r>
        <w:t>due to any shortcoming in the next generation. It is not correct to say that their boys were inherently enemies of Islam.</w:t>
      </w:r>
    </w:p>
    <w:p>
      <w:r>
        <w:rPr>
          <w:b/>
        </w:rPr>
        <w:t xml:space="preserve">[47:41] </w:t>
      </w:r>
      <w:r>
        <w:t>No.</w:t>
      </w:r>
    </w:p>
    <w:p>
      <w:pPr>
        <w:jc w:val="right"/>
      </w:pPr>
      <w:r>
        <w:t>No.</w:t>
      </w:r>
    </w:p>
    <w:p>
      <w:r>
        <w:rPr>
          <w:b/>
        </w:rPr>
        <w:t xml:space="preserve">[47:43] </w:t>
      </w:r>
      <w:r>
        <w:t>The reason is that these boys were educated in modern schools modern colleges.</w:t>
      </w:r>
    </w:p>
    <w:p>
      <w:pPr>
        <w:jc w:val="right"/>
      </w:pPr>
      <w:r>
        <w:t>The reason is that these boys were educated in modern schools modern colleges.</w:t>
      </w:r>
    </w:p>
    <w:p>
      <w:r>
        <w:rPr>
          <w:b/>
        </w:rPr>
        <w:t xml:space="preserve">[47:53] </w:t>
      </w:r>
      <w:r>
        <w:t>So, they became rational thinkers.</w:t>
      </w:r>
    </w:p>
    <w:p>
      <w:pPr>
        <w:jc w:val="right"/>
      </w:pPr>
      <w:r>
        <w:t>So, they became rational thinkers.</w:t>
      </w:r>
    </w:p>
    <w:p>
      <w:r>
        <w:rPr>
          <w:b/>
        </w:rPr>
        <w:t xml:space="preserve">[48:01] </w:t>
      </w:r>
      <w:r>
        <w:t>They became the first generation was born in Muslim countri</w:t>
      </w:r>
    </w:p>
    <w:p>
      <w:pPr>
        <w:jc w:val="right"/>
      </w:pPr>
      <w:r>
        <w:t>They became the first generation was born in Muslim countri</w:t>
      </w:r>
    </w:p>
    <w:p>
      <w:r>
        <w:rPr>
          <w:b/>
        </w:rPr>
        <w:t xml:space="preserve">[48:09] </w:t>
      </w:r>
      <w:r>
        <w:t>es. They</w:t>
      </w:r>
    </w:p>
    <w:p>
      <w:pPr>
        <w:jc w:val="right"/>
      </w:pPr>
      <w:r>
        <w:t>es. They</w:t>
      </w:r>
    </w:p>
    <w:p>
      <w:r>
        <w:rPr>
          <w:b/>
        </w:rPr>
        <w:t xml:space="preserve">[48:13] </w:t>
      </w:r>
      <w:r>
        <w:t>were educated in madrasas in Muslim schools or Muslim educational institutions. But these new generations these boys and girls were educated in Western schools and Western colleges.</w:t>
      </w:r>
    </w:p>
    <w:p>
      <w:pPr>
        <w:jc w:val="right"/>
      </w:pPr>
      <w:r>
        <w:t>were educated in madrasas in Muslim schools or Muslim educational institutions. But these new generations these boys and girls were educated in Western schools and Western colleges.</w:t>
      </w:r>
    </w:p>
    <w:p>
      <w:r>
        <w:rPr>
          <w:b/>
        </w:rPr>
        <w:t xml:space="preserve">[48:30] </w:t>
      </w:r>
      <w:r>
        <w:t>So, they became rational</w:t>
      </w:r>
    </w:p>
    <w:p>
      <w:pPr>
        <w:jc w:val="right"/>
      </w:pPr>
      <w:r>
        <w:t>So, they became rational</w:t>
      </w:r>
    </w:p>
    <w:p>
      <w:r>
        <w:rPr>
          <w:b/>
        </w:rPr>
        <w:t xml:space="preserve">[48:34] </w:t>
      </w:r>
      <w:r>
        <w:t>It is not a case of blasphemy, but it is a case of reason. So, they want to understand Islam in rational terms.</w:t>
      </w:r>
    </w:p>
    <w:p>
      <w:pPr>
        <w:jc w:val="right"/>
      </w:pPr>
      <w:r>
        <w:t>. It is not a case of blasphemy, but it is a case of reason. So, they want to understand Islam in rational terms.</w:t>
      </w:r>
    </w:p>
    <w:p>
      <w:r>
        <w:rPr>
          <w:b/>
        </w:rPr>
        <w:t xml:space="preserve">[48:48] </w:t>
      </w:r>
      <w:r>
        <w:t>They want to understand Islam in scientific terms.</w:t>
      </w:r>
    </w:p>
    <w:p>
      <w:pPr>
        <w:jc w:val="right"/>
      </w:pPr>
      <w:r>
        <w:t>They want to understand Islam in scientific terms.</w:t>
      </w:r>
    </w:p>
    <w:p>
      <w:r>
        <w:rPr>
          <w:b/>
        </w:rPr>
        <w:t xml:space="preserve">[48:52] </w:t>
      </w:r>
      <w:r>
        <w:t>So, if you</w:t>
      </w:r>
    </w:p>
    <w:p>
      <w:pPr>
        <w:jc w:val="right"/>
      </w:pPr>
      <w:r>
        <w:t>So, if you</w:t>
      </w:r>
    </w:p>
    <w:p>
      <w:r>
        <w:rPr>
          <w:b/>
        </w:rPr>
        <w:t xml:space="preserve">[48:57] </w:t>
      </w:r>
      <w:r>
        <w:t>adopt this</w:t>
      </w:r>
    </w:p>
    <w:p>
      <w:pPr>
        <w:jc w:val="right"/>
      </w:pPr>
      <w:r>
        <w:t>adopt this</w:t>
      </w:r>
    </w:p>
    <w:p>
      <w:r>
        <w:rPr>
          <w:b/>
        </w:rPr>
        <w:t xml:space="preserve">[49:02] </w:t>
      </w:r>
      <w:r>
        <w:t>two-point formula, you become a Dai. And also, you will try to acquire those knowledge scientific knowledge.</w:t>
      </w:r>
    </w:p>
    <w:p>
      <w:pPr>
        <w:jc w:val="right"/>
      </w:pPr>
      <w:r>
        <w:t>two-point formula, you become a Dai. And also, you will try to acquire those knowledge scientific knowledge.</w:t>
      </w:r>
    </w:p>
    <w:p>
      <w:r>
        <w:rPr>
          <w:b/>
        </w:rPr>
        <w:t xml:space="preserve">[49:13] </w:t>
      </w:r>
      <w:r>
        <w:t>Because a Dai needs to know the</w:t>
      </w:r>
    </w:p>
    <w:p>
      <w:pPr>
        <w:jc w:val="right"/>
      </w:pPr>
      <w:r>
        <w:t>Because a Dai needs to know the</w:t>
      </w:r>
    </w:p>
    <w:p>
      <w:r>
        <w:rPr>
          <w:b/>
        </w:rPr>
        <w:t xml:space="preserve">[49:21] </w:t>
      </w:r>
      <w:r>
        <w:t>mind of Madhu. Then, you will try to address those people who are living in Western countries those and they think in scientific terms.</w:t>
      </w:r>
    </w:p>
    <w:p>
      <w:pPr>
        <w:jc w:val="right"/>
      </w:pPr>
      <w:r>
        <w:t>mind of Madhu. Then, you will try to address those people who are living in Western countries those and they think in scientific terms.</w:t>
      </w:r>
    </w:p>
    <w:p>
      <w:r>
        <w:rPr>
          <w:b/>
        </w:rPr>
        <w:t xml:space="preserve">[49:33] </w:t>
      </w:r>
      <w:r>
        <w:t>So, you will be compelled to learn these disciplines. You will prepare yourself to address those people.</w:t>
      </w:r>
    </w:p>
    <w:p>
      <w:pPr>
        <w:jc w:val="right"/>
      </w:pPr>
      <w:r>
        <w:t>So, you will be compelled to learn these disciplines. You will prepare yourself to address those people.</w:t>
      </w:r>
    </w:p>
    <w:p>
      <w:r>
        <w:rPr>
          <w:b/>
        </w:rPr>
        <w:t xml:space="preserve">[49:46] </w:t>
      </w:r>
      <w:r>
        <w:t>And thus, you will become a scientific Dai. Thus, you will become a scientific Dai a rational Dai a logical Dai. And then, you will be able to address your boys and girls also.</w:t>
      </w:r>
    </w:p>
    <w:p>
      <w:pPr>
        <w:jc w:val="right"/>
      </w:pPr>
      <w:r>
        <w:t>And thus, you will become a scientific Dai. Thus, you will become a scientific Dai a rational Dai a logical Dai. And then, you will be able to address your boys and girls also.</w:t>
      </w:r>
    </w:p>
    <w:p>
      <w:r>
        <w:rPr>
          <w:b/>
        </w:rPr>
        <w:t xml:space="preserve">[50:01] </w:t>
      </w:r>
      <w:r>
        <w:t>Your boys and girls are in need of someone who may address them in rational terms. So, if you adopt this formula and you will try to become a Dai a modern Dai Dai in the modern sense, you will prepare yourself.</w:t>
      </w:r>
    </w:p>
    <w:p>
      <w:pPr>
        <w:jc w:val="right"/>
      </w:pPr>
      <w:r>
        <w:t>Your boys and girls are in need of someone who may address them in rational terms. So, if you adopt this formula and you will try to become a Dai a modern Dai Dai in the modern sense, you will prepare yourself.</w:t>
      </w:r>
    </w:p>
    <w:p>
      <w:r>
        <w:rPr>
          <w:b/>
        </w:rPr>
        <w:t xml:space="preserve">[50:23] </w:t>
      </w:r>
      <w:r>
        <w:t>You will prepare yourself to become a scientific Dai to become a rational Dai.</w:t>
      </w:r>
    </w:p>
    <w:p>
      <w:pPr>
        <w:jc w:val="right"/>
      </w:pPr>
      <w:r>
        <w:t>You will prepare yourself to become a scientific Dai to become a rational Dai.</w:t>
      </w:r>
    </w:p>
    <w:p>
      <w:r>
        <w:rPr>
          <w:b/>
        </w:rPr>
        <w:t xml:space="preserve">[50:28] </w:t>
      </w:r>
      <w:r>
        <w:t>And when you become a rational Dai a scientific Dai, you will also be able to address your boys your girls your next generation.</w:t>
      </w:r>
    </w:p>
    <w:p>
      <w:pPr>
        <w:jc w:val="right"/>
      </w:pPr>
      <w:r>
        <w:t>And when you become a rational Dai a scientific Dai, you will also be able to address your boys your girls your next generation.</w:t>
      </w:r>
    </w:p>
    <w:p>
      <w:r>
        <w:rPr>
          <w:b/>
        </w:rPr>
        <w:t xml:space="preserve">[50:41] </w:t>
      </w:r>
      <w:r>
        <w:t>So, I think that this is the this is not only da'wah work, but it is also a solution for your problem.</w:t>
      </w:r>
    </w:p>
    <w:p>
      <w:pPr>
        <w:jc w:val="right"/>
      </w:pPr>
      <w:r>
        <w:t>So, I think that this is the this is not only da'wah work, but it is also a solution for your problem.</w:t>
      </w:r>
    </w:p>
    <w:p>
      <w:r>
        <w:rPr>
          <w:b/>
        </w:rPr>
        <w:t xml:space="preserve">[50:53] </w:t>
      </w:r>
      <w:r>
        <w:t>On one side, it is da'wah work. And on the other side, it is also a solution to your problem regarding your</w:t>
      </w:r>
    </w:p>
    <w:p>
      <w:pPr>
        <w:jc w:val="right"/>
      </w:pPr>
      <w:r>
        <w:t>On one side, it is da'wah work. And on the other side, it is also a solution to your problem regarding your</w:t>
      </w:r>
    </w:p>
    <w:p>
      <w:r>
        <w:rPr>
          <w:b/>
        </w:rPr>
        <w:t xml:space="preserve">[51:04] </w:t>
      </w:r>
      <w:r>
        <w:t>generation your coming generation.</w:t>
      </w:r>
    </w:p>
    <w:p>
      <w:pPr>
        <w:jc w:val="right"/>
      </w:pPr>
      <w:r>
        <w:t>generation your coming generation.</w:t>
      </w:r>
    </w:p>
    <w:p>
      <w:r>
        <w:rPr>
          <w:b/>
        </w:rPr>
        <w:t xml:space="preserve">[51:08] </w:t>
      </w:r>
      <w:r>
        <w:t>So, I</w:t>
      </w:r>
    </w:p>
    <w:p>
      <w:pPr>
        <w:jc w:val="right"/>
      </w:pPr>
      <w:r>
        <w:t>So, I</w:t>
      </w:r>
    </w:p>
    <w:p>
      <w:r>
        <w:rPr>
          <w:b/>
        </w:rPr>
        <w:t xml:space="preserve">[51:12] </w:t>
      </w:r>
      <w:r>
        <w:t>advise these Muslims in diaspora who are living in Europe and America to adopt da'wah mission da'wah culture.</w:t>
      </w:r>
    </w:p>
    <w:p>
      <w:pPr>
        <w:jc w:val="right"/>
      </w:pPr>
      <w:r>
        <w:t>advise these Muslims in diaspora who are living in Europe and America to adopt da'wah mission da'wah culture.</w:t>
      </w:r>
    </w:p>
    <w:p>
      <w:r>
        <w:rPr>
          <w:b/>
        </w:rPr>
        <w:t xml:space="preserve">[51:27] </w:t>
      </w:r>
      <w:r>
        <w:t>This is not</w:t>
      </w:r>
    </w:p>
    <w:p>
      <w:pPr>
        <w:jc w:val="right"/>
      </w:pPr>
      <w:r>
        <w:t>This is not</w:t>
      </w:r>
    </w:p>
    <w:p>
      <w:r>
        <w:rPr>
          <w:b/>
        </w:rPr>
        <w:t xml:space="preserve">[51:33] </w:t>
      </w:r>
      <w:r>
        <w:t>a very great, great job.</w:t>
      </w:r>
    </w:p>
    <w:p>
      <w:pPr>
        <w:jc w:val="right"/>
      </w:pPr>
      <w:r>
        <w:t>a very great, great job.</w:t>
      </w:r>
    </w:p>
    <w:p>
      <w:r>
        <w:rPr>
          <w:b/>
        </w:rPr>
        <w:t xml:space="preserve">[51:37] </w:t>
      </w:r>
      <w:r>
        <w:t>If you adopt da'wah culture if you adopt da'wah mission, you will be rewarded by Paradise. In the present world, you will find a solution</w:t>
      </w:r>
    </w:p>
    <w:p>
      <w:pPr>
        <w:jc w:val="right"/>
      </w:pPr>
      <w:r>
        <w:t>If you adopt da'wah culture if you adopt da'wah mission, you will be rewarded by Paradise. In the present world, you will find a solution</w:t>
      </w:r>
    </w:p>
    <w:p>
      <w:r>
        <w:rPr>
          <w:b/>
        </w:rPr>
        <w:t xml:space="preserve">[51:55] </w:t>
      </w:r>
      <w:r>
        <w:t>regarding your boys. You are facing a probl</w:t>
      </w:r>
    </w:p>
    <w:p>
      <w:pPr>
        <w:jc w:val="right"/>
      </w:pPr>
      <w:r>
        <w:t>regarding your boys. You are facing a probl</w:t>
      </w:r>
    </w:p>
    <w:p>
      <w:r>
        <w:rPr>
          <w:b/>
        </w:rPr>
        <w:t xml:space="preserve">[52:00] </w:t>
      </w:r>
      <w:r>
        <w:t>em. You are facing that your boys your generation is now a problem generation. So, you will find a solution to this problem.</w:t>
      </w:r>
    </w:p>
    <w:p>
      <w:pPr>
        <w:jc w:val="right"/>
      </w:pPr>
      <w:r>
        <w:t>em. You are facing that your boys your generation is now a problem generation. So, you will find a solution to this problem.</w:t>
      </w:r>
    </w:p>
    <w:p>
      <w:r>
        <w:rPr>
          <w:b/>
        </w:rPr>
        <w:t xml:space="preserve">[52:16] </w:t>
      </w:r>
      <w:r>
        <w:t>So, there are two-fold rewards for you two-fold rewards. One pertaining to this world and the other pertaining to the world hereafter.</w:t>
      </w:r>
    </w:p>
    <w:p>
      <w:pPr>
        <w:jc w:val="right"/>
      </w:pPr>
      <w:r>
        <w:t>So, there are two-fold rewards for you two-fold rewards. One pertaining to this world and the other pertaining to the world hereafter.</w:t>
      </w:r>
    </w:p>
    <w:p>
      <w:r>
        <w:rPr>
          <w:b/>
        </w:rPr>
        <w:t xml:space="preserve">[52:26] </w:t>
      </w:r>
      <w:r>
        <w:t>In this world, you will be able to save your generation from becoming atheists or liberals or going astray.</w:t>
      </w:r>
    </w:p>
    <w:p>
      <w:pPr>
        <w:jc w:val="right"/>
      </w:pPr>
      <w:r>
        <w:t>In this world, you will be able to save your generation from becoming atheists or liberals or going astray.</w:t>
      </w:r>
    </w:p>
    <w:p>
      <w:r>
        <w:rPr>
          <w:b/>
        </w:rPr>
        <w:t xml:space="preserve">[52:37] </w:t>
      </w:r>
      <w:r>
        <w:t>And in the world hereafter, you will be rewarded by Paradise. Paradise is the greatest reward.</w:t>
      </w:r>
    </w:p>
    <w:p>
      <w:pPr>
        <w:jc w:val="right"/>
      </w:pPr>
      <w:r>
        <w:t>And in the world hereafter, you will be rewarded by Paradise. Paradise is the greatest reward.</w:t>
      </w:r>
    </w:p>
    <w:p>
      <w:r>
        <w:rPr>
          <w:b/>
        </w:rPr>
        <w:t xml:space="preserve">[52:48] </w:t>
      </w:r>
      <w:r>
        <w:t>Paradise is the eternal bliss eternal happiness</w:t>
      </w:r>
    </w:p>
    <w:p>
      <w:pPr>
        <w:jc w:val="right"/>
      </w:pPr>
      <w:r>
        <w:t>Paradise is the eternal bliss eternal happiness</w:t>
      </w:r>
    </w:p>
    <w:p>
      <w:r>
        <w:rPr>
          <w:b/>
        </w:rPr>
        <w:t xml:space="preserve">[52:55] </w:t>
      </w:r>
      <w:r>
        <w:t>eternal fulfillment. So, I will call to the Muslims in diaspora in our present world to adopt this formula.</w:t>
      </w:r>
    </w:p>
    <w:p>
      <w:pPr>
        <w:jc w:val="right"/>
      </w:pPr>
      <w:r>
        <w:t>eternal fulfillment. So, I will call to the Muslims in diaspora in our present world to adopt this formula.</w:t>
      </w:r>
    </w:p>
    <w:p>
      <w:r>
        <w:rPr>
          <w:b/>
        </w:rPr>
        <w:t xml:space="preserve">[53:13] </w:t>
      </w:r>
      <w:r>
        <w:t>This is the only way of salvation. This is the only way of blessing. This is the only way of success.</w:t>
      </w:r>
    </w:p>
    <w:p>
      <w:pPr>
        <w:jc w:val="right"/>
      </w:pPr>
      <w:r>
        <w:t>This is the only way of salvation. This is the only way of blessing. This is the only way of success.</w:t>
      </w:r>
    </w:p>
    <w:p>
      <w:r>
        <w:rPr>
          <w:b/>
        </w:rPr>
        <w:t xml:space="preserve">[53:27] </w:t>
      </w:r>
      <w:r>
        <w:t>I think that my</w:t>
      </w:r>
    </w:p>
    <w:p>
      <w:pPr>
        <w:jc w:val="right"/>
      </w:pPr>
      <w:r>
        <w:t>I think that my</w:t>
      </w:r>
    </w:p>
    <w:p>
      <w:r>
        <w:rPr>
          <w:b/>
        </w:rPr>
        <w:t xml:space="preserve">[53:31] </w:t>
      </w:r>
      <w:r>
        <w:t>call will be received positively.</w:t>
      </w:r>
    </w:p>
    <w:p>
      <w:pPr>
        <w:jc w:val="right"/>
      </w:pPr>
      <w:r>
        <w:t>call will be received positively.</w:t>
      </w:r>
    </w:p>
    <w:p>
      <w:r>
        <w:rPr>
          <w:b/>
        </w:rPr>
        <w:t xml:space="preserve">[53:37] </w:t>
      </w:r>
      <w:r>
        <w:t>I think that those Muslims living in diaspora will hear it in a positive way will respond to it in a positive way and adopt this formula that is one-man-two mission.</w:t>
      </w:r>
    </w:p>
    <w:p>
      <w:pPr>
        <w:jc w:val="right"/>
      </w:pPr>
      <w:r>
        <w:t>I think that those Muslims living in diaspora will hear it in a positive way will respond to it in a positive way and adopt this formula that is one-man-two mission.</w:t>
      </w:r>
    </w:p>
    <w:p>
      <w:r>
        <w:rPr>
          <w:b/>
        </w:rPr>
        <w:t xml:space="preserve">[53:58] </w:t>
      </w:r>
      <w:r>
        <w:t>And this is a good tidying for them two-fold good tidying.</w:t>
      </w:r>
    </w:p>
    <w:p>
      <w:pPr>
        <w:jc w:val="right"/>
      </w:pPr>
      <w:r>
        <w:t>And this is a good tidying for them two-fold good tidying.</w:t>
      </w:r>
    </w:p>
    <w:p>
      <w:r>
        <w:rPr>
          <w:b/>
        </w:rPr>
        <w:t xml:space="preserve">[54:05] </w:t>
      </w:r>
      <w:r>
        <w:t>One, they will be able to save their generation.</w:t>
      </w:r>
    </w:p>
    <w:p>
      <w:pPr>
        <w:jc w:val="right"/>
      </w:pPr>
      <w:r>
        <w:t>One, they will be able to save their generation.</w:t>
      </w:r>
    </w:p>
    <w:p>
      <w:r>
        <w:rPr>
          <w:b/>
        </w:rPr>
        <w:t xml:space="preserve">[54:13] </w:t>
      </w:r>
      <w:r>
        <w:t>And then, they will be rewarded by Paradise in the world hereafter.</w:t>
      </w:r>
    </w:p>
    <w:p>
      <w:pPr>
        <w:jc w:val="right"/>
      </w:pPr>
      <w:r>
        <w:t>And then, they will be rewarded by Paradise in the world hereafter.</w:t>
      </w:r>
    </w:p>
    <w:p>
      <w:r>
        <w:rPr>
          <w:b/>
        </w:rPr>
        <w:t xml:space="preserve">[54:21] </w:t>
      </w:r>
      <w:r>
        <w:t>May God bless you. May God help you realize this noble cause.</w:t>
      </w:r>
    </w:p>
    <w:p>
      <w:pPr>
        <w:jc w:val="right"/>
      </w:pPr>
      <w:r>
        <w:t>May God bless you. May God help you realize this noble cause.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