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Process of Revival, October 25, 2015</w:t>
      </w:r>
    </w:p>
    <w:p>
      <w:r>
        <w:t>https://youtu.be/3uQ8DbD8Sgg</w:t>
      </w:r>
    </w:p>
    <w:p>
      <w:r>
        <w:rPr>
          <w:b/>
        </w:rPr>
        <w:t xml:space="preserve">[00:13] </w:t>
      </w:r>
      <w:r>
        <w:t>bismillah al-rahman al-rahim, wa salla Allahu ala nabiyyi al-karim. Rabb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[00:33] </w:t>
      </w:r>
      <w:r>
        <w:t>25 october 2015</w:t>
      </w:r>
    </w:p>
    <w:p>
      <w:pPr>
        <w:jc w:val="right"/>
      </w:pPr>
      <w:r>
        <w:t>25 اکتوبر 2015</w:t>
      </w:r>
    </w:p>
    <w:p>
      <w:r>
        <w:rPr>
          <w:b/>
        </w:rPr>
        <w:t xml:space="preserve">[00:37] </w:t>
      </w:r>
      <w:r>
        <w:t>. Kal shaam ko hamare haan turki ke do taleem yafta sahaba aaye the. Un se kuch baatein huin, turki ko le kar.</w:t>
      </w:r>
    </w:p>
    <w:p>
      <w:pPr>
        <w:jc w:val="right"/>
      </w:pPr>
      <w:r>
        <w:t>۔ کل شام کو ہمارے ہاں ترکی کے دو تعلیم یافتہ صحابہ آئے تھے۔ ان سے کچھ باتیں ہوئیں، ترکی کو لے کر۔</w:t>
      </w:r>
    </w:p>
    <w:p>
      <w:r>
        <w:rPr>
          <w:b/>
        </w:rPr>
        <w:t xml:space="preserve">[00:52] </w:t>
      </w:r>
      <w:r>
        <w:t>To main is ko thoda elaborate kar ke yahan aur ayat se relate kar ke baat karna chahta hoon.</w:t>
      </w:r>
    </w:p>
    <w:p>
      <w:pPr>
        <w:jc w:val="right"/>
      </w:pPr>
      <w:r>
        <w:t>تو میں اس کو تھوڑا elaborate کر کے یہاں اور آیت سے relate کر کے بات کرنا چاہتا ہوں۔</w:t>
      </w:r>
    </w:p>
    <w:p>
      <w:r>
        <w:rPr>
          <w:b/>
        </w:rPr>
        <w:t xml:space="preserve">[01:02] </w:t>
      </w:r>
      <w:r>
        <w:t>Surah al-hadid ki ek ayat hai:</w:t>
      </w:r>
    </w:p>
    <w:p>
      <w:pPr>
        <w:jc w:val="right"/>
      </w:pPr>
      <w:r>
        <w:t>سورہ الحدیث کی ایک آیت ہے:</w:t>
      </w:r>
    </w:p>
    <w:p>
      <w:r>
        <w:rPr>
          <w:b/>
        </w:rPr>
        <w:t xml:space="preserve">[01:08] </w:t>
      </w:r>
      <w:r>
        <w:t>wala yakunu kal-ladhina utu al-kitaba min qablu fatala alayhimu al-amadu faghaddat qulubuhum wa kathirun minhum fasiqun.</w:t>
      </w:r>
    </w:p>
    <w:p>
      <w:pPr>
        <w:jc w:val="right"/>
      </w:pPr>
      <w:r>
        <w:t>ولا يكونوا كالذين أوتي الكتاب من قبل فطال عليهم الأمد فغضت قلوبهم وكثيراً منهم فاسقون.</w:t>
      </w:r>
    </w:p>
    <w:p>
      <w:r>
        <w:rPr>
          <w:b/>
        </w:rPr>
        <w:t xml:space="preserve">[01:17] </w:t>
      </w:r>
      <w:r>
        <w:t>I'lamu anna Allaha yuhyi al-arda ba'da mawtiha. Dekhein, yeh ayat jo hai, jis context mein aayi hai, is ko ghaur karne se maloom hota hai ke yeh ayat</w:t>
      </w:r>
    </w:p>
    <w:p>
      <w:pPr>
        <w:jc w:val="right"/>
      </w:pPr>
      <w:r>
        <w:t>اعلموا أن الله يهدي الأرض بعد موتها. دیکھیں، یہ آیت جو ہے، جس context میں آئی ہے، اس کو غور کرنے سے معلوم ہوتا ہے کہ یہ آیت</w:t>
      </w:r>
    </w:p>
    <w:p>
      <w:r>
        <w:rPr>
          <w:b/>
        </w:rPr>
        <w:t xml:space="preserve">[01:33] </w:t>
      </w:r>
      <w:r>
        <w:t>ummat ke zuwal ke baad kis tarah is ka ihya kiya jaye, is ke bare mein hai.</w:t>
      </w:r>
    </w:p>
    <w:p>
      <w:pPr>
        <w:jc w:val="right"/>
      </w:pPr>
      <w:r>
        <w:t>امت کے زوال کے بعد کس طرح اس کا احیاء کیا جائے، اس کے بارے میں ہے۔</w:t>
      </w:r>
    </w:p>
    <w:p>
      <w:r>
        <w:rPr>
          <w:b/>
        </w:rPr>
        <w:t xml:space="preserve">[01:45] </w:t>
      </w:r>
      <w:r>
        <w:t>To misaal di gayi hai ke tum se pehle yahud ko kitab di gayi thi, phir un mein bigaad aaya,</w:t>
      </w:r>
    </w:p>
    <w:p>
      <w:pPr>
        <w:jc w:val="right"/>
      </w:pPr>
      <w:r>
        <w:t>تو مثال دی گئی ہے کہ تم سے پہلے یہود کو کتاب دی گئی تھی، پھر ان میں بگاڑ آیا،</w:t>
      </w:r>
    </w:p>
    <w:p>
      <w:r>
        <w:rPr>
          <w:b/>
        </w:rPr>
        <w:t xml:space="preserve">[01:59] </w:t>
      </w:r>
      <w:r>
        <w:t>qasawat aa gayi, ke tum is tarah ke mat bano. Phir misaal di gayi hai zameen ki, ke zameen ko Allah murda hone ke baad zinda karta hai.</w:t>
      </w:r>
    </w:p>
    <w:p>
      <w:pPr>
        <w:jc w:val="right"/>
      </w:pPr>
      <w:r>
        <w:t>قصاوت آ گئی، کہ تم اس طرح کے مت بنو۔ پھر مثال دی گئی ہے زمین کی، کہ زمین کو اللہ مردہ ہونے کے بعد زندہ کرتا ہے۔</w:t>
      </w:r>
    </w:p>
    <w:p>
      <w:r>
        <w:rPr>
          <w:b/>
        </w:rPr>
        <w:t xml:space="preserve">[02:14] </w:t>
      </w:r>
      <w:r>
        <w:t>To sab se pehle main yahud ka qissa bayan karna chahta hoon. Yahud zyada tar rehte the falasteen mein. Wahan Allah taala ne do baar un par badshah bheje,</w:t>
      </w:r>
    </w:p>
    <w:p>
      <w:pPr>
        <w:jc w:val="right"/>
      </w:pPr>
      <w:r>
        <w:t>تو سب سے پہلے میں یہود کا قصہ بیان کرنا چاہتا ہوں۔ یہود زیادہ تر رہتے تھے فلسطین میں۔ وہاں اللہ تعالیٰ نے دو بار ان پر بادشاہ بھیجے،</w:t>
      </w:r>
    </w:p>
    <w:p>
      <w:r>
        <w:rPr>
          <w:b/>
        </w:rPr>
        <w:t xml:space="preserve">[02:28] </w:t>
      </w:r>
      <w:r>
        <w:t>jinhon ne un ko bohat zyada mara, pakda, un ko tarah tarah ka persecution kiya.</w:t>
      </w:r>
    </w:p>
    <w:p>
      <w:pPr>
        <w:jc w:val="right"/>
      </w:pPr>
      <w:r>
        <w:t>جنہوں نے ان کو بہت زیادہ مارا، پکڑا، ان کو طرح طرح کا persecution کیا۔</w:t>
      </w:r>
    </w:p>
    <w:p>
      <w:r>
        <w:rPr>
          <w:b/>
        </w:rPr>
        <w:t xml:space="preserve">[02:38] </w:t>
      </w:r>
      <w:r>
        <w:t>Pehli baar babul ka badshah,</w:t>
      </w:r>
    </w:p>
    <w:p>
      <w:pPr>
        <w:jc w:val="right"/>
      </w:pPr>
      <w:r>
        <w:t>پہلی بار بابل کا بادشاہ،</w:t>
      </w:r>
    </w:p>
    <w:p>
      <w:r>
        <w:rPr>
          <w:b/>
        </w:rPr>
        <w:t xml:space="preserve">[02:43] </w:t>
      </w:r>
      <w:r>
        <w:t>us ke baad doosri baar, yani is se un ke andar islaah nahi aayi jo matlab thi. To doosri baar room ka badshah aaya, tatus rumi.</w:t>
      </w:r>
    </w:p>
    <w:p>
      <w:pPr>
        <w:jc w:val="right"/>
      </w:pPr>
      <w:r>
        <w:t>اس کے بعد دوسری بار، یعنی اس سے ان کے اندر اصلاح نہیں آئی جو مطلوب تھی۔ تو دوسری بار روم کا بادشاہ آیا، ٹارٹس رومی۔</w:t>
      </w:r>
    </w:p>
    <w:p>
      <w:r>
        <w:rPr>
          <w:b/>
        </w:rPr>
        <w:t xml:space="preserve">[02:55] </w:t>
      </w:r>
      <w:r>
        <w:t>T-A-T-U-S tatus rumi aaya. Is ne bohat zyada. Ab un ko is ne maar kar bhaga diya, yani falasteen se bahar nikaal diya.</w:t>
      </w:r>
    </w:p>
    <w:p>
      <w:pPr>
        <w:jc w:val="right"/>
      </w:pPr>
      <w:r>
        <w:t>T-A-T-U-S ٹارٹس رومی آیا۔ اس نے بہت زیادہ۔ اب ان کو اس نے مار کر بھگا دیا، یعنی فلسطین سے باہر نکال دیا۔</w:t>
      </w:r>
    </w:p>
    <w:p>
      <w:r>
        <w:rPr>
          <w:b/>
        </w:rPr>
        <w:t xml:space="preserve">[03:08] </w:t>
      </w:r>
      <w:r>
        <w:t>to yahoodi jo falasteen mein rehte the, woh chale gaye diaspora mein. diaspora mein chale gaye.</w:t>
      </w:r>
    </w:p>
    <w:p>
      <w:pPr>
        <w:jc w:val="right"/>
      </w:pPr>
      <w:r>
        <w:t>تو یہودی جو فلسطین میں رہتے تھے، وہ چلے گئے ڈائسپورا میں۔ ڈائسپورا میں چلے گئے۔</w:t>
      </w:r>
    </w:p>
    <w:p>
      <w:r>
        <w:rPr>
          <w:b/>
        </w:rPr>
        <w:t xml:space="preserve">[03:18] </w:t>
      </w:r>
      <w:r>
        <w:t>to unki bari tadaad europe, america mein gayi. to doosri baar jo tha, usne kam az kam partial sense mein farq kiya.</w:t>
      </w:r>
    </w:p>
    <w:p>
      <w:pPr>
        <w:jc w:val="right"/>
      </w:pPr>
      <w:r>
        <w:t>تو ان کی بڑی تعداد یورپ، امریکہ میں گئی۔ تو دوسری بار جو تھا، اس نے کم از کم partial sense میں فرق کیا۔</w:t>
      </w:r>
    </w:p>
    <w:p>
      <w:r>
        <w:rPr>
          <w:b/>
        </w:rPr>
        <w:t xml:space="preserve">[03:29] </w:t>
      </w:r>
      <w:r>
        <w:t>kyunke yeh log gaye wahan par to unhone nayi education li, modern education. science ki education li.</w:t>
      </w:r>
    </w:p>
    <w:p>
      <w:pPr>
        <w:jc w:val="right"/>
      </w:pPr>
      <w:r>
        <w:t>کیونکہ یہ لوگ گئے وہاں پر تو انہوں نے نئی education لی، modern education۔ سائنس کی education لی۔</w:t>
      </w:r>
    </w:p>
    <w:p>
      <w:r>
        <w:rPr>
          <w:b/>
        </w:rPr>
        <w:t xml:space="preserve">[03:39] </w:t>
      </w:r>
      <w:r>
        <w:t>European qaumon ke andar jo inqilab aaya tha, us se unhone seekha. is ke baad yahoodi ek naye yahoodi ban gaye. musalman chunke, muslim ulma chunke is qanoon-e-hayat se waqif nahi, aaj bhi woh yahood ko wahi samajhte hain jo yahood madina mein the.</w:t>
      </w:r>
    </w:p>
    <w:p>
      <w:pPr>
        <w:jc w:val="right"/>
      </w:pPr>
      <w:r>
        <w:t>European قوموں کے اندر جو انقلاب آیا تھا، اس سے انہوں نے سیکھا۔ اس کے بعد یہودی ایک نئے یہودی بن گئے۔ مسلمان چونکہ، مسلم علماء چونکہ اس قانون حیات سے واقف نہیں، آج بھی وہ یہود کو وہی سمجھتے ہیں جو یہود مدینہ میں تھے۔</w:t>
      </w:r>
    </w:p>
    <w:p>
      <w:r>
        <w:rPr>
          <w:b/>
        </w:rPr>
        <w:t xml:space="preserve">[03:57] </w:t>
      </w:r>
      <w:r>
        <w:t>halanke aaj yahood doosra hai.</w:t>
      </w:r>
    </w:p>
    <w:p>
      <w:pPr>
        <w:jc w:val="right"/>
      </w:pPr>
      <w:r>
        <w:t>حالانکہ آج یہود دوسرا ہے۔</w:t>
      </w:r>
    </w:p>
    <w:p>
      <w:r>
        <w:rPr>
          <w:b/>
        </w:rPr>
        <w:t xml:space="preserve">[04:01] </w:t>
      </w:r>
      <w:r>
        <w:t>aaj bhi wahi, saare arab, ya is tarah ki boli bolte hain. halanke aaj ka jo yahoodi hai, woh bilkul mukhtalif hai.</w:t>
      </w:r>
    </w:p>
    <w:p>
      <w:pPr>
        <w:jc w:val="right"/>
      </w:pPr>
      <w:r>
        <w:t>آج بھی وہی، سارے عرب، یا اس طرح کی بولی بولتے ہیں۔ حالانکہ آج کا جو یہودی ہے، وہ بالکل مختلف ہے۔</w:t>
      </w:r>
    </w:p>
    <w:p>
      <w:r>
        <w:rPr>
          <w:b/>
        </w:rPr>
        <w:t xml:space="preserve">[04:15] </w:t>
      </w:r>
      <w:r>
        <w:t>titus roami ne in ko jo nikala, chale gaye woh diaspora mein, aur maghribi qaumon ke paros mein rahe.</w:t>
      </w:r>
    </w:p>
    <w:p>
      <w:pPr>
        <w:jc w:val="right"/>
      </w:pPr>
      <w:r>
        <w:t>ٹارٹس رومی نے ان کو جو نکالا، چلے گئے وہ ڈائسپورا میں، اور مغربی قوموں کے پڑوس میں رہے۔</w:t>
      </w:r>
    </w:p>
    <w:p>
      <w:r>
        <w:rPr>
          <w:b/>
        </w:rPr>
        <w:t xml:space="preserve">[04:23] </w:t>
      </w:r>
      <w:r>
        <w:t>to education li unhone science ki, aur modern culture ko seekha. phir jo lote woh falasteen mein, woh woh yahoodi nahi the jo pehle the.</w:t>
      </w:r>
    </w:p>
    <w:p>
      <w:pPr>
        <w:jc w:val="right"/>
      </w:pPr>
      <w:r>
        <w:t>تو education لی انہوں نے سائنس کی، اور modern culture کو سیکھا۔ پھر جو لوٹے وہ فلسطین میں، وہ وہ یہودی نہیں تھے جو پہلے تھے۔</w:t>
      </w:r>
    </w:p>
    <w:p>
      <w:r>
        <w:rPr>
          <w:b/>
        </w:rPr>
        <w:t xml:space="preserve">[04:34] </w:t>
      </w:r>
      <w:r>
        <w:t>aaj ke yahoodi bilkul mukhtalif hain. ab Allah taala ne bheja tha in ko falasteen mein taake arab un se seekhein.</w:t>
      </w:r>
    </w:p>
    <w:p>
      <w:pPr>
        <w:jc w:val="right"/>
      </w:pPr>
      <w:r>
        <w:t>آج کے یہودی بالکل مختلف ہیں۔ اب اللہ تعالیٰ نے بھیجا تھا ان کو فلسطین میں تاکہ عرب ان سے سیکھیں۔</w:t>
      </w:r>
    </w:p>
    <w:p>
      <w:r>
        <w:rPr>
          <w:b/>
        </w:rPr>
        <w:t xml:space="preserve">[04:46] </w:t>
      </w:r>
      <w:r>
        <w:t>yaani yahoodiyon ka revival ho chuka tha.</w:t>
      </w:r>
    </w:p>
    <w:p>
      <w:pPr>
        <w:jc w:val="right"/>
      </w:pPr>
      <w:r>
        <w:t>یعنی یہودیوں کا revival ہو چکا تھا۔</w:t>
      </w:r>
    </w:p>
    <w:p>
      <w:r>
        <w:rPr>
          <w:b/>
        </w:rPr>
        <w:t xml:space="preserve">[04:50] </w:t>
      </w:r>
      <w:r>
        <w:t>mein religious sense mein nahi bol raha hoon, secular sense mein bol raha hoon. in ka revival ho chuka tha, naye yahoodi ban gaye the, unhone school kholay wahan par, ek naya culture chalaya falasteen mein.</w:t>
      </w:r>
    </w:p>
    <w:p>
      <w:pPr>
        <w:jc w:val="right"/>
      </w:pPr>
      <w:r>
        <w:t>میں religious sense میں نہیں بول رہا ہوں، secular sense میں بول رہا ہوں۔ ان کا revival ہو چکا تھا، نئے یہودی بن گئے تھے، انہوں نے اسکول کھولے وہاں پر، ایک نیا culture چلایا فلسطین میں۔</w:t>
      </w:r>
    </w:p>
    <w:p>
      <w:r>
        <w:rPr>
          <w:b/>
        </w:rPr>
        <w:t xml:space="preserve">[05:05] </w:t>
      </w:r>
      <w:r>
        <w:t>arbon ko mauqa tha ke woh yahood se dosti ana taluq qaim karein, is se seekhein. lekin wahi unhone yeh samjha ke yeh toh wahi hain yahoodi.</w:t>
      </w:r>
    </w:p>
    <w:p>
      <w:pPr>
        <w:jc w:val="right"/>
      </w:pPr>
      <w:r>
        <w:t>عربوں کو موقع تھا کہ وہ یہود سے دوستانہ تعلق قائم کریں، اس سے سیکھیں۔ لیکن وہی انہوں نے یہ سمجھا کہ یہ تو وہی ہیں یہودی۔</w:t>
      </w:r>
    </w:p>
    <w:p>
      <w:r>
        <w:rPr>
          <w:b/>
        </w:rPr>
        <w:t xml:space="preserve">[05:15] </w:t>
      </w:r>
      <w:r>
        <w:t>ya abna al-qadra, ya abna al-qirda, aye bandaron ki aulaad!</w:t>
      </w:r>
    </w:p>
    <w:p>
      <w:pPr>
        <w:jc w:val="right"/>
      </w:pPr>
      <w:r>
        <w:t>يا أبناء القدرة، يا أبناء القردة، اے بدروں کی اولاد!</w:t>
      </w:r>
    </w:p>
    <w:p>
      <w:r>
        <w:rPr>
          <w:b/>
        </w:rPr>
        <w:t xml:space="preserve">[05:21] </w:t>
      </w:r>
      <w:r>
        <w:t>phir ladai shuru kardi. saath baras lad rahe hain, faida kuch bhi nahi. jis ko Allah ne bheja tha un ke liye bator-e-muallim ke, us se ladai shuru kardi.</w:t>
      </w:r>
    </w:p>
    <w:p>
      <w:pPr>
        <w:jc w:val="right"/>
      </w:pPr>
      <w:r>
        <w:t>پھر لڑائی شروع کر دی۔ ساٹھ برس لڑ رہے ہیں، فائدہ کچھ بھی نہیں۔ جس کو اللہ نے بھیجا تھا ان کے لیے بطور معلم کے، اس سے لڑائی شروع کر دی۔</w:t>
      </w:r>
    </w:p>
    <w:p>
      <w:r>
        <w:rPr>
          <w:b/>
        </w:rPr>
        <w:t xml:space="preserve">[05:31] </w:t>
      </w:r>
      <w:r>
        <w:t>yeh Allah ki hastiyon ko na samajhne ki bina par. yeh jo qanoon hai, is mein Allah ne misaal di hai zameen ki.</w:t>
      </w:r>
    </w:p>
    <w:p>
      <w:pPr>
        <w:jc w:val="right"/>
      </w:pPr>
      <w:r>
        <w:t>یہ اللہ کی ہستیوں کو نہ سمجھنے کی بنا پر۔ یہ جو قانون ہے، اس میں اللہ نے مثال دی ہے زمین کی۔</w:t>
      </w:r>
    </w:p>
    <w:p>
      <w:r>
        <w:rPr>
          <w:b/>
        </w:rPr>
        <w:t xml:space="preserve">[05:40] </w:t>
      </w:r>
      <w:r>
        <w:t>ke zameen murda hoti hai to us ko hum phir zinda karte hain. zinda hoti hai kaise</w:t>
      </w:r>
    </w:p>
    <w:p>
      <w:pPr>
        <w:jc w:val="right"/>
      </w:pPr>
      <w:r>
        <w:t>کہ زمین مردہ ہوتی ہے تو اس کو ہم پھر زندہ کرتے ہیں۔ زندہ ہوتی ہے کیسے</w:t>
      </w:r>
    </w:p>
    <w:p>
      <w:r>
        <w:rPr>
          <w:b/>
        </w:rPr>
        <w:t xml:space="preserve">[05:46] </w:t>
      </w:r>
      <w:r>
        <w:t>? in terms of plant. mitti nahi zinda hoti, plant zinda hota hai. is misaal ko maine samjha jab main gaya muree abad.</w:t>
      </w:r>
    </w:p>
    <w:p>
      <w:pPr>
        <w:jc w:val="right"/>
      </w:pPr>
      <w:r>
        <w:t>؟ In terms of plant. مٹی نہیں زندہ ہوتی، plant زندہ ہوتا ہے۔ اس مثال کو میں نے سمجھا جب میں گیا مری آباد۔</w:t>
      </w:r>
    </w:p>
    <w:p>
      <w:r>
        <w:rPr>
          <w:b/>
        </w:rPr>
        <w:t xml:space="preserve">[05:58] </w:t>
      </w:r>
      <w:r>
        <w:t>muree abad, lakloo ke paas ek town hai. wahan zyada tar aam ke baghaat hote hain.</w:t>
      </w:r>
    </w:p>
    <w:p>
      <w:pPr>
        <w:jc w:val="right"/>
      </w:pPr>
      <w:r>
        <w:t>مری آباد، لکلو کے پاس ایک ٹاؤن ہے۔ وہاں زیادہ تر آم کے باغات ہوتے ہیں۔</w:t>
      </w:r>
    </w:p>
    <w:p>
      <w:r>
        <w:rPr>
          <w:b/>
        </w:rPr>
        <w:t xml:space="preserve">[06:07] </w:t>
      </w:r>
      <w:r>
        <w:t>woh log aam ki business karte hain. aam ke paudhe ka business.</w:t>
      </w:r>
    </w:p>
    <w:p>
      <w:pPr>
        <w:jc w:val="right"/>
      </w:pPr>
      <w:r>
        <w:t>وہ لوگ آم کی business کرتے ہیں۔ آم کے پودے کا business۔</w:t>
      </w:r>
    </w:p>
    <w:p>
      <w:r>
        <w:rPr>
          <w:b/>
        </w:rPr>
        <w:t xml:space="preserve">[06:14] </w:t>
      </w:r>
      <w:r>
        <w:t>to maine ek jagah dekha ke aam ka ek bagh hai aur us ko kaata ja raha hai. jar se nahi. yaani woh taqreeban ek foot is ka stem bana chhod kar ke kaat rahe the woh.</w:t>
      </w:r>
    </w:p>
    <w:p>
      <w:pPr>
        <w:jc w:val="right"/>
      </w:pPr>
      <w:r>
        <w:t>تو میں نے ایک جگہ دیکھا کہ آم کا ایک باغ ہے اور اس کو کاٹا جا رہا ہے۔ جڑ سے نہیں۔ یعنی وہ تقریباً ایک فٹ اس کا stem بنا چھوڑ کر کے کاٹ رہے تھے وہ۔</w:t>
      </w:r>
    </w:p>
    <w:p>
      <w:r>
        <w:rPr>
          <w:b/>
        </w:rPr>
        <w:t xml:space="preserve">[06:30] </w:t>
      </w:r>
      <w:r>
        <w:t>upar ka saara kaat rahe the. is mein branches aur shaakhein. lekin zameen se upar taqreeban ek foot chhod kar ke. to maine poocha ke yeh kya cheez</w:t>
      </w:r>
    </w:p>
    <w:p>
      <w:pPr>
        <w:jc w:val="right"/>
      </w:pPr>
      <w:r>
        <w:t>اوپر کا سارا کاٹ رہے تھے۔ اس میں branches اور شاخیں۔ لیکن زمین سے اوپر تقریباً ایک فٹ چھوڑ کر کے۔ تو میں نے پوچھا کہ یہ کیا چیز</w:t>
      </w:r>
    </w:p>
    <w:p>
      <w:r>
        <w:rPr>
          <w:b/>
        </w:rPr>
        <w:t xml:space="preserve">[06:40] </w:t>
      </w:r>
      <w:r>
        <w:t>hai, kya kar rahe hain aap log? to unhone kaha ke yeh hum kuch kuch dinon ke baad karte hain aisa. phir is mein se ek naya phal niklta hai.</w:t>
      </w:r>
    </w:p>
    <w:p>
      <w:pPr>
        <w:jc w:val="right"/>
      </w:pPr>
      <w:r>
        <w:t>ہے، کیا کر رہے ہیں آپ لوگ؟ تو انہوں نے کہا کہ یہ ہم کچھ کچھ دنوں کے بعد کرتے ہیں ایسا۔ پھر اس میں سے ایک نیا پھل نکلتا ہے۔</w:t>
      </w:r>
    </w:p>
    <w:p>
      <w:r>
        <w:rPr>
          <w:b/>
        </w:rPr>
        <w:t xml:space="preserve">[06:50] </w:t>
      </w:r>
      <w:r>
        <w:t>nayi shaakhein, nayi patiyan. is ki jar ko baqi rakhte hain, thoda sa tana baqi rakhte hain aur kaat dete hain.</w:t>
      </w:r>
    </w:p>
    <w:p>
      <w:pPr>
        <w:jc w:val="right"/>
      </w:pPr>
      <w:r>
        <w:t>نئی شاخیں، نئی پتیاں۔ اس کی جڑ کو باقی رکھتے ہیں، تھوڑا سا تنا باقی رکھتے ہیں اور کاٹ دیتے ہیں۔</w:t>
      </w:r>
    </w:p>
    <w:p>
      <w:r>
        <w:rPr>
          <w:b/>
        </w:rPr>
        <w:t xml:space="preserve">[07:00] </w:t>
      </w:r>
      <w:r>
        <w:t>to ek naya darakht khada hota hai. bilkul ek naya bagh.</w:t>
      </w:r>
    </w:p>
    <w:p>
      <w:pPr>
        <w:jc w:val="right"/>
      </w:pPr>
      <w:r>
        <w:t>تو ایک نیا درخت کھڑا ہوتا ہے۔ بالکل ایک نیا باغ۔</w:t>
      </w:r>
    </w:p>
    <w:p>
      <w:r>
        <w:rPr>
          <w:b/>
        </w:rPr>
        <w:t xml:space="preserve">[07:07] </w:t>
      </w:r>
      <w:r>
        <w:t>is se maine samjha ke Allah taala ne jo misaal di hai surah al-hadid mein ya'lamoon annallaha yuhyi al-arda ba'da mawtih is ka matlab kya hai?</w:t>
      </w:r>
    </w:p>
    <w:p>
      <w:pPr>
        <w:jc w:val="right"/>
      </w:pPr>
      <w:r>
        <w:t>اس سے میں نے سمجھا کہ اللہ تعالیٰ نے جو مثال دی ہے سورہ الحدیث میں يعلمون أن الله يهدي الأرض بعد موتہ اس کا مطلب کیا ہے؟</w:t>
      </w:r>
    </w:p>
    <w:p>
      <w:r>
        <w:rPr>
          <w:b/>
        </w:rPr>
        <w:t xml:space="preserve">[07:17] </w:t>
      </w:r>
      <w:r>
        <w:t>kuch dinon ke baad ummat mein zawal aa jata hai.</w:t>
      </w:r>
    </w:p>
    <w:p>
      <w:pPr>
        <w:jc w:val="right"/>
      </w:pPr>
      <w:r>
        <w:t>کچھ دنوں کے بعد امت میں زوال آ جاتا ہے۔</w:t>
      </w:r>
    </w:p>
    <w:p>
      <w:r>
        <w:rPr>
          <w:b/>
        </w:rPr>
        <w:t xml:space="preserve">[07:23] </w:t>
      </w:r>
      <w:r>
        <w:t>is ke baad zaroorat hoti hai ke is ko is ke andar bohat hi aur haal kiya jaye. aur haal aap nahi karenge to kuch faida nahi hoga.</w:t>
      </w:r>
    </w:p>
    <w:p>
      <w:pPr>
        <w:jc w:val="right"/>
      </w:pPr>
      <w:r>
        <w:t>اس کے بعد ضرورت ہوتی ہے کہ اس کو اس کے اندر بہت ہی اور حال کیا جائے۔ اور حال آپ نہیں کریں گے تو کچھ فائدہ نہیں ہوگا۔</w:t>
      </w:r>
    </w:p>
    <w:p>
      <w:r>
        <w:rPr>
          <w:b/>
        </w:rPr>
        <w:t xml:space="preserve">[07:36] </w:t>
      </w:r>
      <w:r>
        <w:t>to turki mein jo ataturk ka operation tha, woh aur haal tha.</w:t>
      </w:r>
    </w:p>
    <w:p>
      <w:pPr>
        <w:jc w:val="right"/>
      </w:pPr>
      <w:r>
        <w:t>تو ترکی میں جو اتاترک کا آپریشن تھا، وہ اور حال تھا۔</w:t>
      </w:r>
    </w:p>
    <w:p>
      <w:r>
        <w:rPr>
          <w:b/>
        </w:rPr>
        <w:t xml:space="preserve">[07:45] </w:t>
      </w:r>
      <w:r>
        <w:t>yani turki ne jis tarah se falasteen mein tartus rumi ne bulldoze kar diya tha yahood ko, aise hi turki mein bulldoze kar diya unhon ne old culture ko.</w:t>
      </w:r>
    </w:p>
    <w:p>
      <w:pPr>
        <w:jc w:val="right"/>
      </w:pPr>
      <w:r>
        <w:t>یعنی ترکی نے جس طرح سے فلسطین میں ٹارٹس رومی نے bulldoze کر دیا تھا یہود کو، ایسے ہی ترکی میں bulldoze کر دیا انہوں نے old culture کو۔</w:t>
      </w:r>
    </w:p>
    <w:p>
      <w:r>
        <w:rPr>
          <w:b/>
        </w:rPr>
        <w:t xml:space="preserve">[07:57] </w:t>
      </w:r>
      <w:r>
        <w:t>yahan tak ke turki zaban ka script badal diya. turki zaban pehle kya aati thi? arabi script mein.</w:t>
      </w:r>
    </w:p>
    <w:p>
      <w:pPr>
        <w:jc w:val="right"/>
      </w:pPr>
      <w:r>
        <w:t>یہاں تک کہ ترکی زبان کا script بدل دیا۔ ترکی زبان پہلے کیا آتی تھی؟ عربی script میں۔</w:t>
      </w:r>
    </w:p>
    <w:p>
      <w:r>
        <w:rPr>
          <w:b/>
        </w:rPr>
        <w:t xml:space="preserve">[08:06] </w:t>
      </w:r>
      <w:r>
        <w:t>ab likhi aati hai Roman script mein. yani European language ka form ikhtiyar kar liya unhon ne.</w:t>
      </w:r>
    </w:p>
    <w:p>
      <w:pPr>
        <w:jc w:val="right"/>
      </w:pPr>
      <w:r>
        <w:t>اب لکھی آتی ہے Roman script میں۔ یعنی European language کا فارم اختیار کر لیا انہوں نے۔</w:t>
      </w:r>
    </w:p>
    <w:p>
      <w:r>
        <w:rPr>
          <w:b/>
        </w:rPr>
        <w:t xml:space="preserve">[08:14] </w:t>
      </w:r>
      <w:r>
        <w:t>aur sab bilkul bulldoze kar diya. is ke baad wahan aik nai qaum ubhri hui.</w:t>
      </w:r>
    </w:p>
    <w:p>
      <w:pPr>
        <w:jc w:val="right"/>
      </w:pPr>
      <w:r>
        <w:t>اور سب بالکل bulldoze کر دیا۔ اس کے بعد وہاں ایک نئی قوم ابھری ہوئی۔</w:t>
      </w:r>
    </w:p>
    <w:p>
      <w:r>
        <w:rPr>
          <w:b/>
        </w:rPr>
        <w:t xml:space="preserve">[08:23] </w:t>
      </w:r>
      <w:r>
        <w:t>yeh baat mein janta nahi tha pehle, kyunke jis madrasay mein parha, jis mahol mein rahe, sare ulama negative boli bolte the turki ke baray mein.</w:t>
      </w:r>
    </w:p>
    <w:p>
      <w:pPr>
        <w:jc w:val="right"/>
      </w:pPr>
      <w:r>
        <w:t>یہ بات میں جانتا نہیں تھا پہلے، کیونکہ جس مدرسے میں پڑھا، جس ماحول میں رہے، سارے علماء negative بولی بولتے تھے ترکی کے بارے میں۔</w:t>
      </w:r>
    </w:p>
    <w:p>
      <w:r>
        <w:rPr>
          <w:b/>
        </w:rPr>
        <w:t xml:space="preserve">[08:31] </w:t>
      </w:r>
      <w:r>
        <w:t>ataturk ke baray mein. sirf negative, sirf negative. hum samajhte the turki jo tha, us ko tabah kar diya ataturk ne. tabah nahi kiya. balkay turki ko aik naya mauqa diya</w:t>
      </w:r>
    </w:p>
    <w:p>
      <w:pPr>
        <w:jc w:val="right"/>
      </w:pPr>
      <w:r>
        <w:t>اتاترک کے بارے میں۔ صرف negative، صرف negative۔ ہم سمجھتے تھے ترکی جو تھا، اس کو تباہ کر دیا اتاترک نے۔ تباہ نہیں کیا۔ بلکہ ترکی کو ایک نیا موقع دیا</w:t>
      </w:r>
    </w:p>
    <w:p>
      <w:r>
        <w:rPr>
          <w:b/>
        </w:rPr>
        <w:t xml:space="preserve">[08:43] </w:t>
      </w:r>
      <w:r>
        <w:t>. yeh wahi hua jo turki ke soofi shayar the, maulana rumi jo kehelate hain, woh turki mein paida hue the. korea mein.</w:t>
      </w:r>
    </w:p>
    <w:p>
      <w:pPr>
        <w:jc w:val="right"/>
      </w:pPr>
      <w:r>
        <w:t>۔ یہ وہی ہوا جو ترکی کے صوفی شاعر تھے، مولانا رومی جو کہلاتے ہیں، وہ ترکی میں پیدا ہوئے تھے۔ کوریا میں۔</w:t>
      </w:r>
    </w:p>
    <w:p>
      <w:r>
        <w:rPr>
          <w:b/>
        </w:rPr>
        <w:t xml:space="preserve">[08:54] </w:t>
      </w:r>
      <w:r>
        <w:t>to is liye maulana room kehelate hain woh. to un ka aik, un ki masnavi ka aik sher hai: cho banai konah abadah kunand,</w:t>
      </w:r>
    </w:p>
    <w:p>
      <w:pPr>
        <w:jc w:val="right"/>
      </w:pPr>
      <w:r>
        <w:t>تو اس لیے مولانا روم کہلاتے ہیں وہ۔ تو ان کا ایک، ان کی مثنوی کا ایک شعر ہے: چو بنای کونہ آبادہ کنند،</w:t>
      </w:r>
    </w:p>
    <w:p>
      <w:r>
        <w:rPr>
          <w:b/>
        </w:rPr>
        <w:t xml:space="preserve">[09:07] </w:t>
      </w:r>
      <w:r>
        <w:t>awalan ta'meer ravira kunand.</w:t>
      </w:r>
    </w:p>
    <w:p>
      <w:pPr>
        <w:jc w:val="right"/>
      </w:pPr>
      <w:r>
        <w:t>اولا تعمیر راویرا کنند.</w:t>
      </w:r>
    </w:p>
    <w:p>
      <w:r>
        <w:rPr>
          <w:b/>
        </w:rPr>
        <w:t xml:space="preserve">[09:11] </w:t>
      </w:r>
      <w:r>
        <w:t>yani matlab jab kisi aik building ko naya ta'meer karna chaha hota hai, aik building ko jab nai ta'meer karna hota hai to purani building ko demolish kar dete hain.</w:t>
      </w:r>
    </w:p>
    <w:p>
      <w:pPr>
        <w:jc w:val="right"/>
      </w:pPr>
      <w:r>
        <w:t>یعنی مطلب جب کسی ایک بلڈنگ کو نیا تعمیر کرنا چاہا ہوتا ہے، ایک بلڈنگ کو جب نئی تعمیر کرنا ہوتا ہے تو پرانی بلڈنگ کو demolish کر دیتے ہیں۔</w:t>
      </w:r>
    </w:p>
    <w:p>
      <w:r>
        <w:rPr>
          <w:b/>
        </w:rPr>
        <w:t xml:space="preserve">[09:25] </w:t>
      </w:r>
      <w:r>
        <w:t>phir wahan aik nai building khari karte hain. yahi kaam hai ummaton ke zawal ke waqt. jab zawal aata hai to us waqt zaroorat hai ke radical change laya jaye.</w:t>
      </w:r>
    </w:p>
    <w:p>
      <w:pPr>
        <w:jc w:val="right"/>
      </w:pPr>
      <w:r>
        <w:t>پھر وہاں ایک نئی بلڈنگ کھڑی کرتے ہیں۔ یہی کام ہے امتوں کے زوال کے وقت۔ جب زوال آتا ہے تو اس وقت ضرورت ہے کہ radical change لایا جائے۔</w:t>
      </w:r>
    </w:p>
    <w:p>
      <w:r>
        <w:rPr>
          <w:b/>
        </w:rPr>
        <w:t xml:space="preserve">[09:42] </w:t>
      </w:r>
      <w:r>
        <w:t>jis tarah darakht ko kaat dete hain. to is muamle mein jo turki mein jo ataturk ne kaha that was a divine operation.</w:t>
      </w:r>
    </w:p>
    <w:p>
      <w:pPr>
        <w:jc w:val="right"/>
      </w:pPr>
      <w:r>
        <w:t>جس طرح درخت کو کاٹ دیتے ہیں۔ تو اس معاملے میں جو ترکی میں جو اتاترک نے کہا that was a divine operation.</w:t>
      </w:r>
    </w:p>
    <w:p>
      <w:r>
        <w:rPr>
          <w:b/>
        </w:rPr>
        <w:t xml:space="preserve">[09:53] </w:t>
      </w:r>
      <w:r>
        <w:t>is ke baad jo turki qaum mein jo emergence aaya, bilkul nai turki thi. abhi mein parh raha tha sheikh hamza yusuf ka, jo amreeka mein amriki hain,</w:t>
      </w:r>
    </w:p>
    <w:p>
      <w:pPr>
        <w:jc w:val="right"/>
      </w:pPr>
      <w:r>
        <w:t>اس کے بعد جو ترکی قوم میں جو emergence آیا، بالکل نئی ترکی تھی۔ ابھی میں پڑھ رہا تھا شیخ حمزہ یوسف کا، جو امریکہ میں امریکی ہیں،</w:t>
      </w:r>
    </w:p>
    <w:p>
      <w:r>
        <w:rPr>
          <w:b/>
        </w:rPr>
        <w:t xml:space="preserve">[10:09] </w:t>
      </w:r>
      <w:r>
        <w:t>to unhon ne kaha ke sab se zyada mujhe pasand hai turki. amreeka se bhi zyada. halankay khud american hain woh. aur mein bar bar jata hoon turki.</w:t>
      </w:r>
    </w:p>
    <w:p>
      <w:pPr>
        <w:jc w:val="right"/>
      </w:pPr>
      <w:r>
        <w:t>تو انہوں نے کہا کہ سب سے زیادہ مجھے پسند ہے ترکی۔ امریکہ سے بھی زیادہ۔ حالانکہ خود امریکن ہیں وہ۔ اور میں بار بار جاتا ہوں ترکی۔</w:t>
      </w:r>
    </w:p>
    <w:p>
      <w:r>
        <w:rPr>
          <w:b/>
        </w:rPr>
        <w:t xml:space="preserve">[10:20] </w:t>
      </w:r>
      <w:r>
        <w:t>muslim mulkon mein wohi sab se zyada mujhe lagta hai taraqqi yafta mulk. lekin wajah nahi batai unhon ne. wajah nahi batai.</w:t>
      </w:r>
    </w:p>
    <w:p>
      <w:pPr>
        <w:jc w:val="right"/>
      </w:pPr>
      <w:r>
        <w:t>مسلم ملکوں میں وہی سب سے زیادہ مجھے لگتا ہے ترقی یافتہ ملک۔ لیکن وجہ نہیں بتائی انہوں نے۔ وجہ نہیں بتائی۔</w:t>
      </w:r>
    </w:p>
    <w:p>
      <w:r>
        <w:rPr>
          <w:b/>
        </w:rPr>
        <w:t xml:space="preserve">[10:30] </w:t>
      </w:r>
      <w:r>
        <w:t>wajah yahi ke ataturk ne is ko radical operation kiya. matlab darakht ka oopar ka hissa kaat diya. sirf jar baqi rakh</w:t>
      </w:r>
    </w:p>
    <w:p>
      <w:pPr>
        <w:jc w:val="right"/>
      </w:pPr>
      <w:r>
        <w:t>وجہ یہی کہ اتاترک نے اس کو radical operation کیا۔ مطلب درخت کا اوپر کا حصہ کاٹ دیا۔ صرف جڑ باقی رکھ</w:t>
      </w:r>
    </w:p>
    <w:p>
      <w:r>
        <w:rPr>
          <w:b/>
        </w:rPr>
        <w:t xml:space="preserve">[10:39] </w:t>
      </w:r>
      <w:r>
        <w:t>y. is mein se phir naya darakht nikla.</w:t>
      </w:r>
    </w:p>
    <w:p>
      <w:pPr>
        <w:jc w:val="right"/>
      </w:pPr>
      <w:r>
        <w:t>ی۔ اس میں سے پھر نیا درخت نکلا۔</w:t>
      </w:r>
    </w:p>
    <w:p>
      <w:r>
        <w:rPr>
          <w:b/>
        </w:rPr>
        <w:t xml:space="preserve">[10:45] </w:t>
      </w:r>
      <w:r>
        <w:t>to kya cheez thi? musalman jee rahe the purane qism ke political empire mein. khilafat kya thi?</w:t>
      </w:r>
    </w:p>
    <w:p>
      <w:pPr>
        <w:jc w:val="right"/>
      </w:pPr>
      <w:r>
        <w:t>تو کیا چیز تھی؟ مسلمان جی رہے تھے پرانے قسم کے political empire میں۔ خلافت کیا تھی؟</w:t>
      </w:r>
    </w:p>
    <w:p>
      <w:r>
        <w:rPr>
          <w:b/>
        </w:rPr>
        <w:t xml:space="preserve">[10:55] </w:t>
      </w:r>
      <w:r>
        <w:t>khilafat thi political empire. jis ko hum kehte hain usmani khilafat, woh apni hukoomat ke aitbar se dynasty thi. woh political empire tha.</w:t>
      </w:r>
    </w:p>
    <w:p>
      <w:pPr>
        <w:jc w:val="right"/>
      </w:pPr>
      <w:r>
        <w:t>خلافت تھی political empire۔ جس کو ہم کہتے ہیں عثمانی خلافت، وہ اپنی حکومت کے اعتبار سے dynasty تھی۔ وہ political empire تھا۔</w:t>
      </w:r>
    </w:p>
    <w:p>
      <w:r>
        <w:rPr>
          <w:b/>
        </w:rPr>
        <w:t xml:space="preserve">[11:04] </w:t>
      </w:r>
      <w:r>
        <w:t>lekin bilkul farsooda ho chuki thi.</w:t>
      </w:r>
    </w:p>
    <w:p>
      <w:pPr>
        <w:jc w:val="right"/>
      </w:pPr>
      <w:r>
        <w:t>لیکن بالکل فرسودہ ہو چکی تھی۔</w:t>
      </w:r>
    </w:p>
    <w:p>
      <w:r>
        <w:rPr>
          <w:b/>
        </w:rPr>
        <w:t xml:space="preserve">[11:07] </w:t>
      </w:r>
      <w:r>
        <w:t>is mein koi jaan nahi reh gayi thi.</w:t>
      </w:r>
    </w:p>
    <w:p>
      <w:pPr>
        <w:jc w:val="right"/>
      </w:pPr>
      <w:r>
        <w:t>اس میں کوئی جان نہیں رہ گئی تھی۔</w:t>
      </w:r>
    </w:p>
    <w:p>
      <w:r>
        <w:rPr>
          <w:b/>
        </w:rPr>
        <w:t xml:space="preserve">[11:12] </w:t>
      </w:r>
      <w:r>
        <w:t>itna farsooda thi ke woh jab steam ship pehli bar samandar mein utarna hua to woh kehte the ke use pehle khatam bukhari karo. woh unhe koi aafat aa jayegi.</w:t>
      </w:r>
    </w:p>
    <w:p>
      <w:pPr>
        <w:jc w:val="right"/>
      </w:pPr>
      <w:r>
        <w:t>اتنا فرسودہ تھی کہ وہ جب steam ship پہلی بار سمندر میں اتارنا ہوا تو وہ کہتے تھے کہ اسے پہلے ختم بخاری کرو۔ وہ انہیں کوئی آفت آ جائے گی۔</w:t>
      </w:r>
    </w:p>
    <w:p>
      <w:r>
        <w:rPr>
          <w:b/>
        </w:rPr>
        <w:t xml:space="preserve">[11:24] </w:t>
      </w:r>
      <w:r>
        <w:t>to yeh yeh poora jo qadeem culture tha, us ko us ko bulldoze kar diya ataturk ne. phir nayi qaum hui.</w:t>
      </w:r>
    </w:p>
    <w:p>
      <w:pPr>
        <w:jc w:val="right"/>
      </w:pPr>
      <w:r>
        <w:t>تو یہ یہ پورا جو قدیم culture تھا، اس کو اس کو bulldoze کر دیا اتاترک نے۔ پھر نئی قوم ہوئی۔</w:t>
      </w:r>
    </w:p>
    <w:p>
      <w:r>
        <w:rPr>
          <w:b/>
        </w:rPr>
        <w:t xml:space="preserve">[11:34] </w:t>
      </w:r>
      <w:r>
        <w:t>to Allah taala ko yeh mazdoor tha dikhana ke woh daur khatm ho gaya jab political empire bante thay. ab naya daur hai. ab naya political empire ka daur hai.</w:t>
      </w:r>
    </w:p>
    <w:p>
      <w:pPr>
        <w:jc w:val="right"/>
      </w:pPr>
      <w:r>
        <w:t>تو اللہ تعالیٰ کو یہ مزدور تھا دکھانا کہ وہ دور ختم ہو گیا جب political empire بنتے تھے۔ اب نیا دور ہے۔ اب نیا political empire کا دور ہے۔</w:t>
      </w:r>
    </w:p>
    <w:p>
      <w:r>
        <w:rPr>
          <w:b/>
        </w:rPr>
        <w:t xml:space="preserve">[11:48] </w:t>
      </w:r>
      <w:r>
        <w:t>to ataturk ke zariye Allah taala ne radical zabaan mein, radical way mein turkon ko bataya ke woh daur khatm ho gaya jab political empire bana karte thay.</w:t>
      </w:r>
    </w:p>
    <w:p>
      <w:pPr>
        <w:jc w:val="right"/>
      </w:pPr>
      <w:r>
        <w:t>تو اتاترک کے ذریعے اللہ تعالیٰ نے radical زبان میں، radical way میں ترکوں کو بتایا کہ وہ دور ختم ہو گیا جب political empire بنا کرتے تھے۔</w:t>
      </w:r>
    </w:p>
    <w:p>
      <w:r>
        <w:rPr>
          <w:b/>
        </w:rPr>
        <w:t xml:space="preserve">[12:00] </w:t>
      </w:r>
      <w:r>
        <w:t>ab naye daur mein non-political empire banao.</w:t>
      </w:r>
    </w:p>
    <w:p>
      <w:pPr>
        <w:jc w:val="right"/>
      </w:pPr>
      <w:r>
        <w:t>اب نئے دور میں non-political empire بناؤ۔</w:t>
      </w:r>
    </w:p>
    <w:p>
      <w:r>
        <w:rPr>
          <w:b/>
        </w:rPr>
        <w:t xml:space="preserve">[12:05] </w:t>
      </w:r>
      <w:r>
        <w:t>chunaanche ataturk ke baad doosra insaan jo Allah taala ke masjid se utha wahan, woh Mr. Gulen thay. Mr. Gulen. unhon ne waaqeatan wahan yahi kaam kiya.</w:t>
      </w:r>
    </w:p>
    <w:p>
      <w:pPr>
        <w:jc w:val="right"/>
      </w:pPr>
      <w:r>
        <w:t>چنانچہ اتاترک کے بعد دوسرا انسان جو اللہ تعالیٰ کے مسجد سے اٹھا وہاں، وہ مسٹر گلین تھے۔ مسٹر گلین۔ انہوں نے واقعتا وہاں یہی کام کیا۔</w:t>
      </w:r>
    </w:p>
    <w:p>
      <w:r>
        <w:rPr>
          <w:b/>
        </w:rPr>
        <w:t xml:space="preserve">[12:17] </w:t>
      </w:r>
      <w:r>
        <w:t>Non-political empire. Education par base karti hui. saari duniya mein un ki educational institutions banayi hui hain.</w:t>
      </w:r>
    </w:p>
    <w:p>
      <w:pPr>
        <w:jc w:val="right"/>
      </w:pPr>
      <w:r>
        <w:t>Non-political empire۔ Education پر base کرتی ہوئی۔ ساری دنیا میں ان کی educational institutions بنائی ہوئی ہیں۔</w:t>
      </w:r>
    </w:p>
    <w:p>
      <w:r>
        <w:rPr>
          <w:b/>
        </w:rPr>
        <w:t xml:space="preserve">[12:27] </w:t>
      </w:r>
      <w:r>
        <w:t>main ne khud abhi dekha America mein ek badi shandaar</w:t>
      </w:r>
    </w:p>
    <w:p>
      <w:pPr>
        <w:jc w:val="right"/>
      </w:pPr>
      <w:r>
        <w:t>میں نے خود ابھی دیکھا امریکہ میں ایک بڑی شاندار</w:t>
      </w:r>
    </w:p>
    <w:p>
      <w:r>
        <w:rPr>
          <w:b/>
        </w:rPr>
        <w:t xml:space="preserve">[12:32] </w:t>
      </w:r>
      <w:r>
        <w:t>building hai, us mein un ka taleemi education hai. Educational. bohat shandaar. bilkul America ke standard ka hai woh.</w:t>
      </w:r>
    </w:p>
    <w:p>
      <w:pPr>
        <w:jc w:val="right"/>
      </w:pPr>
      <w:r>
        <w:t>بلڈنگ ہے، اس میں ان کا تعلیمی education ہے۔ Educational۔ بہت شاندار۔ بالکل امریکہ کے standard کا ہے وہ۔</w:t>
      </w:r>
    </w:p>
    <w:p>
      <w:r>
        <w:rPr>
          <w:b/>
        </w:rPr>
        <w:t xml:space="preserve">[12:42] </w:t>
      </w:r>
      <w:r>
        <w:t>America ke standard ka hai woh. to saari duniya mein woh educational empire bana rahe hain. Educational empire. yaani non-political empire.</w:t>
      </w:r>
    </w:p>
    <w:p>
      <w:pPr>
        <w:jc w:val="right"/>
      </w:pPr>
      <w:r>
        <w:t>امریکہ کے standard کا ہے وہ۔ تو ساری دنیا میں وہ educational empire بنا رہے ہیں۔ Educational empire۔ یعنی non-political empire۔</w:t>
      </w:r>
    </w:p>
    <w:p>
      <w:r>
        <w:rPr>
          <w:b/>
        </w:rPr>
        <w:t xml:space="preserve">[12:53] </w:t>
      </w:r>
      <w:r>
        <w:t>to Turkey ne raasta dikhaya. raasta dikhaya Allah taala ke madad se. ke pehle radical change lao.</w:t>
      </w:r>
    </w:p>
    <w:p>
      <w:pPr>
        <w:jc w:val="right"/>
      </w:pPr>
      <w:r>
        <w:t>تو ترکی نے راستہ دکھایا۔ راستہ دکھایا اللہ تعالیٰ کے مدد سے۔ کہ پہلے radical change لاؤ۔</w:t>
      </w:r>
    </w:p>
    <w:p>
      <w:r>
        <w:rPr>
          <w:b/>
        </w:rPr>
        <w:t xml:space="preserve">[13:05] </w:t>
      </w:r>
      <w:r>
        <w:t>qadeem dhate ko todo. aur phir naye daur ki raza se non-political empire banao. to partial sense mein Turkey mein yeh cheez muthworize hui.</w:t>
      </w:r>
    </w:p>
    <w:p>
      <w:pPr>
        <w:jc w:val="right"/>
      </w:pPr>
      <w:r>
        <w:t>قدیم ڈھاٹے کو توڑو۔ اور پھر نئے دور کی رضا سے non-political empire بناؤ۔ تو partial sense میں ترکی میں یہ چیز متھورائز ہوئی۔</w:t>
      </w:r>
    </w:p>
    <w:p>
      <w:r>
        <w:rPr>
          <w:b/>
        </w:rPr>
        <w:t xml:space="preserve">[13:17] </w:t>
      </w:r>
      <w:r>
        <w:t>Partial sense mein. is se pehle yeh yeh Allah taala ka sunnat hai.</w:t>
      </w:r>
    </w:p>
    <w:p>
      <w:pPr>
        <w:jc w:val="right"/>
      </w:pPr>
      <w:r>
        <w:t>Partial sense میں۔ اس سے پہلے یہ یہ اللہ تعالیٰ کا سنت ہے۔</w:t>
      </w:r>
    </w:p>
    <w:p>
      <w:r>
        <w:rPr>
          <w:b/>
        </w:rPr>
        <w:t xml:space="preserve">[13:23] </w:t>
      </w:r>
      <w:r>
        <w:t>is se pehle bhi ho chuka hai. terahveen sadi isvi mein. us waqt jo ab baaz riyasaten theen, woh bilkul farsodah ho chuki theen. farsodah. jaise khilafat usmani farsodah ho gayi thi.</w:t>
      </w:r>
    </w:p>
    <w:p>
      <w:pPr>
        <w:jc w:val="right"/>
      </w:pPr>
      <w:r>
        <w:t>اس سے پہلے بھی ہو چکا ہے۔ تیرہویں صدی عیسوی میں۔ اس وقت جو اب بعض ریاستیں تھیں، وہ بالکل فرسودہ ہو چکی تھیں۔ فرسودہ۔ جیسے خلافت عثمانی فرسودہ ہو گئی تھی۔</w:t>
      </w:r>
    </w:p>
    <w:p>
      <w:r>
        <w:rPr>
          <w:b/>
        </w:rPr>
        <w:t xml:space="preserve">[13:36] </w:t>
      </w:r>
      <w:r>
        <w:t>to Allah taala ne tatariyon ko bheja. tatariyon ne bulldoze kar diya. terahveen sadi isvi mein. bulldoze kar diya ka matlab kya hai?</w:t>
      </w:r>
    </w:p>
    <w:p>
      <w:pPr>
        <w:jc w:val="right"/>
      </w:pPr>
      <w:r>
        <w:t>تو اللہ تعالیٰ نے تاتاریوں کو بھیجا۔ تاتاریوں نے bulldoze کر دیا۔ تیرہویں صدی عیسوی میں۔ bulldoze کر دیا کا مطلب کیا ہے؟</w:t>
      </w:r>
    </w:p>
    <w:p>
      <w:r>
        <w:rPr>
          <w:b/>
        </w:rPr>
        <w:t xml:space="preserve">[13:48] </w:t>
      </w:r>
      <w:r>
        <w:t>ulama sab Baghdad mein aa kar sumatt gaye thay. Baghdad mein khoob har tarah ka aaram tha.</w:t>
      </w:r>
    </w:p>
    <w:p>
      <w:pPr>
        <w:jc w:val="right"/>
      </w:pPr>
      <w:r>
        <w:t>علماء سب بغداد میں آ کر سمٹ گئے تھے۔ بغداد میں خوب ہر طرح کا آرام تھا۔</w:t>
      </w:r>
    </w:p>
    <w:p>
      <w:r>
        <w:rPr>
          <w:b/>
        </w:rPr>
        <w:t xml:space="preserve">[13:54] </w:t>
      </w:r>
      <w:r>
        <w:t>saari shaan o shaukat thi. to sab Baghdad mein rehte thay. woh wahan par bazahir to qaal Allah qaal Rasool karte thay.</w:t>
      </w:r>
    </w:p>
    <w:p>
      <w:pPr>
        <w:jc w:val="right"/>
      </w:pPr>
      <w:r>
        <w:t>ساری شان و شوکت تھی۔ تو سب بغداد میں رہتے تھے۔ وہ وہاں پر بظاہر تو قال اللہ قال رسول کرتے تھے۔</w:t>
      </w:r>
    </w:p>
    <w:p>
      <w:r>
        <w:rPr>
          <w:b/>
        </w:rPr>
        <w:t xml:space="preserve">[14:03] </w:t>
      </w:r>
      <w:r>
        <w:t>lekin haqeeqatan woh jamhooriyat ka ka daur tha. to tatariyon ke zariye Allah taala ne un ko</w:t>
      </w:r>
    </w:p>
    <w:p>
      <w:pPr>
        <w:jc w:val="right"/>
      </w:pPr>
      <w:r>
        <w:t>لیکن حقیقتاً وہ جمہوریت کا کا دور تھا۔ تو تاتاریوں کے ذریعے اللہ تعالیٰ نے ان کو</w:t>
      </w:r>
    </w:p>
    <w:p>
      <w:r>
        <w:rPr>
          <w:b/>
        </w:rPr>
        <w:t xml:space="preserve">[14:16] </w:t>
      </w:r>
      <w:r>
        <w:t>bulldoze kiya. yaani Samarkand se le kar Halab tak sab taraaj kar diya. aur</w:t>
      </w:r>
    </w:p>
    <w:p>
      <w:pPr>
        <w:jc w:val="right"/>
      </w:pPr>
      <w:r>
        <w:t>bulldoze کیا۔ یعنی سمرقند سے لے کر حلب تک سب تاراج کر دیا۔ اور</w:t>
      </w:r>
    </w:p>
    <w:p>
      <w:r>
        <w:rPr>
          <w:b/>
        </w:rPr>
        <w:t xml:space="preserve">[14:23] </w:t>
      </w:r>
      <w:r>
        <w:t>phir kya hua? ulama bhaag gaye Baghdad ko chhod kar. disperse ho gaye. is ke baad musalmanon mein da'wati kaam phaila.</w:t>
      </w:r>
    </w:p>
    <w:p>
      <w:pPr>
        <w:jc w:val="right"/>
      </w:pPr>
      <w:r>
        <w:t>پھر کیا ہوا؟ علماء بھاگ گئے بغداد کو چھوڑ کر۔ disperse ہو گئے۔ اس کے بعد مسلمانوں میں دعوتی کام پھیلا۔</w:t>
      </w:r>
    </w:p>
    <w:p>
      <w:r>
        <w:rPr>
          <w:b/>
        </w:rPr>
        <w:t xml:space="preserve">[14:32] </w:t>
      </w:r>
      <w:r>
        <w:t>da'wati kaam ruk gaya tha. ab masoom period mein sirf political activities theen ya fiqh ki activities theen.</w:t>
      </w:r>
    </w:p>
    <w:p>
      <w:pPr>
        <w:jc w:val="right"/>
      </w:pPr>
      <w:r>
        <w:t>دعوتی کام رک گیا تھا۔ اب معصوم period میں صرف political activities تھیں یا فقہ کی activities تھیں۔</w:t>
      </w:r>
    </w:p>
    <w:p>
      <w:r>
        <w:rPr>
          <w:b/>
        </w:rPr>
        <w:t xml:space="preserve">[14:41] </w:t>
      </w:r>
      <w:r>
        <w:t>da'wat ki activities nahin theen. to jab tatariyon ne bulldoze kar diya to bhaage log idhar udhar. mukhtalif mulkon mein.</w:t>
      </w:r>
    </w:p>
    <w:p>
      <w:pPr>
        <w:jc w:val="right"/>
      </w:pPr>
      <w:r>
        <w:t>دعوت کی activities نہیں تھیں۔ تو جب تاتاریوں نے bulldoze کر دیا تو بھاگے لوگ ادھر ادھر۔ مختلف ملکوں میں۔</w:t>
      </w:r>
    </w:p>
    <w:p>
      <w:r>
        <w:rPr>
          <w:b/>
        </w:rPr>
        <w:t xml:space="preserve">[14:51] </w:t>
      </w:r>
      <w:r>
        <w:t>to phir da'wati kaam shuru hua</w:t>
      </w:r>
    </w:p>
    <w:p>
      <w:pPr>
        <w:jc w:val="right"/>
      </w:pPr>
      <w:r>
        <w:t>تو پھر دعوتی کام شروع ہوا</w:t>
      </w:r>
    </w:p>
    <w:p>
      <w:r>
        <w:rPr>
          <w:b/>
        </w:rPr>
        <w:t xml:space="preserve">[14:53] </w:t>
      </w:r>
      <w:r>
        <w:t>. khud Hindustan mein bhi is ke baad hi ataa raza taaza dushmani ho gayi. yaani terahveen sadi ka zamana hai jab Baghdad ko bulldoze kiya gaya.</w:t>
      </w:r>
    </w:p>
    <w:p>
      <w:pPr>
        <w:jc w:val="right"/>
      </w:pPr>
      <w:r>
        <w:t>۔ خود ہندوستان میں بھی اس کے بعد ہی اعطاء رضا تازہ دشمنی ہو گئی۔ یعنی تیرہویں صدی کا زمانہ ہے جب بغداد کو bulldoze کیا گیا۔</w:t>
      </w:r>
    </w:p>
    <w:p>
      <w:r>
        <w:rPr>
          <w:b/>
        </w:rPr>
        <w:t xml:space="preserve">[15:05] </w:t>
      </w:r>
      <w:r>
        <w:t>isi terahveen sadi mein Khwaja Moinuddin Chishti India aate hain. aur doosre sufiyana. yeh hai Allah taala ka tareeqa.</w:t>
      </w:r>
    </w:p>
    <w:p>
      <w:pPr>
        <w:jc w:val="right"/>
      </w:pPr>
      <w:r>
        <w:t>اسی تیرہویں صدی میں خواجہ معین الدین چشتی انڈیا آتے ہیں۔ اور دوسرے صوفیاء۔ یہ ہے اللہ تعالیٰ کا طریقہ۔</w:t>
      </w:r>
    </w:p>
    <w:p>
      <w:r>
        <w:rPr>
          <w:b/>
        </w:rPr>
        <w:t xml:space="preserve">[15:15] </w:t>
      </w:r>
      <w:r>
        <w:t>mauoodah zamane mein Allah taala ne India ke musalmanon ke liye yahi kiya.</w:t>
      </w:r>
    </w:p>
    <w:p>
      <w:pPr>
        <w:jc w:val="right"/>
      </w:pPr>
      <w:r>
        <w:t>موعودہ زمانے میں اللہ تعالیٰ نے انڈیا کے مسلمانوں کے لیے یہی کیا۔</w:t>
      </w:r>
    </w:p>
    <w:p>
      <w:r>
        <w:rPr>
          <w:b/>
        </w:rPr>
        <w:t xml:space="preserve">[15:21] </w:t>
      </w:r>
      <w:r>
        <w:t>lekin yeh Allah taala ki rehmat thi ke ab woh yaani material sense mein bulldoze nahi kiya gaya. yahan British rule aaya.</w:t>
      </w:r>
    </w:p>
    <w:p>
      <w:pPr>
        <w:jc w:val="right"/>
      </w:pPr>
      <w:r>
        <w:t>لیکن یہ اللہ تعالیٰ کی رحمت تھی کہ اب وہ یعنی material sense میں bulldoze نہیں کیا گیا۔ یہاں برٹش rule آیا۔</w:t>
      </w:r>
    </w:p>
    <w:p>
      <w:r>
        <w:rPr>
          <w:b/>
        </w:rPr>
        <w:t xml:space="preserve">[15:32] </w:t>
      </w:r>
      <w:r>
        <w:t>British ne ne yahan par aik naya system educational qaim kiya. woh that would like bulldozing yaani woh qadeem culture ko torna tha.</w:t>
      </w:r>
    </w:p>
    <w:p>
      <w:pPr>
        <w:jc w:val="right"/>
      </w:pPr>
      <w:r>
        <w:t>برٹش نے نے یہاں پر ایک نیا سسٹم educational قائم کیا۔ وہ that would like bulldozing یعنی وہ قدیم culture کو توڑنا تھا۔</w:t>
      </w:r>
    </w:p>
    <w:p>
      <w:r>
        <w:rPr>
          <w:b/>
        </w:rPr>
        <w:t xml:space="preserve">[15:48] </w:t>
      </w:r>
      <w:r>
        <w:t>to saare India mein angrezon ne modern education chalai.</w:t>
      </w:r>
    </w:p>
    <w:p>
      <w:pPr>
        <w:jc w:val="right"/>
      </w:pPr>
      <w:r>
        <w:t>تو سارے انڈیا میں انگریزوں نے modern education چلائی۔</w:t>
      </w:r>
    </w:p>
    <w:p>
      <w:r>
        <w:rPr>
          <w:b/>
        </w:rPr>
        <w:t xml:space="preserve">[15:58] </w:t>
      </w:r>
      <w:r>
        <w:t>beshumar school kholey. yeh qadeem culture ko bulldoze karne ke liye tha. lekin saare ulma Allah ki is ko samjhe nahi.</w:t>
      </w:r>
    </w:p>
    <w:p>
      <w:pPr>
        <w:jc w:val="right"/>
      </w:pPr>
      <w:r>
        <w:t>بے شمار اسکول کھولے۔ یہ قدیم culture کو bulldoze کرنے کے لیے تھا۔ لیکن سارے علماء اللہ کی اس کو سمجھے نہیں۔</w:t>
      </w:r>
    </w:p>
    <w:p>
      <w:r>
        <w:rPr>
          <w:b/>
        </w:rPr>
        <w:t xml:space="preserve">[16:07] </w:t>
      </w:r>
      <w:r>
        <w:t>saare ulma se kharab ho gaye. saare ulma British type ki education ke kharab ho gaye.</w:t>
      </w:r>
    </w:p>
    <w:p>
      <w:pPr>
        <w:jc w:val="right"/>
      </w:pPr>
      <w:r>
        <w:t>سارے علماء سے خراب ہو گئے۔ سارے علماء برٹش type کی education کے خراب ہو گئے۔</w:t>
      </w:r>
    </w:p>
    <w:p>
      <w:r>
        <w:rPr>
          <w:b/>
        </w:rPr>
        <w:t xml:space="preserve">[16:17] </w:t>
      </w:r>
      <w:r>
        <w:t>misalan Abdullah Modi ne kaha ke yeh qatlagahain hain. angrezi taleem ke jo center hain woh sab qatlagahain hain. Abdullah Alahabadi ne kaha ke log ke kabhi qatl badnaam na hota.</w:t>
      </w:r>
    </w:p>
    <w:p>
      <w:pPr>
        <w:jc w:val="right"/>
      </w:pPr>
      <w:r>
        <w:t>مثلاً عبداللہ مودی نے کہا کہ یہ قتل گاہیں ہیں۔ انگریزی تعلیم کے جو center ہیں وہ سب قتل گاہیں ہیں۔ عبداللہ الہ آبادی نے کہا کہ لوگ کہ کبھی قتل بدنام نہ ہوتا۔</w:t>
      </w:r>
    </w:p>
    <w:p>
      <w:r>
        <w:rPr>
          <w:b/>
        </w:rPr>
        <w:t xml:space="preserve">[16:31] </w:t>
      </w:r>
      <w:r>
        <w:t>afsos ke Firon ko kali na soojhi. kali ki na soojhi. Maulana Ali Bayan ne kitab likhi. Raddat Ibrahim Abu</w:t>
      </w:r>
    </w:p>
    <w:p>
      <w:pPr>
        <w:jc w:val="right"/>
      </w:pPr>
      <w:r>
        <w:t>افسوس کہ فرعون کو کالی نہ سوجھی۔ کالی کی نہ سوجھی۔ مولانا علی بیان نے کتاب لکھی۔ ردت ابراہیم ابوب</w:t>
      </w:r>
    </w:p>
    <w:p>
      <w:r>
        <w:rPr>
          <w:b/>
        </w:rPr>
        <w:t xml:space="preserve">[16:39] </w:t>
      </w:r>
      <w:r>
        <w:t>kar Allah. yaani matlab yeh yaani collegeon aur universityon mein schoolon aur collegeon mein ijtihad phail gaya hai.</w:t>
      </w:r>
    </w:p>
    <w:p>
      <w:pPr>
        <w:jc w:val="right"/>
      </w:pPr>
      <w:r>
        <w:t>کر اللہ۔ یعنی مطلب یہ یعنی کالجوں اور یونیورسٹیوں میں اسکولوں اور کالجوں میں اجتہاد پھیل گیا ہے۔</w:t>
      </w:r>
    </w:p>
    <w:p>
      <w:r>
        <w:rPr>
          <w:b/>
        </w:rPr>
        <w:t xml:space="preserve">[16:47] </w:t>
      </w:r>
      <w:r>
        <w:t>yeh sab bilkul galat baat thi. Akbar Abbasi bhi galat kaha, Maulana Ali ne bhi galat kaha, Ali Ibrahim bhi galat kaha. woh Allah taala ka aik operation tha.</w:t>
      </w:r>
    </w:p>
    <w:p>
      <w:pPr>
        <w:jc w:val="right"/>
      </w:pPr>
      <w:r>
        <w:t>یہ سب بالکل غلط بات تھی۔ اکبر عباسی بھی غلط کہا، مولانا علی نے بھی غلط کہا، علی ابراہیم بھی غلط کہا۔ وہ اللہ تعالیٰ کا ایک آپریشن تھا۔</w:t>
      </w:r>
    </w:p>
    <w:p>
      <w:r>
        <w:rPr>
          <w:b/>
        </w:rPr>
        <w:t xml:space="preserve">[16:59] </w:t>
      </w:r>
      <w:r>
        <w:t>qadeem culture ko bulldoze kiya ja raha tha. isi liye woh faida India bane hue hain is ka.</w:t>
      </w:r>
    </w:p>
    <w:p>
      <w:pPr>
        <w:jc w:val="right"/>
      </w:pPr>
      <w:r>
        <w:t>قدیم culture کو bulldoze کیا جا رہا تھا۔ اسی لیے وہ فائدہ انڈیا بنے ہوئے ہیں اس کا۔</w:t>
      </w:r>
    </w:p>
    <w:p>
      <w:r>
        <w:rPr>
          <w:b/>
        </w:rPr>
        <w:t xml:space="preserve">[17:06] </w:t>
      </w:r>
      <w:r>
        <w:t>kyunke Turkey mein to Allah taala ne jo kiya woh compression wahan par create kar diya. ke koi choice hi nahi raha hai. yaani Ataturk ne yaani jo kaam kiya woh wahan compression create ho gaya.</w:t>
      </w:r>
    </w:p>
    <w:p>
      <w:pPr>
        <w:jc w:val="right"/>
      </w:pPr>
      <w:r>
        <w:t>کیونکہ ترکی میں تو اللہ تعالیٰ نے جو کیا وہ compression وہاں پر create کر دیا۔ کہ کوئی choice ہی نہیں رہا ہے۔ یعنی اتاترک نے یعنی جو کام کیا وہ وہاں compression create ہو گیا۔</w:t>
      </w:r>
    </w:p>
    <w:p>
      <w:r>
        <w:rPr>
          <w:b/>
        </w:rPr>
        <w:t xml:space="preserve">[17:22] </w:t>
      </w:r>
      <w:r>
        <w:t>kyunke koi doosra choice nahi. to wahan to ho gaya. India mein koi compression nahi tha. yahan phir bhi choice tha. to logon ne Muslim school, Muslim college, Muslim university kholein.</w:t>
      </w:r>
    </w:p>
    <w:p>
      <w:pPr>
        <w:jc w:val="right"/>
      </w:pPr>
      <w:r>
        <w:t>کیونکہ کوئی دوسرا choice نہیں۔ تو وہاں تو ہو گیا۔ انڈیا میں کوئی compression نہیں تھا۔ یہاں پھر بھی choice تھا۔ تو لوگوں نے مسلم اسکول، مسلم کالج، مسلم یونیورسٹی کھولے۔</w:t>
      </w:r>
    </w:p>
    <w:p>
      <w:r>
        <w:rPr>
          <w:b/>
        </w:rPr>
        <w:t xml:space="preserve">[17:35] </w:t>
      </w:r>
      <w:r>
        <w:t>aur logon ko is ko parhne nahi diya musalmanon ko. jahan un ka aur haal hone wala tha. jahan un ka aur haal hone wala tha wahan parhne nahi diya.</w:t>
      </w:r>
    </w:p>
    <w:p>
      <w:pPr>
        <w:jc w:val="right"/>
      </w:pPr>
      <w:r>
        <w:t>اور لوگوں کو اس کو پڑھنے نہیں دیا مسلمانوں کو۔ جہاں ان کا اور حال ہونے والا تھا۔ جہاں ان کا اور حال ہونے والا تھا وہاں پڑھنے نہیں دیا۔</w:t>
      </w:r>
    </w:p>
    <w:p>
      <w:r>
        <w:rPr>
          <w:b/>
        </w:rPr>
        <w:t xml:space="preserve">[17:46] </w:t>
      </w:r>
      <w:r>
        <w:t>isi liye dekhein aap aaj ka Yahoodi jo hai woh naya Yahoodi hai. kyunke is par woh woh process jaari raha.</w:t>
      </w:r>
    </w:p>
    <w:p>
      <w:pPr>
        <w:jc w:val="right"/>
      </w:pPr>
      <w:r>
        <w:t>اسی لیے دیکھیں آپ آج کا یہودی جو ہے وہ نیا یہودی ہے۔ کیونکہ اس پر وہ وہ process جاری رہا۔</w:t>
      </w:r>
    </w:p>
    <w:p>
      <w:r>
        <w:rPr>
          <w:b/>
        </w:rPr>
        <w:t xml:space="preserve">[17:56] </w:t>
      </w:r>
      <w:r>
        <w:t>aaj ka Musalman naya Musalman nahi hai. kyunke is ka is ka process chalne nahi diya logon ne. khaas tor par ulma ne.</w:t>
      </w:r>
    </w:p>
    <w:p>
      <w:pPr>
        <w:jc w:val="right"/>
      </w:pPr>
      <w:r>
        <w:t>آج کا مسلمان نیا مسلمان نہیں ہے۔ کیونکہ اس کا اس کا process چلنے نہیں دیا لوگوں نے۔ خاص طور پر علماء نے۔</w:t>
      </w:r>
    </w:p>
    <w:p>
      <w:r>
        <w:rPr>
          <w:b/>
        </w:rPr>
        <w:t xml:space="preserve">[18:06] </w:t>
      </w:r>
      <w:r>
        <w:t>to yeh sab baatein kal jab woh Turkey ke do Sahaba aaye to mujhe yaad aayin. us waqt Gulen movement ko naam rakha hai unhon ne.</w:t>
      </w:r>
    </w:p>
    <w:p>
      <w:pPr>
        <w:jc w:val="right"/>
      </w:pPr>
      <w:r>
        <w:t>تو یہ سب باتیں کل جب وہ ترکی کے دو صحابہ آئے تو مجھے یاد آئیں۔ اس وقت گلین موومنٹ کو نام رکھا ہے انہوں نے۔</w:t>
      </w:r>
    </w:p>
    <w:p>
      <w:r>
        <w:rPr>
          <w:b/>
        </w:rPr>
        <w:t xml:space="preserve">[18:22] </w:t>
      </w:r>
      <w:r>
        <w:t>khidmet, khidmet movement. khidmet kehte hain taleem. yaani education movement. to khidmet movement yeh hai Mr. Gulen ki</w:t>
      </w:r>
    </w:p>
    <w:p>
      <w:pPr>
        <w:jc w:val="right"/>
      </w:pPr>
      <w:r>
        <w:t>خدمت، خدمت موومنٹ۔ خدمت کہتے ہیں تعلیم۔ یعنی education موومنٹ۔ تو خدمت موومنٹ یہ ہے مسٹر گلین کی</w:t>
      </w:r>
    </w:p>
    <w:p>
      <w:r>
        <w:rPr>
          <w:b/>
        </w:rPr>
        <w:t xml:space="preserve">[18:35] </w:t>
      </w:r>
      <w:r>
        <w:t>tahreek. aap ghaur kijiye kisi bhi Muslim mulk mein is qism ka taleemi tehreek nahi chali. India mein tehreek chalai is shakhsiyat ne to kya tha musalmanon ko ghetto banaya unhon ne.</w:t>
      </w:r>
    </w:p>
    <w:p>
      <w:pPr>
        <w:jc w:val="right"/>
      </w:pPr>
      <w:r>
        <w:t>تحریک۔ آپ غور کیجیے کسی بھی مسلم ملک میں اس قسم کا تعلیمی تحریک نہیں چلی۔ انڈیا میں تحریک چلائی اس شخصیت نے تو کیا تھا مسلمانوں کو گھیٹو بنایا انہوں نے۔</w:t>
      </w:r>
    </w:p>
    <w:p>
      <w:r>
        <w:rPr>
          <w:b/>
        </w:rPr>
        <w:t xml:space="preserve">[18:49] </w:t>
      </w:r>
      <w:r>
        <w:t>yeh Muslim school, Muslim school, Muslim college, Muslim university kehti hai main ne dekhi ghetto thay ghetto. musalmanon ka koi uplift nahi hua.</w:t>
      </w:r>
    </w:p>
    <w:p>
      <w:pPr>
        <w:jc w:val="right"/>
      </w:pPr>
      <w:r>
        <w:t>یہ مسلم اسکول، مسلم اسکول، مسلم کالج، مسلم یونیورسٹی کہتی ہے میں نے دیکھی گھیٹو تھے گھیٹو۔ مسلمانوں کا کوئی uplift نہیں ہوا۔</w:t>
      </w:r>
    </w:p>
    <w:p>
      <w:r>
        <w:rPr>
          <w:b/>
        </w:rPr>
        <w:t xml:space="preserve">[19:03] </w:t>
      </w:r>
      <w:r>
        <w:t>to yaani kisi bhi Muslim country mein yeh baat nahi hui ke woh doosre mulkon mein ja kar taleem hidayat karein. aik so pachas se zyada mulkon mein Gulen ke logon ne apni taleem mein movement phaila di.</w:t>
      </w:r>
    </w:p>
    <w:p>
      <w:pPr>
        <w:jc w:val="right"/>
      </w:pPr>
      <w:r>
        <w:t>تو یعنی کسی بھی مسلم country میں یہ بات نہیں ہوئی کہ وہ دوسرے ملکوں میں جا کر تعلیم ہدایت کریں۔ ایک سو پچاس سے زیادہ ملکوں میں گلین کے لوگوں نے اپنی تعلیم میں موومنٹ پھیلا دی۔</w:t>
      </w:r>
    </w:p>
    <w:p>
      <w:r>
        <w:rPr>
          <w:b/>
        </w:rPr>
        <w:t xml:space="preserve">[19:19] </w:t>
      </w:r>
      <w:r>
        <w:t>ab beshumar school khol diye hain jagah. ab bohat hi mayari school standard ke. Delhi mein bhi school un ka hai. standard ke school.</w:t>
      </w:r>
    </w:p>
    <w:p>
      <w:pPr>
        <w:jc w:val="right"/>
      </w:pPr>
      <w:r>
        <w:t>اب بے شمار اسکول کھول دیے ہیں جگہ۔ اب بہت ہی معیاری اسکول standard کے۔ دہلی میں بھی اسکول ان کا ہے۔ standard کے اسکول۔</w:t>
      </w:r>
    </w:p>
    <w:p>
      <w:r>
        <w:rPr>
          <w:b/>
        </w:rPr>
        <w:t xml:space="preserve">[19:31] </w:t>
      </w:r>
      <w:r>
        <w:t>to dekhiye main arz karunga ke aap ko jis tarah kisan Allah ke mansoobe ko samajhta hai aur phir kheti karta hai waise hi aap ko Allah ke mansoobe ko samajhna hai.</w:t>
      </w:r>
    </w:p>
    <w:p>
      <w:pPr>
        <w:jc w:val="right"/>
      </w:pPr>
      <w:r>
        <w:t>تو دیکھیے میں عرض کروں گا کہ آپ کو جس طرح کسان اللہ کے منصوبے کو سمجھتا ہے اور پھر کھیتی کرتا ہے ویسے ہی آپ کو اللہ کے منصوبے کو سمجھنا ہے۔</w:t>
      </w:r>
    </w:p>
    <w:p>
      <w:r>
        <w:rPr>
          <w:b/>
        </w:rPr>
        <w:t xml:space="preserve">[19:46] </w:t>
      </w:r>
      <w:r>
        <w:t>misalan kisan jab barish hoti hai to farz kisan samajh leta hai ke Allah taala ya creator ka kya message hai ke chalo khet khet tayyar karo.</w:t>
      </w:r>
    </w:p>
    <w:p>
      <w:pPr>
        <w:jc w:val="right"/>
      </w:pPr>
      <w:r>
        <w:t>مثلاً کسان جب بارش ہوتی ہے تو فرض کسان سمجھ لیتا ہے کہ اللہ تعالیٰ یا creator کا کیا message ہے کہ چلو کھیت کھیت تیار کرو۔</w:t>
      </w:r>
    </w:p>
    <w:p>
      <w:r>
        <w:rPr>
          <w:b/>
        </w:rPr>
        <w:t xml:space="preserve">[19:59] </w:t>
      </w:r>
      <w:r>
        <w:t>yaani jab barish hoti hai to koi awaaz nahi aati. is mein koi loudspeaker nahi hota. lekin kisan ise barish ko samajh leta hai ke creator mujh se keh raha hai ke chalo apne khet ko aur apni kheti ka intezam karo.</w:t>
      </w:r>
    </w:p>
    <w:p>
      <w:pPr>
        <w:jc w:val="right"/>
      </w:pPr>
      <w:r>
        <w:t>یعنی جب بارش ہوتی ہے تو کوئی آواز نہیں آتی۔ اس میں کوئی loudspeaker نہیں ہوتا۔ لیکن کسان اسے بارش کو سمجھ لیتا ہے کہ creator مجھ سے کہہ رہا ہے کہ چلو اپنے کھیتوں کو اور اپنی کھیتی کا انتظام کرو۔</w:t>
      </w:r>
    </w:p>
    <w:p>
      <w:r>
        <w:rPr>
          <w:b/>
        </w:rPr>
        <w:t xml:space="preserve">[20:16] </w:t>
      </w:r>
      <w:r>
        <w:t>isi tarah se hamare ulma ko janna chahiye tha Khuda ki zaban kya matlab hai is ka. yaani kyun Tatariyon ne hamla kiya Abbas hukumat ko khatam kiya.</w:t>
      </w:r>
    </w:p>
    <w:p>
      <w:pPr>
        <w:jc w:val="right"/>
      </w:pPr>
      <w:r>
        <w:t>اسی طرح سے ہمارے علماء کو جاننا چاہیے تھا خدا کی زبان کیا مطلب ہے اس کا۔ یعنی کیوں تاتاریوں نے حملہ کیا عباس حکومت کو ختم کیا۔</w:t>
      </w:r>
    </w:p>
    <w:p>
      <w:r>
        <w:rPr>
          <w:b/>
        </w:rPr>
        <w:t xml:space="preserve">[20:27] </w:t>
      </w:r>
      <w:r>
        <w:t>kyun turki mein ataturk ka operation jari kiya gaya. kyun india mein british aaye aur unhon ne yani modern education ka system yahan chalaya.</w:t>
      </w:r>
    </w:p>
    <w:p>
      <w:pPr>
        <w:jc w:val="right"/>
      </w:pPr>
      <w:r>
        <w:t>کیوں ترکی میں اتاترک کا آپریشن جاری کیا گیا۔ کیوں انڈیا میں برٹش آئے اور انہوں نے یعنی modern education کا سسٹم یہاں چلایا۔</w:t>
      </w:r>
    </w:p>
    <w:p>
      <w:r>
        <w:rPr>
          <w:b/>
        </w:rPr>
        <w:t xml:space="preserve">[20:39] </w:t>
      </w:r>
      <w:r>
        <w:t>yeh sab kyun kyun tha.yeh sab wahi tha ke jo maine kaha ke mali abadi mein drakht ke neeche ka hissa chhod ke upar kaat dete hain.</w:t>
      </w:r>
    </w:p>
    <w:p>
      <w:pPr>
        <w:jc w:val="right"/>
      </w:pPr>
      <w:r>
        <w:t>یہ سب کیوں کیوں تھا۔ یہ سب وہی تھا کہ جو میں نے کہا کہ مالی آباد میں درخت کے نیچے کا حصہ چھوڑ کے اوپر کاٹ دیتے ہیں۔</w:t>
      </w:r>
    </w:p>
    <w:p>
      <w:r>
        <w:rPr>
          <w:b/>
        </w:rPr>
        <w:t xml:space="preserve">[20:49] </w:t>
      </w:r>
      <w:r>
        <w:t>wahi tha yeh ke qadeem culture ko khatm karo. qadeem culture ko bulldoze karo.</w:t>
      </w:r>
    </w:p>
    <w:p>
      <w:pPr>
        <w:jc w:val="right"/>
      </w:pPr>
      <w:r>
        <w:t>وہی تھا یہ کہ قدیم culture کو ختم کرو۔ قدیم culture کو bulldoze کرو۔</w:t>
      </w:r>
    </w:p>
    <w:p>
      <w:r>
        <w:rPr>
          <w:b/>
        </w:rPr>
        <w:t xml:space="preserve">[20:57] </w:t>
      </w:r>
      <w:r>
        <w:t>yeh quran o sunnat ko nahi hai. quran o sunnat to abadi hai. ek ek hai dekhiye quran o sunnat. ek hai muslim culture. muslim culture aur quran o sunnat dono ek nahi hain.</w:t>
      </w:r>
    </w:p>
    <w:p>
      <w:pPr>
        <w:jc w:val="right"/>
      </w:pPr>
      <w:r>
        <w:t>یہ قرآن و سنت کو نہیں ہے۔ قرآن و سنت تو ابدی ہے۔ ایک ایک ہے دیکھیے قرآن و سنت۔ ایک ہے مسلم culture۔ مسلم culture اور قرآن و سنت دونوں ایک نہیں ہیں۔</w:t>
      </w:r>
    </w:p>
    <w:p>
      <w:r>
        <w:rPr>
          <w:b/>
        </w:rPr>
        <w:t xml:space="preserve">[21:10] </w:t>
      </w:r>
      <w:r>
        <w:t>quran o sunnat ek alag cheez hai. muslim culture ek cheez hai. to muslim culture ko bulldoze kiya jata hai. quran o sunnat to abadi hain. in ko kon bulldoze kar sakta hai.</w:t>
      </w:r>
    </w:p>
    <w:p>
      <w:pPr>
        <w:jc w:val="right"/>
      </w:pPr>
      <w:r>
        <w:t>قرآن و سنت ایک الگ چیز ہے۔ مسلم culture ایک چیز ہے۔ تو مسلم culture کو bulldoze کیا جاتا ہے۔ قرآن و سنت تو ابدی ہیں۔ ان کو کون bulldoze کر سکتا ہے۔</w:t>
      </w:r>
    </w:p>
    <w:p>
      <w:r>
        <w:rPr>
          <w:b/>
        </w:rPr>
        <w:t xml:space="preserve">[21:21] </w:t>
      </w:r>
      <w:r>
        <w:t>to khud muslim quran o sunnat ki rehnumai mein ek naya daur lana. ek naya ek nayi ummat paida karna.</w:t>
      </w:r>
    </w:p>
    <w:p>
      <w:pPr>
        <w:jc w:val="right"/>
      </w:pPr>
      <w:r>
        <w:t>تو خود مسلم قرآن و سنت کی رہنمائی میں ایک نیا دور لانا۔ ایک نیا ایک نئی امت پیدا کرنا۔</w:t>
      </w:r>
    </w:p>
    <w:p>
      <w:r>
        <w:rPr>
          <w:b/>
        </w:rPr>
        <w:t xml:space="preserve">[21:29] </w:t>
      </w:r>
      <w:r>
        <w:t>yeh hai matloob. to kal jab turki ke do sahaba aaye mere paas to is tarah ki baatein huin. mukhtasar taur par baatein hui thin wahan par.</w:t>
      </w:r>
    </w:p>
    <w:p>
      <w:pPr>
        <w:jc w:val="right"/>
      </w:pPr>
      <w:r>
        <w:t>یہ ہے مطلوب۔ تو کل جب ترکی کے دو صحابہ آئے میرے پاس تو اس طرح کی باتیں ہوئیں۔ مختصر طور پر باتیں ہوئی تھیں وہاں پر۔</w:t>
      </w:r>
    </w:p>
    <w:p>
      <w:r>
        <w:rPr>
          <w:b/>
        </w:rPr>
        <w:t xml:space="preserve">[21:38] </w:t>
      </w:r>
      <w:r>
        <w:t>is waqt main thoda elaborate kar ke bayan kar raha hoon.</w:t>
      </w:r>
    </w:p>
    <w:p>
      <w:pPr>
        <w:jc w:val="right"/>
      </w:pPr>
      <w:r>
        <w:t>اس وقت میں تھوڑا elaborate کر کے بیان کر رہا ہوں۔</w:t>
      </w:r>
    </w:p>
    <w:p>
      <w:r>
        <w:rPr>
          <w:b/>
        </w:rPr>
        <w:t xml:space="preserve">[21:43] </w:t>
      </w:r>
      <w:r>
        <w:t>to surah hadid ki ayat ko aap log ja kar dobara padhiye ga.</w:t>
      </w:r>
    </w:p>
    <w:p>
      <w:pPr>
        <w:jc w:val="right"/>
      </w:pPr>
      <w:r>
        <w:t>تو سورہ حدید کی آیت کو آپ لوگ جا کر دوبارہ پڑھیے گا۔</w:t>
      </w:r>
    </w:p>
    <w:p>
      <w:r>
        <w:rPr>
          <w:b/>
        </w:rPr>
        <w:t xml:space="preserve">[21:49] </w:t>
      </w:r>
      <w:r>
        <w:t>aur is pe ghor kijiyega. surah hadid ki ayat mein ek taraf zikr hai yahood ka aur doosri taraf zikr hai zameen ka.</w:t>
      </w:r>
    </w:p>
    <w:p>
      <w:pPr>
        <w:jc w:val="right"/>
      </w:pPr>
      <w:r>
        <w:t>اور اس پہ غور کیجیے گا۔ سورہ حدید کی آیت میں ایک طرف ذکر ہے یہود کا اور دوسری طرف ذکر ہے زمین کا۔</w:t>
      </w:r>
    </w:p>
    <w:p>
      <w:r>
        <w:rPr>
          <w:b/>
        </w:rPr>
        <w:t xml:space="preserve">[22:00] </w:t>
      </w:r>
      <w:r>
        <w:t>kis tarah zameen mein ziraat hoti hai. horticulture hota hai.</w:t>
      </w:r>
    </w:p>
    <w:p>
      <w:pPr>
        <w:jc w:val="right"/>
      </w:pPr>
      <w:r>
        <w:t>کس طرح زمین میں زراعت ہوتی ہے۔ ہارٹی کلچر ہوتا ہے۔</w:t>
      </w:r>
    </w:p>
    <w:p>
      <w:r>
        <w:rPr>
          <w:b/>
        </w:rPr>
        <w:t xml:space="preserve">[22:07] </w:t>
      </w:r>
      <w:r>
        <w:t>to zameen ki misaal se Allah taala ne bataya ke is tarah se qomon mein isi tarike par ehya, revival yani dobara zindagi lana hai.</w:t>
      </w:r>
    </w:p>
    <w:p>
      <w:pPr>
        <w:jc w:val="right"/>
      </w:pPr>
      <w:r>
        <w:t>تو زمین کی مثال سے اللہ تعالیٰ نے بتایا کہ اس طرح سے قوموں میں اسی طریقے پر احیاء، revival یعنی دوبارہ زندگی لانا ہے۔</w:t>
      </w:r>
    </w:p>
    <w:p>
      <w:r>
        <w:rPr>
          <w:b/>
        </w:rPr>
        <w:t xml:space="preserve">[22:20] </w:t>
      </w:r>
      <w:r>
        <w:t>ehya karna hai in ka dobara zinda karna hai.</w:t>
      </w:r>
    </w:p>
    <w:p>
      <w:pPr>
        <w:jc w:val="right"/>
      </w:pPr>
      <w:r>
        <w:t>احیاء کرنا ہے ان کا دوبارہ زندہ کرنا ہے۔</w:t>
      </w:r>
    </w:p>
    <w:p>
      <w:r>
        <w:rPr>
          <w:b/>
        </w:rPr>
        <w:t xml:space="preserve">[22:27] </w:t>
      </w:r>
      <w:r>
        <w:t>to is ki ek misaal maine dekhi jo aap ko bataya maine mali abadi mein ke jab woh drakht ko kaat dete hain to dobara hara bhara tha bilkul sirf taza nikalta hai is mein se.</w:t>
      </w:r>
    </w:p>
    <w:p>
      <w:pPr>
        <w:jc w:val="right"/>
      </w:pPr>
      <w:r>
        <w:t>تو اس کی ایک مثال میں نے دیکھی جو آپ کو بتایا میں نے مالی آباد میں کہ جب وہ درخت کو کاٹ دیتے ہیں تو دوبارہ ہرا بھرا تھا بالکل صرف تازہ نکلتا ہے اس میں سے۔</w:t>
      </w:r>
    </w:p>
    <w:p>
      <w:r>
        <w:rPr>
          <w:b/>
        </w:rPr>
        <w:t xml:space="preserve">[22:41] </w:t>
      </w:r>
      <w:r>
        <w:t>maine dekha wahan par yani kate hue drakhton se jo drakht nikle the woh bilkul naye drakht the. woh bilkul naye drakht the.</w:t>
      </w:r>
    </w:p>
    <w:p>
      <w:pPr>
        <w:jc w:val="right"/>
      </w:pPr>
      <w:r>
        <w:t>میں نے دیکھا وہاں پر یعنی کٹے ہوئے درختوں سے جو درخت نکلے تھے وہ بالکل نئے درخت تھے۔ وہ بالکل نئے درخت تھے۔</w:t>
      </w:r>
    </w:p>
    <w:p>
      <w:r>
        <w:rPr>
          <w:b/>
        </w:rPr>
        <w:t xml:space="preserve">[22:51] </w:t>
      </w:r>
      <w:r>
        <w:t>aisi qom mein quran o sunnat to abadi hain lekin culture abadi nahi hai. yaad rakhiye.</w:t>
      </w:r>
    </w:p>
    <w:p>
      <w:pPr>
        <w:jc w:val="right"/>
      </w:pPr>
      <w:r>
        <w:t>ایسی قوم میں قرآن و سنت تو ابدی ہیں لیکن کلچر ابدی نہیں ہے۔ یاد رکھیے۔</w:t>
      </w:r>
    </w:p>
    <w:p>
      <w:r>
        <w:rPr>
          <w:b/>
        </w:rPr>
        <w:t xml:space="preserve">[23:01] </w:t>
      </w:r>
      <w:r>
        <w:t>quran o sunnat to abadi hain lekin culture abadi nahi hai.</w:t>
      </w:r>
    </w:p>
    <w:p>
      <w:pPr>
        <w:jc w:val="right"/>
      </w:pPr>
      <w:r>
        <w:t>قرآن و سنت تو ابدی ہیں لیکن کلچر ابدی نہیں ہے۔</w:t>
      </w:r>
    </w:p>
    <w:p>
      <w:r>
        <w:rPr>
          <w:b/>
        </w:rPr>
        <w:t xml:space="preserve">[23:06] </w:t>
      </w:r>
      <w:r>
        <w:t>to yeh jo yeh jo ghair abadi anasir hai is ko bulldoze kiya jata hai. aur aur abadi hisse ki roshni mein dobara naya culture banta hai.</w:t>
      </w:r>
    </w:p>
    <w:p>
      <w:pPr>
        <w:jc w:val="right"/>
      </w:pPr>
      <w:r>
        <w:t>تو یہ جو یہ جو غیر ابدی عنصر ہے اس کو bulldoze کیا جاتا ہے۔ اور اور ابدی حصے کی روشنی میں دوبارہ نیا کلچر بنتا ہے۔</w:t>
      </w:r>
    </w:p>
    <w:p>
      <w:r>
        <w:rPr>
          <w:b/>
        </w:rPr>
        <w:t xml:space="preserve">[23:20] </w:t>
      </w:r>
      <w:r>
        <w:t>jaise yahudiyon ko bana. to yahudi secular taraqqi tak ruk gaye.</w:t>
      </w:r>
    </w:p>
    <w:p>
      <w:pPr>
        <w:jc w:val="right"/>
      </w:pPr>
      <w:r>
        <w:t>جیسے یہودیوں کو بنا۔ تو یہودی سیکولر ترقی تک رک گئے۔</w:t>
      </w:r>
    </w:p>
    <w:p>
      <w:r>
        <w:rPr>
          <w:b/>
        </w:rPr>
        <w:t xml:space="preserve">[23:28] </w:t>
      </w:r>
      <w:r>
        <w:t>is se aage nahi badhe woh.</w:t>
      </w:r>
    </w:p>
    <w:p>
      <w:pPr>
        <w:jc w:val="right"/>
      </w:pPr>
      <w:r>
        <w:t>اس سے آگے نہیں بڑھے وہ۔</w:t>
      </w:r>
    </w:p>
    <w:p>
      <w:r>
        <w:rPr>
          <w:b/>
        </w:rPr>
        <w:t xml:space="preserve">[23:30] </w:t>
      </w:r>
      <w:r>
        <w:t>humein is se aage badhna hai. yani dawat ka kaam. kal maine yeh kaha ke ataturk ne bulldoze kiya to us ke baad glenn jaise log uthe unhon ne secular education ka jaal phaila diya.</w:t>
      </w:r>
    </w:p>
    <w:p>
      <w:pPr>
        <w:jc w:val="right"/>
      </w:pPr>
      <w:r>
        <w:t>ہمیں اس سے آگے بڑھنا ہے۔ یعنی دعوت کا کام۔ کل میں نے یہ کہا کہ اتاترک نے bulldoze کیا تو اس کے بعد گلین جیسے لوگ اٹھے انہوں نے سیکولر education کا جال پھیلا دیا۔</w:t>
      </w:r>
    </w:p>
    <w:p>
      <w:r>
        <w:rPr>
          <w:b/>
        </w:rPr>
        <w:t xml:space="preserve">[23:54] </w:t>
      </w:r>
      <w:r>
        <w:t>yani ek goya ke ek education empire bana diya apna.</w:t>
      </w:r>
    </w:p>
    <w:p>
      <w:pPr>
        <w:jc w:val="right"/>
      </w:pPr>
      <w:r>
        <w:t>یعنی ایک گویا کہ ایک education empire بنا دیا اپنا۔</w:t>
      </w:r>
    </w:p>
    <w:p>
      <w:r>
        <w:rPr>
          <w:b/>
        </w:rPr>
        <w:t xml:space="preserve">[24:00] </w:t>
      </w:r>
      <w:r>
        <w:t>hum is se aage chalna chahte hain inshallah chal rahe hain. yeh dawah empire. hum chahte hain ke ek dawah empire isi ke liye hamare saathi koshish kar rahe hain.</w:t>
      </w:r>
    </w:p>
    <w:p>
      <w:pPr>
        <w:jc w:val="right"/>
      </w:pPr>
      <w:r>
        <w:t>ہم اس سے آگے چلنا چاہتے ہیں انشاءاللہ چل رہے ہیں۔ یہ دعویٰ empire۔ ہم چاہتے ہیں کہ ایک دعویٰ empire اسی کے لیے ہمارے ساتھی کوشش کر رہے ہیں۔</w:t>
      </w:r>
    </w:p>
    <w:p>
      <w:r>
        <w:rPr>
          <w:b/>
        </w:rPr>
        <w:t xml:space="preserve">[24:12] </w:t>
      </w:r>
      <w:r>
        <w:t>dawah empire khada kar rahe hain.</w:t>
      </w:r>
    </w:p>
    <w:p>
      <w:pPr>
        <w:jc w:val="right"/>
      </w:pPr>
      <w:r>
        <w:t>دعویٰ empire کھڑا کر رہے ہیں۔</w:t>
      </w:r>
    </w:p>
    <w:p>
      <w:r>
        <w:rPr>
          <w:b/>
        </w:rPr>
        <w:t xml:space="preserve">[24:17] </w:t>
      </w:r>
      <w:r>
        <w:t>to main samajhta hoon ke is raaz ko ulma ne agar jana hota ke yeh british education jo hai modern education jo hai woh to qadeem culture ko bulldoze karne ke liye hai.</w:t>
      </w:r>
    </w:p>
    <w:p>
      <w:pPr>
        <w:jc w:val="right"/>
      </w:pPr>
      <w:r>
        <w:t>تو میں سمجھتا ہوں کہ اس راز کو علماء نے اگر جانا ہوتا کہ یہ برٹش education جو ہے modern education جو ہے وہ تو قدیم culture کو bulldoze کرنے کے لیے ہے۔</w:t>
      </w:r>
    </w:p>
    <w:p>
      <w:r>
        <w:rPr>
          <w:b/>
        </w:rPr>
        <w:t xml:space="preserve">[24:30] </w:t>
      </w:r>
      <w:r>
        <w:t>taake naya daur aaye.</w:t>
      </w:r>
    </w:p>
    <w:p>
      <w:pPr>
        <w:jc w:val="right"/>
      </w:pPr>
      <w:r>
        <w:t>تاکہ نیا دور آئے۔</w:t>
      </w:r>
    </w:p>
    <w:p>
      <w:r>
        <w:rPr>
          <w:b/>
        </w:rPr>
        <w:t xml:space="preserve">[24:36] </w:t>
      </w:r>
      <w:r>
        <w:t>lekin isi ko baqi rakha iqbal ne kaha ke zara num ho to yeh mitti bohat ziyada khaiz hai.</w:t>
      </w:r>
    </w:p>
    <w:p>
      <w:pPr>
        <w:jc w:val="right"/>
      </w:pPr>
      <w:r>
        <w:t>لیکن اسی کو باقی رکھا اقبال نے کہا کہ ذرا نم ہو تو یہ مٹی بہت زیادہ خیز ہے۔</w:t>
      </w:r>
    </w:p>
    <w:p>
      <w:r>
        <w:rPr>
          <w:b/>
        </w:rPr>
        <w:t xml:space="preserve">[24:43] </w:t>
      </w:r>
      <w:r>
        <w:t>num num nahi karna tha is ko kaatna tha is darakhton ko kaatna tha. shah syed ne isi zawal aftab logon ko digriyan deni shuru kar dein.</w:t>
      </w:r>
    </w:p>
    <w:p>
      <w:pPr>
        <w:jc w:val="right"/>
      </w:pPr>
      <w:r>
        <w:t>نم نم نہیں کرنا تھا اس کو کاٹنا تھا اس درختوں کو کاٹنا تھا۔ شاہ سید نے اسی زوال آفتاب لوگوں کو ڈگریاں دینی شروع کر دیں۔</w:t>
      </w:r>
    </w:p>
    <w:p>
      <w:r>
        <w:rPr>
          <w:b/>
        </w:rPr>
        <w:t xml:space="preserve">[24:55] </w:t>
      </w:r>
      <w:r>
        <w:t>isi zawal aftab millat ko sirf degree denay ko samjha ke unhon ne ke nayi qaum ban jaye gi. aur bani nahi yeh qaum.</w:t>
      </w:r>
    </w:p>
    <w:p>
      <w:pPr>
        <w:jc w:val="right"/>
      </w:pPr>
      <w:r>
        <w:t>اسی زوال آفتاب ملت کو صرف ڈگری دینے کو سمجھا کہ انہوں نے کہ نئی قوم بن جائے گی۔ اور بنی نہیں یہ قوم۔</w:t>
      </w:r>
    </w:p>
    <w:p>
      <w:r>
        <w:rPr>
          <w:b/>
        </w:rPr>
        <w:t xml:space="preserve">[25:04] </w:t>
      </w:r>
      <w:r>
        <w:t>aap ja kar dekhiye muslim university mein yani is se koi nayi qaum ubhri nahi wahan par.</w:t>
      </w:r>
    </w:p>
    <w:p>
      <w:pPr>
        <w:jc w:val="right"/>
      </w:pPr>
      <w:r>
        <w:t>آپ جا کر دیکھیے مسلم یونیورسٹی میں یعنی اس سے کوئی نئی قوم ابھری نہیں وہاں پر۔</w:t>
      </w:r>
    </w:p>
    <w:p>
      <w:r>
        <w:rPr>
          <w:b/>
        </w:rPr>
        <w:t xml:space="preserve">[25:16] </w:t>
      </w:r>
      <w:r>
        <w:t>na modern sense mein wahan koi aise log paida hue jo research karein. Nobel Prize hasil karein.</w:t>
      </w:r>
    </w:p>
    <w:p>
      <w:pPr>
        <w:jc w:val="right"/>
      </w:pPr>
      <w:r>
        <w:t>نہ modern sense میں وہاں کوئی ایسے لوگ پیدا ہوئے جو research کریں۔ Nobel Prize حاصل کریں۔</w:t>
      </w:r>
    </w:p>
    <w:p>
      <w:r>
        <w:rPr>
          <w:b/>
        </w:rPr>
        <w:t xml:space="preserve">[25:28] </w:t>
      </w:r>
      <w:r>
        <w:t>aur na wahan par dawat ka kaam ubhra. sirf digriyan lete hain aur idhar udhar service.</w:t>
      </w:r>
    </w:p>
    <w:p>
      <w:pPr>
        <w:jc w:val="right"/>
      </w:pPr>
      <w:r>
        <w:t>اور نہ وہاں پر دعوت کا کام ابھرا۔ صرف ڈگریاں لیتے ہیں اور ادھر ادھر سروس۔</w:t>
      </w:r>
    </w:p>
    <w:p>
      <w:r>
        <w:rPr>
          <w:b/>
        </w:rPr>
        <w:t xml:space="preserve">[25:37] </w:t>
      </w:r>
      <w:r>
        <w:t>second class service mein chale jate hain. bas itna hi ho raha hai wahan par.</w:t>
      </w:r>
    </w:p>
    <w:p>
      <w:pPr>
        <w:jc w:val="right"/>
      </w:pPr>
      <w:r>
        <w:t>سیکنڈ کلاس سروس میں چلے جاتے ہیں۔ بس اتنا ہی ہو رہا ہے وہاں پر۔</w:t>
      </w:r>
    </w:p>
    <w:p>
      <w:r>
        <w:rPr>
          <w:b/>
        </w:rPr>
        <w:t xml:space="preserve">[25:43] </w:t>
      </w:r>
      <w:r>
        <w:t>to hum logon ko is se sabaq lena hai. aur hum khud to qadeem culture ko bulldoze nahi kar sakte lekin zamana kar raha hai.</w:t>
      </w:r>
    </w:p>
    <w:p>
      <w:pPr>
        <w:jc w:val="right"/>
      </w:pPr>
      <w:r>
        <w:t>تو ہم لوگوں کو اس سے سبق لینا ہے۔ اور ہم خود تو قدیم culture کو bulldoze نہیں کر سکتے لیکن زمانہ کر رہا ہے۔</w:t>
      </w:r>
    </w:p>
    <w:p>
      <w:r>
        <w:rPr>
          <w:b/>
        </w:rPr>
        <w:t xml:space="preserve">[25:55] </w:t>
      </w:r>
      <w:r>
        <w:t>is ko hamein samajhna chahiye. yani yeh zamana secularism ka zamana hai. yeh jo secularism hai woh kar raha hai.</w:t>
      </w:r>
    </w:p>
    <w:p>
      <w:pPr>
        <w:jc w:val="right"/>
      </w:pPr>
      <w:r>
        <w:t>اس کو ہمیں سمجھنا چاہیے۔ یعنی یہ زمانہ سیکولرزم کا زمانہ ہے۔ یہ جو سیکولرزم ہے وہ کر رہا ہے۔</w:t>
      </w:r>
    </w:p>
    <w:p>
      <w:r>
        <w:rPr>
          <w:b/>
        </w:rPr>
        <w:t xml:space="preserve">[26:06] </w:t>
      </w:r>
      <w:r>
        <w:t>yeh jo secularism jo hai modern education jo hai modern civilization jo hai yeh sab yani wahi kaam kar rahe hain ke qadeem culture ko khatam karna naye culture ko lana.</w:t>
      </w:r>
    </w:p>
    <w:p>
      <w:pPr>
        <w:jc w:val="right"/>
      </w:pPr>
      <w:r>
        <w:t>یہ جو سیکولرزم جو ہے modern education جو ہے modern civilization جو ہے یہ سب یعنی وہی کام کر رہے ہیں کہ قدیم culture کو ختم کرنا نئے culture کو لانا۔</w:t>
      </w:r>
    </w:p>
    <w:p>
      <w:r>
        <w:rPr>
          <w:b/>
        </w:rPr>
        <w:t xml:space="preserve">[26:20] </w:t>
      </w:r>
      <w:r>
        <w:t>to bajaye is ke ke yeh fatwa diya jaye ke yeh yeh qabristan hai modern education yeh fatwa diya jaye ke yeh log murtad ho gaye hain in ko qatl karo.</w:t>
      </w:r>
    </w:p>
    <w:p>
      <w:pPr>
        <w:jc w:val="right"/>
      </w:pPr>
      <w:r>
        <w:t>تو بجائے اس کے کہ یہ فتویٰ دیا جائے کہ یہ یہ قبرستان ہے modern education یہ فتویٰ دیا جائے کہ یہ لوگ مرتد ہو گئے ہیں ان کو قتل کرو۔</w:t>
      </w:r>
    </w:p>
    <w:p>
      <w:r>
        <w:rPr>
          <w:b/>
        </w:rPr>
        <w:t xml:space="preserve">[26:32] </w:t>
      </w:r>
      <w:r>
        <w:t>is ki bajaye aap ko samajhna chahiye ke yeh khudai process hai. khudai process hai. isi liye aaj dekhiye jo log college se parh kar nikal rahe hain na inhi mein se behtar log milte hain tablighi jamaat ko jamaat islami ko jamiat ulama ko sab ko.</w:t>
      </w:r>
    </w:p>
    <w:p>
      <w:pPr>
        <w:jc w:val="right"/>
      </w:pPr>
      <w:r>
        <w:t>اس کی بجائے آپ کو سمجھنا چاہیے کہ یہ خدائی process ہے۔ خدائی process ہے۔ اسی لیے آج دیکھیے جو لوگ کالج سے پڑھ کر نکل رہے ہیں نا انہی میں سے بہتر لوگ ملتے ہیں تبلیغی جماعت کو جماعت اسلامی کو جمعۃ العلماء کو سب کو۔</w:t>
      </w:r>
    </w:p>
    <w:p>
      <w:r>
        <w:rPr>
          <w:b/>
        </w:rPr>
        <w:t xml:space="preserve">[26:52] </w:t>
      </w:r>
      <w:r>
        <w:t>madrason se behtar milte hain in ko wahan wahan se. kyunke in ki decondition ho gayi hai.</w:t>
      </w:r>
    </w:p>
    <w:p>
      <w:pPr>
        <w:jc w:val="right"/>
      </w:pPr>
      <w:r>
        <w:t>مدرسوں سے بہتر ملتے ہیں ان کو وہاں وہاں سے۔ کیونکہ ان کی decondition ہو گئی ہے۔</w:t>
      </w:r>
    </w:p>
    <w:p>
      <w:r>
        <w:rPr>
          <w:b/>
        </w:rPr>
        <w:t xml:space="preserve">[27:00] </w:t>
      </w:r>
      <w:r>
        <w:t>to hamein is raaz ko janna hai. bajaye is ke ke is ke khilaf mukhalif khare ho jayein. balkeh is ko welcome karna chahiye. aur is se aage ka jo kaam hai dawah empire is ke liye hamein mehnat karna chahiye.</w:t>
      </w:r>
    </w:p>
    <w:p>
      <w:pPr>
        <w:jc w:val="right"/>
      </w:pPr>
      <w:r>
        <w:t>تو ہمیں اس راز کو جاننا ہے۔ بجائے اس کے کہ اس کے خلاف مخالف کھڑے ہو جائیں۔ بلکہ اس کو welcome کرنا چاہیے۔ اور اس سے آگے کا جو کام ہے دعویٰ empire اس کے لیے ہمیں محنت کرنا چاہیے۔</w:t>
      </w:r>
    </w:p>
    <w:p>
      <w:r>
        <w:rPr>
          <w:b/>
        </w:rPr>
        <w:t xml:space="preserve">[27:17] </w:t>
      </w:r>
      <w:r>
        <w:t>turkey mein sirf education empire bana paye woh log. hum is ke aage kaam karna chahte hain. woh dawah empire. ki</w:t>
      </w:r>
    </w:p>
    <w:p>
      <w:pPr>
        <w:jc w:val="right"/>
      </w:pPr>
      <w:r>
        <w:t>ترکی میں صرف education empire بنا پائے وہ لوگ۔ ہم اس کے آگے کام کرنا چاہتے ہیں۔ وہ دعویٰ empire۔ کی</w:t>
      </w:r>
    </w:p>
    <w:p>
      <w:r>
        <w:rPr>
          <w:b/>
        </w:rPr>
        <w:t xml:space="preserve">[27:27] </w:t>
      </w:r>
      <w:r>
        <w:t>kyunke asal kaam jo hai ummat muslima ka jo mission jo hai woh dawat hai. quran mein hai ke wa kadhalika ja'alnakum ummatan wasatan litakunu shuhada'a 'ala an-nas wa yakuna ar-rasulu 'alaykum shahida. ummat wasat ka matlab hai middle ummah.</w:t>
      </w:r>
    </w:p>
    <w:p>
      <w:pPr>
        <w:jc w:val="right"/>
      </w:pPr>
      <w:r>
        <w:t>ونکہ اصل کام جو ہے امت مسلمہ کا جو mission جو ہے وہ دعوت ہے۔ قرآن میں ہے کہ وكذلك جعلناكم أمة وسطا لتكونوا شهودا وأنعاسا ويكون رسولكم شهيدا امت وسط کا معنی ہے middle امہ۔</w:t>
      </w:r>
    </w:p>
    <w:p>
      <w:r>
        <w:rPr>
          <w:b/>
        </w:rPr>
        <w:t xml:space="preserve">[27:45] </w:t>
      </w:r>
      <w:r>
        <w:t>middle ummah ka matlab yeh hai ke do ke beech mein. middle ummah. idhar rasool hain idhar mankind hai.</w:t>
      </w:r>
    </w:p>
    <w:p>
      <w:pPr>
        <w:jc w:val="right"/>
      </w:pPr>
      <w:r>
        <w:t>middle امہ کا مطلب یہ ہے کہ دو کے بیچ میں۔ middle امہ۔ ادھر رسول ہیں ادھر mankind ہے۔</w:t>
      </w:r>
    </w:p>
    <w:p>
      <w:r>
        <w:rPr>
          <w:b/>
        </w:rPr>
        <w:t xml:space="preserve">[27:57] </w:t>
      </w:r>
      <w:r>
        <w:t>to musalman jo hai ek middle ummah hai is sense mein. ek taraf unhein Allah ki hidayat ko lena hai paygambar se phir us ko pahunchana hai doosre insanon tak.</w:t>
      </w:r>
    </w:p>
    <w:p>
      <w:pPr>
        <w:jc w:val="right"/>
      </w:pPr>
      <w:r>
        <w:t>تو مسلمان جو ہے ایک middle امہ ہے اس sense میں۔ ایک طرف انہیں اللہ کی ہدایت کو لینا ہے پیغمبر سے پھر اس کو پہنچانا ہے دوسرے انسانوں تک۔</w:t>
      </w:r>
    </w:p>
    <w:p>
      <w:r>
        <w:rPr>
          <w:b/>
        </w:rPr>
        <w:t xml:space="preserve">[28:09] </w:t>
      </w:r>
      <w:r>
        <w:t>yeh kaam hai. to hamein sara focus is par dena hai. sara focus. yani dawat par</w:t>
      </w:r>
    </w:p>
    <w:p>
      <w:pPr>
        <w:jc w:val="right"/>
      </w:pPr>
      <w:r>
        <w:t>یہ کام ہے۔ تو ہمیں سارا focus اس پر دینا ہے۔ سارا focus۔ یعنی دعوت پر</w:t>
      </w:r>
    </w:p>
    <w:p>
      <w:r>
        <w:rPr>
          <w:b/>
        </w:rPr>
        <w:t xml:space="preserve">[28:21] </w:t>
      </w:r>
      <w:r>
        <w:t>. to turkey mein ek kaam kiya tha ataturk ne is se aage kaam kiya mr. gulen ne is ke aage ka kaam hum india mein kar rahe hain.</w:t>
      </w:r>
    </w:p>
    <w:p>
      <w:pPr>
        <w:jc w:val="right"/>
      </w:pPr>
      <w:r>
        <w:t>۔ تو ترکی میں ایک کام کیا تھا اتاترک نے اس سے آگے کام کیا مسٹر گلین نے اس کے آگے کا کام ہم انڈیا میں کر رہے ہیں۔</w:t>
      </w:r>
    </w:p>
    <w:p>
      <w:r>
        <w:rPr>
          <w:b/>
        </w:rPr>
        <w:t xml:space="preserve">[28:34] </w:t>
      </w:r>
      <w:r>
        <w:t>yani dawat Allah ka kaam. yani dawah empire khara karne ka kaam. dekhiye tareekh ko ka jo jo creator hai dunya ka woh history ko manage kar raha hai.</w:t>
      </w:r>
    </w:p>
    <w:p>
      <w:pPr>
        <w:jc w:val="right"/>
      </w:pPr>
      <w:r>
        <w:t>یعنی دعوت اللہ کا کام۔ یعنی دعویٰ empire کھڑا کرنے کا کام۔ دیکھیے تاریخ کو کا جو جو creator ہے دنیا کا وہ history کو manage کر رہا ہے۔</w:t>
      </w:r>
    </w:p>
    <w:p>
      <w:r>
        <w:rPr>
          <w:b/>
        </w:rPr>
        <w:t xml:space="preserve">[28:49] </w:t>
      </w:r>
      <w:r>
        <w:t>jis tarah se taqat shakh ko solar system ko aur pahad aur samandar ko manage kar raha hai woh yani material world ko aise hi woh human history ko manage kar raha hai.</w:t>
      </w:r>
    </w:p>
    <w:p>
      <w:pPr>
        <w:jc w:val="right"/>
      </w:pPr>
      <w:r>
        <w:t>جس طرح سے طاقت شاخ کو solar system کو اور پہاڑ اور سمندر کو manage کر رہا ہے وہ یعنی material world کو ایسے ہی وہ human history کو manage کر رہا ہے۔</w:t>
      </w:r>
    </w:p>
    <w:p>
      <w:r>
        <w:rPr>
          <w:b/>
        </w:rPr>
        <w:t xml:space="preserve">[29:03] </w:t>
      </w:r>
      <w:r>
        <w:t>human history ko hi manage kar raha hai.</w:t>
      </w:r>
    </w:p>
    <w:p>
      <w:pPr>
        <w:jc w:val="right"/>
      </w:pPr>
      <w:r>
        <w:t>human history کو ہی manage کر رہا ہے۔</w:t>
      </w:r>
    </w:p>
    <w:p>
      <w:r>
        <w:rPr>
          <w:b/>
        </w:rPr>
        <w:t xml:space="preserve">[29:08] </w:t>
      </w:r>
      <w:r>
        <w:t>jis ki maine misaal di ke muslim tareekh mein pehli baar tataniyon se kaam liya gaya.</w:t>
      </w:r>
    </w:p>
    <w:p>
      <w:pPr>
        <w:jc w:val="right"/>
      </w:pPr>
      <w:r>
        <w:t>جس کی میں نے مثال دی کہ مسلم تاریخ میں پہلی بار طاطانیوں سے کام لیا گیا۔</w:t>
      </w:r>
    </w:p>
    <w:p>
      <w:r>
        <w:rPr>
          <w:b/>
        </w:rPr>
        <w:t xml:space="preserve">[29:18] </w:t>
      </w:r>
      <w:r>
        <w:t>to ek dor aaya yani dor siyasat se door dawat aaya. shayad bare raqbe mein islam phail gaya.</w:t>
      </w:r>
    </w:p>
    <w:p>
      <w:pPr>
        <w:jc w:val="right"/>
      </w:pPr>
      <w:r>
        <w:t>تو ایک دور آیا یعنی دور سیاست سے دور دعوت آیا۔ شاید بڑے رقبے میں اسلام پھیل گیا۔</w:t>
      </w:r>
    </w:p>
    <w:p>
      <w:r>
        <w:rPr>
          <w:b/>
        </w:rPr>
        <w:t xml:space="preserve">[29:28] </w:t>
      </w:r>
      <w:r>
        <w:t>phir ab jo maujudah zamane mein jo zawal aaya to allah taala ne british britishz se kaam liya. agar ulama rok ke khade hue hote rok tab to bohat bara kaam ho gaya hota.</w:t>
      </w:r>
    </w:p>
    <w:p>
      <w:pPr>
        <w:jc w:val="right"/>
      </w:pPr>
      <w:r>
        <w:t>پھر اب جو موجودہ زمانے میں جو زوال آیا تو اللہ تعالیٰ نے برٹش برٹشز سے کام لیا۔ اگر علماء روک کے کھڑے ہوئے ہوتے روک تب تو بہت بڑا کام ہو گیا ہوتا۔</w:t>
      </w:r>
    </w:p>
    <w:p>
      <w:r>
        <w:rPr>
          <w:b/>
        </w:rPr>
        <w:t xml:space="preserve">[29:44] </w:t>
      </w:r>
      <w:r>
        <w:t>ulama rok mar kar khade ho gaye. aur angrez nafrat karne lagay. aur is muslim school aur muslim college ko irtidad ka ya adda samajhne lagay.</w:t>
      </w:r>
    </w:p>
    <w:p>
      <w:pPr>
        <w:jc w:val="right"/>
      </w:pPr>
      <w:r>
        <w:t>علماء روک مڑ کر کھڑے ہو گئے۔ اور انگریز نفرت کرنے لگے۔ اور اس مسلم اسکول اور مسلم کالج کو ارتداد کا یا اڈا سمجھنے لگے۔</w:t>
      </w:r>
    </w:p>
    <w:p>
      <w:r>
        <w:rPr>
          <w:b/>
        </w:rPr>
        <w:t xml:space="preserve">[29:56] </w:t>
      </w:r>
      <w:r>
        <w:t>qatl gah samajhne lagay. yeh sab na kiya hota to ab tak tareekh bohat aage badh chuki hoti. ab jo hum koshish kar rahe hain dawah empire khadi karne ki to woh empire khada ho chuka ho chuka hota.</w:t>
      </w:r>
    </w:p>
    <w:p>
      <w:pPr>
        <w:jc w:val="right"/>
      </w:pPr>
      <w:r>
        <w:t>قتل گاہ سمجھنے لگے۔ یہ سب نہ کیا ہوتا تو اب تک تاریخ بہت آگے بڑھ چکی ہوتی۔ اب جو ہم کوشش کر رہے ہیں دعویٰ empire کھڑی کرنے کی تو وہ empire کھڑا ہو چکا ہو چکا ہوتا۔</w:t>
      </w:r>
    </w:p>
    <w:p>
      <w:r>
        <w:rPr>
          <w:b/>
        </w:rPr>
        <w:t xml:space="preserve">[30:09] </w:t>
      </w:r>
      <w:r>
        <w:t>jaise turki mein education empire khada ho chuka hai. yani turki mein already education empire khada ho chuka hai. aise hi yahan bhi dawah empire already khada ho chuka hota.</w:t>
      </w:r>
    </w:p>
    <w:p>
      <w:pPr>
        <w:jc w:val="right"/>
      </w:pPr>
      <w:r>
        <w:t>جیسے ترکی میں education empire کھڑا ہو چکا ہے۔ یعنی ترکی میں already education empire کھڑا ہو چکا ہے۔ ایسے ہی یہاں بھی دعویٰ empire already کھڑا ہو چکا ہوتا۔</w:t>
      </w:r>
    </w:p>
    <w:p>
      <w:r>
        <w:rPr>
          <w:b/>
        </w:rPr>
        <w:t xml:space="preserve">[30:24] </w:t>
      </w:r>
      <w:r>
        <w:t>jabke abhi hum is ke aaghaz mein hain.</w:t>
      </w:r>
    </w:p>
    <w:p>
      <w:pPr>
        <w:jc w:val="right"/>
      </w:pPr>
      <w:r>
        <w:t>جبکہ ابھی ہم اس کے آغاز میں ہیں۔</w:t>
      </w:r>
    </w:p>
    <w:p>
      <w:r>
        <w:rPr>
          <w:b/>
        </w:rPr>
        <w:t xml:space="preserve">[30:29] </w:t>
      </w:r>
      <w:r>
        <w:t>to jis tarah se kisan samajhta hai allah ke ke mansoobe ko ke kyun barish aayi barish aane ke baad mera role kya hai aise hi ummat ke bare mein bhi hamein samajhna hai ke ummat mein allah taala ne isarat kyun paida ki aur phir us ke baad hamara role kya hai</w:t>
      </w:r>
    </w:p>
    <w:p>
      <w:pPr>
        <w:jc w:val="right"/>
      </w:pPr>
      <w:r>
        <w:t>تو جس طرح سے کسان سمجھتا ہے اللہ کے کے منصوبے کو کہ کیوں بارش آئی بارش آنے کے بعد میرا role کیا ہے ایسے ہی امت کے بارے میں بھی ہمیں سمجھنا ہے کہ امت میں اللہ تعالیٰ نے اسارت کیوں پیدا کی اور پھر اس کے بعد ہمارا role کیا ہے</w:t>
      </w:r>
    </w:p>
    <w:p>
      <w:r>
        <w:rPr>
          <w:b/>
        </w:rPr>
        <w:t xml:space="preserve">[30:53] </w:t>
      </w:r>
      <w:r>
        <w:t>jo halaat paida kiye allah taala ne ummat mein</w:t>
      </w:r>
    </w:p>
    <w:p>
      <w:pPr>
        <w:jc w:val="right"/>
      </w:pPr>
      <w:r>
        <w:t>جو حالات پیدا کیے اللہ تعالیٰ نے امت میں</w:t>
      </w:r>
    </w:p>
    <w:p>
      <w:r>
        <w:rPr>
          <w:b/>
        </w:rPr>
        <w:t xml:space="preserve">[30:59] </w:t>
      </w:r>
      <w:r>
        <w:t>to us ke baad hamara role kya hai is ko hamein janna hai taake hum apni zimmedari ko ada kar saken.</w:t>
      </w:r>
    </w:p>
    <w:p>
      <w:pPr>
        <w:jc w:val="right"/>
      </w:pPr>
      <w:r>
        <w:t>تو اس کے بعد ہمارا role کیا ہے اس کو ہمیں جاننا ہے تاکہ ہم اپنی ذمہ داری کو ادا کر سکیں۔</w:t>
      </w:r>
    </w:p>
    <w:p>
      <w:r>
        <w:rPr>
          <w:b/>
        </w:rPr>
        <w:t xml:space="preserve">[31:09] </w:t>
      </w:r>
      <w:r>
        <w:t>mein samajhta hoon ke sab se bari kotahi jinhon ne ki hai woh bohat door jadeed ke ulama hain. sab bari kotahi hai. yani jis ko welcome karna chahiye tha us ke doosre number ke.</w:t>
      </w:r>
    </w:p>
    <w:p>
      <w:pPr>
        <w:jc w:val="right"/>
      </w:pPr>
      <w:r>
        <w:t>میں سمجھتا ہوں کہ سب سے بڑی کوتاہی جنہوں نے کی ہے وہ بہت دور جدید کے علماء ہیں۔ سب بڑی کوتاہی ہے۔ یعنی جس کو welcome کرنا چاہیے تھا اس کے دوسرے نمبر کے۔</w:t>
      </w:r>
    </w:p>
    <w:p>
      <w:r>
        <w:rPr>
          <w:b/>
        </w:rPr>
        <w:t xml:space="preserve">[31:21] </w:t>
      </w:r>
      <w:r>
        <w:t>ulama ke bare mein mashhoor hai ke faraz sahib yani bare fakhr ke sath kaha jata hai ke faraz sahib ne kaha ke mein angrezon ka munh nahi dekhna chahta.</w:t>
      </w:r>
    </w:p>
    <w:p>
      <w:pPr>
        <w:jc w:val="right"/>
      </w:pPr>
      <w:r>
        <w:t>علماء کے بارے میں مشہور ہے کہ فراز صاحب یعنی بڑے فخر کے ساتھ کہا جاتا ہے کہ فراز صاحب نے کہا کہ میں انگریزوں کا منہ نہیں دیکھنا چاہتا۔</w:t>
      </w:r>
    </w:p>
    <w:p>
      <w:r>
        <w:rPr>
          <w:b/>
        </w:rPr>
        <w:t xml:space="preserve">[31:30] </w:t>
      </w:r>
      <w:r>
        <w:t>angrezon ke insan hain kyun aap is ka munh nahi dekhna chahte? ulama ke halaat mein likha jata hai ke hazrat ko angrez se bari nafrat thi.</w:t>
      </w:r>
    </w:p>
    <w:p>
      <w:pPr>
        <w:jc w:val="right"/>
      </w:pPr>
      <w:r>
        <w:t>انگریزوں کے انسان ہیں کیوں آپ اس کا منہ نہیں دیکھنا چاہتے؟ علماء کے حالات میں لکھا جاتا ہے کہ حضرت کو انگریز سے بڑی نفرت تھی۔</w:t>
      </w:r>
    </w:p>
    <w:p>
      <w:r>
        <w:rPr>
          <w:b/>
        </w:rPr>
        <w:t xml:space="preserve">[31:40] </w:t>
      </w:r>
      <w:r>
        <w:t>yeh hazrat ko kyun nafrat thi bhai? kya angrez ko allah ne hi paida kiya tha? to angrez ko bhi allah ne paida kiya tha. to aap ko haq nahi tha ke us se nafrat karen.</w:t>
      </w:r>
    </w:p>
    <w:p>
      <w:pPr>
        <w:jc w:val="right"/>
      </w:pPr>
      <w:r>
        <w:t>یہ حضرت کو کیوں نفرت تھی بھئی؟ کیا انگریز کو اللہ نے ہی پیدا کیا تھا؟ تو انگریز کو بھی اللہ نے پیدا کیا تھا۔ تو آپ کو حق نہیں تھا کہ اس سے نفرت کریں۔</w:t>
      </w:r>
    </w:p>
    <w:p>
      <w:r>
        <w:rPr>
          <w:b/>
        </w:rPr>
        <w:t xml:space="preserve">[31:51] </w:t>
      </w:r>
      <w:r>
        <w:t>aap ko haq nahi tha ke kehne ka ke mein angrez ka chehra nahi dekhna chahta. woh aap ke liye madu thay.</w:t>
      </w:r>
    </w:p>
    <w:p>
      <w:pPr>
        <w:jc w:val="right"/>
      </w:pPr>
      <w:r>
        <w:t>آپ کو حق نہیں تھا کہ کہنے کا کہ میں انگریز کا چہرہ نہیں دیکھنا چاہتا۔ وہ آپ کے لیے مدعو تھے۔</w:t>
      </w:r>
    </w:p>
    <w:p>
      <w:r>
        <w:rPr>
          <w:b/>
        </w:rPr>
        <w:t xml:space="preserve">[31:59] </w:t>
      </w:r>
      <w:r>
        <w:t>woh ek kaam kar rahe thay yani qadeem culture ko naya culture bana bana rahe thay. ek kaam woh kar rahe thay. aap agla kaam karte.</w:t>
      </w:r>
    </w:p>
    <w:p>
      <w:pPr>
        <w:jc w:val="right"/>
      </w:pPr>
      <w:r>
        <w:t>وہ ایک کام کر رہے تھے یعنی قدیم culture کو نیا culture بنا بنا رہے تھے۔ ایک کام وہ کر رہے تھے۔ آپ اگلا کام کرتے۔</w:t>
      </w:r>
    </w:p>
    <w:p>
      <w:r>
        <w:rPr>
          <w:b/>
        </w:rPr>
        <w:t xml:space="preserve">[32:09] </w:t>
      </w:r>
      <w:r>
        <w:t>yani dawah ka kaam.</w:t>
      </w:r>
    </w:p>
    <w:p>
      <w:pPr>
        <w:jc w:val="right"/>
      </w:pPr>
      <w:r>
        <w:t>یعنی دعوت کا کام۔</w:t>
      </w:r>
    </w:p>
    <w:p>
      <w:r>
        <w:rPr>
          <w:b/>
        </w:rPr>
        <w:t xml:space="preserve">[32:13] </w:t>
      </w:r>
      <w:r>
        <w:t>to</w:t>
      </w:r>
    </w:p>
    <w:p>
      <w:pPr>
        <w:jc w:val="right"/>
      </w:pPr>
      <w:r>
        <w:t>تو</w:t>
      </w:r>
    </w:p>
    <w:p>
      <w:r>
        <w:rPr>
          <w:b/>
        </w:rPr>
        <w:t xml:space="preserve">[32:17] </w:t>
      </w:r>
      <w:r>
        <w:t>ek ek angrez ka mashhoor hai ke better late than never angrez kaha hai ke better late than never</w:t>
      </w:r>
    </w:p>
    <w:p>
      <w:pPr>
        <w:jc w:val="right"/>
      </w:pPr>
      <w:r>
        <w:t>ایک ایک انگریز کا مشہور ہے کہ better late than never انگریز کہا ہے کہ better late than never</w:t>
      </w:r>
    </w:p>
    <w:p>
      <w:r>
        <w:rPr>
          <w:b/>
        </w:rPr>
        <w:t xml:space="preserve">[32:25] </w:t>
      </w:r>
      <w:r>
        <w:t>yani late ho gaye aap jaag uthe aur phir kaam karne lagay. is se behtar hai ke aap kabhi na karen aap. us waqt hum log better late than never ke position mein hain.</w:t>
      </w:r>
    </w:p>
    <w:p>
      <w:pPr>
        <w:jc w:val="right"/>
      </w:pPr>
      <w:r>
        <w:t>یعنی late ہو گئے آپ جاگ اٹھے اور پھر کام کرنے لگے۔ اس سے بہتر ہے کہ آپ کبھی نہ کریں آپ۔ اس وقت ہم لوگ better late than never کے position میں ہیں۔</w:t>
      </w:r>
    </w:p>
    <w:p>
      <w:r>
        <w:rPr>
          <w:b/>
        </w:rPr>
        <w:t xml:space="preserve">[32:38] </w:t>
      </w:r>
      <w:r>
        <w:t>to meri dua hai ke allah taala mujh ko aur aap ko tofeeq de ke hum allah ke mansoobe ko samjhen apni duty ko samjhen aur allah ke haan is haal mein pahunchen ke allah taala hamein allah taala ke haan welcome kiya jae.</w:t>
      </w:r>
    </w:p>
    <w:p>
      <w:pPr>
        <w:jc w:val="right"/>
      </w:pPr>
      <w:r>
        <w:t>تو میری دعا ہے کہ اللہ تعالیٰ مجھ کو اور آپ کو توفیق دے کہ ہم اللہ کے منصوبے کو سمجھیں اپنی ڈیوٹی کو سمجھیں اور اللہ کے ہاں اس حال میں پہنچیں کہ اللہ تعالیٰ ہمیں اللہ تعالیٰ کے ہاں welcome کیا جائے۔</w:t>
      </w:r>
    </w:p>
    <w:p>
      <w:r>
        <w:rPr>
          <w:b/>
        </w:rPr>
        <w:t xml:space="preserve">[32:56] </w:t>
      </w:r>
      <w:r>
        <w:t>hamein allah ki taraf se jannat mein dakhle ka hukum mile. assalam o alaikum wa rehmatullah</w:t>
      </w:r>
    </w:p>
    <w:p>
      <w:pPr>
        <w:jc w:val="right"/>
      </w:pPr>
      <w:r>
        <w:t>ہمیں اللہ کی طرف سے جنت میں داخلے کا حکم ملے۔ السلام علیکم ورحمة الله</w:t>
      </w:r>
    </w:p>
    <w:p>
      <w:r>
        <w:rPr>
          <w:b/>
        </w:rPr>
        <w:t xml:space="preserve">[33:16] </w:t>
      </w:r>
      <w:r>
        <w:t>ek misaal mein deta hoon. yahan par</w:t>
      </w:r>
    </w:p>
    <w:p>
      <w:pPr>
        <w:jc w:val="right"/>
      </w:pPr>
      <w:r>
        <w:t>ایک مثال میں دیتا ہوں۔ یہاں پر</w:t>
      </w:r>
    </w:p>
    <w:p>
      <w:r>
        <w:rPr>
          <w:b/>
        </w:rPr>
        <w:t xml:space="preserve">[33:23] </w:t>
      </w:r>
      <w:r>
        <w:t>ek martaba mein khada tha. yahan par jo musalman aate hain na sab dahne chalte hain. hindu jo aate hain baen chalte hain.</w:t>
      </w:r>
    </w:p>
    <w:p>
      <w:pPr>
        <w:jc w:val="right"/>
      </w:pPr>
      <w:r>
        <w:t>ایک مرتبہ میں کھڑا تھا۔ یہاں پر جو مسلمان آتے ہیں نا سب داہنے چلتے ہیں۔ ہندو جو آتے ہیں بائیں چلتے ہیں۔</w:t>
      </w:r>
    </w:p>
    <w:p>
      <w:r>
        <w:rPr>
          <w:b/>
        </w:rPr>
        <w:t xml:space="preserve">[33:32] </w:t>
      </w:r>
      <w:r>
        <w:t>to mein sochta hoon kyun aisa karte ho? ek martaba mein gate par khada tha to kuch ladke aaye. to ek ek bada ladka bhi tha.</w:t>
      </w:r>
    </w:p>
    <w:p>
      <w:pPr>
        <w:jc w:val="right"/>
      </w:pPr>
      <w:r>
        <w:t>تو میں سوچتا ہوں کیوں ایسا کرتے ہو؟ ایک مرتبہ میں gate پر کھڑا تھا تو کچھ لڑکے آئے۔ تو ایک ایک بڑا لڑکا بھی تھا۔</w:t>
      </w:r>
    </w:p>
    <w:p>
      <w:r>
        <w:rPr>
          <w:b/>
        </w:rPr>
        <w:t xml:space="preserve">[33:44] </w:t>
      </w:r>
      <w:r>
        <w:t>to woh ladke jo aaye woh le gaye baen taraf jaane. keep left kaho is ko. to woh ladka kehta hai taat kar ke.</w:t>
      </w:r>
    </w:p>
    <w:p>
      <w:pPr>
        <w:jc w:val="right"/>
      </w:pPr>
      <w:r>
        <w:t>تو وہ لڑکے جو آئے وہ لے گئے بائیں طرف جانے۔ Keep left کہو اس کو۔ تو وہ لڑکا کہتا ہے ٹاٹ کر کے۔</w:t>
      </w:r>
    </w:p>
    <w:p>
      <w:r>
        <w:rPr>
          <w:b/>
        </w:rPr>
        <w:t xml:space="preserve">[33:54] </w:t>
      </w:r>
      <w:r>
        <w:t>yeh kaha ghair islami tareeqe se chalo. Islami tareeqe se chalo. Matlab dayen taraf chalo. To ab yeh abadi ek zamane mein dayen taraf chalne ko unhon ne samajh liya tha ke muslim culture ka part hai.</w:t>
      </w:r>
    </w:p>
    <w:p>
      <w:pPr>
        <w:jc w:val="right"/>
      </w:pPr>
      <w:r>
        <w:t>یہ کہا غیر اسلامی طریقے سے چلو۔ اسلامی طریقے سے چلو۔ مطلب دائیں طرف چلو۔ تو اب یہ ابدی ایک زمانے میں دائیں طرف چلنے کو انہوں نے سمجھ لیا تھا کہ مسلم culture کا part ہے۔</w:t>
      </w:r>
    </w:p>
    <w:p>
      <w:r>
        <w:rPr>
          <w:b/>
        </w:rPr>
        <w:t xml:space="preserve">[34:09] </w:t>
      </w:r>
      <w:r>
        <w:t>Ab keepright ke bajaye keep left ka us waqt is ka aap ikhtiyar karen.</w:t>
      </w:r>
    </w:p>
    <w:p>
      <w:pPr>
        <w:jc w:val="right"/>
      </w:pPr>
      <w:r>
        <w:t>اب keepright کے بجائے keep left کا اس وقت اس کا آپ اختیار کریں۔</w:t>
      </w:r>
    </w:p>
    <w:p>
      <w:r>
        <w:rPr>
          <w:b/>
        </w:rPr>
        <w:t xml:space="preserve">[34:14] </w:t>
      </w:r>
      <w:r>
        <w:t>Purane zamane mein agar kisi wajah se unhon ne keep left ke bajaye keepright liya tha to aaj aap keep left lijie. Ab America mein jayenge to wahan keepright hai.</w:t>
      </w:r>
    </w:p>
    <w:p>
      <w:pPr>
        <w:jc w:val="right"/>
      </w:pPr>
      <w:r>
        <w:t>پرانے زمانے میں اگر کسی وجہ سے انہوں نے keep left کے بجائے keepright لیا تھا تو آج آپ keep left لیجیے۔ اب امریکہ میں جائیں گے تو وہاں keepright ہے۔</w:t>
      </w:r>
    </w:p>
    <w:p>
      <w:r>
        <w:rPr>
          <w:b/>
        </w:rPr>
        <w:t xml:space="preserve">[34:24] </w:t>
      </w:r>
      <w:r>
        <w:t>Jahan jaisa aap kar lijie. Yeh koi abadi nahi hai yeh. Ke keepright abadi nahi hai waqti hai woh.</w:t>
      </w:r>
    </w:p>
    <w:p>
      <w:pPr>
        <w:jc w:val="right"/>
      </w:pPr>
      <w:r>
        <w:t>جہاں جیسا آپ کر لیجیے۔ یہ کوئی ابدی نہیں ہے یہ۔ کہ keepright ابدی نہیں ہے وقتی ہے وہ۔</w:t>
      </w:r>
    </w:p>
    <w:p>
      <w:r>
        <w:rPr>
          <w:b/>
        </w:rPr>
        <w:t xml:space="preserve">[34:34] </w:t>
      </w:r>
      <w:r>
        <w:t>Jaise qadeem zamane mein samajhte the ke ke jurab par masah jo hai woh sirf chamre hi par ho sakta hai. Bahut dinon tak yeh baat chalti rahi thi.</w:t>
      </w:r>
    </w:p>
    <w:p>
      <w:pPr>
        <w:jc w:val="right"/>
      </w:pPr>
      <w:r>
        <w:t>جیسے قدیم زمانے میں سمجھتے تھے کہ کہ جراب پر مسح جو ہے وہ صرف چمڑے ہی پر ہو سکتا ہے۔ بہت دنوں تک یہ بات چلتی رہی تھی۔</w:t>
      </w:r>
    </w:p>
    <w:p>
      <w:r>
        <w:rPr>
          <w:b/>
        </w:rPr>
        <w:t xml:space="preserve">[34:43] </w:t>
      </w:r>
      <w:r>
        <w:t>Sirf chamre ka jo</w:t>
      </w:r>
    </w:p>
    <w:p>
      <w:pPr>
        <w:jc w:val="right"/>
      </w:pPr>
      <w:r>
        <w:t>صرف چمڑے کا جو</w:t>
      </w:r>
    </w:p>
    <w:p>
      <w:r>
        <w:rPr>
          <w:b/>
        </w:rPr>
        <w:t xml:space="preserve">[34:44] </w:t>
      </w:r>
      <w:r>
        <w:t>Ab. Ab logon ne maan liya bahut dinon ke baad ke yeh jo industrial moze hote hain woh sirf ho sakta hai. To yeh sab culture ki baaten hain Islam ki baaten nahi hain.</w:t>
      </w:r>
    </w:p>
    <w:p>
      <w:pPr>
        <w:jc w:val="right"/>
      </w:pPr>
      <w:r>
        <w:t>اب۔ اب لوگوں نے مان لیا بہت دنوں کے بعد کہ یہ جو industrial موزے ہوتے ہیں وہ صرف ہو سکتا ہے۔ تو یہ سب culture کی باتیں ہیں اسلام کی باتیں نہیں ہیں۔</w:t>
      </w:r>
    </w:p>
    <w:p>
      <w:r>
        <w:rPr>
          <w:b/>
        </w:rPr>
        <w:t xml:space="preserve">[34:58] </w:t>
      </w:r>
      <w:r>
        <w:t>Yeh sab bahut si cheezen hain aisi hain jo musalmanon se chipi hui hain. She's chipped away halankeh woh</w:t>
      </w:r>
    </w:p>
    <w:p>
      <w:pPr>
        <w:jc w:val="right"/>
      </w:pPr>
      <w:r>
        <w:t>یہ سب بہت سی چیزیں ہیں ایسی ہیں جو مسلمانوں سے چپٹی ہوئی ہیں۔ She's chipped away حالانکہ وہ</w:t>
      </w:r>
    </w:p>
    <w:p>
      <w:r>
        <w:rPr>
          <w:b/>
        </w:rPr>
        <w:t xml:space="preserve">[35:09] </w:t>
      </w:r>
      <w:r>
        <w:t>part of woh sirf culture hain part of Islam nahi hain.</w:t>
      </w:r>
    </w:p>
    <w:p>
      <w:pPr>
        <w:jc w:val="right"/>
      </w:pPr>
      <w:r>
        <w:t>part of وہ صرف culture ہیں part of اسلام نہیں ہیں۔</w:t>
      </w:r>
    </w:p>
    <w:p>
      <w:r>
        <w:rPr>
          <w:b/>
        </w:rPr>
        <w:t xml:space="preserve">[35:16] </w:t>
      </w:r>
      <w:r>
        <w:t>Culture hamesha farm ki shakal mein hota hai. Culture ki koi koi institute nahi hoti farm hota hai hamesha. To farm agar halaat badal jayen to aap nafarman kar lijie.</w:t>
      </w:r>
    </w:p>
    <w:p>
      <w:pPr>
        <w:jc w:val="right"/>
      </w:pPr>
      <w:r>
        <w:t>Culture ہمیشہ farm کی شکل میں ہوتا ہے۔ Culture کی کوئی کوئی institute نہیں ہوتی farm ہوتا ہے ہمیشہ۔ تو farm اگر حالات بدل جائیں تو آپ نافرمان کر لیجیے۔</w:t>
      </w:r>
    </w:p>
    <w:p>
      <w:r>
        <w:rPr>
          <w:b/>
        </w:rPr>
        <w:t xml:space="preserve">[35:30] </w:t>
      </w:r>
      <w:r>
        <w:t>Phir kya mushkil hai?</w:t>
      </w:r>
    </w:p>
    <w:p>
      <w:pPr>
        <w:jc w:val="right"/>
      </w:pPr>
      <w:r>
        <w:t>پھر کیا مشکل ہے؟</w:t>
      </w:r>
    </w:p>
    <w:p>
      <w:r>
        <w:rPr>
          <w:b/>
        </w:rPr>
        <w:t xml:space="preserve">[35:36] </w:t>
      </w:r>
      <w:r>
        <w:t>Hamare bachpan mein kuch log the jo note ko najayaz samajhte the. Aur woh sone chandi ke sikke le ke chalte</w:t>
      </w:r>
    </w:p>
    <w:p>
      <w:pPr>
        <w:jc w:val="right"/>
      </w:pPr>
      <w:r>
        <w:t>ہمارے بچپن میں کچھ لوگ تھے جو نوٹ کو ناجائز سمجھتے تھے۔ اور وہ سونے چاندی کے سکہ لے کے چلتے</w:t>
      </w:r>
    </w:p>
    <w:p>
      <w:r>
        <w:rPr>
          <w:b/>
        </w:rPr>
        <w:t xml:space="preserve">[35:46] </w:t>
      </w:r>
      <w:r>
        <w:t>the. Mere bachpan ki baat hai. Kyunke had kyunke koi fiqah kitabon mein likha hua hai مصرف بمصر to note jo aap dekhte hain to woh miss nahi dete.</w:t>
      </w:r>
    </w:p>
    <w:p>
      <w:pPr>
        <w:jc w:val="right"/>
      </w:pPr>
      <w:r>
        <w:t>تھے۔ میرے بچپن کی بات ہے۔ کیونکہ حد کیونکہ کوئی فقہ کتابوں میں لکھا ہوا ہے مصرف بمصر تو نوٹ جو آپ دیکھتے ہیں تو وہ miss نہیں دیتے۔</w:t>
      </w:r>
    </w:p>
    <w:p>
      <w:r>
        <w:rPr>
          <w:b/>
        </w:rPr>
        <w:t xml:space="preserve">[36:00] </w:t>
      </w:r>
      <w:r>
        <w:t>Balke qaidah khawa dete hain. Ab woh aap ko ek shai deta hai. To مصرف بمصر jo aap woh woh nahi chalega ab.</w:t>
      </w:r>
    </w:p>
    <w:p>
      <w:pPr>
        <w:jc w:val="right"/>
      </w:pPr>
      <w:r>
        <w:t>بلکہ قاعدہ کھاوا دیتے ہیں۔ اب وہ آپ کو ایک شے دیتا ہے۔ تو مصرف بمصر جو آپ وہ وہ نہیں چلے گا اب۔</w:t>
      </w:r>
    </w:p>
    <w:p>
      <w:r>
        <w:rPr>
          <w:b/>
        </w:rPr>
        <w:t xml:space="preserve">[36:10] </w:t>
      </w:r>
      <w:r>
        <w:t>Ab note jo hai us ko mana jayega</w:t>
      </w:r>
    </w:p>
    <w:p>
      <w:pPr>
        <w:jc w:val="right"/>
      </w:pPr>
      <w:r>
        <w:t>اب نوٹ جو ہے اس کو مانا جائے گا</w:t>
      </w:r>
    </w:p>
    <w:p>
      <w:r>
        <w:rPr>
          <w:b/>
        </w:rPr>
        <w:t xml:space="preserve">[36:14] </w:t>
      </w:r>
      <w:r>
        <w:t>sone chandi ke sikke ke manind.</w:t>
      </w:r>
    </w:p>
    <w:p>
      <w:pPr>
        <w:jc w:val="right"/>
      </w:pPr>
      <w:r>
        <w:t>سونے چاندی کے سکے کے مانند۔</w:t>
      </w:r>
    </w:p>
    <w:p>
      <w:r>
        <w:rPr>
          <w:b/>
        </w:rPr>
        <w:t xml:space="preserve">[36:22] </w:t>
      </w:r>
      <w:r>
        <w:t>To fundamental principles jo hain woh Quran o Sunnat se lijie. Woh culture ke bare mein zabani class chali.</w:t>
      </w:r>
    </w:p>
    <w:p>
      <w:pPr>
        <w:jc w:val="right"/>
      </w:pPr>
      <w:r>
        <w:t>تو fundamental principles جو ہیں وہ قرآن و سنت سے لیجیے۔ وہ culture کے بارے میں زبانی کلاس چلی۔</w:t>
      </w:r>
    </w:p>
    <w:p>
      <w:r>
        <w:rPr>
          <w:b/>
        </w:rPr>
        <w:t xml:space="preserve">[36:33] </w:t>
      </w:r>
      <w:r>
        <w:t>Aur koi sahab? Pehla aap ne ek bar yeh bhi kaha tha ke jo culture hota hai woh geography based hota hai.</w:t>
      </w:r>
    </w:p>
    <w:p>
      <w:pPr>
        <w:jc w:val="right"/>
      </w:pPr>
      <w:r>
        <w:t>اور کوئی صاحب؟ पहला आपने एक बार ये भी कहा था कि जो culture होता है वो geography based होता है।</w:t>
      </w:r>
    </w:p>
    <w:p>
      <w:r>
        <w:rPr>
          <w:b/>
        </w:rPr>
        <w:t xml:space="preserve">[36:39] </w:t>
      </w:r>
      <w:r>
        <w:t>Aur jo ideology hai woh geography based nahi hoti woh to eternal hoti hai. Haan sahi hai. Jaise India mein jis dress ko muslim dress samajhte hain woh baqi dunya mein kahin nahi hai.</w:t>
      </w:r>
    </w:p>
    <w:p>
      <w:pPr>
        <w:jc w:val="right"/>
      </w:pPr>
      <w:r>
        <w:t>और जो ideology है वो geography based नहीं होती वो तो eternal होती है। ہاں صحیح ہے۔ جیسے انڈیا میں جس dress کو مسلم dress سمجھتے ہیں وہ باقی دنیا میں کہیں نہیں ہے۔</w:t>
      </w:r>
    </w:p>
    <w:p>
      <w:r>
        <w:rPr>
          <w:b/>
        </w:rPr>
        <w:t xml:space="preserve">[36:53] </w:t>
      </w:r>
      <w:r>
        <w:t>Saud mulkon mein nahi hai. Africa mein nahi hai. Europe mein nahi hai. America mein nahi hai. Wahan aap jayen America mein to imam namaz padhega coat pant pehan kar ke.</w:t>
      </w:r>
    </w:p>
    <w:p>
      <w:pPr>
        <w:jc w:val="right"/>
      </w:pPr>
      <w:r>
        <w:t>سعد ملکوں میں نہیں ہے۔ افریقہ میں نہیں ہے۔ یورپ میں نہیں ہے۔ امریکہ میں نہیں ہے۔ وہاں آپ جائیں امریکہ میں تو امام نماز پڑھے گا coat پتن پہن کر کے۔</w:t>
      </w:r>
    </w:p>
    <w:p>
      <w:r>
        <w:rPr>
          <w:b/>
        </w:rPr>
        <w:t xml:space="preserve">[37:03] </w:t>
      </w:r>
      <w:r>
        <w:t>Aur sar bhi khula rahega. To India ke lehaz se to namaz hi nahi hui.</w:t>
      </w:r>
    </w:p>
    <w:p>
      <w:pPr>
        <w:jc w:val="right"/>
      </w:pPr>
      <w:r>
        <w:t>اور سر بھی کھلا رہے گا۔ تو انڈیا کے لحاظ سے تو نماز ہی نہیں ہوئی۔</w:t>
      </w:r>
    </w:p>
    <w:p>
      <w:r>
        <w:rPr>
          <w:b/>
        </w:rPr>
        <w:t xml:space="preserve">[37:10] </w:t>
      </w:r>
      <w:r>
        <w:t>Lekin wahan khoob achhe tareeqe se log is ko adopt kiye hue hain.</w:t>
      </w:r>
    </w:p>
    <w:p>
      <w:pPr>
        <w:jc w:val="right"/>
      </w:pPr>
      <w:r>
        <w:t>لیکن وہاں خوب اچھے طریقے سے لوگ اس کو adopt کیے ہوئے ہیں۔</w:t>
      </w:r>
    </w:p>
    <w:p>
      <w:r>
        <w:rPr>
          <w:b/>
        </w:rPr>
        <w:t xml:space="preserve">[37:17] </w:t>
      </w:r>
      <w:r>
        <w:t>To culture kabhi abhi dekhen India mein mujhe yaad hai yeh mere bachpan ki baat hai pehli bar jab woh aaya all over speaker jo kehte the آل مقبر السواد to shuru shuru mein ulma is ko najayaz bata diya unhon ne masjidon mein istemal ke liye.</w:t>
      </w:r>
    </w:p>
    <w:p>
      <w:pPr>
        <w:jc w:val="right"/>
      </w:pPr>
      <w:r>
        <w:t>تو culture کبھی ابھی دیکھیں انڈیا میں مجھے یاد ہے یہ میرے بچپن کی بات ہے پہلی بار جب وہ آیا all over سپیکر جو کہتے تھے آل مقبر السواد تو شروع شروع میں علماء اس کو ناجائز بتا دیا انہوں نے مسجدوں میں استعمال کے لیے۔</w:t>
      </w:r>
    </w:p>
    <w:p>
      <w:r>
        <w:rPr>
          <w:b/>
        </w:rPr>
        <w:t xml:space="preserve">[37:38] </w:t>
      </w:r>
      <w:r>
        <w:t>Kyunke woh samajhte the ke awaz machine ki awaz hai. Bahut der ke baad un ko pata chala ke yeh to isi isi asan ke isi insan ki awaz takbeer hai.</w:t>
      </w:r>
    </w:p>
    <w:p>
      <w:pPr>
        <w:jc w:val="right"/>
      </w:pPr>
      <w:r>
        <w:t>کیونکہ وہ سمجھتے تھے کہ آواز مشین کی آواز ہے۔ بہت دیر کے بعد ان کو پتہ چلا کہ یہ تو اسی اسی آسان کے اسی انسان کی آواز تکبیر ہے۔</w:t>
      </w:r>
    </w:p>
    <w:p>
      <w:r>
        <w:rPr>
          <w:b/>
        </w:rPr>
        <w:t xml:space="preserve">[37:49] </w:t>
      </w:r>
      <w:r>
        <w:t>Isi ko waghera karna hai. Tab tab ab ab dekhen masjidon mein aisa lagta hai ke baghair speaker ke namazen nahi jayaz nahi.</w:t>
      </w:r>
    </w:p>
    <w:p>
      <w:pPr>
        <w:jc w:val="right"/>
      </w:pPr>
      <w:r>
        <w:t>اسی کو وغیرہ کرنا ہے۔ تب تب اب اب دیکھیں مسجدوں میں ایسا لگتا ہے کہ بغیر سپیکر کے نمازیں نہیں جائز نہیں۔</w:t>
      </w:r>
    </w:p>
    <w:p>
      <w:r>
        <w:rPr>
          <w:b/>
        </w:rPr>
        <w:t xml:space="preserve">[38:00] </w:t>
      </w:r>
      <w:r>
        <w:t>halankeh isi isi india mein shuru shuru mein ulma is ko bharkate thay is se.</w:t>
      </w:r>
    </w:p>
    <w:p>
      <w:pPr>
        <w:jc w:val="right"/>
      </w:pPr>
      <w:r>
        <w:t>حالانکہ اسی اسی انڈیا میں شروع شروع میں علماء اس کو بھڑکتے تھے اس سے۔</w:t>
      </w:r>
    </w:p>
    <w:p>
      <w:r>
        <w:rPr>
          <w:b/>
        </w:rPr>
        <w:t xml:space="preserve">[38:09] </w:t>
      </w:r>
      <w:r>
        <w:t>to culture ko</w:t>
      </w:r>
    </w:p>
    <w:p>
      <w:pPr>
        <w:jc w:val="right"/>
      </w:pPr>
      <w:r>
        <w:t>تو culture کو</w:t>
      </w:r>
    </w:p>
    <w:p>
      <w:r>
        <w:rPr>
          <w:b/>
        </w:rPr>
        <w:t xml:space="preserve">[38:13] </w:t>
      </w:r>
      <w:r>
        <w:t>wo ahmiyat de dete hain jo quran o sunnat ke usoolon ki hai yeh galat hai.</w:t>
      </w:r>
    </w:p>
    <w:p>
      <w:pPr>
        <w:jc w:val="right"/>
      </w:pPr>
      <w:r>
        <w:t>وہ اہمیت دے دیتے ہیں جو قرآن و سنت کے اصولوں کی ہے یہ غلط ہے۔</w:t>
      </w:r>
    </w:p>
    <w:p>
      <w:r>
        <w:rPr>
          <w:b/>
        </w:rPr>
        <w:t xml:space="preserve">[38:20] </w:t>
      </w:r>
      <w:r>
        <w:t>aur yeh culture ki tashkeel geography se hoti hai. geography se.</w:t>
      </w:r>
    </w:p>
    <w:p>
      <w:pPr>
        <w:jc w:val="right"/>
      </w:pPr>
      <w:r>
        <w:t>اور یہ culture کی تشکیل جغرافیہ سے ہوتی ہے۔ جغرافیہ سے۔</w:t>
      </w:r>
    </w:p>
    <w:p>
      <w:r>
        <w:rPr>
          <w:b/>
        </w:rPr>
        <w:t xml:space="preserve">[38:30] </w:t>
      </w:r>
      <w:r>
        <w:t>It is geography جغرافیائی condition that shapes the cultural moods</w:t>
      </w:r>
    </w:p>
    <w:p>
      <w:pPr>
        <w:jc w:val="right"/>
      </w:pPr>
      <w:r>
        <w:t>It is geography جغرافیائی condition that shapes the cultural moods</w:t>
      </w:r>
    </w:p>
    <w:p>
      <w:r>
        <w:rPr>
          <w:b/>
        </w:rPr>
        <w:t xml:space="preserve">[38:37] </w:t>
      </w:r>
      <w:r>
        <w:t>۔ Maulana, aap ne aaj ek aur nai baat kahi. woh mere liye ek role ki baat hai ke aadmi ko yeh jaanna chahiye, samajhna chahiye ke Allah taala naye halaat kyun paida karta hai aur is mein hamara role kya ho sakta hai.</w:t>
      </w:r>
    </w:p>
    <w:p>
      <w:pPr>
        <w:jc w:val="right"/>
      </w:pPr>
      <w:r>
        <w:t>۔ مولانا، آپ نے آج ایک اور نئی بات کہی۔ وہ میرے لیے ایک رول کی بات ہے کہ آدمی کو یہ جاننا چاہیے، سمجھنا چاہیے کہ اللہ تعالیٰ نئے حالات کیوں پیدا کرتا ہے اور اس میں ہمارا رول کیا ہو سکتا ہے۔</w:t>
      </w:r>
    </w:p>
    <w:p>
      <w:r>
        <w:rPr>
          <w:b/>
        </w:rPr>
        <w:t xml:space="preserve">[38:53] </w:t>
      </w:r>
      <w:r>
        <w:t>yeh bilkul hi bohat aham baat hai mere liye. jis tarah kisan daryaft karta hai, aise hi hum ko bhi daryaft karna hai. kisan ki tarah.</w:t>
      </w:r>
    </w:p>
    <w:p>
      <w:pPr>
        <w:jc w:val="right"/>
      </w:pPr>
      <w:r>
        <w:t>یہ بالکل ہی بہت اہم بات ہے میرے لیے۔ جس طرح کسان دریافت کرتا ہے، ایسے ہی ہم کو بھی دریافت کرنا ہے۔ کسان کی طرح۔</w:t>
      </w:r>
    </w:p>
    <w:p>
      <w:r>
        <w:rPr>
          <w:b/>
        </w:rPr>
        <w:t xml:space="preserve">[39:04] </w:t>
      </w:r>
      <w:r>
        <w:t>ke Britishs aaye to humein jaanna tha ke kyun Allah ne bheja hai in ko. kyunke quran se sabit hai ke hukoomat jo hai Allah ki taraf se di jati hai.</w:t>
      </w:r>
    </w:p>
    <w:p>
      <w:pPr>
        <w:jc w:val="right"/>
      </w:pPr>
      <w:r>
        <w:t>کہ برٹشز آئے تو ہمیں جاننا تھا کہ کیوں اللہ نے بھیجا ہے ان کو۔ کیونکہ قرآن سے ثابت ہے کہ حکومت جو ہے اللہ کی طرف سے دی جاتی ہے۔</w:t>
      </w:r>
    </w:p>
    <w:p>
      <w:r>
        <w:rPr>
          <w:b/>
        </w:rPr>
        <w:t xml:space="preserve">[39:14] </w:t>
      </w:r>
      <w:r>
        <w:t>yeh to ayat baqayda maujood hai. woh ayat parhiye؟ qulil laahu ma maalikal mulka atul mulka man tashaau wa tanzi ul mulka im man tashaau mulk ka yeh iqtidaar jo hai woh Allah ke haath mein hai.</w:t>
      </w:r>
    </w:p>
    <w:p>
      <w:pPr>
        <w:jc w:val="right"/>
      </w:pPr>
      <w:r>
        <w:t>یہ تو آیت باقاعدہ موجود ہے۔ وہ آیت پڑھیے؟ قُلِ اللَّهُ مَا مَالِكَ الْمُلْكَۖ اَتِلْمُلْكَ مَنْ تَشَاءُ وَتَنْزِعُ الْمُلْكَ اِنْ مَنْ تَشَاءُ ملک کا یہ اقتدار جو ہے وہ اللہ کے ہاتھ میں ہے۔</w:t>
      </w:r>
    </w:p>
    <w:p>
      <w:r>
        <w:rPr>
          <w:b/>
        </w:rPr>
        <w:t xml:space="preserve">[39:28] </w:t>
      </w:r>
      <w:r>
        <w:t>to Allah ne kuch dinon ke liye rakha tha, phir</w:t>
      </w:r>
    </w:p>
    <w:p>
      <w:pPr>
        <w:jc w:val="right"/>
      </w:pPr>
      <w:r>
        <w:t>تو اللہ نے کچھ دنوں کے لیے رکھا تھا، پھر</w:t>
      </w:r>
    </w:p>
    <w:p>
      <w:r>
        <w:rPr>
          <w:b/>
        </w:rPr>
        <w:t xml:space="preserve">[39:32] </w:t>
      </w:r>
      <w:r>
        <w:t>makhlooq ko diya, phir Britishs thay to aap is ke mukhalif kyun bante hain؟ kya aap ne mukhalifat karni thi؟ Allah ke diya hua ilm is ko aap qabool kiye nahi؟</w:t>
      </w:r>
    </w:p>
    <w:p>
      <w:pPr>
        <w:jc w:val="right"/>
      </w:pPr>
      <w:r>
        <w:t>مخلوق کو دیا، پھر برٹشز تھے تو آپ اس کے مخالف کیوں بنتے ہیں؟ کیا آپ نے مخالفت کرنی تھی؟ اللہ کے دیا ہوا علم اس کو آپ قبول کیے نہیں؟</w:t>
      </w:r>
    </w:p>
    <w:p>
      <w:r>
        <w:rPr>
          <w:b/>
        </w:rPr>
        <w:t xml:space="preserve">[39:46] </w:t>
      </w:r>
      <w:r>
        <w:t>200 saal tak ladte rahe, koi taraqqi nahi hui. agar agar aap sab kar lete to 31 saal taraqqi hui thi musalmanon ki.</w:t>
      </w:r>
    </w:p>
    <w:p>
      <w:pPr>
        <w:jc w:val="right"/>
      </w:pPr>
      <w:r>
        <w:t>200 سال تک لڑتے رہے، کوئی ترقی نہیں ہوئی۔ اگر اگر آپ سب کر لیتے تو 31 سال ترقی ہوئی تھی مسلمانوں کی۔</w:t>
      </w:r>
    </w:p>
    <w:p>
      <w:r>
        <w:rPr>
          <w:b/>
        </w:rPr>
        <w:t xml:space="preserve">[40:00] </w:t>
      </w:r>
      <w:r>
        <w:t>bhai, Saudi Africa, South Africa ki misaal hai. wahan un ke liye aise halaat thay ke unhein British rule ko maanna pada. revert karne ke mawaqe nahi thay.</w:t>
      </w:r>
    </w:p>
    <w:p>
      <w:pPr>
        <w:jc w:val="right"/>
      </w:pPr>
      <w:r>
        <w:t>بھئی، سعودی افریقہ، ساؤتھ افریقہ کی مثال ہے۔ وہاں ان کے لیے ایسے حالات تھے کہ انہیں برٹش رول کو ماننا پڑا۔ ریورٹ کرنے کے مواقع نہیں تھے۔</w:t>
      </w:r>
    </w:p>
    <w:p>
      <w:r>
        <w:rPr>
          <w:b/>
        </w:rPr>
        <w:t xml:space="preserve">[40:11] </w:t>
      </w:r>
      <w:r>
        <w:t>to South Africa bohat tarapta tha mulk hai. yahi ulma ke bete aur pote aa kar fakhr ke sath wahan rehte hain. jin ulma ne British rule ki mukhalifat ki thi, wahi wahan ja kar.</w:t>
      </w:r>
    </w:p>
    <w:p>
      <w:pPr>
        <w:jc w:val="right"/>
      </w:pPr>
      <w:r>
        <w:t>تو ساؤتھ افریقہ بہت ترپتا تھا ملک ہے۔ یہی علماء کے بیٹے اور پوتے آ کر فخر کے ساتھ وہاں رہتے ہیں۔ جن علماء نے برٹش رول کی مخالفت کی تھی، وہی وہاں جا کر۔</w:t>
      </w:r>
    </w:p>
    <w:p>
      <w:r>
        <w:rPr>
          <w:b/>
        </w:rPr>
        <w:t xml:space="preserve">[40:23] </w:t>
      </w:r>
      <w:r>
        <w:t>un ke barey pote wahan fakhr ke sath rehte hain.</w:t>
      </w:r>
    </w:p>
    <w:p>
      <w:pPr>
        <w:jc w:val="right"/>
      </w:pPr>
      <w:r>
        <w:t>ان کے بڑے پوتے وہاں فخر کے ساتھ رہتے ہیں۔</w:t>
      </w:r>
    </w:p>
    <w:p>
      <w:r>
        <w:rPr>
          <w:b/>
        </w:rPr>
        <w:t xml:space="preserve">[40:26] </w:t>
      </w:r>
      <w:r>
        <w:t>halankeh woh modern jo South Africa hai, woh Britishs ko diya hua hai.</w:t>
      </w:r>
    </w:p>
    <w:p>
      <w:pPr>
        <w:jc w:val="right"/>
      </w:pPr>
      <w:r>
        <w:t>حالانکہ وہ ماڈرن جو ساؤتھ افریقہ ہے، وہ برٹشز کو دیا ہوا ہے۔</w:t>
      </w:r>
    </w:p>
    <w:p>
      <w:r>
        <w:rPr>
          <w:b/>
        </w:rPr>
        <w:t xml:space="preserve">[40:36] </w:t>
      </w:r>
      <w:r>
        <w:t>Maulana, jo change hai, yeh aksar log is ko negative ke maani mein bhi lete hain. jabke change brings new challenges, and with challenges progress happens.</w:t>
      </w:r>
    </w:p>
    <w:p>
      <w:pPr>
        <w:jc w:val="right"/>
      </w:pPr>
      <w:r>
        <w:t>مولانا، جو change ہے، یہ اکثر لوگ اس کو negative کے معنی میں بھی لیتے ہیں۔ جبکہ change brings new challenges, and with challenges progress happens.</w:t>
      </w:r>
    </w:p>
    <w:p>
      <w:r>
        <w:rPr>
          <w:b/>
        </w:rPr>
        <w:t xml:space="preserve">[40:49] </w:t>
      </w:r>
      <w:r>
        <w:t>to yeh kaise ek mind develop kiya ja sakta hai ke change ko hum challenge samjhein, na ke koi evil</w:t>
      </w:r>
    </w:p>
    <w:p>
      <w:pPr>
        <w:jc w:val="right"/>
      </w:pPr>
      <w:r>
        <w:t>تو یہ کیسے ایک mind develop کیا جا سکتا ہے کہ change کو ہم challenge سمجھیں، نہ کہ کوئی evil</w:t>
      </w:r>
    </w:p>
    <w:p>
      <w:r>
        <w:rPr>
          <w:b/>
        </w:rPr>
        <w:t xml:space="preserve">[40:56] </w:t>
      </w:r>
      <w:r>
        <w:t>؟ Change hamesha challenge hi hota hai. Change. lekin kuch cheezein periphery par hoti hain. periphery par. isi ko le kar mukhalif ban jate hain log.</w:t>
      </w:r>
    </w:p>
    <w:p>
      <w:pPr>
        <w:jc w:val="right"/>
      </w:pPr>
      <w:r>
        <w:t>؟ Change ہمیشہ challenge ہی ہوتا ہے۔ Change۔ لیکن کچھ چیزیں periphery پر ہوتی ہیں۔ Periphery پر۔ اسی کو لے کر مخالف بن جاتے ہیں لوگ۔</w:t>
      </w:r>
    </w:p>
    <w:p>
      <w:r>
        <w:rPr>
          <w:b/>
        </w:rPr>
        <w:t xml:space="preserve">[41:08] </w:t>
      </w:r>
      <w:r>
        <w:t>isi liye ke mukhalif ban jate hain. is ki is ko essence kya hai, is ka yani joy kya hai, is ko jaanna chahiye.</w:t>
      </w:r>
    </w:p>
    <w:p>
      <w:pPr>
        <w:jc w:val="right"/>
      </w:pPr>
      <w:r>
        <w:t>اسی لیے کہ مخالف بن جاتے ہیں۔ اس کی اس کو essence کیا ہے، اس کا یعنی joy کیا ہے، اس کو جاننا چاہیے۔</w:t>
      </w:r>
    </w:p>
    <w:p>
      <w:r>
        <w:rPr>
          <w:b/>
        </w:rPr>
        <w:t xml:space="preserve">[41:17] </w:t>
      </w:r>
      <w:r>
        <w:t>tab pata karein ke aap ke change to hamari muafiqat mein hai, khilaf nahi hai.</w:t>
      </w:r>
    </w:p>
    <w:p>
      <w:pPr>
        <w:jc w:val="right"/>
      </w:pPr>
      <w:r>
        <w:t>تب پتہ کریں کہ آپ کے change تو ہماری موافقت میں ہے، خلاف نہیں ہے۔</w:t>
      </w:r>
    </w:p>
    <w:p>
      <w:r>
        <w:rPr>
          <w:b/>
        </w:rPr>
        <w:t xml:space="preserve">[41:29] </w:t>
      </w:r>
      <w:r>
        <w:t>Maulana, Doctor Hanna ne ek sawal bheja hai aaj ke topic se related. unhon ne UK se bheja hai yeh sawal.</w:t>
      </w:r>
    </w:p>
    <w:p>
      <w:pPr>
        <w:jc w:val="right"/>
      </w:pPr>
      <w:r>
        <w:t>مولانا، ڈاکٹر حنا نے ایک سوال بھیجا ہے آج کے topic سے related۔ انہوں نے UK سے بھیجا ہے یہ سوال۔</w:t>
      </w:r>
    </w:p>
    <w:p>
      <w:r>
        <w:rPr>
          <w:b/>
        </w:rPr>
        <w:t xml:space="preserve">[41:37] </w:t>
      </w:r>
      <w:r>
        <w:t>to unhon ne likha hai ke some scholars have explained Ummah-e-Wasat as companions of Prophet, not the whole Ummah.</w:t>
      </w:r>
    </w:p>
    <w:p>
      <w:pPr>
        <w:jc w:val="right"/>
      </w:pPr>
      <w:r>
        <w:t>تو انہوں نے لکھا ہے کہ some scholars have explained Ummah-e-Wasat as companions of Prophet, not the whole Ummah.</w:t>
      </w:r>
    </w:p>
    <w:p>
      <w:r>
        <w:rPr>
          <w:b/>
        </w:rPr>
        <w:t xml:space="preserve">[41:49] </w:t>
      </w:r>
      <w:r>
        <w:t>Please clarify on th</w:t>
      </w:r>
    </w:p>
    <w:p>
      <w:pPr>
        <w:jc w:val="right"/>
      </w:pPr>
      <w:r>
        <w:t>Please clarify on th</w:t>
      </w:r>
    </w:p>
    <w:p>
      <w:r>
        <w:rPr>
          <w:b/>
        </w:rPr>
        <w:t xml:space="preserve">[41:51] </w:t>
      </w:r>
      <w:r>
        <w:t>is. dekhein, ikhtilaf to hamesha hi hota hai. lekin maine is par likha hai, kitaab mein apni tafseel ke sath likha hai ke wasat ke lafzi maani hote hain beech.</w:t>
      </w:r>
    </w:p>
    <w:p>
      <w:pPr>
        <w:jc w:val="right"/>
      </w:pPr>
      <w:r>
        <w:t>is. دیکھیں، اختلاف تو ہمیشہ ہی ہوتا ہے۔ لیکن میں نے اس پر لکھا ہے، کتاب میں اپنی تفصیل کے ساتھ لکھا ہے کہ وسط کے لفظی معنی ہوتے ہیں بیچ۔</w:t>
      </w:r>
    </w:p>
    <w:p>
      <w:r>
        <w:rPr>
          <w:b/>
        </w:rPr>
        <w:t xml:space="preserve">[42:02] </w:t>
      </w:r>
      <w:r>
        <w:t>doosre jo maani hain, main keh raha hoon, lughat se drive nahi hote. jin logon ne doosre maani likhe hain, un mein se kuch logon ne likha hai ke afzal ummat.</w:t>
      </w:r>
    </w:p>
    <w:p>
      <w:pPr>
        <w:jc w:val="right"/>
      </w:pPr>
      <w:r>
        <w:t>دوسرے جو معنی ہیں، میں کہہ رہا ہوں، لغت سے drive نہیں ہوتے۔ جن لوگوں نے دوسرے معنی لکھے ہیں، ان میں سے کچھ لوگوں نے لکھا ہے کہ افضل امت۔</w:t>
      </w:r>
    </w:p>
    <w:p>
      <w:r>
        <w:rPr>
          <w:b/>
        </w:rPr>
        <w:t xml:space="preserve">[42:11] </w:t>
      </w:r>
      <w:r>
        <w:t>to wasat ke maani afzal ummat hain hi nahin.</w:t>
      </w:r>
    </w:p>
    <w:p>
      <w:pPr>
        <w:jc w:val="right"/>
      </w:pPr>
      <w:r>
        <w:t>تو وسط کے معنی افضل امت ہیں ہی نہیں۔</w:t>
      </w:r>
    </w:p>
    <w:p>
      <w:r>
        <w:rPr>
          <w:b/>
        </w:rPr>
        <w:t xml:space="preserve">[42:14] </w:t>
      </w:r>
      <w:r>
        <w:t>to wasat ke jo jo literally, jo lughwi maani hain, us ko le kar hum ne banaya hai. beech ki ummat. aur beech ki ummat doosri summit mein hota hai.</w:t>
      </w:r>
    </w:p>
    <w:p>
      <w:pPr>
        <w:jc w:val="right"/>
      </w:pPr>
      <w:r>
        <w:t>تو وسط کے جو جو literally، جو لغوی معنی ہیں، اس کو لے کر ہم نے بنایا ہے۔ بیچ کی امت۔ اور بیچ کی امت دوسری summit میں ہوتا ہے۔</w:t>
      </w:r>
    </w:p>
    <w:p>
      <w:r>
        <w:rPr>
          <w:b/>
        </w:rPr>
        <w:t xml:space="preserve">[42:26] </w:t>
      </w:r>
      <w:r>
        <w:t>liyakunur rasoolu shaheedan alaykum wa takunu shuhadaa'a lana ke tum ko lena hai rasool se, aur tum ko dena hai poori insaniyat ko.</w:t>
      </w:r>
    </w:p>
    <w:p>
      <w:pPr>
        <w:jc w:val="right"/>
      </w:pPr>
      <w:r>
        <w:t>لِيَكُونُ الرَّسُولُ شَهِدًا عَلَيْكُمْ وَتَكُونُوا شُهَدَاءً لَنَّا کہ تم کو لینا ہے رسول سے، اور تم کو دینا ہے پوری انسانیت کو۔</w:t>
      </w:r>
    </w:p>
    <w:p>
      <w:r>
        <w:rPr>
          <w:b/>
        </w:rPr>
        <w:t xml:space="preserve">[42:36] </w:t>
      </w:r>
      <w:r>
        <w:t>rasool ko ki duty hai ke tum ko de, tumhari duty hai ke tum saare alam insani ko do. isi mein nikal raha hai. laa ya sababiyyah bhayi sahib?</w:t>
      </w:r>
    </w:p>
    <w:p>
      <w:pPr>
        <w:jc w:val="right"/>
      </w:pPr>
      <w:r>
        <w:t>رسول کو کی ڈیوٹی ہے کہ تم کو دے، تمہاری ڈیوٹی ہے کہ تم سارے عالم انسانی کو دو۔ اسی میں نکل رہا ہے۔ لَا يَا سَبَبِيَّةً بھئی صاحب؟</w:t>
      </w:r>
    </w:p>
    <w:p>
      <w:r>
        <w:rPr>
          <w:b/>
        </w:rPr>
        <w:t xml:space="preserve">[42:51] </w:t>
      </w:r>
      <w:r>
        <w:t>liyakunur rasoolu shaheedan alaykum wa takunu shuhadaa'a lana taake rasool ho tumhare upar gawah, aur tum bano saari duniya ke upar gawah.</w:t>
      </w:r>
    </w:p>
    <w:p>
      <w:pPr>
        <w:jc w:val="right"/>
      </w:pPr>
      <w:r>
        <w:t>لِيَكُونُ الرَّسُولُ شَهِدًا عَلَيْكُمْ وَتَكُونُوا شُهَدَاءً لَنَّا تاکہ رسول ہو تمہارے اوپر گواہ، اور تم بنو ساری دنیا کے اوپر گواہ۔</w:t>
      </w:r>
    </w:p>
    <w:p>
      <w:r>
        <w:rPr>
          <w:b/>
        </w:rPr>
        <w:t xml:space="preserve">[42:59] </w:t>
      </w:r>
      <w:r>
        <w:t>yeh to beech ka matlab woh ho gaya. ummat wasat ke maani beech ki ummat ke hain, aur koi doosre maani yahan fit nahin hote.</w:t>
      </w:r>
    </w:p>
    <w:p>
      <w:pPr>
        <w:jc w:val="right"/>
      </w:pPr>
      <w:r>
        <w:t>یہ تو بیچ کا مطلب وہ ہو گیا۔ امت وسط کے معنی بیچ کی امت کے ہیں، اور کوئی دوسرے معنی یہاں فٹ نہیں ہوتے۔</w:t>
      </w:r>
    </w:p>
    <w:p>
      <w:r>
        <w:rPr>
          <w:b/>
        </w:rPr>
        <w:t xml:space="preserve">[43:09] </w:t>
      </w:r>
      <w:r>
        <w:t>maulana, aap ne kaha hai that the secular modern education is meant to decondition people.</w:t>
      </w:r>
    </w:p>
    <w:p>
      <w:pPr>
        <w:jc w:val="right"/>
      </w:pPr>
      <w:r>
        <w:t>मौलाना, आपने कहा है that the secular modern education is meant to decondition people.</w:t>
      </w:r>
    </w:p>
    <w:p>
      <w:r>
        <w:rPr>
          <w:b/>
        </w:rPr>
        <w:t xml:space="preserve">[43:20] </w:t>
      </w:r>
      <w:r>
        <w:t>and it is doing that, but we find many Muslims who are the product of modern education still in their traditional mode. why is this, and what should we do?</w:t>
      </w:r>
    </w:p>
    <w:p>
      <w:pPr>
        <w:jc w:val="right"/>
      </w:pPr>
      <w:r>
        <w:t>And it is doing that, but we find many Muslims who are the product of modern education still in their traditional mode. Why is this, and what should we do?</w:t>
      </w:r>
    </w:p>
    <w:p>
      <w:r>
        <w:rPr>
          <w:b/>
        </w:rPr>
        <w:t xml:space="preserve">[43:35] </w:t>
      </w:r>
      <w:r>
        <w:t>maulana, woh chakma aata hai yeh sawal hai ke aap ne kaha tha ke jo secular education hai woh deconditioning karti hai mind ko. haan, to lekin aaj bhi aise Muslims hain jo modern education lene ke bawajood un ka jo mindset hai woh traditional hai.</w:t>
      </w:r>
    </w:p>
    <w:p>
      <w:pPr>
        <w:jc w:val="right"/>
      </w:pPr>
      <w:r>
        <w:t>مولانا، وہ چکما آتا ہے یہ سوال ہے کہ آپ نے کہا تھا کہ جو سیکولر ایجوکیشن ہے وہ ڈیکنڈیشن کرتی ہے مائنڈ کو۔ ہاں، تو لیکن آج بھی ایسے مسلمز ہیں جو ماڈرن ایجوکیشن لینے کے باوجود ان کا جو مائنڈ سیٹ ہے وہ ٹریڈیشنل ہے۔</w:t>
      </w:r>
    </w:p>
    <w:p>
      <w:r>
        <w:rPr>
          <w:b/>
        </w:rPr>
        <w:t xml:space="preserve">[43:54] </w:t>
      </w:r>
      <w:r>
        <w:t>woh traditional, traditional is ke upar hai. to kaise is ko badla jaye, aur is ka reason kya hai</w:t>
      </w:r>
    </w:p>
    <w:p>
      <w:pPr>
        <w:jc w:val="right"/>
      </w:pPr>
      <w:r>
        <w:t>وہ ٹریڈیشنل، ٹریڈیشنل اس کے اوپر ہے۔ تو کیسے اس کو بدلا جائے، اور اس کا ریزن کیا ہے</w:t>
      </w:r>
    </w:p>
    <w:p>
      <w:r>
        <w:rPr>
          <w:b/>
        </w:rPr>
        <w:t xml:space="preserve">[44:01] </w:t>
      </w:r>
      <w:r>
        <w:t>? reason yeh hai ke jo aaj kal taleem ka jo concept hai, jo jo khul se diya jata hai un ko, ke yeh sasiyat ne shuru kiya is ko.</w:t>
      </w:r>
    </w:p>
    <w:p>
      <w:pPr>
        <w:jc w:val="right"/>
      </w:pPr>
      <w:r>
        <w:t>؟ ریزن یہ ہے کہ جو آج کل تعلیم کا جو کانسیپٹ ہے، جو جو کھل سے دیا جاتا ہے ان کو، کہ یہ ساسیت نے شروع کیا اس کو۔</w:t>
      </w:r>
    </w:p>
    <w:p>
      <w:r>
        <w:rPr>
          <w:b/>
        </w:rPr>
        <w:t xml:space="preserve">[44:13] </w:t>
      </w:r>
      <w:r>
        <w:t>sasiyat ka concept yeh tha ke agli parho bara yani ek education fard se ka af service. yeh service yeh chala sasiyat se.</w:t>
      </w:r>
    </w:p>
    <w:p>
      <w:pPr>
        <w:jc w:val="right"/>
      </w:pPr>
      <w:r>
        <w:t>ساسیت کا کانسیپٹ یہ تھا کہ اگلی پڑھو بڑا یعنی ایک ایجوکیشن فردسے کا اف سروس۔ یہ سروس یہ چلا ساسیت سے۔</w:t>
      </w:r>
    </w:p>
    <w:p>
      <w:r>
        <w:rPr>
          <w:b/>
        </w:rPr>
        <w:t xml:space="preserve">[44:24] </w:t>
      </w:r>
      <w:r>
        <w:t>education fard se ka jo job, education fard se ka af employment</w:t>
      </w:r>
    </w:p>
    <w:p>
      <w:pPr>
        <w:jc w:val="right"/>
      </w:pPr>
      <w:r>
        <w:t>ایجوکیشن فردسے کا جو جاب، ایجوکیشن فردسے کا اف ایمپلائمنٹ</w:t>
      </w:r>
    </w:p>
    <w:p>
      <w:r>
        <w:rPr>
          <w:b/>
        </w:rPr>
        <w:t xml:space="preserve">[44:30] </w:t>
      </w:r>
      <w:r>
        <w:t>. to log padhte hain ke degree lo, service karo, degree lo, service karo. woh un ke zehan mein hota hi nahin ke woh apne aap ko deconditioning kar kar karna hai.</w:t>
      </w:r>
    </w:p>
    <w:p>
      <w:pPr>
        <w:jc w:val="right"/>
      </w:pPr>
      <w:r>
        <w:t>۔ تو لوگ پڑھتے ہیں کہ ڈگری لو، سروس کرو، ڈگری لو، سروس کرو۔ وہ ان کے ذہن میں ہوتا ہی نہیں کہ وہ اپنے آپ کو ڈیکنڈیشن کر کر کرنا ہے۔</w:t>
      </w:r>
    </w:p>
    <w:p>
      <w:r>
        <w:rPr>
          <w:b/>
        </w:rPr>
        <w:t xml:space="preserve">[44:38] </w:t>
      </w:r>
      <w:r>
        <w:t>na baap, na baap sikhaate. to jab padh ke aate hain to woh usi mahaul mein lotte hain. yani jo mahaul un ko school ka aib tha, us us mahaul mein nahin lotte woh.</w:t>
      </w:r>
    </w:p>
    <w:p>
      <w:pPr>
        <w:jc w:val="right"/>
      </w:pPr>
      <w:r>
        <w:t>نہ باپ، نہ باپ سکھاتے۔ تو جب پڑھ کے آتے ہیں تو وہ اسی ماحول میں لوٹتے ہیں۔ یعنی جو ماحول ان کو اسکول کا عیب تھا، اس اس ماحول میں نہیں لوٹتے وہ۔</w:t>
      </w:r>
    </w:p>
    <w:p>
      <w:r>
        <w:rPr>
          <w:b/>
        </w:rPr>
        <w:t xml:space="preserve">[44:49] </w:t>
      </w:r>
      <w:r>
        <w:t>usi mahaul mein lotte hain jo chala raha hai pehle se. wohi purana culture, wohi purani soch.</w:t>
      </w:r>
    </w:p>
    <w:p>
      <w:pPr>
        <w:jc w:val="right"/>
      </w:pPr>
      <w:r>
        <w:t>اسی ماحول میں لوٹتے ہیں جو چلا رہا ہے پہلے سے۔ وہی پرایا کلچر، وہی پرانی سوچ۔</w:t>
      </w:r>
    </w:p>
    <w:p>
      <w:r>
        <w:rPr>
          <w:b/>
        </w:rPr>
        <w:t xml:space="preserve">[44:58] </w:t>
      </w:r>
      <w:r>
        <w:t>to main ne yahan tak yeh haal hai ke main ne dekha abhi is safar mein ke jo American, ab America ke sardar paida hue, phir unhone Islam qubool kiya, woh bhi waise hi ho gaye jaise Musalman hain.</w:t>
      </w:r>
    </w:p>
    <w:p>
      <w:pPr>
        <w:jc w:val="right"/>
      </w:pPr>
      <w:r>
        <w:t>تو میں نے یہاں تک یہ حال ہے کہ میں نے دیکھا ابھی اس سفر میں کہ جو امریکن، اب امریکہ کے سردار پیدا ہوئے، پھر انہوں نے اسلام قبول کیا، وہ بھی ویسے ہی ہو گئے جیسے مسلمان ہیں۔</w:t>
      </w:r>
    </w:p>
    <w:p>
      <w:r>
        <w:rPr>
          <w:b/>
        </w:rPr>
        <w:t xml:space="preserve">[45:12] </w:t>
      </w:r>
      <w:r>
        <w:t>kyun? foran Musalman kya karte hain? un ka naam badalte hain, sab topi rakhte hain, aur masjid, masjid culture mein shamil karte hain is ko.</w:t>
      </w:r>
    </w:p>
    <w:p>
      <w:pPr>
        <w:jc w:val="right"/>
      </w:pPr>
      <w:r>
        <w:t>کیوں؟ فوراً مسلمان کیا کرتے ہیں؟ ان کا نام بدلتے ہیں، سب ٹوپی رکھواتے ہیں، اور مسجد، مسجد کلچر میں شامل کرتے ہیں اس کو۔</w:t>
      </w:r>
    </w:p>
    <w:p>
      <w:r>
        <w:rPr>
          <w:b/>
        </w:rPr>
        <w:t xml:space="preserve">[45:23] </w:t>
      </w:r>
      <w:r>
        <w:t>to bechara American aadmi bhi wohi koi ho jata hai jo jaise Musalman hai.</w:t>
      </w:r>
    </w:p>
    <w:p>
      <w:pPr>
        <w:jc w:val="right"/>
      </w:pPr>
      <w:r>
        <w:t>تو بیچارہ امریکن آدمی بھی وہی کوئی ہو جاتا ہے جو جیسے مسلمان ہے۔</w:t>
      </w:r>
    </w:p>
    <w:p>
      <w:r>
        <w:rPr>
          <w:b/>
        </w:rPr>
        <w:t xml:space="preserve">[45:27] </w:t>
      </w:r>
      <w:r>
        <w:t>har cheez ke andar kaal namak, ras namak, shur. yeh bahut hi ajeeb si cheez main ne dekhi ke jo American ya European wahan paida hue, un ko Musalman foran yahi karte hain ke naam badla, topi rakhwai, aur daadhi rakhwai, aur masjid culture se jod diya un ko.</w:t>
      </w:r>
    </w:p>
    <w:p>
      <w:pPr>
        <w:jc w:val="right"/>
      </w:pPr>
      <w:r>
        <w:t>ہر چیز کے اندر کال نمک، رس نمک، شو۔ یہ بہت ہی عجیب سی چیز میں نے دیکھی کہ جو امریکن یا یورپین وہاں پیدا ہوئے، ان کو مسلمان فوراً یہی کرتے ہیں کہ نام بدلا، ٹوپی رکھوائی، اور داڑھی رکھوائی، اور مسجد کلچر سے جوڑ دیا ان کو۔</w:t>
      </w:r>
    </w:p>
    <w:p>
      <w:r>
        <w:rPr>
          <w:b/>
        </w:rPr>
        <w:t xml:space="preserve">[45:48] </w:t>
      </w:r>
      <w:r>
        <w:t>aur tablighi jamaat chale mein nikal diya un ko. to kaha isi mahaul mein lota diya unhone.</w:t>
      </w:r>
    </w:p>
    <w:p>
      <w:pPr>
        <w:jc w:val="right"/>
      </w:pPr>
      <w:r>
        <w:t>اور تبلیغی جماعت چلے میں نکال دیا ان کو۔ تو کہا اسی ماحول میں لوٹا دیا انہوں نے۔</w:t>
      </w:r>
    </w:p>
    <w:p>
      <w:r>
        <w:rPr>
          <w:b/>
        </w:rPr>
        <w:t xml:space="preserve">[45:55] </w:t>
      </w:r>
      <w:r>
        <w:t>jis mahaul ko chhod kar aaye the wapas, usi mahaul ko Islami bana kar lota diya. is liye kuch gehri tabdeeli nahin ho rahi. gehri tabdeeli nahin ho rahi thi shor nahin hai is ka.</w:t>
      </w:r>
    </w:p>
    <w:p>
      <w:pPr>
        <w:jc w:val="right"/>
      </w:pPr>
      <w:r>
        <w:t>جس ماحول کو چھوڑ کر آئے تھے واپس، اسی ماحول کو اسلامی بنا کر لوٹا دیا۔ اس لیے کچھ گہری تبدیلی نہیں ہو رہی۔ گہری تبدیلی نہیں ہو رہی تھی شور نہیں ہے اس کا۔</w:t>
      </w:r>
    </w:p>
    <w:p>
      <w:r>
        <w:rPr>
          <w:b/>
        </w:rPr>
        <w:t xml:space="preserve">[46:06] </w:t>
      </w:r>
      <w:r>
        <w:t>maulana, to kya karna chahiye? un ka jo doosra hissa tha sawal ka ke aisi soorat mein kya karna chahiye ke aisa na ho?</w:t>
      </w:r>
    </w:p>
    <w:p>
      <w:pPr>
        <w:jc w:val="right"/>
      </w:pPr>
      <w:r>
        <w:t>مولانا، تو کیا کرنا چاہیے؟ ان کا جو دوسرا حصہ تھا سوال کا کہ ایسی صورت میں کیا کرنا چاہیے کہ ایسا نہ ہو؟</w:t>
      </w:r>
    </w:p>
    <w:p>
      <w:r>
        <w:rPr>
          <w:b/>
        </w:rPr>
        <w:t xml:space="preserve">[46:15] </w:t>
      </w:r>
      <w:r>
        <w:t>isi ke liye to hum ne detail tayyar kiya. so kitaben isi liye to likhi hain. khoob padhwai, khoob padh</w:t>
      </w:r>
    </w:p>
    <w:p>
      <w:pPr>
        <w:jc w:val="right"/>
      </w:pPr>
      <w:r>
        <w:t>اسی کے لیے تو ہم نے ڈیٹیل تیار کیا۔ سو کتابیں اسی لیے تو لکھی ہیں۔ خوب پڑھوائی، خوب پڑ</w:t>
      </w:r>
    </w:p>
    <w:p>
      <w:r>
        <w:rPr>
          <w:b/>
        </w:rPr>
        <w:t xml:space="preserve">[46:21] </w:t>
      </w:r>
      <w:r>
        <w:t>hawai. jin logon ne parha hai, woh badal gaye. yahi isi ayat yahan kai log baithe hue hain jinho ne hamari kitaben parhi to un ka soch badal gaya.</w:t>
      </w:r>
    </w:p>
    <w:p>
      <w:pPr>
        <w:jc w:val="right"/>
      </w:pPr>
      <w:r>
        <w:t>ھوائی۔ جن لوگوں نے پڑھا ہے، وہ بدل گئے۔ یہی اسی آیت یہاں کئی لوگ بیٹھے ہوئے ہیں جنہوں نے ہماری کتابیں پڑھی تو ان کا سوچ بدل گئی۔</w:t>
      </w:r>
    </w:p>
    <w:p>
      <w:r>
        <w:rPr>
          <w:b/>
        </w:rPr>
        <w:t xml:space="preserve">[46:33] </w:t>
      </w:r>
      <w:r>
        <w:t>isi ke liye to kitaben likhi hain hum ne. so se zyada kitaben. dhoom se literature phailaiye. bas literature ko fraud kar dijiye.</w:t>
      </w:r>
    </w:p>
    <w:p>
      <w:pPr>
        <w:jc w:val="right"/>
      </w:pPr>
      <w:r>
        <w:t>اسی کے لیے تو کتابیں لکھی ہیں ہم نے۔ سو سے زیادہ کتابیں۔ دھوم سے لیٹریچر پھیلائیے۔ بس لیٹریچر کو فراڈ کر دیجیے۔</w:t>
      </w:r>
    </w:p>
    <w:p>
      <w:r>
        <w:rPr>
          <w:b/>
        </w:rPr>
        <w:t xml:space="preserve">[46:50] </w:t>
      </w:r>
      <w:r>
        <w:t>isi pe aise log baithe hue hain jo khud jin ki zindagiyaan batati hain ke woh yaani unhon ne parha school, college mein, university mein, aur un ki zindagi mein wohi qadeem culture ka asar baqi tha phir bhi.</w:t>
      </w:r>
    </w:p>
    <w:p>
      <w:pPr>
        <w:jc w:val="right"/>
      </w:pPr>
      <w:r>
        <w:t>اسی پہ ایسے لوگ بیٹھے ہوئے ہیں جو خود جن کی زندگیاں بتاتی ہیں کہ وہ یعنی انہوں نے پڑھا اسکول، کالج میں، یونیورسٹی میں، اور ان کی زندگیوں میں وہی قدیم کلچر کا اثر باقی تھا پھر بھی۔</w:t>
      </w:r>
    </w:p>
    <w:p>
      <w:r>
        <w:rPr>
          <w:b/>
        </w:rPr>
        <w:t xml:space="preserve">[47:04] </w:t>
      </w:r>
      <w:r>
        <w:t>lekin jab unhon ne hamari literature ko parha to phir un ke andar change aaya. isi liye aise log maujood hain. to un ki conditioning jo hoti hai, woh hawai hone lagti hai.</w:t>
      </w:r>
    </w:p>
    <w:p>
      <w:pPr>
        <w:jc w:val="right"/>
      </w:pPr>
      <w:r>
        <w:t>لیکن جب انہوں نے ہماری لیٹریچر کو پڑھا تو پھر ان کے اندر چینج آیا۔ اسی لیے ایسے لوگ موجود ہیں۔ تو ان کی کنڈیشننگ جو ہوتی ہے، وہ ماحولی ہونے لگتی ہے۔</w:t>
      </w:r>
    </w:p>
    <w:p>
      <w:r>
        <w:rPr>
          <w:b/>
        </w:rPr>
        <w:t xml:space="preserve">[47:14] </w:t>
      </w:r>
      <w:r>
        <w:t>pehle bhi hui. yaani break college period mein bhi mahaul se woh un ki condition hui. is college period mein bhi hawai loot aaye, wohi condition hone lagi.</w:t>
      </w:r>
    </w:p>
    <w:p>
      <w:pPr>
        <w:jc w:val="right"/>
      </w:pPr>
      <w:r>
        <w:t>پہلے بھی ہوئی۔ یعنی بریک کالج پیریڈ میں بھی ماحول سے وہ ان کی کنڈیشن ہوئی۔ اس کالج پیریڈ میں بھی ماحولی لوٹ آئے، وہی کنڈیشن ہونے لگی۔</w:t>
      </w:r>
    </w:p>
    <w:p>
      <w:r>
        <w:rPr>
          <w:b/>
        </w:rPr>
        <w:t xml:space="preserve">[47:26] </w:t>
      </w:r>
      <w:r>
        <w:t>hata ke maine dekha ke Europe, America mein jo musalman rehte hain na, woh sirf service ke liye jate hain office mein, phir woh loot aate hain muslim culture mein.</w:t>
      </w:r>
    </w:p>
    <w:p>
      <w:pPr>
        <w:jc w:val="right"/>
      </w:pPr>
      <w:r>
        <w:t>حتیٰ کہ میں نے دیکھا کہ یورپ، امریکہ میں جو مسلمان رہتے ہیں نا، وہ صرف سروس کے لیے جاتے ہیں آفس میں، پھر وہ لوٹ آتے ہیں مسلم کلچر میں۔</w:t>
      </w:r>
    </w:p>
    <w:p>
      <w:r>
        <w:rPr>
          <w:b/>
        </w:rPr>
        <w:t xml:space="preserve">[47:36] </w:t>
      </w:r>
      <w:r>
        <w:t>bilkul.</w:t>
      </w:r>
    </w:p>
    <w:p>
      <w:pPr>
        <w:jc w:val="right"/>
      </w:pPr>
      <w:r>
        <w:t>بالکل۔</w:t>
      </w:r>
    </w:p>
    <w:p>
      <w:r>
        <w:rPr>
          <w:b/>
        </w:rPr>
        <w:t xml:space="preserve">[47:40] </w:t>
      </w:r>
      <w:r>
        <w:t>service ke liye jayenge kisi office mein.</w:t>
      </w:r>
    </w:p>
    <w:p>
      <w:pPr>
        <w:jc w:val="right"/>
      </w:pPr>
      <w:r>
        <w:t>سروس کے لیے جائیں گے کسی آفس میں۔</w:t>
      </w:r>
    </w:p>
    <w:p>
      <w:r>
        <w:rPr>
          <w:b/>
        </w:rPr>
        <w:t xml:space="preserve">[47:44] </w:t>
      </w:r>
      <w:r>
        <w:t>service se pehle, service ke baad, un ki zindagi guzarti hai isi isi culture mein. wohi woh old muslim culture hai. wohi un ke un ke ghar wale, un ke bachche, un ke bhai behan, un ke maa baap, un ke dada nana,</w:t>
      </w:r>
    </w:p>
    <w:p>
      <w:pPr>
        <w:jc w:val="right"/>
      </w:pPr>
      <w:r>
        <w:t>سروس سے پہلے، سروس کے بعد، ان کی زندگی گزرتی ہے اسی اسی کلچر میں۔ وہی وہ اولڈ مسلم کلچر ہے۔ وہی ان کے ان کے گھر والے، ان کے بچے، ان کے بھائی بہن، ان کے ماں باپ، ان کے دادا نانا،</w:t>
      </w:r>
    </w:p>
    <w:p>
      <w:r>
        <w:rPr>
          <w:b/>
        </w:rPr>
        <w:t xml:space="preserve">[47:58] </w:t>
      </w:r>
      <w:r>
        <w:t>wohi phir jeete hain woh dobara. to kuch farq nahi parta. to jo log hamari kitaben parhte hain, un mein farq aya hai.</w:t>
      </w:r>
    </w:p>
    <w:p>
      <w:pPr>
        <w:jc w:val="right"/>
      </w:pPr>
      <w:r>
        <w:t>وہی پھر جیتے ہیں وہ دوبارہ۔ تو کچھ فرق نہیں پڑتا۔ تو جو لوگ ہماری کتابیں پڑھتے ہیں، ان میں فرق آیا ہے۔</w:t>
      </w:r>
    </w:p>
    <w:p>
      <w:r>
        <w:rPr>
          <w:b/>
        </w:rPr>
        <w:t xml:space="preserve">[48:11] </w:t>
      </w:r>
      <w:r>
        <w:t>jo kitaben parhte hain, un mein farq aya hai.</w:t>
      </w:r>
    </w:p>
    <w:p>
      <w:pPr>
        <w:jc w:val="right"/>
      </w:pPr>
      <w:r>
        <w:t>جو کتابیں پڑھتے ہیں، ان میں فرق آیا ہے۔</w:t>
      </w:r>
    </w:p>
    <w:p>
      <w:r>
        <w:rPr>
          <w:b/>
        </w:rPr>
        <w:t xml:space="preserve">[48:16] </w:t>
      </w:r>
      <w:r>
        <w:t>misalan mere isi safar mein meri mulaqat hui do sahib, jo sagge bhai hain, dono hain. rehte hain America mein, dono ke dono. to ek sahib jinho ne hamari kitaben parhi hain aur hamesha mein lage hue hain, woh bilkul different the.</w:t>
      </w:r>
    </w:p>
    <w:p>
      <w:pPr>
        <w:jc w:val="right"/>
      </w:pPr>
      <w:r>
        <w:t>مثلاً میرے اسی سفر میں میری ملاقات ہوئی دو صاحب، جو سگے بھائی ہیں، دونوں ہیں۔ رہتے ہیں امریکہ میں، دونوں کے دونوں۔ تو ایک صاحب جنہوں نے ہماری کتابیں پڑھی ہیں اور ہمیشہ میں لگے ہوئے ہیں، وہ بالکل ڈفرنٹ تھے۔</w:t>
      </w:r>
    </w:p>
    <w:p>
      <w:r>
        <w:rPr>
          <w:b/>
        </w:rPr>
        <w:t xml:space="preserve">[48:32] </w:t>
      </w:r>
      <w:r>
        <w:t>aur un ke doosre bhai, un ke doosre bhai jo the, unhon ne char shadiyan kar rakhi hain aur gyarah bachche band rakhe hain.</w:t>
      </w:r>
    </w:p>
    <w:p>
      <w:pPr>
        <w:jc w:val="right"/>
      </w:pPr>
      <w:r>
        <w:t>اور ان کے دوسرے بھائی، ان کے دوسرے بھائی جو تھے، انہوں نے چار شادیاں کر رکھی ہیں اور گیارہ بچے بند کر رکھے ہیں۔</w:t>
      </w:r>
    </w:p>
    <w:p>
      <w:r>
        <w:rPr>
          <w:b/>
        </w:rPr>
        <w:t xml:space="preserve">[48:41] </w:t>
      </w:r>
      <w:r>
        <w:t>aur jahan chutti milti hai to hawai jahaz jate hain biwi se milne ke liye.</w:t>
      </w:r>
    </w:p>
    <w:p>
      <w:pPr>
        <w:jc w:val="right"/>
      </w:pPr>
      <w:r>
        <w:t>اور جہاں چھٹی ملتی ہے تو ہوائی جہاز جاتے ہیں بیوی سے ملنے کے لیے۔</w:t>
      </w:r>
    </w:p>
    <w:p>
      <w:r>
        <w:rPr>
          <w:b/>
        </w:rPr>
        <w:t xml:space="preserve">[48:47] </w:t>
      </w:r>
      <w:r>
        <w:t>yeh in ka haal hai jinho ne hamari kitaben nahi parhi hain. to dono dono sagge bhai hain. lekin jinho ne kitaben parhi hain, woh baqayda dawat ka kaam kar rahe hain.</w:t>
      </w:r>
    </w:p>
    <w:p>
      <w:pPr>
        <w:jc w:val="right"/>
      </w:pPr>
      <w:r>
        <w:t>یہ ان کا حال ہے جنہوں نے ہماری کتابیں نہیں پڑھی ہیں۔ تو دونوں دونوں سگے بھائی ہیں۔ لیکن جنہوں نے کتابیں پڑھی ہیں، وہ باقاعدہ دعوت کا کام کر رہے ہیں۔</w:t>
      </w:r>
    </w:p>
    <w:p>
      <w:r>
        <w:rPr>
          <w:b/>
        </w:rPr>
        <w:t xml:space="preserve">[48:58] </w:t>
      </w:r>
      <w:r>
        <w:t>un ki soch bilkul different ho gayi hai. aur jo nahi parhi hain to un ka woh itna hi jante hain ke paisa kamao, char shadiyan karo, aur bachche paida karo.</w:t>
      </w:r>
    </w:p>
    <w:p>
      <w:pPr>
        <w:jc w:val="right"/>
      </w:pPr>
      <w:r>
        <w:t>ان کی سوچ بالکل ڈفرنٹ ہو گئی ہے۔ اور جو نہیں پڑھی ہیں تو ان کا وہ اتنا ہی جانتے ہیں کہ پیسہ کماؤ، چار شادیاں کرو، اور بچے پیدا کرو۔</w:t>
      </w:r>
    </w:p>
    <w:p>
      <w:r>
        <w:rPr>
          <w:b/>
        </w:rPr>
        <w:t xml:space="preserve">[49:08] </w:t>
      </w:r>
      <w:r>
        <w:t>bas yeh culture hai.</w:t>
      </w:r>
    </w:p>
    <w:p>
      <w:pPr>
        <w:jc w:val="right"/>
      </w:pPr>
      <w:r>
        <w:t>بس یہ کلچر ہے۔</w:t>
      </w:r>
    </w:p>
    <w:p>
      <w:r>
        <w:rPr>
          <w:b/>
        </w:rPr>
        <w:t xml:space="preserve">[49:11] </w:t>
      </w:r>
      <w:r>
        <w:t>maulana, yeh ek sawal aya hai professor a hamid allahabad se, aur unhon ne likha hai ke maulana ek sahib ko jab maloom hua ke ab aap urdu mein nahi likhenge to unhein bara afsos hua.</w:t>
      </w:r>
    </w:p>
    <w:p>
      <w:pPr>
        <w:jc w:val="right"/>
      </w:pPr>
      <w:r>
        <w:t>مولانا، یہ ایک سوال آیا ہے پروفیسر اے حمید الہ آباد سے، اور انہوں نے لکھا ہے کہ مولانا ایک صاحب کو جب معلوم ہوا کہ اب آپ اردو میں نہیں لکھیں گے تو انہیں بڑا افسوس ہوا۔</w:t>
      </w:r>
    </w:p>
    <w:p>
      <w:r>
        <w:rPr>
          <w:b/>
        </w:rPr>
        <w:t xml:space="preserve">[49:28] </w:t>
      </w:r>
      <w:r>
        <w:t>woh chahte hain ke aap urdu mein bhi kitaben likhte rahein taake woh aap ke ilm se faida uthayen. aur kaha al risala ke articles ko kitab mein bhi jama karein taake risala ka record ban jaye.</w:t>
      </w:r>
    </w:p>
    <w:p>
      <w:pPr>
        <w:jc w:val="right"/>
      </w:pPr>
      <w:r>
        <w:t>وہ چاہتے ہیں کہ آپ اردو میں بھی کتابیں لکھتے رہیں تاکہ وہ آپ کے علم سے فائدہ اٹھائیں۔ اور کہا الرسالہ کے آرٹیکلز کو کتاب میں بھی جمع کریں تاکہ رسالہ کا ریکارڈ بن جائے۔</w:t>
      </w:r>
    </w:p>
    <w:p>
      <w:r>
        <w:rPr>
          <w:b/>
        </w:rPr>
        <w:t xml:space="preserve">[49:43] </w:t>
      </w:r>
      <w:r>
        <w:t>inshallah. inshallah. inshallah. maulana, yeh raziya siddiqui ne sawal poocha hai delhi se</w:t>
      </w:r>
    </w:p>
    <w:p>
      <w:pPr>
        <w:jc w:val="right"/>
      </w:pPr>
      <w:r>
        <w:t>انشاءاللہ۔ انشاءاللہ۔ انشاءاللہ۔ مولانا، یہ راضیہ صدیقی نے سوال پوچھا ہے دلی سے</w:t>
      </w:r>
    </w:p>
    <w:p>
      <w:r>
        <w:rPr>
          <w:b/>
        </w:rPr>
        <w:t xml:space="preserve">[49:53] </w:t>
      </w:r>
      <w:r>
        <w:t>unhon ne likha hai ke you mentioned that it is not the roots or soil that need to change, but the tree which grows above.</w:t>
      </w:r>
    </w:p>
    <w:p>
      <w:pPr>
        <w:jc w:val="right"/>
      </w:pPr>
      <w:r>
        <w:t>۔ انہوں نے لکھا ہے کہ you mentioned that it is not the roots or soil that need to change, but the tree which grows above.</w:t>
      </w:r>
    </w:p>
    <w:p>
      <w:r>
        <w:rPr>
          <w:b/>
        </w:rPr>
        <w:t xml:space="preserve">[50:06] </w:t>
      </w:r>
      <w:r>
        <w:t>does it mean that cultural effect is very superficial and therefore even bringing about a radical change is easy?</w:t>
      </w:r>
    </w:p>
    <w:p>
      <w:pPr>
        <w:jc w:val="right"/>
      </w:pPr>
      <w:r>
        <w:t>Does it mean that cultural effect is very superficial and therefore even bringing about a radical change is easy?</w:t>
      </w:r>
    </w:p>
    <w:p>
      <w:r>
        <w:rPr>
          <w:b/>
        </w:rPr>
        <w:t xml:space="preserve">[50:15] </w:t>
      </w:r>
      <w:r>
        <w:t>haan, main to yahi manta hoon ke qadeem culture ko radical tor par badalna chahiye.</w:t>
      </w:r>
    </w:p>
    <w:p>
      <w:pPr>
        <w:jc w:val="right"/>
      </w:pPr>
      <w:r>
        <w:t>ہاں، میں تو یہی مانتا ہوں کہ قدیم کلچر کو radical طور پر بدلنا چاہیے۔</w:t>
      </w:r>
    </w:p>
    <w:p>
      <w:r>
        <w:rPr>
          <w:b/>
        </w:rPr>
        <w:t xml:space="preserve">[50:24] </w:t>
      </w:r>
      <w:r>
        <w:t>aur allah taala ke is ki tatari hamla hi isi liye hua tha. ataturk ka jo operation tha, isi liye hua tha.</w:t>
      </w:r>
    </w:p>
    <w:p>
      <w:pPr>
        <w:jc w:val="right"/>
      </w:pPr>
      <w:r>
        <w:t>اور اللہ تعالیٰ کے اس کی تاتاری حملہ ہی اسی لیے ہوا تھا۔ عطاترک کا جو آپریشن تھا، اسی لیے ہوا تھا۔</w:t>
      </w:r>
    </w:p>
    <w:p>
      <w:r>
        <w:rPr>
          <w:b/>
        </w:rPr>
        <w:t xml:space="preserve">[50:33] </w:t>
      </w:r>
      <w:r>
        <w:t>india mein jo british aaye, isi liye bheja allah taala ne. main yeh manta hoon. aur maine misal di yahud ki ke yahud musalman samajhte hain ke ji yahud madine mein the, wohi aaj bhi hain.</w:t>
      </w:r>
    </w:p>
    <w:p>
      <w:pPr>
        <w:jc w:val="right"/>
      </w:pPr>
      <w:r>
        <w:t>انڈیا میں جو برٹش آئے، اسی لیے بھیجا اللہ تعالیٰ نے۔ میں یہ مانتا ہوں۔ اور میں نے مثال دی یہود کی کہ یہود مسلمان سمجھتے ہیں کہ جی یہود مدینے میں تھے، وہی آج بھی ہیں۔</w:t>
      </w:r>
    </w:p>
    <w:p>
      <w:r>
        <w:rPr>
          <w:b/>
        </w:rPr>
        <w:t xml:space="preserve">[50:46] </w:t>
      </w:r>
      <w:r>
        <w:t>har ki bilkul bes bes baat hai yeh.</w:t>
      </w:r>
    </w:p>
    <w:p>
      <w:pPr>
        <w:jc w:val="right"/>
      </w:pPr>
      <w:r>
        <w:t>ہر کی بالکل بیس بیس بات ہے یہ۔</w:t>
      </w:r>
    </w:p>
    <w:p>
      <w:r>
        <w:rPr>
          <w:b/>
        </w:rPr>
        <w:t xml:space="preserve">[50:49] </w:t>
      </w:r>
      <w:r>
        <w:t>jo medine mein yahood thay, to sun satar isvi mein, yaani rasool allah ke baesat ke baad, sun satar isvi mein, tartas romi ne attack kiya aur logon ko maar peet kar bhaga diya.</w:t>
      </w:r>
    </w:p>
    <w:p>
      <w:pPr>
        <w:jc w:val="right"/>
      </w:pPr>
      <w:r>
        <w:t>جو مدینے میں یہود تھے، تو سن ستر عیسوی میں، یعنی رسول اللہ کے بعثت کے بعد، سن ستر عیسوی میں، ٹارٹس رومی نے اٹیک کیا اور لوگوں کو مار پیٹ کر بھگا دیا۔</w:t>
      </w:r>
    </w:p>
    <w:p>
      <w:r>
        <w:rPr>
          <w:b/>
        </w:rPr>
        <w:t xml:space="preserve">[51:07] </w:t>
      </w:r>
      <w:r>
        <w:t>to sab chale gaye western countries mein zyada tar. Yaani diaspora mein. To wahan unhon ne education di, modern education, sainsi</w:t>
      </w:r>
    </w:p>
    <w:p>
      <w:pPr>
        <w:jc w:val="right"/>
      </w:pPr>
      <w:r>
        <w:t>تو سب چلے گئے ویسٹرن کنٹریز میں زیادہ تر۔ یعنی ڈائسپورا میں۔ تو وہاں انہوں نے ایجوکیشن دی، ماڈرن ایجوکیشن، سائنسی</w:t>
      </w:r>
    </w:p>
    <w:p>
      <w:r>
        <w:rPr>
          <w:b/>
        </w:rPr>
        <w:t xml:space="preserve">[51:18] </w:t>
      </w:r>
      <w:r>
        <w:t>education. To aaj ka yahoodi bilkul mukhtalif hai. Secular sense mein. Main yeh nahi keh raha hoon ke woh biology se jud gaye, lekin woh jo un ka jo un ka jo old tribe tha, woh khatam ho gaya.</w:t>
      </w:r>
    </w:p>
    <w:p>
      <w:pPr>
        <w:jc w:val="right"/>
      </w:pPr>
      <w:r>
        <w:t>ایجوکیشن۔ تو آج کا یہودی بالکل مختلف ہے۔ سیکولر سینس میں۔ میں یہ نہیں کہہ رہا ہوں کہ وہ بائیولوجی سے جڑ گئے، لیکن وہ جو ان کا جو ان کا جو اولڈ ٹرائب تھا، وہ ختم ہو گیا۔</w:t>
      </w:r>
    </w:p>
    <w:p>
      <w:r>
        <w:rPr>
          <w:b/>
        </w:rPr>
        <w:t xml:space="preserve">[51:31] </w:t>
      </w:r>
      <w:r>
        <w:t>aaj ka yahoodi bohat hi realist hai, bohat hi rational hai, bohat hi zyada yaani modern cheezon ko samajhta hai.</w:t>
      </w:r>
    </w:p>
    <w:p>
      <w:pPr>
        <w:jc w:val="right"/>
      </w:pPr>
      <w:r>
        <w:t>آج کا یہودی بہت ہی ریلسٹ ہے، بہت ہی ریشنل ہے، بہت ہی زیادہ یعنی ماڈرن چیزوں کو سمجھتا ہے۔</w:t>
      </w:r>
    </w:p>
    <w:p>
      <w:r>
        <w:rPr>
          <w:b/>
        </w:rPr>
        <w:t xml:space="preserve">[51:44] </w:t>
      </w:r>
      <w:r>
        <w:t>matlab mujhe zyada tar par aise waqiat paish aaye. Maslan main ek qissa batata hoon aap ko. Asif Ali Road par ek thay, un ka naam tha,</w:t>
      </w:r>
    </w:p>
    <w:p>
      <w:pPr>
        <w:jc w:val="right"/>
      </w:pPr>
      <w:r>
        <w:t>مطلب مجھے زیادہ تر پر ایسے واقعات پیش آئے۔ مثلاً میں ایک قصہ بتاتا ہوں آپ کو۔ آصف علی روڈ پر ایک تھے، ان کا نام تھا،</w:t>
      </w:r>
    </w:p>
    <w:p>
      <w:r>
        <w:rPr>
          <w:b/>
        </w:rPr>
        <w:t xml:space="preserve">[51:58] </w:t>
      </w:r>
      <w:r>
        <w:t>woh bohat hi baray business tha, un ka bohat bara, ab un ka intaqal ho chuka hai.</w:t>
      </w:r>
    </w:p>
    <w:p>
      <w:pPr>
        <w:jc w:val="right"/>
      </w:pPr>
      <w:r>
        <w:t>وہ بہت ہی بڑے بزنس تھا، ان کا بہت بڑا، اب ان کا انتقال ہو چکا ہے۔</w:t>
      </w:r>
    </w:p>
    <w:p>
      <w:r>
        <w:rPr>
          <w:b/>
        </w:rPr>
        <w:t xml:space="preserve">[52:05] </w:t>
      </w:r>
      <w:r>
        <w:t>to Kapila, Mr Kapila, un ka captions, is ke woh tha office, un ka captions, bohat hi bara.</w:t>
      </w:r>
    </w:p>
    <w:p>
      <w:pPr>
        <w:jc w:val="right"/>
      </w:pPr>
      <w:r>
        <w:t>تو کپیلا، مسٹر کپیلا، ان کا کیپشنز، اس کے وہ تھا آفس، ان کا کیپشنز، بہت ہی بڑا۔</w:t>
      </w:r>
    </w:p>
    <w:p>
      <w:r>
        <w:rPr>
          <w:b/>
        </w:rPr>
        <w:t xml:space="preserve">[52:17] </w:t>
      </w:r>
      <w:r>
        <w:t>ab un ka intaqal ho chuka hai. To un ka telephone aaya mere paas ke ek yahoodi hamare aaye hue hain, is se aap baat karna chahein to aa jaiye.</w:t>
      </w:r>
    </w:p>
    <w:p>
      <w:pPr>
        <w:jc w:val="right"/>
      </w:pPr>
      <w:r>
        <w:t>اب ان کا انتقال ہو چکا ہے۔ تو ان کا ٹیلی فون آیا میرے پاس کہ ایک یہودی ہمارے آئے ہوئے ہیں، اس سے آپ بات کرنا چاہیں تو آ جائیے۔</w:t>
      </w:r>
    </w:p>
    <w:p>
      <w:r>
        <w:rPr>
          <w:b/>
        </w:rPr>
        <w:t xml:space="preserve">[52:26] </w:t>
      </w:r>
      <w:r>
        <w:t>to main gaya. To un ke office mein ek alag kamra tha, us kamre mein mujh ko us ko bithaya gaya.</w:t>
      </w:r>
    </w:p>
    <w:p>
      <w:pPr>
        <w:jc w:val="right"/>
      </w:pPr>
      <w:r>
        <w:t>تو میں گیا۔ تو ان کے آفس میں ایک الگ کمرہ تھا، اس کمرے میں مجھ کو اس کو بٹھایا گیا۔</w:t>
      </w:r>
    </w:p>
    <w:p>
      <w:r>
        <w:rPr>
          <w:b/>
        </w:rPr>
        <w:t xml:space="preserve">[52:34] </w:t>
      </w:r>
      <w:r>
        <w:t>yaani ek mez thi, idhar woh baithe hain, idhar main baitha hua hoon. Woh yahoodi bohat parha likha tha, Israel se aaya tha woh. To pehli baar mujhe tajurba hua ke ek naya style baat cheet ka karne ka kya ho sakta hai.</w:t>
      </w:r>
    </w:p>
    <w:p>
      <w:pPr>
        <w:jc w:val="right"/>
      </w:pPr>
      <w:r>
        <w:t>یعنی ایک میز تھی، ادھر وہ بیٹھے ہیں، ادھر میں بیٹھا ہوا ہوں۔ وہ یہودی بہت پڑھا لکھا تھا، اسرائیل سے آیا تھا وہ۔ تو پہلی بار مجھے تجربہ ہوا کہ ایک نیا اسٹائل بات چیت کا کرنے کا کیا ہو سکتا ہے۔</w:t>
      </w:r>
    </w:p>
    <w:p>
      <w:r>
        <w:rPr>
          <w:b/>
        </w:rPr>
        <w:t xml:space="preserve">[52:50] </w:t>
      </w:r>
      <w:r>
        <w:t>to mez par saada kaghaz rakha hua tha. Woh yahoodi jo tha, mujh se ek sawal karta. Main jawab deta.</w:t>
      </w:r>
    </w:p>
    <w:p>
      <w:pPr>
        <w:jc w:val="right"/>
      </w:pPr>
      <w:r>
        <w:t>تو میز پر سادہ کاغذ رکھا ہوا تھا۔ وہ یہودی جو تھا، مجھ سے ایک سوال کرتا۔ میں جواب دیتا۔</w:t>
      </w:r>
    </w:p>
    <w:p>
      <w:r>
        <w:rPr>
          <w:b/>
        </w:rPr>
        <w:t xml:space="preserve">[52:59] </w:t>
      </w:r>
      <w:r>
        <w:t>mere jawab ko us kaghaz par likhta woh.</w:t>
      </w:r>
    </w:p>
    <w:p>
      <w:pPr>
        <w:jc w:val="right"/>
      </w:pPr>
      <w:r>
        <w:t>میرے جواب کو اس کاغذ پر لکھتا وہ۔</w:t>
      </w:r>
    </w:p>
    <w:p>
      <w:r>
        <w:rPr>
          <w:b/>
        </w:rPr>
        <w:t xml:space="preserve">[53:04] </w:t>
      </w:r>
      <w:r>
        <w:t>aur phir mujh se poochta ke yeh yahi aap ne kaha hai? Ya main confirm kar leta to phir woh apna jawab deta. Poori guftagu der tak hui isi tareeqe se hui.</w:t>
      </w:r>
    </w:p>
    <w:p>
      <w:pPr>
        <w:jc w:val="right"/>
      </w:pPr>
      <w:r>
        <w:t>اور پھر مجھ سے پوچھتا کہ یہ یہی آپ نے کہا ہے؟ یا میں کنفرم کر لیتا تو پھر وہ اپنا جواب دیتا۔ پوری گفتگو دیر تک ہوئی اسی طریقے سے ہوئی۔</w:t>
      </w:r>
    </w:p>
    <w:p>
      <w:r>
        <w:rPr>
          <w:b/>
        </w:rPr>
        <w:t xml:space="preserve">[53:14] </w:t>
      </w:r>
      <w:r>
        <w:t>ke meri baat ko woh likh kar ke confirm karta ke yahi kaha aap ne, phir jawab deta. Main to aaj tak koi paya nahi kisi ko. To aaj ka yahoodi bohat hi zyada mukhtalif hai us yahoodi se jo medine mein hua karta tha.</w:t>
      </w:r>
    </w:p>
    <w:p>
      <w:pPr>
        <w:jc w:val="right"/>
      </w:pPr>
      <w:r>
        <w:t>کہ میری بات کو وہ لکھ کر کے کنفرم کرتا کہ یہی کہا آپ نے، پھر جواب دیتا۔ میں تو آج تک کوئی پایا نہیں کسی کو۔ تو آج کا یہودی بہت ہی زیادہ مختلف ہے اس یہودی سے جو مدینے میں ہوا کرتا تھا۔</w:t>
      </w:r>
    </w:p>
    <w:p>
      <w:r>
        <w:rPr>
          <w:b/>
        </w:rPr>
        <w:t xml:space="preserve">[53:28] </w:t>
      </w:r>
      <w:r>
        <w:t>woh isi liye hua ke jo tartas romi ne jo un ko nikala, diaspora mein bhej diya,</w:t>
      </w:r>
    </w:p>
    <w:p>
      <w:pPr>
        <w:jc w:val="right"/>
      </w:pPr>
      <w:r>
        <w:t>وہ اسی لیے ہوا کہ جو ٹارٹس رومی نے جو ان کو نکالا، ڈائسپورا میں بھیج دیا،</w:t>
      </w:r>
    </w:p>
    <w:p>
      <w:r>
        <w:rPr>
          <w:b/>
        </w:rPr>
        <w:t xml:space="preserve">[53:33] </w:t>
      </w:r>
      <w:r>
        <w:t>to us ke baad jo lote to woh yaani modern training le kar lote. Woh nahi thay jo jo arab kehte hain ya aamal qalaada.</w:t>
      </w:r>
    </w:p>
    <w:p>
      <w:pPr>
        <w:jc w:val="right"/>
      </w:pPr>
      <w:r>
        <w:t>تو اس کے بعد جو لوٹے تو وہ یعنی ماڈرن ٹریننگ لے کر لوٹے۔ وہ نہیں تھے جو جو عرب کہتے ہیں یا اعمال قلادہ۔</w:t>
      </w:r>
    </w:p>
    <w:p>
      <w:r>
        <w:rPr>
          <w:b/>
        </w:rPr>
        <w:t xml:space="preserve">[53:49] </w:t>
      </w:r>
      <w:r>
        <w:t>maulana, yeh ek comment aaya hai shafi ahmed dar sahab ka shri</w:t>
      </w:r>
    </w:p>
    <w:p>
      <w:pPr>
        <w:jc w:val="right"/>
      </w:pPr>
      <w:r>
        <w:t>मौलाना, यह एक कमेंट आया है शफी अहमद डार साहब का श्री</w:t>
      </w:r>
    </w:p>
    <w:p>
      <w:r>
        <w:rPr>
          <w:b/>
        </w:rPr>
        <w:t xml:space="preserve">[53:56] </w:t>
      </w:r>
      <w:r>
        <w:t>nagar se. Unhon ne likha hai ke maulana sahab yesterday I have seen your latest and a very important statement regarding acceptance of Mr.</w:t>
      </w:r>
    </w:p>
    <w:p>
      <w:pPr>
        <w:jc w:val="right"/>
      </w:pPr>
      <w:r>
        <w:t>नगर से। उन्होंने लिखा है कि मौलाना साहब yesterday I have seen your latest and a very important statement regarding acceptance of Mr.</w:t>
      </w:r>
    </w:p>
    <w:p>
      <w:r>
        <w:rPr>
          <w:b/>
        </w:rPr>
        <w:t xml:space="preserve">[54:07] </w:t>
      </w:r>
      <w:r>
        <w:t>Narendra Modi by Muslims. You said that he is elected Prime Minister of India and he has come into the power through democratic system of the country.</w:t>
      </w:r>
    </w:p>
    <w:p>
      <w:pPr>
        <w:jc w:val="right"/>
      </w:pPr>
      <w:r>
        <w:t>Narendra Modi by Muslims. You said that he is elected Prime Minister of India and he has come into the power through democratic system of the countr</w:t>
      </w:r>
    </w:p>
    <w:p>
      <w:r>
        <w:rPr>
          <w:b/>
        </w:rPr>
        <w:t xml:space="preserve">[54:20] </w:t>
      </w:r>
      <w:r>
        <w:t>Maulana, I think you are the lone scholar of this country who has answered this question wisely and with logic.</w:t>
      </w:r>
    </w:p>
    <w:p>
      <w:pPr>
        <w:jc w:val="right"/>
      </w:pPr>
      <w:r>
        <w:t>y. मौलाना, I think you are the lone scholar of this country who has answered this question wisely and with logic.</w:t>
      </w:r>
    </w:p>
    <w:p>
      <w:r>
        <w:rPr>
          <w:b/>
        </w:rPr>
        <w:t xml:space="preserve">[54:30] </w:t>
      </w:r>
      <w:r>
        <w:t>Your answer has been well acclaimed across the country. Nahi, dekhiye, yeh baat secular sach mein kahi thi maine. Yaani koi fatwa nahi tha woh. Aap jab India mein rehte hain, yahan democracy hai, to democracy mein aap democracy ke faisle ko manna padega.</w:t>
      </w:r>
    </w:p>
    <w:p>
      <w:pPr>
        <w:jc w:val="right"/>
      </w:pPr>
      <w:r>
        <w:t>Your answer has been well acclaimed across the country. नहीं, देखिए, यह बात सिकुलर सच में कही थी मैंने। यानी कोई फतवा नहीं था वह। आप जब इंडिया में रहते हैं, यहां डेमोक्रेसी है, तो डेमोक्रेसी में आप डेमोक्रेसी के फैसले को मानना पड़ेगा।</w:t>
      </w:r>
    </w:p>
    <w:p>
      <w:r>
        <w:rPr>
          <w:b/>
        </w:rPr>
        <w:t xml:space="preserve">[54:49] </w:t>
      </w:r>
      <w:r>
        <w:t>agar aap us ko samajhte hain ghair-islami, to aap ko chhodna padega. Jo musalman is tarah na sochein, democratic India mein rehna chahein, woh kisi aur dharm par, to un ko mulk chhodna padega. Un ka rada haram ho jayega. Yahan rada haram nahi hai, kyun ke dekhiye, aap kitabon ko padhiye, fqah ki kitabein. Dar-ul-harb mein aap ko chhodna padta hai hazaron arab ko. Matlab kisi mulk se aap ke koi dushman,</w:t>
      </w:r>
    </w:p>
    <w:p>
      <w:pPr>
        <w:jc w:val="right"/>
      </w:pPr>
      <w:r>
        <w:t>अगर आप उसको समझते हैं गैर-इस्लामी, तो आपको छोड़ना पड़ेगा। जो मुसलमान इस तरह न सोचें, डेमोक्रेटिक इंडिया में रहना चाहें, वो किसी और धर्म पर, तो उनको मुल्क छोड़ना पड़ेगा। उनका राधा हराम हो जाएगा। यहां राधा नहीं हराम है, क्योंकि देखिए, आप किताबों को पढ़िए, फकाह की किताबें। दाल-उ-हरब में आपको छोड़ना पड़ता है हजारों अरब को। मतलब किसी मुल्क से आपके कोई दुश्मन,</w:t>
      </w:r>
    </w:p>
    <w:p>
      <w:r>
        <w:rPr>
          <w:b/>
        </w:rPr>
        <w:t xml:space="preserve">[55:14] </w:t>
      </w:r>
      <w:r>
        <w:t>aap ne samajh liya ke dushman hai, to us ko chhodna padega</w:t>
      </w:r>
    </w:p>
    <w:p>
      <w:pPr>
        <w:jc w:val="right"/>
      </w:pPr>
      <w:r>
        <w:t>आपने समझ लिया कि दुश्मन है, तो उसको छोड़ना पड़ेगा</w:t>
      </w:r>
    </w:p>
    <w:p>
      <w:r>
        <w:rPr>
          <w:b/>
        </w:rPr>
        <w:t xml:space="preserve">[55:17] </w:t>
      </w:r>
      <w:r>
        <w:t>aap ko. Yeh nahi ke us mein pade rahein aap. Jo log samajhte hain ke yeh dushman mulk hai, to chhoden is ko. Chale jayein jahan jana hai un ko.</w:t>
      </w:r>
    </w:p>
    <w:p>
      <w:pPr>
        <w:jc w:val="right"/>
      </w:pPr>
      <w:r>
        <w:t>आपको। यह नहीं कि उसमें पड़े रहें आप। जो लोग समझते हैं कि यह दुश्मन मुल्क है, तो छोड़ें इसको। चले जाएं जहां जाना है उनको।</w:t>
      </w:r>
    </w:p>
    <w:p>
      <w:r>
        <w:rPr>
          <w:b/>
        </w:rPr>
        <w:t xml:space="preserve">[55:26] </w:t>
      </w:r>
      <w:r>
        <w:t>to main aapka yeh padhkar apne ko munafiq hone se bachata hoon. aur jo log mere khilaf hain, wo apne ko munafiq banaye hue hain. yaani isko samajhna ki yeh enemy country hai aur phir bhi wahi rehna, yeh toh munafiqat hai. to main jab aisa kehta hoon, to main apne munafiqat se bachata hoon. aur jo log aisa nahi kehte, wo apne ko munafiqat mein dale hue hain. Maulana, doctor Hina ne ek aur sawal bheja hai UK se.</w:t>
      </w:r>
    </w:p>
    <w:p>
      <w:pPr>
        <w:jc w:val="right"/>
      </w:pPr>
      <w:r>
        <w:t>तो मैं आपका यह पढ़कर अपने को मुनाफिक होने से बचाता हूं। और जो लोग मेरे खिलाफ हैं, वो अपने को मुनाफिक बनाए हुए हैं। यानी इसको समझना कि यह एनिमी कंट्री है और फिर भी वही रहना, यह तो मुनाफिकत है। तो मैं जब ऐसा कहता हूं, तो मैं अपने मुनाफिकत से बचाता हूं। और जो लोग ऐसा नहीं कहते, वो अपने को मुनाफिकत में डाले हुए हैं। मौलाना, डॉक्टर हैना ने एक और सवाल भेजा है यूके से।</w:t>
      </w:r>
    </w:p>
    <w:p>
      <w:r>
        <w:rPr>
          <w:b/>
        </w:rPr>
        <w:t xml:space="preserve">[55:53] </w:t>
      </w:r>
      <w:r>
        <w:t>unhone likha hai ki I recently presented Maulana, creation plan of God to many people who had come for Darwinism debate,</w:t>
      </w:r>
    </w:p>
    <w:p>
      <w:pPr>
        <w:jc w:val="right"/>
      </w:pPr>
      <w:r>
        <w:t>उन्होंने लिखा है कि I recently presented मौलाना, creation plan of God to many people who had come for Darwinism debate,</w:t>
      </w:r>
    </w:p>
    <w:p>
      <w:r>
        <w:rPr>
          <w:b/>
        </w:rPr>
        <w:t xml:space="preserve">[56:06] </w:t>
      </w:r>
      <w:r>
        <w:t>but I got comments that this is a traditional idea that there is a God.</w:t>
      </w:r>
    </w:p>
    <w:p>
      <w:pPr>
        <w:jc w:val="right"/>
      </w:pPr>
      <w:r>
        <w:t>but I got comments that this is a traditional idea that there is a God.</w:t>
      </w:r>
    </w:p>
    <w:p>
      <w:r>
        <w:rPr>
          <w:b/>
        </w:rPr>
        <w:t xml:space="preserve">[56:12] </w:t>
      </w:r>
      <w:r>
        <w:t>so Maulana, my question is that even secular minds, despite taking modern education, consider the concept of God as a traditional idea.</w:t>
      </w:r>
    </w:p>
    <w:p>
      <w:pPr>
        <w:jc w:val="right"/>
      </w:pPr>
      <w:r>
        <w:t>सो मौलाना, my question is that even secular minds, despite taking modern education, consider the concept of God as a traditional idea.</w:t>
      </w:r>
    </w:p>
    <w:p>
      <w:r>
        <w:rPr>
          <w:b/>
        </w:rPr>
        <w:t xml:space="preserve">[56:24] </w:t>
      </w:r>
      <w:r>
        <w:t>how should we tackle this? nahi, dekhiye, evolution ke bare mein main aapse arz karunga ki jinhone aapko jawab diya, wo koi zyada achhe educated log nahi honge. zyada achhi education nahi unki hui hogi. to wo yeh chalta padhta baaton ko jante honge</w:t>
      </w:r>
    </w:p>
    <w:p>
      <w:pPr>
        <w:jc w:val="right"/>
      </w:pPr>
      <w:r>
        <w:t>How should we tackle this? नहीं, देखिए, इवोल्यूशन के बारे में मैं आपसे عرض करूंगा कि जिन्होंने आपको जवाब दिया, वो कोई ज्यादा अच्छे एजुकेटेड लोग नहीं होंगे। ज्यादा अच्छे एजुकेशन नहीं उनकी हुई होगी। तो वो ये चलता पढ़ते बातों को जानते होंगे</w:t>
      </w:r>
    </w:p>
    <w:p>
      <w:r>
        <w:rPr>
          <w:b/>
        </w:rPr>
        <w:t xml:space="preserve">[56:41] </w:t>
      </w:r>
      <w:r>
        <w:t>. dekhiye, jo bade-bade jo scholar hain, jo bade-bade scientist hain, wo evolution ko sirf workable theory mante hain, scientific theory nahi mante. kyunki scientifically it did not prove abhi tak. so main aapko, aap chahe janna is mamle mein, to ek kitab shuru karu ki</w:t>
      </w:r>
    </w:p>
    <w:p>
      <w:pPr>
        <w:jc w:val="right"/>
      </w:pPr>
      <w:r>
        <w:t>। देखिए, जो बड़े-बड़े जो स्कॉलर हैं, जो बड़े-बड़े साइंटिस्ट हैं, वो इवोल्यूशन को सिर्फ वर्केबल थ्योरी मानते हैं, साइंटिफिक थ्योरी नहीं मानते। क्योंकि साइंटिफिकली it did not prove अभी तक। सो मैं आपको, आप चाहे जानना इस मामले में, तो एक किताब शुरू करूं कि</w:t>
      </w:r>
    </w:p>
    <w:p>
      <w:r>
        <w:rPr>
          <w:b/>
        </w:rPr>
        <w:t xml:space="preserve">[57:06] </w:t>
      </w:r>
      <w:r>
        <w:t>ek kitab hai, uska naam hai L U double N LUN. ki kitab hai wo L U double N E, shayad kitab ka naam hai "Revolt Against Reason". "Revolt Against Reason" isi ek kitab ko aap padh lijiye.</w:t>
      </w:r>
    </w:p>
    <w:p>
      <w:pPr>
        <w:jc w:val="right"/>
      </w:pPr>
      <w:r>
        <w:t>एक किताब है, उसका नाम है एल यू डबल एन लून। की किताब है वो एल यू डबल एन ई, शायद किताब का नाम है "रिवोल्ट अगेंस्ट रीजन"। "रिवोल्ट अगेंस्ट रीजन" इसी एक किताब को आप पढ़ लीजिए।</w:t>
      </w:r>
    </w:p>
    <w:p>
      <w:r>
        <w:rPr>
          <w:b/>
        </w:rPr>
        <w:t xml:space="preserve">[57:27] </w:t>
      </w:r>
      <w:r>
        <w:t>to evolution jo hai, bade-bade jo secular yaani scholars hain, wo usko ek workable theory mante hain, proved theory nahi mante. to unka jo tafseera hai hamari kitab par, wo galat tafseera hai unka.</w:t>
      </w:r>
    </w:p>
    <w:p>
      <w:pPr>
        <w:jc w:val="right"/>
      </w:pPr>
      <w:r>
        <w:t>तो इवोल्यूशन जो है, बड़े-बड़े जो सेकुलर यानी स्कॉलर्स हैं, वो उसको एक वर्केबल थ्योरी मानते हैं, प्रूव्ड थ्योरी नहीं मानते। तो उनका जो तफसीरा है हमारी किताब पर, वो गलत तफसीरा है उनका।</w:t>
      </w:r>
    </w:p>
    <w:p>
      <w:r>
        <w:rPr>
          <w:b/>
        </w:rPr>
        <w:t xml:space="preserve">[57:46] </w:t>
      </w:r>
      <w:r>
        <w:t>Maulana, ek comment aaya hai doctor Safeena ka Ajmer se, aur unhone likha hai ki Maulana sahab, shayad jab bhi Muslims par badhe hue zulm ke bare mein bayan ho, to hamein yeh samajhna chahiye ki Allah kuch radical treatment ke zariye hamara jamood tudwana chahte hain. yeh bhi Allah ki ek rehmat hai ki woh hamein aise hi gumrah nahi rehne dena chahte.</w:t>
      </w:r>
    </w:p>
    <w:p>
      <w:pPr>
        <w:jc w:val="right"/>
      </w:pPr>
      <w:r>
        <w:t>मौलाना, एक कमेंट आया है डॉक्टर सफीना का अजमेर से, और उन्होंने लिखा है कि मौलाना साहब, शायद जब भी मुस्लिम्स पर बढ़े हुए जुल्म के बारे में बयान हो, तो हमें यह समझना चाहिए कि अल्लाह कुछ रेडिकल ट्रीटमेंट के जरिए हमारा जमूद तुड़वाना चाहते हैं। यह भी अल्लाह की एक रहमत है कि वह हमें ऐसे ही गुमराह नहीं रहने देना चाहते।</w:t>
      </w:r>
    </w:p>
    <w:p>
      <w:r>
        <w:rPr>
          <w:b/>
        </w:rPr>
        <w:t xml:space="preserve">[58:16] </w:t>
      </w:r>
      <w:r>
        <w:t>bilkul bhaiya, aap ke paas iska bhi ittifaq hai. aur yeh Quran se sabit hota hai, kyunki Babel ka badshah ko bheja Allah ta'ala ne, lekin unki condition tooti nahi. Yahood ki to dobara Allah ta'ala ne bheja unko, yaani Tat Shobi ko. tab unki condition tooti aur unko nikal diya Falasteen se. jao.</w:t>
      </w:r>
    </w:p>
    <w:p>
      <w:pPr>
        <w:jc w:val="right"/>
      </w:pPr>
      <w:r>
        <w:t>بالکل بھیا، آپ کے پاس اس کا بھی اتفاق ہے۔ और यह कुरान से साबित होता है, क्योंकि बाबिल का बादशाह को भेजा अल्लाह तने, लेकिन उनकी कंडीशन टूटी नहीं। यहूद की तो दोबारा अल्लाह तने भेजा उनको, यानी टाट शोबी को। तब उनकी कंडीशन टूटी और उनको निकाल दिया फलस्तीन से। जाओ।</w:t>
      </w:r>
    </w:p>
    <w:p>
      <w:r>
        <w:rPr>
          <w:b/>
        </w:rPr>
        <w:t xml:space="preserve">[58:44] </w:t>
      </w:r>
      <w:r>
        <w:t>to yakeenan Allah ta'ala aapko chhodenge nahi. zaroor Allah ta'ala ummate Muslima ki ki ko de condition banane ke liye, de condition umma kuch bhi jo Allah ke ilm mein durust hoga, usko akhtar karenge. Maulana, yeh ek comment aaya hai doctor Muslima Siddiqui ki taraf se. aa</w:t>
      </w:r>
    </w:p>
    <w:p>
      <w:pPr>
        <w:jc w:val="right"/>
      </w:pPr>
      <w:r>
        <w:t>तो यकीनन अल्लाह ताला आपको छोड़ेंगे नहीं। जरूर अल्लाह ताला उम्मते मुस्लिमा की कि को डी कंडीशन बनाने के लिए, डी कंडीशन उम्मा कुछ भी जो अल्लाह के इल्म में दुरुस्त होगा, उसको अख्तार करेंगे। مولانا، यह एक कमेंट आया है डॉक्टर मुस्लिमा सिद्दीकी की तरफ से। آ</w:t>
      </w:r>
    </w:p>
    <w:p>
      <w:r>
        <w:rPr>
          <w:b/>
        </w:rPr>
        <w:t xml:space="preserve">[59:10] </w:t>
      </w:r>
      <w:r>
        <w:t>j mujh par yeh baat wazeh hui ki Allah ta'ala halaat ko overhaul karke badalte rehte hain. yeh sab stagnation, jamood khatm karne ke liye hota hai. isliye naye halaat ke khilaf protest karne ki bajaye, hamein chahiye ki naye halaat mein hum apne role ko discover karein aur mission ke kaam mein lag jayein. isi mein duniya ki bhi bhalai hai aur akhirat ki bhi. sahi hai, bilk</w:t>
      </w:r>
    </w:p>
    <w:p>
      <w:pPr>
        <w:jc w:val="right"/>
      </w:pPr>
      <w:r>
        <w:t>ج مجھ پر یہ بات واضح ہوئی کہ اللہ تعالی حالات کو اوور ہال کر کے بدلتے رہتے ہیں۔ यह सब स्टैग्नेशन, जमूद खत्म करने के लिए होता है। इसलिए नए हालात के खिलाफ प्रोटेस्ट करने की बजाय, हमें चाहिए कि नए हालात में हम अपने रोल को डिस्कवर करें और मिशन के काम में लग जाएं। इसी में दुनिया की भी भलाई है और आखिरत की भी। सही है, बिल्क</w:t>
      </w:r>
    </w:p>
    <w:p>
      <w:r>
        <w:rPr>
          <w:b/>
        </w:rPr>
        <w:t xml:space="preserve">[59:38] </w:t>
      </w:r>
      <w:r>
        <w:t>ul sahi hai. main yeh idea par se agree karta hoon.</w:t>
      </w:r>
    </w:p>
    <w:p>
      <w:pPr>
        <w:jc w:val="right"/>
      </w:pPr>
      <w:r>
        <w:t>ुल सही है। मैं यह आइडिया पर से एग्री करता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