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Sincerity 13 May 2014</w:t>
      </w:r>
    </w:p>
    <w:p>
      <w:r>
        <w:t>https://youtu.be/w5Rr0YFc5T0</w:t>
      </w:r>
    </w:p>
    <w:p>
      <w:r>
        <w:rPr>
          <w:b/>
        </w:rPr>
        <w:t xml:space="preserve">[00:13] </w:t>
      </w:r>
      <w:r>
        <w:t>bismillah hir rahman nir rahim. 13 May 2014.</w:t>
      </w:r>
    </w:p>
    <w:p>
      <w:pPr>
        <w:jc w:val="right"/>
      </w:pPr>
      <w:r>
        <w:t>بسم اللہ الرحمن الرحیم۔ 13 مئی 2014۔</w:t>
      </w:r>
    </w:p>
    <w:p>
      <w:r>
        <w:rPr>
          <w:b/>
        </w:rPr>
        <w:t xml:space="preserve">[00:27] </w:t>
      </w:r>
      <w:r>
        <w:t>Allah ta'ala ne yeh duniya ko is tarah banaya hai ki yahan tamam haqiqatein ghaib mein hain.</w:t>
      </w:r>
    </w:p>
    <w:p>
      <w:pPr>
        <w:jc w:val="right"/>
      </w:pPr>
      <w:r>
        <w:t>اللہ تعالیٰ نے یہ دنیا کو اس طرح بنایا ہے کہ یہاں تمام حقیقتیں غیب میں ہیں۔</w:t>
      </w:r>
    </w:p>
    <w:p>
      <w:r>
        <w:rPr>
          <w:b/>
        </w:rPr>
        <w:t xml:space="preserve">[00:40] </w:t>
      </w:r>
      <w:r>
        <w:t>yaani Allah ka wajood, malaika ka wajood, jannat ka wajood—yeh haqiqatein hain jin par hum koi aqeeda kehte hain.</w:t>
      </w:r>
    </w:p>
    <w:p>
      <w:pPr>
        <w:jc w:val="right"/>
      </w:pPr>
      <w:r>
        <w:t>یعنی اللہ کا وجود، ملائکہ کا وجود، جنت کا وجود—یہ حقیقتیں ہیں جن پر ہم کوئی عقیدہ کہتے ہیں۔</w:t>
      </w:r>
    </w:p>
    <w:p>
      <w:r>
        <w:rPr>
          <w:b/>
        </w:rPr>
        <w:t xml:space="preserve">[00:57] </w:t>
      </w:r>
      <w:r>
        <w:t>to</w:t>
      </w:r>
    </w:p>
    <w:p>
      <w:pPr>
        <w:jc w:val="right"/>
      </w:pPr>
      <w:r>
        <w:t>تو</w:t>
      </w:r>
    </w:p>
    <w:p>
      <w:r>
        <w:rPr>
          <w:b/>
        </w:rPr>
        <w:t xml:space="preserve">[01:01] </w:t>
      </w:r>
      <w:r>
        <w:t>wo sab haqiqatein ghaib mein hain.</w:t>
      </w:r>
    </w:p>
    <w:p>
      <w:pPr>
        <w:jc w:val="right"/>
      </w:pPr>
      <w:r>
        <w:t>وہ سب حقیقتیں غیب میں ہیں۔</w:t>
      </w:r>
    </w:p>
    <w:p>
      <w:r>
        <w:rPr>
          <w:b/>
        </w:rPr>
        <w:t xml:space="preserve">[01:06] </w:t>
      </w:r>
      <w:r>
        <w:t>isi liye Quran mein hai ki "yu'minoona bil ghaib"</w:t>
      </w:r>
    </w:p>
    <w:p>
      <w:pPr>
        <w:jc w:val="right"/>
      </w:pPr>
      <w:r>
        <w:t>اسی لیے قرآن میں ہے کہ "یومنون بالغیب"</w:t>
      </w:r>
    </w:p>
    <w:p>
      <w:r>
        <w:rPr>
          <w:b/>
        </w:rPr>
        <w:t xml:space="preserve">[01:10] </w:t>
      </w:r>
      <w:r>
        <w:t>. to iman ka matlab hai ghaib par yaqeen karna.</w:t>
      </w:r>
    </w:p>
    <w:p>
      <w:pPr>
        <w:jc w:val="right"/>
      </w:pPr>
      <w:r>
        <w:t>۔ تو ایمان کا مطلب ہے غیب پر یقین کرنا۔</w:t>
      </w:r>
    </w:p>
    <w:p>
      <w:r>
        <w:rPr>
          <w:b/>
        </w:rPr>
        <w:t xml:space="preserve">[01:21] </w:t>
      </w:r>
      <w:r>
        <w:t>to ghaib par yaqeen kaise aata hai?</w:t>
      </w:r>
    </w:p>
    <w:p>
      <w:pPr>
        <w:jc w:val="right"/>
      </w:pPr>
      <w:r>
        <w:t>تو غیب پر یقین کیسے آتا ہے؟</w:t>
      </w:r>
    </w:p>
    <w:p>
      <w:r>
        <w:rPr>
          <w:b/>
        </w:rPr>
        <w:t xml:space="preserve">[01:28] </w:t>
      </w:r>
      <w:r>
        <w:t>is ke liye zaroorat hai sincerity ki, sanjedgi ki.</w:t>
      </w:r>
    </w:p>
    <w:p>
      <w:pPr>
        <w:jc w:val="right"/>
      </w:pPr>
      <w:r>
        <w:t>اس کے لیے ضرورت ہے سنسیرٹی کی، سنجیدگی کی۔</w:t>
      </w:r>
    </w:p>
    <w:p>
      <w:r>
        <w:rPr>
          <w:b/>
        </w:rPr>
        <w:t xml:space="preserve">[01:37] </w:t>
      </w:r>
      <w:r>
        <w:t>ghaib par yaqeen laane ke liye sab se zyada jis cheez ki zaroorat hai woh hai sanjedgi. Quran mein jo hai ki</w:t>
      </w:r>
    </w:p>
    <w:p>
      <w:pPr>
        <w:jc w:val="right"/>
      </w:pPr>
      <w:r>
        <w:t>غیب پر یقین لانے کے لیے سب سے زیادہ جس چیز کی ضرورت ہے وہ ہے سنجیدگی۔ قرآن میں جو ہے کہ</w:t>
      </w:r>
    </w:p>
    <w:p>
      <w:r>
        <w:rPr>
          <w:b/>
        </w:rPr>
        <w:t xml:space="preserve">[01:54] </w:t>
      </w:r>
      <w:r>
        <w:t>"dhalikal kitabu la rayba feeh hudal lil muttaqeen" .</w:t>
      </w:r>
    </w:p>
    <w:p>
      <w:pPr>
        <w:jc w:val="right"/>
      </w:pPr>
      <w:r>
        <w:t>"ذالک الکتاب الیار فی ہد للمتقین" ۔</w:t>
      </w:r>
    </w:p>
    <w:p>
      <w:r>
        <w:rPr>
          <w:b/>
        </w:rPr>
        <w:t xml:space="preserve">[02:00] </w:t>
      </w:r>
      <w:r>
        <w:t>muttaqiyon ke liye hidayat hai.</w:t>
      </w:r>
    </w:p>
    <w:p>
      <w:pPr>
        <w:jc w:val="right"/>
      </w:pPr>
      <w:r>
        <w:t>متقیوں کے لیے ہدایت ہے۔</w:t>
      </w:r>
    </w:p>
    <w:p>
      <w:r>
        <w:rPr>
          <w:b/>
        </w:rPr>
        <w:t xml:space="preserve">[02:05] </w:t>
      </w:r>
      <w:r>
        <w:t>to mutaqi ka matlab yahan par hai bohat ziyada sanjeeda insaan.</w:t>
      </w:r>
    </w:p>
    <w:p>
      <w:pPr>
        <w:jc w:val="right"/>
      </w:pPr>
      <w:r>
        <w:t>تو متقی کا مطلب یہاں پر ہے بہت زیادہ سنجیدہ انسان۔</w:t>
      </w:r>
    </w:p>
    <w:p>
      <w:r>
        <w:rPr>
          <w:b/>
        </w:rPr>
        <w:t xml:space="preserve">[02:15] </w:t>
      </w:r>
      <w:r>
        <w:t>jo bohat ziyada sanjeeda insaan ho, usi ke liye</w:t>
      </w:r>
    </w:p>
    <w:p>
      <w:pPr>
        <w:jc w:val="right"/>
      </w:pPr>
      <w:r>
        <w:t>جو بہت زیادہ سنجیدہ انسان ہو، اسی کے لیے</w:t>
      </w:r>
    </w:p>
    <w:p>
      <w:r>
        <w:rPr>
          <w:b/>
        </w:rPr>
        <w:t xml:space="preserve">[02:22] </w:t>
      </w:r>
      <w:r>
        <w:t>usi ko hidayat milti hai.</w:t>
      </w:r>
    </w:p>
    <w:p>
      <w:pPr>
        <w:jc w:val="right"/>
      </w:pPr>
      <w:r>
        <w:t>اسی کو ہدایت ملتی ہے۔</w:t>
      </w:r>
    </w:p>
    <w:p>
      <w:r>
        <w:rPr>
          <w:b/>
        </w:rPr>
        <w:t xml:space="preserve">[02:27] </w:t>
      </w:r>
      <w:r>
        <w:t>is aayat par ghaur kijiye: "zaalikal kitab la raiba wa"</w:t>
      </w:r>
    </w:p>
    <w:p>
      <w:pPr>
        <w:jc w:val="right"/>
      </w:pPr>
      <w:r>
        <w:t>اس آیت پر غور کیجیے: "ذالک الکتاب الیار وفی"</w:t>
      </w:r>
    </w:p>
    <w:p>
      <w:r>
        <w:rPr>
          <w:b/>
        </w:rPr>
        <w:t xml:space="preserve">[02:32] </w:t>
      </w:r>
      <w:r>
        <w:t>. yahan par alif laam meem jo hai, main samajhta hoon ke yeh ahad ka hai. ahad ka matlab yeh hai ke is ka tarjuma yeh hoga ke yeh wahi kitaab mauood hai.</w:t>
      </w:r>
    </w:p>
    <w:p>
      <w:pPr>
        <w:jc w:val="right"/>
      </w:pPr>
      <w:r>
        <w:t>۔ یہاں پر الف لام میم جو ہے، میں سمجھتا ہوں کہ یہ عہد کا ہے۔ عہد کا مطلب یہ ہے کہ اس کا ترجمہ یہ ہوگا کہ یہ وہی کتاب موعود ہے۔</w:t>
      </w:r>
    </w:p>
    <w:p>
      <w:r>
        <w:rPr>
          <w:b/>
        </w:rPr>
        <w:t xml:space="preserve">[02:48] </w:t>
      </w:r>
      <w:r>
        <w:t>yani wahi kitaab hai jis ka wada kiya gaya tha.</w:t>
      </w:r>
    </w:p>
    <w:p>
      <w:pPr>
        <w:jc w:val="right"/>
      </w:pPr>
      <w:r>
        <w:t>یعنی وہی کتاب ہے جس کا وعدہ کیا گیا تھا۔</w:t>
      </w:r>
    </w:p>
    <w:p>
      <w:r>
        <w:rPr>
          <w:b/>
        </w:rPr>
        <w:t xml:space="preserve">[02:56] </w:t>
      </w:r>
      <w:r>
        <w:t>to aam taur par log samajhte hain ke yahan wada se murad yeh hai ke woh pichli kitaabon, jo pichli kutub samavi hain,</w:t>
      </w:r>
    </w:p>
    <w:p>
      <w:pPr>
        <w:jc w:val="right"/>
      </w:pPr>
      <w:r>
        <w:t>تو عام طور پر لوگ سمجھتے ہیں کہ یہاں وعدہ سے مراد یہ ہے کہ وہ پچھلی کتابوں، جو پچھلی کتب سماوی ہیں،</w:t>
      </w:r>
    </w:p>
    <w:p>
      <w:r>
        <w:rPr>
          <w:b/>
        </w:rPr>
        <w:t xml:space="preserve">[03:09] </w:t>
      </w:r>
      <w:r>
        <w:t>bible waghera, to is mein peshangoi ki gayi thi ke ek aur nabi aayega, ek aur kitaab aayegi.</w:t>
      </w:r>
    </w:p>
    <w:p>
      <w:pPr>
        <w:jc w:val="right"/>
      </w:pPr>
      <w:r>
        <w:t>بائبل وغیرہ، تو اس میں پیشنگوئی کی گئی تھی کہ ایک اور نبی آئے گا، ایک اور کتاب آئے گی۔</w:t>
      </w:r>
    </w:p>
    <w:p>
      <w:r>
        <w:rPr>
          <w:b/>
        </w:rPr>
        <w:t xml:space="preserve">[03:18] </w:t>
      </w:r>
      <w:r>
        <w:t>to is ki taraf ishara hai. main samajhta hoon ke yeh baat nahi hai.</w:t>
      </w:r>
    </w:p>
    <w:p>
      <w:pPr>
        <w:jc w:val="right"/>
      </w:pPr>
      <w:r>
        <w:t>تو اس کی طرف اشارہ ہے۔ میں سمجھتا ہوں کہ یہ بات نہیں ہے۔</w:t>
      </w:r>
    </w:p>
    <w:p>
      <w:r>
        <w:rPr>
          <w:b/>
        </w:rPr>
        <w:t xml:space="preserve">[03:26] </w:t>
      </w:r>
      <w:r>
        <w:t>yahan yeh baat to sahi hai ke yeh alif laam ahad ka hai, lekin yeh is se murad pichli kitaabein nahi hain. is se murad hai insaan ki fitrat.</w:t>
      </w:r>
    </w:p>
    <w:p>
      <w:pPr>
        <w:jc w:val="right"/>
      </w:pPr>
      <w:r>
        <w:t>یہاں یہ بات تو صحیح ہے کہ یہ الف لام عہد کا ہے، لیکن یہ اس سے مراد پچھلی کتابیں نہیں ہیں۔ اس سے مراد ہے انسان کی فطرت۔</w:t>
      </w:r>
    </w:p>
    <w:p>
      <w:r>
        <w:rPr>
          <w:b/>
        </w:rPr>
        <w:t xml:space="preserve">[03:40] </w:t>
      </w:r>
      <w:r>
        <w:t>is ka matlab yeh hai ke</w:t>
      </w:r>
    </w:p>
    <w:p>
      <w:pPr>
        <w:jc w:val="right"/>
      </w:pPr>
      <w:r>
        <w:t>اس کا مطلب یہ ہے کہ</w:t>
      </w:r>
    </w:p>
    <w:p>
      <w:r>
        <w:rPr>
          <w:b/>
        </w:rPr>
        <w:t xml:space="preserve">[03:45] </w:t>
      </w:r>
      <w:r>
        <w:t>insaan ki fitrat jis kitaab ka taqaza kar rahi thi, wahi wahi kitaab hai.</w:t>
      </w:r>
    </w:p>
    <w:p>
      <w:pPr>
        <w:jc w:val="right"/>
      </w:pPr>
      <w:r>
        <w:t>انسان کی فطرت جس کتاب کا تقاضا کر رہی تھی، وہی وہی کتاب ہے۔</w:t>
      </w:r>
    </w:p>
    <w:p>
      <w:r>
        <w:rPr>
          <w:b/>
        </w:rPr>
        <w:t xml:space="preserve">[03:55] </w:t>
      </w:r>
      <w:r>
        <w:t>yeh wahi kitaab hai jis ka taqaza insaan ki fitrat kar rahi thi.</w:t>
      </w:r>
    </w:p>
    <w:p>
      <w:pPr>
        <w:jc w:val="right"/>
      </w:pPr>
      <w:r>
        <w:t>یہ وہی کتاب ہے جس کا تقاضا انسان کی فطرت کر رہی تھی۔</w:t>
      </w:r>
    </w:p>
    <w:p>
      <w:r>
        <w:rPr>
          <w:b/>
        </w:rPr>
        <w:t xml:space="preserve">[04:05] </w:t>
      </w:r>
      <w:r>
        <w:t>yeh matlab hai is ka. lekin yeh yeh hidayat banegi un ke liye jo mutaqi hon. yahan mutaqi ke mani</w:t>
      </w:r>
    </w:p>
    <w:p>
      <w:pPr>
        <w:jc w:val="right"/>
      </w:pPr>
      <w:r>
        <w:t>یہ مطلب ہے اس کا۔ لیکن یہ یہ ہدایت بنے گی ان کے لیے جو متقی ہوں۔ یہاں متقی کے معنی</w:t>
      </w:r>
    </w:p>
    <w:p>
      <w:r>
        <w:rPr>
          <w:b/>
        </w:rPr>
        <w:t xml:space="preserve">[04:15] </w:t>
      </w:r>
      <w:r>
        <w:t>yeh ishare mani mein nahi hain ghaliban, balke yeh is ke</w:t>
      </w:r>
    </w:p>
    <w:p>
      <w:pPr>
        <w:jc w:val="right"/>
      </w:pPr>
      <w:r>
        <w:t>یہ اشارے معنی میں نہیں ہیں غالباً، بلکہ یہ اس کے</w:t>
      </w:r>
    </w:p>
    <w:p>
      <w:r>
        <w:rPr>
          <w:b/>
        </w:rPr>
        <w:t xml:space="preserve">[04:26] </w:t>
      </w:r>
      <w:r>
        <w:t>is ke lughwi mani mein ghaliban hai ke bohat ziyada sanjeeda insaan, bohat ziyada sanjeeda hoga, tab is is hidayat ko payega jis mein jo is kitaab ke zariye bheji gayi hai.</w:t>
      </w:r>
    </w:p>
    <w:p>
      <w:pPr>
        <w:jc w:val="right"/>
      </w:pPr>
      <w:r>
        <w:t>اس کے لغوی معنی میں غالباً ہے کہ بہت زیادہ سنجیدہ انسان، بہت زیادہ سنجیدہ ہوگا، تب اس اس ہدایت کو پائے گا جس میں جو اس کتاب کے ذریعے بھیجی گئی ہے۔</w:t>
      </w:r>
    </w:p>
    <w:p>
      <w:r>
        <w:rPr>
          <w:b/>
        </w:rPr>
        <w:t xml:space="preserve">[04:42] </w:t>
      </w:r>
      <w:r>
        <w:t>dekhiye, har insaan jab paida hota hai to us ke samne yeh sawal hota hai, kabhi shuuri taur par, kabhi ghair shuuri taur par ke main kaun hoon?</w:t>
      </w:r>
    </w:p>
    <w:p>
      <w:pPr>
        <w:jc w:val="right"/>
      </w:pPr>
      <w:r>
        <w:t>دیکھیے، ہر انسان جب پیدا ہوتا ہے تو اس کے سامنے یہ سوال ہوتا ہے، کبھی شعوری طور پر، کبھی غیر شعوری طور پر کہ میں کون ہوں؟</w:t>
      </w:r>
    </w:p>
    <w:p>
      <w:r>
        <w:rPr>
          <w:b/>
        </w:rPr>
        <w:t xml:space="preserve">[04:56] </w:t>
      </w:r>
      <w:r>
        <w:t>is duniya mein kis liye aaya hoon? mera purpose kya hai meri life ka?</w:t>
      </w:r>
    </w:p>
    <w:p>
      <w:pPr>
        <w:jc w:val="right"/>
      </w:pPr>
      <w:r>
        <w:t>اس دنیا میں کس لیے آیا ہوں؟ میرا پرپس کیا ہے میری لائف کا؟</w:t>
      </w:r>
    </w:p>
    <w:p>
      <w:r>
        <w:rPr>
          <w:b/>
        </w:rPr>
        <w:t xml:space="preserve">[05:06] </w:t>
      </w:r>
      <w:r>
        <w:t>70, 80 saal mujhe jeeta hoon, phir mar jata hoon to kahan aaya?</w:t>
      </w:r>
    </w:p>
    <w:p>
      <w:pPr>
        <w:jc w:val="right"/>
      </w:pPr>
      <w:r>
        <w:t>70، 80 سال مجھے جیتا ہوں، پھر مر جاتا ہوں تو کہاں آیا؟</w:t>
      </w:r>
    </w:p>
    <w:p>
      <w:r>
        <w:rPr>
          <w:b/>
        </w:rPr>
        <w:t xml:space="preserve">[05:11] </w:t>
      </w:r>
      <w:r>
        <w:t>kahan se aaya? kahan jana hai mujhe? yeh sab zindagi ke sawalat hain. in sawalat ka jawab aap jante hain ke kisi pahad ki choti par likha hua nahi hai, kahin se awaaz nahi aati.</w:t>
      </w:r>
    </w:p>
    <w:p>
      <w:pPr>
        <w:jc w:val="right"/>
      </w:pPr>
      <w:r>
        <w:t>کہاں سے آیا؟ کہاں جانا ہے مجھے؟ یہ سب زندگی کے سوالات ہیں۔ ان سوالات کا جواب آپ جانتے ہیں کہ کسی پہاڑ کی چوٹی پر لکھا ہوا نہیں ہے، کہیں سے آواز نہیں آتی۔</w:t>
      </w:r>
    </w:p>
    <w:p>
      <w:r>
        <w:rPr>
          <w:b/>
        </w:rPr>
        <w:t xml:space="preserve">[05:26] </w:t>
      </w:r>
      <w:r>
        <w:t>to har insaan goya paida hota hai</w:t>
      </w:r>
    </w:p>
    <w:p>
      <w:pPr>
        <w:jc w:val="right"/>
      </w:pPr>
      <w:r>
        <w:t>تو ہر انسان گویا پیدا ہوتا ہے</w:t>
      </w:r>
    </w:p>
    <w:p>
      <w:r>
        <w:rPr>
          <w:b/>
        </w:rPr>
        <w:t xml:space="preserve">[05:31] </w:t>
      </w:r>
      <w:r>
        <w:t>ek hesiyat se, kaha jaye ke mutalashi insaan ki hesiyat se.</w:t>
      </w:r>
    </w:p>
    <w:p>
      <w:pPr>
        <w:jc w:val="right"/>
      </w:pPr>
      <w:r>
        <w:t>ایک حیثیت سے، کہا جائے کہ متلاشی انسان کی حیثیت سے۔</w:t>
      </w:r>
    </w:p>
    <w:p>
      <w:r>
        <w:rPr>
          <w:b/>
        </w:rPr>
        <w:t xml:space="preserve">[05:39] </w:t>
      </w:r>
      <w:r>
        <w:t>har insaan in sawalat se guzar guzar hota hai, kabhi shuuri taur par, kabhi ghair shuuri taur par. to yeh jo sawalat hain, inhi sawalat ke jawab ke taur par yeh quran aaya hai.</w:t>
      </w:r>
    </w:p>
    <w:p>
      <w:pPr>
        <w:jc w:val="right"/>
      </w:pPr>
      <w:r>
        <w:t>ہر انسان ان سوالات سے گزر گزر ہوتا ہے، کبھی شعوری طور پر، کبھی غیر شعوری طور پر۔ تو یہ جو سوالات ہیں، انہی سوالات کے جواب کے طور پر یہ قرآن آیا ہے۔</w:t>
      </w:r>
    </w:p>
    <w:p>
      <w:r>
        <w:rPr>
          <w:b/>
        </w:rPr>
        <w:t xml:space="preserve">[05:51] </w:t>
      </w:r>
      <w:r>
        <w:t>is mani mein yeh hai ke alif laam ahad jo hai, usi mani mein hai ke yeh kitaab tumhare in sawalat ka jawab deti hai jis ko le kar tum sochte rehte ho ke main kyun paida hua?</w:t>
      </w:r>
    </w:p>
    <w:p>
      <w:pPr>
        <w:jc w:val="right"/>
      </w:pPr>
      <w:r>
        <w:t>اس معنی میں یہ ہے کہ الف لام عہد جو ہے، اسی معنی میں ہے کہ یہ کتاب تمہارے ان سوالات کا جواب دیتی ہے جس کو لے کر تم سوچتے رہتے ہو کہ میں کیوں پیدا ہوا؟</w:t>
      </w:r>
    </w:p>
    <w:p>
      <w:r>
        <w:rPr>
          <w:b/>
        </w:rPr>
        <w:t xml:space="preserve">[06:07] </w:t>
      </w:r>
      <w:r>
        <w:t>mera purpose of life kya hai? maut se pehle kya hai? maut ke baad kya hai? meri kaavish kya hai?</w:t>
      </w:r>
    </w:p>
    <w:p>
      <w:pPr>
        <w:jc w:val="right"/>
      </w:pPr>
      <w:r>
        <w:t>میرا پرپس آف لائف کیا ہے؟ موت سے پہلے کیا ہے؟ موت کے بعد کیا ہے؟ میری کاوش کیا ہے؟</w:t>
      </w:r>
    </w:p>
    <w:p>
      <w:r>
        <w:rPr>
          <w:b/>
        </w:rPr>
        <w:t xml:space="preserve">[06:15] </w:t>
      </w:r>
      <w:r>
        <w:t>yeh sab is mein bataya gaya hai. to is ka matlab yeh hoga ke yeh wahi kitaab hai jis ki talab tumhari fitrat mein thi, jis ki tum talash kar rahay thay.</w:t>
      </w:r>
    </w:p>
    <w:p>
      <w:pPr>
        <w:jc w:val="right"/>
      </w:pPr>
      <w:r>
        <w:t>یہ سب اس میں بتایا گیا ہے۔ تو اس کا مطلب یہ ہوگا کہ یہ وہی کتاب ہے جس کی طلب تمہاری فطرت میں تھی، جس کی تم تلاش کر رہے تھے۔</w:t>
      </w:r>
    </w:p>
    <w:p>
      <w:r>
        <w:rPr>
          <w:b/>
        </w:rPr>
        <w:t xml:space="preserve">[06:29] </w:t>
      </w:r>
      <w:r>
        <w:t>wahi kitaab hai. yeh</w:t>
      </w:r>
    </w:p>
    <w:p>
      <w:pPr>
        <w:jc w:val="right"/>
      </w:pPr>
      <w:r>
        <w:t>وہی کتاب ہے۔ یہ</w:t>
      </w:r>
    </w:p>
    <w:p>
      <w:r>
        <w:rPr>
          <w:b/>
        </w:rPr>
        <w:t xml:space="preserve">[06:35] </w:t>
      </w:r>
      <w:r>
        <w:t>misal ke tor par dekhiye, har aadmi ke samnay yeh sawal hota hai ke is ke andar be-panah desire hain, bohat ziyada khwahishein hain.</w:t>
      </w:r>
    </w:p>
    <w:p>
      <w:pPr>
        <w:jc w:val="right"/>
      </w:pPr>
      <w:r>
        <w:t>مثال کے طور پر دیکھیے، ہر آدمی کے سامنے یہ سوال ہوتا ہے کہ اس کے اندر بے پناہ ڈیزائر ہیں، بہت زیادہ خواہشیں ہیں۔</w:t>
      </w:r>
    </w:p>
    <w:p>
      <w:r>
        <w:rPr>
          <w:b/>
        </w:rPr>
        <w:t xml:space="preserve">[06:45] </w:t>
      </w:r>
      <w:r>
        <w:t>har aadmi khwahishat ka majmooa hai.</w:t>
      </w:r>
    </w:p>
    <w:p>
      <w:pPr>
        <w:jc w:val="right"/>
      </w:pPr>
      <w:r>
        <w:t>ہر آدمی خواہشات کا مجموعہ ہے۔</w:t>
      </w:r>
    </w:p>
    <w:p>
      <w:r>
        <w:rPr>
          <w:b/>
        </w:rPr>
        <w:t xml:space="preserve">[06:52] </w:t>
      </w:r>
      <w:r>
        <w:t>koi aadmi aisa nahi hai jo khwahishon ka majmooa na ho. kaha jata hai ke "man is a desire seeking animal"</w:t>
      </w:r>
    </w:p>
    <w:p>
      <w:pPr>
        <w:jc w:val="right"/>
      </w:pPr>
      <w:r>
        <w:t>کوئی آدمی ایسا نہیں ہے جو خواہشوں کا مجموعہ نہ ہو۔ کہا جاتا ہے کہ "may need a desire seeking animal"</w:t>
      </w:r>
    </w:p>
    <w:p>
      <w:r>
        <w:rPr>
          <w:b/>
        </w:rPr>
        <w:t xml:space="preserve">[07:04] </w:t>
      </w:r>
      <w:r>
        <w:t>. to sawal yeh hai ke koi bhi aadmi apne desire ko poora nahi kar pata. har aadmi apni khwahishon ko poora karne ki koshish mein rehta hai, lekin poora kiye baghair mar jata hai.</w:t>
      </w:r>
    </w:p>
    <w:p>
      <w:pPr>
        <w:jc w:val="right"/>
      </w:pPr>
      <w:r>
        <w:t>۔ تو سوال یہ ہے کہ کوئی بھی آدمی اپنے ڈیزائر کو پورا نہیں کر پاتا۔ ہر آدمی اپنی خواہشوں کو پورا کرنے کی کوشش میں رہتا ہے، لیکن پورا کیے بغیر مر جاتا ہے۔</w:t>
      </w:r>
    </w:p>
    <w:p>
      <w:r>
        <w:rPr>
          <w:b/>
        </w:rPr>
        <w:t xml:space="preserve">[07:18] </w:t>
      </w:r>
      <w:r>
        <w:t>yeh aik sawal hai ke kyun aisa hai? ab dekhiye, insaan ke siwa jo doosri makhlooqat hain, un ki koi khwahish nahi.</w:t>
      </w:r>
    </w:p>
    <w:p>
      <w:pPr>
        <w:jc w:val="right"/>
      </w:pPr>
      <w:r>
        <w:t>یہ ایک سوال ہے کہ کیوں ایسا ہے؟ اب دیکھیے، انسان کے سوا جو دوسری مخلوقات ہیں، ان کی کوئی خواہش نہیں۔</w:t>
      </w:r>
    </w:p>
    <w:p>
      <w:r>
        <w:rPr>
          <w:b/>
        </w:rPr>
        <w:t xml:space="preserve">[07:31] </w:t>
      </w:r>
      <w:r>
        <w:t>pahar hain, samandar hain, sitaray hain, sayaray hain, hawaein hain, to un ki koi khwahish nahi hai.</w:t>
      </w:r>
    </w:p>
    <w:p>
      <w:pPr>
        <w:jc w:val="right"/>
      </w:pPr>
      <w:r>
        <w:t>پہاڑ ہیں، سمندر ہیں، ستارے ہیں، سیارے ہیں، ہوائیں ہیں، تو ان کی کوئی خواہش نہیں ہے۔</w:t>
      </w:r>
    </w:p>
    <w:p>
      <w:r>
        <w:rPr>
          <w:b/>
        </w:rPr>
        <w:t xml:space="preserve">[07:44] </w:t>
      </w:r>
      <w:r>
        <w:t>hata ke animal ki bhi koi khwahish nahi hai.</w:t>
      </w:r>
    </w:p>
    <w:p>
      <w:pPr>
        <w:jc w:val="right"/>
      </w:pPr>
      <w:r>
        <w:t>حتیٰ کہ اینیمل کی بھی کوئی خواہش نہیں ہے۔</w:t>
      </w:r>
    </w:p>
    <w:p>
      <w:r>
        <w:rPr>
          <w:b/>
        </w:rPr>
        <w:t xml:space="preserve">[07:46] </w:t>
      </w:r>
      <w:r>
        <w:t>kaha jata hai ke animal ke sirf do pehlu hotay hain, un ke do cheezon ka taqaza hota hai un ki fitrat mein, yani safety aur food.</w:t>
      </w:r>
    </w:p>
    <w:p>
      <w:pPr>
        <w:jc w:val="right"/>
      </w:pPr>
      <w:r>
        <w:t>کہا جاتا ہے کہ اینیمل کے صرف دو پہلو ہوتے ہیں، ان کے دو چیزوں کا تقاضا ہوتا ہے ان کی فطرت میں، یعنی سیفٹی اور فوڈ۔</w:t>
      </w:r>
    </w:p>
    <w:p>
      <w:r>
        <w:rPr>
          <w:b/>
        </w:rPr>
        <w:t xml:space="preserve">[08:02] </w:t>
      </w:r>
      <w:r>
        <w:t>khana milta rahe un ko aur aur un ko mehfooz rahe woh doosray janwaron se. lekin insaan ke andar to be-panah khwahishein hain.</w:t>
      </w:r>
    </w:p>
    <w:p>
      <w:pPr>
        <w:jc w:val="right"/>
      </w:pPr>
      <w:r>
        <w:t>کھانا ملتا رہے ان کو اور اور ان کو محفوظ رہے وہ دوسرے جانوروں سے۔ لیکن انسان کے اندر تو بے پناہ خواہشیں ہیں۔</w:t>
      </w:r>
    </w:p>
    <w:p>
      <w:r>
        <w:rPr>
          <w:b/>
        </w:rPr>
        <w:t xml:space="preserve">[08:13] </w:t>
      </w:r>
      <w:r>
        <w:t>to insaan ko, yani is dunya mein insaan ke samajhte hain makhlooqat hain, un ki koi khwahish nahi hoti.</w:t>
      </w:r>
    </w:p>
    <w:p>
      <w:pPr>
        <w:jc w:val="right"/>
      </w:pPr>
      <w:r>
        <w:t>تو انسان کو، یعنی اس دنیا میں انسان کے سمجھتے ہیں مخلوقات ہیں، ان کی کوئی خواہش نہیں ہوتی۔</w:t>
      </w:r>
    </w:p>
    <w:p>
      <w:r>
        <w:rPr>
          <w:b/>
        </w:rPr>
        <w:t xml:space="preserve">[08:23] </w:t>
      </w:r>
      <w:r>
        <w:t>woh bila, woh woh satisfaction mein jeetay hain, satisfaction mein martay hain. to insaan ke sath kyun aisa kiya gaya?</w:t>
      </w:r>
    </w:p>
    <w:p>
      <w:pPr>
        <w:jc w:val="right"/>
      </w:pPr>
      <w:r>
        <w:t>وہ بلا، وہ وہ سیٹسفیکشن میں جیتے ہیں، سیٹسفیکشن میں مرتے ہیں۔ تو انسان کے ساتھ کیوں ایسا کیا گیا؟</w:t>
      </w:r>
    </w:p>
    <w:p>
      <w:r>
        <w:rPr>
          <w:b/>
        </w:rPr>
        <w:t xml:space="preserve">[08:37] </w:t>
      </w:r>
      <w:r>
        <w:t>yeh aik sawal hai. to is sawal hi mein is ka jawab bhi hai. kyunke khwahish jo hai, woh kya hai?</w:t>
      </w:r>
    </w:p>
    <w:p>
      <w:pPr>
        <w:jc w:val="right"/>
      </w:pPr>
      <w:r>
        <w:t>یہ ایک سوال ہے۔ تو اس سوال ہی میں اس کا جواب بھی ہے۔ کیونکہ خواہش جو ہے، وہ کیا ہے؟</w:t>
      </w:r>
    </w:p>
    <w:p>
      <w:r>
        <w:rPr>
          <w:b/>
        </w:rPr>
        <w:t xml:space="preserve">[08:46] </w:t>
      </w:r>
      <w:r>
        <w:t>woh aik creation hai. sense of enjoy jo hai, woh aik creation hai.</w:t>
      </w:r>
    </w:p>
    <w:p>
      <w:pPr>
        <w:jc w:val="right"/>
      </w:pPr>
      <w:r>
        <w:t>وہ ایک کریشن ہے۔ سینس آف انجوائے جو ہے، وہ ایک کریشن ہے۔</w:t>
      </w:r>
    </w:p>
    <w:p>
      <w:r>
        <w:rPr>
          <w:b/>
        </w:rPr>
        <w:t xml:space="preserve">[08:58] </w:t>
      </w:r>
      <w:r>
        <w:t>jis tarah hath aik takhleeq hai, paaon aik takhleeq hai,</w:t>
      </w:r>
    </w:p>
    <w:p>
      <w:pPr>
        <w:jc w:val="right"/>
      </w:pPr>
      <w:r>
        <w:t>جس طرح ہاتھ ایک تخلیق ہے، پاؤں ایک تخلیق ہے،</w:t>
      </w:r>
    </w:p>
    <w:p>
      <w:r>
        <w:rPr>
          <w:b/>
        </w:rPr>
        <w:t xml:space="preserve">[09:06] </w:t>
      </w:r>
      <w:r>
        <w:t>is tarah se hamaray andar jo khwahish hai, jo sense of enjoy, woh bhi aik takhleeq hai, woh bhi aik creation hai.</w:t>
      </w:r>
    </w:p>
    <w:p>
      <w:pPr>
        <w:jc w:val="right"/>
      </w:pPr>
      <w:r>
        <w:t>اس طرح سے ہمارے اندر جو خواہش ہے، جو سینس آف انجوائے، وہ بھی ایک تخلیق ہے، وہ بھی ایک کریشن ہے۔</w:t>
      </w:r>
    </w:p>
    <w:p>
      <w:r>
        <w:rPr>
          <w:b/>
        </w:rPr>
        <w:t xml:space="preserve">[09:17] </w:t>
      </w:r>
      <w:r>
        <w:t>to agar sense of enjoy paida kiya khaliq ne, to is ke bas mein yaqeen yeh bhi hona chahiye ke woh is ka fulfillment paida karay.</w:t>
      </w:r>
    </w:p>
    <w:p>
      <w:pPr>
        <w:jc w:val="right"/>
      </w:pPr>
      <w:r>
        <w:t>تو اگر سینس آف انجوائے پیدا کیا خالق نے، تو اس کے بس میں یقین یہ بھی ہونا چاہیے کہ وہ اس کا فلفلمنٹ پیدا کرے۔</w:t>
      </w:r>
    </w:p>
    <w:p>
      <w:r>
        <w:rPr>
          <w:b/>
        </w:rPr>
        <w:t xml:space="preserve">[09:33] </w:t>
      </w:r>
      <w:r>
        <w:t>mein samajhta hoon ke fulfillment ki paidaish ziyada se ziyada bari baat yeh hai ke jis ko mein kehta hoon ke sense of enjoy, insaan ke andar anokha jazba hai enjoy ka ke hum dekhtay hain aik acha manzar to bara acha lagta hai hum ko.</w:t>
      </w:r>
    </w:p>
    <w:p>
      <w:pPr>
        <w:jc w:val="right"/>
      </w:pPr>
      <w:r>
        <w:t>میں سمجھتا ہوں کہ فلفلمنٹ کی پیدائش زیادہ سے زیادہ بڑی بات یہ ہے کہ جس کو میں کہتا ہوں کہ سینس آف انجوائے، انسان کے اندر انوکھا جذبہ ہے انجوائے کا کہ ہم دیکھتے ہیں ایک اچھا منظر تو بڑا اچھا لگتا ہے ہم کو۔</w:t>
      </w:r>
    </w:p>
    <w:p>
      <w:r>
        <w:rPr>
          <w:b/>
        </w:rPr>
        <w:t xml:space="preserve">[09:55] </w:t>
      </w:r>
      <w:r>
        <w:t>is mein hum enjoy kartay hain, suntay hain aik naghma to hum ko bara acha lagta hai, hum usay enjoy kartay hain.</w:t>
      </w:r>
    </w:p>
    <w:p>
      <w:pPr>
        <w:jc w:val="right"/>
      </w:pPr>
      <w:r>
        <w:t>اس میں ہم انجوائے کرتے ہیں، سنتے ہیں ایک نغمہ تو ہم کو بڑا اچھا لگتا ہے، ہم اسے انجوائے کرتے ہیں۔</w:t>
      </w:r>
    </w:p>
    <w:p>
      <w:r>
        <w:rPr>
          <w:b/>
        </w:rPr>
        <w:t xml:space="preserve">[10:01] </w:t>
      </w:r>
      <w:r>
        <w:t>hum acha khana khate hain to usay enjoy kartay hain, woh acha lagta hai hum ko. har cheez mein, hata ke ghaas par nigah chalain, wahan pe aap ko aik enjoy milta hai.</w:t>
      </w:r>
    </w:p>
    <w:p>
      <w:pPr>
        <w:jc w:val="right"/>
      </w:pPr>
      <w:r>
        <w:t>ہم اچھا کھانا کھاتے ہیں تو اس کو انجوائے کرتے ہیں، وہ اچھا لگتا ہے ہم کو۔ ہر چیز میں، حتیٰ کہ گھاس پر نگاہ پہنچ چلیں، وہاں پہ آپ کو ایک انجوائے ملتا ہے۔</w:t>
      </w:r>
    </w:p>
    <w:p>
      <w:r>
        <w:rPr>
          <w:b/>
        </w:rPr>
        <w:t xml:space="preserve">[10:16] </w:t>
      </w:r>
      <w:r>
        <w:t>achay mahol mein baith kar aap sochtay hain, is mein bhi aap ko enjoy milta hai. lekin is ke bawajood hum dekhtay hain ke fulfillment nahi hai.</w:t>
      </w:r>
    </w:p>
    <w:p>
      <w:pPr>
        <w:jc w:val="right"/>
      </w:pPr>
      <w:r>
        <w:t>اچھے ماحول میں بیٹھ کر آپ سوچتے ہیں، اس میں بھی آپ کو انجوائے ملتا ہے۔ لیکن اس کے باوجود ہم دیکھتے ہیں کہ فلفلمنٹ نہیں ہے۔</w:t>
      </w:r>
    </w:p>
    <w:p>
      <w:r>
        <w:rPr>
          <w:b/>
        </w:rPr>
        <w:t xml:space="preserve">[10:25] </w:t>
      </w:r>
      <w:r>
        <w:t>yahan har aadmi apni khwahishon ko fulfill kiye baghair mar jata hai.</w:t>
      </w:r>
    </w:p>
    <w:p>
      <w:pPr>
        <w:jc w:val="right"/>
      </w:pPr>
      <w:r>
        <w:t>یہاں ہر آدمی اپنی خواہشوں کو فلفل کیے بغیر مر جاتا ہے۔</w:t>
      </w:r>
    </w:p>
    <w:p>
      <w:r>
        <w:rPr>
          <w:b/>
        </w:rPr>
        <w:t xml:space="preserve">[10:32] </w:t>
      </w:r>
      <w:r>
        <w:t>jo is ke senses hain, un senses ko bohat hi limited sense mein, bohat hi thori miqdar mein kuch khushi milti hai, mukammal nahi milti.</w:t>
      </w:r>
    </w:p>
    <w:p>
      <w:pPr>
        <w:jc w:val="right"/>
      </w:pPr>
      <w:r>
        <w:t>جو اس کے سینسز ہیں، ان سینسز کو بہت ہی لمیٹڈ سینس میں، بہت ہی تھوڑی مقدار میں کچھ خوشی ملتی ہے، مکمل نہیں ملتی۔</w:t>
      </w:r>
    </w:p>
    <w:p>
      <w:r>
        <w:rPr>
          <w:b/>
        </w:rPr>
        <w:t xml:space="preserve">[10:46] </w:t>
      </w:r>
      <w:r>
        <w:t>mukammal khushi ke baghair aadmi gira chala jata hai.</w:t>
      </w:r>
    </w:p>
    <w:p>
      <w:pPr>
        <w:jc w:val="right"/>
      </w:pPr>
      <w:r>
        <w:t>مکمل خوشی کے بغیر آدمی گرا چلا جاتا ہے۔</w:t>
      </w:r>
    </w:p>
    <w:p>
      <w:r>
        <w:rPr>
          <w:b/>
        </w:rPr>
        <w:t xml:space="preserve">[10:51] </w:t>
      </w:r>
      <w:r>
        <w:t>to ek sawal hai ke ke sense of enjoy agar khaliq ne takhleeq kiya, in sense of enjoy jo hai aap ke andar, woh bhi ek creation hai.</w:t>
      </w:r>
    </w:p>
    <w:p>
      <w:pPr>
        <w:jc w:val="right"/>
      </w:pPr>
      <w:r>
        <w:t>تو ایک سوال ہے کہ کہ سینس آف انجوائے اگر خالق نے تخلیق کیا، ان سینس آف انجوائے جو ہے آپ کے اندر، وہ بھی ایک کریشن ہے۔</w:t>
      </w:r>
    </w:p>
    <w:p>
      <w:r>
        <w:rPr>
          <w:b/>
        </w:rPr>
        <w:t xml:space="preserve">[11:06] </w:t>
      </w:r>
      <w:r>
        <w:t>to fulfillment kyon nahin takhleeq kiya? jo is se kam darje ki baat thi.</w:t>
      </w:r>
    </w:p>
    <w:p>
      <w:pPr>
        <w:jc w:val="right"/>
      </w:pPr>
      <w:r>
        <w:t>تو فلفلمنٹ کیوں نہیں تخلیق کیا؟ جو اس سے کم درجے کی بات تھی۔</w:t>
      </w:r>
    </w:p>
    <w:p>
      <w:r>
        <w:rPr>
          <w:b/>
        </w:rPr>
        <w:t xml:space="preserve">[11:12] </w:t>
      </w:r>
      <w:r>
        <w:t>aap dekhiye, insaan ke andar pyas ka maada hai to pani paida kiya khaliq ne. pyas ki taskeen ke liye pani paida kar diya.</w:t>
      </w:r>
    </w:p>
    <w:p>
      <w:pPr>
        <w:jc w:val="right"/>
      </w:pPr>
      <w:r>
        <w:t>آپ دیکھیے، انسان کے اندر پیاس کا مادہ ہے تو پانی پیدا کیا خالق نے۔ پیاس کی تسکین کے لیے پانی پیدا کر دیا۔</w:t>
      </w:r>
    </w:p>
    <w:p>
      <w:r>
        <w:rPr>
          <w:b/>
        </w:rPr>
        <w:t xml:space="preserve">[11:24] </w:t>
      </w:r>
      <w:r>
        <w:t>insaan ke liye bhook ka maada hai to bhook ko mitane ke liye khaliq ne ghiza paida kiya. aadmi khana ghiza kha kar apni bhook mitata hai.</w:t>
      </w:r>
    </w:p>
    <w:p>
      <w:pPr>
        <w:jc w:val="right"/>
      </w:pPr>
      <w:r>
        <w:t>انسان کے لیے بھوک کا مادہ ہے تو بھوک کو مٹانے کے لیے خالق نے غذا پیدا کیا۔ آدمی کھانا غذا کھا کر اپنی بھوک مٹاتا ہے۔</w:t>
      </w:r>
    </w:p>
    <w:p>
      <w:r>
        <w:rPr>
          <w:b/>
        </w:rPr>
        <w:t xml:space="preserve">[11:39] </w:t>
      </w:r>
      <w:r>
        <w:t>to isi tarike se jo aadmi ke andar sense of enjoy jo hai, ke unlimited tor par is ki khwahishein poori hon, unlimited tor par is ko enjoy milta rahe, unlimited tor par is ki rooh ko taskeen hasil ho,</w:t>
      </w:r>
    </w:p>
    <w:p>
      <w:pPr>
        <w:jc w:val="right"/>
      </w:pPr>
      <w:r>
        <w:t>تو اسی طریقے سے جو آدمی کے اندر سینس آف انجوائے جو ہے، کہ ان لمیٹڈ طور پر اس کی خواہشیں پوری ہوں، ان لمیٹڈ طور پر اس کو انجوائے ملتا رہے، ان لمیٹڈ طور پر اس کی روح کو تسکین حاصل ہو،</w:t>
      </w:r>
    </w:p>
    <w:p>
      <w:r>
        <w:rPr>
          <w:b/>
        </w:rPr>
        <w:t xml:space="preserve">[11:55] </w:t>
      </w:r>
      <w:r>
        <w:t>yeh yeh yeh yeh bhi hona chahiye poora. to is ka jawab Quran mein milta hai.</w:t>
      </w:r>
    </w:p>
    <w:p>
      <w:pPr>
        <w:jc w:val="right"/>
      </w:pPr>
      <w:r>
        <w:t>یہ یہ یہ یہ بھی ہونا چاہیے پورا۔ تو اس کا جواب قرآن میں ملتا ہے۔</w:t>
      </w:r>
    </w:p>
    <w:p>
      <w:r>
        <w:rPr>
          <w:b/>
        </w:rPr>
        <w:t xml:space="preserve">[12:05] </w:t>
      </w:r>
      <w:r>
        <w:t>Quran mein yeh milta hai ke woh Allah taala ne maut ke baad ki dunya mein rakha hai, jis ko hum kehte hain jannat. to jannat jo hai, hamare hamari desire, hamare sense of enjoy ke liye full fulfillment ki jagah hai, place of fulfillment,</w:t>
      </w:r>
    </w:p>
    <w:p>
      <w:pPr>
        <w:jc w:val="right"/>
      </w:pPr>
      <w:r>
        <w:t>قرآن میں یہ ملتا ہے کہ وہ اللہ تعالیٰ نے موت کے بعد کی دنیا میں رکھا ہے، جس کو ہم کہتے ہیں جنت۔ تو جنت جو ہے، ہمارے ہماری ڈیزائر، ہمارے سینس آف انجوائے کے لیے فل فلونٹ کی جگہ ہے، پلیس آف فلونٹ،</w:t>
      </w:r>
    </w:p>
    <w:p>
      <w:r>
        <w:rPr>
          <w:b/>
        </w:rPr>
        <w:t xml:space="preserve">[12:26] </w:t>
      </w:r>
      <w:r>
        <w:t>place of fulfillment. to kaha ke hamara woh habitat hai,</w:t>
      </w:r>
    </w:p>
    <w:p>
      <w:pPr>
        <w:jc w:val="right"/>
      </w:pPr>
      <w:r>
        <w:t>پلیس آف فلفلمنٹ۔ تو کہا کہ ہمارا وہ ہیبیٹاٹ ہے،</w:t>
      </w:r>
    </w:p>
    <w:p>
      <w:r>
        <w:rPr>
          <w:b/>
        </w:rPr>
        <w:t xml:space="preserve">[12:33] </w:t>
      </w:r>
      <w:r>
        <w:t>jaise machhli ka habitat pani hai, isi tarah insaan ka habitat jannat hai. is dunya mein aadmi apne habitat se door hai.</w:t>
      </w:r>
    </w:p>
    <w:p>
      <w:pPr>
        <w:jc w:val="right"/>
      </w:pPr>
      <w:r>
        <w:t>جیسے مچھلی کا ہیبیٹاٹ پانی ہے، اسی طرح انسان کا ہیبیٹاٹ جنت ہے۔ اس دنیا میں آدمی اپنے ہیبیٹاٹ سے دور ہے۔</w:t>
      </w:r>
    </w:p>
    <w:p>
      <w:r>
        <w:rPr>
          <w:b/>
        </w:rPr>
        <w:t xml:space="preserve">[12:49] </w:t>
      </w:r>
      <w:r>
        <w:t>to dekhiye, ek baat yeh samjhiye ke har aadmi</w:t>
      </w:r>
    </w:p>
    <w:p>
      <w:pPr>
        <w:jc w:val="right"/>
      </w:pPr>
      <w:r>
        <w:t>تو دیکھیے، ایک بات یہ سمجھیے کہ ہر آدمی</w:t>
      </w:r>
    </w:p>
    <w:p>
      <w:r>
        <w:rPr>
          <w:b/>
        </w:rPr>
        <w:t xml:space="preserve">[12:58] </w:t>
      </w:r>
      <w:r>
        <w:t>yeh janta hai ke mere andar sense of enjoy hai.</w:t>
      </w:r>
    </w:p>
    <w:p>
      <w:pPr>
        <w:jc w:val="right"/>
      </w:pPr>
      <w:r>
        <w:t>یہ جانتا ہے کہ میرے اندر سینس آف انجوائے ہے۔</w:t>
      </w:r>
    </w:p>
    <w:p>
      <w:r>
        <w:rPr>
          <w:b/>
        </w:rPr>
        <w:t xml:space="preserve">[13:03] </w:t>
      </w:r>
      <w:r>
        <w:t>is ke liye kisi proof ki zaroorat nahin hai. har aadmi ka apna tajurba hai. yeh har aadmi apne zaati tajurbe se yeh janta hai ke mere andar sense of enjoy hai, unlimited qism ka.</w:t>
      </w:r>
    </w:p>
    <w:p>
      <w:pPr>
        <w:jc w:val="right"/>
      </w:pPr>
      <w:r>
        <w:t>اس کے لیے کسی پروف کی ضرورت نہیں ہے۔ ہر آدمی کا اپنا تجربہ ہے۔ یہ ہر آدمی اپنے ذاتی تجربے سے یہ جانتا ہے کہ میرے اندر سینس آف انجوائے ہے، ان لمیٹڈ قسم کا۔</w:t>
      </w:r>
    </w:p>
    <w:p>
      <w:r>
        <w:rPr>
          <w:b/>
        </w:rPr>
        <w:t xml:space="preserve">[13:19] </w:t>
      </w:r>
      <w:r>
        <w:t>to yeh aap ne kaha yeh tajurba, yeh daryaft apne aap mein is baat ka saboot hai ke is ke fulfillment ka saaman bhi zaroor hona chahiye.</w:t>
      </w:r>
    </w:p>
    <w:p>
      <w:pPr>
        <w:jc w:val="right"/>
      </w:pPr>
      <w:r>
        <w:t>تو یہ آپ نے کہا یہ تجربہ، یہ دریافت اپنے آپ میں اس بات کا ثبوت ہے کہ اس کے فلفلمنٹ کا سامان بھی ضرور ہونا چاہیے۔</w:t>
      </w:r>
    </w:p>
    <w:p>
      <w:r>
        <w:rPr>
          <w:b/>
        </w:rPr>
        <w:t xml:space="preserve">[13:33] </w:t>
      </w:r>
      <w:r>
        <w:t>yani talab ki maujoodgi matlab ka saboot hai. insaan jo hai, ek talab ka case hai aur jannat matlab hai.</w:t>
      </w:r>
    </w:p>
    <w:p>
      <w:pPr>
        <w:jc w:val="right"/>
      </w:pPr>
      <w:r>
        <w:t>یعنی طلب کی موجودگی مطلوب کا ثبوت ہے۔ انسان جو ہے، ایک طلب کا کیس ہے اور جنت مطلوب ہے۔</w:t>
      </w:r>
    </w:p>
    <w:p>
      <w:r>
        <w:rPr>
          <w:b/>
        </w:rPr>
        <w:t xml:space="preserve">[13:49] </w:t>
      </w:r>
      <w:r>
        <w:t>to jab yeh sabit ho jaye ke talab maujood hai, yahan talab ki maujoodgi jab sabit ho jaye to apne aap yeh bhi sabit ho jata hai ke matlab maujood hai.</w:t>
      </w:r>
    </w:p>
    <w:p>
      <w:pPr>
        <w:jc w:val="right"/>
      </w:pPr>
      <w:r>
        <w:t>تو جب یہ ثابت ہو جائے کہ طلب موجود ہے، یہاں طلب کی موجودگی جب ثابت ہو جائے تو اپنے آپ یہ بھی ثابت ہو جاتا ہے کہ مطلوب موجود ہے۔</w:t>
      </w:r>
    </w:p>
    <w:p>
      <w:r>
        <w:rPr>
          <w:b/>
        </w:rPr>
        <w:t xml:space="preserve">[14:03] </w:t>
      </w:r>
      <w:r>
        <w:t>kyun ke dekhiye,</w:t>
      </w:r>
    </w:p>
    <w:p>
      <w:pPr>
        <w:jc w:val="right"/>
      </w:pPr>
      <w:r>
        <w:t>کیونکہ دیکھیے،</w:t>
      </w:r>
    </w:p>
    <w:p>
      <w:r>
        <w:rPr>
          <w:b/>
        </w:rPr>
        <w:t xml:space="preserve">[14:08] </w:t>
      </w:r>
      <w:r>
        <w:t>talab aur matlab dono ek doosre ka counterpart hain. jaise aap ek ek ek ek bartan lein, is ka ek cover ho, ek dhakkan ho, to cover aur woh dhakkan bartan dono ek doosre ka counterpart ho gaye.</w:t>
      </w:r>
    </w:p>
    <w:p>
      <w:pPr>
        <w:jc w:val="right"/>
      </w:pPr>
      <w:r>
        <w:t>طلب اور مطلوب دونوں ایک دوسرے کا کاؤنٹر پارٹ ہیں۔ جیسے آپ ایک ایک ایک ایک برتن لیں، اس کا ایک کور ہو، ایک ڈھکن ہو، تو کور اور وہ ڈھکن برتن دونوں ایک دوسرے کا کاؤنٹر پارٹ ہو گئے۔</w:t>
      </w:r>
    </w:p>
    <w:p>
      <w:r>
        <w:rPr>
          <w:b/>
        </w:rPr>
        <w:t xml:space="preserve">[14:29] </w:t>
      </w:r>
      <w:r>
        <w:t>to yeh bilkul obvious hai ke agar bartan hai to dhakkan zaroor hoga, dhakkan hai to bartan zaroor hoga.</w:t>
      </w:r>
    </w:p>
    <w:p>
      <w:pPr>
        <w:jc w:val="right"/>
      </w:pPr>
      <w:r>
        <w:t>تو یہ بالکل ابویس ہے کہ اگر برتن ہے تو ڈھکن ضرور ہوگا، ڈھکن ہے تو برتن ضرور ہوگا۔</w:t>
      </w:r>
    </w:p>
    <w:p>
      <w:r>
        <w:rPr>
          <w:b/>
        </w:rPr>
        <w:t xml:space="preserve">[14:40] </w:t>
      </w:r>
      <w:r>
        <w:t>yani counterpart mein jab ek hissa maujood hai, doosra hissa zaroor maujood hoga. to sense of enjoy maujood hai, jis ka hum khud tajurba karte hain.</w:t>
      </w:r>
    </w:p>
    <w:p>
      <w:pPr>
        <w:jc w:val="right"/>
      </w:pPr>
      <w:r>
        <w:t>یعنی کاؤنٹر پارٹ میں جب ایک حصہ موجود ہے، دوسرا حصہ ضرور موجود ہوگا۔ تو سینس آف انجوائے موجود ہے، جس کا ہم خود تجربہ کرتے ہیں۔</w:t>
      </w:r>
    </w:p>
    <w:p>
      <w:r>
        <w:rPr>
          <w:b/>
        </w:rPr>
        <w:t xml:space="preserve">[14:52] </w:t>
      </w:r>
      <w:r>
        <w:t>isi se sabit ho gaya hota hai ke is ka is ki takmeel ka saaman bhi zaroor maujood hona hai ke. to talab ko hum apne zaati tajurbe se jante hain, apne zaati tajurbe se hum daryaft karte hain ke talab maujood hai.</w:t>
      </w:r>
    </w:p>
    <w:p>
      <w:pPr>
        <w:jc w:val="right"/>
      </w:pPr>
      <w:r>
        <w:t>اسی سے ثابت ہو گیا ہوتا ہے کہ اس کا اس کی تکمیل کا سامان بھی ضرور موجود ہونا ہے کہیں۔ تو طلب کو ہم اپنے ذاتی تجربے سے جانتے ہیں، اپنے ذاتی تجربے سے ہم دریافت کرتے ہیں کہ طلب موجود ہے۔</w:t>
      </w:r>
    </w:p>
    <w:p>
      <w:r>
        <w:rPr>
          <w:b/>
        </w:rPr>
        <w:t xml:space="preserve">[15:12] </w:t>
      </w:r>
      <w:r>
        <w:t>to jab talab maujood hai, isi se apne aap se aap ko samajh aata hai ke matlab bhi maujood hai.</w:t>
      </w:r>
    </w:p>
    <w:p>
      <w:pPr>
        <w:jc w:val="right"/>
      </w:pPr>
      <w:r>
        <w:t>تو جب طلب موجود ہے، اسی سے اپنے آپ سے آپ کو سمجھ آتا ہے کہ مطلوب بھی موجود ہے۔</w:t>
      </w:r>
    </w:p>
    <w:p>
      <w:r>
        <w:rPr>
          <w:b/>
        </w:rPr>
        <w:t xml:space="preserve">[15:22] </w:t>
      </w:r>
      <w:r>
        <w:t>isi liye dekhiye, hadith mein aata hai ke. ma ra'aytu misla al-jannati matalib</w:t>
      </w:r>
    </w:p>
    <w:p>
      <w:pPr>
        <w:jc w:val="right"/>
      </w:pPr>
      <w:r>
        <w:t>اسی لیے دیکھیے، حدیث میں آتا ہے کہ۔ ما رأی تو مثل جنت نامطالب</w:t>
      </w:r>
    </w:p>
    <w:p>
      <w:r>
        <w:rPr>
          <w:b/>
        </w:rPr>
        <w:t xml:space="preserve">[15:31] </w:t>
      </w:r>
      <w:r>
        <w:t>ma ra'aytu misla al-jannati matalib ke main nahin dekha ke ke jannat jaisi cheez jis ka ke aadmi talib hai, isi se woh bekhabar ho jaye,</w:t>
      </w:r>
    </w:p>
    <w:p>
      <w:pPr>
        <w:jc w:val="right"/>
      </w:pPr>
      <w:r>
        <w:t>ما رأی تو مثل جنت نامطالب کہ میں نہیں دیکھا کہ کہ جنت جیسی چیز جس کا کہ آدمی طالب ہے، اسی سے وہ بے خبر ہو جائے،</w:t>
      </w:r>
    </w:p>
    <w:p>
      <w:r>
        <w:rPr>
          <w:b/>
        </w:rPr>
        <w:t xml:space="preserve">[15:46] </w:t>
      </w:r>
      <w:r>
        <w:t>woh so jaye.</w:t>
      </w:r>
    </w:p>
    <w:p>
      <w:pPr>
        <w:jc w:val="right"/>
      </w:pPr>
      <w:r>
        <w:t>وہ سو جائے۔</w:t>
      </w:r>
    </w:p>
    <w:p>
      <w:r>
        <w:rPr>
          <w:b/>
        </w:rPr>
        <w:t xml:space="preserve">[15:49] </w:t>
      </w:r>
      <w:r>
        <w:t>to is ka matlab is ka hai ke jab aadmi talib ki hesiyat se paida hota hai, is ke andar talab bharpoor tor par maujood hai.</w:t>
      </w:r>
    </w:p>
    <w:p>
      <w:pPr>
        <w:jc w:val="right"/>
      </w:pPr>
      <w:r>
        <w:t>تو اس کا مطلب اس کا ہے کہ جب آدمی طالب کی حیثیت سے پیدا ہوتا ہے، اس کے اندر طلب بھرپور طور پر موجود ہے۔</w:t>
      </w:r>
    </w:p>
    <w:p>
      <w:r>
        <w:rPr>
          <w:b/>
        </w:rPr>
        <w:t xml:space="preserve">[15:58] </w:t>
      </w:r>
      <w:r>
        <w:t>yahi is baat ka taqaza karti hai ke aap yaqeen karein ke koi matlab maujood hai aur is matlab ke talib banein. Aap is ke liye amal karein, is ke liye door thop karein, is ke liye apne ko deserving candidate banayein.</w:t>
      </w:r>
    </w:p>
    <w:p>
      <w:pPr>
        <w:jc w:val="right"/>
      </w:pPr>
      <w:r>
        <w:t>یہی اس بات کا تقاضا کرتی ہے کہ آپ یقین کریں کہ کوئی مطلوب موجود ہے اور اس مطلوب کے طالب بنیں۔ آپ اس کے لیے عمل کریں، اس کے لیے دور تھوپ کریں، اس کے لیے اپنے کو ڈیزرونگ کینڈیڈیٹ بنائیں۔</w:t>
      </w:r>
    </w:p>
    <w:p>
      <w:r>
        <w:rPr>
          <w:b/>
        </w:rPr>
        <w:t xml:space="preserve">[16:14] </w:t>
      </w:r>
      <w:r>
        <w:t>to jab</w:t>
      </w:r>
    </w:p>
    <w:p>
      <w:pPr>
        <w:jc w:val="right"/>
      </w:pPr>
      <w:r>
        <w:t>تو جب</w:t>
      </w:r>
    </w:p>
    <w:p>
      <w:r>
        <w:rPr>
          <w:b/>
        </w:rPr>
        <w:t xml:space="preserve">[16:18] </w:t>
      </w:r>
      <w:r>
        <w:t>hum apne aap ko talib ke hasiyat se daryaft karte hain, to is ki isi ka taqaza hai ke hum matlab ke liye koshish karne wale ban jayein.</w:t>
      </w:r>
    </w:p>
    <w:p>
      <w:pPr>
        <w:jc w:val="right"/>
      </w:pPr>
      <w:r>
        <w:t>ہم اپنے آپ کو طالب کے حیثیت سے دریافت کرتے ہیں، تو اس کی اسی کا تقاضا ہے کہ ہم مطلوب کے لیے کوشش کرنے والے بن جائیں۔</w:t>
      </w:r>
    </w:p>
    <w:p>
      <w:r>
        <w:rPr>
          <w:b/>
        </w:rPr>
        <w:t xml:space="preserve">[16:29] </w:t>
      </w:r>
      <w:r>
        <w:t>to bohat kaha ke bohat ajeeb baat hai ke aadmi apne aap ko talib ke hasiyat se daryaft karta hai, lekin matlab ke liye woh koi koshish nahi, koi koshish nahi karta.</w:t>
      </w:r>
    </w:p>
    <w:p>
      <w:pPr>
        <w:jc w:val="right"/>
      </w:pPr>
      <w:r>
        <w:t>تو بہت کہا کہ بہت عجیب بات ہے کہ آدمی اپنے آپ کو طالب کے حیثیت سے دریافت کرتا ہے، لیکن مطلوب کے لیے وہ کوئی کوشش نہیں، کوئی کوشش نہیں کرتا۔</w:t>
      </w:r>
    </w:p>
    <w:p>
      <w:r>
        <w:rPr>
          <w:b/>
        </w:rPr>
        <w:t xml:space="preserve">[16:40] </w:t>
      </w:r>
      <w:r>
        <w:t>yani jannat jannat ke liye woh koshish nahi karta. To bohat ajeeb baat yeh hai ke jaise ke aap aap ko piyas lagi hui hai, to aap ne piyas ko daryaft kar liya, to aap ko pani ke liye daurna chahiye.</w:t>
      </w:r>
    </w:p>
    <w:p>
      <w:pPr>
        <w:jc w:val="right"/>
      </w:pPr>
      <w:r>
        <w:t>یعنی جنت جنت کے لیے وہ کوشش نہیں کرتا۔ تو بہت عجیب بات یہ ہے کہ جیسے کہ آپ آپ کو پیاس لگی ہوئی ہے، تو آپ نے پیاس کو دریافت کر لیا، تو آپ کو پانی کے لیے دوڑنا چاہیے۔</w:t>
      </w:r>
    </w:p>
    <w:p>
      <w:r>
        <w:rPr>
          <w:b/>
        </w:rPr>
        <w:t xml:space="preserve">[16:54] </w:t>
      </w:r>
      <w:r>
        <w:t>bh</w:t>
      </w:r>
    </w:p>
    <w:p>
      <w:pPr>
        <w:jc w:val="right"/>
      </w:pPr>
      <w:r>
        <w:t>بھ</w:t>
      </w:r>
    </w:p>
    <w:p>
      <w:r>
        <w:rPr>
          <w:b/>
        </w:rPr>
        <w:t xml:space="preserve">[16:55] </w:t>
      </w:r>
      <w:r>
        <w:t>ook lagi hai, to aap ne apni bhook ko daryaft kar liya, to phir aap food ke liye daurna chahiye.</w:t>
      </w:r>
    </w:p>
    <w:p>
      <w:pPr>
        <w:jc w:val="right"/>
      </w:pPr>
      <w:r>
        <w:t>وک لگی ہے، تو آپ نے اپنی بھوک کو دریافت کر لیا، تو پھر آپ فوڈ کے لیے دوڑنا چاہیے۔</w:t>
      </w:r>
    </w:p>
    <w:p>
      <w:r>
        <w:rPr>
          <w:b/>
        </w:rPr>
        <w:t xml:space="preserve">[17:04] </w:t>
      </w:r>
      <w:r>
        <w:t>to isi tarah jab aap ke andar jannat ki talab hai, to ab jannat ke liye daurna chahiye aap ko. Aur jab aap yeh daryaft karein ke is dunya mein jannat nahi mil sakti hai, to aap phir woh amal karein jis amal ki wajah se aap ko akhirat mein jannat mile,</w:t>
      </w:r>
    </w:p>
    <w:p>
      <w:pPr>
        <w:jc w:val="right"/>
      </w:pPr>
      <w:r>
        <w:t>تو اسی طریقے سے جب آپ کے اندر جنت کی طلب ہے، تو اب جنت کے لیے دوڑنا چاہیے آپ کو۔ اور جب آپ یہ دریافت کریں کہ اس دنیا میں جنت نہیں مل سکتی ہے، تو آپ پھر وہ عمل کریں جس عمل کی وجہ سے آپ کو آخرت میں جنت ملے،</w:t>
      </w:r>
    </w:p>
    <w:p>
      <w:r>
        <w:rPr>
          <w:b/>
        </w:rPr>
        <w:t xml:space="preserve">[17:27] </w:t>
      </w:r>
      <w:r>
        <w:t>yani aap ki zindagi akhirat rukh zindagi ban jaye, akhirat oriented life ban jaye.</w:t>
      </w:r>
    </w:p>
    <w:p>
      <w:pPr>
        <w:jc w:val="right"/>
      </w:pPr>
      <w:r>
        <w:t>یعنی آپ کی زندگی آخرت رخ زندگی بن جائے، آخرت اوریٹڈ لائف بن جائے۔</w:t>
      </w:r>
    </w:p>
    <w:p>
      <w:r>
        <w:rPr>
          <w:b/>
        </w:rPr>
        <w:t xml:space="preserve">[17:33] </w:t>
      </w:r>
      <w:r>
        <w:t>mein samajhta hoon ke aadmi apni fitrat mein agar soche, apni fitrat mein soche, to aadmi apni fitrat hi se yeh rahnumai le lega ke mujhe akhirat oriented life ka tareeqa ikhtiyar karna chahiye.</w:t>
      </w:r>
    </w:p>
    <w:p>
      <w:pPr>
        <w:jc w:val="right"/>
      </w:pPr>
      <w:r>
        <w:t>میں سمجھتا ہوں کہ آدمی اپنی فطرت میں اگر سوچے، اپنی فطرت میں سوچے، تو آدمی اپنی فطرت ہی سے یہ رہنمائی لے لے گا کہ مجھے آخرت اوریٹڈ لائف کا طریقہ اختیار کرنا چاہیے۔</w:t>
      </w:r>
    </w:p>
    <w:p>
      <w:r>
        <w:rPr>
          <w:b/>
        </w:rPr>
        <w:t xml:space="preserve">[17:54] </w:t>
      </w:r>
      <w:r>
        <w:t>yani fitrat ke taqaze hi agar aadmi apni fitrat ke taqaze pe chale, apni fitrat ko daryaft kare, to isi se us ke andar yeh baat aa jayegi ke woh ke akhirat oriented life ka tareeqa woh ikhtiyar kar lega.</w:t>
      </w:r>
    </w:p>
    <w:p>
      <w:pPr>
        <w:jc w:val="right"/>
      </w:pPr>
      <w:r>
        <w:t>یعنی فطرت کے تقاضے ہی اگر آدمی اپنی فطرت کے تقاضے پہ چلے، اپنی فطرت کو دریافت کرے، تو اسی سے اس کے اندر یہ بات آ جائے گی کہ وہ کہ آخرت اوریٹڈ لائف کا طریقہ وہ اختیار کر لے گا۔</w:t>
      </w:r>
    </w:p>
    <w:p>
      <w:r>
        <w:rPr>
          <w:b/>
        </w:rPr>
        <w:t xml:space="preserve">[18:19] </w:t>
      </w:r>
      <w:r>
        <w:t>to yeh bari ajeeb baat hai. To zalk jo maine ayat padhi ke zalk al kitab lahal fi yeh wohi kitab hai jis jis ka taqaza tumhari fitrat kar rahi thi.</w:t>
      </w:r>
    </w:p>
    <w:p>
      <w:pPr>
        <w:jc w:val="right"/>
      </w:pPr>
      <w:r>
        <w:t>تو یہ بڑی عجیب بات ہے۔ تو ذالک جو میں نے آیت پڑھی کہ ذالک الکتاب لہل فی یہ وہی کتاب ہے جس جس کا تقاضا تمہاری فطرت کر رہی تھی۔</w:t>
      </w:r>
    </w:p>
    <w:p>
      <w:r>
        <w:rPr>
          <w:b/>
        </w:rPr>
        <w:t xml:space="preserve">[18:35] </w:t>
      </w:r>
      <w:r>
        <w:t>har aadmi mutalashi hai, har aadmi talib hai, har aadmi chahta hai ke kuch cheez hai, us ko use pana hai.</w:t>
      </w:r>
    </w:p>
    <w:p>
      <w:pPr>
        <w:jc w:val="right"/>
      </w:pPr>
      <w:r>
        <w:t>ہر آدمی متلاشی ہے، ہر آدمی طالب ہے، ہر آدمی چاہتا ہے کہ کچھ چیز ہے، اس کو اسے پانا ہے۔</w:t>
      </w:r>
    </w:p>
    <w:p>
      <w:r>
        <w:rPr>
          <w:b/>
        </w:rPr>
        <w:t xml:space="preserve">[18:46] </w:t>
      </w:r>
      <w:r>
        <w:t>is aitbar se aadmi ka seeker hai, yani haqeeqat yeh hai ke aadmi har aadmi bond seeker hai, har aadmi bond seeker hai, har aadmi mutalashi hai.</w:t>
      </w:r>
    </w:p>
    <w:p>
      <w:pPr>
        <w:jc w:val="right"/>
      </w:pPr>
      <w:r>
        <w:t>اس اعتبار سے آدمی کا سیکر ہے، یعنی حقیقت یہ ہے کہ آدمی ہر آدمی بانڈ سیکر ہے، ہر آدمی بانڈ سیکر ہے، ہر آدمی متلاشی ہے۔</w:t>
      </w:r>
    </w:p>
    <w:p>
      <w:r>
        <w:rPr>
          <w:b/>
        </w:rPr>
        <w:t xml:space="preserve">[19:03] </w:t>
      </w:r>
      <w:r>
        <w:t>to jis cheez ki tum talash kar rahe ho, jis cheez ki tum talib bane hue ho, usi usi ka jawab is quran mein hai.</w:t>
      </w:r>
    </w:p>
    <w:p>
      <w:pPr>
        <w:jc w:val="right"/>
      </w:pPr>
      <w:r>
        <w:t>تو جس چیز کی تم تلاش کر رہے ہو، جس چیز کی تم طالب بنے ہوئے ہو، اسی اسی کا جواب اس قرآن میں ہے۔</w:t>
      </w:r>
    </w:p>
    <w:p>
      <w:r>
        <w:rPr>
          <w:b/>
        </w:rPr>
        <w:t xml:space="preserve">[19:12] </w:t>
      </w:r>
      <w:r>
        <w:t>to zalk al kitab lal wafi ka matlab hai ke yeh wohi kitab hai jis ki talab tumhari fitrat ke andar maujood thi.</w:t>
      </w:r>
    </w:p>
    <w:p>
      <w:pPr>
        <w:jc w:val="right"/>
      </w:pPr>
      <w:r>
        <w:t>تو ذالک الکتاب لال وفی کا مطلب ہے کہ یہ وہی کتاب ہے جس کی طلب تمہاری فطرت کے اندر موجود تھی۔</w:t>
      </w:r>
    </w:p>
    <w:p>
      <w:r>
        <w:rPr>
          <w:b/>
        </w:rPr>
        <w:t xml:space="preserve">[19:24] </w:t>
      </w:r>
      <w:r>
        <w:t>tumhari talab tumhari fitrat jis cheez ko taqaza kar rahi thi, usi ka jawab is kitab mein hai.</w:t>
      </w:r>
    </w:p>
    <w:p>
      <w:pPr>
        <w:jc w:val="right"/>
      </w:pPr>
      <w:r>
        <w:t>تمہاری طلب تمہاری فطرت جس چیز کو تقاضا کر رہی تھی، اسی کا جواب اس کتاب میں ہے۔</w:t>
      </w:r>
    </w:p>
    <w:p>
      <w:r>
        <w:rPr>
          <w:b/>
        </w:rPr>
        <w:t xml:space="preserve">[19:31] </w:t>
      </w:r>
      <w:r>
        <w:t>lekin hudda lil mutaqeen lekin masla yeh hai ke is jawab ko jo is kitab mein diya gaya hai, is jawab ko pane ke liye zaroori hai ke aadmi ke andar taqwa ki sifat ho.</w:t>
      </w:r>
    </w:p>
    <w:p>
      <w:pPr>
        <w:jc w:val="right"/>
      </w:pPr>
      <w:r>
        <w:t>لیکنھد للمتقین لیکن مسئلہ یہ ہے کہ اس جواب کو جو اس کتاب میں دیا گیا ہے، اس جواب کو پانے کے لیے ضروری ہے کہ آدمی کے اندر تقویٰ کی صفت ہو۔</w:t>
      </w:r>
    </w:p>
    <w:p>
      <w:r>
        <w:rPr>
          <w:b/>
        </w:rPr>
        <w:t xml:space="preserve">[19:49] </w:t>
      </w:r>
      <w:r>
        <w:t>dekhein, taqwa ke</w:t>
      </w:r>
    </w:p>
    <w:p>
      <w:pPr>
        <w:jc w:val="right"/>
      </w:pPr>
      <w:r>
        <w:t>دیکھیں، تقویٰ کے</w:t>
      </w:r>
    </w:p>
    <w:p>
      <w:r>
        <w:rPr>
          <w:b/>
        </w:rPr>
        <w:t xml:space="preserve">[19:53] </w:t>
      </w:r>
      <w:r>
        <w:t>ka ek sharai mafhoom hai aur ek fitri mafhoom hai.</w:t>
      </w:r>
    </w:p>
    <w:p>
      <w:pPr>
        <w:jc w:val="right"/>
      </w:pPr>
      <w:r>
        <w:t>کا ایک شرعی مفہوم ہے اور ایک فطری مفہوم ہے۔</w:t>
      </w:r>
    </w:p>
    <w:p>
      <w:r>
        <w:rPr>
          <w:b/>
        </w:rPr>
        <w:t xml:space="preserve">[19:58] </w:t>
      </w:r>
      <w:r>
        <w:t>mera khayal hai ke yahan par sharai taqwa murad nahi hai, balkeh fitri taqwa murad hai.</w:t>
      </w:r>
    </w:p>
    <w:p>
      <w:pPr>
        <w:jc w:val="right"/>
      </w:pPr>
      <w:r>
        <w:t>میرا خیال ہے کہ یہاں پر شرعی تقویٰ مراد نہیں ہے، بلکہ فطری تقویٰ مراد ہے۔</w:t>
      </w:r>
    </w:p>
    <w:p>
      <w:r>
        <w:rPr>
          <w:b/>
        </w:rPr>
        <w:t xml:space="preserve">[20:07] </w:t>
      </w:r>
      <w:r>
        <w:t>yeh jo hai farmaya ke hudda lil mutaqeen to yahan par jo taqwa aaya hai, to is se murad sharai taqwa nahi hai.</w:t>
      </w:r>
    </w:p>
    <w:p>
      <w:pPr>
        <w:jc w:val="right"/>
      </w:pPr>
      <w:r>
        <w:t>یہ جو ہے فرمایا کہھد للمتقین تو یہاں پر جو تقویٰ آیا ہے، تو اس سے مراد شرعی تقویٰ نہیں ہے۔</w:t>
      </w:r>
    </w:p>
    <w:p>
      <w:r>
        <w:rPr>
          <w:b/>
        </w:rPr>
        <w:t xml:space="preserve">[20:16] </w:t>
      </w:r>
      <w:r>
        <w:t>sharai taqwa woh hai jo iman lane ke baad aadmi ikhtiyar karta hai, lekin yahan to iman se pehle ki baat hai. Yani hidayat pane se pehle jo taqwa hota hai, woh aham murad hai.</w:t>
      </w:r>
    </w:p>
    <w:p>
      <w:pPr>
        <w:jc w:val="right"/>
      </w:pPr>
      <w:r>
        <w:t>شرعی تقویٰ وہ ہے جو ایمان لانے کے بعد آدمی اختیار کرتا ہے، لیکن یہاں تو ایمان سے پہلے کی بات ہے۔ یعنی ہدایت پانے سے پہلے جو تقویٰ ہوتا ہے، وہ اہم مراد ہے۔</w:t>
      </w:r>
    </w:p>
    <w:p>
      <w:r>
        <w:rPr>
          <w:b/>
        </w:rPr>
        <w:t xml:space="preserve">[20:30] </w:t>
      </w:r>
      <w:r>
        <w:t>to hidayat pane ke baad jo taqwa hai, us ko hum kahenge sharai taqwa aur hidayat pane se pehle jo taqwa hai, us ko hum kahenge fitri taqwa.</w:t>
      </w:r>
    </w:p>
    <w:p>
      <w:pPr>
        <w:jc w:val="right"/>
      </w:pPr>
      <w:r>
        <w:t>تو ہدایت پانے کے بعد جو تقویٰ ہے، اس کو ہم کہیں گے شرعی تقویٰ اور ہدایت پانے سے پہلے جو تقویٰ ہے، اس کو ہم کہیں گے فطری تقویٰ۔</w:t>
      </w:r>
    </w:p>
    <w:p>
      <w:r>
        <w:rPr>
          <w:b/>
        </w:rPr>
        <w:t xml:space="preserve">[20:42] </w:t>
      </w:r>
      <w:r>
        <w:t>to matlab yeh hua ke agarchay is kitab mein fitrat insani ka jawab hai, lekin woh jawab us ko milega jis ke andar fitri taqwa zinda ho.</w:t>
      </w:r>
    </w:p>
    <w:p>
      <w:pPr>
        <w:jc w:val="right"/>
      </w:pPr>
      <w:r>
        <w:t>تو مطلب یہ ہوا کہ اگرچہ اس کتاب میں فطرت انسانی کا جواب ہے، لیکن وہ جواب اس کو ملے گا جس کے اندر فطری تقویٰ زندہ ہو۔</w:t>
      </w:r>
    </w:p>
    <w:p>
      <w:r>
        <w:rPr>
          <w:b/>
        </w:rPr>
        <w:t xml:space="preserve">[20:58] </w:t>
      </w:r>
      <w:r>
        <w:t>fitri taqwa zinda hone ka matlab kya hai? ke aadmi bohat ziyada sincere ho, bohat ziyada sochta ho, bohat ziyada woh distraction se apne ko bachaye,</w:t>
      </w:r>
    </w:p>
    <w:p>
      <w:pPr>
        <w:jc w:val="right"/>
      </w:pPr>
      <w:r>
        <w:t>فطری تقویٰ زندہ ہونے کا معنی کیا ہے؟ کہ آدمی بہت زیادہ سنسیئر ہو، بہت زیادہ سوچتا ہو، بہت زیادہ وہ ڈسٹریکشن سے اپنے کو بچائے،</w:t>
      </w:r>
    </w:p>
    <w:p>
      <w:r>
        <w:rPr>
          <w:b/>
        </w:rPr>
        <w:t xml:space="preserve">[21:16] </w:t>
      </w:r>
      <w:r>
        <w:t>bohat ziyada is ke zehen mein</w:t>
      </w:r>
    </w:p>
    <w:p>
      <w:pPr>
        <w:jc w:val="right"/>
      </w:pPr>
      <w:r>
        <w:t>بہت زیادہ اس کے ذہن میں</w:t>
      </w:r>
    </w:p>
    <w:p>
      <w:r>
        <w:rPr>
          <w:b/>
        </w:rPr>
        <w:t xml:space="preserve">[21:21] </w:t>
      </w:r>
      <w:r>
        <w:t>yeh is ke andar yeh yeh sifat ho ke woh makhlooq aala se compare ki haisiyat se baradri na ho. yeh bhi bohat zaroori cheez hai ke aap ka jo maqsood aala hai,</w:t>
      </w:r>
    </w:p>
    <w:p>
      <w:pPr>
        <w:jc w:val="right"/>
      </w:pPr>
      <w:r>
        <w:t>یہ اس کے اندر یہ یہ صفت ہو کہ وہ مخلوق اعلیٰ سے کمپیر کی حیثیت سے برادری نہ ہو۔ یہ بھی بہت ضروری چیز ہے کہ آپ کا جو مقصود اعلیٰ ہے،</w:t>
      </w:r>
    </w:p>
    <w:p>
      <w:r>
        <w:rPr>
          <w:b/>
        </w:rPr>
        <w:t xml:space="preserve">[21:36] </w:t>
      </w:r>
      <w:r>
        <w:t>aap ki fitrat jis maqsood aala ki talash mein hai, us se compare ki haisiyat se aap raazi na hon.</w:t>
      </w:r>
    </w:p>
    <w:p>
      <w:pPr>
        <w:jc w:val="right"/>
      </w:pPr>
      <w:r>
        <w:t>آپ کی فطرت جس مقصود اعلیٰ کی تلاش میں ہے، اس سے کمپیر کی حیثیت سے آپ راضی نہ ہوں۔</w:t>
      </w:r>
    </w:p>
    <w:p>
      <w:r>
        <w:rPr>
          <w:b/>
        </w:rPr>
        <w:t xml:space="preserve">[21:44] </w:t>
      </w:r>
      <w:r>
        <w:t>compare ka matlab kya hai? agar aap maal pe raazi ho jayen to maal aap ki fitrat ka</w:t>
      </w:r>
    </w:p>
    <w:p>
      <w:pPr>
        <w:jc w:val="right"/>
      </w:pPr>
      <w:r>
        <w:t>کمپیر کا مطلب کیا ہے؟ اگر آپ مال پہ راضی ہو جائیں تو مال آپ کی فطرت کا</w:t>
      </w:r>
    </w:p>
    <w:p>
      <w:r>
        <w:rPr>
          <w:b/>
        </w:rPr>
        <w:t xml:space="preserve">[21:54] </w:t>
      </w:r>
      <w:r>
        <w:t>ka asal talab nahi hai, kyunke maal aap ko bohat mehdood maanon mein aap ke kaam aata hai.</w:t>
      </w:r>
    </w:p>
    <w:p>
      <w:pPr>
        <w:jc w:val="right"/>
      </w:pPr>
      <w:r>
        <w:t>کا اصل طلب نہیں ہے، کیونکہ مال آپ کو بہت محدود معنوں میں آپ کے کام آتا ہے۔</w:t>
      </w:r>
    </w:p>
    <w:p>
      <w:r>
        <w:rPr>
          <w:b/>
        </w:rPr>
        <w:t xml:space="preserve">[22:07] </w:t>
      </w:r>
      <w:r>
        <w:t>aap ki jo asal, jo aap ki jo jo jo desire hai, woh desire to yani maal ya political position ya fame,</w:t>
      </w:r>
    </w:p>
    <w:p>
      <w:pPr>
        <w:jc w:val="right"/>
      </w:pPr>
      <w:r>
        <w:t>آپ کی جو اصل، جو آپ کی جو جو جو ڈیزائر ہے، وہ ڈیزائر تو یعنی مال یا پولیٹیکل پوزیشن یا فیم،</w:t>
      </w:r>
    </w:p>
    <w:p>
      <w:r>
        <w:rPr>
          <w:b/>
        </w:rPr>
        <w:t xml:space="preserve">[22:20] </w:t>
      </w:r>
      <w:r>
        <w:t>duniya ki jo kamyabiyan hain, us se ziyada ka talib hai, kyunke woh to mehdood hain. jo bhi duniya ki kamyabiyan hain, woh sab bohat mehdood hain, thore din ke liye.</w:t>
      </w:r>
    </w:p>
    <w:p>
      <w:pPr>
        <w:jc w:val="right"/>
      </w:pPr>
      <w:r>
        <w:t>دنیا کی جو کامیابیاں ہیں، اس سے زیادہ کا طالب ہے، کیونکہ وہ تو محدود ہیں۔ جو بھی دنیا کی کامیابیاں ہیں، وہ سب بہت محدود ہیں، تھوڑے دن کے لیے۔</w:t>
      </w:r>
    </w:p>
    <w:p>
      <w:r>
        <w:rPr>
          <w:b/>
        </w:rPr>
        <w:t xml:space="preserve">[22:36] </w:t>
      </w:r>
      <w:r>
        <w:t>abhi mein ne akhbar mein ek aurat ka qissa parha, woh doctor ne bata diya us ko ke tum ko cancer shuru ho chuka hai.</w:t>
      </w:r>
    </w:p>
    <w:p>
      <w:pPr>
        <w:jc w:val="right"/>
      </w:pPr>
      <w:r>
        <w:t>ابھی میں نے اخبار میں ایک عورت کا قصہ پڑھا، وہ ڈاکٹر نے بتا دیا اس کو کہ تم کو کینسر شروع ہو چکا ہے۔</w:t>
      </w:r>
    </w:p>
    <w:p>
      <w:r>
        <w:rPr>
          <w:b/>
        </w:rPr>
        <w:t xml:space="preserve">[22:50] </w:t>
      </w:r>
      <w:r>
        <w:t>to cancer ka lafz sunte hi aadmi samajhta hai ke ab mere marne ka waqt aa gaya. cancer ka lafz jab sunta hai aadmi to samajhta hai ke pehla khayal yeh aata hai ke ab mere marne ka waqt aa</w:t>
      </w:r>
    </w:p>
    <w:p>
      <w:pPr>
        <w:jc w:val="right"/>
      </w:pPr>
      <w:r>
        <w:t>تو کینسر کا لفظ سنتے ہی آدمی سمجھتا ہے کہ اب میرے مرنے کا وقت آ گیا۔ کینسر کا لفظ جب سنتا ہے آدمی تو سمجھتا ہے کہ پہلا خیال یہ آتا ہے کہ اب میرے مرنے کا وقت آ</w:t>
      </w:r>
    </w:p>
    <w:p>
      <w:r>
        <w:rPr>
          <w:b/>
        </w:rPr>
        <w:t xml:space="preserve">[23:01] </w:t>
      </w:r>
      <w:r>
        <w:t>gaya. to us ne wasiyat ki ke mere marne ke baad meri jo billi hai, jo cat hai, meri us ko bohat ziyada khayal rakha jaye, us ko koi takleef na hone paye.</w:t>
      </w:r>
    </w:p>
    <w:p>
      <w:pPr>
        <w:jc w:val="right"/>
      </w:pPr>
      <w:r>
        <w:t>گیا۔ تو اس نے وصیت کی کہ میرے مرنے کے بعد میری جو بلی ہے، جو کیٹ ہے، میری اس کو بہت زیادہ خیال رکھا جائے، اس کو کوئی تکلیف نہ ہونے پائے۔</w:t>
      </w:r>
    </w:p>
    <w:p>
      <w:r>
        <w:rPr>
          <w:b/>
        </w:rPr>
        <w:t xml:space="preserve">[23:16] </w:t>
      </w:r>
      <w:r>
        <w:t>to aap ghor kijiye ke kaisi ajeeb hai insaan.</w:t>
      </w:r>
    </w:p>
    <w:p>
      <w:pPr>
        <w:jc w:val="right"/>
      </w:pPr>
      <w:r>
        <w:t>تو آپ غور کیجئے کہ کیسی عجیب ہے انسان۔</w:t>
      </w:r>
    </w:p>
    <w:p>
      <w:r>
        <w:rPr>
          <w:b/>
        </w:rPr>
        <w:t xml:space="preserve">[23:22] </w:t>
      </w:r>
      <w:r>
        <w:t>yani us ko yeh kehna chahiye tha ke agarche mein ne duniya mein fame hasil ki, paisa hasil kiya, lekin itni kam muddat mein meri maut aa gayi, to kya hai yeh duniya?</w:t>
      </w:r>
    </w:p>
    <w:p>
      <w:pPr>
        <w:jc w:val="right"/>
      </w:pPr>
      <w:r>
        <w:t>یعنی اس کو یہ کہنا چاہیے تھا کہ اگرچہ میں نے دنیا میں فیم حاصل کی، پیسہ حاصل کیا، لیکن اتنی کم مدت میں میری موت آ گئی، تو کیا ہے یہ دنیا؟</w:t>
      </w:r>
    </w:p>
    <w:p>
      <w:r>
        <w:rPr>
          <w:b/>
        </w:rPr>
        <w:t xml:space="preserve">[23:33] </w:t>
      </w:r>
      <w:r>
        <w:t>apne bare mein sochna chahiye, na ke na ke cat ke bare mein. to isi ko mein kehta hoon ke sincere hona zaroori hai. aadmi agar sincere hoga to apne bare mein sochega,</w:t>
      </w:r>
    </w:p>
    <w:p>
      <w:pPr>
        <w:jc w:val="right"/>
      </w:pPr>
      <w:r>
        <w:t>اپنے بارے میں سوچنا چاہیے، نہ کہ نہ کہ کیٹ کے بارے میں۔ تو اسی کو میں کہتا ہوں کہ سنسیئر ہونا ضروری ہے۔ آدمی اگر سنسیئر ہوگا تو اپنے بارے میں سوچے گا،</w:t>
      </w:r>
    </w:p>
    <w:p>
      <w:r>
        <w:rPr>
          <w:b/>
        </w:rPr>
        <w:t xml:space="preserve">[23:48] </w:t>
      </w:r>
      <w:r>
        <w:t>na ke cat ke bare mein, kyunke insaan jo hai, cat se billion time ziyada qeemti cheez hai. to agarche yeh yeh baat sahi hai ke fitrat mein sach, har insaan ki fitrat mein sachai ki talash hai,</w:t>
      </w:r>
    </w:p>
    <w:p>
      <w:pPr>
        <w:jc w:val="right"/>
      </w:pPr>
      <w:r>
        <w:t>نہ کہ کیٹ کے بارے میں، کیونکہ انسان جو ہے، کیٹ سے بلین ٹائم زیادہ قیمتی چیز ہے۔ تو اگرچہ یہ یہ بات صحیح ہے کہ فطرت میں سچ، ہر انسان کی فطرت میں سچائی کی تلاش ہے،</w:t>
      </w:r>
    </w:p>
    <w:p>
      <w:r>
        <w:rPr>
          <w:b/>
        </w:rPr>
        <w:t xml:space="preserve">[24:09] </w:t>
      </w:r>
      <w:r>
        <w:t>har har insaan mutalashi haq hai, har insaan seeker hai. aur yeh bhi sahi hai ke yeh jo Quran hai, yeh aadmi ki is talash ka jawab hai,</w:t>
      </w:r>
    </w:p>
    <w:p>
      <w:pPr>
        <w:jc w:val="right"/>
      </w:pPr>
      <w:r>
        <w:t>ہر ہر انسان متلاشی حق ہے، ہر انسان سیکر ہے۔ اور یہ بھی صحیح ہے کہ یہ جو قرآن ہے، یہ آدمی کی اس تلاش کا جواب ہے،</w:t>
      </w:r>
    </w:p>
    <w:p>
      <w:r>
        <w:rPr>
          <w:b/>
        </w:rPr>
        <w:t xml:space="preserve">[24:22] </w:t>
      </w:r>
      <w:r>
        <w:t>lekin zaroori hai ke is qadar fitri taqwa maujood ho, yani sachai ki sachi talab, sincerity,</w:t>
      </w:r>
    </w:p>
    <w:p>
      <w:pPr>
        <w:jc w:val="right"/>
      </w:pPr>
      <w:r>
        <w:t>لیکن ضروری ہے کہ اس قدر فطری تقویٰ موجود ہو، یعنی سچائی کی سچی طلب، سنسیرٹی،</w:t>
      </w:r>
    </w:p>
    <w:p>
      <w:r>
        <w:rPr>
          <w:b/>
        </w:rPr>
        <w:t xml:space="preserve">[24:37] </w:t>
      </w:r>
      <w:r>
        <w:t>aur jo is ka jo asal fitrat mein jo jo goal woh pata hai, fitrat mein jo us ko paidaishi taur par jo goal mila hua hai, us se kamtar ki haisiyat se baradri na ho.</w:t>
      </w:r>
    </w:p>
    <w:p>
      <w:pPr>
        <w:jc w:val="right"/>
      </w:pPr>
      <w:r>
        <w:t>اور جو اس کا جو اصل فطرت میں جو جو گول وہ پاتا ہے، فطرت میں جو اس کو پیدائشی طور پر جو گول ملا ہوا ہے، اس سے کمتر کی حیثیت سے برادری نہ ہو۔</w:t>
      </w:r>
    </w:p>
    <w:p>
      <w:r>
        <w:rPr>
          <w:b/>
        </w:rPr>
        <w:t xml:space="preserve">[24:53] </w:t>
      </w:r>
      <w:r>
        <w:t>woh</w:t>
      </w:r>
    </w:p>
    <w:p>
      <w:pPr>
        <w:jc w:val="right"/>
      </w:pPr>
      <w:r>
        <w:t>وہ</w:t>
      </w:r>
    </w:p>
    <w:p>
      <w:r>
        <w:rPr>
          <w:b/>
        </w:rPr>
        <w:t xml:space="preserve">[24:56] </w:t>
      </w:r>
      <w:r>
        <w:t>tab yeh kitab is ke liye rehnumai banegi, kyunke kitab yeh batayegi ke is duniya mein tum ko apna fitrat ke taqazay nahi mil sakte.</w:t>
      </w:r>
    </w:p>
    <w:p>
      <w:pPr>
        <w:jc w:val="right"/>
      </w:pPr>
      <w:r>
        <w:t>تب یہ کتاب اس کے لیے رہنمائی بنے گی، کیونکہ کتاب یہ بتائے گی کہ اس دنیا میں تم کو اپنا فطرت کے تقاضے نہیں مل سکتے۔</w:t>
      </w:r>
    </w:p>
    <w:p>
      <w:r>
        <w:rPr>
          <w:b/>
        </w:rPr>
        <w:t xml:space="preserve">[25:11] </w:t>
      </w:r>
      <w:r>
        <w:t>yeh kitab batayegi ke tumhara jo sense of enjoy hai, us ki taskinen yahan nahi mil sakti. tumhari jo desires hain, woh yahan poori nahi ho sakti.</w:t>
      </w:r>
    </w:p>
    <w:p>
      <w:pPr>
        <w:jc w:val="right"/>
      </w:pPr>
      <w:r>
        <w:t>یہ کتاب بتائے گی کہ تمہارا جو سینس آف انجوائے ہے، اس کی تسکینیں یہاں نہیں مل سکتی۔ تمہاری جو ڈیزائر ہیں، وہ یہاں پوری نہیں ہو سکتی۔</w:t>
      </w:r>
    </w:p>
    <w:p>
      <w:r>
        <w:rPr>
          <w:b/>
        </w:rPr>
        <w:t xml:space="preserve">[25:24] </w:t>
      </w:r>
      <w:r>
        <w:t>tumhara jo goal hai, is duniya mein woh hasil nahi ho sakta. is ke liye zaroorat hai ke tum jannat ke talib bano, apne aap ko jannat ka deserving candidate banao.</w:t>
      </w:r>
    </w:p>
    <w:p>
      <w:pPr>
        <w:jc w:val="right"/>
      </w:pPr>
      <w:r>
        <w:t>تمہارا جو گول ہے، اس دنیا میں وہ حاصل نہیں ہو سکتا۔ اس کے لیے ضرورت ہے کہ تم جنت کے طالب بنو، اپنے آپ کو جنت کا ڈیزرونگ کینڈیڈیٹ بناؤ۔</w:t>
      </w:r>
    </w:p>
    <w:p>
      <w:r>
        <w:rPr>
          <w:b/>
        </w:rPr>
        <w:t xml:space="preserve">[25:38] </w:t>
      </w:r>
      <w:r>
        <w:t>yeh batayegi yeh kitab. to agar aap sincere hain, bohat ziyada, tabhi is jawab ko aap pakrenge, is jawab ki ahmiyat ko samjhenge.</w:t>
      </w:r>
    </w:p>
    <w:p>
      <w:pPr>
        <w:jc w:val="right"/>
      </w:pPr>
      <w:r>
        <w:t>یہ بتائے گی یہ کتاب۔ تو اگر آپ سنجیدہ ہیں، بہت زیادہ، تبھی اس جواب کو آپ پکڑیں گے، اس جواب کی اہمیت کو سمجھیں گے۔</w:t>
      </w:r>
    </w:p>
    <w:p>
      <w:r>
        <w:rPr>
          <w:b/>
        </w:rPr>
        <w:t xml:space="preserve">[25:52] </w:t>
      </w:r>
      <w:r>
        <w:t>warna aap sochenge ke kaun intezar kare maut ke baad ka? hamein to yahi duniya mein chahiye. lekin sawal yeh hai ke aaj agar aadmi soche to tareekh mein kaun aadmi hai jise isi duniya mein apne desire ka fulfillment paya ho?</w:t>
      </w:r>
    </w:p>
    <w:p>
      <w:pPr>
        <w:jc w:val="right"/>
      </w:pPr>
      <w:r>
        <w:t>ورنہ آپ سوچیں گے کہ کون انتظار کرے موت کے بعد کا؟ ہمیں تو یہی دنیا میں چاہیے۔ لیکن سوال یہ ہے کہ آج اگر آدمی سوچے تو تاریخ میں کون آدمی ہے جسے اسی دنیا میں اپنے ڈیزائر کا فلفلمنٹ پایا ہو؟</w:t>
      </w:r>
    </w:p>
    <w:p>
      <w:r>
        <w:rPr>
          <w:b/>
        </w:rPr>
        <w:t xml:space="preserve">[26:09] </w:t>
      </w:r>
      <w:r>
        <w:t>yeh sincerity ka naam hai. yani insincere aadmi kya kahega ke hum maut ke baad ka intezar kaise karen?</w:t>
      </w:r>
    </w:p>
    <w:p>
      <w:pPr>
        <w:jc w:val="right"/>
      </w:pPr>
      <w:r>
        <w:t>یہ سنجیدگی کا نام ہے۔ یعنی ان سنسیئر آدمی کیا کہے گا کہ ہم موت کے بعد کا انتظار کیسے کریں؟</w:t>
      </w:r>
    </w:p>
    <w:p>
      <w:r>
        <w:rPr>
          <w:b/>
        </w:rPr>
        <w:t xml:space="preserve">[26:18] </w:t>
      </w:r>
      <w:r>
        <w:t>hum ko to maut se pehle pehle chahiye.</w:t>
      </w:r>
    </w:p>
    <w:p>
      <w:pPr>
        <w:jc w:val="right"/>
      </w:pPr>
      <w:r>
        <w:t>ہم کو تو موت سے پہلے پہلے چاہیے۔</w:t>
      </w:r>
    </w:p>
    <w:p>
      <w:r>
        <w:rPr>
          <w:b/>
        </w:rPr>
        <w:t xml:space="preserve">[26:23] </w:t>
      </w:r>
      <w:r>
        <w:t>aap isi ko samajh sakte hain ke sincerity kya hai aur insincerity kya hai, sanjidgi kya hai aur ghair sanjidgi kya hai.</w:t>
      </w:r>
    </w:p>
    <w:p>
      <w:pPr>
        <w:jc w:val="right"/>
      </w:pPr>
      <w:r>
        <w:t>آپ اسی کو سمجھ سکتے ہیں کہ سنسیرٹی کیا ہے اور ان سنسیرٹی کیا ہے، سنجیدگی کیا ہے اور غیر سنجیدگی کیا ہے۔</w:t>
      </w:r>
    </w:p>
    <w:p>
      <w:r>
        <w:rPr>
          <w:b/>
        </w:rPr>
        <w:t xml:space="preserve">[26:32] </w:t>
      </w:r>
      <w:r>
        <w:t>ghair sanjeeda insan yeh kahega ke quran batata hai ke jannat ke talib bano maut ke baad. to hum maut ke baad ka intezar kyun karen?</w:t>
      </w:r>
    </w:p>
    <w:p>
      <w:pPr>
        <w:jc w:val="right"/>
      </w:pPr>
      <w:r>
        <w:t>غیر سنجیدہ انسان یہ کہے گا کہ قرآن بتاتا ہے کہ جنت کے طالب بنو موت کے بعد۔ تو ہم موت کے بعد کا انتظار کیوں کریں؟</w:t>
      </w:r>
    </w:p>
    <w:p>
      <w:r>
        <w:rPr>
          <w:b/>
        </w:rPr>
        <w:t xml:space="preserve">[26:42] </w:t>
      </w:r>
      <w:r>
        <w:t>hum ko to is dunya mein lena hai, na ho</w:t>
      </w:r>
    </w:p>
    <w:p>
      <w:pPr>
        <w:jc w:val="right"/>
      </w:pPr>
      <w:r>
        <w:t>ہم کو تو اس دنیا میں لینا ہے، نہ ہو</w:t>
      </w:r>
    </w:p>
    <w:p>
      <w:r>
        <w:rPr>
          <w:b/>
        </w:rPr>
        <w:t xml:space="preserve">[26:48] </w:t>
      </w:r>
      <w:r>
        <w:t>isi aaj ki dunya mein. Right here,right now lekin jo sincere hoga, woh yeh sochega ke yeh to ek saal nishana hai, jo kabhi poora hi nahi hua kisi ke liye.</w:t>
      </w:r>
    </w:p>
    <w:p>
      <w:pPr>
        <w:jc w:val="right"/>
      </w:pPr>
      <w:r>
        <w:t>اسی آج کی دنیا میں۔ Right here,right now لیکن جو سنسیئر ہوگا، وہ یہ سوچے گا کہ یہ تو ایک سال نشانہ ہے، جو کبھی پورا ہی نہیں ہوا کسی کے لیے۔</w:t>
      </w:r>
    </w:p>
    <w:p>
      <w:r>
        <w:rPr>
          <w:b/>
        </w:rPr>
        <w:t xml:space="preserve">[27:02] </w:t>
      </w:r>
      <w:r>
        <w:t>koi badshah, koi daulat, daulat mand, koi bara aadmi is nishani ko poora nahi kar saka ke Right here,right now aur bohat logon ne chaha, lekin apna nishana poori kiya, woh mar gaya, mar gaya.</w:t>
      </w:r>
    </w:p>
    <w:p>
      <w:pPr>
        <w:jc w:val="right"/>
      </w:pPr>
      <w:r>
        <w:t>کوئی بادشاہ، کوئی دولت، دولت مند، کوئی بڑا آدمی اس نشانی کو پورا نہیں کر سکا کہ Right here,right now اور بہت لوگوں نے چاہا، لیکن اپنا نشانہ پوری کیا، وہ مر گیا، مر گیا۔</w:t>
      </w:r>
    </w:p>
    <w:p>
      <w:r>
        <w:rPr>
          <w:b/>
        </w:rPr>
        <w:t xml:space="preserve">[27:19] </w:t>
      </w:r>
      <w:r>
        <w:t>to sincere aadmi sochega ke yeh to koi nishana hi nahi. insincere aadmi kahega: "mujhe to is dunya mein pana hai." Right here,right now</w:t>
      </w:r>
    </w:p>
    <w:p>
      <w:pPr>
        <w:jc w:val="right"/>
      </w:pPr>
      <w:r>
        <w:t>تو سنسیئر آدمی سوچے گا کہ یہ تو کوئی نشانہ ہی نہیں۔ ان سنسیئر آدمی کہے گا: "مجھے تو اس دنیا میں پانا ہے۔" Right here,right now</w:t>
      </w:r>
    </w:p>
    <w:p>
      <w:r>
        <w:rPr>
          <w:b/>
        </w:rPr>
        <w:t xml:space="preserve">[27:29] </w:t>
      </w:r>
      <w:r>
        <w:t>sincere aadmi kahega: "nahi, yeh to koi nishana nahi, kyunke hazaron aur lakhon karoron log paida hue aur dunya mein is nishane ko poora kiye baghair mar gaye." is se kya sabit hua ke insan ka habitat is dunya mein nahi hai?</w:t>
      </w:r>
    </w:p>
    <w:p>
      <w:pPr>
        <w:jc w:val="right"/>
      </w:pPr>
      <w:r>
        <w:t>سنسیئر آدمی کہے گا: "نہیں، یہ تو کوئی نشانہ نہیں، کیونکہ ہزاروں اور لاکھوں کروڑوں لوگ پیدا ہوئے اور دنیا میں اس نشانے کو پورا کیے بغیر مر گئے۔" اس سے کیا ثابت ہوا کہ انسان کا ہیبیٹاٹ اس دنیا میں نہیں ہے؟</w:t>
      </w:r>
    </w:p>
    <w:p>
      <w:r>
        <w:rPr>
          <w:b/>
        </w:rPr>
        <w:t xml:space="preserve">[27:45] </w:t>
      </w:r>
      <w:r>
        <w:t>iska habitat maut ke baad hai.</w:t>
      </w:r>
    </w:p>
    <w:p>
      <w:pPr>
        <w:jc w:val="right"/>
      </w:pPr>
      <w:r>
        <w:t>اس کا ہیبیٹاٹ موت کے بعد ہے۔</w:t>
      </w:r>
    </w:p>
    <w:p>
      <w:r>
        <w:rPr>
          <w:b/>
        </w:rPr>
        <w:t xml:space="preserve">[27:48] </w:t>
      </w:r>
      <w:r>
        <w:t>ya sincerity to hudallil mutaqeen jo hai, is ka matlab yeh hai ke quran hidayat hai, magar kis ke liye?</w:t>
      </w:r>
    </w:p>
    <w:p>
      <w:pPr>
        <w:jc w:val="right"/>
      </w:pPr>
      <w:r>
        <w:t>یا سنسیرٹی توھد للمتقین جو ہے، اس کا مطلب یہ ہے کہ قرآن ہدایت ہے، مگر کس کے لیے؟</w:t>
      </w:r>
    </w:p>
    <w:p>
      <w:r>
        <w:rPr>
          <w:b/>
        </w:rPr>
        <w:t xml:space="preserve">[27:58] </w:t>
      </w:r>
      <w:r>
        <w:t>jo bohat ziyada sincere ho. bohat ziyada, mislan ek aadmi ke samne yeh sawal hai ke dunya kaise bani?</w:t>
      </w:r>
    </w:p>
    <w:p>
      <w:pPr>
        <w:jc w:val="right"/>
      </w:pPr>
      <w:r>
        <w:t>جو بہت زیادہ سنسیئر ہو۔ بہت زیادہ، مثلاً ایک آدمی کے سامنے یہ سوال ہے کہ دنیا کیسے بنی؟</w:t>
      </w:r>
    </w:p>
    <w:p>
      <w:r>
        <w:rPr>
          <w:b/>
        </w:rPr>
        <w:t xml:space="preserve">[28:12] </w:t>
      </w:r>
      <w:r>
        <w:t>mera khaliq kaun hai? mera khaliq kaun hai?</w:t>
      </w:r>
    </w:p>
    <w:p>
      <w:pPr>
        <w:jc w:val="right"/>
      </w:pPr>
      <w:r>
        <w:t>میرا خالق کون ہے؟ میرا خالق کون ہے؟</w:t>
      </w:r>
    </w:p>
    <w:p>
      <w:r>
        <w:rPr>
          <w:b/>
        </w:rPr>
        <w:t xml:space="preserve">[28:17] </w:t>
      </w:r>
      <w:r>
        <w:t>to ab ek aadmi kahega ke dunya bani hai evolution ke zariye se. to insincere aadmi us ko maan lega ke evolution ka ek process hai jis se sab kuch ban gaya, insan hi ban gaya.</w:t>
      </w:r>
    </w:p>
    <w:p>
      <w:pPr>
        <w:jc w:val="right"/>
      </w:pPr>
      <w:r>
        <w:t>تو اب ایک آدمی کہے گا کہ دنیا بنی ہے ایولوشن کے ذریعے سے۔ تو ان سینسر آدمی اس کو مان لے گا کہ ایولوشن کا ایک پراسیس ہے جس سے سب کچھ بن گیا، انسان ہی بن گیا۔</w:t>
      </w:r>
    </w:p>
    <w:p>
      <w:r>
        <w:rPr>
          <w:b/>
        </w:rPr>
        <w:t xml:space="preserve">[28:33] </w:t>
      </w:r>
      <w:r>
        <w:t>lekin sincere aadmi sochega: "kya aisa kaise ho sakta hai? evolution process kya cheez hai? woh kya cheez hai?" woh to is evolution process to koi uska wajood nahi hai, yeh to ek ek mufrada hai.</w:t>
      </w:r>
    </w:p>
    <w:p>
      <w:pPr>
        <w:jc w:val="right"/>
      </w:pPr>
      <w:r>
        <w:t>لیکن سنسیئر آدمی سوچے گا: "کیا ایسا کیسے ہو سکتا ہے؟ ایولوشن پراسیس کیا چیز ہے؟ وہ کیا چیز ہے؟" وہ تو اس ایولوشن پراسیس تو کوئی اس کا وجود نہیں ہے، یہ تو ایک ایک مفروضہ ہے۔</w:t>
      </w:r>
    </w:p>
    <w:p>
      <w:r>
        <w:rPr>
          <w:b/>
        </w:rPr>
        <w:t xml:space="preserve">[28:48] </w:t>
      </w:r>
      <w:r>
        <w:t>ek haqeeqi dunya maujood hai, hum dekh rahe hain is ko. to is ke liye ek haqeeqi khaliq chahiye. evolution theory to ek ek ek mufrada hai, ek khali tor par hum ne ek lafz, ek ek bas ek lafz hai.</w:t>
      </w:r>
    </w:p>
    <w:p>
      <w:pPr>
        <w:jc w:val="right"/>
      </w:pPr>
      <w:r>
        <w:t>ایک حقیقی دنیا موجود ہے، ہم دیکھ رہے ہیں اس کو۔ تو اس کے لیے ایک حقیقی خالق چاہیے۔ ایولوشن تھیوری تو ایک ایک ایک مفروضہ ہے، ایک خالی طور پر ہم نے ایک لفظ، ایک ایک بس ایک لفظ ہے۔</w:t>
      </w:r>
    </w:p>
    <w:p>
      <w:r>
        <w:rPr>
          <w:b/>
        </w:rPr>
        <w:t xml:space="preserve">[29:05] </w:t>
      </w:r>
      <w:r>
        <w:t>to evolution theory ka jo process hai, woh is ki explain nahi karta dunya ko.</w:t>
      </w:r>
    </w:p>
    <w:p>
      <w:pPr>
        <w:jc w:val="right"/>
      </w:pPr>
      <w:r>
        <w:t>تو ایولوشن تھیوری کا جو پراسیس ہے، وہ اس کی ایکسپلین نہیں کرتا دنیا کو۔</w:t>
      </w:r>
    </w:p>
    <w:p>
      <w:r>
        <w:rPr>
          <w:b/>
        </w:rPr>
        <w:t xml:space="preserve">[29:15] </w:t>
      </w:r>
      <w:r>
        <w:t>dunya ko explain nahi karta, lekin jo insincere aadmi hoga, woh maan lega ke ke evolution ke evolution ke zariye se to sab kuch ban gaya.</w:t>
      </w:r>
    </w:p>
    <w:p>
      <w:pPr>
        <w:jc w:val="right"/>
      </w:pPr>
      <w:r>
        <w:t>دنیا کو ایکسپلین نہیں کرتا، لیکن جو ان سینسر آدمی ہوگا، وہ مان لے گا کہ کہ ایولوشن کے ایولوشن کے ذریعے سے تو سب کچھ بن گیا۔</w:t>
      </w:r>
    </w:p>
    <w:p>
      <w:r>
        <w:rPr>
          <w:b/>
        </w:rPr>
        <w:t xml:space="preserve">[29:27] </w:t>
      </w:r>
      <w:r>
        <w:t>sincere aadmi kahega: "nahi, aisa kaise ho sakta hai?" to sincere aadmi khaliq tak pohnch jayega. insincere aadmi theory of revolution mein atak kar reh jayega.</w:t>
      </w:r>
    </w:p>
    <w:p>
      <w:pPr>
        <w:jc w:val="right"/>
      </w:pPr>
      <w:r>
        <w:t>سنسیئر آدمی کہے گا: "نہیں، ایسا کیسے ہو سکتا ہے؟" تو سنسیئر آدمی خالق تک پہنچ جائے گا۔ ان سینسر آدمی تھیوری آف ریولوشن میں اٹک کر رہ جائے گا۔</w:t>
      </w:r>
    </w:p>
    <w:p>
      <w:r>
        <w:rPr>
          <w:b/>
        </w:rPr>
        <w:t xml:space="preserve">[29:45] </w:t>
      </w:r>
      <w:r>
        <w:t>to yeh hai, yani hudallil mutaqeen ka matlab.</w:t>
      </w:r>
    </w:p>
    <w:p>
      <w:pPr>
        <w:jc w:val="right"/>
      </w:pPr>
      <w:r>
        <w:t>تو یہ ہے، یعنیھد للمتقین کا مطلب۔</w:t>
      </w:r>
    </w:p>
    <w:p>
      <w:r>
        <w:rPr>
          <w:b/>
        </w:rPr>
        <w:t xml:space="preserve">[29:53] </w:t>
      </w:r>
      <w:r>
        <w:t>to meri dua hai ke Allah taala hum sab ko</w:t>
      </w:r>
    </w:p>
    <w:p>
      <w:pPr>
        <w:jc w:val="right"/>
      </w:pPr>
      <w:r>
        <w:t>تو میری دعا ہے کہ اللہ تعالی ہم سب کو</w:t>
      </w:r>
    </w:p>
    <w:p>
      <w:r>
        <w:rPr>
          <w:b/>
        </w:rPr>
        <w:t xml:space="preserve">[29:59] </w:t>
      </w:r>
      <w:r>
        <w:t>is shart par poora utarne ki tofeeq de, hum quran se hidayat le saken,</w:t>
      </w:r>
    </w:p>
    <w:p>
      <w:pPr>
        <w:jc w:val="right"/>
      </w:pPr>
      <w:r>
        <w:t>اس شرط پر پورا اترنے کی توفیق دے، ہم قرآن سے ہدایت لے سکیں،</w:t>
      </w:r>
    </w:p>
    <w:p>
      <w:r>
        <w:rPr>
          <w:b/>
        </w:rPr>
        <w:t xml:space="preserve">[30:10] </w:t>
      </w:r>
      <w:r>
        <w:t>apni zindagi ke liye, hamari zindagi ke liye jo sabaq hai quran mein, us ko hum hasil kar saken. Assalam o Alaikum wa Rahmatullahi</w:t>
      </w:r>
    </w:p>
    <w:p>
      <w:pPr>
        <w:jc w:val="right"/>
      </w:pPr>
      <w:r>
        <w:t>اپنی زندگی کے لیے، ہماری زندگی کے لیے جو سبق ہے قرآن میں، اس کو ہم حاصل کر سکیں۔ السلام علیکم ورحمۃ اللہ</w:t>
      </w:r>
    </w:p>
    <w:p>
      <w:r>
        <w:rPr>
          <w:b/>
        </w:rPr>
        <w:t xml:space="preserve">[30:26] </w:t>
      </w:r>
      <w:r>
        <w:t>kuch clear, clear.</w:t>
      </w:r>
    </w:p>
    <w:p>
      <w:pPr>
        <w:jc w:val="right"/>
      </w:pPr>
      <w:r>
        <w:t>کچھ کلیئر، کلیئر۔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