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Prophetic Method November 18, 2013</w:t>
      </w:r>
    </w:p>
    <w:p>
      <w:r>
        <w:t>https://youtu.be/bGA92mdRq1g</w:t>
      </w:r>
    </w:p>
    <w:p>
      <w:r>
        <w:rPr>
          <w:b/>
        </w:rPr>
        <w:t xml:space="preserve">[00:13] </w:t>
      </w:r>
      <w:r>
        <w:t>18 November 2013. عن أبي ذرٍّ قال: تركنا رسول الله صلى الله عليه وسلم وما طائر يقلب جناحيه في الهواء إلا وهو يذكرنا منه علمًا.</w:t>
      </w:r>
    </w:p>
    <w:p>
      <w:pPr>
        <w:jc w:val="right"/>
      </w:pPr>
      <w:r>
        <w:t>18 نومبر 2013۔ عن أبي ذرٍّ قال: تركنا رسول الله صلى الله عليه وسلم وما طائر يقلب جناحيه في الهواء إلا وهو يذكرنا منه علمًا.</w:t>
      </w:r>
    </w:p>
    <w:p>
      <w:r>
        <w:rPr>
          <w:b/>
        </w:rPr>
        <w:t xml:space="preserve">[00:31] </w:t>
      </w:r>
      <w:r>
        <w:t>قال: فقال صلى الله عليه وسلم: ما بقي شيء يقرب من الجنة ويباعد من النار إلا وقد بيّن لكم.</w:t>
      </w:r>
    </w:p>
    <w:p>
      <w:pPr>
        <w:jc w:val="right"/>
      </w:pPr>
      <w:r>
        <w:t>قال: فقال صلى الله عليه وسلم: ما بقي شيء يقرب من الجنة ويباعد من النار إلا وقد بيّن لكم.</w:t>
      </w:r>
    </w:p>
    <w:p>
      <w:r>
        <w:rPr>
          <w:b/>
        </w:rPr>
        <w:t xml:space="preserve">[00:42] </w:t>
      </w:r>
      <w:r>
        <w:t>al muajjam al kabir lil tabrani, hadith number 1624. abu zar riwayat karte hain ke rasool Allah hum se is haal mein juda hue ke koi bhi chidiya hawa mein par marti to aap hamein us se ek ilm sikhate hain.</w:t>
      </w:r>
    </w:p>
    <w:p>
      <w:pPr>
        <w:jc w:val="right"/>
      </w:pPr>
      <w:r>
        <w:t>المعجم الکبیر للطبرانی، حدیث نمبر 1624۔ ابوذر روایت کرتے ہیں کہ رسول اللہ ہم سے اس حال میں جدا ہوئے کہ کوئی بھی چڑیا ہوا میں پر مارتی تو آپ ہمیں اس سے ایک علم سکھاتے ہیں۔</w:t>
      </w:r>
    </w:p>
    <w:p>
      <w:r>
        <w:rPr>
          <w:b/>
        </w:rPr>
        <w:t xml:space="preserve">[01:05] </w:t>
      </w:r>
      <w:r>
        <w:t>hazrat abu zar mazeed kehte hain ke aap ne farmaya: koi bhi cheez jo tum ko jannat se qareeb kare aur jahannum se door kare, wo tumhare liye wazeh kar di gayi.</w:t>
      </w:r>
    </w:p>
    <w:p>
      <w:pPr>
        <w:jc w:val="right"/>
      </w:pPr>
      <w:r>
        <w:t>حضرت ابوذر مزید کہتے ہیں کہ آپ نے فرمایا: کوئی بھی چیز جو تم کو جنت سے قریب کرے اور جہنم سے دور کرے، وہ تمہارے لیے واضح کر دی گئی۔</w:t>
      </w:r>
    </w:p>
    <w:p>
      <w:r>
        <w:rPr>
          <w:b/>
        </w:rPr>
        <w:t xml:space="preserve">[01:18] </w:t>
      </w:r>
      <w:r>
        <w:t>maulana, is hadith ko wazeh karen.</w:t>
      </w:r>
    </w:p>
    <w:p>
      <w:pPr>
        <w:jc w:val="right"/>
      </w:pPr>
      <w:r>
        <w:t>مولانا، اس حدیث کو واضح کریں۔</w:t>
      </w:r>
    </w:p>
    <w:p>
      <w:r>
        <w:rPr>
          <w:b/>
        </w:rPr>
        <w:t xml:space="preserve">[01:24] </w:t>
      </w:r>
      <w:r>
        <w:t>bismillah rahman rahim.</w:t>
      </w:r>
    </w:p>
    <w:p>
      <w:pPr>
        <w:jc w:val="right"/>
      </w:pPr>
      <w:r>
        <w:t>بسم اللہ الرحمن الرحیم۔</w:t>
      </w:r>
    </w:p>
    <w:p>
      <w:r>
        <w:rPr>
          <w:b/>
        </w:rPr>
        <w:t xml:space="preserve">[01:30] </w:t>
      </w:r>
      <w:r>
        <w:t>is hadith ki sharah mein</w:t>
      </w:r>
    </w:p>
    <w:p>
      <w:pPr>
        <w:jc w:val="right"/>
      </w:pPr>
      <w:r>
        <w:t>اس حدیث کی شرح میں</w:t>
      </w:r>
    </w:p>
    <w:p>
      <w:r>
        <w:rPr>
          <w:b/>
        </w:rPr>
        <w:t xml:space="preserve">[01:36] </w:t>
      </w:r>
      <w:r>
        <w:t>main ne dekha to sharheen ne likha hai ke rasool Allah ne mukammal shariyat sab ko bata di.</w:t>
      </w:r>
    </w:p>
    <w:p>
      <w:pPr>
        <w:jc w:val="right"/>
      </w:pPr>
      <w:r>
        <w:t>میں نے دیکھا تو شارحین نے لکھا ہے کہ رسول اللہ نے مکمل شریعت سب کو بتا دی۔</w:t>
      </w:r>
    </w:p>
    <w:p>
      <w:r>
        <w:rPr>
          <w:b/>
        </w:rPr>
        <w:t xml:space="preserve">[01:47] </w:t>
      </w:r>
      <w:r>
        <w:t>is se baat wazeh nahi hoti. is mein lafz ilm hai to sochne ki baat hai ke ilm ka matlab kya hai. to is mein do juz hain, dono juz par ghor farmayen.</w:t>
      </w:r>
    </w:p>
    <w:p>
      <w:pPr>
        <w:jc w:val="right"/>
      </w:pPr>
      <w:r>
        <w:t>اس سے بات واضح نہیں ہوتی۔ اس میں لفظ علم ہے تو سوچنے کی بات ہے کہ علم کا مطلب کیا ہے۔ تو اس میں دو جز ہیں، دونوں جز پر غور فرمائیے۔</w:t>
      </w:r>
    </w:p>
    <w:p>
      <w:r>
        <w:rPr>
          <w:b/>
        </w:rPr>
        <w:t xml:space="preserve">[02:08] </w:t>
      </w:r>
      <w:r>
        <w:t>ek juz is ka yeh hai ke rasool Allah sal Allah alaih wasallam ne farmaya ke maine tum ko woh tamam baatein bata dein jo tum ko jahannum se bachane wali hon aur jannat se qareeb karne wali hon.</w:t>
      </w:r>
    </w:p>
    <w:p>
      <w:pPr>
        <w:jc w:val="right"/>
      </w:pPr>
      <w:r>
        <w:t>ایک جز اس کا یہ ہے کہ رسول اللہ صلی اللہ علیہ وسلم نے فرمایا کہ میں نے تم کو وہ تمام باتیں بتا دیں جو تم کو جہنم سے بچانے والی ہوں اور جنت سے قریب کرنے والی ہوں۔</w:t>
      </w:r>
    </w:p>
    <w:p>
      <w:r>
        <w:rPr>
          <w:b/>
        </w:rPr>
        <w:t xml:space="preserve">[02:22] </w:t>
      </w:r>
      <w:r>
        <w:t>sab bayan kar di gayi. aur sahabi is ki misaal ke taur par ek cheez ka zikr karte hain ke hawa mein koi parinda udta tha to us se hum ko rasool Allah koi naseehat ki baat batate the.</w:t>
      </w:r>
    </w:p>
    <w:p>
      <w:pPr>
        <w:jc w:val="right"/>
      </w:pPr>
      <w:r>
        <w:t>سب بیان کر دی گئی۔ اور صحابی اس کی مثال کے طور پر ایک چیز کا ذکر کرتے ہیں کہ ہوا میں کوئی پرندہ اڑتا تھا تو اس سے ہم کو رسول اللہ کوئی نصیحت کی بات بتاتے تھے۔</w:t>
      </w:r>
    </w:p>
    <w:p>
      <w:r>
        <w:rPr>
          <w:b/>
        </w:rPr>
        <w:t xml:space="preserve">[02:42] </w:t>
      </w:r>
      <w:r>
        <w:t>yeh ek misaal hai ke rasool Allah ne kya baatein sahaba ko bataen. is ko samajhna ho to is ki ek misaal yeh hai.</w:t>
      </w:r>
    </w:p>
    <w:p>
      <w:pPr>
        <w:jc w:val="right"/>
      </w:pPr>
      <w:r>
        <w:t>یہ ایک مثال ہے کہ رسول اللہ نے کیا باتیں صحابہ کو بتائیں۔ اس کو سمجھنا ہو تو اس کی ایک مثال یہ ہے۔</w:t>
      </w:r>
    </w:p>
    <w:p>
      <w:r>
        <w:rPr>
          <w:b/>
        </w:rPr>
        <w:t xml:space="preserve">[02:51] </w:t>
      </w:r>
      <w:r>
        <w:t>is ko generalize karo to samajh mein aa jayega. dekhen, jab kisi maamle mein ba taur misaal ek waqea bataya jaye, is ka matlab yeh hai ke is ko aap generalize karen.</w:t>
      </w:r>
    </w:p>
    <w:p>
      <w:pPr>
        <w:jc w:val="right"/>
      </w:pPr>
      <w:r>
        <w:t>اس کو جنرلائز کرو تو سمجھ میں آ جائے گا۔ دیکھیں، جب کسی معاملے میں بطور مثال ایک واقعہ بتایا جائے، اس کا مطلب یہ ہے کہ اس کو آپ جنرلائز کریں۔</w:t>
      </w:r>
    </w:p>
    <w:p>
      <w:r>
        <w:rPr>
          <w:b/>
        </w:rPr>
        <w:t xml:space="preserve">[03:05] </w:t>
      </w:r>
      <w:r>
        <w:t>generalize kar ke aap poori baat samajh lenge.</w:t>
      </w:r>
    </w:p>
    <w:p>
      <w:pPr>
        <w:jc w:val="right"/>
      </w:pPr>
      <w:r>
        <w:t>جنرلائز کر کے آپ پوری بات سمجھ لیں گے۔</w:t>
      </w:r>
    </w:p>
    <w:p>
      <w:r>
        <w:rPr>
          <w:b/>
        </w:rPr>
        <w:t xml:space="preserve">[03:09] </w:t>
      </w:r>
      <w:r>
        <w:t>to ab ghor kijiye ke jo waqea bataya unhone, jo misaal unhone batai, woh thi ke hawa mein koi parinda ud raha hai to us ko kaha ke dekho, is mein yeh naseehat hai.</w:t>
      </w:r>
    </w:p>
    <w:p>
      <w:pPr>
        <w:jc w:val="right"/>
      </w:pPr>
      <w:r>
        <w:t>تو اب غور کیجیے کہ جو واقعہ بتایا انہوں نے، جو مثال انہوں نے بتائی، وہ تھی کہ ہوا میں کوئی پرندہ اڑ رہا ہے تو اس کو کہا کہ دیکھو، اس میں یہ نصیحت ہے۔</w:t>
      </w:r>
    </w:p>
    <w:p>
      <w:r>
        <w:rPr>
          <w:b/>
        </w:rPr>
        <w:t xml:space="preserve">[03:23] </w:t>
      </w:r>
      <w:r>
        <w:t>to isi nawiyat ki cheezon ko aap se shamil karenge is mein.</w:t>
      </w:r>
    </w:p>
    <w:p>
      <w:pPr>
        <w:jc w:val="right"/>
      </w:pPr>
      <w:r>
        <w:t>تو اسی نوعیت کی چیزوں کو آپ سے شامل کریں گے اس میں۔</w:t>
      </w:r>
    </w:p>
    <w:p>
      <w:r>
        <w:rPr>
          <w:b/>
        </w:rPr>
        <w:t xml:space="preserve">[03:31] </w:t>
      </w:r>
      <w:r>
        <w:t>yeh ek misaal hai ke kaun si baat hoti thi jo rasool Allah sal Allah alaih wasallam jannat aur jahannum ki nisbat se sahaba ko bata dete hain.</w:t>
      </w:r>
    </w:p>
    <w:p>
      <w:pPr>
        <w:jc w:val="right"/>
      </w:pPr>
      <w:r>
        <w:t>یہ ایک مثال ہے کہ کون سی بات ہوتی تھی جو رسول اللہ صلی اللہ علیہ وسلم جنت اور جہنم کی نسبت سے صحابہ کو بتا دیتے ہیں۔</w:t>
      </w:r>
    </w:p>
    <w:p>
      <w:r>
        <w:rPr>
          <w:b/>
        </w:rPr>
        <w:t xml:space="preserve">[03:42] </w:t>
      </w:r>
      <w:r>
        <w:t>is par ghor karte hue samajh mein aata hai ke yeh ilm jahan yahan, lafz ilm yahan qanoon ke maene mein nahi hai. yeh marifat ke maene mein hai.</w:t>
      </w:r>
    </w:p>
    <w:p>
      <w:pPr>
        <w:jc w:val="right"/>
      </w:pPr>
      <w:r>
        <w:t>اس پر غور کرتے ہوئے سمجھ میں آتا ہے کہ یہ علم جہاں یہاں، لفظ علم یہاں قانون کے معنی میں نہیں ہے۔ یہ معرفت کے معنی میں ہے۔</w:t>
      </w:r>
    </w:p>
    <w:p>
      <w:r>
        <w:rPr>
          <w:b/>
        </w:rPr>
        <w:t xml:space="preserve">[03:52] </w:t>
      </w:r>
      <w:r>
        <w:t>kyun ke dekhen,</w:t>
      </w:r>
    </w:p>
    <w:p>
      <w:pPr>
        <w:jc w:val="right"/>
      </w:pPr>
      <w:r>
        <w:t>کیونکہ دیکھیں،</w:t>
      </w:r>
    </w:p>
    <w:p>
      <w:r>
        <w:rPr>
          <w:b/>
        </w:rPr>
        <w:t xml:space="preserve">[03:55] </w:t>
      </w:r>
      <w:r>
        <w:t>chidiya, ek chidiya ya chidiyon ka jhund hawa mein ud raha ho, us ko aap dekhen, us se koi naseehat len to woh kya hoga?</w:t>
      </w:r>
    </w:p>
    <w:p>
      <w:pPr>
        <w:jc w:val="right"/>
      </w:pPr>
      <w:r>
        <w:t>چڑیا، ایک چڑیا یا چڑیوں کا جھنڈ ہوا میں اڑ رہا ہو، اس کو آپ دیکھیں، اس سے کوئی نصیحت لیں تو وہ کیا ہوگا؟</w:t>
      </w:r>
    </w:p>
    <w:p>
      <w:r>
        <w:rPr>
          <w:b/>
        </w:rPr>
        <w:t xml:space="preserve">[04:06] </w:t>
      </w:r>
      <w:r>
        <w:t>woh koi qanoon ka maamla hoga? us se koi qanoon daryaft karenge aap? us se aap marifat daryaft karenge.</w:t>
      </w:r>
    </w:p>
    <w:p>
      <w:pPr>
        <w:jc w:val="right"/>
      </w:pPr>
      <w:r>
        <w:t>وہ کوئی قانون کا معاملہ ہوگا؟ اس سے کوئی قانون دریافت کریں گے آپ؟ اس سے آپ معرفت دریافت کریں گے۔</w:t>
      </w:r>
    </w:p>
    <w:p>
      <w:r>
        <w:rPr>
          <w:b/>
        </w:rPr>
        <w:t xml:space="preserve">[04:16] </w:t>
      </w:r>
      <w:r>
        <w:t>yeh manzar ke parinda hawa mein ud raha hai, bilashuba ek bohat bada takhleeq ka waqea hai.</w:t>
      </w:r>
    </w:p>
    <w:p>
      <w:pPr>
        <w:jc w:val="right"/>
      </w:pPr>
      <w:r>
        <w:t>یہ منظر کہ پرندہ ہوا میں اڑ رہا ہے، بلاشبہ ایک بہت بڑا تخلیق کا واقعہ ہے۔</w:t>
      </w:r>
    </w:p>
    <w:p>
      <w:r>
        <w:rPr>
          <w:b/>
        </w:rPr>
        <w:t xml:space="preserve">[04:25] </w:t>
      </w:r>
      <w:r>
        <w:t>Allah taala ki jo takhleeqat hain, us mein ek bohat ajeeb waqea yeh hai ke parinda hawa mein ud raha hai. lekin us se jo naseehat aap lenge to woh koi qanoon ki dafa nahi hogi.</w:t>
      </w:r>
    </w:p>
    <w:p>
      <w:pPr>
        <w:jc w:val="right"/>
      </w:pPr>
      <w:r>
        <w:t>اللہ تعالیٰ کی جو تخلیقات ہیں، اس میں ایک بہت عجیب واقعہ یہ ہے کہ پرندہ ہوا میں اڑ رہا ہے۔ لیکن اس سے جو نصیحت آپ لیں گے تو وہ کوئی قانون کی دفعہ نہیں ہوگی۔</w:t>
      </w:r>
    </w:p>
    <w:p>
      <w:r>
        <w:rPr>
          <w:b/>
        </w:rPr>
        <w:t xml:space="preserve">[04:39] </w:t>
      </w:r>
      <w:r>
        <w:t>woh diwani aur faujdari qanoon ka koi maamla nahi hoga. woh marifat hogi. to yahan ilm hota hai, jo lafz ilm ka jo lafz hai, ba maani marifat hai.</w:t>
      </w:r>
    </w:p>
    <w:p>
      <w:pPr>
        <w:jc w:val="right"/>
      </w:pPr>
      <w:r>
        <w:t>وہ دیوانی اور فوجداری قانون کا کوئی معاملہ نہیں ہوگا۔ وہ معرفت ہوگی۔ تو یہاں علم ہوتا ہے، جو لفظ علم کا جو لفظ ہے، بمعنی معرفت ہے۔</w:t>
      </w:r>
    </w:p>
    <w:p>
      <w:r>
        <w:rPr>
          <w:b/>
        </w:rPr>
        <w:t xml:space="preserve">[04:52] </w:t>
      </w:r>
      <w:r>
        <w:t>phir doosri baat yeh jo samajh mein aati hai ke jannat aur jahannum ka maamla jo hai, aakhirat ki kamyabi ka jo maamla hai, is ka sara inhisaar marifat par hai.</w:t>
      </w:r>
    </w:p>
    <w:p>
      <w:pPr>
        <w:jc w:val="right"/>
      </w:pPr>
      <w:r>
        <w:t>پھر دوسری بات یہ جو سمجھ میں آتی ہے کہ جنت اور جہنم کا معاملہ جو ہے، آخرت کی کامیابی کا جو معاملہ ہے، اس کا سارا انحصار معرفت پر ہے۔</w:t>
      </w:r>
    </w:p>
    <w:p>
      <w:r>
        <w:rPr>
          <w:b/>
        </w:rPr>
        <w:t xml:space="preserve">[05:06] </w:t>
      </w:r>
      <w:r>
        <w:t>qanoon ki dafa par nahi hai. yaani marifat woh cheez hai jo aap ko</w:t>
      </w:r>
    </w:p>
    <w:p>
      <w:pPr>
        <w:jc w:val="right"/>
      </w:pPr>
      <w:r>
        <w:t>قانون کی دفعات پر نہیں ہے۔ یعنی معرفت وہ چیز ہے جو آپ کو</w:t>
      </w:r>
    </w:p>
    <w:p>
      <w:r>
        <w:rPr>
          <w:b/>
        </w:rPr>
        <w:t xml:space="preserve">[05:15] </w:t>
      </w:r>
      <w:r>
        <w:t>jahannum se door karti hai aur jannat se qareeb karti hai.</w:t>
      </w:r>
    </w:p>
    <w:p>
      <w:pPr>
        <w:jc w:val="right"/>
      </w:pPr>
      <w:r>
        <w:t>جہنم سے دور کرتی ہے اور جنت سے قریب کرتی ہے۔</w:t>
      </w:r>
    </w:p>
    <w:p>
      <w:r>
        <w:rPr>
          <w:b/>
        </w:rPr>
        <w:t xml:space="preserve">[05:22] </w:t>
      </w:r>
      <w:r>
        <w:t>bilkul wazeh hai in alfaaz se. ab sochiye ke marifat ki hesiyat kyun hai? is ki hesiyat is liye hai ke marifat jo hai, woh central idea hai, central theme hai deen mein.</w:t>
      </w:r>
    </w:p>
    <w:p>
      <w:pPr>
        <w:jc w:val="right"/>
      </w:pPr>
      <w:r>
        <w:t>بالکل واضح ہے ان الفاظ سے۔ اب سوچیے کہ معرفت کی حیثیت کیوں ہے؟ اس کی حیثیت اس لیے ہے کہ معرفت جو ہے، وہ سنٹرل آئیڈیا ہے، سنٹرل تھیم ہے دین میں۔</w:t>
      </w:r>
    </w:p>
    <w:p>
      <w:r>
        <w:rPr>
          <w:b/>
        </w:rPr>
        <w:t xml:space="preserve">[05:42] </w:t>
      </w:r>
      <w:r>
        <w:t>kisi bhi cheez mein, koi bhi cheez ho, chahe secular cheez kyun na ho, hamesha aik cheez hoti hai jo is ki hesiyat central hoti hai. woh central theme hoti hai.</w:t>
      </w:r>
    </w:p>
    <w:p>
      <w:pPr>
        <w:jc w:val="right"/>
      </w:pPr>
      <w:r>
        <w:t>کسی بھی چیز میں، کوئی بھی چیز ہو، چاہے سیکولر چیز کیوں نہ ہو، ہمیشہ ایک چیز ہوتی ہے جو اس کی حیثیت سنٹرل ہوتی ہے۔ وہ سنٹرل تھیم ہوتی ہے۔</w:t>
      </w:r>
    </w:p>
    <w:p>
      <w:r>
        <w:rPr>
          <w:b/>
        </w:rPr>
        <w:t xml:space="preserve">[05:54] </w:t>
      </w:r>
      <w:r>
        <w:t>misal ke taur par dekhen, job lena hai aap ko, service lena hai aap ko bazaar mein, to is ki central theme kya hai? achi taleemi degree.</w:t>
      </w:r>
    </w:p>
    <w:p>
      <w:pPr>
        <w:jc w:val="right"/>
      </w:pPr>
      <w:r>
        <w:t>مثال کے طور پر دیکھیں، جاب لینا ہے آپ کو، سروس لینا ہے آپ کو بازار میں، تو اس کی سنٹرل تھیم کیا ہے؟ اچھی تعلیمی ڈگری۔</w:t>
      </w:r>
    </w:p>
    <w:p>
      <w:r>
        <w:rPr>
          <w:b/>
        </w:rPr>
        <w:t xml:space="preserve">[06:05] </w:t>
      </w:r>
      <w:r>
        <w:t>aap ke paas agar achi taleemi degree hai to aap ko job market mein aasani se aik acha job mil sakta hai. kyun ke job market mein jagah lene ke liye jo central cheez hai, woh hai achi degree.</w:t>
      </w:r>
    </w:p>
    <w:p>
      <w:pPr>
        <w:jc w:val="right"/>
      </w:pPr>
      <w:r>
        <w:t>آپ کے پاس اگر اچھی تعلیمی ڈگری ہے تو آپ کو جاب مارکیٹ میں آسانی سے ایک اچھا جاب مل سکتا ہے۔ کیونکہ جاب مارکیٹ میں جگہ لینے کے لیے جو سنٹرل چیز ہے، وہ ہے اچھی ڈگری۔</w:t>
      </w:r>
    </w:p>
    <w:p>
      <w:r>
        <w:rPr>
          <w:b/>
        </w:rPr>
        <w:t xml:space="preserve">[06:19] </w:t>
      </w:r>
      <w:r>
        <w:t>aisi business hai, mislan. business mein aik central cheez kya hai? income hai.</w:t>
      </w:r>
    </w:p>
    <w:p>
      <w:pPr>
        <w:jc w:val="right"/>
      </w:pPr>
      <w:r>
        <w:t>ایسی بزنس ہے، مثلاً۔ بزنس میں ایک سنٹرل چیز کیا ہے؟ انکم ہے۔</w:t>
      </w:r>
    </w:p>
    <w:p>
      <w:r>
        <w:rPr>
          <w:b/>
        </w:rPr>
        <w:t xml:space="preserve">[06:26] </w:t>
      </w:r>
      <w:r>
        <w:t>agar aap ke business se aap ko income ho rahi ho, aamdani ho rahi ho, tab to woh business hai. nahi to waqt zaya hai. yaani aap dukaan kholen magar aap ko kuch paisa nahi mil raha ho, faida na ho raha ho, to woh business nahi kaha jayega.</w:t>
      </w:r>
    </w:p>
    <w:p>
      <w:pPr>
        <w:jc w:val="right"/>
      </w:pPr>
      <w:r>
        <w:t>اگر آپ کے بزنس سے آپ کو انکم ہو رہی ہو، آمدنی ہو رہی ہو، تب تو وہ بزنس ہے۔ نہیں تو وقت ضائع ہے۔ یعنی آپ دکان کھولیں مگر آپ کو کچھ پیسہ نہیں مل رہا ہو، فائدہ نہ ہو رہا ہو، تو وہ بزنس نہیں کہا جائے گا۔</w:t>
      </w:r>
    </w:p>
    <w:p>
      <w:r>
        <w:rPr>
          <w:b/>
        </w:rPr>
        <w:t xml:space="preserve">[06:42] </w:t>
      </w:r>
      <w:r>
        <w:t>woh hoti yeh hai ke aap apna waqt aur time waste kar rahe hain. to har cheez mein, har cheez mein aik cheez hoti hai jis ko central position hasil hoti hai.</w:t>
      </w:r>
    </w:p>
    <w:p>
      <w:pPr>
        <w:jc w:val="right"/>
      </w:pPr>
      <w:r>
        <w:t>وہ ہوتی یہ ہے کہ آپ اپنا وقت اور ٹائم ویسٹ کر رہے ہیں۔ تو ہر چیز میں، ہر چیز میں ایک چیز ہوتی ہے جس کو سنٹرل پوزیشن حاصل ہوتی ہے۔</w:t>
      </w:r>
    </w:p>
    <w:p>
      <w:r>
        <w:rPr>
          <w:b/>
        </w:rPr>
        <w:t xml:space="preserve">[06:53] </w:t>
      </w:r>
      <w:r>
        <w:t>central position. to deen mein central position kis cheez ki hai? marifat ki hai. jis ko hadith mein ilm kaha gaya hai.</w:t>
      </w:r>
    </w:p>
    <w:p>
      <w:pPr>
        <w:jc w:val="right"/>
      </w:pPr>
      <w:r>
        <w:t>سنٹرل پوزیشن۔ تو دین میں سنٹرل پوزیشن کس چیز کی ہے؟ معرفت کی ہے۔ جس کو حدیث میں علم کہا گیا ہے۔</w:t>
      </w:r>
    </w:p>
    <w:p>
      <w:r>
        <w:rPr>
          <w:b/>
        </w:rPr>
        <w:t xml:space="preserve">[07:05] </w:t>
      </w:r>
      <w:r>
        <w:t>yaani agar marifat ho jaye to goya ke sab cheez ho jayegi.</w:t>
      </w:r>
    </w:p>
    <w:p>
      <w:pPr>
        <w:jc w:val="right"/>
      </w:pPr>
      <w:r>
        <w:t>یعنی اگر معرفت ہو جائے تو گویا کہ سب چیز ہو جائے گی۔</w:t>
      </w:r>
    </w:p>
    <w:p>
      <w:r>
        <w:rPr>
          <w:b/>
        </w:rPr>
        <w:t xml:space="preserve">[07:13] </w:t>
      </w:r>
      <w:r>
        <w:t>jaise drakht mein aap dekhte hain, drakht mein agar beej aap ko, beej ka tahqquq ho jaye, beej ho jaye to phir poora drakht ho gaya.</w:t>
      </w:r>
    </w:p>
    <w:p>
      <w:pPr>
        <w:jc w:val="right"/>
      </w:pPr>
      <w:r>
        <w:t>جیسے درخت میں آپ دیکھتے ہیں، درخت میں اگر بیج آپ کو، بیج کا تحقق ہو جائے، بیج ہو جائے تو پھر پورا درخت ہو گیا۔</w:t>
      </w:r>
    </w:p>
    <w:p>
      <w:r>
        <w:rPr>
          <w:b/>
        </w:rPr>
        <w:t xml:space="preserve">[07:26] </w:t>
      </w:r>
      <w:r>
        <w:t>beej hai to drakht hai, beej nahi to drakht bhi nahi. aisi marifat hai to sara deen hai. marifat nahi to kuch bhi deen, kuch bhi nahi.</w:t>
      </w:r>
    </w:p>
    <w:p>
      <w:pPr>
        <w:jc w:val="right"/>
      </w:pPr>
      <w:r>
        <w:t>بیج ہے تو درخت ہے، بیج نہیں تو درخت بھی نہیں۔ ایسی معرفت ہے تو سارا دین ہے۔ معرفت نہیں تو کچھ بھی دین، کچھ بھی نہیں۔</w:t>
      </w:r>
    </w:p>
    <w:p>
      <w:r>
        <w:rPr>
          <w:b/>
        </w:rPr>
        <w:t xml:space="preserve">[07:39] </w:t>
      </w:r>
      <w:r>
        <w:t>ab sochiye ke marifat kya cheez hai?</w:t>
      </w:r>
    </w:p>
    <w:p>
      <w:pPr>
        <w:jc w:val="right"/>
      </w:pPr>
      <w:r>
        <w:t>اب سوچیے کہ معرفت کیا چیز ہے؟</w:t>
      </w:r>
    </w:p>
    <w:p>
      <w:r>
        <w:rPr>
          <w:b/>
        </w:rPr>
        <w:t xml:space="preserve">[07:44] </w:t>
      </w:r>
      <w:r>
        <w:t>marifat ka matlab hai, marifat ke lafzi maani hain pehchanna, realization, daryaft, discovery.</w:t>
      </w:r>
    </w:p>
    <w:p>
      <w:pPr>
        <w:jc w:val="right"/>
      </w:pPr>
      <w:r>
        <w:t>معرفت کا مطلب ہے، معرفت کے لفظی معنی ہیں پہچاننا، ریلائزیشن، دریافت، ڈسکوری۔</w:t>
      </w:r>
    </w:p>
    <w:p>
      <w:r>
        <w:rPr>
          <w:b/>
        </w:rPr>
        <w:t xml:space="preserve">[07:53] </w:t>
      </w:r>
      <w:r>
        <w:t>yeh hai marifat. to marifat se murad hai marifat Khuda. Allah ki daryaft, Allah ki pehchan, Allah ko realize karna.</w:t>
      </w:r>
    </w:p>
    <w:p>
      <w:pPr>
        <w:jc w:val="right"/>
      </w:pPr>
      <w:r>
        <w:t>یہ ہے معرفت۔ تو معرفت سے مراد ہے معرفت خدا۔ اللہ کی دریافت، اللہ کی پہچان، اللہ کو ریلائز کرنا۔</w:t>
      </w:r>
    </w:p>
    <w:p>
      <w:r>
        <w:rPr>
          <w:b/>
        </w:rPr>
        <w:t xml:space="preserve">[08:07] </w:t>
      </w:r>
      <w:r>
        <w:t>to jab aap Allah ko</w:t>
      </w:r>
    </w:p>
    <w:p>
      <w:pPr>
        <w:jc w:val="right"/>
      </w:pPr>
      <w:r>
        <w:t>تو جب آپ اللہ کو</w:t>
      </w:r>
    </w:p>
    <w:p>
      <w:r>
        <w:rPr>
          <w:b/>
        </w:rPr>
        <w:t xml:space="preserve">[08:11] </w:t>
      </w:r>
      <w:r>
        <w:t>daryaft ke darje mein pa lete hain to kya hota hai? ke aap apne khalq ko jaan lete hain.</w:t>
      </w:r>
    </w:p>
    <w:p>
      <w:pPr>
        <w:jc w:val="right"/>
      </w:pPr>
      <w:r>
        <w:t>دریافت کے درجے میں پا لیتے ہیں تو کیا ہوتا ہے؟ کہ آپ اپنے خالق کو جان لیتے ہیں۔</w:t>
      </w:r>
    </w:p>
    <w:p>
      <w:r>
        <w:rPr>
          <w:b/>
        </w:rPr>
        <w:t xml:space="preserve">[08:19] </w:t>
      </w:r>
      <w:r>
        <w:t>aap us hasti ko jaan lete hain jis ne aap ko wajood diya. jo aap ko is zameen par mauqa diya rehne ka.</w:t>
      </w:r>
    </w:p>
    <w:p>
      <w:pPr>
        <w:jc w:val="right"/>
      </w:pPr>
      <w:r>
        <w:t>آپ اس ہستی کو جان لیتے ہیں جس نے آپ کو وجود دیا۔ جو آپ کو اس زمین پر موقع دیا رہنے کا۔</w:t>
      </w:r>
    </w:p>
    <w:p>
      <w:r>
        <w:rPr>
          <w:b/>
        </w:rPr>
        <w:t xml:space="preserve">[08:33] </w:t>
      </w:r>
      <w:r>
        <w:t>is zameen par life support system qaim kiya. jis ne oxygen ki supply ka intezam kiya. jis ne zameen se ghizayen nikaliin.</w:t>
      </w:r>
    </w:p>
    <w:p>
      <w:pPr>
        <w:jc w:val="right"/>
      </w:pPr>
      <w:r>
        <w:t>اس زمین پر لائف سپورٹ سسٹم قائم کیا۔ جس نے آکسیجن کی سپلائی کا انتظام کیا۔ جس نے زمین سے غذائیں نکالیں۔</w:t>
      </w:r>
    </w:p>
    <w:p>
      <w:r>
        <w:rPr>
          <w:b/>
        </w:rPr>
        <w:t xml:space="preserve">[08:43] </w:t>
      </w:r>
      <w:r>
        <w:t>jis ne suraj se roshni bheji aap ko. to beshumar cheezen is mein aa jati hain.</w:t>
      </w:r>
    </w:p>
    <w:p>
      <w:pPr>
        <w:jc w:val="right"/>
      </w:pPr>
      <w:r>
        <w:t>جس نے سورج سے روشنی بھیجی آپ کو۔ تو بے شمار چیزیں اس میں آ جاتی ہیں۔</w:t>
      </w:r>
    </w:p>
    <w:p>
      <w:r>
        <w:rPr>
          <w:b/>
        </w:rPr>
        <w:t xml:space="preserve">[08:51] </w:t>
      </w:r>
      <w:r>
        <w:t>to marifat Khuda ya realization of God koi aik cheez ka naam nahi hai. woh billion cheezon ka naam hai.</w:t>
      </w:r>
    </w:p>
    <w:p>
      <w:pPr>
        <w:jc w:val="right"/>
      </w:pPr>
      <w:r>
        <w:t>تو معرفت خدا یا ریلائزیشن آف گاڈ کوئی ایک چیز کا نام نہیں ہے۔ وہ بلین چیزوں کا نام ہے۔</w:t>
      </w:r>
    </w:p>
    <w:p>
      <w:r>
        <w:rPr>
          <w:b/>
        </w:rPr>
        <w:t xml:space="preserve">[09:03] </w:t>
      </w:r>
      <w:r>
        <w:t>to jab Allah ki marifat hogi to aap ki thinking process jo hai sahi hone lagegi. aap ki niyaten durust ho jayengi.</w:t>
      </w:r>
    </w:p>
    <w:p>
      <w:pPr>
        <w:jc w:val="right"/>
      </w:pPr>
      <w:r>
        <w:t>تو جب اللہ کی معرفت ہوگی تو آپ کی تھنکنگ پروسیس جو ہے صحیح ہونے لگے گا۔ آپ کی نیتیں درست ہو جائیں گی۔</w:t>
      </w:r>
    </w:p>
    <w:p>
      <w:r>
        <w:rPr>
          <w:b/>
        </w:rPr>
        <w:t xml:space="preserve">[09:15] </w:t>
      </w:r>
      <w:r>
        <w:t>aap ke andar Allah ke samne accountable hain aap. is ka ehsas ho jayega ke Allah ke samne khara hona hai.</w:t>
      </w:r>
    </w:p>
    <w:p>
      <w:pPr>
        <w:jc w:val="right"/>
      </w:pPr>
      <w:r>
        <w:t>آپ کے اندر اللہ کے سامنے اکاؤنٹیبل ہیں آپ۔ اس کا احساس ہو جائے گا کہ اللہ کے سامنے کھڑا ہونا ہے۔</w:t>
      </w:r>
    </w:p>
    <w:p>
      <w:r>
        <w:rPr>
          <w:b/>
        </w:rPr>
        <w:t xml:space="preserve">[09:25] </w:t>
      </w:r>
      <w:r>
        <w:t>Allah ke samne hisab dena hai. isi ko kehte hain muhasba ya accountability. to accountability ka ehsas aap ko kya karega?</w:t>
      </w:r>
    </w:p>
    <w:p>
      <w:pPr>
        <w:jc w:val="right"/>
      </w:pPr>
      <w:r>
        <w:t>اللہ کے سامنے حساب دینا ہے۔ اسی کو کہتے ہیں محاسبہ یا اکاؤنٹیبلٹی۔ تو اکاؤنٹیبلٹی کا احساس آپ کو کیا کرے گا؟</w:t>
      </w:r>
    </w:p>
    <w:p>
      <w:r>
        <w:rPr>
          <w:b/>
        </w:rPr>
        <w:t xml:space="preserve">[09:36] </w:t>
      </w:r>
      <w:r>
        <w:t>aap ke bolne ko durust kar dega.</w:t>
      </w:r>
    </w:p>
    <w:p>
      <w:pPr>
        <w:jc w:val="right"/>
      </w:pPr>
      <w:r>
        <w:t>آپ کے بولنے کو درست کر دے گا۔</w:t>
      </w:r>
    </w:p>
    <w:p>
      <w:r>
        <w:rPr>
          <w:b/>
        </w:rPr>
        <w:t xml:space="preserve">[09:40] </w:t>
      </w:r>
      <w:r>
        <w:t>aap mislan aap jhoot nahi bolenge. aap sab o shatam nahi karenge. aap be buniyad baaten nahi kahenge.</w:t>
      </w:r>
    </w:p>
    <w:p>
      <w:pPr>
        <w:jc w:val="right"/>
      </w:pPr>
      <w:r>
        <w:t>آپ مثلاً آپ جھوٹ نہیں بولیں گے۔ آپ سب و شتم نہیں کریں گے۔ آپ بے بنیاد باتیں نہیں کہیں گے۔</w:t>
      </w:r>
    </w:p>
    <w:p>
      <w:r>
        <w:rPr>
          <w:b/>
        </w:rPr>
        <w:t xml:space="preserve">[09:51] </w:t>
      </w:r>
      <w:r>
        <w:t>sach bolen ge, sach.</w:t>
      </w:r>
    </w:p>
    <w:p>
      <w:pPr>
        <w:jc w:val="right"/>
      </w:pPr>
      <w:r>
        <w:t>سچ بولیں گے، سچ۔</w:t>
      </w:r>
    </w:p>
    <w:p>
      <w:r>
        <w:rPr>
          <w:b/>
        </w:rPr>
        <w:t xml:space="preserve">[09:54] </w:t>
      </w:r>
      <w:r>
        <w:t>to aap ka sochna, aap ka bolna, aap ka behviour, aap ki dealing, aap ka poora rawaiyya jo rozana aap doosron ke sath hota hai, woh sab aik aik aik yaani sab jo hai deeni meyar par qaim ho jaye ga.</w:t>
      </w:r>
    </w:p>
    <w:p>
      <w:pPr>
        <w:jc w:val="right"/>
      </w:pPr>
      <w:r>
        <w:t>تو آپ کا سوچنا، آپ کا بولنا، آپ کا بیہیویئر، آپ کی ڈیلنگ، آپ کا پورا رویہ جو روزانہ آپ دوسروں کے ساتھ ہوتا ہے، وہ سب ایک ایک ایک یعنی سب جو ہے دینی معیار پر قائم ہو جائے گا۔</w:t>
      </w:r>
    </w:p>
    <w:p>
      <w:r>
        <w:rPr>
          <w:b/>
        </w:rPr>
        <w:t xml:space="preserve">[10:22] </w:t>
      </w:r>
      <w:r>
        <w:t>yaani aik cheez se, aik aik aik beej se poora drakht ban jaye ga. to ma'rifat ki hesiyat beej ki hai aur baqi cheezon ki hesiyat drakht ki hai.</w:t>
      </w:r>
    </w:p>
    <w:p>
      <w:pPr>
        <w:jc w:val="right"/>
      </w:pPr>
      <w:r>
        <w:t>یعنی ایک چیز سے، ایک ایک ایک بیج سے پورا درخت بن جائے گا۔ تو معرفت کی حیثیت بیج کی ہے اور باقی چیزوں کی حیثیت درخت کی ہے۔</w:t>
      </w:r>
    </w:p>
    <w:p>
      <w:r>
        <w:rPr>
          <w:b/>
        </w:rPr>
        <w:t xml:space="preserve">[10:33] </w:t>
      </w:r>
      <w:r>
        <w:t>to aap jante hain ke drakht mein aisa nahi hota ke is ki shakhain alag se la kar chipkai jayen. patte alag se la kar lagaye jayen.</w:t>
      </w:r>
    </w:p>
    <w:p>
      <w:pPr>
        <w:jc w:val="right"/>
      </w:pPr>
      <w:r>
        <w:t>تو آپ جانتے ہیں کہ درخت میں ایسا نہیں ہوتا کہ اس کی شاخیں الگ سے لا کر چپکائی جائیں۔ پتے الگ سے لا کر لگائے جائیں۔</w:t>
      </w:r>
    </w:p>
    <w:p>
      <w:r>
        <w:rPr>
          <w:b/>
        </w:rPr>
        <w:t xml:space="preserve">[10:42] </w:t>
      </w:r>
      <w:r>
        <w:t>phool alag se la kar is mein kahin dakhil kiya jaye. phal alag se laya jaye.</w:t>
      </w:r>
    </w:p>
    <w:p>
      <w:pPr>
        <w:jc w:val="right"/>
      </w:pPr>
      <w:r>
        <w:t>پھول الگ سے لا کر اس میں کہیں داخل کیا جائے۔ پھل الگ سے لایا جائے۔</w:t>
      </w:r>
    </w:p>
    <w:p>
      <w:r>
        <w:rPr>
          <w:b/>
        </w:rPr>
        <w:t xml:space="preserve">[10:51] </w:t>
      </w:r>
      <w:r>
        <w:t>nahi, aisa nahi hota. yaani beej jab in hold in fold hota hai to drakht ban jata hai. beej jo hai yaani seed, s double e d seed.</w:t>
      </w:r>
    </w:p>
    <w:p>
      <w:pPr>
        <w:jc w:val="right"/>
      </w:pPr>
      <w:r>
        <w:t>نہیں، ایسا نہیں ہوتا۔ یعنی بیج جب ان ہولڈ ان فولڈ ہوتا ہے تو درخت بن جاتا ہے۔ بیج جو ہے یعنی سیڈ، ایس ڈبل ای ڈی سیڈ۔</w:t>
      </w:r>
    </w:p>
    <w:p>
      <w:r>
        <w:rPr>
          <w:b/>
        </w:rPr>
        <w:t xml:space="preserve">[11:05] </w:t>
      </w:r>
      <w:r>
        <w:t>beej jo hai jab in fold hota hai to woh aik mukammal drakht ban jata hai. jis mein tana bhi hai, shakhain bhi hain, patiyan bhi hain, aur phool bhi hain, phal bhi hain, saya bhi hai.</w:t>
      </w:r>
    </w:p>
    <w:p>
      <w:pPr>
        <w:jc w:val="right"/>
      </w:pPr>
      <w:r>
        <w:t>بیج جو ہے جب ان فولڈ ہوتا ہے تو وہ ایک مکمل درخت بن جاتا ہے۔ جس میں تنا بھی ہے، شاخیں بھی ہیں، پتیاں بھی ہیں، اور پھول بھی ہیں، پھل بھی ہیں، سایہ بھی ہے۔</w:t>
      </w:r>
    </w:p>
    <w:p>
      <w:r>
        <w:rPr>
          <w:b/>
        </w:rPr>
        <w:t xml:space="preserve">[11:19] </w:t>
      </w:r>
      <w:r>
        <w:t>to beej ka in fold hona yahi drakht, isi ko drakht kehte hain. isi tarah se ma'rifat jab in fold hoti hai to poora deen ban jata hai.</w:t>
      </w:r>
    </w:p>
    <w:p>
      <w:pPr>
        <w:jc w:val="right"/>
      </w:pPr>
      <w:r>
        <w:t>تو بیج کا ان فولڈ ہونا یہی درخت، اسی کو درخت کہتے ہیں۔ اسی طرح سے معرفت جب ان فولڈ ہوتی ہے تو پورا دین بن جاتا ہے۔</w:t>
      </w:r>
    </w:p>
    <w:p>
      <w:r>
        <w:rPr>
          <w:b/>
        </w:rPr>
        <w:t xml:space="preserve">[11:31] </w:t>
      </w:r>
      <w:r>
        <w:t>poora deen ke ma'ni nahi, koi dafaat hain, koi qanooni sharait hain, koi list hai ahkam ki. aisa nahi hai.</w:t>
      </w:r>
    </w:p>
    <w:p>
      <w:pPr>
        <w:jc w:val="right"/>
      </w:pPr>
      <w:r>
        <w:t>پورا دین کے معنی نہیں، کوئی دفعات ہیں، کوئی قانونی شرائط ہیں، کوئی لسٹ ہے احکام کی۔ ایسا نہیں ہے۔</w:t>
      </w:r>
    </w:p>
    <w:p>
      <w:r>
        <w:rPr>
          <w:b/>
        </w:rPr>
        <w:t xml:space="preserve">[11:41] </w:t>
      </w:r>
      <w:r>
        <w:t>balkeh ma'rifat ya imaan billah ya Allah ki pehchan ya Allah ki daryaft, yeh sab aik hi cheez hai jis ko hum ma'rifat keh rahe hain.</w:t>
      </w:r>
    </w:p>
    <w:p>
      <w:pPr>
        <w:jc w:val="right"/>
      </w:pPr>
      <w:r>
        <w:t>بلکہ معرفت یا ایمان باللہ یا اللہ کی پہچان یا اللہ کی دریافت، یہ سب ایک ہی چیز ہے جس کو ہم معرفت کہہ رہے ہیں۔</w:t>
      </w:r>
    </w:p>
    <w:p>
      <w:r>
        <w:rPr>
          <w:b/>
        </w:rPr>
        <w:t xml:space="preserve">[11:54] </w:t>
      </w:r>
      <w:r>
        <w:t>to jab ma'rifat aap ke andar aa gayi to goya ke aap ke andar deen ka beej aa gaya. ab woh in fold hoga to aik aik cheez durust hoti chali jayegi.</w:t>
      </w:r>
    </w:p>
    <w:p>
      <w:pPr>
        <w:jc w:val="right"/>
      </w:pPr>
      <w:r>
        <w:t>تو جب معرفت آپ کے اندر آ گئی تو گویا کہ آپ کے اندر دین کا بیج آ گیا۔ اب وہ ان فولڈ ہوگا تو ایک ایک چیز درست ہوتی چلی جائے گی۔</w:t>
      </w:r>
    </w:p>
    <w:p>
      <w:r>
        <w:rPr>
          <w:b/>
        </w:rPr>
        <w:t xml:space="preserve">[12:07] </w:t>
      </w:r>
      <w:r>
        <w:t>jaise aik waqia kitabon mein aata hai ke Rasool Allah ke zamane mein aik shakhs aaya, us ne imaan qabool kiya.</w:t>
      </w:r>
    </w:p>
    <w:p>
      <w:pPr>
        <w:jc w:val="right"/>
      </w:pPr>
      <w:r>
        <w:t>جیسے ایک واقعہ کتابوں میں آتا ہے کہ رسول اللہ کے زمانے میں ایک شخص آیا، اس نے ایمان قبول کیا۔</w:t>
      </w:r>
    </w:p>
    <w:p>
      <w:r>
        <w:rPr>
          <w:b/>
        </w:rPr>
        <w:t xml:space="preserve">[12:19] </w:t>
      </w:r>
      <w:r>
        <w:t>us ke baad aap ne kaha ke tum deen seekhne ke liye Ali ke pas jao, unhi ke sath raho. woh tum ko deen kiya hai, us ko samjhayein ge.</w:t>
      </w:r>
    </w:p>
    <w:p>
      <w:pPr>
        <w:jc w:val="right"/>
      </w:pPr>
      <w:r>
        <w:t>اس کے بعد آپ نے کہا کہ تم دین سیکھنے کے لیے علی کے پاس جاؤ، انہی کے ساتھ رہو۔ وہ تم کو دین کیا ہے، اس کو سمجھائیں گے۔</w:t>
      </w:r>
    </w:p>
    <w:p>
      <w:r>
        <w:rPr>
          <w:b/>
        </w:rPr>
        <w:t xml:space="preserve">[12:30] </w:t>
      </w:r>
      <w:r>
        <w:t>to aik din, do din woh wahan nazar aaya masjid mein, madine ki masjid mein. kyunke wahan par aik town tha, woh aik hi masjid thi, wahan sab log jama hua karte thay rozana.</w:t>
      </w:r>
    </w:p>
    <w:p>
      <w:pPr>
        <w:jc w:val="right"/>
      </w:pPr>
      <w:r>
        <w:t>تو ایک دن، دو دن وہ وہاں نظر آیا مسجد میں، مدینے کی مسجد میں۔ کیونکہ وہاں پر ایک ٹاؤن تھا، وہ ایک ہی مسجد تھی، وہاں سب لوگ جمع ہوا کرتے تھے روزانہ۔</w:t>
      </w:r>
    </w:p>
    <w:p>
      <w:r>
        <w:rPr>
          <w:b/>
        </w:rPr>
        <w:t xml:space="preserve">[12:46] </w:t>
      </w:r>
      <w:r>
        <w:t>us ke baad phir woh dikhai nahi diya masjid mein. to Rasool Allah ne Ali se poocha ke falan shakhs ko jo tumhare sath kar diya tha, woh dikhai nahi deta, kiya mamla hai?</w:t>
      </w:r>
    </w:p>
    <w:p>
      <w:pPr>
        <w:jc w:val="right"/>
      </w:pPr>
      <w:r>
        <w:t>اس کے بعد پھر وہ دکھائی نہیں دیا مسجد میں۔ تو رسول اللہ نے علی سے پوچھا کہ فلاں شخص کو جو تمہارے ساتھ کر دیا تھا، وہ دکھائی نہیں دیتا، کیا معاملہ ہے؟</w:t>
      </w:r>
    </w:p>
    <w:p>
      <w:r>
        <w:rPr>
          <w:b/>
        </w:rPr>
        <w:t xml:space="preserve">[13:00] </w:t>
      </w:r>
      <w:r>
        <w:t>unhon ne kaha ke main bhi us ko nahi dekh raha hoon. woh mere pas chand din raha, us ke baad chala gaya. to aap ne kaha ke kisi ko woh aadmi mile to woh mere pas le ayein.</w:t>
      </w:r>
    </w:p>
    <w:p>
      <w:pPr>
        <w:jc w:val="right"/>
      </w:pPr>
      <w:r>
        <w:t>انہوں نے کہا کہ میں بھی اس کو نہیں دیکھ رہا ہوں۔ وہ میرے پاس چند دن رہا، اس کے بعد چلا گیا۔ تو آپ نے کہا کہ کسی کو وہ آدمی ملے تو وہ میرے پاس لے آئے۔</w:t>
      </w:r>
    </w:p>
    <w:p>
      <w:r>
        <w:rPr>
          <w:b/>
        </w:rPr>
        <w:t xml:space="preserve">[13:17] </w:t>
      </w:r>
      <w:r>
        <w:t>to kahin mil gaya woh aadmi to un ko bula kar laye. to aap ne poocha ke main ne tum se kaha tha ke tum Ali ke sath raho, deen seekho, to to chale gaye.</w:t>
      </w:r>
    </w:p>
    <w:p>
      <w:pPr>
        <w:jc w:val="right"/>
      </w:pPr>
      <w:r>
        <w:t>تو کہیں مل گیا وہ آدمی تو ان کو بلا کر لائے۔ تو آپ نے پوچھا کہ میں نے تم سے کہا تھا کہ تم علی کے ساتھ رہو، دین سیکھو، تو تو چلے گئے۔</w:t>
      </w:r>
    </w:p>
    <w:p>
      <w:r>
        <w:rPr>
          <w:b/>
        </w:rPr>
        <w:t xml:space="preserve">[13:30] </w:t>
      </w:r>
      <w:r>
        <w:t>to us aadmi ne kaha ke main ne deen seekh liya. jab deen seekh liya to woh chala gaya. to aap ne poocha ke tum ne deen kaise seekh liya?</w:t>
      </w:r>
    </w:p>
    <w:p>
      <w:pPr>
        <w:jc w:val="right"/>
      </w:pPr>
      <w:r>
        <w:t>تو اس آدمی نے کہا کہ میں نے دین سیکھ لیا۔ جب دین سیکھ لیا تو وہ چلا گیا۔ تو آپ نے پوچھا کہ تم نے دین کیسے سیکھ لیا؟</w:t>
      </w:r>
    </w:p>
    <w:p>
      <w:r>
        <w:rPr>
          <w:b/>
        </w:rPr>
        <w:t xml:space="preserve">[13:41] </w:t>
      </w:r>
      <w:r>
        <w:t>to us ne yeh surah batayi ke yeh surah mujhe Ali ne taleem ki.</w:t>
      </w:r>
    </w:p>
    <w:p>
      <w:pPr>
        <w:jc w:val="right"/>
      </w:pPr>
      <w:r>
        <w:t>تو اس نے یہ سورہ بتائی کہ یہ سورہ مجھے علی نے تعلیم کی۔</w:t>
      </w:r>
    </w:p>
    <w:p>
      <w:r>
        <w:rPr>
          <w:b/>
        </w:rPr>
        <w:t xml:space="preserve">[13:45] </w:t>
      </w:r>
      <w:r>
        <w:t>idha zalzalati al arzu zalzalaha wa akhirah wa qala al insanu malaha yawma tukhbiru akhbaraka bi annna rabbaka awha la yawma idhin yasdurun nasu ashtatan liyuraw a'maluhum</w:t>
      </w:r>
    </w:p>
    <w:p>
      <w:pPr>
        <w:jc w:val="right"/>
      </w:pPr>
      <w:r>
        <w:t>اذا زلزلت الارض زلزالها واخرۃ وقال الانسان مالها یوم اخبارها بین ربک حالها یوم الناس اعمال</w:t>
      </w:r>
    </w:p>
    <w:p>
      <w:r>
        <w:rPr>
          <w:b/>
        </w:rPr>
        <w:t xml:space="preserve">[14:07] </w:t>
      </w:r>
      <w:r>
        <w:t>khairay yara misqalatu sharrin fa man ya'mal mithqala zarratin khayran yarahu wa man ya'mal mithqala zarratin sharran yarahu. to us ne kaha ke dekhen, is surah mein Allah taala farmate hain ke aadmi duniya mein jo amal karta hai, chahe woh zarre ke barabar bhi ho, kab chhota sa ho, tab bhi woh is ka record rehta hai.</w:t>
      </w:r>
    </w:p>
    <w:p>
      <w:pPr>
        <w:jc w:val="right"/>
      </w:pPr>
      <w:r>
        <w:t>خیرا یرا مسخالۃ شرا تو اس نے کہا کہ دیکھیں، اس سورہ میں اللہ تعالی فرماتے ہیں کہ آدمی دنیا میں جو عمل کرتا ہے، چاہے وہ ذرے کے برابر بھی ہو، کب چھوٹا سا ہو، تب بھی وہ اس کا ریکارڈ رہتا ہے۔</w:t>
      </w:r>
    </w:p>
    <w:p>
      <w:r>
        <w:rPr>
          <w:b/>
        </w:rPr>
        <w:t xml:space="preserve">[14:27] </w:t>
      </w:r>
      <w:r>
        <w:t>aur akhirat mein jab woh pahunche ga, wahan to woh zarre ke barabar neki bhi is ke samne aa jayegi aur zarre ke barabar burai bhi samne aa jayegi.</w:t>
      </w:r>
    </w:p>
    <w:p>
      <w:pPr>
        <w:jc w:val="right"/>
      </w:pPr>
      <w:r>
        <w:t>اور آخرت میں جب وہ پہنچائے گا، وہاں تو وہ ذرے کے برابر نیکی بھی اس کے سامنے آ جائے گی اور ذرے کے برابر برائی بھی سامنے آ جائے گی۔</w:t>
      </w:r>
    </w:p>
    <w:p>
      <w:r>
        <w:rPr>
          <w:b/>
        </w:rPr>
        <w:t xml:space="preserve">[14:39] </w:t>
      </w:r>
      <w:r>
        <w:t>is ka matlab hai ke is ko is ka anjam bhugtna pare ga. to us ne kaha ke ab jab bhi koi baat hoti hai to jahan mehsoos hota hai, mujhe ek yeh to burai hai, to main us ko chhod deta hoon.</w:t>
      </w:r>
    </w:p>
    <w:p>
      <w:pPr>
        <w:jc w:val="right"/>
      </w:pPr>
      <w:r>
        <w:t>اس کا مطلب ہے کہ اس کو اس کا انجام بھگتنا پڑے گا۔ تو اس نے کہا کہ اب جب بھی کوئی بات ہوتی ہے تو جہاں محسوس ہوتا ہے، مجھے ایک یہ تو برائی ہے، تو میں اس کو چھوڑ دیتا ہوں۔</w:t>
      </w:r>
    </w:p>
    <w:p>
      <w:r>
        <w:rPr>
          <w:b/>
        </w:rPr>
        <w:t xml:space="preserve">[14:55] </w:t>
      </w:r>
      <w:r>
        <w:t>jahan mehsoos hota hai ke achhai hai, to us ko pakad leta hoon. yaani cheezon ko akhirat ki nisbat se dekhna, yeh hai ma'rifat.</w:t>
      </w:r>
    </w:p>
    <w:p>
      <w:pPr>
        <w:jc w:val="right"/>
      </w:pPr>
      <w:r>
        <w:t>جہاں محسوس ہوتا ہے کہ اچھائی ہے، تو اس کو پکڑ لیتا ہوں۔ یعنی چیزوں کو آخرت کی نسبت سے دیکھنا، یہ ہے معرفت۔</w:t>
      </w:r>
    </w:p>
    <w:p>
      <w:r>
        <w:rPr>
          <w:b/>
        </w:rPr>
        <w:t xml:space="preserve">[15:06] </w:t>
      </w:r>
      <w:r>
        <w:t>is se pehle bhi woh cheezein dekhta tha lekin woh un ko akhirat ki nisbat se pakadta nahi tha. kisi ko maar diya to maar diya, kisi ko bura kar diya to bura kar diya, kisi se maal ke mamle mein galat mamla kar liya to kar liya.</w:t>
      </w:r>
    </w:p>
    <w:p>
      <w:pPr>
        <w:jc w:val="right"/>
      </w:pPr>
      <w:r>
        <w:t>اس سے پہلے بھی وہ چیزیں دیکھتا تھا لیکن وہ ان کو آخرت کی نسبت سے پکڑتا نہیں تھا۔ کسی کو مار دیا تو مار دیا، کسی کو برا کر دیا تو برا کر دیا، کسی سے مال کے معاملے میں غلط معاملہ کر لیا تو کر لیا۔</w:t>
      </w:r>
    </w:p>
    <w:p>
      <w:r>
        <w:rPr>
          <w:b/>
        </w:rPr>
        <w:t xml:space="preserve">[15:25] </w:t>
      </w:r>
      <w:r>
        <w:t>yani jin jo rozmarra ki zindagi mein jo waqiat paish atay thay, un ko pehle bhi janta tha woh lekin us ne un ko aakhirat ki nisbat se jora nahi tha.</w:t>
      </w:r>
    </w:p>
    <w:p>
      <w:pPr>
        <w:jc w:val="right"/>
      </w:pPr>
      <w:r>
        <w:t>یعنی جن جو روزمرہ کی زندگی میں جو واقعات پیش آتے تھے، ان کو پہلے بھی جانتا تھا وہ لیکن اس نے ان کو آخرت کی نسبت سے جوڑا نہیں تھا۔</w:t>
      </w:r>
    </w:p>
    <w:p>
      <w:r>
        <w:rPr>
          <w:b/>
        </w:rPr>
        <w:t xml:space="preserve">[15:37] </w:t>
      </w:r>
      <w:r>
        <w:t>yeh us ko raaz maloom ho gaya ke mamla aisa nahi hai ke aap jo chahen karte rahen, jo chahen karte rahen. balke aakhir kar yeh hona hai ke hum ko maut aye gi, is ke baad hum qayamat mein hazir kiye jayen ge</w:t>
      </w:r>
    </w:p>
    <w:p>
      <w:pPr>
        <w:jc w:val="right"/>
      </w:pPr>
      <w:r>
        <w:t>یہ اس کو راز معلوم ہو گیا کہ معاملہ ایسا نہیں ہے کہ آپ جو چاہیں کرتے رہیں، جو چاہیں کرتے رہیں۔ بلکہ آخر کار یہ ہونا ہے کہ ہم کو موت آئے گی، اس کے بعد ہم قیامت میں حاضر کیے جائیں گے</w:t>
      </w:r>
    </w:p>
    <w:p>
      <w:r>
        <w:rPr>
          <w:b/>
        </w:rPr>
        <w:t xml:space="preserve">[15:52] </w:t>
      </w:r>
      <w:r>
        <w:t>, wahan hamara hisab kitab hoga. is ke baad hamare liye jannat ka ya jahannum ka faisla kiya jayega. to yeh baat mere ilm mein pehle nahi thi.</w:t>
      </w:r>
    </w:p>
    <w:p>
      <w:pPr>
        <w:jc w:val="right"/>
      </w:pPr>
      <w:r>
        <w:t>، وہاں ہمارا حساب کتاب ہوگا۔ اس کے بعد ہمارے لیے جنت کا یا جہنم کا فیصلہ کیا جائے گا۔ تو یہ بات میرے علم میں پہلے نہیں تھی۔</w:t>
      </w:r>
    </w:p>
    <w:p>
      <w:r>
        <w:rPr>
          <w:b/>
        </w:rPr>
        <w:t xml:space="preserve">[16:03] </w:t>
      </w:r>
      <w:r>
        <w:t>to kisi cheez ko bura jankar bhi woh us ko karta tha, kisi ko acha jankar bhi us ko mera shauq nahi hota tha is ka.</w:t>
      </w:r>
    </w:p>
    <w:p>
      <w:pPr>
        <w:jc w:val="right"/>
      </w:pPr>
      <w:r>
        <w:t>تو کسی چیز کو برا جان کر بھی وہ اس کو کرتا تھا، کسی کو اچھا جان کر بھی اس کو میرا شوق نہیں ہوتا تھا اس کا۔</w:t>
      </w:r>
    </w:p>
    <w:p>
      <w:r>
        <w:rPr>
          <w:b/>
        </w:rPr>
        <w:t xml:space="preserve">[16:12] </w:t>
      </w:r>
      <w:r>
        <w:t>ab marifat jo ho gayi ke deen ka matlab hai dunya ko aakhirat ki nisbat se dekhna.</w:t>
      </w:r>
    </w:p>
    <w:p>
      <w:pPr>
        <w:jc w:val="right"/>
      </w:pPr>
      <w:r>
        <w:t>اب معرفت جو ہو گئی کہ دین کا مطلب ہے دنیا کو آخرت کی نسبت سے دیکھنا۔</w:t>
      </w:r>
    </w:p>
    <w:p>
      <w:r>
        <w:rPr>
          <w:b/>
        </w:rPr>
        <w:t xml:space="preserve">[16:21] </w:t>
      </w:r>
      <w:r>
        <w:t>dunya ke mamlat ko aakhirat ke muhasba se jor ke samajhna. dunya ki baton ko jannat aur jahannum ka jo concept hai, us se milakar dekhna.</w:t>
      </w:r>
    </w:p>
    <w:p>
      <w:pPr>
        <w:jc w:val="right"/>
      </w:pPr>
      <w:r>
        <w:t>دنیا کے معاملات کو آخرت کے محاسبہ سے جوڑ کے سمجھنا۔ دنیا کی باتوں کو جنت اور جہنم کا جو کانسیپٹ ہے، اس سے ملا کر دیکھنا۔</w:t>
      </w:r>
    </w:p>
    <w:p>
      <w:r>
        <w:rPr>
          <w:b/>
        </w:rPr>
        <w:t xml:space="preserve">[16:35] </w:t>
      </w:r>
      <w:r>
        <w:t>to jab yeh mujhe shaoor hasil ho gaya to sari baat maine samajh li. ab mujhe zaroorat nahi ke koi mujhe mazeed mazeed bataye.</w:t>
      </w:r>
    </w:p>
    <w:p>
      <w:pPr>
        <w:jc w:val="right"/>
      </w:pPr>
      <w:r>
        <w:t>تو جب یہ مجھے شعور حاصل ہو گیا تو ساری بات میں نے سمجھ لی۔ اب مجھے ضرورت نہیں کہ کوئی مجھے مزید مزید بتائے۔</w:t>
      </w:r>
    </w:p>
    <w:p>
      <w:r>
        <w:rPr>
          <w:b/>
        </w:rPr>
        <w:t xml:space="preserve">[16:46] </w:t>
      </w:r>
      <w:r>
        <w:t>yeh hai dekhiye, marifat ke marifat goya central central theme hai deen mein. marifat hasil ho gayi to sari baat hasil ho gayi.</w:t>
      </w:r>
    </w:p>
    <w:p>
      <w:pPr>
        <w:jc w:val="right"/>
      </w:pPr>
      <w:r>
        <w:t>یہ ہے دیکھیے، معرفت کہ معرفت گویا سنٹرل سنٹرل تھیم ہے دین میں۔ معرفت حاصل ہو گئی تو ساری بات حاصل ہو گئی۔</w:t>
      </w:r>
    </w:p>
    <w:p>
      <w:r>
        <w:rPr>
          <w:b/>
        </w:rPr>
        <w:t xml:space="preserve">[17:00] </w:t>
      </w:r>
      <w:r>
        <w:t>to yeh jo riwayat aap ke samne parhi gayi, us mein yahi baat batai gayi hai. aur dekhen ke isi tarah ki baton ko kal baat qarar diya gaya hai.</w:t>
      </w:r>
    </w:p>
    <w:p>
      <w:pPr>
        <w:jc w:val="right"/>
      </w:pPr>
      <w:r>
        <w:t>تو یہ جو روایت آپ کے سامنے پڑھی گئی، اس میں یہی بات بتائی گئی ہے۔ اور دیکھیں کہ اسی طرح کی باتوں کو کل بات قرار دیا گیا ہے۔</w:t>
      </w:r>
    </w:p>
    <w:p>
      <w:r>
        <w:rPr>
          <w:b/>
        </w:rPr>
        <w:t xml:space="preserve">[17:15] </w:t>
      </w:r>
      <w:r>
        <w:t>yani rasool Allah salallaho alaihi wasallam ne sahaba ko jo baaten batai thin, un sab mein se ek misal yeh hai. is ke mani is tarah ki baaten doosri bhi hongi.</w:t>
      </w:r>
    </w:p>
    <w:p>
      <w:pPr>
        <w:jc w:val="right"/>
      </w:pPr>
      <w:r>
        <w:t>یعنی رسول اللہ صلی اللہ علیہ وسلم نے صحابہ کو جو باتیں بتائی تھیں، ان سب میں سے ایک مثال یہ ہے۔ اس کے معنی اس طرح کی باتیں دوسری بھی ہوں گی۔</w:t>
      </w:r>
    </w:p>
    <w:p>
      <w:r>
        <w:rPr>
          <w:b/>
        </w:rPr>
        <w:t xml:space="preserve">[17:27] </w:t>
      </w:r>
      <w:r>
        <w:t>to kaha marifat asal hai.</w:t>
      </w:r>
    </w:p>
    <w:p>
      <w:pPr>
        <w:jc w:val="right"/>
      </w:pPr>
      <w:r>
        <w:t>تو کہا معرفت اصل ہے۔</w:t>
      </w:r>
    </w:p>
    <w:p>
      <w:r>
        <w:rPr>
          <w:b/>
        </w:rPr>
        <w:t xml:space="preserve">[17:31] </w:t>
      </w:r>
      <w:r>
        <w:t>asal cheez masail aur aur qanooni ahkam aur juzai tafseelat, yeh sab asal nahi hai.</w:t>
      </w:r>
    </w:p>
    <w:p>
      <w:pPr>
        <w:jc w:val="right"/>
      </w:pPr>
      <w:r>
        <w:t>اصل چیز مسائل اور اور قانونی احکام اور جزئی تفصیلات، یہ سب اصل نہیں ہے۔</w:t>
      </w:r>
    </w:p>
    <w:p>
      <w:r>
        <w:rPr>
          <w:b/>
        </w:rPr>
        <w:t xml:space="preserve">[17:43] </w:t>
      </w:r>
      <w:r>
        <w:t>asal cheez hai marifat. yani Allah ka shaoor ho jana, Allah ka ehsas dil mein paida ho jana, Allah ko is hasiyat se jaan lena ke woh ek zinda zinda hasti hai.</w:t>
      </w:r>
    </w:p>
    <w:p>
      <w:pPr>
        <w:jc w:val="right"/>
      </w:pPr>
      <w:r>
        <w:t>اصل چیز ہے معرفت۔ یعنی اللہ کا شعور ہو جانا، اللہ کا احساس دل میں پیدا ہو جانا، اللہ کو اس حیثیت سے جان لینا کہ وہ ایک زندہ زندہ ہستی ہے۔</w:t>
      </w:r>
    </w:p>
    <w:p>
      <w:r>
        <w:rPr>
          <w:b/>
        </w:rPr>
        <w:t xml:space="preserve">[17:58] </w:t>
      </w:r>
      <w:r>
        <w:t>jaise hum ek zinda hasti hain,</w:t>
      </w:r>
    </w:p>
    <w:p>
      <w:pPr>
        <w:jc w:val="right"/>
      </w:pPr>
      <w:r>
        <w:t>جیسے ہم ایک زندہ ہستی ہیں،</w:t>
      </w:r>
    </w:p>
    <w:p>
      <w:r>
        <w:rPr>
          <w:b/>
        </w:rPr>
        <w:t xml:space="preserve">[18:00] </w:t>
      </w:r>
      <w:r>
        <w:t>woh hum ko dekh raha hai, hum ko hamare dilon tak ke hal se waqif hai, woh har cheez ka record ho raha hai us ke haan.</w:t>
      </w:r>
    </w:p>
    <w:p>
      <w:pPr>
        <w:jc w:val="right"/>
      </w:pPr>
      <w:r>
        <w:t>وہ ہم کو دیکھ رہا ہے، ہم کو ہمارے دلوں تک کے حال سے واقف ہے، وہ ہر چیز کا ریکارڈ ہو رہا ہے اس کے ہاں۔</w:t>
      </w:r>
    </w:p>
    <w:p>
      <w:r>
        <w:rPr>
          <w:b/>
        </w:rPr>
        <w:t xml:space="preserve">[18:10] </w:t>
      </w:r>
      <w:r>
        <w:t>is hasiyat se jo aap jaan len Allah ko, to aap ne Allah ki marifat hasil ki.</w:t>
      </w:r>
    </w:p>
    <w:p>
      <w:pPr>
        <w:jc w:val="right"/>
      </w:pPr>
      <w:r>
        <w:t>اس حیثیت سے جو آپ جان لیں اللہ کو، تو آپ نے اللہ کی معرفت حاصل کی۔</w:t>
      </w:r>
    </w:p>
    <w:p>
      <w:r>
        <w:rPr>
          <w:b/>
        </w:rPr>
        <w:t xml:space="preserve">[18:19] </w:t>
      </w:r>
      <w:r>
        <w:t>to yeh hadith mein samajhta hoon ke sari baaton ko cover ki hui hai. sari baaton ko.</w:t>
      </w:r>
    </w:p>
    <w:p>
      <w:pPr>
        <w:jc w:val="right"/>
      </w:pPr>
      <w:r>
        <w:t>تو یہ حدیث میں سمجھتا ہوں کہ ساری باتوں کو کور کی ہوئی ہے۔ ساری باتوں کو۔</w:t>
      </w:r>
    </w:p>
    <w:p>
      <w:r>
        <w:rPr>
          <w:b/>
        </w:rPr>
        <w:t xml:space="preserve">[18:29] </w:t>
      </w:r>
      <w:r>
        <w:t>ab mislan jo misal di gayi hai, us ko lijye aap chirya ki misal. aap ek jagah kahin hain, ek chirya uri, ur kar ke fiza mein pahunchi aur phar phar parta hui aage barhi.</w:t>
      </w:r>
    </w:p>
    <w:p>
      <w:pPr>
        <w:jc w:val="right"/>
      </w:pPr>
      <w:r>
        <w:t>اب مثلاً جو مثال دی گئی ہے، اس کو لیجئے آپ چڑیا کی مثال۔ آپ ایک جگہ کہیں ہیں، ایک چڑیا اڑی، اڑ کر کے فضا میں پہنچی اور پھڑ پھڑ پڑھتا ہوئی آگے بڑھی۔</w:t>
      </w:r>
    </w:p>
    <w:p>
      <w:r>
        <w:rPr>
          <w:b/>
        </w:rPr>
        <w:t xml:space="preserve">[18:46] </w:t>
      </w:r>
      <w:r>
        <w:t>us ko aap ne dekha to aap sochne lagen ge, agar aap ko iman hasil hai, marifat hasil hai ke main to ur nahi sakta, chirya kaise ur kar chali gayi hawa mein?</w:t>
      </w:r>
    </w:p>
    <w:p>
      <w:pPr>
        <w:jc w:val="right"/>
      </w:pPr>
      <w:r>
        <w:t>اس کو آپ نے دیکھا تو آپ سوچنے لگیں گے، اگر آپ کو ایمان حاصل ہے، معرفت حاصل ہے کہ میں تو اڑ نہیں سکتا، چڑیا کیسے اڑ کے چلی گئی ہوا میں؟</w:t>
      </w:r>
    </w:p>
    <w:p>
      <w:r>
        <w:rPr>
          <w:b/>
        </w:rPr>
        <w:t xml:space="preserve">[19:00] </w:t>
      </w:r>
      <w:r>
        <w:t>main to nahi is ur sakta. to is mani ke yeh dunya ka khaliq koi aisi hasti hai jis ke jis ke jis ke qudrat ka koi koi tha nahi.</w:t>
      </w:r>
    </w:p>
    <w:p>
      <w:pPr>
        <w:jc w:val="right"/>
      </w:pPr>
      <w:r>
        <w:t>میں تو نہیں اس اڑ سکتا۔ تو اس معنی کہ یہ دنیا کا خالق کوئی ایسی ہستی ہے جس کے جس کے جس کے قدرت کا کوئی کوئی تھا نہیں۔</w:t>
      </w:r>
    </w:p>
    <w:p>
      <w:r>
        <w:rPr>
          <w:b/>
        </w:rPr>
        <w:t xml:space="preserve">[19:14] </w:t>
      </w:r>
      <w:r>
        <w:t>woh be hiss insan hi paida kar sakta hai aur chirya jaisa insan hi paida kar sakta hai. yani main main jaisa insan jo zameen par chale aur chirya jaisi cheez jo hawa mein ure,</w:t>
      </w:r>
    </w:p>
    <w:p>
      <w:pPr>
        <w:jc w:val="right"/>
      </w:pPr>
      <w:r>
        <w:t>وہ بے حس انسان ہی پیدا کر سکتا ہے اور چڑیا جیسا انسان ہی پیدا کر سکتا ہے۔ یعنی میں میں جیسا انسان جو زمین پر چلے اور چڑیا جیسی چیز جو ہوا میں اڑے،</w:t>
      </w:r>
    </w:p>
    <w:p>
      <w:r>
        <w:rPr>
          <w:b/>
        </w:rPr>
        <w:t xml:space="preserve">[19:30] </w:t>
      </w:r>
      <w:r>
        <w:t>kaisi ajeeb baat hai. to is mein aap Allah ki qudrat ko daryaft karen ge.</w:t>
      </w:r>
    </w:p>
    <w:p>
      <w:pPr>
        <w:jc w:val="right"/>
      </w:pPr>
      <w:r>
        <w:t>کیسی عجیب بات ہے۔ تو اس میں آپ اللہ کی قدرت کو دریافت کریں گے۔</w:t>
      </w:r>
    </w:p>
    <w:p>
      <w:r>
        <w:rPr>
          <w:b/>
        </w:rPr>
        <w:t xml:space="preserve">[19:37] </w:t>
      </w:r>
      <w:r>
        <w:t>phir agar aap maujooda zamane mein hain, yani technology ke zamane mein, to aap sochen ge ke dekho, mujh ko Allah taala ne kitna bara darja diya hai.</w:t>
      </w:r>
    </w:p>
    <w:p>
      <w:pPr>
        <w:jc w:val="right"/>
      </w:pPr>
      <w:r>
        <w:t>پھر اگر آپ موجودہ زمانے میں ہیں، یعنی ٹیکنالوجی کے زمانے میں، تو آپ سوچیں گے کہ دیکھو، مجھ کو اللہ تعالی نے کتنا بڑا درجہ دیا ہے۔</w:t>
      </w:r>
    </w:p>
    <w:p>
      <w:r>
        <w:rPr>
          <w:b/>
        </w:rPr>
        <w:t xml:space="preserve">[19:51] </w:t>
      </w:r>
      <w:r>
        <w:t>mujh ko yani insan ko ke main agarche ur nahi sakta, mere pas par nahi hain, urane wali taqat nahi hai mere andar nahi, lekin Allah ne mujhe aqal di hai.</w:t>
      </w:r>
    </w:p>
    <w:p>
      <w:pPr>
        <w:jc w:val="right"/>
      </w:pPr>
      <w:r>
        <w:t>مجھ کو یعنی انسان کو کہ میں اگرچہ اڑ نہیں سکتا، میرے پاس پر نہیں ہیں، اڑنے والی طاقت نہیں ہے میرے اندر نہیں، لیکن اللہ نے مجھے عقل دی ہے۔</w:t>
      </w:r>
    </w:p>
    <w:p>
      <w:r>
        <w:rPr>
          <w:b/>
        </w:rPr>
        <w:t xml:space="preserve">[20:04] </w:t>
      </w:r>
      <w:r>
        <w:t>aqal se main ek technology ko daryaft karta hoon jo is zameen mein pehle se maujood thi. ek technology ko daryaft karen, kya kar kya hota hai ke meter jo hai, meter meter mere liye harkat pa jata hai.</w:t>
      </w:r>
    </w:p>
    <w:p>
      <w:pPr>
        <w:jc w:val="right"/>
      </w:pPr>
      <w:r>
        <w:t>عقل سے میں ایک ٹیکنالوجی کو دریافت کرتا ہوں جو اس زمین میں پہلے سے موجود تھی۔ ایک ٹیکنالوجی کو دریافت کریں، کیا کر کیا ہوتا ہے کہ میٹر جو ہے، میٹر میٹر میرے لیے حرکت پا جاتا ہے۔</w:t>
      </w:r>
    </w:p>
    <w:p>
      <w:r>
        <w:rPr>
          <w:b/>
        </w:rPr>
        <w:t xml:space="preserve">[20:24] </w:t>
      </w:r>
      <w:r>
        <w:t>yani meter mujh ko le kar sarak par dorta hai, motor ki shakal mein. motor jo darti hai road par, woh kya hai?</w:t>
      </w:r>
    </w:p>
    <w:p>
      <w:pPr>
        <w:jc w:val="right"/>
      </w:pPr>
      <w:r>
        <w:t>یعنی میٹر مجھ کو لے کر سڑک پر دوڑتا ہے، موٹر کی شکل میں۔ موٹر جو دوڑتی ہے روڈ پر، وہ کیا ہے؟</w:t>
      </w:r>
    </w:p>
    <w:p>
      <w:r>
        <w:rPr>
          <w:b/>
        </w:rPr>
        <w:t xml:space="preserve">[20:35] </w:t>
      </w:r>
      <w:r>
        <w:t>motor ka dorna kya hai? meter ka dorna. yani mujhe Allah ne yeh darja diya hai ke meter mujh ko le kar dore, main baith jaon, aaram se safar karon is ko.</w:t>
      </w:r>
    </w:p>
    <w:p>
      <w:pPr>
        <w:jc w:val="right"/>
      </w:pPr>
      <w:r>
        <w:t>موٹر کا دوڑنا کیا ہے؟ میٹر کا دوڑنا۔ یعنی مجھے اللہ نے یہ درجہ دیا ہے کہ میٹر مجھ کو لے کر دوڑے، میں بیٹھ جاؤں، آرام سے سفر کروں اس کو۔</w:t>
      </w:r>
    </w:p>
    <w:p>
      <w:r>
        <w:rPr>
          <w:b/>
        </w:rPr>
        <w:t xml:space="preserve">[20:48] </w:t>
      </w:r>
      <w:r>
        <w:t>phir aap sochen ge ke Allah ne mujhe yeh aql di, is se mere liye mumkin hua hai ke main meter ko convert kar ke kashti banaon, ship banaon, steam aur banaon, aur phir meter mujh ko le ke pani mein teere.</w:t>
      </w:r>
    </w:p>
    <w:p>
      <w:pPr>
        <w:jc w:val="right"/>
      </w:pPr>
      <w:r>
        <w:t>پھر آپ سوچیں گے کہ اللہ نے مجھے یہ عقل دی، اس سے میرے لیے ممکن ہوا ہے کہ میں میٹر کو کنورٹ کر کے کشتی بناؤں، شپ بناؤں، اسٹیم اور بناؤں، اور پھر میٹر مجھ کو لے کے پانی میں تیرے۔</w:t>
      </w:r>
    </w:p>
    <w:p>
      <w:r>
        <w:rPr>
          <w:b/>
        </w:rPr>
        <w:t xml:space="preserve">[21:10] </w:t>
      </w:r>
      <w:r>
        <w:t>phir dekhiye, aap sochte sochte yahan tak pahunchen ge ke hawa jahaz tak pahunchen ge ke Allah taala ne mujhe jo aql di, is ke zariye se yeh bhi mumkin hoga mere liye ke main meter ko aisi shakal doon ke woh mujh ko le kar hawa mein ure.</w:t>
      </w:r>
    </w:p>
    <w:p>
      <w:pPr>
        <w:jc w:val="right"/>
      </w:pPr>
      <w:r>
        <w:t>پھر دیکھیے، آپ سوچتے سوچتے یہاں تک پہنچیں گے کہ ہوا جہاز تک پہنچیں گے کہ اللہ تعالی نے مجھے جو عقل دی، اس کے ذریعے سے یہ بھی ممکن ہوگا میرے لیے کہ میں میٹر کو ایسی شکل دوں کہ وہ مجھ کو لے کر ہوا میں اڑے۔</w:t>
      </w:r>
    </w:p>
    <w:p>
      <w:r>
        <w:rPr>
          <w:b/>
        </w:rPr>
        <w:t xml:space="preserve">[21:28] </w:t>
      </w:r>
      <w:r>
        <w:t>to pehle aap ne daryaft kiya, yani chidiya ki shakal mein Allah ki qudrat ko.</w:t>
      </w:r>
    </w:p>
    <w:p>
      <w:pPr>
        <w:jc w:val="right"/>
      </w:pPr>
      <w:r>
        <w:t>تو پہلے آپ نے دریافت کیا، یعنی چڑیا کی شکل میں اللہ کی قدرت کو۔</w:t>
      </w:r>
    </w:p>
    <w:p>
      <w:r>
        <w:rPr>
          <w:b/>
        </w:rPr>
        <w:t xml:space="preserve">[21:38] </w:t>
      </w:r>
      <w:r>
        <w:t>phir jab aap yeh daryaft karen ge ke meter mujh ko le kar road par chalta hai, meter mujh ko le kar ke pani mein terta hai, meter mujh ko le kar hawa mein uṛta hai,</w:t>
      </w:r>
    </w:p>
    <w:p>
      <w:pPr>
        <w:jc w:val="right"/>
      </w:pPr>
      <w:r>
        <w:t>پھر جب آپ یہ دریافت کریں گے کہ میٹر مجھ کو لے کر روڈ پر چلتا ہے، میٹر مجھ کو لے کر کے پانی میں تیرتا ہے، میٹر مجھ کو لے کر ہوا میں اڑتا ہے،</w:t>
      </w:r>
    </w:p>
    <w:p>
      <w:r>
        <w:rPr>
          <w:b/>
        </w:rPr>
        <w:t xml:space="preserve">[21:52] </w:t>
      </w:r>
      <w:r>
        <w:t>to aap Allah taala ki azim tareen nemat ko daryaft karen ge.</w:t>
      </w:r>
    </w:p>
    <w:p>
      <w:pPr>
        <w:jc w:val="right"/>
      </w:pPr>
      <w:r>
        <w:t>تو آپ اللہ تعالی کی عظیم ترین نعمت کو دریافت کریں گے۔</w:t>
      </w:r>
    </w:p>
    <w:p>
      <w:r>
        <w:rPr>
          <w:b/>
        </w:rPr>
        <w:t xml:space="preserve">[21:57] </w:t>
      </w:r>
      <w:r>
        <w:t>phir shukr ka jazba aye ga aap ko. shukr ka jazba. chidiya ko dekh kar aap ne Allah ki qudrat ko daryaft kiya tha, aur sochte sochte aap kya karen ge?</w:t>
      </w:r>
    </w:p>
    <w:p>
      <w:pPr>
        <w:jc w:val="right"/>
      </w:pPr>
      <w:r>
        <w:t>پھر شکر کا جذبہ آئے گا آپ کو۔ شکر کا جذبہ۔ چڑیا کو دیکھ کر آپ نے اللہ کی قدرت کو دریافت کیا تھا، اور سوچتے سوچتے آپ کیا کریں گے؟</w:t>
      </w:r>
    </w:p>
    <w:p>
      <w:r>
        <w:rPr>
          <w:b/>
        </w:rPr>
        <w:t xml:space="preserve">[22:09] </w:t>
      </w:r>
      <w:r>
        <w:t>shukr ko daryaft karen ge, shukriya item ko. phir yeh chalta rahe ga silsila. dekhiye, insan ka zehn aisa hai ke jab woh trigger ho jata hai, trigger to ek chain reaction paida ho jata hai.</w:t>
      </w:r>
    </w:p>
    <w:p>
      <w:pPr>
        <w:jc w:val="right"/>
      </w:pPr>
      <w:r>
        <w:t>شکر کو دریافت کریں گے، شکریہ آئٹم کو۔ پھر یہ چلتا رہے گا سلسلہ۔ دیکھیے، انسان کا ذہن ایسا ہے کہ جب وہ ٹریگر ہو جاتا ہے، ٹریگر تو ایک چین ری ایکشن پیدا ہو جاتا ہے۔</w:t>
      </w:r>
    </w:p>
    <w:p>
      <w:r>
        <w:rPr>
          <w:b/>
        </w:rPr>
        <w:t xml:space="preserve">[22:22] </w:t>
      </w:r>
      <w:r>
        <w:t>ek ke baad ek chezen aap ko yaad ati hain.</w:t>
      </w:r>
    </w:p>
    <w:p>
      <w:pPr>
        <w:jc w:val="right"/>
      </w:pPr>
      <w:r>
        <w:t>ایک کے بعد ایک چیزیں آپ کو یاد آتی ہیں۔</w:t>
      </w:r>
    </w:p>
    <w:p>
      <w:r>
        <w:rPr>
          <w:b/>
        </w:rPr>
        <w:t xml:space="preserve">[22:27] </w:t>
      </w:r>
      <w:r>
        <w:t>yeh yeh insan ke dimagh ki sifat hai, chain reaction jis ko kehte hain. to aap ne chidiya ko dekha to aap ke mind mein ek ek chain reaction paida ho gaya.</w:t>
      </w:r>
    </w:p>
    <w:p>
      <w:pPr>
        <w:jc w:val="right"/>
      </w:pPr>
      <w:r>
        <w:t>یہ یہ انسان کے دماغ کی صفت ہے، چین ری ایکشن جس کو کہتے ہیں۔ تو آپ نے چڑیا کو دیکھا تو آپ کے مائنڈ میں ایک ایک چین ری ایکشن پیدا ہو گیا۔</w:t>
      </w:r>
    </w:p>
    <w:p>
      <w:r>
        <w:rPr>
          <w:b/>
        </w:rPr>
        <w:t xml:space="preserve">[22:37] </w:t>
      </w:r>
      <w:r>
        <w:t>ab is ke baad ek ke baad ek ke baad ek marifat ke item aap ko daryaft hone lage. to Allah ki qudrat ko, Allah ki rehmat ko, Allah ki azmat ko, Allah ki gehrai ko sab aap jab daryaft karte chale chale gaye.</w:t>
      </w:r>
    </w:p>
    <w:p>
      <w:pPr>
        <w:jc w:val="right"/>
      </w:pPr>
      <w:r>
        <w:t>اب اس کے بعد ایک کے بعد ایک کے بعد ایک معرفت کے آئٹم آپ کو دریافت ہونے لگے۔ تو اللہ کی قدرت کو، اللہ کی رحمت کو، اللہ کی عظمت کو، اللہ کی گہرائی کو سب آپ جب دریافت کرتے چلے چلے گئے۔</w:t>
      </w:r>
    </w:p>
    <w:p>
      <w:r>
        <w:rPr>
          <w:b/>
        </w:rPr>
        <w:t xml:space="preserve">[22:53] </w:t>
      </w:r>
      <w:r>
        <w:t>yeh hai mukammal Islam, yeh hai mukammal deen.</w:t>
      </w:r>
    </w:p>
    <w:p>
      <w:pPr>
        <w:jc w:val="right"/>
      </w:pPr>
      <w:r>
        <w:t>یہ ہے مکمل اسلام، یہ ہے مکمل دین۔</w:t>
      </w:r>
    </w:p>
    <w:p>
      <w:r>
        <w:rPr>
          <w:b/>
        </w:rPr>
        <w:t xml:space="preserve">[22:58] </w:t>
      </w:r>
      <w:r>
        <w:t>mukammal deen ka matlab yeh nahi ke diwani aur faida qanun ki list hai. mukammal Islam mein diwani aur faida qanun to koi is ko asal jo hai deen, us ke muqable mein kuch bhi hesiyat us ki nahi hai.</w:t>
      </w:r>
    </w:p>
    <w:p>
      <w:pPr>
        <w:jc w:val="right"/>
      </w:pPr>
      <w:r>
        <w:t>مکمل دین کا مطلب یہ نہیں کہ دیوانی اور فائدہ قوانین کی لسٹ ہے۔ مکمل اسلام میں دیوانی اور فائدہ قوانین تو کوئی اس کو اصل جو ہے دین، اس کے مقابلے میں کچھ بھی حیثیت اس کے اس کی نہیں ہے۔</w:t>
      </w:r>
    </w:p>
    <w:p>
      <w:r>
        <w:rPr>
          <w:b/>
        </w:rPr>
        <w:t xml:space="preserve">[23:16] </w:t>
      </w:r>
      <w:r>
        <w:t>mukammal deen naam hai mukammal marifat ka. mukammal deen mukammal qanun ka naam nahi hai.</w:t>
      </w:r>
    </w:p>
    <w:p>
      <w:pPr>
        <w:jc w:val="right"/>
      </w:pPr>
      <w:r>
        <w:t>مکمل دین نام ہے مکمل معرفت کا۔ مکمل دین مکمل قانون کا نام نہیں ہے۔</w:t>
      </w:r>
    </w:p>
    <w:p>
      <w:r>
        <w:rPr>
          <w:b/>
        </w:rPr>
        <w:t xml:space="preserve">[23:24] </w:t>
      </w:r>
      <w:r>
        <w:t>jis cheez ko hum kehte hain mukammal deen ya mukammal shariat, is ka matlab yeh nahi ke diwani qanun aur faida qanun ki mukammal list, yeh matlab nahi hota.</w:t>
      </w:r>
    </w:p>
    <w:p>
      <w:pPr>
        <w:jc w:val="right"/>
      </w:pPr>
      <w:r>
        <w:t>جس چیز کو ہم کہتے ہیں مکمل دین یا مکمل شریعت، اس کا مطلب یہ نہیں کہ دیوانی قوانین اور فائدہ قوانین کی مکمل لسٹ، یہ مطلب نہیں ہوتا۔</w:t>
      </w:r>
    </w:p>
    <w:p>
      <w:r>
        <w:rPr>
          <w:b/>
        </w:rPr>
        <w:t xml:space="preserve">[23:35] </w:t>
      </w:r>
      <w:r>
        <w:t>marifat ke aitbar se mukammal hona to marifat ek aisi cheez hai jo poori universe ko ahata kar leti hai.</w:t>
      </w:r>
    </w:p>
    <w:p>
      <w:pPr>
        <w:jc w:val="right"/>
      </w:pPr>
      <w:r>
        <w:t>معرفت کے اعتبار سے مکمل ہونا تو معرفت ایک ایسی چیز ہے جو پوری یونیورس کو احاطہ کر لیتی ہے۔</w:t>
      </w:r>
    </w:p>
    <w:p>
      <w:r>
        <w:rPr>
          <w:b/>
        </w:rPr>
        <w:t xml:space="preserve">[23:45] </w:t>
      </w:r>
      <w:r>
        <w:t>jaise main ne aap se arz kiya ke chidiya ko sochte sochte aap motor tak pahunche, motor ko sochte sochte aap ship tak pahunche, ship ko sochte sochte aap hawa jahaz tak pahunche.</w:t>
      </w:r>
    </w:p>
    <w:p>
      <w:pPr>
        <w:jc w:val="right"/>
      </w:pPr>
      <w:r>
        <w:t>جیسے میں نے آپ سے عرض کیا کہ چڑیا کو سوچتے سوچتے آپ موٹر تک پہنچے، موٹر کو سوچتے سوچتے آپ شپ تک پہنچے، شپ کو سوچتے سوچتے آپ ہوا جہاز تک پہنچے۔</w:t>
      </w:r>
    </w:p>
    <w:p>
      <w:r>
        <w:rPr>
          <w:b/>
        </w:rPr>
        <w:t xml:space="preserve">[23:55] </w:t>
      </w:r>
      <w:r>
        <w:t>mazeed aap ne poocha to aap yani space mein jo locker ja rahe hain, hamare wahan to pahunch jayen ge aap. ghraz yeh ke sari universe ko muhit kar kar le ga aap ka arifana fikr, aap ki arifana soch.</w:t>
      </w:r>
    </w:p>
    <w:p>
      <w:pPr>
        <w:jc w:val="right"/>
      </w:pPr>
      <w:r>
        <w:t>مزید آپ نے پوچھا تو آپ یعنی اسپیس میں جو لاکر جا رہے ہیں، ہمارے وہاں تو پہنچ جائیں گے آپ۔ غرض یہ کہ ساری یونیورس کو محیط کر کر لے گا آپ کا عارفانہ فکر، آپ کی عارفانہ سوچ۔</w:t>
      </w:r>
    </w:p>
    <w:p>
      <w:r>
        <w:rPr>
          <w:b/>
        </w:rPr>
        <w:t xml:space="preserve">[24:12] </w:t>
      </w:r>
      <w:r>
        <w:t>yeh matlab hai is hadith ka. aur is mein jo hai ke sari baat bata di to yahi sari baat hai. dekhiye, is ko achhe se samajh li jiye.</w:t>
      </w:r>
    </w:p>
    <w:p>
      <w:pPr>
        <w:jc w:val="right"/>
      </w:pPr>
      <w:r>
        <w:t>یہ مطلب ہے اس حدیث کا۔ اور اس میں جو ہے کہ ساری بات بتا دی تو یہی ساری بات ہے۔ دیکھیے، اس کو اچھے سے سمجھ لیجئے۔</w:t>
      </w:r>
    </w:p>
    <w:p>
      <w:r>
        <w:rPr>
          <w:b/>
        </w:rPr>
        <w:t xml:space="preserve">[24:23] </w:t>
      </w:r>
      <w:r>
        <w:t>khud Rasool Allah ne hadithon mein sari baat nahi batai hai. yeh mumkin nahi hai. agar koi yeh samjhe ke khud hadithon mein sari baat maujood hai list ke taur par, to bohat bari ghalat fehmi mein mubtala hai.</w:t>
      </w:r>
    </w:p>
    <w:p>
      <w:pPr>
        <w:jc w:val="right"/>
      </w:pPr>
      <w:r>
        <w:t>خود رسول اللہ نے حدیثوں میں ساری بات نہیں بتائی ہے۔ یہ ممکن نہیں ہے۔ اگر کوئی یہ سمجھے کہ خود حدیثوں میں ساری بات موجود ہے لسٹ کے طور پر، تو بہت بڑی غلط فہمی میں مبتلا ہے۔</w:t>
      </w:r>
    </w:p>
    <w:p>
      <w:r>
        <w:rPr>
          <w:b/>
        </w:rPr>
        <w:t xml:space="preserve">[24:41] </w:t>
      </w:r>
      <w:r>
        <w:t>is ka yeh matlab harghiz nahi, balke Rasool Allah ka jo laya hua bulai hui hidayat hai, woh aap ko aap ko iman deti hai, aap ko zehni irtaqa deti hai,</w:t>
      </w:r>
    </w:p>
    <w:p>
      <w:pPr>
        <w:jc w:val="right"/>
      </w:pPr>
      <w:r>
        <w:t>اس کا یہ مطلب ہرگز نہیں، بلکہ رسول اللہ کا جو لایا ہوا بلائی ہوئی ہدایت ہے، وہ آپ کو آپ کو ایمان دیتی ہے، آپ کو ذہنی ارتقاء دیتی ہے،</w:t>
      </w:r>
    </w:p>
    <w:p>
      <w:r>
        <w:rPr>
          <w:b/>
        </w:rPr>
        <w:t xml:space="preserve">[24:55] </w:t>
      </w:r>
      <w:r>
        <w:t>aap ke andar thinking process jagati hai, aap ke andar creative creativity paida karti hai. to aap ki creative thinking jo hai, us se sab baaten unfold hoti rehti hain.</w:t>
      </w:r>
    </w:p>
    <w:p>
      <w:pPr>
        <w:jc w:val="right"/>
      </w:pPr>
      <w:r>
        <w:t>آپ کے اندر تھنکنگ پروسیس جگاتی ہے، آپ کے اندر کریٹیو کریٹیوٹی پیدا کرتی ہے۔ تو آپ کی کریٹیو تھنکنگ جو ہے، اس سے سب باتیں ان فولڈ ہوتی رہتی ہیں۔</w:t>
      </w:r>
    </w:p>
    <w:p>
      <w:r>
        <w:rPr>
          <w:b/>
        </w:rPr>
        <w:t xml:space="preserve">[25:08] </w:t>
      </w:r>
      <w:r>
        <w:t>agar marifat ek list ki shakal mein ho, ek, do, teen, char, panch, chhe, sat, ath, nau, das, to woh marifat khushk cheez hogi. khushk</w:t>
      </w:r>
    </w:p>
    <w:p>
      <w:pPr>
        <w:jc w:val="right"/>
      </w:pPr>
      <w:r>
        <w:t>اگر معرفت ایک لسٹ کی شکل میں ہو، ایک، دو، تین، چار، پانچ، چھ، سات، آٹھ، نو، دس، تو وہ معرفت خشک چیز ہوگی۔ خشک</w:t>
      </w:r>
    </w:p>
    <w:p>
      <w:r>
        <w:rPr>
          <w:b/>
        </w:rPr>
        <w:t xml:space="preserve">[25:18] </w:t>
      </w:r>
      <w:r>
        <w:t>marifat ki azmat is liye ke woh ek discovery ka subject hai. discovery ka. agar marifat list ke baad hoti, ek fehrist ke baad hoti hai ke bhai ek, do, teen, char, panch, chhe, nau, das, ek ek list hai, usi ka naam marifat hai.</w:t>
      </w:r>
    </w:p>
    <w:p>
      <w:pPr>
        <w:jc w:val="right"/>
      </w:pPr>
      <w:r>
        <w:t>معرفت کی عظمت اس لیے کہ وہ ایک ڈسکوری کا سبجیکٹ ہے۔ ڈسکوری کا۔ اگر معرفت لسٹ کے بعد ہوتی، ایک فہرست کے بعد ہوتی ہے کہ بھئی ایک، دو، تین، چار، پانچ، چھ، نو، دس، ایک ایک لسٹ ہے، اسی کا نام معرفت ہے۔</w:t>
      </w:r>
    </w:p>
    <w:p>
      <w:r>
        <w:rPr>
          <w:b/>
        </w:rPr>
        <w:t xml:space="preserve">[25:36] </w:t>
      </w:r>
      <w:r>
        <w:t>phir to marifat kuch bhi nahi thi.</w:t>
      </w:r>
    </w:p>
    <w:p>
      <w:pPr>
        <w:jc w:val="right"/>
      </w:pPr>
      <w:r>
        <w:t>پھر تو معرفت کچھ بھی نہیں تھی۔</w:t>
      </w:r>
    </w:p>
    <w:p>
      <w:r>
        <w:rPr>
          <w:b/>
        </w:rPr>
        <w:t xml:space="preserve">[25:38] </w:t>
      </w:r>
      <w:r>
        <w:t>woh aik khushk mozu hota. aik khushk mozu hota. to marifat naam hai creative process ka.</w:t>
      </w:r>
    </w:p>
    <w:p>
      <w:pPr>
        <w:jc w:val="right"/>
      </w:pPr>
      <w:r>
        <w:t>وہ ایک خشک موضوع ہوتا۔ ایک خشک موضوع ہوتا۔ تو معرفت نام ہے کریٹیو پروسیس کا۔</w:t>
      </w:r>
    </w:p>
    <w:p>
      <w:r>
        <w:rPr>
          <w:b/>
        </w:rPr>
        <w:t xml:space="preserve">[25:53] </w:t>
      </w:r>
      <w:r>
        <w:t>aap ke zehan mein jab aap ko Allah ki daryaft hoti hai to aap ke zehan mein aik aik process jari hota hai. process.</w:t>
      </w:r>
    </w:p>
    <w:p>
      <w:pPr>
        <w:jc w:val="right"/>
      </w:pPr>
      <w:r>
        <w:t>آپ کے ذہن میں جب آپ کو اللہ کی دریافت ہوتی ہے تو آپ کے ذہن میں ایک ایک پروسیس جاری ہوتا ہے۔ پروسیس۔</w:t>
      </w:r>
    </w:p>
    <w:p>
      <w:r>
        <w:rPr>
          <w:b/>
        </w:rPr>
        <w:t xml:space="preserve">[26:01] </w:t>
      </w:r>
      <w:r>
        <w:t>is process se aap sari baatein unfold hoti rehti hain. aur har din aap ko nai baatein, har din nai baatein, har din nai baatein aap ko ilm mein aati rehti hain.</w:t>
      </w:r>
    </w:p>
    <w:p>
      <w:pPr>
        <w:jc w:val="right"/>
      </w:pPr>
      <w:r>
        <w:t>اس پروسیس سے آپ ساری باتیں ان فولڈ ہوتی رہتی ہیں۔ اور ہر دن آپ کو نئی باتیں، ہر دن نئی باتیں، ہر دن نئی باتیں آپ کو علم میں آتی رہتی ہیں۔</w:t>
      </w:r>
    </w:p>
    <w:p>
      <w:r>
        <w:rPr>
          <w:b/>
        </w:rPr>
        <w:t xml:space="preserve">[26:16] </w:t>
      </w:r>
      <w:r>
        <w:t>tab hi woh personality banti hai jo jannat mein dakhil karne ke qabil ho.</w:t>
      </w:r>
    </w:p>
    <w:p>
      <w:pPr>
        <w:jc w:val="right"/>
      </w:pPr>
      <w:r>
        <w:t>تب ہی وہ پرسنیلٹی بنتی ہے جو جنت میں داخل کرنے کے قابل ہو۔</w:t>
      </w:r>
    </w:p>
    <w:p>
      <w:r>
        <w:rPr>
          <w:b/>
        </w:rPr>
        <w:t xml:space="preserve">[26:24] </w:t>
      </w:r>
      <w:r>
        <w:t>sirf yeh nahi ke kuch list hai ahkam ki, us ko dehra diya to phir jannat mein chale gaye. yeh to robot hai.</w:t>
      </w:r>
    </w:p>
    <w:p>
      <w:pPr>
        <w:jc w:val="right"/>
      </w:pPr>
      <w:r>
        <w:t>صرف یہ نہیں کہ کچھ لسٹ ہے احکام کی، اس کو دہرا دیا تو پھر جنت میں چلے گئے۔ یہ تو روبوٹ ہے۔</w:t>
      </w:r>
    </w:p>
    <w:p>
      <w:r>
        <w:rPr>
          <w:b/>
        </w:rPr>
        <w:t xml:space="preserve">[26:31] </w:t>
      </w:r>
      <w:r>
        <w:t>kaha shayad jannat jannat walay robot ki tarah honge.</w:t>
      </w:r>
    </w:p>
    <w:p>
      <w:pPr>
        <w:jc w:val="right"/>
      </w:pPr>
      <w:r>
        <w:t>کہا شاید جنت جنت والے روبوٹ کی طرح ہوں گے۔</w:t>
      </w:r>
    </w:p>
    <w:p>
      <w:r>
        <w:rPr>
          <w:b/>
        </w:rPr>
        <w:t xml:space="preserve">[26:38] </w:t>
      </w:r>
      <w:r>
        <w:t>agar deen is ka naam ho, kuch ahkam hain, un ki list bana di gayi hai, us ko kar lo, aur us ko in ahkam ko dehra liya to bas aap jannat ke mustahiq ho gaye.</w:t>
      </w:r>
    </w:p>
    <w:p>
      <w:pPr>
        <w:jc w:val="right"/>
      </w:pPr>
      <w:r>
        <w:t>اگر دین اس کا نام ہو، کچھ احکام ہیں، ان کی لسٹ بنا دی گئی ہے، اس کو کر لو، اور اس کو ان احکام کو دہرا لیا تو بس آپ جنت کے مستحق ہو گئے۔</w:t>
      </w:r>
    </w:p>
    <w:p>
      <w:r>
        <w:rPr>
          <w:b/>
        </w:rPr>
        <w:t xml:space="preserve">[26:50] </w:t>
      </w:r>
      <w:r>
        <w:t>to us ko hamari jannat robot ke liye hai. yeh to robot ka kaam hai.</w:t>
      </w:r>
    </w:p>
    <w:p>
      <w:pPr>
        <w:jc w:val="right"/>
      </w:pPr>
      <w:r>
        <w:t>تو اس کو ہماری جنت روبوٹ کے لیے ہے۔ یہ تو روبوٹ کا کام ہے۔</w:t>
      </w:r>
    </w:p>
    <w:p>
      <w:r>
        <w:rPr>
          <w:b/>
        </w:rPr>
        <w:t xml:space="preserve">[26:56] </w:t>
      </w:r>
      <w:r>
        <w:t>nahi, jannat jo hai un logon ke liye hai jis ke andar jinka imaan un ko creative bana de, un ke andar creative thinking paida kar de.</w:t>
      </w:r>
    </w:p>
    <w:p>
      <w:pPr>
        <w:jc w:val="right"/>
      </w:pPr>
      <w:r>
        <w:t>نہیں، جنت جو ہے ان لوگوں کے لیے ہے جس کے اندر جن کا ایمان ان کو کریٹیو بنا دے، ان کے اندر کریٹیو تھنکنگ پیدا کر دے۔</w:t>
      </w:r>
    </w:p>
    <w:p>
      <w:r>
        <w:rPr>
          <w:b/>
        </w:rPr>
        <w:t xml:space="preserve">[27:06] </w:t>
      </w:r>
      <w:r>
        <w:t>har baat mein nai baat daryaft karen.</w:t>
      </w:r>
    </w:p>
    <w:p>
      <w:pPr>
        <w:jc w:val="right"/>
      </w:pPr>
      <w:r>
        <w:t>ہر بات میں نئی بات دریافت کریں۔</w:t>
      </w:r>
    </w:p>
    <w:p>
      <w:r>
        <w:rPr>
          <w:b/>
        </w:rPr>
        <w:t xml:space="preserve">[27:11] </w:t>
      </w:r>
      <w:r>
        <w:t>yani chidiya dekha hai to wahan bhi aik hazar aik baatein un ko samajh mein aa jayen. ghaas dekha hai to wahan bhi aik se aik baat un ko samajh mein aa jaye. cheenti ko dekhta hua dekha hai to us mein bhi bohat se item un ko mil jayen.</w:t>
      </w:r>
    </w:p>
    <w:p>
      <w:pPr>
        <w:jc w:val="right"/>
      </w:pPr>
      <w:r>
        <w:t>یعنی چڑیا دیکھا ہے تو وہاں بھی ایک ہزار ایک باتیں ان کو سمجھ میں آ جائیں۔ گھاس دیکھا ہے تو وہاں بھی ایک سے ایک بات ان کو سمجھ میں آ جائے۔ چیونٹی کو دیکھتا ہوا دیکھا ہے تو اس میں بھی بہت سے آئٹم ان کو مل جائیں۔</w:t>
      </w:r>
    </w:p>
    <w:p>
      <w:r>
        <w:rPr>
          <w:b/>
        </w:rPr>
        <w:t xml:space="preserve">[27:25] </w:t>
      </w:r>
      <w:r>
        <w:t>yeh matlab hai is hadith ka.</w:t>
      </w:r>
    </w:p>
    <w:p>
      <w:pPr>
        <w:jc w:val="right"/>
      </w:pPr>
      <w:r>
        <w:t>یہ مطلب ہے اس حدیث کا۔</w:t>
      </w:r>
    </w:p>
    <w:p>
      <w:r>
        <w:rPr>
          <w:b/>
        </w:rPr>
        <w:t xml:space="preserve">[27:30] </w:t>
      </w:r>
      <w:r>
        <w:t>to goya Rasool Allah Sal Allahu Alaihi Wasallam sahaba ko train karte the is baat ke liye ke un ke andar creative thinking aa jaye.</w:t>
      </w:r>
    </w:p>
    <w:p>
      <w:pPr>
        <w:jc w:val="right"/>
      </w:pPr>
      <w:r>
        <w:t>تو گویا رسول اللہ صلی اللہ علیہ وسلم صحابہ کو ٹرین کرتے تھے اس بات کے لیے کہ ان کے اندر کریٹیو تھنکنگ آ جائے۔</w:t>
      </w:r>
    </w:p>
    <w:p>
      <w:r>
        <w:rPr>
          <w:b/>
        </w:rPr>
        <w:t xml:space="preserve">[27:39] </w:t>
      </w:r>
      <w:r>
        <w:t>aaj kal ki zaban mein main kahunga ke Rasool Allah Sal Allahu Alaihi Wasallam sahaba ko list nahi dete the.</w:t>
      </w:r>
    </w:p>
    <w:p>
      <w:pPr>
        <w:jc w:val="right"/>
      </w:pPr>
      <w:r>
        <w:t>آج کل کی زبان میں میں کہوں گا کہ رسول اللہ صلی اللہ علیہ وسلم صحابہ کو لسٹ نہیں دیتے تھے۔</w:t>
      </w:r>
    </w:p>
    <w:p>
      <w:r>
        <w:rPr>
          <w:b/>
        </w:rPr>
        <w:t xml:space="preserve">[27:45] </w:t>
      </w:r>
      <w:r>
        <w:t>sahaba Rasool Allah ka jo atiya tha sahaba ke liye, yeh nahi tha ke aap ne list de di aik ke dekho aik, do, teen, char, panch, chhe, saat, aath, nau, das, yeh hai, us ko karte raho.</w:t>
      </w:r>
    </w:p>
    <w:p>
      <w:pPr>
        <w:jc w:val="right"/>
      </w:pPr>
      <w:r>
        <w:t>صحابہ رسول اللہ کا جو عطیہ تھا صحابہ کے لیے، یہ نہیں تھا کہ آپ نے لسٹ دے دی ایک کہ دیکھو ایک، دو، تین، چار، پانچ، چھ، سات، آٹھ، نو، دس، یہ ہے، اس کو کرتے رہو۔</w:t>
      </w:r>
    </w:p>
    <w:p>
      <w:r>
        <w:rPr>
          <w:b/>
        </w:rPr>
        <w:t xml:space="preserve">[27:57] </w:t>
      </w:r>
      <w:r>
        <w:t>nahi, aap ne sahaba ko train kiya.</w:t>
      </w:r>
    </w:p>
    <w:p>
      <w:pPr>
        <w:jc w:val="right"/>
      </w:pPr>
      <w:r>
        <w:t>نہیں، آپ نے صحابہ کو ٹرین کیا۔</w:t>
      </w:r>
    </w:p>
    <w:p>
      <w:r>
        <w:rPr>
          <w:b/>
        </w:rPr>
        <w:t xml:space="preserve">[28:03] </w:t>
      </w:r>
      <w:r>
        <w:t>ilm jo hai yahan par bohat hi waseeh maani mein hai. sahaba ko aap ne tarbiyat de kar prepared mind banaya.</w:t>
      </w:r>
    </w:p>
    <w:p>
      <w:pPr>
        <w:jc w:val="right"/>
      </w:pPr>
      <w:r>
        <w:t>علم جو ہے یہاں پر بہت ہی وسیع معنی میں ہے۔ صحابہ کو آپ نے تربیت دے کر پیپرڈ مائنڈ بنایا۔</w:t>
      </w:r>
    </w:p>
    <w:p>
      <w:r>
        <w:rPr>
          <w:b/>
        </w:rPr>
        <w:t xml:space="preserve">[28:14] </w:t>
      </w:r>
      <w:r>
        <w:t>sahaba ko aap ne training ke zariye se, tarbiyat ke zariye se un ko prepared mind banaya.</w:t>
      </w:r>
    </w:p>
    <w:p>
      <w:pPr>
        <w:jc w:val="right"/>
      </w:pPr>
      <w:r>
        <w:t>صحابہ کو آپ نے ٹریننگ کے ذریعے سے، تربیت کے ذریعے سے ان کو پریپیئرڈ مائنڈ بنایا۔</w:t>
      </w:r>
    </w:p>
    <w:p>
      <w:r>
        <w:rPr>
          <w:b/>
        </w:rPr>
        <w:t xml:space="preserve">[28:28] </w:t>
      </w:r>
      <w:r>
        <w:t>aur phir woh khud apne apne aap cheezon ko daryaft karne lage. un ke andar aik aik aik aik process jaag utha.</w:t>
      </w:r>
    </w:p>
    <w:p>
      <w:pPr>
        <w:jc w:val="right"/>
      </w:pPr>
      <w:r>
        <w:t>اور پھر وہ خود اپنے اپنے آپ چیزوں کو دریافت کرنے لگے۔ ان کے اندر ایک ایک ایک ایک پروسیس جاگ اٹھا۔</w:t>
      </w:r>
    </w:p>
    <w:p>
      <w:r>
        <w:rPr>
          <w:b/>
        </w:rPr>
        <w:t xml:space="preserve">[28:38] </w:t>
      </w:r>
      <w:r>
        <w:t>is process jis mein har cheez mein un ko marifat dikhai dene lagi.</w:t>
      </w:r>
    </w:p>
    <w:p>
      <w:pPr>
        <w:jc w:val="right"/>
      </w:pPr>
      <w:r>
        <w:t>اس پروسیس جس میں ہر چیز میں ان کو معرفت دکھائی دینے لگی۔</w:t>
      </w:r>
    </w:p>
    <w:p>
      <w:r>
        <w:rPr>
          <w:b/>
        </w:rPr>
        <w:t xml:space="preserve">[28:46] </w:t>
      </w:r>
      <w:r>
        <w:t>woh jo kaha hai kisi Arab shair ne ke fafi kulli al shain lahu ayat tadullu ala annahu al wahid to har cheez mein agar marifat ka saman hai to marifat ka saman bolega nahi.</w:t>
      </w:r>
    </w:p>
    <w:p>
      <w:pPr>
        <w:jc w:val="right"/>
      </w:pPr>
      <w:r>
        <w:t>وہ جو کہا ہے کسی عرب شاعر نے کہ ففي کل الشین له آیت تدل علی انہ الواحد تو ہر چیز میں اگر معرفت کا سامان ہے تو معرفت کا سامان بولے گا نہیں۔</w:t>
      </w:r>
    </w:p>
    <w:p>
      <w:r>
        <w:rPr>
          <w:b/>
        </w:rPr>
        <w:t xml:space="preserve">[29:01] </w:t>
      </w:r>
      <w:r>
        <w:t>woh woh aap ko soch kar ke milega. jitna aap sochenge utna hi aap ko milta chala jayega.</w:t>
      </w:r>
    </w:p>
    <w:p>
      <w:pPr>
        <w:jc w:val="right"/>
      </w:pPr>
      <w:r>
        <w:t>وہ وہ آپ کو سوچ کر کے ملے گا۔ جتنا آپ سوچیں گے اتنا ہی آپ کو ملتا چلا جائے گا۔</w:t>
      </w:r>
    </w:p>
    <w:p>
      <w:r>
        <w:rPr>
          <w:b/>
        </w:rPr>
        <w:t xml:space="preserve">[29:16] </w:t>
      </w:r>
      <w:r>
        <w:t>to is hadith se woh poora process maloom hota hai jo Rasool Allah Sal Allahu Alaihi Wasallam sahaba ke liye ikhtiyar kiye hue the.</w:t>
      </w:r>
    </w:p>
    <w:p>
      <w:pPr>
        <w:jc w:val="right"/>
      </w:pPr>
      <w:r>
        <w:t>تو اس حدیث سے وہ پورا پروسیس معلوم ہوتا ہے جو رسول اللہ صلی اللہ علیہ وسلم صحابہ کے لیے اختیار کیے ہوئے تھے۔</w:t>
      </w:r>
    </w:p>
    <w:p>
      <w:r>
        <w:rPr>
          <w:b/>
        </w:rPr>
        <w:t xml:space="preserve">[29:27] </w:t>
      </w:r>
      <w:r>
        <w:t>ke kis tarah aap sahaba ko tarbiyat dete the, kis tarah un ko tayyar karte the, kis tarah un ke andar woh salahiyat paida karte the ke jahannum se un ko dori ho jaye aur jannat se qurbat hasil ho jaye.</w:t>
      </w:r>
    </w:p>
    <w:p>
      <w:pPr>
        <w:jc w:val="right"/>
      </w:pPr>
      <w:r>
        <w:t>کہ کس طرح آپ صحابہ کو کو تربیت دیتے تھے، کس طرح ان کو تیار کرتے تھے، کس طرح ان کے اندر وہ صلاحیت پیدا کرتے تھے کہ جہنم سے ان کو دوری ہو جائے اور جنت سے قربت حاصل ہو جائے۔</w:t>
      </w:r>
    </w:p>
    <w:p>
      <w:r>
        <w:rPr>
          <w:b/>
        </w:rPr>
        <w:t xml:space="preserve">[29:43] </w:t>
      </w:r>
      <w:r>
        <w:t>in ko in ko kis tarah karte the.</w:t>
      </w:r>
    </w:p>
    <w:p>
      <w:pPr>
        <w:jc w:val="right"/>
      </w:pPr>
      <w:r>
        <w:t>ان کو ان کو کس طرح کرتے تھے۔</w:t>
      </w:r>
    </w:p>
    <w:p>
      <w:r>
        <w:rPr>
          <w:b/>
        </w:rPr>
        <w:t xml:space="preserve">[29:46] </w:t>
      </w:r>
      <w:r>
        <w:t>yeh is ka poora course is mein aap ghore karein to aap pa sakte hain. is hadith mein woh poora course aap ko mil jayega jis se ke rasool Allah sal Allah alaihi wasallam sahaba ko tayyar karte the.</w:t>
      </w:r>
    </w:p>
    <w:p>
      <w:pPr>
        <w:jc w:val="right"/>
      </w:pPr>
      <w:r>
        <w:t>یہ اس کا پورا کورس اس میں آپ غور کریں تو آپ پا سکتے ہیں۔ اس حدیث میں وہ پورا کورس آپ کو مل جائے گا جس سے کہ رسول اللہ صلی اللہ علیہ وسلم صحابہ کو تیار کرتے تھے۔</w:t>
      </w:r>
    </w:p>
    <w:p>
      <w:r>
        <w:rPr>
          <w:b/>
        </w:rPr>
        <w:t xml:space="preserve">[30:00] </w:t>
      </w:r>
      <w:r>
        <w:t>aam taur par yeh samjha jata hai, tareef ki jati hai sahabi ki ke jis ne rasool Allah ko halat iman mein dekha ho. yeh tareef bilkul galat hai. agar hai to is ko technical tareef keh sakte hain aap.</w:t>
      </w:r>
    </w:p>
    <w:p>
      <w:pPr>
        <w:jc w:val="right"/>
      </w:pPr>
      <w:r>
        <w:t>عام طور پر یہ سمجھا جاتا ہے، تعریف کی جاتی ہے صحابی کی کہ جس نے رسول اللہ کو حالت ایمان میں دیکھا ہو۔ یہ تعریف بالکل غلط ہے۔ اگر ہے تو اس کو ٹیکنیکل تعریف کہہ سکتے ہیں آپ۔</w:t>
      </w:r>
    </w:p>
    <w:p>
      <w:r>
        <w:rPr>
          <w:b/>
        </w:rPr>
        <w:t xml:space="preserve">[30:14] </w:t>
      </w:r>
      <w:r>
        <w:t>yani sahabi ki tareef yeh ki jati hai ke jis ne halat iman mein rasool Allah ko dekha to woh sahabi hai. agar yeh tareef hai to yeh bilkul technical tareef hai.</w:t>
      </w:r>
    </w:p>
    <w:p>
      <w:pPr>
        <w:jc w:val="right"/>
      </w:pPr>
      <w:r>
        <w:t>یعنی صحابی کی تعریف یہ کی جاتی ہے کہ جس نے حالت ایمان میں رسول اللہ کو دیکھا تو وہ صحابی ہے۔ اگر یہ تعریف ہے تو یہ بالکل ٹیکنیکل تعریف ہے۔</w:t>
      </w:r>
    </w:p>
    <w:p>
      <w:r>
        <w:rPr>
          <w:b/>
        </w:rPr>
        <w:t xml:space="preserve">[30:23] </w:t>
      </w:r>
      <w:r>
        <w:t>yeh bilkul qanooni tareef hai. haqeeqi tareef nahi hai. haqeeqi maano mein sahabi woh hai jis ne rasool Allah sal Allah alaihi wasallam se is is maani mein tarbiyat pai ho.</w:t>
      </w:r>
    </w:p>
    <w:p>
      <w:pPr>
        <w:jc w:val="right"/>
      </w:pPr>
      <w:r>
        <w:t>یہ بالکل قانونی تعریف ہے۔ حقیقی تعریف نہیں ہے۔ حقیقی معنوں میں صحابی وہ ہے جس نے رسول اللہ صلی اللہ علیہ وسلم سے اس اس معنی میں تربیت پائی ہو۔</w:t>
      </w:r>
    </w:p>
    <w:p>
      <w:r>
        <w:rPr>
          <w:b/>
        </w:rPr>
        <w:t xml:space="preserve">[30:37] </w:t>
      </w:r>
      <w:r>
        <w:t>is maani mein maine arz kiya. to meri dua hai ke Allah taala mujh ko aur aap ko tofeeq de ke hum is nahaj ko pakrein aur marifat ke is course ko apne liye ikhtiyar karein.</w:t>
      </w:r>
    </w:p>
    <w:p>
      <w:pPr>
        <w:jc w:val="right"/>
      </w:pPr>
      <w:r>
        <w:t>اس معنی میں میں نے عرض کیا۔ تو میری دعا ہے کہ اللہ تعالی مجھ کو اور آپ کو توفیق دے کہ ہم اس نہج کو پکڑیں اور معرفت کے اس کورس کو اپنے لیے اختیار کریں۔</w:t>
      </w:r>
    </w:p>
    <w:p>
      <w:r>
        <w:rPr>
          <w:b/>
        </w:rPr>
        <w:t xml:space="preserve">[30:56] </w:t>
      </w:r>
      <w:r>
        <w:t>assalam o alaikum wa rehmatullah.</w:t>
      </w:r>
    </w:p>
    <w:p>
      <w:pPr>
        <w:jc w:val="right"/>
      </w:pPr>
      <w:r>
        <w:t>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