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Human Life December 2, 2012</w:t>
      </w:r>
    </w:p>
    <w:p>
      <w:r>
        <w:t>https://youtu.be/EAoYsEtqWd8</w:t>
      </w:r>
    </w:p>
    <w:p>
      <w:r>
        <w:rPr>
          <w:b/>
        </w:rPr>
        <w:t xml:space="preserve">[00:28] </w:t>
      </w:r>
      <w:r>
        <w:t>wa hall aqdatum mil lisani yafqahu qawli.</w:t>
      </w:r>
    </w:p>
    <w:p>
      <w:pPr>
        <w:jc w:val="right"/>
      </w:pPr>
      <w:r>
        <w:t>واحلالعقدۃ منلسانی ، یفقہ قولی۔</w:t>
      </w:r>
    </w:p>
    <w:p>
      <w:r>
        <w:rPr>
          <w:b/>
        </w:rPr>
        <w:t xml:space="preserve">[00:36] </w:t>
      </w:r>
      <w:r>
        <w:t>aaj december 2012 ki 2 tareekh hai. aaj ka topic hai "Purpose of Human Life", yaani insani zindagi ka maqsad.</w:t>
      </w:r>
    </w:p>
    <w:p>
      <w:pPr>
        <w:jc w:val="right"/>
      </w:pPr>
      <w:r>
        <w:t>آج دسمبر 2 012 کی 2تاریخ ہے۔ آجکا ٹاپکہے"P urposeof Human Life" ،یعنی انسانی زندگی کامقصد ۔</w:t>
      </w:r>
    </w:p>
    <w:p>
      <w:r>
        <w:rPr>
          <w:b/>
        </w:rPr>
        <w:t xml:space="preserve">[00:57] </w:t>
      </w:r>
      <w:r>
        <w:t>mein is topic par soch raha tha</w:t>
      </w:r>
    </w:p>
    <w:p>
      <w:pPr>
        <w:jc w:val="right"/>
      </w:pPr>
      <w:r>
        <w:t>میں اس ٹاپکپرسوچرہاتھا</w:t>
      </w:r>
    </w:p>
    <w:p>
      <w:r>
        <w:rPr>
          <w:b/>
        </w:rPr>
        <w:t xml:space="preserve">[01:03] </w:t>
      </w:r>
      <w:r>
        <w:t>to sochte sochte yeh baat samajh aayi ke</w:t>
      </w:r>
    </w:p>
    <w:p>
      <w:pPr>
        <w:jc w:val="right"/>
      </w:pPr>
      <w:r>
        <w:t>تو سوچتے سوچتےیہباتسمجھآئی کہ</w:t>
      </w:r>
    </w:p>
    <w:p>
      <w:r>
        <w:rPr>
          <w:b/>
        </w:rPr>
        <w:t xml:space="preserve">[01:10] </w:t>
      </w:r>
      <w:r>
        <w:t>hum apne dimagh ke kuch sochein, apne dimagh se ya falsafe ki kitabon se ya science se agar sochein to woh sahi sochna nahi hoga.</w:t>
      </w:r>
    </w:p>
    <w:p>
      <w:pPr>
        <w:jc w:val="right"/>
      </w:pPr>
      <w:r>
        <w:t>ہم اپنے دماغکےکچھسوچیں، اپنے دماغسے یا فلس فےکیکتاب وںسے یا سائنسسے اگرسوچیںتووہ صحیحسوچنانہیںہوگا۔</w:t>
      </w:r>
    </w:p>
    <w:p>
      <w:r>
        <w:rPr>
          <w:b/>
        </w:rPr>
        <w:t xml:space="preserve">[01:22] </w:t>
      </w:r>
      <w:r>
        <w:t>kyun?</w:t>
      </w:r>
    </w:p>
    <w:p>
      <w:pPr>
        <w:jc w:val="right"/>
      </w:pPr>
      <w:r>
        <w:t>کیوں ؟</w:t>
      </w:r>
    </w:p>
    <w:p>
      <w:r>
        <w:rPr>
          <w:b/>
        </w:rPr>
        <w:t xml:space="preserve">[01:25] </w:t>
      </w:r>
      <w:r>
        <w:t>quran mein surah al anbiya mein ek aayat hai ke "laqad anzalna ilayka kitaba fihi zikrukum afalat'aqlun"</w:t>
      </w:r>
    </w:p>
    <w:p>
      <w:pPr>
        <w:jc w:val="right"/>
      </w:pPr>
      <w:r>
        <w:t>قرآنمیں سورہ الانبیاءمیںایکآیتہے کہ" لقد انزلناالیکمکتاب ا فی ہذک رکم افلاتعقلون"</w:t>
      </w:r>
    </w:p>
    <w:p>
      <w:r>
        <w:rPr>
          <w:b/>
        </w:rPr>
        <w:t xml:space="preserve">[01:40] </w:t>
      </w:r>
      <w:r>
        <w:t>yaani humne utari, Allah ne farmaya ke humne utari ek kitab, yaani quran, is mein tumhara zikr hai.</w:t>
      </w:r>
    </w:p>
    <w:p>
      <w:pPr>
        <w:jc w:val="right"/>
      </w:pPr>
      <w:r>
        <w:t>،یعنی ہمنے ات اری، اللہ نےفرمایاکہہمنےات اری ایککتاب ،یعنی قرآن، اسمیں تمہارا ذکرہے۔</w:t>
      </w:r>
    </w:p>
    <w:p>
      <w:r>
        <w:rPr>
          <w:b/>
        </w:rPr>
        <w:t xml:space="preserve">[01:52] </w:t>
      </w:r>
      <w:r>
        <w:t>to kya tum sochte nahi?</w:t>
      </w:r>
    </w:p>
    <w:p>
      <w:pPr>
        <w:jc w:val="right"/>
      </w:pPr>
      <w:r>
        <w:t>توکیاتمسوچتےنہیں ؟</w:t>
      </w:r>
    </w:p>
    <w:p>
      <w:r>
        <w:rPr>
          <w:b/>
        </w:rPr>
        <w:t xml:space="preserve">[01:58] </w:t>
      </w:r>
      <w:r>
        <w:t>yaani "init there is a message for you".</w:t>
      </w:r>
    </w:p>
    <w:p>
      <w:pPr>
        <w:jc w:val="right"/>
      </w:pPr>
      <w:r>
        <w:t>یعنی "Init there is amessageforyou"۔</w:t>
      </w:r>
    </w:p>
    <w:p>
      <w:r>
        <w:rPr>
          <w:b/>
        </w:rPr>
        <w:t xml:space="preserve">[02:06] </w:t>
      </w:r>
      <w:r>
        <w:t>quran mein tumhare liye ek message hai.</w:t>
      </w:r>
    </w:p>
    <w:p>
      <w:pPr>
        <w:jc w:val="right"/>
      </w:pPr>
      <w:r>
        <w:t>قرآنمیں تمہارےلیےایکمیسجہے۔</w:t>
      </w:r>
    </w:p>
    <w:p>
      <w:r>
        <w:rPr>
          <w:b/>
        </w:rPr>
        <w:t xml:space="preserve">[02:11] </w:t>
      </w:r>
      <w:r>
        <w:t>to "af lat'aqlun" ke maani hain ke phir soch kar samjho is message ko. soch kar is message ko nikalo.</w:t>
      </w:r>
    </w:p>
    <w:p>
      <w:pPr>
        <w:jc w:val="right"/>
      </w:pPr>
      <w:r>
        <w:t>تو"اف لاتعقلون"کےمعنیہیںکہپھرسوچکرسمجھواس میسجکو ۔ سوچکراس میسجکونکالو۔</w:t>
      </w:r>
    </w:p>
    <w:p>
      <w:r>
        <w:rPr>
          <w:b/>
        </w:rPr>
        <w:t xml:space="preserve">[02:23] </w:t>
      </w:r>
      <w:r>
        <w:t>to yeh Allah ka fazal hai ke yeh zehan mera aaj se nahi, behd dinon se hai.</w:t>
      </w:r>
    </w:p>
    <w:p>
      <w:pPr>
        <w:jc w:val="right"/>
      </w:pPr>
      <w:r>
        <w:t>تو یہ اللہ کافضلہےکہ یہ ذہنمیرا آجسےنہیں،بہتدنوںسےہے۔</w:t>
      </w:r>
    </w:p>
    <w:p>
      <w:r>
        <w:rPr>
          <w:b/>
        </w:rPr>
        <w:t xml:space="preserve">[02:28] </w:t>
      </w:r>
      <w:r>
        <w:t>dekhein yeh kitab aap ke samne hai:</w:t>
      </w:r>
    </w:p>
    <w:p>
      <w:pPr>
        <w:jc w:val="right"/>
      </w:pPr>
      <w:r>
        <w:t>دیکھیںیہکتاب آپکےسامنےہے:</w:t>
      </w:r>
    </w:p>
    <w:p>
      <w:r>
        <w:rPr>
          <w:b/>
        </w:rPr>
        <w:t xml:space="preserve">[02:35] </w:t>
      </w:r>
      <w:r>
        <w:t>"quran ka matloob insaan".</w:t>
      </w:r>
    </w:p>
    <w:p>
      <w:pPr>
        <w:jc w:val="right"/>
      </w:pPr>
      <w:r>
        <w:t>"قرآنکا مطلوب انسان"۔</w:t>
      </w:r>
    </w:p>
    <w:p>
      <w:r>
        <w:rPr>
          <w:b/>
        </w:rPr>
        <w:t xml:space="preserve">[02:42] </w:t>
      </w:r>
      <w:r>
        <w:t>yeh baat hai 1961 ki, yaani 1961 ki. badaiyon mein ek jalsa tha, is mein mujhe invite kiya gaya, aur yahi topic diya gaya,</w:t>
      </w:r>
    </w:p>
    <w:p>
      <w:pPr>
        <w:jc w:val="right"/>
      </w:pPr>
      <w:r>
        <w:t>یہ باتہے 1 9 6 1 کی ، یعنی19 61کی۔ بدائیوںمیں ایکجلسہتھا، اسمیںمجھے انوائٹکیاگیا، اور یہیٹاپکدیاگیا،</w:t>
      </w:r>
    </w:p>
    <w:p>
      <w:r>
        <w:rPr>
          <w:b/>
        </w:rPr>
        <w:t xml:space="preserve">[02:58] </w:t>
      </w:r>
      <w:r>
        <w:t>yaani yahi topic ke quran ka matloob insaan. quran kaisa insaan chahta hai. to is mein woh maqala shamil hai,</w:t>
      </w:r>
    </w:p>
    <w:p>
      <w:pPr>
        <w:jc w:val="right"/>
      </w:pPr>
      <w:r>
        <w:t>یعنییہیٹاپککہقرآنکا مطلوبانسان ۔ قرآنکیساانسان چاہتاہے۔ تو اسمیںوہمقالہشامل ہے،</w:t>
      </w:r>
    </w:p>
    <w:p>
      <w:r>
        <w:rPr>
          <w:b/>
        </w:rPr>
        <w:t xml:space="preserve">[03:14] </w:t>
      </w:r>
      <w:r>
        <w:t>10 page ya 11 page ka maqala. is ek maqale ko likhne ke liye maine poore quran ko padha, 1961 mein.</w:t>
      </w:r>
    </w:p>
    <w:p>
      <w:pPr>
        <w:jc w:val="right"/>
      </w:pPr>
      <w:r>
        <w:t>10پیجیا11پیجکامقالہ۔ اس ایک مقالےکولکھ نےکےلیے میںنےپورےقرآنکوپڑھا، 1 9 6 1 میں۔</w:t>
      </w:r>
    </w:p>
    <w:p>
      <w:r>
        <w:rPr>
          <w:b/>
        </w:rPr>
        <w:t xml:space="preserve">[03:24] </w:t>
      </w:r>
      <w:r>
        <w:t>to poora quran padhne ke baad jo message samjhe mila, us ko le kar maine maqala likha, wahan ja kar pesh kiya. aise aaj bhi jo mujhe bolna hai, us ke bare mein mein soch raha hoon kai dinon se,</w:t>
      </w:r>
    </w:p>
    <w:p>
      <w:pPr>
        <w:jc w:val="right"/>
      </w:pPr>
      <w:r>
        <w:t>تو پوراقرآنپڑھنےکےبعد جو میسجمجھےملا، اسکولےکرمیںنےمقالہلکھا، وہاںجاکر پیشکیا۔ ایسےآجبھی جو مجھے بولناہے، اسکےبارےمیںمیںسوچرہاہوں کئیدنسے،</w:t>
      </w:r>
    </w:p>
    <w:p>
      <w:r>
        <w:rPr>
          <w:b/>
        </w:rPr>
        <w:t xml:space="preserve">[03:42] </w:t>
      </w:r>
      <w:r>
        <w:t>aur quran ko padh raha hoon.</w:t>
      </w:r>
    </w:p>
    <w:p>
      <w:pPr>
        <w:jc w:val="right"/>
      </w:pPr>
      <w:r>
        <w:t>اورقرآنکے کو پڑھرہاہوں۔</w:t>
      </w:r>
    </w:p>
    <w:p>
      <w:r>
        <w:rPr>
          <w:b/>
        </w:rPr>
        <w:t xml:space="preserve">[03:51] </w:t>
      </w:r>
      <w:r>
        <w:t>to meri samajh mein jo baat aayi, woh ab mein aaj arz karna chahta hoon. dekhein quran mein ek aayat hai jo ke do suraton mein aayi hai.</w:t>
      </w:r>
    </w:p>
    <w:p>
      <w:pPr>
        <w:jc w:val="right"/>
      </w:pPr>
      <w:r>
        <w:t>تو میریسمجھمیںجوباتآئی، وہ ابمیںآجعرضکرناچاہتاہوں۔ دیکھیں قرآنمیں ایکآیت ہے جو کہ دوسورتوںمیںآئیہے۔</w:t>
      </w:r>
    </w:p>
    <w:p>
      <w:r>
        <w:rPr>
          <w:b/>
        </w:rPr>
        <w:t xml:space="preserve">[04:06] </w:t>
      </w:r>
      <w:r>
        <w:t>woh aayat yeh hai: "wa'lamu innama amwalukum wa awladukum fitnatun wa innallaha 'indahu ajrun 'azimum".</w:t>
      </w:r>
    </w:p>
    <w:p>
      <w:pPr>
        <w:jc w:val="right"/>
      </w:pPr>
      <w:r>
        <w:t>وہآیتیہہے: "وَاعْلَمُوا إِنَّمَاأَمْوَالِكُمْوَأَوْلَادِكُمْفِتْنَ ةٌ وَإِنَّاللَّهَعِنْدَهُأَجْرٌعَظِيمٌ"۔</w:t>
      </w:r>
    </w:p>
    <w:p>
      <w:r>
        <w:rPr>
          <w:b/>
        </w:rPr>
        <w:t xml:space="preserve">[04:21] </w:t>
      </w:r>
      <w:r>
        <w:t>yeh aayat quran mein do jagah aai hai.</w:t>
      </w:r>
    </w:p>
    <w:p>
      <w:pPr>
        <w:jc w:val="right"/>
      </w:pPr>
      <w:r>
        <w:t>یہ آیتقرآنمیں دوجگہآئیہے۔</w:t>
      </w:r>
    </w:p>
    <w:p>
      <w:r>
        <w:rPr>
          <w:b/>
        </w:rPr>
        <w:t xml:space="preserve">[04:27] </w:t>
      </w:r>
      <w:r>
        <w:t>yani jaan lo ke tumhare maal, tumhari aulad, tumhare liye fitna hai, yani test paper hai. aur Allah ke paas tumhare liye bara ajr hai, zyada bara inaam, zyada bara reward.</w:t>
      </w:r>
    </w:p>
    <w:p>
      <w:pPr>
        <w:jc w:val="right"/>
      </w:pPr>
      <w:r>
        <w:t>یعنی جان لو کہ تمہارے مال،تمہ اریاولاد،تمہارےلیے فتنہہے، یعنیٹیسٹ پیپرہے۔ اور اللہ کے پاستمہارےلیے بڑا اجر ہے، زیادہ بڑا انعام ،زیادہ بڑا ریوارڈ۔</w:t>
      </w:r>
    </w:p>
    <w:p>
      <w:r>
        <w:rPr>
          <w:b/>
        </w:rPr>
        <w:t xml:space="preserve">[04:47] </w:t>
      </w:r>
      <w:r>
        <w:t>to quran mein mujhe yehi aayat mili jo aaj ke musalmanon ke liye bata ti hai, guidance. woh kis tarah?</w:t>
      </w:r>
    </w:p>
    <w:p>
      <w:pPr>
        <w:jc w:val="right"/>
      </w:pPr>
      <w:r>
        <w:t>تو قرآنمیں مجھےیہیآیت ملی جو آجکےمسلمانوںکےلیے بت اتیہے، گائیڈنس ۔ وہکسطرح ؟</w:t>
      </w:r>
    </w:p>
    <w:p>
      <w:r>
        <w:rPr>
          <w:b/>
        </w:rPr>
        <w:t xml:space="preserve">[05:00] </w:t>
      </w:r>
      <w:r>
        <w:t>aaj ke saare musalman, taqreeban sab ke sab, kahan apne apne ko involve kar rakha hai unhone? inhi do cheezon mein.</w:t>
      </w:r>
    </w:p>
    <w:p>
      <w:pPr>
        <w:jc w:val="right"/>
      </w:pPr>
      <w:r>
        <w:t>آجکے سارے مس لمان ،تقریباًسبکےسب ، کہاں اپنے اپنے کوانوالوکررکھاہےانہوںنے ؟ انہیدوچیزوںمیں۔</w:t>
      </w:r>
    </w:p>
    <w:p>
      <w:r>
        <w:rPr>
          <w:b/>
        </w:rPr>
        <w:t xml:space="preserve">[05:13] </w:t>
      </w:r>
      <w:r>
        <w:t>aulad aur maal</w:t>
      </w:r>
    </w:p>
    <w:p>
      <w:pPr>
        <w:jc w:val="right"/>
      </w:pPr>
      <w:r>
        <w:t>اولاداور مال</w:t>
      </w:r>
    </w:p>
    <w:p>
      <w:r>
        <w:rPr>
          <w:b/>
        </w:rPr>
        <w:t xml:space="preserve">[05:14] </w:t>
      </w:r>
      <w:r>
        <w:t>maal ke mani sirf paisa nahi hai, property shamil hai is mein.</w:t>
      </w:r>
    </w:p>
    <w:p>
      <w:pPr>
        <w:jc w:val="right"/>
      </w:pPr>
      <w:r>
        <w:t>۔مال کےمعنیصرفپیسہنہیںہے،پراپرٹیشامل ہےاسمیں۔</w:t>
      </w:r>
    </w:p>
    <w:p>
      <w:r>
        <w:rPr>
          <w:b/>
        </w:rPr>
        <w:t xml:space="preserve">[05:21] </w:t>
      </w:r>
      <w:r>
        <w:t>land shamil hai is mein. to ya to kuch log hain jo ke maal kamane mein lage hue hain. kuch log hain jo kisi ne kaha land ko le kar ke lad rahe hain ke yeh land hamein chahiye.</w:t>
      </w:r>
    </w:p>
    <w:p>
      <w:pPr>
        <w:jc w:val="right"/>
      </w:pPr>
      <w:r>
        <w:t>لینڈشامل ہےاسمیں۔ تو یاتو کچھلوگ ہیں جوکہمال کمانےمیں لگےہوئے ہیں۔ کچھلوگ ہیںجو کسی نےکہل ینڈکولےکرکے لڑرہےہیں کہیہلینڈہمیںچاہیے۔</w:t>
      </w:r>
    </w:p>
    <w:p>
      <w:r>
        <w:rPr>
          <w:b/>
        </w:rPr>
        <w:t xml:space="preserve">[05:36] </w:t>
      </w:r>
      <w:r>
        <w:t>chahe falasteen ho, chahe kashmir ho, ya doosre muqamat pe jahan ladaiyan ho rahi hain, woh sab ladaiyan kahan hain? land ke liye. to musalman ya to maal kamane mein lage hue hain, ya land ko acquire karne mein lage hue hain.</w:t>
      </w:r>
    </w:p>
    <w:p>
      <w:pPr>
        <w:jc w:val="right"/>
      </w:pPr>
      <w:r>
        <w:t>چاہے فلسطین ہو، چاہےکشمیرہو ، یا دوسرے مقام اتپہجہاںلڑائیاںہورہیہیں،وہسبلڑائیاںکہاںہیں؟لینڈکےلیے۔ تو مس لمان یاتو مال کمانےمیں لگےہوئےہیں، یا لینڈکو اکوائرکرنےمیںلگےہوئےہیں۔</w:t>
      </w:r>
    </w:p>
    <w:p>
      <w:r>
        <w:rPr>
          <w:b/>
        </w:rPr>
        <w:t xml:space="preserve">[05:56] </w:t>
      </w:r>
      <w:r>
        <w:t>to "waalamoo innama amwaalukum wa awlaadukum fitna</w:t>
      </w:r>
    </w:p>
    <w:p>
      <w:pPr>
        <w:jc w:val="right"/>
      </w:pPr>
      <w:r>
        <w:t>تو "وَاعْلَمُوا إِنَّمَاأَمْوَالِكُمْوَأَوْلَادِكُمْفِ تْن</w:t>
      </w:r>
    </w:p>
    <w:p>
      <w:r>
        <w:rPr>
          <w:b/>
        </w:rPr>
        <w:t xml:space="preserve">[06:02] </w:t>
      </w:r>
      <w:r>
        <w:t>tun wa innallaha indahu ajrun azeem". yani tum is ko acquire bhi kar lo, pa bhi lo to kia cheez paoge? test paper hi to milega.</w:t>
      </w:r>
    </w:p>
    <w:p>
      <w:pPr>
        <w:jc w:val="right"/>
      </w:pPr>
      <w:r>
        <w:t>َةٌوَإِنَّاللَّهَعِنْدَهُأَجْرٌعَظِيمٌ "۔یعنی تم اسکو اکوائربھیکرلو،پابھیلوتوکیاچیزپاؤگے؟ ٹیسٹ پیپرہیتوملےگا۔</w:t>
      </w:r>
    </w:p>
    <w:p>
      <w:r>
        <w:rPr>
          <w:b/>
        </w:rPr>
        <w:t xml:space="preserve">[06:12] </w:t>
      </w:r>
      <w:r>
        <w:t>aur kia milega? Allah ke nazdeek maal aur land dono kia hain? test paper se. imtehani parcha hai.</w:t>
      </w:r>
    </w:p>
    <w:p>
      <w:pPr>
        <w:jc w:val="right"/>
      </w:pPr>
      <w:r>
        <w:t>اورکیا ملےگا؟ اللہ کے نزدیک مال اور لینڈ دونوںکیاہیں؟ ٹیسٹ پیپرسے ۔ امتحانیپرچہہے۔</w:t>
      </w:r>
    </w:p>
    <w:p>
      <w:r>
        <w:rPr>
          <w:b/>
        </w:rPr>
        <w:t xml:space="preserve">[06:23] </w:t>
      </w:r>
      <w:r>
        <w:t>to sari qurbani de kar, apne aap ko lutakar, jo mila to woh kia mila?</w:t>
      </w:r>
    </w:p>
    <w:p>
      <w:pPr>
        <w:jc w:val="right"/>
      </w:pPr>
      <w:r>
        <w:t>تو ساری قربانیدےکر، اپنےآپ کولٹاکر، جو ملاتووہکیاملا؟</w:t>
      </w:r>
    </w:p>
    <w:p>
      <w:r>
        <w:rPr>
          <w:b/>
        </w:rPr>
        <w:t xml:space="preserve">[06:31] </w:t>
      </w:r>
      <w:r>
        <w:t>test paper mila hai, inaam nahi mila. Allah ke paas bara inaam hai, us ke liye daudo.</w:t>
      </w:r>
    </w:p>
    <w:p>
      <w:pPr>
        <w:jc w:val="right"/>
      </w:pPr>
      <w:r>
        <w:t>ٹیسٹ پیپرملاہے، انعامنہیں ملا۔ اللہ کےپاس بڑاانعام ہے، اسکےلیے دوڑو۔</w:t>
      </w:r>
    </w:p>
    <w:p>
      <w:r>
        <w:rPr>
          <w:b/>
        </w:rPr>
        <w:t xml:space="preserve">[06:42] </w:t>
      </w:r>
      <w:r>
        <w:t>"falibisli hadha falyamalil aamiloon". woh kia hai? jannat, paradise.</w:t>
      </w:r>
    </w:p>
    <w:p>
      <w:pPr>
        <w:jc w:val="right"/>
      </w:pPr>
      <w:r>
        <w:t>"فَلِبِسْلَهٰذَافَلْيَعْمِلِالْعَامِر ُونَ"۔وہکیاہے؟ جنت ، پیراڈائز ۔</w:t>
      </w:r>
    </w:p>
    <w:p>
      <w:r>
        <w:rPr>
          <w:b/>
        </w:rPr>
        <w:t xml:space="preserve">[06:50] </w:t>
      </w:r>
      <w:r>
        <w:t>jis ke bare mein quran mein aaya hai ke "ardhuha samawaatu wal arz".</w:t>
      </w:r>
    </w:p>
    <w:p>
      <w:pPr>
        <w:jc w:val="right"/>
      </w:pPr>
      <w:r>
        <w:t>جسکےبارےمیںقرآنمیںآیاہےکہ" أَرْضُهَاالسَّمٰوَاتُوَالْأَرْ ضِ"۔</w:t>
      </w:r>
    </w:p>
    <w:p>
      <w:r>
        <w:rPr>
          <w:b/>
        </w:rPr>
        <w:t xml:space="preserve">[07:00] </w:t>
      </w:r>
      <w:r>
        <w:t>yani sari zameen aur aasman mein is ka sara zameen aasman is ka maidan hai. yani itni bari hai, itni bari hai ke jaisay ke sari zameen aasman mein phaili hui ho.</w:t>
      </w:r>
    </w:p>
    <w:p>
      <w:pPr>
        <w:jc w:val="right"/>
      </w:pPr>
      <w:r>
        <w:t>یعنیسارازمین وآسمان میں اسکا سارازمین وآسمان اسکا میدانہے۔ یعنی اتنیبڑیہے،اتنیبڑیہےکہجیسےکہ ساریزمین آسمانمیںپھیلیہوئیہو۔</w:t>
      </w:r>
    </w:p>
    <w:p>
      <w:r>
        <w:rPr>
          <w:b/>
        </w:rPr>
        <w:t xml:space="preserve">[07:15] </w:t>
      </w:r>
      <w:r>
        <w:t>to aap ghor kijiye is aayat ki roshni mein</w:t>
      </w:r>
    </w:p>
    <w:p>
      <w:pPr>
        <w:jc w:val="right"/>
      </w:pPr>
      <w:r>
        <w:t>توآپغورکیجیے اسآیتکیروشنیمیں</w:t>
      </w:r>
    </w:p>
    <w:p>
      <w:r>
        <w:rPr>
          <w:b/>
        </w:rPr>
        <w:t xml:space="preserve">[07:21] </w:t>
      </w:r>
      <w:r>
        <w:t>ke Allah to aap ko</w:t>
      </w:r>
    </w:p>
    <w:p>
      <w:pPr>
        <w:jc w:val="right"/>
      </w:pPr>
      <w:r>
        <w:t>کہ اللہ توآپکو</w:t>
      </w:r>
    </w:p>
    <w:p>
      <w:r>
        <w:rPr>
          <w:b/>
        </w:rPr>
        <w:t xml:space="preserve">[07:26] </w:t>
      </w:r>
      <w:r>
        <w:t>bula raha hai is jannat ki taraf,</w:t>
      </w:r>
    </w:p>
    <w:p>
      <w:pPr>
        <w:jc w:val="right"/>
      </w:pPr>
      <w:r>
        <w:t>بلارہاہے اسجنتکیطرف،</w:t>
      </w:r>
    </w:p>
    <w:p>
      <w:r>
        <w:rPr>
          <w:b/>
        </w:rPr>
        <w:t xml:space="preserve">[07:32] </w:t>
      </w:r>
      <w:r>
        <w:t>jis ki choice sari zameen aur aasman. aap kahan lad rahe hain? chand paise ke liye, chote chote land ke liye.</w:t>
      </w:r>
    </w:p>
    <w:p>
      <w:pPr>
        <w:jc w:val="right"/>
      </w:pPr>
      <w:r>
        <w:t>جس کی چوائس ساری زمینوآسمانہوں۔ آپ کہاںلڑرہےہیں؟ چند پیسےکےلیے ،چھوٹےچھوٹےلینڈکےلیے۔</w:t>
      </w:r>
    </w:p>
    <w:p>
      <w:r>
        <w:rPr>
          <w:b/>
        </w:rPr>
        <w:t xml:space="preserve">[07:41] </w:t>
      </w:r>
      <w:r>
        <w:t>woh bhi waqti taur par, yani aaj mil bhi aaye to kal mar jayenge. aur jannat to abadi hai.</w:t>
      </w:r>
    </w:p>
    <w:p>
      <w:pPr>
        <w:jc w:val="right"/>
      </w:pPr>
      <w:r>
        <w:t>وہبھی وقتیطورپر ،یعنیآج ملبھیآئےتوکلمرجائیںگے۔ اور جنتتوابدیہے۔</w:t>
      </w:r>
    </w:p>
    <w:p>
      <w:r>
        <w:rPr>
          <w:b/>
        </w:rPr>
        <w:t xml:space="preserve">[07:50] </w:t>
      </w:r>
      <w:r>
        <w:t>is ko le kar mein soch raha tha.</w:t>
      </w:r>
    </w:p>
    <w:p>
      <w:pPr>
        <w:jc w:val="right"/>
      </w:pPr>
      <w:r>
        <w:t>اسکولےکر میںسوچرہاتھا۔</w:t>
      </w:r>
    </w:p>
    <w:p>
      <w:r>
        <w:rPr>
          <w:b/>
        </w:rPr>
        <w:t xml:space="preserve">[07:54] </w:t>
      </w:r>
      <w:r>
        <w:t>to kal ka akhbar jo mujhe mila,</w:t>
      </w:r>
    </w:p>
    <w:p>
      <w:pPr>
        <w:jc w:val="right"/>
      </w:pPr>
      <w:r>
        <w:t>تو کل کا اخبارجومجھےملا،</w:t>
      </w:r>
    </w:p>
    <w:p>
      <w:r>
        <w:rPr>
          <w:b/>
        </w:rPr>
        <w:t xml:space="preserve">[07:59] </w:t>
      </w:r>
      <w:r>
        <w:t>kal ke akhbar mein ek item tha, bohat hi eye opener, chashm kusha.</w:t>
      </w:r>
    </w:p>
    <w:p>
      <w:pPr>
        <w:jc w:val="right"/>
      </w:pPr>
      <w:r>
        <w:t>کل کےاخبار میںایک آئٹمتھا، بہت ہی آئیاوپنر، چشم کشا۔</w:t>
      </w:r>
    </w:p>
    <w:p>
      <w:r>
        <w:rPr>
          <w:b/>
        </w:rPr>
        <w:t xml:space="preserve">[08:09] </w:t>
      </w:r>
      <w:r>
        <w:t>is mein do item hain.</w:t>
      </w:r>
    </w:p>
    <w:p>
      <w:pPr>
        <w:jc w:val="right"/>
      </w:pPr>
      <w:r>
        <w:t>اسمیںدوآئٹمہیں۔</w:t>
      </w:r>
    </w:p>
    <w:p>
      <w:r>
        <w:rPr>
          <w:b/>
        </w:rPr>
        <w:t xml:space="preserve">[08:14] </w:t>
      </w:r>
      <w:r>
        <w:t>ekto yeh bataya gaya hai ke abhi United Nations ne ek science daanon ki team bithai thi study ke liye.</w:t>
      </w:r>
    </w:p>
    <w:p>
      <w:pPr>
        <w:jc w:val="right"/>
      </w:pPr>
      <w:r>
        <w:t>ایکتویہبتایاگیاہےکہ ابھییونائٹڈنیشنزنے ایک سائنسدانوںکیٹیم بٹھائیتھی اسٹڈیکےلیے۔</w:t>
      </w:r>
    </w:p>
    <w:p>
      <w:r>
        <w:rPr>
          <w:b/>
        </w:rPr>
        <w:t xml:space="preserve">[08:25] </w:t>
      </w:r>
      <w:r>
        <w:t>yani dunya ke andar jo life support system tha, aap jante hain ke sab toot raha hai. Aaye din khabrein aati hain, kahin earthquake hai, kahin tsunami hai.</w:t>
      </w:r>
    </w:p>
    <w:p>
      <w:pPr>
        <w:jc w:val="right"/>
      </w:pPr>
      <w:r>
        <w:t>یعنیدنیا کے اندرجو لائفسپورٹسسٹمتھا، آپجانتےہیںکہسبٹوٹرہاہے۔ آئےدنخبریںآتیہیں، کہیں ارتھکویکہے، کہیںسونامیہے۔</w:t>
      </w:r>
    </w:p>
    <w:p>
      <w:r>
        <w:rPr>
          <w:b/>
        </w:rPr>
        <w:t xml:space="preserve">[08:40] </w:t>
      </w:r>
      <w:r>
        <w:t>glacier pighal rahe hain,</w:t>
      </w:r>
    </w:p>
    <w:p>
      <w:pPr>
        <w:jc w:val="right"/>
      </w:pPr>
      <w:r>
        <w:t>گلیشیئرپگھلرہےہیں،</w:t>
      </w:r>
    </w:p>
    <w:p>
      <w:r>
        <w:rPr>
          <w:b/>
        </w:rPr>
        <w:t xml:space="preserve">[08:44] </w:t>
      </w:r>
      <w:r>
        <w:t>qutbain ki ice cap pighal rahi hai, samandar ke pani ka level barh raha hai, fiza mein garmi barh rahi hai.</w:t>
      </w:r>
    </w:p>
    <w:p>
      <w:pPr>
        <w:jc w:val="right"/>
      </w:pPr>
      <w:r>
        <w:t>قط بینکیآئسکیپپگھلرہیہے، سمندرکےپانیکالیولبڑھرہاہے، فض امیں گرمیبڑھرہیہے۔</w:t>
      </w:r>
    </w:p>
    <w:p>
      <w:r>
        <w:rPr>
          <w:b/>
        </w:rPr>
        <w:t xml:space="preserve">[08:55] </w:t>
      </w:r>
      <w:r>
        <w:t>to latest news yeh hai ke abhi ek north pole ka ek jo bohat bara ice cap tha, barf ka toda bohat bara,</w:t>
      </w:r>
    </w:p>
    <w:p>
      <w:pPr>
        <w:jc w:val="right"/>
      </w:pPr>
      <w:r>
        <w:t>تو لیٹسٹ نیوزیہہےکہ ابھی ایک نارتھپولکا ایک جوبہت بڑا آئسکیپتھا، برفکا تودہ بہت بڑا،</w:t>
      </w:r>
    </w:p>
    <w:p>
      <w:r>
        <w:rPr>
          <w:b/>
        </w:rPr>
        <w:t xml:space="preserve">[09:08] </w:t>
      </w:r>
      <w:r>
        <w:t>wo pighal gaya.</w:t>
      </w:r>
    </w:p>
    <w:p>
      <w:pPr>
        <w:jc w:val="right"/>
      </w:pPr>
      <w:r>
        <w:t>وہ پگھلگیا۔</w:t>
      </w:r>
    </w:p>
    <w:p>
      <w:r>
        <w:rPr>
          <w:b/>
        </w:rPr>
        <w:t xml:space="preserve">[09:11] </w:t>
      </w:r>
      <w:r>
        <w:t>wo itna bara hai ke USA ke se bhi zyada is ka raqba hai.</w:t>
      </w:r>
    </w:p>
    <w:p>
      <w:pPr>
        <w:jc w:val="right"/>
      </w:pPr>
      <w:r>
        <w:t>وہ اتنابڑاہے کہ یوایساےکے سے بھیزیادہ اسکارقبہہے۔</w:t>
      </w:r>
    </w:p>
    <w:p>
      <w:r>
        <w:rPr>
          <w:b/>
        </w:rPr>
        <w:t xml:space="preserve">[09:20] </w:t>
      </w:r>
      <w:r>
        <w:t>yani America, maujooda America jo hai, us se bhi zyada raqba hai. America aap jante hain ke hamare India ka teen guna hai, teen guna hai. India ka teen guna America hai.</w:t>
      </w:r>
    </w:p>
    <w:p>
      <w:pPr>
        <w:jc w:val="right"/>
      </w:pPr>
      <w:r>
        <w:t>یعنیامریک ہ،موجود ہامریکہجوہے،اسسےبھیزیادہ بڑارقبہہے۔ امریکہآپجانتےہیںکہہمارےانڈیاکاتینگناہے،تینگناہے۔ انڈیاکا تینگنا امریک ہہے۔</w:t>
      </w:r>
    </w:p>
    <w:p>
      <w:r>
        <w:rPr>
          <w:b/>
        </w:rPr>
        <w:t xml:space="preserve">[09:31] </w:t>
      </w:r>
      <w:r>
        <w:t>America se bara barf ka toda hai, sab pighal gaya.</w:t>
      </w:r>
    </w:p>
    <w:p>
      <w:pPr>
        <w:jc w:val="right"/>
      </w:pPr>
      <w:r>
        <w:t>امریک ہسے بڑ ا برفکاتودہہے،سبپگھلگیا۔</w:t>
      </w:r>
    </w:p>
    <w:p>
      <w:r>
        <w:rPr>
          <w:b/>
        </w:rPr>
        <w:t xml:space="preserve">[09:37] </w:t>
      </w:r>
      <w:r>
        <w:t>to yeh jo barf ke tode the, Allah ta'ala ne rakh rakhe the, glacier ki shakal mein, iceberg ki shakal mein, aur north pole aur south pole par jo ice cap tha, us ki shakal mein.</w:t>
      </w:r>
    </w:p>
    <w:p>
      <w:pPr>
        <w:jc w:val="right"/>
      </w:pPr>
      <w:r>
        <w:t>تویہجو برفکےتودےتھے،اللہتعالیٰنےرکھرکھےتھے، گلیشیئرکیشکلمیں ، آئسبرگکیشکلمیں، اور نارتھپولاورساؤتھپولپرجوآئسکیپتھا،اسکیشکلمیں۔</w:t>
      </w:r>
    </w:p>
    <w:p>
      <w:r>
        <w:rPr>
          <w:b/>
        </w:rPr>
        <w:t xml:space="preserve">[09:48] </w:t>
      </w:r>
      <w:r>
        <w:t>yeh to hamare liye yeh to zindagi hai hamari. Paani nahin to zindagi kya hai? Paani nahin to zindagi ka khatam. To yeh fresh water tha, meetha pani, pighal pighal ja raha hai samandar mein, yani namkeen ban raha hai.</w:t>
      </w:r>
    </w:p>
    <w:p>
      <w:pPr>
        <w:jc w:val="right"/>
      </w:pPr>
      <w:r>
        <w:t>یہتوہمارےلیے یہیتوزندگی ہےہماری۔ پائیںنہیںتوزندگی کیاہے؟ پائیںنہیںتوزندگی کاختم ۔ تو یہ فریشواٹرتھا،میٹھاپانی ، پگھلپگھل جارہاہےسمندرمیں، یعنی نمکینبنرہاہے۔</w:t>
      </w:r>
    </w:p>
    <w:p>
      <w:r>
        <w:rPr>
          <w:b/>
        </w:rPr>
        <w:t xml:space="preserve">[10:06] </w:t>
      </w:r>
      <w:r>
        <w:t>meethe pani ke zakhairay jo barf ke paharon ki shakal mein the, yeh iceberg, yeh glacier, yeh north pole aur south pole ke ice cap, yeh kya tha?</w:t>
      </w:r>
    </w:p>
    <w:p>
      <w:pPr>
        <w:jc w:val="right"/>
      </w:pPr>
      <w:r>
        <w:t>میٹھےپانی کےذخیرے جو برفکے پہاڑوںکیشکلمیںتھے، یہ آئسبرگ ،یہ گلیشیئر، یہنارتھپولاورساؤتھپولکے آئسکیپ،یہکیاتھا؟</w:t>
      </w:r>
    </w:p>
    <w:p>
      <w:r>
        <w:rPr>
          <w:b/>
        </w:rPr>
        <w:t xml:space="preserve">[10:20] </w:t>
      </w:r>
      <w:r>
        <w:t>yeh barf ke pahar the. Yani meethe pani ke pahar. Ke thora thora woh beh kar ke aayein hamare paas, aur hum is ko istemal karein,</w:t>
      </w:r>
    </w:p>
    <w:p>
      <w:pPr>
        <w:jc w:val="right"/>
      </w:pPr>
      <w:r>
        <w:t>یہ برفکےپہاڑتھے۔ یعنی میٹھےپانیکےپہاڑ ۔ کہتھوڑاتھوڑاوہ بہہکرکے آئیںہمارےپاس، اورہم اسکواستعمال کریں،</w:t>
      </w:r>
    </w:p>
    <w:p>
      <w:r>
        <w:rPr>
          <w:b/>
        </w:rPr>
        <w:t xml:space="preserve">[10:34] </w:t>
      </w:r>
      <w:r>
        <w:t>nadiyon ke zariye aayein, chashmon ke zariye aayein. To global warming ke nateejay mein bohat bare pemanay par pighalne lage woh.</w:t>
      </w:r>
    </w:p>
    <w:p>
      <w:pPr>
        <w:jc w:val="right"/>
      </w:pPr>
      <w:r>
        <w:t>ندیوںکےذریعےآئیں،چشموںکےذریعےآئیں۔ تو گلوبلوارمنگکےنتیجےمیں بہت بڑے پیمانےپرپگھلنےلگےوہ۔</w:t>
      </w:r>
    </w:p>
    <w:p>
      <w:r>
        <w:rPr>
          <w:b/>
        </w:rPr>
        <w:t xml:space="preserve">[10:45] </w:t>
      </w:r>
      <w:r>
        <w:t>ab pighal pighal kahan ja rahe hain woh? Samandar mein. Yani salty water ban rahe hain woh. Meetha water salty water ban raha hai.</w:t>
      </w:r>
    </w:p>
    <w:p>
      <w:pPr>
        <w:jc w:val="right"/>
      </w:pPr>
      <w:r>
        <w:t>ابپگھلپگھلکہاںجارہےہیںوہ؟ سمندرمیں ۔ یعنی سال ٹیواٹربنرہےہیںوہ۔ میٹھاواٹر سالٹیواٹربنرہاہے۔</w:t>
      </w:r>
    </w:p>
    <w:p>
      <w:r>
        <w:rPr>
          <w:b/>
        </w:rPr>
        <w:t xml:space="preserve">[10:58] </w:t>
      </w:r>
      <w:r>
        <w:t>yani wohi waqt aane wala hai jo ek English poet ne, jis ka naam Coleridge tha, us ne ek nazam likhi hai, "Ancient Mariner".</w:t>
      </w:r>
    </w:p>
    <w:p>
      <w:pPr>
        <w:jc w:val="right"/>
      </w:pPr>
      <w:r>
        <w:t>یعنیوہینوبتآنےوالیہے جو ایک انگل شپوئٹنے،جسکانام کال رج تھا، اسنےایک نظملکھیہے، "اینسیٹمر ینر"۔</w:t>
      </w:r>
    </w:p>
    <w:p>
      <w:r>
        <w:rPr>
          <w:b/>
        </w:rPr>
        <w:t xml:space="preserve">[11:11] </w:t>
      </w:r>
      <w:r>
        <w:t>is mein hai ke ek aadmi, pehle zamanay ki baat hai, steamship se pehle ki baat hai, to uska jahaz ya us ki kashti toot jati hai samandar mein.</w:t>
      </w:r>
    </w:p>
    <w:p>
      <w:pPr>
        <w:jc w:val="right"/>
      </w:pPr>
      <w:r>
        <w:t>اسمیں ہے کہایک آدمی، پہلے زمان ےکیباتہے، اسٹیمشپسےپہلےکیباتہے، تو اسکا جہ از یااسکیکشتیٹوٹجاتیہے سمندرمیں ۔</w:t>
      </w:r>
    </w:p>
    <w:p>
      <w:r>
        <w:rPr>
          <w:b/>
        </w:rPr>
        <w:t xml:space="preserve">[11:26] </w:t>
      </w:r>
      <w:r>
        <w:t>ek takhta us ke hath lagta hai, is takhte par woh apne aap ko leta deta hai. Is takhte par beh raha hai woh.</w:t>
      </w:r>
    </w:p>
    <w:p>
      <w:pPr>
        <w:jc w:val="right"/>
      </w:pPr>
      <w:r>
        <w:t>ایک تختہ اسکےہاتھلگتاہے، استختےپروہ اپنے کولٹادیتاہے۔ اس تختےپر بہہرہاہےوہ۔</w:t>
      </w:r>
    </w:p>
    <w:p>
      <w:r>
        <w:rPr>
          <w:b/>
        </w:rPr>
        <w:t xml:space="preserve">[11:36] </w:t>
      </w:r>
      <w:r>
        <w:t>us ke charon taraf pani hai, samandar ka pani. Lekin. Aur us ko piyas lagi hui hai. Sakht piyas. Lekin samandar ke pani mein aap jante hain ke three percent namak mila hua hota hai.</w:t>
      </w:r>
    </w:p>
    <w:p>
      <w:pPr>
        <w:jc w:val="right"/>
      </w:pPr>
      <w:r>
        <w:t>اسکےچاروںطرف پانیہے، سمندرکاپانی ۔ لیکن ۔اوراسکوپیاسلگیہوئیہے۔ سختپیاس ۔لیکن سم ندرکےپانیمیںآپجانتےہیں کہ تھریپرسنٹ نمکملاہواہوتاہے۔</w:t>
      </w:r>
    </w:p>
    <w:p>
      <w:r>
        <w:rPr>
          <w:b/>
        </w:rPr>
        <w:t xml:space="preserve">[11:51] </w:t>
      </w:r>
      <w:r>
        <w:t>bohat khara hota hai. Aap pee nahin sakte is ko.</w:t>
      </w:r>
    </w:p>
    <w:p>
      <w:pPr>
        <w:jc w:val="right"/>
      </w:pPr>
      <w:r>
        <w:t>بہت کھاریہوتاہے۔ آپ پینہیںسکتےاسکو ۔</w:t>
      </w:r>
    </w:p>
    <w:p>
      <w:r>
        <w:rPr>
          <w:b/>
        </w:rPr>
        <w:t xml:space="preserve">[11:57] </w:t>
      </w:r>
      <w:r>
        <w:t>to woh piyasa hai, charon taraf pani hai, aur pee nahin sakta. To woh kehta hai ke "Water, water everywhere, nor any drop to drink".</w:t>
      </w:r>
    </w:p>
    <w:p>
      <w:pPr>
        <w:jc w:val="right"/>
      </w:pPr>
      <w:r>
        <w:t>تووہپیاساہے، چاروںطرف پانیہے، اور پینہیںسکتا۔ تووہکہتاہے کہ" وا ٹر،واٹرای وری ویئر، نار اینیڈراپٹوڈرنک"۔</w:t>
      </w:r>
    </w:p>
    <w:p>
      <w:r>
        <w:rPr>
          <w:b/>
        </w:rPr>
        <w:t xml:space="preserve">[12:13] </w:t>
      </w:r>
      <w:r>
        <w:t>mere charon taraf pani hai, charon taraf pani hai, lekin ek qatra nahin jis ko mein pee sakoon.</w:t>
      </w:r>
    </w:p>
    <w:p>
      <w:pPr>
        <w:jc w:val="right"/>
      </w:pPr>
      <w:r>
        <w:t>میرے چاروںطرف پانیہے، چاروںطرفپانیہے، لیکن ایک قطرہنہیں جسکومیںپیسکوں۔</w:t>
      </w:r>
    </w:p>
    <w:p>
      <w:r>
        <w:rPr>
          <w:b/>
        </w:rPr>
        <w:t xml:space="preserve">[12:21] </w:t>
      </w:r>
      <w:r>
        <w:t>to dunya kahan ja rahi hai? Is waqt ek insaan ko waqea pesh aaya tha. Aaj pooray insaanon ko waqea pesh aane wala hai.</w:t>
      </w:r>
    </w:p>
    <w:p>
      <w:pPr>
        <w:jc w:val="right"/>
      </w:pPr>
      <w:r>
        <w:t>تو دنیا کہاںجارہیہے؟ اس وقت ایک انسانکو واقع ہپیش آیاتھا۔ آج پورےانسانوںکوواقعہپیشآنےوالاہے۔</w:t>
      </w:r>
    </w:p>
    <w:p>
      <w:r>
        <w:rPr>
          <w:b/>
        </w:rPr>
        <w:t xml:space="preserve">[12:33] </w:t>
      </w:r>
      <w:r>
        <w:t>sare insaan.</w:t>
      </w:r>
    </w:p>
    <w:p>
      <w:pPr>
        <w:jc w:val="right"/>
      </w:pPr>
      <w:r>
        <w:t>سارےانسان ۔</w:t>
      </w:r>
    </w:p>
    <w:p>
      <w:r>
        <w:rPr>
          <w:b/>
        </w:rPr>
        <w:t xml:space="preserve">[12:38] </w:t>
      </w:r>
      <w:r>
        <w:t>jo barf Kashmir ke paharon par hai, jo barf Himalaya ke paharon par hai, woh bhi pighal rahi hai. Jo north pole, south pole, wohi pighal rahi hai.</w:t>
      </w:r>
    </w:p>
    <w:p>
      <w:pPr>
        <w:jc w:val="right"/>
      </w:pPr>
      <w:r>
        <w:t>جو بر ف کشمیرکےپہاڑوںپرہے، جو برف ہمالیہکےپہاڑوںپرہے، وہبھی پگھلرہیہے۔ جو نارتھپول،ساؤتھپول،وہیپگھلرہیہے۔</w:t>
      </w:r>
    </w:p>
    <w:p>
      <w:r>
        <w:rPr>
          <w:b/>
        </w:rPr>
        <w:t xml:space="preserve">[12:51] </w:t>
      </w:r>
      <w:r>
        <w:t>pighal pighal par kia ho raha hai?</w:t>
      </w:r>
    </w:p>
    <w:p>
      <w:pPr>
        <w:jc w:val="right"/>
      </w:pPr>
      <w:r>
        <w:t>پگھلپگھلپرکیاہورہاہے؟</w:t>
      </w:r>
    </w:p>
    <w:p>
      <w:r>
        <w:rPr>
          <w:b/>
        </w:rPr>
        <w:t xml:space="preserve">[12:55] </w:t>
      </w:r>
      <w:r>
        <w:t>samundar mein ja raha hai. samundar mein janay ka pani kia hai? khari ban raha hai.</w:t>
      </w:r>
    </w:p>
    <w:p>
      <w:pPr>
        <w:jc w:val="right"/>
      </w:pPr>
      <w:r>
        <w:t>سم ندرمیںجارہاہے۔ سم ندرمیںجانےکاپانیکیاہے؟ کھاریبنرہاہے۔</w:t>
      </w:r>
    </w:p>
    <w:p>
      <w:r>
        <w:rPr>
          <w:b/>
        </w:rPr>
        <w:t xml:space="preserve">[13:03] </w:t>
      </w:r>
      <w:r>
        <w:t>to is waqt to aik insan ne kaha tha, "aisi marne" jo kaha us ne, ke "water, water everywhere, not a raindrop to drink".</w:t>
      </w:r>
    </w:p>
    <w:p>
      <w:pPr>
        <w:jc w:val="right"/>
      </w:pPr>
      <w:r>
        <w:t>تو اسوقت توایکانساننےکہاتھا، "اینسیٹمرینر"جوکہااسنے ،کہ"واٹر،واٹر ایوریویئر، ناراینیڈراپٹوڈرنک"۔</w:t>
      </w:r>
    </w:p>
    <w:p>
      <w:r>
        <w:rPr>
          <w:b/>
        </w:rPr>
        <w:t xml:space="preserve">[13:17] </w:t>
      </w:r>
      <w:r>
        <w:t>ab sare insan ye kehne walay hain.</w:t>
      </w:r>
    </w:p>
    <w:p>
      <w:pPr>
        <w:jc w:val="right"/>
      </w:pPr>
      <w:r>
        <w:t>ابسارےانسان یہیکہنےوالے ہیں۔</w:t>
      </w:r>
    </w:p>
    <w:p>
      <w:r>
        <w:rPr>
          <w:b/>
        </w:rPr>
        <w:t xml:space="preserve">[13:22] </w:t>
      </w:r>
      <w:r>
        <w:t>sare insan un par ye beetnay wala hai ke har taraf pani, har taraf pani, har taraf pani. main pyas se tarp raha hoon, lekin peenay ke liye aik ghont bhi kahin naheen.</w:t>
      </w:r>
    </w:p>
    <w:p>
      <w:pPr>
        <w:jc w:val="right"/>
      </w:pPr>
      <w:r>
        <w:t>سارےانسان وںپہ یہبیتنےوالاہے کہہر طرف پانی،ہرطرف پانی،ہرطرفپانی۔ میں پیاسسےتڑپرہاہوں، لیکن پینےکےلیے ایکگھونٹبھیکہیںنہیں۔</w:t>
      </w:r>
    </w:p>
    <w:p>
      <w:r>
        <w:rPr>
          <w:b/>
        </w:rPr>
        <w:t xml:space="preserve">[13:41] </w:t>
      </w:r>
      <w:r>
        <w:t>ye Allah taala bata rahe hain ke qyamat bohat qareeb hai. is din duniya mein ab insan ka rehna mumkin nahi rahega.</w:t>
      </w:r>
    </w:p>
    <w:p>
      <w:pPr>
        <w:jc w:val="right"/>
      </w:pPr>
      <w:r>
        <w:t>یہاللہ تعالیٰبتارہےہیںکہقیامتبہت قریبہے۔ اسدنیا میں ابانسانکا رہناممکننہیںرہےگا۔</w:t>
      </w:r>
    </w:p>
    <w:p>
      <w:r>
        <w:rPr>
          <w:b/>
        </w:rPr>
        <w:t xml:space="preserve">[13:52] </w:t>
      </w:r>
      <w:r>
        <w:t>is din duniya mein Allah taala ne insan ko settle kiya tha, to us ke liye tha life support system, us ke liye pani. wo sab khatam ho raha hai, khatam ho raha hai, khatam ho raha hai.</w:t>
      </w:r>
    </w:p>
    <w:p>
      <w:pPr>
        <w:jc w:val="right"/>
      </w:pPr>
      <w:r>
        <w:t>اسدنیا میںاللہ تعالیٰنےانسانکوسیٹلکیاتھا، تو اسکےلیے تھا لائفسپورٹسسٹم،اسکےلیے پانی ۔ وہسبختمہورہاہے،ختمہورہاہے،ختمہورہاہے۔</w:t>
      </w:r>
    </w:p>
    <w:p>
      <w:r>
        <w:rPr>
          <w:b/>
        </w:rPr>
        <w:t xml:space="preserve">[14:02] </w:t>
      </w:r>
      <w:r>
        <w:t>ye aik warning hai ke duniya mein tumhari abadi ab khatam honay wali nahi hai.</w:t>
      </w:r>
    </w:p>
    <w:p>
      <w:pPr>
        <w:jc w:val="right"/>
      </w:pPr>
      <w:r>
        <w:t>یہایک وارننگہے کہ دنیا میںتمہاریآب ادی ابختمہونےوالی نہیںہے۔</w:t>
      </w:r>
    </w:p>
    <w:p>
      <w:r>
        <w:rPr>
          <w:b/>
        </w:rPr>
        <w:t xml:space="preserve">[14:10] </w:t>
      </w:r>
      <w:r>
        <w:t>jin zameenon ke liye aap lar rahe hain, jin mulkon ke liye aap lar rahe hain, mil kar rahengay tab bhi aap par kuch nahi hoga. aap sara din duniya ko fateh kar lein, sara din mein musalmanon ki hukumat qaim ho jaye,</w:t>
      </w:r>
    </w:p>
    <w:p>
      <w:pPr>
        <w:jc w:val="right"/>
      </w:pPr>
      <w:r>
        <w:t>جن زمین وںکےلیےآپلڑرہےہیں، جن ملکوںکےلیےآپلڑرہےہیں، ملکرہیںگےتببھیآپ پرکچھنہیںہوگا۔ آپ ساریدنیا کوفتحکرلیں، ساریدنیا میںمسلمانوںکی حکومت قائمہوجائے،</w:t>
      </w:r>
    </w:p>
    <w:p>
      <w:r>
        <w:rPr>
          <w:b/>
        </w:rPr>
        <w:t xml:space="preserve">[14:25] </w:t>
      </w:r>
      <w:r>
        <w:t>to kia karengay aap? sara pani wo khali ho jaye jab, to kia karengay aap? na peenay ke liye kheti, na peenay ke liye pani, na khana pakane ke liye pani, na kheti ke liye pani.</w:t>
      </w:r>
    </w:p>
    <w:p>
      <w:pPr>
        <w:jc w:val="right"/>
      </w:pPr>
      <w:r>
        <w:t>توکیاکریںگےآپ؟ساراپانی وہ خالیہوجائےجب،توکیاکریںگےآپ ؟ نہ پینےکےلیےکھیتی، نہپینےکےلیے پانی ،نہکھاناپکانےکےلیےپانی ،نہکھیتیکےلیےپانی ۔</w:t>
      </w:r>
    </w:p>
    <w:p>
      <w:r>
        <w:rPr>
          <w:b/>
        </w:rPr>
        <w:t xml:space="preserve">[14:40] </w:t>
      </w:r>
      <w:r>
        <w:t>sare musalman jo hain, kia khwab dekh rahe hain? duniya bhar mein un ki hukumat qaim ho jaye. aur Khuda kia dikha raha hai aap ko?</w:t>
      </w:r>
    </w:p>
    <w:p>
      <w:pPr>
        <w:jc w:val="right"/>
      </w:pPr>
      <w:r>
        <w:t>سارے مسلمانجوہیں، کیا خوابدیکھرہےہیں؟ دنیا بھرمیںانکیحکومت قائمہوجائے۔ اورخداکیا دکھارہاہےآپکو ؟</w:t>
      </w:r>
    </w:p>
    <w:p>
      <w:r>
        <w:rPr>
          <w:b/>
        </w:rPr>
        <w:t xml:space="preserve">[14:50] </w:t>
      </w:r>
      <w:r>
        <w:t>ke jab tak tumhari duniya mein hukumat qaim ho jaye gi, tab tak to sara pani khali ho chuka hoga. kia karogay?</w:t>
      </w:r>
    </w:p>
    <w:p>
      <w:pPr>
        <w:jc w:val="right"/>
      </w:pPr>
      <w:r>
        <w:t>کہ جبتک تمہاریدنیا میںحکومت قائمہوجائےگی،تبتکتوساراپانی خالیہو چکاہوگا۔کیاکروگے؟</w:t>
      </w:r>
    </w:p>
    <w:p>
      <w:r>
        <w:rPr>
          <w:b/>
        </w:rPr>
        <w:t xml:space="preserve">[15:00] </w:t>
      </w:r>
      <w:r>
        <w:t>ye hai Allah ki taraf se final call.</w:t>
      </w:r>
    </w:p>
    <w:p>
      <w:pPr>
        <w:jc w:val="right"/>
      </w:pPr>
      <w:r>
        <w:t>یہہے اللہ کیطرفسے فائنل کال۔</w:t>
      </w:r>
    </w:p>
    <w:p>
      <w:r>
        <w:rPr>
          <w:b/>
        </w:rPr>
        <w:t xml:space="preserve">[15:04] </w:t>
      </w:r>
      <w:r>
        <w:t>ye airport par aap jantay hain, to aap dekhte hain ke wo awaz deta hai, wo announcer ke jahaz ab janay wala hai.</w:t>
      </w:r>
    </w:p>
    <w:p>
      <w:pPr>
        <w:jc w:val="right"/>
      </w:pPr>
      <w:r>
        <w:t>اےرپورٹپرآپجانتےہیں،توآپدیکھتےہیںکہ وہآوازدیتاہے،وہ اناؤنسر کہجہازابجانےوالاہے۔</w:t>
      </w:r>
    </w:p>
    <w:p>
      <w:r>
        <w:rPr>
          <w:b/>
        </w:rPr>
        <w:t xml:space="preserve">[15:13] </w:t>
      </w:r>
      <w:r>
        <w:t>yahan tak waqt qareeb aa jata hai to final call deta hai</w:t>
      </w:r>
    </w:p>
    <w:p>
      <w:pPr>
        <w:jc w:val="right"/>
      </w:pPr>
      <w:r>
        <w:t>یہاںتک وقت ق ریبآجاتاہےتو فائنلکالدیتاہے</w:t>
      </w:r>
    </w:p>
    <w:p>
      <w:r>
        <w:rPr>
          <w:b/>
        </w:rPr>
        <w:t xml:space="preserve">[15:19] </w:t>
      </w:r>
      <w:r>
        <w:t>ke ab jahaz urr jaye ga, tum ko daur kar aao to nahi to bhago.</w:t>
      </w:r>
    </w:p>
    <w:p>
      <w:pPr>
        <w:jc w:val="right"/>
      </w:pPr>
      <w:r>
        <w:t>کہابجہازاڑجائےگا،تم کو دوڑکرآؤتونہیںتوبھاگو ۔</w:t>
      </w:r>
    </w:p>
    <w:p>
      <w:r>
        <w:rPr>
          <w:b/>
        </w:rPr>
        <w:t xml:space="preserve">[15:25] </w:t>
      </w:r>
      <w:r>
        <w:t>to ye sare jo hain, ye zale, ye tsunami, ye ye ye pani ka pighalna, north cap, north aur south ki jo ice cap hai, wo pighle pighle samundar mein jana,</w:t>
      </w:r>
    </w:p>
    <w:p>
      <w:pPr>
        <w:jc w:val="right"/>
      </w:pPr>
      <w:r>
        <w:t>تو یہ سارےجو ہیں، یہ زلزلے،یہ سونامی، یہ یہ یہ پانیکاپگھلنا، نارتھ کیپ ، نارتھاورساؤتھکیجو آئسکیپہے، وہپگھلےپگھلےسمندرمیںجانا،</w:t>
      </w:r>
    </w:p>
    <w:p>
      <w:r>
        <w:rPr>
          <w:b/>
        </w:rPr>
        <w:t xml:space="preserve">[15:44] </w:t>
      </w:r>
      <w:r>
        <w:t>ye sab final call hai.</w:t>
      </w:r>
    </w:p>
    <w:p>
      <w:pPr>
        <w:jc w:val="right"/>
      </w:pPr>
      <w:r>
        <w:t>یہسب فائنلکال ہے۔</w:t>
      </w:r>
    </w:p>
    <w:p>
      <w:r>
        <w:rPr>
          <w:b/>
        </w:rPr>
        <w:t xml:space="preserve">[15:51] </w:t>
      </w:r>
      <w:r>
        <w:t>final call hai ke jo kuch karna hai, kar lo is ajar azeem ke liye, is jannat ke liye.</w:t>
      </w:r>
    </w:p>
    <w:p>
      <w:pPr>
        <w:jc w:val="right"/>
      </w:pPr>
      <w:r>
        <w:t>فائنلکالہے کہ جوکچھکرناہے،کرلو اساجرعظیمکےلیے،اسجنتکےلیے۔</w:t>
      </w:r>
    </w:p>
    <w:p>
      <w:r>
        <w:rPr>
          <w:b/>
        </w:rPr>
        <w:t xml:space="preserve">[16:00] </w:t>
      </w:r>
      <w:r>
        <w:t>Allah taala bata rahe hain, aye insan, tu maal ke liye daur raha hai, tu land ke liye daur raha hai, tu mulkon ko qabza karne ke liye daur raha hai, lekin aakhir kar kia honay wala hai?</w:t>
      </w:r>
    </w:p>
    <w:p>
      <w:pPr>
        <w:jc w:val="right"/>
      </w:pPr>
      <w:r>
        <w:t>اللہ تعالیٰبتارہےہیں، اےانسان،تومال میں کےلیے دوڑرہاہے، تو لینڈکےلیےدوڑرہاہے، تو ملکوںکو قبضہکرنےکےلیےدوڑرہاہے، لیکن آخر کارکیاہونےوالاہے؟</w:t>
      </w:r>
    </w:p>
    <w:p>
      <w:r>
        <w:rPr>
          <w:b/>
        </w:rPr>
        <w:t xml:space="preserve">[16:12] </w:t>
      </w:r>
      <w:r>
        <w:t>bohat jald tu tumhare paas malik honge, lekin pani nahi hoga. to kia karogay? pyase maro gay.</w:t>
      </w:r>
    </w:p>
    <w:p>
      <w:pPr>
        <w:jc w:val="right"/>
      </w:pPr>
      <w:r>
        <w:t>بہت جلد توتمہارےپاسملکہوںگے،لیکن پانینہیںہوگا۔توکیاکروگے؟ پیاسےمروگے۔</w:t>
      </w:r>
    </w:p>
    <w:p>
      <w:r>
        <w:rPr>
          <w:b/>
        </w:rPr>
        <w:t xml:space="preserve">[16:22] </w:t>
      </w:r>
      <w:r>
        <w:t>to tayyar karo is duniya ki, jahan par</w:t>
      </w:r>
    </w:p>
    <w:p>
      <w:pPr>
        <w:jc w:val="right"/>
      </w:pPr>
      <w:r>
        <w:t>تو تیار کرو اس دنیا کی ،جہاںپر</w:t>
      </w:r>
    </w:p>
    <w:p>
      <w:r>
        <w:rPr>
          <w:b/>
        </w:rPr>
        <w:t xml:space="preserve">[16:30] </w:t>
      </w:r>
      <w:r>
        <w:t>jisko jannat kaha gaya hai, jahan ka meetha pani abadi hai, jahan ke baghat abadi hain, jahan ki nematein abadi hain, eternal hain.</w:t>
      </w:r>
    </w:p>
    <w:p>
      <w:pPr>
        <w:jc w:val="right"/>
      </w:pPr>
      <w:r>
        <w:t>جسکو جنتکہاگیاہے، جہاں کامیٹھاپانیابدیہے، جہاں کے باغاتابدیہیں، جہاںکی نعمتیںابدیہیں،ایٹرنلہیں۔</w:t>
      </w:r>
    </w:p>
    <w:p>
      <w:r>
        <w:rPr>
          <w:b/>
        </w:rPr>
        <w:t xml:space="preserve">[16:45] </w:t>
      </w:r>
      <w:r>
        <w:t>to aik item ye tha, is mein is mein aik aur item hai,</w:t>
      </w:r>
    </w:p>
    <w:p>
      <w:pPr>
        <w:jc w:val="right"/>
      </w:pPr>
      <w:r>
        <w:t>توایکآئٹمیہتھا،اسمیں اسمیںایکاورآئٹمہے،</w:t>
      </w:r>
    </w:p>
    <w:p>
      <w:r>
        <w:rPr>
          <w:b/>
        </w:rPr>
        <w:t xml:space="preserve">[16:51] </w:t>
      </w:r>
      <w:r>
        <w:t>bohat hi yani ajeeb baat aik aai hai</w:t>
      </w:r>
    </w:p>
    <w:p>
      <w:pPr>
        <w:jc w:val="right"/>
      </w:pPr>
      <w:r>
        <w:t>بہت ہی یعنی عجیببات ایکآئیہے</w:t>
      </w:r>
    </w:p>
    <w:p>
      <w:r>
        <w:rPr>
          <w:b/>
        </w:rPr>
        <w:t xml:space="preserve">[16:58] </w:t>
      </w:r>
      <w:r>
        <w:t>keh abhi daryaft kiya hai science daanon ne keh hamari space jo hai, hamari space bohat hi bari hai, bohat hi bari hai.</w:t>
      </w:r>
    </w:p>
    <w:p>
      <w:pPr>
        <w:jc w:val="right"/>
      </w:pPr>
      <w:r>
        <w:t>کہ ابھی دریا فت کیا ہے سائنسدانوںنے کہہماری اسپیسجوہے، ہماریاسپیس بہت ہی بڑیہے،بہت ہیبڑیہے۔</w:t>
      </w:r>
    </w:p>
    <w:p>
      <w:r>
        <w:rPr>
          <w:b/>
        </w:rPr>
        <w:t xml:space="preserve">[17:10] </w:t>
      </w:r>
      <w:r>
        <w:t>ismein aik naya</w:t>
      </w:r>
    </w:p>
    <w:p>
      <w:pPr>
        <w:jc w:val="right"/>
      </w:pPr>
      <w:r>
        <w:t>اسمیں ایک نیا</w:t>
      </w:r>
    </w:p>
    <w:p>
      <w:r>
        <w:rPr>
          <w:b/>
        </w:rPr>
        <w:t xml:space="preserve">[17:14] </w:t>
      </w:r>
      <w:r>
        <w:t>dark star daryaft kiya hai,</w:t>
      </w:r>
    </w:p>
    <w:p>
      <w:pPr>
        <w:jc w:val="right"/>
      </w:pPr>
      <w:r>
        <w:t>ڈارک سٹاردریافتکیاہے،</w:t>
      </w:r>
    </w:p>
    <w:p>
      <w:r>
        <w:rPr>
          <w:b/>
        </w:rPr>
        <w:t xml:space="preserve">[17:17] </w:t>
      </w:r>
      <w:r>
        <w:t>jo bohat bare bare star hote hain, inko dark star kaha jata hai, kyunke roshni himmat nahi pohnchti. Inki dark matter ya dark star to woh itna zyada bara hai, itna zyada bara hai keh hamara jo sun hai,</w:t>
      </w:r>
    </w:p>
    <w:p>
      <w:pPr>
        <w:jc w:val="right"/>
      </w:pPr>
      <w:r>
        <w:t>جوبہت بڑے بڑےسٹارہوتےہیں،انکوڈارکسٹارکہاجاتاہے،کیونکہروشنیہمتکنہیںپہنچتی۔انکی ڈارک میٹر یا ڈارک سٹار تو وہ اتنا زیادہ بڑاہے،اتنازیادہ بڑاہے کہہماراجوسن ہے،</w:t>
      </w:r>
    </w:p>
    <w:p>
      <w:r>
        <w:rPr>
          <w:b/>
        </w:rPr>
        <w:t xml:space="preserve">[17:34] </w:t>
      </w:r>
      <w:r>
        <w:t>isse 17 billion guna zyada bara hai, yani 17 arab guna bara hai woh.</w:t>
      </w:r>
    </w:p>
    <w:p>
      <w:pPr>
        <w:jc w:val="right"/>
      </w:pPr>
      <w:r>
        <w:t>اسسے 1 7 بل ین گنازیادہبڑاہے، یعنی 17اربگنابڑاہےوہ۔</w:t>
      </w:r>
    </w:p>
    <w:p>
      <w:r>
        <w:rPr>
          <w:b/>
        </w:rPr>
        <w:t xml:space="preserve">[17:43] </w:t>
      </w:r>
      <w:r>
        <w:t>aur hamara jo, hamara jo, hamara jo sun hai, hamara jo suraj hai, hamari zameen se 13 lakh guna bara hai. Aur woh jo dark star jo daryaft hua hai,</w:t>
      </w:r>
    </w:p>
    <w:p>
      <w:pPr>
        <w:jc w:val="right"/>
      </w:pPr>
      <w:r>
        <w:t>اورہماراجو ،ہماراجو، ہماراجو سن ہے،ہماراجو سورجہے، ہماریزمین سے 13لاکھگنابڑاہے۔ اوروہجو ڈارکسٹارجودریا فتہواہے،</w:t>
      </w:r>
    </w:p>
    <w:p>
      <w:r>
        <w:rPr>
          <w:b/>
        </w:rPr>
        <w:t xml:space="preserve">[17:57] </w:t>
      </w:r>
      <w:r>
        <w:t>woh suraj se 17 billion guna bara hai.</w:t>
      </w:r>
    </w:p>
    <w:p>
      <w:pPr>
        <w:jc w:val="right"/>
      </w:pPr>
      <w:r>
        <w:t>وہ سورجسے 1 7 بل ینگنابڑاہے۔</w:t>
      </w:r>
    </w:p>
    <w:p>
      <w:r>
        <w:rPr>
          <w:b/>
        </w:rPr>
        <w:t xml:space="preserve">[18:03] </w:t>
      </w:r>
      <w:r>
        <w:t>ab isko lijiye aur is ayat ko lijiye: "jannat ardhals samawat wal arz".</w:t>
      </w:r>
    </w:p>
    <w:p>
      <w:pPr>
        <w:jc w:val="right"/>
      </w:pPr>
      <w:r>
        <w:t>اباسکو لیجئےاوراسآیتکولیجئے: "جنت ارضالس ماوات وال ارض"۔</w:t>
      </w:r>
    </w:p>
    <w:p>
      <w:r>
        <w:rPr>
          <w:b/>
        </w:rPr>
        <w:t xml:space="preserve">[18:11] </w:t>
      </w:r>
      <w:r>
        <w:t>is jannat ki taraf daudo jiska raqba zameen o aasman ke barabar hoga. Yeh sari kainat ismein shamil hai.</w:t>
      </w:r>
    </w:p>
    <w:p>
      <w:pPr>
        <w:jc w:val="right"/>
      </w:pPr>
      <w:r>
        <w:t>اسجنتکیطرفدوڑو جسکا رقبہ زمین وآسمانکےبرابرہوگا۔ یہساریکائناتاسمیںشامل ہے۔</w:t>
      </w:r>
    </w:p>
    <w:p>
      <w:r>
        <w:rPr>
          <w:b/>
        </w:rPr>
        <w:t xml:space="preserve">[18:27] </w:t>
      </w:r>
      <w:r>
        <w:t>to insan aik aisi cheez ke liye lad raha hai jo aik zarre se bhi kam hai, aur aik aisi cheez kho raha hai jo billion trillion se bhi zyada bari hai.</w:t>
      </w:r>
    </w:p>
    <w:p>
      <w:pPr>
        <w:jc w:val="right"/>
      </w:pPr>
      <w:r>
        <w:t>تو انسان ایک ایسیچیزکیلڑرہاہے جو ایک ذرےسےبھیکم ہے، اورایکایسیچیز کھورہاہے جو بل ین ٹرین سےبھیزیادہ بڑیہے۔</w:t>
      </w:r>
    </w:p>
    <w:p>
      <w:r>
        <w:rPr>
          <w:b/>
        </w:rPr>
        <w:t xml:space="preserve">[18:53] </w:t>
      </w:r>
      <w:r>
        <w:t>to mein aap logon ko yeh</w:t>
      </w:r>
    </w:p>
    <w:p>
      <w:pPr>
        <w:jc w:val="right"/>
      </w:pPr>
      <w:r>
        <w:t>تومیں آپلوگوںکو یہ</w:t>
      </w:r>
    </w:p>
    <w:p>
      <w:r>
        <w:rPr>
          <w:b/>
        </w:rPr>
        <w:t xml:space="preserve">[18:58] </w:t>
      </w:r>
      <w:r>
        <w:t>nasihat karta hoon keh aap apni national policy par, apni infiradi policy par, har cheez par quli asis kijiye. Phir se sochiye keh aap kya kar rahe hain,</w:t>
      </w:r>
    </w:p>
    <w:p>
      <w:pPr>
        <w:jc w:val="right"/>
      </w:pPr>
      <w:r>
        <w:t>نصیحتکرتاہوں کہآپ اپنی نیشنلپالیسیپر ،اپنی انفرادیپالیسیپر، ہرچیزپر کلی اسیسکیجئے۔پھرسےسوچیےکہآپ کیا کررہےہیں،</w:t>
      </w:r>
    </w:p>
    <w:p>
      <w:r>
        <w:rPr>
          <w:b/>
        </w:rPr>
        <w:t xml:space="preserve">[19:14] </w:t>
      </w:r>
      <w:r>
        <w:t>aakhir kar kahan pohnchne wale hain.</w:t>
      </w:r>
    </w:p>
    <w:p>
      <w:pPr>
        <w:jc w:val="right"/>
      </w:pPr>
      <w:r>
        <w:t>آخرکار کہاںپہنچنےوالےہیں۔</w:t>
      </w:r>
    </w:p>
    <w:p>
      <w:r>
        <w:rPr>
          <w:b/>
        </w:rPr>
        <w:t xml:space="preserve">[19:27] </w:t>
      </w:r>
      <w:r>
        <w:t>phir in sab baton par sochte hue, mera mind yahan tak pohncha</w:t>
      </w:r>
    </w:p>
    <w:p>
      <w:pPr>
        <w:jc w:val="right"/>
      </w:pPr>
      <w:r>
        <w:t>پھر انسب باتوںپرسوچتےہوئے، میرا مائنڈیہاںتکپہنچا</w:t>
      </w:r>
    </w:p>
    <w:p>
      <w:r>
        <w:rPr>
          <w:b/>
        </w:rPr>
        <w:t xml:space="preserve">[19:36] </w:t>
      </w:r>
      <w:r>
        <w:t>keh maujooda zaman mein musalman do sau saal se jihad kar rahe hain. Tipu Sultan ko angrezon ne halak kiya tha 1799 mein,</w:t>
      </w:r>
    </w:p>
    <w:p>
      <w:pPr>
        <w:jc w:val="right"/>
      </w:pPr>
      <w:r>
        <w:t>کہ موجود ہزمان ےمیں مسلمان دو سو سالسے جہادکررہےہیں۔ ٹی پوسلطانکو انگریزوںنے ہلاککیاتھا 17 9 9میں،</w:t>
      </w:r>
    </w:p>
    <w:p>
      <w:r>
        <w:rPr>
          <w:b/>
        </w:rPr>
        <w:t xml:space="preserve">[19:52] </w:t>
      </w:r>
      <w:r>
        <w:t>1799</w:t>
      </w:r>
    </w:p>
    <w:p>
      <w:pPr>
        <w:jc w:val="right"/>
      </w:pPr>
      <w:r>
        <w:t>1 7 9 9</w:t>
      </w:r>
    </w:p>
    <w:p>
      <w:r>
        <w:rPr>
          <w:b/>
        </w:rPr>
        <w:t xml:space="preserve">[19:57] </w:t>
      </w:r>
      <w:r>
        <w:t>. To do sau saal ho chuke, tab se ladai jaari hai, aur mila kya? Kuch bhi nahi, kahin bhi nahi mila, na Kashmir mein, na Falasteen mein, na duniya mein kahin aur. Ji,</w:t>
      </w:r>
    </w:p>
    <w:p>
      <w:pPr>
        <w:jc w:val="right"/>
      </w:pPr>
      <w:r>
        <w:t>۔تو دو سوسالہوچکے، تب سےلڑائیجارہیہے، اور ملاکیا؟کچھبھینہیں ، کہیںبھینہیںملا، نہکشمیر میں،نہفلسطینمیں ،نہ دنیا میںکہیںاور۔جی،</w:t>
      </w:r>
    </w:p>
    <w:p>
      <w:r>
        <w:rPr>
          <w:b/>
        </w:rPr>
        <w:t xml:space="preserve">[20:14] </w:t>
      </w:r>
      <w:r>
        <w:t>jaan o maal ki halakat itni zyada hai, itni zyada hai, itni zyada hai keh poori musalman ki sari tareekh mein itni qurbaniyan nahi di gayi jitni qurbaniyan do sau saalon mein di gayi.</w:t>
      </w:r>
    </w:p>
    <w:p>
      <w:pPr>
        <w:jc w:val="right"/>
      </w:pPr>
      <w:r>
        <w:t>جان ومال کیہلاکت اتنیزیادہ ہے،اتنیزیادہہے،اتنیزیادہہےکہ پوری مسلمانیکیساری تاریخ میں اتنی قربانینہیںدیگئی جتنیقربانیاندوسوبرسوںمیںدیگئی۔</w:t>
      </w:r>
    </w:p>
    <w:p>
      <w:r>
        <w:rPr>
          <w:b/>
        </w:rPr>
        <w:t xml:space="preserve">[20:28] </w:t>
      </w:r>
      <w:r>
        <w:t>lekin mila kuch bhi nahi. Is par bas sochta raha, sochta raha. To do baar mujhe aik ayat yaad aayi.</w:t>
      </w:r>
    </w:p>
    <w:p>
      <w:pPr>
        <w:jc w:val="right"/>
      </w:pPr>
      <w:r>
        <w:t>لیکن ملاکچھبھینہیں ۔ اسپربسسوچتارہا،سوچتارہا۔ تو دوبارہمجھےایکآیتیادآئی۔</w:t>
      </w:r>
    </w:p>
    <w:p>
      <w:r>
        <w:rPr>
          <w:b/>
        </w:rPr>
        <w:t xml:space="preserve">[20:38] </w:t>
      </w:r>
      <w:r>
        <w:t>is ayat mein hamein aik jawab diya gaya hai.</w:t>
      </w:r>
    </w:p>
    <w:p>
      <w:pPr>
        <w:jc w:val="right"/>
      </w:pPr>
      <w:r>
        <w:t>اس آیتمیں ہمیں ایک جوابدیا گیاہے۔</w:t>
      </w:r>
    </w:p>
    <w:p>
      <w:r>
        <w:rPr>
          <w:b/>
        </w:rPr>
        <w:t xml:space="preserve">[20:45] </w:t>
      </w:r>
      <w:r>
        <w:t>yeh ayat thi Surah Al-Fath. Surah Al-Fath woh ayat hai jismein Hudaybiyyah ka zikr hai.</w:t>
      </w:r>
    </w:p>
    <w:p>
      <w:pPr>
        <w:jc w:val="right"/>
      </w:pPr>
      <w:r>
        <w:t>یہآیتتھاسورہ الفتح۔ سورہ الفتحوہآیتہےجسمیں حدیبیہکاذکرہے۔</w:t>
      </w:r>
    </w:p>
    <w:p>
      <w:r>
        <w:rPr>
          <w:b/>
        </w:rPr>
        <w:t xml:space="preserve">[20:55] </w:t>
      </w:r>
      <w:r>
        <w:t>aap jante hain keh Rasool Allah (SAW) ke zaman mein aik aik agreement hua tha Rasool Allah se aur aapke mukhalifeen se.</w:t>
      </w:r>
    </w:p>
    <w:p>
      <w:pPr>
        <w:jc w:val="right"/>
      </w:pPr>
      <w:r>
        <w:t>آپجانتےہیںکہرسولاللہصلیاللہعلیہوسلم کےزمان ےمیں ایک ایک ایگریمنٹہواتھا رسولاللہ سے اورآپکےمخالفینسے۔</w:t>
      </w:r>
    </w:p>
    <w:p>
      <w:r>
        <w:rPr>
          <w:b/>
        </w:rPr>
        <w:t xml:space="preserve">[21:07] </w:t>
      </w:r>
      <w:r>
        <w:t>ise kehte hain Hudaybiyyah aik pact ya Sulah Al-Hudaybiyyah.</w:t>
      </w:r>
    </w:p>
    <w:p>
      <w:pPr>
        <w:jc w:val="right"/>
      </w:pPr>
      <w:r>
        <w:t>اسے کہتےہیں حدیبیہایک پیکٹ یا صلح الحدیبیہ۔</w:t>
      </w:r>
    </w:p>
    <w:p>
      <w:r>
        <w:rPr>
          <w:b/>
        </w:rPr>
        <w:t xml:space="preserve">[21:14] </w:t>
      </w:r>
      <w:r>
        <w:t>to ismein Rasool Allah (SAW) raazi ho gaye the unki sari sharton ko manne par, unki sari condition ko manne par.</w:t>
      </w:r>
    </w:p>
    <w:p>
      <w:pPr>
        <w:jc w:val="right"/>
      </w:pPr>
      <w:r>
        <w:t>تواسمیںرسولاللہصلیاللہعلیہوسلمراضیہوگئےتھے انکی ساری شرطوںکوماننےپر ، انکیساریکنڈیشنکوماننےپر۔</w:t>
      </w:r>
    </w:p>
    <w:p>
      <w:r>
        <w:rPr>
          <w:b/>
        </w:rPr>
        <w:t xml:space="preserve">[21:25] </w:t>
      </w:r>
      <w:r>
        <w:t>aur sirf is Rasool Allah ko jo mil raha tha, woh sirf yeh hai keh peace. Ladai band. Is se pehle jo Badr, Uhud waghera ke qisse hue the, woh sab band. Ab ladai nahi hogi, ab peace rahegi.</w:t>
      </w:r>
    </w:p>
    <w:p>
      <w:pPr>
        <w:jc w:val="right"/>
      </w:pPr>
      <w:r>
        <w:t>اور صرفاس رسولاللہکوجو ملرہیتھی،وہصرفیہہےکہپیس۔ لڑائیبند۔ اسسےپہلےجو بدر ،احد وغیرہکےقصےہوئےتھے،وہسببند۔ابلڑائینہیںہوگی، ابپیسرہےگی۔</w:t>
      </w:r>
    </w:p>
    <w:p>
      <w:r>
        <w:rPr>
          <w:b/>
        </w:rPr>
        <w:t xml:space="preserve">[21:40] </w:t>
      </w:r>
      <w:r>
        <w:t>to paiso qaim karne ki khatir aapne sari shartein anki maan lein.</w:t>
      </w:r>
    </w:p>
    <w:p>
      <w:pPr>
        <w:jc w:val="right"/>
      </w:pPr>
      <w:r>
        <w:t>تو پیسکو قائمکرنے کیخاطرآپنے ساری شرطیںانکیمان لیں۔</w:t>
      </w:r>
    </w:p>
    <w:p>
      <w:r>
        <w:rPr>
          <w:b/>
        </w:rPr>
        <w:t xml:space="preserve">[21:47] </w:t>
      </w:r>
      <w:r>
        <w:t>sari shartein. maslan aap aur aap ke ashaab ja rahe the umrah karne ke liye. is zamanay mein umrah karna subah ka haq mana jata tha.</w:t>
      </w:r>
    </w:p>
    <w:p>
      <w:pPr>
        <w:jc w:val="right"/>
      </w:pPr>
      <w:r>
        <w:t>ساریشرطیں۔ مثلاًآپ اورآپ کا اصحاب جارہےتھے عمرہکرنےکےلیے۔ اسزمان ےمیںعمر ہ کرنا سبکاحق ماناجاتا تھا۔</w:t>
      </w:r>
    </w:p>
    <w:p>
      <w:r>
        <w:rPr>
          <w:b/>
        </w:rPr>
        <w:t xml:space="preserve">[22:00] </w:t>
      </w:r>
      <w:r>
        <w:t>koi bhi shakhs jaye, umrah kare. unhone kaha ke nahi, humein jaane nahi denge aapko Makkah umrah karne ke liye.</w:t>
      </w:r>
    </w:p>
    <w:p>
      <w:pPr>
        <w:jc w:val="right"/>
      </w:pPr>
      <w:r>
        <w:t>کوئی بھیشخص جائے ،عمر ہکرے۔ انہوںنےکہاکہنہیں،ہمکوجانےنہیںدیںگےآپکو مکہ عمرہکرنےکےلیے۔</w:t>
      </w:r>
    </w:p>
    <w:p>
      <w:r>
        <w:rPr>
          <w:b/>
        </w:rPr>
        <w:t xml:space="preserve">[22:10] </w:t>
      </w:r>
      <w:r>
        <w:t>to saare ashaab ghussa ho gaye ke woh to hamara haq hai.</w:t>
      </w:r>
    </w:p>
    <w:p>
      <w:pPr>
        <w:jc w:val="right"/>
      </w:pPr>
      <w:r>
        <w:t>تو سارےصحابہغصہہوگئے کہ وہتو ہماراحق ہے۔</w:t>
      </w:r>
    </w:p>
    <w:p>
      <w:r>
        <w:rPr>
          <w:b/>
        </w:rPr>
        <w:t xml:space="preserve">[22:18] </w:t>
      </w:r>
      <w:r>
        <w:t>poore Arab ki riwayat mein yeh shamil tha ke jo shakhs bhi chahe, aaye woh Kaaba ki ziyarat kare, umrah kare.</w:t>
      </w:r>
    </w:p>
    <w:p>
      <w:pPr>
        <w:jc w:val="right"/>
      </w:pPr>
      <w:r>
        <w:t>پورےعرب کی روایت میں یہ شامل تھا کہ جو شخص بھیچاہے، آئےوہ کعبہکیزیارتکرے، عمرہکرے۔</w:t>
      </w:r>
    </w:p>
    <w:p>
      <w:r>
        <w:rPr>
          <w:b/>
        </w:rPr>
        <w:t xml:space="preserve">[22:27] </w:t>
      </w:r>
      <w:r>
        <w:t>kyunke aap jante hain Hajj woh hai, Islam se pehle bhi tha, Hazrat Ibrahim ke zamane se shuru hua tha. Hajj to apne lehaz se woh Hajj karte the, apne dhang se.</w:t>
      </w:r>
    </w:p>
    <w:p>
      <w:pPr>
        <w:jc w:val="right"/>
      </w:pPr>
      <w:r>
        <w:t>کیونکہآپجانتےہیںحججوہے، اسلام سے پہلے بھیتھا، حضرتابراہیمکےزمانےسےشروعہواتھا۔ حج تو اپنے لحاظسےوہحجکرتے تھے،اپنے ڈھنگسے۔</w:t>
      </w:r>
    </w:p>
    <w:p>
      <w:r>
        <w:rPr>
          <w:b/>
        </w:rPr>
        <w:t xml:space="preserve">[22:40] </w:t>
      </w:r>
      <w:r>
        <w:t>to unhone rok diya. magar Rasool Allah (SAW) raazi ho gaye ke theek hai, hum wapas Madinah chale aate hain.</w:t>
      </w:r>
    </w:p>
    <w:p>
      <w:pPr>
        <w:jc w:val="right"/>
      </w:pPr>
      <w:r>
        <w:t>توانہوںنےروکدیا۔ مگررسولاللہصلیاللہعلیہوسلمراضیہوگئےکہٹھیکہے،ہم واپس مدینہچلےآتےہیں۔</w:t>
      </w:r>
    </w:p>
    <w:p>
      <w:r>
        <w:rPr>
          <w:b/>
        </w:rPr>
        <w:t xml:space="preserve">[22:50] </w:t>
      </w:r>
      <w:r>
        <w:t>jab muahida kaaghaz par likha jaane laga to usmein likha gaya tha Muhammad Rasool Allah. unhone kaha ke mitaie, hum aapko Rasool Allah mante nahi hain.</w:t>
      </w:r>
    </w:p>
    <w:p>
      <w:pPr>
        <w:jc w:val="right"/>
      </w:pPr>
      <w:r>
        <w:t>جب معاہدہ کاغذپرلکھاجانےلگا تواسمیںلکھاگیاتھا محمد رسول اللہ ۔ انہوںنےکہاکہم ٹائیے،ہمآپکورسولاللہ مانتےہینہیں۔</w:t>
      </w:r>
    </w:p>
    <w:p>
      <w:r>
        <w:rPr>
          <w:b/>
        </w:rPr>
        <w:t xml:space="preserve">[23:00] </w:t>
      </w:r>
      <w:r>
        <w:t>likhe Muhammad bin Abdullah. to Rasool Allah ne isko bhi mita diya. kaha ke theek hai, Muhammad bin Abdullah.</w:t>
      </w:r>
    </w:p>
    <w:p>
      <w:pPr>
        <w:jc w:val="right"/>
      </w:pPr>
      <w:r>
        <w:t>لکھ ےمحمد بنعبداللہ۔ تورسولاللہنےاسکوبھیمٹادیا۔ کہاکہٹھیکہے،محمد بنعبداللہ۔</w:t>
      </w:r>
    </w:p>
    <w:p>
      <w:r>
        <w:rPr>
          <w:b/>
        </w:rPr>
        <w:t xml:space="preserve">[23:09] </w:t>
      </w:r>
      <w:r>
        <w:t>yaani jo aap ki asal heysiyat thi, usiko kaaghaz par mita diya. zahir hai ke Rasool Allah ka asal heysiyat yeh tha ke aap Allah ke Rasool the.</w:t>
      </w:r>
    </w:p>
    <w:p>
      <w:pPr>
        <w:jc w:val="right"/>
      </w:pPr>
      <w:r>
        <w:t>یعنیجوآپ کی اصلحیثیتتھی، اسیکو کاغذپرمٹادیا۔ ظاہرہےکہرسولاللہکااصلحیثیتیہتھیکہآپ اللہ کےرسول تھے۔</w:t>
      </w:r>
    </w:p>
    <w:p>
      <w:r>
        <w:rPr>
          <w:b/>
        </w:rPr>
        <w:t xml:space="preserve">[23:22] </w:t>
      </w:r>
      <w:r>
        <w:t>to kaaghaz par usiko mita diya.</w:t>
      </w:r>
    </w:p>
    <w:p>
      <w:pPr>
        <w:jc w:val="right"/>
      </w:pPr>
      <w:r>
        <w:t>تو کاغذپراسیکومٹادیا۔</w:t>
      </w:r>
    </w:p>
    <w:p>
      <w:r>
        <w:rPr>
          <w:b/>
        </w:rPr>
        <w:t xml:space="preserve">[23:28] </w:t>
      </w:r>
      <w:r>
        <w:t>unki jitni bhi conditions theen, yaani literally aapne maan liya,</w:t>
      </w:r>
    </w:p>
    <w:p>
      <w:pPr>
        <w:jc w:val="right"/>
      </w:pPr>
      <w:r>
        <w:t>ان کی جتنیبھی کنڈیشنتھیں،یعنیلیٹرلیآپنےمانلیا،</w:t>
      </w:r>
    </w:p>
    <w:p>
      <w:r>
        <w:rPr>
          <w:b/>
        </w:rPr>
        <w:t xml:space="preserve">[23:33] </w:t>
      </w:r>
      <w:r>
        <w:t>sirf ek cheez ki khatir ke aap ka unke darmiyan ladai band ho jaye aur pais qaim ho jaye.</w:t>
      </w:r>
    </w:p>
    <w:p>
      <w:pPr>
        <w:jc w:val="right"/>
      </w:pPr>
      <w:r>
        <w:t>صرفایکچیزکیخاطر کہ آپ کاانکےدرمیانلڑائیبندہوجائے اورپیسقائمہوجائے۔</w:t>
      </w:r>
    </w:p>
    <w:p>
      <w:r>
        <w:rPr>
          <w:b/>
        </w:rPr>
        <w:t xml:space="preserve">[23:44] </w:t>
      </w:r>
      <w:r>
        <w:t>to woh yeh baat jo thi, ashaab ko behad nagawar thi. Hazrat Umar ne yahan tak keh diya ke li qata'an min din na, yeh to hamari zillat aamez shikast hamari hai. ab kaise isko maanein?</w:t>
      </w:r>
    </w:p>
    <w:p>
      <w:pPr>
        <w:jc w:val="right"/>
      </w:pPr>
      <w:r>
        <w:t>تو وہ یہ باتجوتھی، صحابہکوبہتناگوارتھی۔ حض رتحضرتعمرنےیہاںتککہہدیا کہ لمنق طہمن دن نا، یہتوہماری ذلت آمیزشکستہماریہے۔ابکیسےاسکومانیں؟</w:t>
      </w:r>
    </w:p>
    <w:p>
      <w:r>
        <w:rPr>
          <w:b/>
        </w:rPr>
        <w:t xml:space="preserve">[24:02] </w:t>
      </w:r>
      <w:r>
        <w:t>us waqt dekhiye, ek ayat utri Surah Al-Fateh mein jab Rasool Allah raazi ho gaye Allah ke wahi ke mutabiq.</w:t>
      </w:r>
    </w:p>
    <w:p>
      <w:pPr>
        <w:jc w:val="right"/>
      </w:pPr>
      <w:r>
        <w:t>اسوقت دیکھیے،ایکآیتاتری سورہالفتحمیں جب رسولاللہ راضیہوگئے اللہ کے وحیکےمطابق۔</w:t>
      </w:r>
    </w:p>
    <w:p>
      <w:r>
        <w:rPr>
          <w:b/>
        </w:rPr>
        <w:t xml:space="preserve">[24:12] </w:t>
      </w:r>
      <w:r>
        <w:t>alam yalam alam,</w:t>
      </w:r>
    </w:p>
    <w:p>
      <w:pPr>
        <w:jc w:val="right"/>
      </w:pPr>
      <w:r>
        <w:t>عالمہ مالم طالم،</w:t>
      </w:r>
    </w:p>
    <w:p>
      <w:r>
        <w:rPr>
          <w:b/>
        </w:rPr>
        <w:t xml:space="preserve">[24:18] </w:t>
      </w:r>
      <w:r>
        <w:t>yeh bohat hi zabardast ayat hai. alam yalam alam, Allah ne woh jaana jo tum ne nahi jaana.</w:t>
      </w:r>
    </w:p>
    <w:p>
      <w:pPr>
        <w:jc w:val="right"/>
      </w:pPr>
      <w:r>
        <w:t>یہبہت ہی زبردست آیتہے۔ عالمہ مالم طالم، اللہ نے وہ جاناجوتم نےنہیںجانا۔</w:t>
      </w:r>
    </w:p>
    <w:p>
      <w:r>
        <w:rPr>
          <w:b/>
        </w:rPr>
        <w:t xml:space="preserve">[24:30] </w:t>
      </w:r>
      <w:r>
        <w:t>iska tarjuma hai: Allah ne woh jaana jo tum ne nahi jaana. yaani God knew what you did not know.</w:t>
      </w:r>
    </w:p>
    <w:p>
      <w:pPr>
        <w:jc w:val="right"/>
      </w:pPr>
      <w:r>
        <w:t>اسکاترجمہہے:اللہ نےوہ جانا جو تمنےنہیںجانا۔یعنی گاڈ نیو واٹیوڈیڈناٹنو۔</w:t>
      </w:r>
    </w:p>
    <w:p>
      <w:r>
        <w:rPr>
          <w:b/>
        </w:rPr>
        <w:t xml:space="preserve">[24:41] </w:t>
      </w:r>
      <w:r>
        <w:t>God knew what you did not know. dekhiye, in lafzon ka matlab kya hai? matlab kya hai in lafzon ka?</w:t>
      </w:r>
    </w:p>
    <w:p>
      <w:pPr>
        <w:jc w:val="right"/>
      </w:pPr>
      <w:r>
        <w:t>گاڈنیو واٹیوڈیڈناٹنو۔ دیکھیں،انلفظوںکامطلبکیاہے؟ مطلبکیاہے انلفظوںکا؟</w:t>
      </w:r>
    </w:p>
    <w:p>
      <w:r>
        <w:rPr>
          <w:b/>
        </w:rPr>
        <w:t xml:space="preserve">[24:52] </w:t>
      </w:r>
      <w:r>
        <w:t>iska matlab yeh hai ke Rasool Allah jo the, Allah ki rehnumai mein, yaani ilah-e-hik rehnumai mein,</w:t>
      </w:r>
    </w:p>
    <w:p>
      <w:pPr>
        <w:jc w:val="right"/>
      </w:pPr>
      <w:r>
        <w:t>اسکامطلبیہہے کہ رسولاللہ جوتھے، اللہ کی رہنمائیمیں،یعنیعلم الہیکیرہنمائیمیں،</w:t>
      </w:r>
    </w:p>
    <w:p>
      <w:r>
        <w:rPr>
          <w:b/>
        </w:rPr>
        <w:t xml:space="preserve">[25:03] </w:t>
      </w:r>
      <w:r>
        <w:t>unhone woh mamla kiya, woh pact kiya jo creation plan of God ke mutabiq tha. aur tum apne dimagh par chal rahe the.</w:t>
      </w:r>
    </w:p>
    <w:p>
      <w:pPr>
        <w:jc w:val="right"/>
      </w:pPr>
      <w:r>
        <w:t>انہوںنےوہ معاملہکیا ، وہ پیکٹکیا جو کریشن پلانآفگاڈکےمطابقتھا۔ اورتم اپنےدماغپرچلرہےتھے۔</w:t>
      </w:r>
    </w:p>
    <w:p>
      <w:r>
        <w:rPr>
          <w:b/>
        </w:rPr>
        <w:t xml:space="preserve">[25:16] </w:t>
      </w:r>
      <w:r>
        <w:t>alam yalam alam ko maani hai ke tum apne ilm par, apne dimagh par chal rahe the. aur Payambar Allah ke dimagh par chala.</w:t>
      </w:r>
    </w:p>
    <w:p>
      <w:pPr>
        <w:jc w:val="right"/>
      </w:pPr>
      <w:r>
        <w:t>عالم مالمطالبکومعنیہےکہتم اپنے علم پر،اپنے دماغپرچلرہےتھے۔ اور پیغمبراللہ کےدماغپرچلا۔</w:t>
      </w:r>
    </w:p>
    <w:p>
      <w:r>
        <w:rPr>
          <w:b/>
        </w:rPr>
        <w:t xml:space="preserve">[25:24] </w:t>
      </w:r>
      <w:r>
        <w:t>yaani Allah ne jo is duniya ke liye,</w:t>
      </w:r>
    </w:p>
    <w:p>
      <w:pPr>
        <w:jc w:val="right"/>
      </w:pPr>
      <w:r>
        <w:t>یعنی اللہ نے جو اس دنیا کےلیے،</w:t>
      </w:r>
    </w:p>
    <w:p>
      <w:r>
        <w:rPr>
          <w:b/>
        </w:rPr>
        <w:t xml:space="preserve">[25:32] </w:t>
      </w:r>
      <w:r>
        <w:t>Allah ki takhleeq ke mutabiq, is duniya ke liye jo mansooba hai, Allah ka jo creation plan of God woh hai, ek hai planning uske mutabiq, usko jaankar planning karna.</w:t>
      </w:r>
    </w:p>
    <w:p>
      <w:pPr>
        <w:jc w:val="right"/>
      </w:pPr>
      <w:r>
        <w:t>اللہ کی تخلیقکےمط ابق، اسدنیا کےلیےجو منصوبہہے،اللہ کا جو کریشنپلانآفگاڈجوہے، ایک ہے پلاننگاسکےمطابق، اسکو جان کرپلاننگکرنا۔</w:t>
      </w:r>
    </w:p>
    <w:p>
      <w:r>
        <w:rPr>
          <w:b/>
        </w:rPr>
        <w:t xml:space="preserve">[25:48] </w:t>
      </w:r>
      <w:r>
        <w:t>yaani ek hai creation plan of God ko jaankar uski planning karna, uske mutabiq.</w:t>
      </w:r>
    </w:p>
    <w:p>
      <w:pPr>
        <w:jc w:val="right"/>
      </w:pPr>
      <w:r>
        <w:t>یعنیایکہے کریشنپلانآفگاڈکوجانکر اسکیپلاننگکرنا،اسکےمطابق ۔</w:t>
      </w:r>
    </w:p>
    <w:p>
      <w:r>
        <w:rPr>
          <w:b/>
        </w:rPr>
        <w:t xml:space="preserve">[25:53] </w:t>
      </w:r>
      <w:r>
        <w:t>aikhe basapnemindmeinjoagaya, isi perchalrahe hain aap.</w:t>
      </w:r>
    </w:p>
    <w:p>
      <w:pPr>
        <w:jc w:val="right"/>
      </w:pPr>
      <w:r>
        <w:t>ایکہے بساپنےمائنڈمیںجوآگیا، اسیپرچلرہےہیںآپ۔</w:t>
      </w:r>
    </w:p>
    <w:p>
      <w:r>
        <w:rPr>
          <w:b/>
        </w:rPr>
        <w:t xml:space="preserve">[26:03] </w:t>
      </w:r>
      <w:r>
        <w:t>to kamiyabikaseemmein hai? ismein ayat mein quran majeed mein hai kehna fatnahalaka fat-ham-mubeenah. yeh fath mubina hai.</w:t>
      </w:r>
    </w:p>
    <w:p>
      <w:pPr>
        <w:jc w:val="right"/>
      </w:pPr>
      <w:r>
        <w:t>تو کامیابیکسمیںہے؟ اسمیںآیت میںقرآنمجیدمیںہےکہانافتحنالکفتحمبینہ۔ یہفتح مبینہے۔</w:t>
      </w:r>
    </w:p>
    <w:p>
      <w:r>
        <w:rPr>
          <w:b/>
        </w:rPr>
        <w:t xml:space="preserve">[26:14] </w:t>
      </w:r>
      <w:r>
        <w:t>ismein kia message hai? keh agar tum apni planning, creation plan of god ko jaan kar karoge to tumhare liye fath mubina hai.</w:t>
      </w:r>
    </w:p>
    <w:p>
      <w:pPr>
        <w:jc w:val="right"/>
      </w:pPr>
      <w:r>
        <w:t>اسمیں کیامیسجملا ؟کہاگرتم اپنی پلاننگ ، کریشن پلانآفگاڈکو جان کر کروگے تو تمہارےلیےفتحمبینہے۔</w:t>
      </w:r>
    </w:p>
    <w:p>
      <w:r>
        <w:rPr>
          <w:b/>
        </w:rPr>
        <w:t xml:space="preserve">[26:30] </w:t>
      </w:r>
      <w:r>
        <w:t>aur agar tum apne he dimagh par chaloge, apni soch par chaloge to kia hai? shikast mubina hai.</w:t>
      </w:r>
    </w:p>
    <w:p>
      <w:pPr>
        <w:jc w:val="right"/>
      </w:pPr>
      <w:r>
        <w:t>اور اگر تم اپنےہیدماغپرچلوگے، اپنی سوچپرچلوگےتوکیا ہے؟ شکست مبینہے۔</w:t>
      </w:r>
    </w:p>
    <w:p>
      <w:r>
        <w:rPr>
          <w:b/>
        </w:rPr>
        <w:t xml:space="preserve">[26:41] </w:t>
      </w:r>
      <w:r>
        <w:t>yani hezimat mubina hai.</w:t>
      </w:r>
    </w:p>
    <w:p>
      <w:pPr>
        <w:jc w:val="right"/>
      </w:pPr>
      <w:r>
        <w:t>یعنیہزیمت مبینہے۔</w:t>
      </w:r>
    </w:p>
    <w:p>
      <w:r>
        <w:rPr>
          <w:b/>
        </w:rPr>
        <w:t xml:space="preserve">[26:48] </w:t>
      </w:r>
      <w:r>
        <w:t>aur yeh bilkul hamare halaat par apply ho rahi hai. do sau saal mein musalmanon ko kia mil raha hai? shikast azeem, hezimat azeem, fath mubeen kahan mil rahi hai?</w:t>
      </w:r>
    </w:p>
    <w:p>
      <w:pPr>
        <w:jc w:val="right"/>
      </w:pPr>
      <w:r>
        <w:t>اور یہ بالکل ہمارےحالات پر اپلائیہورہیہے۔ دو سوسالمیں مسلمانوںکوکیاملرہاہے؟ شک ست عظیم،ہزیمت عظیم، فتحمبینکہاںملرہیہے؟</w:t>
      </w:r>
    </w:p>
    <w:p>
      <w:r>
        <w:rPr>
          <w:b/>
        </w:rPr>
        <w:t xml:space="preserve">[27:06] </w:t>
      </w:r>
      <w:r>
        <w:t>isse kia nikla?</w:t>
      </w:r>
    </w:p>
    <w:p>
      <w:pPr>
        <w:jc w:val="right"/>
      </w:pPr>
      <w:r>
        <w:t>اسسےکیانکلا؟</w:t>
      </w:r>
    </w:p>
    <w:p>
      <w:r>
        <w:rPr>
          <w:b/>
        </w:rPr>
        <w:t xml:space="preserve">[27:08] </w:t>
      </w:r>
      <w:r>
        <w:t>keh Allah taala ki taraf se khamosh zaban mein ailan kiya ja raha hai keh aye ummat-e-muslima,</w:t>
      </w:r>
    </w:p>
    <w:p>
      <w:pPr>
        <w:jc w:val="right"/>
      </w:pPr>
      <w:r>
        <w:t>کہاللہ تعالیٰکیطرفسے خاموش زبان میںاعلانکیاجارہاہے کہاےامتمسلمہ،</w:t>
      </w:r>
    </w:p>
    <w:p>
      <w:r>
        <w:rPr>
          <w:b/>
        </w:rPr>
        <w:t xml:space="preserve">[27:17] </w:t>
      </w:r>
      <w:r>
        <w:t>tum ne Allah taala ke creation plan ko jana nahin hai, khud apne khud sakhtah zehan se planning ki.</w:t>
      </w:r>
    </w:p>
    <w:p>
      <w:pPr>
        <w:jc w:val="right"/>
      </w:pPr>
      <w:r>
        <w:t>تم نے اللہ تعالیٰکے کریشنپلانکوجاناہینہیں، خود اپنے خود ساخت ہ ذہنسےپلاننگکی۔</w:t>
      </w:r>
    </w:p>
    <w:p>
      <w:r>
        <w:rPr>
          <w:b/>
        </w:rPr>
        <w:t xml:space="preserve">[27:27] </w:t>
      </w:r>
      <w:r>
        <w:t>to kia ho raha hai? tum ko shikast azeem mil rahi hai.</w:t>
      </w:r>
    </w:p>
    <w:p>
      <w:pPr>
        <w:jc w:val="right"/>
      </w:pPr>
      <w:r>
        <w:t>توکیاہورہاہے؟ تم کو شکست عظیمملرہیہے۔</w:t>
      </w:r>
    </w:p>
    <w:p>
      <w:r>
        <w:rPr>
          <w:b/>
        </w:rPr>
        <w:t xml:space="preserve">[27:38] </w:t>
      </w:r>
      <w:r>
        <w:t>sirf failure, sirf failure, sirf failure. to tum badlo apne zehan ko, reassess karo, revise karo, U-turn lo, aur Allah taala ke naqshe ke mutabiq, jo Allah taala ka jo creation plan hai, usko jaan kar uske mutabiq planning karo.</w:t>
      </w:r>
    </w:p>
    <w:p>
      <w:pPr>
        <w:jc w:val="right"/>
      </w:pPr>
      <w:r>
        <w:t>صرف فیل یر،صرففیل یر،صرففیل یر۔ توتم بدلو اپنےذہنکو، ریاسسکرو،ریوائزکرو، یوٹرن لو، اور اللہ تعالیٰ کے نقش ے کےمطابق، جو اللہ تعالیٰکاجو کسی کریشنپلانہے، اسکو جان کر اسکےمطابق پلاننگکرو۔</w:t>
      </w:r>
    </w:p>
    <w:p>
      <w:r>
        <w:rPr>
          <w:b/>
        </w:rPr>
        <w:t xml:space="preserve">[28:03] </w:t>
      </w:r>
      <w:r>
        <w:t>tab tum ko kamiyabi milegi. yeh message hai.</w:t>
      </w:r>
    </w:p>
    <w:p>
      <w:pPr>
        <w:jc w:val="right"/>
      </w:pPr>
      <w:r>
        <w:t>تب تمکوکامیابیملےگی۔ یہ میسجہے۔</w:t>
      </w:r>
    </w:p>
    <w:p>
      <w:r>
        <w:rPr>
          <w:b/>
        </w:rPr>
        <w:t xml:space="preserve">[28:10] </w:t>
      </w:r>
      <w:r>
        <w:t>tab woh jannat milegi, woh jannat jo sari zameen o aasman ke barabar hai, sari kainat ke barabar hai. ardh al-samawat wal ard.</w:t>
      </w:r>
    </w:p>
    <w:p>
      <w:pPr>
        <w:jc w:val="right"/>
      </w:pPr>
      <w:r>
        <w:t>تبوہ جنت ملےگی،وہ جنتجوساری زمین وآسمانکےبرابرہے، ساری کائناتکےبرابرہے۔ ارض السماوات والارض۔</w:t>
      </w:r>
    </w:p>
    <w:p>
      <w:r>
        <w:rPr>
          <w:b/>
        </w:rPr>
        <w:t xml:space="preserve">[28:19] </w:t>
      </w:r>
      <w:r>
        <w:t>abhi tum ko kuch bhi nahin mil raha hai.</w:t>
      </w:r>
    </w:p>
    <w:p>
      <w:pPr>
        <w:jc w:val="right"/>
      </w:pPr>
      <w:r>
        <w:t>ابھیتمکوکچھبھینہیںملرہاہے۔</w:t>
      </w:r>
    </w:p>
    <w:p>
      <w:r>
        <w:rPr>
          <w:b/>
        </w:rPr>
        <w:t xml:space="preserve">[28:26] </w:t>
      </w:r>
      <w:r>
        <w:t>ab yeh sab sochte hue phir</w:t>
      </w:r>
    </w:p>
    <w:p>
      <w:pPr>
        <w:jc w:val="right"/>
      </w:pPr>
      <w:r>
        <w:t>اب یہسبسوچتےہوئےپھر</w:t>
      </w:r>
    </w:p>
    <w:p>
      <w:r>
        <w:rPr>
          <w:b/>
        </w:rPr>
        <w:t xml:space="preserve">[28:30] </w:t>
      </w:r>
      <w:r>
        <w:t>maine ghore kiya keh Allah taala ke creation plan ke mutabiq ab humein kia karna hai?</w:t>
      </w:r>
    </w:p>
    <w:p>
      <w:pPr>
        <w:jc w:val="right"/>
      </w:pPr>
      <w:r>
        <w:t>میںنےغورکیا کہاللہ تعالیٰکے کریشنپلانکےمطابق ابہمیںکیاکرناہے؟</w:t>
      </w:r>
    </w:p>
    <w:p>
      <w:r>
        <w:rPr>
          <w:b/>
        </w:rPr>
        <w:t xml:space="preserve">[28:40] </w:t>
      </w:r>
      <w:r>
        <w:t>to dekhiye, Allah taala isharon ki zaban mein bolta hai. Allah ka jo kalam hai, isharon ki zaban mein aata hai, yani ad-deen wal prophet ke liye.</w:t>
      </w:r>
    </w:p>
    <w:p>
      <w:pPr>
        <w:jc w:val="right"/>
      </w:pPr>
      <w:r>
        <w:t>تودیکھیے،اللہ تعالیٰاشار وںکیزبانمیںبولتاہے۔ اللہ کا کاجو کلام ہے،اشار وںکیزبان میںآتاہے، یعنیادردینپرافٹکےلیے۔</w:t>
      </w:r>
    </w:p>
    <w:p>
      <w:r>
        <w:rPr>
          <w:b/>
        </w:rPr>
        <w:t xml:space="preserve">[28:53] </w:t>
      </w:r>
      <w:r>
        <w:t>iski ek misaal deta hoon main aap ko. Allah taala ko yeh matloob hai keh kisan jae, sail mein kheti kare, ghalla paida kare,</w:t>
      </w:r>
    </w:p>
    <w:p>
      <w:pPr>
        <w:jc w:val="right"/>
      </w:pPr>
      <w:r>
        <w:t>اسکیایکمثالدیتاہوںمیںآپکو ۔اللہ تعالیٰکو یہمطلوبہےکہ کسانجوہے، سائلمیںکھیتیکرے، غلہپیدا کرے،</w:t>
      </w:r>
    </w:p>
    <w:p>
      <w:r>
        <w:rPr>
          <w:b/>
        </w:rPr>
        <w:t xml:space="preserve">[29:05] </w:t>
      </w:r>
      <w:r>
        <w:t>logon ke liye khurak muhayya ho. zahir hai keh Allah taala ki mansha hai. yeh</w:t>
      </w:r>
    </w:p>
    <w:p>
      <w:pPr>
        <w:jc w:val="right"/>
      </w:pPr>
      <w:r>
        <w:t>لوگوںکےلیےخوراک مہیاہو۔ ظاہرہےکہاللہتعالیٰکیمنشاہے۔یہ</w:t>
      </w:r>
    </w:p>
    <w:p>
      <w:r>
        <w:rPr>
          <w:b/>
        </w:rPr>
        <w:t xml:space="preserve">[29:15] </w:t>
      </w:r>
      <w:r>
        <w:t>phir Allah ki taraf se barish aati hai. barish ke baghair kheti nahin ho sakti hai. to barish ke sath sath koi ailan nahin hota, koi announcement nahin hota, koi loudspeaker nahin laga raha hota barish ke sath</w:t>
      </w:r>
    </w:p>
    <w:p>
      <w:pPr>
        <w:jc w:val="right"/>
      </w:pPr>
      <w:r>
        <w:t>پھراللہ کیطرف سےبارشآتیہے۔ بارشکےبغیرکھیتینہیںہوسکتیہے۔ تو بارشکےساتھ ساتھ کوئیاعلاننہیںہوتا، کوئیاناؤنسمنٹنہیںہوتا، کوئیلاؤڈسپیکرنہیںلگارہاتھابارشکےساتھ</w:t>
      </w:r>
    </w:p>
    <w:p>
      <w:r>
        <w:rPr>
          <w:b/>
        </w:rPr>
        <w:t xml:space="preserve">[29:27] </w:t>
      </w:r>
      <w:r>
        <w:t>keh aye kisano, dekho barish aa gai, utho apne khet mein jao. yeh ailan nahin hota. yeh tana hissa kisan ko khud janna parta hai.</w:t>
      </w:r>
    </w:p>
    <w:p>
      <w:pPr>
        <w:jc w:val="right"/>
      </w:pPr>
      <w:r>
        <w:t>کہاےکسانوں،دیکھو بارشآگئی ، اٹھو اپنے کھیتمیںجاؤ۔ یہ اعلاننہیںہوتا۔ ی تنا حصہ کسانکوخود جانناپڑتاہے۔</w:t>
      </w:r>
    </w:p>
    <w:p>
      <w:r>
        <w:rPr>
          <w:b/>
        </w:rPr>
        <w:t xml:space="preserve">[29:42] </w:t>
      </w:r>
      <w:r>
        <w:t>barish Allah ki taraf se, Allah ke plan ko jan na kisan ki taraf se.</w:t>
      </w:r>
    </w:p>
    <w:p>
      <w:pPr>
        <w:jc w:val="right"/>
      </w:pPr>
      <w:r>
        <w:t>بارشاللہ کیطرف سے، اللہ کے پلانکوجان ناکسانکیطرف سے۔</w:t>
      </w:r>
    </w:p>
    <w:p>
      <w:r>
        <w:rPr>
          <w:b/>
        </w:rPr>
        <w:t xml:space="preserve">[29:52] </w:t>
      </w:r>
      <w:r>
        <w:t>to us waqt bhi yehi surat-e-hal hai.</w:t>
      </w:r>
    </w:p>
    <w:p>
      <w:pPr>
        <w:jc w:val="right"/>
      </w:pPr>
      <w:r>
        <w:t>تواسوقت بھییہیصورت حالہے۔</w:t>
      </w:r>
    </w:p>
    <w:p>
      <w:r>
        <w:rPr>
          <w:b/>
        </w:rPr>
        <w:t xml:space="preserve">[29:55] </w:t>
      </w:r>
      <w:r>
        <w:t>aaj Allah taala ko kia matloob hai? yani Allah ka jo creation plan hai, uske mutabiq aaj kia matloob hai? uske liye Allah taala apni khamosh zaban mein ailan kar raha hai.</w:t>
      </w:r>
    </w:p>
    <w:p>
      <w:pPr>
        <w:jc w:val="right"/>
      </w:pPr>
      <w:r>
        <w:t>آجاللہ تعالیٰکوکیامطلوبہے؟ یعنیاللہ کاجو کریشنپلانہے،اسکے مطابق آجکیا مطلوبہے؟ اسکےلیےاللہ تعالیٰ اپنی خاموش زبان میںاعلانکررہاہے۔</w:t>
      </w:r>
    </w:p>
    <w:p>
      <w:r>
        <w:rPr>
          <w:b/>
        </w:rPr>
        <w:t xml:space="preserve">[30:10] </w:t>
      </w:r>
      <w:r>
        <w:t>ek barish ho rahi hai, ek barish ho rahi hai, ek barish ho rahi hai. woh barish kia hai? woh hai modern opportunities.</w:t>
      </w:r>
    </w:p>
    <w:p>
      <w:pPr>
        <w:jc w:val="right"/>
      </w:pPr>
      <w:r>
        <w:t>ایک بارشہورہیہے،ایک بارشہورہیہے،ایکبارشہورہیہے۔ وہ بارشکیاہے؟ وہہے ماڈرن اپرچونیٹیز۔</w:t>
      </w:r>
    </w:p>
    <w:p>
      <w:r>
        <w:rPr>
          <w:b/>
        </w:rPr>
        <w:t xml:space="preserve">[30:24] </w:t>
      </w:r>
      <w:r>
        <w:t>aaj woh aisi opportunities hain jo tareekh mein is se pehle kabhi theen he naheen.</w:t>
      </w:r>
    </w:p>
    <w:p>
      <w:pPr>
        <w:jc w:val="right"/>
      </w:pPr>
      <w:r>
        <w:t>آجوہ ایسیاپرچونیٹیزہیں جو تاریخ میںاسسےپہلے کبھیتھیںہینہیں۔</w:t>
      </w:r>
    </w:p>
    <w:p>
      <w:r>
        <w:rPr>
          <w:b/>
        </w:rPr>
        <w:t xml:space="preserve">[30:33] </w:t>
      </w:r>
      <w:r>
        <w:t>jaisa ke main is waqt bol raha hoon, to bol raha hoon to saari duniya mein har jagah jo chahe sun sakta hai is ko, chahe woh america mein ho, chahe europe mein ho, chahe woh arab mein ho.</w:t>
      </w:r>
    </w:p>
    <w:p>
      <w:pPr>
        <w:jc w:val="right"/>
      </w:pPr>
      <w:r>
        <w:t>جیساکہمیںاسوقتبولرہاہوں، تو بولرہاہوںتو ساریدنیا میںہرجگہجوچاہےسنسکتاہےاسکو ، چاہےوہامریکہ میںہو،چاہےیورپمیںہو،چاہےوہعربمیںہو۔</w:t>
      </w:r>
    </w:p>
    <w:p>
      <w:r>
        <w:rPr>
          <w:b/>
        </w:rPr>
        <w:t xml:space="preserve">[30:45] </w:t>
      </w:r>
      <w:r>
        <w:t>aur bohat se log is waqt sun rahe hain jab ke main bol raha hoon. bataiye, is se pehle kahan aisa tha?</w:t>
      </w:r>
    </w:p>
    <w:p>
      <w:pPr>
        <w:jc w:val="right"/>
      </w:pPr>
      <w:r>
        <w:t>اوربہت سےلوگاسیوقتسنرہےہیں جب کہمیںبولرہاہوں۔ بتائیے،اسسےپہلے کہاںایساتھا؟</w:t>
      </w:r>
    </w:p>
    <w:p>
      <w:r>
        <w:rPr>
          <w:b/>
        </w:rPr>
        <w:t xml:space="preserve">[30:53] </w:t>
      </w:r>
      <w:r>
        <w:t>is waqt kabhi aisa naheen tha.</w:t>
      </w:r>
    </w:p>
    <w:p>
      <w:pPr>
        <w:jc w:val="right"/>
      </w:pPr>
      <w:r>
        <w:t>اسیوقت کبھیایسانہیںتھا۔</w:t>
      </w:r>
    </w:p>
    <w:p>
      <w:r>
        <w:rPr>
          <w:b/>
        </w:rPr>
        <w:t xml:space="preserve">[30:57] </w:t>
      </w:r>
      <w:r>
        <w:t>to modern communication woh hai, printing press aaya aur technology aai.</w:t>
      </w:r>
    </w:p>
    <w:p>
      <w:pPr>
        <w:jc w:val="right"/>
      </w:pPr>
      <w:r>
        <w:t>تو ماڈرنکمیونیکیشنجوہے، پرنٹنگپریسآیا اور ٹیکنالوجیآئی۔</w:t>
      </w:r>
    </w:p>
    <w:p>
      <w:r>
        <w:rPr>
          <w:b/>
        </w:rPr>
        <w:t xml:space="preserve">[31:11] </w:t>
      </w:r>
      <w:r>
        <w:t>modern technology, computer aaya.</w:t>
      </w:r>
    </w:p>
    <w:p>
      <w:pPr>
        <w:jc w:val="right"/>
      </w:pPr>
      <w:r>
        <w:t>ماڈرنٹیکنالوجی، کمپیوٹرآیا۔</w:t>
      </w:r>
    </w:p>
    <w:p>
      <w:r>
        <w:rPr>
          <w:b/>
        </w:rPr>
        <w:t xml:space="preserve">[31:19] </w:t>
      </w:r>
      <w:r>
        <w:t>kis liye? yeh sochiye,</w:t>
      </w:r>
    </w:p>
    <w:p>
      <w:pPr>
        <w:jc w:val="right"/>
      </w:pPr>
      <w:r>
        <w:t>کسلیے؟ یہسوچیے،</w:t>
      </w:r>
    </w:p>
    <w:p>
      <w:r>
        <w:rPr>
          <w:b/>
        </w:rPr>
        <w:t xml:space="preserve">[31:24] </w:t>
      </w:r>
      <w:r>
        <w:t>yeh sochiye. aur phir is zamane mein tourism aaya. saari duniya ke log apni jagahon se nikal kar doosre mulkon mein ja rahe hain.</w:t>
      </w:r>
    </w:p>
    <w:p>
      <w:pPr>
        <w:jc w:val="right"/>
      </w:pPr>
      <w:r>
        <w:t>یہسوچیے۔ اورپھر اسزمانےمیںٹورزمآیا۔ ساریدنیا کےلوگ اپنیجگہوںسےنکل کر دوسرےملکوںمیںجارہےہیں۔</w:t>
      </w:r>
    </w:p>
    <w:p>
      <w:r>
        <w:rPr>
          <w:b/>
        </w:rPr>
        <w:t xml:space="preserve">[31:37] </w:t>
      </w:r>
      <w:r>
        <w:t>yeh sab kya hai? yeh baarish hai, baarish.</w:t>
      </w:r>
    </w:p>
    <w:p>
      <w:pPr>
        <w:jc w:val="right"/>
      </w:pPr>
      <w:r>
        <w:t>یہسب کیاہے؟یہ بارشہے،بارش ۔</w:t>
      </w:r>
    </w:p>
    <w:p>
      <w:r>
        <w:rPr>
          <w:b/>
        </w:rPr>
        <w:t xml:space="preserve">[31:42] </w:t>
      </w:r>
      <w:r>
        <w:t>modern tourism aik baarish hai,</w:t>
      </w:r>
    </w:p>
    <w:p>
      <w:pPr>
        <w:jc w:val="right"/>
      </w:pPr>
      <w:r>
        <w:t>ماڈرنٹورزمایکبارشہے،</w:t>
      </w:r>
    </w:p>
    <w:p>
      <w:r>
        <w:rPr>
          <w:b/>
        </w:rPr>
        <w:t xml:space="preserve">[31:44] </w:t>
      </w:r>
      <w:r>
        <w:t>modern communication aik baarish hai, print media, electronic media aik baarish hai. woh aik ailaan kar rahi hai.</w:t>
      </w:r>
    </w:p>
    <w:p>
      <w:pPr>
        <w:jc w:val="right"/>
      </w:pPr>
      <w:r>
        <w:t>ماڈرن کمیونیکیشنایکبارشہے، پرنٹمیڈیا، الیکٹرانکمیڈیاایکبارشہے۔ وہ ایکاعلانکررہیہے۔</w:t>
      </w:r>
    </w:p>
    <w:p>
      <w:r>
        <w:rPr>
          <w:b/>
        </w:rPr>
        <w:t xml:space="preserve">[31:55] </w:t>
      </w:r>
      <w:r>
        <w:t>woh ailaan kya hai? is ko sochiye aap. is ko sochte hue aap aik hadees tak pohnchenge, aik hadees tak pohnchenge.</w:t>
      </w:r>
    </w:p>
    <w:p>
      <w:pPr>
        <w:jc w:val="right"/>
      </w:pPr>
      <w:r>
        <w:t>وہاعلانکیاہے ؟ اسکو سوچیےآپ۔اسکو سوچتےہوئے آپ ایکحدیثتکپہنچیںگے، ایکحدیث تکپہنچیںگے۔</w:t>
      </w:r>
    </w:p>
    <w:p>
      <w:r>
        <w:rPr>
          <w:b/>
        </w:rPr>
        <w:t xml:space="preserve">[32:06] </w:t>
      </w:r>
      <w:r>
        <w:t>rasool Allah salla Allahu alaihi wa sallam ne kai baaten prediction zaabaan mein kahin, pesh ngoi ki zaabaan mein</w:t>
      </w:r>
    </w:p>
    <w:p>
      <w:pPr>
        <w:jc w:val="right"/>
      </w:pPr>
      <w:r>
        <w:t>رسولاللہصلیاللہعلیہوسلمنے کئیباتیں پریڈکشنزبان میںکہیہیں، پیش نگوئیکیزبان میں</w:t>
      </w:r>
    </w:p>
    <w:p>
      <w:r>
        <w:rPr>
          <w:b/>
        </w:rPr>
        <w:t xml:space="preserve">[32:13] </w:t>
      </w:r>
      <w:r>
        <w:t>. yaani future mein aisa aisa hone wala hai. future mein aap jaante hain ke aap aaye seventh century mein, aap ki paidaish hui 570 isvi mein, mission aap ne shuru kiya 610 isvi mein.</w:t>
      </w:r>
    </w:p>
    <w:p>
      <w:pPr>
        <w:jc w:val="right"/>
      </w:pPr>
      <w:r>
        <w:t>۔ یعنی فیوچرمیں ایسا ایساہونےوالاہے۔ فیوچرمیں آپ جانتےہیںکہآپ آئے سیونسین چری میں، آپ کی پیدائش ہوئی 5 17عیسویمیں، مشنآپنےشروع کیا 6 10عیسویمیں۔</w:t>
      </w:r>
    </w:p>
    <w:p>
      <w:r>
        <w:rPr>
          <w:b/>
        </w:rPr>
        <w:t xml:space="preserve">[32:35] </w:t>
      </w:r>
      <w:r>
        <w:t>to aap ke mission ka jo period hai, woh seventh century adaf first quarter hai.</w:t>
      </w:r>
    </w:p>
    <w:p>
      <w:pPr>
        <w:jc w:val="right"/>
      </w:pPr>
      <w:r>
        <w:t>توآپ کےمشنکاجو پیریڈہے،وہ سیونسینچری اےڈیکافرسٹکوارٹرہے۔</w:t>
      </w:r>
    </w:p>
    <w:p>
      <w:r>
        <w:rPr>
          <w:b/>
        </w:rPr>
        <w:t xml:space="preserve">[32:40] </w:t>
      </w:r>
      <w:r>
        <w:t>us waqt aap ne aik baat kahi prediction ki zaabaan mein.</w:t>
      </w:r>
    </w:p>
    <w:p>
      <w:pPr>
        <w:jc w:val="right"/>
      </w:pPr>
      <w:r>
        <w:t>اسوقت آپنے ایک باتکہی پریڈکشنکیزبان میں۔</w:t>
      </w:r>
    </w:p>
    <w:p>
      <w:r>
        <w:rPr>
          <w:b/>
        </w:rPr>
        <w:t xml:space="preserve">[32:47] </w:t>
      </w:r>
      <w:r>
        <w:t>woh kya thi?</w:t>
      </w:r>
    </w:p>
    <w:p>
      <w:pPr>
        <w:jc w:val="right"/>
      </w:pPr>
      <w:r>
        <w:t>وہکیا تھی ؟</w:t>
      </w:r>
    </w:p>
    <w:p>
      <w:r>
        <w:rPr>
          <w:b/>
        </w:rPr>
        <w:t xml:space="preserve">[32:51] </w:t>
      </w:r>
      <w:r>
        <w:t>ke la yabqa' ala wajh al ard bait madrin wala wabarin illa adkhal Allah kalimat al Islam.</w:t>
      </w:r>
    </w:p>
    <w:p>
      <w:pPr>
        <w:jc w:val="right"/>
      </w:pPr>
      <w:r>
        <w:t>کہ لا یبقعلی وجہ الارض بیت مد رن ولا وبرالا ادخل اللہ کلمۃ الاسلام ۔</w:t>
      </w:r>
    </w:p>
    <w:p>
      <w:r>
        <w:rPr>
          <w:b/>
        </w:rPr>
        <w:t xml:space="preserve">[33:06] </w:t>
      </w:r>
      <w:r>
        <w:t>yaani aisa hone wala hai ke zameen ka koi ghar chhota bada baqi nahin rahega ke wahan par Islam ka kalma pohnch jayega.</w:t>
      </w:r>
    </w:p>
    <w:p>
      <w:pPr>
        <w:jc w:val="right"/>
      </w:pPr>
      <w:r>
        <w:t>یعنی ایساہونے والاہے کہ زمین کا کوئی گھر چھوٹا بڑا باقینہیںرہےگاکہوہاںپر اسلام کا کلمہپہنچجائےگا۔</w:t>
      </w:r>
    </w:p>
    <w:p>
      <w:r>
        <w:rPr>
          <w:b/>
        </w:rPr>
        <w:t xml:space="preserve">[33:17] </w:t>
      </w:r>
      <w:r>
        <w:t>har ghar mein, har insaan tak, har aurat aur mard tak.</w:t>
      </w:r>
    </w:p>
    <w:p>
      <w:pPr>
        <w:jc w:val="right"/>
      </w:pPr>
      <w:r>
        <w:t>ہرگھرمیں،ہرانسان تک ،ہر عورتاورمرد تک۔</w:t>
      </w:r>
    </w:p>
    <w:p>
      <w:r>
        <w:rPr>
          <w:b/>
        </w:rPr>
        <w:t xml:space="preserve">[33:21] </w:t>
      </w:r>
      <w:r>
        <w:t>to aap sochiye ke jab aap ne yeh farmaya tha, tab to yeh mumkin naheen tha. tab to insaan geography bhi nahin jaanta tha, geography kitna bada hai.</w:t>
      </w:r>
    </w:p>
    <w:p>
      <w:pPr>
        <w:jc w:val="right"/>
      </w:pPr>
      <w:r>
        <w:t>توآپسوچیے کہجب آپ نےیہفرمایاتھا،تب تویہممکننہیںتھا۔ تب توانسان جغرافیہبھینہیںجانتاتھا، جغرافیہکتنابڑاہے۔</w:t>
      </w:r>
    </w:p>
    <w:p>
      <w:r>
        <w:rPr>
          <w:b/>
        </w:rPr>
        <w:t xml:space="preserve">[33:31] </w:t>
      </w:r>
      <w:r>
        <w:t>yahan se wahan aawaaz nahin pohnch sakti thi.</w:t>
      </w:r>
    </w:p>
    <w:p>
      <w:pPr>
        <w:jc w:val="right"/>
      </w:pPr>
      <w:r>
        <w:t>یہاںسے وہاںآوازنہیںپہنچسکتیتھی۔</w:t>
      </w:r>
    </w:p>
    <w:p>
      <w:r>
        <w:rPr>
          <w:b/>
        </w:rPr>
        <w:t xml:space="preserve">[33:36] </w:t>
      </w:r>
      <w:r>
        <w:t>tab na kart tha, na hawa jahaz the, na computer tha, na printing press tha, na print media tha, na literary media tha, na modern communication tha.</w:t>
      </w:r>
    </w:p>
    <w:p>
      <w:pPr>
        <w:jc w:val="right"/>
      </w:pPr>
      <w:r>
        <w:t>تب نہ کارتھا، نہ ہوا جہازتھے، نہ کمپیوٹرتھا،نہپرنٹنگپریستھا، نہپرنٹمیڈیاتھا،نہلیٹرریمیڈیاتھا، نہ ماڈرنکمیونیکیشنتھا۔</w:t>
      </w:r>
    </w:p>
    <w:p>
      <w:r>
        <w:rPr>
          <w:b/>
        </w:rPr>
        <w:t xml:space="preserve">[33:48] </w:t>
      </w:r>
      <w:r>
        <w:t>us waqt yeh phir impossible tha, impossible. tab aap ne aisa farmaya. to is ka matlab kya hua? is ka matlab yeh tha ke Allah taala aik zamane mein baarish barsayega,</w:t>
      </w:r>
    </w:p>
    <w:p>
      <w:pPr>
        <w:jc w:val="right"/>
      </w:pPr>
      <w:r>
        <w:t>اسوقت یہپھرامپاسیبلتھا،امپاسیبل۔ تبآپنےایسافرمایا۔ تواسکامعنیکیاہوا؟ اسکامعنییہتھاکہاللہ تعالیٰایکزمان ےمیںبارشبرسائےگا،</w:t>
      </w:r>
    </w:p>
    <w:p>
      <w:r>
        <w:rPr>
          <w:b/>
        </w:rPr>
        <w:t xml:space="preserve">[34:03] </w:t>
      </w:r>
      <w:r>
        <w:t>opportunities ki baarish, mawaqe ki baarish.</w:t>
      </w:r>
    </w:p>
    <w:p>
      <w:pPr>
        <w:jc w:val="right"/>
      </w:pPr>
      <w:r>
        <w:t>اپرچونیٹیزکیبارش،مواقعکیبارش ۔</w:t>
      </w:r>
    </w:p>
    <w:p>
      <w:r>
        <w:rPr>
          <w:b/>
        </w:rPr>
        <w:t xml:space="preserve">[34:08] </w:t>
      </w:r>
      <w:r>
        <w:t>aise mawaqe jin ko istemal karke tum, yaani ahle imaan, sari dunya tak Allah ka paigham pohncha sako.</w:t>
      </w:r>
    </w:p>
    <w:p>
      <w:pPr>
        <w:jc w:val="right"/>
      </w:pPr>
      <w:r>
        <w:t>ایسے مواقع جنکواستعمال کرکے تم ،یعنیاہلایمان، ساریدنیا تک اللہ کا پیغامپہنچادیں۔</w:t>
      </w:r>
    </w:p>
    <w:p>
      <w:r>
        <w:rPr>
          <w:b/>
        </w:rPr>
        <w:t xml:space="preserve">[34:21] </w:t>
      </w:r>
      <w:r>
        <w:t>to yeh to woh daur hai, yaani communication ki baarish baras rahi hai. ab hamein kya karna hai?</w:t>
      </w:r>
    </w:p>
    <w:p>
      <w:pPr>
        <w:jc w:val="right"/>
      </w:pPr>
      <w:r>
        <w:t>تویہیتووہدورہے، یعنیکمیونیکیشنکی بارشبرسرہیہے۔ ابہمیںکیاکرناہے؟</w:t>
      </w:r>
    </w:p>
    <w:p>
      <w:r>
        <w:rPr>
          <w:b/>
        </w:rPr>
        <w:t xml:space="preserve">[34:30] </w:t>
      </w:r>
      <w:r>
        <w:t>is khamosh awaz ko sunna hai, is Allah ke paigham ko jaanna hai,</w:t>
      </w:r>
    </w:p>
    <w:p>
      <w:pPr>
        <w:jc w:val="right"/>
      </w:pPr>
      <w:r>
        <w:t>اس خاموش آوازکوسنناہے، اس اللہ کے پیغامکوجان ناہے،</w:t>
      </w:r>
    </w:p>
    <w:p>
      <w:r>
        <w:rPr>
          <w:b/>
        </w:rPr>
        <w:t xml:space="preserve">[34:38] </w:t>
      </w:r>
      <w:r>
        <w:t>Allah ki planning ko jaanna hai.</w:t>
      </w:r>
    </w:p>
    <w:p>
      <w:pPr>
        <w:jc w:val="right"/>
      </w:pPr>
      <w:r>
        <w:t>اللہ کی پلاننگکوجانناہے۔</w:t>
      </w:r>
    </w:p>
    <w:p>
      <w:r>
        <w:rPr>
          <w:b/>
        </w:rPr>
        <w:t xml:space="preserve">[34:45] </w:t>
      </w:r>
      <w:r>
        <w:t>ek taraf dekhiye, Allah ta'ala ne aaj ki dunya mein religious freedom de diya. to total freedom aa gayi hai mazhab ke maamle mein, koi rukawat nahi hai,</w:t>
      </w:r>
    </w:p>
    <w:p>
      <w:pPr>
        <w:jc w:val="right"/>
      </w:pPr>
      <w:r>
        <w:t>ایک طرف دیکھیے،اللہتعالیٰنے آجکیدنیا میں ریلیجسفریڈم دےدیا۔ ٹوٹلفریڈمآجہےمذہبکےمعاملےمیں،کوئی رکاوٹنہیںہے،</w:t>
      </w:r>
    </w:p>
    <w:p>
      <w:r>
        <w:rPr>
          <w:b/>
        </w:rPr>
        <w:t xml:space="preserve">[35:00] </w:t>
      </w:r>
      <w:r>
        <w:t>koi rukawat nahi hai.</w:t>
      </w:r>
    </w:p>
    <w:p>
      <w:pPr>
        <w:jc w:val="right"/>
      </w:pPr>
      <w:r>
        <w:t>کوئیرکاوٹنہیںہے۔</w:t>
      </w:r>
    </w:p>
    <w:p>
      <w:r>
        <w:rPr>
          <w:b/>
        </w:rPr>
        <w:t xml:space="preserve">[35:04] </w:t>
      </w:r>
      <w:r>
        <w:t>phir modern communication dunya ke kisi goshe mein aap apni awaz pohncha sakte hain, ek hi jagah baith kar ke. main yahan baitha hua hoon aur paas, yaani har jagah meri awaz pohnch sakti hai, jahan bhi chahe koi apne computer ko download karke meri baat sun le.</w:t>
      </w:r>
    </w:p>
    <w:p>
      <w:pPr>
        <w:jc w:val="right"/>
      </w:pPr>
      <w:r>
        <w:t>پھر ماڈرنکمیونیکیشن دنیا کےکسی گوشےمیںآپ اپنیآوازپہنچاسکتےہیں، ایکہیجگہبیٹھکرکے۔ میںیہاںبیٹھاہواہوں اور پاس ،یعنی ہرجگہمیریآوازپہنچسکتیہے،جہاںبھیچاہےکوئی اپنے کمپیوٹرکوڈاؤنلوڈکرکےمیریباتسن لے۔</w:t>
      </w:r>
    </w:p>
    <w:p>
      <w:r>
        <w:rPr>
          <w:b/>
        </w:rPr>
        <w:t xml:space="preserve">[35:32] </w:t>
      </w:r>
      <w:r>
        <w:t>to yeh baarish hai woh. yeh</w:t>
      </w:r>
    </w:p>
    <w:p>
      <w:pPr>
        <w:jc w:val="right"/>
      </w:pPr>
      <w:r>
        <w:t>تو یہبارشہیتوہے۔یہ</w:t>
      </w:r>
    </w:p>
    <w:p>
      <w:r>
        <w:rPr>
          <w:b/>
        </w:rPr>
        <w:t xml:space="preserve">[35:34] </w:t>
      </w:r>
      <w:r>
        <w:t>phir dekhiye, ek bilkul ek ek naya phenomenon jisko main kaha karta hoon, global mobility, aalmi aamad o raft.</w:t>
      </w:r>
    </w:p>
    <w:p>
      <w:pPr>
        <w:jc w:val="right"/>
      </w:pPr>
      <w:r>
        <w:t>پھردیکھیے،ایکبالکلایک ایک نیافیناومینا جسکومیںکہاکرتاہوں،گلوبل موبیلٹی، عالمی آمدورفت۔</w:t>
      </w:r>
    </w:p>
    <w:p>
      <w:r>
        <w:rPr>
          <w:b/>
        </w:rPr>
        <w:t xml:space="preserve">[35:48] </w:t>
      </w:r>
      <w:r>
        <w:t>aaj dekhiye, education ke liye, business ke liye, job ke liye log yahan se wahan, wahan se wahan ja rahe hain. aur sab se badhkar tourism.</w:t>
      </w:r>
    </w:p>
    <w:p>
      <w:pPr>
        <w:jc w:val="right"/>
      </w:pPr>
      <w:r>
        <w:t>آجدیکھیے، ایجوکیشنکےلیے، بزنسکےلیے ، جابکےلیے لوگیہاںسےوہاں،وہاںسےوہاںجارہےہیں۔ اورسبسےبڑھکرٹورزم۔</w:t>
      </w:r>
    </w:p>
    <w:p>
      <w:r>
        <w:rPr>
          <w:b/>
        </w:rPr>
        <w:t xml:space="preserve">[36:00] </w:t>
      </w:r>
      <w:r>
        <w:t>tourism ke liye</w:t>
      </w:r>
    </w:p>
    <w:p>
      <w:pPr>
        <w:jc w:val="right"/>
      </w:pPr>
      <w:r>
        <w:t>ٹورزمکےلیے</w:t>
      </w:r>
    </w:p>
    <w:p>
      <w:r>
        <w:rPr>
          <w:b/>
        </w:rPr>
        <w:t xml:space="preserve">[36:03] </w:t>
      </w:r>
      <w:r>
        <w:t>apne mulkon se nikal kar ke ja rahe hain doosre mulkon mein. aur chunke musalmanon ka jo hai pichhle zamane mein ek hazar saal tak dabdaba tha, ek hazar saal tak dabdaba tha, is bina par aksar mulkon mein unke historical yadgaaren hain.</w:t>
      </w:r>
    </w:p>
    <w:p>
      <w:pPr>
        <w:jc w:val="right"/>
      </w:pPr>
      <w:r>
        <w:t>اپنے ملکوںسےنکلکرکےجارہےہیںدوسرےملکوںمیں۔ اور چونکہ مسلمانوںکاجوہے پچھلےزمان ےمیں ایک ہزارسالتک دبدبہتھا، ایک ہزارسالتکدبد بہتھا، اس بناپر اکثرملکوںمیں انکے ہسٹوریکل یادگاریںہیں۔</w:t>
      </w:r>
    </w:p>
    <w:p>
      <w:r>
        <w:rPr>
          <w:b/>
        </w:rPr>
        <w:t xml:space="preserve">[36:24] </w:t>
      </w:r>
      <w:r>
        <w:t>jaise Turkey hai, main Turkey gaya to wahan jidhar jaiye, bheed hai saiyahon ki. kyun</w:t>
      </w:r>
    </w:p>
    <w:p>
      <w:pPr>
        <w:jc w:val="right"/>
      </w:pPr>
      <w:r>
        <w:t>جیسےترکیہے، میںترکیگیاتووہاںجدھرجائیے، بھیڑہے سیا حوںکی۔ کیوں</w:t>
      </w:r>
    </w:p>
    <w:p>
      <w:r>
        <w:rPr>
          <w:b/>
        </w:rPr>
        <w:t xml:space="preserve">[36:33] </w:t>
      </w:r>
      <w:r>
        <w:t>? Turkey mein bahut dinon hukumat kiya musalmanon ne aur bahut wahan par historical monument hain, unko dekhne ke liye aate hain woh. to dunya bhar mein yeh global tourism jo hai, woh kya hai?</w:t>
      </w:r>
    </w:p>
    <w:p>
      <w:pPr>
        <w:jc w:val="right"/>
      </w:pPr>
      <w:r>
        <w:t>؟ترکیمیں بہت دنوں حکومت کیا مسلمانوںنے اوربہت وہاںپر ہسٹوریکلمونومنٹہیں،انکودیکھنےکےلیےآتےہیںوہ۔تو دنیا بھرمیںیہ گلوبلٹورزمجوہے، وہکیاہے؟</w:t>
      </w:r>
    </w:p>
    <w:p>
      <w:r>
        <w:rPr>
          <w:b/>
        </w:rPr>
        <w:t xml:space="preserve">[36:47] </w:t>
      </w:r>
      <w:r>
        <w:t>woh bhi ek baarish hai. kyun? ke mad'u aa raha hai da'i ke paas, khud muslim mulkon mein aa raha hai.</w:t>
      </w:r>
    </w:p>
    <w:p>
      <w:pPr>
        <w:jc w:val="right"/>
      </w:pPr>
      <w:r>
        <w:t>وہبھیایک بارشہے۔ کیوں ؟کہ مد عو آرہاہےداعیکےپاس ،خود مسلمملکوںمیںآرہاہے۔</w:t>
      </w:r>
    </w:p>
    <w:p>
      <w:r>
        <w:rPr>
          <w:b/>
        </w:rPr>
        <w:t xml:space="preserve">[36:58] </w:t>
      </w:r>
      <w:r>
        <w:t>aaj Iraq mein, Afghanistan mein, Palestine mein, Syria mein, Kashmir mein jitne muslim mumalik hain, bahut zyada yaani woh attractive ban gaye hain aaj kal ke zamane ke saiyahon ke liye, touriston ke liye.</w:t>
      </w:r>
    </w:p>
    <w:p>
      <w:pPr>
        <w:jc w:val="right"/>
      </w:pPr>
      <w:r>
        <w:t>آج عراقمیں ، افغان ستانمیں ، فلسطینمیں ،شاممیں، کشمیرمیں جتنے مسلمممالکہیں، بہت زیادہ یعنیوہ اٹریکٹوبنگئےہیں آجکلکےزمان ےکےسیا حوںکےلیے، ٹورسٹوںکےلیے۔</w:t>
      </w:r>
    </w:p>
    <w:p>
      <w:r>
        <w:rPr>
          <w:b/>
        </w:rPr>
        <w:t xml:space="preserve">[37:18] </w:t>
      </w:r>
      <w:r>
        <w:t>ab bheed lagi hui hai jagah jagah,</w:t>
      </w:r>
    </w:p>
    <w:p>
      <w:pPr>
        <w:jc w:val="right"/>
      </w:pPr>
      <w:r>
        <w:t>اببھیڑلگیہوئیہےجگہجگہ،</w:t>
      </w:r>
    </w:p>
    <w:p>
      <w:r>
        <w:rPr>
          <w:b/>
        </w:rPr>
        <w:t xml:space="preserve">[37:25] </w:t>
      </w:r>
      <w:r>
        <w:t>jaise 2011 mein Kashmir mein das lakh tourist aaye aur Turkey mein to 30 lakh tourist aaye. aisi har jagah.</w:t>
      </w:r>
    </w:p>
    <w:p>
      <w:pPr>
        <w:jc w:val="right"/>
      </w:pPr>
      <w:r>
        <w:t>جیسے 2 011 میںکشمیرمیں دسلاکھٹورسٹآئے اور ترکیمیںتو30لاکھٹورسٹآئے۔ ایسی ہرجگہ۔</w:t>
      </w:r>
    </w:p>
    <w:p>
      <w:r>
        <w:rPr>
          <w:b/>
        </w:rPr>
        <w:t xml:space="preserve">[37:38] </w:t>
      </w:r>
      <w:r>
        <w:t>to ek taraf Allah ta'ala ne modern communication ki surat mein aap ko</w:t>
      </w:r>
    </w:p>
    <w:p>
      <w:pPr>
        <w:jc w:val="right"/>
      </w:pPr>
      <w:r>
        <w:t>توایکطرف اللہ تعالیٰنے ماڈرنکمیونیکیشنکیصورت میں آپکو</w:t>
      </w:r>
    </w:p>
    <w:p>
      <w:r>
        <w:rPr>
          <w:b/>
        </w:rPr>
        <w:t xml:space="preserve">[37:47] </w:t>
      </w:r>
      <w:r>
        <w:t>mowaslat ke mawaqe de diye,</w:t>
      </w:r>
    </w:p>
    <w:p>
      <w:pPr>
        <w:jc w:val="right"/>
      </w:pPr>
      <w:r>
        <w:t>مواصلاتکے مواقعدےدیے،</w:t>
      </w:r>
    </w:p>
    <w:p>
      <w:r>
        <w:rPr>
          <w:b/>
        </w:rPr>
        <w:t xml:space="preserve">[37:51] </w:t>
      </w:r>
      <w:r>
        <w:t>religious freedom ki surat mein tamam rukawaten door kar din, modern tourism ki shakl mein mad'u ko khud aap ke darwaze pohncha diya.</w:t>
      </w:r>
    </w:p>
    <w:p>
      <w:pPr>
        <w:jc w:val="right"/>
      </w:pPr>
      <w:r>
        <w:t>ریلیجسفریڈمکیصورت میں تمام رکاوٹیںدورکردیں، ماڈرنٹورزمکیشکلمیں مدعوکوخودآپکےدروازےپہنچادیا۔</w:t>
      </w:r>
    </w:p>
    <w:p>
      <w:r>
        <w:rPr>
          <w:b/>
        </w:rPr>
        <w:t xml:space="preserve">[38:04] </w:t>
      </w:r>
      <w:r>
        <w:t>printing press ki wajah se yeh mumkin ho gaya ke aap Islami kitaben chhapen, chhoti badi, aur har jagah logon ko dete rahen, distribute karen.</w:t>
      </w:r>
    </w:p>
    <w:p>
      <w:pPr>
        <w:jc w:val="right"/>
      </w:pPr>
      <w:r>
        <w:t>پرنٹنگ پریسکیوجہسےیہممکنہوگاکہآپ اسلامی کتاب یںچھاپیں، چھوٹیبڑی، اور ہرجگہلوگوںکودیتےرہیں،ڈسٹریبیوٹکریں۔</w:t>
      </w:r>
    </w:p>
    <w:p>
      <w:r>
        <w:rPr>
          <w:b/>
        </w:rPr>
        <w:t xml:space="preserve">[38:14] </w:t>
      </w:r>
      <w:r>
        <w:t>yeh sab aasani aasani to da'wati aasaniyon ki baarish ho rahi hai.</w:t>
      </w:r>
    </w:p>
    <w:p>
      <w:pPr>
        <w:jc w:val="right"/>
      </w:pPr>
      <w:r>
        <w:t>یہسبآسانی آسانیتو دعوتی آسانیوںکیبارشہورہیہے۔</w:t>
      </w:r>
    </w:p>
    <w:p>
      <w:r>
        <w:rPr>
          <w:b/>
        </w:rPr>
        <w:t xml:space="preserve">[38:23] </w:t>
      </w:r>
      <w:r>
        <w:t>jis tarah kisan ke liye pani ki baarish hoti hai aur woh us mein fasal ugata hai, to is zamane mein da'wat ki baarish ho rahi hai, da'wati mawaqe ki baarish ho rahi hai,</w:t>
      </w:r>
    </w:p>
    <w:p>
      <w:pPr>
        <w:jc w:val="right"/>
      </w:pPr>
      <w:r>
        <w:t>جسطرح کسانکےلیے پانیکیبارشہوتیہے اوروہاسمیں فصلاگاتاہے، تواسزمان ےمیں دعوتکیبارشہورہیہے، دعوتیمواقعکیبارشہورہیہے،</w:t>
      </w:r>
    </w:p>
    <w:p>
      <w:r>
        <w:rPr>
          <w:b/>
        </w:rPr>
        <w:t xml:space="preserve">[38:37] </w:t>
      </w:r>
      <w:r>
        <w:t>da'wat opportunities ki baarish ho rahi hai. isko samjhiye, isko samjhiye.</w:t>
      </w:r>
    </w:p>
    <w:p>
      <w:pPr>
        <w:jc w:val="right"/>
      </w:pPr>
      <w:r>
        <w:t>دعویٰ اپرچونیٹیزکیبارشہورہیہے۔ اسکوسمجھیے،اسکوسمجھیے۔</w:t>
      </w:r>
    </w:p>
    <w:p>
      <w:r>
        <w:rPr>
          <w:b/>
        </w:rPr>
        <w:t xml:space="preserve">[38:44] </w:t>
      </w:r>
      <w:r>
        <w:t>yeh khabar mein ne parhi aur Quran ki ayat ko dekha ke log ek bohat hi choti cheezon ke liye, thore se maal ke liye, ek thore se land ke liye, thori si property ke liye laraai kar rahe hain aur Allah taala poori poori universe ka pesh kar raha hai aap ke liye ke dawat-e-Allah ka kaam karo aur saari jannat tumhare liye hai.</w:t>
      </w:r>
    </w:p>
    <w:p>
      <w:pPr>
        <w:jc w:val="right"/>
      </w:pPr>
      <w:r>
        <w:t>یہجواخبارمیںمیںنےپڑھا اور قرآنکیآیتکودیکھا کہلوگ ایک بہت ہی چھوٹیچیزوںکےلیے، تھوڑےسےمال کےلیے، ایکتھوڑےسےلینڈکےلیے، تھوڑیسیپراپرٹیکیلڑائیکررہےہیں اوراللہ تعالیٰپوریپورییونیورس کا پیش کررہاہےآپکےلیے کہ دعوت اللہکاکامکرو اور ساریجنتتمہارےلیےہے۔</w:t>
      </w:r>
    </w:p>
    <w:p>
      <w:r>
        <w:rPr>
          <w:b/>
        </w:rPr>
        <w:t xml:space="preserve">[39:10] </w:t>
      </w:r>
      <w:r>
        <w:t>kyun ke dawat-e-Allah ka kaam kya hai?</w:t>
      </w:r>
    </w:p>
    <w:p>
      <w:pPr>
        <w:jc w:val="right"/>
      </w:pPr>
      <w:r>
        <w:t>کیونکہ دعوت اللہ کاکام کیاہے؟</w:t>
      </w:r>
    </w:p>
    <w:p>
      <w:r>
        <w:rPr>
          <w:b/>
        </w:rPr>
        <w:t xml:space="preserve">[39:13] </w:t>
      </w:r>
      <w:r>
        <w:t>yeh Allah ka kaam hai. Is ko Quran mein kaha gaya hai Allah ki madad karna, is ko Allah ki madad karna kaha gaya hai.</w:t>
      </w:r>
    </w:p>
    <w:p>
      <w:pPr>
        <w:jc w:val="right"/>
      </w:pPr>
      <w:r>
        <w:t>یہاللہ کاکام ہے۔ اسکو قرآنمیںکہاگیاہے اللہ کیمددکرنا، اسکواللہ کیمددکرناکہاگیاہے۔</w:t>
      </w:r>
    </w:p>
    <w:p>
      <w:r>
        <w:rPr>
          <w:b/>
        </w:rPr>
        <w:t xml:space="preserve">[39:28] </w:t>
      </w:r>
      <w:r>
        <w:t>ek hi kaam aisa hai jis ko Allah ne apni madad karna bataya hai Quran mein aur woh hai dawat-e-Allah.</w:t>
      </w:r>
    </w:p>
    <w:p>
      <w:pPr>
        <w:jc w:val="right"/>
      </w:pPr>
      <w:r>
        <w:t>ایک ہیکام ایساہے جسکواللہ نے اپنیمددکرنا بتایاہےقرآنمیں اوروہہےدعوت اللہ ۔</w:t>
      </w:r>
    </w:p>
    <w:p>
      <w:r>
        <w:rPr>
          <w:b/>
        </w:rPr>
        <w:t xml:space="preserve">[39:38] </w:t>
      </w:r>
      <w:r>
        <w:t>ab ghor kijiye ke jo aadmi Allah ka kaam kare to Allah kitna zyada is ko reward dega, is ka andaza nahi kar sakte aap.</w:t>
      </w:r>
    </w:p>
    <w:p>
      <w:pPr>
        <w:jc w:val="right"/>
      </w:pPr>
      <w:r>
        <w:t>اب غورکیجئےکہجوآدمیاللہ کاکام کرے تو اللہ کتنا زیادہ اسکو ریوارڈدےگا، اسکا اندازہنہیںکرسکتےآپ۔</w:t>
      </w:r>
    </w:p>
    <w:p>
      <w:r>
        <w:rPr>
          <w:b/>
        </w:rPr>
        <w:t xml:space="preserve">[39:56] </w:t>
      </w:r>
      <w:r>
        <w:t>to yeh woh baatein hain jis par hamein sochna chahiye.</w:t>
      </w:r>
    </w:p>
    <w:p>
      <w:pPr>
        <w:jc w:val="right"/>
      </w:pPr>
      <w:r>
        <w:t>تویہ وہباتیںہیں جسپرہمیںسوچناچاہیے۔</w:t>
      </w:r>
    </w:p>
    <w:p>
      <w:r>
        <w:rPr>
          <w:b/>
        </w:rPr>
        <w:t xml:space="preserve">[40:03] </w:t>
      </w:r>
      <w:r>
        <w:t>log jin baaton ko soch rahe hain, saara din duniya ke musalman kya soch rahe hain?</w:t>
      </w:r>
    </w:p>
    <w:p>
      <w:pPr>
        <w:jc w:val="right"/>
      </w:pPr>
      <w:r>
        <w:t>لوگ جنباتوںکوسوچرہےہیں، ساریدنیا کےمسلمانکیاسوچرہےہیں؟</w:t>
      </w:r>
    </w:p>
    <w:p>
      <w:r>
        <w:rPr>
          <w:b/>
        </w:rPr>
        <w:t xml:space="preserve">[40:10] </w:t>
      </w:r>
      <w:r>
        <w:t>saara din duniya ke musalmanon ki soch problem oriented soch hai. Duniya bhar ke musalman problem oriented soch.</w:t>
      </w:r>
    </w:p>
    <w:p>
      <w:pPr>
        <w:jc w:val="right"/>
      </w:pPr>
      <w:r>
        <w:t>ساریدنیا کےمسلمانوںکیسوچ پرابلم اورینٹڈسوچہے۔ دنیا بھرکےمسلمان پرابلم اورینٹڈسوچ۔</w:t>
      </w:r>
    </w:p>
    <w:p>
      <w:r>
        <w:rPr>
          <w:b/>
        </w:rPr>
        <w:t xml:space="preserve">[40:22] </w:t>
      </w:r>
      <w:r>
        <w:t>kisi bhi yahan se le kar America tak, kisi bhi liye yahan se Arab tak, kisi bhi liye sab problem ki baatein karega.</w:t>
      </w:r>
    </w:p>
    <w:p>
      <w:pPr>
        <w:jc w:val="right"/>
      </w:pPr>
      <w:r>
        <w:t>کسی بھییہاںسےلےکرامریک ہتک،کسی بھیلیےیہ اںسےعرب تک،کسیبھی لیے سب پرابلم کیباتیںکرےگا۔</w:t>
      </w:r>
    </w:p>
    <w:p>
      <w:r>
        <w:rPr>
          <w:b/>
        </w:rPr>
        <w:t xml:space="preserve">[40:34] </w:t>
      </w:r>
      <w:r>
        <w:t>koi bhi opportunities ki baat nahi karta,</w:t>
      </w:r>
    </w:p>
    <w:p>
      <w:pPr>
        <w:jc w:val="right"/>
      </w:pPr>
      <w:r>
        <w:t>کوئیبھی اپرچونیٹیزکیباتنہیںکرتا،</w:t>
      </w:r>
    </w:p>
    <w:p>
      <w:r>
        <w:rPr>
          <w:b/>
        </w:rPr>
        <w:t xml:space="preserve">[40:37] </w:t>
      </w:r>
      <w:r>
        <w:t>bas problem, problem, problem. Yeh to shaitani, ek shaitani yani behkawa hai, shaitani behkawa hai.</w:t>
      </w:r>
    </w:p>
    <w:p>
      <w:pPr>
        <w:jc w:val="right"/>
      </w:pPr>
      <w:r>
        <w:t>بس پرابلم،پرابلم،پرابلم۔ یہتو شیطانی، ایکشیطانی یعنی بہکاواہے، شیطانیبہکاواہے۔</w:t>
      </w:r>
    </w:p>
    <w:p>
      <w:r>
        <w:rPr>
          <w:b/>
        </w:rPr>
        <w:t xml:space="preserve">[40:48] </w:t>
      </w:r>
      <w:r>
        <w:t>shaitan ne hum ko hata diya hai Khuda wali soch se aur daal diya hai idhar jidhar hum kuch na paayein, is se yani is se bhatakte rahein.</w:t>
      </w:r>
    </w:p>
    <w:p>
      <w:pPr>
        <w:jc w:val="right"/>
      </w:pPr>
      <w:r>
        <w:t>شیطان نےہمکوہٹادیاہے خداوالی سوچسے اور ڈالدیاہے ادھر جدھرہم کچھنہ پائیں،اسسے یعنی اسسےبھٹکتےرہیں۔</w:t>
      </w:r>
    </w:p>
    <w:p>
      <w:r>
        <w:rPr>
          <w:b/>
        </w:rPr>
        <w:t xml:space="preserve">[41:02] </w:t>
      </w:r>
      <w:r>
        <w:t>dawati soch se hatane ke liye shaitan ne kya kiya?</w:t>
      </w:r>
    </w:p>
    <w:p>
      <w:pPr>
        <w:jc w:val="right"/>
      </w:pPr>
      <w:r>
        <w:t>دعوتی سوچسےہٹانےکےلیے شیطاننےکیا کیا؟</w:t>
      </w:r>
    </w:p>
    <w:p>
      <w:r>
        <w:rPr>
          <w:b/>
        </w:rPr>
        <w:t xml:space="preserve">[41:05] </w:t>
      </w:r>
      <w:r>
        <w:t>musalmanon ke andar problem wali soch mein in ko daal diya hai. Rozana subah ko problem padhte hain, woh yahan yeh problem hai, wahan woh problem hai, is ki is ki is ki charcha karte hain, is ki baatein karte hain.</w:t>
      </w:r>
    </w:p>
    <w:p>
      <w:pPr>
        <w:jc w:val="right"/>
      </w:pPr>
      <w:r>
        <w:t>مسلمانوںکےاندر پرابلم والیسوچمیںانکوڈالدیاہے۔ روزانہصبحکوپرابلمپڑھتےہیں،وہ یہاںیہ پرابلمہے،وہاںوہپرابلمہے،اسیاسیکیاسیکیچرچاکرتےہیں،اسیکیباتیںکرتے ہیں۔</w:t>
      </w:r>
    </w:p>
    <w:p>
      <w:r>
        <w:rPr>
          <w:b/>
        </w:rPr>
        <w:t xml:space="preserve">[41:19] </w:t>
      </w:r>
      <w:r>
        <w:t>aap jante hain ke is zamane mein bohat bara ek industry hai jis ko hum kehte hain media. Media ek industry hai, akhbarat jo nikalte hain woh ek industry hote hain,</w:t>
      </w:r>
    </w:p>
    <w:p>
      <w:pPr>
        <w:jc w:val="right"/>
      </w:pPr>
      <w:r>
        <w:t>آپجانتےہیںکہاسزمانےمیں بہت بڑا ایک انڈ سٹریہے جسکوہمکہتےہیں میڈیا۔ میڈیاایکانڈ سٹریہے، اخباراتجونکلتےہیںوہایکانڈسٹریہوتےہیں،</w:t>
      </w:r>
    </w:p>
    <w:p>
      <w:r>
        <w:rPr>
          <w:b/>
        </w:rPr>
        <w:t xml:space="preserve">[41:33] </w:t>
      </w:r>
      <w:r>
        <w:t>TV jo hai woh ek industry hai. Industry ka matlab ke interest ke liye kiya jata hai, interest ke liye.</w:t>
      </w:r>
    </w:p>
    <w:p>
      <w:pPr>
        <w:jc w:val="right"/>
      </w:pPr>
      <w:r>
        <w:t>ٹیویجوہےوہایکانڈسٹریہے۔ انڈسٹریکامطلب کہ انٹرسٹکےلیے کیاجاتاہے،انٹرسٹکےلیے۔</w:t>
      </w:r>
    </w:p>
    <w:p>
      <w:r>
        <w:rPr>
          <w:b/>
        </w:rPr>
        <w:t xml:space="preserve">[41:46] </w:t>
      </w:r>
      <w:r>
        <w:t>is bana par kya hua hai ke is zamane ke tamam jo media hai, is ka focus kya ho gaya hai?</w:t>
      </w:r>
    </w:p>
    <w:p>
      <w:pPr>
        <w:jc w:val="right"/>
      </w:pPr>
      <w:r>
        <w:t>اس بناپرکیاہواہےکہاسزمانےکےتمام جو میڈیاہے، اسکا فوکسکیاہوگیاہے؟</w:t>
      </w:r>
    </w:p>
    <w:p>
      <w:r>
        <w:rPr>
          <w:b/>
        </w:rPr>
        <w:t xml:space="preserve">[41:55] </w:t>
      </w:r>
      <w:r>
        <w:t>sensational news, chahe akhbar ho, chahe TV ho</w:t>
      </w:r>
    </w:p>
    <w:p>
      <w:pPr>
        <w:jc w:val="right"/>
      </w:pPr>
      <w:r>
        <w:t>سین سیشنلنیوز، چاہےاخبارہو،چاہےٹیویہو</w:t>
      </w:r>
    </w:p>
    <w:p>
      <w:r>
        <w:rPr>
          <w:b/>
        </w:rPr>
        <w:t xml:space="preserve">[41:59] </w:t>
      </w:r>
      <w:r>
        <w:t>. Kyun ke woh jante hain ke log jo hain sensational news ko bohat jald sunte hain, bohat jald padhte hain, is ki taraf attract hote hain.</w:t>
      </w:r>
    </w:p>
    <w:p>
      <w:pPr>
        <w:jc w:val="right"/>
      </w:pPr>
      <w:r>
        <w:t>۔ کیونکہوہجانتےہیں کہ لوگجوہے سین سیشنلنیوز کو بہت جلدسنتےہیں،بہتجلدپڑھتےہیں، اسکیطرفاٹریکٹہوتےہیں۔</w:t>
      </w:r>
    </w:p>
    <w:p>
      <w:r>
        <w:rPr>
          <w:b/>
        </w:rPr>
        <w:t xml:space="preserve">[42:09] </w:t>
      </w:r>
      <w:r>
        <w:t>to media ka kaam hai news ko sell karna</w:t>
      </w:r>
    </w:p>
    <w:p>
      <w:pPr>
        <w:jc w:val="right"/>
      </w:pPr>
      <w:r>
        <w:t>تو میڈیاکاکامہے نیوزکو سیلکرنا</w:t>
      </w:r>
    </w:p>
    <w:p>
      <w:r>
        <w:rPr>
          <w:b/>
        </w:rPr>
        <w:t xml:space="preserve">[42:15] </w:t>
      </w:r>
      <w:r>
        <w:t>aur jab market mein jis cheez ki jis cheez ki demand ho, usi ko to sell karega aadmi.</w:t>
      </w:r>
    </w:p>
    <w:p>
      <w:pPr>
        <w:jc w:val="right"/>
      </w:pPr>
      <w:r>
        <w:t>اورجب مارکیٹمیں جسچیز کی جسچیزکیڈیمانڈہو،اسیکوتوسیلکرےگاآدمی۔</w:t>
      </w:r>
    </w:p>
    <w:p>
      <w:r>
        <w:rPr>
          <w:b/>
        </w:rPr>
        <w:t xml:space="preserve">[42:25] </w:t>
      </w:r>
      <w:r>
        <w:t>to market mein demand, demand hai sensational news ki. To media isi ko chhapta hai, isi ko phailata hai.</w:t>
      </w:r>
    </w:p>
    <w:p>
      <w:pPr>
        <w:jc w:val="right"/>
      </w:pPr>
      <w:r>
        <w:t>تو مارکیٹمیں ڈیمانڈ،ڈیمانڈہے سین سیشنلنیوزکی۔ تو میڈیا اسیکو چھاپتاہے،اسیکوپھیلاتاہے۔</w:t>
      </w:r>
    </w:p>
    <w:p>
      <w:r>
        <w:rPr>
          <w:b/>
        </w:rPr>
        <w:t xml:space="preserve">[42:37] </w:t>
      </w:r>
      <w:r>
        <w:t>to dhoond dhoond kar aisi baatein layenge, dhoond dhoond kar.</w:t>
      </w:r>
    </w:p>
    <w:p>
      <w:pPr>
        <w:jc w:val="right"/>
      </w:pPr>
      <w:r>
        <w:t>تو ڈھونڈڈھونڈکرایسیباتیںلائیںگے، ڈھونڈڈھونڈکر۔</w:t>
      </w:r>
    </w:p>
    <w:p>
      <w:r>
        <w:rPr>
          <w:b/>
        </w:rPr>
        <w:t xml:space="preserve">[42:47] </w:t>
      </w:r>
      <w:r>
        <w:t>main apna ek qissa bataoon aap ko. Ek martaba main bahar gaya hua tha to hawai jahaz mein jo akhbar hote hain, us ko maine parha.</w:t>
      </w:r>
    </w:p>
    <w:p>
      <w:pPr>
        <w:jc w:val="right"/>
      </w:pPr>
      <w:r>
        <w:t>میں اپناایکقصہبتاؤںآپکو۔ ایک مرتبہمیںباہرگیا ہواتھا تو ہوائیجہازمیں جو اخبارہوتےہیں، اسکومیںنےپڑھا۔</w:t>
      </w:r>
    </w:p>
    <w:p>
      <w:r>
        <w:rPr>
          <w:b/>
        </w:rPr>
        <w:t xml:space="preserve">[43:00] </w:t>
      </w:r>
      <w:r>
        <w:t>to is mein ek Urdu ka Pakistani akhbar jahaz mein</w:t>
      </w:r>
    </w:p>
    <w:p>
      <w:pPr>
        <w:jc w:val="right"/>
      </w:pPr>
      <w:r>
        <w:t>تو اسمیں ایک ارد وکا پاکستانی اخبار جہازمیں</w:t>
      </w:r>
    </w:p>
    <w:p>
      <w:r>
        <w:rPr>
          <w:b/>
        </w:rPr>
        <w:t xml:space="preserve">[43:09] </w:t>
      </w:r>
      <w:r>
        <w:t>tu as mein likha huwa tha, yaani headline thi: "bharat mein fasad, bharat mein hindu muslim fasad" . bharat ka lafz tha.</w:t>
      </w:r>
    </w:p>
    <w:p>
      <w:pPr>
        <w:jc w:val="right"/>
      </w:pPr>
      <w:r>
        <w:t>تواس میں لکھاہواتھا، یعنی ہیڈلائنتھی: "بھارتمیں فساد ،بھارت میں ہندو مسلمفساد" ۔بھارت کالفظتھا۔</w:t>
      </w:r>
    </w:p>
    <w:p>
      <w:r>
        <w:rPr>
          <w:b/>
        </w:rPr>
        <w:t xml:space="preserve">[43:24] </w:t>
      </w:r>
      <w:r>
        <w:t>ab mein jab airport pe aata to mein is tarah ke jab saare bharat mein fasad ho raha hai to dehli mein fasad hoga. to bohat is mein tha ke ke kiya pata yeh halaat honge dehli mein.</w:t>
      </w:r>
    </w:p>
    <w:p>
      <w:pPr>
        <w:jc w:val="right"/>
      </w:pPr>
      <w:r>
        <w:t>ابمیںجب ایئرپورٹپہاتراتومیںاسطرح کہ جب سارےبھارت میںفسادہورہاہےتویہدلیمیںفسادہوگا۔ تو بہت اسمیںتھاکہ کہکیا پتہیہحالاتہوںگےدلیمیں۔</w:t>
      </w:r>
    </w:p>
    <w:p>
      <w:r>
        <w:rPr>
          <w:b/>
        </w:rPr>
        <w:t xml:space="preserve">[43:36] </w:t>
      </w:r>
      <w:r>
        <w:t>to airport se utar kar mein ne jaa ke telephone karoon ghar walon ko to telephone mila na dein. to behal dar dar te dar te aaya to yahan kuch bhi nahi tha.</w:t>
      </w:r>
    </w:p>
    <w:p>
      <w:pPr>
        <w:jc w:val="right"/>
      </w:pPr>
      <w:r>
        <w:t>توایئرپورٹسےاترکرمیںنےجاکےٹیلیفونکروںگھروالوںکو تو ٹیلیفونملانہیں۔ تو بہرحال ڈرڈ رتےڈرتےآیا تویہاںکچھبھینہیں تھا۔</w:t>
      </w:r>
    </w:p>
    <w:p>
      <w:r>
        <w:rPr>
          <w:b/>
        </w:rPr>
        <w:t xml:space="preserve">[43:50] </w:t>
      </w:r>
      <w:r>
        <w:t>ek chota sa waqea tha, ek choti si call thi dehli mein,</w:t>
      </w:r>
    </w:p>
    <w:p>
      <w:pPr>
        <w:jc w:val="right"/>
      </w:pPr>
      <w:r>
        <w:t>ایک چھوٹاسا واقعہتھا، ایک چھوٹیسی کال ونیہےدلیمیں،</w:t>
      </w:r>
    </w:p>
    <w:p>
      <w:r>
        <w:rPr>
          <w:b/>
        </w:rPr>
        <w:t xml:space="preserve">[43:59] </w:t>
      </w:r>
      <w:r>
        <w:t>ek unauthorized colony hai kehey, choti si dehli mein. wahan par kuch do, ek musalman, ek hindu mein jhagda ho gaya tha.</w:t>
      </w:r>
    </w:p>
    <w:p>
      <w:pPr>
        <w:jc w:val="right"/>
      </w:pPr>
      <w:r>
        <w:t>اناتھورائزڈکالونیایکہے، چھوٹیسیدلیمیں۔ وہاںپر کچھ دو ،ایک مسلمان،ایکہندو ؤںمیںجھگڑاہوگیاتھا۔</w:t>
      </w:r>
    </w:p>
    <w:p>
      <w:r>
        <w:rPr>
          <w:b/>
        </w:rPr>
        <w:t xml:space="preserve">[44:06] </w:t>
      </w:r>
      <w:r>
        <w:t>wahan kuch is ka qissa ho gaya tha. to us waqt chapa: "bharat mein hindu muslim fasad". yeh karta hai hara akhbar, yeh karta hai.</w:t>
      </w:r>
    </w:p>
    <w:p>
      <w:pPr>
        <w:jc w:val="right"/>
      </w:pPr>
      <w:r>
        <w:t>وہاںکچھ اسکا قصہہواتھا۔ تواسوقت چھاپا: "بھارتمیں ہندو مسلمفساد"۔ یہیکرتاہےہراخبار،یہیکرتاہے۔</w:t>
      </w:r>
    </w:p>
    <w:p>
      <w:r>
        <w:rPr>
          <w:b/>
        </w:rPr>
        <w:t xml:space="preserve">[44:17] </w:t>
      </w:r>
      <w:r>
        <w:t>dhoond kar ke matlab saari india mein hazaron news thi, hazaron news un ko nahi chhapna tha, chhapna tha kiya news? ek choti si news.</w:t>
      </w:r>
    </w:p>
    <w:p>
      <w:pPr>
        <w:jc w:val="right"/>
      </w:pPr>
      <w:r>
        <w:t>ڈھونڈکرکےمطلب ساریانڈیا میں ہزاروںنیوزتھیں، ہزاروںنیوزانکونہیںچھاپناتھا،چھاپناتھاکیانیوز؟ایکچھوٹیسینیوز۔</w:t>
      </w:r>
    </w:p>
    <w:p>
      <w:r>
        <w:rPr>
          <w:b/>
        </w:rPr>
        <w:t xml:space="preserve">[44:30] </w:t>
      </w:r>
      <w:r>
        <w:t>to ise aaj kal kiya haal hai sab ka ke TV dekhte hain, akhbar parhte hain, is se woh apna mind banate hain.</w:t>
      </w:r>
    </w:p>
    <w:p>
      <w:pPr>
        <w:jc w:val="right"/>
      </w:pPr>
      <w:r>
        <w:t>تو اسے آجکل کیا حالہے سبکا کہ ٹیویدیکھتےہیں، اخبارپڑھتےہیں، اسیسے وہاپنامائنڈبناتےہیں۔</w:t>
      </w:r>
    </w:p>
    <w:p>
      <w:r>
        <w:rPr>
          <w:b/>
        </w:rPr>
        <w:t xml:space="preserve">[44:43] </w:t>
      </w:r>
      <w:r>
        <w:t>aur jo TV hai, jo akhbar hai, is ka culture kiya hai? sensational news ko dhoond dhoond kar, dhoond dhoond kar lana, un ko numaya karna.</w:t>
      </w:r>
    </w:p>
    <w:p>
      <w:pPr>
        <w:jc w:val="right"/>
      </w:pPr>
      <w:r>
        <w:t>اور جو ٹیویہے،جو اخبارہے، اسکا کلچرکیاہے؟ سین سیشنلنیوزکوڈھونڈڈھونڈکر،ڈھونڈڈھونڈکرلانا، انکو نمای اںکرنا۔</w:t>
      </w:r>
    </w:p>
    <w:p>
      <w:r>
        <w:rPr>
          <w:b/>
        </w:rPr>
        <w:t xml:space="preserve">[44:56] </w:t>
      </w:r>
      <w:r>
        <w:t>to is se musalmanon ka zehan baney. aa</w:t>
      </w:r>
    </w:p>
    <w:p>
      <w:pPr>
        <w:jc w:val="right"/>
      </w:pPr>
      <w:r>
        <w:t>تو اسسے مس لمانوںکاذہنبناہے۔ آ</w:t>
      </w:r>
    </w:p>
    <w:p>
      <w:r>
        <w:rPr>
          <w:b/>
        </w:rPr>
        <w:t xml:space="preserve">[45:00] </w:t>
      </w:r>
      <w:r>
        <w:t>jis ka musalman jo hai, is ka zehan Quran ne nahi banaya hai, hadith ne nahi banaya hai, zehan banaya hai akhbaron ne, TV ne.</w:t>
      </w:r>
    </w:p>
    <w:p>
      <w:pPr>
        <w:jc w:val="right"/>
      </w:pPr>
      <w:r>
        <w:t>جکا مسلمانجوہے،اسکاذہنقرآننےنہیںبنایاہے، حدیثنےنہیںبنایاہے، ذہنبنایاہےاخباروںنے ، ٹیوینے۔</w:t>
      </w:r>
    </w:p>
    <w:p>
      <w:r>
        <w:rPr>
          <w:b/>
        </w:rPr>
        <w:t xml:space="preserve">[45:10] </w:t>
      </w:r>
      <w:r>
        <w:t>yeh kitni kitni ajeeb baat hai! yeh musalman ka zehan banana chahiye Quran se, hadith se, Allah ki baaton se.</w:t>
      </w:r>
    </w:p>
    <w:p>
      <w:pPr>
        <w:jc w:val="right"/>
      </w:pPr>
      <w:r>
        <w:t>یہ کتنی کتنیعجیبباتہے!یہ مس لمانکاذہنبنناچاہیےقرآنسے ،حدیثسے، اللہ کیباتوںسے۔</w:t>
      </w:r>
    </w:p>
    <w:p>
      <w:r>
        <w:rPr>
          <w:b/>
        </w:rPr>
        <w:t xml:space="preserve">[45:22] </w:t>
      </w:r>
      <w:r>
        <w:t>kis se ban raha hai? media se. aur media kiya hai?</w:t>
      </w:r>
    </w:p>
    <w:p>
      <w:pPr>
        <w:jc w:val="right"/>
      </w:pPr>
      <w:r>
        <w:t>کسسےبنرہاہے؟ میڈیاسے ۔ اورمیڈیاکیاہے؟</w:t>
      </w:r>
    </w:p>
    <w:p>
      <w:r>
        <w:rPr>
          <w:b/>
        </w:rPr>
        <w:t xml:space="preserve">[45:28] </w:t>
      </w:r>
      <w:r>
        <w:t>wo selective news deta hai, selective news, yaani saari news nahi deta kehne ke liye. to wo news industry hai, lekin yeh galat baat hai.</w:t>
      </w:r>
    </w:p>
    <w:p>
      <w:pPr>
        <w:jc w:val="right"/>
      </w:pPr>
      <w:r>
        <w:t>وہ سل یکٹیونیوزدیتاہے،سلیکٹیونیوز، یعنی سارینیوزنہیںدیتا کہنےکےلیے۔تووہ نیوزانڈسٹریہے، لیکن یہغلطباتہے۔</w:t>
      </w:r>
    </w:p>
    <w:p>
      <w:r>
        <w:rPr>
          <w:b/>
        </w:rPr>
        <w:t xml:space="preserve">[45:38] </w:t>
      </w:r>
      <w:r>
        <w:t>media news industry nahi hai, wo to sirf selective news ki industry hai, selective. wo bhi kaun sa sensational news?</w:t>
      </w:r>
    </w:p>
    <w:p>
      <w:pPr>
        <w:jc w:val="right"/>
      </w:pPr>
      <w:r>
        <w:t>میڈیانیوز انڈسٹرینہیںہے، وہ تو صرف سلیکٹیونیوزکیانڈسٹریہے،سلیکٹیو۔ وہبھیکونسا سینسیشنلنیوز؟</w:t>
      </w:r>
    </w:p>
    <w:p>
      <w:r>
        <w:rPr>
          <w:b/>
        </w:rPr>
        <w:t xml:space="preserve">[45:50] </w:t>
      </w:r>
      <w:r>
        <w:t>sensational news! to hamein apne is zehan ko badalna hoga,</w:t>
      </w:r>
    </w:p>
    <w:p>
      <w:pPr>
        <w:jc w:val="right"/>
      </w:pPr>
      <w:r>
        <w:t>سینسیشنلنیوز! تو ہمیں اپنے اس ذہنکوبدلناہوگا،</w:t>
      </w:r>
    </w:p>
    <w:p>
      <w:r>
        <w:rPr>
          <w:b/>
        </w:rPr>
        <w:t xml:space="preserve">[45:58] </w:t>
      </w:r>
      <w:r>
        <w:t>tab ja kar hum Allah wali baaton ko samajh payein ge. tab hum Allah ka jo itna bara inaam hai, jis ko bataya ja raha hai Quran o hadith mein, is ko hum jaan payein ge.</w:t>
      </w:r>
    </w:p>
    <w:p>
      <w:pPr>
        <w:jc w:val="right"/>
      </w:pPr>
      <w:r>
        <w:t>تب جاکرہم اللہ والی باتوںکوسمجھپائیںگے۔ تب ہماللہ کاجو اتنابڑاانعامہے، جسکوبتایاجارہاہےقرآنوحدیثمیں،اسکوہمجانپائیںگے۔</w:t>
      </w:r>
    </w:p>
    <w:p>
      <w:r>
        <w:rPr>
          <w:b/>
        </w:rPr>
        <w:t xml:space="preserve">[46:08] </w:t>
      </w:r>
      <w:r>
        <w:t>tab ja kar apni zindagi ka orientation badlein ge. orientation! abhi to orientation hi galat hai,</w:t>
      </w:r>
    </w:p>
    <w:p>
      <w:pPr>
        <w:jc w:val="right"/>
      </w:pPr>
      <w:r>
        <w:t>تب جاکر اپنی زندگی کااورینٹیشنبدلیںگے۔اورینٹیشن! ابھیتواورینٹیشنہیغلطہے،</w:t>
      </w:r>
    </w:p>
    <w:p>
      <w:r>
        <w:rPr>
          <w:b/>
        </w:rPr>
        <w:t xml:space="preserve">[46:18] </w:t>
      </w:r>
      <w:r>
        <w:t>abhi to orientation hi galat hai.</w:t>
      </w:r>
    </w:p>
    <w:p>
      <w:pPr>
        <w:jc w:val="right"/>
      </w:pPr>
      <w:r>
        <w:t>ابھیتواورینٹیشنہیغلطہے۔</w:t>
      </w:r>
    </w:p>
    <w:p>
      <w:r>
        <w:rPr>
          <w:b/>
        </w:rPr>
        <w:t xml:space="preserve">[46:25] </w:t>
      </w:r>
      <w:r>
        <w:t>to ab mein yeh arz karna chahoon ga ke Allah ki kitab ke mutabiq musalman ka ya imaan ka</w:t>
      </w:r>
    </w:p>
    <w:p>
      <w:pPr>
        <w:jc w:val="right"/>
      </w:pPr>
      <w:r>
        <w:t>تو ابمیں یہعرضکرناچاہوںگاکہاللہ کے کیکتاب کےمطابق مس لمانکا یا الایمانکا</w:t>
      </w:r>
    </w:p>
    <w:p>
      <w:r>
        <w:rPr>
          <w:b/>
        </w:rPr>
        <w:t xml:space="preserve">[46:39] </w:t>
      </w:r>
      <w:r>
        <w:t>nishaan kiya hona chahiye? sirf do nishaan: marifat aur dawat. marifat ka matlab hai self realization,</w:t>
      </w:r>
    </w:p>
    <w:p>
      <w:pPr>
        <w:jc w:val="right"/>
      </w:pPr>
      <w:r>
        <w:t>نشان ہکیاہوناچاہیے؟ صرف دونشان ہ: معرفت اور دعوت ۔ معرفتکامطلبہے سیلف ریلائزی شن،</w:t>
      </w:r>
    </w:p>
    <w:p>
      <w:r>
        <w:rPr>
          <w:b/>
        </w:rPr>
        <w:t xml:space="preserve">[46:54] </w:t>
      </w:r>
      <w:r>
        <w:t>yaani apne aap ko itna aap develop karein, apni samajh ko itna zyada apne andar intellectual development laayein ke Allah ko aap discovery ke darje mein pa sakein.</w:t>
      </w:r>
    </w:p>
    <w:p>
      <w:pPr>
        <w:jc w:val="right"/>
      </w:pPr>
      <w:r>
        <w:t>یعنی اپنےآپ کو اتنا آپ ڈیولپکریں، اپنی سمجھکو اتنا زیادہ اپنے اندر انٹلیکچولڈیولپمنٹلائیں کہاللہ کو آپ ڈسکوریکےدرج ےمیںپاسکیں۔</w:t>
      </w:r>
    </w:p>
    <w:p>
      <w:r>
        <w:rPr>
          <w:b/>
        </w:rPr>
        <w:t xml:space="preserve">[47:09] </w:t>
      </w:r>
      <w:r>
        <w:t>abhi to hum ne paya hai sirf kalma parh kar ke, kalma parh liya aur samajhte hain ke Allah mil gaya. Allah nahi mila hai! Allah ko paane wala woh hai jis ne discovery ke darje mein Allah ko paya ho.</w:t>
      </w:r>
    </w:p>
    <w:p>
      <w:pPr>
        <w:jc w:val="right"/>
      </w:pPr>
      <w:r>
        <w:t>ابھیتوہمنے پایاہےصرف کلمہپڑھکرکے، کلمہپڑھلیااورسمجھتےہیںکہاللہ ملگیا۔ اللہ نہیںملاہے! اللہ کو پاناوالاوہہے جسنے ڈسکوریکےدرجےمیںاللہکوپایاہو ۔</w:t>
      </w:r>
    </w:p>
    <w:p>
      <w:r>
        <w:rPr>
          <w:b/>
        </w:rPr>
        <w:t xml:space="preserve">[47:23] </w:t>
      </w:r>
      <w:r>
        <w:t>yeh marifat hai.</w:t>
      </w:r>
    </w:p>
    <w:p>
      <w:pPr>
        <w:jc w:val="right"/>
      </w:pPr>
      <w:r>
        <w:t>یہ معرفت ہے۔</w:t>
      </w:r>
    </w:p>
    <w:p>
      <w:r>
        <w:rPr>
          <w:b/>
        </w:rPr>
        <w:t xml:space="preserve">[47:28] </w:t>
      </w:r>
      <w:r>
        <w:t>karne kalma parhne wale ne Allah ko nahi paya hai.</w:t>
      </w:r>
    </w:p>
    <w:p>
      <w:pPr>
        <w:jc w:val="right"/>
      </w:pPr>
      <w:r>
        <w:t>کرنے کلمہپڑھنےوالے نے اللہ کونہیںپایاہے۔</w:t>
      </w:r>
    </w:p>
    <w:p>
      <w:r>
        <w:rPr>
          <w:b/>
        </w:rPr>
        <w:t xml:space="preserve">[47:36] </w:t>
      </w:r>
      <w:r>
        <w:t>toujab aap quran mein ghore karengay, jab aap naitur mein ghore karengay, zameen o aasman mein ghore karengay,</w:t>
      </w:r>
    </w:p>
    <w:p>
      <w:pPr>
        <w:jc w:val="right"/>
      </w:pPr>
      <w:r>
        <w:t>توجبآپ قرآنمیںغورکریںگے، جب آپ نیچرمیں غورکریںگے، زمین وآسمانمیںغورکریںگے،</w:t>
      </w:r>
    </w:p>
    <w:p>
      <w:r>
        <w:rPr>
          <w:b/>
        </w:rPr>
        <w:t xml:space="preserve">[47:47] </w:t>
      </w:r>
      <w:r>
        <w:t>jaisa ke quran mein bar bar kaha gaya hai ke zameen o aasman ko socho, zameen o aasman par ghore karo, yaani matlab naitur par ghore karo.</w:t>
      </w:r>
    </w:p>
    <w:p>
      <w:pPr>
        <w:jc w:val="right"/>
      </w:pPr>
      <w:r>
        <w:t>جیسا کہ قرآنمیں باربار کہاگیاہے کہ زمین وآسمانکوسوچو، زمین وآسمانپرغورکرو، یعنیمطلبنیچر پر غورکرو۔</w:t>
      </w:r>
    </w:p>
    <w:p>
      <w:r>
        <w:rPr>
          <w:b/>
        </w:rPr>
        <w:t xml:space="preserve">[47:57] </w:t>
      </w:r>
      <w:r>
        <w:t>tou jab aap quran mein ghore karengay, allah ke creation par ghore karengay, rasool aur ashaab rasool ki zindagi on par ghore karengay, tab ja kar aisa ho ga ke aap ko marifat milay gi. marifat! marifat wala inaam!</w:t>
      </w:r>
    </w:p>
    <w:p>
      <w:pPr>
        <w:jc w:val="right"/>
      </w:pPr>
      <w:r>
        <w:t>تو جب آپ قرآنمیںغورکریںگے، اللہ کے کریشن پرغورکریںگے، رسول اوراصحابرسولکیزندگی وںپرغورکریںگے، تب جاکرایساہوگاکہآپکومعرفتملےگی۔معرفت!معرفتوالاانعام!</w:t>
      </w:r>
    </w:p>
    <w:p>
      <w:r>
        <w:rPr>
          <w:b/>
        </w:rPr>
        <w:t xml:space="preserve">[48:14] </w:t>
      </w:r>
      <w:r>
        <w:t>marifat wala inaam ka matlab kya hai?</w:t>
      </w:r>
    </w:p>
    <w:p>
      <w:pPr>
        <w:jc w:val="right"/>
      </w:pPr>
      <w:r>
        <w:t>معرفتوالاانعامکامطلبکیاہے؟</w:t>
      </w:r>
    </w:p>
    <w:p>
      <w:r>
        <w:rPr>
          <w:b/>
        </w:rPr>
        <w:t xml:space="preserve">[48:17] </w:t>
      </w:r>
      <w:r>
        <w:t>discovery ke darjay mein paya hua iman, daryaft ke darjay mein paya hua iman. tou jab discovery ke darjay mein milta hai iman, tou saada baat nahi hoti.</w:t>
      </w:r>
    </w:p>
    <w:p>
      <w:pPr>
        <w:jc w:val="right"/>
      </w:pPr>
      <w:r>
        <w:t>ڈسکوری کے درجےمیں پایاہوا ایمان، دریا فتکے درجےمیںپایاہواایمان۔ توجب ڈسکوریکےدرجےمیںملتاہےایمان، تو سادہباتنہیںہوتی۔</w:t>
      </w:r>
    </w:p>
    <w:p>
      <w:r>
        <w:rPr>
          <w:b/>
        </w:rPr>
        <w:t xml:space="preserve">[48:30] </w:t>
      </w:r>
      <w:r>
        <w:t>woh aik baray start mein hota hai, woh aap ke andar aik samandari halchal paida karta hai, aap ke andar aik chashma jari ho jata hai allah par yaqeen ka, allah se taluq ka.</w:t>
      </w:r>
    </w:p>
    <w:p>
      <w:pPr>
        <w:jc w:val="right"/>
      </w:pPr>
      <w:r>
        <w:t>وہایکبریناسٹارٹمیںہوتاہے، وہآپکےاندرایک سم ندریہلچلپیدا کرتاہے، آپ کےاندرایک چشمہجاریہوجاتاہےاللہ پہیقینکا، اللہ سے تعلقکا ۔</w:t>
      </w:r>
    </w:p>
    <w:p>
      <w:r>
        <w:rPr>
          <w:b/>
        </w:rPr>
        <w:t xml:space="preserve">[48:44] </w:t>
      </w:r>
      <w:r>
        <w:t>tou woh jab iman hasil hota hai, tab ja kar aap ke andar woh personality banti hai jo personality jannat mein dakhil karne ke qabil ho.</w:t>
      </w:r>
    </w:p>
    <w:p>
      <w:pPr>
        <w:jc w:val="right"/>
      </w:pPr>
      <w:r>
        <w:t>تو وہ جب ایمانحاصل ہوتاہے،تب جاکرآپکےاندر وہپرسنیلٹیبنتیہے جو پرسنیلٹی جنتمیں داخلکرنےکےقابلہو ۔</w:t>
      </w:r>
    </w:p>
    <w:p>
      <w:r>
        <w:rPr>
          <w:b/>
        </w:rPr>
        <w:t xml:space="preserve">[48:55] </w:t>
      </w:r>
      <w:r>
        <w:t>sirf kalma parh kar jannat nahi mile gi, zalka jaza munta za, yaani baqida shakhsiyat banane se jannat mile gi.</w:t>
      </w:r>
    </w:p>
    <w:p>
      <w:pPr>
        <w:jc w:val="right"/>
      </w:pPr>
      <w:r>
        <w:t>صرفکلمہپڑھکرجنتنہیںملےگی، ذ الک جز ا منت زکا، یعنیبد قہشخص یت بنانےسے جنتملےگی۔</w:t>
      </w:r>
    </w:p>
    <w:p>
      <w:r>
        <w:rPr>
          <w:b/>
        </w:rPr>
        <w:t xml:space="preserve">[49:06] </w:t>
      </w:r>
      <w:r>
        <w:t>baqida shakhsiyat ka matlab kya hai?</w:t>
      </w:r>
    </w:p>
    <w:p>
      <w:pPr>
        <w:jc w:val="right"/>
      </w:pPr>
      <w:r>
        <w:t>بد قہشخص یتکامطلبکیاہے؟</w:t>
      </w:r>
    </w:p>
    <w:p>
      <w:r>
        <w:rPr>
          <w:b/>
        </w:rPr>
        <w:t xml:space="preserve">[49:08] </w:t>
      </w:r>
      <w:r>
        <w:t>woh personality jis ke andar marifat ho, woh personality jis ke andar allah ka ghar hai, yaqeen ho, woh personality jis ke andar allah se muhabbat shadeed aur khauf shadeed ho,</w:t>
      </w:r>
    </w:p>
    <w:p>
      <w:pPr>
        <w:jc w:val="right"/>
      </w:pPr>
      <w:r>
        <w:t>وہ پرسنیلٹیجسکےاندرمعرفت ہو، وہ پرسنیلٹیجسکےاندر اللہ کا گھرہے،یقینہو ، وہ پرسنیلٹیجسکےاندر اللہ سے حبشدیداورخوف شدیدہو،</w:t>
      </w:r>
    </w:p>
    <w:p>
      <w:r>
        <w:rPr>
          <w:b/>
        </w:rPr>
        <w:t xml:space="preserve">[49:24] </w:t>
      </w:r>
      <w:r>
        <w:t>woh personality jis mein allah uska sole consultant ban gaya ho.</w:t>
      </w:r>
    </w:p>
    <w:p>
      <w:pPr>
        <w:jc w:val="right"/>
      </w:pPr>
      <w:r>
        <w:t>وہ پرسنیلٹی جسمیں اللہ اسکا سولکنسنٹبنگیاہو ۔</w:t>
      </w:r>
    </w:p>
    <w:p>
      <w:r>
        <w:rPr>
          <w:b/>
        </w:rPr>
        <w:t xml:space="preserve">[49:33] </w:t>
      </w:r>
      <w:r>
        <w:t>tab ja kar aadmi is qabil hota hai ke aakhir mein woh jannat mein dakhle ke liye uska intikhab kiya jaye.</w:t>
      </w:r>
    </w:p>
    <w:p>
      <w:pPr>
        <w:jc w:val="right"/>
      </w:pPr>
      <w:r>
        <w:t>تب جاکرآدمیاسقابلہوتاہےکہ آخرتمیںوہ جنت میں داخلےکےلیے اسکا انتخاب کیا جائے۔</w:t>
      </w:r>
    </w:p>
    <w:p>
      <w:r>
        <w:rPr>
          <w:b/>
        </w:rPr>
        <w:t xml:space="preserve">[49:44] </w:t>
      </w:r>
      <w:r>
        <w:t>doosri cheez hai dawat allah, yaani jis haqeeqat ko aap ne apne liye paya hai, jis sachai ko aap ne apne liye jana hai, us ko doosron tak pohnchana.</w:t>
      </w:r>
    </w:p>
    <w:p>
      <w:pPr>
        <w:jc w:val="right"/>
      </w:pPr>
      <w:r>
        <w:t>دوسریچیزہےدعوت اللہ ،یعنیجسحقیقتکوآپ نے اپنے لیے پایاہے، جس سچائیکوآپنےاپنےلیے جاناہے، اسکو دوسروںتکپہنچ انا۔</w:t>
      </w:r>
    </w:p>
    <w:p>
      <w:r>
        <w:rPr>
          <w:b/>
        </w:rPr>
        <w:t xml:space="preserve">[49:59] </w:t>
      </w:r>
      <w:r>
        <w:t>aur yeh doosron tak pohnchana yeh allah ka kaam hai,</w:t>
      </w:r>
    </w:p>
    <w:p>
      <w:pPr>
        <w:jc w:val="right"/>
      </w:pPr>
      <w:r>
        <w:t>اوریہدوسروںتکپہنچانا یہ اللہ کاکامہے،</w:t>
      </w:r>
    </w:p>
    <w:p>
      <w:r>
        <w:rPr>
          <w:b/>
        </w:rPr>
        <w:t xml:space="preserve">[50:03] </w:t>
      </w:r>
      <w:r>
        <w:t>isi liye paighambar bheje gaye. quran mein aaya hai ke rusul mubashireen wa munzireen: "la allah yakun li nas allah baad al rusul".</w:t>
      </w:r>
    </w:p>
    <w:p>
      <w:pPr>
        <w:jc w:val="right"/>
      </w:pPr>
      <w:r>
        <w:t>اسیلیے پیغمبربھیجےگئے۔ قرآنمیںآیاہے کہ رس لم مبشرین ومنظرین :"لا اللہ یک ون لل ناس اللہ بعد الرسول"۔</w:t>
      </w:r>
    </w:p>
    <w:p>
      <w:r>
        <w:rPr>
          <w:b/>
        </w:rPr>
        <w:t xml:space="preserve">[50:17] </w:t>
      </w:r>
      <w:r>
        <w:t>yeh ayat surah nisa mein hai,</w:t>
      </w:r>
    </w:p>
    <w:p>
      <w:pPr>
        <w:jc w:val="right"/>
      </w:pPr>
      <w:r>
        <w:t>یہآیتسورہ النساءمیںہے،</w:t>
      </w:r>
    </w:p>
    <w:p>
      <w:r>
        <w:rPr>
          <w:b/>
        </w:rPr>
        <w:t xml:space="preserve">[50:20] </w:t>
      </w:r>
      <w:r>
        <w:t>yaani allah ne bheje paighambar basharat dene wale aur darane wale</w:t>
      </w:r>
    </w:p>
    <w:p>
      <w:pPr>
        <w:jc w:val="right"/>
      </w:pPr>
      <w:r>
        <w:t>یعنیاللہ نےبھیجے پیغمبر بش ارتدینےوالے اور ڈرانے والے</w:t>
      </w:r>
    </w:p>
    <w:p>
      <w:r>
        <w:rPr>
          <w:b/>
        </w:rPr>
        <w:t xml:space="preserve">[50:31] </w:t>
      </w:r>
      <w:r>
        <w:t>ta ke allah par log hujjat na rahe.</w:t>
      </w:r>
    </w:p>
    <w:p>
      <w:pPr>
        <w:jc w:val="right"/>
      </w:pPr>
      <w:r>
        <w:t>تاکہ اللہ پرلوگ حجتنہرہے۔</w:t>
      </w:r>
    </w:p>
    <w:p>
      <w:r>
        <w:rPr>
          <w:b/>
        </w:rPr>
        <w:t xml:space="preserve">[50:38] </w:t>
      </w:r>
      <w:r>
        <w:t>"la allah yakun li nas aur allah hujjat baad al rusul" yaani aap jante hain ke allah ta'ala aik din aanay wala hai jab ke saare insaan mar chuke hon ge.</w:t>
      </w:r>
    </w:p>
    <w:p>
      <w:pPr>
        <w:jc w:val="right"/>
      </w:pPr>
      <w:r>
        <w:t>"لا اللہ یکون للناس اوراللہ حجت بعد الرسول"یعنی آپجانتےہیںکہ اللہ تعالی ایکدن آن ےوالاہے جب کہسارےانسان مرچکےہوںگے۔</w:t>
      </w:r>
    </w:p>
    <w:p>
      <w:r>
        <w:rPr>
          <w:b/>
        </w:rPr>
        <w:t xml:space="preserve">[50:52] </w:t>
      </w:r>
      <w:r>
        <w:t>saare hi insaan hajj ke maidan mein ikhathe kiye jayen ge, tamam insaan, tamam insaan.</w:t>
      </w:r>
    </w:p>
    <w:p>
      <w:pPr>
        <w:jc w:val="right"/>
      </w:pPr>
      <w:r>
        <w:t>سارےہیانسان حجکےمیدانمیںاکٹھاکیےجائیںگے، تمام انسان،تمام انسان۔</w:t>
      </w:r>
    </w:p>
    <w:p>
      <w:r>
        <w:rPr>
          <w:b/>
        </w:rPr>
        <w:t xml:space="preserve">[51:00] </w:t>
      </w:r>
      <w:r>
        <w:t>us waqt logon ko maloom hoga ke kamyab woh hai jis ke liye jannat ka faisla hua, nakaam woh hai jis ko jahannum jis ke liye muqaddar, jis ke liye ho gaya.</w:t>
      </w:r>
    </w:p>
    <w:p>
      <w:pPr>
        <w:jc w:val="right"/>
      </w:pPr>
      <w:r>
        <w:t>اسوقت لوگ وںکومعلومہوگا کہ کامیابوہہے جسکے لیےجنتکافیصلہہوا ، ناکاموہہے جسکو جہنم جسکےلیے مق در،جسکےلیےہوگئی۔</w:t>
      </w:r>
    </w:p>
    <w:p>
      <w:r>
        <w:rPr>
          <w:b/>
        </w:rPr>
        <w:t xml:space="preserve">[51:16] </w:t>
      </w:r>
      <w:r>
        <w:t>us waqt insaan chekhe ga</w:t>
      </w:r>
    </w:p>
    <w:p>
      <w:pPr>
        <w:jc w:val="right"/>
      </w:pPr>
      <w:r>
        <w:t>اسوقت انسانچیخےگا</w:t>
      </w:r>
    </w:p>
    <w:p>
      <w:r>
        <w:rPr>
          <w:b/>
        </w:rPr>
        <w:t xml:space="preserve">[51:22] </w:t>
      </w:r>
      <w:r>
        <w:t>tou allah ta'ala ko'i manzoor, ko'i yeh nahi keh saka us din ke hum ko toh pata nahi tha ke maut ke baad yeh sab hone wala hai.</w:t>
      </w:r>
    </w:p>
    <w:p>
      <w:pPr>
        <w:jc w:val="right"/>
      </w:pPr>
      <w:r>
        <w:t>تواللہ تعالی کوئیمنظور،کوئییہنہیںکہہسکااسدن کہہمکوتوپتہنہیںتھا کہ موتکےبعدیہسبہونےوالاہے۔</w:t>
      </w:r>
    </w:p>
    <w:p>
      <w:r>
        <w:rPr>
          <w:b/>
        </w:rPr>
        <w:t xml:space="preserve">[51:30] </w:t>
      </w:r>
      <w:r>
        <w:t>hum toh jante nahi thay ke maut ke baad hashar hai, allah ke samne hisab hona hai, maut ke baad jannat tou jahannum ka amal hai, humein is ki khabar nahi thi.</w:t>
      </w:r>
    </w:p>
    <w:p>
      <w:pPr>
        <w:jc w:val="right"/>
      </w:pPr>
      <w:r>
        <w:t>ہمتوجانتےنہیں تھے کہموتکےبعد حشر ہے، اللہ کےسامنےحسابہوناہے، موتکےبعد جنتتوجہنمکاعمل ہہے، ہمیںاسکیخبرنہیں تھی۔</w:t>
      </w:r>
    </w:p>
    <w:p>
      <w:r>
        <w:rPr>
          <w:b/>
        </w:rPr>
        <w:t xml:space="preserve">[51:43] </w:t>
      </w:r>
      <w:r>
        <w:t>tou allah ko manzoor nahi hai ke ko'i insaan hajj ke maidan mein yeh kahe,</w:t>
      </w:r>
    </w:p>
    <w:p>
      <w:pPr>
        <w:jc w:val="right"/>
      </w:pPr>
      <w:r>
        <w:t>تو اللہ کو منظورنہیںہے کہکوئیانسان حجکےمیدانمیںیہ کہے،</w:t>
      </w:r>
    </w:p>
    <w:p>
      <w:r>
        <w:rPr>
          <w:b/>
        </w:rPr>
        <w:t xml:space="preserve">[51:50] </w:t>
      </w:r>
      <w:r>
        <w:t>isliye rasool bheje aur khatm risalatke baad yeh zimmedari al islam ki qarar paai.</w:t>
      </w:r>
    </w:p>
    <w:p>
      <w:pPr>
        <w:jc w:val="right"/>
      </w:pPr>
      <w:r>
        <w:t>اسلیے رسول بھیجے اور ختم رسالتکےبعد یہ ذمہداری ال اسلام کیقرار پائی۔</w:t>
      </w:r>
    </w:p>
    <w:p>
      <w:r>
        <w:rPr>
          <w:b/>
        </w:rPr>
        <w:t xml:space="preserve">[52:01] </w:t>
      </w:r>
      <w:r>
        <w:t>isiliye hadith mein aata hai ke "al muslimoon shahadaa Allah fil ardh"</w:t>
      </w:r>
    </w:p>
    <w:p>
      <w:pPr>
        <w:jc w:val="right"/>
      </w:pPr>
      <w:r>
        <w:t>اسیلیے حدیثمیںآتاہےکہ "المسلمون شہداء اللہ فیالارض"</w:t>
      </w:r>
    </w:p>
    <w:p>
      <w:r>
        <w:rPr>
          <w:b/>
        </w:rPr>
        <w:t xml:space="preserve">[52:09] </w:t>
      </w:r>
      <w:r>
        <w:t>to ab koi nabi aane wala nahi hai, lekin zimmedari jo thi nabi ki, woh khatm nahi hui.</w:t>
      </w:r>
    </w:p>
    <w:p>
      <w:pPr>
        <w:jc w:val="right"/>
      </w:pPr>
      <w:r>
        <w:t>۔تو ابکوئینبی آنےوالانہیںہے، لیکن ذمہداریجوتھینبیکی،وہختمنہیںہوئی ۔</w:t>
      </w:r>
    </w:p>
    <w:p>
      <w:r>
        <w:rPr>
          <w:b/>
        </w:rPr>
        <w:t xml:space="preserve">[52:16] </w:t>
      </w:r>
      <w:r>
        <w:t>to ummat e muslema maqam e nabuwat par hai, yaani woh kaam nabi, woh kaam ummat e muslema ko karna hai jiske liye nabi aate the.</w:t>
      </w:r>
    </w:p>
    <w:p>
      <w:pPr>
        <w:jc w:val="right"/>
      </w:pPr>
      <w:r>
        <w:t>تو امت مسلمہ مقام نبوتپرہے، یعنیوہکام نبی ،وہکام امت مسلمہکوکرناہے جسکےلیےنبیآتےتھے۔</w:t>
      </w:r>
    </w:p>
    <w:p>
      <w:r>
        <w:rPr>
          <w:b/>
        </w:rPr>
        <w:t xml:space="preserve">[52:28] </w:t>
      </w:r>
      <w:r>
        <w:t>ab fard fard har ek par zimmedari yeh farz hain, yeh yeh farz hain dawat e Allah.</w:t>
      </w:r>
    </w:p>
    <w:p>
      <w:pPr>
        <w:jc w:val="right"/>
      </w:pPr>
      <w:r>
        <w:t>ابفردفردہرایکپرذمہدارییہفرضین ہیں،یہ یہ فرضین ہیںدعوت اللہ ۔</w:t>
      </w:r>
    </w:p>
    <w:p>
      <w:r>
        <w:rPr>
          <w:b/>
        </w:rPr>
        <w:t xml:space="preserve">[52:37] </w:t>
      </w:r>
      <w:r>
        <w:t>to hamari do zimmedariyan</w:t>
      </w:r>
    </w:p>
    <w:p>
      <w:pPr>
        <w:jc w:val="right"/>
      </w:pPr>
      <w:r>
        <w:t>تو ہماری دوذمہدار</w:t>
      </w:r>
    </w:p>
    <w:p>
      <w:r>
        <w:rPr>
          <w:b/>
        </w:rPr>
        <w:t xml:space="preserve">[52:40] </w:t>
      </w:r>
      <w:r>
        <w:t>hain: ek taraf apni zaat ke aitbaar se Allah ki ma'rifat haasil karna, apne imaan ko discovery wala imaan banana,</w:t>
      </w:r>
    </w:p>
    <w:p>
      <w:pPr>
        <w:jc w:val="right"/>
      </w:pPr>
      <w:r>
        <w:t>یاںہیں: ایکطرف اپنی ذاتکےاعتبارسے اللہ کیمعرفتحاصل کرنا، اپنے ایمانکو ڈسکوریوالاایمانبن انا،</w:t>
      </w:r>
    </w:p>
    <w:p>
      <w:r>
        <w:rPr>
          <w:b/>
        </w:rPr>
        <w:t xml:space="preserve">[52:55] </w:t>
      </w:r>
      <w:r>
        <w:t>ek yeh hai. doosra yeh hai ke hum insaanon tak Allah ka paigham pahuncha dein,</w:t>
      </w:r>
    </w:p>
    <w:p>
      <w:pPr>
        <w:jc w:val="right"/>
      </w:pPr>
      <w:r>
        <w:t>ایکیہہے۔ دوسرایہہےکہہم انسان وں تک اللہ کا پیغامپہنچادیں،</w:t>
      </w:r>
    </w:p>
    <w:p>
      <w:r>
        <w:rPr>
          <w:b/>
        </w:rPr>
        <w:t xml:space="preserve">[53:07] </w:t>
      </w:r>
      <w:r>
        <w:t>logon ki unawareness ko todna, yeh maqsood hai Allah taala ka. kyunke dekhein, Quran mein hai ke "</w:t>
      </w:r>
    </w:p>
    <w:p>
      <w:pPr>
        <w:jc w:val="right"/>
      </w:pPr>
      <w:r>
        <w:t>لوگوںکی ان اویرنسکوتوڑنا، یہمقصودہےاللہ تعالی کا۔ کیونکہ دیکھیں،قرآنمیںہے کہ"</w:t>
      </w:r>
    </w:p>
    <w:p>
      <w:r>
        <w:rPr>
          <w:b/>
        </w:rPr>
        <w:t xml:space="preserve">[53:21] </w:t>
      </w:r>
      <w:r>
        <w:t>ma kaana Rabbuka li yuhlika al quraa bi zulminw wa ghafileen" yaani Allah ka tareeqa yeh nahi ke logon ko pakde is haalat mein ke woh ghafil hon,</w:t>
      </w:r>
    </w:p>
    <w:p>
      <w:pPr>
        <w:jc w:val="right"/>
      </w:pPr>
      <w:r>
        <w:t>ما کان رب ک لی ہلک القراء بظلم و غافلون" یعنی اللہ کاطریقہیہنہیں کہ لوگوںکوپکڑے اسحالمیںکہوہغافلہوں،</w:t>
      </w:r>
    </w:p>
    <w:p>
      <w:r>
        <w:rPr>
          <w:b/>
        </w:rPr>
        <w:t xml:space="preserve">[53:34] </w:t>
      </w:r>
      <w:r>
        <w:t>yaani woh bekhabar hon, unaware aur unawareness mein jeh rahe hon. to dawat e Allah ka matlab hai logon ki unawareness ko todna, bekhabari ko todna,</w:t>
      </w:r>
    </w:p>
    <w:p>
      <w:pPr>
        <w:jc w:val="right"/>
      </w:pPr>
      <w:r>
        <w:t>یعنیوہبےخبرہوں، ان او یر اوران اویرنس میںجیرہےہوں۔ تو دعوت اللہ کامطلبہے لوگوںکی ان اویرنسکوتوڑنا ،بےخبریکوتوڑنا،</w:t>
      </w:r>
    </w:p>
    <w:p>
      <w:r>
        <w:rPr>
          <w:b/>
        </w:rPr>
        <w:t xml:space="preserve">[53:48] </w:t>
      </w:r>
      <w:r>
        <w:t>logon ko Allah ke creation plan se ba khabar karna, yeh hai maqsad dawat e Allah ka</w:t>
      </w:r>
    </w:p>
    <w:p>
      <w:pPr>
        <w:jc w:val="right"/>
      </w:pPr>
      <w:r>
        <w:t>لوگوںکو اللہ کے کریشنپلانسےباخبرکرنا، یہہے مقصد دعوت اللہ کات</w:t>
      </w:r>
    </w:p>
    <w:p>
      <w:r>
        <w:rPr>
          <w:b/>
        </w:rPr>
        <w:t xml:space="preserve">[54:00] </w:t>
      </w:r>
      <w:r>
        <w:t>ke "li yuhakka man haqqah bi bayyinah" aur "wa yuhlik man haalaka bi bayyinah" taake aakhir mein jiska jo faisla ho, woh bayyinah ki buniyad par ho, at random mat ho.</w:t>
      </w:r>
    </w:p>
    <w:p>
      <w:pPr>
        <w:jc w:val="right"/>
      </w:pPr>
      <w:r>
        <w:t>اکہ "لیہ لکمنحلقہ بین ہ"و"ایا منحیبین ہ" تاکہ آخرتمیں جسکاجو فیصلہہو، وہ بین ہکیبنیادپرہو ، اٹینڈمطورپرنہہو ۔</w:t>
      </w:r>
    </w:p>
    <w:p>
      <w:r>
        <w:rPr>
          <w:b/>
        </w:rPr>
        <w:t xml:space="preserve">[54:20] </w:t>
      </w:r>
      <w:r>
        <w:t>to yeh hai aap ki zindagi ka maqsad. ab apni zindagi ke maqsad ko</w:t>
      </w:r>
    </w:p>
    <w:p>
      <w:pPr>
        <w:jc w:val="right"/>
      </w:pPr>
      <w:r>
        <w:t>تویہہے آپ کی زندگی کامقصد۔ اب اپنی زندگی کےمقصدکو</w:t>
      </w:r>
    </w:p>
    <w:p>
      <w:r>
        <w:rPr>
          <w:b/>
        </w:rPr>
        <w:t xml:space="preserve">[54:29] </w:t>
      </w:r>
      <w:r>
        <w:t>phir se samjhiye,</w:t>
      </w:r>
    </w:p>
    <w:p>
      <w:pPr>
        <w:jc w:val="right"/>
      </w:pPr>
      <w:r>
        <w:t>پھرسےسمجھی ے،</w:t>
      </w:r>
    </w:p>
    <w:p>
      <w:r>
        <w:rPr>
          <w:b/>
        </w:rPr>
        <w:t xml:space="preserve">[54:33] </w:t>
      </w:r>
      <w:r>
        <w:t>apni priorities ko re-set kijiye,</w:t>
      </w:r>
    </w:p>
    <w:p>
      <w:pPr>
        <w:jc w:val="right"/>
      </w:pPr>
      <w:r>
        <w:t>اپنی پرائرٹیزکوریسیٹکیجئے،</w:t>
      </w:r>
    </w:p>
    <w:p>
      <w:r>
        <w:rPr>
          <w:b/>
        </w:rPr>
        <w:t xml:space="preserve">[54:39] </w:t>
      </w:r>
      <w:r>
        <w:t>apni zindagi ki activities ko dobara iska ta'ayyun kijiye.</w:t>
      </w:r>
    </w:p>
    <w:p>
      <w:pPr>
        <w:jc w:val="right"/>
      </w:pPr>
      <w:r>
        <w:t>اپنی زندگی کے ایکٹیویٹیزکو دوبارہ اسکا تع ینکیجئے۔</w:t>
      </w:r>
    </w:p>
    <w:p>
      <w:r>
        <w:rPr>
          <w:b/>
        </w:rPr>
        <w:t xml:space="preserve">[54:51] </w:t>
      </w:r>
      <w:r>
        <w:t>is aitbaar se jaiza lijiye ke aap kya aap ko ma'rifat wala Islam mila hai</w:t>
      </w:r>
    </w:p>
    <w:p>
      <w:pPr>
        <w:jc w:val="right"/>
      </w:pPr>
      <w:r>
        <w:t>اس اعتبارسےجائزہلیجئےکہآپ کیا آپ کو معرفت والااسلام ملاہے</w:t>
      </w:r>
    </w:p>
    <w:p>
      <w:r>
        <w:rPr>
          <w:b/>
        </w:rPr>
        <w:t xml:space="preserve">[55:01] </w:t>
      </w:r>
      <w:r>
        <w:t>ke mehaz accident of birth ki wajah se aap Musalman ho gaye hain, ya kalma ke alfaaz zabaan se Musalman ho gaye hain, ya sach much aapne Allah ko discover kiya hai,</w:t>
      </w:r>
    </w:p>
    <w:p>
      <w:pPr>
        <w:jc w:val="right"/>
      </w:pPr>
      <w:r>
        <w:t>کہ محض ایکسیڈنٹآفبرتھکیوجہسےآپمسلمانہوگئےہیں، یا کلمہکےالفاظ دوران سےمسلمانہوگئےہیں، یا سچمچآپنےاللہ کوڈسکورکیاہے،</w:t>
      </w:r>
    </w:p>
    <w:p>
      <w:r>
        <w:rPr>
          <w:b/>
        </w:rPr>
        <w:t xml:space="preserve">[55:16] </w:t>
      </w:r>
      <w:r>
        <w:t>sach much aapko Allah ki ma'rifat hui hai,</w:t>
      </w:r>
    </w:p>
    <w:p>
      <w:pPr>
        <w:jc w:val="right"/>
      </w:pPr>
      <w:r>
        <w:t>سچمچآپکواللہ کیمعرفتہوئی ہے،</w:t>
      </w:r>
    </w:p>
    <w:p>
      <w:r>
        <w:rPr>
          <w:b/>
        </w:rPr>
        <w:t xml:space="preserve">[55:21] </w:t>
      </w:r>
      <w:r>
        <w:t>sach much aapne Allah ko daryaft ke darje mein paaya hai.</w:t>
      </w:r>
    </w:p>
    <w:p>
      <w:pPr>
        <w:jc w:val="right"/>
      </w:pPr>
      <w:r>
        <w:t>سچمچآپنےاللہ کو دریا فت کےدرجےمیںپایاہے۔</w:t>
      </w:r>
    </w:p>
    <w:p>
      <w:r>
        <w:rPr>
          <w:b/>
        </w:rPr>
        <w:t xml:space="preserve">[55:32] </w:t>
      </w:r>
      <w:r>
        <w:t>to dekhiye, Quran mein yeh ayat aayi hai ke</w:t>
      </w:r>
    </w:p>
    <w:p>
      <w:pPr>
        <w:jc w:val="right"/>
      </w:pPr>
      <w:r>
        <w:t>تو دیکھیے، قرآنمیں یہآیتآئیہے کہ</w:t>
      </w:r>
    </w:p>
    <w:p>
      <w:r>
        <w:rPr>
          <w:b/>
        </w:rPr>
        <w:t xml:space="preserve">[55:42] </w:t>
      </w:r>
      <w:r>
        <w:t xml:space="preserve">qayamat ke din al momineen ka noor unke aage aage chal raha hoga" yamunooruhum". </w:t>
      </w:r>
    </w:p>
    <w:p>
      <w:pPr>
        <w:jc w:val="right"/>
      </w:pPr>
      <w:r>
        <w:t>قیامتکےدن الایمانکانورانکےآگےآگےچلرہاہوگا" یس انور ہم"۔</w:t>
      </w:r>
    </w:p>
    <w:p>
      <w:r>
        <w:rPr>
          <w:b/>
        </w:rPr>
        <w:t xml:space="preserve">[55:54] </w:t>
      </w:r>
      <w:r>
        <w:t>yeh iska matlab kya hai ?</w:t>
      </w:r>
    </w:p>
    <w:p>
      <w:pPr>
        <w:jc w:val="right"/>
      </w:pPr>
      <w:r>
        <w:t>یہ اسکامطلبکیاہے ؟</w:t>
      </w:r>
    </w:p>
    <w:p>
      <w:r>
        <w:rPr>
          <w:b/>
        </w:rPr>
        <w:t xml:space="preserve">[55:59] </w:t>
      </w:r>
      <w:r>
        <w:t>ek aur surah mein hai ke qayamat ke din kuch log siyah chehre wale honge, kuch roshan chehre wale honge, yaani kuch bright face wale honge, kuch dark and face wale honge.</w:t>
      </w:r>
    </w:p>
    <w:p>
      <w:pPr>
        <w:jc w:val="right"/>
      </w:pPr>
      <w:r>
        <w:t>ایک اور سورہمیںہےکہ قیامتکےدن کچھلوگ سیاہچہرےوالے ہوںگے، کچھروشنچہرےوالےہوںگے، یعنیکچھ برائٹفیسوالے ہوںگے،کچھڈ ارکنڈفیسوالےہوںگے۔</w:t>
      </w:r>
    </w:p>
    <w:p>
      <w:r>
        <w:rPr>
          <w:b/>
        </w:rPr>
        <w:t xml:space="preserve">[56:12] </w:t>
      </w:r>
      <w:r>
        <w:t>surahaus mein aap dekhiye, yaani qiyamat mein jo log hazir honge to un mein kuch logon ko jinke jo bright face wale honge, unke chehre chamak rahe honge.</w:t>
      </w:r>
    </w:p>
    <w:p>
      <w:pPr>
        <w:jc w:val="right"/>
      </w:pPr>
      <w:r>
        <w:t>سورہاوسمیں آپدیکھیے، یعنیقیامتمیںجولوگحاضرہوںگے تو انمیںکچھلوگوںکو جنکےجو برائٹفیسوالےہوںگے، انکےچہرےچمکرہےہوںگے۔</w:t>
      </w:r>
    </w:p>
    <w:p>
      <w:r>
        <w:rPr>
          <w:b/>
        </w:rPr>
        <w:t xml:space="preserve">[56:24] </w:t>
      </w:r>
      <w:r>
        <w:t>wahi hai noor ka matlab .</w:t>
      </w:r>
    </w:p>
    <w:p>
      <w:pPr>
        <w:jc w:val="right"/>
      </w:pPr>
      <w:r>
        <w:t>وہیہےنورکامطلب ۔</w:t>
      </w:r>
    </w:p>
    <w:p>
      <w:r>
        <w:rPr>
          <w:b/>
        </w:rPr>
        <w:t xml:space="preserve">[56:27] </w:t>
      </w:r>
      <w:r>
        <w:t>noor koi daur daur nahi raha hoga, aap ki apni personality mein numayan hoga, aisa nahi ke woh koi aage peeche daur raha hoga.</w:t>
      </w:r>
    </w:p>
    <w:p>
      <w:pPr>
        <w:jc w:val="right"/>
      </w:pPr>
      <w:r>
        <w:t>نورکوئیدوڑادوڑنہیںرہاہوگا، آپ کی اپنی پرسنیلٹیمیںنمایاںہوگا، ایسانہیںکہوہکوئی آگےپیچھےدوڑرہاہوگا۔</w:t>
      </w:r>
    </w:p>
    <w:p>
      <w:r>
        <w:rPr>
          <w:b/>
        </w:rPr>
        <w:t xml:space="preserve">[56:42] </w:t>
      </w:r>
      <w:r>
        <w:t>to itni zabardast bright personality hogi ke woh doosre logon ko dikhai degi. to do qism ke log honge: ek hai jinka siyah chehre wale, darkned face wale,</w:t>
      </w:r>
    </w:p>
    <w:p>
      <w:pPr>
        <w:jc w:val="right"/>
      </w:pPr>
      <w:r>
        <w:t>تو اتنی زبردست برائٹ پرسنیلٹیہوگیکہوہ دوسرےلوگوںکودکھائیدےگی۔ تو دو قسم کےلوگہوںگے: ایکہے جنکا سیاہچہرےوالے،ڈارکنڈفیسوالے،</w:t>
      </w:r>
    </w:p>
    <w:p>
      <w:r>
        <w:rPr>
          <w:b/>
        </w:rPr>
        <w:t xml:space="preserve">[56:57] </w:t>
      </w:r>
      <w:r>
        <w:t>yeh woh hain jinhone Allah ke mansoobe ke mutabiq duniya mein zindagi nahi guzari, apni khwahish pe chalte rahe, apne bhamp pe chalte rahe, aur jin logon ne Allah ki marzi ke mutabiq zindagi guzari,</w:t>
      </w:r>
    </w:p>
    <w:p>
      <w:pPr>
        <w:jc w:val="right"/>
      </w:pPr>
      <w:r>
        <w:t>یہوہہیںجنہوںنے اللہ کے منصوبےکےمطابق دنیامیںزندگی نہیںگزاری، اپنی خواہشپہچلتےرہے،اپنےبھمپہچلتےرہے، اور جنلوگوںنےاللہ کیمرضیکےمطابق زندگی گزاری،</w:t>
      </w:r>
    </w:p>
    <w:p>
      <w:r>
        <w:rPr>
          <w:b/>
        </w:rPr>
        <w:t xml:space="preserve">[57:10] </w:t>
      </w:r>
      <w:r>
        <w:t>woh wahan roshan roshan chehre ke saath honge.</w:t>
      </w:r>
    </w:p>
    <w:p>
      <w:pPr>
        <w:jc w:val="right"/>
      </w:pPr>
      <w:r>
        <w:t>وہ وہاں رو شن روشنچہرےکےساتھہوںگے۔</w:t>
      </w:r>
    </w:p>
    <w:p>
      <w:r>
        <w:rPr>
          <w:b/>
        </w:rPr>
        <w:t xml:space="preserve">[57:16] </w:t>
      </w:r>
      <w:r>
        <w:t>ab gaur kijiye, kaisa ajib din hoga woh ! kaisa ajib din hoga !</w:t>
      </w:r>
    </w:p>
    <w:p>
      <w:pPr>
        <w:jc w:val="right"/>
      </w:pPr>
      <w:r>
        <w:t>اب غورکیجئے،کیساعجیبدنہوگاوہ !کیساعجیبدنہوگا!</w:t>
      </w:r>
    </w:p>
    <w:p>
      <w:r>
        <w:rPr>
          <w:b/>
        </w:rPr>
        <w:t xml:space="preserve">[57:25] </w:t>
      </w:r>
      <w:r>
        <w:t>jo log apni khwahish pe chale, apne bhamp pe chale, apni is soch pe chale,</w:t>
      </w:r>
    </w:p>
    <w:p>
      <w:pPr>
        <w:jc w:val="right"/>
      </w:pPr>
      <w:r>
        <w:t>جولوگ اپنیخواہشپہچلے ، اپنے بھمپہچلے، اپنی اسسوچپہچلے،</w:t>
      </w:r>
    </w:p>
    <w:p>
      <w:r>
        <w:rPr>
          <w:b/>
        </w:rPr>
        <w:t xml:space="preserve">[57:34] </w:t>
      </w:r>
      <w:r>
        <w:t>inke chehre pe siyahi hogi, kalk ho gi, tar kol hoga, yaani darkned chehra hoga unka. kitni kitni ajib halat hogi unki !</w:t>
      </w:r>
    </w:p>
    <w:p>
      <w:pPr>
        <w:jc w:val="right"/>
      </w:pPr>
      <w:r>
        <w:t>انکےچہرےپہسیاہیہوگی،کالکہوگی،تارکولہوگا، یعنیڈارکن ڈچہرہہوگاانکا۔ کتنی کتنی عجیبحالتہوگیانکی!</w:t>
      </w:r>
    </w:p>
    <w:p>
      <w:r>
        <w:rPr>
          <w:b/>
        </w:rPr>
        <w:t xml:space="preserve">[57:44] </w:t>
      </w:r>
      <w:r>
        <w:t>doosra, woh log jo Allah ki kitab, Allah ke rasool ki sunnat ke mutabiq zindagi guzari, jinhone to woh roshan chehre honge, bright faces honge unke, aur jannat unka intezar kar rahi hogi.</w:t>
      </w:r>
    </w:p>
    <w:p>
      <w:pPr>
        <w:jc w:val="right"/>
      </w:pPr>
      <w:r>
        <w:t>دوسرا،وہلوگجو اللہ کیکتاب ،اللہ کےرسول کیسنت کےمطابق زندگی گزاری،جنہوںنے تووہ روشنچہرےہوںگے، برائٹفیسزہوںگےانکے، اور جنتانکا انتظارکررہیہوگی۔</w:t>
      </w:r>
    </w:p>
    <w:p>
      <w:r>
        <w:rPr>
          <w:b/>
        </w:rPr>
        <w:t xml:space="preserve">[58:01] </w:t>
      </w:r>
      <w:r>
        <w:t>to woh din aane wala hai hum sab ke liye,</w:t>
      </w:r>
    </w:p>
    <w:p>
      <w:pPr>
        <w:jc w:val="right"/>
      </w:pPr>
      <w:r>
        <w:t>تووہ دنآنےوالاہے ہمسبکےلیے،</w:t>
      </w:r>
    </w:p>
    <w:p>
      <w:r>
        <w:rPr>
          <w:b/>
        </w:rPr>
        <w:t xml:space="preserve">[58:06] </w:t>
      </w:r>
      <w:r>
        <w:t>aur sab se zyada aham baat yeh hai ke hum is din ko soch kar apni zindagi ki planning karein,</w:t>
      </w:r>
    </w:p>
    <w:p>
      <w:pPr>
        <w:jc w:val="right"/>
      </w:pPr>
      <w:r>
        <w:t>اورسبسےزیادہ اہمباتیہہےکہہماسدنکو سوچکر اپنی زندگی کی پلاننگکریں،</w:t>
      </w:r>
    </w:p>
    <w:p>
      <w:r>
        <w:rPr>
          <w:b/>
        </w:rPr>
        <w:t xml:space="preserve">[58:15] </w:t>
      </w:r>
      <w:r>
        <w:t>apne pure moamle ko re assess karein, phir se apni zindagi ka naqsha banayein.</w:t>
      </w:r>
    </w:p>
    <w:p>
      <w:pPr>
        <w:jc w:val="right"/>
      </w:pPr>
      <w:r>
        <w:t>اپنے پورےمعاملےکوریایسسکریں، پھر سے اپنی زندگی کانقشہبنائیں۔</w:t>
      </w:r>
    </w:p>
    <w:p>
      <w:r>
        <w:rPr>
          <w:b/>
        </w:rPr>
        <w:t xml:space="preserve">[58:26] </w:t>
      </w:r>
      <w:r>
        <w:t>yeh waqt hum mein se har shakhs par aane wala hai,</w:t>
      </w:r>
    </w:p>
    <w:p>
      <w:pPr>
        <w:jc w:val="right"/>
      </w:pPr>
      <w:r>
        <w:t>یہوقت ہممیںسےہرشخص پرآنےوالاہے،</w:t>
      </w:r>
    </w:p>
    <w:p>
      <w:r>
        <w:rPr>
          <w:b/>
        </w:rPr>
        <w:t xml:space="preserve">[58:29] </w:t>
      </w:r>
      <w:r>
        <w:t>koi is mein istasna nahi hai, koi exception nahi hai.</w:t>
      </w:r>
    </w:p>
    <w:p>
      <w:pPr>
        <w:jc w:val="right"/>
      </w:pPr>
      <w:r>
        <w:t>کوئیاسمیں استثنیٰنہیںہے،کوئیایکسیپشننہیںہے۔</w:t>
      </w:r>
    </w:p>
    <w:p>
      <w:r>
        <w:rPr>
          <w:b/>
        </w:rPr>
        <w:t xml:space="preserve">[58:38] </w:t>
      </w:r>
      <w:r>
        <w:t>phir se sochiye ke aap jo kar rahe hain, shakhsi aitbar se ya qoumi aitbar se, woh kya hai ?</w:t>
      </w:r>
    </w:p>
    <w:p>
      <w:pPr>
        <w:jc w:val="right"/>
      </w:pPr>
      <w:r>
        <w:t>پھرسےسوچیےکہآپجوکررہےہیں، شخص یت اعتبارسےیاقومیاعتبارسے، وہکیاہے ؟</w:t>
      </w:r>
    </w:p>
    <w:p>
      <w:r>
        <w:rPr>
          <w:b/>
        </w:rPr>
        <w:t xml:space="preserve">[58:48] </w:t>
      </w:r>
      <w:r>
        <w:t>main dua hai ke Allah ta'ala hum sab ko tofeeq de ke hum jab Allah se milein to hum roshan chehre wale hon, na ke siyah chehre wale.</w:t>
      </w:r>
    </w:p>
    <w:p>
      <w:pPr>
        <w:jc w:val="right"/>
      </w:pPr>
      <w:r>
        <w:t>میںدعاہےکہاللہتعالیہمسبکو توفیقدے کہہمجباللہسے ملیں توہم روشنچہرےوالےہوں،نہ کہ سیاہچہرےوالے۔</w:t>
      </w:r>
    </w:p>
    <w:p>
      <w:r>
        <w:rPr>
          <w:b/>
        </w:rPr>
        <w:t xml:space="preserve">[59:00] </w:t>
      </w:r>
      <w:r>
        <w:t>aqool qouli haza wastaghfirullaha li walakum .</w:t>
      </w:r>
    </w:p>
    <w:p>
      <w:pPr>
        <w:jc w:val="right"/>
      </w:pPr>
      <w:r>
        <w:t>اقول قولیھذا واستغفراللہ لیول کم ۔</w:t>
      </w:r>
    </w:p>
    <w:p>
      <w:r>
        <w:rPr>
          <w:b/>
        </w:rPr>
        <w:t xml:space="preserve">[59:16] </w:t>
      </w:r>
      <w:r>
        <w:t>molana, yeh sawal lucknow se hai muhammad salman sahab ka, unhone likha hai: "jis aadmi par yeh baat khul jaye ke karne ka asal kaam sirf dawat il Allah hai,</w:t>
      </w:r>
    </w:p>
    <w:p>
      <w:pPr>
        <w:jc w:val="right"/>
      </w:pPr>
      <w:r>
        <w:t>مول انا،यहसवाल लखनऊसेहै محمد سلمان صاحبکا ،انہوںنےلکھاہے: "جس آدمیپر یہبات کھلجائے کہ کرنے کا اصل کام صرف دعوت الا اللہ ہے،</w:t>
      </w:r>
    </w:p>
    <w:p>
      <w:r>
        <w:rPr>
          <w:b/>
        </w:rPr>
        <w:t xml:space="preserve">[59:30] </w:t>
      </w:r>
      <w:r>
        <w:t>iske bawajood agar woh dawat ke kaam ko chhod de to uska anjam kya hoga?" yeh wohi hoga jisko kaha gaya hai "firar min al-zahab"</w:t>
      </w:r>
    </w:p>
    <w:p>
      <w:pPr>
        <w:jc w:val="right"/>
      </w:pPr>
      <w:r>
        <w:t>اسکے با وجود اگر وہ دعوتیکامکوچھوڑدے تو اسکا انجام کیا ہوگا؟" یہوہیہوگاجسکوکہاگیاہے "فرارمن الذہب"</w:t>
      </w:r>
    </w:p>
    <w:p>
      <w:r>
        <w:rPr>
          <w:b/>
        </w:rPr>
        <w:t xml:space="preserve">[59:43] </w:t>
      </w:r>
      <w:r>
        <w:t>. "firar min al-zahab" mani hai maidan-e-haq se bhagna. log "firar min al-zahab" ko lete hain battlefield se bhagna.</w:t>
      </w:r>
    </w:p>
    <w:p>
      <w:pPr>
        <w:jc w:val="right"/>
      </w:pPr>
      <w:r>
        <w:t>۔"فرارمن الذہب"معنیہے میدان حق سے بھاگنا۔ لوگ"فرارمن الذہب"کو لیتےہیں بیٹلفیلڈسےبھاگنا۔</w:t>
      </w:r>
    </w:p>
    <w:p>
      <w:r>
        <w:rPr>
          <w:b/>
        </w:rPr>
        <w:t xml:space="preserve">[59:57] </w:t>
      </w:r>
      <w:r>
        <w:t>woh toh waqti cheez hai, asal cheez hai dawat ke maidan se bhagna, dawat field se bhagna.</w:t>
      </w:r>
    </w:p>
    <w:p>
      <w:pPr>
        <w:jc w:val="right"/>
      </w:pPr>
      <w:r>
        <w:t>وہتو وقتیچیزہے، اصلچیزہےدعوتکےمیدانسےبھاگنا، دعوت فیلڈسےبھاگنا۔</w:t>
      </w:r>
    </w:p>
    <w:p>
      <w:r>
        <w:rPr>
          <w:b/>
        </w:rPr>
        <w:t xml:space="preserve">[1:00:06] </w:t>
      </w:r>
      <w:r>
        <w:t>asal "firar min al-zahab" yeh hai ke aap samjhein, aap jaan lein ke dawat il Allah sab se aham kaam hai.</w:t>
      </w:r>
    </w:p>
    <w:p>
      <w:pPr>
        <w:jc w:val="right"/>
      </w:pPr>
      <w:r>
        <w:t>اصل "فرارمن الذہب"یہہے کہآپ سمجھ،آپ جان لیںکہدعوت اللہ سبسےاہمکامہے۔</w:t>
      </w:r>
    </w:p>
    <w:p>
      <w:r>
        <w:rPr>
          <w:b/>
        </w:rPr>
        <w:t xml:space="preserve">[1:00:17] </w:t>
      </w:r>
      <w:r>
        <w:t>aap agar jaan lete hain ke dawat il Allah sab se aham kaam hai aur phir usko chhod kar kisi aur taraf apne aap ko laga dete hain to yeh "firar min al-zahab" hai aur iski bohat sakht pakad hai Allah ta'ala ki,</w:t>
      </w:r>
    </w:p>
    <w:p>
      <w:pPr>
        <w:jc w:val="right"/>
      </w:pPr>
      <w:r>
        <w:t>آپاگر جان لیتےہیں کہدعوت اللہ سبسےاہمکامہے اورپھراسکو چھوڑکر کسی اورطرف اپنےآپکولگادیتےہیںتو یہ"فرارمنالذہب"ہے اوراسکیبہت سختپکڑہےاللہتعالیکی،</w:t>
      </w:r>
    </w:p>
    <w:p>
      <w:r>
        <w:rPr>
          <w:b/>
        </w:rPr>
        <w:t xml:space="preserve">[1:00:31] </w:t>
      </w:r>
      <w:r>
        <w:t>bohat sakht pakad hai.</w:t>
      </w:r>
    </w:p>
    <w:p>
      <w:pPr>
        <w:jc w:val="right"/>
      </w:pPr>
      <w:r>
        <w:t>بہت سخت پکڑہے۔</w:t>
      </w:r>
    </w:p>
    <w:p>
      <w:r>
        <w:rPr>
          <w:b/>
        </w:rPr>
        <w:t xml:space="preserve">[1:00:34] </w:t>
      </w:r>
      <w:r>
        <w:t>eska sochna bhi rongta khada kardeta hai. yaad rakhiye, jis cheez ko hamari literature mein "firar min az zahab" kaha gaya hai, log samajhte hain ke woh jang ke maidan se bhagna nahi hai, dawat ke maidan se bhagna.</w:t>
      </w:r>
    </w:p>
    <w:p>
      <w:pPr>
        <w:jc w:val="right"/>
      </w:pPr>
      <w:r>
        <w:t>اسکا سوچنا بھی رونگٹاکھڑاکردیتاہے۔ یادرکھیے،جسچیزکو ہماریلٹریچرمیں"فرارمن الذہب"کہاگیاہے، لوگسمجھتےہیںکہوہ جنگ کےمیدانسےبھاگنانہیںہے،دعوتکےمیدانسےبھاگنا۔</w:t>
      </w:r>
    </w:p>
    <w:p>
      <w:r>
        <w:rPr>
          <w:b/>
        </w:rPr>
        <w:t xml:space="preserve">[1:00:51] </w:t>
      </w:r>
      <w:r>
        <w:t>asal to yehi hai, jang to zimni hai, waqtiya hai.</w:t>
      </w:r>
    </w:p>
    <w:p>
      <w:pPr>
        <w:jc w:val="right"/>
      </w:pPr>
      <w:r>
        <w:t>اصلتویہیہے، جنگ توضمنیہے،وقتیہے۔</w:t>
      </w:r>
    </w:p>
    <w:p>
      <w:r>
        <w:rPr>
          <w:b/>
        </w:rPr>
        <w:t xml:space="preserve">[1:00:59] </w:t>
      </w:r>
      <w:r>
        <w:t>to jin logon ko dawat ka shaoor nahi hua hai, woh bhi pakad mein aayenge ke kyun nahi hua. apni zaati wafat ko to jab unhone jaan liya tha to usko kyun nahi jaana?</w:t>
      </w:r>
    </w:p>
    <w:p>
      <w:pPr>
        <w:jc w:val="right"/>
      </w:pPr>
      <w:r>
        <w:t>تو جنلوگوںکو دعوتکا شعور نہیں ہواہے،وہبھیپکڑمیںآئیںگے کہکیوںنہیںہوا ۔ اپنی ذاتیوفاتکوتوجبانہوںنےجانلیاتھا تو اسکوکیوںنہیںجانا؟</w:t>
      </w:r>
    </w:p>
    <w:p>
      <w:r>
        <w:rPr>
          <w:b/>
        </w:rPr>
        <w:t xml:space="preserve">[1:01:13] </w:t>
      </w:r>
      <w:r>
        <w:t>woh bach nahi sakte hain. aur jin logon ko, yaani uska shaoor ho gaya, woh to aur bhi zyada pakad mein aayenge.</w:t>
      </w:r>
    </w:p>
    <w:p>
      <w:pPr>
        <w:jc w:val="right"/>
      </w:pPr>
      <w:r>
        <w:t>وہ بچنہیںسکتےہیں۔ اور جنلوگوںکو ،یعنیاسکا شعورہوگیا، وہتواوربھیزیادہ پکڑمیںآئیںگے۔</w:t>
      </w:r>
    </w:p>
    <w:p>
      <w:r>
        <w:rPr>
          <w:b/>
        </w:rPr>
        <w:t xml:space="preserve">[1:01:24] </w:t>
      </w:r>
      <w:r>
        <w:t>bahut hi, ye bahut hi serious mamla hai, ye</w:t>
      </w:r>
    </w:p>
    <w:p>
      <w:pPr>
        <w:jc w:val="right"/>
      </w:pPr>
      <w:r>
        <w:t>بہت ہی، یہ بہت ہی سیریسمعاملہہے،یہ</w:t>
      </w:r>
    </w:p>
    <w:p>
      <w:r>
        <w:rPr>
          <w:b/>
        </w:rPr>
        <w:t xml:space="preserve">[1:01:28] </w:t>
      </w:r>
      <w:r>
        <w:t>bahut zyada serious mamla hai.</w:t>
      </w:r>
    </w:p>
    <w:p>
      <w:pPr>
        <w:jc w:val="right"/>
      </w:pPr>
      <w:r>
        <w:t>بہت زیادہ سیریسمعاملہہے۔</w:t>
      </w:r>
    </w:p>
    <w:p>
      <w:r>
        <w:rPr>
          <w:b/>
        </w:rPr>
        <w:t xml:space="preserve">[1:01:34] </w:t>
      </w:r>
      <w:r>
        <w:t>tamil nadu se hain abdul rehan sahab ka, unhone aapse poocha hai ke islam mein complete system hai ya complete ideology?</w:t>
      </w:r>
    </w:p>
    <w:p>
      <w:pPr>
        <w:jc w:val="right"/>
      </w:pPr>
      <w:r>
        <w:t>तमिलनाडुसेहै ابوریحانصاحبکا ،انہوںنےآپسےپوچھاہےکہ اسلام میں کمپلیٹ سسٹمہے یا کمپلیٹ آئیڈیالوجی؟</w:t>
      </w:r>
    </w:p>
    <w:p>
      <w:r>
        <w:rPr>
          <w:b/>
        </w:rPr>
        <w:t xml:space="preserve">[1:01:43] </w:t>
      </w:r>
      <w:r>
        <w:t>iske bare mein bataein. complete system ka lafz ek bidat hai, innovation hai. kahin na quran mein ye lafz aaya, na hadith mein ye lafz aaya,</w:t>
      </w:r>
    </w:p>
    <w:p>
      <w:pPr>
        <w:jc w:val="right"/>
      </w:pPr>
      <w:r>
        <w:t>اسکےبارےمیں بت ائیں۔ कंप्लीटसिस्टम کالفظایکبدعتہے، انویشنہے۔ کہیں نہ قرآنمیںیہلفظآیا،نہحدیثمیںیہلفظآیا،</w:t>
      </w:r>
    </w:p>
    <w:p>
      <w:r>
        <w:rPr>
          <w:b/>
        </w:rPr>
        <w:t xml:space="preserve">[1:01:58] </w:t>
      </w:r>
      <w:r>
        <w:t>na daur e awwal mein kabhi kisi ne ye lafz istemal kiya. mukammal nizam ka lafz ye to us zaman e mein madaahaat ke taur par hi aaya hai, madaahaat yaani naqal karna.</w:t>
      </w:r>
    </w:p>
    <w:p>
      <w:pPr>
        <w:jc w:val="right"/>
      </w:pPr>
      <w:r>
        <w:t>نہ دور اول میںکبھیکسینےیہلفظاستعمالکیا۔ مک مل نظامکالفظ یہتو اسزمان ےمیں مد احاتکےطورپرہی آیاہے،مداحات یعنینقلکرنا۔</w:t>
      </w:r>
    </w:p>
    <w:p>
      <w:r>
        <w:rPr>
          <w:b/>
        </w:rPr>
        <w:t xml:space="preserve">[1:02:12] </w:t>
      </w:r>
      <w:r>
        <w:t>jis zaman e mein ye marxism chala tha, communism, tab ye istilaah badhi kyunke marx ne ye kaha tha ke qadeem zaman e mein insaan jo hai, iqtisadiyat ko zindagi ka ek shobah samajhta tha, ek shobah.</w:t>
      </w:r>
    </w:p>
    <w:p>
      <w:pPr>
        <w:jc w:val="right"/>
      </w:pPr>
      <w:r>
        <w:t>جسزمان ےمیںیہ مارس یمچلاتھا،کمرزم، تب یہ اصطلاحبہتبڑھی کیونکہ مارس نےیہکہاتھا کہ قدیمزمان ےمیںانسانجوہے، اقت صادیاتکو زندگی کاایکشعبہسمجھتاتھا، ایکشعبہ۔</w:t>
      </w:r>
    </w:p>
    <w:p>
      <w:r>
        <w:rPr>
          <w:b/>
        </w:rPr>
        <w:t xml:space="preserve">[1:02:33] </w:t>
      </w:r>
      <w:r>
        <w:t>to kaha ke nahi, woh woh mukammal nizam e hayat hai,</w:t>
      </w:r>
    </w:p>
    <w:p>
      <w:pPr>
        <w:jc w:val="right"/>
      </w:pPr>
      <w:r>
        <w:t>توکہاکہنہیں، وہ وہ مکمل نظامحیاتہے،</w:t>
      </w:r>
    </w:p>
    <w:p>
      <w:r>
        <w:rPr>
          <w:b/>
        </w:rPr>
        <w:t xml:space="preserve">[1:02:39] </w:t>
      </w:r>
      <w:r>
        <w:t>economic activities jo hain, wohi saari zindagi ko dhalta hai.</w:t>
      </w:r>
    </w:p>
    <w:p>
      <w:pPr>
        <w:jc w:val="right"/>
      </w:pPr>
      <w:r>
        <w:t>اک انومک ایکٹیویٹیزجوہیں،وہی ساریزندگی کو ڈھالتیہیں۔</w:t>
      </w:r>
    </w:p>
    <w:p>
      <w:r>
        <w:rPr>
          <w:b/>
        </w:rPr>
        <w:t xml:space="preserve">[1:02:47] </w:t>
      </w:r>
      <w:r>
        <w:t>to usi ko le kar ke hamare log lag gaye bolne ko ke islam jo hai, woh masjid o madrasa ki cheez nahi hai, woh to mukammal nizam hai.</w:t>
      </w:r>
    </w:p>
    <w:p>
      <w:pPr>
        <w:jc w:val="right"/>
      </w:pPr>
      <w:r>
        <w:t>تواسیکولےکرکےہمارےلوگ لگےبول نے کو کہاسلام جوہے، وہ مسجدومدرس ےکیچیزنہیںہے،وہتومک ملنظامہے۔</w:t>
      </w:r>
    </w:p>
    <w:p>
      <w:r>
        <w:rPr>
          <w:b/>
        </w:rPr>
        <w:t xml:space="preserve">[1:02:56] </w:t>
      </w:r>
      <w:r>
        <w:t>yaani marx ne ye kaha tha ke ke jo iqtisadi ya maashi ya economic hissa zindagi ka, woh ek hissa nahi hai, woh poori zindagi ko dhalta hai, wohi wohi poori zindagi ko shape karta hai.</w:t>
      </w:r>
    </w:p>
    <w:p>
      <w:pPr>
        <w:jc w:val="right"/>
      </w:pPr>
      <w:r>
        <w:t>یعنیمارس نےیہکہاتھاکہ کہ جو اقت صادی یا معاشی یا اکانومک حصہ زندگی کا ،وہ ایکحصہنہیںہے،وہ پوریزندگی کوڈھالتاہے،وہی وہیپوریزندگی کوشیپ کرتاہے۔</w:t>
      </w:r>
    </w:p>
    <w:p>
      <w:r>
        <w:rPr>
          <w:b/>
        </w:rPr>
        <w:t xml:space="preserve">[1:03:17] </w:t>
      </w:r>
      <w:r>
        <w:t>iske liye usne bahut ult palat kiya communist hukumaton mein.</w:t>
      </w:r>
    </w:p>
    <w:p>
      <w:pPr>
        <w:jc w:val="right"/>
      </w:pPr>
      <w:r>
        <w:t>اسکےلیےاسنے بہت الٹپلٹکیا کمیونسٹ حکومت وںمیں۔</w:t>
      </w:r>
    </w:p>
    <w:p>
      <w:r>
        <w:rPr>
          <w:b/>
        </w:rPr>
        <w:t xml:space="preserve">[1:03:23] </w:t>
      </w:r>
      <w:r>
        <w:t>to usi ko wazahat ke taur par kar ke hamare kuch leaderon ne ye kiya ke islam jo hai, masjid o madrasa ka deen nahi hai, woh to mukammal nizam e hayat hai.</w:t>
      </w:r>
    </w:p>
    <w:p>
      <w:pPr>
        <w:jc w:val="right"/>
      </w:pPr>
      <w:r>
        <w:t>تو اسیکو وضاحتکےطورپر کرکے ہمارےکچھلیڈروںنےیہکیا کہاسلام جوہے، مسجدومدرس ےکادیننہیںہے،وہتو مک مل نظام حیاتہے۔</w:t>
      </w:r>
    </w:p>
    <w:p>
      <w:r>
        <w:rPr>
          <w:b/>
        </w:rPr>
        <w:t xml:space="preserve">[1:03:36] </w:t>
      </w:r>
      <w:r>
        <w:t>ye sab bidat hai, ye sab madaahaat hain. ismein shaq nahi ke islam ek mukammal ideology hai, ek tarah sahi hai, lekin mukammal nizam e hayat hai, ye bidat hai.</w:t>
      </w:r>
    </w:p>
    <w:p>
      <w:pPr>
        <w:jc w:val="right"/>
      </w:pPr>
      <w:r>
        <w:t>یہسب بد عتہے، یہسبمداحاتہیں۔ اسمیںشک نہیںکہاسلام ایک مکمل آئیڈیالوجیہے، ایکطرحصحیحہے، لیکن مکملنظام حیاتہے، یہ بدعتہے۔</w:t>
      </w:r>
    </w:p>
    <w:p>
      <w:r>
        <w:rPr>
          <w:b/>
        </w:rPr>
        <w:t xml:space="preserve">[1:03:52] </w:t>
      </w:r>
      <w:r>
        <w:t>maulana, agla sawal lucknow se hai sajjad anwar sahab ka, unhone likha hai: "maulana, in recent issues of al risala, you have mentioned that turkey is your new hope of international dawa center,</w:t>
      </w:r>
    </w:p>
    <w:p>
      <w:pPr>
        <w:jc w:val="right"/>
      </w:pPr>
      <w:r>
        <w:t>مولانا،अगलासवाल رڑکیسےہے ساجدانورصاحبکا ،انہوںنےلکھاہے: "مول انا،इन रिसेंट इश्यूजऑफ अलरिसला, यूहैवमेंशन दैटटर्की इजयोरन्यूहोपऑफ इंटरनेशनल दावासेंटर,</w:t>
      </w:r>
    </w:p>
    <w:p>
      <w:r>
        <w:rPr>
          <w:b/>
        </w:rPr>
        <w:t xml:space="preserve">[1:04:07] </w:t>
      </w:r>
      <w:r>
        <w:t>while you have also mentioned many times, including in yesterday's kashmir dawa meet talk, that kashmir is the place from where dawa explosion would take place." "maulana, how to correlate these two points?</w:t>
      </w:r>
    </w:p>
    <w:p>
      <w:pPr>
        <w:jc w:val="right"/>
      </w:pPr>
      <w:r>
        <w:t>व्हाइलयूहैवआल्सोमेंशन मेनीटाइम्स, इंक्लूडिंगइनयस्टरडेजकश्मीर दावामीटटॉक, दैटकश्मीरइजदप्लेसफ्रॉमव्हेयरदावा एक्सप्लोजन वुडटेकप्लेस। "مولانا،हाउटू कोर िलेट दी ज टूपॉइ</w:t>
      </w:r>
    </w:p>
    <w:p>
      <w:r>
        <w:rPr>
          <w:b/>
        </w:rPr>
        <w:t xml:space="preserve">[1:04:21] </w:t>
      </w:r>
      <w:r>
        <w:t>please explain. dekhiye, turkey ki ahmiyat is aitbaar se hai ke turkey east aur west ke beech mein hai. aadha hissa east mein, aadha hissa west mein hai. aadha hissa uska europe ka part hai, aadha hissa mashriqi dunya ka part hai. aur bahut tourist wahan aate hain,</w:t>
      </w:r>
    </w:p>
    <w:p>
      <w:pPr>
        <w:jc w:val="right"/>
      </w:pPr>
      <w:r>
        <w:t>ंट्स?प्लीजएक्सप्लेन। देखिए, टर्की कीअहमियत इस اعتبارसेहैकिटर्की ईस्टऔरवेस्टकेबीचमेंहै। आधा हिस्सा ईस्टमें,आधाहिस्सावेस्टमेंहै। आधा हिस्साउसका यूरोपकापार्टहै, आधाहिस्सा मشرقیदुनियाकापार्टहै। औरबहुत टूरिस्टवहांआतेहैं,</w:t>
      </w:r>
    </w:p>
    <w:p>
      <w:r>
        <w:rPr>
          <w:b/>
        </w:rPr>
        <w:t xml:space="preserve">[1:04:44] </w:t>
      </w:r>
      <w:r>
        <w:t>bahut tourist aate hain.</w:t>
      </w:r>
    </w:p>
    <w:p>
      <w:pPr>
        <w:jc w:val="right"/>
      </w:pPr>
      <w:r>
        <w:t>बहुत टूरिस्टआतेहैं।</w:t>
      </w:r>
    </w:p>
    <w:p>
      <w:r>
        <w:rPr>
          <w:b/>
        </w:rPr>
        <w:t xml:space="preserve">[1:04:49] </w:t>
      </w:r>
      <w:r>
        <w:t>is aitbaar se woh bahut aham spot hai ke woh dawa ko phailane ke liye bahut zabardast jagah hai. main wahan gaya, dekha ke jahan dekhiye, bheed lagi hui touriston ki,</w:t>
      </w:r>
    </w:p>
    <w:p>
      <w:pPr>
        <w:jc w:val="right"/>
      </w:pPr>
      <w:r>
        <w:t>इस اعت بارसे वह बहुत अहमस्पॉटहै किवह दावाको फैलानेकेलिए बहुत जबरदस्तजगहहै।मैंवहांगया,देखाकिजहांदेखिए,भीड़लगीहुई टूरिस्टोंकी,</w:t>
      </w:r>
    </w:p>
    <w:p>
      <w:r>
        <w:rPr>
          <w:b/>
        </w:rPr>
        <w:t xml:space="preserve">[1:05:03] </w:t>
      </w:r>
      <w:r>
        <w:t>kyunke wahan bahut zyada do empire turkey mein thi. do empire, roman empire aur ottoman empire. to bahut lambi muddat tak do empire ne wahan rule kiya hai.</w:t>
      </w:r>
    </w:p>
    <w:p>
      <w:pPr>
        <w:jc w:val="right"/>
      </w:pPr>
      <w:r>
        <w:t>क्योंकि वहां बहुत ज्यादा दो एंपायरटर्कीमेंथीं।दोएंपायर , रोमन एंपायर और ऑटोमन एंपायर । तोबहुत लंबी मुद्दततक दोएंपायरनेवहांरूलकियाहै।</w:t>
      </w:r>
    </w:p>
    <w:p>
      <w:r>
        <w:rPr>
          <w:b/>
        </w:rPr>
        <w:t xml:space="preserve">[1:05:17] </w:t>
      </w:r>
      <w:r>
        <w:t>roman empire ne aur turkey aur ottoman empire ne. to bahut monument wahan par hain, historical. aur tourist logon ko bahut dilchaspi hoti hai history se, historical monument se. is aitbaar se wahan bheed lagi rehti hai. to dawa ke aitbaar se turkey masaa'il ke bahut badi position usko haasil hai. kashmir ka mamla hai ke yahan military chalaai gayi, turkey mein koi military nahi chalegi.</w:t>
      </w:r>
    </w:p>
    <w:p>
      <w:pPr>
        <w:jc w:val="right"/>
      </w:pPr>
      <w:r>
        <w:t>रोमनएंपायरनेऔरटर्की और ऑटोमनएंपायरने।तोबहुत मॉन्यूमेंटवहांपरहै,हिस्टोरिकल। और टूरिस्टलोगोंको बहुत दिलचस्पीहोतीहै हि स्ट्रीसे , हिस्टोरिकलमॉन्यूमेंट से। इस اعتبارसेवहांभीड़लगीरहतीहै। तो दावतकेاعتبارसे टर्की मसौतोंके बहुत बड़ीपोजीशनउसकोहासिलहै। कश्मीरकामामलाहैकियहांमिलिट्रेसीचलाईगई , टर्कीमेंकोईमिलिट्रेसीनहींचलेगी।</w:t>
      </w:r>
    </w:p>
    <w:p>
      <w:r>
        <w:rPr>
          <w:b/>
        </w:rPr>
        <w:t xml:space="preserve">[1:05:47] </w:t>
      </w:r>
      <w:r>
        <w:t>islam ke naam par tashaddud, islam ke naam par militancy.</w:t>
      </w:r>
    </w:p>
    <w:p>
      <w:pPr>
        <w:jc w:val="right"/>
      </w:pPr>
      <w:r>
        <w:t>इस्लामकेनाम पर تشدد، इस्लामकेनामपरमिलिट्रेसी।</w:t>
      </w:r>
    </w:p>
    <w:p>
      <w:r>
        <w:rPr>
          <w:b/>
        </w:rPr>
        <w:t xml:space="preserve">[1:05:53] </w:t>
      </w:r>
      <w:r>
        <w:t>to is messag ko duniya ko dene ke liye</w:t>
      </w:r>
    </w:p>
    <w:p>
      <w:pPr>
        <w:jc w:val="right"/>
      </w:pPr>
      <w:r>
        <w:t>तो इस मैसेजकोदुनियाकोदेनेकेलिए</w:t>
      </w:r>
    </w:p>
    <w:p>
      <w:r>
        <w:rPr>
          <w:b/>
        </w:rPr>
        <w:t xml:space="preserve">[1:05:56] </w:t>
      </w:r>
      <w:r>
        <w:t>ki islam is the land of peace, is ke liye kashmir ki ahmiyat bahut zyada hai.</w:t>
      </w:r>
    </w:p>
    <w:p>
      <w:pPr>
        <w:jc w:val="right"/>
      </w:pPr>
      <w:r>
        <w:t>किइस्लामइजदलैंडऑफ पीस, इसकेलिए कश्मीरकीअहमियतबहुतज्यादाहै।</w:t>
      </w:r>
    </w:p>
    <w:p>
      <w:r>
        <w:rPr>
          <w:b/>
        </w:rPr>
        <w:t xml:space="preserve">[1:06:03] </w:t>
      </w:r>
      <w:r>
        <w:t>aur dawat ko east aur west mein phailane ke liye</w:t>
      </w:r>
    </w:p>
    <w:p>
      <w:pPr>
        <w:jc w:val="right"/>
      </w:pPr>
      <w:r>
        <w:t>और दावतको ईस्टऔरवेस्टमेंफैलानेकेलिए</w:t>
      </w:r>
    </w:p>
    <w:p>
      <w:r>
        <w:rPr>
          <w:b/>
        </w:rPr>
        <w:t xml:space="preserve">[1:06:08] </w:t>
      </w:r>
      <w:r>
        <w:t>turkey ki ahmiyat bahut zyada hai. ab dono ki jagah, dono ki ahmiyat apne apne i'tibar se hai.</w:t>
      </w:r>
    </w:p>
    <w:p>
      <w:pPr>
        <w:jc w:val="right"/>
      </w:pPr>
      <w:r>
        <w:t>टर्कीकीअहमियतबहुतज्यादाहै। अबदोनों कीजगह,दोनों कीअहमियतअपने-अपने اعتبارसेहै।</w:t>
      </w:r>
    </w:p>
    <w:p>
      <w:r>
        <w:rPr>
          <w:b/>
        </w:rPr>
        <w:t xml:space="preserve">[1:06:18] </w:t>
      </w:r>
      <w:r>
        <w:t>maulana, agla sawal shri nagar se hai zahoor ahmad sahib ka, unhon ne likha hai: "maulana, a joo hai said, that the security of the is in combent upon allah. in these circumstances, various messengers who were murdered, were then not enjoying this security?</w:t>
      </w:r>
    </w:p>
    <w:p>
      <w:pPr>
        <w:jc w:val="right"/>
      </w:pPr>
      <w:r>
        <w:t>مولانا،अगलासवाल श्री नगरसेहै जहूरअहमदसाहबका ,उन्होंने लिखाहै: "مولانا، एजयूहैव सेड, दैटदसिक्योरिटीऑफ दा ई इजइन कंबेंटअपॉनअल्लाह । इन दीजसरकमस्टेंसस, वेरियसमैसेंजर्स हु वरमर्डर्ड, वरदेनॉटएंजॉयंगदिससिक्योरिटी?</w:t>
      </w:r>
    </w:p>
    <w:p>
      <w:r>
        <w:rPr>
          <w:b/>
        </w:rPr>
        <w:t xml:space="preserve">[1:06:39] </w:t>
      </w:r>
      <w:r>
        <w:t>please explain." nahin, various ka lafz galat hai.</w:t>
      </w:r>
    </w:p>
    <w:p>
      <w:pPr>
        <w:jc w:val="right"/>
      </w:pPr>
      <w:r>
        <w:t>प्लीजएक्सप्लेन।"نہیں، ویرियसکالفظغلطہے۔</w:t>
      </w:r>
    </w:p>
    <w:p>
      <w:r>
        <w:rPr>
          <w:b/>
        </w:rPr>
        <w:t xml:space="preserve">[1:06:43] </w:t>
      </w:r>
      <w:r>
        <w:t>sirf ek hazrat yahiya aur aur queen nahin. hazrat yahiya ka jo qatl kiya tha, allah ta'ala ne chhoot de di yahudiyon ko, warna allah ta'ala ki hifazat mein rehte hain tamam paighambar ta ke yeh yahudiyon ko allah ta'ala ko yahud ko, yani woh mazool karna tha is maqam se jo unhein diya gaya tha.</w:t>
      </w:r>
    </w:p>
    <w:p>
      <w:pPr>
        <w:jc w:val="right"/>
      </w:pPr>
      <w:r>
        <w:t>صرف ایک حضرتیحییٰ اور اورکوئینہیں ۔ حضرتیحییٰکاجو قتلکیاتھا،اللہ تعالینےچھوٹدےدییہودوںکو ، ورنہ اللہ تعالیکی حفاظتمیںرہتےہیںتمام پیغمبر ت اکہ یہ ود کی کو اللہ تعالی کویہودکو ،یعنی وہ معزولکرناتھا اس مقام سے جوانہیںدیاگیاتھا۔</w:t>
      </w:r>
    </w:p>
    <w:p>
      <w:r>
        <w:rPr>
          <w:b/>
        </w:rPr>
        <w:t xml:space="preserve">[1:07:10] </w:t>
      </w:r>
      <w:r>
        <w:t>to unko chhoot di gayi keh dekhein kahan tak jate hain, kahan tak jate hain.</w:t>
      </w:r>
    </w:p>
    <w:p>
      <w:pPr>
        <w:jc w:val="right"/>
      </w:pPr>
      <w:r>
        <w:t>توانکوچھوٹدیگئیکہدیکھیںکہاںتکجاتےہیں،کہاںتکجاتےہیں۔</w:t>
      </w:r>
    </w:p>
    <w:p>
      <w:r>
        <w:rPr>
          <w:b/>
        </w:rPr>
        <w:t xml:space="preserve">[1:07:14] </w:t>
      </w:r>
      <w:r>
        <w:t>to unhon ne hazrat yahiya ko qatl kar diya. baqi kisi nabbi qatl nahin kiya gaya, hazrat masih bhi qatl nahin kiye gaye. woh bhi allah ki planning thi. woh wahan par yani logon ko chhoot di gayi keh dekhein kahan tak jate hain. yeh to ek exception zaroor hai, yeh baqi logon ko allah ta'ala ne apni hifazat mein rakha.</w:t>
      </w:r>
    </w:p>
    <w:p>
      <w:pPr>
        <w:jc w:val="right"/>
      </w:pPr>
      <w:r>
        <w:t>تو انہوںنےحضرتیحییٰکوقتلکردیا۔ باقیکوئینبیقتلنہیںکیاگیا، حضرتمسیحبھیقتلنہیںکیےگئے۔ وہبھی اللہ کیپلاننگتھی۔وہ وہاںپر یعنی لوگوںکوچھوٹدیگئیکہدیکھیںکہاںتکجاتےہیں۔یہ تو ایک ایکسیپشنضرورہے،یہ باقیلوگوںکو اللہ تعالینےاپنیحفاظتمیںرکھا۔</w:t>
      </w:r>
    </w:p>
    <w:p>
      <w:r>
        <w:rPr>
          <w:b/>
        </w:rPr>
        <w:t xml:space="preserve">[1:07:36] </w:t>
      </w:r>
      <w:r>
        <w:t>dekhein, hifazat mein rakhna bahut is zamane mein aur bhi zyada qabil-e-fahm ho gaya hai.</w:t>
      </w:r>
    </w:p>
    <w:p>
      <w:pPr>
        <w:jc w:val="right"/>
      </w:pPr>
      <w:r>
        <w:t>دیکھیں،حفاظتمیںرکھنا بہت اسزمانےمیںاوربھیزیادہ قابل فہمہوگیاہے۔</w:t>
      </w:r>
    </w:p>
    <w:p>
      <w:r>
        <w:rPr>
          <w:b/>
        </w:rPr>
        <w:t xml:space="preserve">[1:07:42] </w:t>
      </w:r>
      <w:r>
        <w:t>hifazat mein rakhna hai, dekhiye, koi mystery baat nahin hai, yeh koi mystery baat nahin hai. da'i ka soul concern hota hai, peaceful da work.</w:t>
      </w:r>
    </w:p>
    <w:p>
      <w:pPr>
        <w:jc w:val="right"/>
      </w:pPr>
      <w:r>
        <w:t>حفاظتمیںرکھناہے،دیکھیے، کوئیمسٹیریسباتنہیںہے، یہکوئیمسٹیریسباتنہیںہے۔ داعیکا سول کنسرنہوتاہے، پیسفل داو رک۔</w:t>
      </w:r>
    </w:p>
    <w:p>
      <w:r>
        <w:rPr>
          <w:b/>
        </w:rPr>
        <w:t xml:space="preserve">[1:07:56] </w:t>
      </w:r>
      <w:r>
        <w:t>soul concern, peaceful da work, strictly non, strictly non political mission hai. yeh</w:t>
      </w:r>
    </w:p>
    <w:p>
      <w:pPr>
        <w:jc w:val="right"/>
      </w:pPr>
      <w:r>
        <w:t>سولکنسرن، پیسفل دا ورک، اسٹرکٹلی نان، اسٹرکٹلی نان پولیٹیکلمشنہے۔یہ</w:t>
      </w:r>
    </w:p>
    <w:p>
      <w:r>
        <w:rPr>
          <w:b/>
        </w:rPr>
        <w:t xml:space="preserve">[1:08:08] </w:t>
      </w:r>
      <w:r>
        <w:t>to qadeem zamane mein aqeeday mein aur partiyon se farq nahin hua karta tha. is bina par log ladte the. ab to woh khatam ho gaya, ab to mazhab aur partiyan alag ho gayi hain.</w:t>
      </w:r>
    </w:p>
    <w:p>
      <w:pPr>
        <w:jc w:val="right"/>
      </w:pPr>
      <w:r>
        <w:t>تو قدیمزمان ےمیں عقیدےمیںاور پارٹیوںسےفرقنہیںہواکرتاتھا۔ اس بناپرلوگلڑتےتھے۔ ابتووہختمہوگیا،ابتو مذہب اور پارٹیزالگہوگئیہیں۔</w:t>
      </w:r>
    </w:p>
    <w:p>
      <w:r>
        <w:rPr>
          <w:b/>
        </w:rPr>
        <w:t xml:space="preserve">[1:08:22] </w:t>
      </w:r>
      <w:r>
        <w:t>ab agar aap da'wat ka kaam karein peaceful andaaz se to ab to koi sawal hi nahin hai keh aapko koi maarne ke liye aaye. yeh jahan jahan qisse kahaniyan aayi keh musalmanon ko marte hain, woh sab, woh sab kahaniyan bilkul jhooti hain.</w:t>
      </w:r>
    </w:p>
    <w:p>
      <w:pPr>
        <w:jc w:val="right"/>
      </w:pPr>
      <w:r>
        <w:t>اباگر آپ دعوتکاکام کریںپیسفلاندازسے تو ابتو کوئیسوالہینہیںہےکہآپکوکوئیمارنےکےلیےآئے۔ یہجہاںجہاںقصےکہانیاںآئیںکہمسلمانوںکومارتےہیں،وہسب ،وہ سب کہانیاں بالکل جھوٹیہیں۔</w:t>
      </w:r>
    </w:p>
    <w:p>
      <w:r>
        <w:rPr>
          <w:b/>
        </w:rPr>
        <w:t xml:space="preserve">[1:08:37] </w:t>
      </w:r>
      <w:r>
        <w:t>musalmanon ne kuch political leaderon ke fareb mein aa kar ke wahan par partiyan chalayi, partiyan chalayi, yani wahan azaad muslim land, azaad muslim hukumat par banane ka nara lagaya.</w:t>
      </w:r>
    </w:p>
    <w:p>
      <w:pPr>
        <w:jc w:val="right"/>
      </w:pPr>
      <w:r>
        <w:t>مس لمانوںنے کچھ پولیٹیکللیڈروںکے فریبمیںآکرکےوہاںپر پار ٹیزچلائیں، پار ٹیزچلائیں،یعنیوہاںآزادمسلملینڈ،آزادمسلمحکومت پر بنانےکانعرہلگایا۔</w:t>
      </w:r>
    </w:p>
    <w:p>
      <w:r>
        <w:rPr>
          <w:b/>
        </w:rPr>
        <w:t xml:space="preserve">[1:08:50] </w:t>
      </w:r>
      <w:r>
        <w:t>to wahan ke jo hukumat the, unhon ne mara unko, jaise bosnia mein, jaise burma mein, yeh aise har jagah hua, sinkiang mein, kahin bhi.</w:t>
      </w:r>
    </w:p>
    <w:p>
      <w:pPr>
        <w:jc w:val="right"/>
      </w:pPr>
      <w:r>
        <w:t>تو وہاںکےجو حک ومتیتھے،انہوںنےماراانکو، جیسےبوسنیامیں، جیسے برمامیں، یہ ایسےہرجگہہوا،سنکانگمیں، کہیں بھی۔</w:t>
      </w:r>
    </w:p>
    <w:p>
      <w:r>
        <w:rPr>
          <w:b/>
        </w:rPr>
        <w:t xml:space="preserve">[1:09:01] </w:t>
      </w:r>
      <w:r>
        <w:t>main poore aitbar se keh sakta hoon keh jahan par hum musalman kehte hain keh un par zulm ho raha hai, woh bilkul galat hai.</w:t>
      </w:r>
    </w:p>
    <w:p>
      <w:pPr>
        <w:jc w:val="right"/>
      </w:pPr>
      <w:r>
        <w:t>میں پورےاعتبارسےکہہسکتاہوںکہجہاںپہمس لمانکہتےہیںکہانپرظلمہورہاہے، وہبالکل غلطہے۔</w:t>
      </w:r>
    </w:p>
    <w:p>
      <w:r>
        <w:rPr>
          <w:b/>
        </w:rPr>
        <w:t xml:space="preserve">[1:09:07] </w:t>
      </w:r>
      <w:r>
        <w:t>muslim suffering the price of their own policies.</w:t>
      </w:r>
    </w:p>
    <w:p>
      <w:pPr>
        <w:jc w:val="right"/>
      </w:pPr>
      <w:r>
        <w:t>مسلم سر پینگداپرائسافدیراوناسٹریٹپالیسیز۔</w:t>
      </w:r>
    </w:p>
    <w:p>
      <w:r>
        <w:rPr>
          <w:b/>
        </w:rPr>
        <w:t xml:space="preserve">[1:09:13] </w:t>
      </w:r>
      <w:r>
        <w:t>to is zamane mein to sawal hi nahin hai keh koi aapko mare, marega to woh hoga keh aap pehle mujhe maar ke policy zabtiyar karenge, aap khwamkhwah rulwayenge logon ko, logon se kahenge aap mujhe maro.</w:t>
      </w:r>
    </w:p>
    <w:p>
      <w:pPr>
        <w:jc w:val="right"/>
      </w:pPr>
      <w:r>
        <w:t>تو اس زمان ےمیںتو سوالہینہیںہےکہکوئیآپکومارے، مارےگاتووہ ہوگاکہآپ پہلے مجھےمار کے پالیسیجباختیارکریںگے،آپ خوامخواہمروائیںگےلوگوںکو، لوگوںسےکہیںگےآپمجھےمارو۔</w:t>
      </w:r>
    </w:p>
    <w:p>
      <w:r>
        <w:rPr>
          <w:b/>
        </w:rPr>
        <w:t xml:space="preserve">[1:09:28] </w:t>
      </w:r>
      <w:r>
        <w:t>unhon ne koi sawal nahin, agar aap peace ke saath da'wat karein to koi sawal nahin</w:t>
      </w:r>
    </w:p>
    <w:p>
      <w:pPr>
        <w:jc w:val="right"/>
      </w:pPr>
      <w:r>
        <w:t>انہوںنےکوئیسوالنہیں،اگر آپ پیسکےساتھ دعوت کریں تو کوئیسوالنہیں</w:t>
      </w:r>
    </w:p>
    <w:p>
      <w:r>
        <w:rPr>
          <w:b/>
        </w:rPr>
        <w:t xml:space="preserve">[1:09:34] </w:t>
      </w:r>
      <w:r>
        <w:t>keh aapko maarne ka hai, kyunke aaj ka jo norm hai, woh is norm mein united nations ne dekhiye, 1948 mein poora duniya ke tamam mumalik ke signers se ek declaration jari hua,</w:t>
      </w:r>
    </w:p>
    <w:p>
      <w:pPr>
        <w:jc w:val="right"/>
      </w:pPr>
      <w:r>
        <w:t>کہآپکومارنےکاہے،کیونکہآجکا جو نارمہے، وہ اس نارممیں یونائٹڈنیشنزنےدیکھیے، 19 4 8 میں پوریدنیا کےتمام ممالک کے سگنیچرسے ایک ڈیکلریشنجاریہوا،</w:t>
      </w:r>
    </w:p>
    <w:p>
      <w:r>
        <w:rPr>
          <w:b/>
        </w:rPr>
        <w:t xml:space="preserve">[1:09:52] </w:t>
      </w:r>
      <w:r>
        <w:t>jismein yeh hua keh aadmi ko mazhab ki mukammal azadi</w:t>
      </w:r>
    </w:p>
    <w:p>
      <w:pPr>
        <w:jc w:val="right"/>
      </w:pPr>
      <w:r>
        <w:t>جسمیںیہہوا کہ آدمیکو مذہبکیمک مل آز ادی</w:t>
      </w:r>
    </w:p>
    <w:p>
      <w:r>
        <w:rPr>
          <w:b/>
        </w:rPr>
        <w:t xml:space="preserve">[1:09:56] </w:t>
      </w:r>
      <w:r>
        <w:t>rahegi, to total freedom. to ab to aapko mehfooziyat mil gayi hai khud duniya ke modern jo nizam hai, uske taraf se.</w:t>
      </w:r>
    </w:p>
    <w:p>
      <w:pPr>
        <w:jc w:val="right"/>
      </w:pPr>
      <w:r>
        <w:t>رہےگی، ٹوٹلفریڈم۔ توابتوآپکو محفوظیتملگئیہےخود دنیا کے ماڈرنجو نظامہے،اسکے طرف سے ۔</w:t>
      </w:r>
    </w:p>
    <w:p>
      <w:r>
        <w:rPr>
          <w:b/>
        </w:rPr>
        <w:t xml:space="preserve">[1:10:06] </w:t>
      </w:r>
      <w:r>
        <w:t>pehlae aisa nahin tha, yani pehle allah ta'ala special farishton ke zariye se unki hifazat farmate the. ab allah ta'ala ne poora zamane ko badal diya, poora zamane ko badal diya.</w:t>
      </w:r>
    </w:p>
    <w:p>
      <w:pPr>
        <w:jc w:val="right"/>
      </w:pPr>
      <w:r>
        <w:t>پہلے ایسانہیںتھا، یعنیپہلے اللہ تعالی اسپیشلفرشتوںکےذریعےسےانکیحفاظتفرماتےتھے۔ اباللہتعالینےپورا زمان ےکوبدلدیا، پورےزمان ےکوبدلدیا۔</w:t>
      </w:r>
    </w:p>
    <w:p>
      <w:r>
        <w:rPr>
          <w:b/>
        </w:rPr>
        <w:t xml:space="preserve">[1:10:20] </w:t>
      </w:r>
      <w:r>
        <w:t>agar aap non political andaaz mein, peaceful andaaz mein da'wat karein to aap ke liye kisi qism ka koi khatra hai hi nahin, not at all.</w:t>
      </w:r>
    </w:p>
    <w:p>
      <w:pPr>
        <w:jc w:val="right"/>
      </w:pPr>
      <w:r>
        <w:t>اگر آپ نان پولیٹیکلاندازمیں، پیسفلاندازمیں دعوت کریں تو آپ کےلیےکسی قسم کاکوئی خطرہہےہینہیں، ناٹایٹآل ۔</w:t>
      </w:r>
    </w:p>
    <w:p>
      <w:r>
        <w:rPr>
          <w:b/>
        </w:rPr>
        <w:t xml:space="preserve">[1:10:35] </w:t>
      </w:r>
      <w:r>
        <w:t>maulana, unka doosra sawal yeh hai, unhon ne likha hai: "the presence of negativity in human mind is unnatural process. i want to know from you, is its removal by positivity a continuous process</w:t>
      </w:r>
    </w:p>
    <w:p>
      <w:pPr>
        <w:jc w:val="right"/>
      </w:pPr>
      <w:r>
        <w:t>مولانا،उनका दूसरासवालयहहै, उन्होंने लिखाहै: "दप्रेजेंसऑफ नेगेटिविटीइनह्यूमन माइंड इजअनेचुरलप्रोसेस। आईवांटटूनोफ्रॉमयू,इजइट्स रिमूवल बाय पॉजिटिविटी अकंटीन्यूअसप्रोसेस</w:t>
      </w:r>
    </w:p>
    <w:p>
      <w:r>
        <w:rPr>
          <w:b/>
        </w:rPr>
        <w:t xml:space="preserve">[1:10:51] </w:t>
      </w:r>
      <w:r>
        <w:t>?" nahin bhai, yeh nahin manta keh keh yeh nature mein hai, harghiz nature mein nahin hai. yeh conditioning ki wajah se aata hai, conditioning ki wajah se.</w:t>
      </w:r>
    </w:p>
    <w:p>
      <w:pPr>
        <w:jc w:val="right"/>
      </w:pPr>
      <w:r>
        <w:t>?"نہیںبھئی،یہنہیںمانتاکہ کہیہنیچرمیںہے، ہرگزنیچرمیںنہیںہے۔ یہ کنڈیشننگکیوجہسےآتاہے، کنڈیشننگکیوجہسے۔</w:t>
      </w:r>
    </w:p>
    <w:p>
      <w:r>
        <w:rPr>
          <w:b/>
        </w:rPr>
        <w:t xml:space="preserve">[1:11:03] </w:t>
      </w:r>
      <w:r>
        <w:t>jaise main apne ko batata hoon keh main ek nature mein raha, ek gaon mein,</w:t>
      </w:r>
    </w:p>
    <w:p>
      <w:pPr>
        <w:jc w:val="right"/>
      </w:pPr>
      <w:r>
        <w:t>جیسےمیںاپنےکوبتاتاہوں کہ میں ایکنیچرمیںرہا، ایکگاؤںمیں،</w:t>
      </w:r>
    </w:p>
    <w:p>
      <w:r>
        <w:rPr>
          <w:b/>
        </w:rPr>
        <w:t xml:space="preserve">[1:11:12] </w:t>
      </w:r>
      <w:r>
        <w:t>bahut door shehron se, bahut door yeh political activities se, bahut door yeh sab jhagde wahin, rasai ka jhagda, falan jhagda, sab bahut door.</w:t>
      </w:r>
    </w:p>
    <w:p>
      <w:pPr>
        <w:jc w:val="right"/>
      </w:pPr>
      <w:r>
        <w:t>بہت دور شہروںسے ،بہت دور یہپولیٹیکلایکٹیویٹیزسے ،بہت دور یہسبجھگڑےجوہیں، ارایسایسکاجھگڑا،فلاںجھگڑا،سب بہت دور۔</w:t>
      </w:r>
    </w:p>
    <w:p>
      <w:r>
        <w:rPr>
          <w:b/>
        </w:rPr>
        <w:t xml:space="preserve">[1:11:22] </w:t>
      </w:r>
      <w:r>
        <w:t>ek ek remote vilijthawa.</w:t>
      </w:r>
    </w:p>
    <w:p>
      <w:pPr>
        <w:jc w:val="right"/>
      </w:pPr>
      <w:r>
        <w:t>ایک ایک ریموٹ ولیجتھاوہ۔</w:t>
      </w:r>
    </w:p>
    <w:p>
      <w:r>
        <w:rPr>
          <w:b/>
        </w:rPr>
        <w:t xml:space="preserve">[1:11:26] </w:t>
      </w:r>
      <w:r>
        <w:t>to mein bilkul nature mein pada pada. to jab mein chhota tha, yani saat das saal ka, apne ghar ke bahar khada tha to ek ladka aaya, jo bahut hi jahil qism ka, be padh likha ladka tha woh.</w:t>
      </w:r>
    </w:p>
    <w:p>
      <w:pPr>
        <w:jc w:val="right"/>
      </w:pPr>
      <w:r>
        <w:t>تو میںبالکل نیچرمیںپڑاپڑا۔ توجب میں چھوٹا تھا، یعنی ساتدسسالکا، اپنےگھرکےباہرکھڑاتھا تو ایکلڑکاآیا،جوبہت ہی جاہلقسم کا، بےپڑھلکھالڑکاتھاوہ۔</w:t>
      </w:r>
    </w:p>
    <w:p>
      <w:r>
        <w:rPr>
          <w:b/>
        </w:rPr>
        <w:t xml:space="preserve">[1:11:43] </w:t>
      </w:r>
      <w:r>
        <w:t>to mujhko bahut buri gali di, bahut buri gali. is pe ladaiyan ho jati hain. to maine kaha ki tum khud yeh kaha ki ghar mein chala gaya.</w:t>
      </w:r>
    </w:p>
    <w:p>
      <w:pPr>
        <w:jc w:val="right"/>
      </w:pPr>
      <w:r>
        <w:t>تو مجھکوبہت بریگالیدی، بہت بریگالی۔اسپہلڑائیاں ہوجاتیہیں۔ تومیںنےکہاکہ تم خود یہکہاکہگھرمیںچلاگیا۔</w:t>
      </w:r>
    </w:p>
    <w:p>
      <w:r>
        <w:rPr>
          <w:b/>
        </w:rPr>
        <w:t xml:space="preserve">[1:11:53] </w:t>
      </w:r>
      <w:r>
        <w:t>kahin na ghussa, na maar peet, na ishtihar, kuch nahin. aisi is zamane ki baat ek hai ki ek sahib ne mere bare mein keh diya ki unhone unke haan sone ke zevar chori ho gaye the.</w:t>
      </w:r>
    </w:p>
    <w:p>
      <w:pPr>
        <w:jc w:val="right"/>
      </w:pPr>
      <w:r>
        <w:t>کہیںنہغصہ، نہ مار پیٹ،نہ اشتہار،کچھنہیں۔ ایسی اسزمانےکیباتایک ہے کہ ایک صاحبنے میرےبارےمیںکہہدیا کہ انہوںنے انکےہاںسونےکےزیورچوریہوگئےتھے۔</w:t>
      </w:r>
    </w:p>
    <w:p>
      <w:r>
        <w:rPr>
          <w:b/>
        </w:rPr>
        <w:t xml:space="preserve">[1:12:08] </w:t>
      </w:r>
      <w:r>
        <w:t>woh hamare pados ke the. woh</w:t>
      </w:r>
    </w:p>
    <w:p>
      <w:pPr>
        <w:jc w:val="right"/>
      </w:pPr>
      <w:r>
        <w:t>وہ ہمارےپڑوسکےتھے۔وہ</w:t>
      </w:r>
    </w:p>
    <w:p>
      <w:r>
        <w:rPr>
          <w:b/>
        </w:rPr>
        <w:t xml:space="preserve">[1:12:10] </w:t>
      </w:r>
      <w:r>
        <w:t>unhone kaha ki mere bare mein keh diya ki main chura le gaya. to main suna to wahan se hansi aa gayi. mujhe ghussa nahin aaya, hansi aa gayi kyunki main nature par tha.</w:t>
      </w:r>
    </w:p>
    <w:p>
      <w:pPr>
        <w:jc w:val="right"/>
      </w:pPr>
      <w:r>
        <w:t>انہوںنےکہاکہ میرےبارےمیںکہہدیاکہمیں چرالےگیا۔ تو میںسناتووہاںسےہنسیآگئی۔ مجھےغصہنہیںآیا،ہنسیآگئی کیونکہمیںنیچرپرتھا۔</w:t>
      </w:r>
    </w:p>
    <w:p>
      <w:r>
        <w:rPr>
          <w:b/>
        </w:rPr>
        <w:t xml:space="preserve">[1:12:21] </w:t>
      </w:r>
      <w:r>
        <w:t>dekhein, yeh sab negative thinking jo hai, yeh sab out of conditioning hoti hai. nature mein hargiz yeh baat nahin hai, iska nature se koi taluq nahin hai.</w:t>
      </w:r>
    </w:p>
    <w:p>
      <w:pPr>
        <w:jc w:val="right"/>
      </w:pPr>
      <w:r>
        <w:t>دیکھیں،یہ سب نیگیٹیوتھنکنگجوہے، یہ سب آؤٹآفکنڈیشننگہوتیہے۔ نیچرمیںہرگزیہباتنہیںہے، اسکانیچرسےکوئیتعلقنہیںہے۔</w:t>
      </w:r>
    </w:p>
    <w:p>
      <w:r>
        <w:rPr>
          <w:b/>
        </w:rPr>
        <w:t xml:space="preserve">[1:12:33] </w:t>
      </w:r>
      <w:r>
        <w:t>ya to apne ko aap conditioning se bachayein, ya condition ho gayi to apne ko decondition karein.</w:t>
      </w:r>
    </w:p>
    <w:p>
      <w:pPr>
        <w:jc w:val="right"/>
      </w:pPr>
      <w:r>
        <w:t>یاتو اپنے کوآپ کنڈیشننگسےبچائیں، یا کنڈیشنہوگئی تواپنےکوڈیکنڈیشنکریں۔</w:t>
      </w:r>
    </w:p>
    <w:p>
      <w:r>
        <w:rPr>
          <w:b/>
        </w:rPr>
        <w:t xml:space="preserve">[1:12:39] </w:t>
      </w:r>
      <w:r>
        <w:t>to iske baad jo kaha hoga, jo cheez hogi, woh positive thinking hogi.</w:t>
      </w:r>
    </w:p>
    <w:p>
      <w:pPr>
        <w:jc w:val="right"/>
      </w:pPr>
      <w:r>
        <w:t>تواسکےبعد جوکہاہوگا،جوچیزہوگی،وہ پ ازیٹیوتھنکنگہوگی۔</w:t>
      </w:r>
    </w:p>
    <w:p>
      <w:r>
        <w:rPr>
          <w:b/>
        </w:rPr>
        <w:t xml:space="preserve">[1:12:47] </w:t>
      </w:r>
      <w:r>
        <w:t>maulana, agla sawal Karnataka se hai A H Shakeel sahab ka, unhone likha hai: "Africa ke ek sahib se baat hui, unhone kaha ki aaj kal ke daai ko chahiye ki woh kai - kai non muslim auraton se shadi karein taaki zyada se zyada logon tak dawat aasani se pahunch ja</w:t>
      </w:r>
    </w:p>
    <w:p>
      <w:pPr>
        <w:jc w:val="right"/>
      </w:pPr>
      <w:r>
        <w:t>مولانا،अगलासवाल कर्नाटकासेहै एएच शाकिरसाहबका ,उन्होंने लिखाहै: "अफ्रीकाकेएक साहबसे बातहुई , उन्होंने कहा किआज कलके दाईकोचाहिए किवह कई -कई नॉनमुस्लिमऔरतोंसे शादीकरें ताकि ज्यादासे ज्यादा लोगों तक दावत आसानीसेपहुंचजा</w:t>
      </w:r>
    </w:p>
    <w:p>
      <w:r>
        <w:rPr>
          <w:b/>
        </w:rPr>
        <w:t xml:space="preserve">[1:13:09] </w:t>
      </w:r>
      <w:r>
        <w:t>e." iske bare mein yeh sab jhooti baatein hain, yeh sab bilkul lagho hain, yeh ridiculous hain, ridiculous, ridiculous hain. yeh baatein, yeh log jo hain, woh Allah ke haan pakde jayenge, unki flagging hogi. aise log jo baatein karte hain,</w:t>
      </w:r>
    </w:p>
    <w:p>
      <w:pPr>
        <w:jc w:val="right"/>
      </w:pPr>
      <w:r>
        <w:t>ए।" इसकेबारेमें یہسبجھوٹیباتیںہیں، یہسببالکل لغوہیں، یہ ریڈیکولسہیں،ریڈیکولس، ریڈیکولسہیں۔یہباتیں، یہلوگجوہیں،وہاللہ کےہاںپکڑےجائیںگے،انکیفلاگنگہوگی۔ایسےلوگ جوباتیں کرتےہیں،</w:t>
      </w:r>
    </w:p>
    <w:p>
      <w:r>
        <w:rPr>
          <w:b/>
        </w:rPr>
        <w:t xml:space="preserve">[1:13:31] </w:t>
      </w:r>
      <w:r>
        <w:t>Allah ki dawat pahunchane wale woh log hain jo Allah se darein.</w:t>
      </w:r>
    </w:p>
    <w:p>
      <w:pPr>
        <w:jc w:val="right"/>
      </w:pPr>
      <w:r>
        <w:t>اللہ کیدعوت پہنچانےوالے وہلوگہیںجواللہ سےڈریں۔</w:t>
      </w:r>
    </w:p>
    <w:p>
      <w:r>
        <w:rPr>
          <w:b/>
        </w:rPr>
        <w:t xml:space="preserve">[1:13:37] </w:t>
      </w:r>
      <w:r>
        <w:t>yeh out of taqwa dawat ka kaam hota hai, aur iske liye khair khwahi chahiye, iske liye mad'u se mohabbat chahiye, iske liye sabr chahiye.</w:t>
      </w:r>
    </w:p>
    <w:p>
      <w:pPr>
        <w:jc w:val="right"/>
      </w:pPr>
      <w:r>
        <w:t>یہ آؤٹآف تقویٰ دعوتکاکامہوتاہے، اور اسکےلیے خیرخواہیچاہیے،اسکےلیے مدعوسےمحبتچاہیے، اسکےلیے صبرچاہیے۔</w:t>
      </w:r>
    </w:p>
    <w:p>
      <w:r>
        <w:rPr>
          <w:b/>
        </w:rPr>
        <w:t xml:space="preserve">[1:13:50] </w:t>
      </w:r>
      <w:r>
        <w:t>yeh sab jhooti tajweezein hain, aur is pe astaghfirullah kehna chahiye aadmi ko ki yeh shaitan ne yeh sab sikhaya. inko kuch nahin.</w:t>
      </w:r>
    </w:p>
    <w:p>
      <w:pPr>
        <w:jc w:val="right"/>
      </w:pPr>
      <w:r>
        <w:t>یہسبجھوٹی تجویزیںہیں، اوراسپراستغفراللہکہناچاہیےآدمیکو کہ یہشیطاننےیہسبسکھایا۔انکو کچھنہیں ۔</w:t>
      </w:r>
    </w:p>
    <w:p>
      <w:r>
        <w:rPr>
          <w:b/>
        </w:rPr>
        <w:t xml:space="preserve">[1:14:01] </w:t>
      </w:r>
      <w:r>
        <w:t>anil kum nasu min. dekhein, do shartain hain Quran mein.</w:t>
      </w:r>
    </w:p>
    <w:p>
      <w:pPr>
        <w:jc w:val="right"/>
      </w:pPr>
      <w:r>
        <w:t>انیلکمناسون من۔دیکھیں،دوشر طیںہیں قرآنمیں۔</w:t>
      </w:r>
    </w:p>
    <w:p>
      <w:r>
        <w:rPr>
          <w:b/>
        </w:rPr>
        <w:t xml:space="preserve">[1:14:06] </w:t>
      </w:r>
      <w:r>
        <w:t>anil kum nasu min. yani da'wah ke andar do sifat hona chahiye. ek sifat khair khwahi, khair khwahi yani well wishing, mad'u ke liye well wisher hona.</w:t>
      </w:r>
    </w:p>
    <w:p>
      <w:pPr>
        <w:jc w:val="right"/>
      </w:pPr>
      <w:r>
        <w:t>انیلکمناسون من۔ یعنیداعیکےاندردو صفت ہوناچاہیے۔ ایک صفت خیرخواہی، خیرخواہییعنی ویلوشنگ، مد عوکےلیے ویلوشرہونا۔</w:t>
      </w:r>
    </w:p>
    <w:p>
      <w:r>
        <w:rPr>
          <w:b/>
        </w:rPr>
        <w:t xml:space="preserve">[1:14:20] </w:t>
      </w:r>
      <w:r>
        <w:t>doosri sifat hai wohi baat kehna jo Allah ne batai hai, yani Quran ki baat. apni taraf se kuch nahin, yeh toh apni taraf se hai. yeh yeh shadi wali baat unhone kahi, apni taraf se hai. kahan likha hua hai Quran mein ?</w:t>
      </w:r>
    </w:p>
    <w:p>
      <w:pPr>
        <w:jc w:val="right"/>
      </w:pPr>
      <w:r>
        <w:t>دوس ریصفتہے کہوہیباتکہناجو اللہ نےبت ائیہے، یعنیقرآنکیبات ۔ اپنیطرفسےکچھنہیں ، یہتواپنیطرفسےہے۔یہ یہشادیوالی باتانہوںنےکہی،اپنیطرفسےہے۔کہاںلکھاہواہےقرآنمیں ؟</w:t>
      </w:r>
    </w:p>
    <w:p>
      <w:r>
        <w:rPr>
          <w:b/>
        </w:rPr>
        <w:t xml:space="preserve">[1:14:34] </w:t>
      </w:r>
      <w:r>
        <w:t>to jo cheez na Quran mein hai, na hadith mein hai, woh apni bayan karein aap. yeh yeh bilkul gunah hai. to aap ke andar bad'u ke liye bahut zyada well wishing hona chahiye, bahut zyada khair khwahi.</w:t>
      </w:r>
    </w:p>
    <w:p>
      <w:pPr>
        <w:jc w:val="right"/>
      </w:pPr>
      <w:r>
        <w:t>توجو چیزنہقرآنمیںہے،نہحدیثمیںہے، وہ اپنی بیانکریںآپ۔ یہ یہبالکل گناہہے۔ تو آپ کےاندر بد وکےلیے بہت زیادہ ویلوشنگہوناچاہیے،بہت زیادہ خیرخواہی۔</w:t>
      </w:r>
    </w:p>
    <w:p>
      <w:r>
        <w:rPr>
          <w:b/>
        </w:rPr>
        <w:t xml:space="preserve">[1:14:49] </w:t>
      </w:r>
      <w:r>
        <w:t>aur doosri baat, strictly aap wohi baat kahein jo Quran o hadith mein hai. kisi aur be hadith ko kehne ko gunah samjhein. bas yeh do sifat chahiye.</w:t>
      </w:r>
    </w:p>
    <w:p>
      <w:pPr>
        <w:jc w:val="right"/>
      </w:pPr>
      <w:r>
        <w:t>اوردوسریبات، اسٹرکٹلی آپ وہیباتکہیںجو قرآنوحدیثمیںہے۔ کسیاور بےحدکوکہنےکوگناہسمجھیں۔ بس یہدوصفتچاہیے۔</w:t>
      </w:r>
    </w:p>
    <w:p>
      <w:r>
        <w:rPr>
          <w:b/>
        </w:rPr>
        <w:t xml:space="preserve">[1:14:59] </w:t>
      </w:r>
      <w:r>
        <w:t>yeh kaha gaya hai: nasir aur amin.</w:t>
      </w:r>
    </w:p>
    <w:p>
      <w:pPr>
        <w:jc w:val="right"/>
      </w:pPr>
      <w:r>
        <w:t>یہیکہاگیاہے:ناصراورامین۔</w:t>
      </w:r>
    </w:p>
    <w:p>
      <w:r>
        <w:rPr>
          <w:b/>
        </w:rPr>
        <w:t xml:space="preserve">[1:15:04] </w:t>
      </w:r>
      <w:r>
        <w:t>maulana, agla sawal Kashmir se hai Hamidullah Hamid sahab ka, unhone likha hai: "Maulana sahib, Muslims and even their ulema say that kafir is najas. So how can we give them Quran?" dekhein, kafir ka lafz musalmanon ke bolne ka haq nahin hai.</w:t>
      </w:r>
    </w:p>
    <w:p>
      <w:pPr>
        <w:jc w:val="right"/>
      </w:pPr>
      <w:r>
        <w:t>مولانا،अगलासवाल कश्मीरसेहै حامداللہحمیدصاحبکا ،انہوں نےلکھاہے: "مول اناصاحب،मुस्लिम्स एंड इवन देयरउलेमा से दैटकाफिर इज नजेस। सोहाउकैनवीगिवदेमकुरान?" دیکھیں،کافر کالفظمسلمانوںکےبولنےکاحقہینہیںہے۔</w:t>
      </w:r>
    </w:p>
    <w:p>
      <w:r>
        <w:rPr>
          <w:b/>
        </w:rPr>
        <w:t xml:space="preserve">[1:15:23] </w:t>
      </w:r>
      <w:r>
        <w:t>jo kafir, jo musalman kafir ka lafz bolta hai, woh pakda jayega Allah ta'ala ke haan. phir flagging hogi. kisne tum ko license diya kafir kehne ka ?</w:t>
      </w:r>
    </w:p>
    <w:p>
      <w:pPr>
        <w:jc w:val="right"/>
      </w:pPr>
      <w:r>
        <w:t>جو کافر، جو مس لمان کافرکالفظبولتاہے،وہپکڑاجائےگااللہتعالیکےہاں۔پھرفلاگنگہوگی۔ کسنےتم کو لائسنسدیاکافرکہنےکا؟</w:t>
      </w:r>
    </w:p>
    <w:p>
      <w:r>
        <w:rPr>
          <w:b/>
        </w:rPr>
        <w:t xml:space="preserve">[1:15:34] </w:t>
      </w:r>
      <w:r>
        <w:t>woh Allah ka domain hai, ya Allah hai jo faisla karega kaun kafir hai.</w:t>
      </w:r>
    </w:p>
    <w:p>
      <w:pPr>
        <w:jc w:val="right"/>
      </w:pPr>
      <w:r>
        <w:t>وہ اللہ کا ڈومینہے، یااللہ ہےجوفیصلہکرےگاکونکافر ہے۔</w:t>
      </w:r>
    </w:p>
    <w:p>
      <w:r>
        <w:rPr>
          <w:b/>
        </w:rPr>
        <w:t xml:space="preserve">[1:15:39] </w:t>
      </w:r>
      <w:r>
        <w:t>aap hum aap nahin hain. jo fatwa dete hain takfeer ka, woh beshak gunah karte hain. woh log aap nahin hote hain kisi ko kafir manne wale ? ek bahut hi sakht hadith mein batata hoon aap ko. ek hadith hai ki jis ne kisi ko kafir kaha, woh kafir na ho to khud aadmi kafir ho jayega.</w:t>
      </w:r>
    </w:p>
    <w:p>
      <w:pPr>
        <w:jc w:val="right"/>
      </w:pPr>
      <w:r>
        <w:t>آپہمآپنہیںہیں۔ جو فتویدیتےہیںتکفیرکا،وہبلاشبہگناہکرتےہیں۔وہلوگ آپ کونہوتےہیںکسیکوکافرماننےوالے ؟ ایکبہتہی سخت حدیث میںبتاتاہوںآپکو ۔ایک حدیث ہےکہ جس نےکسی کوکافرکہا، وہکافرنہہوتوخودآدمیکافرہوجائےگا۔</w:t>
      </w:r>
    </w:p>
    <w:p>
      <w:r>
        <w:rPr>
          <w:b/>
        </w:rPr>
        <w:t xml:space="preserve">[1:16:02] </w:t>
      </w:r>
      <w:r>
        <w:t>aur kafir muslim ka muamla dekhiye, hadith mein aata hai ki inna Allaha yaqbalu al tawba hatta ghargharat. Allah tauba qabool farmata hai us waqt tak jab tak ke ghargharah na ho jaye, maut ke aakhri waqt tak.</w:t>
      </w:r>
    </w:p>
    <w:p>
      <w:pPr>
        <w:jc w:val="right"/>
      </w:pPr>
      <w:r>
        <w:t>اور کافر مسلمکامعاملہدیکھیے،حدیثمیںآتاہے کہإن الله يقبل التوبة مال امغ رغر اللہ توبہقبولفرماتاہے اسوقتتکجبتککہغرغرہنہہوجائے، موتکےآخریوقتتک۔</w:t>
      </w:r>
    </w:p>
    <w:p>
      <w:r>
        <w:rPr>
          <w:b/>
        </w:rPr>
        <w:t xml:space="preserve">[1:16:17] </w:t>
      </w:r>
      <w:r>
        <w:t>ab kaun jaanta hai ke woh aadmi jo woh hai to tauba nahin kar lega? kis ko pata hai? misaal ke taur par yahudiyon ko aap bura samajhte hain, bahut bura.</w:t>
      </w:r>
    </w:p>
    <w:p>
      <w:pPr>
        <w:jc w:val="right"/>
      </w:pPr>
      <w:r>
        <w:t>ابکونجانتاہےکہوہآدمیجوہےتوبہنہیںکرلےگا؟ کسکوپتہہے؟ مثالطورپریہودیوںکوآپ براسمجھتےہیں،بہت برا۔</w:t>
      </w:r>
    </w:p>
    <w:p>
      <w:r>
        <w:rPr>
          <w:b/>
        </w:rPr>
        <w:t xml:space="preserve">[1:16:28] </w:t>
      </w:r>
      <w:r>
        <w:t>saare musalman behad o tase nafrat karte hain.</w:t>
      </w:r>
    </w:p>
    <w:p>
      <w:pPr>
        <w:jc w:val="right"/>
      </w:pPr>
      <w:r>
        <w:t>سارے مسلمان بےحدوتسےنفرتکرتےہیں۔</w:t>
      </w:r>
    </w:p>
    <w:p>
      <w:r>
        <w:rPr>
          <w:b/>
        </w:rPr>
        <w:t xml:space="preserve">[1:16:32] </w:t>
      </w:r>
      <w:r>
        <w:t>inhi yahudiyon mein dekhiye, is is zamane mein jab ke yahud se lad rahe hain, yahud ko abna o qaraah bata kar lad rahe hain un se. is zamane mein kitne kai log paida hue, mislan asad sahib jo leopold ka naam tha, hungary mein paida hue the.</w:t>
      </w:r>
    </w:p>
    <w:p>
      <w:pPr>
        <w:jc w:val="right"/>
      </w:pPr>
      <w:r>
        <w:t>انہی یہودیوںمیںدیکھیے، اس اسیزمانےمیںجب کہ یہودسےلڑرہےہیں، یہودکو ابناؤاورقرادہ بتاکرلڑرہےہیںانسے۔اسزمانےمیں کتنے کئیلوگ پیدا ہوئے، مثلاًاسدصاحب جو لیپولڈکانامتھا،ہنگریمیںپیداہوئے تھے۔</w:t>
      </w:r>
    </w:p>
    <w:p>
      <w:r>
        <w:rPr>
          <w:b/>
        </w:rPr>
        <w:t xml:space="preserve">[1:16:49] </w:t>
      </w:r>
      <w:r>
        <w:t>unhon ne islam qubool kiya, quran ki tafseer likhi unhon ne, aur mariyam jameela jin ka naam margaret tha, america mein paida hue.</w:t>
      </w:r>
    </w:p>
    <w:p>
      <w:pPr>
        <w:jc w:val="right"/>
      </w:pPr>
      <w:r>
        <w:t>انہوںنےاسلام قبولکیا، قرآنکیتفسیرلکھیانہوںنے، اور مریمجمیلہ جنکانام مارگریٹتھا، امریکہمیںپیدا ہوئے۔</w:t>
      </w:r>
    </w:p>
    <w:p>
      <w:r>
        <w:rPr>
          <w:b/>
        </w:rPr>
        <w:t xml:space="preserve">[1:16:57] </w:t>
      </w:r>
      <w:r>
        <w:t>donon yahudi the</w:t>
      </w:r>
    </w:p>
    <w:p>
      <w:pPr>
        <w:jc w:val="right"/>
      </w:pPr>
      <w:r>
        <w:t>دونوںیہودیتھے</w:t>
      </w:r>
    </w:p>
    <w:p>
      <w:r>
        <w:rPr>
          <w:b/>
        </w:rPr>
        <w:t xml:space="preserve">[1:17:00] </w:t>
      </w:r>
      <w:r>
        <w:t>aur bahut hi islam, yaani sachche islam par jiye, sachche islam par mare. to aap kaun hote hain kehne wale ke woh kafir hai?</w:t>
      </w:r>
    </w:p>
    <w:p>
      <w:pPr>
        <w:jc w:val="right"/>
      </w:pPr>
      <w:r>
        <w:t>اور بہت ہی اسلام ،یعنی سچےاسلام پرجیے،سچےاسلام پر مرے۔ توآپ کونہوتےہیںکہنےوالے کووہکافرہے؟</w:t>
      </w:r>
    </w:p>
    <w:p>
      <w:r>
        <w:rPr>
          <w:b/>
        </w:rPr>
        <w:t xml:space="preserve">[1:17:11] </w:t>
      </w:r>
      <w:r>
        <w:t>yaani agar ek yahudi islam mein dakhil hua to aap agar us waqt aap jo fatwe diye hote hain aap ke yeh kafir hai, to aaj aap Allah ka kya jawab dete hain? aap</w:t>
      </w:r>
    </w:p>
    <w:p>
      <w:pPr>
        <w:jc w:val="right"/>
      </w:pPr>
      <w:r>
        <w:t>یعنیایکیہودی اسلام میںداخلہوا توآپ اگراسوقت آپ جو فتویدیےہوتےہیںآپ کہیہ کافرہے،توآجآپ اللہ کا کیاجوابدیتےہیں؟آپ</w:t>
      </w:r>
    </w:p>
    <w:p>
      <w:r>
        <w:rPr>
          <w:b/>
        </w:rPr>
        <w:t xml:space="preserve">[1:17:24] </w:t>
      </w:r>
      <w:r>
        <w:t>to behar haal yaad rakhiye, kisi musalman ko, kisi bhi musalman ko yeh haq nahin ke kafir kafir kahe. kafir kehna apne aap mein gunah ka feal hai. aap insaan kahiye, insaan.</w:t>
      </w:r>
    </w:p>
    <w:p>
      <w:pPr>
        <w:jc w:val="right"/>
      </w:pPr>
      <w:r>
        <w:t>تو بہرحال یادرکھیے،کسی مسلمانکو ،کسی بھی مس لمانکویہحق نہیںکہ کافرکافر کہے۔ کافرکہنااپنےآپمیںگناہکافعلہے۔ آپانسان کہیے،انسان۔</w:t>
      </w:r>
    </w:p>
    <w:p>
      <w:r>
        <w:rPr>
          <w:b/>
        </w:rPr>
        <w:t xml:space="preserve">[1:17:39] </w:t>
      </w:r>
      <w:r>
        <w:t>mujhe kisi ne bataya ke wahan arab emaraat mein ek namaz hui hai, ek jagah wahan quran likha hua hai. is mein likha hua hai ke is ko non muslim touch na karen.</w:t>
      </w:r>
    </w:p>
    <w:p>
      <w:pPr>
        <w:jc w:val="right"/>
      </w:pPr>
      <w:r>
        <w:t>مجھےکسی نےبتایاکہوہاں عرب اماراتمیںایک نم ائشلگیہوئیہے، ایک جگہوہاںقرآنلکھاہواہے۔ اسمیںلکھاہواہےکہ اسکو نانمسلمٹچنہکریں۔</w:t>
      </w:r>
    </w:p>
    <w:p>
      <w:r>
        <w:rPr>
          <w:b/>
        </w:rPr>
        <w:t xml:space="preserve">[1:17:51] </w:t>
      </w:r>
      <w:r>
        <w:t>pata hai, yeh to shaitani jumla hai, kaun nahin touch kare ga. sab ke liye aaya hai quran. aap ki monopoly hai quran par? kya musalman ki monopoly hai quran par?</w:t>
      </w:r>
    </w:p>
    <w:p>
      <w:pPr>
        <w:jc w:val="right"/>
      </w:pPr>
      <w:r>
        <w:t>پتہہے،یہتوشیطانیجملہہے، کوئینہیںٹچکریںگے۔سبکےلیےآیاہےقرآن۔ آپ کی مناپلیہےقرآنپر ؟کیامسلمان کیمناپلیہےقرآنپر ؟</w:t>
      </w:r>
    </w:p>
    <w:p>
      <w:r>
        <w:rPr>
          <w:b/>
        </w:rPr>
        <w:t xml:space="preserve">[1:18:02] </w:t>
      </w:r>
      <w:r>
        <w:t>yaani kitni shaitani baat hai ke wahan likh rakha hai ke is par non muslim is ko touch na karen.</w:t>
      </w:r>
    </w:p>
    <w:p>
      <w:pPr>
        <w:jc w:val="right"/>
      </w:pPr>
      <w:r>
        <w:t>یعنیکتنیشیطانیباتیہہےکہوہاںلکھرکھاہےکہ اسپہ نانمسلماسکوٹچنہکریں۔</w:t>
      </w:r>
    </w:p>
    <w:p>
      <w:r>
        <w:rPr>
          <w:b/>
        </w:rPr>
        <w:t xml:space="preserve">[1:18:09] </w:t>
      </w:r>
      <w:r>
        <w:t>yeh bilkul khud sakht mazhab hai, is ka islam se koi ta'alluq nahin hai. sahi quran sab ke liye hai. li kaun lil aalameen nazariya, saare aalam ke liye.</w:t>
      </w:r>
    </w:p>
    <w:p>
      <w:pPr>
        <w:jc w:val="right"/>
      </w:pPr>
      <w:r>
        <w:t>یہبالکل خود ساخت ہمذہبہے، اسکااسلام سےکوئیتعلقنہیںہے۔ صحیحقرآنسبکےلیے ل یکون للعالمین نظریہ،سارےعالمکےلیے۔</w:t>
      </w:r>
    </w:p>
    <w:p>
      <w:r>
        <w:rPr>
          <w:b/>
        </w:rPr>
        <w:t xml:space="preserve">[1:18:20] </w:t>
      </w:r>
      <w:r>
        <w:t>to aap aap kaun hote hain ke aap ne is ko quran ko apna bana liya?</w:t>
      </w:r>
    </w:p>
    <w:p>
      <w:pPr>
        <w:jc w:val="right"/>
      </w:pPr>
      <w:r>
        <w:t>تو آپ آپکونہوتےہیںکہآپنےاسکوقرآنکواپنابنالیا؟</w:t>
      </w:r>
    </w:p>
    <w:p>
      <w:r>
        <w:rPr>
          <w:b/>
        </w:rPr>
        <w:t xml:space="preserve">[1:18:26] </w:t>
      </w:r>
      <w:r>
        <w:t>bilkul yeh sab galat nazariyaat hain. har aadmi insaan hai, kisi ko haq nahin ke kisi ko kafir batae.</w:t>
      </w:r>
    </w:p>
    <w:p>
      <w:pPr>
        <w:jc w:val="right"/>
      </w:pPr>
      <w:r>
        <w:t>بالکل یہسبغلطنظریاتہیں۔ ہرآدمیانسانہے، کسی کوحق نہیں کہکسی کوکافربت ائے۔</w:t>
      </w:r>
    </w:p>
    <w:p>
      <w:r>
        <w:rPr>
          <w:b/>
        </w:rPr>
        <w:t xml:space="preserve">[1:18:36] </w:t>
      </w:r>
      <w:r>
        <w:t>yeh duniya dar ul kufr nahin hai, duniya dar ul insaan hai. yeh jo log dar ul kufr ko batate hain, woh bilkul jhoot bolte hain, jhoot.</w:t>
      </w:r>
    </w:p>
    <w:p>
      <w:pPr>
        <w:jc w:val="right"/>
      </w:pPr>
      <w:r>
        <w:t>یہ دنیا دارالکفرنہیںہے، دنیا دارال انسانہے۔یہ جولوگ دارالکفرکوبتاتےہیں، وہ بالکل جھوٹبولتےہیں،جھوٹ۔</w:t>
      </w:r>
    </w:p>
    <w:p>
      <w:r>
        <w:rPr>
          <w:b/>
        </w:rPr>
        <w:t xml:space="preserve">[1:18:46] </w:t>
      </w:r>
      <w:r>
        <w:t>kyun ke khud se nikaal rakha hai unhon ne. quran mein aap dekhiye, bhara hua hai insaan, insaan. ya ayyuhal insaan ya ayyuhal insaan ya ayyuhal insaan. to Khuda is duniya ko insaanon ki duniya samajhta hai,</w:t>
      </w:r>
    </w:p>
    <w:p>
      <w:pPr>
        <w:jc w:val="right"/>
      </w:pPr>
      <w:r>
        <w:t>کیونکہ خود سےنکالرکھاہےانہوںنے۔ قرآنمیںآپدیکھیے،بھراہواہےانسان،انسان۔ ياایہاالانسانیاایہاالانسانیاایہاالانسان۔توخدا اسدنیاکو انسان وںکیدنیا سمجھتاہے،</w:t>
      </w:r>
    </w:p>
    <w:p>
      <w:r>
        <w:rPr>
          <w:b/>
        </w:rPr>
        <w:t xml:space="preserve">[1:19:00] </w:t>
      </w:r>
      <w:r>
        <w:t>to yeh dar ul insaan hai. aap kaun hote hain ke is ko dar ul kufr kehne wale?</w:t>
      </w:r>
    </w:p>
    <w:p>
      <w:pPr>
        <w:jc w:val="right"/>
      </w:pPr>
      <w:r>
        <w:t>تویہدارالانسانہے۔ آپ کونہوتےہیںکہاسکودارالکفرکہنےوالے ؟</w:t>
      </w:r>
    </w:p>
    <w:p>
      <w:r>
        <w:rPr>
          <w:b/>
        </w:rPr>
        <w:t xml:space="preserve">[1:19:07] </w:t>
      </w:r>
      <w:r>
        <w:t>baais jis aadmi ki yeh soch ho, is ko to tauba karna chahiye, warna is mein koi shaq nahin ke Allah ta'ala pakad lega. woh sakht is ko saza hogi. maulana, agla sawal kashmir se hai mir omar sahib ka, unhon ne likha hai:</w:t>
      </w:r>
    </w:p>
    <w:p>
      <w:pPr>
        <w:jc w:val="right"/>
      </w:pPr>
      <w:r>
        <w:t>باعث جس آدمیکییہسوچہو،اسکوتوبہکرناچاہیے، ورنہ اسمیںکوئیشکنہیںکہاللہتعالیکاپکڑاجائےگا۔وہ سخت اسکوسزاہوگی۔ مولانا،अगलासवाल कश्मीरसेहै میرعمر صاحبکا ،انہوںنےلکھاہے:</w:t>
      </w:r>
    </w:p>
    <w:p>
      <w:r>
        <w:rPr>
          <w:b/>
        </w:rPr>
        <w:t xml:space="preserve">[1:19:21] </w:t>
      </w:r>
      <w:r>
        <w:t>maulana sahib, may please elaborate that whether islam allows these things or not?</w:t>
      </w:r>
    </w:p>
    <w:p>
      <w:pPr>
        <w:jc w:val="right"/>
      </w:pPr>
      <w:r>
        <w:t>"مول اناصاحب,मेयूप्लीज इलेबोरेट दैटवेदरइस्लाम अलाउस दीज़थिंग्सऑरनॉट?</w:t>
      </w:r>
    </w:p>
    <w:p>
      <w:r>
        <w:rPr>
          <w:b/>
        </w:rPr>
        <w:t xml:space="preserve">[1:19:28] </w:t>
      </w:r>
      <w:r>
        <w:t>firstly, can a muslim girl wear like boys wears, that is pants or jeans, and that she can move outside with her hair open?</w:t>
      </w:r>
    </w:p>
    <w:p>
      <w:pPr>
        <w:jc w:val="right"/>
      </w:pPr>
      <w:r>
        <w:t>फर्स्टली, कैनअमुस्लिम गर्ल वेयरलाइकअबॉयवेयर्स,दैटइज़ पैंट औरजी ंस, एंडदैटशीकैनमूवआउटसाइड विदहर हेयरओपन?</w:t>
      </w:r>
    </w:p>
    <w:p>
      <w:r>
        <w:rPr>
          <w:b/>
        </w:rPr>
        <w:t xml:space="preserve">[1:19:38] </w:t>
      </w:r>
      <w:r>
        <w:t>secondly, can a muslim boy wear earrings and can have half chin beard? and thirdly, can a muslim work in a bank, that is muslims versus bank job on behalf of sood?</w:t>
      </w:r>
    </w:p>
    <w:p>
      <w:pPr>
        <w:jc w:val="right"/>
      </w:pPr>
      <w:r>
        <w:t>सेकंडली,कैनअमुस्लिम बॉय वेयर इयररिंग्सए ंडकैनहैव हाफ चिनबियर्ड? एंडथर्डली,कैनअमुस्लिम वर्कइनअबैंक, दैटइज़मुस्लिम्सवर्सेसबैंक जॉब ऑनबिहाफऑफ सूद?</w:t>
      </w:r>
    </w:p>
    <w:p>
      <w:r>
        <w:rPr>
          <w:b/>
        </w:rPr>
        <w:t xml:space="preserve">[1:19:54] </w:t>
      </w:r>
      <w:r>
        <w:t>please explain.</w:t>
      </w:r>
    </w:p>
    <w:p>
      <w:pPr>
        <w:jc w:val="right"/>
      </w:pPr>
      <w:r>
        <w:t>प्लीजएक्सप्लेन।"</w:t>
      </w:r>
    </w:p>
    <w:p>
      <w:r>
        <w:rPr>
          <w:b/>
        </w:rPr>
        <w:t xml:space="preserve">[1:19:56] </w:t>
      </w:r>
      <w:r>
        <w:t>dekhiye, yeh sawalaat galat sawalaat hain. jin sahib ne sawal kiya hai, woh khud ghalati par hain. kyun?</w:t>
      </w:r>
    </w:p>
    <w:p>
      <w:pPr>
        <w:jc w:val="right"/>
      </w:pPr>
      <w:r>
        <w:t>دیکھیں، یہ سوالاتغلطسوالاتہیں۔ جن صاحبنےسوالکیا ہے، وہ خود غلطیپرہیں۔ کیوں ؟</w:t>
      </w:r>
    </w:p>
    <w:p>
      <w:r>
        <w:rPr>
          <w:b/>
        </w:rPr>
        <w:t xml:space="preserve">[1:20:06] </w:t>
      </w:r>
      <w:r>
        <w:t>unhon ne</w:t>
      </w:r>
    </w:p>
    <w:p>
      <w:pPr>
        <w:jc w:val="right"/>
      </w:pPr>
      <w:r>
        <w:t>انہوں نے</w:t>
      </w:r>
    </w:p>
    <w:p>
      <w:r>
        <w:rPr>
          <w:b/>
        </w:rPr>
        <w:t xml:space="preserve">[1:20:09] </w:t>
      </w:r>
      <w:r>
        <w:t>wrong starting point liya hai. yeh starting point nahin hai jahan aap soch rahe hain. yeh wrong starting point hai.</w:t>
      </w:r>
    </w:p>
    <w:p>
      <w:pPr>
        <w:jc w:val="right"/>
      </w:pPr>
      <w:r>
        <w:t>رونگ اسٹارٹنگپوائنٹلیاہے۔ یہاسٹارٹنگپوائنٹنہیںہےجہاںآپسو چرہےہیں۔ یہرونگاسٹارٹنگپوائنٹہے۔</w:t>
      </w:r>
    </w:p>
    <w:p>
      <w:r>
        <w:rPr>
          <w:b/>
        </w:rPr>
        <w:t xml:space="preserve">[1:20:18] </w:t>
      </w:r>
      <w:r>
        <w:t>aap sochiye aur peeche se, yaani iske mind ko address kijiye, iski soch ko sahi kijiye, iski thinking ko change kijiye.</w:t>
      </w:r>
    </w:p>
    <w:p>
      <w:pPr>
        <w:jc w:val="right"/>
      </w:pPr>
      <w:r>
        <w:t>آپ سوچیے اورپیچھےسے ،یعنیاسکے مائنڈکوایڈریسکیجیے، اسکی سوچ کو صحیحکیجیے، اسکی تھنکنگکوچینجکیجیے۔</w:t>
      </w:r>
    </w:p>
    <w:p>
      <w:r>
        <w:rPr>
          <w:b/>
        </w:rPr>
        <w:t xml:space="preserve">[1:20:28] </w:t>
      </w:r>
      <w:r>
        <w:t>aap culture pe kuch chal gaye, yaani culture wali baaton se starting start karna yeh galat starting point hai.</w:t>
      </w:r>
    </w:p>
    <w:p>
      <w:pPr>
        <w:jc w:val="right"/>
      </w:pPr>
      <w:r>
        <w:t>آپ کلچرپہکچھچلےگئے، یعنیکلچروالی باتوںسےاسٹارٹنگ اسٹارٹکرنا یہ غلط اسٹارٹنگپوائنٹہے۔</w:t>
      </w:r>
    </w:p>
    <w:p>
      <w:r>
        <w:rPr>
          <w:b/>
        </w:rPr>
        <w:t xml:space="preserve">[1:20:38] </w:t>
      </w:r>
      <w:r>
        <w:t>aur jo start aisa kare, woh khud pakda jayega. Yaani woh aadmi jo hai, woh toh baad mein pakda jayega. Aise log pehle pakde jayenge.</w:t>
      </w:r>
    </w:p>
    <w:p>
      <w:pPr>
        <w:jc w:val="right"/>
      </w:pPr>
      <w:r>
        <w:t>اورجو اسٹارٹایساکرے،وہخود پکڑاجائےگا۔ یعنیوہآدمیجوہے،وہتوبعدمیںپکڑاجائےگا۔ایسےلوگپہلےپکڑجائیںگے۔</w:t>
      </w:r>
    </w:p>
    <w:p>
      <w:r>
        <w:rPr>
          <w:b/>
        </w:rPr>
        <w:t xml:space="preserve">[1:20:47] </w:t>
      </w:r>
      <w:r>
        <w:t>rasool Allah ke zamane mein Makkah mein, yaani sharab peete the log, sood len den tha. Aap ne koi aayat nahin hoti thi us zamane mein.</w:t>
      </w:r>
    </w:p>
    <w:p>
      <w:pPr>
        <w:jc w:val="right"/>
      </w:pPr>
      <w:r>
        <w:t>رسولاللہکےزمانےمیںمکےمیں، یعنی شرابپیتےتھےلوگ،سودیلیندینتھا۔آپنے کوئیآیتہینہیںہوتیاسزمانےمیں۔</w:t>
      </w:r>
    </w:p>
    <w:p>
      <w:r>
        <w:rPr>
          <w:b/>
        </w:rPr>
        <w:t xml:space="preserve">[1:20:58] </w:t>
      </w:r>
      <w:r>
        <w:t>baad ko aayatein hoti hain jabke logon ke zehan tayyar ho gaye. Dekhiye, Bukhari mein ek riwayat hai Aisha ki, usko aap padh lijiye baab talib al Quran ke tehat.</w:t>
      </w:r>
    </w:p>
    <w:p>
      <w:pPr>
        <w:jc w:val="right"/>
      </w:pPr>
      <w:r>
        <w:t>بعد کوآیتیںہوتیہیںجبکہلوگوںکے ذہنتیارہوگئے۔ دیکھیے، بخاریمیںایکروایتہے عائشہکی، اسکوآپپڑھلیجئے بابطالب القرآنکےتحت۔</w:t>
      </w:r>
    </w:p>
    <w:p>
      <w:r>
        <w:rPr>
          <w:b/>
        </w:rPr>
        <w:t xml:space="preserve">[1:21:11] </w:t>
      </w:r>
      <w:r>
        <w:t>Hazrat Aisha kehti hain ke Quran mein pehle utri woh aayatein hain jin mein jannat aur jahannum ka zikr tha.</w:t>
      </w:r>
    </w:p>
    <w:p>
      <w:pPr>
        <w:jc w:val="right"/>
      </w:pPr>
      <w:r>
        <w:t>حضرتعائشہ کہتیہیںکہ قرآنمیں پہلے اتریوہآیتیںہیںجسمیں جنتاورجہنمکاذکرتھا۔</w:t>
      </w:r>
    </w:p>
    <w:p>
      <w:r>
        <w:rPr>
          <w:b/>
        </w:rPr>
        <w:t xml:space="preserve">[1:21:19] </w:t>
      </w:r>
      <w:r>
        <w:t>yahan tak ke logon ke dilon mein narmi aa gayi, log yaani paper mind ban gaye. Tab jaake utra ke zina chhod do aur sharab chhod do.</w:t>
      </w:r>
    </w:p>
    <w:p>
      <w:pPr>
        <w:jc w:val="right"/>
      </w:pPr>
      <w:r>
        <w:t>یہاںتک کہلوگوںکیدلوںمیںنرمیآگئی، لوگ یعنی پیپر ڈمائنڈبنگئے۔ تب جاکراترا کہ زناچھوڑدو اورشرابچھوڑدو۔</w:t>
      </w:r>
    </w:p>
    <w:p>
      <w:r>
        <w:rPr>
          <w:b/>
        </w:rPr>
        <w:t xml:space="preserve">[1:21:29] </w:t>
      </w:r>
      <w:r>
        <w:t>toh woh kehti hain ke agar pehle hi utra tha ke zina chhod do aur sharab chhod de toh woh kehte la nad'u al zina abadan wa la nad'u al khamr abadan hum kabhi nahin chhodenge zina, na kabhi chhodenge sharab.</w:t>
      </w:r>
    </w:p>
    <w:p>
      <w:pPr>
        <w:jc w:val="right"/>
      </w:pPr>
      <w:r>
        <w:t>تو وہکہتیہیں کہ اگر پہلے ہیاترتایہ کہزناچھوڑدواورشرابچھوڑدےتو وہکہتے لا ندع والزناابدا ولا ندعوالخمرابدا ہمکبھینہیںچھوڑیںگے زنا،نہکبھیچھوڑیںگےشراب۔</w:t>
      </w:r>
    </w:p>
    <w:p>
      <w:r>
        <w:rPr>
          <w:b/>
        </w:rPr>
        <w:t xml:space="preserve">[1:21:46] </w:t>
      </w:r>
      <w:r>
        <w:t>yeh kya hai?</w:t>
      </w:r>
    </w:p>
    <w:p>
      <w:pPr>
        <w:jc w:val="right"/>
      </w:pPr>
      <w:r>
        <w:t>یہکیاہے؟</w:t>
      </w:r>
    </w:p>
    <w:p>
      <w:r>
        <w:rPr>
          <w:b/>
        </w:rPr>
        <w:t xml:space="preserve">[1:21:48] </w:t>
      </w:r>
      <w:r>
        <w:t>iska matlab kya hai? Islam ka tareeqa culture se start karne ka nahin hai, thinking se start karne ka hai.</w:t>
      </w:r>
    </w:p>
    <w:p>
      <w:pPr>
        <w:jc w:val="right"/>
      </w:pPr>
      <w:r>
        <w:t>اسکامطلبکیاہے؟ اسلام کا طریقہ کلچرسےاسٹارٹکرنے کانہیںہے، تھنکنگسےاسٹارٹکرنےکاہے۔</w:t>
      </w:r>
    </w:p>
    <w:p>
      <w:r>
        <w:rPr>
          <w:b/>
        </w:rPr>
        <w:t xml:space="preserve">[1:21:59] </w:t>
      </w:r>
      <w:r>
        <w:t>jo log aise sawalat karte hain, woh khud bahut badi ghalati mubtala hain ke culture se start karte hain. Starting point galat hai aap ka.</w:t>
      </w:r>
    </w:p>
    <w:p>
      <w:pPr>
        <w:jc w:val="right"/>
      </w:pPr>
      <w:r>
        <w:t>جو لوگایسےسوالاتکرتےہیں،وہخود بہت بڑی غلطی مبتلاہیںکہ کلچرسےاسٹارٹکرتےہیں۔ اسٹارٹنگپوائنٹغلطہےآپکا ۔</w:t>
      </w:r>
    </w:p>
    <w:p>
      <w:r>
        <w:rPr>
          <w:b/>
        </w:rPr>
        <w:t xml:space="preserve">[1:22:10] </w:t>
      </w:r>
      <w:r>
        <w:t>aap iske fikr ko sahi kijiye, iske mind ko address kijiye,</w:t>
      </w:r>
    </w:p>
    <w:p>
      <w:pPr>
        <w:jc w:val="right"/>
      </w:pPr>
      <w:r>
        <w:t>آپ اسکے فکرکوصحیحکیجیے،اسکےمائنڈکوایڈریسکیجیے،</w:t>
      </w:r>
    </w:p>
    <w:p>
      <w:r>
        <w:rPr>
          <w:b/>
        </w:rPr>
        <w:t xml:space="preserve">[1:22:14] </w:t>
      </w:r>
      <w:r>
        <w:t>dalail ki zabaan mein Islam pesh kijiye, yaani reason ke saath Islam pesh kijiye. Yeh bilkul galat hai aur is tarah se na aap ko koi sawab milega, na is tarah se aap da'wa work kar sakte hain.</w:t>
      </w:r>
    </w:p>
    <w:p>
      <w:pPr>
        <w:jc w:val="right"/>
      </w:pPr>
      <w:r>
        <w:t>دلائل کیزبان میںاسلام پیشکیجیے، یعنیریزنکےساتھ اسلام پیشکیجیے۔ یہبالکل غلطہے اوراسطرحسے نہآپکوکوئیثوابملےگا، نہاسطرحسےآپدعویٰورککرسکتےہیں۔</w:t>
      </w:r>
    </w:p>
    <w:p>
      <w:r>
        <w:rPr>
          <w:b/>
        </w:rPr>
        <w:t xml:space="preserve">[1:22:28] </w:t>
      </w:r>
      <w:r>
        <w:t>da'i jo hota hai, bahut zyada iske andar yaani tahammul hona chahiye, tolerance hona chahiye. Without tolerance, there is no da'wa work.</w:t>
      </w:r>
    </w:p>
    <w:p>
      <w:pPr>
        <w:jc w:val="right"/>
      </w:pPr>
      <w:r>
        <w:t>داعیجوہوتاہے، بہت زیادہ اسکےاندر یعنی تح ملہوناچاہیے،ٹولرنسہوناچاہیے۔ وداآؤٹ ٹولرنس،دیرازنودعویٰورک ۔</w:t>
      </w:r>
    </w:p>
    <w:p>
      <w:r>
        <w:rPr>
          <w:b/>
        </w:rPr>
        <w:t xml:space="preserve">[1:22:39] </w:t>
      </w:r>
      <w:r>
        <w:t>yaad rakhiye, without patience, there is no da'wa work.</w:t>
      </w:r>
    </w:p>
    <w:p>
      <w:pPr>
        <w:jc w:val="right"/>
      </w:pPr>
      <w:r>
        <w:t>یادرکھیے، وداآؤٹپیشنس، دیرازنودعویٰورک۔</w:t>
      </w:r>
    </w:p>
    <w:p>
      <w:r>
        <w:rPr>
          <w:b/>
        </w:rPr>
        <w:t xml:space="preserve">[1:22:44] </w:t>
      </w:r>
      <w:r>
        <w:t>without tolerance, there is no da'wa work. Yeh is mizaj ko le kar da'wa work nahin ho sakta hai, har giz nahin ho sakta hai.</w:t>
      </w:r>
    </w:p>
    <w:p>
      <w:pPr>
        <w:jc w:val="right"/>
      </w:pPr>
      <w:r>
        <w:t>وداآؤٹٹولرنس،دیرازنودعویٰورک۔ یہ اسمزاجکولےکردعویٰورکنہیںہوسکتاہے، ہرگزنہیںہوسکتاہے۔</w:t>
      </w:r>
    </w:p>
    <w:p>
      <w:r>
        <w:rPr>
          <w:b/>
        </w:rPr>
        <w:t xml:space="preserve">[1:22:56] </w:t>
      </w:r>
      <w:r>
        <w:t>da'wat ke liye bahut hi bada dil chahiye, bahut bada dil. Main aap ko ek hadith sunaoon.</w:t>
      </w:r>
    </w:p>
    <w:p>
      <w:pPr>
        <w:jc w:val="right"/>
      </w:pPr>
      <w:r>
        <w:t>دعوتکےلیےبہت ہیبڑادلچاہیے، بہت بڑادل ۔ میں آپکوایکحدیثسناؤں۔</w:t>
      </w:r>
    </w:p>
    <w:p>
      <w:r>
        <w:rPr>
          <w:b/>
        </w:rPr>
        <w:t xml:space="preserve">[1:23:06] </w:t>
      </w:r>
      <w:r>
        <w:t>rasool Allah sallallahu alaihi wasallam ek baar safar kar rahe the, khachchar pe baithe hue the. Aap khachchar ya oont pe</w:t>
      </w:r>
    </w:p>
    <w:p>
      <w:pPr>
        <w:jc w:val="right"/>
      </w:pPr>
      <w:r>
        <w:t>رسولاللہصلیاللہعلیہوسلمایکبار سفرکررہےتھے، خچرپر بیٹھےہوئےتھے۔آپ خچریااونٹپر</w:t>
      </w:r>
    </w:p>
    <w:p>
      <w:r>
        <w:rPr>
          <w:b/>
        </w:rPr>
        <w:t xml:space="preserve">[1:23:13] </w:t>
      </w:r>
      <w:r>
        <w:t>toh aap ke peeche aap ke khandan ke ek naujawan baithe hue the, yaani Abdullah ibn Abbas, woh naujawan the. Woh toh ek naujawan ladki aage masla poochne ke liye,</w:t>
      </w:r>
    </w:p>
    <w:p>
      <w:pPr>
        <w:jc w:val="right"/>
      </w:pPr>
      <w:r>
        <w:t>تو آپ کے پیچھے آپ کے خان دانکےایک نوجوانبیٹھےہوئےتھے، یعنیعبداللہابنعباساس نوجوانتھے۔وہ تو ایک نوجوانلڑکی آگےمسئلہپوچھنےکےلیے،</w:t>
      </w:r>
    </w:p>
    <w:p>
      <w:r>
        <w:rPr>
          <w:b/>
        </w:rPr>
        <w:t xml:space="preserve">[1:23:30] </w:t>
      </w:r>
      <w:r>
        <w:t>uska face khula hua tha. Toh hadith mein jo alfaaz hain, woh ek ja'alata tanzur ilaih wa ja'ala yanzur ilaih</w:t>
      </w:r>
    </w:p>
    <w:p>
      <w:pPr>
        <w:jc w:val="right"/>
      </w:pPr>
      <w:r>
        <w:t>اسکا فیسکھلا ہواتھا۔ تو حدیث میںجو الفاظہیں،وہایک ج علت تنظر الیہ وج عل ینظر الیہ</w:t>
      </w:r>
    </w:p>
    <w:p>
      <w:r>
        <w:rPr>
          <w:b/>
        </w:rPr>
        <w:t xml:space="preserve">[1:23:45] </w:t>
      </w:r>
      <w:r>
        <w:t>ja'alata tanzur ilaih wa ja'ala yanzur ilaih yaani woh ladki lagi dekhne is naujawan ko, aur naujawan laga dekhne is ladki ko.</w:t>
      </w:r>
    </w:p>
    <w:p>
      <w:pPr>
        <w:jc w:val="right"/>
      </w:pPr>
      <w:r>
        <w:t>جعلت تنظر الیہ وج عل ینظرالیہ یعنی وہلڑکی لگیدیکھنے اس نوجوانکو،اورنوجوانلگادیکھنے اس لڑکیکو ۔</w:t>
      </w:r>
    </w:p>
    <w:p>
      <w:r>
        <w:rPr>
          <w:b/>
        </w:rPr>
        <w:t xml:space="preserve">[1:23:55] </w:t>
      </w:r>
      <w:r>
        <w:t>iska tarjuma yeh hai. Lekin rasool Allah sallallahu alaihi wasallam ne na isko daanta, na isko daanta. Yeh thodi da'wat ka maza thodi hota hai ke aap mufti ban jayen.</w:t>
      </w:r>
    </w:p>
    <w:p>
      <w:pPr>
        <w:jc w:val="right"/>
      </w:pPr>
      <w:r>
        <w:t>اسکاترجمہیہہے۔ لیکن رسولاللہصلیاللہعلیہوسلمنےنہاسکوڈانٹا،نہاسکوڈانٹا۔ یہ تھوڑی دعوتکامزہتھوڑیہوتاہے کہآپمفتیبنجائیں۔</w:t>
      </w:r>
    </w:p>
    <w:p>
      <w:r>
        <w:rPr>
          <w:b/>
        </w:rPr>
        <w:t xml:space="preserve">[1:24:10] </w:t>
      </w:r>
      <w:r>
        <w:t>mufti banne se da'wat ka kaam nahin hota.</w:t>
      </w:r>
    </w:p>
    <w:p>
      <w:pPr>
        <w:jc w:val="right"/>
      </w:pPr>
      <w:r>
        <w:t>مفتیبننےسےدعوتکامنہیںہوتا۔</w:t>
      </w:r>
    </w:p>
    <w:p>
      <w:r>
        <w:rPr>
          <w:b/>
        </w:rPr>
        <w:t xml:space="preserve">[1:24:14] </w:t>
      </w:r>
      <w:r>
        <w:t>aap ke dil mein bahut zyada tahammul, bahut zyada bardasht, bahut zyada rawadari hona chahiye. Dua karna chahiye, bajaye iske ke lage aap masle batane, usko is qism ke dua kijiye. Dua kyun nahin karte aap?</w:t>
      </w:r>
    </w:p>
    <w:p>
      <w:pPr>
        <w:jc w:val="right"/>
      </w:pPr>
      <w:r>
        <w:t>آپ کےدلمیںبہت زیادہ تح مل،بہتزیادہ برداشت ،بہت زیادہ رواداریہوناچاہیے۔ دعاکرناچاہیے،بجائےاسکےکہ لگےآپ مسئلےبتانے،اسکواسقسم کےدعاکیجیے۔دعاکیوںنہیںکرتے آپ ؟</w:t>
      </w:r>
    </w:p>
    <w:p>
      <w:r>
        <w:rPr>
          <w:b/>
        </w:rPr>
        <w:t xml:space="preserve">[1:24:28] </w:t>
      </w:r>
      <w:r>
        <w:t>haan, dua kyun nahin karte aap? Da'wat aur dua yeh hai da'i ka tareeqa. Yeh har giz yeh tareeqa nahin hai jo aap ne farmaya.</w:t>
      </w:r>
    </w:p>
    <w:p>
      <w:pPr>
        <w:jc w:val="right"/>
      </w:pPr>
      <w:r>
        <w:t>ہاں،دعاکیوںنہیںکرتے آپ ؟ دعوتاور دعا یہہے داعیکاطریقہ ۔ یہہرگزیہطریقہنہیںہےجوآپنےفرمایا۔</w:t>
      </w:r>
    </w:p>
    <w:p>
      <w:r>
        <w:rPr>
          <w:b/>
        </w:rPr>
        <w:t xml:space="preserve">[1:24:37] </w:t>
      </w:r>
      <w:r>
        <w:t>aisa bohat se log achhi baatein karte hain. main samajhta hoon woh khud gunah mein mubtala hain</w:t>
      </w:r>
    </w:p>
    <w:p>
      <w:pPr>
        <w:jc w:val="right"/>
      </w:pPr>
      <w:r>
        <w:t>ایسا بہتسےلوگاچھیباتیںکرتےہیں۔ میںسمجھتاہوںوہخودگناہمیںمبتلاہیں</w:t>
      </w:r>
    </w:p>
    <w:p>
      <w:r>
        <w:rPr>
          <w:b/>
        </w:rPr>
        <w:t xml:space="preserve">[1:24:42] </w:t>
      </w:r>
      <w:r>
        <w:t>jo dawat ka aaghaz karte hain. is tarah ke masail batane se, is tarah ke fatwe dene se, woh khud gunah mein mubtala hain. inko khud toba karna chahiye aur dawat ka tareeqa seekhna chahiye. kya tareeqa hai dawat karne ka ?</w:t>
      </w:r>
    </w:p>
    <w:p>
      <w:pPr>
        <w:jc w:val="right"/>
      </w:pPr>
      <w:r>
        <w:t>جو دعوتکاآغاز کرتےہیں۔اسطرح کے مسئلےبتانےسے،اسطرحکےفتوےدینےسے، وہخود گناہمیںمبتلاہیں۔ انکوخود توبہکرناچاہیے اور دعوتکا طریقہ سیکھناچاہیے۔کیاطریقہہےدعوتکرنے کا ؟</w:t>
      </w:r>
    </w:p>
    <w:p>
      <w:r>
        <w:rPr>
          <w:b/>
        </w:rPr>
        <w:t xml:space="preserve">[1:24:56] </w:t>
      </w:r>
      <w:r>
        <w:t>bohat tahammul darkar hai, bohat ziyada bardasht darkar hai, bohat ziyada rawadari darkar hai. tab jaake dawat ka kaam hota hai.</w:t>
      </w:r>
    </w:p>
    <w:p>
      <w:pPr>
        <w:jc w:val="right"/>
      </w:pPr>
      <w:r>
        <w:t>بہت تحمل درکار ہے، بہت زیادہ برداشتدرکارہے، بہت زیادہ روایت رواداریدرکارہے۔ تب جاکےدعوت کاکامہوتاہے۔</w:t>
      </w:r>
    </w:p>
    <w:p>
      <w:r>
        <w:rPr>
          <w:b/>
        </w:rPr>
        <w:t xml:space="preserve">[1:25:07] </w:t>
      </w:r>
      <w:r>
        <w:t>maulana agla sawal aamir jain sahib ka hai kashmir se . unhone likha hai: "in order to live a god oriented life, it is very important to give least importance to worldly affairs of this world and completely align all actions with respect to hereafter.</w:t>
      </w:r>
    </w:p>
    <w:p>
      <w:pPr>
        <w:jc w:val="right"/>
      </w:pPr>
      <w:r>
        <w:t>مولانااگلاسوال عامر جنصاحبکاہے کشمیرسے ۔ انہوںنےلکھاہے: "इनऑर्डरटूलिवद गॉडओरिएंटेडलाइफ, इटइजवेरी इंपॉर्टेंटटूगिव लीस्टइंपॉर्टेंसटूदवर्ल्डलीअफेयर्सऑफ दिसवर्ल्ड एंड कंपलीटली अलाइन ऑल एक्शंस विदरिस्पेक्टटूहियरआफ्टर।</w:t>
      </w:r>
    </w:p>
    <w:p>
      <w:r>
        <w:rPr>
          <w:b/>
        </w:rPr>
        <w:t xml:space="preserve">[1:25:28] </w:t>
      </w:r>
      <w:r>
        <w:t>but it is a nature that man comes with unlimited desires in this world and he puts all efforts to meet those desires. while chasing for those desires, he loses all the focus for the eternal life. " maulana sahib, my question is: how one can balance this equation?</w:t>
      </w:r>
    </w:p>
    <w:p>
      <w:pPr>
        <w:jc w:val="right"/>
      </w:pPr>
      <w:r>
        <w:t>बटइटइजअनेचर दैट मैन कम्सविद अनलिमिटेडडिजायर्स इनदिसवर्ल्ड एंडहीपुट्सऑल एफर्ट्सटूमीट दोज डिजायर्स। वाइलचेजिंगफॉरदोजडिजायर्स,हीलूजस ऑलद फोकस फॉरदइटरनललाइफ। "مول ानासाहब,मायक्वेश्चनइज: हाउ वनकैनबैलेंस दिसइक्वेशन?</w:t>
      </w:r>
    </w:p>
    <w:p>
      <w:r>
        <w:rPr>
          <w:b/>
        </w:rPr>
        <w:t xml:space="preserve">[1:25:50] </w:t>
      </w:r>
      <w:r>
        <w:t>nahin, nahin, balance ka sawal nahin hai, correction ka sawal hai. balance sawal nahin, correction ka sa</w:t>
      </w:r>
    </w:p>
    <w:p>
      <w:pPr>
        <w:jc w:val="right"/>
      </w:pPr>
      <w:r>
        <w:t>نہیں،نہیں،بیلنسکاسوالنہیںہے، کریکشنکاسوالہے۔ بیلنسسوالنہیں،کریکشنکاس</w:t>
      </w:r>
    </w:p>
    <w:p>
      <w:r>
        <w:rPr>
          <w:b/>
        </w:rPr>
        <w:t xml:space="preserve">[1:25:58] </w:t>
      </w:r>
      <w:r>
        <w:t>wal hai. dekhiye, unlimited desire kis liye hai ? yeh ek fitrat ka part hai. unlimited, mere bhi, mere andar bhi unlimited desire hai.</w:t>
      </w:r>
    </w:p>
    <w:p>
      <w:pPr>
        <w:jc w:val="right"/>
      </w:pPr>
      <w:r>
        <w:t>والہے۔ دیکھیے، انلمیٹڈڈیزائر کسلیےہے ؟ یہ ایک فطرتکاپارٹہے۔ ان لمیٹڈ ،میرےبھی، میرےاندربھیانلمیٹڈڈیزائرہے۔</w:t>
      </w:r>
    </w:p>
    <w:p>
      <w:r>
        <w:rPr>
          <w:b/>
        </w:rPr>
        <w:t xml:space="preserve">[1:26:10] </w:t>
      </w:r>
      <w:r>
        <w:t>isko janiye ke woh kyun hai. yaani why god created unlimited desire ? yeh isko janiye taake aap jannat ke mushtaq banen.</w:t>
      </w:r>
    </w:p>
    <w:p>
      <w:pPr>
        <w:jc w:val="right"/>
      </w:pPr>
      <w:r>
        <w:t>اسکو جانئےکہوہکیوںہے۔ یعنی وائی گاڈ کریٹڈ انلمیٹڈڈیزائر؟ یہاسکو جانئے تاکہآپ جنتکےمشت اقبنیں۔</w:t>
      </w:r>
    </w:p>
    <w:p>
      <w:r>
        <w:rPr>
          <w:b/>
        </w:rPr>
        <w:t xml:space="preserve">[1:26:27] </w:t>
      </w:r>
      <w:r>
        <w:t>unlimited desire kahan fulfill hogi, usko talash karen. lekin kya karte hain log ? bajaye jannat ke, is duniya mein phans jaate hain.</w:t>
      </w:r>
    </w:p>
    <w:p>
      <w:pPr>
        <w:jc w:val="right"/>
      </w:pPr>
      <w:r>
        <w:t>انلمیٹڈڈیزائر کہاںفلفلہوگی،اسکوتلاشکریں۔ لیکن کیا کرتے ہیںلوگ ؟ بجائے جنتکے،اسیدنیامیںپھنسجاتےہیں۔</w:t>
      </w:r>
    </w:p>
    <w:p>
      <w:r>
        <w:rPr>
          <w:b/>
        </w:rPr>
        <w:t xml:space="preserve">[1:26:38] </w:t>
      </w:r>
      <w:r>
        <w:t>yaani jo unlimited desire rakhi gayi thi, is liye ke log jannat ko talash karen, jannat ko apna passion banayen, jannat ko apna goal banayen, unhone kya kiya ?</w:t>
      </w:r>
    </w:p>
    <w:p>
      <w:pPr>
        <w:jc w:val="right"/>
      </w:pPr>
      <w:r>
        <w:t>یعنیجو انلمیٹڈڈیزائر رکھیگئیتھی،اسلیے کہلوگجنتکوتلاشکریں، جنتکو اپناکرشنبن ائیں، جنتکواپناگولبنائیں، انہوںنےکیاکیا ؟</w:t>
      </w:r>
    </w:p>
    <w:p>
      <w:r>
        <w:rPr>
          <w:b/>
        </w:rPr>
        <w:t xml:space="preserve">[1:26:50] </w:t>
      </w:r>
      <w:r>
        <w:t>is duniya mein phans liya apne ko .</w:t>
      </w:r>
    </w:p>
    <w:p>
      <w:pPr>
        <w:jc w:val="right"/>
      </w:pPr>
      <w:r>
        <w:t>اسیدنیا میں پھنسالیااپنے کو ۔</w:t>
      </w:r>
    </w:p>
    <w:p>
      <w:r>
        <w:rPr>
          <w:b/>
        </w:rPr>
        <w:t xml:space="preserve">[1:26:54] </w:t>
      </w:r>
      <w:r>
        <w:t>isi quran mein kaha hai ke "wa laulashaa'na la rafa'nahu walakin la akka ilaa al-ard" ka matlab Allah ne toh isko unlimited desire is liye di thi ke koi jannat ka sa'iq bane.</w:t>
      </w:r>
    </w:p>
    <w:p>
      <w:pPr>
        <w:jc w:val="right"/>
      </w:pPr>
      <w:r>
        <w:t>اسی قرآنمیںکہاہےکہولو شئنا ل رفعناب لاکن الا الارض کامطلباللہ نےتواسکو انلمیٹڈڈیزائراسلیےدیتھیکہ کوئیجنتکا سائقبنے۔</w:t>
      </w:r>
    </w:p>
    <w:p>
      <w:r>
        <w:rPr>
          <w:b/>
        </w:rPr>
        <w:t xml:space="preserve">[1:27:08] </w:t>
      </w:r>
      <w:r>
        <w:t>aur usne kya kiya ? kaha apna desire ko is duniya mein phansa diya. yeh masla balance ka nahin hai, balke apni apni aim aur vision ko khatam karne ka hai, apni yaani soch ko correct karne ka hai.</w:t>
      </w:r>
    </w:p>
    <w:p>
      <w:pPr>
        <w:jc w:val="right"/>
      </w:pPr>
      <w:r>
        <w:t>اوراسنےکیا کیا؟کہاپنیاسڈیزائرکواسدنیا میں پھنسادیا۔ یہمسئلہ بیلنسکانہیںہے،بلکہ اپنی اپنی ام میچ ورٹیکوختمکرنے کاہے، اپنی یعنیسوچکوکریکٹکرنےکاہے۔</w:t>
      </w:r>
    </w:p>
    <w:p>
      <w:r>
        <w:rPr>
          <w:b/>
        </w:rPr>
        <w:t xml:space="preserve">[1:27:25] </w:t>
      </w:r>
      <w:r>
        <w:t>maulana agla sawal lahore pakistan se hai miss salma ka. unhone likha hai: "ek khatoon ne kaha ki main dawat illallah ke kaam mein apne aap ko kis tarah shamil karoon jabki main ek anpadh khatoon hoon?" iske bare mein bataen ge.</w:t>
      </w:r>
    </w:p>
    <w:p>
      <w:pPr>
        <w:jc w:val="right"/>
      </w:pPr>
      <w:r>
        <w:t>مولانااگلاسوال لاہور پاکستانسے ہے مس سلمہکا ۔انہوںنےلکھاہے: "एकखातूननेकहा किमैं दावत इल्लल्लाहकेकाम में अपनेआपको किसतरह शामिल करूं जबकिमैंएक अनपढ़ खातूनहूं?" اسکےبارےمیں بتائیںگے۔</w:t>
      </w:r>
    </w:p>
    <w:p>
      <w:r>
        <w:rPr>
          <w:b/>
        </w:rPr>
        <w:t xml:space="preserve">[1:27:42] </w:t>
      </w:r>
      <w:r>
        <w:t>bhai, yeh printing press ka zaman hai. anpadh toh kya, andha bhi kaam kar sakta hai. dawat ka kaam kitabon mein rakh len apne paas .</w:t>
      </w:r>
    </w:p>
    <w:p>
      <w:pPr>
        <w:jc w:val="right"/>
      </w:pPr>
      <w:r>
        <w:t>بھائی،یہپرنٹنگپریسکازمان ہہے۔ انپڑھتوکیا، اندھابھیکامکرسکتاہے۔دعوتیکام کتاب یںرکھلیںاپنےپاس ۔</w:t>
      </w:r>
    </w:p>
    <w:p>
      <w:r>
        <w:rPr>
          <w:b/>
        </w:rPr>
        <w:t xml:space="preserve">[1:27:55] </w:t>
      </w:r>
      <w:r>
        <w:t>hamare yahan dekhiye, quran ke tarjume chhappe hain, sankron kitaben chhapi hain. apne book mein, woh apne purse mein, apne bag mein, apne pocket mein rakh lijiyega.</w:t>
      </w:r>
    </w:p>
    <w:p>
      <w:pPr>
        <w:jc w:val="right"/>
      </w:pPr>
      <w:r>
        <w:t>ہمارےہاںدیکھیے،قرآنکےترجمے چھپےہیں،سینکڑوںکتابیںچھپیہیں۔ اپنے بکمیں، وہ اپنے پرسمیں،اپنے بیگمیں ،اپنے پکٹمیںرکھلیجئے۔</w:t>
      </w:r>
    </w:p>
    <w:p>
      <w:r>
        <w:rPr>
          <w:b/>
        </w:rPr>
        <w:t xml:space="preserve">[1:28:05] </w:t>
      </w:r>
      <w:r>
        <w:t>jo mile, usko dete rahiye. is zamane mein toh koi excuse nahin baqi raha hai. andha ho, langda ho, kuch bhi ho, woh dawat ka kaam kar sakta hai.</w:t>
      </w:r>
    </w:p>
    <w:p>
      <w:pPr>
        <w:jc w:val="right"/>
      </w:pPr>
      <w:r>
        <w:t>جو ملے،اسکودیتےرہیے۔ اسزمانےمیںتو کوئی ایکسکیوزنہیںباقیرہاہے۔ اندھاہو،لنگڑاہو، کچھبھی ہو ، وہدعوتیکامکرسکتاہے۔</w:t>
      </w:r>
    </w:p>
    <w:p>
      <w:r>
        <w:rPr>
          <w:b/>
        </w:rPr>
        <w:t xml:space="preserve">[1:28:18] </w:t>
      </w:r>
      <w:r>
        <w:t>ab is zamane mein koi rukawat nahin baqi hai iske li</w:t>
      </w:r>
    </w:p>
    <w:p>
      <w:pPr>
        <w:jc w:val="right"/>
      </w:pPr>
      <w:r>
        <w:t>اباسزمانےمیںکوئی رکاوٹنہیں باقیہےاسکےلی</w:t>
      </w:r>
    </w:p>
    <w:p>
      <w:r>
        <w:rPr>
          <w:b/>
        </w:rPr>
        <w:t xml:space="preserve">[1:28:23] </w:t>
      </w:r>
      <w:r>
        <w:t>ye. woh zaman hai ke jo main kaha karta hoon ke "if you have good excuse, don't use it." woh zaman hai yeh. ab ab excuse ka zaman hi khatam ho gaya.</w:t>
      </w:r>
    </w:p>
    <w:p>
      <w:pPr>
        <w:jc w:val="right"/>
      </w:pPr>
      <w:r>
        <w:t>ے۔ وہزمان ہہےکہ جومیںکہاکرتاہوںکہ"Ifyouhavegoodexcuse,don'tuse it." وہ زمان ہہےیہ۔ اب اب ایکسکیوزکازمان ہہیختمہوگیا۔</w:t>
      </w:r>
    </w:p>
    <w:p>
      <w:r>
        <w:rPr>
          <w:b/>
        </w:rPr>
        <w:t xml:space="preserve">[1:28:36] </w:t>
      </w:r>
      <w:r>
        <w:t>maulana agla sawal kashmir se hai mr. jia e rangrez sahib ka. unhone likha hai: "kya khuda ka concern sirf musalman hai ya doosre log bhi ?</w:t>
      </w:r>
    </w:p>
    <w:p>
      <w:pPr>
        <w:jc w:val="right"/>
      </w:pPr>
      <w:r>
        <w:t>مولانااگلاسوال کشمیرسےہے مسٹر جیاےرنگریز صاحبکا۔ انہوںنےلکھاہے:"क्या खुदाका कंसर्न सिर्फ मुसलमान हैया दूसरे लोग भी ?</w:t>
      </w:r>
    </w:p>
    <w:p>
      <w:r>
        <w:rPr>
          <w:b/>
        </w:rPr>
        <w:t xml:space="preserve">[1:28:48] </w:t>
      </w:r>
      <w:r>
        <w:t>kya yahi mamla jannat aur jahannum ka bhi hai ?"</w:t>
      </w:r>
    </w:p>
    <w:p>
      <w:pPr>
        <w:jc w:val="right"/>
      </w:pPr>
      <w:r>
        <w:t>क्यायहीमामला جنتऔर جہنमकाभीहै ?"</w:t>
      </w:r>
    </w:p>
    <w:p>
      <w:r>
        <w:rPr>
          <w:b/>
        </w:rPr>
        <w:t xml:space="preserve">[1:28:52] </w:t>
      </w:r>
      <w:r>
        <w:t>hargiz musalman nahin hain. musalman toh ek qaum hain, woh khuda ka concern kyun rahenge ? Allah ka concern muslim qaum nahin hai.</w:t>
      </w:r>
    </w:p>
    <w:p>
      <w:pPr>
        <w:jc w:val="right"/>
      </w:pPr>
      <w:r>
        <w:t>ہرگزمسلماننہیںہیں۔ مسلمان توایکقومہیں،وہخداکاکنسرنکیوںرہیںگے؟ اللہ کا کنسرن مسلمقومنہیںہے۔</w:t>
      </w:r>
    </w:p>
    <w:p>
      <w:r>
        <w:rPr>
          <w:b/>
        </w:rPr>
        <w:t xml:space="preserve">[1:29:02] </w:t>
      </w:r>
      <w:r>
        <w:t>Allah ka concern woh insaan hai jo aarif ho, jisne Allah ko realize kiya ho, jo Allah se mohabbat shadeed, Allah se khauf shadeed mein uski zindagi guzarti ho .</w:t>
      </w:r>
    </w:p>
    <w:p>
      <w:pPr>
        <w:jc w:val="right"/>
      </w:pPr>
      <w:r>
        <w:t>اللہ کاکنسرنوہانسانہےجو عارفہو، جسنےاللہ کوریلائزکیاہو ، جو اللہ سےحبشدید ،اللہ سے خوف شدید میں اسکیزندگی گزرتیہو ۔</w:t>
      </w:r>
    </w:p>
    <w:p>
      <w:r>
        <w:rPr>
          <w:b/>
        </w:rPr>
        <w:t xml:space="preserve">[1:29:17] </w:t>
      </w:r>
      <w:r>
        <w:t>yeh musalman qaum hai, iska Allah concern nahin hai.</w:t>
      </w:r>
    </w:p>
    <w:p>
      <w:pPr>
        <w:jc w:val="right"/>
      </w:pPr>
      <w:r>
        <w:t>یہ مسلمان قومہے،اسکااللہ کنسرنہے۔</w:t>
      </w:r>
    </w:p>
    <w:p>
      <w:r>
        <w:rPr>
          <w:b/>
        </w:rPr>
        <w:t xml:space="preserve">[1:29:20] </w:t>
      </w:r>
      <w:r>
        <w:t>yeh Allah ko aap understand kar rahe hain.</w:t>
      </w:r>
    </w:p>
    <w:p>
      <w:pPr>
        <w:jc w:val="right"/>
      </w:pPr>
      <w:r>
        <w:t>یہاللہ کو آپانڈ رسٹیٹ منٹکررہےہیں۔</w:t>
      </w:r>
    </w:p>
    <w:p>
      <w:r>
        <w:rPr>
          <w:b/>
        </w:rPr>
        <w:t xml:space="preserve">[1:29:26] </w:t>
      </w:r>
      <w:r>
        <w:t>qadeem zamanay mein yahudiyon ne samajh rakha tha, isi kehmal Allah ke sar nah hain. wohi ab musalmanon ne samajh rakha hai. yaad rakhiye, quran mein hai ke "li sa bam anai kum ola amaniya hal al kitab min yumr suwi yajdhab".</w:t>
      </w:r>
    </w:p>
    <w:p>
      <w:pPr>
        <w:jc w:val="right"/>
      </w:pPr>
      <w:r>
        <w:t>قدیمزمانےمیںیہودیوںنےسمجھرکھاتھااسی کہہماللہ کن سرنہیں۔ وہیابمسلمانوںنےسمجھرکھاہے۔ یادرکھیے،قرآنمیںہےکہ "لي س بام انيكمولا امانياهل الكتاب منيمر سوىیجذب"۔</w:t>
      </w:r>
    </w:p>
    <w:p>
      <w:r>
        <w:rPr>
          <w:b/>
        </w:rPr>
        <w:t xml:space="preserve">[1:29:43] </w:t>
      </w:r>
      <w:r>
        <w:t>na qadeem zamanay mein yahud Allah ke sar nthe, na is zamanay mein musalman Allah ke sar nhe hain.</w:t>
      </w:r>
    </w:p>
    <w:p>
      <w:pPr>
        <w:jc w:val="right"/>
      </w:pPr>
      <w:r>
        <w:t>نہقدیمزمان ےمیں یہود اللہ کنسرنتھے، نہاسزمانےمیںمسلماناللہ کنسرنہیں۔</w:t>
      </w:r>
    </w:p>
    <w:p>
      <w:r>
        <w:rPr>
          <w:b/>
        </w:rPr>
        <w:t xml:space="preserve">[1:29:49] </w:t>
      </w:r>
      <w:r>
        <w:t>Allah ke sar afraad hain, afraad, individuals jo Allah se darne wala ho, jo mut qiya ho, jisko tazkiya ki fikr ho, jisko Allah se mohabbat ho.</w:t>
      </w:r>
    </w:p>
    <w:p>
      <w:pPr>
        <w:jc w:val="right"/>
      </w:pPr>
      <w:r>
        <w:t>اللہ کنسرنافراد ہیں،افراد ،انڈیویجولز جواللہ سےڈرنےوالاہو ، جو مت قیہو، جسکو تزکیہکیفکرہو، جسکواللہ سے محبتہو ۔</w:t>
      </w:r>
    </w:p>
    <w:p>
      <w:r>
        <w:rPr>
          <w:b/>
        </w:rPr>
        <w:t xml:space="preserve">[1:30:02] </w:t>
      </w:r>
      <w:r>
        <w:t>is fard, woh fard Allah ke sar nhe hai. hargiz yeh na qom yahud aur na qom muslim. yeh soch bohat hi ghalat soch hai.</w:t>
      </w:r>
    </w:p>
    <w:p>
      <w:pPr>
        <w:jc w:val="right"/>
      </w:pPr>
      <w:r>
        <w:t>اس فرد،وہ فرداللہ کن سرنہے۔ ہرگزیہ نہقومیہود اورنہقوممسلم ۔ یہ سوچبہتہیغلطسوچہے۔</w:t>
      </w:r>
    </w:p>
    <w:p>
      <w:r>
        <w:rPr>
          <w:b/>
        </w:rPr>
        <w:t xml:space="preserve">[1:30:14] </w:t>
      </w:r>
      <w:r>
        <w:t>molana agla sawal kashmir se hai syed yunus bukhari sahib ka. unhon ne likha hai: "i want to ask molana sahib, that what are the conditions in which jihad is farz for a muslim?"</w:t>
      </w:r>
    </w:p>
    <w:p>
      <w:pPr>
        <w:jc w:val="right"/>
      </w:pPr>
      <w:r>
        <w:t>مول انااگلاسوال کشمیرسےہے سید یون س بخ اریصاحبکا ۔ انہوں نےلکھاہے: "आईवांटटू आस्कمول اناसाहब ,दैटव्हाटआरदकंडीशंस इनव्हिच जिहाद इजफर्ज फॉरअमुस्लिम?</w:t>
      </w:r>
    </w:p>
    <w:p>
      <w:r>
        <w:rPr>
          <w:b/>
        </w:rPr>
        <w:t xml:space="preserve">[1:30:29] </w:t>
      </w:r>
      <w:r>
        <w:t>also, i want to give a suggestion to Maulana sahib, that if it is possible, then please also organize the dawa meet for women only, in which both muslims and non muslims can take part,</w:t>
      </w:r>
    </w:p>
    <w:p>
      <w:pPr>
        <w:jc w:val="right"/>
      </w:pPr>
      <w:r>
        <w:t>आल्सो,आईवांटटूगिवअसजेशनटूمولानासाहब, दैटइफइटइजपॉसिबल,देनप्लीज आल्सो ऑर्गेनाइज द दावामीटफॉर वुमेनओनली, इनव्हिच बोथ मुस्लिम्स एंडनॉनमुस्लिम्स कैनटेकपार्ट,</w:t>
      </w:r>
    </w:p>
    <w:p>
      <w:r>
        <w:rPr>
          <w:b/>
        </w:rPr>
        <w:t xml:space="preserve">[1:30:44] </w:t>
      </w:r>
      <w:r>
        <w:t>because it's the women who can be a mother, daughter and a wife, and it's the mother who can play the most</w:t>
      </w:r>
    </w:p>
    <w:p>
      <w:pPr>
        <w:jc w:val="right"/>
      </w:pPr>
      <w:r>
        <w:t>बिकॉजइट्सदवुमेनहु कैनबी अमदर, डॉ टर एंडअवाइफ ,एंडइट्सदमदरहुकैनप्लेदमोस्ट</w:t>
      </w:r>
    </w:p>
    <w:p>
      <w:r>
        <w:rPr>
          <w:b/>
        </w:rPr>
        <w:t xml:space="preserve">[1:30:51] </w:t>
      </w:r>
      <w:r>
        <w:t>important role in the teachings of islam to her children, as the mother is the first school for the children.</w:t>
      </w:r>
    </w:p>
    <w:p>
      <w:pPr>
        <w:jc w:val="right"/>
      </w:pPr>
      <w:r>
        <w:t>इंपॉर्टेंटरोल इनद टीचिंग्सऑफ इस्लाम टूहरचिल्ड्रन, एजदमदरइजद फर्स्ट स्कूल फॉरदचिल्ड्रन।</w:t>
      </w:r>
    </w:p>
    <w:p>
      <w:r>
        <w:rPr>
          <w:b/>
        </w:rPr>
        <w:t xml:space="preserve">[1:30:59] </w:t>
      </w:r>
      <w:r>
        <w:t>hamara to sara kaam aurtein hi kar rahi hain. aap ko shayad maloom naheen hai, mein to khud samajhta hoon ke mein kuch naheen kar raha hoon. hamare mission mein aurton ko woh role mila hai jo is se pehle ibrahim mission mein aurat ko mila tha.</w:t>
      </w:r>
    </w:p>
    <w:p>
      <w:pPr>
        <w:jc w:val="right"/>
      </w:pPr>
      <w:r>
        <w:t>ہماراتوساراکام عورتیںہیکررہیہیں۔ آپکوشایدمعلومنہیںہے، میںتوخود سمجھتاہوںکہمیںکچھنہیںکررہاہوں۔ ہمارے مشنمیں عورتوںکو وہرولملاہے جو اسسےپہلے ابراہیمیمشنمیںعورتکوملاتھا۔</w:t>
      </w:r>
    </w:p>
    <w:p>
      <w:r>
        <w:rPr>
          <w:b/>
        </w:rPr>
        <w:t xml:space="preserve">[1:31:17] </w:t>
      </w:r>
      <w:r>
        <w:t>hazrat hajra ko, hazrat hajra ka central role tha ibrahim mission mein.</w:t>
      </w:r>
    </w:p>
    <w:p>
      <w:pPr>
        <w:jc w:val="right"/>
      </w:pPr>
      <w:r>
        <w:t>حضرتہاجرہکو، حضرتہاجرہکاسینٹرلرولتھاابراہیمیمشنمیں۔</w:t>
      </w:r>
    </w:p>
    <w:p>
      <w:r>
        <w:rPr>
          <w:b/>
        </w:rPr>
        <w:t xml:space="preserve">[1:31:23] </w:t>
      </w:r>
      <w:r>
        <w:t>ibrahim mission mein hazrat hajra ka central role tha. qudrat Allah ke mission mein khadija o ayesha ka bohat zabardast role tha. aise hi hamare mission mein hai ke yeh to aap ko khabar naheen shayad ke hamara mission kis tarah chal raha hai.</w:t>
      </w:r>
    </w:p>
    <w:p>
      <w:pPr>
        <w:jc w:val="right"/>
      </w:pPr>
      <w:r>
        <w:t>ابراہیمیمشنمیںحضرتہاجرہکاسینٹرلرولتھا۔ قدرت اللہکےمشنمیںخدیجہوعائشہکابہتز بردسترولتھا۔ ایسےہیہمارےمشنمیںہے کہیہتوآپکوخبرہینہیںشاید کہہمارامشنکسطرحچلرہاہے۔</w:t>
      </w:r>
    </w:p>
    <w:p>
      <w:r>
        <w:rPr>
          <w:b/>
        </w:rPr>
        <w:t xml:space="preserve">[1:31:37] </w:t>
      </w:r>
      <w:r>
        <w:t>baqi jahan jihad ki baat hai to sab se bari jo bekhabri musalmanon ki hai, wohi samajhte hain ke har musalman ke liye jihad hai.</w:t>
      </w:r>
    </w:p>
    <w:p>
      <w:pPr>
        <w:jc w:val="right"/>
      </w:pPr>
      <w:r>
        <w:t>باقیجہاںجہ ادکیباتہے تو سبسےبڑی جو بےخبری مسلمانوںکیہے،وہیہسمجھتےہیںکہہرمسلمان کےلیےجہادہے۔</w:t>
      </w:r>
    </w:p>
    <w:p>
      <w:r>
        <w:rPr>
          <w:b/>
        </w:rPr>
        <w:t xml:space="preserve">[1:31:46] </w:t>
      </w:r>
      <w:r>
        <w:t>bilkul gunah hai, gunah. al-raheel lil imam jihad biman qat al-sarf hukumat ka kaam hai, sirf hukumat ka kaam hai.</w:t>
      </w:r>
    </w:p>
    <w:p>
      <w:pPr>
        <w:jc w:val="right"/>
      </w:pPr>
      <w:r>
        <w:t>بالکل گناہہے،گناہ۔ الر حیل لل امام جہاد بمانق تالصرفحکومت کاکامہے، صرفحکومت کاکام ہے۔</w:t>
      </w:r>
    </w:p>
    <w:p>
      <w:r>
        <w:rPr>
          <w:b/>
        </w:rPr>
        <w:t xml:space="preserve">[1:31:56] </w:t>
      </w:r>
      <w:r>
        <w:t>is zamanay mein jitne jihad chal rahe hain, so called jihad, woh sab anjiyaz kar rahe hain. to jihad to hain he naheen, woh kahin bhi stated directly anwalon naheen hai.</w:t>
      </w:r>
    </w:p>
    <w:p>
      <w:pPr>
        <w:jc w:val="right"/>
      </w:pPr>
      <w:r>
        <w:t>اس زمانےمیں جتنےجہادچلرہےہیں،سوکالڈجہاد،وہسب اینجیاوزکررہےہیں۔ توجہادتوہےہینہیں،وہ کہیںبھی اسٹیٹڈائریکٹلیانوالونہیںہے۔</w:t>
      </w:r>
    </w:p>
    <w:p>
      <w:r>
        <w:rPr>
          <w:b/>
        </w:rPr>
        <w:t xml:space="preserve">[1:32:09] </w:t>
      </w:r>
      <w:r>
        <w:t>jahan kahin anwalon hai to woh woh proxy war chal rahi hai. proxy war to khud haram hai islam mein.</w:t>
      </w:r>
    </w:p>
    <w:p>
      <w:pPr>
        <w:jc w:val="right"/>
      </w:pPr>
      <w:r>
        <w:t>جہاںکہیںانوالوہےتووہ وہ پراکسیوارچلارہیہے۔پراکسیوارتوخود حرامہےاسلام میں۔</w:t>
      </w:r>
    </w:p>
    <w:p>
      <w:r>
        <w:rPr>
          <w:b/>
        </w:rPr>
        <w:t xml:space="preserve">[1:32:16] </w:t>
      </w:r>
      <w:r>
        <w:t>sab se pehli ghalat fehmi se nikle aap bahar ke hargiz hargiz anjiyaz ke liye ya aam musalmanon ke liye jihad naheen hai.</w:t>
      </w:r>
    </w:p>
    <w:p>
      <w:pPr>
        <w:jc w:val="right"/>
      </w:pPr>
      <w:r>
        <w:t>سبسے پہلیغلطفہمیسےنکلیےآپباہر کہہرگزہرگز اینجیاوزکےلیے یاعاممسلمانوںکےلیےجہادنہیںہے۔</w:t>
      </w:r>
    </w:p>
    <w:p>
      <w:r>
        <w:rPr>
          <w:b/>
        </w:rPr>
        <w:t xml:space="preserve">[1:32:27] </w:t>
      </w:r>
      <w:r>
        <w:t>bilashubah yeh log fi'l haram kar rahe hain. karenge, karenge. aisa kahin to woh jihad hukumat ke liye hai. al-raheel lil imam hukumat ke liye. jab tak hukumat rasool Allah ne makka mein jihad asliya naheen kiya ke wahan hukumat ki haisiyat naheen thi aap ki.</w:t>
      </w:r>
    </w:p>
    <w:p>
      <w:pPr>
        <w:jc w:val="right"/>
      </w:pPr>
      <w:r>
        <w:t>بلاشبہیہلوگ فعلحرامکررہےہیں۔ کریںگے، کریںگے۔ایساکہیںتووہ جہاد حکومت کےلیےہے۔ الرحیللل امام حکومت کےلیے۔جبتک حکومت رسولاللہنےمکہمیںجہاداسلیےنہیںکیاکہوہاںحکومت کیحیثیتنہیںتھیآپکی۔</w:t>
      </w:r>
    </w:p>
    <w:p>
      <w:r>
        <w:rPr>
          <w:b/>
        </w:rPr>
        <w:t xml:space="preserve">[1:32:44] </w:t>
      </w:r>
      <w:r>
        <w:t>makka mein aap ne jihad kiya, woh</w:t>
      </w:r>
    </w:p>
    <w:p>
      <w:pPr>
        <w:jc w:val="right"/>
      </w:pPr>
      <w:r>
        <w:t>مکہمیںآپنےجہادکیا، وہ</w:t>
      </w:r>
    </w:p>
    <w:p>
      <w:r>
        <w:rPr>
          <w:b/>
        </w:rPr>
        <w:t xml:space="preserve">[1:32:46] </w:t>
      </w:r>
      <w:r>
        <w:t>madina mein aap ne jihad kiya. to aajkal jo jihad ho raha hai, yeh to bilkul fi'l haram ho raha hai. yeh keh jisko le, woh bandook le kar jihad kar raha hai.</w:t>
      </w:r>
    </w:p>
    <w:p>
      <w:pPr>
        <w:jc w:val="right"/>
      </w:pPr>
      <w:r>
        <w:t>مدینہمیںآپنےجہادکیا۔ توآجکلجو جہادہورہاہے،یہتوبالکلفع لحرامہورہاہے۔یہ کہجسکولے،وہ بندوقلےکرجہادکررہاہے۔</w:t>
      </w:r>
    </w:p>
    <w:p>
      <w:r>
        <w:rPr>
          <w:b/>
        </w:rPr>
        <w:t xml:space="preserve">[1:32:57] </w:t>
      </w:r>
      <w:r>
        <w:t>mein aap ko batata hoon, aap koi dil dekh lijiye. is mein al-bidaya wa al-nihaya mein imam taimeya jo the, unke zamanay mein tatariyon ne hamla kiya.</w:t>
      </w:r>
    </w:p>
    <w:p>
      <w:pPr>
        <w:jc w:val="right"/>
      </w:pPr>
      <w:r>
        <w:t>میںآپکو بتاتاہوں،آپ کوئی دل دیکھلیجئے۔ اسمیں البدایہوالنہایہمیں امام تیمیہجوتھے، انکے زمان ےمیں تاتاریوںنےحملہکیا۔</w:t>
      </w:r>
    </w:p>
    <w:p>
      <w:r>
        <w:rPr>
          <w:b/>
        </w:rPr>
        <w:t xml:space="preserve">[1:33:12] </w:t>
      </w:r>
      <w:r>
        <w:t>wohi jisko aap kehte hain na jihad, is ka surat paida ho gayi ke tatariyon ne hamla kiya. sab unhon ne samarkand se baghdad tabah kar dala.</w:t>
      </w:r>
    </w:p>
    <w:p>
      <w:pPr>
        <w:jc w:val="right"/>
      </w:pPr>
      <w:r>
        <w:t>وہیجسکوآپکہتےہیںناجہاد ،اسکا صورت پیداہوگئی کہ تاتاریوںنےحملہکیا۔ سب انہوںنے سمرقندسےبغت تباہکرڈالا۔</w:t>
      </w:r>
    </w:p>
    <w:p>
      <w:r>
        <w:rPr>
          <w:b/>
        </w:rPr>
        <w:t xml:space="preserve">[1:33:23] </w:t>
      </w:r>
      <w:r>
        <w:t>to woh tha jihad. aajkal ke zamanay mein jo jihad kar rahe hain, jis se bara mauqa tha woh. to ibn taimiya ne khud se jihad naheen kiya, khud se talwar le kar nikal pade.</w:t>
      </w:r>
    </w:p>
    <w:p>
      <w:pPr>
        <w:jc w:val="right"/>
      </w:pPr>
      <w:r>
        <w:t>تو وہ تھا جہ اد۔آجکل کےزمان ےمیںجوجہادکررہےہیں،جس اسسے بڑا موقعتھاوہ ۔ تو ابن تیمیہنےخودسےجہادنہیںکیا، خود سےتلوارلےکےنکلپڑے۔</w:t>
      </w:r>
    </w:p>
    <w:p>
      <w:r>
        <w:rPr>
          <w:b/>
        </w:rPr>
        <w:t xml:space="preserve">[1:33:35] </w:t>
      </w:r>
      <w:r>
        <w:t>is zamanay mein do sultanon the, ek sham mein aur ek misr mein. is se ja kar mile woh</w:t>
      </w:r>
    </w:p>
    <w:p>
      <w:pPr>
        <w:jc w:val="right"/>
      </w:pPr>
      <w:r>
        <w:t>اس زمان ےمیں دو سلاطینتھے،ایکشاممیں اورایک مصر میں۔اسسےجاکےملےوہ</w:t>
      </w:r>
    </w:p>
    <w:p>
      <w:r>
        <w:rPr>
          <w:b/>
        </w:rPr>
        <w:t xml:space="preserve">[1:33:43] </w:t>
      </w:r>
      <w:r>
        <w:t>aur us se kaha ke yeh waqt aa gaya hai ke aap tatariyon ka muqabla karen. aap bhi badshah se ja kar milen, hukumat se milen. hukumat direct agar samajhti hai jihad to jihad kare.</w:t>
      </w:r>
    </w:p>
    <w:p>
      <w:pPr>
        <w:jc w:val="right"/>
      </w:pPr>
      <w:r>
        <w:t>اوراسےکہاکہ یہوقت آگیاہےکہآپ تاتاریوںکامقابلہکریں۔ آپبھیبادشاہسےجاکےملیے،حکومت سےملیے۔حکومت ڈائریکٹ اگر سمجھتیہےجہادتوجہادکرے۔</w:t>
      </w:r>
    </w:p>
    <w:p>
      <w:r>
        <w:rPr>
          <w:b/>
        </w:rPr>
        <w:t xml:space="preserve">[1:33:54] </w:t>
      </w:r>
      <w:r>
        <w:t>aap ko naheen hote hain jihad karne wale? yeh waqia likha hua hai al-bidaya wa al-nihaya mein. aap padh lijiye ke ibn taimiya jo bohat bare aalim maane jaate hain, khud se jihad araij naheen kiya unhon ne.</w:t>
      </w:r>
    </w:p>
    <w:p>
      <w:pPr>
        <w:jc w:val="right"/>
      </w:pPr>
      <w:r>
        <w:t>آپکونہوتےہیںجہادکرنےوالے ؟ یہ واقعہلکھاہواہے البدایہوالنہایہمیں۔آپپڑھلیجئے کہ ابن تیمیہجوبہتبڑےعالممانےجاتےہیں، خود سےجہادارائج نہیںکیاانہوںنے۔</w:t>
      </w:r>
    </w:p>
    <w:p>
      <w:r>
        <w:rPr>
          <w:b/>
        </w:rPr>
        <w:t xml:space="preserve">[1:34:08] </w:t>
      </w:r>
      <w:r>
        <w:t>balkeh sham ka jo muslim sultan tha, misr ka jo muslim sultan tha, us se mile aur us se kaha ke aap log jihad kijiye tatariyon ke khilaf.</w:t>
      </w:r>
    </w:p>
    <w:p>
      <w:pPr>
        <w:jc w:val="right"/>
      </w:pPr>
      <w:r>
        <w:t>بل کہ شام کا جو مسلم سلطان تھا، مصرکاجومسلمسلطانتھا،اسسےملے اوراسےکہاکہآپلوگ جہادکیجئےتاتاریوںکےخلاف ۔</w:t>
      </w:r>
    </w:p>
    <w:p>
      <w:r>
        <w:rPr>
          <w:b/>
        </w:rPr>
        <w:t xml:space="preserve">[1:34:20] </w:t>
      </w:r>
      <w:r>
        <w:t>yeh koi jihad hai jo musalman kar rahe hain? yeh to fasad hai. yeh jihad naheen hai, yeh fasad hai jo musalman kar rahe hain. jagah jagah jisko yeh ek party bana kar ke aur talwar le kar lad raha hai, khud hi khud.</w:t>
      </w:r>
    </w:p>
    <w:p>
      <w:pPr>
        <w:jc w:val="right"/>
      </w:pPr>
      <w:r>
        <w:t>یہ کوئیجہادہےجومسلمانکررہےہیں؟یہتوفسادہے۔ یہ جہادنہیںہے،یہفسادہےجومسلمانکررہےہیں۔ جگہجگہجسکویہ ایک پارٹیبناکرکے اورتلوارلےکر لڑرہاہے، خود ہیخود ۔</w:t>
      </w:r>
    </w:p>
    <w:p>
      <w:r>
        <w:rPr>
          <w:b/>
        </w:rPr>
        <w:t xml:space="preserve">[1:34:33] </w:t>
      </w:r>
      <w:r>
        <w:t>kahin bhi yaad rakhiye, kahin bhi muslim state anwaalon nahin hai.</w:t>
      </w:r>
    </w:p>
    <w:p>
      <w:pPr>
        <w:jc w:val="right"/>
      </w:pPr>
      <w:r>
        <w:t>کہیں بھی یادرکھیے،کہیںبھی مسلم اسٹیٹانوالونہیںہے۔</w:t>
      </w:r>
    </w:p>
    <w:p>
      <w:r>
        <w:rPr>
          <w:b/>
        </w:rPr>
        <w:t xml:space="preserve">[1:34:37] </w:t>
      </w:r>
      <w:r>
        <w:t>agar kahin hai to bator proxy waara hai. aur dono hi galat hain islam mein. maulana agla sawal srinagar se hai muhammad maqbool bhatt sahib ka.</w:t>
      </w:r>
    </w:p>
    <w:p>
      <w:pPr>
        <w:jc w:val="right"/>
      </w:pPr>
      <w:r>
        <w:t>اگر کہیںہےتوبطور پراکسیوارہے۔ اوردونوںہیغلطہیںاسلام میں۔ مولانااگلاسوال سری نگرسےہے محمد مقبول بھٹصاحبکا ۔</w:t>
      </w:r>
    </w:p>
    <w:p>
      <w:r>
        <w:rPr>
          <w:b/>
        </w:rPr>
        <w:t xml:space="preserve">[1:34:49] </w:t>
      </w:r>
      <w:r>
        <w:t>unhon ne likha hai: "you have written in al risala that today we should follow the eesa mod</w:t>
      </w:r>
    </w:p>
    <w:p>
      <w:pPr>
        <w:jc w:val="right"/>
      </w:pPr>
      <w:r>
        <w:t>انہوںنےلکھاہے: "यूहैवरिटन इन अल रिसला दैट टुडे वीशुडफॉलो द ईसामॉड</w:t>
      </w:r>
    </w:p>
    <w:p>
      <w:r>
        <w:rPr>
          <w:b/>
        </w:rPr>
        <w:t xml:space="preserve">[1:34:56] </w:t>
      </w:r>
      <w:r>
        <w:t>l. it has confused muslims and they suspected and propagated it in a bad way and blamed that khan sahib is propagating christianity and not islam. please clear it for me." clear karne ki kya zaroorat hai? aap surah asaf padhiye.</w:t>
      </w:r>
    </w:p>
    <w:p>
      <w:pPr>
        <w:jc w:val="right"/>
      </w:pPr>
      <w:r>
        <w:t>ल। इटहैजकन्फ्यूज्डमुस्लिम्सएंडदे सस्पेक्टेड एंड प्रोपेगेटेडइट इनअबैडवे एंडब्लेमदैटखानसाहिब इजप्रोपेगेटिंगक्रिश्चियनिटी एंडनॉट इस्लाम। प्लीजक्लियरइटफॉरमी।"کلیئرکرنےکیکیاضرورتہے؟آپسورہاصفپڑھیے۔</w:t>
      </w:r>
    </w:p>
    <w:p>
      <w:r>
        <w:rPr>
          <w:b/>
        </w:rPr>
        <w:t xml:space="preserve">[1:35:13] </w:t>
      </w:r>
      <w:r>
        <w:t>surah asaf padhiye. ismein allah ta'ala ne khud hi farmaya hai. pehle aap surah asaf ko do baar padhiye, aap phir sawal kijiye.</w:t>
      </w:r>
    </w:p>
    <w:p>
      <w:pPr>
        <w:jc w:val="right"/>
      </w:pPr>
      <w:r>
        <w:t>سورہاصفپڑھیے۔ اسمیںاللہ تعالینےخودہیفرمایاہے۔ پہلےآپسورہاصفکو دسبارپڑھیے،آپ پھر سوالکیجئے۔</w:t>
      </w:r>
    </w:p>
    <w:p>
      <w:r>
        <w:rPr>
          <w:b/>
        </w:rPr>
        <w:t xml:space="preserve">[1:35:23] </w:t>
      </w:r>
      <w:r>
        <w:t>yeh to musalmanon ki yani qaumi sarkashi hai ke aise aise aitraaz karte hain hamare upar. jo baat mein kehta hoon quran ke hawale se, usko kehte hain ke do baar aap surah asaf ko padhiye aur uske baad phir ismein se sawal kijiye.</w:t>
      </w:r>
    </w:p>
    <w:p>
      <w:pPr>
        <w:jc w:val="right"/>
      </w:pPr>
      <w:r>
        <w:t>یہتو مسلمانوںکی یعنیقومی سرکشیہےکہایسے ایسےاعتراضکرتےہیںہمارےاوپر۔ جوبات میںکہتاہوںقرآنکےحوالےسے، اسکو کہتےہیںکہ دسبار آپ سورہاصفکوپڑھیے اوراسکےبعد پھراسمیںسےسوالکیجئے۔</w:t>
      </w:r>
    </w:p>
    <w:p>
      <w:r>
        <w:rPr>
          <w:b/>
        </w:rPr>
        <w:t xml:space="preserve">[1:35:40] </w:t>
      </w:r>
      <w:r>
        <w:t>bilashuba yeh sarkashi hai jo musalman keh rahe hain. sarkashi hai. aur uske liye woh allah ta'ala ki bohat sakht saza di jayegi ke maine kaha hai quran ki baat aur usko meri taraf laga rahe hain.</w:t>
      </w:r>
    </w:p>
    <w:p>
      <w:pPr>
        <w:jc w:val="right"/>
      </w:pPr>
      <w:r>
        <w:t>بلاشبہیہسرکشیہےجومسلمانکہہرہےہیں۔سرکشیہے۔ اوراسکےلیےوہ اللہتعالیکابہت سخت سزادیجائےگی کہمیںنےکہاہےقرآنکیبات اوراسکومیری طرف لگارہےہیں۔</w:t>
      </w:r>
    </w:p>
    <w:p>
      <w:r>
        <w:rPr>
          <w:b/>
        </w:rPr>
        <w:t xml:space="preserve">[1:35:50] </w:t>
      </w:r>
      <w:r>
        <w:t>flagging kyon logon ko? flagging.</w:t>
      </w:r>
    </w:p>
    <w:p>
      <w:pPr>
        <w:jc w:val="right"/>
      </w:pPr>
      <w:r>
        <w:t>فلاگنگہوکیسےلوگوںکو؟فلاگنگ۔</w:t>
      </w:r>
    </w:p>
    <w:p>
      <w:r>
        <w:rPr>
          <w:b/>
        </w:rPr>
        <w:t xml:space="preserve">[1:35:54] </w:t>
      </w:r>
      <w:r>
        <w:t>aur mein aapko khud dawat deta hoon ke aap padhiye surah asaf ko. ismein kya allah ta'ala ne kya farmaya hai? maulana agla sawal delhi se hai shah omaran hasan sahib ka.</w:t>
      </w:r>
    </w:p>
    <w:p>
      <w:pPr>
        <w:jc w:val="right"/>
      </w:pPr>
      <w:r>
        <w:t>اورمیںآپکوخود دعوتدیتاہوںکہآپپڑھیے سورہاصفکو۔اسمیںکیا اللہ تعالینےکیافرمایاہے؟ مولانااگلاسوال دلیسےہے شاہ عمر ان حسنصاحبکا ۔</w:t>
      </w:r>
    </w:p>
    <w:p>
      <w:r>
        <w:rPr>
          <w:b/>
        </w:rPr>
        <w:t xml:space="preserve">[1:36:07] </w:t>
      </w:r>
      <w:r>
        <w:t>unhon ne likha hai: "uno mein mile falasteen ke vote ko aap kis tarah se dekhte hain? kyunke muslim halqe mein isko lekar kaafi khushi manayi ja rahi hai."</w:t>
      </w:r>
    </w:p>
    <w:p>
      <w:pPr>
        <w:jc w:val="right"/>
      </w:pPr>
      <w:r>
        <w:t>انہوںنےلکھاہے: "यूएनओमेंमिले फिलिस्तीनके वोटकोआप किसतरह से देख तेहैं ? क्योंकि मुस्लिमहलकेमें इसकोलेकर काफी खुशी मनाईजारहीहै।"</w:t>
      </w:r>
    </w:p>
    <w:p>
      <w:r>
        <w:rPr>
          <w:b/>
        </w:rPr>
        <w:t xml:space="preserve">[1:36:18] </w:t>
      </w:r>
      <w:r>
        <w:t>maine dekha to yeh ek non-state news hai. non-state. isliye ke already bohat se muslim countries iske full member hain.</w:t>
      </w:r>
    </w:p>
    <w:p>
      <w:pPr>
        <w:jc w:val="right"/>
      </w:pPr>
      <w:r>
        <w:t>میں نےدیکھتویہ ایک نانایونٹ نیوزہے۔نانایونٹ۔ اسلیےکہالریڈی بہت سے مسلم کنٹریزاسکےفلفلیجممبرہیں۔</w:t>
      </w:r>
    </w:p>
    <w:p>
      <w:r>
        <w:rPr>
          <w:b/>
        </w:rPr>
        <w:t xml:space="preserve">[1:36:27] </w:t>
      </w:r>
      <w:r>
        <w:t>to kya kar liya unhone? ek to ek non-member state kya kar lega wahan par? aap mujhe bataiye. already muslim countries jo hote hain, sab ke sab wahan par full membership mili hui hai inko.</w:t>
      </w:r>
    </w:p>
    <w:p>
      <w:pPr>
        <w:jc w:val="right"/>
      </w:pPr>
      <w:r>
        <w:t>توکیا کرلیاانہوںنے ؟ ایکتوایک نانممبر اسٹیٹسکیاکرلےگاوہاںپر ؟ آپمجھےبتائیے۔ ال ریڈی مسلم کنٹریزجوہوتےہیں،سبکےسبوہاںپرفل فلیجممبرشپملی ہوئیہےانکو ۔</w:t>
      </w:r>
    </w:p>
    <w:p>
      <w:r>
        <w:rPr>
          <w:b/>
        </w:rPr>
        <w:t xml:space="preserve">[1:36:41] </w:t>
      </w:r>
      <w:r>
        <w:t>to kya kar liya unhone?</w:t>
      </w:r>
    </w:p>
    <w:p>
      <w:pPr>
        <w:jc w:val="right"/>
      </w:pPr>
      <w:r>
        <w:t>توکیاکرلیاانہوںنے ؟</w:t>
      </w:r>
    </w:p>
    <w:p>
      <w:r>
        <w:rPr>
          <w:b/>
        </w:rPr>
        <w:t xml:space="preserve">[1:36:44] </w:t>
      </w:r>
      <w:r>
        <w:t>to unko agar non-state, non-member state mil jaye to usko kya kar lenge woh? to musalman to unka gussa bhi jhoota hota hai, unki khushi bhi jhooti hoti hai.</w:t>
      </w:r>
    </w:p>
    <w:p>
      <w:pPr>
        <w:jc w:val="right"/>
      </w:pPr>
      <w:r>
        <w:t>تو انکواگر نان اسٹیٹ، نانممبر اسٹیٹسملجائےتواسکوکیاکرلیںگےوہ ؟ تو مس لمان تو انکا غصہبھیجھوٹاہوتاہے،انکیخوشیبھیجھوٹیہوتیہے۔</w:t>
      </w:r>
    </w:p>
    <w:p>
      <w:r>
        <w:rPr>
          <w:b/>
        </w:rPr>
        <w:t xml:space="preserve">[1:36:57] </w:t>
      </w:r>
      <w:r>
        <w:t>jhooti khushi mana rahe hain. musalmanon ka ya to gussa jhoota hota hai ya khushi jhooti hoti hai. maulana agla sawal rohtak se hai sajjad anwar sahib</w:t>
      </w:r>
    </w:p>
    <w:p>
      <w:pPr>
        <w:jc w:val="right"/>
      </w:pPr>
      <w:r>
        <w:t>جھوٹیخوشیمنارہےہیں۔ مس لمانوںکایاتوغصہ جھوٹاہوتاہےیاخوشیجھوٹیہوتیہے۔ مول انااگلاسوال روڑکیسےہے ساجدانورصاح</w:t>
      </w:r>
    </w:p>
    <w:p>
      <w:r>
        <w:rPr>
          <w:b/>
        </w:rPr>
        <w:t xml:space="preserve">[1:37:09] </w:t>
      </w:r>
      <w:r>
        <w:t>ka. unhon ne likha hai: "maulana, in today lecture you right mention that modern media is an industry which promotes and spread sensational news.</w:t>
      </w:r>
    </w:p>
    <w:p>
      <w:pPr>
        <w:jc w:val="right"/>
      </w:pPr>
      <w:r>
        <w:t>بکا ۔ انہوںنے لکھاہے: "مول انا،इनٹوڈےل یکچریورائٹلیمینشنڈ دَیٹماڈرنمیڈیااز اینانڈ سٹریوچ پروموٹس اینڈسپریڈ سن سیشنلنیوز۔</w:t>
      </w:r>
    </w:p>
    <w:p>
      <w:r>
        <w:rPr>
          <w:b/>
        </w:rPr>
        <w:t xml:space="preserve">[1:37:21] </w:t>
      </w:r>
      <w:r>
        <w:t>maulana, my question is how to save our self from the negative influence of media and how to use them effectively for the our work." jaise mein kar raha hoon.</w:t>
      </w:r>
    </w:p>
    <w:p>
      <w:pPr>
        <w:jc w:val="right"/>
      </w:pPr>
      <w:r>
        <w:t>مول انا،مائیکوئسچناز ہاؤٹو سیواور سیلف فرامدانیگیٹیو انفلوئنساف میڈیا اینڈہاؤٹویوزدیمایفیکٹیولیفار داواورک۔" جیسےمیںکررہاہوں۔</w:t>
      </w:r>
    </w:p>
    <w:p>
      <w:r>
        <w:rPr>
          <w:b/>
        </w:rPr>
        <w:t xml:space="preserve">[1:37:34] </w:t>
      </w:r>
      <w:r>
        <w:t>mein bohat se akhbarat padhta hoon.</w:t>
      </w:r>
    </w:p>
    <w:p>
      <w:pPr>
        <w:jc w:val="right"/>
      </w:pPr>
      <w:r>
        <w:t>میں بہت سےاخباراتپڑھتاہوں۔</w:t>
      </w:r>
    </w:p>
    <w:p>
      <w:r>
        <w:rPr>
          <w:b/>
        </w:rPr>
        <w:t xml:space="preserve">[1:37:40] </w:t>
      </w:r>
      <w:r>
        <w:t>urdu akhbar, angrezi akhbar, arabi akhbar, farsi akhbar. aajkal to maine kam kar diya. zindagi mein padhta raha, koi asar nahin.</w:t>
      </w:r>
    </w:p>
    <w:p>
      <w:pPr>
        <w:jc w:val="right"/>
      </w:pPr>
      <w:r>
        <w:t>ارد و اخبار،انگریزی اخبار،عربیاخبار ،فارسیاخبار ۔ آجکلتومیںنےکمکردیا۔ زندگی میںپڑھتارہا، کوئیاثرنہیں ۔</w:t>
      </w:r>
    </w:p>
    <w:p>
      <w:r>
        <w:rPr>
          <w:b/>
        </w:rPr>
        <w:t xml:space="preserve">[1:37:50] </w:t>
      </w:r>
      <w:r>
        <w:t>yani akhbar mein chhapne se aap rai kyun banayein? ke bas chhap gayi, akhbar mein chhap gayi. isse aap rai banayein apni. yani aap apni shakhsiyat ko akhbar se kam samajhte hain.</w:t>
      </w:r>
    </w:p>
    <w:p>
      <w:pPr>
        <w:jc w:val="right"/>
      </w:pPr>
      <w:r>
        <w:t>یعنیاخبارمیںچھپنےسےآپرائےکیوںبنائیں؟ کہبسچھپگئی،اخبارمیںچھپگئی ۔ اسیسےآپرائےبنائیںاپنی ۔ یعنیآپ اپنی شخص یتکواخبارسےکمسمجھتےہیں۔</w:t>
      </w:r>
    </w:p>
    <w:p>
      <w:r>
        <w:rPr>
          <w:b/>
        </w:rPr>
        <w:t xml:space="preserve">[1:38:04] </w:t>
      </w:r>
      <w:r>
        <w:t>mein samajhta hoon akhbar ki shakhsiyat, meri shakhsiyat ke muqable mein akhbar kuch nahin. subah chhapta hai aur sham raddi bikta hai. woh akhbar jo hai, subah chhapta hai aur sham raddi bikta hai.</w:t>
      </w:r>
    </w:p>
    <w:p>
      <w:pPr>
        <w:jc w:val="right"/>
      </w:pPr>
      <w:r>
        <w:t>میںسمجھتاہوںاخبارکیشخص یت، میریشخصیتکےمقابلےمیںاخبارکچھبھینہیں۔ صبحچھپتاہےاورشام ردیببکتاہے۔وہ اخبارجوہے،صبح چھپتاہےاورشامردیببکتاہے۔</w:t>
      </w:r>
    </w:p>
    <w:p>
      <w:r>
        <w:rPr>
          <w:b/>
        </w:rPr>
        <w:t xml:space="preserve">[1:38:16] </w:t>
      </w:r>
      <w:r>
        <w:t>ab mein usse billion times zyada badi cheez hoon. ek akhbar ke muqable mein meri shakhsiyat woh hai, billion times zyada hai.</w:t>
      </w:r>
    </w:p>
    <w:p>
      <w:pPr>
        <w:jc w:val="right"/>
      </w:pPr>
      <w:r>
        <w:t>ابمیں اسسے بل ینٹائمزیادہ بڑیچیزہوں۔ ایک اخبارکےمقابلےمیںمیریشخص یتجوہے،بلینٹرینٹائمزیادہ ہے۔</w:t>
      </w:r>
    </w:p>
    <w:p>
      <w:r>
        <w:rPr>
          <w:b/>
        </w:rPr>
        <w:t xml:space="preserve">[1:38:24] </w:t>
      </w:r>
      <w:r>
        <w:t>to mein us akhbar ko kyun, yani mauqa doon ke bhai meri meri personality banaye, mera zehan banaye? mein khud apni aql se sochta hoon.</w:t>
      </w:r>
    </w:p>
    <w:p>
      <w:pPr>
        <w:jc w:val="right"/>
      </w:pPr>
      <w:r>
        <w:t>تومیں اساخبارکو کیوں، یعنی موقعدوںکہ بھئیمیری میریپرسنیلٹیبنائے،میراذہنبنائے؟ میں خود اپنی عقل سےسوچتاہوں۔</w:t>
      </w:r>
    </w:p>
    <w:p>
      <w:r>
        <w:rPr>
          <w:b/>
        </w:rPr>
        <w:t xml:space="preserve">[1:38:33] </w:t>
      </w:r>
      <w:r>
        <w:t>apni aql se sochiye.</w:t>
      </w:r>
    </w:p>
    <w:p>
      <w:pPr>
        <w:jc w:val="right"/>
      </w:pPr>
      <w:r>
        <w:t>اپنیعقلسےسوچیے۔</w:t>
      </w:r>
    </w:p>
    <w:p>
      <w:r>
        <w:rPr>
          <w:b/>
        </w:rPr>
        <w:t xml:space="preserve">[1:38:38] </w:t>
      </w:r>
      <w:r>
        <w:t>mein yani zindagi bhar mein akhbar bohat zyada padhta tha. aajkal maine kam kar diya hai. but kabhi kabhi allah ke fazl se akhbar ne mera zehan nahin banaya.</w:t>
      </w:r>
    </w:p>
    <w:p>
      <w:pPr>
        <w:jc w:val="right"/>
      </w:pPr>
      <w:r>
        <w:t>میں یعنیزندگی بھر میں اخبار بہت زیادہ پڑھتاتھا۔ آجکل میںنےکمکردیاہے۔ بٹکبھیبھیاللہکےفضلسےاخبارنےمی راذہننہیںبنایا۔</w:t>
      </w:r>
    </w:p>
    <w:p>
      <w:r>
        <w:rPr>
          <w:b/>
        </w:rPr>
        <w:t xml:space="preserve">[1:38:51] </w:t>
      </w:r>
      <w:r>
        <w:t>akhbar kya cheez hai?</w:t>
      </w:r>
    </w:p>
    <w:p>
      <w:pPr>
        <w:jc w:val="right"/>
      </w:pPr>
      <w:r>
        <w:t>اخبارکیاچیزہے؟</w:t>
      </w:r>
    </w:p>
    <w:p>
      <w:r>
        <w:rPr>
          <w:b/>
        </w:rPr>
        <w:t xml:space="preserve">[1:38:54] </w:t>
      </w:r>
      <w:r>
        <w:t>yani humein mubalgha nahi kar raha hoon ke aik akhbar jo hai, subah chupta hai aur sham ja ke read bikta hai. aur mujhe jo Allah ta'ala ne shakhsiyat di hai, woh toh billion times ziyada hai, us se bari cheez hai.</w:t>
      </w:r>
    </w:p>
    <w:p>
      <w:pPr>
        <w:jc w:val="right"/>
      </w:pPr>
      <w:r>
        <w:t>یعنییہمیں مبالغہنہیںکررہاہوں کہایکاخبارجوہے، صبح چھپتاہےاورشامجاکےردیببکتاہے۔ اورمجھےجواللہتعالینےشخصیتدیہے، وہتو بلینٹرینٹائمزیادہہے،اسسےبڑیچیزہے۔</w:t>
      </w:r>
    </w:p>
    <w:p>
      <w:r>
        <w:rPr>
          <w:b/>
        </w:rPr>
        <w:t xml:space="preserve">[1:39:07] </w:t>
      </w:r>
      <w:r>
        <w:t>to mein kyun apne ko is ko is ka asar manne doon? kaise woh musalman hain jo akhbaron ko parh ke rai banate hain? kaise woh musalman hain? woh</w:t>
      </w:r>
    </w:p>
    <w:p>
      <w:pPr>
        <w:jc w:val="right"/>
      </w:pPr>
      <w:r>
        <w:t>تومیں کیوںاپنےکو اسکو اس کے اثرماننےدوں ؟ کیسےوہ مسلمانہیں جواخباروںکوپڑھکررائےبناتےہیں؟ کیسےوہمسلمانہیں؟وہ</w:t>
      </w:r>
    </w:p>
    <w:p>
      <w:r>
        <w:rPr>
          <w:b/>
        </w:rPr>
        <w:t xml:space="preserve">[1:39:19] </w:t>
      </w:r>
      <w:r>
        <w:t>maulana aik sawal. aik aur sawal karachi pakistan se miss saira latif ka hai. unhone likha hai: "aik aurat apne aap ko khane yani kitchen ke masle se kis tarah bachaye jab ke khana bhi aik zaroorat hai?" bohat asan hai.</w:t>
      </w:r>
    </w:p>
    <w:p>
      <w:pPr>
        <w:jc w:val="right"/>
      </w:pPr>
      <w:r>
        <w:t>مول اناایکسوال ۔ ا گلاسوال کراچی پاکستان سے مس سائرہلطیفکاہے۔ انہوںنےلکھاہے: "एकऔरत अपने आप को खाने یعنی کچنکےمسئلےسے کسطرح بچائے جب کہ کھانابھی ایک ضرورت ہے ؟" بہت آسانہے۔</w:t>
      </w:r>
    </w:p>
    <w:p>
      <w:r>
        <w:rPr>
          <w:b/>
        </w:rPr>
        <w:t xml:space="preserve">[1:39:38] </w:t>
      </w:r>
      <w:r>
        <w:t>zaroorat darja zaroorat mein rakhiye, darja lazzat mein nahi. khane ko lazzat lazzat na banaiye, zaroorat banaiye to koi masla nahin hai.</w:t>
      </w:r>
    </w:p>
    <w:p>
      <w:pPr>
        <w:jc w:val="right"/>
      </w:pPr>
      <w:r>
        <w:t>ضرورت درجہضرورتمیںرکھیے،درجہلذتمیںنہیں ۔ کھاناکو لذت لذتنہبن ائی،ضرورتبنائیتوکوئیمسئلہہینہیںہے۔</w:t>
      </w:r>
    </w:p>
    <w:p>
      <w:r>
        <w:rPr>
          <w:b/>
        </w:rPr>
        <w:t xml:space="preserve">[1:39:49] </w:t>
      </w:r>
      <w:r>
        <w:t>mein dekhiye, bachpan se ab tak Allah ke fazl se, mein jab madrasay mein parhta tha to aata tha ghar. jab chhutiyon mein bachche aate hain ghar to maa kehti thi: "kya khaya? kya pakaya?" aaj rozana: "aaj kya pakaya?</w:t>
      </w:r>
    </w:p>
    <w:p>
      <w:pPr>
        <w:jc w:val="right"/>
      </w:pPr>
      <w:r>
        <w:t>میں دیکھیے، بچپنسےابتکاللہ کےفضلسے ،میں جب مدرس ےمیںپڑھتاتھا تو آتاتھا گھر۔جب چھٹیمیںبچےآتےہیںگھر تو ماںکہتیتھی:"کیاکھایا؟کیاپکایا؟"آجروز انہ:"آجکیا پکایا؟</w:t>
      </w:r>
    </w:p>
    <w:p>
      <w:r>
        <w:rPr>
          <w:b/>
        </w:rPr>
        <w:t xml:space="preserve">[1:40:06] </w:t>
      </w:r>
      <w:r>
        <w:t>"maine kabhi apni maa se nikah pakai. maine kaha: "jo hai wohi kha len ge."</w:t>
      </w:r>
    </w:p>
    <w:p>
      <w:pPr>
        <w:jc w:val="right"/>
      </w:pPr>
      <w:r>
        <w:t>"میںنےکبھی اپنی ماںسےنکاحکیاپ کائیے۔ میںنےکہا:"جوہےوہیکھالیںگے۔"</w:t>
      </w:r>
    </w:p>
    <w:p>
      <w:r>
        <w:rPr>
          <w:b/>
        </w:rPr>
        <w:t xml:space="preserve">[1:40:11] </w:t>
      </w:r>
      <w:r>
        <w:t>lekin gharon mein kya hai ke ba qaaida, yani lazzat ke liye khate hain log, na ke sirf zaroorat ke liye. is liye masla hai.</w:t>
      </w:r>
    </w:p>
    <w:p>
      <w:pPr>
        <w:jc w:val="right"/>
      </w:pPr>
      <w:r>
        <w:t>لیکن گھروںمیںکیاہےکہباقاعدہ ،یعنی لذت کےلیےکھاتےہیںلوگ،نہکہصرفضرورتکےلیے۔ اسلیےمسئلہہے۔</w:t>
      </w:r>
    </w:p>
    <w:p>
      <w:r>
        <w:rPr>
          <w:b/>
        </w:rPr>
        <w:t xml:space="preserve">[1:40:20] </w:t>
      </w:r>
      <w:r>
        <w:t>agar khane ko aap barah-e-lazzat bana dein to kuch masla nahin hai, kuch bhi nahin. is mein haqeeqat hai, aik bilkul koi shikan nahin hai ke khane ko agar aap sirf darja zaroorat mein le lein to kuch bhi nahin.</w:t>
      </w:r>
    </w:p>
    <w:p>
      <w:pPr>
        <w:jc w:val="right"/>
      </w:pPr>
      <w:r>
        <w:t>اگر کھانےکو آپ براہلذتبنادیںتوکچھمسئلہہینہیںہے، کچھبھینہیں ۔ اسمیںحقیقتہے،ایکبالکل کوئیشکنہیںہے کہکھانےکواگرآپ صرف درج ہضرورتمیںلےلیں تو کچھبھینہیں۔</w:t>
      </w:r>
    </w:p>
    <w:p>
      <w:r>
        <w:rPr>
          <w:b/>
        </w:rPr>
        <w:t xml:space="preserve">[1:40:35] </w:t>
      </w:r>
      <w:r>
        <w:t>sirf roti kha li tab bhi khana ho gaya, sirf daal pi li tab bhi khana ho gaya, sirf chawal kha liye tab bhi khana ho gaya.</w:t>
      </w:r>
    </w:p>
    <w:p>
      <w:pPr>
        <w:jc w:val="right"/>
      </w:pPr>
      <w:r>
        <w:t>صرفروٹیکھالیاتببھیکھاناہوگیا، صرف دالپیلیاتببھیکھاناہوگیا، صرفچاولکھالیاتببھیکھاناہوگیا۔</w:t>
      </w:r>
    </w:p>
    <w:p>
      <w:r>
        <w:rPr>
          <w:b/>
        </w:rPr>
        <w:t xml:space="preserve">[1:40:43] </w:t>
      </w:r>
      <w:r>
        <w:t>yeh toh lazzaton mein log bhagte hain, lazzaton ke peeche. is liye masla bana hua hai. maulana agla sawal iqbal ahmed, maulana iqbal ahmed umri sahib ka hai, tamil nadu se. unhone likha hai:</w:t>
      </w:r>
    </w:p>
    <w:p>
      <w:pPr>
        <w:jc w:val="right"/>
      </w:pPr>
      <w:r>
        <w:t>یہتو لذتوںمیںلوگ بھاگتےہیں،لذتوںکےپیچھے۔اسلیےمسئلہبناہواہے۔ مولانااگلاسوال اق بال احمد ،مولانااقبالاحمد عمریصاحبکاہے، تملناڈوسے ۔انہوںنےلکھاہے:</w:t>
      </w:r>
    </w:p>
    <w:p>
      <w:r>
        <w:rPr>
          <w:b/>
        </w:rPr>
        <w:t xml:space="preserve">[1:40:59] </w:t>
      </w:r>
      <w:r>
        <w:t>"aik aalim ne aap ki kai kitabein padhi. unhone kaha ke maulana ki books mein maine quran aur hadith ke mutabiq koi galat baat nahin paai.</w:t>
      </w:r>
    </w:p>
    <w:p>
      <w:pPr>
        <w:jc w:val="right"/>
      </w:pPr>
      <w:r>
        <w:t>"एक आलिमने आप की कई किताबेंपढ़ीं। उन्होंने कहा कि मौलानाकी बुक्स में मैंने कुरानऔर हदीसकेमुताबिक कोई गलतबात नहीं पाई ।</w:t>
      </w:r>
    </w:p>
    <w:p>
      <w:r>
        <w:rPr>
          <w:b/>
        </w:rPr>
        <w:t xml:space="preserve">[1:41:11] </w:t>
      </w:r>
      <w:r>
        <w:t>bal ke in kitabon mein padhne se akabir se ehtiyat uthta hua mehsoos hota hai." is ke bare mein aap batain.</w:t>
      </w:r>
    </w:p>
    <w:p>
      <w:pPr>
        <w:jc w:val="right"/>
      </w:pPr>
      <w:r>
        <w:t>الب تہ इनकिताबोंमेंपढ़नेसे अकाबर से एहतियात उठताहुआ महसूस होता है।" इसके बारेमें आपبتائیں۔</w:t>
      </w:r>
    </w:p>
    <w:p>
      <w:r>
        <w:rPr>
          <w:b/>
        </w:rPr>
        <w:t xml:space="preserve">[1:41:20] </w:t>
      </w:r>
      <w:r>
        <w:t>aik sahib ne mujh se yeh baat kahi thi to maine sanjeedgi se kaha ke yeh bataiye, kya Allah aur rasool ka bhi aitmad uthta hai?</w:t>
      </w:r>
    </w:p>
    <w:p>
      <w:pPr>
        <w:jc w:val="right"/>
      </w:pPr>
      <w:r>
        <w:t>ایک صاحبنےمجھسےیہباتکہیتھی تو میںنے سنجیدگیسےکہاکہیہبتائیے، کیا اللہ اوررسولکابھی اعتمادہٹتاہے؟</w:t>
      </w:r>
    </w:p>
    <w:p>
      <w:r>
        <w:rPr>
          <w:b/>
        </w:rPr>
        <w:t xml:space="preserve">[1:41:32] </w:t>
      </w:r>
      <w:r>
        <w:t>Allah aur rasool ka aitmad uthta hai</w:t>
      </w:r>
    </w:p>
    <w:p>
      <w:pPr>
        <w:jc w:val="right"/>
      </w:pPr>
      <w:r>
        <w:t>اللہ اوررسولکااعتمادہٹتاہے</w:t>
      </w:r>
    </w:p>
    <w:p>
      <w:r>
        <w:rPr>
          <w:b/>
        </w:rPr>
        <w:t xml:space="preserve">[1:41:34] </w:t>
      </w:r>
      <w:r>
        <w:t>? agar nahin uthta hai to aap jo bol rahe hain, wohi hai jo yani "atkhuzoo aara hum arbam min allahi" to chup ho gaye woh.</w:t>
      </w:r>
    </w:p>
    <w:p>
      <w:pPr>
        <w:jc w:val="right"/>
      </w:pPr>
      <w:r>
        <w:t>؟ اگر نہیںہٹتاہےتوآپجوبولیبولرہےہیں،وہیہےجو یعنی ات خذواآوارهو رباهم أربًامنذالله تو چپہوگئےوہ۔</w:t>
      </w:r>
    </w:p>
    <w:p>
      <w:r>
        <w:rPr>
          <w:b/>
        </w:rPr>
        <w:t xml:space="preserve">[1:41:48] </w:t>
      </w:r>
      <w:r>
        <w:t>maulana agla sawal tamil nadu se hai abu rayan sahib ka. unhone likha hai ke "quran ke chapter number two, version number 223 mein aaya hai "qad yumawwali anfus</w:t>
      </w:r>
    </w:p>
    <w:p>
      <w:pPr>
        <w:jc w:val="right"/>
      </w:pPr>
      <w:r>
        <w:t>مولانااگلاسوال تملناڈوسےہے ابو ریان صاحبکا ۔انہوںنےلکھاہےکہ "कुरानके चैप्टरनंबर टू ,वर्सनंबर 2 2 3 में आयाहै قد يموالي أنفس</w:t>
      </w:r>
    </w:p>
    <w:p>
      <w:r>
        <w:rPr>
          <w:b/>
        </w:rPr>
        <w:t xml:space="preserve">[1:42:02] </w:t>
      </w:r>
      <w:r>
        <w:t>kum". is ka matlab kya hai?" bhai, is pe hum ne aik article likha hai. woh kab chhapega, sahib?</w:t>
      </w:r>
    </w:p>
    <w:p>
      <w:pPr>
        <w:jc w:val="right"/>
      </w:pPr>
      <w:r>
        <w:t>كم ۔اسکامطلب کیا ہے ؟" بھئی،اسپہہمنےایکآرٹیکللکھاہے۔ وہکبچھپےگا،صاحب؟</w:t>
      </w:r>
    </w:p>
    <w:p>
      <w:r>
        <w:rPr>
          <w:b/>
        </w:rPr>
        <w:t xml:space="preserve">[1:42:11] </w:t>
      </w:r>
      <w:r>
        <w:t>jaldi chhapega. isi ayat pe aik article likha hai, woh jaldi chhapega. is ko aap padh lijiyega. us waqt jo hai, yani is ki tafseel ka mauqa nahin hai.</w:t>
      </w:r>
    </w:p>
    <w:p>
      <w:pPr>
        <w:jc w:val="right"/>
      </w:pPr>
      <w:r>
        <w:t>جلدیچھپےگا۔ اسیآیتپرایکآرٹیکللکھاہے،وہجلدیچھپےگا۔ اسکوآپپڑھلیجئےگا۔ اسوقت جوہے، یعنیاسکیتفصیل کاموقعنہیںہے۔</w:t>
      </w:r>
    </w:p>
    <w:p>
      <w:r>
        <w:rPr>
          <w:b/>
        </w:rPr>
        <w:t xml:space="preserve">[1:42:22] </w:t>
      </w:r>
      <w:r>
        <w:t>isi ayat ko le kar ke hum ne aik mazmoon likha hai jo sarsalah, jo hamara muntkhli parcha hai, us mein chhapega, inshallah jaldi.</w:t>
      </w:r>
    </w:p>
    <w:p>
      <w:pPr>
        <w:jc w:val="right"/>
      </w:pPr>
      <w:r>
        <w:t>اسیآیت کولےکر کےہمنےایک مضمونلکھاہے جو ارسالہ،جوہمارامنتھلیپرچہہے،اسمیںچھپےگا،انشاءاللہجلدی۔</w:t>
      </w:r>
    </w:p>
    <w:p>
      <w:r>
        <w:rPr>
          <w:b/>
        </w:rPr>
        <w:t xml:space="preserve">[1:42:30] </w:t>
      </w:r>
      <w:r>
        <w:t>maulana agla sawal mumbai se hai javed sheikh sahib ka. unhone likha hai: "maulana, could you please share your experience or incidents when you began the dawa work and how you address the human mind?"</w:t>
      </w:r>
    </w:p>
    <w:p>
      <w:pPr>
        <w:jc w:val="right"/>
      </w:pPr>
      <w:r>
        <w:t>مولانااگلاسوال ممبئیسےہے جن ید شیخصاحبکا۔ انہوں نےلکھاہے: "مولانا،कुडयूप्लीज शेयर योर एक्सपीरियंस और इंसिडेंट्स व्हेनयूबिगन द दावावर्क एंडहाउयू एड्रेस दह्यूमनमाइंड?"</w:t>
      </w:r>
    </w:p>
    <w:p>
      <w:r>
        <w:rPr>
          <w:b/>
        </w:rPr>
        <w:t xml:space="preserve">[1:42:48] </w:t>
      </w:r>
      <w:r>
        <w:t>dekhiye, mein yeh keh sakta hoon ke sincerity meri zindagi ka hissa thi. hamesha se mein bohat hi sincere tha, bachpan se.</w:t>
      </w:r>
    </w:p>
    <w:p>
      <w:pPr>
        <w:jc w:val="right"/>
      </w:pPr>
      <w:r>
        <w:t>دیکھیے،میں یہکہہسکتاہوں کہ سنسیرٹیمیری زندگی کاحصہتھی۔ ہمیشہسے میںبہت ہیسنسیرتھا،بچپنسے ۔</w:t>
      </w:r>
    </w:p>
    <w:p>
      <w:r>
        <w:rPr>
          <w:b/>
        </w:rPr>
        <w:t xml:space="preserve">[1:42:58] </w:t>
      </w:r>
      <w:r>
        <w:t>misal ke taur par dekhiye, jab mein chhota tha to gaon mein rehta tha. to eid mein naya kapda banta hai bachchon ko. mein naya kapda pehente hi nahin the.</w:t>
      </w:r>
    </w:p>
    <w:p>
      <w:pPr>
        <w:jc w:val="right"/>
      </w:pPr>
      <w:r>
        <w:t>مثلاًدیکھیے، جب میںچھوٹاتھا تو گاؤںمیںرہتاتھا۔ تو عید میںنیاکپڑابنتاہےبچوںکو ۔ میں نیاکپڑاپہنتےہینہیںتھے۔</w:t>
      </w:r>
    </w:p>
    <w:p>
      <w:r>
        <w:rPr>
          <w:b/>
        </w:rPr>
        <w:t xml:space="preserve">[1:43:10] </w:t>
      </w:r>
      <w:r>
        <w:t>meri maa zabardasti karti thi, "arey pehno, pehno." maine kaha, "chhoriye." mujhe koi shauq nahin tha naye kapde se. mein sochta tha, insaan ke misal par sochta tha, bachpan se.</w:t>
      </w:r>
    </w:p>
    <w:p>
      <w:pPr>
        <w:jc w:val="right"/>
      </w:pPr>
      <w:r>
        <w:t>میریماں زبردستیکرتیتھی،"ارےپڑھلو،پہنلو ۔"میںنےکہا، "چھوڑیے۔" مجھےکوئیشوقنہیںتھانئےکپڑےسے ۔ میں سوچتاتھا،انسان کےمثالپرسوچتاتھا،بچپنسے ۔</w:t>
      </w:r>
    </w:p>
    <w:p>
      <w:r>
        <w:rPr>
          <w:b/>
        </w:rPr>
        <w:t xml:space="preserve">[1:43:22] </w:t>
      </w:r>
      <w:r>
        <w:t>hamesha se. phir 19</w:t>
      </w:r>
    </w:p>
    <w:p>
      <w:pPr>
        <w:jc w:val="right"/>
      </w:pPr>
      <w:r>
        <w:t>ہمیشہسے۔پھر 19</w:t>
      </w:r>
    </w:p>
    <w:p>
      <w:r>
        <w:rPr>
          <w:b/>
        </w:rPr>
        <w:t xml:space="preserve">[1:43:27] </w:t>
      </w:r>
      <w:r>
        <w:t>5 0 ka waqia ghaliban hai ke Adamgarh shehar mein hamare bhai rehte the, wahan bhi tha. to wahan par ek exhibition lagi.</w:t>
      </w:r>
    </w:p>
    <w:p>
      <w:pPr>
        <w:jc w:val="right"/>
      </w:pPr>
      <w:r>
        <w:t>5 0 کاواقعہغالباًہے کہ آدمگڑھشہر میں ہمارےبھائیرہتےتھے،وہاںبھیتھا۔ تو وہاںپرایک ایگزیبی شنلگی۔</w:t>
      </w:r>
    </w:p>
    <w:p>
      <w:r>
        <w:rPr>
          <w:b/>
        </w:rPr>
        <w:t xml:space="preserve">[1:43:36] </w:t>
      </w:r>
      <w:r>
        <w:t>exhibition. to mere andar shauq paida hua ke wahan par Hindu log aayenge, Christian aayenge, sab log aayenge. to wahan kuch karein. to wahan maine ek stall lagaya tha.</w:t>
      </w:r>
    </w:p>
    <w:p>
      <w:pPr>
        <w:jc w:val="right"/>
      </w:pPr>
      <w:r>
        <w:t>ایگزیبیشن۔ تو میرےاندرشوقپیدا ہواکہوہاںپرہندو لوگآئیںگے،کرسچنآئیںگے،سبلوگآئیںگے۔ تووہاںکچھکریں۔ تووہاںمیںنےایکاسٹاللگایاتھا۔</w:t>
      </w:r>
    </w:p>
    <w:p>
      <w:r>
        <w:rPr>
          <w:b/>
        </w:rPr>
        <w:t xml:space="preserve">[1:43:47] </w:t>
      </w:r>
      <w:r>
        <w:t>to ek bahut bada sa, itna bada sa shayad hoga woh</w:t>
      </w:r>
    </w:p>
    <w:p>
      <w:pPr>
        <w:jc w:val="right"/>
      </w:pPr>
      <w:r>
        <w:t>تو ایکبہت بڑا سا،اتنا بڑاساشایدہوگاوہ</w:t>
      </w:r>
    </w:p>
    <w:p>
      <w:r>
        <w:rPr>
          <w:b/>
        </w:rPr>
        <w:t xml:space="preserve">[1:43:51] </w:t>
      </w:r>
      <w:r>
        <w:t>, ek board banaya gaya tha. to Yusuf artist the, unhone ismein kaam kiya tha. to bada bada likha tha uske upar. use aap samajhte hain ke dawah ka zehan wagera kahan se aaya?</w:t>
      </w:r>
    </w:p>
    <w:p>
      <w:pPr>
        <w:jc w:val="right"/>
      </w:pPr>
      <w:r>
        <w:t>، ایک بورڈبنایاگیاتھا۔ تو یوسفآرٹسٹتھے، انہوںنےاسمیں کام کیاتھا۔ تو بڑا بڑالکھاتھااسکےاوپر۔اسےآپسمجھتےہیںکہدعویٰ کاذہنوغیرہکہاںسےآیا؟</w:t>
      </w:r>
    </w:p>
    <w:p>
      <w:r>
        <w:rPr>
          <w:b/>
        </w:rPr>
        <w:t xml:space="preserve">[1:44:02] </w:t>
      </w:r>
      <w:r>
        <w:t>19 5 0 se. is par likha hua tha, is aayat ka tarjuma Allah yad'u ila dar as-salam. And God calls to the home of peace.</w:t>
      </w:r>
    </w:p>
    <w:p>
      <w:pPr>
        <w:jc w:val="right"/>
      </w:pPr>
      <w:r>
        <w:t>19 5 0سے۔ اسپرلکھاہواتھا، اسآیتکاترجمہ الله یدعو الىدار السلام ۔And God calls tothehome ofpeace۔</w:t>
      </w:r>
    </w:p>
    <w:p>
      <w:r>
        <w:rPr>
          <w:b/>
        </w:rPr>
        <w:t xml:space="preserve">[1:44:16] </w:t>
      </w:r>
      <w:r>
        <w:t>to gate par shayad bhai dekhta tha usko.</w:t>
      </w:r>
    </w:p>
    <w:p>
      <w:pPr>
        <w:jc w:val="right"/>
      </w:pPr>
      <w:r>
        <w:t>تو گیٹپرشایدبھیدیکھتاتھااسکو ۔</w:t>
      </w:r>
    </w:p>
    <w:p>
      <w:r>
        <w:rPr>
          <w:b/>
        </w:rPr>
        <w:t xml:space="preserve">[1:44:19] </w:t>
      </w:r>
      <w:r>
        <w:t>And God calls to the home of peace. to dawat-i-zehan mera hamesha se tha, lekin ismein maturity zahir hai ke nahi thi.</w:t>
      </w:r>
    </w:p>
    <w:p>
      <w:pPr>
        <w:jc w:val="right"/>
      </w:pPr>
      <w:r>
        <w:t>And God callstothehome ofpeace۔ تو دعوتیذہنمیراہمیشہسےتھا، لیکن اسمیںمیچورٹیظاہرہےکہنہیںتھی۔</w:t>
      </w:r>
    </w:p>
    <w:p>
      <w:r>
        <w:rPr>
          <w:b/>
        </w:rPr>
        <w:t xml:space="preserve">[1:44:28] </w:t>
      </w:r>
      <w:r>
        <w:t>to dheere dheere, dheere dheere maturity hotay chala gaya. yani aesa nahi ke darmiyan se paida hua. hamesha hi tha mera dawat-i-zehan.</w:t>
      </w:r>
    </w:p>
    <w:p>
      <w:pPr>
        <w:jc w:val="right"/>
      </w:pPr>
      <w:r>
        <w:t>تودھیرےدھیرے،دھیرےدھیرےمیچورہوت اچلاگیا۔ یعنیایسانہیں کہ درمیانسےپیدا ہوا۔ہمیشہہیتھامیرادعوتیذہن۔</w:t>
      </w:r>
    </w:p>
    <w:p>
      <w:r>
        <w:rPr>
          <w:b/>
        </w:rPr>
        <w:t xml:space="preserve">[1:44:38] </w:t>
      </w:r>
      <w:r>
        <w:t>ab woh dawat-i-zehan jab mutala'a barha, maturity barhi to ab zyada aur clear ho gayi. itna hi farq hai.</w:t>
      </w:r>
    </w:p>
    <w:p>
      <w:pPr>
        <w:jc w:val="right"/>
      </w:pPr>
      <w:r>
        <w:t>اب وہدعوتیذہن جب مطالعہبڑھا، میچ ورٹیبڑھیتو ابزیادہ اور کلیئرہوگئی۔ اتناہیفرقہے۔</w:t>
      </w:r>
    </w:p>
    <w:p>
      <w:r>
        <w:rPr>
          <w:b/>
        </w:rPr>
        <w:t xml:space="preserve">[1:44:51] </w:t>
      </w:r>
      <w:r>
        <w:t>Maulana agla sawal Meerut se hai Muhammad Javed sahib ka. unhone likha hai: "Hindustan mein dawat ka usloob kya hona chahiye?" uske bare mein bataein.</w:t>
      </w:r>
    </w:p>
    <w:p>
      <w:pPr>
        <w:jc w:val="right"/>
      </w:pPr>
      <w:r>
        <w:t>مولانااگلاسوال میرٹھسےہے محمد جاویدصاحبکا ۔ انہوںنےلکھاہے: "हिंदुस्तान में दावतका उसलूब क्या होनाचाहिए ?"اسکےبارےمیںبت ائیں۔</w:t>
      </w:r>
    </w:p>
    <w:p>
      <w:r>
        <w:rPr>
          <w:b/>
        </w:rPr>
        <w:t xml:space="preserve">[1:45:04] </w:t>
      </w:r>
      <w:r>
        <w:t>koi India ka usloob nahi hota. har jagah ka usloob ek hi hota hai. yeh yeh sawal hi galat hai. humse ek sahib ne kaha ke aap Vedon se nikal kar pesh kijiye.</w:t>
      </w:r>
    </w:p>
    <w:p>
      <w:pPr>
        <w:jc w:val="right"/>
      </w:pPr>
      <w:r>
        <w:t>کوئی انڈیاکااسلوبنہیںہوتا۔ ہرجگہکااسلوبایکہیہوتاہے۔ یہ یہسوالہیغلطہے۔ ہمسےایکصاحبنےکہاکہآپ ویدوںسےنکالکر پیشکیجیے۔</w:t>
      </w:r>
    </w:p>
    <w:p>
      <w:r>
        <w:rPr>
          <w:b/>
        </w:rPr>
        <w:t xml:space="preserve">[1:45:15] </w:t>
      </w:r>
      <w:r>
        <w:t>yeh main isko galat galat samajhta hoon, isko yeh sab tareeq</w:t>
      </w:r>
    </w:p>
    <w:p>
      <w:pPr>
        <w:jc w:val="right"/>
      </w:pPr>
      <w:r>
        <w:t>یہمیں اسکوغلطغلطسمجھتاہوں،اسکویہسبطریق</w:t>
      </w:r>
    </w:p>
    <w:p>
      <w:r>
        <w:rPr>
          <w:b/>
        </w:rPr>
        <w:t xml:space="preserve">[1:45:18] </w:t>
      </w:r>
      <w:r>
        <w:t>hai. main aesa nahi karta yeh kaam ke Vedon se nikaloon Islam. Quran se Islam nikale, Quran pesh kijiye.</w:t>
      </w:r>
    </w:p>
    <w:p>
      <w:pPr>
        <w:jc w:val="right"/>
      </w:pPr>
      <w:r>
        <w:t>ہ۔ میں ایسانہیںکرتایہکام کہویدوںسےنکالوں اسلام ۔ قرآنسے اسلام نکالی ے، قرآنپیش کیجیے۔</w:t>
      </w:r>
    </w:p>
    <w:p>
      <w:r>
        <w:rPr>
          <w:b/>
        </w:rPr>
        <w:t xml:space="preserve">[1:45:28] </w:t>
      </w:r>
      <w:r>
        <w:t>dekhiye, is zamane mein sab se achha kaam kya hai ke Quran ke tarajim tayyar kijiye. English mein, Hindi mein, har zuban mein.</w:t>
      </w:r>
    </w:p>
    <w:p>
      <w:pPr>
        <w:jc w:val="right"/>
      </w:pPr>
      <w:r>
        <w:t>دیکھیے،اسزمانےمیںسبسےاچھاکام کیاہے کہقرآنکےترجمے تیار کیجیے۔ انگل شمیں،ہ ندیمیں، ہرزبان میں۔</w:t>
      </w:r>
    </w:p>
    <w:p>
      <w:r>
        <w:rPr>
          <w:b/>
        </w:rPr>
        <w:t xml:space="preserve">[1:45:38] </w:t>
      </w:r>
      <w:r>
        <w:t>aur chhote chhote size mein. aur usko logon ko dijiye. bas. sab se aasan tareeqa dawat ka yeh hai ke Quran ke tarajim logon ko phailaye jayein.</w:t>
      </w:r>
    </w:p>
    <w:p>
      <w:pPr>
        <w:jc w:val="right"/>
      </w:pPr>
      <w:r>
        <w:t>اور چھوٹےچھوٹے سائز میں۔ اوراسکولوگوںکودیجیے۔ بس۔ سبسےآسانطریقہدعوتکایہہےکہقرآنکےترجمےلوگوںکوپھیلائےجائیں۔</w:t>
      </w:r>
    </w:p>
    <w:p>
      <w:r>
        <w:rPr>
          <w:b/>
        </w:rPr>
        <w:t xml:space="preserve">[1:45:49] </w:t>
      </w:r>
      <w:r>
        <w:t>sab se aasan. baqi yeh hai ke Vedon se nikalo aur Geetay se nikalo. yeh bilkul third class ki baat hai. main isko dawat nahi samajhta.</w:t>
      </w:r>
    </w:p>
    <w:p>
      <w:pPr>
        <w:jc w:val="right"/>
      </w:pPr>
      <w:r>
        <w:t>سبسےآسان۔باقییہہےکہ ویدوںسےنکالو اورگیتاسےنکالو۔ یہ بال کل تھرڈکلاسکیباتہے۔ میںاسکو دعوتنہیںسمجھتا ۔</w:t>
      </w:r>
    </w:p>
    <w:p>
      <w:r>
        <w:rPr>
          <w:b/>
        </w:rPr>
        <w:t xml:space="preserve">[1:45:59] </w:t>
      </w:r>
      <w:r>
        <w:t>Maulana agla sawal Lucknow se hai Muhammad Naseem sahib ka. unhone likha hai: "Jo log jihadi ideology mein yaqeen rakhte hain, woh peace aur peace ka kaam karne walon ke khilaf violence tak pahunch jaate hain.</w:t>
      </w:r>
    </w:p>
    <w:p>
      <w:pPr>
        <w:jc w:val="right"/>
      </w:pPr>
      <w:r>
        <w:t>مولانااگلاسوال لکھنؤسےہے محمد نس یمصاحبکا ۔ انہوںنےلکھاہے: "जोलोग जिहादी आइडियोलॉजीमें यकीनरखतेहैं, वह पीसऔर पीसका काम करने वालोंकेखिला फ वायलेंसतकपहुंचजातेहैं।</w:t>
      </w:r>
    </w:p>
    <w:p>
      <w:r>
        <w:rPr>
          <w:b/>
        </w:rPr>
        <w:t xml:space="preserve">[1:46:15] </w:t>
      </w:r>
      <w:r>
        <w:t>aise logon ke shar se apne aap ko kaise bachaya jaye?" bas is se aap takrayein mat, a'iraz kijiye bas.</w:t>
      </w:r>
    </w:p>
    <w:p>
      <w:pPr>
        <w:jc w:val="right"/>
      </w:pPr>
      <w:r>
        <w:t>ऐसे लोगों के शरसे अपने आपको कैसे बचायाजाए ?" بس اسسےآپ ٹکرائیےمت،اعراض کیجیےبس۔</w:t>
      </w:r>
    </w:p>
    <w:p>
      <w:r>
        <w:rPr>
          <w:b/>
        </w:rPr>
        <w:t xml:space="preserve">[1:46:26] </w:t>
      </w:r>
      <w:r>
        <w:t>dekhiye, yeh duniya ka usool hai ke taali do haath se bajti hai. yaani dono haath aamne saamne aayenge, taali bajegi.</w:t>
      </w:r>
    </w:p>
    <w:p>
      <w:pPr>
        <w:jc w:val="right"/>
      </w:pPr>
      <w:r>
        <w:t>دیکھیے، یہ دنیا کااصولہے کہ تالی دوہاتھسےبجتیہے۔ یعنیدونوںہاتھ آمنےسامنےآئیںگے،تالیبجےگی۔</w:t>
      </w:r>
    </w:p>
    <w:p>
      <w:r>
        <w:rPr>
          <w:b/>
        </w:rPr>
        <w:t xml:space="preserve">[1:46:34] </w:t>
      </w:r>
      <w:r>
        <w:t>ek haath aap neeche kar lein, taali nahi bajegi.</w:t>
      </w:r>
    </w:p>
    <w:p>
      <w:pPr>
        <w:jc w:val="right"/>
      </w:pPr>
      <w:r>
        <w:t>ایکہاتھآپنیچےکرلیں، تالینہیںبجےگی۔</w:t>
      </w:r>
    </w:p>
    <w:p>
      <w:r>
        <w:rPr>
          <w:b/>
        </w:rPr>
        <w:t xml:space="preserve">[1:46:38] </w:t>
      </w:r>
      <w:r>
        <w:t>to aap jab jawab-i-andaz na ikhtiyar karein, reaction na karein. saara masla reaction ka hota hai.</w:t>
      </w:r>
    </w:p>
    <w:p>
      <w:pPr>
        <w:jc w:val="right"/>
      </w:pPr>
      <w:r>
        <w:t>تو آپ جب جو ابی انداز نہاختیارکریں،ریایکشننہکریں۔ سارامسئلہریایکشنکاہوتاہے۔</w:t>
      </w:r>
    </w:p>
    <w:p>
      <w:r>
        <w:rPr>
          <w:b/>
        </w:rPr>
        <w:t xml:space="preserve">[1:46:49] </w:t>
      </w:r>
      <w:r>
        <w:t>reaction karein ge to masle paida honge. reaction mat kijiye, na kijiye to koi masla nahi. koi bhi shakhs khwah makhwah kisi ko marta nahi. aap jab react karte hain to baat badhti hai.</w:t>
      </w:r>
    </w:p>
    <w:p>
      <w:pPr>
        <w:jc w:val="right"/>
      </w:pPr>
      <w:r>
        <w:t>ریایکشنکریںگےتو مسئلےپیدا ہوںگے۔ریایکشن متکیے،نہکیےتوکوئیمسئلہنہیں۔ کوئیبھیشخص خوامخواہکسیکومارتانہیں۔ آپ جب ریایکٹکرتےہیںتوباتبڑھتیہے۔</w:t>
      </w:r>
    </w:p>
    <w:p>
      <w:r>
        <w:rPr>
          <w:b/>
        </w:rPr>
        <w:t xml:space="preserve">[1:47:00] </w:t>
      </w:r>
      <w:r>
        <w:t>baat jab badhti hai to dheere dheere pahunch jaati hai ladai bhadai tak.</w:t>
      </w:r>
    </w:p>
    <w:p>
      <w:pPr>
        <w:jc w:val="right"/>
      </w:pPr>
      <w:r>
        <w:t>باتجببڑھتیہےتودھیرےدھیرےپہنچجاتیہے لڑائیبھڑائیتک ۔</w:t>
      </w:r>
    </w:p>
    <w:p>
      <w:r>
        <w:rPr>
          <w:b/>
        </w:rPr>
        <w:t xml:space="preserve">[1:47:08] </w:t>
      </w:r>
      <w:r>
        <w:t>Maulana agla sawal Kashmir se hai Muhammad Maqbool Shah ka. unhone likha hai: "Musalman ilm mein doosre logon se peeche kyun ho gaye hain?</w:t>
      </w:r>
    </w:p>
    <w:p>
      <w:pPr>
        <w:jc w:val="right"/>
      </w:pPr>
      <w:r>
        <w:t>مول انااگلاسوال کش میرسےہے محمد مقبول شاہ کا ۔ انہوںنےلکھاہے: "मुसलमान इल्ममें दूसरेलोगों से पीछे क्यों होगएहैं ?</w:t>
      </w:r>
    </w:p>
    <w:p>
      <w:r>
        <w:rPr>
          <w:b/>
        </w:rPr>
        <w:t xml:space="preserve">[1:47:18] </w:t>
      </w:r>
      <w:r>
        <w:t>kya Musalman ilm mein kabhi aage badh sakte hain?" kis cheez mein peeche nahi hain, mujhe bataiye. kis cheez mein peeche nahi hain? Musalman discipline mein peeche hain, thinking mein peeche hain.</w:t>
      </w:r>
    </w:p>
    <w:p>
      <w:pPr>
        <w:jc w:val="right"/>
      </w:pPr>
      <w:r>
        <w:t>क्या मुसलमान इल्ममेंकभी आगे बढ़ सकतेहैं ? " کسچیزمیںپیچھےنہیںہیں،مجھےبتائیے۔ کسچیزمیںپیچھےنہیںہیں؟ مسلمان ڈسپلنمیںپیچھےہیں،تھنکنگمیںپیچھےہیں۔</w:t>
      </w:r>
    </w:p>
    <w:p>
      <w:r>
        <w:rPr>
          <w:b/>
        </w:rPr>
        <w:t xml:space="preserve">[1:47:32] </w:t>
      </w:r>
      <w:r>
        <w:t>har cheez mein peechay hain. business mein peechay hain.</w:t>
      </w:r>
    </w:p>
    <w:p>
      <w:pPr>
        <w:jc w:val="right"/>
      </w:pPr>
      <w:r>
        <w:t>ہرچیزمیںپیچھےہیں۔ بزنس میںپیچھےہیں۔</w:t>
      </w:r>
    </w:p>
    <w:p>
      <w:r>
        <w:rPr>
          <w:b/>
        </w:rPr>
        <w:t xml:space="preserve">[1:47:38] </w:t>
      </w:r>
      <w:r>
        <w:t>har aitbaar se peechay hain. kyunke musalman zawal yafta hain. iqbal waghera ne issirah tak ko samjhaya nahi. aur aik jhoota sher likh diya ke "zara nam hoti hai mitti bohat ziyada." fitrat ke qanoon ke mutabiq musalman us waqt apne daur-e-zawal mein hain.</w:t>
      </w:r>
    </w:p>
    <w:p>
      <w:pPr>
        <w:jc w:val="right"/>
      </w:pPr>
      <w:r>
        <w:t>ہراعتبارسےپیچھےہیں۔ کیونکہ مسلمانزوال یافتہہیں۔ اقبال وغیرہنےاسیراتکوسمجھانہیں۔ اور ایک جھوٹاشعرلکھدیا کہ "ذرانم ہوتیہےمٹیبہت زیادہ۔" فطرتکے قانون کےمط ابق مس لمان اسوقت اپنے دور زوالمیںہیں۔</w:t>
      </w:r>
    </w:p>
    <w:p>
      <w:r>
        <w:rPr>
          <w:b/>
        </w:rPr>
        <w:t xml:space="preserve">[1:47:57] </w:t>
      </w:r>
      <w:r>
        <w:t>ibn khaldun ne likha hai ke "la quwam a'maar ka la afrad a'maar ". jis tarah fard par zawal aata hai, us tarah qomon par zawal aata hai.</w:t>
      </w:r>
    </w:p>
    <w:p>
      <w:pPr>
        <w:jc w:val="right"/>
      </w:pPr>
      <w:r>
        <w:t>ابن خلدوننےلکھاہےکہ "ل لاقوام اعمار کماللافراد اعمار "۔ جس طرح فردپرزوالآتاہے،اسطرحقوموںپرزوالآتاہے۔</w:t>
      </w:r>
    </w:p>
    <w:p>
      <w:r>
        <w:rPr>
          <w:b/>
        </w:rPr>
        <w:t xml:space="preserve">[1:48:09] </w:t>
      </w:r>
      <w:r>
        <w:t>aap in ko khair ul ummat samajhte hain? khair ul ummat nahi hain yeh musalman. yeh zawal yafta giroh kahye bas. to zawal yafta hai to us ki wohi sab se fatehin hon gi us ke andar.</w:t>
      </w:r>
    </w:p>
    <w:p>
      <w:pPr>
        <w:jc w:val="right"/>
      </w:pPr>
      <w:r>
        <w:t>آپانکوخیروامتسمجھتےہیں؟خیروامتنہیںہیںیہمسلمان ۔ یہ زوال یافت ہ گروہایکہےبس۔ تو زوالیافتہہےتواسکیوہیسبسےفتحیںہوںگیاسکےاندر۔</w:t>
      </w:r>
    </w:p>
    <w:p>
      <w:r>
        <w:rPr>
          <w:b/>
        </w:rPr>
        <w:t xml:space="preserve">[1:48:22] </w:t>
      </w:r>
      <w:r>
        <w:t>mujhe to koi pareshani is liye nahi hai. kyunke fitrat ka qanoon hai ke qomen zawal ka shikar hoti hain. is liye ab hamara jo kaam ka hai, woh ham individual ko target karte hain. individual ko. poori poori ummat-e-muslima ko nahi.</w:t>
      </w:r>
    </w:p>
    <w:p>
      <w:pPr>
        <w:jc w:val="right"/>
      </w:pPr>
      <w:r>
        <w:t>مجھےتوکوئیپریشانیاسکینہیںہے۔ کیونکہ فطرتکاقانون ہےکہ قومیںزوالکاشکارہوتیہیں۔ اسلیےابہماراجو کام کاہے، وہہمانڈیویجولکوٹارگٹکرتےہیں۔انڈیویجولکو ۔پوریپوری امت مسلمہکونہیں ۔</w:t>
      </w:r>
    </w:p>
    <w:p>
      <w:r>
        <w:rPr>
          <w:b/>
        </w:rPr>
        <w:t xml:space="preserve">[1:48:40] </w:t>
      </w:r>
      <w:r>
        <w:t>isi wajah se itne saare log yahan ikhatta hain. aur jo log bheer jama karte hain, to mein aapse arz karta hoon ke jo bheer jama karte hain, woh aksar mere paas aate hain, koi sahaba mein se, to mein poochta hoon ke wahan se takaoo kya tha aap ka?</w:t>
      </w:r>
    </w:p>
    <w:p>
      <w:pPr>
        <w:jc w:val="right"/>
      </w:pPr>
      <w:r>
        <w:t>اسیکیوجہسے اتنےسارےلوگیہاںاکٹھاہیں۔ اورجولوگبھیڑجمع کرتےہیں، تو میںآپسےعرضکرتاہوںکہ جو بھیڑجمع کرتےہیں،وہ اکثرمیرےپاس آتےہیں، کوئیصاحبانمیںسے ،تومیںپوچھتاہوںکہوہاںسےٹیکاوےکیاتھاآپکا؟</w:t>
      </w:r>
    </w:p>
    <w:p>
      <w:r>
        <w:rPr>
          <w:b/>
        </w:rPr>
        <w:t xml:space="preserve">[1:48:57] </w:t>
      </w:r>
      <w:r>
        <w:t>itne lakh, itne lakh jalsay hue to takaoo kya tha? yaqeen kijiye, aaj tak kisi ne nahi bataya takaoo kya tha.</w:t>
      </w:r>
    </w:p>
    <w:p>
      <w:pPr>
        <w:jc w:val="right"/>
      </w:pPr>
      <w:r>
        <w:t>اتنے لاکھ،اتنےلاکھ جلسےہوئےتو ٹیکاوےکیاتھا؟ یقینکیجیے،آجتککسینےنہیںبتایا ٹ یکاوےکیاتھا۔</w:t>
      </w:r>
    </w:p>
    <w:p>
      <w:r>
        <w:rPr>
          <w:b/>
        </w:rPr>
        <w:t xml:space="preserve">[1:49:06] </w:t>
      </w:r>
      <w:r>
        <w:t>bas jaate hain, bheer bhaad, aik mela hota hai, us mein jaate hain, chale aate hain. to woh hai poori ummat ko le kar kaam karna. bheer ikhatta karna.</w:t>
      </w:r>
    </w:p>
    <w:p>
      <w:pPr>
        <w:jc w:val="right"/>
      </w:pPr>
      <w:r>
        <w:t>بسجاتےہیں،بھیڑبھاڑ ،ایک میلہہوتاہے،اسمیںجاتےہیں،چلےآتےہیں۔ تو وہہے پوریامتکولےکرکامکرنا۔ بھیڑاکٹھاکرنا۔</w:t>
      </w:r>
    </w:p>
    <w:p>
      <w:r>
        <w:rPr>
          <w:b/>
        </w:rPr>
        <w:t xml:space="preserve">[1:49:15] </w:t>
      </w:r>
      <w:r>
        <w:t>hamara woh tareeqa nahi hai. hamara tareeqa jo hai, individual ko le kar, fard fard ko le kar.</w:t>
      </w:r>
    </w:p>
    <w:p>
      <w:pPr>
        <w:jc w:val="right"/>
      </w:pPr>
      <w:r>
        <w:t>ہماراوہ طریقہنہیںہے۔ ہماراطریقہجوہے،انڈیویجولکولےکر،فردفردکولےکر۔</w:t>
      </w:r>
    </w:p>
    <w:p>
      <w:r>
        <w:rPr>
          <w:b/>
        </w:rPr>
        <w:t xml:space="preserve">[1:49:23] </w:t>
      </w:r>
      <w:r>
        <w:t>to fard fard ko le kar aap kaam karein ge to us mein jo aisay log, afrad jin ke abhi bhi potential hai, jo seekh rahe hain, jin ki yaani jin ki roohaniyat zinda hai, woh aap ko milte chale jayen ge.</w:t>
      </w:r>
    </w:p>
    <w:p>
      <w:pPr>
        <w:jc w:val="right"/>
      </w:pPr>
      <w:r>
        <w:t>تو فردفردکولےکرآپ کامکریںگےتواسمیںجو ایسےلوگ،افراد جنکے ابھیبھیپوٹینشلہے،جو سیکھرہیں، جنکی یعنیجنکیروحانیتزندہہے، وہآپکوملتےچلےجائیںگے۔</w:t>
      </w:r>
    </w:p>
    <w:p>
      <w:r>
        <w:rPr>
          <w:b/>
        </w:rPr>
        <w:t xml:space="preserve">[1:49:36] </w:t>
      </w:r>
      <w:r>
        <w:t>to</w:t>
      </w:r>
    </w:p>
    <w:p>
      <w:pPr>
        <w:jc w:val="right"/>
      </w:pPr>
      <w:r>
        <w:t>تو</w:t>
      </w:r>
    </w:p>
    <w:p>
      <w:r>
        <w:rPr>
          <w:b/>
        </w:rPr>
        <w:t xml:space="preserve">[1:49:37] </w:t>
      </w:r>
      <w:r>
        <w:t>yaani mass level par jo kaam karte hain, jo log, us mein bheer aati hai sirf. aur jo individual ko le kar ke kaam karein ge, un ke paas aap ko aik team banay gi, afrad milein ge.</w:t>
      </w:r>
    </w:p>
    <w:p>
      <w:pPr>
        <w:jc w:val="right"/>
      </w:pPr>
      <w:r>
        <w:t>یعنی ماسلیولپرجوکامکرتے ہیں،جولوگ، اسمیں بھیڑآتیہےصرف۔ اورجو انڈیویجول کولےکرکےکامکریںگے،انکےپاسآپکو ایک ٹیم بنےگی، افراد ملیںگے۔</w:t>
      </w:r>
    </w:p>
    <w:p>
      <w:r>
        <w:rPr>
          <w:b/>
        </w:rPr>
        <w:t xml:space="preserve">[1:49:48] </w:t>
      </w:r>
      <w:r>
        <w:t>aur waqai yahi aisa kaam ho ga jis ko aap keh sakein ke yeh kaam hai.</w:t>
      </w:r>
    </w:p>
    <w:p>
      <w:pPr>
        <w:jc w:val="right"/>
      </w:pPr>
      <w:r>
        <w:t>اور واقع یایسا کامہوگا جسکوآپکہہسکیںکہیہکامہے۔</w:t>
      </w:r>
    </w:p>
    <w:p>
      <w:r>
        <w:rPr>
          <w:b/>
        </w:rPr>
        <w:t xml:space="preserve">[1:49:55] </w:t>
      </w:r>
      <w:r>
        <w:t>molana agla sawal karachi pakistan se hai abdul lateef sahab ka. unhone likha hai: "musalman kehte hain ke internet par sab kuch maujood hai,</w:t>
      </w:r>
    </w:p>
    <w:p>
      <w:pPr>
        <w:jc w:val="right"/>
      </w:pPr>
      <w:r>
        <w:t>مول انااگلاسوال کراچی پاکستان سےہے عبد اللطیفصاحبکا۔انہوںنےلکھاہے: "मुसलमान कहतेहैंकि इंटरनेटपर सबकुछ मौजूदहै,</w:t>
      </w:r>
    </w:p>
    <w:p>
      <w:r>
        <w:rPr>
          <w:b/>
        </w:rPr>
        <w:t xml:space="preserve">[1:50:07] </w:t>
      </w:r>
      <w:r>
        <w:t>lehaza dawat ka kaam nafla hai, na ke farz." yeh bilkul jhooti baat hai. sarkashi ki baat hai. aisay hi log hain jin ko Allah taala ka farag ang ho gi.</w:t>
      </w:r>
    </w:p>
    <w:p>
      <w:pPr>
        <w:jc w:val="right"/>
      </w:pPr>
      <w:r>
        <w:t>لہٰذا دعوتکا کام نفلہے، نہ کہفرض۔" یہ بالکلجھوٹیباتہے۔ سرکشیکیباتہے۔ ایسےہیلوگہیںجنکواللہ تعالیٰکا فراگنگہوگی۔</w:t>
      </w:r>
    </w:p>
    <w:p>
      <w:r>
        <w:rPr>
          <w:b/>
        </w:rPr>
        <w:t xml:space="preserve">[1:50:18] </w:t>
      </w:r>
      <w:r>
        <w:t>aisay logon ki. hamara, yaani hamari khair khwahi kahan chali gayi? hamari khair khwahi kahan chali gayi?</w:t>
      </w:r>
    </w:p>
    <w:p>
      <w:pPr>
        <w:jc w:val="right"/>
      </w:pPr>
      <w:r>
        <w:t>ایسےلوگوںکی۔ ہمارا، یعنیہماریخیرخواہیکہاںچلیگئی ؟ ہماریخیرخواہیکہاںچلیگئی ؟</w:t>
      </w:r>
    </w:p>
    <w:p>
      <w:r>
        <w:rPr>
          <w:b/>
        </w:rPr>
        <w:t xml:space="preserve">[1:50:28] </w:t>
      </w:r>
      <w:r>
        <w:t>aap bete ke liye kyun karte hain? kyun nahi ke market khula hua hai, bara batta bajaye kam</w:t>
      </w:r>
    </w:p>
    <w:p>
      <w:pPr>
        <w:jc w:val="right"/>
      </w:pPr>
      <w:r>
        <w:t>آپبیٹےکےلیےکیوںکرتےہیں؟کیوںنہیںکہ مارٹکرکھلا ہواجائے، بڑابٹابجائےکم</w:t>
      </w:r>
    </w:p>
    <w:p>
      <w:r>
        <w:rPr>
          <w:b/>
        </w:rPr>
        <w:t xml:space="preserve">[1:50:33] </w:t>
      </w:r>
      <w:r>
        <w:t>aaye ga. aap jaan tor kar kama kar bete ke liye saara samaan laate hain. kyun apne bete ke liye karte hain? yeh keh dijiye ke dunya kamane ki khuli hui hai, aap mera beta bhi kamaye ga.</w:t>
      </w:r>
    </w:p>
    <w:p>
      <w:pPr>
        <w:jc w:val="right"/>
      </w:pPr>
      <w:r>
        <w:t>ائےگا۔ آپ جان توڑکرکماکر بیٹےکےلیے ساراسامانلاتےہیں۔ کیوںاپنےبیٹےکےلیےکرتے ہیں؟یہکہہدیجیےکہ دنیا کمانےکیکھلیہوئیہے،آپ میرابیٹابھیکمائےگا۔</w:t>
      </w:r>
    </w:p>
    <w:p>
      <w:r>
        <w:rPr>
          <w:b/>
        </w:rPr>
        <w:t xml:space="preserve">[1:50:47] </w:t>
      </w:r>
      <w:r>
        <w:t>aisi cheez hai ke insaan se khair khwahi nahi, insaan se mohabbat nahi. insaan ka concern nahi. bas beta beta concern hai bas.</w:t>
      </w:r>
    </w:p>
    <w:p>
      <w:pPr>
        <w:jc w:val="right"/>
      </w:pPr>
      <w:r>
        <w:t>ایسیچیزہےکہانسانسےخیرخواہینہیں،انسان سےمحبتنہیں ۔ انسان کا کنسرننہیں ۔ بسبیٹا بیٹیکنسرنہےبس۔</w:t>
      </w:r>
    </w:p>
    <w:p>
      <w:r>
        <w:rPr>
          <w:b/>
        </w:rPr>
        <w:t xml:space="preserve">[1:50:55] </w:t>
      </w:r>
      <w:r>
        <w:t>beta beti jeete hain, insaan ke liye nahi jeete. isi liye aisi baatein bolte hain. isi liye aisi baatein bolte hain. molana agla sawal dilli se hai khurram qureshi sahab ka. unhone likha hai: "How important is theroleof team work in doing Dawawork ?</w:t>
      </w:r>
    </w:p>
    <w:p>
      <w:pPr>
        <w:jc w:val="right"/>
      </w:pPr>
      <w:r>
        <w:t>بیٹا بیٹی جیتےہیں، انسان کےلیےنہیںجیتے۔ اسیلیےایسیباتیںبولتےہیں۔ اسیلیےایسیباتیںبولتےہیں۔ مولانااگلاسوال دلیسےہے خرم قریشیصاحبکا ۔انہوںنےلکھاہے: "How important is theroleof team work in doing Dawawork ?</w:t>
      </w:r>
    </w:p>
    <w:p>
      <w:r>
        <w:rPr>
          <w:b/>
        </w:rPr>
        <w:t xml:space="preserve">[1:51:16] </w:t>
      </w:r>
      <w:r>
        <w:t>Ifan individ ualmember of the team does Dawawork ,then will thewholeteam get reward for doingDawawork ?</w:t>
      </w:r>
    </w:p>
    <w:p>
      <w:pPr>
        <w:jc w:val="right"/>
      </w:pPr>
      <w:r>
        <w:t>Ifan individ ualmember of the team does Dawawork ,then will thewholeteam get reward for doingDawawork ?</w:t>
      </w:r>
    </w:p>
    <w:p>
      <w:r>
        <w:rPr>
          <w:b/>
        </w:rPr>
        <w:t xml:space="preserve">[1:51:25] </w:t>
      </w:r>
      <w:r>
        <w:t>Please explain." bhai, teamwork zahir hai ke bohat ahem hai. hadees mein aata hai ke "yad Allah ala al jama'a". yaani teamwork par Allah ki khushi aati hai.</w:t>
      </w:r>
    </w:p>
    <w:p>
      <w:pPr>
        <w:jc w:val="right"/>
      </w:pPr>
      <w:r>
        <w:t>Please explain." بھئی،ٹیمورکظاہرہےکہبہتاہمہے۔ حدیث میںآتاہےکہ"يد ل اللہ علی الجماعة" ۔یعنیٹیمورکپراللہ کی خوشی آتیہے۔</w:t>
      </w:r>
    </w:p>
    <w:p>
      <w:r>
        <w:rPr>
          <w:b/>
        </w:rPr>
        <w:t xml:space="preserve">[1:51:39] </w:t>
      </w:r>
      <w:r>
        <w:t>lekin jab team na ho, aik hi aadmi ho to woh woh aik aadmi kaam kare ga. yeh to us par depend karta hai ke aap ke paas team hai ke sirf afrad hain.</w:t>
      </w:r>
    </w:p>
    <w:p>
      <w:pPr>
        <w:jc w:val="right"/>
      </w:pPr>
      <w:r>
        <w:t>لیکن جب ٹیم نہہو،ایکہیآدمیہوتووہ وہ ایکآدمیکامکرےگا۔ یہتواسپرڈیپینڈکرتاہےکہآپکےپاسٹیم ہےکہ صرفافراد ہیں۔</w:t>
      </w:r>
    </w:p>
    <w:p>
      <w:r>
        <w:rPr>
          <w:b/>
        </w:rPr>
        <w:t xml:space="preserve">[1:51:49] </w:t>
      </w:r>
      <w:r>
        <w:t>molana agla sawal tamil nadu se hai aboo rayan sahab</w:t>
      </w:r>
    </w:p>
    <w:p>
      <w:pPr>
        <w:jc w:val="right"/>
      </w:pPr>
      <w:r>
        <w:t>مولانااگلاسوال تملناڈوسےہے ابوریانصاحب</w:t>
      </w:r>
    </w:p>
    <w:p>
      <w:r>
        <w:rPr>
          <w:b/>
        </w:rPr>
        <w:t xml:space="preserve">[1:51:53] </w:t>
      </w:r>
      <w:r>
        <w:t>ka. unhone likha hai : "kya aik dai ke liye paan ,cigarette, tambaku aur gutkha istemal karna jaiz hai ?</w:t>
      </w:r>
    </w:p>
    <w:p>
      <w:pPr>
        <w:jc w:val="right"/>
      </w:pPr>
      <w:r>
        <w:t>کا ۔انہوںنےلکھاہے : "क्याएक दाईकेलिए पान ,सिगरेट,तंबाकूऔर गुटखा इस्तेमाल करना जायज़है ?</w:t>
      </w:r>
    </w:p>
    <w:p>
      <w:r>
        <w:rPr>
          <w:b/>
        </w:rPr>
        <w:t xml:space="preserve">[1:52:02] </w:t>
      </w:r>
      <w:r>
        <w:t>molana sahib, yeh bhi bataiye ke nashe ki is adat ka ilaaj kya hai? dekhiye, yeh jaiz najiaz ki baat nahi hai. aap kisi ke paas jayen dawat ke kaam karne ke liye, aur yeh sab aadatein aapki hon, to aapse baat hi karna chahega woh.</w:t>
      </w:r>
    </w:p>
    <w:p>
      <w:pPr>
        <w:jc w:val="right"/>
      </w:pPr>
      <w:r>
        <w:t>" مولاناصاحب،یہبھیبتائیےکہ نشےکیاس عادتکا علاج کیا ہے ؟ دیکھیے، یہجائزناجائزکیباتنہیںہے۔ آپ کسی کے پاسجائیںدعوتکاکام کرنےکےلیے، اور یہسب عادتیںآپکیہوں، توآپسےباتیہیکرناچاہےگاوہ ۔</w:t>
      </w:r>
    </w:p>
    <w:p>
      <w:r>
        <w:rPr>
          <w:b/>
        </w:rPr>
        <w:t xml:space="preserve">[1:52:21] </w:t>
      </w:r>
      <w:r>
        <w:t>yani aap aisa, is nazar mein aise haqeer ban jayenge ke aapko koi ahmiyat nahi dega woh. mujhe ek qissa, ek qissa maloom hai, ek sahib ne khud bataya apna.</w:t>
      </w:r>
    </w:p>
    <w:p>
      <w:pPr>
        <w:jc w:val="right"/>
      </w:pPr>
      <w:r>
        <w:t>یعنیآپ ایسا، اسکینظر میںایسےحقیربنجائیںگے کہآپکو کوئیاہمیتنہیںدےگاوہ ۔ مجھےایکقصہ،ایکقصہمعلومہے،ایک صاحبنےخودبتایااپنا ۔</w:t>
      </w:r>
    </w:p>
    <w:p>
      <w:r>
        <w:rPr>
          <w:b/>
        </w:rPr>
        <w:t xml:space="preserve">[1:52:32] </w:t>
      </w:r>
      <w:r>
        <w:t>wo gutka khate hain. unhone kaha ke ek hindu aurat mili unko kahin, aur usko unhone Islam pesh kiya, Islam ki baat ki.</w:t>
      </w:r>
    </w:p>
    <w:p>
      <w:pPr>
        <w:jc w:val="right"/>
      </w:pPr>
      <w:r>
        <w:t>وہگٹکاکھاتےہیں۔ انہوںنےکہاکہایکہندو عورت ملی انکو کہیں، اوراسکوانہوںنے اسلام پیش کیا،اسلام کیباتکی۔</w:t>
      </w:r>
    </w:p>
    <w:p>
      <w:r>
        <w:rPr>
          <w:b/>
        </w:rPr>
        <w:t xml:space="preserve">[1:52:42] </w:t>
      </w:r>
      <w:r>
        <w:t>aur gutka unke munh mein tha.</w:t>
      </w:r>
    </w:p>
    <w:p>
      <w:pPr>
        <w:jc w:val="right"/>
      </w:pPr>
      <w:r>
        <w:t>اورگٹکاانکےمنہمیںتھا۔</w:t>
      </w:r>
    </w:p>
    <w:p>
      <w:r>
        <w:rPr>
          <w:b/>
        </w:rPr>
        <w:t xml:space="preserve">[1:52:45] </w:t>
      </w:r>
      <w:r>
        <w:t>to usne kaha ke aap gutka chhod nahi sakte, ab usse chahte hain ke main hindu dharm chhod doon?</w:t>
      </w:r>
    </w:p>
    <w:p>
      <w:pPr>
        <w:jc w:val="right"/>
      </w:pPr>
      <w:r>
        <w:t>تو اسنے کہاکہآپ گٹکاچھوڑنہیںسکتے،اباسسے چاہتےہیںکہمیںہندو دھرمچھوڑدوں؟</w:t>
      </w:r>
    </w:p>
    <w:p>
      <w:r>
        <w:rPr>
          <w:b/>
        </w:rPr>
        <w:t xml:space="preserve">[1:52:53] </w:t>
      </w:r>
      <w:r>
        <w:t>yeh bahut hi zyada, yani bahut hi, yani ridiculous hai, bahut third class ki baat hai ke aisi aadaton mein aap phanse hue hain, aur phir aap daai banna chahte hain.</w:t>
      </w:r>
    </w:p>
    <w:p>
      <w:pPr>
        <w:jc w:val="right"/>
      </w:pPr>
      <w:r>
        <w:t>یہبہت ہی زیادہ ،یعنی بہت ہی، یعنی ریڈیکولسہے،بہت تھرڈکلاسکیباتہے کہایسیعادتوںمیںآپپھنسےہوئےہیں،اورپھرآپ داعیبنناچاہتےہیں۔</w:t>
      </w:r>
    </w:p>
    <w:p>
      <w:r>
        <w:rPr>
          <w:b/>
        </w:rPr>
        <w:t xml:space="preserve">[1:53:06] </w:t>
      </w:r>
      <w:r>
        <w:t>nahi, aapko is, aap ki sanjeedgi ka taqaza hai. aap, yani daai jab bahut sanjeeda hota hai, bahut hi serious hota hai, bahut hi sincere hota hai.</w:t>
      </w:r>
    </w:p>
    <w:p>
      <w:pPr>
        <w:jc w:val="right"/>
      </w:pPr>
      <w:r>
        <w:t>نہیں،آپکو اس،آپ کی سنجیدگیکاتقاضاہے۔ آپ ،یعنیداعیجببہت سنجیدہہوتاہے،بہتہی سیریسہوتاہے، بہت ہی سنسیرہوتاہے۔</w:t>
      </w:r>
    </w:p>
    <w:p>
      <w:r>
        <w:rPr>
          <w:b/>
        </w:rPr>
        <w:t xml:space="preserve">[1:53:17] </w:t>
      </w:r>
      <w:r>
        <w:t>agar aap sachmuch sincere hain to yeh baat hai, apne aap chhoot jayenge aapko andar se. apne aap chhoot jayenge.</w:t>
      </w:r>
    </w:p>
    <w:p>
      <w:pPr>
        <w:jc w:val="right"/>
      </w:pPr>
      <w:r>
        <w:t>اگر آپ سچمچسنسیرہیںتو یہباتہے، اپنےآپچھوٹجائیںگےآپکواندرسے۔ اپنےآپچھوٹجائیںگے۔</w:t>
      </w:r>
    </w:p>
    <w:p>
      <w:r>
        <w:rPr>
          <w:b/>
        </w:rPr>
        <w:t xml:space="preserve">[1:53:26] </w:t>
      </w:r>
      <w:r>
        <w:t>misal ke taur par dekhiye, jitne achhe doctor hote hain, wo kabhi aap yeh sab aadatein to nahi payenge unko. kyunke iska sara focus is par hota hai ke is mareez ko main samhoon, is mareez ka ilaaj karoon.</w:t>
      </w:r>
    </w:p>
    <w:p>
      <w:pPr>
        <w:jc w:val="right"/>
      </w:pPr>
      <w:r>
        <w:t>مثالکےطورپردیکھیے، جتنےاچھےڈاکٹرہوتےہیں،وہکبھیآپ یہسب عادتیںتونہیںپائیںگےانکو ۔ کیونکہاسکا سارافوکس اسپرہوتاہےکہ اسمریضکومیں سمجھوں،اسمریضکاعلاجکروں۔</w:t>
      </w:r>
    </w:p>
    <w:p>
      <w:r>
        <w:rPr>
          <w:b/>
        </w:rPr>
        <w:t xml:space="preserve">[1:53:39] </w:t>
      </w:r>
      <w:r>
        <w:t>ab koi achha doctor maine nahi dekha ke wo cigarette pita ho, paan khata ho, gutka khata ho.</w:t>
      </w:r>
    </w:p>
    <w:p>
      <w:pPr>
        <w:jc w:val="right"/>
      </w:pPr>
      <w:r>
        <w:t>ابکوئیاچھاڈاکٹرمیںنےنہیںدیکھاکہوہسگریٹپیتاہو، پانکھاتاہو،گٹکاکھاتاہو۔</w:t>
      </w:r>
    </w:p>
    <w:p>
      <w:r>
        <w:rPr>
          <w:b/>
        </w:rPr>
        <w:t xml:space="preserve">[1:53:46] </w:t>
      </w:r>
      <w:r>
        <w:t>yani yeh professional sincerity ke khilaaf hai yeh baat. wahi baat zyada bade pemane par daai ke liye durust hai.</w:t>
      </w:r>
    </w:p>
    <w:p>
      <w:pPr>
        <w:jc w:val="right"/>
      </w:pPr>
      <w:r>
        <w:t>یعنی یہپروفیشنل سنسیرٹیکےخلاف ہےیہبات۔ وہیباتزیادہ بڑےپیمانےپر داعیکےلیے درستہے۔</w:t>
      </w:r>
    </w:p>
    <w:p>
      <w:r>
        <w:rPr>
          <w:b/>
        </w:rPr>
        <w:t xml:space="preserve">[1:53:57] </w:t>
      </w:r>
      <w:r>
        <w:t>molana agla sawal lene se pehle ek comment padhna chahenge jo Doha, Qatar se aaya hai molana Abdul Basit Umri sahib ka. unhone likha hai: "molana, aapki baatein sunkar Khuda ki sachhi yaad aati hai,</w:t>
      </w:r>
    </w:p>
    <w:p>
      <w:pPr>
        <w:jc w:val="right"/>
      </w:pPr>
      <w:r>
        <w:t>مول انااگلاسواللینےسےپہلے ایک کمنٹپڑھناچاہیںگےجو دوحہ،قطرسےآیاہے مول اناعبدالب اسط عمریصاحبکا۔انہوںنےلکھاہے: "مولانا،आपकीबातें सुनकर खुदाकी सच्ची याद आतीहै,</w:t>
      </w:r>
    </w:p>
    <w:p>
      <w:r>
        <w:rPr>
          <w:b/>
        </w:rPr>
        <w:t xml:space="preserve">[1:54:12] </w:t>
      </w:r>
      <w:r>
        <w:t>aankhon mein aansu aate hain, jannat ka shauq paida hota hai, dawat ka jazba paida hota hai, aur duniya hamare liye dawati imkanat ban jati hai, aur jannat ka taaruf.</w:t>
      </w:r>
    </w:p>
    <w:p>
      <w:pPr>
        <w:jc w:val="right"/>
      </w:pPr>
      <w:r>
        <w:t>آنکھوںمیں آنسوآتےہیں، جن تکا شوق پیدا ہوتاہے، دعوتکاجذبہپیدا ہوتاہے، اور دنیا ہمارےلیے دعوتی امکانات بنجاتیہے، اور جن تکا تعارف ۔</w:t>
      </w:r>
    </w:p>
    <w:p>
      <w:r>
        <w:rPr>
          <w:b/>
        </w:rPr>
        <w:t xml:space="preserve">[1:54:26] </w:t>
      </w:r>
      <w:r>
        <w:t>Islam ek marghoob cheez ban jati hai. Al Risala Mission ke bare mein aksar yeh ehsaas hota hai ke agar mujhe Al Risala Mission nahi mila hota to main hamesha mayoosi mein jeeta aur mayoosi mein marta.</w:t>
      </w:r>
    </w:p>
    <w:p>
      <w:pPr>
        <w:jc w:val="right"/>
      </w:pPr>
      <w:r>
        <w:t>اسلام ایک مرغوبچیز بنجاتیہے۔ الرسالہمشنکےبارےمیں اکثر یہ احساسہوتاہے کہاگر مجھے الرسالہمشننہیں ملاہوتا تو میںہمیشہ مایوسیمیںجیتا اور مای وسیمیں مرتا۔</w:t>
      </w:r>
    </w:p>
    <w:p>
      <w:r>
        <w:rPr>
          <w:b/>
        </w:rPr>
        <w:t xml:space="preserve">[1:54:42] </w:t>
      </w:r>
      <w:r>
        <w:t>Allah ka shukr hai ke usne mujhe Al Risala Mission ki daryaft kara di."</w:t>
      </w:r>
    </w:p>
    <w:p>
      <w:pPr>
        <w:jc w:val="right"/>
      </w:pPr>
      <w:r>
        <w:t>اللہ کاشکرہےکہاسنےمجھے الرسالہمشنکی دریا فت کرادی ۔"</w:t>
      </w:r>
    </w:p>
    <w:p>
      <w:r>
        <w:rPr>
          <w:b/>
        </w:rPr>
        <w:t xml:space="preserve">[1:54:51] </w:t>
      </w:r>
      <w:r>
        <w:t>molana agla sawal lete hain jo Tamil Nadu se hai Abu Rayan sahib ka. unhone likha hai: "aurat ya biwi ke bare mein Khuda ki scheme kya hai ?</w:t>
      </w:r>
    </w:p>
    <w:p>
      <w:pPr>
        <w:jc w:val="right"/>
      </w:pPr>
      <w:r>
        <w:t>مولانااگلاسوال لیتےہیںجوتملناڈوسےہے ابوریانصاحبکا۔انہوںنےلکھاہے: "औ रतया बीवीकेबारेमें खुदाकी स्कीमक्या है ?</w:t>
      </w:r>
    </w:p>
    <w:p>
      <w:r>
        <w:rPr>
          <w:b/>
        </w:rPr>
        <w:t xml:space="preserve">[1:55:01] </w:t>
      </w:r>
      <w:r>
        <w:t>ek daai ko apni biwi ko kaisa behavior karna chahiye ? uska kaise apni biwi ko train karna chahiye ? uske bare mein bataein." bhai, aap bahut hi kitaab padh lijiye, aurat ma'aruf insaniyat.</w:t>
      </w:r>
    </w:p>
    <w:p>
      <w:pPr>
        <w:jc w:val="right"/>
      </w:pPr>
      <w:r>
        <w:t>ایک داعیکواپنی بیویکو کیسا بیہیویئرکرناچاہیے ؟ اسکا کیسے اپنی بیویکو ٹرینکرناچاہیے ؟اسکےبارےمیں بتائیں۔"بھئی،آپبہتہیکتاب پڑھلیجیے، عورت مع مار انسانیت۔</w:t>
      </w:r>
    </w:p>
    <w:p>
      <w:r>
        <w:rPr>
          <w:b/>
        </w:rPr>
        <w:t xml:space="preserve">[1:55:16] </w:t>
      </w:r>
      <w:r>
        <w:t>ismein aapko jawab mil jayega. phir bhi jawab na mile to humein sawal kijiye aap</w:t>
      </w:r>
    </w:p>
    <w:p>
      <w:pPr>
        <w:jc w:val="right"/>
      </w:pPr>
      <w:r>
        <w:t>اسمیںآپکوجوابملجائےگا۔پھربھیجوابنہیںملاتوہمیں سوالکیجیےآپ</w:t>
      </w:r>
    </w:p>
    <w:p>
      <w:r>
        <w:rPr>
          <w:b/>
        </w:rPr>
        <w:t xml:space="preserve">[1:55:20] </w:t>
      </w:r>
      <w:r>
        <w:t>. molana agla sawal Delhi se hai Parteek Sharma, Mr Parteek Sharma ne kiya hai. unhone aapse poocha hai ke "Shouldn'twe say 'Inshallah'and'Alhamdulillah'in oureverydayliv ing?" bhai, dekhiye, yeh koi poochne ki baat nahi hai,</w:t>
      </w:r>
    </w:p>
    <w:p>
      <w:pPr>
        <w:jc w:val="right"/>
      </w:pPr>
      <w:r>
        <w:t>۔ مولانااگلاسوال دلیسےہے پرتیق شر ما،مسٹرپرتیقشرمانےکیاہے۔ انہوںنےآپسےپوچھاہےکہ "Shouldn'twe say 'Inshallah'and'Alhamdulillah'in oureverydayliv ing?" بھائی،دیکھیے، یہ کوئی پوچھنےکیباتنہیںہے،</w:t>
      </w:r>
    </w:p>
    <w:p>
      <w:r>
        <w:rPr>
          <w:b/>
        </w:rPr>
        <w:t xml:space="preserve">[1:55:39] </w:t>
      </w:r>
      <w:r>
        <w:t>yeh koi jaiz najiaz ki baat nahi hai. lekin aajkal jo musalman chala hua hai na, bar bar har 'Alhamdulillah', 'Alhamdulillah', har baat mein 'Alhamdulillah'. 'Alhamdulillah', mere bete paida hua, 'Alhamdulillah', mere ladke ka dakhla ho gaya school mein.</w:t>
      </w:r>
    </w:p>
    <w:p>
      <w:pPr>
        <w:jc w:val="right"/>
      </w:pPr>
      <w:r>
        <w:t>یہکوئیجائزناجائزکیباتنہیںہے۔ لیکن آجکل جو مسلمان چلاہواہےنا،باربار ہر 'الحمدللہ'،'الحمدللہ'، ہرباتمیں'الحمدللہ'۔'الحمدللہ'،میرابیٹاپیدا ہوا ، 'الحمدللہ'،میرے لڑکےکاداخلہہوگیا اسکولمیں ۔</w:t>
      </w:r>
    </w:p>
    <w:p>
      <w:r>
        <w:rPr>
          <w:b/>
        </w:rPr>
        <w:t xml:space="preserve">[1:55:54] </w:t>
      </w:r>
      <w:r>
        <w:t>yeh Sahaba culture nahi hai. maine Sahaba ki zindagi ko bahut padha hai, wo is tarah se bar bar 'Alhamdulillah', 'Alhamdulillah' nahi karte the jaise aajkal musalman karte hain.</w:t>
      </w:r>
    </w:p>
    <w:p>
      <w:pPr>
        <w:jc w:val="right"/>
      </w:pPr>
      <w:r>
        <w:t>یہ صحابہکلچرنہیںہے۔ میںنےصحابہکیزندگی وںکوبہتپڑھاہے، وہ اسطرحسےبار بار'الحمدللہ'،'الحمدللہ'نہیںکرتے تھےجیسےآجکلمسلمانکرتےہیں۔</w:t>
      </w:r>
    </w:p>
    <w:p>
      <w:r>
        <w:rPr>
          <w:b/>
        </w:rPr>
        <w:t xml:space="preserve">[1:56:05] </w:t>
      </w:r>
      <w:r>
        <w:t>unke dilon mein hota tha wo. aajkal musalman ka, unke yani zuban par hota hai, dil mein nahi hota. to maine, main isko nahi kehta ke jaiz hai kehna jaiz, lekin yeh Sahaba culture nahi hai jo musalmanon mein aajkal chala hua hai ke har baat mein 'Alhamdulillah'.</w:t>
      </w:r>
    </w:p>
    <w:p>
      <w:pPr>
        <w:jc w:val="right"/>
      </w:pPr>
      <w:r>
        <w:t>انکےدلوںمیںہوتاتھاوہ ۔آجکل مسلمانوںکا، انکے یعنی زبان پرہوتاہے،دلمیںنہیںہوتا۔ تومیںنے ،میںاسکونہیںکہتاکہ جائزہےکہناجائز، لیکن یہصحابہکلچرنہیںہے جو مسلمانوںمیںآجکلچلاہواہےکہہرباتمیں 'الحمدللہ'۔</w:t>
      </w:r>
    </w:p>
    <w:p>
      <w:r>
        <w:rPr>
          <w:b/>
        </w:rPr>
        <w:t xml:space="preserve">[1:56:23] </w:t>
      </w:r>
      <w:r>
        <w:t>koi baat poochen to foran 'Alhamdulillah' ke saath batayenge. 'Alhamdulillah', bhai, yeh baat 'Alhamdulillah', wo baat. yeh Sahaba culture nahi hai.</w:t>
      </w:r>
    </w:p>
    <w:p>
      <w:pPr>
        <w:jc w:val="right"/>
      </w:pPr>
      <w:r>
        <w:t>کوئیباتپوچھیں تو فوراً'الحمدللہ'کےساتھ بتائیںگے۔ 'الحمدللہ'،بھئی، یہبات'الحمدللہ'،وہبات۔ یہ صحابہکلچرنہیںہے۔</w:t>
      </w:r>
    </w:p>
    <w:p>
      <w:r>
        <w:rPr>
          <w:b/>
        </w:rPr>
        <w:t xml:space="preserve">[1:56:36] </w:t>
      </w:r>
      <w:r>
        <w:t>molana agla sawal Tamil Nadu se hai Abu Rayan sahib ka. unhone likha hai: "CPS ke tehat daawa work karne walon ke liye Sunday lecture sunna kitna zaroori hai ?" kitna zaroori hai?</w:t>
      </w:r>
    </w:p>
    <w:p>
      <w:pPr>
        <w:jc w:val="right"/>
      </w:pPr>
      <w:r>
        <w:t>مولانااگلاسوال تملناڈوسےہے ابوریانصاحبکا۔ انہوںنےلکھاہے: "सीपीएसकेतहत दावावर्ककरने वालोंकेलिए संडेकालेक्चरसुनना कितना जरूरीहै ?" کتناضروریہے؟</w:t>
      </w:r>
    </w:p>
    <w:p>
      <w:r>
        <w:rPr>
          <w:b/>
        </w:rPr>
        <w:t xml:space="preserve">[1:56:51] </w:t>
      </w:r>
      <w:r>
        <w:t>jo aadmi CPS ke saath kaam karta hoga, wo khud hi kahega, wo subah baghair sone, baghair mujhe neend nahi aati. to mujhse kyun poochte hain aap? wo kaam hi nahi karta hoga.</w:t>
      </w:r>
    </w:p>
    <w:p>
      <w:pPr>
        <w:jc w:val="right"/>
      </w:pPr>
      <w:r>
        <w:t>جو آدمیسیپیایسکےساتھکامکرتاہوگا، وہخود ہیکہےگا،وہ صبحبغیر سونے، بغیرمجھےنیندنہیںآتی۔ تومجھسےکیوںپوچھتےہیںآپ ؟وہکامہینہیںکرتاہوگا۔</w:t>
      </w:r>
    </w:p>
    <w:p>
      <w:r>
        <w:rPr>
          <w:b/>
        </w:rPr>
        <w:t xml:space="preserve">[1:57:04] </w:t>
      </w:r>
      <w:r>
        <w:t>yani cpys kehta hai jo kaam karta hoga, woh yeh sawal kabhi nahi karega. Haan, jo na kaam karta, woh sawal kar sakta hai. Kyunke cpys ki tarah jo kaam karta hoga, ismein usko guideline milegi,</w:t>
      </w:r>
    </w:p>
    <w:p>
      <w:pPr>
        <w:jc w:val="right"/>
      </w:pPr>
      <w:r>
        <w:t>یعنی سیپیایسکہتاہےجوکام کرتاہوگا، وہیہسوالکبھینہیںکرےگا۔ ہاں،جونہکامکرتا،وہسوالکرسکتاہے۔ کیونکہ سیپیایسکیطرح جوکامکرتاہوگا، اسمیںاسکو گائیڈلائنملےگی،</w:t>
      </w:r>
    </w:p>
    <w:p>
      <w:r>
        <w:rPr>
          <w:b/>
        </w:rPr>
        <w:t xml:space="preserve">[1:57:17] </w:t>
      </w:r>
      <w:r>
        <w:t>usko ismein yani ghiza milegi, usko ismein sawalat ka jawab milega. To woh pooche, sawal kyun karega?</w:t>
      </w:r>
    </w:p>
    <w:p>
      <w:pPr>
        <w:jc w:val="right"/>
      </w:pPr>
      <w:r>
        <w:t>اسکواسمیں یعنی غذا ملےگی، اسکواسمیں سوالاتکاجوابملےگا۔تووہپوچھے،سوالکیوںکرےگا؟</w:t>
      </w:r>
    </w:p>
    <w:p>
      <w:r>
        <w:rPr>
          <w:b/>
        </w:rPr>
        <w:t xml:space="preserve">[1:57:27] </w:t>
      </w:r>
      <w:r>
        <w:t>to aisha ke saath sawal kar sakta hai jo cpys ke tehat kaam na kar raha ho. Yeh isliye is sawal ko koi mein samajhta hoon ke ghair aham sawal hai yeh.</w:t>
      </w:r>
    </w:p>
    <w:p>
      <w:pPr>
        <w:jc w:val="right"/>
      </w:pPr>
      <w:r>
        <w:t>تو عائشہکےساتھسوالکرسکتاہےجو سیپیایسکےتحت کامنہکررہاہو ۔ یہ اسلیے اسسوال کوکوئی میںسمجھتاہوںکہغیراہمسوالہےیہ۔</w:t>
      </w:r>
    </w:p>
    <w:p>
      <w:r>
        <w:rPr>
          <w:b/>
        </w:rPr>
        <w:t xml:space="preserve">[1:57:39] </w:t>
      </w:r>
      <w:r>
        <w:t>maulana agla sawal mumbai se hai jin yed shaikh sahab ka. Unhone likha hai: "Maulana, kuch log kehte hain ke rasool aur allah mein bohat kam farq hai. Hum allah ko sajda karte hain, rasool ko nahi. Baqi sab kuch same hai. Unhe kaise samjhayein?" Yeh samjhana kya hai?</w:t>
      </w:r>
    </w:p>
    <w:p>
      <w:pPr>
        <w:jc w:val="right"/>
      </w:pPr>
      <w:r>
        <w:t>مولانااگلاسوال ممبئیسےہے جن ید شیخصاحبکا۔انہوںنےلکھاہے: "مولانا،कुछ लोग कहतेहैंकि रसूलऔर अल्लाहमेंबहुत कम फर्कहै। हम अल्लाहको सजदाकरतेहैं, रसूलकोनहीं । बाकी सब कुछ सेमहै। उन्हें कैसे समझाएं ?" یہسمجھاناکیاہے؟</w:t>
      </w:r>
    </w:p>
    <w:p>
      <w:r>
        <w:rPr>
          <w:b/>
        </w:rPr>
        <w:t xml:space="preserve">[1:57:59] </w:t>
      </w:r>
      <w:r>
        <w:t>is se poochein ke quran mein kahan likha hua hai? Khud hi khud aapne dimagh kaise bana liya aapne?</w:t>
      </w:r>
    </w:p>
    <w:p>
      <w:pPr>
        <w:jc w:val="right"/>
      </w:pPr>
      <w:r>
        <w:t>اسسےپوچھیںکہقرآنمیںکہاںلکھاہواہے؟ خودہیخودآپنےدماغکیسےبنالیاآپنے ؟</w:t>
      </w:r>
    </w:p>
    <w:p>
      <w:r>
        <w:rPr>
          <w:b/>
        </w:rPr>
        <w:t xml:space="preserve">[1:58:06] </w:t>
      </w:r>
      <w:r>
        <w:t>is se poochein. Quran mein to hai ke "inna illa basharun minkum". Main tumhare jaisa ek bashar hoon, tumhare jaisa ek insan hoon.</w:t>
      </w:r>
    </w:p>
    <w:p>
      <w:pPr>
        <w:jc w:val="right"/>
      </w:pPr>
      <w:r>
        <w:t>اسسےپوچھیں۔ قرآنمیںتوہےکہ"إِنَّنَاإِلَّابَشَرٌبِشْرِكُمْ" ۔میںتمہارےجیساایکبشرہوں،تمہارےجیساایکانسانہوں۔</w:t>
      </w:r>
    </w:p>
    <w:p>
      <w:r>
        <w:rPr>
          <w:b/>
        </w:rPr>
        <w:t xml:space="preserve">[1:58:17] </w:t>
      </w:r>
      <w:r>
        <w:t>to jo aadmi quran aur hadith ke ilawa baatein karta hai, woh jhoota hai. Woh aadmi, woh jhoot bol raha hai. To yeh is is se poochein, mujhse kyun pochte hain aap?</w:t>
      </w:r>
    </w:p>
    <w:p>
      <w:pPr>
        <w:jc w:val="right"/>
      </w:pPr>
      <w:r>
        <w:t>تو جوآدمی قرآناورحدیث کےعلاوہباتیںکرتاہے،وہجھوٹاہے۔وہآدمی، وہجھوٹبولرہاہے۔ تو یہ اس اسیسےپوچھیں،مجھسےکیوںپوچھتےہیںآپ ؟</w:t>
      </w:r>
    </w:p>
    <w:p>
      <w:r>
        <w:rPr>
          <w:b/>
        </w:rPr>
        <w:t xml:space="preserve">[1:58:27] </w:t>
      </w:r>
      <w:r>
        <w:t>is se poochein kahan quran mein likha hua hai aisa?</w:t>
      </w:r>
    </w:p>
    <w:p>
      <w:pPr>
        <w:jc w:val="right"/>
      </w:pPr>
      <w:r>
        <w:t>اسسےپوچھیںکہاںقرآنمیںلکھاہواہےایسا؟</w:t>
      </w:r>
    </w:p>
    <w:p>
      <w:r>
        <w:rPr>
          <w:b/>
        </w:rPr>
        <w:t xml:space="preserve">[1:58:31] </w:t>
      </w:r>
      <w:r>
        <w:t>jab na pata saka to samjhein ke tum jhoot bolte ho. Tum allah par ek ek bohat bohtan bandhte ho, allah par ke jo kaam, jo jo cheez allah ne nahi batayi quran majeed mein, woh tumne nikaal rakha hai isko.</w:t>
      </w:r>
    </w:p>
    <w:p>
      <w:pPr>
        <w:jc w:val="right"/>
      </w:pPr>
      <w:r>
        <w:t>جب نہپتہسکاتوسمجھیںکہتمجھوٹبولتےہو۔ تم اللہ پرایک ایک بہت انباندھتےہو،اللہ پر کہجو کام ،جو جو چیز اللہنےنہیںبتائیقرآنمجیدمیں،وہ تمنےنکالرکھاہےاسکو۔</w:t>
      </w:r>
    </w:p>
    <w:p>
      <w:r>
        <w:rPr>
          <w:b/>
        </w:rPr>
        <w:t xml:space="preserve">[1:58:48] </w:t>
      </w:r>
      <w:r>
        <w:t>maulana agla sawal dr pardhan ka hai delhi se. Unhone aapse poocha hai ke "How can we avoid conflict with others?" Bas car peet band kijiye.</w:t>
      </w:r>
    </w:p>
    <w:p>
      <w:pPr>
        <w:jc w:val="right"/>
      </w:pPr>
      <w:r>
        <w:t>مولانااگلاسوال ڈاکٹر پردانکاہے دلیسے ۔انہوں نےآپسےپوچھاہےکہ "Howcan we avoid confl ict with o thers?" بسکار پیٹبندکیجیے۔</w:t>
      </w:r>
    </w:p>
    <w:p>
      <w:r>
        <w:rPr>
          <w:b/>
        </w:rPr>
        <w:t xml:space="preserve">[1:59:03] </w:t>
      </w:r>
      <w:r>
        <w:t>jaise main karta hoon. Main aapko ek dilchasp qissa yahan bata chuka hoon is se pehle.</w:t>
      </w:r>
    </w:p>
    <w:p>
      <w:pPr>
        <w:jc w:val="right"/>
      </w:pPr>
      <w:r>
        <w:t>جیسےمیںکرتاہوں۔ میںآپکوایکدلچسپقصہیہاںبتاچکاہوںاسسےپہلے۔</w:t>
      </w:r>
    </w:p>
    <w:p>
      <w:r>
        <w:rPr>
          <w:b/>
        </w:rPr>
        <w:t xml:space="preserve">[1:59:10] </w:t>
      </w:r>
      <w:r>
        <w:t>dekhiye, hamare ghar mein peeche ki taraf woh hai, pole hai. To taar udhar se idhar aata hai.</w:t>
      </w:r>
    </w:p>
    <w:p>
      <w:pPr>
        <w:jc w:val="right"/>
      </w:pPr>
      <w:r>
        <w:t>دیکھیے، ہمارےگھرمیں پیچھےکیطرف وہہے، پولہے۔ تو تارادھرسےادھرآتاہے۔</w:t>
      </w:r>
    </w:p>
    <w:p>
      <w:r>
        <w:rPr>
          <w:b/>
        </w:rPr>
        <w:t xml:space="preserve">[1:59:22] </w:t>
      </w:r>
      <w:r>
        <w:t>to wahan main aksar baithta hoon. To yeh taar udhar se idhar aa raha tha, iske lehrein daudti rehti hain. Main wahan baith kar tamasha dekhta hoon iska.</w:t>
      </w:r>
    </w:p>
    <w:p>
      <w:pPr>
        <w:jc w:val="right"/>
      </w:pPr>
      <w:r>
        <w:t>تو وہاںمیںاکثربیٹھتاہوں۔ تو یہ تارادھرسےادھرآرہاتھا،اسکے گ لہریںدوڑتیرہتیہیں۔ میںوہاںبیٹھکرتماشہدیکھتاہوںاسکا ۔</w:t>
      </w:r>
    </w:p>
    <w:p>
      <w:r>
        <w:rPr>
          <w:b/>
        </w:rPr>
        <w:t xml:space="preserve">[1:59:31] </w:t>
      </w:r>
      <w:r>
        <w:t>to ek din kya hua ke ek gilhari udhar se aa rahi thi, aur ek gilhari udhar se aa rahi thi. To yahan par takrao hota. To kya hua ke jaise aamne saamne hua, ek gilhari latak gayi.</w:t>
      </w:r>
    </w:p>
    <w:p>
      <w:pPr>
        <w:jc w:val="right"/>
      </w:pPr>
      <w:r>
        <w:t>تو ایکدن کیا ہوا کہایک گلہریادھرسےآرہیتھی، اورایکگلہریادھرسےآرہیتھی۔ تویہاںپر ٹکراؤہوتا۔ تو کیا ہوا کہ جیسےآمنےسامنےہوا،ایک گلہری لٹکگئی۔</w:t>
      </w:r>
    </w:p>
    <w:p>
      <w:r>
        <w:rPr>
          <w:b/>
        </w:rPr>
        <w:t xml:space="preserve">[1:59:45] </w:t>
      </w:r>
      <w:r>
        <w:t>ek jab guzar gayi to phir doosri chali gayi. To maine kaha yeh hai allah taala ki taraf se sabak insan ko ke takrao mat karo, isko jaane do, raasta de do isko.</w:t>
      </w:r>
    </w:p>
    <w:p>
      <w:pPr>
        <w:jc w:val="right"/>
      </w:pPr>
      <w:r>
        <w:t>ایکجبگزرگئی تو پھردوسریچلیگئی۔ تو میںنےکہایہہے اللہ تعالیٰکیطرفسے سبقانسانکو کہٹکراؤمتکرو، اسکوجانےدو،راستہدےدواسکو۔</w:t>
      </w:r>
    </w:p>
    <w:p>
      <w:r>
        <w:rPr>
          <w:b/>
        </w:rPr>
        <w:t xml:space="preserve">[1:59:57] </w:t>
      </w:r>
      <w:r>
        <w:t>yani baghair kisi behas ke, baghair kisi takrar ke, yani jaise hi woh saamne aayi, jaldi se latak gayi woh neeche. Aur woh chali gayi.</w:t>
      </w:r>
    </w:p>
    <w:p>
      <w:pPr>
        <w:jc w:val="right"/>
      </w:pPr>
      <w:r>
        <w:t>یعنی بغیرکسی بحثکے،بغیرکسی تکرارکے ،یعنی جیسےہیوہسامنےآئی،جلدیسےلٹکگئیوہنیچے۔ اوروہچلیگئی۔</w:t>
      </w:r>
    </w:p>
    <w:p>
      <w:r>
        <w:rPr>
          <w:b/>
        </w:rPr>
        <w:t xml:space="preserve">[2:00:07] </w:t>
      </w:r>
      <w:r>
        <w:t>yeh kijiye. Yeh to, yeh to, yeh to ghussa log ho jaate hain, mushtael ho jaate hain, bhadak uthte hain.</w:t>
      </w:r>
    </w:p>
    <w:p>
      <w:pPr>
        <w:jc w:val="right"/>
      </w:pPr>
      <w:r>
        <w:t>یہ کیجیے۔ یہتو ،یہتو ،یہتو غصہ لوگ ہوجاتےہیں،مشت علہوجاتےہیں،بھڑکاٹھتےہیں۔</w:t>
      </w:r>
    </w:p>
    <w:p>
      <w:r>
        <w:rPr>
          <w:b/>
        </w:rPr>
        <w:t xml:space="preserve">[2:00:17] </w:t>
      </w:r>
      <w:r>
        <w:t>iski wajah se sab baatein paida hoti hain. Aap ghussa na hon, ishtial na paida karein. To aap bhi yeh hi karenge ke jaao tum</w:t>
      </w:r>
    </w:p>
    <w:p>
      <w:pPr>
        <w:jc w:val="right"/>
      </w:pPr>
      <w:r>
        <w:t>اسکیوجہسے سبباتیںپیدا ہوتیہیں۔ آپغصہنہہوں، اشتعالنہپیدا کریں۔ تو آپبھییہیکریںگے کہجاؤتم</w:t>
      </w:r>
    </w:p>
    <w:p>
      <w:r>
        <w:rPr>
          <w:b/>
        </w:rPr>
        <w:t xml:space="preserve">[2:00:25] </w:t>
      </w:r>
      <w:r>
        <w:t>bhi pehle chale jaao, hum baad ko jayenge. Tum hi pehle chale jaao.</w:t>
      </w:r>
    </w:p>
    <w:p>
      <w:pPr>
        <w:jc w:val="right"/>
      </w:pPr>
      <w:r>
        <w:t>بھیپہلے چلےجاؤ،ہم بعدکوجائیںگے۔ تم ہیپہلےچلےجاؤ۔</w:t>
      </w:r>
    </w:p>
    <w:p>
      <w:r>
        <w:rPr>
          <w:b/>
        </w:rPr>
        <w:t xml:space="preserve">[2:00:33] </w:t>
      </w:r>
      <w:r>
        <w:t>to main to, yani yeh yeh gilhari culture maine khud ikhtiyar kar rakha hai bachpan se. Yeh jo gilhari culture hai, jo isko main kahoon ga natural culture, woh zindagi bhar mera tareeqa hi raha hai.</w:t>
      </w:r>
    </w:p>
    <w:p>
      <w:pPr>
        <w:jc w:val="right"/>
      </w:pPr>
      <w:r>
        <w:t>تو میںتو، یعنی یہ یگلہریکلچرمیںنےخوداختیارکررکھاہے بچپنسے ۔ یہجوگلہریکلچرہے،جو اسکومیںکہوںگانیچرلکلچر، وہزندگی بھرمیراطریقہیہرہاہے۔</w:t>
      </w:r>
    </w:p>
    <w:p>
      <w:r>
        <w:rPr>
          <w:b/>
        </w:rPr>
        <w:t xml:space="preserve">[2:00:47] </w:t>
      </w:r>
      <w:r>
        <w:t>main kabhi kisi se takrao nahi karta ke jaao bhai tum hi jaao pehle, main baad ko jaunga.</w:t>
      </w:r>
    </w:p>
    <w:p>
      <w:pPr>
        <w:jc w:val="right"/>
      </w:pPr>
      <w:r>
        <w:t>میںکبھیکسیسےٹکراؤنہیںکرتا کہجاؤبھئیتمہیجاؤپہلے، میں بعد کوجاؤںگا۔</w:t>
      </w:r>
    </w:p>
    <w:p>
      <w:r>
        <w:rPr>
          <w:b/>
        </w:rPr>
        <w:t xml:space="preserve">[2:00:52] </w:t>
      </w:r>
      <w:r>
        <w:t>main apna qissa batata hoon aapko ke kingzway camp mein ek qissa hua. Main kisi wajah se wahan gaya, bus se utra, aur is road ki taraf se idhar jaana tha mujhe.</w:t>
      </w:r>
    </w:p>
    <w:p>
      <w:pPr>
        <w:jc w:val="right"/>
      </w:pPr>
      <w:r>
        <w:t>میں اپناقصہبتاتاہوںآپکو کہکنگزوےکیمپمیں ایک قصہہوا۔ میں کسی وجہسےوہاںگیا ، بسسےاترا، اور اس روڈکیاسطرفسےادھرجاناتھامجھے۔</w:t>
      </w:r>
    </w:p>
    <w:p>
      <w:r>
        <w:rPr>
          <w:b/>
        </w:rPr>
        <w:t xml:space="preserve">[2:01:08] </w:t>
      </w:r>
      <w:r>
        <w:t>jab main idhar park karke ja raha tha to ek cycle wala ek ladka, bohat tez dharradharr aaya, aur mujhse takra gaya woh. To woh bhi gir gaya, main bhi gir gaya.</w:t>
      </w:r>
    </w:p>
    <w:p>
      <w:pPr>
        <w:jc w:val="right"/>
      </w:pPr>
      <w:r>
        <w:t>جب میںادھر پارککرکےجارہاتھاتو ایک سائیکل والاایکلڑکا، بہت تیزدھڑادھڑآیا،اورمجھسےٹکراگیاوہ۔ تو وہبھیگرگیا،میںبھیگرگیا۔</w:t>
      </w:r>
    </w:p>
    <w:p>
      <w:r>
        <w:rPr>
          <w:b/>
        </w:rPr>
        <w:t xml:space="preserve">[2:01:19] </w:t>
      </w:r>
      <w:r>
        <w:t>to maine us se ek lafz nahi kaha,</w:t>
      </w:r>
    </w:p>
    <w:p>
      <w:pPr>
        <w:jc w:val="right"/>
      </w:pPr>
      <w:r>
        <w:t>تو میںنےاسسےایکلفظنہیںکہا،</w:t>
      </w:r>
    </w:p>
    <w:p>
      <w:r>
        <w:rPr>
          <w:b/>
        </w:rPr>
        <w:t xml:space="preserve">[2:01:21] </w:t>
      </w:r>
      <w:r>
        <w:t>chup chap jaa kar road ke kinare baith gaya, aise hi sochne laga ke ab mujhe kya karna chahiye. Kyunke chot bhi lagti thi, khoon bhi beh raha tha. Soch raha hoon, soch raha hoon, soch raha hoon.</w:t>
      </w:r>
    </w:p>
    <w:p>
      <w:pPr>
        <w:jc w:val="right"/>
      </w:pPr>
      <w:r>
        <w:t>چپچاپ جاکےروڈکےکنارےبیٹھگیا،ایسےہی سوچنےلگاکہابمجھےکیاکرناچاہیے۔ کیونکہ چوٹبھیلگیتھی،خونبہہرہاتھا۔ سوچرہاہوں،سوچرہاہوں،سوچرہاہوں۔</w:t>
      </w:r>
    </w:p>
    <w:p>
      <w:r>
        <w:rPr>
          <w:b/>
        </w:rPr>
        <w:t xml:space="preserve">[2:01:31] </w:t>
      </w:r>
      <w:r>
        <w:t>sham ka waqt tha to ek police wala aaya, lagta mujhse poochne. matlab woh chahta tha ke kuch iske khilaf report kare. to mujhse poocha, ab mein ab kuch bol nahin raha hoon.</w:t>
      </w:r>
    </w:p>
    <w:p>
      <w:pPr>
        <w:jc w:val="right"/>
      </w:pPr>
      <w:r>
        <w:t>شامکاوقت تھا توایکپولیسوالاآیا، لگامجھسےپوچھنے۔ مطلبوہچاہتاتھاکہکچھاسکےخلاف رپورٹکرے۔ تو مجھسےپوچھا،ابمیں ابکچھبولنہیںرہاہوں۔</w:t>
      </w:r>
    </w:p>
    <w:p>
      <w:r>
        <w:rPr>
          <w:b/>
        </w:rPr>
        <w:t xml:space="preserve">[2:01:44] </w:t>
      </w:r>
      <w:r>
        <w:t>to yeh keh ke chala gaya ke baba tu kuch boltah nahin. woh police wala jab dekha ke mein koi jawab nahin de raha hoon to yeh keh ke chala gaya ke baba tu kuch boltah nahin.</w:t>
      </w:r>
    </w:p>
    <w:p>
      <w:pPr>
        <w:jc w:val="right"/>
      </w:pPr>
      <w:r>
        <w:t>تویہکہہکےچلاگیا کہ باباتوکچھبولتانہیں ۔ وہپولیسوالا جب دیکھاکہمیںکوئیجوابنہیںدےرہاہوںتویہکہہکےچلاگیاکہباباتوکچھبولتانہیں۔</w:t>
      </w:r>
    </w:p>
    <w:p>
      <w:r>
        <w:rPr>
          <w:b/>
        </w:rPr>
        <w:t xml:space="preserve">[2:01:55] </w:t>
      </w:r>
      <w:r>
        <w:t>bethe bethe mein ne socha ke sab se pehle mujhe jana chahiye ek doctor ke paas.</w:t>
      </w:r>
    </w:p>
    <w:p>
      <w:pPr>
        <w:jc w:val="right"/>
      </w:pPr>
      <w:r>
        <w:t>بیٹھےبیٹھےمیںنےسوچاکہسبسےپہلےمجھےجاناچاہیےایکڈاکٹرکےپاس۔</w:t>
      </w:r>
    </w:p>
    <w:p>
      <w:r>
        <w:rPr>
          <w:b/>
        </w:rPr>
        <w:t xml:space="preserve">[2:02:00] </w:t>
      </w:r>
      <w:r>
        <w:t>doctor ke paas ja ke injection lagwaya mein ne, kyun ke lohe ki chot lagne wali chot lagi thi woh. to baat khatam ho gayi. ladta hoon mein to aap jante hain ke matlab breakdown hota.</w:t>
      </w:r>
    </w:p>
    <w:p>
      <w:pPr>
        <w:jc w:val="right"/>
      </w:pPr>
      <w:r>
        <w:t>ڈاکٹرکےپاسجاکےانجیکشنلگوایامیںنے،کیونکہلوہےکیچ وٹلگیچوٹلگیتھیوہ۔ توباتختمہوگئی۔ لڑتاہوںمیں تو آپجانتےہیںکہ مط لب بریکڈاؤنہوتا۔</w:t>
      </w:r>
    </w:p>
    <w:p>
      <w:r>
        <w:rPr>
          <w:b/>
        </w:rPr>
        <w:t xml:space="preserve">[2:02:13] </w:t>
      </w:r>
      <w:r>
        <w:t>breakdown hota. to kuch nahin, koi kuch aur karna nahin hai siwaye iske ke aap na karein. sab se bara karna yeh hai ke aap na karein.</w:t>
      </w:r>
    </w:p>
    <w:p>
      <w:pPr>
        <w:jc w:val="right"/>
      </w:pPr>
      <w:r>
        <w:t>بریکڈاؤنہوتا۔ تو کچھ نہیں،کوئی کچھ اور کرنانہیںہےسوائےاسکےکہآپنہکریں۔ سبسےبڑا کرنا یہہےکہآپنہکریں۔</w:t>
      </w:r>
    </w:p>
    <w:p>
      <w:r>
        <w:rPr>
          <w:b/>
        </w:rPr>
        <w:t xml:space="preserve">[2:02:25] </w:t>
      </w:r>
      <w:r>
        <w:t>sab se bari ladai yeh hai ke aap na ladein.</w:t>
      </w:r>
    </w:p>
    <w:p>
      <w:pPr>
        <w:jc w:val="right"/>
      </w:pPr>
      <w:r>
        <w:t>سبسےبڑیلڑائییہہےکہآپنہلڑیں۔</w:t>
      </w:r>
    </w:p>
    <w:p>
      <w:r>
        <w:rPr>
          <w:b/>
        </w:rPr>
        <w:t xml:space="preserve">[2:02:29] </w:t>
      </w:r>
      <w:r>
        <w:t>sab se bara bolna yeh hai ke aap na bolein.</w:t>
      </w:r>
    </w:p>
    <w:p>
      <w:pPr>
        <w:jc w:val="right"/>
      </w:pPr>
      <w:r>
        <w:t>سبسےبڑابولناہےکہآپنہبولیں۔</w:t>
      </w:r>
    </w:p>
    <w:p>
      <w:r>
        <w:rPr>
          <w:b/>
        </w:rPr>
        <w:t xml:space="preserve">[2:02:34] </w:t>
      </w:r>
      <w:r>
        <w:t>hadith mein aata hai ke "man samata naja". jo chup raha usne nijat pai. to kya hai? chup rehna bhi ek kaam hai. lekin log bolne ko kaam samajhte hain.</w:t>
      </w:r>
    </w:p>
    <w:p>
      <w:pPr>
        <w:jc w:val="right"/>
      </w:pPr>
      <w:r>
        <w:t>حدیثمیںآتاہےکہ"منصامت نجا" ۔جو چپرہااسنے نجاتپائی۔ توکیاہے؟ چپرہنابھیایککامہے۔ لیکن لوگبول نےکوکامسمجھتےہیں۔</w:t>
      </w:r>
    </w:p>
    <w:p>
      <w:r>
        <w:rPr>
          <w:b/>
        </w:rPr>
        <w:t xml:space="preserve">[2:02:46] </w:t>
      </w:r>
      <w:r>
        <w:t>to chup rehna sab se bara bolna hai. na ladna sab se bari ladai hai. takrao na karna sab se bara amal hai.</w:t>
      </w:r>
    </w:p>
    <w:p>
      <w:pPr>
        <w:jc w:val="right"/>
      </w:pPr>
      <w:r>
        <w:t>تو چپرہنا سبسےبڑابولناہے۔ نہلڑناسبسےبڑی لڑائیہے۔ ٹکراؤنہکرنا سبسےبڑا عمل ہے۔</w:t>
      </w:r>
    </w:p>
    <w:p>
      <w:r>
        <w:rPr>
          <w:b/>
        </w:rPr>
        <w:t xml:space="preserve">[2:02:56] </w:t>
      </w:r>
      <w:r>
        <w:t>isi raaz ko log jante nahin hain.</w:t>
      </w:r>
    </w:p>
    <w:p>
      <w:pPr>
        <w:jc w:val="right"/>
      </w:pPr>
      <w:r>
        <w:t>اسی رازکولوگجانتےنہیں۔</w:t>
      </w:r>
    </w:p>
    <w:p>
      <w:r>
        <w:rPr>
          <w:b/>
        </w:rPr>
        <w:t xml:space="preserve">[2:02:59] </w:t>
      </w:r>
      <w:r>
        <w:t>is raaz ko jaan lein to koi masla nahin zindagi mein zindagi bilkul asan ho jaye gi. bohat asan ho jaye gi.</w:t>
      </w:r>
    </w:p>
    <w:p>
      <w:pPr>
        <w:jc w:val="right"/>
      </w:pPr>
      <w:r>
        <w:t>اسرازکوجان لیںتو کوئیمسئلہہیزندگی میںزندگی بالکل آسانہوجائے۔ بہت آسانہوجائےگی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