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Importance of Marriage January 31, 2014</w:t>
      </w:r>
    </w:p>
    <w:p>
      <w:r>
        <w:t>https://youtu.be/hubJz4MyRn0</w:t>
      </w:r>
    </w:p>
    <w:p>
      <w:r>
        <w:rPr>
          <w:b/>
        </w:rPr>
        <w:t xml:space="preserve">[00:13] </w:t>
      </w:r>
      <w:r>
        <w:t>wa kaifa ta'khudhūnahu wa qad afḍā baʿḍukum ilā baʿḍin wa akhaḏtum minkum mīṯāqan qalīẓan? aur tum kis tarah is ko lo ge jab ke aik doosre se khidmat kar chuka hai aur woh tum se pakhta ehd le chuki hain?</w:t>
      </w:r>
    </w:p>
    <w:p>
      <w:pPr>
        <w:jc w:val="right"/>
      </w:pPr>
      <w:r>
        <w:t>وكيف تأخذونه وقد أفضى بعضكم إلى بعض وأخذت منكم ميثاقًا غليظًا؟ اور تم کس طرح اس کو لو گے جب کہ ایک دوسرے سے خدمت کر چکا ہے اور وہ تم سے پختہ عہد لے چکی ہیں؟</w:t>
      </w:r>
    </w:p>
    <w:p>
      <w:r>
        <w:rPr>
          <w:b/>
        </w:rPr>
        <w:t xml:space="preserve">[00:33] </w:t>
      </w:r>
      <w:r>
        <w:t>maulana, is ayat ki wazahat farmayein.</w:t>
      </w:r>
    </w:p>
    <w:p>
      <w:pPr>
        <w:jc w:val="right"/>
      </w:pPr>
      <w:r>
        <w:t>مولانا، اس آیت کی وضاحت فرمائیں۔</w:t>
      </w:r>
    </w:p>
    <w:p>
      <w:r>
        <w:rPr>
          <w:b/>
        </w:rPr>
        <w:t xml:space="preserve">[00:36] </w:t>
      </w:r>
      <w:r>
        <w:t>bismillah hir rehman nir rahim. quran ki is ayat mein</w:t>
      </w:r>
    </w:p>
    <w:p>
      <w:pPr>
        <w:jc w:val="right"/>
      </w:pPr>
      <w:r>
        <w:t>بسم اللہ الرحمن الرحیم۔ قرآن کی اس آیت میں</w:t>
      </w:r>
    </w:p>
    <w:p>
      <w:r>
        <w:rPr>
          <w:b/>
        </w:rPr>
        <w:t xml:space="preserve">[00:45] </w:t>
      </w:r>
      <w:r>
        <w:t>bataya gaya hai ke aik aurat aur aik mard ke darmiyan jo nikah hota hai, woh aik mithaq e ghaleez hota hai.</w:t>
      </w:r>
    </w:p>
    <w:p>
      <w:pPr>
        <w:jc w:val="right"/>
      </w:pPr>
      <w:r>
        <w:t>بتایا گیا ہے کہ ایک عورت اور ایک مرد کے درمیان جو نکاح ہوتا ہے، وہ ایک میثاقِ غلیظ ہوتا ہے۔</w:t>
      </w:r>
    </w:p>
    <w:p>
      <w:r>
        <w:rPr>
          <w:b/>
        </w:rPr>
        <w:t xml:space="preserve">[00:58] </w:t>
      </w:r>
      <w:r>
        <w:t>mithaq e ghaleez ka matlab hai pakhta ehd ya salim pledge.</w:t>
      </w:r>
    </w:p>
    <w:p>
      <w:pPr>
        <w:jc w:val="right"/>
      </w:pPr>
      <w:r>
        <w:t>میثاقِ غلیظ کا مطلب ہے پختہ عہد یا سالم پلج۔</w:t>
      </w:r>
    </w:p>
    <w:p>
      <w:r>
        <w:rPr>
          <w:b/>
        </w:rPr>
        <w:t xml:space="preserve">[01:08] </w:t>
      </w:r>
      <w:r>
        <w:t>dekhein, is ka matlab yeh nahi hai ke jo kaghaz likha jata hai nikah ke liye, jis ko kehte hain nikah nama, is ke mutabiq yeh mithaq e ghaleez hai.</w:t>
      </w:r>
    </w:p>
    <w:p>
      <w:pPr>
        <w:jc w:val="right"/>
      </w:pPr>
      <w:r>
        <w:t>دیکھیں، اس کا مطلب یہ نہیں ہے کہ جو کاغذ لکھا جاتا ہے نکاح کے لیے، جس کو کہتے ہیں نکاح نامہ، اس کے مطابق یہ میثاقِ غلیظ ہے۔</w:t>
      </w:r>
    </w:p>
    <w:p>
      <w:r>
        <w:rPr>
          <w:b/>
        </w:rPr>
        <w:t xml:space="preserve">[01:21] </w:t>
      </w:r>
      <w:r>
        <w:t>nahi, koi likha hua ehd nama is se murad nahi hai.</w:t>
      </w:r>
    </w:p>
    <w:p>
      <w:pPr>
        <w:jc w:val="right"/>
      </w:pPr>
      <w:r>
        <w:t>نہیں، کوئی لکھا ہوا عہد نامہ اس سے مراد نہیں ہے۔</w:t>
      </w:r>
    </w:p>
    <w:p>
      <w:r>
        <w:rPr>
          <w:b/>
        </w:rPr>
        <w:t xml:space="preserve">[01:31] </w:t>
      </w:r>
      <w:r>
        <w:t>tehriri ehd nama ke bajaye is se murad hai fitrat ka ehd nama. fitrat ka ehd nama. is ko kaha gaya hai mithaq e ghaleez.</w:t>
      </w:r>
    </w:p>
    <w:p>
      <w:pPr>
        <w:jc w:val="right"/>
      </w:pPr>
      <w:r>
        <w:t>تحریری عہد نامہ کے بجائے اس سے مراد ہے فطرت کا عہد نامہ۔ فطرت کا عہد نامہ۔ اس کو کہا گیا ہے میثاقِ غلیظ۔</w:t>
      </w:r>
    </w:p>
    <w:p>
      <w:r>
        <w:rPr>
          <w:b/>
        </w:rPr>
        <w:t xml:space="preserve">[01:45] </w:t>
      </w:r>
      <w:r>
        <w:t>kaghaz par likha hua ehd nama jo hai, woh to aik kaghazi cheez hai, lekin fitrat ka ehd nama barah e rast khaliq ka ehd nama hota hai.</w:t>
      </w:r>
    </w:p>
    <w:p>
      <w:pPr>
        <w:jc w:val="right"/>
      </w:pPr>
      <w:r>
        <w:t>کاغذ پر لکھا ہوا عہد نامہ جو ہے، وہ تو ایک کاغذی چیز ہے، لیکن فطرت کا عہد نامہ براہِ راست خالق کا عہد نامہ ہوتا ہے۔</w:t>
      </w:r>
    </w:p>
    <w:p>
      <w:r>
        <w:rPr>
          <w:b/>
        </w:rPr>
        <w:t xml:space="preserve">[02:00] </w:t>
      </w:r>
      <w:r>
        <w:t>is ke khilaf jane ka koi ta'mul nahi kar sakta.</w:t>
      </w:r>
    </w:p>
    <w:p>
      <w:pPr>
        <w:jc w:val="right"/>
      </w:pPr>
      <w:r>
        <w:t>اس کے خلاف جانے کا کوئی تعامل نہیں کر سکتا۔</w:t>
      </w:r>
    </w:p>
    <w:p>
      <w:r>
        <w:rPr>
          <w:b/>
        </w:rPr>
        <w:t xml:space="preserve">[02:09] </w:t>
      </w:r>
      <w:r>
        <w:t>aap is tarah ghore kijiye ke aurat aur mard dono aik doosre ke bohat hi zyada, yani</w:t>
      </w:r>
    </w:p>
    <w:p>
      <w:pPr>
        <w:jc w:val="right"/>
      </w:pPr>
      <w:r>
        <w:t>آپ اس طرح غور کیجیے کہ عورت اور مرد دونوں ایک دوسرے کے بہت ہی زیادہ، یعنی</w:t>
      </w:r>
    </w:p>
    <w:p>
      <w:r>
        <w:rPr>
          <w:b/>
        </w:rPr>
        <w:t xml:space="preserve">[02:19] </w:t>
      </w:r>
      <w:r>
        <w:t>jo quran mein hai ke min kulli shain khalaqna zawjain har cheez mein banaye gaye hain joda joda. to duniya mein har cheez joda joda hai,</w:t>
      </w:r>
    </w:p>
    <w:p>
      <w:pPr>
        <w:jc w:val="right"/>
      </w:pPr>
      <w:r>
        <w:t>جو قرآن میں ہے کہ مِنْ كُلِّ شْنَا زَوْجَانٍ ہر چیز میں بنائے گئے ہیں جوڑا جوڑا۔ تو دنیا میں ہر چیز جوڑا جوڑا ہے،</w:t>
      </w:r>
    </w:p>
    <w:p>
      <w:r>
        <w:rPr>
          <w:b/>
        </w:rPr>
        <w:t xml:space="preserve">[02:30] </w:t>
      </w:r>
      <w:r>
        <w:t>lekin aurat aur mard ka joda jo hai, woh sab se zyada aala joda hai. jitne, yani is is kainat mein jitne jode hain, jitne pairs hain,</w:t>
      </w:r>
    </w:p>
    <w:p>
      <w:pPr>
        <w:jc w:val="right"/>
      </w:pPr>
      <w:r>
        <w:t>لیکن عورت اور مرد کا جوڑا جو ہے، وہ سب سے زیادہ اعلیٰ جوڑا ہے۔ جتنے، یعنی اس اس کائنات میں جتنے جوڑے ہیں، جتنے پیئرز ہیں،</w:t>
      </w:r>
    </w:p>
    <w:p>
      <w:r>
        <w:rPr>
          <w:b/>
        </w:rPr>
        <w:t xml:space="preserve">[02:45] </w:t>
      </w:r>
      <w:r>
        <w:t>un sab se zyada</w:t>
      </w:r>
    </w:p>
    <w:p>
      <w:pPr>
        <w:jc w:val="right"/>
      </w:pPr>
      <w:r>
        <w:t>ان سب سے زیادہ</w:t>
      </w:r>
    </w:p>
    <w:p>
      <w:r>
        <w:rPr>
          <w:b/>
        </w:rPr>
        <w:t xml:space="preserve">[02:50] </w:t>
      </w:r>
      <w:r>
        <w:t>ooncha oonche qism ka pair, high qism ka pair hai aurat aur mard ka. to kya yeh ittefaq se ho gaya hai yeh?</w:t>
      </w:r>
    </w:p>
    <w:p>
      <w:pPr>
        <w:jc w:val="right"/>
      </w:pPr>
      <w:r>
        <w:t>اونچا اونچے قسم کا پیئر، ہائی قسم کا پیئر ہے عورت اور مرد کا۔ تو کیا یہ اتفاق سے ہو گیا ہے یہ؟</w:t>
      </w:r>
    </w:p>
    <w:p>
      <w:r>
        <w:rPr>
          <w:b/>
        </w:rPr>
        <w:t xml:space="preserve">[02:59] </w:t>
      </w:r>
      <w:r>
        <w:t>kya yeh ittefaqi baat hai ke aurat mard ke liye behtareen pair hai aur mard aurat ke liye behtareen pair hai? dono aik doosre ke liye bohat hi aala darje ke spouses hain.</w:t>
      </w:r>
    </w:p>
    <w:p>
      <w:pPr>
        <w:jc w:val="right"/>
      </w:pPr>
      <w:r>
        <w:t>کیا یہ اتفاقی بات ہے کہ عورت مرد کے لیے بہترین پیئر ہے اور مرد عورت کے لیے بہترین پیئر ہے؟ دونوں ایک دوسرے کے لیے بہت ہی اعلیٰ درجے کے اسپاؤز ہیں۔</w:t>
      </w:r>
    </w:p>
    <w:p>
      <w:r>
        <w:rPr>
          <w:b/>
        </w:rPr>
        <w:t xml:space="preserve">[03:12] </w:t>
      </w:r>
      <w:r>
        <w:t>kya yeh ittefaqan ho gaya hai? is khud creation plan ka aik bohat bara ishara hai</w:t>
      </w:r>
    </w:p>
    <w:p>
      <w:pPr>
        <w:jc w:val="right"/>
      </w:pPr>
      <w:r>
        <w:t>کیا یہ اتفاقاً ہو گیا ہے؟ اس خود کریشن پلان کا ایک بہت بڑا اشارہ ہے</w:t>
      </w:r>
    </w:p>
    <w:p>
      <w:r>
        <w:rPr>
          <w:b/>
        </w:rPr>
        <w:t xml:space="preserve">[03:24] </w:t>
      </w:r>
      <w:r>
        <w:t>ke Allah ne paida kiya dono ko ke aik doosre ke sath mil kar ke takhleeq ke maqsad ko poora karein.</w:t>
      </w:r>
    </w:p>
    <w:p>
      <w:pPr>
        <w:jc w:val="right"/>
      </w:pPr>
      <w:r>
        <w:t>کہ اللہ نے پیدا کیا دونوں کو کہ ایک دوسرے کے ساتھ مل کر کے تخلیق کے مقصد کو پورا کریں۔</w:t>
      </w:r>
    </w:p>
    <w:p>
      <w:r>
        <w:rPr>
          <w:b/>
        </w:rPr>
        <w:t xml:space="preserve">[03:36] </w:t>
      </w:r>
      <w:r>
        <w:t>yani aurat mard ke liye zooj ka kaam kare, mard aurat ke liye zooj ka kaam kare. dono ek doosre ke liye real sense mein pair ban jayen.</w:t>
      </w:r>
    </w:p>
    <w:p>
      <w:pPr>
        <w:jc w:val="right"/>
      </w:pPr>
      <w:r>
        <w:t>یعنی عورت مرد کے لیے زوج کا کام کرے، مرد عورت کے لیے زوج کا کام کرے۔ دونوں ایک دوسرے کے لیے ریئل سینس میں پیئر بن جائیں۔</w:t>
      </w:r>
    </w:p>
    <w:p>
      <w:r>
        <w:rPr>
          <w:b/>
        </w:rPr>
        <w:t xml:space="preserve">[03:50] </w:t>
      </w:r>
      <w:r>
        <w:t>to yeh saada baat nahi hai.</w:t>
      </w:r>
    </w:p>
    <w:p>
      <w:pPr>
        <w:jc w:val="right"/>
      </w:pPr>
      <w:r>
        <w:t>تو یہ سادہ بات نہیں ہے۔</w:t>
      </w:r>
    </w:p>
    <w:p>
      <w:r>
        <w:rPr>
          <w:b/>
        </w:rPr>
        <w:t xml:space="preserve">[03:54] </w:t>
      </w:r>
      <w:r>
        <w:t>yani jab ek aadmi, jab ek aurat ya mard dono ek doosre se nikah ke rishte mein judte hain, to goya ke woh khalique ke is plan ka mansooba ban gaye.</w:t>
      </w:r>
    </w:p>
    <w:p>
      <w:pPr>
        <w:jc w:val="right"/>
      </w:pPr>
      <w:r>
        <w:t>یعنی جب ایک آدمی، جب ایک عورت یا مرد دونوں ایک دوسرے سے نکاح کے رشتے میں جڑتے ہیں، تو گویا کہ وہ خالق کے اس اس پلان کا منصوبہ بن گئے۔</w:t>
      </w:r>
    </w:p>
    <w:p>
      <w:r>
        <w:rPr>
          <w:b/>
        </w:rPr>
        <w:t xml:space="preserve">[04:06] </w:t>
      </w:r>
      <w:r>
        <w:t>woh khalique ke is plan ka mansooba ban gaye jis mein yeh hai ke aurat aur mard mil kar ke ek koi, yani koi bara role ada karein.</w:t>
      </w:r>
    </w:p>
    <w:p>
      <w:pPr>
        <w:jc w:val="right"/>
      </w:pPr>
      <w:r>
        <w:t>وہ خالق کے اس پلان کا منصوبہ بن گئے جس میں یہ ہے کہ عورت اور مرد مل کر کے ایک کوئی، یعنی کوئی بڑا رول ادا کریں۔</w:t>
      </w:r>
    </w:p>
    <w:p>
      <w:r>
        <w:rPr>
          <w:b/>
        </w:rPr>
        <w:t xml:space="preserve">[04:21] </w:t>
      </w:r>
      <w:r>
        <w:t>to mera misaq-e-ghaleez se murad yahi hai, ahad-e-fitrat hai. yani jaise hi aap ne, jaise hi do shakhson ne, yani ek mard aur ek aurat ne mil kar nikah kiya, to foran hi woh un ka nikah ek ek salim pledge ban gaya apne aap mein.</w:t>
      </w:r>
    </w:p>
    <w:p>
      <w:pPr>
        <w:jc w:val="right"/>
      </w:pPr>
      <w:r>
        <w:t>تو میرا میثاقِ غلیظ سے مراد یہی ہے، عہدِ فطرت ہے۔ یعنی جیسے ہی آپ نے، جیسے ہی دو شخصوں نے، یعنی ایک مرد اور ایک عورت نے مل کر نکاح کیا، تو فوراً ہی وہ ان کا نکاح ایک ایک سالم پلج بن گیا اپنے آپ میں۔</w:t>
      </w:r>
    </w:p>
    <w:p>
      <w:r>
        <w:rPr>
          <w:b/>
        </w:rPr>
        <w:t xml:space="preserve">[04:46] </w:t>
      </w:r>
      <w:r>
        <w:t>nikah naame ki buniyad par nahi, woh apne aap mein salim pledge ban gaya. yani unhon ne khalique se yeh kaha ke jis maqsad ke tehat to ne yeh pair banaya hai,</w:t>
      </w:r>
    </w:p>
    <w:p>
      <w:pPr>
        <w:jc w:val="right"/>
      </w:pPr>
      <w:r>
        <w:t>نکاح نامے کی بنیاد پر نہیں، وہ اپنے آپ میں سالم پلج بن گیا۔ یعنی انہوں نے خالق سے یہ کہا کہ جس مقصد کے تحت تو نے یہ پیئر بنایا ہے،</w:t>
      </w:r>
    </w:p>
    <w:p>
      <w:r>
        <w:rPr>
          <w:b/>
        </w:rPr>
        <w:t xml:space="preserve">[05:00] </w:t>
      </w:r>
      <w:r>
        <w:t>is maqsad ke liye hum dono ek doosre ke saath hote hain, us ko poora karein ge.</w:t>
      </w:r>
    </w:p>
    <w:p>
      <w:pPr>
        <w:jc w:val="right"/>
      </w:pPr>
      <w:r>
        <w:t>اس مقصد کے لیے ہم دونوں ایک دوسرے کے ساتھ ہوتے ہیں، اس کو پورا کریں گے۔</w:t>
      </w:r>
    </w:p>
    <w:p>
      <w:r>
        <w:rPr>
          <w:b/>
        </w:rPr>
        <w:t xml:space="preserve">[05:10] </w:t>
      </w:r>
      <w:r>
        <w:t>yeh hai is ka pehlu.</w:t>
      </w:r>
    </w:p>
    <w:p>
      <w:pPr>
        <w:jc w:val="right"/>
      </w:pPr>
      <w:r>
        <w:t>یہ ہے اس کا پہلو۔</w:t>
      </w:r>
    </w:p>
    <w:p>
      <w:r>
        <w:rPr>
          <w:b/>
        </w:rPr>
        <w:t xml:space="preserve">[05:13] </w:t>
      </w:r>
      <w:r>
        <w:t>ab dekhiye, is mein sochne ki baat kya hai? sochne ki baat yeh hai ke jab aap ghor karein to aurat aur mard ke darmiyan differences hote hain.</w:t>
      </w:r>
    </w:p>
    <w:p>
      <w:pPr>
        <w:jc w:val="right"/>
      </w:pPr>
      <w:r>
        <w:t>اب دیکھیے، اس میں سوچنے کی بات کیا ہے؟ سوچنے کی بات یہ ہے کہ جب آپ غور کریں تو عورت اور مرد کے درمیان ڈیفرنسز ہوتے ہیں۔</w:t>
      </w:r>
    </w:p>
    <w:p>
      <w:r>
        <w:rPr>
          <w:b/>
        </w:rPr>
        <w:t xml:space="preserve">[05:26] </w:t>
      </w:r>
      <w:r>
        <w:t>maslan aurat emotional hoti hai, mard stoic hota hai.</w:t>
      </w:r>
    </w:p>
    <w:p>
      <w:pPr>
        <w:jc w:val="right"/>
      </w:pPr>
      <w:r>
        <w:t>مثلاً عورت ایموشنل ہوتی ہے، مرد سٹورن ہوتا ہے۔</w:t>
      </w:r>
    </w:p>
    <w:p>
      <w:r>
        <w:rPr>
          <w:b/>
        </w:rPr>
        <w:t xml:space="preserve">[05:34] </w:t>
      </w:r>
      <w:r>
        <w:t>yeh ek fitri baat hai.</w:t>
      </w:r>
    </w:p>
    <w:p>
      <w:pPr>
        <w:jc w:val="right"/>
      </w:pPr>
      <w:r>
        <w:t>یہ ایک فطری بات ہے۔</w:t>
      </w:r>
    </w:p>
    <w:p>
      <w:r>
        <w:rPr>
          <w:b/>
        </w:rPr>
        <w:t xml:space="preserve">[05:37] </w:t>
      </w:r>
      <w:r>
        <w:t>dono ke mizaj mein, dono ki soch mein, dono ke behavior mein fitri taur par difference hota hai.</w:t>
      </w:r>
    </w:p>
    <w:p>
      <w:pPr>
        <w:jc w:val="right"/>
      </w:pPr>
      <w:r>
        <w:t>دونوں کے مزاج میں، دونوں کی سوچ میں، دونوں کے بیہیویئر میں فطری طور پر ڈیفرنس ہوتا ہے۔</w:t>
      </w:r>
    </w:p>
    <w:p>
      <w:r>
        <w:rPr>
          <w:b/>
        </w:rPr>
        <w:t xml:space="preserve">[05:47] </w:t>
      </w:r>
      <w:r>
        <w:t>to jab aap misaq-e-ghaleez mein apne ko shareek karein to chahe aap ne likha ho ya na likha ho, apne aap yeh baat is mein shamil ho gayi ke aap ne is ko accept kiya.</w:t>
      </w:r>
    </w:p>
    <w:p>
      <w:pPr>
        <w:jc w:val="right"/>
      </w:pPr>
      <w:r>
        <w:t>تو جب آپ میثاقِ غلیظ میں اپنے کو شریک کریں تو چاہے آپ نے لکھا ہو یا نہ لکھا ہو، اپنے آپ یہ بات اس میں شامل ہو گئی کہ آپ نے اس کو ایکسیپٹ کیا۔</w:t>
      </w:r>
    </w:p>
    <w:p>
      <w:r>
        <w:rPr>
          <w:b/>
        </w:rPr>
        <w:t xml:space="preserve">[06:02] </w:t>
      </w:r>
      <w:r>
        <w:t>yani fitrat ke is naqshe ko accept kiya aap ne.</w:t>
      </w:r>
    </w:p>
    <w:p>
      <w:pPr>
        <w:jc w:val="right"/>
      </w:pPr>
      <w:r>
        <w:t>یعنی فطرت کے اس نقشے کو ایکسیپٹ کیا آپ نے۔</w:t>
      </w:r>
    </w:p>
    <w:p>
      <w:r>
        <w:rPr>
          <w:b/>
        </w:rPr>
        <w:t xml:space="preserve">[06:07] </w:t>
      </w:r>
      <w:r>
        <w:t>accept karne ka matlab kya hai? ke dono ne goya yeh baat kahi, chahe woh munh se bolein ya na bolein,</w:t>
      </w:r>
    </w:p>
    <w:p>
      <w:pPr>
        <w:jc w:val="right"/>
      </w:pPr>
      <w:r>
        <w:t>ایکسیپٹ کرنے کا مطلب کیا ہے؟ کہ دونوں نے گویا یہ بات کہی، چاہے وہ منہ سے بولیں یا نہ بولیں،</w:t>
      </w:r>
    </w:p>
    <w:p>
      <w:r>
        <w:rPr>
          <w:b/>
        </w:rPr>
        <w:t xml:space="preserve">[06:19] </w:t>
      </w:r>
      <w:r>
        <w:t>ke hum fitrat ke is mansoobe ko manenge. yani aapas mein agarche hamare darmiyan takhleeqi farq hai, is farq ki bina par hum aapas mein koi,</w:t>
      </w:r>
    </w:p>
    <w:p>
      <w:pPr>
        <w:jc w:val="right"/>
      </w:pPr>
      <w:r>
        <w:t>کہ ہم فطرت کے اس منصوبے کو مانیں گے۔ یعنی آپس میں اگرچہ ہمارے درمیان تخلیقی فرق ہے، اس فرق کی بنا پر ہم آپس میں کوئی،</w:t>
      </w:r>
    </w:p>
    <w:p>
      <w:r>
        <w:rPr>
          <w:b/>
        </w:rPr>
        <w:t xml:space="preserve">[06:38] </w:t>
      </w:r>
      <w:r>
        <w:t>is ko guzra banayenge. is ke bawajood hum ek doosre ke saath mil kar ke takhleeq ke maqsad ko poora karein ge.</w:t>
      </w:r>
    </w:p>
    <w:p>
      <w:pPr>
        <w:jc w:val="right"/>
      </w:pPr>
      <w:r>
        <w:t>اس کو گزرنے بنائیں گے۔ اس کے باوجود ہم ایک دوسرے کے ساتھ مل کر کے تخلیق کے مقصد کو پورا کریں گے۔</w:t>
      </w:r>
    </w:p>
    <w:p>
      <w:r>
        <w:rPr>
          <w:b/>
        </w:rPr>
        <w:t xml:space="preserve">[06:47] </w:t>
      </w:r>
      <w:r>
        <w:t>yeh duniya mein dekhiye, insaan ke aitbar se jo waqeyat hote hain, maslan family ka banna, society ka banna, qaum ka banna, jitne bhi waqeyat hain insaan ki nisbat se, is sab mein aurat aur mard dono shareek hote hain.</w:t>
      </w:r>
    </w:p>
    <w:p>
      <w:pPr>
        <w:jc w:val="right"/>
      </w:pPr>
      <w:r>
        <w:t>یہ دنیا میں دیکھیے، انسان کے اعتبار سے جو واقعات ہوتے ہیں، مثلاً فیملی کا بننا، سوسائٹی کا بننا، قوم کا بننا، جتنے بھی واقعات ہیں انسان کی نسبت سے، اس سب میں عورت اور مرد دونوں شریک ہوتے ہیں۔</w:t>
      </w:r>
    </w:p>
    <w:p>
      <w:r>
        <w:rPr>
          <w:b/>
        </w:rPr>
        <w:t xml:space="preserve">[07:04] </w:t>
      </w:r>
      <w:r>
        <w:t>kyun ke yeh to ek gaadi ke do pahiye hain, ek hi wahde ke do unit hain.</w:t>
      </w:r>
    </w:p>
    <w:p>
      <w:pPr>
        <w:jc w:val="right"/>
      </w:pPr>
      <w:r>
        <w:t>کیونکہ یہ تو ایک گاڑی کے دو پہیے ہیں، ایک ہی واحدے کے دو یونٹ ہیں۔</w:t>
      </w:r>
    </w:p>
    <w:p>
      <w:r>
        <w:rPr>
          <w:b/>
        </w:rPr>
        <w:t xml:space="preserve">[07:15] </w:t>
      </w:r>
      <w:r>
        <w:t>to khalique ne ek مخصوص mansoobe ke tehat aurat ko aur mard ko ba-sabab pair ke paida kiya hai, ba-sabab jode ke.</w:t>
      </w:r>
    </w:p>
    <w:p>
      <w:pPr>
        <w:jc w:val="right"/>
      </w:pPr>
      <w:r>
        <w:t>تو خالق نے ایک مخصوص منصوبے کے تحت عورت کو اور مرد کو بطور پیئر کے پیدا کیا ہے، بطور جوڑے کے۔</w:t>
      </w:r>
    </w:p>
    <w:p>
      <w:r>
        <w:rPr>
          <w:b/>
        </w:rPr>
        <w:t xml:space="preserve">[07:28] </w:t>
      </w:r>
      <w:r>
        <w:t>to jis jab aadmi, jab koi aurat ya mard nikah mein ek doosre se judte hain, usi waqt unhon ne misaq-e-ghaleez kar liya,</w:t>
      </w:r>
    </w:p>
    <w:p>
      <w:pPr>
        <w:jc w:val="right"/>
      </w:pPr>
      <w:r>
        <w:t>تو جس جب آدمی، جب کوئی عورت یا مرد نکاح میں ایک دوسرے سے جڑتے ہیں، اسی وقت انہوں نے میثاقِ غلیظ کر لیا،</w:t>
      </w:r>
    </w:p>
    <w:p>
      <w:r>
        <w:rPr>
          <w:b/>
        </w:rPr>
        <w:t xml:space="preserve">[07:41] </w:t>
      </w:r>
      <w:r>
        <w:t>ek salim page le liya unhon ne.</w:t>
      </w:r>
    </w:p>
    <w:p>
      <w:pPr>
        <w:jc w:val="right"/>
      </w:pPr>
      <w:r>
        <w:t>ایک سالم پیج لے لیا انہوں نے۔</w:t>
      </w:r>
    </w:p>
    <w:p>
      <w:r>
        <w:rPr>
          <w:b/>
        </w:rPr>
        <w:t xml:space="preserve">[07:45] </w:t>
      </w:r>
      <w:r>
        <w:t>unhon ne goya yeh baat keh di ba-zaban-e-haal ke hum khalique ke mansoobe ko mante hain, is ke mutabiq hum duniya mein rahenge aur jo ta'meeri role hum se maqsood hai, us ta'meeri role ko hum ada karein ge.</w:t>
      </w:r>
    </w:p>
    <w:p>
      <w:pPr>
        <w:jc w:val="right"/>
      </w:pPr>
      <w:r>
        <w:t>انہوں نے گویا یہ بات کہہ دی بزبانِ حال کہ ہم خالق کے منصوبے کو مانتے ہیں، اس کے مطابق ہم دنیا میں رہیں گے اور جو تعمری رول ہم سے مقصود ہے، اس تعمری رول کو ہم ادا کریں گے۔</w:t>
      </w:r>
    </w:p>
    <w:p>
      <w:r>
        <w:rPr>
          <w:b/>
        </w:rPr>
        <w:t xml:space="preserve">[08:07] </w:t>
      </w:r>
      <w:r>
        <w:t>yeh bohat hi serious baat hai.</w:t>
      </w:r>
    </w:p>
    <w:p>
      <w:pPr>
        <w:jc w:val="right"/>
      </w:pPr>
      <w:r>
        <w:t>یہ بہت ہی سیریس بات ہے۔</w:t>
      </w:r>
    </w:p>
    <w:p>
      <w:r>
        <w:rPr>
          <w:b/>
        </w:rPr>
        <w:t xml:space="preserve">[08:11] </w:t>
      </w:r>
      <w:r>
        <w:t>is ko doosre angle se agar aap dekhein to hum yeh keh sakte hain ke insaan is duniya mein paida kiya gaya hai test ke liye.</w:t>
      </w:r>
    </w:p>
    <w:p>
      <w:pPr>
        <w:jc w:val="right"/>
      </w:pPr>
      <w:r>
        <w:t>اس کو دوسرے اینگل سے اگر آپ دیکھیں تو ہم یہ کہہ سکتے ہیں کہ انسان اس دنیا میں پیدا کیا گیا ہے ٹیسٹ کے لیے۔</w:t>
      </w:r>
    </w:p>
    <w:p>
      <w:r>
        <w:rPr>
          <w:b/>
        </w:rPr>
        <w:t xml:space="preserve">[08:21] </w:t>
      </w:r>
      <w:r>
        <w:t>yeh hum dunya daar imtehan hai aur har aadmi haalat imtehan mein hai. har aadmi ke paas ek test paper hai, har aadmi ke paas.</w:t>
      </w:r>
    </w:p>
    <w:p>
      <w:pPr>
        <w:jc w:val="right"/>
      </w:pPr>
      <w:r>
        <w:t>یہ ہم دنیا دار الامتحان ہے اور ہر آدمی حالت امتحان میں ہے۔ ہر آدمی کے پاس ایک ٹیسٹ پیپر ہے، ہر آدمی کے پاس۔</w:t>
      </w:r>
    </w:p>
    <w:p>
      <w:r>
        <w:rPr>
          <w:b/>
        </w:rPr>
        <w:t xml:space="preserve">[08:33] </w:t>
      </w:r>
      <w:r>
        <w:t>is mein kuch cheezein us ki zimmedari ke taur par likhi hui hain.</w:t>
      </w:r>
    </w:p>
    <w:p>
      <w:pPr>
        <w:jc w:val="right"/>
      </w:pPr>
      <w:r>
        <w:t>اس میں کچھ چیزیں اس کی ذمہ داری کے طور پر لکھی ہوئی ہیں۔</w:t>
      </w:r>
    </w:p>
    <w:p>
      <w:r>
        <w:rPr>
          <w:b/>
        </w:rPr>
        <w:t xml:space="preserve">[08:39] </w:t>
      </w:r>
      <w:r>
        <w:t>paida hote hi aadmi ke paas ek test paper ho jata hai. mislan paida hua to us ke maa baap thay, to us par maa baap ka haq us mein likh gaya us ke kaghaz mein.</w:t>
      </w:r>
    </w:p>
    <w:p>
      <w:pPr>
        <w:jc w:val="right"/>
      </w:pPr>
      <w:r>
        <w:t>پیدا ہوتے ہی آدمی کے پاس ایک ٹیسٹ پیپر ہو جاتا ہے۔ مثلاً پیدا ہوا تو اس کے ماں باپ تھے، تو اس پر ماں باپ کا حق اس میں لکھ گیا اس کے کاغذ میں۔</w:t>
      </w:r>
    </w:p>
    <w:p>
      <w:r>
        <w:rPr>
          <w:b/>
        </w:rPr>
        <w:t xml:space="preserve">[08:52] </w:t>
      </w:r>
      <w:r>
        <w:t>us ke behan bhai thay, to us pe likh gaya. us ke parosi thay. yaani jo jo paida hote hi kai zimmedariyan us ke test paper mein likh gayeen.</w:t>
      </w:r>
    </w:p>
    <w:p>
      <w:pPr>
        <w:jc w:val="right"/>
      </w:pPr>
      <w:r>
        <w:t>اس کے بہن بھائی تھے، تو اس پہ لکھ گیا۔ اس کے پڑوسی تھے۔ یعنی جو جو پیدا ہوتے ہی کئی ذمہ داریاں اس کے ٹیسٹ پیپر میں لکھ گئیں۔</w:t>
      </w:r>
    </w:p>
    <w:p>
      <w:r>
        <w:rPr>
          <w:b/>
        </w:rPr>
        <w:t xml:space="preserve">[09:05] </w:t>
      </w:r>
      <w:r>
        <w:t>woh chahe ya na chahe, woh likh gayeen. woh</w:t>
      </w:r>
    </w:p>
    <w:p>
      <w:pPr>
        <w:jc w:val="right"/>
      </w:pPr>
      <w:r>
        <w:t>وہ چاہے یا نہ چاہے، وہ لکھ گئیں۔ وہ</w:t>
      </w:r>
    </w:p>
    <w:p>
      <w:r>
        <w:rPr>
          <w:b/>
        </w:rPr>
        <w:t xml:space="preserve">[09:11] </w:t>
      </w:r>
      <w:r>
        <w:t>to is tarah se har aadmi ke paas ek test paper hai jis mein kuch zimmedariyan likhi hui hain already.</w:t>
      </w:r>
    </w:p>
    <w:p>
      <w:pPr>
        <w:jc w:val="right"/>
      </w:pPr>
      <w:r>
        <w:t>تو اس طرح سے ہر آدمی کے پاس ایک ٹیسٹ پیپر ہے جس میں کچھ ذمہ داریاں لکھی ہوئی ہیں الریڈی۔</w:t>
      </w:r>
    </w:p>
    <w:p>
      <w:r>
        <w:rPr>
          <w:b/>
        </w:rPr>
        <w:t xml:space="preserve">[09:21] </w:t>
      </w:r>
      <w:r>
        <w:t>ab ab jab aadmi, ek aurat aur mard jab nikah karte hain, to is ka matlab kya hua? is ka matlab hai ke dono ne apne test paper mein ek aur item ka izafa kar liya.</w:t>
      </w:r>
    </w:p>
    <w:p>
      <w:pPr>
        <w:jc w:val="right"/>
      </w:pPr>
      <w:r>
        <w:t>اب اب جب آدمی، ایک عورت اور مرد جب نکاح کرتے ہیں، تو اس کا مطلب کیا ہوا؟ اس کا مطلب ہے کہ دونوں نے اپنے ٹیسٹ پیپر میں ایک اور آر ٹی ایم کا اضافہ کر لیا۔</w:t>
      </w:r>
    </w:p>
    <w:p>
      <w:r>
        <w:rPr>
          <w:b/>
        </w:rPr>
        <w:t xml:space="preserve">[09:34] </w:t>
      </w:r>
      <w:r>
        <w:t>ek aur item ka. yaani un ke test paper mein jo pehle un ke paas thay, us mein jo item thay, woh to thay hi.</w:t>
      </w:r>
    </w:p>
    <w:p>
      <w:pPr>
        <w:jc w:val="right"/>
      </w:pPr>
      <w:r>
        <w:t>ایک اور آئٹم کا۔ یعنی ان کے ٹیسٹ پیپر میں جو پہلے ان کے پاس تھے، اس میں جو آئٹم تھے، وہ تو تھے ہی۔</w:t>
      </w:r>
    </w:p>
    <w:p>
      <w:r>
        <w:rPr>
          <w:b/>
        </w:rPr>
        <w:t xml:space="preserve">[09:46] </w:t>
      </w:r>
      <w:r>
        <w:t>ab un ke test paper mein ek aur item ka izafa ho gaya ke woh, yaani aurat aur mard dono mil kar ke takhleeqi mansoobe ke mutabiq zindagi guzaren ge.</w:t>
      </w:r>
    </w:p>
    <w:p>
      <w:pPr>
        <w:jc w:val="right"/>
      </w:pPr>
      <w:r>
        <w:t>اب ان کے ٹیسٹ پیپر میں ایک اور آئٹم کا اضافہ ہو گیا کہ وہ، یعنی عورت اور مرد دونوں مل کر کے تخلیقی منصوبے کے مطابق زندگی گزاریں گے۔</w:t>
      </w:r>
    </w:p>
    <w:p>
      <w:r>
        <w:rPr>
          <w:b/>
        </w:rPr>
        <w:t xml:space="preserve">[10:03] </w:t>
      </w:r>
      <w:r>
        <w:t>takhleeqi mansoobe ke mutabiq woh ek doosre counterpart banen ge. woh zindagi ke do pehye banen ge. jaise hadees mein aata hai ke nisaa shiqaaq al-rijal is ka matlab hai ke aurat aur mard dono ek doosre ka nafs hain.</w:t>
      </w:r>
    </w:p>
    <w:p>
      <w:pPr>
        <w:jc w:val="right"/>
      </w:pPr>
      <w:r>
        <w:t>تخلیقی منصوبے کے مطابق وہ ایک دوسرے کاؤنٹر پارٹ بنیں گے۔ وہ زندگی کے دو پہیے بنیں گے۔ جیسے حدیث میں آتا ہے کہ النساء شقاق الرجال اس کا مطلب ہے کہ عورت اور مرد دونوں ایک دوسرے کا نصف ہیں۔</w:t>
      </w:r>
    </w:p>
    <w:p>
      <w:r>
        <w:rPr>
          <w:b/>
        </w:rPr>
        <w:t xml:space="preserve">[10:24] </w:t>
      </w:r>
      <w:r>
        <w:t>yaani men and women are two equal halves of a single unit yeh takhleeq-e-nafs hai.</w:t>
      </w:r>
    </w:p>
    <w:p>
      <w:pPr>
        <w:jc w:val="right"/>
      </w:pPr>
      <w:r>
        <w:t>یعنی men and women are two equal halves of a single unit یہ تخلیق نفس ہے۔</w:t>
      </w:r>
    </w:p>
    <w:p>
      <w:r>
        <w:rPr>
          <w:b/>
        </w:rPr>
        <w:t xml:space="preserve">[10:34] </w:t>
      </w:r>
      <w:r>
        <w:t>to ek test paper mein dono ke ek item mein likh gaya. is ka matlab kya hua? ke aap ke sath jo do farishtay maujood hain, aap ka, aap ki har baat record karne ke liye,</w:t>
      </w:r>
    </w:p>
    <w:p>
      <w:pPr>
        <w:jc w:val="right"/>
      </w:pPr>
      <w:r>
        <w:t>تو ایک ٹیسٹ پیپر میں دونوں کے ایک آئٹم میں لکھ گیا۔ اس کا مطلب کیا ہوا؟ کہ آپ کے ساتھ جو دو فرشتے موجود ہیں، آپ کا، آپ کی ہر بات ریکارڈ کرنے کے لیے،</w:t>
      </w:r>
    </w:p>
    <w:p>
      <w:r>
        <w:rPr>
          <w:b/>
        </w:rPr>
        <w:t xml:space="preserve">[10:54] </w:t>
      </w:r>
      <w:r>
        <w:t>to un ko aap ne ek aur item bhi de ke is aitbaar se bhi jaanchu. hum ko is aitbaar se bhi jaanchu.</w:t>
      </w:r>
    </w:p>
    <w:p>
      <w:pPr>
        <w:jc w:val="right"/>
      </w:pPr>
      <w:r>
        <w:t>تو ان کو آپ نے ایک اور آئٹم بھی دے کے اس اعتبار سے بھی جانچو۔ ہم کو اس اعتبار سے بھی جانچو۔</w:t>
      </w:r>
    </w:p>
    <w:p>
      <w:r>
        <w:rPr>
          <w:b/>
        </w:rPr>
        <w:t xml:space="preserve">[11:04] </w:t>
      </w:r>
      <w:r>
        <w:t>to kitna serious hai yeh baat</w:t>
      </w:r>
    </w:p>
    <w:p>
      <w:pPr>
        <w:jc w:val="right"/>
      </w:pPr>
      <w:r>
        <w:t>تو کتنا سیریس ہے یہ بات</w:t>
      </w:r>
    </w:p>
    <w:p>
      <w:r>
        <w:rPr>
          <w:b/>
        </w:rPr>
        <w:t xml:space="preserve">[11:09] </w:t>
      </w:r>
      <w:r>
        <w:t>ke jab aap aurat ya mard agar ek doosre ke sath woh sulook karen jo fitrat ke naqshe mein matloob nahi hai,</w:t>
      </w:r>
    </w:p>
    <w:p>
      <w:pPr>
        <w:jc w:val="right"/>
      </w:pPr>
      <w:r>
        <w:t>کہ جب آپ عورت یا مرد اگر ایک دوسرے کے ساتھ وہ سلوک کریں جو فطرت کے نقشے میں مطلوب نہیں ہے،</w:t>
      </w:r>
    </w:p>
    <w:p>
      <w:r>
        <w:rPr>
          <w:b/>
        </w:rPr>
        <w:t xml:space="preserve">[11:24] </w:t>
      </w:r>
      <w:r>
        <w:t>to unhon ne farishton ko mauqa diya ke woh test paper ke is item mein un ke khilaf negative remark likhen.</w:t>
      </w:r>
    </w:p>
    <w:p>
      <w:pPr>
        <w:jc w:val="right"/>
      </w:pPr>
      <w:r>
        <w:t>تو انہوں نے فرشتوں کو موقع دیا کہ وہ ٹیسٹ پیپر کے اس آئٹم میں ان کے خلاف نیگیٹیو ریمارک لکھیں۔</w:t>
      </w:r>
    </w:p>
    <w:p>
      <w:r>
        <w:rPr>
          <w:b/>
        </w:rPr>
        <w:t xml:space="preserve">[11:33] </w:t>
      </w:r>
      <w:r>
        <w:t>to kitna serious baat hai yeh? kitna serious baat hai? to goya shadi karna koi saada baat nahi hai.</w:t>
      </w:r>
    </w:p>
    <w:p>
      <w:pPr>
        <w:jc w:val="right"/>
      </w:pPr>
      <w:r>
        <w:t>تو کتنا سیریس بات ہے یہ؟ کتنا سیریس بات ہے؟ تو گویا شادی کرنا کوئی سادہ بات نہیں ہے۔</w:t>
      </w:r>
    </w:p>
    <w:p>
      <w:r>
        <w:rPr>
          <w:b/>
        </w:rPr>
        <w:t xml:space="preserve">[11:44] </w:t>
      </w:r>
      <w:r>
        <w:t>apne test paper mein ek naye test item ka izafa karna hai.</w:t>
      </w:r>
    </w:p>
    <w:p>
      <w:pPr>
        <w:jc w:val="right"/>
      </w:pPr>
      <w:r>
        <w:t>اپنے ٹیسٹ پیپر میں ایک نئے ٹیسٹ آئٹم کا اضافہ کرنا ہے۔</w:t>
      </w:r>
    </w:p>
    <w:p>
      <w:r>
        <w:rPr>
          <w:b/>
        </w:rPr>
        <w:t xml:space="preserve">[11:55] </w:t>
      </w:r>
      <w:r>
        <w:t>apne test paper mein ek naye test item ka izafa karna hai.</w:t>
      </w:r>
    </w:p>
    <w:p>
      <w:pPr>
        <w:jc w:val="right"/>
      </w:pPr>
      <w:r>
        <w:t>اپنے ٹیسٹ پیپر میں ایک نئے ٹیسٹ آئٹم کا اضافہ کرنا ہے۔</w:t>
      </w:r>
    </w:p>
    <w:p>
      <w:r>
        <w:rPr>
          <w:b/>
        </w:rPr>
        <w:t xml:space="preserve">[12:01] </w:t>
      </w:r>
      <w:r>
        <w:t>to aadmi ko bohat ziyada, aadmi ko chahiye ke bohat ziyada is maamle mein bahoosh ho, bohat ziyada serious ho, bohat hi sincerely is ko le.</w:t>
      </w:r>
    </w:p>
    <w:p>
      <w:pPr>
        <w:jc w:val="right"/>
      </w:pPr>
      <w:r>
        <w:t>تو آدمی کو بہت زیادہ، آدمی کو چاہیے کہ بہت زیادہ اس معاملے میں باہوش ہو، بہت زیادہ سیریس ہو، بہت ہی سنسیرلی اس کو لے۔</w:t>
      </w:r>
    </w:p>
    <w:p>
      <w:r>
        <w:rPr>
          <w:b/>
        </w:rPr>
        <w:t xml:space="preserve">[12:14] </w:t>
      </w:r>
      <w:r>
        <w:t>is ka doosra pehlu kya hai? ke shadi se pehle dono ka maamla apna apna maamla tha. yaani mard ka apna maamla, aurat ka apna maamla.</w:t>
      </w:r>
    </w:p>
    <w:p>
      <w:pPr>
        <w:jc w:val="right"/>
      </w:pPr>
      <w:r>
        <w:t>اس کا دوسرا پہلو کیا ہے؟ کہ شادی سے پہلے دونوں کا معاملہ اپنا اپنا معاملہ تھا۔ یعنی مرد کا اپنا معاملہ، عورت کا اپنا معاملہ۔</w:t>
      </w:r>
    </w:p>
    <w:p>
      <w:r>
        <w:rPr>
          <w:b/>
        </w:rPr>
        <w:t xml:space="preserve">[12:27] </w:t>
      </w:r>
      <w:r>
        <w:t>shadi ke baad jab woh misaaq-e-ghaleez mein shamil ho gaye to dono ka maamla khalq ka maamla ban gaya.</w:t>
      </w:r>
    </w:p>
    <w:p>
      <w:pPr>
        <w:jc w:val="right"/>
      </w:pPr>
      <w:r>
        <w:t>شادی کے بعد جب وہ میثاقِ غلیظ میں شامل ہو گئے تو دونوں کا معاملہ خالق کا معاملہ بن گیا۔</w:t>
      </w:r>
    </w:p>
    <w:p>
      <w:r>
        <w:rPr>
          <w:b/>
        </w:rPr>
        <w:t xml:space="preserve">[12:37] </w:t>
      </w:r>
      <w:r>
        <w:t>dono ka maamla Khuda ka maamla ban gaya. kaisi ajeeb baat hai? ab aap agar koi bhi baat karen, mislan aap shadi ke baad dono se koi fareeq kahe ke mujhe divorce chahiye,</w:t>
      </w:r>
    </w:p>
    <w:p>
      <w:pPr>
        <w:jc w:val="right"/>
      </w:pPr>
      <w:r>
        <w:t>دونوں کا معاملہ خدا کا معاملہ بن گیا۔ کیسی عجیب بات ہے؟ اب آپ اگر کوئی بھی بات کریں، مثلاً آپ شادی کے بعد دونوں سے کوئی فریق کہے کہ مجھے ڈائیورس چاہیے،</w:t>
      </w:r>
    </w:p>
    <w:p>
      <w:r>
        <w:rPr>
          <w:b/>
        </w:rPr>
        <w:t xml:space="preserve">[12:54] </w:t>
      </w:r>
      <w:r>
        <w:t>to aap ko apne aap ko justify karna parega Khuda ke samne. to serious baat hai yeh. yaani shadi ke baad agar aap kuch bhi karen, mard aurat ke khilaf, aurat mard ke khilaf, kuch bhi karen,</w:t>
      </w:r>
    </w:p>
    <w:p>
      <w:pPr>
        <w:jc w:val="right"/>
      </w:pPr>
      <w:r>
        <w:t>تو آپ کو اپنے آپ کو جسٹیفائی کرنا پڑے گا خدا کے سامنے۔ تو سیریس بات ہے یہ۔ یعنی شادی کے بعد اگر آپ کچھ بھی کریں، مرد عورت کے خلاف، عورت مرد کے خلاف، کچھ بھی کریں،</w:t>
      </w:r>
    </w:p>
    <w:p>
      <w:r>
        <w:rPr>
          <w:b/>
        </w:rPr>
        <w:t xml:space="preserve">[13:15] </w:t>
      </w:r>
      <w:r>
        <w:t>mislan woh divorce ki baat hai, mislan woh huqooq ke naam par ek doosre ke khilaf larai karen,</w:t>
      </w:r>
    </w:p>
    <w:p>
      <w:pPr>
        <w:jc w:val="right"/>
      </w:pPr>
      <w:r>
        <w:t>مثلاً وہ ڈائیورس کی بات ہے، مثلاً وہ حقوق کے نام پر ایک دوسرے کے خلاف لڑائی کریں،</w:t>
      </w:r>
    </w:p>
    <w:p>
      <w:r>
        <w:rPr>
          <w:b/>
        </w:rPr>
        <w:t xml:space="preserve">[13:22] </w:t>
      </w:r>
      <w:r>
        <w:t>misalan aik doosre ke khilaaf woh shikayat likh khare ho jayen, misalan aik doosre ke khilaaf woh negative ho jayen, aik doosre ke khilaaf, yani character assesses karne lagen, kuch bhi karen,</w:t>
      </w:r>
    </w:p>
    <w:p>
      <w:pPr>
        <w:jc w:val="right"/>
      </w:pPr>
      <w:r>
        <w:t>مثلاً ایک دوسرے کے خلاف وہ شکایت لکھ کھڑے ہو جائیں، مثلاً ایک دوسرے کے خلاف وہ نیگیٹیو ہو جائیں، ایک دوسرے کے خلاف، یعنی کریکٹر اسیسز کرنے لگیں، کچھ بھی کریں،</w:t>
      </w:r>
    </w:p>
    <w:p>
      <w:r>
        <w:rPr>
          <w:b/>
        </w:rPr>
        <w:t xml:space="preserve">[13:37] </w:t>
      </w:r>
      <w:r>
        <w:t>to woh sara ka sara mamla aap</w:t>
      </w:r>
    </w:p>
    <w:p>
      <w:pPr>
        <w:jc w:val="right"/>
      </w:pPr>
      <w:r>
        <w:t>تو وہ سارا کا سارا معاملہ آپ</w:t>
      </w:r>
    </w:p>
    <w:p>
      <w:r>
        <w:rPr>
          <w:b/>
        </w:rPr>
        <w:t xml:space="preserve">[13:42] </w:t>
      </w:r>
      <w:r>
        <w:t>zawjan warasul guard ban gaya. bohat serious baat thi yeh. yani shadi se pehle dono ka mamla apna apna tha, apna apna.</w:t>
      </w:r>
    </w:p>
    <w:p>
      <w:pPr>
        <w:jc w:val="right"/>
      </w:pPr>
      <w:r>
        <w:t>زوجان ورسل گارڈ بن گیا۔ بہت سیریس بات تھی یہ۔ یعنی شادی سے پہلے دونوں کا معاملہ اپنا اپنا تھا، اپنا اپنا۔</w:t>
      </w:r>
    </w:p>
    <w:p>
      <w:r>
        <w:rPr>
          <w:b/>
        </w:rPr>
        <w:t xml:space="preserve">[13:53] </w:t>
      </w:r>
      <w:r>
        <w:t>aurat ka mamla apna, mard ka mamla apna.</w:t>
      </w:r>
    </w:p>
    <w:p>
      <w:pPr>
        <w:jc w:val="right"/>
      </w:pPr>
      <w:r>
        <w:t>عورت کا معاملہ اپنا، مرد کا معاملہ اپنا۔</w:t>
      </w:r>
    </w:p>
    <w:p>
      <w:r>
        <w:rPr>
          <w:b/>
        </w:rPr>
        <w:t xml:space="preserve">[14:00] </w:t>
      </w:r>
      <w:r>
        <w:t>lekin shadi ke baad jab dono aik rishte mein jud gaye to woh misaq-e-ghaleez waqe ho gaya. tab dono ka mamla zawjan warasul guard ho gaya.</w:t>
      </w:r>
    </w:p>
    <w:p>
      <w:pPr>
        <w:jc w:val="right"/>
      </w:pPr>
      <w:r>
        <w:t>لیکن شادی کے بعد جب دونوں ایک رشتے میں جڑ گئے تو وہ میثاقِ غلیظ واقع ہو گیا۔ تب دونوں کا معاملہ زوجان ورسل گارڈ ہو گیا۔</w:t>
      </w:r>
    </w:p>
    <w:p>
      <w:r>
        <w:rPr>
          <w:b/>
        </w:rPr>
        <w:t xml:space="preserve">[14:13] </w:t>
      </w:r>
      <w:r>
        <w:t>yani zawjan mukabil-e-Khuda.</w:t>
      </w:r>
    </w:p>
    <w:p>
      <w:pPr>
        <w:jc w:val="right"/>
      </w:pPr>
      <w:r>
        <w:t>یعنی زوجان بمقابلہ خدا۔</w:t>
      </w:r>
    </w:p>
    <w:p>
      <w:r>
        <w:rPr>
          <w:b/>
        </w:rPr>
        <w:t xml:space="preserve">[14:22] </w:t>
      </w:r>
      <w:r>
        <w:t>to dekhiye, agar aadmi yeh soche, agar aadmi yeh soche to bohat zyada serious ho jaye shadi ke mamle mein. nikah ke mamle mein woh bohat zyada serious ho jaye.</w:t>
      </w:r>
    </w:p>
    <w:p>
      <w:pPr>
        <w:jc w:val="right"/>
      </w:pPr>
      <w:r>
        <w:t>تو دیکھیے، اگر آدمی یہ سوچے، اگر آدمی یہ سوچے تو بہت زیادہ سیریس ہو جائے شادی کے معاملے میں۔ نکاح کے معاملے میں وہ بہت زیادہ سیریس ہو جائے۔</w:t>
      </w:r>
    </w:p>
    <w:p>
      <w:r>
        <w:rPr>
          <w:b/>
        </w:rPr>
        <w:t xml:space="preserve">[14:40] </w:t>
      </w:r>
      <w:r>
        <w:t>iska matlab yeh hua ke usooli taur par nikah aik final rishta hai. nikah ke baad second thoughten aana chahiye aap ke andar.</w:t>
      </w:r>
    </w:p>
    <w:p>
      <w:pPr>
        <w:jc w:val="right"/>
      </w:pPr>
      <w:r>
        <w:t>اس کا مطلب یہ ہوا کہ اصولی طور پر نکاح ایک فائنل رشتہ ہے۔ نکاح کے بعد سیکنڈ تھاٹیں آنا چاہیے آپ کے اندر۔</w:t>
      </w:r>
    </w:p>
    <w:p>
      <w:r>
        <w:rPr>
          <w:b/>
        </w:rPr>
        <w:t xml:space="preserve">[14:51] </w:t>
      </w:r>
      <w:r>
        <w:t>nikah aik final rishta hai. nikah ke baad dono mein se kisi ka andar second thoughten aana chahiye. kyunke agar dono mein se kisi aik ka andar second thought aa raha hai, separation ki baat aa rahi hai,</w:t>
      </w:r>
    </w:p>
    <w:p>
      <w:pPr>
        <w:jc w:val="right"/>
      </w:pPr>
      <w:r>
        <w:t>نکاح ایک فائنل رشتہ ہے۔ نکاح کے بعد دونوں میں سے کسی کا اندر سیکنڈ تھاٹیں آنا چاہیے۔ کیونکہ اگر دونوں میں سے کسی ایک کا اندر سیکنڈ تھاٹ آ رہا ہے، سیپریشن کی بات آ رہی ہے،</w:t>
      </w:r>
    </w:p>
    <w:p>
      <w:r>
        <w:rPr>
          <w:b/>
        </w:rPr>
        <w:t xml:space="preserve">[15:07] </w:t>
      </w:r>
      <w:r>
        <w:t>to woh doosre ke liye problem create kar raha hai.</w:t>
      </w:r>
    </w:p>
    <w:p>
      <w:pPr>
        <w:jc w:val="right"/>
      </w:pPr>
      <w:r>
        <w:t>تو وہ دوسرے کے لیے پرابلم کریٹ کر رہا ہے۔</w:t>
      </w:r>
    </w:p>
    <w:p>
      <w:r>
        <w:rPr>
          <w:b/>
        </w:rPr>
        <w:t xml:space="preserve">[15:11] </w:t>
      </w:r>
      <w:r>
        <w:t>jo aadmi mang kar raha hai ke mujhe separation chahiye, jo dono mein se jo partner separation ki mang kar raha hai, woh doosre ke liye problem create kar raha hai.</w:t>
      </w:r>
    </w:p>
    <w:p>
      <w:pPr>
        <w:jc w:val="right"/>
      </w:pPr>
      <w:r>
        <w:t>جو آدمی مانگ کر رہا ہے کہ مجھے سیپریشن چاہیے، جو دونوں میں سے جو پارٹنر سیپریشن کی مانگ کر رہا ہے، وہ دوسرے کے لیے پرابلم کریٹ کر رہا ہے۔</w:t>
      </w:r>
    </w:p>
    <w:p>
      <w:r>
        <w:rPr>
          <w:b/>
        </w:rPr>
        <w:t xml:space="preserve">[15:26] </w:t>
      </w:r>
      <w:r>
        <w:t>ab isko Allah ke samne justification dena hoga ke kya isko right tha ke woh problem create kare.</w:t>
      </w:r>
    </w:p>
    <w:p>
      <w:pPr>
        <w:jc w:val="right"/>
      </w:pPr>
      <w:r>
        <w:t>اب اس کو اللہ کے سامنے جسٹیفیکیشن دینا ہوگا کہ کیا اس کو رائٹ تھا کہ وہ پرابلم کریٹ کرے۔</w:t>
      </w:r>
    </w:p>
    <w:p>
      <w:r>
        <w:rPr>
          <w:b/>
        </w:rPr>
        <w:t xml:space="preserve">[15:44] </w:t>
      </w:r>
      <w:r>
        <w:t>misalan dono mein se koi aik agar yeh kahe ke mera partner meri baat nahi sunta, to yeh koi justification nahi hai.</w:t>
      </w:r>
    </w:p>
    <w:p>
      <w:pPr>
        <w:jc w:val="right"/>
      </w:pPr>
      <w:r>
        <w:t>مثلاً دونوں میں سے کوئی ایک اگر یہ کہے کہ میرا پارٹنر میری بات نہیں سنتا، تو یہ کوئی جسٹیفیکیشن نہیں ہے۔</w:t>
      </w:r>
    </w:p>
    <w:p>
      <w:r>
        <w:rPr>
          <w:b/>
        </w:rPr>
        <w:t xml:space="preserve">[15:57] </w:t>
      </w:r>
      <w:r>
        <w:t>yeh koi justification nahi hai. dekhen, justification wahi hai jo khud Allah ke nazdeek qabil-e-lehaaz ho.</w:t>
      </w:r>
    </w:p>
    <w:p>
      <w:pPr>
        <w:jc w:val="right"/>
      </w:pPr>
      <w:r>
        <w:t>یہ کوئی جسٹیفیکیشن نہیں ہے۔ دیکھیں، جسٹیفیکیشن وہی ہے جو خود اللہ کے نزدیک قابلِ لحاظ ہو۔</w:t>
      </w:r>
    </w:p>
    <w:p>
      <w:r>
        <w:rPr>
          <w:b/>
        </w:rPr>
        <w:t xml:space="preserve">[16:09] </w:t>
      </w:r>
      <w:r>
        <w:t>jo, yani marriage ke silsile mein khud Allah ne jo sharten muqarrar ki hain,</w:t>
      </w:r>
    </w:p>
    <w:p>
      <w:pPr>
        <w:jc w:val="right"/>
      </w:pPr>
      <w:r>
        <w:t>جو، یعنی میرج کے سلسلے میں خود اللہ نے جو شرطیں مقرر کی ہیں،</w:t>
      </w:r>
    </w:p>
    <w:p>
      <w:r>
        <w:rPr>
          <w:b/>
        </w:rPr>
        <w:t xml:space="preserve">[16:24] </w:t>
      </w:r>
      <w:r>
        <w:t>un sharton ko le kar ke to aap ko haq ho sakta hai.</w:t>
      </w:r>
    </w:p>
    <w:p>
      <w:pPr>
        <w:jc w:val="right"/>
      </w:pPr>
      <w:r>
        <w:t>ان شرطوں کو لے کر کے تو آپ کو حق ہو سکتا ہے۔</w:t>
      </w:r>
    </w:p>
    <w:p>
      <w:r>
        <w:rPr>
          <w:b/>
        </w:rPr>
        <w:t xml:space="preserve">[16:30] </w:t>
      </w:r>
      <w:r>
        <w:t>un sharton ke ilawa aap ko koi haq nahi hai.</w:t>
      </w:r>
    </w:p>
    <w:p>
      <w:pPr>
        <w:jc w:val="right"/>
      </w:pPr>
      <w:r>
        <w:t>ان شرطوں کے علاوہ آپ کو کوئی حق نہیں ہے۔</w:t>
      </w:r>
    </w:p>
    <w:p>
      <w:r>
        <w:rPr>
          <w:b/>
        </w:rPr>
        <w:t xml:space="preserve">[16:37] </w:t>
      </w:r>
      <w:r>
        <w:t>aap ko right hi nahi hai. agar aap, agar aap ne ignore kiya isko, to dunya mein farishte aap ke record ko record mein darj karenge isko, aur aakhirat mein aapse poocha jayega</w:t>
      </w:r>
    </w:p>
    <w:p>
      <w:pPr>
        <w:jc w:val="right"/>
      </w:pPr>
      <w:r>
        <w:t>آپ کو رائٹ ہی نہیں ہے۔ اگر آپ، اگر آپ نے اگنور کیا اس کو، تو دنیا میں فرشتے آپ کے ریکارڈ کو ریکارڈ میں درج کریں گے اس کو، اور آخرت میں آپ سے پوچھا جائے گا</w:t>
      </w:r>
    </w:p>
    <w:p>
      <w:r>
        <w:rPr>
          <w:b/>
        </w:rPr>
        <w:t xml:space="preserve">[16:54] </w:t>
      </w:r>
      <w:r>
        <w:t>ke salim marriage lene ke baad tum ne aisa kyun kiya?</w:t>
      </w:r>
    </w:p>
    <w:p>
      <w:pPr>
        <w:jc w:val="right"/>
      </w:pPr>
      <w:r>
        <w:t>کہ سالم پریج لینے کے بعد تم نے ایسا کیوں کیا؟</w:t>
      </w:r>
    </w:p>
    <w:p>
      <w:r>
        <w:rPr>
          <w:b/>
        </w:rPr>
        <w:t xml:space="preserve">[17:01] </w:t>
      </w:r>
      <w:r>
        <w:t>to dekhiye, yeh bohat hi serious mamla hai ke nikah ke baad nikah ke dono partners ko yeh sochna chahiye ke main jo rawaiyya ikhtiyar karoon,</w:t>
      </w:r>
    </w:p>
    <w:p>
      <w:pPr>
        <w:jc w:val="right"/>
      </w:pPr>
      <w:r>
        <w:t>تو دیکھیے، یہ بہت ہی سیریس معاملہ ہے کہ نکاح کے بعد نکاح کے دونوں پارٹنرز کو یہ سوچنا چاہیے کہ میں جو رویہ اختیار کروں،</w:t>
      </w:r>
    </w:p>
    <w:p>
      <w:r>
        <w:rPr>
          <w:b/>
        </w:rPr>
        <w:t xml:space="preserve">[17:18] </w:t>
      </w:r>
      <w:r>
        <w:t>iske liye mujhe Allah ke samne jawab dena hai. to agar Allah ke samne agar main justified hoon, tab to theek hai, nahi to theek nahi hai.</w:t>
      </w:r>
    </w:p>
    <w:p>
      <w:pPr>
        <w:jc w:val="right"/>
      </w:pPr>
      <w:r>
        <w:t>اس کے لیے مجھے اللہ کے سامنے جواب دینا ہے۔ تو اگر اللہ کے سامنے اگر میں جسٹیفائیڈ ہوں، تب تو ٹھیک ہے، نہیں تو ٹھیک نہیں ہے۔</w:t>
      </w:r>
    </w:p>
    <w:p>
      <w:r>
        <w:rPr>
          <w:b/>
        </w:rPr>
        <w:t xml:space="preserve">[17:34] </w:t>
      </w:r>
      <w:r>
        <w:t>to isi ko main keh raha hoon ke nikah ka matlab hai ke aadmi ne apne test paper mein aik naye test item ka izafa kar liya.</w:t>
      </w:r>
    </w:p>
    <w:p>
      <w:pPr>
        <w:jc w:val="right"/>
      </w:pPr>
      <w:r>
        <w:t>تو اسی کو میں کہہ رہا ہوں کہ نکاح کا مطلب ہے کہ آدمی نے اپنے ٹیسٹ پیپر میں ایک نئے ٹیسٹ آئٹم کا اضافہ کر لیا۔</w:t>
      </w:r>
    </w:p>
    <w:p>
      <w:r>
        <w:rPr>
          <w:b/>
        </w:rPr>
        <w:t xml:space="preserve">[17:46] </w:t>
      </w:r>
      <w:r>
        <w:t>ab izafa karne ke baad aap kuch aur sochne ka aap ko haq nahi hai, illa yeh ke Allah ke qanoon ke mutabiq waqeatan aap ke paas koi sacha excuse ho, nahi to nahi.</w:t>
      </w:r>
    </w:p>
    <w:p>
      <w:pPr>
        <w:jc w:val="right"/>
      </w:pPr>
      <w:r>
        <w:t>اب اضافہ کرنے کے بعد آپ کچھ اور سوچنے کا آپ کو حق نہیں ہے، الا یہ کہ اللہ کے قانون کے مطابق واقعتاً آپ کے پاس کوئی سچا ایکسکیوز ہو، نہیں تو نہیں۔</w:t>
      </w:r>
    </w:p>
    <w:p>
      <w:r>
        <w:rPr>
          <w:b/>
        </w:rPr>
        <w:t xml:space="preserve">[18:05] </w:t>
      </w:r>
      <w:r>
        <w:t>to main samajhta hoon ke shadi ke mamle mein jo fasad waqe hota hai, jo nakamiyan hoti hain, jo talkhiyan hoti hain, jo aik doosre ke khilaaf laraiyan hoti hain, aur tarah tarah ke waqeat hote hain,</w:t>
      </w:r>
    </w:p>
    <w:p>
      <w:pPr>
        <w:jc w:val="right"/>
      </w:pPr>
      <w:r>
        <w:t>تو میں سمجھتا ہوں کہ شادی کے معاملے میں جو فساد واقع ہوتا ہے، جو ناکامیاں ہوتی ہیں، جو تلخیاں ہوتی ہیں، جو ایک دوسرے کے خلاف لڑائیاں ہوتی ہیں، اور طرح طرح کے واقعات ہوتے ہیں،</w:t>
      </w:r>
    </w:p>
    <w:p>
      <w:r>
        <w:rPr>
          <w:b/>
        </w:rPr>
        <w:t xml:space="preserve">[18:23] </w:t>
      </w:r>
      <w:r>
        <w:t>wo sab isi liye hote hain ke tarafain jo hain, woh yeh nahi samajhte ke shadi karte hi, nikah karte hi, dono misaq-e-ghaleez ka hissa ban gaye.</w:t>
      </w:r>
    </w:p>
    <w:p>
      <w:pPr>
        <w:jc w:val="right"/>
      </w:pPr>
      <w:r>
        <w:t>وہ سب اسی لیے ہوتے ہیں کہ طرفین جو ہیں، وہ یہ نہیں سمجھتے کہ شادی کرتے ہی، نکاح کرتے ہی، دونوں میثاقِ غلیظ کا حصہ بن گئے۔</w:t>
      </w:r>
    </w:p>
    <w:p>
      <w:r>
        <w:rPr>
          <w:b/>
        </w:rPr>
        <w:t xml:space="preserve">[18:40] </w:t>
      </w:r>
      <w:r>
        <w:t>aayat mein yeh hai ke aurat ne tum se misaaq-e-ghaleez kiya hai, lekin yeh ek tarafah baat nahin hai, do tarafah baat hai.</w:t>
      </w:r>
    </w:p>
    <w:p>
      <w:pPr>
        <w:jc w:val="right"/>
      </w:pPr>
      <w:r>
        <w:t>آیت میں یہ ہے کہ عورت نے تم سے میثاقِ غلیظ کیا ہے، لیکن یہ ایک طرفہ بات نہیں ہے، دو طرفہ بات ہے۔</w:t>
      </w:r>
    </w:p>
    <w:p>
      <w:r>
        <w:rPr>
          <w:b/>
        </w:rPr>
        <w:t xml:space="preserve">[18:51] </w:t>
      </w:r>
      <w:r>
        <w:t>wa akhazna minkum misaaqan ghaleezan ka matlab yeh nahin kaha aurat ne to kiya hai, aur mard ne nahin kiya hai.</w:t>
      </w:r>
    </w:p>
    <w:p>
      <w:pPr>
        <w:jc w:val="right"/>
      </w:pPr>
      <w:r>
        <w:t>وَأَخَذْنَا مِنْكُمْ مِيثَاقًا غَلِيظًا کا مطلب یہ نہیں کہا عورت نے تو کیا ہے، اور مرد نے نہیں کیا ہے۔</w:t>
      </w:r>
    </w:p>
    <w:p>
      <w:r>
        <w:rPr>
          <w:b/>
        </w:rPr>
        <w:t xml:space="preserve">[19:00] </w:t>
      </w:r>
      <w:r>
        <w:t>haqeeqat yeh hai ke dono hi ne ek doosre ke muqable mein misaaq-e-ghaleez kiya hai. Dono ke liye woh saalim pledge hai. Dono ke liye aqsaat tor par woh ek bohat hi pakhta ehad hai.</w:t>
      </w:r>
    </w:p>
    <w:p>
      <w:pPr>
        <w:jc w:val="right"/>
      </w:pPr>
      <w:r>
        <w:t>حقیقت یہ ہے کہ دونوں ہی نے ایک دوسرے کے مقابلے میں میثاقِ غلیظ کیا ہے۔ دونوں کے لیے وہ سالم پلیج ہے۔ دونوں کے لیے اقساط طور پر وہ ایک بہت ہی پختہ عہد ہے۔</w:t>
      </w:r>
    </w:p>
    <w:p>
      <w:r>
        <w:rPr>
          <w:b/>
        </w:rPr>
        <w:t xml:space="preserve">[19:13] </w:t>
      </w:r>
      <w:r>
        <w:t>dono ke liye.</w:t>
      </w:r>
    </w:p>
    <w:p>
      <w:pPr>
        <w:jc w:val="right"/>
      </w:pPr>
      <w:r>
        <w:t>دونوں کے لیے۔</w:t>
      </w:r>
    </w:p>
    <w:p>
      <w:r>
        <w:rPr>
          <w:b/>
        </w:rPr>
        <w:t xml:space="preserve">[19:17] </w:t>
      </w:r>
      <w:r>
        <w:t>to dono aqsaat tor par zimmedaar hain is baat ke ke woh is pakhta ehad ko poora karte rahen. Koi bhi aisa excuse jo fitrat ke qanoon mein shaamil na ho, woh excuse qabil-e-qubool ho nahin sakta hai.</w:t>
      </w:r>
    </w:p>
    <w:p>
      <w:pPr>
        <w:jc w:val="right"/>
      </w:pPr>
      <w:r>
        <w:t>تو دونوں اقساط طور پر ذمہ دار ہیں اس بات کے کہ وہ اس پختہ عہد کو پورا کرتے رہیں۔ کوئی بھی ایسا ایکسکیوز جو فطرت کے قانون میں شامل نہ ہو، وہ ایکسکیوز قابلِ قبول ہو نہیں سکتا ہے۔</w:t>
      </w:r>
    </w:p>
    <w:p>
      <w:r>
        <w:rPr>
          <w:b/>
        </w:rPr>
        <w:t xml:space="preserve">[19:42] </w:t>
      </w:r>
      <w:r>
        <w:t>to main samajhta hoon ke yeh bohat hi aham baat hai jo ek chote se jumle mein batai gayi ke unhon ne tum se misaaq-e-ghaleez le liya hai.</w:t>
      </w:r>
    </w:p>
    <w:p>
      <w:pPr>
        <w:jc w:val="right"/>
      </w:pPr>
      <w:r>
        <w:t>تو میں سمجھتا ہوں کہ یہ بہت ہی اہم بات ہے جو ایک چھوٹے سے جملے میں بتائی گئی کہ انہوں نے تم سے میثاقِ غلیظ لے لیا ہے۔</w:t>
      </w:r>
    </w:p>
    <w:p>
      <w:r>
        <w:rPr>
          <w:b/>
        </w:rPr>
        <w:t xml:space="preserve">[19:55] </w:t>
      </w:r>
      <w:r>
        <w:t>yaani bazahir yeh kaha gaya hai ke biwi ne mard se misaaq-e-ghaleez liya hai, lekin haqeeqat yeh hai ke dono ke bare mein yeh hai. Jab nikah hua, dono ne ek doosre se saalim pledge,</w:t>
      </w:r>
    </w:p>
    <w:p>
      <w:pPr>
        <w:jc w:val="right"/>
      </w:pPr>
      <w:r>
        <w:t>یعنی بظاہر یہ کہا گیا ہے کہ بیوی نے مرد سے میثاقِ غلیظ لیا ہے، لیکن حقیقت یہ ہے کہ دونوں کے بارے میں یہ ہے۔ جب نکاح ہوا، دونوں نے ایک دوسرے سے سالم پریج،</w:t>
      </w:r>
    </w:p>
    <w:p>
      <w:r>
        <w:rPr>
          <w:b/>
        </w:rPr>
        <w:t xml:space="preserve">[20:09] </w:t>
      </w:r>
      <w:r>
        <w:t>dono ke liye woh saalim pledge ban gaya.</w:t>
      </w:r>
    </w:p>
    <w:p>
      <w:pPr>
        <w:jc w:val="right"/>
      </w:pPr>
      <w:r>
        <w:t>دونوں کے لیے وہ سالم پریج بن گیا۔</w:t>
      </w:r>
    </w:p>
    <w:p>
      <w:r>
        <w:rPr>
          <w:b/>
        </w:rPr>
        <w:t xml:space="preserve">[20:13] </w:t>
      </w:r>
      <w:r>
        <w:t>nikah hote hi dono ke liye woh saalim pledge ban gaya.</w:t>
      </w:r>
    </w:p>
    <w:p>
      <w:pPr>
        <w:jc w:val="right"/>
      </w:pPr>
      <w:r>
        <w:t>نکاح ہوتے ہی دونوں کے لیے وہ سالم پریج بن گیا۔</w:t>
      </w:r>
    </w:p>
    <w:p>
      <w:r>
        <w:rPr>
          <w:b/>
        </w:rPr>
        <w:t xml:space="preserve">[20:20] </w:t>
      </w:r>
      <w:r>
        <w:t>kyunke dekhiye, khud takhleeq ke mutabiq, takhleeq ke naqshe mein yeh baat shaamil thi ke aurat aur mard dono ek doosre ke partner banen.</w:t>
      </w:r>
    </w:p>
    <w:p>
      <w:pPr>
        <w:jc w:val="right"/>
      </w:pPr>
      <w:r>
        <w:t>کیونکہ دیکھیے، خود تخلیق کے مطابق، تخلیق کے نقشے میں یہ بات شامل تھی کہ عورت اور مرد دونوں ایک دوسرے کے پارٹنر بنیں۔</w:t>
      </w:r>
    </w:p>
    <w:p>
      <w:r>
        <w:rPr>
          <w:b/>
        </w:rPr>
        <w:t xml:space="preserve">[20:33] </w:t>
      </w:r>
      <w:r>
        <w:t>takhleeq ke naqshe mein yeh baat shaamil thi. Aurat aur mard agarche alag alag paida kiye gaye the, lekin aap dekhen, dono ek doosre ka bohat hi zabardast tor par counter</w:t>
      </w:r>
    </w:p>
    <w:p>
      <w:pPr>
        <w:jc w:val="right"/>
      </w:pPr>
      <w:r>
        <w:t>تخلیق کے نقشے میں یہ بات شامل تھی۔ عورت اور مرد اگرچہ الگ الگ پیدا کیے گئے تھے، لیکن آپ دیکھیں، دونوں ایک دوسرے کا بہت ہی زبردست طور پر کاؤنٹر</w:t>
      </w:r>
    </w:p>
    <w:p>
      <w:r>
        <w:rPr>
          <w:b/>
        </w:rPr>
        <w:t xml:space="preserve">[20:43] </w:t>
      </w:r>
      <w:r>
        <w:t>part hain. Poori kainat mein koi do cheez aisi ek doosre ka counter part nahin hai jitna ke aurat aur mard. Bohat hi zyada.</w:t>
      </w:r>
    </w:p>
    <w:p>
      <w:pPr>
        <w:jc w:val="right"/>
      </w:pPr>
      <w:r>
        <w:t>پارٹ ہیں۔ پوری کائنات میں کوئی دو چیز ایسی ایک دوسرے کا کاؤنٹر پارٹ نہیں ہے جتنا کہ عورت اور مرد۔ بہت ہی زیادہ۔</w:t>
      </w:r>
    </w:p>
    <w:p>
      <w:r>
        <w:rPr>
          <w:b/>
        </w:rPr>
        <w:t xml:space="preserve">[20:54] </w:t>
      </w:r>
      <w:r>
        <w:t>to fitrat ke naqshe hi mein yeh baat bas maujood thi ke dono ek doosre ka counter part banen, ek doosre ka shareek-e-hayat banen, ek doosre ke saath mil kar ke kaam kari</w:t>
      </w:r>
    </w:p>
    <w:p>
      <w:pPr>
        <w:jc w:val="right"/>
      </w:pPr>
      <w:r>
        <w:t>تو فطرت کے نقشے ہی میں یہ بات بس موجود تھی کہ دونوں ایک دوسرے کا کاؤنٹر پارٹ بنیں، ایک دوسرے کا شریک حیات بنیں، ایک دوسرے کے ساتھ مل کر کے کام کری</w:t>
      </w:r>
    </w:p>
    <w:p>
      <w:r>
        <w:rPr>
          <w:b/>
        </w:rPr>
        <w:t xml:space="preserve">[21:07] </w:t>
      </w:r>
      <w:r>
        <w:t>n. Yeh fitrat ke naqshe mein shaamil thi. Aur jab ek aadmi ne nikah kiya, ek aurat ne nikah kiya, to goya us ne fitrat ke ek naqshe ko qabool kiya.</w:t>
      </w:r>
    </w:p>
    <w:p>
      <w:pPr>
        <w:jc w:val="right"/>
      </w:pPr>
      <w:r>
        <w:t>ں۔ یہ فطرت کے نقشے میں شامل تھی۔ اور جب ایک آدمی نے نکاح کیا، ایک عورت نے نکاح کیا، تو گویا اس نے فطرت کے ایک نقشے کو قبول کیا۔</w:t>
      </w:r>
    </w:p>
    <w:p>
      <w:r>
        <w:rPr>
          <w:b/>
        </w:rPr>
        <w:t xml:space="preserve">[21:19] </w:t>
      </w:r>
      <w:r>
        <w:t>jab do aadmi shadi ke rabt mein marboot hue, nikah ke rabt mein marboot hue, to</w:t>
      </w:r>
    </w:p>
    <w:p>
      <w:pPr>
        <w:jc w:val="right"/>
      </w:pPr>
      <w:r>
        <w:t>جب دو آدمی شادی کے ربط میں مربوط ہوئے، نکاح کے ربط میں مربوط ہوئے، تو</w:t>
      </w:r>
    </w:p>
    <w:p>
      <w:r>
        <w:rPr>
          <w:b/>
        </w:rPr>
        <w:t xml:space="preserve">[21:28] </w:t>
      </w:r>
      <w:r>
        <w:t>aelan ke baghair hi goya ke unhon ne fitrat ke naqshe ko tasleem kar liya.</w:t>
      </w:r>
    </w:p>
    <w:p>
      <w:pPr>
        <w:jc w:val="right"/>
      </w:pPr>
      <w:r>
        <w:t>اعلان کے بغیر ہی گویا کہ انہوں نے فطرت کے نقشے کو تسلیم کر لیا۔</w:t>
      </w:r>
    </w:p>
    <w:p>
      <w:r>
        <w:rPr>
          <w:b/>
        </w:rPr>
        <w:t xml:space="preserve">[21:43] </w:t>
      </w:r>
      <w:r>
        <w:t>yeh bohat hi zyada serious baat hai. To yeh misaaq-e-ghaleez ka matlab yahi hai ke apne aap hi woh un par mujhe aaid ho gayi.</w:t>
      </w:r>
    </w:p>
    <w:p>
      <w:pPr>
        <w:jc w:val="right"/>
      </w:pPr>
      <w:r>
        <w:t>یہ بہت ہی زیادہ سیریس بات ہے۔ تو یہ میثاقِ غلیظ کا مطلب یہی ہے کہ اپنے آپ ہی وہ ان پر مجھے عائد ہو گئی۔</w:t>
      </w:r>
    </w:p>
    <w:p>
      <w:r>
        <w:rPr>
          <w:b/>
        </w:rPr>
        <w:t xml:space="preserve">[21:56] </w:t>
      </w:r>
      <w:r>
        <w:t>apne aap hi woh un par mujhe aaid ho gayi. Yaani fitrat ke aitbaar se jo zimmedariyan pehle se muqaddar thin, apne aap hi dono par aaid ho gayi.</w:t>
      </w:r>
    </w:p>
    <w:p>
      <w:pPr>
        <w:jc w:val="right"/>
      </w:pPr>
      <w:r>
        <w:t>اپنے آپ ہی وہ ان پر مجھے عائد ہو گئی۔ یعنی فطرت کے اعتبار سے جو ذمہ داریاں پہلے سے مقدر تھیں، اپنے آپ ہی دونوں پر عائد ہو گئی۔</w:t>
      </w:r>
    </w:p>
    <w:p>
      <w:r>
        <w:rPr>
          <w:b/>
        </w:rPr>
        <w:t xml:space="preserve">[22:10] </w:t>
      </w:r>
      <w:r>
        <w:t>to kya keh</w:t>
      </w:r>
    </w:p>
    <w:p>
      <w:pPr>
        <w:jc w:val="right"/>
      </w:pPr>
      <w:r>
        <w:t>تو کیا کہ</w:t>
      </w:r>
    </w:p>
    <w:p>
      <w:r>
        <w:rPr>
          <w:b/>
        </w:rPr>
        <w:t xml:space="preserve">[22:12] </w:t>
      </w:r>
      <w:r>
        <w:t>marriage ke baad kisi ko haq nahin ke woh second thought laaye? Kyunke agar second thought aata rahe to takhleeq ka maqsad kaise poora hoga?</w:t>
      </w:r>
    </w:p>
    <w:p>
      <w:pPr>
        <w:jc w:val="right"/>
      </w:pPr>
      <w:r>
        <w:t>میرج کے بعد کسی کو حق نہیں کہ وہ سیکنڈ تھاٹ لائے؟ کیونکہ اگر سیکنڈ تھاٹ آتا رہے تو تخلیق کا مقصد کیسے پورا ہوگا؟</w:t>
      </w:r>
    </w:p>
    <w:p>
      <w:r>
        <w:rPr>
          <w:b/>
        </w:rPr>
        <w:t xml:space="preserve">[22:22] </w:t>
      </w:r>
      <w:r>
        <w:t>yaani baar baar shadi karen, baar baar talaq len, baar baar shadi karen, baar baar apni laraiyan karen, baar baar nikah karen, baar baar ek doosre ko harif ban jayen, shareek-e-hayat banne ki bajaye to zindagi ka maqsad hi poora nahin hoga.</w:t>
      </w:r>
    </w:p>
    <w:p>
      <w:pPr>
        <w:jc w:val="right"/>
      </w:pPr>
      <w:r>
        <w:t>یعنی بار بار شادی کریں، بار بار طلاق لیں، بار بار شادی کریں، بار بار اپنی لڑائیاں کریں، بار بار نکاح کریں، بار بار ایک دوسرے کو حریف بن جائیں، شریک حیات بننے کی بجائے تو زندگی کا مقصد ہی پورا نہیں ہوگا۔</w:t>
      </w:r>
    </w:p>
    <w:p>
      <w:r>
        <w:rPr>
          <w:b/>
        </w:rPr>
        <w:t xml:space="preserve">[22:40] </w:t>
      </w:r>
      <w:r>
        <w:t>matlab khandan muntashir hoga, samaaj muntashir hoga,</w:t>
      </w:r>
    </w:p>
    <w:p>
      <w:pPr>
        <w:jc w:val="right"/>
      </w:pPr>
      <w:r>
        <w:t>مطلب خاندان منتشر ہوگا، سماج منتشر ہوگا،</w:t>
      </w:r>
    </w:p>
    <w:p>
      <w:r>
        <w:rPr>
          <w:b/>
        </w:rPr>
        <w:t xml:space="preserve">[22:47] </w:t>
      </w:r>
      <w:r>
        <w:t>insani zindagi se aman khatm ho jayega, bachchon ki sahi tarbiyat nahin ho sakegi.</w:t>
      </w:r>
    </w:p>
    <w:p>
      <w:pPr>
        <w:jc w:val="right"/>
      </w:pPr>
      <w:r>
        <w:t>انسانی زندگی سے امن ختم ہو جائے گا، بچوں کی صحیح تربیت نہیں ہو سکے گی۔</w:t>
      </w:r>
    </w:p>
    <w:p>
      <w:r>
        <w:rPr>
          <w:b/>
        </w:rPr>
        <w:t xml:space="preserve">[22:58] </w:t>
      </w:r>
      <w:r>
        <w:t>yeh sab paish aayega</w:t>
      </w:r>
    </w:p>
    <w:p>
      <w:pPr>
        <w:jc w:val="right"/>
      </w:pPr>
      <w:r>
        <w:t>یہ سب پیش آئے گا</w:t>
      </w:r>
    </w:p>
    <w:p>
      <w:r>
        <w:rPr>
          <w:b/>
        </w:rPr>
        <w:t xml:space="preserve">[23:01] </w:t>
      </w:r>
      <w:r>
        <w:t>fitrat ke naqshe ko na maanne ki bina par. Yaani maadi duniya mein jaise misaal doon main ke maadi duniya mein jab ek darakht ko aap ne zameen par bo diya, ek plant ko, ek poda, ek poda aap ne liya, ek plant, aur us ko aap ne zar khez zameen mein bo diya,</w:t>
      </w:r>
    </w:p>
    <w:p>
      <w:pPr>
        <w:jc w:val="right"/>
      </w:pPr>
      <w:r>
        <w:t>فطرت کے نقشے کو نہ ماننے کی بنا پر۔ یعنی مادی دنیا میں جیسے مثال دوں میں کہ مادی دنیا میں جب ایک درخت کو آپ نے زمین پر بو دیا، ایک پلانٹ کو، ایک پودا، ایک پودا آپ نے لیا، ایک پلانٹ، اور اس کو آپ نے زرخیز زمین میں بو دیا،</w:t>
      </w:r>
    </w:p>
    <w:p>
      <w:r>
        <w:rPr>
          <w:b/>
        </w:rPr>
        <w:t xml:space="preserve">[23:21] </w:t>
      </w:r>
      <w:r>
        <w:t>to ab kya ho gaya? dono ek doosre se jud gaye.</w:t>
      </w:r>
    </w:p>
    <w:p>
      <w:pPr>
        <w:jc w:val="right"/>
      </w:pPr>
      <w:r>
        <w:t>تو اب کیا ہو گیا؟ دونوں ایک دوسرے سے جڑ گئے۔</w:t>
      </w:r>
    </w:p>
    <w:p>
      <w:r>
        <w:rPr>
          <w:b/>
        </w:rPr>
        <w:t xml:space="preserve">[23:28] </w:t>
      </w:r>
      <w:r>
        <w:t>ab darakht ke liye, ab ab paudhe ke liye yeh hoga ke woh zameen se apni ghiza le, aur zameen ke liye yeh hoga ke woh is ke andar jo ghiza hai, woh paudhe ko de.</w:t>
      </w:r>
    </w:p>
    <w:p>
      <w:pPr>
        <w:jc w:val="right"/>
      </w:pPr>
      <w:r>
        <w:t>اب درخت کے لیے، اب اب پودے کے لیے یہ ہوگا کہ وہ زمین سے اپنی غذا لے، اور زمین کے لیے یہ ہوگا کہ وہ اس کے اندر جو غذا ہے، وہ پودے کو دے۔</w:t>
      </w:r>
    </w:p>
    <w:p>
      <w:r>
        <w:rPr>
          <w:b/>
        </w:rPr>
        <w:t xml:space="preserve">[23:42] </w:t>
      </w:r>
      <w:r>
        <w:t>plant ko zameen mein insert karne ke baad hi yeh bilkul apne aap yeh yeh laazim ho gayi ke jo kuch zameen ke paas hai, woh paudhe ko de, jo kuch paudhe ke paas hai, woh zameen ko de.</w:t>
      </w:r>
    </w:p>
    <w:p>
      <w:pPr>
        <w:jc w:val="right"/>
      </w:pPr>
      <w:r>
        <w:t>پلانٹ کو زمین میں انسرب کرنے کے بعد ہی یہ بالکل اپنے آپ یہ یہ لازم ہو گئی کہ جو کچھ زمین کے پاس ہے، وہ پودے کو دے، جو کچھ پودے کے پاس ہے، وہ زمین کو دے۔</w:t>
      </w:r>
    </w:p>
    <w:p>
      <w:r>
        <w:rPr>
          <w:b/>
        </w:rPr>
        <w:t xml:space="preserve">[23:57] </w:t>
      </w:r>
      <w:r>
        <w:t>yeh hai fitrat ka muahida.</w:t>
      </w:r>
    </w:p>
    <w:p>
      <w:pPr>
        <w:jc w:val="right"/>
      </w:pPr>
      <w:r>
        <w:t>یہ ہے فطرت کا معاہدہ۔</w:t>
      </w:r>
    </w:p>
    <w:p>
      <w:r>
        <w:rPr>
          <w:b/>
        </w:rPr>
        <w:t xml:space="preserve">[24:05] </w:t>
      </w:r>
      <w:r>
        <w:t>to aise hi hota hai aurat aur mard ke darmiyan ke jab aurat aur mard ne nikah kar ke ek doosre se apna koi marboot kar liya, to ab farz ho gaya ke aurat ke paas jo kuch hai, woh mard ko de, aur mard ke paas jo kuch hai, woh aurat ko de taake zindagi ka nizaam achhi tarah se chalta rahe.</w:t>
      </w:r>
    </w:p>
    <w:p>
      <w:pPr>
        <w:jc w:val="right"/>
      </w:pPr>
      <w:r>
        <w:t>تو ایسے ہی ہوتا ہے عورت اور مرد کے درمیان کہ جب عورت اور مرد نے نکاح کر کے ایک دوسرے سے اپنا کوئی مربوط کر لیا، تو اب فرض ہو گیا کہ عورت کے پاس جو کچھ ہے، وہ مرد کو دے، اور مرد کے پاس جو کچھ ہے، وہ عورت کو دے تاکہ زندگی کا نظام اچھی طرح سے چلتا رہے۔</w:t>
      </w:r>
    </w:p>
    <w:p>
      <w:r>
        <w:rPr>
          <w:b/>
        </w:rPr>
        <w:t xml:space="preserve">[24:28] </w:t>
      </w:r>
      <w:r>
        <w:t>jo maqsad takhleeq hai, woh achhi tarah poora hota rahe.</w:t>
      </w:r>
    </w:p>
    <w:p>
      <w:pPr>
        <w:jc w:val="right"/>
      </w:pPr>
      <w:r>
        <w:t>جو مقصد تخلیق ہے، وہ اچھی طرح پورا ہوتا رہے۔</w:t>
      </w:r>
    </w:p>
    <w:p>
      <w:r>
        <w:rPr>
          <w:b/>
        </w:rPr>
        <w:t xml:space="preserve">[24:34] </w:t>
      </w:r>
      <w:r>
        <w:t>yaani khandan sahi andaaz mein, khandan ke nizaam sahi andaaz mein chale, society sahi andaaz mein chale, insaniyat ka jo insaniyat ke jo mamlaat hain, woh sahi andaaz mein jaari hon.</w:t>
      </w:r>
    </w:p>
    <w:p>
      <w:pPr>
        <w:jc w:val="right"/>
      </w:pPr>
      <w:r>
        <w:t>یعنی خاندان صحیح انداز میں، خاندان کے نظام صحیح انداز میں چلے، سوسائٹی صحیح انداز میں چلے، انسانیت کا جو انسانیت کے جو معاملات ہیں، وہ صحیح انداز میں جاری ہوں۔</w:t>
      </w:r>
    </w:p>
    <w:p>
      <w:r>
        <w:rPr>
          <w:b/>
        </w:rPr>
        <w:t xml:space="preserve">[24:57] </w:t>
      </w:r>
      <w:r>
        <w:t>to sab kuch inhisaar is par hai ke aurat aur mard dono ek doosre ka saath dein. to aap ko phir nikah ke baad aap ko yeh haq hi nahin rehta ke aap second thought aaye aap ke andar.</w:t>
      </w:r>
    </w:p>
    <w:p>
      <w:pPr>
        <w:jc w:val="right"/>
      </w:pPr>
      <w:r>
        <w:t>تو سب کچھ انحصار اس پر ہے کہ عورت اور مرد دونوں ایک دوسرے کا ساتھ دیں۔ تو آپ کو پھر نکاح کے بعد آپ کو یہ حق ہی نہیں رہتا کہ آپ سیکنڈ تھاٹ آئے آپ کے اندر۔</w:t>
      </w:r>
    </w:p>
    <w:p>
      <w:r>
        <w:rPr>
          <w:b/>
        </w:rPr>
        <w:t xml:space="preserve">[25:12] </w:t>
      </w:r>
      <w:r>
        <w:t>bahut hi zyada koi</w:t>
      </w:r>
    </w:p>
    <w:p>
      <w:pPr>
        <w:jc w:val="right"/>
      </w:pPr>
      <w:r>
        <w:t>بہت ہی زیادہ کوئی</w:t>
      </w:r>
    </w:p>
    <w:p>
      <w:r>
        <w:rPr>
          <w:b/>
        </w:rPr>
        <w:t xml:space="preserve">[25:17] </w:t>
      </w:r>
      <w:r>
        <w:t>exceptional situation ho, aur waqatan aap ke paas uzr ho, koi bahut hi exceptional situation jis mein aap ke liye aisa uzr ho jo khaliq ka poora hone wala ho,</w:t>
      </w:r>
    </w:p>
    <w:p>
      <w:pPr>
        <w:jc w:val="right"/>
      </w:pPr>
      <w:r>
        <w:t>ایکسیپشنل سچویشن ہو، اور واقعتاً آپ کے پاس عذر ہو، کوئی بہت ہی ایکسیپشنل سچویشن جس میں آپ کے لیے ایسا عذر ہو جو خالق کا پورا ہونے والا ہو،</w:t>
      </w:r>
    </w:p>
    <w:p>
      <w:r>
        <w:rPr>
          <w:b/>
        </w:rPr>
        <w:t xml:space="preserve">[25:34] </w:t>
      </w:r>
      <w:r>
        <w:t>tab aap separation ki baat soch sakte hain. ya separation to bahut door ki b</w:t>
      </w:r>
    </w:p>
    <w:p>
      <w:pPr>
        <w:jc w:val="right"/>
      </w:pPr>
      <w:r>
        <w:t>تب آپ سیپریشن کی بات سوچ سکتے ہیں۔ یا سیپریشن تو بہت دور کی ب</w:t>
      </w:r>
    </w:p>
    <w:p>
      <w:r>
        <w:rPr>
          <w:b/>
        </w:rPr>
        <w:t xml:space="preserve">[25:40] </w:t>
      </w:r>
      <w:r>
        <w:t>aat hai, ek doosre se takrao ki baat soch sakte hain, ek doosre ke khilaaf narazgi ki baat soch sakte hain.</w:t>
      </w:r>
    </w:p>
    <w:p>
      <w:pPr>
        <w:jc w:val="right"/>
      </w:pPr>
      <w:r>
        <w:t>ات ہے، ایک دوسرے سے ٹکراؤ کی بات سوچ سکتے ہیں، ایک دوسرے کے خلاف ناراضگی کی بات سوچ سکتے ہیں۔</w:t>
      </w:r>
    </w:p>
    <w:p>
      <w:r>
        <w:rPr>
          <w:b/>
        </w:rPr>
        <w:t xml:space="preserve">[25:50] </w:t>
      </w:r>
      <w:r>
        <w:t>nikah ke baad aap ko compromise karna hai, nikah ke baad aap ko ek doosre ke saath adjustment karna hai, nikah ke baad aap ko ek doosre ke saath mil kar chalna hai, nikah ke baad aap ko yaani zindagi ki gaadi ka do pehia ban jaana hai.</w:t>
      </w:r>
    </w:p>
    <w:p>
      <w:pPr>
        <w:jc w:val="right"/>
      </w:pPr>
      <w:r>
        <w:t>نکاح کے بعد آپ کو کمپرومائز کرنا ہے، نکاح کے بعد آپ کو ایک دوسرے کے ساتھ ایڈجسٹمنٹ کرنا ہے، نکاح کے بعد آپ کو ایک دوسرے کے ساتھ مل کر چلنا ہے، نکاح کے بعد آپ کو یعنی زندگی کی گاڑی کا دو پہیہ بن جانا ہے۔</w:t>
      </w:r>
    </w:p>
    <w:p>
      <w:r>
        <w:rPr>
          <w:b/>
        </w:rPr>
        <w:t xml:space="preserve">[26:11] </w:t>
      </w:r>
      <w:r>
        <w:t>is ke siwa koi option nahin hai. is mein chahe aap ko apni apni apni soch ko kuch moderate karna pade, apni tamnaon ko kuch dabana pade, apni khwahishon ko kuch control karna pade, to kijiye is ko.</w:t>
      </w:r>
    </w:p>
    <w:p>
      <w:pPr>
        <w:jc w:val="right"/>
      </w:pPr>
      <w:r>
        <w:t>اس کے سوا کوئی آپشن نہیں ہے۔ اس میں چاہے آپ کو اپنی اپنی اپنی سوچ کو کچھ ماڈریٹ کرنا پڑے، اپنی تمناؤں کو کچھ دبانا پڑے، اپنی خواہشوں کو کچھ کنٹرول کرنا پڑے، تو کیجیے اس کو۔</w:t>
      </w:r>
    </w:p>
    <w:p>
      <w:r>
        <w:rPr>
          <w:b/>
        </w:rPr>
        <w:t xml:space="preserve">[26:30] </w:t>
      </w:r>
      <w:r>
        <w:t>For the sake of God. For the sake of other partners. nahin, is maamle mein koi shakhs jo kuch karega, woh For the sake of other partners.</w:t>
      </w:r>
    </w:p>
    <w:p>
      <w:pPr>
        <w:jc w:val="right"/>
      </w:pPr>
      <w:r>
        <w:t>For the sake of God. For the sake of other partners. نہیں، اس معاملے میں کوئی شخص جو کچھ کرے گا، وہ For the sake of other partners.</w:t>
      </w:r>
    </w:p>
    <w:p>
      <w:r>
        <w:rPr>
          <w:b/>
        </w:rPr>
        <w:t xml:space="preserve">[26:41] </w:t>
      </w:r>
      <w:r>
        <w:t>nahin hoga, woh For the sake of God. hoga.</w:t>
      </w:r>
    </w:p>
    <w:p>
      <w:pPr>
        <w:jc w:val="right"/>
      </w:pPr>
      <w:r>
        <w:t>نہیں ہوگا، وہ For the sake of God. ہوگا۔</w:t>
      </w:r>
    </w:p>
    <w:p>
      <w:r>
        <w:rPr>
          <w:b/>
        </w:rPr>
        <w:t xml:space="preserve">[26:51] </w:t>
      </w:r>
      <w:r>
        <w:t>isi liye ek hadith mein bataya gaya hai ke shaitan,</w:t>
      </w:r>
    </w:p>
    <w:p>
      <w:pPr>
        <w:jc w:val="right"/>
      </w:pPr>
      <w:r>
        <w:t>اسی لیے ایک حدیث میں بتایا گیا ہے کہ شیطان،</w:t>
      </w:r>
    </w:p>
    <w:p>
      <w:r>
        <w:rPr>
          <w:b/>
        </w:rPr>
        <w:t xml:space="preserve">[26:57] </w:t>
      </w:r>
      <w:r>
        <w:t>jo iblis, jo sardar hai saare shaitanon ka, to woh apna darbar lagata hai, saare shaitanon ko bulata hai report ke liye.</w:t>
      </w:r>
    </w:p>
    <w:p>
      <w:pPr>
        <w:jc w:val="right"/>
      </w:pPr>
      <w:r>
        <w:t>جو ابلیس، جو سردار ہے سارے شیطانوں کا، تو وہ اپنا دربار لگاتا ہے، سارے شیاطین کو بلاتا ہے رپورٹ کے لیے۔</w:t>
      </w:r>
    </w:p>
    <w:p>
      <w:r>
        <w:rPr>
          <w:b/>
        </w:rPr>
        <w:t xml:space="preserve">[27:14] </w:t>
      </w:r>
      <w:r>
        <w:t>to sab report dete hain, har ek kuch na kuch apne karname bayan karta hai.</w:t>
      </w:r>
    </w:p>
    <w:p>
      <w:pPr>
        <w:jc w:val="right"/>
      </w:pPr>
      <w:r>
        <w:t>تو سب رپورٹ دیتے ہیں، ہر ایک کچھ نہ کچھ اپنے کارنامے بیان کرتا ہے۔</w:t>
      </w:r>
    </w:p>
    <w:p>
      <w:r>
        <w:rPr>
          <w:b/>
        </w:rPr>
        <w:t xml:space="preserve">[27:21] </w:t>
      </w:r>
      <w:r>
        <w:t>to un mein se to kisi ko woh ahmiyat hi nahin deta. shaitanon ke jo sardar hain, woh logon ki reporton ko koi ahmiyat hi nahin deta.</w:t>
      </w:r>
    </w:p>
    <w:p>
      <w:pPr>
        <w:jc w:val="right"/>
      </w:pPr>
      <w:r>
        <w:t>تو ان میں سے تو کسی کو وہ اہمیت ہی نہیں دیتا۔ شیطانوں کے جو سردار ہیں، وہ لوگوں کی رپورٹوں کو کوئی اہمیت ہی نہیں دیتا۔</w:t>
      </w:r>
    </w:p>
    <w:p>
      <w:r>
        <w:rPr>
          <w:b/>
        </w:rPr>
        <w:t xml:space="preserve">[27:31] </w:t>
      </w:r>
      <w:r>
        <w:t>phir ek ek aata hai, ek shaitan, woh kehta hai ke maine aisa kiya ke ek aurat aur mard ke darmiyan nikah hua tha, saath rehte the woh.</w:t>
      </w:r>
    </w:p>
    <w:p>
      <w:pPr>
        <w:jc w:val="right"/>
      </w:pPr>
      <w:r>
        <w:t>پھر ایک ایک آتا ہے، ایک شیطان، وہ کہتا ہے کہ میں نے ایسا کیا کہ ایک عورت اور مرد کے درمیان نکاح ہوا تھا، ساتھ رہتے تھے وہ۔</w:t>
      </w:r>
    </w:p>
    <w:p>
      <w:r>
        <w:rPr>
          <w:b/>
        </w:rPr>
        <w:t xml:space="preserve">[27:42] </w:t>
      </w:r>
      <w:r>
        <w:t>phir main ne ja kar aisi baat ki ke dono mein ladai ho gayi, dono ek doosre se nafrat karne lage.</w:t>
      </w:r>
    </w:p>
    <w:p>
      <w:pPr>
        <w:jc w:val="right"/>
      </w:pPr>
      <w:r>
        <w:t>پھر میں نے جا کر ایسی بات کی کہ دونوں میں لڑائی ہو گئی، دونوں ایک دوسرے سے نفرت کرنے لگے۔</w:t>
      </w:r>
    </w:p>
    <w:p>
      <w:r>
        <w:rPr>
          <w:b/>
        </w:rPr>
        <w:t xml:space="preserve">[27:51] </w:t>
      </w:r>
      <w:r>
        <w:t>to shaitan kehta hai ke haan, to ne kaam kiya. to yeh shaitan ka bahut hi bada nishana hai ke woh aurat aur mard ke darmiyan takrao paida kar de.</w:t>
      </w:r>
    </w:p>
    <w:p>
      <w:pPr>
        <w:jc w:val="right"/>
      </w:pPr>
      <w:r>
        <w:t>تو شیطان کہتا ہے کہ ہاں، تو نے کام کیا۔ تو یہ شیطان کا بہت ہی بڑا نشانہ ہے کہ وہ عورت اور مرد کے درمیان ٹکراؤ پیدا کر دے۔</w:t>
      </w:r>
    </w:p>
    <w:p>
      <w:r>
        <w:rPr>
          <w:b/>
        </w:rPr>
        <w:t xml:space="preserve">[28:04] </w:t>
      </w:r>
      <w:r>
        <w:t>kyun ke is se Allah ka takhleeqi naqsha jhappataiz hota hai.</w:t>
      </w:r>
    </w:p>
    <w:p>
      <w:pPr>
        <w:jc w:val="right"/>
      </w:pPr>
      <w:r>
        <w:t>کیونکہ اس سے اللہ کا تخلیقی نقشہ جھپٹائز ہوتا ہے۔</w:t>
      </w:r>
    </w:p>
    <w:p>
      <w:r>
        <w:rPr>
          <w:b/>
        </w:rPr>
        <w:t xml:space="preserve">[28:13] </w:t>
      </w:r>
      <w:r>
        <w:t>isi liye main ne kaha ke jab aap nikah karte hain to jo test paper aap ke paas hai already, us mein aap ek test item ka izafa karte hain.</w:t>
      </w:r>
    </w:p>
    <w:p>
      <w:pPr>
        <w:jc w:val="right"/>
      </w:pPr>
      <w:r>
        <w:t>اسی لیے میں نے کہا کہ جب آپ نکاح کرتے ہیں تو جو ٹیسٹ پیپر آپ کے پاس ہے آلریڈی، اس میں آپ ایک ٹیسٹ آئٹم کا اضافہ کرتے ہیں۔</w:t>
      </w:r>
    </w:p>
    <w:p>
      <w:r>
        <w:rPr>
          <w:b/>
        </w:rPr>
        <w:t xml:space="preserve">[28:29] </w:t>
      </w:r>
      <w:r>
        <w:t>ab aap ko is ka lihaz karna hai, aap is ki pairwi karni hai, ab aap ko is ke mutabiq chalna hai.</w:t>
      </w:r>
    </w:p>
    <w:p>
      <w:pPr>
        <w:jc w:val="right"/>
      </w:pPr>
      <w:r>
        <w:t>اب آپ کو اس کا لحاظ کرنا ہے، آپ اس کی پیروی کرنی ہے، اب آپ کو اس کے مطابق چلنا ہے۔</w:t>
      </w:r>
    </w:p>
    <w:p>
      <w:r>
        <w:rPr>
          <w:b/>
        </w:rPr>
        <w:t xml:space="preserve">[28:38] </w:t>
      </w:r>
      <w:r>
        <w:t>aap is ke khilaf nahi ja sakte kyunke woh to mithaq e ghaleez hai.</w:t>
      </w:r>
    </w:p>
    <w:p>
      <w:pPr>
        <w:jc w:val="right"/>
      </w:pPr>
      <w:r>
        <w:t>آپ اس کے خلاف نہیں جا سکتے کیونکہ وہ تو میثاقِ غلیظ ہے۔</w:t>
      </w:r>
    </w:p>
    <w:p>
      <w:r>
        <w:rPr>
          <w:b/>
        </w:rPr>
        <w:t xml:space="preserve">[28:46] </w:t>
      </w:r>
      <w:r>
        <w:t>aap declare karen ya na karen, har haal mein woh mithaq e ghaleez hai.</w:t>
      </w:r>
    </w:p>
    <w:p>
      <w:pPr>
        <w:jc w:val="right"/>
      </w:pPr>
      <w:r>
        <w:t>آپ ڈیکلیئر کریں یا نہ کریں، ہر حال میں وہ میثاقِ غلیظ ہے۔</w:t>
      </w:r>
    </w:p>
    <w:p>
      <w:r>
        <w:rPr>
          <w:b/>
        </w:rPr>
        <w:t xml:space="preserve">[28:55] </w:t>
      </w:r>
      <w:r>
        <w:t>is ke mithaq e ghaleez hone ke liye zaroori nahi ke aap mujh se bolen ya kaghaz par likhen, woh apne aap mein mithaq e ghaleez hai. to meri dua hai ke Allah taala mujh ko aur aap ko tofeeq de ke hum fitrat ke is qanoon ko samjhen aur is ko poora kar saken.</w:t>
      </w:r>
    </w:p>
    <w:p>
      <w:pPr>
        <w:jc w:val="right"/>
      </w:pPr>
      <w:r>
        <w:t>اس کے میثاقِ غلیظ ہونے کے لیے ضروری نہیں کہ آپ مجھ سے بولیں یا کاغذ پر لکھیں، وہ اپنے آپ میں میثاقِ غلیظ ہے۔ تو میری دعا ہے کہ اللہ تعالیٰ مجھ کو اور آپ کو توفیق دے کہ ہم فطرت کے اس قانون کو سمجھیں اور اس کو پورا کر سکیں۔</w:t>
      </w:r>
    </w:p>
    <w:p>
      <w:r>
        <w:rPr>
          <w:b/>
        </w:rPr>
        <w:t xml:space="preserve">[29:17] </w:t>
      </w:r>
      <w:r>
        <w:t>assalam o alaikum wa rehmatullah.</w:t>
      </w:r>
    </w:p>
    <w:p>
      <w:pPr>
        <w:jc w:val="right"/>
      </w:pPr>
      <w:r>
        <w:t>السلام علیکم ورحمۃ اللہ.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