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 Islam in Danger, January 10, 2007</w:t>
      </w:r>
    </w:p>
    <w:p>
      <w:r>
        <w:t>https://youtu.be/1vrUjeA7508</w:t>
      </w:r>
    </w:p>
    <w:p>
      <w:r>
        <w:rPr>
          <w:b/>
        </w:rPr>
        <w:t xml:space="preserve">[00:36] </w:t>
      </w:r>
      <w:r>
        <w:t>aaj ka jo topic hai woh hai ke kya Islam khatre mein hai.</w:t>
      </w:r>
    </w:p>
    <w:p>
      <w:pPr>
        <w:jc w:val="right"/>
      </w:pPr>
      <w:r>
        <w:t>آج کا جو ٹاپک ہے وہ ہے کہ کیا اسلام خطرے میں ہے۔</w:t>
      </w:r>
    </w:p>
    <w:p>
      <w:r>
        <w:rPr>
          <w:b/>
        </w:rPr>
        <w:t xml:space="preserve">[00:47] </w:t>
      </w:r>
      <w:r>
        <w:t>yeh topic is tarah bana ke maine ek article parha, is ka caption tha: "Islam in danger".</w:t>
      </w:r>
    </w:p>
    <w:p>
      <w:pPr>
        <w:jc w:val="right"/>
      </w:pPr>
      <w:r>
        <w:t>یہ ٹاپک اس طرح بنا کہ میں نے ایک آرٹیکل پڑھا، اس کا کیپشن تھا: "اسلام ان ڈینجر"۔</w:t>
      </w:r>
    </w:p>
    <w:p>
      <w:r>
        <w:rPr>
          <w:b/>
        </w:rPr>
        <w:t xml:space="preserve">[01:03] </w:t>
      </w:r>
      <w:r>
        <w:t>yeh koi ek article ki baat nahi hai,</w:t>
      </w:r>
    </w:p>
    <w:p>
      <w:pPr>
        <w:jc w:val="right"/>
      </w:pPr>
      <w:r>
        <w:t>یہ کوئی ایک آرٹیکل کی بات نہیں ہے،</w:t>
      </w:r>
    </w:p>
    <w:p>
      <w:r>
        <w:rPr>
          <w:b/>
        </w:rPr>
        <w:t xml:space="preserve">[01:07] </w:t>
      </w:r>
      <w:r>
        <w:t>is zamane mein balke printing press ke zamane mein jitni bhi kitaben chhapi hain, jitne bhi musalmanon ke parche nikalte hain, magazine nikalte hain,</w:t>
      </w:r>
    </w:p>
    <w:p>
      <w:pPr>
        <w:jc w:val="right"/>
      </w:pPr>
      <w:r>
        <w:t>اس زمانے میں بلکہ پرنٹنگ پریس کے زمانے میں جتنی بھی کتابیں چھپی ہیں، جتنے بھی مسلمانوں کے پرچے نکلتے ہیں، میگزین نکلتے ہیں،</w:t>
      </w:r>
    </w:p>
    <w:p>
      <w:r>
        <w:rPr>
          <w:b/>
        </w:rPr>
        <w:t xml:space="preserve">[01:22] </w:t>
      </w:r>
      <w:r>
        <w:t>sab mein yahi baat dohrai ja rahi hai ke Islam khatre mein hai.</w:t>
      </w:r>
    </w:p>
    <w:p>
      <w:pPr>
        <w:jc w:val="right"/>
      </w:pPr>
      <w:r>
        <w:t>سب میں یہی بات دہرائی جا رہی ہے کہ اسلام خطرے میں ہے۔</w:t>
      </w:r>
    </w:p>
    <w:p>
      <w:r>
        <w:rPr>
          <w:b/>
        </w:rPr>
        <w:t xml:space="preserve">[01:30] </w:t>
      </w:r>
      <w:r>
        <w:t>main kisi exception ko nahi janta.</w:t>
      </w:r>
    </w:p>
    <w:p>
      <w:pPr>
        <w:jc w:val="right"/>
      </w:pPr>
      <w:r>
        <w:t>میں کسی ایکسیپشن کو نہیں جانتا۔</w:t>
      </w:r>
    </w:p>
    <w:p>
      <w:r>
        <w:rPr>
          <w:b/>
        </w:rPr>
        <w:t xml:space="preserve">[01:33] </w:t>
      </w:r>
      <w:r>
        <w:t>yahan tak ke jo jalse hote hain, jo speeches hoti hain, wahan bhi yahi dohrata jata hai ke Islam khatre mein, Islam khatre mein.</w:t>
      </w:r>
    </w:p>
    <w:p>
      <w:pPr>
        <w:jc w:val="right"/>
      </w:pPr>
      <w:r>
        <w:t>یہاں تک کہ جو جلسے ہوتے ہیں، جو سپیچز ہوتی ہیں، وہاں بھی یہی دہرایا جاتا ہے کہ اسلام خطرے میں، اسلام خطرے میں۔</w:t>
      </w:r>
    </w:p>
    <w:p>
      <w:r>
        <w:rPr>
          <w:b/>
        </w:rPr>
        <w:t xml:space="preserve">[01:45] </w:t>
      </w:r>
      <w:r>
        <w:t>sari zubanen yahi bol rahi hain.</w:t>
      </w:r>
    </w:p>
    <w:p>
      <w:pPr>
        <w:jc w:val="right"/>
      </w:pPr>
      <w:r>
        <w:t>ساری زبانیں یہی بول رہی ہیں۔</w:t>
      </w:r>
    </w:p>
    <w:p>
      <w:r>
        <w:rPr>
          <w:b/>
        </w:rPr>
        <w:t xml:space="preserve">[01:50] </w:t>
      </w:r>
      <w:r>
        <w:t>yani Persian mein, Arabic mein, Turkish mein, Urdu mein, English mein, jitna bhi literature tayyar hua hai printing press ke zamane mein, sab yahi boli bol raha hai ke Islam khatre mein hai.</w:t>
      </w:r>
    </w:p>
    <w:p>
      <w:pPr>
        <w:jc w:val="right"/>
      </w:pPr>
      <w:r>
        <w:t>یعنی پرشین میں، عربک میں، ٹرکش میں، اردو میں، انگریزی میں، جتنا بھی لٹریچر تیار ہوا ہے پرنٹنگ پریس کے زمانے میں، سب یہی بولی بول رہا ہے کہ اسلام خطرے میں ہے۔</w:t>
      </w:r>
    </w:p>
    <w:p>
      <w:r>
        <w:rPr>
          <w:b/>
        </w:rPr>
        <w:t xml:space="preserve">[02:05] </w:t>
      </w:r>
      <w:r>
        <w:t>koi qabil e zikr exception is mein mere ilm mein nahi hai. agar kisi ke paas ho to mujhe bataye. main yeh baat bohat din se keh raha hoon lekin aaj tak kisi ne mujhe koi exception ko point out nahi kiya.</w:t>
      </w:r>
    </w:p>
    <w:p>
      <w:pPr>
        <w:jc w:val="right"/>
      </w:pPr>
      <w:r>
        <w:t>کوئی قابلِ ذکر ایکسیپشن اس میں میرے علم میں نہیں ہے۔ اگر کسی کے پاس ہو تو مجھے بتائے۔ میں یہ بات بہت دن سے کہہ رہا ہوں لیکن آج تک کسی نے مجھے کوئی ایکسیپشن کو پوائنٹ آؤٹ نہیں کیا۔</w:t>
      </w:r>
    </w:p>
    <w:p>
      <w:r>
        <w:rPr>
          <w:b/>
        </w:rPr>
        <w:t xml:space="preserve">[02:28] </w:t>
      </w:r>
      <w:r>
        <w:t>jis ko dekhen wohi boli bol raha hai. yahi boli mujhe sunni parti hai India mein, Pakistan mein, Arab mein, Europe mein, America mein.</w:t>
      </w:r>
    </w:p>
    <w:p>
      <w:pPr>
        <w:jc w:val="right"/>
      </w:pPr>
      <w:r>
        <w:t>جس کو دیکھیں وہی بولی بول رہا ہے۔ یہی بولی مجھے سننی پڑتی ہے انڈیا میں، پاکستان میں، عرب میں، یورپ میں، امریکہ میں۔</w:t>
      </w:r>
    </w:p>
    <w:p>
      <w:r>
        <w:rPr>
          <w:b/>
        </w:rPr>
        <w:t xml:space="preserve">[02:40] </w:t>
      </w:r>
      <w:r>
        <w:t>maine bohat safar kiye, har jagah log yahi kehte hain ke Islam khatre mein hai. har jagah.</w:t>
      </w:r>
    </w:p>
    <w:p>
      <w:pPr>
        <w:jc w:val="right"/>
      </w:pPr>
      <w:r>
        <w:t>میں نے بہت سفر کیے، ہر جگہ لوگ یہی کہتے ہیں کہ اسلام خطرے میں ہے۔ ہر جگہ۔</w:t>
      </w:r>
    </w:p>
    <w:p>
      <w:r>
        <w:rPr>
          <w:b/>
        </w:rPr>
        <w:t xml:space="preserve">[02:48] </w:t>
      </w:r>
      <w:r>
        <w:t>sari kitabon mein yahi likha hua hai aur sari zubanen yahi bol rahi hain ke Islam khatre mein hai.</w:t>
      </w:r>
    </w:p>
    <w:p>
      <w:pPr>
        <w:jc w:val="right"/>
      </w:pPr>
      <w:r>
        <w:t>ساری کتابوں میں یہی لکھا ہوا ہے اور ساری زبانیں یہی بول رہی ہیں کہ اسلام خطرے میں ہے۔</w:t>
      </w:r>
    </w:p>
    <w:p>
      <w:r>
        <w:rPr>
          <w:b/>
        </w:rPr>
        <w:t xml:space="preserve">[02:58] </w:t>
      </w:r>
      <w:r>
        <w:t>dekhen, yeh jo baat hai to main kahunga ke "Prima facie it stands rejected." yeh apne aap hi mein qabil e radd hai.</w:t>
      </w:r>
    </w:p>
    <w:p>
      <w:pPr>
        <w:jc w:val="right"/>
      </w:pPr>
      <w:r>
        <w:t>دیکھیں، یہ جو بات ہے تو میں کہوں گا کہ "Prima facie it stands rejected." یہ اپنے آپ ہی میں قابلِ رد ہے۔</w:t>
      </w:r>
    </w:p>
    <w:p>
      <w:r>
        <w:rPr>
          <w:b/>
        </w:rPr>
        <w:t xml:space="preserve">[03:13] </w:t>
      </w:r>
      <w:r>
        <w:t>kyun? Quran mein saaf elan kiya gaya hai ke</w:t>
      </w:r>
    </w:p>
    <w:p>
      <w:pPr>
        <w:jc w:val="right"/>
      </w:pPr>
      <w:r>
        <w:t>کیوں؟ قرآن میں صاف اعلان کیا گیا ہے کہ</w:t>
      </w:r>
    </w:p>
    <w:p>
      <w:r>
        <w:rPr>
          <w:b/>
        </w:rPr>
        <w:t xml:space="preserve">[03:21] </w:t>
      </w:r>
      <w:r>
        <w:t>ab Islam mehfooz aur mustahkam ho chuka hai. yani Final Prophet ke baad.</w:t>
      </w:r>
    </w:p>
    <w:p>
      <w:pPr>
        <w:jc w:val="right"/>
      </w:pPr>
      <w:r>
        <w:t>اب اسلام محفوظ اور مستحکم ہو چکا ہے۔ یعنی Final Prophet کے بعد۔</w:t>
      </w:r>
    </w:p>
    <w:p>
      <w:r>
        <w:rPr>
          <w:b/>
        </w:rPr>
        <w:t xml:space="preserve">[03:33] </w:t>
      </w:r>
      <w:r>
        <w:t>"fala takhshawhum wakhshawni" yani ab khashiyat insani ka zamana hi khatam ho gaya,</w:t>
      </w:r>
    </w:p>
    <w:p>
      <w:pPr>
        <w:jc w:val="right"/>
      </w:pPr>
      <w:r>
        <w:t>"فَلَا تَخْشَوْهُمْ وَاخْشَوْنَ" یعنی اب خشیت انسانی کا زمانہ ہی ختم ہو گیا،</w:t>
      </w:r>
    </w:p>
    <w:p>
      <w:r>
        <w:rPr>
          <w:b/>
        </w:rPr>
        <w:t xml:space="preserve">[03:41] </w:t>
      </w:r>
      <w:r>
        <w:t>ab khashiyat rabbani ka zamana aa gaya hai. In other words, jo bhi danger Islam ke liye aayega woh from within hoga, from without nahi hoga.</w:t>
      </w:r>
    </w:p>
    <w:p>
      <w:pPr>
        <w:jc w:val="right"/>
      </w:pPr>
      <w:r>
        <w:t>اب خشیت ربانی کا زمانہ آ گیا ہے۔ In other words, جو بھی ڈینجر اسلام کے لیے آئے گا وہ from within ہوگا، from without نہیں ہوگا۔</w:t>
      </w:r>
    </w:p>
    <w:p>
      <w:r>
        <w:rPr>
          <w:b/>
        </w:rPr>
        <w:t xml:space="preserve">[04:01] </w:t>
      </w:r>
      <w:r>
        <w:t>yani musalmanon ki taraf se hoga, na ke ghair musalmanon ki taraf se. is ko achhi tarah samajh lijiye.</w:t>
      </w:r>
    </w:p>
    <w:p>
      <w:pPr>
        <w:jc w:val="right"/>
      </w:pPr>
      <w:r>
        <w:t>یعنی مسلمانوں کی طرف سے ہوگا، نہ کہ غیر مسلموں کی طرف سے۔ اس کو اچھی طرح سمجھ لیجیے۔</w:t>
      </w:r>
    </w:p>
    <w:p>
      <w:r>
        <w:rPr>
          <w:b/>
        </w:rPr>
        <w:t xml:space="preserve">[04:10] </w:t>
      </w:r>
      <w:r>
        <w:t>"fala takhshawhum wakhshawni" is tarah ki bohat si ayat hain, is tarah ki bohat si hadis hain.</w:t>
      </w:r>
    </w:p>
    <w:p>
      <w:pPr>
        <w:jc w:val="right"/>
      </w:pPr>
      <w:r>
        <w:t>"فَلَا تَخْشَوْهُمْ وَاخْشَوْنَ" اس طرح کی بہت سی آیتیں ہیں، اس طرح کی بہت سی حدیثیں ہیں۔</w:t>
      </w:r>
    </w:p>
    <w:p>
      <w:r>
        <w:rPr>
          <w:b/>
        </w:rPr>
        <w:t xml:space="preserve">[04:21] </w:t>
      </w:r>
      <w:r>
        <w:t>to ab, yani yeh jo daur shuru hua hai, yani jitne Prophet aaye dunya mein, woh sab tehreek tawheed ke numainde the.</w:t>
      </w:r>
    </w:p>
    <w:p>
      <w:pPr>
        <w:jc w:val="right"/>
      </w:pPr>
      <w:r>
        <w:t>تو اب، یعنی یہ جو دور شروع ہوا ہے، یعنی جتنے Prophet آئے دنیا میں، وہ سب تحریک توحید کے نمائندے تھے۔</w:t>
      </w:r>
    </w:p>
    <w:p>
      <w:r>
        <w:rPr>
          <w:b/>
        </w:rPr>
        <w:t xml:space="preserve">[04:38] </w:t>
      </w:r>
      <w:r>
        <w:t>Tehreek tawheed, dawat tawheed.</w:t>
      </w:r>
    </w:p>
    <w:p>
      <w:pPr>
        <w:jc w:val="right"/>
      </w:pPr>
      <w:r>
        <w:t>تحریک توحید، دعوت توحید۔</w:t>
      </w:r>
    </w:p>
    <w:p>
      <w:r>
        <w:rPr>
          <w:b/>
        </w:rPr>
        <w:t xml:space="preserve">[04:43] </w:t>
      </w:r>
      <w:r>
        <w:t>to Rasool Allah Sal Allahu Alaihi Wasallam jo Final Prophet the, un ke baad ek naya daur shuru hua. Ek aisa daur jis mein Religious Persecution khatm ho gaya.</w:t>
      </w:r>
    </w:p>
    <w:p>
      <w:pPr>
        <w:jc w:val="right"/>
      </w:pPr>
      <w:r>
        <w:t>تو رسول اللہ صلی اللہ علیہ وسلم جو Final Prophet تھے، ان کے بعد ایک نیا دور شروع ہوا۔ ایک ایسا دور جس میں Religious Persecution ختم ہو گیا۔</w:t>
      </w:r>
    </w:p>
    <w:p>
      <w:r>
        <w:rPr>
          <w:b/>
        </w:rPr>
        <w:t xml:space="preserve">[05:00] </w:t>
      </w:r>
      <w:r>
        <w:t>Ek naya daur jis mein Islam mustahkam ho gaya, mehfooz ho gaya. To ailaan kar diya gaya ke ab "fala tashawhum wakhshoon"</w:t>
      </w:r>
    </w:p>
    <w:p>
      <w:pPr>
        <w:jc w:val="right"/>
      </w:pPr>
      <w:r>
        <w:t>ایک نیا دور جس میں اسلام مستحکم ہو گیا، محفوظ ہو گیا۔ تو اعلان کر دیا گیا کہ اب "فَلَا تَخْشَوْهُمْ وَاخْشَوْنَ"</w:t>
      </w:r>
    </w:p>
    <w:p>
      <w:r>
        <w:rPr>
          <w:b/>
        </w:rPr>
        <w:t xml:space="preserve">[05:13] </w:t>
      </w:r>
      <w:r>
        <w:t>ke from without. There is no danger from without. If there is any danger, that is from within.</w:t>
      </w:r>
    </w:p>
    <w:p>
      <w:pPr>
        <w:jc w:val="right"/>
      </w:pPr>
      <w:r>
        <w:t>کہ from without. There is no danger from without. If there is any danger, that is from within.</w:t>
      </w:r>
    </w:p>
    <w:p>
      <w:r>
        <w:rPr>
          <w:b/>
        </w:rPr>
        <w:t xml:space="preserve">[05:23] </w:t>
      </w:r>
      <w:r>
        <w:t>Yani ab Islam ko jo masla aayega woh Musalmanon ki apni taraf se aayega, bahar ki taraf se nahi aane wala hai. Woh to daur hi khatm ho gaya.</w:t>
      </w:r>
    </w:p>
    <w:p>
      <w:pPr>
        <w:jc w:val="right"/>
      </w:pPr>
      <w:r>
        <w:t>یعنی اب اسلام کو جو مسئلہ آئے گا وہ مسلمانوں کی اپنی طرف سے آئے گا، باہر کی طرف سے نہیں آنے والا ہے۔ وہ تو دور ہی ختم ہو گیا۔</w:t>
      </w:r>
    </w:p>
    <w:p>
      <w:r>
        <w:rPr>
          <w:b/>
        </w:rPr>
        <w:t xml:space="preserve">[05:35] </w:t>
      </w:r>
      <w:r>
        <w:t>Jo yeh kahe ke Islam in danger, woh is haqeeqat ko nahi jaanta</w:t>
      </w:r>
    </w:p>
    <w:p>
      <w:pPr>
        <w:jc w:val="right"/>
      </w:pPr>
      <w:r>
        <w:t>جو یہ کہے کہ اسلام in danger، وہ اس حقیقت کو نہیں جانتا</w:t>
      </w:r>
    </w:p>
    <w:p>
      <w:r>
        <w:rPr>
          <w:b/>
        </w:rPr>
        <w:t xml:space="preserve">[05:40] </w:t>
      </w:r>
      <w:r>
        <w:t>ke Rasool Allah Sal Allahu Alaihi Wasallam ke baad tareekh mein, History mein, ek naya daur aa chuka hai.</w:t>
      </w:r>
    </w:p>
    <w:p>
      <w:pPr>
        <w:jc w:val="right"/>
      </w:pPr>
      <w:r>
        <w:t>کہ رسول اللہ صلی اللہ علیہ وسلم کے بعد تاریخ میں، History میں، ایک نیا دور آ چکا ہے۔</w:t>
      </w:r>
    </w:p>
    <w:p>
      <w:r>
        <w:rPr>
          <w:b/>
        </w:rPr>
        <w:t xml:space="preserve">[05:51] </w:t>
      </w:r>
      <w:r>
        <w:t>Jahke from without yani External Threat khatm ho chuka hai, ab Internal Threat ka zamana hai bas.</w:t>
      </w:r>
    </w:p>
    <w:p>
      <w:pPr>
        <w:jc w:val="right"/>
      </w:pPr>
      <w:r>
        <w:t>جبکہ from without یعنی External Threat ختم ہو چکا ہے، اب Internal Threat کا زمانہ ہے بس۔</w:t>
      </w:r>
    </w:p>
    <w:p>
      <w:r>
        <w:rPr>
          <w:b/>
        </w:rPr>
        <w:t xml:space="preserve">[06:04] </w:t>
      </w:r>
      <w:r>
        <w:t>To agar aaj is zamane mein Islam khatre mein hai to woh Musalmanon ki taraf se khatre mein hai. Doosron ki taraf se khatre mein nahi hai. Aap kisi se poochein ke tum aisa kyun kehte ho ke Islam khatre mein hai?</w:t>
      </w:r>
    </w:p>
    <w:p>
      <w:pPr>
        <w:jc w:val="right"/>
      </w:pPr>
      <w:r>
        <w:t>تو اگر آج اس زمانے میں اسلام خطرے میں ہے تو وہ مسلمانوں کی طرف سے خطرے میں ہے۔ دوسروں کی طرف سے خطرے میں نہیں ہے۔ آپ کسی سے پوچھیں کہ تم ایسا کیوں کہتے ہو کہ اسلام خطرے میں ہے؟</w:t>
      </w:r>
    </w:p>
    <w:p>
      <w:r>
        <w:rPr>
          <w:b/>
        </w:rPr>
        <w:t xml:space="preserve">[06:22] </w:t>
      </w:r>
      <w:r>
        <w:t>To kya kahega woh? Ke dekhiye, Palestine mein Yahudiyon ne occupy kar liya hai, Musalmanon ko wahan se nikaal diya hai.</w:t>
      </w:r>
    </w:p>
    <w:p>
      <w:pPr>
        <w:jc w:val="right"/>
      </w:pPr>
      <w:r>
        <w:t>تو کیا کہے گا وہ؟ کہ دیکھیے، فلسطین میں یہودیوں نے اکوپائی کر لیا ہے، مسلمانوں کو وہاں سے نکال دیا ہے۔</w:t>
      </w:r>
    </w:p>
    <w:p>
      <w:r>
        <w:rPr>
          <w:b/>
        </w:rPr>
        <w:t xml:space="preserve">[06:33] </w:t>
      </w:r>
      <w:r>
        <w:t>Woh kahenge ke dekhiye, Afghanistan, Iraq mein America ne bombardment kiya aur tabaah kiya, ab doosre mulkon ko bhi woh aisa karna chahta hai.</w:t>
      </w:r>
    </w:p>
    <w:p>
      <w:pPr>
        <w:jc w:val="right"/>
      </w:pPr>
      <w:r>
        <w:t>وہ کہیں گے کہ دیکھیے، افغانستان، عراق میں امریکہ نے بمبارڈمنٹ کیا اور تباہ کیا، اب دوسرے ملکوں کو بھی وہ ایسا کرنا چاہتا ہے۔</w:t>
      </w:r>
    </w:p>
    <w:p>
      <w:r>
        <w:rPr>
          <w:b/>
        </w:rPr>
        <w:t xml:space="preserve">[06:46] </w:t>
      </w:r>
      <w:r>
        <w:t>Yeh Islam khatre mein hai? Yeh to Musalman khatre mein hain. Yani Iran ya Afghanistan ya Iraq Islam ka naam nahi hai, yeh Musalman ka naam hai.</w:t>
      </w:r>
    </w:p>
    <w:p>
      <w:pPr>
        <w:jc w:val="right"/>
      </w:pPr>
      <w:r>
        <w:t>یہ اسلام خطرے میں ہے؟ یہ تو مسلمان خطرے میں ہیں۔ یعنی ایران یا افغانستان یا عراق اسلام کا نام نہیں ہے، یہ مسلمان کا نام ہے۔</w:t>
      </w:r>
    </w:p>
    <w:p>
      <w:r>
        <w:rPr>
          <w:b/>
        </w:rPr>
        <w:t xml:space="preserve">[06:59] </w:t>
      </w:r>
      <w:r>
        <w:t>Yeh sab Muslim land hain.</w:t>
      </w:r>
    </w:p>
    <w:p>
      <w:pPr>
        <w:jc w:val="right"/>
      </w:pPr>
      <w:r>
        <w:t>یہ سب مسلم لینڈ ہیں۔</w:t>
      </w:r>
    </w:p>
    <w:p>
      <w:r>
        <w:rPr>
          <w:b/>
        </w:rPr>
        <w:t xml:space="preserve">[07:03] </w:t>
      </w:r>
      <w:r>
        <w:t>Yani Iraq aur Afghanistan aur Iran ya koi doosra mulk Islam ka case nahi hai, woh Musalmanon ka case hai.</w:t>
      </w:r>
    </w:p>
    <w:p>
      <w:pPr>
        <w:jc w:val="right"/>
      </w:pPr>
      <w:r>
        <w:t>یعنی عراق اور افغانستان اور ایران یا کوئی دوسرا ملک اسلام کا کیس نہیں ہے، وہ مسلمانوں کا کیس ہے۔</w:t>
      </w:r>
    </w:p>
    <w:p>
      <w:r>
        <w:rPr>
          <w:b/>
        </w:rPr>
        <w:t xml:space="preserve">[07:13] </w:t>
      </w:r>
      <w:r>
        <w:t>Musalmanon ne apni nadaniyon se</w:t>
      </w:r>
    </w:p>
    <w:p>
      <w:pPr>
        <w:jc w:val="right"/>
      </w:pPr>
      <w:r>
        <w:t>مسلمانوں نے اپنی نادانیوں سے</w:t>
      </w:r>
    </w:p>
    <w:p>
      <w:r>
        <w:rPr>
          <w:b/>
        </w:rPr>
        <w:t xml:space="preserve">[07:18] </w:t>
      </w:r>
      <w:r>
        <w:t>aisi siyasat chalai, aisi Politics chalai. Khud apni nadani se unhon ne nadan Politics chalai to is ki qeemat de rahe hain woh?</w:t>
      </w:r>
    </w:p>
    <w:p>
      <w:pPr>
        <w:jc w:val="right"/>
      </w:pPr>
      <w:r>
        <w:t>ایسی سیاست چلائی، ایسی Politics چلائی۔ خود اپنی نادانی سے انہوں نے نادان Politics چلائی تو اس کی قیمت دے رہے ہیں وہ؟</w:t>
      </w:r>
    </w:p>
    <w:p>
      <w:r>
        <w:rPr>
          <w:b/>
        </w:rPr>
        <w:t xml:space="preserve">[07:29] </w:t>
      </w:r>
      <w:r>
        <w:t>Har jagah</w:t>
      </w:r>
    </w:p>
    <w:p>
      <w:pPr>
        <w:jc w:val="right"/>
      </w:pPr>
      <w:r>
        <w:t>ہر جگہ</w:t>
      </w:r>
    </w:p>
    <w:p>
      <w:r>
        <w:rPr>
          <w:b/>
        </w:rPr>
        <w:t xml:space="preserve">[07:30] </w:t>
      </w:r>
      <w:r>
        <w:t>? Is par main bohat likh chuka hoon ke jitne yeh waqiyat hawala kiye jaate hain, yeh Musalmanon ki apni nadani ki qeemat hai jis ko woh de rahe hain.</w:t>
      </w:r>
    </w:p>
    <w:p>
      <w:pPr>
        <w:jc w:val="right"/>
      </w:pPr>
      <w:r>
        <w:t>؟ اس پر میں بہت لکھ چکا ہوں کہ جتنے یہ واقعات حوالہ کیے جاتے ہیں، یہ مسلمانوں کی اپنی نادانی کی قیمت ہے جس کو وہ دے رہے ہیں۔</w:t>
      </w:r>
    </w:p>
    <w:p>
      <w:r>
        <w:rPr>
          <w:b/>
        </w:rPr>
        <w:t xml:space="preserve">[07:42] </w:t>
      </w:r>
      <w:r>
        <w:t>Islam se is ka koi ta'alluq nahi hai. Phir yeh kaha jaata hai ke dekhiye, Western Civilization jo hai woh hamla kiya hua hai hamare mazhab par.</w:t>
      </w:r>
    </w:p>
    <w:p>
      <w:pPr>
        <w:jc w:val="right"/>
      </w:pPr>
      <w:r>
        <w:t>اسلام سے اس کا کوئی تعلق نہیں ہے۔ پھر یہ کہا جاتا ہے کہ دیکھیے، Western Civilization جو ہے وہ حملہ کیا ہوا ہے ہمارے مذہب پر۔</w:t>
      </w:r>
    </w:p>
    <w:p>
      <w:r>
        <w:rPr>
          <w:b/>
        </w:rPr>
        <w:t xml:space="preserve">[07:58] </w:t>
      </w:r>
      <w:r>
        <w:t>Saare literature jo padhein aap is zamane mein jo likha gaya hai, us mein Western Civilization ko project kiya jaata hai Enemy of Islam ke taur par.</w:t>
      </w:r>
    </w:p>
    <w:p>
      <w:pPr>
        <w:jc w:val="right"/>
      </w:pPr>
      <w:r>
        <w:t>سارے لٹریچر جو پڑھیں آپ اس زمانے میں جو لکھا گیا ہے، اس میں Western Civilization کو پروجیکٹ کیا جاتا ہے Enemy of Islam کے طور پر۔</w:t>
      </w:r>
    </w:p>
    <w:p>
      <w:r>
        <w:rPr>
          <w:b/>
        </w:rPr>
        <w:t xml:space="preserve">[08:10] </w:t>
      </w:r>
      <w:r>
        <w:t>Saara hi literature, without any exception.</w:t>
      </w:r>
    </w:p>
    <w:p>
      <w:pPr>
        <w:jc w:val="right"/>
      </w:pPr>
      <w:r>
        <w:t>سارا ہی لٹریچر، without any exception۔</w:t>
      </w:r>
    </w:p>
    <w:p>
      <w:r>
        <w:rPr>
          <w:b/>
        </w:rPr>
        <w:t xml:space="preserve">[08:15] </w:t>
      </w:r>
      <w:r>
        <w:t>without any exception. Western Civilization ko project kiya jaata hai Enemy of Islam ke taur par.</w:t>
      </w:r>
    </w:p>
    <w:p>
      <w:pPr>
        <w:jc w:val="right"/>
      </w:pPr>
      <w:r>
        <w:t>without any exception۔ Western Civilization کو پروجیکٹ کیا جاتا ہے Enemy of Islam کے طور پر۔</w:t>
      </w:r>
    </w:p>
    <w:p>
      <w:r>
        <w:rPr>
          <w:b/>
        </w:rPr>
        <w:t xml:space="preserve">[08:24] </w:t>
      </w:r>
      <w:r>
        <w:t>Yeh bilkul be buniyad baat hai.</w:t>
      </w:r>
    </w:p>
    <w:p>
      <w:pPr>
        <w:jc w:val="right"/>
      </w:pPr>
      <w:r>
        <w:t>یہ بالکل بے بنیاد بات ہے۔</w:t>
      </w:r>
    </w:p>
    <w:p>
      <w:r>
        <w:rPr>
          <w:b/>
        </w:rPr>
        <w:t xml:space="preserve">[08:28] </w:t>
      </w:r>
      <w:r>
        <w:t>Koi Civilization Islam ke liye Enemy nahi ban sakti. Civilization kya hai?</w:t>
      </w:r>
    </w:p>
    <w:p>
      <w:pPr>
        <w:jc w:val="right"/>
      </w:pPr>
      <w:r>
        <w:t>کوئی Civilization اسلام کے لیے Enemy نہیں بن سکتی۔ Civilization کیا ہے؟</w:t>
      </w:r>
    </w:p>
    <w:p>
      <w:r>
        <w:rPr>
          <w:b/>
        </w:rPr>
        <w:t xml:space="preserve">[08:38] </w:t>
      </w:r>
      <w:r>
        <w:t>Civilization ek tareekhi amal ka naam hai. Tareekhi amal. Aur Khuda ne Rasool Allah salallaho alaihi wasallam ke zariye aur Sahaba Rasool ke zariye tareekh mein ek aisa inqalab paida kiya jisko izhaar-e-deen kehte hain.</w:t>
      </w:r>
    </w:p>
    <w:p>
      <w:pPr>
        <w:jc w:val="right"/>
      </w:pPr>
      <w:r>
        <w:t>Civilization ایک تاریخی عمل کا نام ہے۔ تاریخی عمل۔ اور خدا نے رسول اللہ صلی اللہ علیہ وسلم کے ذریعے اور صحابہ رسول کے ذریعے تاریخ میں ایک ایسا انقلاب پیدا کیا جس کو اظہار دین کہتے ہیں۔</w:t>
      </w:r>
    </w:p>
    <w:p>
      <w:r>
        <w:rPr>
          <w:b/>
        </w:rPr>
        <w:t xml:space="preserve">[08:57] </w:t>
      </w:r>
      <w:r>
        <w:t>Jisse tareekh ka dhara hi badal gaya, tareekh ka amal badal gaya.</w:t>
      </w:r>
    </w:p>
    <w:p>
      <w:pPr>
        <w:jc w:val="right"/>
      </w:pPr>
      <w:r>
        <w:t>جس سے تاریخ کا دھارا ہی بدل گیا، تاریخ کا عمل بدل گیا۔</w:t>
      </w:r>
    </w:p>
    <w:p>
      <w:r>
        <w:rPr>
          <w:b/>
        </w:rPr>
        <w:t xml:space="preserve">[09:03] </w:t>
      </w:r>
      <w:r>
        <w:t>Ab tareekh ka jo amal hai woh hamesha jayega Islam ke haq mein, Islam ke khilaf mein ja nahi sakta.</w:t>
      </w:r>
    </w:p>
    <w:p>
      <w:pPr>
        <w:jc w:val="right"/>
      </w:pPr>
      <w:r>
        <w:t>اب تاریخ کا جو عمل ہے وہ ہمیشہ جائے گا اسلام کے حق میں، اسلام کے خلاف میں جا نہیں سکتا۔</w:t>
      </w:r>
    </w:p>
    <w:p>
      <w:r>
        <w:rPr>
          <w:b/>
        </w:rPr>
        <w:t xml:space="preserve">[09:14] </w:t>
      </w:r>
      <w:r>
        <w:t>Toh Civilization, Western Civilization kya hai? Woh ek tareekhi mazhar hai. Aur tareekh ko kaun control kar raha hai?</w:t>
      </w:r>
    </w:p>
    <w:p>
      <w:pPr>
        <w:jc w:val="right"/>
      </w:pPr>
      <w:r>
        <w:t>تو Civilization، Western Civilization کیا ہے؟ وہ ایک تاریخی مظہر ہے۔ اور تاریخ کو کون کنٹرول کر رہا ہے؟</w:t>
      </w:r>
    </w:p>
    <w:p>
      <w:r>
        <w:rPr>
          <w:b/>
        </w:rPr>
        <w:t xml:space="preserve">[09:23] </w:t>
      </w:r>
      <w:r>
        <w:t>Khuda control kar raha hai. Toh Khuda ne yeh tay kar diya hai ke tareekh ka amal Islam ke haq mein jaye.</w:t>
      </w:r>
    </w:p>
    <w:p>
      <w:pPr>
        <w:jc w:val="right"/>
      </w:pPr>
      <w:r>
        <w:t>خدا کنٹرول کر رہا ہے۔ تو خدا نے یہ طے کر دیا ہے کہ تاریخ کا عمل اسلام کے حق میں جائے۔</w:t>
      </w:r>
    </w:p>
    <w:p>
      <w:r>
        <w:rPr>
          <w:b/>
        </w:rPr>
        <w:t xml:space="preserve">[09:33] </w:t>
      </w:r>
      <w:r>
        <w:t>Woh Islam ke khilaf mein na ja sake. Toh yeh sab baatein kya hain? Yeh sab "Prima facie it stands rejected." wali baatein hain.</w:t>
      </w:r>
    </w:p>
    <w:p>
      <w:pPr>
        <w:jc w:val="right"/>
      </w:pPr>
      <w:r>
        <w:t>وہ اسلام کے خلاف میں نہ جا سکے۔ تو یہ سب باتیں کیا ہیں؟ یہ سب "Prima facie it stands rejected." والی باتیں ہیں۔</w:t>
      </w:r>
    </w:p>
    <w:p>
      <w:r>
        <w:rPr>
          <w:b/>
        </w:rPr>
        <w:t xml:space="preserve">[09:45] </w:t>
      </w:r>
      <w:r>
        <w:t>Dekhiye, main bohat hi soch samajh kar yeh baat keh raha hoon</w:t>
      </w:r>
    </w:p>
    <w:p>
      <w:pPr>
        <w:jc w:val="right"/>
      </w:pPr>
      <w:r>
        <w:t>دیکھیے، میں بہت ہی سوچ سمجھ کر یہ بات کہہ رہا ہوں</w:t>
      </w:r>
    </w:p>
    <w:p>
      <w:r>
        <w:rPr>
          <w:b/>
        </w:rPr>
        <w:t xml:space="preserve">[09:53] </w:t>
      </w:r>
      <w:r>
        <w:t>Ke Islam khatre mein nahi hai. Islam ka Muslim version khatre mein hai.</w:t>
      </w:r>
    </w:p>
    <w:p>
      <w:pPr>
        <w:jc w:val="right"/>
      </w:pPr>
      <w:r>
        <w:t>کہ اسلام خطرے میں نہیں ہے۔ اسلام کا مسلم ورژن خطرے میں ہے۔</w:t>
      </w:r>
    </w:p>
    <w:p>
      <w:r>
        <w:rPr>
          <w:b/>
        </w:rPr>
        <w:t xml:space="preserve">[10:07] </w:t>
      </w:r>
      <w:r>
        <w:t>Main phir dohrata hoon ke Islam yaani maujooda, aaj ki duniya mein, maujooda duniya mein, Islam khatre mein nahi hai.</w:t>
      </w:r>
    </w:p>
    <w:p>
      <w:pPr>
        <w:jc w:val="right"/>
      </w:pPr>
      <w:r>
        <w:t>میں پھر دہراتا ہوں کہ اسلام یعنی موجودہ، آج کی دنیا میں، موجودہ دنیا میں، اسلام خطرے میں نہیں ہے۔</w:t>
      </w:r>
    </w:p>
    <w:p>
      <w:r>
        <w:rPr>
          <w:b/>
        </w:rPr>
        <w:t xml:space="preserve">[10:20] </w:t>
      </w:r>
      <w:r>
        <w:t>Musalmanon ka, Musalmanon ne khud se jo Islam ka version banaya hai woh khatre mein hai.</w:t>
      </w:r>
    </w:p>
    <w:p>
      <w:pPr>
        <w:jc w:val="right"/>
      </w:pPr>
      <w:r>
        <w:t>مسلمانوں کا، مسلمانوں نے خود سے جو اسلام کا ورژن بنایا ہے وہ خطرے میں ہے۔</w:t>
      </w:r>
    </w:p>
    <w:p>
      <w:r>
        <w:rPr>
          <w:b/>
        </w:rPr>
        <w:t xml:space="preserve">[10:30] </w:t>
      </w:r>
      <w:r>
        <w:t>Is baat ko samjhiye. Dekhiye, Islam kya hai?</w:t>
      </w:r>
    </w:p>
    <w:p>
      <w:pPr>
        <w:jc w:val="right"/>
      </w:pPr>
      <w:r>
        <w:t>اس بات کو سمجھئے۔ دیکھیے، اسلام کیا ہے؟</w:t>
      </w:r>
    </w:p>
    <w:p>
      <w:r>
        <w:rPr>
          <w:b/>
        </w:rPr>
        <w:t xml:space="preserve">[10:35] </w:t>
      </w:r>
      <w:r>
        <w:t>Islam naam hai us deen ka jo Quran mein bataya gaya hai. Islam naam hai us deen ka jo Rasool Allah salallaho alaihi wasallam ne kar ke dikhaya.</w:t>
      </w:r>
    </w:p>
    <w:p>
      <w:pPr>
        <w:jc w:val="right"/>
      </w:pPr>
      <w:r>
        <w:t>اسلام نام ہے اس دین کا جو قرآن میں بتایا گیا ہے۔ اسلام نام ہے اس دین کا جو رسول اللہ صلی اللہ علیہ وسلم نے کر کے دکھایا۔</w:t>
      </w:r>
    </w:p>
    <w:p>
      <w:r>
        <w:rPr>
          <w:b/>
        </w:rPr>
        <w:t xml:space="preserve">[10:46] </w:t>
      </w:r>
      <w:r>
        <w:t>Islam naam hai us deen ka jo Rasool Allah ke saathi ne apni zindagi mein apnaya. Aur iska record poori tarah maujood hai.</w:t>
      </w:r>
    </w:p>
    <w:p>
      <w:pPr>
        <w:jc w:val="right"/>
      </w:pPr>
      <w:r>
        <w:t>اسلام نام ہے اس دین کا جو رسول اللہ کے ساتھی نے اپنی زندگی میں اپنایا۔ اور اس کا ریکارڈ پوری طرح موجود ہے۔</w:t>
      </w:r>
    </w:p>
    <w:p>
      <w:r>
        <w:rPr>
          <w:b/>
        </w:rPr>
        <w:t xml:space="preserve">[10:57] </w:t>
      </w:r>
      <w:r>
        <w:t>Lekin baat ko, yaani Abbasiyat daur se ek naya zamana shuru hua jabke logon ne khud se Islam ka ek version banana shuru kiya.</w:t>
      </w:r>
    </w:p>
    <w:p>
      <w:pPr>
        <w:jc w:val="right"/>
      </w:pPr>
      <w:r>
        <w:t>لیکن بات کو، یعنی عباسیت دور سے ایک نیا زمانہ شروع ہوا۔ جبکہ لوگوں نے خود سے اسلام کا ایک ورژن بنانا شروع کیا۔</w:t>
      </w:r>
    </w:p>
    <w:p>
      <w:r>
        <w:rPr>
          <w:b/>
        </w:rPr>
        <w:t xml:space="preserve">[11:07] </w:t>
      </w:r>
      <w:r>
        <w:t>Khud se.</w:t>
      </w:r>
    </w:p>
    <w:p>
      <w:pPr>
        <w:jc w:val="right"/>
      </w:pPr>
      <w:r>
        <w:t>خود سے۔</w:t>
      </w:r>
    </w:p>
    <w:p>
      <w:r>
        <w:rPr>
          <w:b/>
        </w:rPr>
        <w:t xml:space="preserve">[11:10] </w:t>
      </w:r>
      <w:r>
        <w:t>Yaani Quran aur Hadees aur Rasool Allah aur Ashab-e-Rasool ke zariye jo deen mila tha uske mutawazi ek deen banana shuru kiya.</w:t>
      </w:r>
    </w:p>
    <w:p>
      <w:pPr>
        <w:jc w:val="right"/>
      </w:pPr>
      <w:r>
        <w:t>یعنی قرآن اور حدیث اور رسول اللہ اور اصحاب رسول کے ذریعے جو دین ملا تھا اس کے متوازی ایک دین بنانا شروع کیا۔</w:t>
      </w:r>
    </w:p>
    <w:p>
      <w:r>
        <w:rPr>
          <w:b/>
        </w:rPr>
        <w:t xml:space="preserve">[11:21] </w:t>
      </w:r>
      <w:r>
        <w:t>Dekhiye, yeh baat jo main keh raha hoon yeh koi zaati baat nahi hai, Hadees mein khud maujood hai. Ke "Khair-ul-qurooni qarni thumma allazeena yaloonahum thumma allazeena yaroonahum"</w:t>
      </w:r>
    </w:p>
    <w:p>
      <w:pPr>
        <w:jc w:val="right"/>
      </w:pPr>
      <w:r>
        <w:t>دیکھیے، یہ بات جو میں کہہ رہا ہوں یہ کوئی ذاتی بات نہیں ہے، حدیث میں خود موجود ہے۔ کہ "خَيْرُ الْقُرُونِ قَرْنِي ثُمَّ الَّذِينَ يَلُونَهُمْ ثُمَّ الَّذِينَ يَرُونَهُمْ"</w:t>
      </w:r>
    </w:p>
    <w:p>
      <w:r>
        <w:rPr>
          <w:b/>
        </w:rPr>
        <w:t xml:space="preserve">[11:33] </w:t>
      </w:r>
      <w:r>
        <w:t>Sirf teen daur ko Rasool Allah salallaho alaihi wasallam ne mustanad daur bataya hai. Teen daur ko. Yaani Rasool Allah ka zamana, Ashab-e-Rasool ka zamana aur Tabe'een ka zamana.</w:t>
      </w:r>
    </w:p>
    <w:p>
      <w:pPr>
        <w:jc w:val="right"/>
      </w:pPr>
      <w:r>
        <w:t>صرف تین دور کو رسول اللہ صلی اللہ علیہ وسلم نے مستند دور بتایا ہے۔ تین دور کو۔ یعنی رسول اللہ کا زمانہ، اصحاب رسول کا زمانہ اور تابعین کا زمانہ۔</w:t>
      </w:r>
    </w:p>
    <w:p>
      <w:r>
        <w:rPr>
          <w:b/>
        </w:rPr>
        <w:t xml:space="preserve">[11:52] </w:t>
      </w:r>
      <w:r>
        <w:t>Yaani daur-e-risalat, daur-e-Sahaba aur daur-e-Tabe'een. Inko kaha jata hai ke "Quroon-un-mashhood-un-laha-bil-khair"</w:t>
      </w:r>
    </w:p>
    <w:p>
      <w:pPr>
        <w:jc w:val="right"/>
      </w:pPr>
      <w:r>
        <w:t>یعنی دور رسالت، دور صحابہ اور دور تابعین۔ ان کو کہا جاتا ہے کہ "قُرُونٌ مَشْهُودٌ لَهَا بِالْخَيْرِ"</w:t>
      </w:r>
    </w:p>
    <w:p>
      <w:r>
        <w:rPr>
          <w:b/>
        </w:rPr>
        <w:t xml:space="preserve">[12:05] </w:t>
      </w:r>
      <w:r>
        <w:t>. Inke bare mein Ulama kehte hain ke "Quroon-un-mashhood-un-laha-bil-khair" . Yaani woh teen zamane, woh teen daur jin ke</w:t>
      </w:r>
    </w:p>
    <w:p>
      <w:pPr>
        <w:jc w:val="right"/>
      </w:pPr>
      <w:r>
        <w:t>۔ ان کے بارے میں علماء کہتے ہیں کہ "قُرُونٌ مَشْهُودٌ لَهَا بِالْخَيْرِ" ۔ یعنی وہ تین زمانے، وہ تین دور جن کے</w:t>
      </w:r>
    </w:p>
    <w:p>
      <w:r>
        <w:rPr>
          <w:b/>
        </w:rPr>
        <w:t xml:space="preserve">[12:18] </w:t>
      </w:r>
      <w:r>
        <w:t>Mustarad hone ki shahadat di hai, gawahi di hai khud Rasool Allah salallaho alaihi wasallam ne. Toh bas teen zamane hain yeh.</w:t>
      </w:r>
    </w:p>
    <w:p>
      <w:pPr>
        <w:jc w:val="right"/>
      </w:pPr>
      <w:r>
        <w:t>مسترد ہونے کی شہادت دی ہے، گواہی دی ہے خود رسول اللہ صلی اللہ علیہ وسلم نے۔ تو بس تین زمانے ہیں یہ۔</w:t>
      </w:r>
    </w:p>
    <w:p>
      <w:r>
        <w:rPr>
          <w:b/>
        </w:rPr>
        <w:t xml:space="preserve">[12:27] </w:t>
      </w:r>
      <w:r>
        <w:t>Baqi toh sab Musalmanon ke zamane hain.</w:t>
      </w:r>
    </w:p>
    <w:p>
      <w:pPr>
        <w:jc w:val="right"/>
      </w:pPr>
      <w:r>
        <w:t>باقی تو سب مسلمانوں کے زمانے ہیں۔</w:t>
      </w:r>
    </w:p>
    <w:p>
      <w:r>
        <w:rPr>
          <w:b/>
        </w:rPr>
        <w:t xml:space="preserve">[12:31] </w:t>
      </w:r>
      <w:r>
        <w:t>Islam ka jo mustanad daur hai woh sirf yahi teen hain. Zamana-e-risalat, zamana-e-Sahaba, zamana-e-Tabe'een.</w:t>
      </w:r>
    </w:p>
    <w:p>
      <w:pPr>
        <w:jc w:val="right"/>
      </w:pPr>
      <w:r>
        <w:t>اسلام کا جو مستند دور ہے وہ صرف یہی تین ہیں۔ زمانہ رسالت، زمانہ صحابہ، زمانہ تابعین۔</w:t>
      </w:r>
    </w:p>
    <w:p>
      <w:r>
        <w:rPr>
          <w:b/>
        </w:rPr>
        <w:t xml:space="preserve">[12:42] </w:t>
      </w:r>
      <w:r>
        <w:t>Toh yeh sara literature jisko hum kehte hain Islamic literature, Islamic kutub khana, woh kab bana hai? In teen zamanon ke baad bana hai. Sara sara literature yeh Abbasiyat daur mein banna shuru hua.</w:t>
      </w:r>
    </w:p>
    <w:p>
      <w:pPr>
        <w:jc w:val="right"/>
      </w:pPr>
      <w:r>
        <w:t>تو یہ سارا لٹریچر جس کو ہم کہتے ہیں اسلامک لٹریچر، اسلامک کتب خانہ، وہ کب بنا ہے؟ ان تین زمانوں کے بعد بنا ہے۔ سارا سارا لٹریچر یہ عباسیت دور میں بننا شروع ہوا۔</w:t>
      </w:r>
    </w:p>
    <w:p>
      <w:r>
        <w:rPr>
          <w:b/>
        </w:rPr>
        <w:t xml:space="preserve">[12:58] </w:t>
      </w:r>
      <w:r>
        <w:t>Is zamane mein kya tha?</w:t>
      </w:r>
    </w:p>
    <w:p>
      <w:pPr>
        <w:jc w:val="right"/>
      </w:pPr>
      <w:r>
        <w:t>اس زمانے میں کیا تھا؟</w:t>
      </w:r>
    </w:p>
    <w:p>
      <w:r>
        <w:rPr>
          <w:b/>
        </w:rPr>
        <w:t xml:space="preserve">[13:00] </w:t>
      </w:r>
      <w:r>
        <w:t>sirf quran aur hadith. bas. jo "qurun mashhud laha bil khair" jo hai, teen zamanay. is mein islam ka jo zariya tha woh sirf quran tha aur hadith thi, sunnat-e-rasool thi, sunnat-e-sahaba thi.</w:t>
      </w:r>
    </w:p>
    <w:p>
      <w:pPr>
        <w:jc w:val="right"/>
      </w:pPr>
      <w:r>
        <w:t>صرف قرآن اور حدیث۔ بس۔ جو "قُرُونٌ مَشْهُودٌ لَهَا بِالْخَيْرِ" جو ہے، تین زمانے۔ اس میں اسلام کا جو ذریعہ تھا وہ صرف قرآن تھا اور حدیث تھی، سنت رسول تھی، سنت صحابہ تھی۔</w:t>
      </w:r>
    </w:p>
    <w:p>
      <w:r>
        <w:rPr>
          <w:b/>
        </w:rPr>
        <w:t xml:space="preserve">[13:20] </w:t>
      </w:r>
      <w:r>
        <w:t>koi aur zariya islam ka siray say maujood nahi karta tha. is ko achi tarah samajh lijiye. yeh</w:t>
      </w:r>
    </w:p>
    <w:p>
      <w:pPr>
        <w:jc w:val="right"/>
      </w:pPr>
      <w:r>
        <w:t>کوئی اور ذریعہ اسلام کا سرے سے موجود نہیں کرتا تھا۔ اس کو اچھی طرح سمجھ لیجیے۔ یہ</w:t>
      </w:r>
    </w:p>
    <w:p>
      <w:r>
        <w:rPr>
          <w:b/>
        </w:rPr>
        <w:t xml:space="preserve">[13:29] </w:t>
      </w:r>
      <w:r>
        <w:t>sari cheezain baad ko bani hain. dekhiye, fiqh baad ko bani hai. ilm-e-kalam baad ko bana hai. ilm-e-aqaaid baad ko bana hai.</w:t>
      </w:r>
    </w:p>
    <w:p>
      <w:pPr>
        <w:jc w:val="right"/>
      </w:pPr>
      <w:r>
        <w:t>ساری چیزیں بعد کو بنی ہیں۔ دیکھیے، فقہ بعد کو بنی ہے۔ علمِ کلام بعد کو بنا ہے۔ علمِ عقائد بعد کو بنا ہے۔</w:t>
      </w:r>
    </w:p>
    <w:p>
      <w:r>
        <w:rPr>
          <w:b/>
        </w:rPr>
        <w:t xml:space="preserve">[13:41] </w:t>
      </w:r>
      <w:r>
        <w:t>sari tafaseer baad ko likhi gayi hain. sari sharahain baad ko likhi gayi hain. sara literature jo hai, jo jis ko hum kehte hain ke islamic kutub khana, woh sab baad ko likha gaya hai.</w:t>
      </w:r>
    </w:p>
    <w:p>
      <w:pPr>
        <w:jc w:val="right"/>
      </w:pPr>
      <w:r>
        <w:t>ساری تفسیریں بعد کو لکھی گئی ہیں۔ ساری شرحیں بعد کو لکھی گئی ہیں۔ سارا لٹریچر جو ہے، جو جس کو ہم کہتے ہیں کہ اسلامک کتب خانہ، وہ سب بعد کو لکھا گیا ہے۔</w:t>
      </w:r>
    </w:p>
    <w:p>
      <w:r>
        <w:rPr>
          <w:b/>
        </w:rPr>
        <w:t xml:space="preserve">[13:55] </w:t>
      </w:r>
      <w:r>
        <w:t>is ka matlab kya hai? ke aik hai woh daur jis ko kaha gaya hai "qurun mashhud laha bil khair" .</w:t>
      </w:r>
    </w:p>
    <w:p>
      <w:pPr>
        <w:jc w:val="right"/>
      </w:pPr>
      <w:r>
        <w:t>اس کا معنی کیا ہے؟ کہ ایک ہے وہ دور جس کو کہا گیا ہے "قُرُونٌ مَشْهُودٌ لَهَا بِالْخَيْرِ" ۔</w:t>
      </w:r>
    </w:p>
    <w:p>
      <w:r>
        <w:rPr>
          <w:b/>
        </w:rPr>
        <w:t xml:space="preserve">[14:04] </w:t>
      </w:r>
      <w:r>
        <w:t>yani "authentic period of Islam" . "qurun mashhud laha bil khair" ka matlab hai "authentic period of Islam" .</w:t>
      </w:r>
    </w:p>
    <w:p>
      <w:pPr>
        <w:jc w:val="right"/>
      </w:pPr>
      <w:r>
        <w:t>یعنی "authentic period of Islam" ۔ "قُرُونٌ مَشْهُودٌ لَهَا بِالْخَيْرِ" کا مطلب ہے "authentic period of Islam" ۔</w:t>
      </w:r>
    </w:p>
    <w:p>
      <w:r>
        <w:rPr>
          <w:b/>
        </w:rPr>
        <w:t xml:space="preserve">[14:15] </w:t>
      </w:r>
      <w:r>
        <w:t>aur yeh kaun sa hai? rasool Allah ka zamanay, sahaba ka zamanay aur "company of the companions" ka zamanay.</w:t>
      </w:r>
    </w:p>
    <w:p>
      <w:pPr>
        <w:jc w:val="right"/>
      </w:pPr>
      <w:r>
        <w:t>اور یہ کون سا ہے؟ رسول اللہ کا زمانہ، ساتھیوں کا زمانہ اور "company of the companions" کا زمانہ۔</w:t>
      </w:r>
    </w:p>
    <w:p>
      <w:r>
        <w:rPr>
          <w:b/>
        </w:rPr>
        <w:t xml:space="preserve">[14:24] </w:t>
      </w:r>
      <w:r>
        <w:t>b</w:t>
      </w:r>
    </w:p>
    <w:p>
      <w:pPr>
        <w:jc w:val="right"/>
      </w:pPr>
      <w:r>
        <w:t>ب</w:t>
      </w:r>
    </w:p>
    <w:p>
      <w:r>
        <w:rPr>
          <w:b/>
        </w:rPr>
        <w:t xml:space="preserve">[14:25] </w:t>
      </w:r>
      <w:r>
        <w:t>s. yahi hai islam ka mustanad daur. is ke baad rasool Allah sal-lal-lahu alaihi wasallam ne yeh nahi kaha ke woh bhi mustarad hai, woh bhi mustanad hai.</w:t>
      </w:r>
    </w:p>
    <w:p>
      <w:pPr>
        <w:jc w:val="right"/>
      </w:pPr>
      <w:r>
        <w:t>س۔ یہی ہے اسلام کا مستند دور۔ اس کے بعد رسول اللہ صلی اللہ علیہ وسلم نے یہ نہیں کہا کہ وہ بھی مسترد ہے، وہ بھی مستند ہے۔</w:t>
      </w:r>
    </w:p>
    <w:p>
      <w:r>
        <w:rPr>
          <w:b/>
        </w:rPr>
        <w:t xml:space="preserve">[14:36] </w:t>
      </w:r>
      <w:r>
        <w:t>"qurun mashhud laha" se bahar hai woh. aur mein poori tarah se, yani yaqeen ke sath bata raha hoon aap ko, jaan kar ke, apni tehqeeq ke mutabiq bata raha hoon ke jitna bhi literature hai,</w:t>
      </w:r>
    </w:p>
    <w:p>
      <w:pPr>
        <w:jc w:val="right"/>
      </w:pPr>
      <w:r>
        <w:t>"قُرُونٌ مَشْهُودٌ لَهَا" سے باہر ہے وہ۔ اور میں پوری طرح سے، یعنی یقین کے ساتھ بتا رہا ہوں آپ کو، جان کر کے، اپنی تحقیق کے مطابق بتا رہا ہوں کہ جتنا بھی لٹریچر ہے،</w:t>
      </w:r>
    </w:p>
    <w:p>
      <w:r>
        <w:rPr>
          <w:b/>
        </w:rPr>
        <w:t xml:space="preserve">[14:51] </w:t>
      </w:r>
      <w:r>
        <w:t>sab ka sab bana hai in teen zamanon ke baad.</w:t>
      </w:r>
    </w:p>
    <w:p>
      <w:pPr>
        <w:jc w:val="right"/>
      </w:pPr>
      <w:r>
        <w:t>سب کا سب بنا ہے ان تین زمانوں کے بعد۔</w:t>
      </w:r>
    </w:p>
    <w:p>
      <w:r>
        <w:rPr>
          <w:b/>
        </w:rPr>
        <w:t xml:space="preserve">[14:56] </w:t>
      </w:r>
      <w:r>
        <w:t>quran ki jo tabasra likhi gayi, hadith ki jo sharahain likhi gayi, sara literature jo tayyar kiya gaya, ilm-e-kalam, ilm-e-aqaaid, ilm-e-fiqh, sara jo hai woh sab in teen zamanon ke baad bana hai.</w:t>
      </w:r>
    </w:p>
    <w:p>
      <w:pPr>
        <w:jc w:val="right"/>
      </w:pPr>
      <w:r>
        <w:t>قرآن کی جو تبصرہ لکھی گئی، حدیث کی جو شرحیں لکھی گئیں، سارا لٹریچر جو تیار کیا گیا، علمِ کلام، علمِ عقائد، علمِ فقہ، سارا جو ہے وہ سب ان تین زمانوں کے بعد بنا ہے۔</w:t>
      </w:r>
    </w:p>
    <w:p>
      <w:r>
        <w:rPr>
          <w:b/>
        </w:rPr>
        <w:t xml:space="preserve">[15:13] </w:t>
      </w:r>
      <w:r>
        <w:t>to isi liye mein yeh kahunga ke khatray mein agar koi cheez hai to woh musalmanon ka apna banaya hua version hai islam ka.</w:t>
      </w:r>
    </w:p>
    <w:p>
      <w:pPr>
        <w:jc w:val="right"/>
      </w:pPr>
      <w:r>
        <w:t>تو اسی لیے میں یہ کہوں گا کہ خطرے میں اگر کوئی چیز ہے تو وہ مسلمانوں کا اپنا بنایا ہوا ورژن ہے اسلام کا۔</w:t>
      </w:r>
    </w:p>
    <w:p>
      <w:r>
        <w:rPr>
          <w:b/>
        </w:rPr>
        <w:t xml:space="preserve">[15:21] </w:t>
      </w:r>
      <w:r>
        <w:t>khud islam nahi hai.</w:t>
      </w:r>
    </w:p>
    <w:p>
      <w:pPr>
        <w:jc w:val="right"/>
      </w:pPr>
      <w:r>
        <w:t>خود اسلام نہیں ہے۔</w:t>
      </w:r>
    </w:p>
    <w:p>
      <w:r>
        <w:rPr>
          <w:b/>
        </w:rPr>
        <w:t xml:space="preserve">[15:26] </w:t>
      </w:r>
      <w:r>
        <w:t>yeh hai ghalat fehmi, yeh hai uljhan. maujooda zamanay mein musalmanon ka jo version tayyar kiya hua tha woh ghair mutaliq ho gaya.</w:t>
      </w:r>
    </w:p>
    <w:p>
      <w:pPr>
        <w:jc w:val="right"/>
      </w:pPr>
      <w:r>
        <w:t>یہ ہے غلط فہمی، یہ ہے الجھن۔ موجودہ زمانے میں مسلمانوں کا جو ورژن تیار کیا ہوا تھا وہ غیر متعلق ہو گیا۔</w:t>
      </w:r>
    </w:p>
    <w:p>
      <w:r>
        <w:rPr>
          <w:b/>
        </w:rPr>
        <w:t xml:space="preserve">[15:35] </w:t>
      </w:r>
      <w:r>
        <w:t>asal baat yeh hai. lekin musalmanon ne yeh samajh liya ke islam ghair mutaliq ho gaya hai.</w:t>
      </w:r>
    </w:p>
    <w:p>
      <w:pPr>
        <w:jc w:val="right"/>
      </w:pPr>
      <w:r>
        <w:t>اصل بات یہ ہے۔ لیکن مسلمانوں نے یہ سمجھ لیا کہ اسلام غیر متعلق ہو گیا ہے۔</w:t>
      </w:r>
    </w:p>
    <w:p>
      <w:r>
        <w:rPr>
          <w:b/>
        </w:rPr>
        <w:t xml:space="preserve">[15:44] </w:t>
      </w:r>
      <w:r>
        <w:t>yani "qurun mashhud laha bil khair" ke baad jo sara literature ka anbaar tayyar hua, millionon kitaben likhi gayi, woh ghair mutaliq ho gayi hain.</w:t>
      </w:r>
    </w:p>
    <w:p>
      <w:pPr>
        <w:jc w:val="right"/>
      </w:pPr>
      <w:r>
        <w:t>یعنی "قُرُونٌ مَشْهُودٌ لَهَا بِالْخَيْرِ" کے بعد جو سارا لٹریچر کا انبار تیار ہوا، ملینوں کتابیں لکھی گئیں، وہ غیر متعلق ہو گئی ہیں۔</w:t>
      </w:r>
    </w:p>
    <w:p>
      <w:r>
        <w:rPr>
          <w:b/>
        </w:rPr>
        <w:t xml:space="preserve">[15:57] </w:t>
      </w:r>
      <w:r>
        <w:t>khud islam bhi ghair mutaliq nahi hua hai. woh apni jagah par mehfooz hai. isi liye hadith mein aata hai ke islam par ghubar paray ga, ghubar paray ga, ghubar paray ga.</w:t>
      </w:r>
    </w:p>
    <w:p>
      <w:pPr>
        <w:jc w:val="right"/>
      </w:pPr>
      <w:r>
        <w:t>خود اسلام بھی غیر متعلق نہیں ہوا ہے۔ وہ اپنی جگہ پر محفوظ ہے۔ اسی لیے حدیث میں آتا ہے کہ اسلام پر غبار پڑے گا، غبار پڑے گا، غبار پڑے گا۔</w:t>
      </w:r>
    </w:p>
    <w:p>
      <w:r>
        <w:rPr>
          <w:b/>
        </w:rPr>
        <w:t xml:space="preserve">[16:10] </w:t>
      </w:r>
      <w:r>
        <w:t>yahan tak ke islam dhak jaye ga.</w:t>
      </w:r>
    </w:p>
    <w:p>
      <w:pPr>
        <w:jc w:val="right"/>
      </w:pPr>
      <w:r>
        <w:t>یہاں تک کہ اسلام ڈھک جائے گا۔</w:t>
      </w:r>
    </w:p>
    <w:p>
      <w:r>
        <w:rPr>
          <w:b/>
        </w:rPr>
        <w:t xml:space="preserve">[16:12] </w:t>
      </w:r>
      <w:r>
        <w:t>"wa lam yabqa minal-islami illa ismuhu wa lam yabqa minal-qurani illa rasmuhu" . yani yeh jo musalman version banayenge islam ka, yeh dhak jaye ga.</w:t>
      </w:r>
    </w:p>
    <w:p>
      <w:pPr>
        <w:jc w:val="right"/>
      </w:pPr>
      <w:r>
        <w:t>"وَلَمْ يَبْقَ مِنَ الْإِسْلَامِ إِلَّا اِسْمَهُ وَلَمْ يَبْقَ مِنَ الْقُرْآنِ إِلَّا رَسْمَهُ" ۔ یعنی یہ جو مسلمان ورژن بنائیں گے اسلام کا، یہ ڈھک جائے گا۔</w:t>
      </w:r>
    </w:p>
    <w:p>
      <w:r>
        <w:rPr>
          <w:b/>
        </w:rPr>
        <w:t xml:space="preserve">[16:26] </w:t>
      </w:r>
      <w:r>
        <w:t>is dhakan par dhakta jaye ga, dhakta jaye ga, dhakta jaye ga. yahan tak ke islam ka sirf naam reh jaye ga aur quran ke sirf lakeerain reh jayengi, line.</w:t>
      </w:r>
    </w:p>
    <w:p>
      <w:pPr>
        <w:jc w:val="right"/>
      </w:pPr>
      <w:r>
        <w:t>اس ڈھکن پر ڈھکتا جائے گا، ڈھکتا جائے گا، ڈھکتا جائے گا۔ یہاں تک کہ اسلام کا صرف نام رہ جائے گا اور قرآن کے صرف لکیریں رہ جائیں گی، لائن۔</w:t>
      </w:r>
    </w:p>
    <w:p>
      <w:r>
        <w:rPr>
          <w:b/>
        </w:rPr>
        <w:t xml:space="preserve">[16:38] </w:t>
      </w:r>
      <w:r>
        <w:t>to mein poori tarah se soch samajh kar yeh baat keh raha hoon ke jo cheez khatray mein hai aur musalmanon ka banaya hua version hai islam ka, khud islam nahi hai.</w:t>
      </w:r>
    </w:p>
    <w:p>
      <w:pPr>
        <w:jc w:val="right"/>
      </w:pPr>
      <w:r>
        <w:t>تو میں پوری طرح سے سوچ سمجھ کر یہ بات کہہ رہا ہوں کہ جو چیز خطرے میں ہے اور مسلمانوں کا بنایا ہوا ورژن ہے اسلام کا، خود اسلام نہیں ہے۔</w:t>
      </w:r>
    </w:p>
    <w:p>
      <w:r>
        <w:rPr>
          <w:b/>
        </w:rPr>
        <w:t xml:space="preserve">[16:55] </w:t>
      </w:r>
      <w:r>
        <w:t>is mamlay ko samajhne ke liye mein to list this point I will give an example tareekhi misaal.</w:t>
      </w:r>
    </w:p>
    <w:p>
      <w:pPr>
        <w:jc w:val="right"/>
      </w:pPr>
      <w:r>
        <w:t>اس معاملے کو سمجھنے کے لیے میں to listed this point I will give an example تاریخی مثال۔</w:t>
      </w:r>
    </w:p>
    <w:p>
      <w:r>
        <w:rPr>
          <w:b/>
        </w:rPr>
        <w:t xml:space="preserve">[17:05] </w:t>
      </w:r>
      <w:r>
        <w:t>dekhiye,</w:t>
      </w:r>
    </w:p>
    <w:p>
      <w:pPr>
        <w:jc w:val="right"/>
      </w:pPr>
      <w:r>
        <w:t>دیکھیے،</w:t>
      </w:r>
    </w:p>
    <w:p>
      <w:r>
        <w:rPr>
          <w:b/>
        </w:rPr>
        <w:t xml:space="preserve">[17:09] </w:t>
      </w:r>
      <w:r>
        <w:t>jis cheez ko kehte hain hum shamsi nizam ya solar system, is ke baray mein do daur hain.</w:t>
      </w:r>
    </w:p>
    <w:p>
      <w:pPr>
        <w:jc w:val="right"/>
      </w:pPr>
      <w:r>
        <w:t>جس چیز کو کہتے ہیں ہم شمسی نظام یا سولر سسٹم، اس کے بارے میں دو دور ہیں۔</w:t>
      </w:r>
    </w:p>
    <w:p>
      <w:r>
        <w:rPr>
          <w:b/>
        </w:rPr>
        <w:t xml:space="preserve">[17:18] </w:t>
      </w:r>
      <w:r>
        <w:t>aik woh daur hai jabkay startlin model dunya mein chhaya hua tha. aur baad ka woh daur hai jabkay copernicus ka model dunya mein aa gaya.</w:t>
      </w:r>
    </w:p>
    <w:p>
      <w:pPr>
        <w:jc w:val="right"/>
      </w:pPr>
      <w:r>
        <w:t>ایک وہ دور ہے جبکہ اسٹارٹلین ماڈل دنیا میں چھایا ہوا تھا۔ اور بعد کا وہ دور ہے جبکہ کوپرنیکس کا ماڈل دنیا میں آگیا۔</w:t>
      </w:r>
    </w:p>
    <w:p>
      <w:r>
        <w:rPr>
          <w:b/>
        </w:rPr>
        <w:t xml:space="preserve">[17:33] </w:t>
      </w:r>
      <w:r>
        <w:t>to</w:t>
      </w:r>
    </w:p>
    <w:p>
      <w:pPr>
        <w:jc w:val="right"/>
      </w:pPr>
      <w:r>
        <w:t>تو</w:t>
      </w:r>
    </w:p>
    <w:p>
      <w:r>
        <w:rPr>
          <w:b/>
        </w:rPr>
        <w:t xml:space="preserve">[17:36] </w:t>
      </w:r>
      <w:r>
        <w:t>doosri sadi isvi mein aik paida hua woh</w:t>
      </w:r>
    </w:p>
    <w:p>
      <w:pPr>
        <w:jc w:val="right"/>
      </w:pPr>
      <w:r>
        <w:t>دوسری صدی عیسوی میں ایک پیدا ہوا وہ</w:t>
      </w:r>
    </w:p>
    <w:p>
      <w:r>
        <w:rPr>
          <w:b/>
        </w:rPr>
        <w:t xml:space="preserve">[17:46] </w:t>
      </w:r>
      <w:r>
        <w:t>aik mahir falakiyat, jis ka naam tha talmi. talmi.</w:t>
      </w:r>
    </w:p>
    <w:p>
      <w:pPr>
        <w:jc w:val="right"/>
      </w:pPr>
      <w:r>
        <w:t>ایک ماہر فلکیات، جس کا نام تھا ٹالمی۔ ٹالمی۔</w:t>
      </w:r>
    </w:p>
    <w:p>
      <w:r>
        <w:rPr>
          <w:b/>
        </w:rPr>
        <w:t xml:space="preserve">[17:56] </w:t>
      </w:r>
      <w:r>
        <w:t>woh iskandriya mein tha. aur is ne is se pehle yunan mein ya yunan mein kuch aisay mahir falakiyat paida hue thay jinhon ne aik model banaya tha shamsi nizaam ka.</w:t>
      </w:r>
    </w:p>
    <w:p>
      <w:pPr>
        <w:jc w:val="right"/>
      </w:pPr>
      <w:r>
        <w:t>وہ اسکندریہ میں تھا۔ اور اس نے اس سے پہلے یونان میں یا یونان میں کچھ ایسے ماہر فلکیات پیدا ہوئے تھے جنہوں نے ایک ماڈل بنایا تھا شمسی نظام کا۔</w:t>
      </w:r>
    </w:p>
    <w:p>
      <w:r>
        <w:rPr>
          <w:b/>
        </w:rPr>
        <w:t xml:space="preserve">[18:17] </w:t>
      </w:r>
      <w:r>
        <w:t>chounkay hum jab dekhte hain to kya lagta hai ke suraj jo hai zameen ke gird ghoom raha hai.</w:t>
      </w:r>
    </w:p>
    <w:p>
      <w:pPr>
        <w:jc w:val="right"/>
      </w:pPr>
      <w:r>
        <w:t>چونکہ ہم جب دیکھتے ہیں تو کیا لگتا ہے کہ سورج جو ہے زمین کے گرد گھوم رہا ہے۔</w:t>
      </w:r>
    </w:p>
    <w:p>
      <w:r>
        <w:rPr>
          <w:b/>
        </w:rPr>
        <w:t xml:space="preserve">[18:24] </w:t>
      </w:r>
      <w:r>
        <w:t>rozana hum dekhte hain ke suraj east se nikla, chalte chalte chalte maghrib mein doob gaya. to zameen ke gird ghooma woh. yani dikhai deta hai jo manzar, jo manzar, is mein bazahir, zahiran,</w:t>
      </w:r>
    </w:p>
    <w:p>
      <w:pPr>
        <w:jc w:val="right"/>
      </w:pPr>
      <w:r>
        <w:t>روزانہ ہم دیکھتے ہیں کہ سورج ایسٹ سے نکلا، چلتے چلتے چلتے مغرب میں ڈوب گیا۔ تو زمین کے گرد گھوما وہ۔ یعنی دکھائی دیتا ہے جو منظر، جو منظر، اس میں بظاہر، ظاہراً،</w:t>
      </w:r>
    </w:p>
    <w:p>
      <w:r>
        <w:rPr>
          <w:b/>
        </w:rPr>
        <w:t xml:space="preserve">[18:40] </w:t>
      </w:r>
      <w:r>
        <w:t>suraj zameen ke gird ghoomta hua dikhai deta hai.</w:t>
      </w:r>
    </w:p>
    <w:p>
      <w:pPr>
        <w:jc w:val="right"/>
      </w:pPr>
      <w:r>
        <w:t>سورج زمین کے گرد گھومتا ہوا دکھائی دیتا ہے۔</w:t>
      </w:r>
    </w:p>
    <w:p>
      <w:r>
        <w:rPr>
          <w:b/>
        </w:rPr>
        <w:t xml:space="preserve">[18:44] </w:t>
      </w:r>
      <w:r>
        <w:t>to yunan mein, yani qadeem yunan mein, kuch log aisay paida hue jinhon ne jo model banaya solar system ka, woh yeh tha ke zameen markaz mein hai aur suraj is ke gird ghoom raha hai.</w:t>
      </w:r>
    </w:p>
    <w:p>
      <w:pPr>
        <w:jc w:val="right"/>
      </w:pPr>
      <w:r>
        <w:t>تو یونان میں، یعنی قدیم یونان میں، کچھ لوگ ایسے پیدا ہوئے جنہوں نے جو ماڈل بنایا سولر سسٹم کا، وہ یہ تھا کہ زمین مرکز میں ہے اور سورج اس کے گرد گھوم رہا ہے۔</w:t>
      </w:r>
    </w:p>
    <w:p>
      <w:r>
        <w:rPr>
          <w:b/>
        </w:rPr>
        <w:t xml:space="preserve">[19:01] </w:t>
      </w:r>
      <w:r>
        <w:t>chounkay bazahir aisay hi dikhai parta tha. to is zahiri shakal ko le kar unhon ne aik model bana liya ke zameen markaz mein hai aur suraj ghoom raha hai.</w:t>
      </w:r>
    </w:p>
    <w:p>
      <w:pPr>
        <w:jc w:val="right"/>
      </w:pPr>
      <w:r>
        <w:t>کیونکہ ظاہراً ایسے ہی دکھائی پڑتا تھا۔ تو اس ظاہری شکل کو لے کر انہوں نے ایک ماڈل بنا لیا کہ زمین مرکز میں ہے اور سورج گھوم رہا ہے۔</w:t>
      </w:r>
    </w:p>
    <w:p>
      <w:r>
        <w:rPr>
          <w:b/>
        </w:rPr>
        <w:t xml:space="preserve">[19:15] </w:t>
      </w:r>
      <w:r>
        <w:t>to is ko talmi ne pesh kiya. phir talmi ka jo nazariya tha, jo us ki theory thi, us ko arastoo ne apnaya.</w:t>
      </w:r>
    </w:p>
    <w:p>
      <w:pPr>
        <w:jc w:val="right"/>
      </w:pPr>
      <w:r>
        <w:t>تو اس کو ٹالمی نے پیش کیا۔ پھر ٹالمی کا جو نظریہ تھا، جو اس کی تھیوری تھی، اس کو ارسطو نے اپنایا۔</w:t>
      </w:r>
    </w:p>
    <w:p>
      <w:r>
        <w:rPr>
          <w:b/>
        </w:rPr>
        <w:t xml:space="preserve">[19:27] </w:t>
      </w:r>
      <w:r>
        <w:t>arastoo, jo bohat hi bara falsafi mana jata hai. to arastoo ne jab apnaya to saaray logon ne is ko maan liya. kyunkay woh bohat hi bara falsafi tha woh.</w:t>
      </w:r>
    </w:p>
    <w:p>
      <w:pPr>
        <w:jc w:val="right"/>
      </w:pPr>
      <w:r>
        <w:t>ارسطو، جو بہت ہی بڑا فلسفی مانا جاتا ہے۔ تو ارسطو نے جب اپنایا تو سارے لوگوں نے اس کو مان لیا۔ کیونکہ وہ بہت ہی بڑا فلسفی تھا وہ۔</w:t>
      </w:r>
    </w:p>
    <w:p>
      <w:r>
        <w:rPr>
          <w:b/>
        </w:rPr>
        <w:t xml:space="preserve">[19:39] </w:t>
      </w:r>
      <w:r>
        <w:t>to arastoo ka model dedh hazar baras tak dunya ke oopar chhaya raha. dedh hazar saal tak. log yahi samajhte rahay ke zameen beech mein hai aur suraj is ke gird ghoom raha hai.</w:t>
      </w:r>
    </w:p>
    <w:p>
      <w:pPr>
        <w:jc w:val="right"/>
      </w:pPr>
      <w:r>
        <w:t>تو ارسطو کا ماڈل ڈیڑھ ہزار برس تک دنیا کے اوپر چھایا رہا۔ ڈیڑھ ہزار سال تک۔ لوگ یہی سمجھتے رہے کہ زمین بیچ میں ہے اور سورج اس کے گرد گھوم رہا ہے۔</w:t>
      </w:r>
    </w:p>
    <w:p>
      <w:r>
        <w:rPr>
          <w:b/>
        </w:rPr>
        <w:t xml:space="preserve">[19:56] </w:t>
      </w:r>
      <w:r>
        <w:t>ab zamanay aata hai, yani christian church ka zamanay. christian church ka zamanay jab aata hai to yeh model dunya mein chhaya hua tha.</w:t>
      </w:r>
    </w:p>
    <w:p>
      <w:pPr>
        <w:jc w:val="right"/>
      </w:pPr>
      <w:r>
        <w:t>اب زمانہ آتا ہے، یعنی کرسچن چرچ کا زمانہ۔ کرسچن چرچ کا زمانہ جب آتا ہے تو یہ ماڈل دنیا میں چھایا ہوا تھا۔</w:t>
      </w:r>
    </w:p>
    <w:p>
      <w:r>
        <w:rPr>
          <w:b/>
        </w:rPr>
        <w:t xml:space="preserve">[20:09] </w:t>
      </w:r>
      <w:r>
        <w:t>to christian church ko yeh model apne liye mozoon maloom hua. bohat ziyada mozoon. kyun?</w:t>
      </w:r>
    </w:p>
    <w:p>
      <w:pPr>
        <w:jc w:val="right"/>
      </w:pPr>
      <w:r>
        <w:t>تو کرسچن چرچ کو یہ ماڈل اپنے لیے موزوں معلوم ہوا۔ بہت زیادہ موزوں۔ کیوں؟</w:t>
      </w:r>
    </w:p>
    <w:p>
      <w:r>
        <w:rPr>
          <w:b/>
        </w:rPr>
        <w:t xml:space="preserve">[20:18] </w:t>
      </w:r>
      <w:r>
        <w:t>un ka jo atonement ki theory hai, yani kafara ki theory, is mein yeh hai ke khuda ne paida kiya adam ko to adam ne woh phal kha liya.</w:t>
      </w:r>
    </w:p>
    <w:p>
      <w:pPr>
        <w:jc w:val="right"/>
      </w:pPr>
      <w:r>
        <w:t>ان کا جو اٹونمنٹ کی تھیوری ہے، یعنی کفارہ کی تھیوری، اس میں یہ ہے کہ خدا نے پیدا کیا آدم کو تو آدم نے وہ پھل کھا لیا۔</w:t>
      </w:r>
    </w:p>
    <w:p>
      <w:r>
        <w:rPr>
          <w:b/>
        </w:rPr>
        <w:t xml:space="preserve">[20:36] </w:t>
      </w:r>
      <w:r>
        <w:t>phal ka phal, yani shayad yeh mamnoo'a ka phal kha liya. to woh gunahgar ho gaye. p</w:t>
      </w:r>
    </w:p>
    <w:p>
      <w:pPr>
        <w:jc w:val="right"/>
      </w:pPr>
      <w:r>
        <w:t>پھل کا پھل، یعنی شاید یہ ممنوعہ کا پھل کھا لیا۔ تو وہ گنہگار ہو گئے۔ پ</w:t>
      </w:r>
    </w:p>
    <w:p>
      <w:r>
        <w:rPr>
          <w:b/>
        </w:rPr>
        <w:t xml:space="preserve">[20:45] </w:t>
      </w:r>
      <w:r>
        <w:t>har un ke aqeeday ke mutabiq adam jab gunahgar hue to sari hi insani nasal gunahgar ho gayi. jo log paida hue, baad ko paida hue, sab ke sab is jin mein shareek ho gaye.</w:t>
      </w:r>
    </w:p>
    <w:p>
      <w:pPr>
        <w:jc w:val="right"/>
      </w:pPr>
      <w:r>
        <w:t>ھر ان کے عقیدے کے مطابق آدم جب گنہگار ہوئے تو ساری ہی انسانی نسل گنہگار ہو گئی۔ جو لوگ پیدا ہوئے، بعد کو پیدا ہوئے، سب کے سب اس جن میں شریک ہو گئے۔</w:t>
      </w:r>
    </w:p>
    <w:p>
      <w:r>
        <w:rPr>
          <w:b/>
        </w:rPr>
        <w:t xml:space="preserve">[21:03] </w:t>
      </w:r>
      <w:r>
        <w:t>to ab kya ho? khuda ne paida kiya insaan ko, sari insani nasal jo hai gunahgar ban gayi. ab kya ho?</w:t>
      </w:r>
    </w:p>
    <w:p>
      <w:pPr>
        <w:jc w:val="right"/>
      </w:pPr>
      <w:r>
        <w:t>تو اب کیا ہو؟ خدا نے پیدا کیا انسان کو، ساری انسانی نسل جو ہے گنہگار بن گئی۔ اب کیا ہو؟</w:t>
      </w:r>
    </w:p>
    <w:p>
      <w:r>
        <w:rPr>
          <w:b/>
        </w:rPr>
        <w:t xml:space="preserve">[21:12] </w:t>
      </w:r>
      <w:r>
        <w:t>to un ka manna yeh hai ke khuda ne apne bete ko dunya mein bheja ke woh soli par charhay aur saaray insanon ke gunah ka kafara ban jaye.</w:t>
      </w:r>
    </w:p>
    <w:p>
      <w:pPr>
        <w:jc w:val="right"/>
      </w:pPr>
      <w:r>
        <w:t>تو ان کا ماننا یہ ہے کہ خدا نے اپنے بیٹے کو دنیا میں بھیجا کہ وہ سولی پر چڑھے اور سارے انسانوں کے گناہ کا کفارہ بن جائے۔</w:t>
      </w:r>
    </w:p>
    <w:p>
      <w:r>
        <w:rPr>
          <w:b/>
        </w:rPr>
        <w:t xml:space="preserve">[21:27] </w:t>
      </w:r>
      <w:r>
        <w:t>yeh ajeeb o ghareeb bohat hi na qabil yaqeen aqeedah hai yeh. aqli tor par aap is ko sabit nahi kar sakte.</w:t>
      </w:r>
    </w:p>
    <w:p>
      <w:pPr>
        <w:jc w:val="right"/>
      </w:pPr>
      <w:r>
        <w:t>یہ عجیب و غریب بہت ہی ناقابلِ یقین عقیدہ ہے یہ۔ عقلی طور پر آپ اس کو ثابت نہیں کر سکتے۔</w:t>
      </w:r>
    </w:p>
    <w:p>
      <w:r>
        <w:rPr>
          <w:b/>
        </w:rPr>
        <w:t xml:space="preserve">[21:35] </w:t>
      </w:r>
      <w:r>
        <w:t>ke gunah to kiya adam ne aur kafara saha hazrat masih. yeh koi ghair manfiqi baat hai zahir hai. koi is ki logic nahi, koi wajah nahi.</w:t>
      </w:r>
    </w:p>
    <w:p>
      <w:pPr>
        <w:jc w:val="right"/>
      </w:pPr>
      <w:r>
        <w:t>کہ گناہ تو کیا آدم نے اور کفارہ سہا حضرت مسیح۔ یہ کوئی غیر منطقی بات ہے ظاہر ہے۔ کوئی اس کی منطق نہیں، کوئی وجہ نہیں۔</w:t>
      </w:r>
    </w:p>
    <w:p>
      <w:r>
        <w:rPr>
          <w:b/>
        </w:rPr>
        <w:t xml:space="preserve">[21:46] </w:t>
      </w:r>
      <w:r>
        <w:t>lekin church ne, christian church ne is ko maan liya.</w:t>
      </w:r>
    </w:p>
    <w:p>
      <w:pPr>
        <w:jc w:val="right"/>
      </w:pPr>
      <w:r>
        <w:t>لیکن چرچ نے، کرسچن چرچ نے اس کو مان لیا۔</w:t>
      </w:r>
    </w:p>
    <w:p>
      <w:r>
        <w:rPr>
          <w:b/>
        </w:rPr>
        <w:t xml:space="preserve">[21:57] </w:t>
      </w:r>
      <w:r>
        <w:t>teesri sadi isvi mein.</w:t>
      </w:r>
    </w:p>
    <w:p>
      <w:pPr>
        <w:jc w:val="right"/>
      </w:pPr>
      <w:r>
        <w:t>تیسری صدی عیسوی میں۔</w:t>
      </w:r>
    </w:p>
    <w:p>
      <w:r>
        <w:rPr>
          <w:b/>
        </w:rPr>
        <w:t xml:space="preserve">[22:01] </w:t>
      </w:r>
      <w:r>
        <w:t>to un ko yeh theory, yani arastoo wali theory ya talmi wali theory, bohat mozoon maloom hui. kyunkay un ke nazdeek sab se bara drama jo hua tha woh zameen par hua tha.</w:t>
      </w:r>
    </w:p>
    <w:p>
      <w:pPr>
        <w:jc w:val="right"/>
      </w:pPr>
      <w:r>
        <w:t>تو ان کو یہ تھیوری، یعنی ارسطو والی تھیوری یا ٹالمی والی تھیوری، بہت موزوں معلوم ہوئی۔ کیونکہ ان کے نزدیک سب سے بڑا ڈرامہ جو ہوا تھا وہ زمین پر ہوا تھا۔</w:t>
      </w:r>
    </w:p>
    <w:p>
      <w:r>
        <w:rPr>
          <w:b/>
        </w:rPr>
        <w:t xml:space="preserve">[22:14] </w:t>
      </w:r>
      <w:r>
        <w:t>keh sari insani nasal, sari insani nasal ke gunahon ka kaffara hataya gaya. keh gunah hataye gaye aur Hazrat Masih kaffara bane.</w:t>
      </w:r>
    </w:p>
    <w:p>
      <w:pPr>
        <w:jc w:val="right"/>
      </w:pPr>
      <w:r>
        <w:t>کہ ساری انسانی نسل، ساری انسانی نسل کے گناہوں کا کفارہ ہٹایا گیا۔ کہ گناہ ہٹائے گئے اور حضرت مسیح کفارہ بنے۔</w:t>
      </w:r>
    </w:p>
    <w:p>
      <w:r>
        <w:rPr>
          <w:b/>
        </w:rPr>
        <w:t xml:space="preserve">[22:25] </w:t>
      </w:r>
      <w:r>
        <w:t>to itna bara drama jo poori, yaani poori tareekh ka sab se bara drama tha yeh.</w:t>
      </w:r>
    </w:p>
    <w:p>
      <w:pPr>
        <w:jc w:val="right"/>
      </w:pPr>
      <w:r>
        <w:t>تو اتنا بڑا ڈرامہ جو پوری، یعنی پوری تاریخ کا سب سے بڑا ڈرامہ تھا یہ۔</w:t>
      </w:r>
    </w:p>
    <w:p>
      <w:r>
        <w:rPr>
          <w:b/>
        </w:rPr>
        <w:t xml:space="preserve">[22:33] </w:t>
      </w:r>
      <w:r>
        <w:t>poori insani tareekh ka sab se bara drama.</w:t>
      </w:r>
    </w:p>
    <w:p>
      <w:pPr>
        <w:jc w:val="right"/>
      </w:pPr>
      <w:r>
        <w:t>پوری انسانی تاریخ کا سب سے بڑا ڈرامہ۔</w:t>
      </w:r>
    </w:p>
    <w:p>
      <w:r>
        <w:rPr>
          <w:b/>
        </w:rPr>
        <w:t xml:space="preserve">[22:37] </w:t>
      </w:r>
      <w:r>
        <w:t>yeh hua zameen par. Khuda ne zameen par bheja. Nihayat Masih ko kahin kisi aur jagah nahi bhej diya. Kisi sitare par, kisi sayare par, kahin aur.</w:t>
      </w:r>
    </w:p>
    <w:p>
      <w:pPr>
        <w:jc w:val="right"/>
      </w:pPr>
      <w:r>
        <w:t>یہ ہوا زمین پر۔ خدا نے زمین پر بھیجا۔ نہایت مسیح کو کہیں کسی اور جگہ نہیں بھیج دیا۔ کسی ستارے پر، کسی سیارے پر، کہیں اور۔</w:t>
      </w:r>
    </w:p>
    <w:p>
      <w:r>
        <w:rPr>
          <w:b/>
        </w:rPr>
        <w:t xml:space="preserve">[22:47] </w:t>
      </w:r>
      <w:r>
        <w:t>balkeh zameen par bheja. To zameen par woh drama hua jis ne sare insanon ke gunah ko dho diya.</w:t>
      </w:r>
    </w:p>
    <w:p>
      <w:pPr>
        <w:jc w:val="right"/>
      </w:pPr>
      <w:r>
        <w:t>بلکہ زمین پر بھیجا۔ تو زمین پر وہ ڈرامہ ہوا جس نے سارے انسانوں کے گناہ کو دھو دیا۔</w:t>
      </w:r>
    </w:p>
    <w:p>
      <w:r>
        <w:rPr>
          <w:b/>
        </w:rPr>
        <w:t xml:space="preserve">[22:58] </w:t>
      </w:r>
      <w:r>
        <w:t>to unhon ne maan liya keh zameen markaz hai.</w:t>
      </w:r>
    </w:p>
    <w:p>
      <w:pPr>
        <w:jc w:val="right"/>
      </w:pPr>
      <w:r>
        <w:t>تو انہوں نے مان لیا کہ زمین مرکز ہے۔</w:t>
      </w:r>
    </w:p>
    <w:p>
      <w:r>
        <w:rPr>
          <w:b/>
        </w:rPr>
        <w:t xml:space="preserve">[23:02] </w:t>
      </w:r>
      <w:r>
        <w:t>yaani markaz of takhleeq. Jo sab se bara jo waqea hai, jo zameen par ho to zameen ka markaz hona chahiye. Zameen satellite ho kisi aur cheez ki.</w:t>
      </w:r>
    </w:p>
    <w:p>
      <w:pPr>
        <w:jc w:val="right"/>
      </w:pPr>
      <w:r>
        <w:t>یعنی مرکز آف تخلیق۔ جو سب سے بڑا جو واقعہ ہے، جو زمین پر ہو تو زمین کا مرکز ہونا چاہیے۔ زمین سیٹلائٹ ہو کسی اور چیز کی۔</w:t>
      </w:r>
    </w:p>
    <w:p>
      <w:r>
        <w:rPr>
          <w:b/>
        </w:rPr>
        <w:t xml:space="preserve">[23:13] </w:t>
      </w:r>
      <w:r>
        <w:t>to yeh un ke nazdeek zameen ko kam samajhna tha. Zameen ki ahmiyat ko. Unhon ne ek khud se ek yaqeen bana liya, khud se.</w:t>
      </w:r>
    </w:p>
    <w:p>
      <w:pPr>
        <w:jc w:val="right"/>
      </w:pPr>
      <w:r>
        <w:t>تو یہ ان کے نزدیک زمین کو کم سمجھنا تھا۔ زمین کی اہمیت کو۔ انہوں نے ایک خود سے ایک یقین بنا لیا، خود سے۔</w:t>
      </w:r>
    </w:p>
    <w:p>
      <w:r>
        <w:rPr>
          <w:b/>
        </w:rPr>
        <w:t xml:space="preserve">[23:24] </w:t>
      </w:r>
      <w:r>
        <w:t>keh zameen satellite nahi ho sakti. Satellite to kisi aur ko hona chahiye.</w:t>
      </w:r>
    </w:p>
    <w:p>
      <w:pPr>
        <w:jc w:val="right"/>
      </w:pPr>
      <w:r>
        <w:t>کہ زمین سیٹلائٹ نہیں ہو سکتی۔ سیٹلائٹ تو کسی اور کو ہونا چاہیے۔</w:t>
      </w:r>
    </w:p>
    <w:p>
      <w:r>
        <w:rPr>
          <w:b/>
        </w:rPr>
        <w:t xml:space="preserve">[23:31] </w:t>
      </w:r>
      <w:r>
        <w:t>to apne zaati tarz-e-fikr ko jaiz karne ke liye unhon ne yeh kiya keh suraj ko aur sare sayare ko</w:t>
      </w:r>
    </w:p>
    <w:p>
      <w:pPr>
        <w:jc w:val="right"/>
      </w:pPr>
      <w:r>
        <w:t>تو اپنے ذاتی طرزِ فکر کو جائز کرنے کے لیے انہوں نے یہ کیا کہ سورج کو اور سارے سیارے کو</w:t>
      </w:r>
    </w:p>
    <w:p>
      <w:r>
        <w:rPr>
          <w:b/>
        </w:rPr>
        <w:t xml:space="preserve">[23:45] </w:t>
      </w:r>
      <w:r>
        <w:t>satellite bana diya. Zameen ko markaz bana diya. Taakeh yeh apna jo un ka yaqeen hai, atonement ka, kaffare ka, is ki ahmiyat ko qaim kar sakein woh.</w:t>
      </w:r>
    </w:p>
    <w:p>
      <w:pPr>
        <w:jc w:val="right"/>
      </w:pPr>
      <w:r>
        <w:t>سیٹلائٹ بنا دیا۔ زمین کو مرکز بنا دیا۔ تاکہ یہ اپنا جو ان کا یقین ہے، اٹونمنٹ کا، کفارے کا، اس کی اہمیت کو قائم کر سکیں وہ۔</w:t>
      </w:r>
    </w:p>
    <w:p>
      <w:r>
        <w:rPr>
          <w:b/>
        </w:rPr>
        <w:t xml:space="preserve">[23:58] </w:t>
      </w:r>
      <w:r>
        <w:t>yeh maan liya unhon ne.</w:t>
      </w:r>
    </w:p>
    <w:p>
      <w:pPr>
        <w:jc w:val="right"/>
      </w:pPr>
      <w:r>
        <w:t>یہ مان لیا انہوں نے۔</w:t>
      </w:r>
    </w:p>
    <w:p>
      <w:r>
        <w:rPr>
          <w:b/>
        </w:rPr>
        <w:t xml:space="preserve">[24:00] </w:t>
      </w:r>
      <w:r>
        <w:t>church ka. Church ne is ko apnaya. Arastu ke model ko. Yaani geo-centric theory ko.</w:t>
      </w:r>
    </w:p>
    <w:p>
      <w:pPr>
        <w:jc w:val="right"/>
      </w:pPr>
      <w:r>
        <w:t>چرچ کا۔ چرچ نے اس کو اپنایا۔ ارسطو کے ماڈل کو۔ یعنی جیو سینٹرک تھیوری کو۔</w:t>
      </w:r>
    </w:p>
    <w:p>
      <w:r>
        <w:rPr>
          <w:b/>
        </w:rPr>
        <w:t xml:space="preserve">[24:10] </w:t>
      </w:r>
      <w:r>
        <w:t>zameen markazi nazariya. Geo-centric theory. Is ko church ne apnaya. Ab baad ko Galileo waghera paida hue aur unhon ne kaha keh yeh sahi nahi hai.</w:t>
      </w:r>
    </w:p>
    <w:p>
      <w:pPr>
        <w:jc w:val="right"/>
      </w:pPr>
      <w:r>
        <w:t>زمین مرکزی نظریہ۔ جیو سینٹرک تھیوری۔ اس کو چرچ نے اپنایا۔ اب بعد کو گلیلیو وغیرہ پیدا ہوئے اور انہوں نے کہا کہ یہ صحیح نہیں ہے۔</w:t>
      </w:r>
    </w:p>
    <w:p>
      <w:r>
        <w:rPr>
          <w:b/>
        </w:rPr>
        <w:t xml:space="preserve">[24:27] </w:t>
      </w:r>
      <w:r>
        <w:t>Galileo ne jab telescope banai, us se dekha us ko to us ko laga keh yeh nazariya galat hai. Suraj markaz mein hai, zameen markaz mein nahi hai.</w:t>
      </w:r>
    </w:p>
    <w:p>
      <w:pPr>
        <w:jc w:val="right"/>
      </w:pPr>
      <w:r>
        <w:t>گلیلیو نے جب ٹیلیسکوپ بنائی، اس سے دیکھا اس کو تو اس کو لگا کہ یہ نظریہ غلط ہے۔ سورج مرکز میں ہے، زمین مرکز میں نہیں ہے۔</w:t>
      </w:r>
    </w:p>
    <w:p>
      <w:r>
        <w:rPr>
          <w:b/>
        </w:rPr>
        <w:t xml:space="preserve">[24:38] </w:t>
      </w:r>
      <w:r>
        <w:t>to unhon ne kiya kiya keh is ko sari jo scientific community thi us ke khilaf war chher di. Us zamane mein church ko siyasi taqat mila hua tha Europe mein.</w:t>
      </w:r>
    </w:p>
    <w:p>
      <w:pPr>
        <w:jc w:val="right"/>
      </w:pPr>
      <w:r>
        <w:t>تو انہوں نے کیا کیا کہ اس کو ساری جو سائنٹیفک کمیونٹی تھی اس کے خلاف وار چھیڑ دی۔ اس زمانے میں چرچ کو سیاسی طاقت ملا ہوا تھا یورپ میں۔</w:t>
      </w:r>
    </w:p>
    <w:p>
      <w:r>
        <w:rPr>
          <w:b/>
        </w:rPr>
        <w:t xml:space="preserve">[24:52] </w:t>
      </w:r>
      <w:r>
        <w:t>Pope ko</w:t>
      </w:r>
    </w:p>
    <w:p>
      <w:pPr>
        <w:jc w:val="right"/>
      </w:pPr>
      <w:r>
        <w:t>پوپ کو</w:t>
      </w:r>
    </w:p>
    <w:p>
      <w:r>
        <w:rPr>
          <w:b/>
        </w:rPr>
        <w:t xml:space="preserve">[24:53] </w:t>
      </w:r>
      <w:r>
        <w:t>. Pope jo tha us zamane mein mazhabi sarbarah bhi tha aur siyasi sarbarah bhi tha. To unhon ne is ko manne se inkar kar diya.</w:t>
      </w:r>
    </w:p>
    <w:p>
      <w:pPr>
        <w:jc w:val="right"/>
      </w:pPr>
      <w:r>
        <w:t>۔ پوپ جو تھا اس زمانے میں مذہبی سربراہ بھی تھا اور سیاسی سربراہ بھی تھا۔ تو انہوں نے اس کو ماننے سے انکار کر دیا۔</w:t>
      </w:r>
    </w:p>
    <w:p>
      <w:r>
        <w:rPr>
          <w:b/>
        </w:rPr>
        <w:t xml:space="preserve">[25:03] </w:t>
      </w:r>
      <w:r>
        <w:t>aur kaha keh jo yeh bole ga us ko hum saza dein ge. Yeh hota raha.</w:t>
      </w:r>
    </w:p>
    <w:p>
      <w:pPr>
        <w:jc w:val="right"/>
      </w:pPr>
      <w:r>
        <w:t>اور کہا کہ جو یہ بولے گا اس کو ہم سزا دیں گے۔ یہ ہوتا رہا۔</w:t>
      </w:r>
    </w:p>
    <w:p>
      <w:r>
        <w:rPr>
          <w:b/>
        </w:rPr>
        <w:t xml:space="preserve">[25:12] </w:t>
      </w:r>
      <w:r>
        <w:t>yeh dedh hazar saal tak yeh kaam chalta raha. Yeh hota raha aisa. Baad ko Copernicus paida hua.</w:t>
      </w:r>
    </w:p>
    <w:p>
      <w:pPr>
        <w:jc w:val="right"/>
      </w:pPr>
      <w:r>
        <w:t>یہ ڈیڑھ ہزار سال تک یہ کام چلتا رہا۔ یہ ہوتا رہا ایسا۔ بعد کو کوپرنیکس پیدا ہوا۔</w:t>
      </w:r>
    </w:p>
    <w:p>
      <w:r>
        <w:rPr>
          <w:b/>
        </w:rPr>
        <w:t xml:space="preserve">[25:21] </w:t>
      </w:r>
      <w:r>
        <w:t>yaani Copernicus solahwin sadi</w:t>
      </w:r>
    </w:p>
    <w:p>
      <w:pPr>
        <w:jc w:val="right"/>
      </w:pPr>
      <w:r>
        <w:t>یعنی کوپرنیکس سولہویں صدی</w:t>
      </w:r>
    </w:p>
    <w:p>
      <w:r>
        <w:rPr>
          <w:b/>
        </w:rPr>
        <w:t xml:space="preserve">[25:27] </w:t>
      </w:r>
      <w:r>
        <w:t>mein. Solahwin sadi mein. To Copernicus ne is ko dobara qaim kiya. Aur Copernicus ne sabit kiya keh zameen markaz mein nahi hai, suraj markaz mein hai.</w:t>
      </w:r>
    </w:p>
    <w:p>
      <w:pPr>
        <w:jc w:val="right"/>
      </w:pPr>
      <w:r>
        <w:t>میں۔ سولہویں صدی میں۔ تو کوپرنیکس نے اس کو دوبارہ قائم کیا۔ اور کوپرنیکس نے ثابت کیا کہ زمین مرکز میں نہیں ہے، سورج مرکز میں ہے۔</w:t>
      </w:r>
    </w:p>
    <w:p>
      <w:r>
        <w:rPr>
          <w:b/>
        </w:rPr>
        <w:t xml:space="preserve">[25:43] </w:t>
      </w:r>
      <w:r>
        <w:t>Copernicus khud bohat bara zaheen tha. Mahar falakiyat tha woh. To Copernicus ne is ko sabit kiya keh zameen markaz mein nahi hai, suraj markaz mein hai.</w:t>
      </w:r>
    </w:p>
    <w:p>
      <w:pPr>
        <w:jc w:val="right"/>
      </w:pPr>
      <w:r>
        <w:t>کوپرنیکس خود بہت بڑا ذہین تھا۔ ماہر فلکیات تھا وہ۔ تو کوپرنیکس نے اس کو ثابت کیا کہ زمین مرکز میں نہیں ہے، سورج مرکز میں ہے۔</w:t>
      </w:r>
    </w:p>
    <w:p>
      <w:r>
        <w:rPr>
          <w:b/>
        </w:rPr>
        <w:t xml:space="preserve">[25:56] </w:t>
      </w:r>
      <w:r>
        <w:t>aur suraj ke gird zameen aur sare satellite ghoomte hain. Isi ko aur tarraqi di Kepler ne aur Newton ne. To yeh cheez achhi tarah qaim ho gayi.</w:t>
      </w:r>
    </w:p>
    <w:p>
      <w:pPr>
        <w:jc w:val="right"/>
      </w:pPr>
      <w:r>
        <w:t>اور سورج کے گرد زمین اور سارے سیٹلائٹ گھومتے ہیں۔ اسی کو اور ترقی دی کپلر نے اور نیوٹن نے۔ تو یہ چیز اچھی طرح قائم ہو گئی۔</w:t>
      </w:r>
    </w:p>
    <w:p>
      <w:r>
        <w:rPr>
          <w:b/>
        </w:rPr>
        <w:t xml:space="preserve">[26:06] </w:t>
      </w:r>
      <w:r>
        <w:t>yaani Copernicus ki theory ko le kar Kepler ne aage barhaya, phir Newton ne</w:t>
      </w:r>
    </w:p>
    <w:p>
      <w:pPr>
        <w:jc w:val="right"/>
      </w:pPr>
      <w:r>
        <w:t>یعنی کوپرنیکس کی تھیوری کو لے کر کپلر نے آگے بڑھایا، پھر نیوٹن نے</w:t>
      </w:r>
    </w:p>
    <w:p>
      <w:r>
        <w:rPr>
          <w:b/>
        </w:rPr>
        <w:t xml:space="preserve">[26:10] </w:t>
      </w:r>
      <w:r>
        <w:t>aagay barhaya. yahan tak ke yeh cheez qaim ho gayi ke heliocentric theory sahi hai, geocentric theory galat hai.</w:t>
      </w:r>
    </w:p>
    <w:p>
      <w:pPr>
        <w:jc w:val="right"/>
      </w:pPr>
      <w:r>
        <w:t>آگے بڑھایا۔ یہاں تک کہ یہ چیز قائم ہو گئی کہ ہیلیو سینٹرک تھیوری صحیح ہے، جیو سینٹرک تھیوری غلط ہے۔</w:t>
      </w:r>
    </w:p>
    <w:p>
      <w:r>
        <w:rPr>
          <w:b/>
        </w:rPr>
        <w:t xml:space="preserve">[26:20] </w:t>
      </w:r>
      <w:r>
        <w:t>ab is ko leejie aap is misaal ko. ke jab geocentric theory galat sabit hui, heliocentric theory sahi sabit hui.</w:t>
      </w:r>
    </w:p>
    <w:p>
      <w:pPr>
        <w:jc w:val="right"/>
      </w:pPr>
      <w:r>
        <w:t>اب اس کو لیجیے آپ اس مثال کو۔ کہ جب جیو سینٹرک تھیوری غلط ثابت ہوئی، ہیلیو سینٹرک تھیوری صحیح ثابت ہوئی۔</w:t>
      </w:r>
    </w:p>
    <w:p>
      <w:r>
        <w:rPr>
          <w:b/>
        </w:rPr>
        <w:t xml:space="preserve">[26:33] </w:t>
      </w:r>
      <w:r>
        <w:t>to yeh aik falakiyat ki baat thi.</w:t>
      </w:r>
    </w:p>
    <w:p>
      <w:pPr>
        <w:jc w:val="right"/>
      </w:pPr>
      <w:r>
        <w:t>تو یہ ایک فلکیات کی بات تھی۔</w:t>
      </w:r>
    </w:p>
    <w:p>
      <w:r>
        <w:rPr>
          <w:b/>
        </w:rPr>
        <w:t xml:space="preserve">[26:37] </w:t>
      </w:r>
      <w:r>
        <w:t>yani arastoo ki theory ya talmi ki theory galat sabit hui thi. lekin church ne kya samjha ke hazrat masih ka mazhab galat sabit ho gaya hai.</w:t>
      </w:r>
    </w:p>
    <w:p>
      <w:pPr>
        <w:jc w:val="right"/>
      </w:pPr>
      <w:r>
        <w:t>یعنی ارسطو کی تھیوری یا ٹالمی کی تھیوری غلط ثابت ہوئی تھی۔ لیکن چرچ نے کیا سمجھا کہ حضرت مسیح کا مذہب غلط ثابت ہو گیا ہے۔</w:t>
      </w:r>
    </w:p>
    <w:p>
      <w:r>
        <w:rPr>
          <w:b/>
        </w:rPr>
        <w:t xml:space="preserve">[26:49] </w:t>
      </w:r>
      <w:r>
        <w:t>is ko samjhiye achay tarike se.</w:t>
      </w:r>
    </w:p>
    <w:p>
      <w:pPr>
        <w:jc w:val="right"/>
      </w:pPr>
      <w:r>
        <w:t>اس کو سمجھئے اچھے طریقے سے۔</w:t>
      </w:r>
    </w:p>
    <w:p>
      <w:r>
        <w:rPr>
          <w:b/>
        </w:rPr>
        <w:t xml:space="preserve">[26:54] </w:t>
      </w:r>
      <w:r>
        <w:t>ke jo cheez galat sabit hui thi woh tha arastoo ka nazariya ya talmi ka nazariya.</w:t>
      </w:r>
    </w:p>
    <w:p>
      <w:pPr>
        <w:jc w:val="right"/>
      </w:pPr>
      <w:r>
        <w:t>کہ جو چیز غلط ثابت ہوئی تھی وہ تھا ارسطو کا نظریہ یا ٹالمی کا نظریہ۔</w:t>
      </w:r>
    </w:p>
    <w:p>
      <w:r>
        <w:rPr>
          <w:b/>
        </w:rPr>
        <w:t xml:space="preserve">[26:59] </w:t>
      </w:r>
      <w:r>
        <w:t>yani talmi ne geocentric theory ko pesh kiya. arastoo ne geocentric theory ko apna liya. aur bohat se log is ko mannay lagay.</w:t>
      </w:r>
    </w:p>
    <w:p>
      <w:pPr>
        <w:jc w:val="right"/>
      </w:pPr>
      <w:r>
        <w:t>یعنی ٹالمی نے جیو سینٹرک تھیوری کو پیش کیا۔ ارسطو نے جیو سینٹرک تھیوری کو اپنا لیا۔ اور بہت سے لوگ اس کو ماننے لگے۔</w:t>
      </w:r>
    </w:p>
    <w:p>
      <w:r>
        <w:rPr>
          <w:b/>
        </w:rPr>
        <w:t xml:space="preserve">[27:10] </w:t>
      </w:r>
      <w:r>
        <w:t>to geocentric theory kuch philosophers ki theory thi. na ke mazhab ki theory.</w:t>
      </w:r>
    </w:p>
    <w:p>
      <w:pPr>
        <w:jc w:val="right"/>
      </w:pPr>
      <w:r>
        <w:t>تو جیو سینٹرک تھیوری کچھ فلاسفرز کی تھیوری تھی۔ نہ کہ مذہب کی تھیوری۔</w:t>
      </w:r>
    </w:p>
    <w:p>
      <w:r>
        <w:rPr>
          <w:b/>
        </w:rPr>
        <w:t xml:space="preserve">[27:19] </w:t>
      </w:r>
      <w:r>
        <w:t>to jab copernicus ne ya kepler ne ya newton ne is ko galat sabit kiya ya galileo ne. to jo cheez galat sabit hui woh kya thi?</w:t>
      </w:r>
    </w:p>
    <w:p>
      <w:pPr>
        <w:jc w:val="right"/>
      </w:pPr>
      <w:r>
        <w:t>تو جب کوپرنیکس نے یا کپلر نے یا نیوٹن نے اس کو غلط ثابت کیا یا گلیلیو نے۔ تو جو چیز غلط ثابت ہوئی وہ کیا تھی؟</w:t>
      </w:r>
    </w:p>
    <w:p>
      <w:r>
        <w:rPr>
          <w:b/>
        </w:rPr>
        <w:t xml:space="preserve">[27:29] </w:t>
      </w:r>
      <w:r>
        <w:t>woh thi geocentric theory. kuch philosophers ki. na ke mazhab, na ke isaiyat, na ke hazrat masih alaihi assalam ka diya hua aqeedah.</w:t>
      </w:r>
    </w:p>
    <w:p>
      <w:pPr>
        <w:jc w:val="right"/>
      </w:pPr>
      <w:r>
        <w:t>وہ تھی جیو سینٹرک تھیوری۔ کچھ فلاسفرز کی۔ نہ کہ مذہب، نہ کہ عیسائیت، نہ کہ حضرت مسیح علیہ السلام کا دیا ہوا عقیدہ۔</w:t>
      </w:r>
    </w:p>
    <w:p>
      <w:r>
        <w:rPr>
          <w:b/>
        </w:rPr>
        <w:t xml:space="preserve">[27:42] </w:t>
      </w:r>
      <w:r>
        <w:t>lekin church ne is mein uljha diya. yani church ka apna isai nazariya galat sabit ho raha tha.</w:t>
      </w:r>
    </w:p>
    <w:p>
      <w:pPr>
        <w:jc w:val="right"/>
      </w:pPr>
      <w:r>
        <w:t>لیکن چرچ نے اس میں الجھا دیا۔ یعنی چرچ کا اپنا عیسائی نظریہ غلط ثابت ہو رہا تھا۔</w:t>
      </w:r>
    </w:p>
    <w:p>
      <w:r>
        <w:rPr>
          <w:b/>
        </w:rPr>
        <w:t xml:space="preserve">[27:51] </w:t>
      </w:r>
      <w:r>
        <w:t>na ke hazrat masih ka diya hua</w:t>
      </w:r>
    </w:p>
    <w:p>
      <w:pPr>
        <w:jc w:val="right"/>
      </w:pPr>
      <w:r>
        <w:t>نہ کہ حضرت مسیح کا دیا ہوا</w:t>
      </w:r>
    </w:p>
    <w:p>
      <w:r>
        <w:rPr>
          <w:b/>
        </w:rPr>
        <w:t xml:space="preserve">[27:54] </w:t>
      </w:r>
      <w:r>
        <w:t>yani mazhab. is ko to darasal farq</w:t>
      </w:r>
    </w:p>
    <w:p>
      <w:pPr>
        <w:jc w:val="right"/>
      </w:pPr>
      <w:r>
        <w:t>یعنی مذہب۔ اس کو تو دراصل فرق</w:t>
      </w:r>
    </w:p>
    <w:p>
      <w:r>
        <w:rPr>
          <w:b/>
        </w:rPr>
        <w:t xml:space="preserve">[28:03] </w:t>
      </w:r>
      <w:r>
        <w:t>isai nazariya aur woh isai nazariya jo hazrat masih ne di thi. to bohat lambi muddat tak woh yahi samajhtay rahay ke yeh galat hai.</w:t>
      </w:r>
    </w:p>
    <w:p>
      <w:pPr>
        <w:jc w:val="right"/>
      </w:pPr>
      <w:r>
        <w:t>عیسائی نظریہ اور وہ عیسائی نظریہ جو حضرت مسیح نے دی تھی۔ تو بہت لمبی مدت تک وہ یہی سمجھتے رہے کہ یہ غلط ہے۔</w:t>
      </w:r>
    </w:p>
    <w:p>
      <w:r>
        <w:rPr>
          <w:b/>
        </w:rPr>
        <w:t xml:space="preserve">[28:19] </w:t>
      </w:r>
      <w:r>
        <w:t>kyun ke is ko manay gay to isai nazariya galat sabit ho jaye ga.</w:t>
      </w:r>
    </w:p>
    <w:p>
      <w:pPr>
        <w:jc w:val="right"/>
      </w:pPr>
      <w:r>
        <w:t>کیونکہ اس کو مانیں گے تو عیسائی نظریہ غلط ثابت ہو جائے گی۔</w:t>
      </w:r>
    </w:p>
    <w:p>
      <w:r>
        <w:rPr>
          <w:b/>
        </w:rPr>
        <w:t xml:space="preserve">[28:22] </w:t>
      </w:r>
      <w:r>
        <w:t>agar woh samajh letay is baat ko us waqt ke hum ne jo nazariya banaya hai isai nazariye ka woh galat sabit ho raha hai. na ke hazrat masih ka mazhab. to koi larai na hoti.</w:t>
      </w:r>
    </w:p>
    <w:p>
      <w:pPr>
        <w:jc w:val="right"/>
      </w:pPr>
      <w:r>
        <w:t>اگر وہ سمجھ لیتے اس بات کو اس وقت کہ ہم نے جو نظریہ بنایا ہے عیسائی نظریے کا وہ غلط ثابت ہو رہا ہے۔ نہ کہ حضرت مسیح کا مذہب۔ تو کوئی لڑائی نہ ہوتی۔</w:t>
      </w:r>
    </w:p>
    <w:p>
      <w:r>
        <w:rPr>
          <w:b/>
        </w:rPr>
        <w:t xml:space="preserve">[28:34] </w:t>
      </w:r>
      <w:r>
        <w:t>aap aik kitaab parh li jiye. draper ki kitaab. tanazua mazhab aur science. to ab woh bhi draper samajh raha hai ke tanazua science aur mazhab mein tha.</w:t>
      </w:r>
    </w:p>
    <w:p>
      <w:pPr>
        <w:jc w:val="right"/>
      </w:pPr>
      <w:r>
        <w:t>آپ ایک کتاب پڑھ لیجیے۔ ڈریپر کی کتاب۔ تنازعہ مذہب اور سائنس۔ تو اب وہ بھی ڈریپر سمجھ رہا ہے کہ تنازعہ سائنس اور مذہب میں تھا۔</w:t>
      </w:r>
    </w:p>
    <w:p>
      <w:r>
        <w:rPr>
          <w:b/>
        </w:rPr>
        <w:t xml:space="preserve">[28:46] </w:t>
      </w:r>
      <w:r>
        <w:t>nahin. yeh tanazua jo tha do falsafiyana theoryon mein tha. mazhab se is ka koi talluq nahi tha.</w:t>
      </w:r>
    </w:p>
    <w:p>
      <w:pPr>
        <w:jc w:val="right"/>
      </w:pPr>
      <w:r>
        <w:t>نہیں۔ یہ تنازعہ جو تھا دو فلسفیانہ تھیوریوں میں تھا۔ مذہب سے اس کا کوئی تعلق نہیں تھا۔</w:t>
      </w:r>
    </w:p>
    <w:p>
      <w:r>
        <w:rPr>
          <w:b/>
        </w:rPr>
        <w:t xml:space="preserve">[28:56] </w:t>
      </w:r>
      <w:r>
        <w:t>to wahan jo soorat pesh aayi woh yeh hai ke church ka banaya hua isai nazariya galat sabit ho raha tha. to church ne yeh samjha ke khud isai nazariya galat sabit ho rahi hai.</w:t>
      </w:r>
    </w:p>
    <w:p>
      <w:pPr>
        <w:jc w:val="right"/>
      </w:pPr>
      <w:r>
        <w:t>تو وہاں جو صورت پیش آئی وہ یہ ہے کہ چرچ کا بنایا ہوا عیسائی نظریہ غلط ثابت ہو رہا تھا۔ تو چرچ نے یہ سمجھا کہ خود عیسائی نظریہ غلط ثابت ہو رہی ہے۔</w:t>
      </w:r>
    </w:p>
    <w:p>
      <w:r>
        <w:rPr>
          <w:b/>
        </w:rPr>
        <w:t xml:space="preserve">[29:08] </w:t>
      </w:r>
      <w:r>
        <w:t>aur sainkaron saal tak yeh hungama khara kiye rahay woh log.</w:t>
      </w:r>
    </w:p>
    <w:p>
      <w:pPr>
        <w:jc w:val="right"/>
      </w:pPr>
      <w:r>
        <w:t>اور سینکڑوں سال تک یہ ہنگامہ کھڑا کیے رہے وہ لوگ۔</w:t>
      </w:r>
    </w:p>
    <w:p>
      <w:r>
        <w:rPr>
          <w:b/>
        </w:rPr>
        <w:t xml:space="preserve">[29:13] </w:t>
      </w:r>
      <w:r>
        <w:t>theek wahi yahan pe hua hai. ke musalmanon ne gharoor mashhood lah bil khair ke baad khud se islam ka jo nazariya banaya tha woh nazariya galat sabit ho gaya.</w:t>
      </w:r>
    </w:p>
    <w:p>
      <w:pPr>
        <w:jc w:val="right"/>
      </w:pPr>
      <w:r>
        <w:t>ٹھیک وہی یہاں پہ ہوا ہے۔ کہ مسلمانوں نے غرور مشہود لہٰ بالخیر کے بعد خود سے اسلام کا جو نظریہ بنایا تھا وہ نظریہ غلط ثابت ہو گیا۔</w:t>
      </w:r>
    </w:p>
    <w:p>
      <w:r>
        <w:rPr>
          <w:b/>
        </w:rPr>
        <w:t xml:space="preserve">[29:28] </w:t>
      </w:r>
      <w:r>
        <w:t>to unhon ne samjha ke khud islam galat sabit ho gaya hai. aur hungama karnay lagay. islam khatray mein hai, islam khatray mein hai, islam khatray mein hai. islam na kabhi khatray mein tha, yani islam khatray mein hai.</w:t>
      </w:r>
    </w:p>
    <w:p>
      <w:pPr>
        <w:jc w:val="right"/>
      </w:pPr>
      <w:r>
        <w:t>تو انہوں نے سمجھا کہ خود اسلام غلط ثابت ہو گیا ہے۔ اور ہنگامہ کرنے لگے۔ اسلام خطرے میں ہے، اسلام خطرے میں ہے، اسلام خطرے میں ہے۔ اسلام نہ کبھی خطرے میں تھا، یعنی اسلام خطرے میں ہے۔</w:t>
      </w:r>
    </w:p>
    <w:p>
      <w:r>
        <w:rPr>
          <w:b/>
        </w:rPr>
        <w:t xml:space="preserve">[29:42] </w:t>
      </w:r>
      <w:r>
        <w:t>islam ka muslim nazariya khatray mein hai. is muslim nazariye ko khatam karo. jis tarah se aik church ne. dekhiye church ne kya kiya?</w:t>
      </w:r>
    </w:p>
    <w:p>
      <w:pPr>
        <w:jc w:val="right"/>
      </w:pPr>
      <w:r>
        <w:t>اسلام کا مسلم نظریہ خطرے میں ہے۔ اس مسلم نظریے کو ختم کرو۔ جس طرح سے ایک چرچ نے۔ دیکھیے چرچ نے کیا کیا؟</w:t>
      </w:r>
    </w:p>
    <w:p>
      <w:r>
        <w:rPr>
          <w:b/>
        </w:rPr>
        <w:t xml:space="preserve">[29:51] </w:t>
      </w:r>
      <w:r>
        <w:t>baad ko church ne maan liya. ke hum ne jo samajh rakha tha woh galat tha woh. church ne maan liya is ko.</w:t>
      </w:r>
    </w:p>
    <w:p>
      <w:pPr>
        <w:jc w:val="right"/>
      </w:pPr>
      <w:r>
        <w:t>بعد کو چرچ نے مان لیا۔ کہ ہم نے جو سمجھ رکھا تھا وہ غلط تھا وہ۔ چرچ نے مان لیا اس کو۔</w:t>
      </w:r>
    </w:p>
    <w:p>
      <w:r>
        <w:rPr>
          <w:b/>
        </w:rPr>
        <w:t xml:space="preserve">[30:00] </w:t>
      </w:r>
      <w:r>
        <w:t>yeh cheez andar record hai ke church ne elaan kar diya ke hum ne jo samjha tha ke geocentric theory sahi hai woh hum ne galat samjha tha hum ne.</w:t>
      </w:r>
    </w:p>
    <w:p>
      <w:pPr>
        <w:jc w:val="right"/>
      </w:pPr>
      <w:r>
        <w:t>یہ چیز اندر ریکارڈ ہے کہ چرچ نے اعلان کر دیا کہ ہم نے جو سمجھا تھا کہ جیو سینٹرک تھیوری صحیح ہے وہ ہم نے غلط سمجھا تھا ہم نے۔</w:t>
      </w:r>
    </w:p>
    <w:p>
      <w:r>
        <w:rPr>
          <w:b/>
        </w:rPr>
        <w:t xml:space="preserve">[30:10] </w:t>
      </w:r>
      <w:r>
        <w:t>heliocentric theory sahi hai.</w:t>
      </w:r>
    </w:p>
    <w:p>
      <w:pPr>
        <w:jc w:val="right"/>
      </w:pPr>
      <w:r>
        <w:t>ہیلیو سینٹرک تھیوری صحیح ہے۔</w:t>
      </w:r>
    </w:p>
    <w:p>
      <w:r>
        <w:rPr>
          <w:b/>
        </w:rPr>
        <w:t xml:space="preserve">[30:13] </w:t>
      </w:r>
      <w:r>
        <w:t>yahi musalmanon ko karna tha. ke khud se jo nazariya banaya tha islam ka unhon ne. is ko ghalat maan lete. to islam barqarar rehta.</w:t>
      </w:r>
    </w:p>
    <w:p>
      <w:pPr>
        <w:jc w:val="right"/>
      </w:pPr>
      <w:r>
        <w:t>یہی مسلمانوں کو کرنا تھا۔ کہ خود سے جو نظریہ بنایا تھا اسلام کا انہوں نے۔ اس کو غلط مان لیتے۔ تو اسلام برقرار رہتا۔</w:t>
      </w:r>
    </w:p>
    <w:p>
      <w:r>
        <w:rPr>
          <w:b/>
        </w:rPr>
        <w:t xml:space="preserve">[30:24] </w:t>
      </w:r>
      <w:r>
        <w:t>to islam khatre mein bhi na parta.</w:t>
      </w:r>
    </w:p>
    <w:p>
      <w:pPr>
        <w:jc w:val="right"/>
      </w:pPr>
      <w:r>
        <w:t>تو اسلام خطرے میں بھی نہ پڑتا۔</w:t>
      </w:r>
    </w:p>
    <w:p>
      <w:r>
        <w:rPr>
          <w:b/>
        </w:rPr>
        <w:t xml:space="preserve">[30:28] </w:t>
      </w:r>
      <w:r>
        <w:t>ab dekhiye main jo aap ko batana chahta hoon asal mein jo baat woh aage ki hai.</w:t>
      </w:r>
    </w:p>
    <w:p>
      <w:pPr>
        <w:jc w:val="right"/>
      </w:pPr>
      <w:r>
        <w:t>اب دیکھیے میں جو آپ کو بتانا چاہتا ہوں اصل میں جو بات وہ آگے کی ہے۔</w:t>
      </w:r>
    </w:p>
    <w:p>
      <w:r>
        <w:rPr>
          <w:b/>
        </w:rPr>
        <w:t xml:space="preserve">[30:35] </w:t>
      </w:r>
      <w:r>
        <w:t>is ki wajah se ek bohat hi bara nuqsan ho raha hai musalmanon ko. bohat bara nuqsan. bohat bara nuqsan. woh kya?</w:t>
      </w:r>
    </w:p>
    <w:p>
      <w:pPr>
        <w:jc w:val="right"/>
      </w:pPr>
      <w:r>
        <w:t>اس کی وجہ سے ایک بہت ہی بڑا نقصان ہو رہا ہے مسلمانوں کو۔ بہت بڑا نقصان۔ بہت بڑا نقصان۔ وہ کیا؟</w:t>
      </w:r>
    </w:p>
    <w:p>
      <w:r>
        <w:rPr>
          <w:b/>
        </w:rPr>
        <w:t xml:space="preserve">[30:45] </w:t>
      </w:r>
      <w:r>
        <w:t>jo muslim nasal hai. is zamane mein jo paida hui hai. jis ki taleem hui hai schoolon mein, collegeon mein, universityon mein.</w:t>
      </w:r>
    </w:p>
    <w:p>
      <w:pPr>
        <w:jc w:val="right"/>
      </w:pPr>
      <w:r>
        <w:t>جو مسلم نسل ہے۔ اس زمانے میں جو پلی بڑھی ہے۔ جس کی تعلیم ہوئی ہے اسکولوں میں، کالجوں میں، یونیورسٹیوں میں۔</w:t>
      </w:r>
    </w:p>
    <w:p>
      <w:r>
        <w:rPr>
          <w:b/>
        </w:rPr>
        <w:t xml:space="preserve">[30:54] </w:t>
      </w:r>
      <w:r>
        <w:t>jo jadeed science ko parhti hai. woh baghavat kar rahi hai islam se. islam ke bare mein is ko shakk aa gaya is ke zehn mein.</w:t>
      </w:r>
    </w:p>
    <w:p>
      <w:pPr>
        <w:jc w:val="right"/>
      </w:pPr>
      <w:r>
        <w:t>جو جدید سائنس کو پڑھتی ہے۔ وہ بغاوت کر رہی ہے اسلام سے۔ اسلام کے بارے میں اس کو شک آ گیا اس کے ذہن میں۔</w:t>
      </w:r>
    </w:p>
    <w:p>
      <w:r>
        <w:rPr>
          <w:b/>
        </w:rPr>
        <w:t xml:space="preserve">[31:04] </w:t>
      </w:r>
      <w:r>
        <w:t>woh samajhne lagi hai ke islam is zamane mein ghair mutalliq ho gaya hai. islam is zamane mein ghair mutalliq ho gaya hai.</w:t>
      </w:r>
    </w:p>
    <w:p>
      <w:pPr>
        <w:jc w:val="right"/>
      </w:pPr>
      <w:r>
        <w:t>وہ سمجھنے لگی ہے کہ اسلام اس زمانے میں غیر متعلق ہو گیا ہے۔ اسلام اس زمانے میں غیر متعلق ہو گیا ہے۔</w:t>
      </w:r>
    </w:p>
    <w:p>
      <w:r>
        <w:rPr>
          <w:b/>
        </w:rPr>
        <w:t xml:space="preserve">[31:15] </w:t>
      </w:r>
      <w:r>
        <w:t>ab sari duniya mein yeh masla paida ho gaya hai. sari duniya mein. mera zaati tajruba hai, aap ko bhi hoga.</w:t>
      </w:r>
    </w:p>
    <w:p>
      <w:pPr>
        <w:jc w:val="right"/>
      </w:pPr>
      <w:r>
        <w:t>اب ساری دنیا میں یہ مسئلہ پیدا ہو گیا ہے۔ ساری دنیا میں۔ میرا ذاتی تجربہ ہے، آپ کو بھی ہوگا۔</w:t>
      </w:r>
    </w:p>
    <w:p>
      <w:r>
        <w:rPr>
          <w:b/>
        </w:rPr>
        <w:t xml:space="preserve">[31:26] </w:t>
      </w:r>
      <w:r>
        <w:t>ke kisi bhi muslim family mein jaiye aap. jahan bachche english schoolon mein parh rahe hain. ya college mein parh rahe hain, university mein parh rahe hain.</w:t>
      </w:r>
    </w:p>
    <w:p>
      <w:pPr>
        <w:jc w:val="right"/>
      </w:pPr>
      <w:r>
        <w:t>کہ کسی بھی مسلم فیملی میں جائیے آپ۔ جہاں بچے انگلش اسکولوں میں پڑھ رہے ہیں۔ یا کالج میں پڑھ رہے ہیں، یونیورسٹی میں پڑھ رہے ہیں۔</w:t>
      </w:r>
    </w:p>
    <w:p>
      <w:r>
        <w:rPr>
          <w:b/>
        </w:rPr>
        <w:t xml:space="preserve">[31:34] </w:t>
      </w:r>
      <w:r>
        <w:t>sab ke walidain ko aap paayenge. ek hi shikayat un ke andar hai. ek hi pareshani un ke andar hai.</w:t>
      </w:r>
    </w:p>
    <w:p>
      <w:pPr>
        <w:jc w:val="right"/>
      </w:pPr>
      <w:r>
        <w:t>سب کے والدین کو آپ پائیں گے۔ ایک ہی شکایت ان کے اندر ہے۔ ایک ہی پریشانی ان کے اندر ہے۔</w:t>
      </w:r>
    </w:p>
    <w:p>
      <w:r>
        <w:rPr>
          <w:b/>
        </w:rPr>
        <w:t xml:space="preserve">[31:43] </w:t>
      </w:r>
      <w:r>
        <w:t>ke hamare bachche jo hain deen se door ja rahe hain. hamare bachche islam se door ja rahe hain. hamare bachche islam se baghavat kar rahe hain. yahan se le kar america tak, yahan se le kar europe tak, yahan tak ke arab tak.</w:t>
      </w:r>
    </w:p>
    <w:p>
      <w:pPr>
        <w:jc w:val="right"/>
      </w:pPr>
      <w:r>
        <w:t>کہ ہمارے بچے جو ہیں دین سے دور جا رہے ہیں۔ ہمارے بچے اسلام سے دور جا رہے ہیں۔ ہمارے بچے اسلام سے بغاوت کر رہے ہیں۔ یہاں سے لے کر امریکہ تک، یہاں سے لے کر یورپ تک، یہاں تک کہ عرب تک۔</w:t>
      </w:r>
    </w:p>
    <w:p>
      <w:r>
        <w:rPr>
          <w:b/>
        </w:rPr>
        <w:t xml:space="preserve">[31:56] </w:t>
      </w:r>
      <w:r>
        <w:t>arab mein jo bachche parh rahe hain jadeed schoolon mein. woh bhi isi tarah se un ka haal ho raha hai jaisa ke aur do logon ka haal ho raha hai.</w:t>
      </w:r>
    </w:p>
    <w:p>
      <w:pPr>
        <w:jc w:val="right"/>
      </w:pPr>
      <w:r>
        <w:t>عرب میں جو بچے پڑھ رہے ہیں جدید اسکولوں میں۔ وہ بھی اسی طرح سے ان کا حال ہو رہا ہے جیسا کہ اور دو لوگوں کا حال ہو رہا ہے۔</w:t>
      </w:r>
    </w:p>
    <w:p>
      <w:r>
        <w:rPr>
          <w:b/>
        </w:rPr>
        <w:t xml:space="preserve">[32:09] </w:t>
      </w:r>
      <w:r>
        <w:t>jaise main bataoon aap ko. ke main gaya.</w:t>
      </w:r>
    </w:p>
    <w:p>
      <w:pPr>
        <w:jc w:val="right"/>
      </w:pPr>
      <w:r>
        <w:t>جیسے میں بتاؤں آپ کو۔ کہ میں گیا۔</w:t>
      </w:r>
    </w:p>
    <w:p>
      <w:r>
        <w:rPr>
          <w:b/>
        </w:rPr>
        <w:t xml:space="preserve">[32:17] </w:t>
      </w:r>
      <w:r>
        <w:t>europe, america ke mulkon ke main ne safar kiye hain.</w:t>
      </w:r>
    </w:p>
    <w:p>
      <w:pPr>
        <w:jc w:val="right"/>
      </w:pPr>
      <w:r>
        <w:t>یورپ، امریکہ کے ملکوں کے میں نے سفر کیے ہیں۔</w:t>
      </w:r>
    </w:p>
    <w:p>
      <w:r>
        <w:rPr>
          <w:b/>
        </w:rPr>
        <w:t xml:space="preserve">[32:21] </w:t>
      </w:r>
      <w:r>
        <w:t>to ek baar main america mein tha. to wahan par ek bohat. ek sanatkar the, ek musalman.</w:t>
      </w:r>
    </w:p>
    <w:p>
      <w:pPr>
        <w:jc w:val="right"/>
      </w:pPr>
      <w:r>
        <w:t>تو ایک بار میں امریکہ میں تھا۔ تو وہاں پر ایک بہت۔ ایک صنعت کار تھے، ایک مسلمان۔</w:t>
      </w:r>
    </w:p>
    <w:p>
      <w:r>
        <w:rPr>
          <w:b/>
        </w:rPr>
        <w:t xml:space="preserve">[32:34] </w:t>
      </w:r>
      <w:r>
        <w:t>jo hijrat kar ke wahan gaye, wahan base. aur un ki computer industry hai bohat bari. to un ke haan meri sham ko unhon ne dinner par bulaya tha aur bhi kai log the.</w:t>
      </w:r>
    </w:p>
    <w:p>
      <w:pPr>
        <w:jc w:val="right"/>
      </w:pPr>
      <w:r>
        <w:t>جو ہجرت کر کے وہاں گئے، وہاں بسے۔ اور ان کی کمپیوٹر انڈسٹری ہے بہت بڑی۔ تو ان کے ہاں میری شام کو انہوں نے ڈنر پر بلایا تھا اور بھی کئی لوگ تھے۔</w:t>
      </w:r>
    </w:p>
    <w:p>
      <w:r>
        <w:rPr>
          <w:b/>
        </w:rPr>
        <w:t xml:space="preserve">[32:49] </w:t>
      </w:r>
      <w:r>
        <w:t>to dinner ke baad mujh se kaha gaya ke begum sahib aap se milna chahti hain. yani jo industry ke jo malik the un ki biwi.</w:t>
      </w:r>
    </w:p>
    <w:p>
      <w:pPr>
        <w:jc w:val="right"/>
      </w:pPr>
      <w:r>
        <w:t>تو ڈنر کے بعد مجھ سے کہا گیا کہ بیگم صاحب آپ سے ملنا چاہتی ہیں۔ یعنی جو انڈسٹری کے جو مالک تھے ان کی بیوی۔</w:t>
      </w:r>
    </w:p>
    <w:p>
      <w:r>
        <w:rPr>
          <w:b/>
        </w:rPr>
        <w:t xml:space="preserve">[33:03] </w:t>
      </w:r>
      <w:r>
        <w:t>un ka bohat bara ghar tha.</w:t>
      </w:r>
    </w:p>
    <w:p>
      <w:pPr>
        <w:jc w:val="right"/>
      </w:pPr>
      <w:r>
        <w:t>ان کا بہت بڑا گھر تھا۔</w:t>
      </w:r>
    </w:p>
    <w:p>
      <w:r>
        <w:rPr>
          <w:b/>
        </w:rPr>
        <w:t xml:space="preserve">[33:07] </w:t>
      </w:r>
      <w:r>
        <w:t>to ek kamre mein mujhe le jaya gaya. wahan begum sahib aayeen. to wahan main tha aur woh tha bas do aadmi.</w:t>
      </w:r>
    </w:p>
    <w:p>
      <w:pPr>
        <w:jc w:val="right"/>
      </w:pPr>
      <w:r>
        <w:t>تو ایک کمرے میں مجھے لے جایا گیا۔ وہاں بیگم صاحب آئیں۔ تو وہاں میں تھا اور وہ تھا بس دو آدمی۔</w:t>
      </w:r>
    </w:p>
    <w:p>
      <w:r>
        <w:rPr>
          <w:b/>
        </w:rPr>
        <w:t xml:space="preserve">[33:19] </w:t>
      </w:r>
      <w:r>
        <w:t>to main samajhta tha ke woh mujh se kuch poochegi. kuch un ko sawalat honge. islam ke bare mein kuch un ko mujh se janna hoga.</w:t>
      </w:r>
    </w:p>
    <w:p>
      <w:pPr>
        <w:jc w:val="right"/>
      </w:pPr>
      <w:r>
        <w:t>تو میں سمجھتا تھا کہ وہ مجھ سے کچھ پوچھیں گی۔ کچھ ان کو سوالات ہوں گے۔ اسلام کے بارے میں کچھ ان کو مجھ سے جاننا ہوگا۔</w:t>
      </w:r>
    </w:p>
    <w:p>
      <w:r>
        <w:rPr>
          <w:b/>
        </w:rPr>
        <w:t xml:space="preserve">[33:30] </w:t>
      </w:r>
      <w:r>
        <w:t>lekin jante hain hua kya? jab woh aayeen aur kursi par baithin to ek dam rone lagin. rone lagin bilkul.</w:t>
      </w:r>
    </w:p>
    <w:p>
      <w:pPr>
        <w:jc w:val="right"/>
      </w:pPr>
      <w:r>
        <w:t>لیکن جانتے ہیں ہوا کیا؟ جب وہ آئیں اور کرسی پر بیٹھیں تو ایک دم رونے لگیں۔ رونے لگیں بالکل۔</w:t>
      </w:r>
    </w:p>
    <w:p>
      <w:r>
        <w:rPr>
          <w:b/>
        </w:rPr>
        <w:t xml:space="preserve">[33:44] </w:t>
      </w:r>
      <w:r>
        <w:t>unki awaz jaise band ho gayi ho, munh se bol na nikalti ho.</w:t>
      </w:r>
    </w:p>
    <w:p>
      <w:pPr>
        <w:jc w:val="right"/>
      </w:pPr>
      <w:r>
        <w:t>ان کی آواز جیسے بند ہو گئی ہو، منہ سے بول نہ نکلتی ہو۔</w:t>
      </w:r>
    </w:p>
    <w:p>
      <w:r>
        <w:rPr>
          <w:b/>
        </w:rPr>
        <w:t xml:space="preserve">[33:50] </w:t>
      </w:r>
      <w:r>
        <w:t>to rote rote phir unhon ne kaha ke Maulana sahib.</w:t>
      </w:r>
    </w:p>
    <w:p>
      <w:pPr>
        <w:jc w:val="right"/>
      </w:pPr>
      <w:r>
        <w:t>تو روتے روتے پھر انہوں نے کہا کہ مولانا صاحب۔</w:t>
      </w:r>
    </w:p>
    <w:p>
      <w:r>
        <w:rPr>
          <w:b/>
        </w:rPr>
        <w:t xml:space="preserve">[33:57] </w:t>
      </w:r>
      <w:r>
        <w:t>bachchon ko</w:t>
      </w:r>
    </w:p>
    <w:p>
      <w:pPr>
        <w:jc w:val="right"/>
      </w:pPr>
      <w:r>
        <w:t>بچوں کو</w:t>
      </w:r>
    </w:p>
    <w:p>
      <w:r>
        <w:rPr>
          <w:b/>
        </w:rPr>
        <w:t xml:space="preserve">[34:03] </w:t>
      </w:r>
      <w:r>
        <w:t>bachaiye. hamare bachche islam se door chale gaye. hamare bachchon ko bachaiye.</w:t>
      </w:r>
    </w:p>
    <w:p>
      <w:pPr>
        <w:jc w:val="right"/>
      </w:pPr>
      <w:r>
        <w:t>بچائیے۔ ہمارے بچے اسلام سے دور چلے گئے۔ ہمارے بچوں کو بچائیے۔</w:t>
      </w:r>
    </w:p>
    <w:p>
      <w:r>
        <w:rPr>
          <w:b/>
        </w:rPr>
        <w:t xml:space="preserve">[34:21] </w:t>
      </w:r>
      <w:r>
        <w:t>bas ek kahawat chali gayi. dua kijiye. haan un ka keh dua kijiye. hamare bachchon ke liye dua kijiye ke woh phir deen ki taraf loot aayen.</w:t>
      </w:r>
    </w:p>
    <w:p>
      <w:pPr>
        <w:jc w:val="right"/>
      </w:pPr>
      <w:r>
        <w:t>بس ایک کہاوت چلی گئی۔ دعا کیجیے۔ ہاں ان کا کہ دعا کیجیے۔ ہمارے بچوں کے لیے دعا کیجیے کہ وہ پھر دین کی طرف لوٹ آئیں۔</w:t>
      </w:r>
    </w:p>
    <w:p>
      <w:r>
        <w:rPr>
          <w:b/>
        </w:rPr>
        <w:t xml:space="preserve">[34:34] </w:t>
      </w:r>
      <w:r>
        <w:t>is tarah ka mere saath bar bar hua hai. bar bar. jahan bhi main jata hoon. jitne walidain hain.</w:t>
      </w:r>
    </w:p>
    <w:p>
      <w:pPr>
        <w:jc w:val="right"/>
      </w:pPr>
      <w:r>
        <w:t>اس طرح کا میرے ساتھ بار بار ہوا ہے۔ بار بار۔ جہاں بھی میں جاتا ہوں۔ جتنے والدین ہیں۔</w:t>
      </w:r>
    </w:p>
    <w:p>
      <w:r>
        <w:rPr>
          <w:b/>
        </w:rPr>
        <w:t xml:space="preserve">[34:44] </w:t>
      </w:r>
      <w:r>
        <w:t>woh apne bachchon ke bare mein yahi shikayat karte hain.</w:t>
      </w:r>
    </w:p>
    <w:p>
      <w:pPr>
        <w:jc w:val="right"/>
      </w:pPr>
      <w:r>
        <w:t>وہ اپنے بچوں کے بارے میں یہی شکایت کرتے ہیں۔</w:t>
      </w:r>
    </w:p>
    <w:p>
      <w:r>
        <w:rPr>
          <w:b/>
        </w:rPr>
        <w:t xml:space="preserve">[34:49] </w:t>
      </w:r>
      <w:r>
        <w:t>ek bar mein. america ka ek bahut hi zabardast shahar hai jo bahut khoobsurat shahar mana jata hai. to wahan par ek musalman wahan base hue hain.</w:t>
      </w:r>
    </w:p>
    <w:p>
      <w:pPr>
        <w:jc w:val="right"/>
      </w:pPr>
      <w:r>
        <w:t>ایک بار میں۔ امریکہ کا ایک بہت ہی زبردست شہر ہے جو بہت خوبصورت شہر مانا جاتا ہے۔ تو وہاں پر ایک مسلمان وہاں بسے ہوئے ہیں۔</w:t>
      </w:r>
    </w:p>
    <w:p>
      <w:r>
        <w:rPr>
          <w:b/>
        </w:rPr>
        <w:t xml:space="preserve">[35:01] </w:t>
      </w:r>
      <w:r>
        <w:t>bahut acha ghar banaya hai unhon ne wahan par. to raat ko un ke ghar ke samne. hum dono baithe hue the. khuli jagah thi.</w:t>
      </w:r>
    </w:p>
    <w:p>
      <w:pPr>
        <w:jc w:val="right"/>
      </w:pPr>
      <w:r>
        <w:t>بہت اچھا گھر بنایا ہے انہوں نے وہاں پر۔ تو رات کو ان کے گھر کے سامنے۔ ہم دونوں بیٹھے ہوئے تھے۔ کھلی جگہ تھی۔</w:t>
      </w:r>
    </w:p>
    <w:p>
      <w:r>
        <w:rPr>
          <w:b/>
        </w:rPr>
        <w:t xml:space="preserve">[35:12] </w:t>
      </w:r>
      <w:r>
        <w:t>ek mez tha. kursi thi wahan hum dono baithe hue baat kar rahe the.</w:t>
      </w:r>
    </w:p>
    <w:p>
      <w:pPr>
        <w:jc w:val="right"/>
      </w:pPr>
      <w:r>
        <w:t>ایک میز تھا۔ کرسی تھی وہاں ہم دونوں بیٹھے ہوئے بات کر رہے تھے۔</w:t>
      </w:r>
    </w:p>
    <w:p>
      <w:r>
        <w:rPr>
          <w:b/>
        </w:rPr>
        <w:t xml:space="preserve">[35:19] </w:t>
      </w:r>
      <w:r>
        <w:t>to raat ke gyarah baje. raat ke gyarah baj chuke the. un ka ladka jo lagbhag bees saal ka hoga andar se nikla.</w:t>
      </w:r>
    </w:p>
    <w:p>
      <w:pPr>
        <w:jc w:val="right"/>
      </w:pPr>
      <w:r>
        <w:t>تو رات کے گیارہ بجے۔ رات کے گیارہ بج چکے تھے۔ ان کا لڑکا جو تقریباً بیس سال کا ہوگا اندر سے نکلا۔</w:t>
      </w:r>
    </w:p>
    <w:p>
      <w:r>
        <w:rPr>
          <w:b/>
        </w:rPr>
        <w:t xml:space="preserve">[35:29] </w:t>
      </w:r>
      <w:r>
        <w:t>aur baap se kuch kahe baghair aage badha. car. wahan car thi. car ke us ne.</w:t>
      </w:r>
    </w:p>
    <w:p>
      <w:pPr>
        <w:jc w:val="right"/>
      </w:pPr>
      <w:r>
        <w:t>اور باپ سے کچھ کہے بغیر آگے بڑھا۔ کار۔ وہاں کار تھی۔ کار کے اس نے۔</w:t>
      </w:r>
    </w:p>
    <w:p>
      <w:r>
        <w:rPr>
          <w:b/>
        </w:rPr>
        <w:t xml:space="preserve">[35:39] </w:t>
      </w:r>
      <w:r>
        <w:t>us ka darwaza khola. andar baith kar start kiya aur chala gaya.</w:t>
      </w:r>
    </w:p>
    <w:p>
      <w:pPr>
        <w:jc w:val="right"/>
      </w:pPr>
      <w:r>
        <w:t>اس کا دروازہ کھولا۔ اندر بیٹھ کر اسٹارٹ کیا اور چلا گیا۔</w:t>
      </w:r>
    </w:p>
    <w:p>
      <w:r>
        <w:rPr>
          <w:b/>
        </w:rPr>
        <w:t xml:space="preserve">[35:46] </w:t>
      </w:r>
      <w:r>
        <w:t>to jo mujh se baat kar rahe the jo mere host the. unhon ne kaha ke dekhiye yeh mera beta hai. main is se pooch nahi sakta ke tum kahan ja rahe ho.</w:t>
      </w:r>
    </w:p>
    <w:p>
      <w:pPr>
        <w:jc w:val="right"/>
      </w:pPr>
      <w:r>
        <w:t>تو جو مجھ سے بات کر رہے تھے جو میرے ہاسٹ تھے۔ انہوں نے کہا کہ دیکھیے یہ میرا بیٹا ہے۔ میں اس سے پوچھ نہیں سکتا کہ تم کہاں جا رہے ہو۔</w:t>
      </w:r>
    </w:p>
    <w:p>
      <w:r>
        <w:rPr>
          <w:b/>
        </w:rPr>
        <w:t xml:space="preserve">[35:57] </w:t>
      </w:r>
      <w:r>
        <w:t>itni bhi mujhe ijazat nahi ke main poochun ke tum kahan ja rahe ho. raat ke gyarah baje woh ja raha hai. main pooch nahi sakta main. to unhon ne kaha ke mujhe pata hai ke jayega club mein.</w:t>
      </w:r>
    </w:p>
    <w:p>
      <w:pPr>
        <w:jc w:val="right"/>
      </w:pPr>
      <w:r>
        <w:t>اتنی بھی مجھے اجازت نہیں کہ میں پوچھوں کہ تم کہاں جا رہے ہو۔ رات کے گیارہ بجے وہ جا رہا ہے۔ میں پوچھ نہیں سکتا میں۔ تو انہوں نے کہا کہ مجھے پتہ ہے کہ جائے گا کلب میں۔</w:t>
      </w:r>
    </w:p>
    <w:p>
      <w:r>
        <w:rPr>
          <w:b/>
        </w:rPr>
        <w:t xml:space="preserve">[36:09] </w:t>
      </w:r>
      <w:r>
        <w:t>jahan ladke ladkiyan sab honge. wahan sab kuch hota hai.</w:t>
      </w:r>
    </w:p>
    <w:p>
      <w:pPr>
        <w:jc w:val="right"/>
      </w:pPr>
      <w:r>
        <w:t>جہاں لڑکے لڑکیاں سب ہوں گے۔ وہاں سب کچھ ہوتا ہے۔</w:t>
      </w:r>
    </w:p>
    <w:p>
      <w:r>
        <w:rPr>
          <w:b/>
        </w:rPr>
        <w:t xml:space="preserve">[36:15] </w:t>
      </w:r>
      <w:r>
        <w:t>sab kuch hota hai jo aap soch sakte hain. yeh sab ka haal hai. sab ka haal hai.</w:t>
      </w:r>
    </w:p>
    <w:p>
      <w:pPr>
        <w:jc w:val="right"/>
      </w:pPr>
      <w:r>
        <w:t>سب کچھ ہوتا ہے جو آپ سوچ سکتے ہیں۔ یہ سب کا حال ہے۔ سب کا حال ہے۔</w:t>
      </w:r>
    </w:p>
    <w:p>
      <w:r>
        <w:rPr>
          <w:b/>
        </w:rPr>
        <w:t xml:space="preserve">[36:25] </w:t>
      </w:r>
      <w:r>
        <w:t>ek bahut hi dilchasp kahani main arz karunga aap ko. bab bedos mein. ek bar main gaya. bab bedos ek bahut hi khoobsurat jazeera hai.</w:t>
      </w:r>
    </w:p>
    <w:p>
      <w:pPr>
        <w:jc w:val="right"/>
      </w:pPr>
      <w:r>
        <w:t>ایک بہت ہی دلچسپ کہانی میں عرض کروں گا آپ کو۔ باب بیڈوز میں۔ ایک بار میں گیا۔ باب بیڈوز ایک بہت ہی خوبصورت جزیرہ ہے۔</w:t>
      </w:r>
    </w:p>
    <w:p>
      <w:r>
        <w:rPr>
          <w:b/>
        </w:rPr>
        <w:t xml:space="preserve">[36:40] </w:t>
      </w:r>
      <w:r>
        <w:t>to wahan musalman bhi hain. kuch. to unhon ne musalmanon ne ek jalsa rakha, ek meeting rakhi.</w:t>
      </w:r>
    </w:p>
    <w:p>
      <w:pPr>
        <w:jc w:val="right"/>
      </w:pPr>
      <w:r>
        <w:t>تو وہاں مسلمان بھی ہیں۔ کچھ۔ تو انہوں نے مسلمانوں نے ایک جلسہ رکھا، ایک میٹنگ رکھی۔</w:t>
      </w:r>
    </w:p>
    <w:p>
      <w:r>
        <w:rPr>
          <w:b/>
        </w:rPr>
        <w:t xml:space="preserve">[36:52] </w:t>
      </w:r>
      <w:r>
        <w:t>is mein mujhe adakar karna tha.</w:t>
      </w:r>
    </w:p>
    <w:p>
      <w:pPr>
        <w:jc w:val="right"/>
      </w:pPr>
      <w:r>
        <w:t>اس میں مجھے اداکار کرنا تھا۔</w:t>
      </w:r>
    </w:p>
    <w:p>
      <w:r>
        <w:rPr>
          <w:b/>
        </w:rPr>
        <w:t xml:space="preserve">[36:56] </w:t>
      </w:r>
      <w:r>
        <w:t>to main gaya. ek kursi thi wahan main baitha hua tha aur log ekatha the.</w:t>
      </w:r>
    </w:p>
    <w:p>
      <w:pPr>
        <w:jc w:val="right"/>
      </w:pPr>
      <w:r>
        <w:t>تو میں گیا۔ ایک کرسی تھی وہاں میں بیٹھا ہوا تھا اور لوگ اکٹھا تھے۔</w:t>
      </w:r>
    </w:p>
    <w:p>
      <w:r>
        <w:rPr>
          <w:b/>
        </w:rPr>
        <w:t xml:space="preserve">[37:05] </w:t>
      </w:r>
      <w:r>
        <w:t>to main ne dekha ke ek ladka aata hai. apne baap ke sath. aur woh gate par baith jata hai woh.</w:t>
      </w:r>
    </w:p>
    <w:p>
      <w:pPr>
        <w:jc w:val="right"/>
      </w:pPr>
      <w:r>
        <w:t>تو میں نے دیکھا کہ ایک لڑکا آتا ہے۔ اپنے باپ کے ساتھ۔ اور وہ گیٹ پر بیٹھ جاتا ہے وہ۔</w:t>
      </w:r>
    </w:p>
    <w:p>
      <w:r>
        <w:rPr>
          <w:b/>
        </w:rPr>
        <w:t xml:space="preserve">[37:14] </w:t>
      </w:r>
      <w:r>
        <w:t>baap ko kehta hai andar chalo. woh jata nahi. baith jata hai. baithta kaise hai? idhar munh kar ke. yani main yahan baitha hoon.</w:t>
      </w:r>
    </w:p>
    <w:p>
      <w:pPr>
        <w:jc w:val="right"/>
      </w:pPr>
      <w:r>
        <w:t>باپ کو کہتا ہے اندر چلو۔ وہ جاتا نہیں۔ بیٹھ جاتا ہے۔ بیٹھتا کیسے ہے؟ ادھر منہ کر کے۔ یعنی میں یہاں بیٹھا ہوں۔</w:t>
      </w:r>
    </w:p>
    <w:p>
      <w:r>
        <w:rPr>
          <w:b/>
        </w:rPr>
        <w:t xml:space="preserve">[37:24] </w:t>
      </w:r>
      <w:r>
        <w:t>woh gate par baitha hua hai. munh uska idhar hai. us ki peeth meri taraf hai. meri taraf peeth kar ke hai, munh doosri taraf kar ke baith gaya woh.</w:t>
      </w:r>
    </w:p>
    <w:p>
      <w:pPr>
        <w:jc w:val="right"/>
      </w:pPr>
      <w:r>
        <w:t>وہ گیٹ پر بیٹھا ہوا ہے۔ منہ اس کا ادھر ہے۔ اس کی پیٹھ میری طرف ہے۔ میری طرف پیٹھ کر کے ہے، منہ دوسری طرف کر کے بیٹھ گیا وہیں۔</w:t>
      </w:r>
    </w:p>
    <w:p>
      <w:r>
        <w:rPr>
          <w:b/>
        </w:rPr>
        <w:t xml:space="preserve">[37:34] </w:t>
      </w:r>
      <w:r>
        <w:t>to main ne kisi se poocha ke bhai yeh kya hai? yeh kya mamla hai? to unhon ne kaha ke woh ladka jo hai baap ne kaha ke chalo molana sahib aaye hain tum bhi kuch baat suno.</w:t>
      </w:r>
    </w:p>
    <w:p>
      <w:pPr>
        <w:jc w:val="right"/>
      </w:pPr>
      <w:r>
        <w:t>تو میں نے کسی سے پوچھا کہ بھئی یہ کیا ہے؟ یہ کیا معاملہ ہے؟ تو انہوں نے کہا کہ وہ لڑکا جو ہے باپ نے کہا کہ چلو مولانا صاحب آئے ہیں تم بھی کچھ بات سنو۔</w:t>
      </w:r>
    </w:p>
    <w:p>
      <w:r>
        <w:rPr>
          <w:b/>
        </w:rPr>
        <w:t xml:space="preserve">[37:46] </w:t>
      </w:r>
      <w:r>
        <w:t>to us ne kaha kya? Me not. Me not.</w:t>
      </w:r>
    </w:p>
    <w:p>
      <w:pPr>
        <w:jc w:val="right"/>
      </w:pPr>
      <w:r>
        <w:t>تو اس نے کہا کیا؟ می ناٹ۔ می ناٹ۔</w:t>
      </w:r>
    </w:p>
    <w:p>
      <w:r>
        <w:rPr>
          <w:b/>
        </w:rPr>
        <w:t xml:space="preserve">[37:55] </w:t>
      </w:r>
      <w:r>
        <w:t>bahut hi aam uska yeh.</w:t>
      </w:r>
    </w:p>
    <w:p>
      <w:pPr>
        <w:jc w:val="right"/>
      </w:pPr>
      <w:r>
        <w:t>بہت ہی عام اس کا یہ۔</w:t>
      </w:r>
    </w:p>
    <w:p>
      <w:r>
        <w:rPr>
          <w:b/>
        </w:rPr>
        <w:t xml:space="preserve">[37:59] </w:t>
      </w:r>
      <w:r>
        <w:t>jawab tha ke me not. mere liye sab cheezein nahi hain. jao tum suno</w:t>
      </w:r>
    </w:p>
    <w:p>
      <w:pPr>
        <w:jc w:val="right"/>
      </w:pPr>
      <w:r>
        <w:t>جواب تھا کہ می ناٹ۔ میرے لیے سب چیزیں نہیں ہیں۔ جاؤ تم سنو</w:t>
      </w:r>
    </w:p>
    <w:p>
      <w:r>
        <w:rPr>
          <w:b/>
        </w:rPr>
        <w:t xml:space="preserve">[38:04] </w:t>
      </w:r>
      <w:r>
        <w:t>mujhe ko is se koi matlab nahin hai. tumhare islam se mujhe koi lena dena nahin hai. woh islam par bolenge to mujhe islam par sunna bhi nahin hai.</w:t>
      </w:r>
    </w:p>
    <w:p>
      <w:pPr>
        <w:jc w:val="right"/>
      </w:pPr>
      <w:r>
        <w:t>۔ مجھ کو اس سے کوئی مطلب نہیں۔ تمہارے اسلام سے مجھے کوئی لینا دینا نہیں ہے۔ وہ اسلام پر بولیں گے تو مجھے اسلام پر سننا بھی نہیں ہے۔</w:t>
      </w:r>
    </w:p>
    <w:p>
      <w:r>
        <w:rPr>
          <w:b/>
        </w:rPr>
        <w:t xml:space="preserve">[38:17] </w:t>
      </w:r>
      <w:r>
        <w:t>me not. to poori poori nai nasl keh rahi hai ke me not.</w:t>
      </w:r>
    </w:p>
    <w:p>
      <w:pPr>
        <w:jc w:val="right"/>
      </w:pPr>
      <w:r>
        <w:t>می ناٹ۔ تو پوری پوری نئی نسل کہہ رہی ہے کہ می ناٹ۔</w:t>
      </w:r>
    </w:p>
    <w:p>
      <w:r>
        <w:rPr>
          <w:b/>
        </w:rPr>
        <w:t xml:space="preserve">[38:23] </w:t>
      </w:r>
      <w:r>
        <w:t>hamare woh log jo pichhle riwayat mein pale badhe. jin ke baal safed ho gaye hain. to pichhle zamane mein pale badhe.</w:t>
      </w:r>
    </w:p>
    <w:p>
      <w:pPr>
        <w:jc w:val="right"/>
      </w:pPr>
      <w:r>
        <w:t>ہمارے وہ لوگ جو پچھلے روایت میں پلے بڑھے۔ جن کے بال سفید ہو گئے ہیں۔ تو پچھلے زمانے میں پلے بڑھے۔</w:t>
      </w:r>
    </w:p>
    <w:p>
      <w:r>
        <w:rPr>
          <w:b/>
        </w:rPr>
        <w:t xml:space="preserve">[38:33] </w:t>
      </w:r>
      <w:r>
        <w:t>to un ke andar islam se mohabbat hai. islam ko apna mazhab samajhte hain woh. lekin jo nai nasl hai. woh India se le kar America, Europe tak kehti hai me not.</w:t>
      </w:r>
    </w:p>
    <w:p>
      <w:pPr>
        <w:jc w:val="right"/>
      </w:pPr>
      <w:r>
        <w:t>تو ان کے اندر اسلام سے محبت ہے۔ اسلام کو اپنا مذہب سمجھتے ہیں وہ۔ لیکن جو نئی نسل ہے۔ وہ انڈیا سے لے کر امریکہ، یورپ تک کہتی ہے می ناٹ۔</w:t>
      </w:r>
    </w:p>
    <w:p>
      <w:r>
        <w:rPr>
          <w:b/>
        </w:rPr>
        <w:t xml:space="preserve">[38:46] </w:t>
      </w:r>
      <w:r>
        <w:t>yeh tumhara mazhab mere liye nahin hai.</w:t>
      </w:r>
    </w:p>
    <w:p>
      <w:pPr>
        <w:jc w:val="right"/>
      </w:pPr>
      <w:r>
        <w:t>یہ تمہارا مذہب میرے لیے نہیں ہے۔</w:t>
      </w:r>
    </w:p>
    <w:p>
      <w:r>
        <w:rPr>
          <w:b/>
        </w:rPr>
        <w:t xml:space="preserve">[38:50] </w:t>
      </w:r>
      <w:r>
        <w:t>saare log pareshan hain.</w:t>
      </w:r>
    </w:p>
    <w:p>
      <w:pPr>
        <w:jc w:val="right"/>
      </w:pPr>
      <w:r>
        <w:t>سارے لوگ پریشان ہیں۔</w:t>
      </w:r>
    </w:p>
    <w:p>
      <w:r>
        <w:rPr>
          <w:b/>
        </w:rPr>
        <w:t xml:space="preserve">[38:53] </w:t>
      </w:r>
      <w:r>
        <w:t>isi ko woh kehte hain ke islam khatre mein hai. muslim ummah khatre mein hai. muslim army khatre mein hai.</w:t>
      </w:r>
    </w:p>
    <w:p>
      <w:pPr>
        <w:jc w:val="right"/>
      </w:pPr>
      <w:r>
        <w:t>اسی کو وہ کہتے ہیں کہ اسلام خطرے میں ہے۔ مسلم امہ خطرے میں ہے۔ مسلم آرمی خطرے میں ہے۔</w:t>
      </w:r>
    </w:p>
    <w:p>
      <w:r>
        <w:rPr>
          <w:b/>
        </w:rPr>
        <w:t xml:space="preserve">[39:02] </w:t>
      </w:r>
      <w:r>
        <w:t>khatre mein kaun hai? islam nahin hai. maine is pe bohat socha ke woh jo kehta hai ke me not is ka kya matlab hai?</w:t>
      </w:r>
    </w:p>
    <w:p>
      <w:pPr>
        <w:jc w:val="right"/>
      </w:pPr>
      <w:r>
        <w:t>خطرے میں کون ہے؟ اسلام نہیں ہے۔ میں نے اس پہ بہت سوچا کہ وہ جو کہتا ہے کہ می ناٹ اس کا کیا مطلب ہے؟</w:t>
      </w:r>
    </w:p>
    <w:p>
      <w:r>
        <w:rPr>
          <w:b/>
        </w:rPr>
        <w:t xml:space="preserve">[39:14] </w:t>
      </w:r>
      <w:r>
        <w:t>is ko pata hi nahin ke islam haqeeqat mein kya hai. is ke baap ko bhi pata nahin ke islam haqeeqat mein kya hai.</w:t>
      </w:r>
    </w:p>
    <w:p>
      <w:pPr>
        <w:jc w:val="right"/>
      </w:pPr>
      <w:r>
        <w:t>اس کو پتہ ہی نہیں کہ اسلام حقیقت میں کیا ہے۔ اس کے باپ کو بھی پتہ نہیں کہ اسلام حقیقت میں کیا ہے۔</w:t>
      </w:r>
    </w:p>
    <w:p>
      <w:r>
        <w:rPr>
          <w:b/>
        </w:rPr>
        <w:t xml:space="preserve">[39:25] </w:t>
      </w:r>
      <w:r>
        <w:t>ek muslim nazariya hai islam ka jis ka pata hai baap ko. aur jo batata hai apne bete ko woh. woh ghair mutalliq ho chuka hai.</w:t>
      </w:r>
    </w:p>
    <w:p>
      <w:pPr>
        <w:jc w:val="right"/>
      </w:pPr>
      <w:r>
        <w:t>ایک مسلم نظریہ ہے اسلام کا جس کا پتہ ہے باپ کو۔ اور جو بتاتا ہے اپنے بیٹے کو وہ۔ وہ غیر متعلق ہو چکا ہے۔</w:t>
      </w:r>
    </w:p>
    <w:p>
      <w:r>
        <w:rPr>
          <w:b/>
        </w:rPr>
        <w:t xml:space="preserve">[39:36] </w:t>
      </w:r>
      <w:r>
        <w:t>yaani muslim nazariya jo hai islam ka woh is zamane mein ghair mutalliq ho chuka hai. aur saare baap ke paas batane ke liye wohi hai.</w:t>
      </w:r>
    </w:p>
    <w:p>
      <w:pPr>
        <w:jc w:val="right"/>
      </w:pPr>
      <w:r>
        <w:t>یعنی مسلم نظریہ جو ہے اسلام کا وہ اس زمانے میں غیر متعلق ہو چکا ہے۔ اور سارے باپ کے پاس بتانے کے لیے وہی ہے۔</w:t>
      </w:r>
    </w:p>
    <w:p>
      <w:r>
        <w:rPr>
          <w:b/>
        </w:rPr>
        <w:t xml:space="preserve">[39:47] </w:t>
      </w:r>
      <w:r>
        <w:t>ek ek muslim naujawan se maine poocha ke yeh me not kya mamla hai yeh?</w:t>
      </w:r>
    </w:p>
    <w:p>
      <w:pPr>
        <w:jc w:val="right"/>
      </w:pPr>
      <w:r>
        <w:t>ایک ایک مسلم نوجوان سے میں نے پوچھا کہ یہ می ناٹ کیا معاملہ ہے یہ؟</w:t>
      </w:r>
    </w:p>
    <w:p>
      <w:r>
        <w:rPr>
          <w:b/>
        </w:rPr>
        <w:t xml:space="preserve">[39:52] </w:t>
      </w:r>
      <w:r>
        <w:t>to us ne kaha ke hamare baap. aur hamare dada. do's and don'ts ki zaban bolte hain. yeh na karo, woh na karo, yeh na karo, woh na karo.</w:t>
      </w:r>
    </w:p>
    <w:p>
      <w:pPr>
        <w:jc w:val="right"/>
      </w:pPr>
      <w:r>
        <w:t>تو اس نے کہا کہ ہمارے باپ۔ اور ہمارے دادا۔ ڈوز اینڈ ڈونٹس کی زبان بولتے ہیں۔ یہ نہ کرو، وہ نہ کرو، یہ نہ کرو، وہ نہ کرو۔</w:t>
      </w:r>
    </w:p>
    <w:p>
      <w:r>
        <w:rPr>
          <w:b/>
        </w:rPr>
        <w:t xml:space="preserve">[40:03] </w:t>
      </w:r>
      <w:r>
        <w:t>yeh karo, woh na karo. to us ne kaha ke hamare baap dada jo hain. hamare hamare khandan jo hai woh do's and don'ts ki boli bolti hai.</w:t>
      </w:r>
    </w:p>
    <w:p>
      <w:pPr>
        <w:jc w:val="right"/>
      </w:pPr>
      <w:r>
        <w:t>یہ کرو، وہ نہ کرو۔ تو اس نے کہا کہ ہمارے باپ دادا جو ہیں۔ ہمارے ہمارے خاندان جو ہے وہ ڈوز اینڈ ڈونٹس کی بولی بولتی ہے۔</w:t>
      </w:r>
    </w:p>
    <w:p>
      <w:r>
        <w:rPr>
          <w:b/>
        </w:rPr>
        <w:t xml:space="preserve">[40:14] </w:t>
      </w:r>
      <w:r>
        <w:t>woh to hamari samajh mein aati hi nahin.</w:t>
      </w:r>
    </w:p>
    <w:p>
      <w:pPr>
        <w:jc w:val="right"/>
      </w:pPr>
      <w:r>
        <w:t>وہ تو ہماری سمجھ میں آتی ہی نہیں۔</w:t>
      </w:r>
    </w:p>
    <w:p>
      <w:r>
        <w:rPr>
          <w:b/>
        </w:rPr>
        <w:t xml:space="preserve">[40:17] </w:t>
      </w:r>
      <w:r>
        <w:t>isi liye. ke hum school college mein jo. jo kuch parhte hain wahan to sab aqli hota hai. sab manṭiqi hota hai.</w:t>
      </w:r>
    </w:p>
    <w:p>
      <w:pPr>
        <w:jc w:val="right"/>
      </w:pPr>
      <w:r>
        <w:t>اس لیے۔ کہ ہم اسکول کالج میں جو۔ جو کچھ پڑھتے ہیں وہاں تو سب عقلی ہوتا ہے۔ سب منطقی ہوتا ہے۔</w:t>
      </w:r>
    </w:p>
    <w:p>
      <w:r>
        <w:rPr>
          <w:b/>
        </w:rPr>
        <w:t xml:space="preserve">[40:26] </w:t>
      </w:r>
      <w:r>
        <w:t>sab riyazi hota hai. to wahan hum parhte hain. wajah par mabni ilm.</w:t>
      </w:r>
    </w:p>
    <w:p>
      <w:pPr>
        <w:jc w:val="right"/>
      </w:pPr>
      <w:r>
        <w:t>سب ریاضی ہوتا ہے۔ تو وہاں ہم پڑھتے ہیں۔ وجہ پر مبنی علم۔</w:t>
      </w:r>
    </w:p>
    <w:p>
      <w:r>
        <w:rPr>
          <w:b/>
        </w:rPr>
        <w:t xml:space="preserve">[40:36] </w:t>
      </w:r>
      <w:r>
        <w:t>manṭiq. har cheez ko manṭiqi frame mein humein bataya jata hai.</w:t>
      </w:r>
    </w:p>
    <w:p>
      <w:pPr>
        <w:jc w:val="right"/>
      </w:pPr>
      <w:r>
        <w:t>منطق۔ ہر چیز کو منطقی فریم میں ہمیں بتایا جاتا ہے۔</w:t>
      </w:r>
    </w:p>
    <w:p>
      <w:r>
        <w:rPr>
          <w:b/>
        </w:rPr>
        <w:t xml:space="preserve">[40:44] </w:t>
      </w:r>
      <w:r>
        <w:t>school mein college mein jo hum parhte hain university mein jo hum parhte hain. to har cheez ko manṭiqi tareeqe mein humein bataya jata hai. aqli tareeqe mein bataya jata hai. aur yahan hum ghar mein jab aate hain.</w:t>
      </w:r>
    </w:p>
    <w:p>
      <w:pPr>
        <w:jc w:val="right"/>
      </w:pPr>
      <w:r>
        <w:t>اسکول میں کالج میں جو ہم پڑھتے ہیں یونیورسٹی میں جو ہم پڑھتے ہیں۔ تو ہر چیز کو منطقی طریقے میں ہمیں بتایا جاتا ہے۔ عقلی طریقے میں بتایا جاتا ہے۔ اور یہاں ہم گھر میں جب آتے ہیں۔</w:t>
      </w:r>
    </w:p>
    <w:p>
      <w:r>
        <w:rPr>
          <w:b/>
        </w:rPr>
        <w:t xml:space="preserve">[40:55] </w:t>
      </w:r>
      <w:r>
        <w:t>to do's and don'ts ki zaban humein sunni parti hai. yeh na karo. yeh karo, woh na karo, yeh na karo, woh na karo. baghair manṭiq ke.</w:t>
      </w:r>
    </w:p>
    <w:p>
      <w:pPr>
        <w:jc w:val="right"/>
      </w:pPr>
      <w:r>
        <w:t>تو ڈوز اینڈ ڈونٹس کی زبان ہمیں سننی پڑتی ہے۔ یہ نہ کرو۔ یہ کرو، وہ نہ کرو، یہ نہ کرو، وہ نہ کرو۔ بغیر منطق کے۔</w:t>
      </w:r>
    </w:p>
    <w:p>
      <w:r>
        <w:rPr>
          <w:b/>
        </w:rPr>
        <w:t xml:space="preserve">[41:03] </w:t>
      </w:r>
      <w:r>
        <w:t>baghair wajah ke. to hamari samajh mein nahin aata.</w:t>
      </w:r>
    </w:p>
    <w:p>
      <w:pPr>
        <w:jc w:val="right"/>
      </w:pPr>
      <w:r>
        <w:t>بغیر وجہ کے۔ تو ہماری سمجھ میں نہیں آتا۔</w:t>
      </w:r>
    </w:p>
    <w:p>
      <w:r>
        <w:rPr>
          <w:b/>
        </w:rPr>
        <w:t xml:space="preserve">[41:08] </w:t>
      </w:r>
      <w:r>
        <w:t>to me not ka matlab yeh hai. ke yeh jo tumhara mazhab hai jis mein sirf do's and don'ts hai. to woh mere liye nahin hai.</w:t>
      </w:r>
    </w:p>
    <w:p>
      <w:pPr>
        <w:jc w:val="right"/>
      </w:pPr>
      <w:r>
        <w:t>تو می ناٹ کا مطلب یہ ہے۔ کہ یہ جو تمہارا مذہب ہے جس میں صرف ڈوز اینڈ ڈونٹس ہے۔ تو وہ میرے لیے نہیں ہے۔</w:t>
      </w:r>
    </w:p>
    <w:p>
      <w:r>
        <w:rPr>
          <w:b/>
        </w:rPr>
        <w:t xml:space="preserve">[41:19] </w:t>
      </w:r>
      <w:r>
        <w:t>isi liye. bradley ne kaha tha ke is zamane mein. is ki kitab hai appearance and reality. appearance and reality.</w:t>
      </w:r>
    </w:p>
    <w:p>
      <w:pPr>
        <w:jc w:val="right"/>
      </w:pPr>
      <w:r>
        <w:t>اسی لیے۔ بریڈلے نے کہا تھا کہ اس زمانے میں۔ اس کی کتاب ہے اپیئرنس اینڈ ریلیٹی۔ اپیئرنس اینڈ ریلیٹی۔</w:t>
      </w:r>
    </w:p>
    <w:p>
      <w:r>
        <w:rPr>
          <w:b/>
        </w:rPr>
        <w:t xml:space="preserve">[41:29] </w:t>
      </w:r>
      <w:r>
        <w:t>is zamane mein scientific religion ki zaroorat hai.</w:t>
      </w:r>
    </w:p>
    <w:p>
      <w:pPr>
        <w:jc w:val="right"/>
      </w:pPr>
      <w:r>
        <w:t>اس زمانے میں سائنٹیفک ریلیجن کی ضرورت ہے۔</w:t>
      </w:r>
    </w:p>
    <w:p>
      <w:r>
        <w:rPr>
          <w:b/>
        </w:rPr>
        <w:t xml:space="preserve">[41:33] </w:t>
      </w:r>
      <w:r>
        <w:t>scientific religion. yaani. wajah par mabni religion. manṭiqi par mabni religion.</w:t>
      </w:r>
    </w:p>
    <w:p>
      <w:pPr>
        <w:jc w:val="right"/>
      </w:pPr>
      <w:r>
        <w:t>سائنٹیفک ریلیجن۔ یعنی۔ وجہ پر مبنی ریلیجن۔ منطقی پر مبنی ریلیجن۔</w:t>
      </w:r>
    </w:p>
    <w:p>
      <w:r>
        <w:rPr>
          <w:b/>
        </w:rPr>
        <w:t xml:space="preserve">[41:41] </w:t>
      </w:r>
      <w:r>
        <w:t>yani aisa religion jo aaj ke zehn ko hidayat kare. to bunyadi baat yeh nahi hai ke islam bhi ghair mutaliq ho gaya hai.</w:t>
      </w:r>
    </w:p>
    <w:p>
      <w:pPr>
        <w:jc w:val="right"/>
      </w:pPr>
      <w:r>
        <w:t>یعنی ایسا ریلیجن جو آج کے ذہن کو ہدایت کرے۔ تو بنیادی بات یہ نہیں ہے کہ اسلام بھی غیر متعلق ہو گیا ہے۔</w:t>
      </w:r>
    </w:p>
    <w:p>
      <w:r>
        <w:rPr>
          <w:b/>
        </w:rPr>
        <w:t xml:space="preserve">[41:50] </w:t>
      </w:r>
      <w:r>
        <w:t>bunyadi baat yeh hai ke musalmanon ne. islam ko jo nazariya bana rakha hai woh ghair mutaliq ho gaya hai.</w:t>
      </w:r>
    </w:p>
    <w:p>
      <w:pPr>
        <w:jc w:val="right"/>
      </w:pPr>
      <w:r>
        <w:t>بنیادی بات یہ ہے کہ مسلمانوں نے۔ اسلام کو جو نظریہ بنا رکھا ہے وہ غیر متعلق ہو گیا ہے۔</w:t>
      </w:r>
    </w:p>
    <w:p>
      <w:r>
        <w:rPr>
          <w:b/>
        </w:rPr>
        <w:t xml:space="preserve">[42:01] </w:t>
      </w:r>
      <w:r>
        <w:t>to theek wahi ghalati woh musalman kar rahe hain jo isaiyon ne ki thi. aur phir is ko. unhon ne is ko maan liya ke hum ghalat thay. yahan nahi maan rahe hain ke ghalat thay.</w:t>
      </w:r>
    </w:p>
    <w:p>
      <w:pPr>
        <w:jc w:val="right"/>
      </w:pPr>
      <w:r>
        <w:t>تو ٹھیک وہی غلطی وہ مسلمان کر رہے ہیں جو عیسائیوں نے کی تھی۔ اور پھر اس کو۔ انہوں نے اس کو مان لیا کہ ہم غلط تھے۔ یہاں نہیں مان رہے ہیں کہ غلط تھے۔</w:t>
      </w:r>
    </w:p>
    <w:p>
      <w:r>
        <w:rPr>
          <w:b/>
        </w:rPr>
        <w:t xml:space="preserve">[42:13] </w:t>
      </w:r>
      <w:r>
        <w:t>yani isaiyon ko yeh kehne ke liye. yani church ko yeh kehne ke liye apne. pichlay buzurgon ko manna para ke ghalat thay woh. hum is ke liye tayyar nahi hain.</w:t>
      </w:r>
    </w:p>
    <w:p>
      <w:pPr>
        <w:jc w:val="right"/>
      </w:pPr>
      <w:r>
        <w:t>یعنی عیسائیوں کو یہ کہنے کے لیے۔ یعنی چرچ کو یہ کہنے کے لیے اپنے۔ پچھلے بزرگوں کو ماننا پڑا کہ غلط تھے وہ۔ ہم اس کے لیے تیار نہیں ہیں۔</w:t>
      </w:r>
    </w:p>
    <w:p>
      <w:r>
        <w:rPr>
          <w:b/>
        </w:rPr>
        <w:t xml:space="preserve">[42:24] </w:t>
      </w:r>
      <w:r>
        <w:t>zahir hai ke aaj ka jo isai hai. us ne thori yeh geocentric theory ko apnaya tha. woh to pichlay log thay. to aaj ke church ne.</w:t>
      </w:r>
    </w:p>
    <w:p>
      <w:pPr>
        <w:jc w:val="right"/>
      </w:pPr>
      <w:r>
        <w:t>ظاہر ہے کہ آج کا جو عیسائی ہے۔ اس نے تھوڑی یہ جیوسینٹک تھیوری کو اپنایا تھا۔ وہ تو پچھلے لوگ تھے۔ تو آج کے چرچ نے۔</w:t>
      </w:r>
    </w:p>
    <w:p>
      <w:r>
        <w:rPr>
          <w:b/>
        </w:rPr>
        <w:t xml:space="preserve">[42:38] </w:t>
      </w:r>
      <w:r>
        <w:t>pichlay logon ko kaha ke woh ghalat thay woh. unhon ne ghalati ki galileo ko saza di. unhon ne ghalati ki ke unhon ne geocentric ko sahi maan liya.</w:t>
      </w:r>
    </w:p>
    <w:p>
      <w:pPr>
        <w:jc w:val="right"/>
      </w:pPr>
      <w:r>
        <w:t>پچھلے لوگوں کو کہا کہ وہ غلط تھے وہ۔ انہوں نے غلطی کی گلیلیو کو سزا دی۔ انہوں نے غلطی کی کہ انہوں نے جیوسینٹک کو صحیح مان لیا۔</w:t>
      </w:r>
    </w:p>
    <w:p>
      <w:r>
        <w:rPr>
          <w:b/>
        </w:rPr>
        <w:t xml:space="preserve">[42:48] </w:t>
      </w:r>
      <w:r>
        <w:t>musalman yeh mannay ko tayyar nahi hain. woh samajhte hain ke hamare jo buzurg thay woh sab sahi</w:t>
      </w:r>
    </w:p>
    <w:p>
      <w:pPr>
        <w:jc w:val="right"/>
      </w:pPr>
      <w:r>
        <w:t>مسلمان یہ ماننے کو تیار نہیں ہیں۔ وہ سمجھتے ہیں کہ ہمارے جو بزرگ تھے وہ سب صحیح</w:t>
      </w:r>
    </w:p>
    <w:p>
      <w:r>
        <w:rPr>
          <w:b/>
        </w:rPr>
        <w:t xml:space="preserve">[42:53] </w:t>
      </w:r>
      <w:r>
        <w:t>thay. hamare aslaf thay woh sab sahi thay. is liye ulma jo thay woh sab sahi thay. to yeh. muslim nazariye ko.</w:t>
      </w:r>
    </w:p>
    <w:p>
      <w:pPr>
        <w:jc w:val="right"/>
      </w:pPr>
      <w:r>
        <w:t>تھے۔ ہمارے اسلاف تھے وہ سب صحیح تھے۔ اس لیے علماء جو تھے وہ سب صحیح تھے۔ تو یہ۔ مسلم نظریہ کو۔</w:t>
      </w:r>
    </w:p>
    <w:p>
      <w:r>
        <w:rPr>
          <w:b/>
        </w:rPr>
        <w:t xml:space="preserve">[43:02] </w:t>
      </w:r>
      <w:r>
        <w:t>yeh kehna. ke muslim nazariye islam ka khatre mein hai. yeh kehna paray ga ke hamare ulma ne ghalat nazariya banaya tha islam ka. is liye woh tayyar nahi hain.</w:t>
      </w:r>
    </w:p>
    <w:p>
      <w:pPr>
        <w:jc w:val="right"/>
      </w:pPr>
      <w:r>
        <w:t>یہ کہنا۔ کہ مسلم نظریہ اسلام کا خطرے میں ہے۔ یہ کہنا پڑے گا کہ ہمارے علماء نے غلط نظریہ بنایا تھا اسلام کا۔ اس لیے وہ تیار نہیں ہیں۔</w:t>
      </w:r>
    </w:p>
    <w:p>
      <w:r>
        <w:rPr>
          <w:b/>
        </w:rPr>
        <w:t xml:space="preserve">[43:14] </w:t>
      </w:r>
      <w:r>
        <w:t>church tayyar ho gaya. ke pichlay logon ne. pichlay isaiyon ne. jo nazariya banaya tha isaiyat ka woh ghalat tha woh.</w:t>
      </w:r>
    </w:p>
    <w:p>
      <w:pPr>
        <w:jc w:val="right"/>
      </w:pPr>
      <w:r>
        <w:t>چرچ تیار ہو گیا۔ کہ پچھلے لوگوں نے۔ پچھلے عیسائیوں نے۔ جو نظریہ بنایا تھا عیسائیت کا وہ غلط تھا وہ۔</w:t>
      </w:r>
    </w:p>
    <w:p>
      <w:r>
        <w:rPr>
          <w:b/>
        </w:rPr>
        <w:t xml:space="preserve">[43:24] </w:t>
      </w:r>
      <w:r>
        <w:t>yeh baat aaj ka musalman mannay ko tayyar nahi hai.</w:t>
      </w:r>
    </w:p>
    <w:p>
      <w:pPr>
        <w:jc w:val="right"/>
      </w:pPr>
      <w:r>
        <w:t>یہ بات آج کا مسلمان ماننے کو تیار نہیں ہے۔</w:t>
      </w:r>
    </w:p>
    <w:p>
      <w:r>
        <w:rPr>
          <w:b/>
        </w:rPr>
        <w:t xml:space="preserve">[43:30] </w:t>
      </w:r>
      <w:r>
        <w:t>agar woh yeh keh de. ke jo cheez khatre mein hai. jis cheez ko khatre ke laiq hai. woh islam nahi hai. woh.</w:t>
      </w:r>
    </w:p>
    <w:p>
      <w:pPr>
        <w:jc w:val="right"/>
      </w:pPr>
      <w:r>
        <w:t>اگر وہ یہ کہہ دے۔ کہ جو چیز خطرے میں ہے۔ جس چیز کو خطرے کے لائق ہے۔ وہ اسلام نہیں ہے۔ وہ۔</w:t>
      </w:r>
    </w:p>
    <w:p>
      <w:r>
        <w:rPr>
          <w:b/>
        </w:rPr>
        <w:t xml:space="preserve">[43:39] </w:t>
      </w:r>
      <w:r>
        <w:t>musalmanon ka apna banaya hua nazariya hai islam ka. to is ke sath kya ho jaye ga? ke pichlay ulma ko ghalat manna paray ga. ke aslaf ko ghalat manna paray ga.</w:t>
      </w:r>
    </w:p>
    <w:p>
      <w:pPr>
        <w:jc w:val="right"/>
      </w:pPr>
      <w:r>
        <w:t>مسلمانوں کا اپنا بنایا ہوا نظریہ ہے اسلام کا۔ تو اس کے ساتھ کیا ہو جائے گا؟ کہ پچھلے علماء کو غلط ماننا پڑے گا۔ کہ اسلاف کو غلط ماننا پڑے گا۔</w:t>
      </w:r>
    </w:p>
    <w:p>
      <w:r>
        <w:rPr>
          <w:b/>
        </w:rPr>
        <w:t xml:space="preserve">[43:51] </w:t>
      </w:r>
      <w:r>
        <w:t>islam ghalat nahi hoga. kyun ke islam mabni karta hai quran par hadith par sunnat rasool par sunnat sahaba par.</w:t>
      </w:r>
    </w:p>
    <w:p>
      <w:pPr>
        <w:jc w:val="right"/>
      </w:pPr>
      <w:r>
        <w:t>اسلام غلط نہیں ہوگا۔ کیونکہ اسلام مبنی کرتا ہے قرآن پر حدیث پر سنت رسول پر سنت صحابہ پر۔</w:t>
      </w:r>
    </w:p>
    <w:p>
      <w:r>
        <w:rPr>
          <w:b/>
        </w:rPr>
        <w:t xml:space="preserve">[43:59] </w:t>
      </w:r>
      <w:r>
        <w:t>aur jo cheez. ghalat sabit hogi woh baad ko paida honay wala adab hai. jo ab baht door mein banna shuru hua. yani qurun mashhood lah bil khair jo hai woh ghalat sabit nahi hoga.</w:t>
      </w:r>
    </w:p>
    <w:p>
      <w:pPr>
        <w:jc w:val="right"/>
      </w:pPr>
      <w:r>
        <w:t>اور جو چیز۔ غلط ثابت ہوگی وہ بعد کو پیدا ہونے والا ادب ہے۔ جو اب باہت دور میں بننا شروع ہوا۔ یعنی قرون مشہود لہ بالخیر جو ہے وہ غلط ثابت نہیں ہوگا۔</w:t>
      </w:r>
    </w:p>
    <w:p>
      <w:r>
        <w:rPr>
          <w:b/>
        </w:rPr>
        <w:t xml:space="preserve">[44:15] </w:t>
      </w:r>
      <w:r>
        <w:t>lekin itni. is farq ko nahi samajh pa rahe hain. is wajah se sari muslim nasal jo hai woh ja rahi hai.</w:t>
      </w:r>
    </w:p>
    <w:p>
      <w:pPr>
        <w:jc w:val="right"/>
      </w:pPr>
      <w:r>
        <w:t>لیکن اتنی۔ اس فرق کو نہیں سمجھ پا رہے ہیں۔ اس وجہ سے ساری مسلم نسل جو ہے وہ جا رہی ہے۔</w:t>
      </w:r>
    </w:p>
    <w:p>
      <w:r>
        <w:rPr>
          <w:b/>
        </w:rPr>
        <w:t xml:space="preserve">[44:24] </w:t>
      </w:r>
      <w:r>
        <w:t>yani islam se door chali ja rahi hai.</w:t>
      </w:r>
    </w:p>
    <w:p>
      <w:pPr>
        <w:jc w:val="right"/>
      </w:pPr>
      <w:r>
        <w:t>یعنی اسلام سے دور چلی جا رہی ہے۔</w:t>
      </w:r>
    </w:p>
    <w:p>
      <w:r>
        <w:rPr>
          <w:b/>
        </w:rPr>
        <w:t xml:space="preserve">[44:32] </w:t>
      </w:r>
      <w:r>
        <w:t>is baat ko achi tarah samajh lijiye. ke mamla kya hai. islam khatre mein hai. itna jab bola ja raha hai to bilkul ghalat.</w:t>
      </w:r>
    </w:p>
    <w:p>
      <w:pPr>
        <w:jc w:val="right"/>
      </w:pPr>
      <w:r>
        <w:t>اس بات کو اچھی طرح سمجھ لیجیے۔ کہ معاملہ کیا ہے۔ اسلام خطرے میں ہے۔ اتنا جب بولا جا رہا ہے تو بالکل غلط۔</w:t>
      </w:r>
    </w:p>
    <w:p>
      <w:r>
        <w:rPr>
          <w:b/>
        </w:rPr>
        <w:t xml:space="preserve">[44:42] </w:t>
      </w:r>
      <w:r>
        <w:t>yeh boli hai. jo cheez khatre mein hai woh musalmanon ka apna. banaya hua islam ka nazariya hai.</w:t>
      </w:r>
    </w:p>
    <w:p>
      <w:pPr>
        <w:jc w:val="right"/>
      </w:pPr>
      <w:r>
        <w:t>یہ بولی ہے۔ جو چیز خطرے میں ہے وہ مسلمانوں کا اپنا۔ بنایا ہوا اسلام کا نظریہ ہے۔</w:t>
      </w:r>
    </w:p>
    <w:p>
      <w:r>
        <w:rPr>
          <w:b/>
        </w:rPr>
        <w:t xml:space="preserve">[44:52] </w:t>
      </w:r>
      <w:r>
        <w:t>yani islam ka muslim nazariya khatre mein hai na ke islam khatre mein hai.</w:t>
      </w:r>
    </w:p>
    <w:p>
      <w:pPr>
        <w:jc w:val="right"/>
      </w:pPr>
      <w:r>
        <w:t>یعنی اسلام کا مسلم نظریہ خطرے میں ہے نہ کہ اسلام خطرے میں ہے۔</w:t>
      </w:r>
    </w:p>
    <w:p>
      <w:r>
        <w:rPr>
          <w:b/>
        </w:rPr>
        <w:t xml:space="preserve">[44:59] </w:t>
      </w:r>
      <w:r>
        <w:t>ab mein aap ko kuch misalein doon ga.</w:t>
      </w:r>
    </w:p>
    <w:p>
      <w:pPr>
        <w:jc w:val="right"/>
      </w:pPr>
      <w:r>
        <w:t>اب میں آپ کو کچھ مثالیں دوں گا۔</w:t>
      </w:r>
    </w:p>
    <w:p>
      <w:r>
        <w:rPr>
          <w:b/>
        </w:rPr>
        <w:t xml:space="preserve">[45:02] </w:t>
      </w:r>
      <w:r>
        <w:t>yahan mein yeh kehna chahoon ga ke mein ne Allah ke fazal se. yeh baat jo mein keh raha hoon yeh sirf taqreer nahi hai. mein ne is ko tajurba kiya hai.</w:t>
      </w:r>
    </w:p>
    <w:p>
      <w:pPr>
        <w:jc w:val="right"/>
      </w:pPr>
      <w:r>
        <w:t>یہاں میں یہ کہنا چاہوں گا کہ میں نے اللہ کے فضل سے۔ یہ بات جو میں کہہ رہا ہوں یہ صرف تقریر نہیں ہے۔ میں نے اس کو تجربہ کیا ہے۔</w:t>
      </w:r>
    </w:p>
    <w:p>
      <w:r>
        <w:rPr>
          <w:b/>
        </w:rPr>
        <w:t xml:space="preserve">[45:12] </w:t>
      </w:r>
      <w:r>
        <w:t>khud tajurba kiya poori zindagi isi mein lagai hai. ke kaise aisa ho. ke nayi naslon ko. islam ki taraf lotaya jaye.</w:t>
      </w:r>
    </w:p>
    <w:p>
      <w:pPr>
        <w:jc w:val="right"/>
      </w:pPr>
      <w:r>
        <w:t>خود تجربہ کیا پوری زندگی اسی میں لگائی ہے۔ کہ کیسے ایسا ہو۔ کہ نئی نسلوں کو۔ اسلام کی طرف لوٹایا جائے۔</w:t>
      </w:r>
    </w:p>
    <w:p>
      <w:r>
        <w:rPr>
          <w:b/>
        </w:rPr>
        <w:t xml:space="preserve">[45:23] </w:t>
      </w:r>
      <w:r>
        <w:t>kaisa aisa ho ke nayi nasal jo hai. us ke dil mein islam par yaqeen aaye yaqeen aaye. islam ki sachai un ke dil mein baith sake.</w:t>
      </w:r>
    </w:p>
    <w:p>
      <w:pPr>
        <w:jc w:val="right"/>
      </w:pPr>
      <w:r>
        <w:t>کیسا ایسا ہو کہ نئی نسل جو ہے۔ اس کے دل میں اسلام پر یقین آئے یقین آئے۔ اسلام کی سچائی ان کے دل میں بیٹھ سکے۔</w:t>
      </w:r>
    </w:p>
    <w:p>
      <w:r>
        <w:rPr>
          <w:b/>
        </w:rPr>
        <w:t xml:space="preserve">[45:32] </w:t>
      </w:r>
      <w:r>
        <w:t>ek aisa aisa ho. aise kaisa ho. is par mein ne poori zindagi bitai hai.</w:t>
      </w:r>
    </w:p>
    <w:p>
      <w:pPr>
        <w:jc w:val="right"/>
      </w:pPr>
      <w:r>
        <w:t>ایک ایسا ایسا ہو۔ ایسے کیسا ہو۔ اس پر میں نے پوری زندگی بتائی ہے۔</w:t>
      </w:r>
    </w:p>
    <w:p>
      <w:r>
        <w:rPr>
          <w:b/>
        </w:rPr>
        <w:t xml:space="preserve">[45:41] </w:t>
      </w:r>
      <w:r>
        <w:t>meri kahani kahan shuru hoti hai. woh mein arz karoon karna chahunga phir mein bataunga kuch misalon ko.</w:t>
      </w:r>
    </w:p>
    <w:p>
      <w:pPr>
        <w:jc w:val="right"/>
      </w:pPr>
      <w:r>
        <w:t>میری کہانی کہاں شروع ہوتی ہے۔ وہ میں عرض کروں کرنا چاہوں گا پھر میں بتاؤں گا کچھ مثالیں۔</w:t>
      </w:r>
    </w:p>
    <w:p>
      <w:r>
        <w:rPr>
          <w:b/>
        </w:rPr>
        <w:t xml:space="preserve">[45:48] </w:t>
      </w:r>
      <w:r>
        <w:t>dekhen bohat pehle ghaliban 60 saal pehle. mujhe theek se saal yaad nahi hai. ke bohat pehle ek kitab chhapi Lahore se.</w:t>
      </w:r>
    </w:p>
    <w:p>
      <w:pPr>
        <w:jc w:val="right"/>
      </w:pPr>
      <w:r>
        <w:t>دیکھیں بہت پہلے غالباً 60 سال پہلے۔ مجھے ٹھیک سے سال یاد نہیں ہے۔ کہ بہت پہلے ایک کتاب چھپی لاہور سے۔</w:t>
      </w:r>
    </w:p>
    <w:p>
      <w:r>
        <w:rPr>
          <w:b/>
        </w:rPr>
        <w:t xml:space="preserve">[45:59] </w:t>
      </w:r>
      <w:r>
        <w:t>Lahore se. is ka naam tha Quran aur ilm jadeed. moti si kitab hai woh. yahan aap mil sakti hai aap ko parh sakte hain is ko.</w:t>
      </w:r>
    </w:p>
    <w:p>
      <w:pPr>
        <w:jc w:val="right"/>
      </w:pPr>
      <w:r>
        <w:t>لاہور سے۔ اس کا نام تھا قرآن اور علم جدید۔ موٹی سی کتاب ہے وہ۔ یہاں آپ مل سکتی ہے آپ کو پڑھ سکتے ہیں اس کو۔</w:t>
      </w:r>
    </w:p>
    <w:p>
      <w:r>
        <w:rPr>
          <w:b/>
        </w:rPr>
        <w:t xml:space="preserve">[46:12] </w:t>
      </w:r>
      <w:r>
        <w:t>is kitab ke musannif the. Dr. Muhammad Rafeequddin. jo Iqbal ke bohat bade shiddai the.</w:t>
      </w:r>
    </w:p>
    <w:p>
      <w:pPr>
        <w:jc w:val="right"/>
      </w:pPr>
      <w:r>
        <w:t>اس کتاب کے مصنف تھے۔ ڈاکٹر محمد رفیع الدین۔ جو اقبال کے بہت بڑے شیدائی تھے۔</w:t>
      </w:r>
    </w:p>
    <w:p>
      <w:r>
        <w:rPr>
          <w:b/>
        </w:rPr>
        <w:t xml:space="preserve">[46:22] </w:t>
      </w:r>
      <w:r>
        <w:t>aur Iqbal ko. Iqbal par unhon ne bohat si kitabein likhi hain. to Dr. Muhammad Rafeequddin woh M.Sc. the.</w:t>
      </w:r>
    </w:p>
    <w:p>
      <w:pPr>
        <w:jc w:val="right"/>
      </w:pPr>
      <w:r>
        <w:t>اور اقبال کو۔ اقبال پر انہوں نے بہت سی کتابیں لکھی ہیں۔ تو ڈاکٹر محمد رفیع الدین وہ ایم ایس سی تھے۔</w:t>
      </w:r>
    </w:p>
    <w:p>
      <w:r>
        <w:rPr>
          <w:b/>
        </w:rPr>
        <w:t xml:space="preserve">[46:34] </w:t>
      </w:r>
      <w:r>
        <w:t>unhon ne yeh kitab likhi Quran aur ilm jadeed.</w:t>
      </w:r>
    </w:p>
    <w:p>
      <w:pPr>
        <w:jc w:val="right"/>
      </w:pPr>
      <w:r>
        <w:t>انہوں نے یہ کتاب لکھی قرآن اور علم جدید۔</w:t>
      </w:r>
    </w:p>
    <w:p>
      <w:r>
        <w:rPr>
          <w:b/>
        </w:rPr>
        <w:t xml:space="preserve">[46:38] </w:t>
      </w:r>
      <w:r>
        <w:t>is kitab mein unhon ne likha tha. ke musalmanon ki jo nai nasal hai. woh ek bohat bade. masle se dochar hai.</w:t>
      </w:r>
    </w:p>
    <w:p>
      <w:pPr>
        <w:jc w:val="right"/>
      </w:pPr>
      <w:r>
        <w:t>اس کتاب میں انہوں نے لکھا تھا۔ کہ مسلمانوں کی جو نئی نسل ہے۔ وہ ایک بہت بڑے۔ مسئلے سے دوچار ہے۔</w:t>
      </w:r>
    </w:p>
    <w:p>
      <w:r>
        <w:rPr>
          <w:b/>
        </w:rPr>
        <w:t xml:space="preserve">[46:51] </w:t>
      </w:r>
      <w:r>
        <w:t>is ke liye unhon ne yeh kitab Urdu mein hai. to unhon ne jo lafz istemal kiya woh tha zehni irtidad. intellectual blasphemy.</w:t>
      </w:r>
    </w:p>
    <w:p>
      <w:pPr>
        <w:jc w:val="right"/>
      </w:pPr>
      <w:r>
        <w:t>اس کے لیے انہوں نے یہ کتاب اردو میں ہے۔ تو انہوں نے جو لفظ استعمال کیا وہ تھا ذہنی ارتداد۔ انٹلیکچول بلاسفیمی۔</w:t>
      </w:r>
    </w:p>
    <w:p>
      <w:r>
        <w:rPr>
          <w:b/>
        </w:rPr>
        <w:t xml:space="preserve">[47:04] </w:t>
      </w:r>
      <w:r>
        <w:t>zehni irtidad. to unhon ne kaha ke. jo nai nasal musalmanon ki hai. jo schoolon mein parh rahi hai collegeon mein parh rahi hai.</w:t>
      </w:r>
    </w:p>
    <w:p>
      <w:pPr>
        <w:jc w:val="right"/>
      </w:pPr>
      <w:r>
        <w:t>ذہنی ارتداد۔ تو انہوں نے کہا کہ۔ جو نئی نسل مسلمانوں کی ہے۔ جو اسکولوں میں پڑھ رہی ہے کالجوں میں پڑھ رہی ہے۔</w:t>
      </w:r>
    </w:p>
    <w:p>
      <w:r>
        <w:rPr>
          <w:b/>
        </w:rPr>
        <w:t xml:space="preserve">[47:13] </w:t>
      </w:r>
      <w:r>
        <w:t>jo universityon mein parh rahi hai jo jadeed adab ko parh rahi hai. to woh. zehni irtidad mein mubtala hai. yani.</w:t>
      </w:r>
    </w:p>
    <w:p>
      <w:pPr>
        <w:jc w:val="right"/>
      </w:pPr>
      <w:r>
        <w:t>جو یونیورسٹیوں میں پڑھ رہی ہے جو جدید ادب کو پڑھ رہی ہے۔ تو وہ۔ ذہنی ارتداد میں مبتلا ہے۔ یعنی۔</w:t>
      </w:r>
    </w:p>
    <w:p>
      <w:r>
        <w:rPr>
          <w:b/>
        </w:rPr>
        <w:t xml:space="preserve">[47:24] </w:t>
      </w:r>
      <w:r>
        <w:t>intellectual blasphemy. matlab un ka yeh tha ke andar se jo soch un ki hai. woh Islam se hat gayi hai.</w:t>
      </w:r>
    </w:p>
    <w:p>
      <w:pPr>
        <w:jc w:val="right"/>
      </w:pPr>
      <w:r>
        <w:t>انٹلیکچول بلاسفیمی۔ مطلب ان کا یہ تھا کہ اندر سے جو سوچ ان کی ہے۔ وہ اسلام سے ہٹ گئی ہے۔</w:t>
      </w:r>
    </w:p>
    <w:p>
      <w:r>
        <w:rPr>
          <w:b/>
        </w:rPr>
        <w:t xml:space="preserve">[47:33] </w:t>
      </w:r>
      <w:r>
        <w:t>upar se woh. un ka naam Islam jaisa hai. musalman khandan mein woh rehte hain Muslim society mein rehte hain. bazahir Muslim society ka woh hissa hain.</w:t>
      </w:r>
    </w:p>
    <w:p>
      <w:pPr>
        <w:jc w:val="right"/>
      </w:pPr>
      <w:r>
        <w:t>اوپر سے وہ۔ ان کا نام اسلام جیسا ہے۔ مسلمان خاندان میں وہ رہتے ہیں مسلم سوسائٹی میں رہتے ہیں۔ بظاہر مسلم سوسائٹی کا وہ حصہ ہیں۔</w:t>
      </w:r>
    </w:p>
    <w:p>
      <w:r>
        <w:rPr>
          <w:b/>
        </w:rPr>
        <w:t xml:space="preserve">[47:44] </w:t>
      </w:r>
      <w:r>
        <w:t>lekin andar se un ka jo hai yaqeen Islam se hat gaya hai. Islam ki sachai. par un ka yaqeen baqi nahi raha hai. is zamane mein logon ko yeh khayal bohat pasand aaya.</w:t>
      </w:r>
    </w:p>
    <w:p>
      <w:pPr>
        <w:jc w:val="right"/>
      </w:pPr>
      <w:r>
        <w:t>لیکن اندر سے ان کا جو ہے یقین اسلام سے ہٹ گیا ہے۔ اسلام کی سچائی۔ پر ان کا یقین باقی نہیں رہا ہے۔ اس زمانے میں لوگوں کو یہ خیال بہت پسند آیا۔</w:t>
      </w:r>
    </w:p>
    <w:p>
      <w:r>
        <w:rPr>
          <w:b/>
        </w:rPr>
        <w:t xml:space="preserve">[47:59] </w:t>
      </w:r>
      <w:r>
        <w:t>bohat kuch likha gaya is ke upar.</w:t>
      </w:r>
    </w:p>
    <w:p>
      <w:pPr>
        <w:jc w:val="right"/>
      </w:pPr>
      <w:r>
        <w:t>بہت کچھ لکھا گیا اس کے اوپر۔</w:t>
      </w:r>
    </w:p>
    <w:p>
      <w:r>
        <w:rPr>
          <w:b/>
        </w:rPr>
        <w:t xml:space="preserve">[48:02] </w:t>
      </w:r>
      <w:r>
        <w:t>misal ke taur par Maulana Abu Hassan Ali Nadvi. jin ka inteqal hua hai 1999 mein. unhon ne Arabic mein ek kitab likhi.</w:t>
      </w:r>
    </w:p>
    <w:p>
      <w:pPr>
        <w:jc w:val="right"/>
      </w:pPr>
      <w:r>
        <w:t>مثال کے طور پر مولانا ابو الحسن علی رضوی۔ جن کا انتقال ہوا ہے 1999 میں۔ انہوں نے عربک میں ایک کتاب لکھی۔</w:t>
      </w:r>
    </w:p>
    <w:p>
      <w:r>
        <w:rPr>
          <w:b/>
        </w:rPr>
        <w:t xml:space="preserve">[48:13] </w:t>
      </w:r>
      <w:r>
        <w:t>is ka naam tha. Raddatun wa la ababakara laha.</w:t>
      </w:r>
    </w:p>
    <w:p>
      <w:pPr>
        <w:jc w:val="right"/>
      </w:pPr>
      <w:r>
        <w:t>اس کا نام تھا۔ ردۃ ولا ابا بکر لہا۔</w:t>
      </w:r>
    </w:p>
    <w:p>
      <w:r>
        <w:rPr>
          <w:b/>
        </w:rPr>
        <w:t xml:space="preserve">[48:21] </w:t>
      </w:r>
      <w:r>
        <w:t>Raddatun wa la ababakara laha yani. ek irtidad hai magar koi abubakar nahi.</w:t>
      </w:r>
    </w:p>
    <w:p>
      <w:pPr>
        <w:jc w:val="right"/>
      </w:pPr>
      <w:r>
        <w:t>ردۃ ولا ابا بکر لہا یعنی۔ ایک ارتداد ہے مگر کوئی ابوبکر نہیں۔</w:t>
      </w:r>
    </w:p>
    <w:p>
      <w:r>
        <w:rPr>
          <w:b/>
        </w:rPr>
        <w:t xml:space="preserve">[48:31] </w:t>
      </w:r>
      <w:r>
        <w:t>is ka pas manzar yeh hai. ke Rasool Allah ke baad jo first Khalifa the jin ka naam tha Abu Bakr Siddiq. to un ke zamane mein Yemen mein.</w:t>
      </w:r>
    </w:p>
    <w:p>
      <w:pPr>
        <w:jc w:val="right"/>
      </w:pPr>
      <w:r>
        <w:t>اس کا پس منظر یہ ہے۔ کہ رسول اللہ کے بعد جو فرسٹ خلیفہ تھے جن کا نام تھا ابوبکر صدیق۔ تو ان کے زمانے میںیمن میں۔</w:t>
      </w:r>
    </w:p>
    <w:p>
      <w:r>
        <w:rPr>
          <w:b/>
        </w:rPr>
        <w:t xml:space="preserve">[48:44] </w:t>
      </w:r>
      <w:r>
        <w:t>baghavat kiya logon ne. baghavat hui baghavat. to Hazrat Abu Bakr ne. woh. kitabon mein is ko irtidad bataya gaya hai.</w:t>
      </w:r>
    </w:p>
    <w:p>
      <w:pPr>
        <w:jc w:val="right"/>
      </w:pPr>
      <w:r>
        <w:t>بغاوت کیا لوگوں نے۔ بغاوت ہوئی بغاوت۔ تو حضرت ابوبکر نے۔ وہ۔ کتابوں میں اس کو ارتداد بتایا گیا ہے۔</w:t>
      </w:r>
    </w:p>
    <w:p>
      <w:r>
        <w:rPr>
          <w:b/>
        </w:rPr>
        <w:t xml:space="preserve">[48:56] </w:t>
      </w:r>
      <w:r>
        <w:t>yani. is ko ke woh log murtad ho gaye.</w:t>
      </w:r>
    </w:p>
    <w:p>
      <w:pPr>
        <w:jc w:val="right"/>
      </w:pPr>
      <w:r>
        <w:t>یعنی۔ اس کو کہ وہ لوگ مرتد ہو گئے۔</w:t>
      </w:r>
    </w:p>
    <w:p>
      <w:r>
        <w:rPr>
          <w:b/>
        </w:rPr>
        <w:t xml:space="preserve">[49:01] </w:t>
      </w:r>
      <w:r>
        <w:t>to. yeh alag bahs hai yeh. behal woh aap yun samajh lijiye ke Yemen mein irtidad ka masla paida hua. Hazrat Aisha kehti hain ke.</w:t>
      </w:r>
    </w:p>
    <w:p>
      <w:pPr>
        <w:jc w:val="right"/>
      </w:pPr>
      <w:r>
        <w:t>تو۔ یہ الگ بحث ہے یہ۔ بہرحال وہ آپ یوں سمجھ لیجیے کہیمن میں ارتداد کا مسئلہ پیدا ہوا۔ حضرت عائشہ کہتی ہیں کہ۔</w:t>
      </w:r>
    </w:p>
    <w:p>
      <w:r>
        <w:rPr>
          <w:b/>
        </w:rPr>
        <w:t xml:space="preserve">[49:13] </w:t>
      </w:r>
      <w:r>
        <w:t>idha tuwuffiya Rasool Allah sallallahu alaihi wasallam. araddat al-Arab. log murtad ho gaye. log Islam se hat gaye. to khas taur par yeh fitna paida hua tha Yemen mein.</w:t>
      </w:r>
    </w:p>
    <w:p>
      <w:pPr>
        <w:jc w:val="right"/>
      </w:pPr>
      <w:r>
        <w:t>اذا توفی رسول اللہ صلی اللہ علیہ وسلم۔ ارتدۃ العرب۔ لوگ مرتد ہو گئے۔ لوگ اسلام سے ہٹ گئے۔ تو خاص طور پر یہ فتنہ پیدا ہوا تھایمن میں۔</w:t>
      </w:r>
    </w:p>
    <w:p>
      <w:r>
        <w:rPr>
          <w:b/>
        </w:rPr>
        <w:t xml:space="preserve">[49:25] </w:t>
      </w:r>
      <w:r>
        <w:t>to Hazrat Abu Bakr ne yahan foj bheji. Usama bin Zaid. ki is sarkardagi mein. to unhon ne ja kar ke un ko crush kiya.</w:t>
      </w:r>
    </w:p>
    <w:p>
      <w:pPr>
        <w:jc w:val="right"/>
      </w:pPr>
      <w:r>
        <w:t>تو حضرت ابوبکر نے یہاں فوج بھیجی۔ اسامہ بن زید۔ کی اس سرکردگی میں۔ تو انہوں نے جا کر کے ان کو کریش کیا۔</w:t>
      </w:r>
    </w:p>
    <w:p>
      <w:r>
        <w:rPr>
          <w:b/>
        </w:rPr>
        <w:t xml:space="preserve">[49:36] </w:t>
      </w:r>
      <w:r>
        <w:t>aur mutaddeen ko. khatam kiya. aur wahan par yeh fitna. baqi na raha. is ko le kar unhon ne kaha ke Raddatun wa la ababakara laha.</w:t>
      </w:r>
    </w:p>
    <w:p>
      <w:pPr>
        <w:jc w:val="right"/>
      </w:pPr>
      <w:r>
        <w:t>اور متدین کو۔ ختم کیا۔ اور وہاں پر یہ فتنہ۔ باقی نہ رہا۔ اس کو لے کر انہوں نے کہا کہ ردۃ ولا ابا بکر لہا۔</w:t>
      </w:r>
    </w:p>
    <w:p>
      <w:r>
        <w:rPr>
          <w:b/>
        </w:rPr>
        <w:t xml:space="preserve">[49:48] </w:t>
      </w:r>
      <w:r>
        <w:t>ke is zamane mein ek ek irtidad hai lekin koi abubakar nahi.</w:t>
      </w:r>
    </w:p>
    <w:p>
      <w:pPr>
        <w:jc w:val="right"/>
      </w:pPr>
      <w:r>
        <w:t>کہ اس زمانے میں ایک ایک ارتداد ہے لیکن کوئی ابوبکر نہیں۔</w:t>
      </w:r>
    </w:p>
    <w:p>
      <w:r>
        <w:rPr>
          <w:b/>
        </w:rPr>
        <w:t xml:space="preserve">[49:53] </w:t>
      </w:r>
      <w:r>
        <w:t>yani is is irtidad ko is blasphemy ko kuchalne ke liye koi abubakar nahin. yahan se meri kahani shuru hoti hai.</w:t>
      </w:r>
    </w:p>
    <w:p>
      <w:pPr>
        <w:jc w:val="right"/>
      </w:pPr>
      <w:r>
        <w:t>یعنی اس اس ارتداد کو اس بلاسفیمی کو کچلنے کے لیے کوئی ابوبکر نہیں۔ یہاں سے میری کہانی شروع ہوتی ہے۔</w:t>
      </w:r>
    </w:p>
    <w:p>
      <w:r>
        <w:rPr>
          <w:b/>
        </w:rPr>
        <w:t xml:space="preserve">[50:05] </w:t>
      </w:r>
      <w:r>
        <w:t>main ne is par baqayda tehqeeq ki. aur yeh samajha. ke. yeh kya hai? yeh kya ya yeh kya cheez ko log irtidad keh rahe hain blasphemy keh rahe hain.</w:t>
      </w:r>
    </w:p>
    <w:p>
      <w:pPr>
        <w:jc w:val="right"/>
      </w:pPr>
      <w:r>
        <w:t>میں نے اس پر باقاعدہ تحقیق کی۔ اور یہ سمجھا۔ کہ۔ یہ کیا ہے؟ یہ کیا یا یہ کیا چیز کو لوگ ارتداد کہہ رہے ہیں بلاسفیمی کہہ رہے ہیں۔</w:t>
      </w:r>
    </w:p>
    <w:p>
      <w:r>
        <w:rPr>
          <w:b/>
        </w:rPr>
        <w:t xml:space="preserve">[50:19] </w:t>
      </w:r>
      <w:r>
        <w:t>yeh kya cheez hai?</w:t>
      </w:r>
    </w:p>
    <w:p>
      <w:pPr>
        <w:jc w:val="right"/>
      </w:pPr>
      <w:r>
        <w:t>یہ کیا چیز ہے؟</w:t>
      </w:r>
    </w:p>
    <w:p>
      <w:r>
        <w:rPr>
          <w:b/>
        </w:rPr>
        <w:t xml:space="preserve">[50:21] </w:t>
      </w:r>
      <w:r>
        <w:t>to main ne kya paya? main ne paya ke in ki tashkhees hi ghalat hai in logon ki. doctor rafiuddin ke bhi molana ali miyan ke bhi aur jitne logon ne is par likha sab ki.</w:t>
      </w:r>
    </w:p>
    <w:p>
      <w:pPr>
        <w:jc w:val="right"/>
      </w:pPr>
      <w:r>
        <w:t>تو میں نے کیا پایا؟ میں نے پایا کہ ان کی تشخیص ہی غلط ہے ان لوگوں کی۔ ڈاکٹر رفیع الدین کے بھی مولانا علی میاں کے بھی اور جتنے لوگوں نے اس پر لکھا سب کی۔</w:t>
      </w:r>
    </w:p>
    <w:p>
      <w:r>
        <w:rPr>
          <w:b/>
        </w:rPr>
        <w:t xml:space="preserve">[50:36] </w:t>
      </w:r>
      <w:r>
        <w:t>woh kiya? yeh case intellectual blasphemy ka nahin hai. yeh hai. case intellectual discontentment ka dissatisfaction ka.</w:t>
      </w:r>
    </w:p>
    <w:p>
      <w:pPr>
        <w:jc w:val="right"/>
      </w:pPr>
      <w:r>
        <w:t>وہ کیا۔ یہ کیس انٹلیکچول بلاسفیمی کا نہیں ہے۔ یہ ہے۔ کیس انٹلیکچول ڈس کنٹینٹمنٹ کا ڈس سیٹسفیکشن کا۔</w:t>
      </w:r>
    </w:p>
    <w:p>
      <w:r>
        <w:rPr>
          <w:b/>
        </w:rPr>
        <w:t xml:space="preserve">[50:49] </w:t>
      </w:r>
      <w:r>
        <w:t>yani zehni adam itminan ka case hai yeh.</w:t>
      </w:r>
    </w:p>
    <w:p>
      <w:pPr>
        <w:jc w:val="right"/>
      </w:pPr>
      <w:r>
        <w:t>یعنی ذہنی عدم اطمینان کا کیس ہے یہ۔</w:t>
      </w:r>
    </w:p>
    <w:p>
      <w:r>
        <w:rPr>
          <w:b/>
        </w:rPr>
        <w:t xml:space="preserve">[50:53] </w:t>
      </w:r>
      <w:r>
        <w:t>zehni irtidad ka case nahin hai balke zehni adam itminan ka case hai. aur wohi hai jo main ne arz kiya aap ko. ke aaj ki jo nasal hai.</w:t>
      </w:r>
    </w:p>
    <w:p>
      <w:pPr>
        <w:jc w:val="right"/>
      </w:pPr>
      <w:r>
        <w:t>ذہنی ارتداد کا کیس نہیں ہے بلکہ ذہنی عدم اطمینان کا کیس ہے۔ اور وہی ہے جو میں نے عرض کیا آپ کو۔ کہ آج کی جو نسل ہے۔</w:t>
      </w:r>
    </w:p>
    <w:p>
      <w:r>
        <w:rPr>
          <w:b/>
        </w:rPr>
        <w:t xml:space="preserve">[51:03] </w:t>
      </w:r>
      <w:r>
        <w:t>jo school college university mein parh rahi hai. is ko jo islam mil raha hai woh kaun sa islam hai? islam ka muslim nazariya mil raha hai woh.</w:t>
      </w:r>
    </w:p>
    <w:p>
      <w:pPr>
        <w:jc w:val="right"/>
      </w:pPr>
      <w:r>
        <w:t>جو اسکول کالج یونیورسٹی میں پڑھ رہی ہے۔ اس کو جو اسلام مل رہا ہے وہ کون سا اسلام ہے؟ اسلام کا مسلم نظریہ مل رہا ہے وہ۔</w:t>
      </w:r>
    </w:p>
    <w:p>
      <w:r>
        <w:rPr>
          <w:b/>
        </w:rPr>
        <w:t xml:space="preserve">[51:13] </w:t>
      </w:r>
      <w:r>
        <w:t>khud islam nahin mil raha hai.</w:t>
      </w:r>
    </w:p>
    <w:p>
      <w:pPr>
        <w:jc w:val="right"/>
      </w:pPr>
      <w:r>
        <w:t>خود اسلام نہیں مل رہا ہے۔</w:t>
      </w:r>
    </w:p>
    <w:p>
      <w:r>
        <w:rPr>
          <w:b/>
        </w:rPr>
        <w:t xml:space="preserve">[51:16] </w:t>
      </w:r>
      <w:r>
        <w:t>islam ka muslim nazariya. is se woh. satisfaction nahin ho nahin mil raha is ko. is ka zehn ham-ahang nahin ho raha hai.</w:t>
      </w:r>
    </w:p>
    <w:p>
      <w:pPr>
        <w:jc w:val="right"/>
      </w:pPr>
      <w:r>
        <w:t>اسلام کا مسلم نظریہ۔ اس سے وہ۔ سیٹسفیکشن نہیں ہو نہیں مل رہا اس کو۔ اس کا ذہن ہم آہنگ نہیں ہو رہا ہے۔</w:t>
      </w:r>
    </w:p>
    <w:p>
      <w:r>
        <w:rPr>
          <w:b/>
        </w:rPr>
        <w:t xml:space="preserve">[51:27] </w:t>
      </w:r>
      <w:r>
        <w:t>kyun ke sara jo adab hai. woh riwayati zaban mein likha gaya hai. sara ka sara. yani pre scientific ahad mein.</w:t>
      </w:r>
    </w:p>
    <w:p>
      <w:pPr>
        <w:jc w:val="right"/>
      </w:pPr>
      <w:r>
        <w:t>کیونکہ سارا جو ادب ہے۔ وہ روایتی زبان میں لکھا گیا ہے۔ سارا کا سارا۔ یعنی پری سائنٹیفک عہد میں۔</w:t>
      </w:r>
    </w:p>
    <w:p>
      <w:r>
        <w:rPr>
          <w:b/>
        </w:rPr>
        <w:t xml:space="preserve">[51:39] </w:t>
      </w:r>
      <w:r>
        <w:t>yeh sara adab jo banaya gaya hai yeh pre scientific ahad mein. ab hum post scientific ahad mein hain.</w:t>
      </w:r>
    </w:p>
    <w:p>
      <w:pPr>
        <w:jc w:val="right"/>
      </w:pPr>
      <w:r>
        <w:t>یہ سارا ادب جو بنایا گیا ہے یہ پری سائنٹیفک عہد میں۔ اب ہم پوسٹ سائنٹیفک عہد میں ہیں۔</w:t>
      </w:r>
    </w:p>
    <w:p>
      <w:r>
        <w:rPr>
          <w:b/>
        </w:rPr>
        <w:t xml:space="preserve">[51:46] </w:t>
      </w:r>
      <w:r>
        <w:t>to jo muslim nasal hai aaj ki. woh jee rahi hai woh saans le rahi hai. post scientific ahad mein. aur jo adab jo hai jo is ko diya ja raha hai.</w:t>
      </w:r>
    </w:p>
    <w:p>
      <w:pPr>
        <w:jc w:val="right"/>
      </w:pPr>
      <w:r>
        <w:t>تو جو مسلم نسل ہے آج کی۔ وہ جی رہی ہے وہ سانس لے رہی ہے۔ پوسٹ سائنٹیفک عہد میں۔ اور جو ادب جو ہے جو اس کو دیا جا رہا ہے۔</w:t>
      </w:r>
    </w:p>
    <w:p>
      <w:r>
        <w:rPr>
          <w:b/>
        </w:rPr>
        <w:t xml:space="preserve">[51:59] </w:t>
      </w:r>
      <w:r>
        <w:t>woh hai pre scientific ahad ka adab. to is ko mutmain nahin kar raha hai is ka zehn ham-ahang nahin ho raha hai.</w:t>
      </w:r>
    </w:p>
    <w:p>
      <w:pPr>
        <w:jc w:val="right"/>
      </w:pPr>
      <w:r>
        <w:t>وہ ہے پری سائنٹیفک عہد کا ادب۔ تو اس کو مطمئن نہیں کر رہا ہے اس کا ذہن ہم آہنگ نہیں ہو رہا ہے۔</w:t>
      </w:r>
    </w:p>
    <w:p>
      <w:r>
        <w:rPr>
          <w:b/>
        </w:rPr>
        <w:t xml:space="preserve">[52:08] </w:t>
      </w:r>
      <w:r>
        <w:t>yeh hai sara masla.</w:t>
      </w:r>
    </w:p>
    <w:p>
      <w:pPr>
        <w:jc w:val="right"/>
      </w:pPr>
      <w:r>
        <w:t>یہ ہے سارا مسئلہ۔</w:t>
      </w:r>
    </w:p>
    <w:p>
      <w:r>
        <w:rPr>
          <w:b/>
        </w:rPr>
        <w:t xml:space="preserve">[52:13] </w:t>
      </w:r>
      <w:r>
        <w:t>main kuch aise logon ko janta hoon isi din. jo. jinhon ne is ka saaf saaf is ko.</w:t>
      </w:r>
    </w:p>
    <w:p>
      <w:pPr>
        <w:jc w:val="right"/>
      </w:pPr>
      <w:r>
        <w:t>میں کچھ ایسے لوگوں کو جانتا ہوں اسی دن۔ جو۔ جنہوں نے اس کا صاف صاف اس کو۔</w:t>
      </w:r>
    </w:p>
    <w:p>
      <w:r>
        <w:rPr>
          <w:b/>
        </w:rPr>
        <w:t xml:space="preserve">[52:24] </w:t>
      </w:r>
      <w:r>
        <w:t>yani un ke mutale se main ne is baat ko saaf saaf samjha hai. to yeh masla jo tha. logon ne samajh liya ke yeh ke yeh.</w:t>
      </w:r>
    </w:p>
    <w:p>
      <w:pPr>
        <w:jc w:val="right"/>
      </w:pPr>
      <w:r>
        <w:t>یعنی ان کے مطالعے سے میں نے اس بات کو صاف صاف سمجھا ہے۔ تو یہ مسئلہ جو تھا۔ لوگوں نے سمجھ لیا کہ یہ کہ یہ۔</w:t>
      </w:r>
    </w:p>
    <w:p>
      <w:r>
        <w:rPr>
          <w:b/>
        </w:rPr>
        <w:t xml:space="preserve">[52:36] </w:t>
      </w:r>
      <w:r>
        <w:t>masla hai irtidad ka yani zehni irtidad ka halanke masla tha zehni adam itminan ka.</w:t>
      </w:r>
    </w:p>
    <w:p>
      <w:pPr>
        <w:jc w:val="right"/>
      </w:pPr>
      <w:r>
        <w:t>مسئلہ ہے ارتداد کا یعنی ذہنی ارتداد کا حالانکہ مسئلہ تھا ذہنی عدم اطمینان کا۔</w:t>
      </w:r>
    </w:p>
    <w:p>
      <w:r>
        <w:rPr>
          <w:b/>
        </w:rPr>
        <w:t xml:space="preserve">[52:43] </w:t>
      </w:r>
      <w:r>
        <w:t>to jab. aap tashkhees ghalat karein tashkhees aap ki ghalat ho. to ab aap ka ilaj bhi ghalat ho jayega. to har taraf bas shikayat hai ihtijaj hai cheekh pukar hai ke islam khatre mein islam khatre mein islam khatre mein.</w:t>
      </w:r>
    </w:p>
    <w:p>
      <w:pPr>
        <w:jc w:val="right"/>
      </w:pPr>
      <w:r>
        <w:t>تو جب۔ آپ تشخیص غلط کریں تشخیص آپ کی غلط ہو۔ تو اب آپ کا علاج بھی غلط ہو جائے گا۔ تو ہر طرف بس شکایت ہے احتجاج ہے چیخ پکار ہے کہ اسلام خطرے میں اسلام خطرے میں اسلام خطرے میں۔</w:t>
      </w:r>
    </w:p>
    <w:p>
      <w:r>
        <w:rPr>
          <w:b/>
        </w:rPr>
        <w:t xml:space="preserve">[52:59] </w:t>
      </w:r>
      <w:r>
        <w:t>lekin masla yeh tha ke adab jo hai aisa banaya jaye jo scientific daur mein logon ke zehn ko ham-ahang kare. yeh nahin kiya.</w:t>
      </w:r>
    </w:p>
    <w:p>
      <w:pPr>
        <w:jc w:val="right"/>
      </w:pPr>
      <w:r>
        <w:t>لیکن مسئلہ یہ تھا کہ ادب جو ہے ایسا بنایا جائے جو سائنٹیفک دور میں لوگوں کے ذہن کو ہم آہنگ کرے۔ یہ نہیں کیا۔</w:t>
      </w:r>
    </w:p>
    <w:p>
      <w:r>
        <w:rPr>
          <w:b/>
        </w:rPr>
        <w:t xml:space="preserve">[53:08] </w:t>
      </w:r>
      <w:r>
        <w:t>kya kiya bas islam khatre mein islam khatre mein bas yeh boli bolne lage.</w:t>
      </w:r>
    </w:p>
    <w:p>
      <w:pPr>
        <w:jc w:val="right"/>
      </w:pPr>
      <w:r>
        <w:t>کیا کیا بس اسلام خطرے میں اسلام خطرے میں بس یہ بولی بولنے لگے۔</w:t>
      </w:r>
    </w:p>
    <w:p>
      <w:r>
        <w:rPr>
          <w:b/>
        </w:rPr>
        <w:t xml:space="preserve">[53:15] </w:t>
      </w:r>
      <w:r>
        <w:t>to jo masla tha woh ihtijaj karne ke liye nahin tha woh shikayat karne ke liye nahin tha. is liye ke dunya is liye nahin tha ke aap dunya ko ailan karein dunya dushman ho gayi hai islam ki.</w:t>
      </w:r>
    </w:p>
    <w:p>
      <w:pPr>
        <w:jc w:val="right"/>
      </w:pPr>
      <w:r>
        <w:t>تو جو مسئلہ تھا وہ احتجاج کرنے کے لیے نہیں تھا وہ شکایت کرنے کے لیے نہیں تھا۔ اس لیے کہ دنیا اس لیے نہیں تھا کہ آپ دنیا کو اعلان کریں دنیا دشمن ہو گئی ہے اسلام کی۔</w:t>
      </w:r>
    </w:p>
    <w:p>
      <w:r>
        <w:rPr>
          <w:b/>
        </w:rPr>
        <w:t xml:space="preserve">[53:25] </w:t>
      </w:r>
      <w:r>
        <w:t>nahin hum nakaam ho gaye ke scientific daur mein. aaj ki zaban mein jadeed zaban mein hum islam ki taleemat ko pesh kar sake hain masla yahan tha.</w:t>
      </w:r>
    </w:p>
    <w:p>
      <w:pPr>
        <w:jc w:val="right"/>
      </w:pPr>
      <w:r>
        <w:t>نہیں ہم ناکام ہو گئے کہ سائنٹیفک دور میں۔ آج کی زبان میں جدید زبان میں ہم اسلام کی تعلیمات کو پیش کر سکے ہیں مسئلہ یہاں تھا۔</w:t>
      </w:r>
    </w:p>
    <w:p>
      <w:r>
        <w:rPr>
          <w:b/>
        </w:rPr>
        <w:t xml:space="preserve">[53:39] </w:t>
      </w:r>
      <w:r>
        <w:t>masla yahan nahin tha ke doosre dushman ban gaye hain islam ke</w:t>
      </w:r>
    </w:p>
    <w:p>
      <w:pPr>
        <w:jc w:val="right"/>
      </w:pPr>
      <w:r>
        <w:t>مسئلہ یہاں نہیں تھا کہ دوسرے دشمن بن گئے ہیں اسلام کے</w:t>
      </w:r>
    </w:p>
    <w:p>
      <w:r>
        <w:rPr>
          <w:b/>
        </w:rPr>
        <w:t xml:space="preserve">[53:42] </w:t>
      </w:r>
      <w:r>
        <w:t>. masla yeh tha ke hum yani muslim ulma yeh nakaam ho gaye ke jadeed jo zaban hai jadeed jo zaban hai jadeed jo.</w:t>
      </w:r>
    </w:p>
    <w:p>
      <w:pPr>
        <w:jc w:val="right"/>
      </w:pPr>
      <w:r>
        <w:t>۔ مسئلہ یہ تھا کہ ہم یعنی مسلم علماء یہ ناکام ہو گئے کہ جدید جو زبان ہے جدید جو زبان ہے جدید جو۔</w:t>
      </w:r>
    </w:p>
    <w:p>
      <w:r>
        <w:rPr>
          <w:b/>
        </w:rPr>
        <w:t xml:space="preserve">[53:52] </w:t>
      </w:r>
      <w:r>
        <w:t>jo sochne ka tareeqa hai is dhang par islam ko pesh karein hum taake aaj ki naslein jo hain unka zehan hamahang ho. yahan masla tha.</w:t>
      </w:r>
    </w:p>
    <w:p>
      <w:pPr>
        <w:jc w:val="right"/>
      </w:pPr>
      <w:r>
        <w:t>جو سوچنے کا طریقہ ہے اس ڈھنگ پر اسلام کو پیش کریں ہم تاکہ آج کی نسلیں جو ہیں ان کا ذہن ہم آہنگ ہو۔ یہاں مسئلہ تھا۔</w:t>
      </w:r>
    </w:p>
    <w:p>
      <w:r>
        <w:rPr>
          <w:b/>
        </w:rPr>
        <w:t xml:space="preserve">[54:04] </w:t>
      </w:r>
      <w:r>
        <w:t>yeh main ne. is baat ko jaana aur phir main ne apne aap ko is raaste par lagaya.</w:t>
      </w:r>
    </w:p>
    <w:p>
      <w:pPr>
        <w:jc w:val="right"/>
      </w:pPr>
      <w:r>
        <w:t>یہ میں نے۔ اس بات کو جانا اور پھر میں نے اپنے آپ کو اس راستے پر لگایا۔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