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Experience of CPS Peace Conference 2023 May 7, 2023</w:t>
      </w:r>
    </w:p>
    <w:p>
      <w:r>
        <w:t>https://youtu.be/FXG2h96Ylsg</w:t>
      </w:r>
    </w:p>
    <w:p>
      <w:r>
        <w:rPr>
          <w:b/>
        </w:rPr>
        <w:t xml:space="preserve">[00:11] </w:t>
      </w:r>
      <w:r>
        <w:t>Assalamualaykum. Today we will have conversation with Professor Fareeda Khanam on our experience on recently concluded CPS International Peace Conference held at Delhi. Approximate 200 people participated in the peace conference from India and abroad. To chaliye shuru karte hain Fareeda ba se baat cheet peace conference ke bare mein. Assalamualaykum apa. Walikum assalam. Kaisi hain aap? Khairiyat, aap theek hain.</w:t>
      </w:r>
    </w:p>
    <w:p>
      <w:pPr>
        <w:jc w:val="right"/>
      </w:pPr>
      <w:r>
        <w:t>अस्सलामुलायकुम. Today we will have conversation with Professor फरीदा खानम on our experience on recently concluded CPS International Peace Conference held at Delhi. Approximate 200 people participated in the peace conference from India and abroad. तो चलिए शुरू करते हैं फरीदाबा से बातचीत peace conference के बारे में. असालामिल को आपा. बालिब साम. कैसी हैं आप? खैरिद, आप ठीक हैं.</w:t>
      </w:r>
    </w:p>
    <w:p>
      <w:r>
        <w:rPr>
          <w:b/>
        </w:rPr>
        <w:t xml:space="preserve">[00:40] </w:t>
      </w:r>
      <w:r>
        <w:t>ji khairiyat, assalamualaykum apa. Aapka mera pehla sawal yeh hai ke what was the purpose of CPS peace conference? Ji, CPS peace conference ke kai maqasid the. Asal mein Maulana ke baad se yeh pehli bari conference bulai gayi. Uske baad kya kaam ho raha hai logon ne? Apni apni kya zimmedariyan nibha rahe hain?</w:t>
      </w:r>
    </w:p>
    <w:p>
      <w:pPr>
        <w:jc w:val="right"/>
      </w:pPr>
      <w:r>
        <w:t>जी खैरिद, असालाम दुर्लाह आपा. आपका मेरा पहला सवाल यह है कि what was the purpose of CPS peace conference? जी, CPS peace conference का कई मकासित थे. असल में मौलाना के बाद से यह पहली बड़ी conference बुलाई गई. उसके बाद क्या काम हो रहा है लोगों ने? अपनी अपनी क्या ज़िम्मेदारियां निभा रहे हैं?</w:t>
      </w:r>
    </w:p>
    <w:p>
      <w:r>
        <w:rPr>
          <w:b/>
        </w:rPr>
        <w:t xml:space="preserve">[01:09] </w:t>
      </w:r>
      <w:r>
        <w:t>kis tareeqe se CPS mission aage badh raha hai? To yeh sab kuch jaanna tha. Logon ko ek doosre se connect karna tha. Aur jo hai kyunke jab tak log ek doosre se milte nahin hain to tab tak unko maloom nahin hota ke kya kaam ho raha hai doosri team kya kar rahi hai? Matlab kyunke team hamari jo hai poori India mein kaam kar rahi hai. Globally bhi kaam kar rahi hai.</w:t>
      </w:r>
    </w:p>
    <w:p>
      <w:pPr>
        <w:jc w:val="right"/>
      </w:pPr>
      <w:r>
        <w:t>किस तरीके से CPS mission आगे बढ़ रहा है? तो यह सब कुछ जानना था. लोगों को एक दूसरे से connect करना था. और जो है क्योंकि जब तक लोग एक दूसरे से मिलते नहीं हैं तो तब तक उनको मालूम नहीं होता कि क्या काम हो रहा है दूसरी team क्या कर रही है? मतलब क्योंकि team समारी जो है पूरी India में काम कर रही है. Globally भी काम कर रही है.</w:t>
      </w:r>
    </w:p>
    <w:p>
      <w:r>
        <w:rPr>
          <w:b/>
        </w:rPr>
        <w:t xml:space="preserve">[01:35] </w:t>
      </w:r>
      <w:r>
        <w:t>to usko assess karna, usko consolidate karna aur ek doosre se connection qaim karna. To yeh asal maqsad tha. Main maqsad to wahi hai taking god's message to the world. To uske liye planning karna. To jab saare log milenge ek doosre se apne experiences share karenge to us waqt future planning jo hai zyada behtar taur par ho paayegi.</w:t>
      </w:r>
    </w:p>
    <w:p>
      <w:pPr>
        <w:jc w:val="right"/>
      </w:pPr>
      <w:r>
        <w:t>तो उसको assess करना, उसको consolidate करना और एक दूसरे से connection कायम करना. तो यह असल मकसद था. Main मकसद तो वही है taking god's message to the world. तो उसके लिए planning करना. तो जब सारे लोग मिलेंगे एक दूसरे से अपने experiences share करेंगे तो उस वक्त future planning जो है ज़्यादा बेहतर तौर पर हो पाएगी.</w:t>
      </w:r>
    </w:p>
    <w:p>
      <w:r>
        <w:rPr>
          <w:b/>
        </w:rPr>
        <w:t xml:space="preserve">[02:01] </w:t>
      </w:r>
      <w:r>
        <w:t>aur khaas maqsad jo tha is is conference ka woh hai ke technology ka kaise istemal kiya jaye?</w:t>
      </w:r>
    </w:p>
    <w:p>
      <w:pPr>
        <w:jc w:val="right"/>
      </w:pPr>
      <w:r>
        <w:t>और खास मकसद जो था इस इस conference का वह है कि technology का कैसे इस्तेमाल किया जाए?</w:t>
      </w:r>
    </w:p>
    <w:p>
      <w:r>
        <w:rPr>
          <w:b/>
        </w:rPr>
        <w:t xml:space="preserve">[02:05] </w:t>
      </w:r>
      <w:r>
        <w:t>kyunki bahut tezi se technology mein tarakki ho rahi hai.</w:t>
      </w:r>
    </w:p>
    <w:p>
      <w:pPr>
        <w:jc w:val="right"/>
      </w:pPr>
      <w:r>
        <w:t>क्योंकि बहुत तेजी से technology में तरक्की हो रही है.</w:t>
      </w:r>
    </w:p>
    <w:p>
      <w:r>
        <w:rPr>
          <w:b/>
        </w:rPr>
        <w:t xml:space="preserve">[02:09] </w:t>
      </w:r>
      <w:r>
        <w:t>to ab dekhiye pehle jab arayshala mission shuru hua to katib haath se likhte the.</w:t>
      </w:r>
    </w:p>
    <w:p>
      <w:pPr>
        <w:jc w:val="right"/>
      </w:pPr>
      <w:r>
        <w:t>तो अब देखिए पहले जब अर्यशाला mission शुरू हुआ तो कातिब हाथ से लिखते थे.</w:t>
      </w:r>
    </w:p>
    <w:p>
      <w:r>
        <w:rPr>
          <w:b/>
        </w:rPr>
        <w:t xml:space="preserve">[02:13] </w:t>
      </w:r>
      <w:r>
        <w:t>bahut time usmein lagta tha.</w:t>
      </w:r>
    </w:p>
    <w:p>
      <w:pPr>
        <w:jc w:val="right"/>
      </w:pPr>
      <w:r>
        <w:t>बहुत time उसमें लगता था.</w:t>
      </w:r>
    </w:p>
    <w:p>
      <w:r>
        <w:rPr>
          <w:b/>
        </w:rPr>
        <w:t xml:space="preserve">[02:17] </w:t>
      </w:r>
      <w:r>
        <w:t>woh galtiyan hoti thi to poora poora din usko correction karte rehte the.</w:t>
      </w:r>
    </w:p>
    <w:p>
      <w:pPr>
        <w:jc w:val="right"/>
      </w:pPr>
      <w:r>
        <w:t>वह गलतियां होती थी तो पूरा पूरा दिन उसको correction करते रहते थे.</w:t>
      </w:r>
    </w:p>
    <w:p>
      <w:r>
        <w:rPr>
          <w:b/>
        </w:rPr>
        <w:t xml:space="preserve">[02:21] </w:t>
      </w:r>
      <w:r>
        <w:t>phir woh computer aaya.</w:t>
      </w:r>
    </w:p>
    <w:p>
      <w:pPr>
        <w:jc w:val="right"/>
      </w:pPr>
      <w:r>
        <w:t>फिर वह computer आया.</w:t>
      </w:r>
    </w:p>
    <w:p>
      <w:r>
        <w:rPr>
          <w:b/>
        </w:rPr>
        <w:t xml:space="preserve">[02:25] </w:t>
      </w:r>
      <w:r>
        <w:t>lekin us waqt bhi manual tha.</w:t>
      </w:r>
    </w:p>
    <w:p>
      <w:pPr>
        <w:jc w:val="right"/>
      </w:pPr>
      <w:r>
        <w:t>लेकिन उस वक्त भी manual था.</w:t>
      </w:r>
    </w:p>
    <w:p>
      <w:r>
        <w:rPr>
          <w:b/>
        </w:rPr>
        <w:t xml:space="preserve">[02:29] </w:t>
      </w:r>
      <w:r>
        <w:t>Type kiya jata tha haath se.</w:t>
      </w:r>
    </w:p>
    <w:p>
      <w:pPr>
        <w:jc w:val="right"/>
      </w:pPr>
      <w:r>
        <w:t>Type किया जाता था हाथ से.</w:t>
      </w:r>
    </w:p>
    <w:p>
      <w:r>
        <w:rPr>
          <w:b/>
        </w:rPr>
        <w:t xml:space="preserve">[02:33] </w:t>
      </w:r>
      <w:r>
        <w:t>to usmein bhi time lagta tha. Lekin ab jo technology aayi hai, usmein automation bahut zyada badh gaya hai. To is baat ko samajhna ke kis tareeqe se hamare mission ke log, hamare team members is technology ko istemal kar rahe hain aur zyada se zyada fast speed se yeh kaam logon tak pahuncha dein.</w:t>
      </w:r>
    </w:p>
    <w:p>
      <w:pPr>
        <w:jc w:val="right"/>
      </w:pPr>
      <w:r>
        <w:t>तो उसमें भी time लगता था. लेकिन अब जो technology आई है, उसमें automation बहुत ज़्यादा बढ़ गया है. तो इस बात को समझना कि किस तरीके से हमारे mission के लोग, हमारे team members इस technology को इस्तेमाल कर रहे हैं और ज़्यादा से ज़्यादा fast speed से यह प्रकाम लोगों तक पहुंचा दें.</w:t>
      </w:r>
    </w:p>
    <w:p>
      <w:r>
        <w:rPr>
          <w:b/>
        </w:rPr>
        <w:t xml:space="preserve">[02:58] </w:t>
      </w:r>
      <w:r>
        <w:t>to ek baar jab saaf jab digitize ho jaye to phir uske baad woh searchable ho jata hai aur uske baad woh tarah tarah ke jo groups hain, programs hain unke zariye se hum Facebook par daalte hain aur YouTube par daalte hain. Aajkal short videos bahut zyada popular hain. To is tareeqe se hum jagah WhatsApp groups hain.</w:t>
      </w:r>
    </w:p>
    <w:p>
      <w:pPr>
        <w:jc w:val="right"/>
      </w:pPr>
      <w:r>
        <w:t>तो एक बार जब साफ जब digitize हो जाए तो फिर उसके बाद वह searchable हो जाता है और उसके बाद वह तरह तरह के जो groups हैं, programs हैं उनके जरिए से हम Facebook पर डालते हैं और YouTube पर डालते हैं. आजकल short videos बहुत ज़्यादा popular हैं. तो इस तरीके से हम जगह WhatsApp groups हैं.</w:t>
      </w:r>
    </w:p>
    <w:p>
      <w:r>
        <w:rPr>
          <w:b/>
        </w:rPr>
        <w:t xml:space="preserve">[03:23] </w:t>
      </w:r>
      <w:r>
        <w:t>to is tareeqe se hum jagah jagah apne kaam ko pahuncha rahe hain aur jo artificial intelligence ke program aaye hain, uske zariye se humko yeh kaam ko aage bahut badhana hai kyunke yeh jaisa ke aap logon ko maloom hai yeh ek global mission hai. Saari duniya mein humein Khuda ka kaam pahunchana hai.</w:t>
      </w:r>
    </w:p>
    <w:p>
      <w:pPr>
        <w:jc w:val="right"/>
      </w:pPr>
      <w:r>
        <w:t>तो इस तरीके से हम जगह जगह अपने प्राराम को पहुंचा रहे हैं और जो artificial intelligence के program आए हैं, उसके जरिए से हमको यह काम को आगे बहुत बढ़ाना है क्योंकि यह जैसा कि आप लोगों को मालूम है यह एक global mission है. सारी दुनिया में हमें खुदा का प्राकाम पहुंचाना है.</w:t>
      </w:r>
    </w:p>
    <w:p>
      <w:r>
        <w:rPr>
          <w:b/>
        </w:rPr>
        <w:t xml:space="preserve">[03:50] </w:t>
      </w:r>
      <w:r>
        <w:t>to physical copies ke zariye se yeh nahin ho sakta tha. To Allah taala ne poori age ko hi badal diya. Technology mein itni zabardast rakhi hui hai ke log hairaan hain aaj hi Times of India mein ek mazmoon aaya hai. Ek article aaya hai. To usmein bataya hai ke log bahut zyada fast speed se kaam ho raha hai. To kai log yeh samajh rahe hain ke ab duniya mein badal jayegi.</w:t>
      </w:r>
    </w:p>
    <w:p>
      <w:pPr>
        <w:jc w:val="right"/>
      </w:pPr>
      <w:r>
        <w:t>तो physical copies के जरिए से यह नहीं हो सकता था. तो अल्लाह ताला ने पूरी age को ही बदल दिया. Technology में इतनी ज़बरदस्त रखी हुई है कि लोग हैरान है आज ही times of India में एक मज़मून आया है. एक article आया है. तो उसमें बताया है कि लोग बहुत ज़्यादा fast speed से काम हो रहा है. तो कई लोग यह समझ रहे हैं कि अब दुनिया में बदल जाएगी.</w:t>
      </w:r>
    </w:p>
    <w:p>
      <w:r>
        <w:rPr>
          <w:b/>
        </w:rPr>
        <w:t xml:space="preserve">[04:18] </w:t>
      </w:r>
      <w:r>
        <w:t>to uske liye humein apne team ke logon ko tayyar karna hai. Software program develop karna hai. Aur material jo hai jo Maulana ka material jo hai woh different technologies ke zariye se logon ko pahunch pahunchana hai. Ismein jo latest aaya hai woh ChatGPT hai. ChatGPT jo hai bahut bade data ko lekar kaam karta hai. Misal ke taur par humein batana hoga concept of peace and islam.</w:t>
      </w:r>
    </w:p>
    <w:p>
      <w:pPr>
        <w:jc w:val="right"/>
      </w:pPr>
      <w:r>
        <w:t>तो उसके लिए हमें अपने team के लोगों को तैयार करना है. Software program develop करना है. और material जो है जो मौराना का material जो है वह different technologies के जरिए से लोगों को पहुंच पहुंचाना है. इसमें जो latest आया है वह ChatGPT है. ChatGPT जो है बहुत बड़े data को लेकर काम करता है. मिसाल के तौर पर हमें बताना होगा concept of peace and islam.</w:t>
      </w:r>
    </w:p>
    <w:p>
      <w:r>
        <w:rPr>
          <w:b/>
        </w:rPr>
        <w:t xml:space="preserve">[04:46] </w:t>
      </w:r>
      <w:r>
        <w:t>ek do kitab padhenge hum usko aage usko likh denge. Lekin chat g b t jo hai uske dayra bahut bada hai. Jitni farz kareeb Maulana ki do sau kitabein hain to poori kitabon ko lekar ke woh ek bahut hi achha sair hasil article banayega aur usmein error bahut kam hota hai. Maine khud dekha hai Maulana par ek article chat GPT ke zariye se. To usmein samajh liye do char percent hi error hota hai.</w:t>
      </w:r>
    </w:p>
    <w:p>
      <w:pPr>
        <w:jc w:val="right"/>
      </w:pPr>
      <w:r>
        <w:t>एक दो किताब पढ़ेंगे हम उसको आगे उसको लिख देंगे. लेकिन chat g b t जो है उसके दायरा बहुत बड़ा है. जितनी फर्ज़ करीब मौराने के दो सौ किताबें हैं तो पूरी किताबों को लेकर के वह एक बहुत ही अच्छा सैर हासिल article बनाएगा और उसमें error बहुत कम होता है. मैंने खुद देखा है मौराना पर एक article chat GPT के जरिए से. तो उसमें समझ लिए दो चार percent ही error होता है.</w:t>
      </w:r>
    </w:p>
    <w:p>
      <w:r>
        <w:rPr>
          <w:b/>
        </w:rPr>
        <w:t xml:space="preserve">[05:16] </w:t>
      </w:r>
      <w:r>
        <w:t>to wahan par human checking ki zaroorat hogi. To usmein bahut kam time lagega. Lekin agar saara kaam humein khud karna ho to bahut time lagega aur hamare paas itna time nahin hai. Kyunke aisa lag raha hai ke qayamat bahut qareeb hai aur humein jald se jald is kaam ko saari duniya tak pahuncha dena hai. To yeh isiliye Maulana kehte the ke yeh jo technology aayi hai yeh dawah work ke hi liye aayi hai.</w:t>
      </w:r>
    </w:p>
    <w:p>
      <w:pPr>
        <w:jc w:val="right"/>
      </w:pPr>
      <w:r>
        <w:t>तो वहां पर human checking की ज़रूरत होगी. तो उसमें बहुत कम time लगेगा. लेकिन अगर सारा काम हमें खुद करना हो तो बहुत time लगेगा और हमारे पास इतना time नहीं है. क्योंकि ऐसा लग रहा है कि क्यामत बहुत करीब है और हमें जल्द से जल्द इस काम को सारी दुनिया तक पहुंचा देना है. तो यह इसीलिए मौना कहते थे कि यह जो technology आई है यह दावा वर्ग के ही लिए आई है.</w:t>
      </w:r>
    </w:p>
    <w:p>
      <w:r>
        <w:rPr>
          <w:b/>
        </w:rPr>
        <w:t xml:space="preserve">[05:42] </w:t>
      </w:r>
      <w:r>
        <w:t>to uska jo doosre log jo istemal kar rahe hain woh uska relative istemal hai. Uska main istemal dawah work ke liye hai. Kyunke qayamat se pehle saari duniya ko humein yeh paigham pahuncha dena hai aur without this technology yeh possible nahin tha.</w:t>
      </w:r>
    </w:p>
    <w:p>
      <w:pPr>
        <w:jc w:val="right"/>
      </w:pPr>
      <w:r>
        <w:t>तो उसका जो दूसरे लोग जो इस्तेमाल कर रहे हैं वह उसका relative इस्तेमाल है. उसका main इस्तेमाल दावा वर्ग के लिए है. क्योंकि प्यामत से पहले सारी दुनिया को हमें यह प्यागाम पहुंचा देना है और without this technology यह possible नहीं था.</w:t>
      </w:r>
    </w:p>
    <w:p>
      <w:r>
        <w:rPr>
          <w:b/>
        </w:rPr>
        <w:t xml:space="preserve">[06:00] </w:t>
      </w:r>
      <w:r>
        <w:t>to is wajah se humko is baat ko bahut achhe tareeqe se samajhna hai ke is technology ke aane ke baad agar hum yeh kaam na kar sake to hamari Khuda ke yahan pooch hogi bahut zyada humko apni zimmedari ka ehsaas hona chahiye aur humein is kaam mein apne aap ko bilkul jhonk dena chahiye. Jaisa Kallapa shukriya.</w:t>
      </w:r>
    </w:p>
    <w:p>
      <w:pPr>
        <w:jc w:val="right"/>
      </w:pPr>
      <w:r>
        <w:t>तो इस वजह से हमको इस बात को बहुत अच्छे तरीके से समझना है कि इस technology के आने के बाद अगर हम यह काम ना कर सके तो हमारी खुदा के यहां पूछोगी बहुत ज़्यादा हमको अपनी ज़िम्मेदारी का एहसास होना चाहिए और हमें इस काम में अपने आप को बिल्कुल झोंक देना चाहिए. जैसा कल्लापा शुक्रिया.</w:t>
      </w:r>
    </w:p>
    <w:p>
      <w:r>
        <w:rPr>
          <w:b/>
        </w:rPr>
        <w:t xml:space="preserve">[06:25] </w:t>
      </w:r>
      <w:r>
        <w:t>aapne bahut achhi tareeqe se purpose ko explain kiya aur yeh bilkul sahi baat hai ke ismein do din ki workshop mein kai alag alag tareeqe ke sessions rakhe gaye jiske andar humein technology ke bare mein pata laga aur log samajh payenge kis tareeqe se hum technology ka use karke apne mission ko aage le ja sakte hain aur dedicatedly bahut saare teams aisi hain jo is technology ka use karke mission ko aage le jaane mein bahut madad kar rahi hain.</w:t>
      </w:r>
    </w:p>
    <w:p>
      <w:pPr>
        <w:jc w:val="right"/>
      </w:pPr>
      <w:r>
        <w:t>आपने बहुत अच्छी तरीके से purpose को explain किया और यह बिल्कुल सही बात है कि इसमें दो दिन की workshop में कई अलग अलग तरीके के sessions रखे गए जिसके अंदर हमें technology के बारे में पता लगा और लोग समझ पाएंगे किस तरीके से हम technology का use करके अपने mission को आगे ले जा सकते हैं और dedicatedly बहुत सारे teams ऐसी हैं जो इस technology का use करके mission को आगे ले जाने में बहुत मदद कर रही हैं.</w:t>
      </w:r>
    </w:p>
    <w:p>
      <w:r>
        <w:rPr>
          <w:b/>
        </w:rPr>
        <w:t xml:space="preserve">[06:50] </w:t>
      </w:r>
      <w:r>
        <w:t>apa do din ke session ke andar alag alag qism ke topics the, logon ne bahut involve hokar unko suna. Is pe ek bahut impactful topic tha aur ek session tha jo female team ka tha, ladies group ka tha. To main jaanna chahunga apa jo agla sawal hai ke what is the role of ladies in CPS mission?</w:t>
      </w:r>
    </w:p>
    <w:p>
      <w:pPr>
        <w:jc w:val="right"/>
      </w:pPr>
      <w:r>
        <w:t>आपा दो दिन के session के अंदर अलग अलग किस्म के topics थे, लोगों ने बहुत involve होकर उनको सुना. इस पे एक बहुत impactful topic था और एक session था जो female team का था, ladies group का था. तो मैं जानना चाहूंगा आपा जो अगला सवाल है कि what is the role of ladies in CPS mission?</w:t>
      </w:r>
    </w:p>
    <w:p>
      <w:r>
        <w:rPr>
          <w:b/>
        </w:rPr>
        <w:t xml:space="preserve">[07:14] </w:t>
      </w:r>
      <w:r>
        <w:t>yeh logon ko bahut ajeeb laga ke ladies jo hain itna zyada mission mein involve ho gayi hain. Kyunke kabhi aisa nahin hua tha ke saari ladies jo hain kisi ek platform par ikhatta ho. To is conference mein yeh logon ko iska ehsaas hua ke ladies bahut kuch kaam kar sakti hain aur yeh dekhiye Islam ke bilkul khilaaf nahin hai. Daure awwal mein ladies jo hain poora kaam kar rahi thi.</w:t>
      </w:r>
    </w:p>
    <w:p>
      <w:pPr>
        <w:jc w:val="right"/>
      </w:pPr>
      <w:r>
        <w:t>यह लोगों को बहुत अजीब लगा कि ladies जो हैं इतना ज़्यादा mission में involve हो गई हैं. क्योंकि कभी ऐसा नहीं हुआ था कि सारी ladies जो हैं किसी एक platform पर इकट्ठा हो. तो इस conference में यह लोगों को इसका एहसास हुआ कि ladies बहुत कुछ काम कर सकती हैं और यह देखिए इस्लाम के बिल्कुल खिलाफ नहीं है. दौरे अव्वल में ladies जो हैं पूरा काम कर रही थी.</w:t>
      </w:r>
    </w:p>
    <w:p>
      <w:r>
        <w:rPr>
          <w:b/>
        </w:rPr>
        <w:t xml:space="preserve">[07:43] </w:t>
      </w:r>
      <w:r>
        <w:t>masjid mein jaati thi. Prophet ke saath namaz padhti thi. Prophet ka sermon sunti thi. Aur baqi doosre kaam bhi karti thi. Apne aur ghar waghera mein jo kaam hote the. Bahar nikalti thi. Kaam karti thi. Jang ke mauqe par.</w:t>
      </w:r>
    </w:p>
    <w:p>
      <w:pPr>
        <w:jc w:val="right"/>
      </w:pPr>
      <w:r>
        <w:t>मस्जिद में जाती थी. Prophet के साथ नमाज़ पढ़ती थी. Prophet का sermon सुनती थी. और बाकी दूसरे काम भी करती थी. अपने और चढ़ वगैरह में जो काम होते थे. बाहर निकलती थी. काम करती थी. हंच के मौके पर.</w:t>
      </w:r>
    </w:p>
    <w:p>
      <w:r>
        <w:rPr>
          <w:b/>
        </w:rPr>
        <w:t xml:space="preserve">[08:11] </w:t>
      </w:r>
      <w:r>
        <w:t>Rasool Allah sallallahu alaihi wasallam ne kabhi nahin kaha ke dekho mere saath itne log hain to tum is tareeqe se mat aao. Kabhi wahan koi bhi rukawat aapne nahin daali auraton ke aage badhne mein. To agar hum auraton ko aage badhayein aur is mission mein unko engage karein to yeh bilkul aap samajh liye ke sunnat ka haiya hai. Kyunke baad ke zamane mein chunke qadeem culture mein auraton ko zyada tar chahardivari mein hi rakha jata tha.</w:t>
      </w:r>
    </w:p>
    <w:p>
      <w:pPr>
        <w:jc w:val="right"/>
      </w:pPr>
      <w:r>
        <w:t>रसूल्लाह सल्लाह सल्लाह ने कभी नहीं कहा कि देखो मेरे साथ इतने लोग हैं तो तुम इस तरीके से मत आओ. कभी वहां कोई भी रुकावट आपने नहीं डाली औरतों के आगे बढ़ने में. तो अगर हम औरतों को आगे बढ़ाएं और इस mission में उनको engage करें तो यह बिल्कुल आप समझ लिए कि सुन्नत का हैया है. क्योंकि बाद के जमाने में चूंकि कदीन culture में औरतों को ज़्यादातर चाहार दीवारी में ही रखा जाता था.</w:t>
      </w:r>
    </w:p>
    <w:p>
      <w:r>
        <w:rPr>
          <w:b/>
        </w:rPr>
        <w:t xml:space="preserve">[08:40] </w:t>
      </w:r>
      <w:r>
        <w:t>khaas taur par elite class ki auraton ko. To labour class ki auratein bahar nikalti thi. To elite class ki auratein jo hai woh gharon mein rehti thi apne ko differentiate karne ke liye. To yeh qadeem culture tha aur isi culture yeh culture dobara lauta hai kyunke bahut tezi se Islam saari duniya mein phail gaya aur utna unki training nahin ho paayi. Islam ke usoolon ke mutabiq. To wahi purane culture par woh baqi rahe.</w:t>
      </w:r>
    </w:p>
    <w:p>
      <w:pPr>
        <w:jc w:val="right"/>
      </w:pPr>
      <w:r>
        <w:t>खास तौर पर elite class की औरतों को. तो labour class की औरतें बाहर निकलती थी. तो elite class की औरतें जो है वह घरों में रहती थी अपने को differentiate करने के लिए. तो यह कदीम culture था और इसी culture यह culture दोबारा लौटा है क्योंकि बहुत तेजी से इस्लाम सारी दुनिया में फ़ैल गया और उतना उनकी training नहीं हो पाई. इस्लाम या उसूलों के मुताबिक. तो वही पुराने culture पर वह बाकी रहे.</w:t>
      </w:r>
    </w:p>
    <w:p>
      <w:r>
        <w:rPr>
          <w:b/>
        </w:rPr>
        <w:t xml:space="preserve">[09:08] </w:t>
      </w:r>
      <w:r>
        <w:t>to is tarah se woh qadeem culture ka galba hone ki wajah se logon ne samjha ke Islam bhi yahi chahta hai ke auratein gharon mein rahe. To aisa nahin hai. Maulana ne is par do kitabein likhi. Bahut saare mazameen likhe. Ek hai Aurat Hamari Insaniyat aur Khatoon e Islam. To usmein unhone saare misalein di Hazrat Hajra ki. Hazrat Maryam, Madad Khadija, Hazrat Aisha.</w:t>
      </w:r>
    </w:p>
    <w:p>
      <w:pPr>
        <w:jc w:val="right"/>
      </w:pPr>
      <w:r>
        <w:t>तो इस तरह से वह कदम culture का गालबा होने की वजह से लोगों ने समझा कि इस्लाम भी यही चाहता है कि औरतें घरों में रहे. तो ऐसा नहीं है. मोरानन ने इस पर दो किताबें लिखी. बहुत सारे मदामीन लिखे. एक है औरत मेहमारी इंसानियत और खातून इस्लाम. तो उसमें उन्होंने सारे मिसालें दी हजरत हजरा की. हजरत मरियम, मदद खदीजा, हजरत आयशाह.</w:t>
      </w:r>
    </w:p>
    <w:p>
      <w:r>
        <w:rPr>
          <w:b/>
        </w:rPr>
        <w:t xml:space="preserve">[09:35] </w:t>
      </w:r>
      <w:r>
        <w:t>aur bahut saari jadeed zamane ki auraton ki. Misalein di ke kis tareeqe se auraton ne bahut bade bade kaam kiye hain. Hazrat Hajra ne to buniyad hi rakhi Islam ki kyunke ek nasl banana tha. Woh nasl Hazrat Hajra ke zariye se bani. To is tareeqe se in logon ke bahut bahut bada role hai. Bahut Allah taala hai. Ab bahut ajr hai.</w:t>
      </w:r>
    </w:p>
    <w:p>
      <w:pPr>
        <w:jc w:val="right"/>
      </w:pPr>
      <w:r>
        <w:t>और बहुत सारी जदीद जमाने की औरतों की. निशालेंदी की किस तरीके से औरतों ने बहुत बड़े बड़े काम किए हैं. हज़रत हज़रा ने तो बुनियाद ही रखी इस्लाम की क्योंकि एक नश्ल बनाना था. वह नश्ल हज़रत हज़रा के जरिए से बनी. तो इस तरीके से इन लोगों के बहुत बहुत बड़ा role है. बहुत अल्लाह तालाक है. अब बहुत अजर है.</w:t>
      </w:r>
    </w:p>
    <w:p>
      <w:r>
        <w:rPr>
          <w:b/>
        </w:rPr>
        <w:t xml:space="preserve">[09:59] </w:t>
      </w:r>
      <w:r>
        <w:t>to humein ismein isko samajhna chahiye ke yahi Islam hai aur humein Islam kisi qism ki auraton ko rukawat nahin dalta hai kaam karne mein. To yahan par dekha to sabse pehle to ek group banaya gaya ladies group.</w:t>
      </w:r>
    </w:p>
    <w:p>
      <w:pPr>
        <w:jc w:val="right"/>
      </w:pPr>
      <w:r>
        <w:t>तो हमें इसमें इसको समझना चाहिए कि यही इस्लाम है और हमें इस्लाम किसी किस्म की औरतों को रिकावट नहीं डालता है काम करने में. तो यहां पर देखा तो सबसे पहले तो एक group बनाया गया ladies group.</w:t>
      </w:r>
    </w:p>
    <w:p>
      <w:r>
        <w:rPr>
          <w:b/>
        </w:rPr>
        <w:t xml:space="preserve">[10:19] </w:t>
      </w:r>
      <w:r>
        <w:t>to woh sadia ne aur nagma ne banaya uske baad famida khatoon jo hai unhone bahut hi dilo jaan se mehnat karke usko aage badhaya bahut sari mission jo ladies thi jo literature padh rahi thi to woh group mein shamil hui aur group mein bahut zyada unko unko mauka mila discussions karne ka.</w:t>
      </w:r>
    </w:p>
    <w:p>
      <w:pPr>
        <w:jc w:val="right"/>
      </w:pPr>
      <w:r>
        <w:t>तो वह सादिया ने और नगमा ने बनाया उसके बाद famida खातून जो है उन्होंने बहुत ही दिलो जान से मेहनत करके उसको आगे बढ़ाया बहुत सारी mission जो ladies थी जो literature पढ़ रही थी तो वह group में शामिल हुई और group में बहुत ज़्यादा उनको उनको मौका मिला discussions करने का.</w:t>
      </w:r>
    </w:p>
    <w:p>
      <w:r>
        <w:rPr>
          <w:b/>
        </w:rPr>
        <w:t xml:space="preserve">[10:46] </w:t>
      </w:r>
      <w:r>
        <w:t>rozana ek ek article dala jata tha aur us par sab log milkar discussion karte the aur khasfar par apne doubts clear karte the. unko khawati inko utna zyada maloomat nahi hoti thi. to yahan par yeh is platform par unko mauka milakar apne apne doubts ko clear karein. apne sawal ke jawab payein.</w:t>
      </w:r>
    </w:p>
    <w:p>
      <w:pPr>
        <w:jc w:val="right"/>
      </w:pPr>
      <w:r>
        <w:t>रोज़ाना एक एक article डाला जाता था और उस पर सब लोग मिलकर discussion करते थे और खासफ़र पर अपने doubts clear करते थे. उनको खवाती इनको उतना ज़्यादा मालूमात नहीं होती थी. तो यहां पर यह इस platform पर उनको मौका मिलाकर अपने अपने doubts को clear करें. अपने सवाल के जवाब पाएं.</w:t>
      </w:r>
    </w:p>
    <w:p>
      <w:r>
        <w:rPr>
          <w:b/>
        </w:rPr>
        <w:t xml:space="preserve">[11:10] </w:t>
      </w:r>
      <w:r>
        <w:t>to is tarike se yeh bahut zyada kamyab hua aur in logon ne meeting bhi ki aajkal itni</w:t>
      </w:r>
    </w:p>
    <w:p>
      <w:pPr>
        <w:jc w:val="right"/>
      </w:pPr>
      <w:r>
        <w:t>तो इस तरीके से यह बहुत ज़्यादा कामयाब हुआ और इन लोगों ने meeting भी की आजकल इतनी</w:t>
      </w:r>
    </w:p>
    <w:p>
      <w:r>
        <w:rPr>
          <w:b/>
        </w:rPr>
        <w:t xml:space="preserve">[11:23] </w:t>
      </w:r>
      <w:r>
        <w:t>aasani hai zoom meetings ki unhone weekly bhi ki unhone aur monthly bhi ki.</w:t>
      </w:r>
    </w:p>
    <w:p>
      <w:pPr>
        <w:jc w:val="right"/>
      </w:pPr>
      <w:r>
        <w:t>आसानी है zoom meetings की उन्होंने weekly भी की उन्होंने और monthly भी की.</w:t>
      </w:r>
    </w:p>
    <w:p>
      <w:r>
        <w:rPr>
          <w:b/>
        </w:rPr>
        <w:t xml:space="preserve">[11:37] </w:t>
      </w:r>
      <w:r>
        <w:t>ismein Maulana Faraz sahab bhi monthly meeting mein rehte the.</w:t>
      </w:r>
    </w:p>
    <w:p>
      <w:pPr>
        <w:jc w:val="right"/>
      </w:pPr>
      <w:r>
        <w:t>इसमें मोराना फराज़ साहब भी monthly meeting में रहते थे.</w:t>
      </w:r>
    </w:p>
    <w:p>
      <w:r>
        <w:rPr>
          <w:b/>
        </w:rPr>
        <w:t xml:space="preserve">[11:50] </w:t>
      </w:r>
      <w:r>
        <w:t>koi jawab dena hota tha to woh hamari help karte the.</w:t>
      </w:r>
    </w:p>
    <w:p>
      <w:pPr>
        <w:jc w:val="right"/>
      </w:pPr>
      <w:r>
        <w:t>कोई जवाब देना होता था तो वह हमारी help करते थे.</w:t>
      </w:r>
    </w:p>
    <w:p>
      <w:r>
        <w:rPr>
          <w:b/>
        </w:rPr>
        <w:t xml:space="preserve">[12:04] </w:t>
      </w:r>
      <w:r>
        <w:t>sirf ghar mein ghar ke kamon mein busy rehti thi. to woh jazba jo hai woh mission ki taraf mud gaya aur phir unhone bahut kaam kiya apne bachchon ko taiyar kiya. apne ghar walon ko taiyar kiya aur tarah tarah se unhone quran distribution ke tarike ek taiyar kiye.</w:t>
      </w:r>
    </w:p>
    <w:p>
      <w:pPr>
        <w:jc w:val="right"/>
      </w:pPr>
      <w:r>
        <w:t>सिर्फ घर में घर के कामों में busy रहती थी. तो वह जज़्बा जो है वह mission की तरफ मुड़ गया और फिर उन्होंने बहुत काम किया अपने बच्चों को तैयार किया. अपने घर वालों को तैयार किया और तरह तरह से उन्होंने कुरान distribution के तरीके एक तैयार किए.</w:t>
      </w:r>
    </w:p>
    <w:p>
      <w:r>
        <w:rPr>
          <w:b/>
        </w:rPr>
        <w:t xml:space="preserve">[12:24] </w:t>
      </w:r>
      <w:r>
        <w:t>ek jahan ek ek ek ka mujhe maloom hai ke unhone apne ghar ke bahar main gate par</w:t>
      </w:r>
    </w:p>
    <w:p>
      <w:pPr>
        <w:jc w:val="right"/>
      </w:pPr>
      <w:r>
        <w:t>एक जहां एक एक एक का मुझे मालूम है कि उन्होंने अपने घर के बाहर main gate पर</w:t>
      </w:r>
    </w:p>
    <w:p>
      <w:r>
        <w:rPr>
          <w:b/>
        </w:rPr>
        <w:t xml:space="preserve">[12:28] </w:t>
      </w:r>
      <w:r>
        <w:t>hi likh diya tha ek bada se takhti par free Quran.</w:t>
      </w:r>
    </w:p>
    <w:p>
      <w:pPr>
        <w:jc w:val="right"/>
      </w:pPr>
      <w:r>
        <w:t>ही लिख दिया था एक बड़ा से तख्ती पर free कुरान.</w:t>
      </w:r>
    </w:p>
    <w:p>
      <w:r>
        <w:rPr>
          <w:b/>
        </w:rPr>
        <w:t xml:space="preserve">[12:32] </w:t>
      </w:r>
      <w:r>
        <w:t>to free Quran available hai na poora likh diya tha to waise bar bar log aate hain free</w:t>
      </w:r>
    </w:p>
    <w:p>
      <w:pPr>
        <w:jc w:val="right"/>
      </w:pPr>
      <w:r>
        <w:t>तो free कुरान available है ना पूरा लिख दिया था तो वैसे बार बार लोग आते हैं free</w:t>
      </w:r>
    </w:p>
    <w:p>
      <w:r>
        <w:rPr>
          <w:b/>
        </w:rPr>
        <w:t xml:space="preserve">[12:37] </w:t>
      </w:r>
      <w:r>
        <w:t>Quran lene ke liye.</w:t>
      </w:r>
    </w:p>
    <w:p>
      <w:pPr>
        <w:jc w:val="right"/>
      </w:pPr>
      <w:r>
        <w:t>कुरान लेने के लिए.</w:t>
      </w:r>
    </w:p>
    <w:p>
      <w:r>
        <w:rPr>
          <w:b/>
        </w:rPr>
        <w:t xml:space="preserve">[12:41] </w:t>
      </w:r>
      <w:r>
        <w:t>Quran lene ke liye.</w:t>
      </w:r>
    </w:p>
    <w:p>
      <w:pPr>
        <w:jc w:val="right"/>
      </w:pPr>
      <w:r>
        <w:t>कुरान लेने के लिए.</w:t>
      </w:r>
    </w:p>
    <w:p>
      <w:r>
        <w:rPr>
          <w:b/>
        </w:rPr>
        <w:t xml:space="preserve">[12:46] </w:t>
      </w:r>
      <w:r>
        <w:t>to bahut hi creatively in logon ne kaam kiya.</w:t>
      </w:r>
    </w:p>
    <w:p>
      <w:pPr>
        <w:jc w:val="right"/>
      </w:pPr>
      <w:r>
        <w:t>तो बहुत ही creatively इन लोगों ने काम किया.</w:t>
      </w:r>
    </w:p>
    <w:p>
      <w:r>
        <w:rPr>
          <w:b/>
        </w:rPr>
        <w:t xml:space="preserve">[12:50] </w:t>
      </w:r>
      <w:r>
        <w:t>to jin logon ko urdu achhi aati thi unhon ne kitabon ki proofreading bhi ki.</w:t>
      </w:r>
    </w:p>
    <w:p>
      <w:pPr>
        <w:jc w:val="right"/>
      </w:pPr>
      <w:r>
        <w:t>तो जिन लोगों को उर्दू अच्छी आती थी उन्होंने किताबों की proofreading भी की.</w:t>
      </w:r>
    </w:p>
    <w:p>
      <w:r>
        <w:rPr>
          <w:b/>
        </w:rPr>
        <w:t xml:space="preserve">[12:55] </w:t>
      </w:r>
      <w:r>
        <w:t>to yeh bahut zyada ek dusre logo ke in ke experiences ko jab share kiya gaya to in logo ko bahut zyada woh hua. bahut zyada inspiration mila unko aur unko laga ki hum bhi kuch kaam kar sakte hain. program ke baad mere paas ek hamare nizamuuddin mein hi rehti hain reshma pradan. to woh mere paas aai ke jabki woh isse pehle woh apne ghar mein hi mazgool rehti thi.</w:t>
      </w:r>
    </w:p>
    <w:p>
      <w:pPr>
        <w:jc w:val="right"/>
      </w:pPr>
      <w:r>
        <w:t>तो यह बहुत ज़्यादा एक दूसरे लोगों के इन के experiences को जब share किया गया तो इन लोगों को बहुत ज़्यादा वह हुआ. बहुत ज़्यादा inspiration मिला उनको और उनको लगा कि हम भी कुछ काम कर सकते हैं. Program के बाद मेरे पास एक हमारे निज़ामुद्दीन में ही रहती हैं रेशमा प्रदान. तो वह मेरे पास आई के जबकि वह इससे पहले वह अपने घर में ही मज़गूल रहती थी.</w:t>
      </w:r>
    </w:p>
    <w:p>
      <w:r>
        <w:rPr>
          <w:b/>
        </w:rPr>
        <w:t xml:space="preserve">[13:23] </w:t>
      </w:r>
      <w:r>
        <w:t>to kuch kitabein wagera unhone padhi thi lekin mission mein is tarah ka involvement nahi tha woh. to program se woh itna mutasir hui ki woh mere paas aaenge main kis tarike se apne aap ko mission mein involve karoon aur apne bachchon ko bhi unhone unhone mission mein engage karne ke liye apni poori koshish ki.</w:t>
      </w:r>
    </w:p>
    <w:p>
      <w:pPr>
        <w:jc w:val="right"/>
      </w:pPr>
      <w:r>
        <w:t>तो कुछ किताबें वगैरह उन्होंने पढ़ी थी लेकिन mission में इस तरह का involvement नहीं था वह. तो program से वह इतना मुतास्सिर हुई कि वह मेरे पास आऐंगे मैं किस तरीके से अपने आपको mission में involve करूं और अपने बच्चों को भी उन्होंने उन्होंने mission में engage करने के लिए अपनी पूरी कोशिश की.</w:t>
      </w:r>
    </w:p>
    <w:p>
      <w:r>
        <w:rPr>
          <w:b/>
        </w:rPr>
        <w:t xml:space="preserve">[13:44] </w:t>
      </w:r>
      <w:r>
        <w:t>to yeh to meri ek mishal de rahi hai bahut sare bahut sare gents the jinhone aaye jab wahan par woh desk wahan laga to usmein ek ladies ka phir desk tha to wahan par log aaye ki hamare ghar ki auraton ko aap ismein shamil kariye, apne group mein shamil kariye, mission mein shamil kariye. to bahut zyada iska achha asar pada aur auraton ne yeh sabit kar diya ki woh bade bade kaam kar sakti hain.</w:t>
      </w:r>
    </w:p>
    <w:p>
      <w:pPr>
        <w:jc w:val="right"/>
      </w:pPr>
      <w:r>
        <w:t>तो यह तो मेरी एक मिशाल दे रही है बहुत सारे बहुत सारे gents थे जिन्होंने आए जब वहां पर वह desk वहां लगा तो उसमें एक ladies का फिर desk था तो वहां पर लोग आए कि हमारे घर की औरतों को आप इसमें शामिल करिए, अपने group में शामिल करिए, mission में शामिल करिए. तो बहुत ज़्यादा इसका अच्छा असर पड़ा और औरतों ने यह साबित कर दिया कि वह बड़े बड़े काम कर सकती हैं.</w:t>
      </w:r>
    </w:p>
    <w:p>
      <w:r>
        <w:rPr>
          <w:b/>
        </w:rPr>
        <w:t xml:space="preserve">[14:14] </w:t>
      </w:r>
      <w:r>
        <w:t>jaza kalraapa, bilkul sahi baat aapne batai ki humne witness kiya. bahut impactful session woh tha jismein bahut sari female members jo hain cps ki unhone apni journey ke bare mein bataya aur woh itni inspiring stories thi ki har aadmi usse inspire ho raha tha ki haan hum yeh kar sakte hain. to is baat se humein yeh samajh mein aata hai ki ismein koi gender bias nahi hai. har insaan ko jo hai woh male aur female alag alag kaam karna hai cps mission se jodkar.</w:t>
      </w:r>
    </w:p>
    <w:p>
      <w:pPr>
        <w:jc w:val="right"/>
      </w:pPr>
      <w:r>
        <w:t>जज़ा कल्रापा, बिल्कुल सही बात आपने बताई कि हमने witness किया. बहुत impactful session वह था जिसमें बहुत सारी female members जो हैं CPS की उन्होंने अपनी journey के बारे में बताया और वो इतनी inspiring stories थी कि हर आदमी उससे inspire हो रहा था कि हाँ हम ये कर सकते हैं. तो इस बात से हमें ये समझ में आता है कि इसमें कोई gender bias नहीं है. हर इंसान को जो है वो male और female अलग अलग काम करना है CPS mission से जोड़कर.</w:t>
      </w:r>
    </w:p>
    <w:p>
      <w:r>
        <w:rPr>
          <w:b/>
        </w:rPr>
        <w:t xml:space="preserve">[14:41] </w:t>
      </w:r>
      <w:r>
        <w:t>to yeh kafi inspiring raha sabke liye aur hum logon ne interact kiya to usmein pata laga. apa thoda sa aage chalte hain aur isse juda hua ek sawal hai jaisa aapne abhi thodi der pehle bataya ki stall lage the aur groups mein yeh discussion ho raha tha.</w:t>
      </w:r>
    </w:p>
    <w:p>
      <w:pPr>
        <w:jc w:val="right"/>
      </w:pPr>
      <w:r>
        <w:t>तो ये काफी inspiring रहा सबके लिए और हम लोगों ने interact किया तो उसमें पता लगा. आपा थोड़ा सा आगे चलते हैं और इससे जुड़ा हुआ एक सवाल है जैसा आपने अभी थोड़ी देर पहले बताया कि stall लगे थे और groups में ये discussion हो रहा था.</w:t>
      </w:r>
    </w:p>
    <w:p>
      <w:r>
        <w:rPr>
          <w:b/>
        </w:rPr>
        <w:t xml:space="preserve">[14:56] </w:t>
      </w:r>
      <w:r>
        <w:t>to kai sare workshop group alag alag topics pe apne stall lekar wahan baithe the aur wahan un logo ka interaction ho raha tha, usmein kariban chhah saat artificial intelligence aur delhi feedback team ya social media aur delhi ladies group is tarike ki kuch team thi. uske bare mein thoda sa bataiye aap.</w:t>
      </w:r>
    </w:p>
    <w:p>
      <w:pPr>
        <w:jc w:val="right"/>
      </w:pPr>
      <w:r>
        <w:t>तो कई सारे workshop group अलग अलग topics पे अपने stall लेकर वहाँ बैठे थे और वहाँ उन लोगों का interaction हो रहा था, उसमें करीबन छह सात artificial intelligence और delhi feedback team या social media और delhi ladies group इस तरीके की कुछ team थी. उसके बारे में थोड़ा सा बताइए आप.</w:t>
      </w:r>
    </w:p>
    <w:p>
      <w:r>
        <w:rPr>
          <w:b/>
        </w:rPr>
        <w:t xml:space="preserve">[15:16] </w:t>
      </w:r>
      <w:r>
        <w:t>ji yeh bahut achha kaam hua ki workshops wahan par banai gayi aur har group ke log alag alag ek desk par baithe taki unko usmein do maksad the. ek to volunteers maziid hasil karna aur doosre logon ke jo bhi doubts hon, jo bhi questions hon uska jawab dena.</w:t>
      </w:r>
    </w:p>
    <w:p>
      <w:pPr>
        <w:jc w:val="right"/>
      </w:pPr>
      <w:r>
        <w:t>जी यह बहुत अच्छा काम हुआ कि workshops वहां पर बनाई गई और हर group के लोग अलग अलग एक desk पर बैठे ताकि उनको उसमें दो मकसद थे. एक तो volunteers मज़ीद हासिल करना और दूसरे लोगों के जो भी doubts हों, जो भी questions हों उसका जवाब देना.</w:t>
      </w:r>
    </w:p>
    <w:p>
      <w:r>
        <w:rPr>
          <w:b/>
        </w:rPr>
        <w:t xml:space="preserve">[15:38] </w:t>
      </w:r>
      <w:r>
        <w:t>to usmein ab ek to artificial intelligence ka desk tha, ek team ka tha, puran project team tha, interfate team tha is tarike se. CPS ladies team thi yeh. to is tarike se bahut sare unhone banaye aur bahut zyada wahan logo ne bahut zyada interest liya. to iski wajah se bahut naye naye log usmein jude.</w:t>
      </w:r>
    </w:p>
    <w:p>
      <w:pPr>
        <w:jc w:val="right"/>
      </w:pPr>
      <w:r>
        <w:t>तो उसमें अब एक तो artificial intelligence का desk था, एक team का था, पुरान project team था, interfate team था इस तरीके से. CPS ladies team थी यह. तो इस तरीके से बहुत सारे उन्होंने बनाए और बहुत ज़्यादा वहां लोगों ने बहुत ज़्यादा interest लिया. तो इसकी वजह से बहुत नए नए लोग उसमें जुड़े.</w:t>
      </w:r>
    </w:p>
    <w:p>
      <w:r>
        <w:rPr>
          <w:b/>
        </w:rPr>
        <w:t xml:space="preserve">[16:02] </w:t>
      </w:r>
      <w:r>
        <w:t>to logo ko maine dekha ki logo ko bahut zyada iska ehsas hai ki itna zyada kaam hai itna sari duniya mein khuda ka kaam pahunchana. itna bada kaam hai to usko kis tarike se hum poora kar sakte hain. to woh ab kya kar sakte hain hum? dhoye hi kar sakte hain. to woh log bahut zyada iska ehsas unko tha ki hum kaise khuda ke samne khade honge ki agar hum is technology ko use na kar paye to hum kal khuda ke aage kya jawab denge?</w:t>
      </w:r>
    </w:p>
    <w:p>
      <w:pPr>
        <w:jc w:val="right"/>
      </w:pPr>
      <w:r>
        <w:t>तो लोगों को मैंने देखा कि लोगों को बहुत ज़्यादा इसका एहसास है कि इतना ज़्यादा काम है इतना सारी दुनिया में खुदा का काम पहुंचाना. इतना बड़ा काम है तो इसको किस तरीके से हम पूरा कर सकते हैं. तो वह अब क्या कर सकते हैं हम? धोए ही कर सकते हैं. तो वह लोग बहुत ज़्यादा इसका एहसास उनको था कि हम कैसे खुदा के सामने खड़े होंगे कि अगर हम इस technology को use ना कर पाए तो हम कल खुदा के आगे क्या जवाब देंगे?</w:t>
      </w:r>
    </w:p>
    <w:p>
      <w:r>
        <w:rPr>
          <w:b/>
        </w:rPr>
        <w:t xml:space="preserve">[16:30] </w:t>
      </w:r>
      <w:r>
        <w:t>to doctor junaid ne bhi yeh baat kahi, doctor nagma bhi yahi baat kehti hain ki hum khud aage aage kya jawab denge jab khud aane hamare paas. sari opportunities hamare samne kar di. sare masal ko hal kar diya. to ab humein sirf bahut aasani ke sath hum is kaam ko kar sakte hain. to yeh bahut zyada logo ko ehsas hua. tamami logo ko bahut zyada ehsas hua ki hum zyada se zyada apne aap ko mission mein involve karein.</w:t>
      </w:r>
    </w:p>
    <w:p>
      <w:pPr>
        <w:jc w:val="right"/>
      </w:pPr>
      <w:r>
        <w:t>तो doctor जुनैद ने भी यह बात कही, doctor नगमा भी यही बात कहती हैं कि हम खुद आगे आगे क्या जवाब देंगे जब खुद आने हमारे पास. सारी opportunities हमारे सामने कर दी. सारे मसाल को हल कर दिया. तो अब हमें सिर्फ बहुत आसानी के साथ हम इस काम को कर सकते हैं. तो यह बहुत ज़्यादा लोगों को एहसास हुआ. तमामी लोगों को बहुत ज़्यादा एहसास हुआ कि हम ज़्यादा से ज़्यादा अपने आप को mission में involve करें.</w:t>
      </w:r>
    </w:p>
    <w:p>
      <w:r>
        <w:rPr>
          <w:b/>
        </w:rPr>
        <w:t xml:space="preserve">[17:00] </w:t>
      </w:r>
      <w:r>
        <w:t>ab mission yahi hai ki maharanak literature ko digital world mein kaise use karein? kaise digitize karein? kyunki maharana ki bahut sari kitabein jo hain woh hath ki likhi hui hain. jab woh zamane mein jab katib likha karte the. to usko sara type karna. woh type karna bhi woh ek usmein bhi bahut time lagta hai.</w:t>
      </w:r>
    </w:p>
    <w:p>
      <w:pPr>
        <w:jc w:val="right"/>
      </w:pPr>
      <w:r>
        <w:t>अब mission यही है कि महाराणक literature को digital world में कैसे use करें? कैसे digitize करें? क्योंकि महाराणा की बहुत सारी किताबें जो हैं वह हाथ की लिखी हुई हैं. जब वह जमाने में जब कातिब लिखा करते थे. तो उसको सारा type करना. वह type करना भी वह एक उसमें भी बहुत time लगता है.</w:t>
      </w:r>
    </w:p>
    <w:p>
      <w:r>
        <w:rPr>
          <w:b/>
        </w:rPr>
        <w:t xml:space="preserve">[17:22] </w:t>
      </w:r>
      <w:r>
        <w:t>to usmein ab naye naye technology aa gayi hai ki usko hum jaise pehle scan karte the to scan jo hai woh searchable nahi tha. lekin ab nai nai technology aa gayi hai to hum usko scan hi ki tarah se us par kaam hota hai lekin woh searchable ho jata hai. jab tak searchable na ho tab tak hum aage usko forward nahi kar sakte usko different group mein daal nahi sakte. to yeh cheez bahut hi aasan ho gayi hai.</w:t>
      </w:r>
    </w:p>
    <w:p>
      <w:pPr>
        <w:jc w:val="right"/>
      </w:pPr>
      <w:r>
        <w:t>तो उसमें अब नए नए technology आ गई है कि उसको हम जैसे पहले scan करते थे तो scan जो है वह searchable नहीं था. लेकिन अब नई नई technology आ गई है तो हम उसको scan ही कि तरह से उस पर काम होता है लेकिन वह searchable हो जाता है. जब तक searchable ना हो तब तक हम आगे उसको forward नहीं कर सकते उसको different group में डाल नहीं सकते. तो यह चीज़ बहुत ही आसान हो गई है.</w:t>
      </w:r>
    </w:p>
    <w:p>
      <w:r>
        <w:rPr>
          <w:b/>
        </w:rPr>
        <w:t xml:space="preserve">[17:51] </w:t>
      </w:r>
      <w:r>
        <w:t>to isse humein yeh bhi maloom hua ki hum log jo hain jo hum we are not lagging behind. hum log technology ka istemal kar rahe hain khastemal par. bombay ke log jo hain ismein bahut zyada keen interest dikha rahe hain technology ke istemal mein. polma team ne jo kaam kiya hai wahi hai ki jo marana ki literature hai usko preserve karna. ab usko computerize karna. usko digitize karna.</w:t>
      </w:r>
    </w:p>
    <w:p>
      <w:pPr>
        <w:jc w:val="right"/>
      </w:pPr>
      <w:r>
        <w:t>तो इससे हमें यह भी मालूम हुआ कि हम लोग जो हैं जो हम we are not lagging behind. हम लोग technology का इस्तेमाल कर रहे हैं खास्तेमाल पर. बम्बई के लोग जो हैं इसमें बहुत ज़्यादा keen interest दिखा रहे हैं technology के इस्तेमाल में. पोलमा team ने जो काम किया है वही है कि जो माराना की literature है उसको preserve करना. अब उसको computerize करना. उसको digitize करना.</w:t>
      </w:r>
    </w:p>
    <w:p>
      <w:r>
        <w:rPr>
          <w:b/>
        </w:rPr>
        <w:t xml:space="preserve">[18:18] </w:t>
      </w:r>
      <w:r>
        <w:t>kyunki iske baad bhi bahut kuch usko proofreading wagera karni padti hai. to uske liye woh apne aap ko khas to faiyyar gumri sahab, iqbal sahab aur farad sahab. to yeh sare log jo hai bahut zyada ismein lage hue hain din raat aur moharana ke literature ko preserve kar rahe hain aur iske liye artificial intelligence ke liye istemal karne ke liye poori tarike se woh taiyari kar rahe hain.</w:t>
      </w:r>
    </w:p>
    <w:p>
      <w:pPr>
        <w:jc w:val="right"/>
      </w:pPr>
      <w:r>
        <w:t>क्योंकि इसके बाद भी बहुत कुछ उसको proofreading वगैरह करनी पड़ती है. तो उसके लिए वह अपने आप को खास तो फैयार गुमरी साहब, इकबाल साहब और फराद साहब. तो यह सारे लोग जो है बहुत ज़्यादा इसमें लगे हुए हैं दिन रात और मोहराना के literature को preserve कर रहे हैं और इसके लिए artificial intelligence के लिए इस्तेमाल करने के लिए पूरी तरीके से वो तैयारी कर रहे हैं.</w:t>
      </w:r>
    </w:p>
    <w:p>
      <w:r>
        <w:rPr>
          <w:b/>
        </w:rPr>
        <w:t xml:space="preserve">[18:46] </w:t>
      </w:r>
      <w:r>
        <w:t>to yeh bahut sara wahan kaam hua main to mukht sir sab bata rahi hoon aap ise aur batana chahein to bataiye.</w:t>
      </w:r>
    </w:p>
    <w:p>
      <w:pPr>
        <w:jc w:val="right"/>
      </w:pPr>
      <w:r>
        <w:t>तो ये बहुत सारा वहाँ काम हुआ मैं तो मुख्त sir सब बता रही हूँ आप इसे और बताना चाहें तो बताइए.</w:t>
      </w:r>
    </w:p>
    <w:p>
      <w:r>
        <w:rPr>
          <w:b/>
        </w:rPr>
        <w:t xml:space="preserve">[18:53] </w:t>
      </w:r>
      <w:r>
        <w:t>ji apa ye bilkul sahi baat aapki hai hamne jo experience kiya alag alag workshop sessions jo hue</w:t>
      </w:r>
    </w:p>
    <w:p>
      <w:pPr>
        <w:jc w:val="right"/>
      </w:pPr>
      <w:r>
        <w:t>जी आपा ये बिल्कुल सही बात आपकी है हमने जो experience किया अलग अलग workshop sessions जो हुए</w:t>
      </w:r>
    </w:p>
    <w:p>
      <w:r>
        <w:rPr>
          <w:b/>
        </w:rPr>
        <w:t xml:space="preserve">[19:02] </w:t>
      </w:r>
      <w:r>
        <w:t>poore is conference mein, usmein log logon ka kaafi interaction raha aur ismein kaafi faayda yeh hua ke</w:t>
      </w:r>
    </w:p>
    <w:p>
      <w:pPr>
        <w:jc w:val="right"/>
      </w:pPr>
      <w:r>
        <w:t>पूरे इस conference में, उसमें लोग लोगों का काफी interaction रहा और इसमें काफी फ़ायदा यह हुआ के</w:t>
      </w:r>
    </w:p>
    <w:p>
      <w:r>
        <w:rPr>
          <w:b/>
        </w:rPr>
        <w:t xml:space="preserve">[19:11] </w:t>
      </w:r>
      <w:r>
        <w:t>log jo jaan rahe hain ke kis tareeqe se technology aage leke ja rahi hai ya koi aur</w:t>
      </w:r>
    </w:p>
    <w:p>
      <w:pPr>
        <w:jc w:val="right"/>
      </w:pPr>
      <w:r>
        <w:t>लोग जो जान रहे हैं कि किस तरीके से technology आगे लेके जा रही है या कोई और</w:t>
      </w:r>
    </w:p>
    <w:p>
      <w:r>
        <w:rPr>
          <w:b/>
        </w:rPr>
        <w:t xml:space="preserve">[19:20] </w:t>
      </w:r>
      <w:r>
        <w:t>team usmein jude aur jab unhon ne discussion kiya to unko is baat ki aur gehrai ke baare mein</w:t>
      </w:r>
    </w:p>
    <w:p>
      <w:pPr>
        <w:jc w:val="right"/>
      </w:pPr>
      <w:r>
        <w:t>team उसमें जुड़े और जब उन्होंने discussion किया तो उनको इस बात की और गहराई के बारे में</w:t>
      </w:r>
    </w:p>
    <w:p>
      <w:r>
        <w:rPr>
          <w:b/>
        </w:rPr>
        <w:t xml:space="preserve">[19:29] </w:t>
      </w:r>
      <w:r>
        <w:t>maloom pada ke haan unko is cheez ke saath jud ke aage wo kaise contribute kar sakte hain.</w:t>
      </w:r>
    </w:p>
    <w:p>
      <w:pPr>
        <w:jc w:val="right"/>
      </w:pPr>
      <w:r>
        <w:t>मालूम पड़ा कि हाँ उनको इस चीज़ के साथ जुड़ के आगे वो कैसे contribute कर सकते हैं.</w:t>
      </w:r>
    </w:p>
    <w:p>
      <w:r>
        <w:rPr>
          <w:b/>
        </w:rPr>
        <w:t xml:space="preserve">[19:38] </w:t>
      </w:r>
      <w:r>
        <w:t>to yeh bahut achha session raha. jo technology hamari hai usmein Mumbai team ne teen char usmein unhone jaise ChatGPT ya chatbot ke bare mein bataya, uske alawa mein kis tarike se technology use karke aap translate kar sakte hain, transcript kar sakte hain, audio video ko kis tarike se use kiya ja sakta hai, jismein manual intervention hamara thoda kam ho jata hai aur hum kam samay mein zyada se zyada productive kaam kar sakte hain.</w:t>
      </w:r>
    </w:p>
    <w:p>
      <w:pPr>
        <w:jc w:val="right"/>
      </w:pPr>
      <w:r>
        <w:t>तो यह बहुत अच्छा session रहा. जो technology हमारी है उसमें Mumbai team ने तीन चार उसमें उन्होंने जैसे ChatGPT या chatbot के बारे में बताया, उसके अलावा में किस तरीके से technology use करके आप translate कर सकते हैं, transcript कर सकते हैं, audio video को किस तरीके से use किया जा सकता है, जिसमें manual intervention हमारा थोड़ा कम हो जाता है और हम कम समय में ज़्यादा से ज़्यादा productive काम कर सकते हैं.</w:t>
      </w:r>
    </w:p>
    <w:p>
      <w:r>
        <w:rPr>
          <w:b/>
        </w:rPr>
        <w:t xml:space="preserve">[20:05] </w:t>
      </w:r>
      <w:r>
        <w:t>to jis tareeqe se Maulana ne hamesha kaha tha ke literature ko humko phaila dena hai, to yeh</w:t>
      </w:r>
    </w:p>
    <w:p>
      <w:pPr>
        <w:jc w:val="right"/>
      </w:pPr>
      <w:r>
        <w:t>तो जिस तरीके से मुलाना ने हमेशा कहा था कि literature को हमको फैला देना है, तो यह</w:t>
      </w:r>
    </w:p>
    <w:p>
      <w:r>
        <w:rPr>
          <w:b/>
        </w:rPr>
        <w:t xml:space="preserve">[20:15] </w:t>
      </w:r>
      <w:r>
        <w:t>kaafi achha workshop session raha humne yeh experience kiya apa aur Allah taala sabko in sabke kaamon ko</w:t>
      </w:r>
    </w:p>
    <w:p>
      <w:pPr>
        <w:jc w:val="right"/>
      </w:pPr>
      <w:r>
        <w:t>काफी अच्छा workshop session रहा हमने यह experience किया आपा और अल्लाह तालाह सबको इन सबके कामों को</w:t>
      </w:r>
    </w:p>
    <w:p>
      <w:r>
        <w:rPr>
          <w:b/>
        </w:rPr>
        <w:t xml:space="preserve">[20:26] </w:t>
      </w:r>
      <w:r>
        <w:t>kabul farmae aur aage leke jaye hamari dua bhi hai.</w:t>
      </w:r>
    </w:p>
    <w:p>
      <w:pPr>
        <w:jc w:val="right"/>
      </w:pPr>
      <w:r>
        <w:t>कबूल फरमाए और आगे लेकर जाए हमारी दुआ भी है.</w:t>
      </w:r>
    </w:p>
    <w:p>
      <w:r>
        <w:rPr>
          <w:b/>
        </w:rPr>
        <w:t xml:space="preserve">[20:37] </w:t>
      </w:r>
      <w:r>
        <w:t>papa isi ke regarding ek agla sawal tha jo bahut ahum sawal tha ki CPS ulema team ne do sessions is conference mein liye. to hum janna chahte ki aap uske bare mein kya batana chahenge kis tarike se jo hai woh kafi impactful session tha? seekhe sumit ulle bati mein. to yeh umri hazrat jo hain jo usmein kai log shamil hain to in logo ko Maulana ne bahut khas training di thi.</w:t>
      </w:r>
    </w:p>
    <w:p>
      <w:pPr>
        <w:jc w:val="right"/>
      </w:pPr>
      <w:r>
        <w:t>Papa इसी के regarding एक अगला सवाल था जो बहुत अहम् सवाल था कि CPS उलेमा team ने दो sessions इस conference में लिए. तो हम जानना चाहते कि आप उसके बारे में क्या बताना चाहेंगे किस तरीके से जो है वह काफी impactful session था? सीखे सुमित उल्ले बाटी में. तो यह उम्री हज़रत जो हैं जो उसमें कई लोग शामिल हैं तो इन लोगों को मौलाना ने बहुत खास training दी थी.</w:t>
      </w:r>
    </w:p>
    <w:p>
      <w:r>
        <w:rPr>
          <w:b/>
        </w:rPr>
        <w:t xml:space="preserve">[21:05] </w:t>
      </w:r>
      <w:r>
        <w:t>yeh log ek ek hafta das din aate the delhi mein rehte the aur subah shaam unki sessions hote the. to is tarike se woh bilkul trained hain. bilkul taiyar hain is kaam ko aage badhane ke liye. to in logo ne zyada tar tarj mein ke kaam shuru kiye hain. tilgu, tamil, kannad, yeh sare tarj mein quran ke bhi tarj mein kar rahe hain aur bahut sari kitabon ke bhi tarj mein kar rahe hain.</w:t>
      </w:r>
    </w:p>
    <w:p>
      <w:pPr>
        <w:jc w:val="right"/>
      </w:pPr>
      <w:r>
        <w:t>यह लोग एक एक हफ्ता दस दिन आते थे दिल्ली में रहते थे और सुबह शाम उनकी sessions होते थे. तो इस तरीके से वह बिल्कुल trained हैं. बिल्कुल तैयार हैं इस काम को आगे बढ़ाने के लिए. तो इन लोगों ने ज़्यादातर तर्ज में के काम शुरू किए हैं. तिलगु, तमिल, कन्नड, यह सारे तर्ज में कुरान के भी तर्ज में करा रहे हैं और बहुत सारी किताबों के भी तर्ज में करा रहे हैं.</w:t>
      </w:r>
    </w:p>
    <w:p>
      <w:r>
        <w:rPr>
          <w:b/>
        </w:rPr>
        <w:t xml:space="preserve">[21:31] </w:t>
      </w:r>
      <w:r>
        <w:t>to ek to unka kaam translations ka hai aur doosre jo hai quran ka aur doosre literature ka woh distribution karte hain. to jagah jagah khaas taur par book fairs mein jaate hain. to book fairs mein bahut zyada kaam ho jata hai.</w:t>
      </w:r>
    </w:p>
    <w:p>
      <w:pPr>
        <w:jc w:val="right"/>
      </w:pPr>
      <w:r>
        <w:t>तो एक तो उनका काम translations का है और दूसरे जो है कुरान का और दूसरे literature का वह distribution करते हैं. तो जगह जगह खास तौर पर book fairs में जाते हैं. तो book fairs में बहुत ज़्यादा काम हो जाता है.</w:t>
      </w:r>
    </w:p>
    <w:p>
      <w:r>
        <w:rPr>
          <w:b/>
        </w:rPr>
        <w:t xml:space="preserve">[21:47] </w:t>
      </w:r>
      <w:r>
        <w:t>phir audio books hain jo hai usmein khaas taur par abdul salam umri sahab jo hai woh kitab ke audio books tayyar kar rahe hain kyunke aajkal logon ke bahut zyada time car mein istemal hota hai. to wahan par woh yeh apna sunte rehte hain kitabein. to zamane ke lihaz se sab tayyari yeh log kar rahe hain. to mulaqatein karte hain. Book fairs mein bahut logon se mulaqatein hoti hain.</w:t>
      </w:r>
    </w:p>
    <w:p>
      <w:pPr>
        <w:jc w:val="right"/>
      </w:pPr>
      <w:r>
        <w:t>फिर audio books हैं जो है उसमें खास तौर पर अब्दुल सलाम उम्री साहब जो है वह किताब के audio books तैयार कर रहे हैं क्योंकि आजकल लोगों के बहुत ज़्यादा time car में इस्तेमाल होता है. तो वहां पर वह यह अपना सुनते रहते हैं किताबें. तो जमाने के लिहाज से सब तैयारी यह लोग कर रहे हैं. तो मुलाक़ातें करते हैं. Book fairs में बहुत लोगों से मुलाक़ातें होती हैं.</w:t>
      </w:r>
    </w:p>
    <w:p>
      <w:r>
        <w:rPr>
          <w:b/>
        </w:rPr>
        <w:t xml:space="preserve">[22:16] </w:t>
      </w:r>
      <w:r>
        <w:t>to is tarike se isi wajah se pehle ke muqable mein halaat bahut badal gaye hain. ek zamana tha jabki sari duniya mein mukhalifat ho rahi thi. ek baar maulana birmingham mein ek jab masjid mein namaz jama padhne gaye. to wahan se jab bahar nikle to poster maulana ke khilaf bant raha tha. to aap isse samajh sakte hain ki sari duniya mein mukalibat ho rahi thi. lekin aaj sari duniya mein acceptance hai.</w:t>
      </w:r>
    </w:p>
    <w:p>
      <w:pPr>
        <w:jc w:val="right"/>
      </w:pPr>
      <w:r>
        <w:t>तो इस तरीके से इसी वजह से पहले के मुकाबले में हालात बहुत बदल गए हैं. एक जमाना था जबकि सारी दुनिया में मुखालफत हो रही थी. एक बार मौलाना बर्मिलगम में एक जब मस्जिद में नमाज़ जमा पड़ने गए. तो वहां से जब बाहर निकले तो poster मौलाना के खिलाफ बंट रहा था. तो आप इससे समझ सकते हैं कि सारी दुनिया में मुकालिबत हो रही थी. लेकिन आज सारी दुनिया में acceptance है.</w:t>
      </w:r>
    </w:p>
    <w:p>
      <w:r>
        <w:rPr>
          <w:b/>
        </w:rPr>
        <w:t xml:space="preserve">[22:45] </w:t>
      </w:r>
      <w:r>
        <w:t>log isko samajh rahe hain, padh rahe hain aur is mission ko lekar aage badh rahe hain. to ismein maurana hazrat ka jo hai bahut bada role hai. bahut sare log hain ismein. khatib umri sahab hain. bahut sare log hain jinhone is kaam ko aage badhaya hai aur arwishala ke jo purane shumare the woh wahi kitab kitabat ke daur ke the. to usko bhi woh karwa rahe hain type karwa rahe hain.</w:t>
      </w:r>
    </w:p>
    <w:p>
      <w:pPr>
        <w:jc w:val="right"/>
      </w:pPr>
      <w:r>
        <w:t>लोग इसको समझ रहे हैं, पढ़ रहे हैं और इस mission को लेकर आगे बढ़ रहे हैं. तो इसमें मौराना हज़रत का जो है बहुत बड़ा role है. बहुत सारे लोग हैं इसमें. खतीब उम्री साहब हैं. बहुत सारे लोग हैं जिन्होंने इस काम को आगे बढ़ाया है और अर्विशाला के जो पुराने शुमारे थे वह वही किताब किताबत के दौर के थे. तो उसको भी वह करवा रहे हैं type करवा रहे हैं.</w:t>
      </w:r>
    </w:p>
    <w:p>
      <w:r>
        <w:rPr>
          <w:b/>
        </w:rPr>
        <w:t xml:space="preserve">[23:11] </w:t>
      </w:r>
      <w:r>
        <w:t>woh type karna to koi bhi professional kar sakta hai lekin phir uski sari checking karni padti hai. to usmein bahut time lagana padta hai. phir iske alawa woh log Zoom meeting karte hain. to umra ulma jo hai umri hazrat jo hai woh Zoom meeting karte hain. to usmein mangne ki koi kitab lekar ke usko thoda thoda padhte hain aur us par discussion karte hain. is tarike se woh log apne aap ko mzid tayyar kar rahe hain.</w:t>
      </w:r>
    </w:p>
    <w:p>
      <w:pPr>
        <w:jc w:val="right"/>
      </w:pPr>
      <w:r>
        <w:t>वह type करना तो कोई भी professional कर सकता है लेकिन फिर उसकी सारी checking करनी पड़ती है. तो उसमें बहुत time लगाना पड़ता है. फिर इसके अलावा वह लोग Zoom meeting करते हैं. तो उम्रा ओलमा जो है उम्री हज़रात जो है वह Zoom meeting करते हैं. तो उसमें मांगने की कोई किताब लेकर के उसको थोड़ा थोड़ा पढ़ते हैं और उस पर discussion करते हैं. इस तरीके से वह लोग अपने आप को मज़ीद तैयार कर रहे हैं.</w:t>
      </w:r>
    </w:p>
    <w:p>
      <w:r>
        <w:rPr>
          <w:b/>
        </w:rPr>
        <w:t xml:space="preserve">[23:40] </w:t>
      </w:r>
      <w:r>
        <w:t>isi tarike se tazeer aur quran ka dobara usko computerize kiya gaya usko. phir uski proofreading ki gayi. kahin kahin kuch azaafe bhi kiye gaye jo mohrana ne baad mein kuch ayaton ko lekar articles likhe. to aur usmein agar zarurat samjhi gayi to usmein usmein azaafe kiye gaye. to yeh updation ka kaam bhi ulma hazarat ne kiya.</w:t>
      </w:r>
    </w:p>
    <w:p>
      <w:pPr>
        <w:jc w:val="right"/>
      </w:pPr>
      <w:r>
        <w:t>इसी तरीके से तस्कीर और कुरान का दोबारा उसको computerize किया गया उसको. फिर उसकी proofreading की गई. कहीं कहीं कुछ एज़ाफे भी किए गए जो मोहराना ने बाद में कुछ आयातों को लेकर articles लिखे. तो और उसमें अगर ज़रूरत समझी गई तो उसमें उसमें एज़ाफे किए गए. तो यह updation का काम भी ओलमा हज़ारात ने किया.</w:t>
      </w:r>
    </w:p>
    <w:p>
      <w:r>
        <w:rPr>
          <w:b/>
        </w:rPr>
        <w:t xml:space="preserve">[24:04] </w:t>
      </w:r>
      <w:r>
        <w:t>to is tarike se ulma hazarat jo hain bahut zyada kaam kar rahe hain aur is mission ko aage badhane mein unka bahut bada hath hai. ji raak allah aap ab bahut achhi tarike se aapne unka contribution mission ke liye bataya.</w:t>
      </w:r>
    </w:p>
    <w:p>
      <w:pPr>
        <w:jc w:val="right"/>
      </w:pPr>
      <w:r>
        <w:t>तो इस तरीके से ओलमा हज़रात जो हैं बहुत ज़्यादा काम कर रहे हैं और इस mission को आगे बढ़ाने में उनका बहुत बड़ा हाथ है. जी राक अल्लाह आप अब बहुत अच्छी तरीके से आपने उनका contribution mission के लिए बताया.</w:t>
      </w:r>
    </w:p>
    <w:p>
      <w:r>
        <w:rPr>
          <w:b/>
        </w:rPr>
        <w:t xml:space="preserve">[24:16] </w:t>
      </w:r>
      <w:r>
        <w:t>ek cheez humko yaad aa gayi apa ismein matlab jitna large level ka conference yeh tha certainly usmein</w:t>
      </w:r>
    </w:p>
    <w:p>
      <w:pPr>
        <w:jc w:val="right"/>
      </w:pPr>
      <w:r>
        <w:t>एक चीज़ हमको याद आ गई आपा इसमें मतलब जितना large level का conference यह था certainly उसमें</w:t>
      </w:r>
    </w:p>
    <w:p>
      <w:r>
        <w:rPr>
          <w:b/>
        </w:rPr>
        <w:t xml:space="preserve">[24:24] </w:t>
      </w:r>
      <w:r>
        <w:t>Allah ki madad bahut aayi aur jaisa aapne bataya ke Maulana ne kis tareeqe se trained kiya tha,</w:t>
      </w:r>
    </w:p>
    <w:p>
      <w:pPr>
        <w:jc w:val="right"/>
      </w:pPr>
      <w:r>
        <w:t>अल्लाह की मदद बहुत आई और जैसा आपने बताया कि मुलाना ने किस तरीके से trained किया था,</w:t>
      </w:r>
    </w:p>
    <w:p>
      <w:r>
        <w:rPr>
          <w:b/>
        </w:rPr>
        <w:t xml:space="preserve">[24:33] </w:t>
      </w:r>
      <w:r>
        <w:t>humko aisa laga wahan ke Maulana ke jo jo chhote chhote videos aur jo guidance CPS members ke</w:t>
      </w:r>
    </w:p>
    <w:p>
      <w:pPr>
        <w:jc w:val="right"/>
      </w:pPr>
      <w:r>
        <w:t>हमको ऐसा लगा वहां कि मौलाना के जो जो छोटे छोटे videos और जो guidance CPS members के</w:t>
      </w:r>
    </w:p>
    <w:p>
      <w:r>
        <w:rPr>
          <w:b/>
        </w:rPr>
        <w:t xml:space="preserve">[24:42] </w:t>
      </w:r>
      <w:r>
        <w:t>liye the, usmein aisa laga ke Maulana wahin par hain aur sabko bata rahe hain usi tareeqe se</w:t>
      </w:r>
    </w:p>
    <w:p>
      <w:pPr>
        <w:jc w:val="right"/>
      </w:pPr>
      <w:r>
        <w:t>लिए थे, उसमें ऐसा लगा कि मौलाना वहीं पर हैं और सबको बता रहे हैं उसी तरीके से</w:t>
      </w:r>
    </w:p>
    <w:p>
      <w:r>
        <w:rPr>
          <w:b/>
        </w:rPr>
        <w:t xml:space="preserve">[24:50] </w:t>
      </w:r>
      <w:r>
        <w:t>aur yeh experience kiya gaya ke apa isi se ek judta hua sawal hai hamara ke CPS mission</w:t>
      </w:r>
    </w:p>
    <w:p>
      <w:pPr>
        <w:jc w:val="right"/>
      </w:pPr>
      <w:r>
        <w:t>और यह experience किया गया कि आपा इसी से एक जुड़ता हुआ सवाल है हमारा कि CPS mission</w:t>
      </w:r>
    </w:p>
    <w:p>
      <w:r>
        <w:rPr>
          <w:b/>
        </w:rPr>
        <w:t xml:space="preserve">[24:59] </w:t>
      </w:r>
      <w:r>
        <w:t>desh videsh mein kaam kar raha hai aur team alag alag tareeqe se kaam kar rahi hai.</w:t>
      </w:r>
    </w:p>
    <w:p>
      <w:pPr>
        <w:jc w:val="right"/>
      </w:pPr>
      <w:r>
        <w:t>देश विदेश में काम कर रहा है और team अलग अलग तरीके से काम कर रही है.</w:t>
      </w:r>
    </w:p>
    <w:p>
      <w:r>
        <w:rPr>
          <w:b/>
        </w:rPr>
        <w:t xml:space="preserve">[25:08] </w:t>
      </w:r>
      <w:r>
        <w:t>bahut sari team creatively mission ko aage lekar ja rahi hai. usmein se ek team CPS USA ki bhi hai. to hum aapse sunna chahenge ki CPS USA team ke bare mein aap kya batana chahenge? yeh to bahut zabardast team hai. jab allessala english shuru hua tha shayad 84 mein, nahi nahi aur pehle.</w:t>
      </w:r>
    </w:p>
    <w:p>
      <w:pPr>
        <w:jc w:val="right"/>
      </w:pPr>
      <w:r>
        <w:t>बहुत सारी team creatively mission को आगे लेकर जा रही है. उसमें से एक team CPS USA की भी है. तो हम आपसे सुनना चाहेंगे कि CPS USA team के बारे में आप क्या बताना चाहेंगे? यह तो बहुत ज़बरदस्त team है. जब अल्लेसाला english शुरू हुआ था शायद 84 में, नहीं नहीं और पहले.</w:t>
      </w:r>
    </w:p>
    <w:p>
      <w:r>
        <w:rPr>
          <w:b/>
        </w:rPr>
        <w:t xml:space="preserve">[25:32] </w:t>
      </w:r>
      <w:r>
        <w:t>allessala english jab shuru hua tha to us waqt khwaja kalimuddin sahab jo USA team ke chapter head hain to woh Nigerian rehte the. us waqt bhi woh alsala english ka version Nigeria se nikalte the. ekdam shuru se woh is mission mein involve hain. bahut zyada dynamic aadmi hai woh. bahut zyada apna waqt jo hai woh isi mein lagate hain.</w:t>
      </w:r>
    </w:p>
    <w:p>
      <w:pPr>
        <w:jc w:val="right"/>
      </w:pPr>
      <w:r>
        <w:t>अल्लासाला english जब शुरू हुआ था तो उस वक्त खाजा कलीमुद्दीन साहब जो USA team के chapter head हैं तो वह Nigerian रहते थे. उस वक्त भी वह अलसाला english का version Nigeria से निकालते थे. एकदम शुरू से वह इस mission में involve हैं. बहुत ज़्यादा dynamic आदमी है वह. बहुत ज़्यादा अपना वक्त जो है वह इसी में लगाते हैं.</w:t>
      </w:r>
    </w:p>
    <w:p>
      <w:r>
        <w:rPr>
          <w:b/>
        </w:rPr>
        <w:t xml:space="preserve">[26:00] </w:t>
      </w:r>
      <w:r>
        <w:t>to unka kaam bahut hi organized tarike se hota hai. unke paas bahut bada ghar hai usmein ek basement hai. to us basement mein woh baqayda wahan par kaam hota hai. sari bahut badi taadad mein woh mangate hain. quran aur doosra literature woh sab basement mein rakha rehta hai.</w:t>
      </w:r>
    </w:p>
    <w:p>
      <w:pPr>
        <w:jc w:val="right"/>
      </w:pPr>
      <w:r>
        <w:t>तो उनका काम बहुत ही organized तरीके से होता है. उनके पास बहुत बड़ा घर है उसमें एक basement है. तो उस basement में वह बाक़ायदा वहां पर काम होता है. सारी बहुत बड़ी तादाद में वह मंगाते हैं. कुरान और दूसरा literature वह सब basement में रखा रहता है.</w:t>
      </w:r>
    </w:p>
    <w:p>
      <w:r>
        <w:rPr>
          <w:b/>
        </w:rPr>
        <w:t xml:space="preserve">[26:21] </w:t>
      </w:r>
      <w:r>
        <w:t>to woh sirf na sirf individuals ko dete hain balki bahut bulk mein Canada, Brazil aur Africa wagera jagah jagah unke bulk mein woh jaate hain. das das hazar copies quran ke log lene aate hain gaadiyon mein le lekar jaate hain. to bahut zyada woh kaam kar rahe hain. woh itna zyada quran ka kaam unhone kiya hai ki unka unko log quran maine hi kehne lage. to wahan bhi bahut sari ladies judi hui hain.</w:t>
      </w:r>
    </w:p>
    <w:p>
      <w:pPr>
        <w:jc w:val="right"/>
      </w:pPr>
      <w:r>
        <w:t>तो वह सिर्फ ना सिर्फ individuals को देते हैं बल्कि बहुत bulk में Canada, Brazil और Africa वगैरह जगह जगह उनके bulk में वो जाते हैं. दस दस हज़ार copies कुरान के लोग लेने आते हैं गाड़ियों में ले लेकर जाते हैं. तो बहुत ज़्यादा वो काम कर रहे हैं. वह इतना ज़्यादा कुरान का काम उन्होंने किया है कि उनका उनको लोग कुरान मैंने ही कहने लगे. तो वहां भी बहुत सारी ladies जुड़ी हुई हैं.</w:t>
      </w:r>
    </w:p>
    <w:p>
      <w:r>
        <w:rPr>
          <w:b/>
        </w:rPr>
        <w:t xml:space="preserve">[26:50] </w:t>
      </w:r>
      <w:r>
        <w:t>usmein khaas taur par Kausar Izhaar aur Zeeba apa jo hain musalsal ismein lagi rehti hain aur bahut</w:t>
      </w:r>
    </w:p>
    <w:p>
      <w:pPr>
        <w:jc w:val="right"/>
      </w:pPr>
      <w:r>
        <w:t>उसमें खास तौर पर कौसर इज़ार और जेबा अपा जो है मुसलसल इसमें लगी रहती है और बहुत</w:t>
      </w:r>
    </w:p>
    <w:p>
      <w:r>
        <w:rPr>
          <w:b/>
        </w:rPr>
        <w:t xml:space="preserve">[26:55] </w:t>
      </w:r>
      <w:r>
        <w:t>saari ladies hain.</w:t>
      </w:r>
    </w:p>
    <w:p>
      <w:pPr>
        <w:jc w:val="right"/>
      </w:pPr>
      <w:r>
        <w:t>सारी ladies हैं.</w:t>
      </w:r>
    </w:p>
    <w:p>
      <w:r>
        <w:rPr>
          <w:b/>
        </w:rPr>
        <w:t xml:space="preserve">[27:00] </w:t>
      </w:r>
      <w:r>
        <w:t>to yahan mukhtasar hum saare naam nahi de sakte hain.</w:t>
      </w:r>
    </w:p>
    <w:p>
      <w:pPr>
        <w:jc w:val="right"/>
      </w:pPr>
      <w:r>
        <w:t>तो यहां मुक्तसर हम सारे नाम नहीं दे सकते हैं.</w:t>
      </w:r>
    </w:p>
    <w:p>
      <w:r>
        <w:rPr>
          <w:b/>
        </w:rPr>
        <w:t xml:space="preserve">[27:05] </w:t>
      </w:r>
      <w:r>
        <w:t>to is tareeqe se wo taqreeban ek million Quran logon mein distribute kar chuke hain, kar chuke hain.</w:t>
      </w:r>
    </w:p>
    <w:p>
      <w:pPr>
        <w:jc w:val="right"/>
      </w:pPr>
      <w:r>
        <w:t>तो इस तरीके से वह तकरीबन एक million कुरान लोगों में distribute कर चुके हैं, कर चुके हैं.</w:t>
      </w:r>
    </w:p>
    <w:p>
      <w:r>
        <w:rPr>
          <w:b/>
        </w:rPr>
        <w:t xml:space="preserve">[27:10] </w:t>
      </w:r>
      <w:r>
        <w:t>to ab ek jo sports event aane wala hai FIFA world cup.</w:t>
      </w:r>
    </w:p>
    <w:p>
      <w:pPr>
        <w:jc w:val="right"/>
      </w:pPr>
      <w:r>
        <w:t>तो अब एक जो sports event आने वाला है FIFA world cup.</w:t>
      </w:r>
    </w:p>
    <w:p>
      <w:r>
        <w:rPr>
          <w:b/>
        </w:rPr>
        <w:t xml:space="preserve">[27:15] </w:t>
      </w:r>
      <w:r>
        <w:t>to wahan unhon ne yeh tay kiya hai ke ek million copies wahan distribute karenge.</w:t>
      </w:r>
    </w:p>
    <w:p>
      <w:pPr>
        <w:jc w:val="right"/>
      </w:pPr>
      <w:r>
        <w:t>तो वहां उन्होंने यह तय किया है कि एक million copies वहां distribute करेंगे.</w:t>
      </w:r>
    </w:p>
    <w:p>
      <w:r>
        <w:rPr>
          <w:b/>
        </w:rPr>
        <w:t xml:space="preserve">[27:21] </w:t>
      </w:r>
      <w:r>
        <w:t>to yeh jo c p s team ka jo program hua tha usmein aur bhi log shamil the usmein seema jalal jo doctor nagma ki sister hain. shahi dhanwar sahab aur gambia ke log bhi wahan aaye hue the.</w:t>
      </w:r>
    </w:p>
    <w:p>
      <w:pPr>
        <w:jc w:val="right"/>
      </w:pPr>
      <w:r>
        <w:t>तो यह जो c p s team का जो program हुआ था उसमें और भी लोग शामिल थे उसमें सीमा जलाल जो doctor नगमा की sister हैं. शाही धनवर साहब और गांबिया के लोग भी वहां आए हुए थे.</w:t>
      </w:r>
    </w:p>
    <w:p>
      <w:r>
        <w:rPr>
          <w:b/>
        </w:rPr>
        <w:t xml:space="preserve">[27:35] </w:t>
      </w:r>
      <w:r>
        <w:t>wo log bhi bahut mutassir hue to Seema Jalal jo hai wo Dubai mein bahut zyada unhon ne kaam</w:t>
      </w:r>
    </w:p>
    <w:p>
      <w:pPr>
        <w:jc w:val="right"/>
      </w:pPr>
      <w:r>
        <w:t>वह लोग भी बहुत मुतस्सीर हुए तो सीमा जलाल जो है वह Dubai में बहुत ज़्यादा उन्होंने काम</w:t>
      </w:r>
    </w:p>
    <w:p>
      <w:r>
        <w:rPr>
          <w:b/>
        </w:rPr>
        <w:t xml:space="preserve">[27:41] </w:t>
      </w:r>
      <w:r>
        <w:t>kiya hai aur jagah jagah unhon ne zyada hasil karke unhon ne Quran aur Maulana ki doosri kitabein wahan rakhwai</w:t>
      </w:r>
    </w:p>
    <w:p>
      <w:pPr>
        <w:jc w:val="right"/>
      </w:pPr>
      <w:r>
        <w:t>किया है और जगह जगह उन्होंने ज़्यादा थासिल करके उन्होंने कुरान और मौलाना के दूसरी किताबें वहां रखवाई</w:t>
      </w:r>
    </w:p>
    <w:p>
      <w:r>
        <w:rPr>
          <w:b/>
        </w:rPr>
        <w:t xml:space="preserve">[27:47] </w:t>
      </w:r>
      <w:r>
        <w:t>hain aur wahan bahut zyada wo pitabein nikalti hain to bhai museum wagera mein hotel hotels mein to</w:t>
      </w:r>
    </w:p>
    <w:p>
      <w:pPr>
        <w:jc w:val="right"/>
      </w:pPr>
      <w:r>
        <w:t>हैं और वहां बहुत ज़्यादा वह पिताबें निकलती हैं तो भाई museum वगैरह में hotel hotels में तो</w:t>
      </w:r>
    </w:p>
    <w:p>
      <w:r>
        <w:rPr>
          <w:b/>
        </w:rPr>
        <w:t xml:space="preserve">[27:53] </w:t>
      </w:r>
      <w:r>
        <w:t>ismein doctor Sani Snain Kha ka poora support rehta hai.</w:t>
      </w:r>
    </w:p>
    <w:p>
      <w:pPr>
        <w:jc w:val="right"/>
      </w:pPr>
      <w:r>
        <w:t>इसमें doctor सानी स्नैन खा का पूरा support रहता है.</w:t>
      </w:r>
    </w:p>
    <w:p>
      <w:r>
        <w:rPr>
          <w:b/>
        </w:rPr>
        <w:t xml:space="preserve">[27:59] </w:t>
      </w:r>
      <w:r>
        <w:t>to yeh log milkar wahan par kaam kar rahe hain.</w:t>
      </w:r>
    </w:p>
    <w:p>
      <w:pPr>
        <w:jc w:val="right"/>
      </w:pPr>
      <w:r>
        <w:t>तो यह लोग मिलकर वहां पर काम कर रहे हैं.</w:t>
      </w:r>
    </w:p>
    <w:p>
      <w:r>
        <w:rPr>
          <w:b/>
        </w:rPr>
        <w:t xml:space="preserve">[28:06] </w:t>
      </w:r>
      <w:r>
        <w:t>to in sab logon ne pledge kiya ki hum and jo hai kaam ko aur zyada aage badhayenge. to ast parved aaye the america se. to unhone kaha ki har minute ek copy quran ki distribute hoti hai.</w:t>
      </w:r>
    </w:p>
    <w:p>
      <w:pPr>
        <w:jc w:val="right"/>
      </w:pPr>
      <w:r>
        <w:t>तो इन सब लोगों ने pledge किया कि हम अंदा जो है काम को और ज़्यादा आगे बढ़ाएंगे. तो असत पर्वेद आए थे America से. तो उन्होंने कहा कि हर minute एक copy कुरान की distribute होती है.</w:t>
      </w:r>
    </w:p>
    <w:p>
      <w:r>
        <w:rPr>
          <w:b/>
        </w:rPr>
        <w:t xml:space="preserve">[28:19] </w:t>
      </w:r>
      <w:r>
        <w:t>unhone calculate kiya ki kitni copies jo hain woh hoti hain mahine mein farz kariye to unhone calculate karke bataya ki har minute ek copy jo hai distribute ho rahi hai to yeh CPS USA ka bahut bada kaam hai jo unhone sirf USA mein nahi balki kai countries mein unhone yeh sab kaam kiya hua hai.</w:t>
      </w:r>
    </w:p>
    <w:p>
      <w:pPr>
        <w:jc w:val="right"/>
      </w:pPr>
      <w:r>
        <w:t>उन्होंने calculate किया कि कितनी copies जो हैं वह होती हैं महीने में फर्ज़ करिए तो उन्होंने calculate करके बताया कि हर minute एक copy जो है distribute हो रही है तो यह CPS USA का बहुत बड़ा काम है जो उन्होंने सिर्फ USA में नहीं बल्कि कई countries में उन्होंने यह सब काम किया हुआ है.</w:t>
      </w:r>
    </w:p>
    <w:p>
      <w:r>
        <w:rPr>
          <w:b/>
        </w:rPr>
        <w:t xml:space="preserve">[28:42] </w:t>
      </w:r>
      <w:r>
        <w:t>ab to musalsal woh khwaja kalimuddin sahab musalsal safar par rehte hain aur yahi talash karte rehte hain. unke saath aur bhi log shamil hain. to woh log yahi talash karte rehte hain ki naye naye mawake kahan se hasil karen? naye naye log team members kahan se hasil karen?</w:t>
      </w:r>
    </w:p>
    <w:p>
      <w:pPr>
        <w:jc w:val="right"/>
      </w:pPr>
      <w:r>
        <w:t>अब तो मुसलसल वह खाजा कलीमुद्दीन साहब मुसलसल सफर पर रहते हैं और यही तलाश करते रहते हैं. उनके साथ और भी लोग शामिल हैं. तो वो लोग यही तलाश करते रहते हैं कि नए नए मवाके कहां से हासिल करें? नए नए लोग team members कहां से हासिल करें?</w:t>
      </w:r>
    </w:p>
    <w:p>
      <w:r>
        <w:rPr>
          <w:b/>
        </w:rPr>
        <w:t xml:space="preserve">[29:04] </w:t>
      </w:r>
      <w:r>
        <w:t>to is tarike se woh kaam kar rahe hain unko bahut sare unko support mil rahi hai har taraf se kyunke yeh khuda hi mission hai. support to har halat mein unko milegi. bas humein bas khade ho jana hai is kaam ke liye. ji, shukriya apa.</w:t>
      </w:r>
    </w:p>
    <w:p>
      <w:pPr>
        <w:jc w:val="right"/>
      </w:pPr>
      <w:r>
        <w:t>तो इस तरीके से वह काम कर रहे हैं उनको बहुत सारे उनको support मिल रही है हर तरफ से क्योंकि यह खुदा ही mission है. Support तो हर हालत में उनको मिलेगी. बस हमें बस खड़े हो जाना है इस काम के लिए. जी, शुक्रिया आपा.</w:t>
      </w:r>
    </w:p>
    <w:p>
      <w:r>
        <w:rPr>
          <w:b/>
        </w:rPr>
        <w:t xml:space="preserve">[29:21] </w:t>
      </w:r>
      <w:r>
        <w:t>aapne bilkul sahi bataya ki itna creatively sab log kaam kar rahe hain khaskar jo international team kis</w:t>
      </w:r>
    </w:p>
    <w:p>
      <w:pPr>
        <w:jc w:val="right"/>
      </w:pPr>
      <w:r>
        <w:t>आपने बिल्कुल सही बताया कि इतना creatively सब लोग काम कर रहे हैं खासकर जो international team किस</w:t>
      </w:r>
    </w:p>
    <w:p>
      <w:r>
        <w:rPr>
          <w:b/>
        </w:rPr>
        <w:t xml:space="preserve">[29:30] </w:t>
      </w:r>
      <w:r>
        <w:t>tareeke se kaam kar rahi hai aur hamein yaad hai ki unhone jo apna presentation dikhaya tha usmein</w:t>
      </w:r>
    </w:p>
    <w:p>
      <w:pPr>
        <w:jc w:val="right"/>
      </w:pPr>
      <w:r>
        <w:t>तरीके से काम कर रही है और हमें याद है कि उन्होंने जो अपना presentation दिखाया था उसमें</w:t>
      </w:r>
    </w:p>
    <w:p>
      <w:r>
        <w:rPr>
          <w:b/>
        </w:rPr>
        <w:t xml:space="preserve">[29:39] </w:t>
      </w:r>
      <w:r>
        <w:t>unhone do hazar pentalis tak ka plan kiya hua tha aur itna lamba arsa unhone plan karke dikhaya</w:t>
      </w:r>
    </w:p>
    <w:p>
      <w:pPr>
        <w:jc w:val="right"/>
      </w:pPr>
      <w:r>
        <w:t>उन्होंने दो हज़ार पैंतालीस तक का plan किया हुआ था और इतना लंबा अरसा उन्होंने plan करके दिखाया</w:t>
      </w:r>
    </w:p>
    <w:p>
      <w:r>
        <w:rPr>
          <w:b/>
        </w:rPr>
        <w:t xml:space="preserve">[29:49] </w:t>
      </w:r>
      <w:r>
        <w:t>ki hum ab har moment hum kya karne wale hain matlab har minute jaisa aap ne bhi bataya</w:t>
      </w:r>
    </w:p>
    <w:p>
      <w:pPr>
        <w:jc w:val="right"/>
      </w:pPr>
      <w:r>
        <w:t>कि हम अब हर moment हम क्या करने वाले हैं मतलब हर minute जैसा आप ने भी बताया</w:t>
      </w:r>
    </w:p>
    <w:p>
      <w:r>
        <w:rPr>
          <w:b/>
        </w:rPr>
        <w:t xml:space="preserve">[29:58] </w:t>
      </w:r>
      <w:r>
        <w:t>ki apa agla sawal jo mera hai wah bahut important sawal bhi hai aur unka kafi contribution bhi hai.</w:t>
      </w:r>
    </w:p>
    <w:p>
      <w:pPr>
        <w:jc w:val="right"/>
      </w:pPr>
      <w:r>
        <w:t>कि आपा अगला सवाल जो मेरा है वह बहुत important सवाल भी है और उनका काफी contribution भी है.</w:t>
      </w:r>
    </w:p>
    <w:p>
      <w:r>
        <w:rPr>
          <w:b/>
        </w:rPr>
        <w:t xml:space="preserve">[30:08] </w:t>
      </w:r>
      <w:r>
        <w:t>hamari senior CPS member hai miss sara fatima. sara apa jana jata hai ki woh bahut hi interface aur team building ke liye kaam karti hai. main hum chahenge ki aap unke bare mein kuch bataiye? unke bare mein to kuch kehna mushkil hi hai kyunke woh itna zyada kaam karti hain ki woh alfad mein hum usko describe bhi nahi kar sakte. to woh bangalore ki chapter head hai.</w:t>
      </w:r>
    </w:p>
    <w:p>
      <w:pPr>
        <w:jc w:val="right"/>
      </w:pPr>
      <w:r>
        <w:t>हमारी senior CPS member है miss सारा फातिमा. सारा अपा जाना जाता है कि वो बहुत ही interface और team building के लिए काम करती है. मैं हम चाहेंगे कि आप उनके बारे में कुछ बताइए? उनके बारे में तो कुछ कहना मुश्किल ही है क्योंकि वह इतना ज़्यादा काम करती हैं कि वह अल्फाद में हम उसको describe भी नहीं कर सकते. तो वह बैंगलोर की chapter head है.</w:t>
      </w:r>
    </w:p>
    <w:p>
      <w:r>
        <w:rPr>
          <w:b/>
        </w:rPr>
        <w:t xml:space="preserve">[30:36] </w:t>
      </w:r>
      <w:r>
        <w:t>unhone apne pure ghar ko center hi bana liya hai. keh rahi hai bas humne ek kona apne liye rakha hai baqi pura jo hai sab c p s ko de diya hai ki log aaye yahan baithe hain aur yahan training hasil karen, kaam karen. to pura unhone apne aap ko bhi waqt kar diya hai, apne ghar ko bhi waqt kar diya hai. is mission ke liye bahut bade paimane par din raat kaam karti hain. hum log heran hote hain ki kaise woh yeh sab karti hain?</w:t>
      </w:r>
    </w:p>
    <w:p>
      <w:pPr>
        <w:jc w:val="right"/>
      </w:pPr>
      <w:r>
        <w:t>उन्होंने अपने पूरे घर को center ही बना लिया है. कह रही है बस हमने एक कोना अपने लिए रखा है बाकी पूरा जो है सब c p s को दे दिया है कि लोग आए यहां बैठे हैं और यहां training हासिल करें, काम करें. तो पूरा उन्होंने अपने आप को भी वक्त कर दिया है, अपने घर को भी वक्त कर दिया है. इस mission के लिए बहुत बड़े पमाने पर दिन रात काम करती हैं. हम लोग हैरान होते हैं कि कैसे वह यह सब करती हैं?</w:t>
      </w:r>
    </w:p>
    <w:p>
      <w:r>
        <w:rPr>
          <w:b/>
        </w:rPr>
        <w:t xml:space="preserve">[31:04] </w:t>
      </w:r>
      <w:r>
        <w:t>kaise unki kaise unko kehti hain sote bhi bahut kam hain. do teen ghanta mushkil se woh soti hain. har waqt kaam karti rehti hain. koi bhi opportunity aati hai to usko miss nahi karti. to bahut sare unke christian organizations hain. to woh unko bulate hain. program mein wahan jaate hain. to program mein chahe winter faith ka program ho ya peace kab par program ho woh program mein jaati hain. islam ka view point present karti hain.</w:t>
      </w:r>
    </w:p>
    <w:p>
      <w:pPr>
        <w:jc w:val="right"/>
      </w:pPr>
      <w:r>
        <w:t>कैसे उनकी कैसे उनको कहती हैं सोते भी बहुत कम हैं. दो तीन घंटा मुश्किल से वह सोती हैं. हर वक्त काम करती रहती हैं. कोई भी opportunity आती है तो उसको miss नहीं करती. तो बहुत सारे उनके christian organizations हैं. तो वह उनको बुलाते हैं. Program में वहां जाते हैं. तो program में चाहे winter faith का program हो या peace कब पर program हो वह program में जाती हैं. इस्लाम का view point present करती हैं.</w:t>
      </w:r>
    </w:p>
    <w:p>
      <w:r>
        <w:rPr>
          <w:b/>
        </w:rPr>
        <w:t xml:space="preserve">[31:34] </w:t>
      </w:r>
      <w:r>
        <w:t>uske baad sab logon ke liye quran distribution hota hai aur jo khawas hote hain khas khas log hain unke liye. bahut sari murane ki kitabein le jati hain. library ke liye kitabein le jati hain. to is tarike se woh saare kaam kar rahi hain. bahut taqreeban hafte mein do teen program unka is tarike se ho jata hai. wahan ashram chunke bangalore ka area aisa hai wahan bahut zyada educated community hai. to wahan ashram bahut hain.</w:t>
      </w:r>
    </w:p>
    <w:p>
      <w:pPr>
        <w:jc w:val="right"/>
      </w:pPr>
      <w:r>
        <w:t>उसके बाद सब लोगों के लिए कुरान distribution होता है और जो खवास होते हैं खास खास लोग हैं उनके लिए. बहुत सारी मुराने की किताबें ले जाती हैं. Library के लिए किताबें ले जाती हैं. तो इस तरीके से वह सारे काम कर रही हैं. बहुत तकरीबन हफ्ते में दो तीन program उनका इस तरीके से हो जाता है. वहां आश्रम चूंकि बैंगलोर का area ऐसा है वहां बहुत ज़्यादा educated community है. तो वहां आश्रम बहुत हैं.</w:t>
      </w:r>
    </w:p>
    <w:p>
      <w:r>
        <w:rPr>
          <w:b/>
        </w:rPr>
        <w:t xml:space="preserve">[32:03] </w:t>
      </w:r>
      <w:r>
        <w:t>isaiidare hain. to ashram bhi jaati hain. wahan un logon ko se batchit karti hain. un logon ko maurana ki literature pesh karti hain. phir wahan par masjidon mein unke unki poori team hai. yeh nayat umri sahab hain aur poori team hai to unke zariye se woh jaati hain aur saath mein bhi jaate hain woh log. madarson mein jaate hain. masjidon mein jaate hain. libraryon mein jaate hain aur wahan woh sara literature mein pahunchati hain.</w:t>
      </w:r>
    </w:p>
    <w:p>
      <w:pPr>
        <w:jc w:val="right"/>
      </w:pPr>
      <w:r>
        <w:t>ईसाईदारे हैं. तो आश्रम भी जाती हैं. वहां उन लोगों को से बातचीत करती हैं. उन लोगों को मौराना की literature पेश करती हैं. फिर वहां पर मस्जिदों में उनके उनकी पूरी team है. यह नायत उम्री साहब है और पूरी team है तो उनके जरिए से वह जाती हैं और साथ में भी जाते हैं वह लोग. मदरसों में जाते हैं. मस्जिदों में जाते हैं. Libraryयों में जाते हैं और वहां वह सारा literature में पहुंचाती हैं.</w:t>
      </w:r>
    </w:p>
    <w:p>
      <w:r>
        <w:rPr>
          <w:b/>
        </w:rPr>
        <w:t xml:space="preserve">[32:31] </w:t>
      </w:r>
      <w:r>
        <w:t>to chunke woh pehle bhi woh college mein lecturer thi. to unko yeh sab tazarbhi hai. to woh college mein yeh school mein, university mein mustaqil program karti rehti hain. is par hi islam se related jo issues hain. phir unho ne spirit of islam usmein nikala. bahut mehnat se din raat usmein mehnat karti hain. kabhi koi galti usmein nahi nikalti. proof reading bhi das das baar woh karti hain.</w:t>
      </w:r>
    </w:p>
    <w:p>
      <w:pPr>
        <w:jc w:val="right"/>
      </w:pPr>
      <w:r>
        <w:t>तो चूंकि वह पहले भी वह college में lecturer थी. तो उनको यह सब तज़र भाभी है. तो वह college में यह school में, university में मुस्तकिल program करती रहती हैं. इस पर ही इस्लाम से related जो issues हैं. फिर उन्होंने spirit of इस्लाम उसमें निकाला. बहुत मेहनत से दिन रात उसमें मेहनत करती हैं. कभी कोई गलती उसमें नहीं निकलती. Proof reading भी दस दस बार वह करती हैं.</w:t>
      </w:r>
    </w:p>
    <w:p>
      <w:r>
        <w:rPr>
          <w:b/>
        </w:rPr>
        <w:t xml:space="preserve">[33:01] </w:t>
      </w:r>
      <w:r>
        <w:t>to ab yeh jab se lockdown hua tha corona to unho ne physical copy band kar diya ab website uski bana diya hai aur woh soft copy uski hai lekin woh usi tarike se abhi bhi nikal raha hai. aur khud bhi seminar organize karti hai. to jab maulana the to unho ne ek seminar ek interface ek ek program organize kiya tha uska c p s ke liye. to bahut zabardast program hua tha.</w:t>
      </w:r>
    </w:p>
    <w:p>
      <w:pPr>
        <w:jc w:val="right"/>
      </w:pPr>
      <w:r>
        <w:t>तो अब यह जब से lockdown हुआ था corona तो उन्होंने physical copy बंद कर दिया अब website उसकी बना दिया है और वो soft copy उसकी है लेकिन वो उसी तरीके से अभी भी निकल रहा है. और खुद भी seminar organize करती है. तो जब मौलाना थे तो उन्होंने एक seminar एक interface एक एक program organize किया था उसका c p s के लिए. तो बहुत ज़बरदस्त program हुआ था.</w:t>
      </w:r>
    </w:p>
    <w:p>
      <w:r>
        <w:rPr>
          <w:b/>
        </w:rPr>
        <w:t xml:space="preserve">[33:30] </w:t>
      </w:r>
      <w:r>
        <w:t>bahut sare log wahan aaye the aur bahut hi kamyab program hua tha. iske alawa woh zoom meetings karti hain. unka ek kaam yeh hai ki woh logon ko train karti hain. to naye naye log unke paas aate hain. to kabhi physical meeting hoti hai. kabhi zoom meeting hoti hai. to un logon ki training hoti hai. train karke unko dahi banana aur phir unke zariye se phir kaam ko aage badhana. to kaam yahi hai ki woh literature zyada se zyada distribute ho.</w:t>
      </w:r>
    </w:p>
    <w:p>
      <w:pPr>
        <w:jc w:val="right"/>
      </w:pPr>
      <w:r>
        <w:t>बहुत सारे लोग वहां आए थे और बहुत ही कामयाब program हुआ था. इसके अलावा वह zoom meetings करती हैं. उनका एक काम यह है कि वह लोगों को train करती हैं. तो नए नए लोग उनके पास आते हैं. तो कभी physical meeting होती है. कभी zoom meeting होती है. तो उन लोगों की training होती है. Train करके उनको दाई बनाना और फिर उनके जरिए से फिर काम को आगे बढ़ाना. तो काम यही है कि वह literature ज़्यादा से ज़्यादा distribute हो.</w:t>
      </w:r>
    </w:p>
    <w:p>
      <w:r>
        <w:rPr>
          <w:b/>
        </w:rPr>
        <w:t xml:space="preserve">[33:59] </w:t>
      </w:r>
      <w:r>
        <w:t>jab lockdown ke zamane mein bhi woh khamosh nahi baithti thi. two wheeler le kar ke chali jati thi jahan jahan jo colony mein jitna bhi ja sakti thi ja kar distribution karti thi. to woh bilkul ek bahut hi unique lady hain. unka to shayad koi comparison hi nahi hai. iske alawa woh kehti hai bahut sare woh bhi aur bhi log hai jo kehte hai hum apne doctors bhi badalte rehte hai.</w:t>
      </w:r>
    </w:p>
    <w:p>
      <w:pPr>
        <w:jc w:val="right"/>
      </w:pPr>
      <w:r>
        <w:t>जब lockdown के जमाने में भी वह खामोश नहीं बैठती थी. Two wheeler लेकर के चली जाती थी जहां जहां जो colony में जितना भी जा सकती थी जाकर distribution करती थी. तो वह बिल्कुल एक बहुत ही unique lady हैं. उनका तो शायद कोई comparison ही नहीं है. इसके अलावा वो कहती है बहुत सारे वो भी और भी लोग है जो कहते है हम अपने doctors भी बदलते रहते है.</w:t>
      </w:r>
    </w:p>
    <w:p>
      <w:r>
        <w:rPr>
          <w:b/>
        </w:rPr>
        <w:t xml:space="preserve">[34:29] </w:t>
      </w:r>
      <w:r>
        <w:t>taki har baar jab naye doctor yahan jayenge to unko uran pesh karenge, literature pesh karenge. to yahi woh bhi karti hai. doctors badalti hain, shop par jati hain. kabhi ek shop par jayengi, kabhi doosri shop par jayengi. taki mauka mile unko puran dene ka. koi bhi ghar mein aata hai jaise technicians waghera ghar mein aate hain. to unko unko thoda sa usko introduce karenge ki hum kya kaam kar rahe hain?</w:t>
      </w:r>
    </w:p>
    <w:p>
      <w:pPr>
        <w:jc w:val="right"/>
      </w:pPr>
      <w:r>
        <w:t>ताकि हर बार जब नए doctor यहां जाएंगे तो उनको उड़ान पेश करेंगे, literature पेश करेंगे. तो यही वो भी करती है. Doctors बदलती हैं, shop पर जाती हैं. कभी एक shop पर जाएंगी, कभी दूसरी shop पर जाएंगी. ताकि मौका मिले उनको पुरान देने का. कोई भी घर में आता है जैसे technicians वगैरह घर में आते हैं. तो उनको उनको थोड़ा सा उसको introduce करेंगे कि हम क्या काम कर रहे हैं?</w:t>
      </w:r>
    </w:p>
    <w:p>
      <w:r>
        <w:rPr>
          <w:b/>
        </w:rPr>
        <w:t xml:space="preserve">[34:58] </w:t>
      </w:r>
      <w:r>
        <w:t>phir unko literature dengi. ek baar yeh to bahut hi bahut hi ajeeb waqia hai ki ek baar ek baje raat ko kuch bahar bachche jo hain college ki college going girls aur boys jo hai na kuch zor zor bol rahe the to inki aankh khul gayi. to bahar nikli. ab koi bhi doosra hota to woh gussa hota ki tum log sone nahi de rahe ho hum log humein. woh gayi hai bahut hi beta beta keh kar unko baat ki ki wahan aa jao ghar ke andar aa jao.</w:t>
      </w:r>
    </w:p>
    <w:p>
      <w:pPr>
        <w:jc w:val="right"/>
      </w:pPr>
      <w:r>
        <w:t>फिर उनको literature देंगी. एक बार यह तो बहुत ही बहुत ही अजीब वाक्य है कि एक बार एक बजे रात को कुछ बाहर बच्चे जो हैं college की college going girls और boys जो है ना कुछ ज़ोर ज़ोर बोल रहे थे तो इनकी आंख खुल गई. तो बाहर निकली. अब कोई भी दूसरा होता तो वह गुस्सा होता कि तुम लोग सोने नहीं दे रहे हो हम लोग हमें. वह गई है बहुत ही बेटा बेटा कह कर उनको बात की कि वहां आ जाओ घर के अंदर आ जाओ.</w:t>
      </w:r>
    </w:p>
    <w:p>
      <w:r>
        <w:rPr>
          <w:b/>
        </w:rPr>
        <w:t xml:space="preserve">[35:28] </w:t>
      </w:r>
      <w:r>
        <w:t>yahan baith kar baat karo. phir unse baat ki unko apna mission bataya. unko kuch garmi ka zamana tha kuch thanda diya. uske baad unko literature diya. woh log itna mutasir hue unho ne kaha hum aapke college mein aapka lecture karayenge. to woh bilkul unique lady hain unko. unke liye hum bahut dawa karte hain allah taala. unse zyada se zyada kaam le le.</w:t>
      </w:r>
    </w:p>
    <w:p>
      <w:pPr>
        <w:jc w:val="right"/>
      </w:pPr>
      <w:r>
        <w:t>यहां बैठ कर बात करो. फिर उनसे बात की उनको अपना mission बताया. उनको कुछ गर्मी का ज़माना था कुछ ठंडा दिया. उसके बाद उनको literature दिया. वह लोग इतना मुतास्त्र हुए उन्होंने कहा हम आपके college में आपका lecture कराएंगे. तो वह बिल्कुल unique lady हैं उनको. उनके लिए हम बहुत द्वा करते हैं अल्लाह ताला. उनसे ज़्यादा से ज़्यादा काम ले लें.</w:t>
      </w:r>
    </w:p>
    <w:p>
      <w:r>
        <w:rPr>
          <w:b/>
        </w:rPr>
        <w:t xml:space="preserve">[35:54] </w:t>
      </w:r>
      <w:r>
        <w:t>to is tarike se woh christian unko regular classes ka bhi offer hai. christian institutes mein. to koi bhi offer jo hai woh mana nahi karti. jo bhi mauka mile woh usko kaam karti hain. travel bhi karti hain. travel karke bhi program mein jati hain aur wahan par program karti hain. yahan tak ke unho ne ek van liya tha ke van ke zariye se jagah jagah literature aur puran bhijvayenge.</w:t>
      </w:r>
    </w:p>
    <w:p>
      <w:pPr>
        <w:jc w:val="right"/>
      </w:pPr>
      <w:r>
        <w:t>तो इस तरीके से वह christian उनको regular classes का भी offer है. Christian institutes में. तो कोई भी offer जो है वो मना नहीं करती. जो भी मौका मिले वो उसको काम करती हैं. Travel भी करती हैं. Travel करके भी program में जाती हैं और वहां पर program करती हैं. यहां तक के उन्होंने एक van लिया था के van के जरिए से जगह जगह literature और पुरान भिजवाएंगे.</w:t>
      </w:r>
    </w:p>
    <w:p>
      <w:r>
        <w:rPr>
          <w:b/>
        </w:rPr>
        <w:t xml:space="preserve">[36:22] </w:t>
      </w:r>
      <w:r>
        <w:t>to ek van unki har hafte main sor jati thi wahan distribution karti thi. to is tarike se unka kaam bahut zyada hai allah talaha unko behe sahib aazar dein. shukriya apa, aap ne bahut hi achhe tarike se explain kiya ki sara apa kis tarike se kaam karti hain.</w:t>
      </w:r>
    </w:p>
    <w:p>
      <w:pPr>
        <w:jc w:val="right"/>
      </w:pPr>
      <w:r>
        <w:t>तो एक van उनकी हर हफ्ते मैं सोर जाती थी वहां distribution करती थी. तो इस तरीके से उनका काम बहुत ज़्यादा है अल्लाह तालाह उनको बेहे साहब आज़र दें. शुक्रिया आपा, आपने बहुत ही अच्छे तरीके से explain किया कि सारा आपा किस तरीके से काम करती हैं.</w:t>
      </w:r>
    </w:p>
    <w:p>
      <w:r>
        <w:rPr>
          <w:b/>
        </w:rPr>
        <w:t xml:space="preserve">[36:40] </w:t>
      </w:r>
      <w:r>
        <w:t>isme dekhne wali baat hai ki matlab jitni bhi hum teams ke bare mein baat kar rahe hain jis tarike se aap ne example diya ki sara apa ne badi achhi opportunity dhoondh li, usmein jo ek negative point ho sakta tha aur usko bhi positive mein convert kar diya.</w:t>
      </w:r>
    </w:p>
    <w:p>
      <w:pPr>
        <w:jc w:val="right"/>
      </w:pPr>
      <w:r>
        <w:t>इसमें देखने वाली बात है कि मतलब जितनी भी हम teams के बारे में बात कर रहे हैं जिस तरीके से आपने example दिया कि सारा आप ने बड़ी अच्छी opportunity ढूंढ ली, उसमें जो एक negative point हो सकता था और उसको भी positive में convert कर दिया.</w:t>
      </w:r>
    </w:p>
    <w:p>
      <w:r>
        <w:rPr>
          <w:b/>
        </w:rPr>
        <w:t xml:space="preserve">[37:09] </w:t>
      </w:r>
      <w:r>
        <w:t>to isi sawal se ek doosra, isi baat se ek doosra sawal bhi aata hai jo ki bahut important tha c p s peace conference ke liye bhi.</w:t>
      </w:r>
    </w:p>
    <w:p>
      <w:pPr>
        <w:jc w:val="right"/>
      </w:pPr>
      <w:r>
        <w:t>तो इसी सवाल से एक दूसरा, इसी बात से एक दूसरा सवाल भी आता है जो कि बहुत important था CPS peace conference के लिए भी.</w:t>
      </w:r>
    </w:p>
    <w:p>
      <w:r>
        <w:rPr>
          <w:b/>
        </w:rPr>
        <w:t xml:space="preserve">[37:18] </w:t>
      </w:r>
      <w:r>
        <w:t>apa doctor mathias talquist jo student mein ek university linkoping university mein professor hain aur inho ne molana par phd bhi kari hai aur he has come all the way from suden to give a talk in cpsp's conference on molana. so aap iske bare mein aap kuch bataiye.</w:t>
      </w:r>
    </w:p>
    <w:p>
      <w:pPr>
        <w:jc w:val="right"/>
      </w:pPr>
      <w:r>
        <w:t>आपा doctor Mathias Talquist जो student में एक university लिंकोपिंग university में professor हैं और इन्होंने मोलाना पर PhD भी करी है और he has come all the way from Suden to give a talk in CPSP's conference on मोलाना. So आप इसके बारे में आप कुछ बताइए.</w:t>
      </w:r>
    </w:p>
    <w:p>
      <w:r>
        <w:rPr>
          <w:b/>
        </w:rPr>
        <w:t xml:space="preserve">[37:43] </w:t>
      </w:r>
      <w:r>
        <w:t>jab molana ke paas yeh baar baar aaye aur bahut sare sawalat late the unka ek ghanta sawalat puchte the. to inki bahut zyada matlab bahar jo hai na is tarike se nai phd hoti hai ki kitabe padhi aur phd likh liya.</w:t>
      </w:r>
    </w:p>
    <w:p>
      <w:pPr>
        <w:jc w:val="right"/>
      </w:pPr>
      <w:r>
        <w:t>जब मुलाना के पास यह बार बार आए और बहुत सारे सवालात लाते थे उनका एक घंटा सवालात पूछते थे. तो इनकी बहुत ज़्यादा मतलब बाहर जो है ना इस तरीके से नई PhD होती है कि किताबें पढ़ी और PhD लिख लिया.</w:t>
      </w:r>
    </w:p>
    <w:p>
      <w:r>
        <w:rPr>
          <w:b/>
        </w:rPr>
        <w:t xml:space="preserve">[38:02] </w:t>
      </w:r>
      <w:r>
        <w:t>balki wahan jiske bare mein bhi hota hai kisi agar koi MRR hai unke bare mein ho ya</w:t>
      </w:r>
    </w:p>
    <w:p>
      <w:pPr>
        <w:jc w:val="right"/>
      </w:pPr>
      <w:r>
        <w:t>बल्कि वहां जिसके बारे में भी होता है किसी अगर कोई MRR है उनके बारे में हो या</w:t>
      </w:r>
    </w:p>
    <w:p>
      <w:r>
        <w:rPr>
          <w:b/>
        </w:rPr>
        <w:t xml:space="preserve">[38:08] </w:t>
      </w:r>
      <w:r>
        <w:t>koi bhi ho to wahan jaakar dekhna padta hai site par aur agar kisi shakhs ke bare mein</w:t>
      </w:r>
    </w:p>
    <w:p>
      <w:pPr>
        <w:jc w:val="right"/>
      </w:pPr>
      <w:r>
        <w:t>कोई भी हो तो वहां जाकर देखना पड़ता है site पर और अगर किसी शख्स के बारे में</w:t>
      </w:r>
    </w:p>
    <w:p>
      <w:r>
        <w:rPr>
          <w:b/>
        </w:rPr>
        <w:t xml:space="preserve">[38:14] </w:t>
      </w:r>
      <w:r>
        <w:t>usmein hai PhD mein to usse jaakar milna padta hai usse direct agar wah living hai to direct</w:t>
      </w:r>
    </w:p>
    <w:p>
      <w:pPr>
        <w:jc w:val="right"/>
      </w:pPr>
      <w:r>
        <w:t>उसमें है PhD में तो उससे जाकर मिलना पड़ता है उससे direct अगर वह living है तो direct</w:t>
      </w:r>
    </w:p>
    <w:p>
      <w:r>
        <w:rPr>
          <w:b/>
        </w:rPr>
        <w:t xml:space="preserve">[38:20] </w:t>
      </w:r>
      <w:r>
        <w:t>sawal jawab karke baaton ko gehrai se samajhna padta hai to wah isiliye bar bar wah aaye aur</w:t>
      </w:r>
    </w:p>
    <w:p>
      <w:pPr>
        <w:jc w:val="right"/>
      </w:pPr>
      <w:r>
        <w:t>सवाल जवाब करके बातों को गहराई से समझना पड़ता है तो वह इसीलिए बार बार वह आए और</w:t>
      </w:r>
    </w:p>
    <w:p>
      <w:r>
        <w:rPr>
          <w:b/>
        </w:rPr>
        <w:t xml:space="preserve">[38:26] </w:t>
      </w:r>
      <w:r>
        <w:t>unhone usko saare sawalaat ka samjha.</w:t>
      </w:r>
    </w:p>
    <w:p>
      <w:pPr>
        <w:jc w:val="right"/>
      </w:pPr>
      <w:r>
        <w:t>उन्होंने उसको सारे सवालात का समझा.</w:t>
      </w:r>
    </w:p>
    <w:p>
      <w:r>
        <w:rPr>
          <w:b/>
        </w:rPr>
        <w:t xml:space="preserve">[38:33] </w:t>
      </w:r>
      <w:r>
        <w:t>to unko jo khas baat yeh lagi molana ki kitne positively har baat ka jawab dete hain aur itna logical aur rational unke jawab baat hote hain. to yeh cheez se woh bahut mutasir hue. to woh unho ne bataya tha ki unke kamre mein do photo hain ek unki grandmother ka aur ek molana ka. jab bhi woh koi achha kaam karte hain to unhe lagta hai ki yeh log jo hain usko approve kar rahe hain. smile de rahe hain.</w:t>
      </w:r>
    </w:p>
    <w:p>
      <w:pPr>
        <w:jc w:val="right"/>
      </w:pPr>
      <w:r>
        <w:t>तो उनको जो खास बात यह लगी मौलाना कि कितने positively हर बात का जवाब देते हैं और इतना logical और rational उनके जवाब बात होते हैं. तो यह चीज़ से वह बहुत मुतासिर हुए. तो वह उन्होंने बताया था कि उनके कमरे में दो photo हैं एक उनकी grandmother का और एक मौलाना का. जब भी वह कोई अच्छा काम करते हैं तो उन्हें लगता है कि यह लोग जो है उसको approve कर रहे हैं. Smile दे रहे हैं.</w:t>
      </w:r>
    </w:p>
    <w:p>
      <w:r>
        <w:rPr>
          <w:b/>
        </w:rPr>
        <w:t xml:space="preserve">[39:02] </w:t>
      </w:r>
      <w:r>
        <w:t>to woh bahut zyada molana ko le kar ke emotional ho gaye the. baar baar ki unko bahut unko molana ki yaad aa rahi thi. to unho ne khas baat jo batayi ki unho ne apne students ko islam ke bare mein jo positive image jo unho ne gather ki molana ke literature se woh usko introduce karaya bar bar har mauke par.</w:t>
      </w:r>
    </w:p>
    <w:p>
      <w:pPr>
        <w:jc w:val="right"/>
      </w:pPr>
      <w:r>
        <w:t>तो वह बहुत ज़्यादा मौलाना को लेकर के emotional हो गए थे. बार बार कि उनको बहुत उनको मौलाना की याद आ रही थी. तो उन्होंने खास बात जो बताई कि उन्होंने अपने students को इस्लाम के बारे में जो positive image जो उन्होंने gather की मौराना के literature से वह उसको introduce कराया बार बार हर मौके पर.</w:t>
      </w:r>
    </w:p>
    <w:p>
      <w:r>
        <w:rPr>
          <w:b/>
        </w:rPr>
        <w:t xml:space="preserve">[39:27] </w:t>
      </w:r>
      <w:r>
        <w:t>kyunki unho ne kaha tha ki islam us zamane mein bahut zyada ek religion of violence ke taur par present kiya ja raha tha aur woh tha bhi kuch jihad waghera bahut zyada ho rahe the. to unho ne unhe samjha ki kuch different narrative le kar ke research ki jaye. to isiliye unho ne yeh maharana ke literature par research kiya.</w:t>
      </w:r>
    </w:p>
    <w:p>
      <w:pPr>
        <w:jc w:val="right"/>
      </w:pPr>
      <w:r>
        <w:t>क्योंकि उन्होंने कहा था कि इस्लाम उस जमाने में बहुत ज़्यादा एक religion of violence के तौर पर present किया जा रहा था और वह था भी कुछ जिहाद वगैरह बहुत ज़्यादा हो रहे थे. तो उनको उन्होंने समझा कि कुछ different narrative लेकर के research की जाए. तो इसलिए उन्होंने यह महाराना के literature पर research किया.</w:t>
      </w:r>
    </w:p>
    <w:p>
      <w:r>
        <w:rPr>
          <w:b/>
        </w:rPr>
        <w:t xml:space="preserve">[39:53] </w:t>
      </w:r>
      <w:r>
        <w:t>to unho ne jab jab kaam kiya to kafi mehnat se yeh log to bahut zyada mehnat se hi kaam karte hain. to maine pucha tha sawal ke phir aap ko uska kya result aaya? to unho ne kaha wo sodan mein jo quran burning case hua tha to us par musalmanon ka bahut hi violent reaction hua. to jagah jagah unho ne aag lagayi. unho ne uski tasviri bhi dikhayi thi.</w:t>
      </w:r>
    </w:p>
    <w:p>
      <w:pPr>
        <w:jc w:val="right"/>
      </w:pPr>
      <w:r>
        <w:t>तो उन्होंने जब जब काम किया तो काफी मेहनत से यह लोग तो बहुत ज़्यादा मेहनत से ही काम करते हैं. तो मैंने पुछा था सवाल के फिर आपको उसका क्या result आया? तो उन्होंने कहा वो सोडन में जो कुरान burning case हुआ था तो उस पर मुसलमानों का बहुत ही violent reaction हुआ. तो जगह जगह उन्होंने आग लगाई. उन्होंने उसकी तस्वीरी भी दिखाई थी.</w:t>
      </w:r>
    </w:p>
    <w:p>
      <w:r>
        <w:rPr>
          <w:b/>
        </w:rPr>
        <w:t xml:space="preserve">[40:17] </w:t>
      </w:r>
      <w:r>
        <w:t>to is par unho ne ek bahut important batayi ki yeh sab cheezein jo hai react karne ke liye nahi hoti balki woh, woh bait ke taur par hota hai jaise aap ko machhli marni hai to ek koi food jo hai na uske hook par laga dete hain to kyunki us taki woh aaye us par aur woh machhli ko catch kar sakein. to ek kissam ka ek layer hota hai woh. jaise aap chuha marna hota hai, usko chhapaana hota hai. to chuhedan par kuch khana rakh dete hain uske andar.</w:t>
      </w:r>
    </w:p>
    <w:p>
      <w:pPr>
        <w:jc w:val="right"/>
      </w:pPr>
      <w:r>
        <w:t>तो इस पर उन्होंने एक बहुत important बताई कि यह सब चीज़ें जो है react करने के लिए नहीं होती बल्कि वह, वह बेट के तौर पर होता है जैसे आपको मछली मारनी है तो एक कोई food जो है ना उसके hook पर लगा देते हैं तो क्योंकि उस ताकि वह आए उस पर और वह मछली को catch कर सकें. तो एक किस्म का एक layer होता है वह. जैसे आप चूहा मारना होता है, उसको छपासाना होता है. तो चूहेदान पर कुछ खाना रख देते हैं उसके अंदर.</w:t>
      </w:r>
    </w:p>
    <w:p>
      <w:r>
        <w:rPr>
          <w:b/>
        </w:rPr>
        <w:t xml:space="preserve">[40:45] </w:t>
      </w:r>
      <w:r>
        <w:t>to yeh hota hai woh keh rahe hain ki woh yeh yeh dikhana chahte hain ki musalman itna violent kyun hain? to woh musalman sabit kar dete ki hum bahut violent hain. zara zara si baat par bahut hi negatively react karte hain to unka purpose serve ho jata hai. to musalman ek unaware qaum hai. unko yeh baat ko samajhna hoga ki unka jo kya response hona chahiye aise mawke par.</w:t>
      </w:r>
    </w:p>
    <w:p>
      <w:pPr>
        <w:jc w:val="right"/>
      </w:pPr>
      <w:r>
        <w:t>तो यह होता है वह कह रहे हैं कि वह यह यह दिखाना चाहते हैं कि मुसलमान इतना violent क्यों हैं? तो वह मुसलमान साबित कर देते कि हम बहुत violent हैं. जरा जरा सी बात पर बहुत ही negatively react करते हैं तो उनका purpose serve हो जाता है. तो मुसलमान एक unaware कौम है. उनको यह बात को समझना होगा कि उनका जो क्या response होना चाहिए ऐसे मवाके पर.</w:t>
      </w:r>
    </w:p>
    <w:p>
      <w:r>
        <w:rPr>
          <w:b/>
        </w:rPr>
        <w:t xml:space="preserve">[41:10] </w:t>
      </w:r>
      <w:r>
        <w:t>to unho ne kaha hum itni koshish karte hain lekin woh koshishein jo hain woh sab bekar ho jati hain, nullify ho jati hain. to yeh unho ne bahut hi important baat batai thi kash ke musalman in baaton ko samajh sakein. agar musalman negatively react na karein to bahut teri se duniya ke halaat badal sakte hain. bilkul theek baat hai papa.</w:t>
      </w:r>
    </w:p>
    <w:p>
      <w:pPr>
        <w:jc w:val="right"/>
      </w:pPr>
      <w:r>
        <w:t>तो उन्होंने कहा हम इतनी कोशिश करते हैं लेकिन वह कोशिशें जो हैं वह सब बेकार हो जाती हैं, nullify हो जाती हैं. तो यह उन्होंने बहुत ही important बात बताई थी काश के मुसलमान इन बातों को समझ सकें. अगर मुसलमान negatively react ना करें तो बहुत तेरी से दुनिया के हालात बदल सकते हैं. बिल्कुल ठीक बात है papa.</w:t>
      </w:r>
    </w:p>
    <w:p>
      <w:r>
        <w:rPr>
          <w:b/>
        </w:rPr>
        <w:t xml:space="preserve">[41:32] </w:t>
      </w:r>
      <w:r>
        <w:t>shukriya aapne is baat ko bahut acche se wazeh kiya aur I think har kisi ke paas abhi</w:t>
      </w:r>
    </w:p>
    <w:p>
      <w:pPr>
        <w:jc w:val="right"/>
      </w:pPr>
      <w:r>
        <w:t>शुक्रिया आपने इस बात को बहुत अच्छे से वाज़े किया और I think हर किसी के पास अभी</w:t>
      </w:r>
    </w:p>
    <w:p>
      <w:r>
        <w:rPr>
          <w:b/>
        </w:rPr>
        <w:t xml:space="preserve">[41:39] </w:t>
      </w:r>
      <w:r>
        <w:t>yeh opportunity hai ki jis tareeke ki bhi platform create hote hain usmein aap kis tareeke se positively</w:t>
      </w:r>
    </w:p>
    <w:p>
      <w:pPr>
        <w:jc w:val="right"/>
      </w:pPr>
      <w:r>
        <w:t>यह opportunity है कि जिस तरीके की भी platform create होते हैं उसमें आप किस तरीके से positively</w:t>
      </w:r>
    </w:p>
    <w:p>
      <w:r>
        <w:rPr>
          <w:b/>
        </w:rPr>
        <w:t xml:space="preserve">[41:47] </w:t>
      </w:r>
      <w:r>
        <w:t>dawat ki cheezein dhoondh sakte hain aur jaise Maulana ne hamesha bataya ki positive outlook aur bahut sari</w:t>
      </w:r>
    </w:p>
    <w:p>
      <w:pPr>
        <w:jc w:val="right"/>
      </w:pPr>
      <w:r>
        <w:t>दावत की चीज़ें ढूंढ सकते हैं और जैसे मोलाना ने हमेशा बताया कि positive outlook और बहुत सारी</w:t>
      </w:r>
    </w:p>
    <w:p>
      <w:r>
        <w:rPr>
          <w:b/>
        </w:rPr>
        <w:t xml:space="preserve">[41:55] </w:t>
      </w:r>
      <w:r>
        <w:t>hamari aisi teams hain jo bahut alag alag level ke programs dawat ke silsile mein mission ko aage</w:t>
      </w:r>
    </w:p>
    <w:p>
      <w:pPr>
        <w:jc w:val="right"/>
      </w:pPr>
      <w:r>
        <w:t>हमारी ऐसी teams हैं जो बहुत अलग अलग level के programs दावत के सिलसिले में mission को आगे</w:t>
      </w:r>
    </w:p>
    <w:p>
      <w:r>
        <w:rPr>
          <w:b/>
        </w:rPr>
        <w:t xml:space="preserve">[42:03] </w:t>
      </w:r>
      <w:r>
        <w:t>le jaate hue kar rahi hain.</w:t>
      </w:r>
    </w:p>
    <w:p>
      <w:pPr>
        <w:jc w:val="right"/>
      </w:pPr>
      <w:r>
        <w:t>ले जाते हुए कर रही हैं.</w:t>
      </w:r>
    </w:p>
    <w:p>
      <w:r>
        <w:rPr>
          <w:b/>
        </w:rPr>
        <w:t xml:space="preserve">[42:11] </w:t>
      </w:r>
      <w:r>
        <w:t>to apa is se hamara sawal yeh hai ki bahut sari teams jinho ne c p s peace conference mein bhi participate kiya tha, mumbai team, calcutta team, rajouri team, ullema team, delhi team, bangalore team, patna team, bihar team, jamshedpur, saharanpur aur yeh sab log bahut hi organized tarike se apne apne kaam ko anjam de rahe hain. to iske bare mein aap kuch bataiye aap. to main thoda sa daily team ke bare mein batati hoon.</w:t>
      </w:r>
    </w:p>
    <w:p>
      <w:pPr>
        <w:jc w:val="right"/>
      </w:pPr>
      <w:r>
        <w:t>तो आपा इससे हमारा सवाल यह है कि बहुत सारी teams जिन्होंने CPS peace conference में भी participate किया था, Mumbai team, Calcutta team, रजोरी team, उल्लेमा team, दिल्ली team, बैंगलोर team, पटना team, बिहार team, जम्षेदपुर, सहारनपुर और ये सब लोग बहुत ही organized तरीके से अपने अपने काम को अंजाम दे रहे हैं. तो इसके बारे में आप कुछ बताइए आप. तो मैं थोड़ा सा daily team के बारे में बताती हूँ.</w:t>
      </w:r>
    </w:p>
    <w:p>
      <w:r>
        <w:rPr>
          <w:b/>
        </w:rPr>
        <w:t xml:space="preserve">[42:39] </w:t>
      </w:r>
      <w:r>
        <w:t>yahan to sabse shuru mein hi translation par bahut zyada focus tha. translation uske baad printing to good word ke zariye se sari kitabe print hoti rahi hai musalsal. to urdu ki kitab to as it is print hoti thi phir usko tarjama kiya jata tha. english mein to yeh zyada tarike se daily mein kaam hua. to phir arrsala moharane ke baad arrsala mein bahut bada contribution hai moharana.</w:t>
      </w:r>
    </w:p>
    <w:p>
      <w:pPr>
        <w:jc w:val="right"/>
      </w:pPr>
      <w:r>
        <w:t>यहाँ तो सबसे शुरू में ही translation पर बहुत ज़्यादा focus था. Translation उसके बाद printing तो good word के जरिए से सारी किताबें print होती रही है मुसलसल. तो उर्दू की किताब तो as it is print होती थी फिर उसको तरजमा किया जाता था. English में तो यह ज़्यादा तरीके से daily में काम हुआ. तो फिर अर्रसाला मोहराने के बाद अर्रसाला में बहुत बड़ा contribution है मोहराना.</w:t>
      </w:r>
    </w:p>
    <w:p>
      <w:r>
        <w:rPr>
          <w:b/>
        </w:rPr>
        <w:t xml:space="preserve">[43:06] </w:t>
      </w:r>
      <w:r>
        <w:t>farad umri ka woh musalsal usmein lage rehte hain. kyunki moharane ke bahut sari articles jo hai na unpublished hain. kitabe bhi taiyar karte rehte hain.</w:t>
      </w:r>
    </w:p>
    <w:p>
      <w:pPr>
        <w:jc w:val="right"/>
      </w:pPr>
      <w:r>
        <w:t>फराद उम्री का वह मसलसल उसमें लगे रहते हैं. क्योंकि मोहराने के बहुत सारी articles जो है ना unpublished हैं. किताबें भी तैयार करते रहते हैं.</w:t>
      </w:r>
    </w:p>
    <w:p>
      <w:r>
        <w:rPr>
          <w:b/>
        </w:rPr>
        <w:t xml:space="preserve">[43:33] </w:t>
      </w:r>
      <w:r>
        <w:t>Articles jo hai itne saare articles hain abhi unhone sabr aur shukr par article jama kiye aur ek kitaab bana di. Kyunke ek hai ke all sala mein alag alag articles aate hain to uska total impact utna nahi hota hai jab na aap kitaab ki shakal mein jab ek mukmal cheez aapke saamne aayegi to uska asar bahut zyada hota hai.</w:t>
      </w:r>
    </w:p>
    <w:p>
      <w:pPr>
        <w:jc w:val="right"/>
      </w:pPr>
      <w:r>
        <w:t>Articles जो है इतने सारे articles हैं अभी उन्होंने सब्र और शुक्र पर article जमा किए और एक किताब बना दी. क्योंकि एक है कि अल्ल साला में अलग अलग articles आते हैं तो उसका total impact उतना नहीं होता है जब ना आप किताब की शक्ल में जब एक मुक्माल चीज़ आपके सामने आएगी तो उसका असर बहुत ज़्यादा होता है.</w:t>
      </w:r>
    </w:p>
    <w:p>
      <w:r>
        <w:rPr>
          <w:b/>
        </w:rPr>
        <w:t xml:space="preserve">[43:55] </w:t>
      </w:r>
      <w:r>
        <w:t>Phir doctor nagma hai usmein khastar par woh websites ka kaam kar rahi hai aur unke unke paas bhi poori team hai. Faraz Khan hai aur yeh zyada main jaanti nahi website ke baare mein. To yeh cpsglobal.org. To is par bhi poori team kaam kar rahi hai.</w:t>
      </w:r>
    </w:p>
    <w:p>
      <w:pPr>
        <w:jc w:val="right"/>
      </w:pPr>
      <w:r>
        <w:t>फिर doctor नगमा है उसमें खास्तर पर वह websites का काम कर रही है और उनके उनके पास भी पूरी team है. फराज़ खान है और यह ज़्यादा मैं जानती नहीं website के बारे में. तो यह cpsglobal.org. तो इस पर भी पूरी team काम कर रही है.</w:t>
      </w:r>
    </w:p>
    <w:p>
      <w:r>
        <w:rPr>
          <w:b/>
        </w:rPr>
        <w:t xml:space="preserve">[44:15] </w:t>
      </w:r>
      <w:r>
        <w:t>To urdu hinday tarj mein ka jo kaam hai wo khurram kureyshi kar rahe hain wo usmein bahut din raat lage rehte hain aur na sirf alsala unhone nikala hindi mein balki wo bahut sari kitabon ke tarj mein unhone kuch tarj mein ho chuke the usko finalize kiya hai, kuch naye tarj mein karaye hain.</w:t>
      </w:r>
    </w:p>
    <w:p>
      <w:pPr>
        <w:jc w:val="right"/>
      </w:pPr>
      <w:r>
        <w:t>तो उर्दू हिंदे तर्ज में का जो काम है वो खुरम कुर्यशी कर रहे हैं वो उसमें बहुत दिन रात लगे रहते हैं और ना सिर्फ अलसाला उन्होंने निकाला हिंदी में बल्कि वो बहुत सारी किताबों के तर्ज में उन्होंने कुछ तर्ज में हो चुके थे उसको finalize किया है, कुछ नए तर्ज में कराए हैं.</w:t>
      </w:r>
    </w:p>
    <w:p>
      <w:r>
        <w:rPr>
          <w:b/>
        </w:rPr>
        <w:t xml:space="preserve">[44:34] </w:t>
      </w:r>
      <w:r>
        <w:t>To maunayk asal mein bahut zyada lectures hain, video lectures hain, audio lectures hain, taqreeban teen hazaar aur interview jab kar dete the woh ya koi log milne aate the to woh sab kuch record hota tha. Woh taqreeban paanch hazaar hain. To yeh sab cheezon ko finalize karna, usko edit karna, usko us par video banana, yeh sab kaam jo hai.</w:t>
      </w:r>
    </w:p>
    <w:p>
      <w:pPr>
        <w:jc w:val="right"/>
      </w:pPr>
      <w:r>
        <w:t>तो मौनायक असल में बहुत ज़्यादा lectures हैं, video lectures हैं, audio lectures हैं, तकरीबन तीन हज़ार और interview जब कर देते थे वह या कोई लोग मिलने आते थे तो वह सब कुछ record होता था. वह तकरीबन पांच हज़ार हैं. तो यह सब चीज़ों को finalize करना, उसको edit करना, उसको उस उस पर video बनाना, यह सब काम जो है.</w:t>
      </w:r>
    </w:p>
    <w:p>
      <w:r>
        <w:rPr>
          <w:b/>
        </w:rPr>
        <w:t xml:space="preserve">[45:04] </w:t>
      </w:r>
      <w:r>
        <w:t>To yeh edit jo editing ka kaam hai yeh ho raha hai aur uske baad yeh Sunday lectures barabar ho rahe hain. Phir monthly chapter meetings hoti hain usmein sabhi log shamil hote hain. Articles waqt waqt chhapte hain. Times of India ki jo speaking tree mein jab bhi woh mangte hain articles to taiyar karke diya jata hai. Ek hai sol veda yeh online magazine hai ismein articles aate rehte hain.</w:t>
      </w:r>
    </w:p>
    <w:p>
      <w:pPr>
        <w:jc w:val="right"/>
      </w:pPr>
      <w:r>
        <w:t>तो यह edit जो editing का काम है यह हो रहा है और उसके बाद यह Sunday lectures बराबर हो रहे हैं. फिर monthly chapter meetings होती है उसमें सभी लोग शामिल होते हैं. Articles वक्तं वक्तं छपते हैं. Times of India की जो speaking tree में जब भी वह मांगते हैं articles तो तैयार करके दिया जाता है. एक है सोल वेदा यह online magazine है इसमें articles आते रहते हैं.</w:t>
      </w:r>
    </w:p>
    <w:p>
      <w:r>
        <w:rPr>
          <w:b/>
        </w:rPr>
        <w:t xml:space="preserve">[45:33] </w:t>
      </w:r>
      <w:r>
        <w:t>Guardian's mein barabar articles aate hain. To yeh saare kaam jo hai yeh daily team kar rahi hai. To ismein khaas taur par puran ka kaam jo bahut bade paimane par hua hai yeh doctor sani snain khane kuch log unko unko bhi ek team mili hui hai sab log milkar yeh kaam kar rahe hain to bahut badi taadad mein puran different languages mein taiyar hue hain.</w:t>
      </w:r>
    </w:p>
    <w:p>
      <w:pPr>
        <w:jc w:val="right"/>
      </w:pPr>
      <w:r>
        <w:t>Guardian's में बराबर articles आते हैं. तो यह सारे काम जो है यह daily team कर रही है. तो इसमें खास तौर पर पुरान का काम जो बहुत बड़े पैमाने पर हुआ है यह doctor सानी स्नैन खाने कुछ लोग उनको उनको भी एक team मिली हुई है सब लोग मिलकर यह काम कर रहे हैं तो बहुत बड़ी तादाद में पुरान different languages में तैयार हुए हैं.</w:t>
      </w:r>
    </w:p>
    <w:p>
      <w:r>
        <w:rPr>
          <w:b/>
        </w:rPr>
        <w:t xml:space="preserve">[45:58] </w:t>
      </w:r>
      <w:r>
        <w:t>To kaam bahut bada hai lekin kaise kaam ho jata hai yeh siwai yeh iske alawa koi explanation nahi hai ke khuda ki madad hai. Warna itna bada kaam itne mamooli log kaise kar sakte hain? Jitne bade bade log the woh to sab politics mein chale gaye. Ab hum hi log reh gaye hain, hum hi logon ko yeh kaam karna hai khuda ki madad se. Bilkul theek baat apa.</w:t>
      </w:r>
    </w:p>
    <w:p>
      <w:pPr>
        <w:jc w:val="right"/>
      </w:pPr>
      <w:r>
        <w:t>तो काम बहुत बड़ा है लेकिन कैसे काम हो जाता है यह सिवाई यह इसके अलावा कोई explanation नहीं है कि खोदा की मदद है. वरना इतना बड़ा काम इतने मामूली लोग कैसे कर सकते हैं? जितने बड़े बड़े लोग थे वह तो सब politics में चले गए. अब हम ही लोग रह गए हैं, हम ही लोगों को यह काम करना है खोदा की मदद से. बिल्कुल ठीक बात आपा.</w:t>
      </w:r>
    </w:p>
    <w:p>
      <w:r>
        <w:rPr>
          <w:b/>
        </w:rPr>
        <w:t xml:space="preserve">[46:23] </w:t>
      </w:r>
      <w:r>
        <w:t>hum apna experience share karna chahenge ki hum Konan conference mein logistic sambhal rahe the aur wahan par</w:t>
      </w:r>
    </w:p>
    <w:p>
      <w:pPr>
        <w:jc w:val="right"/>
      </w:pPr>
      <w:r>
        <w:t>हम अपना experience share करना चाहेंगे कि हम कोनान conference में logistic संभाल रहे थे और वहां पर</w:t>
      </w:r>
    </w:p>
    <w:p>
      <w:r>
        <w:rPr>
          <w:b/>
        </w:rPr>
        <w:t xml:space="preserve">[46:35] </w:t>
      </w:r>
      <w:r>
        <w:t>humne dekha ki kai baar itni badi cheezon mein alag alag qism ki problem face aati hain to</w:t>
      </w:r>
    </w:p>
    <w:p>
      <w:pPr>
        <w:jc w:val="right"/>
      </w:pPr>
      <w:r>
        <w:t>हमने देखा कि कई बार इतनी बड़ी चीज़ों में अलग अलग किस्म की problem face आती हैं तो</w:t>
      </w:r>
    </w:p>
    <w:p>
      <w:r>
        <w:rPr>
          <w:b/>
        </w:rPr>
        <w:t xml:space="preserve">[46:48] </w:t>
      </w:r>
      <w:r>
        <w:t>jo sara apa ne last mein dua kari thi conclude karte hue aur wo bahut acchi dua thi</w:t>
      </w:r>
    </w:p>
    <w:p>
      <w:pPr>
        <w:jc w:val="right"/>
      </w:pPr>
      <w:r>
        <w:t>जो सारा आपा ने last में दुआ करी थी conclude करते हुए और वो बहुत अच्छी दुआ थी</w:t>
      </w:r>
    </w:p>
    <w:p>
      <w:r>
        <w:rPr>
          <w:b/>
        </w:rPr>
        <w:t xml:space="preserve">[47:00] </w:t>
      </w:r>
      <w:r>
        <w:t>aur unhone ro ro kar dua kari aur ye feeling aayi ki unki ek ek dua ko farishte</w:t>
      </w:r>
    </w:p>
    <w:p>
      <w:pPr>
        <w:jc w:val="right"/>
      </w:pPr>
      <w:r>
        <w:t>और उन्होंने रो रो कर दुआ करी और ये feeling आई कि उनकी एक एक दुआ को फरिश्ते</w:t>
      </w:r>
    </w:p>
    <w:p>
      <w:r>
        <w:rPr>
          <w:b/>
        </w:rPr>
        <w:t xml:space="preserve">[47:13] </w:t>
      </w:r>
      <w:r>
        <w:t>Allah tak lekar ja rahe aur un tak pahuncha rahe hain ke paas unhein jagah mile is kaam</w:t>
      </w:r>
    </w:p>
    <w:p>
      <w:pPr>
        <w:jc w:val="right"/>
      </w:pPr>
      <w:r>
        <w:t>अल्लाह तक लेकर जा रहे और उन तक पहुंचा रहे हैं के पास उन्हें जगह मिले इस काम</w:t>
      </w:r>
    </w:p>
    <w:p>
      <w:r>
        <w:rPr>
          <w:b/>
        </w:rPr>
        <w:t xml:space="preserve">[47:25] </w:t>
      </w:r>
      <w:r>
        <w:t>ko karte hue.</w:t>
      </w:r>
    </w:p>
    <w:p>
      <w:pPr>
        <w:jc w:val="right"/>
      </w:pPr>
      <w:r>
        <w:t>को करते हुए.</w:t>
      </w:r>
    </w:p>
    <w:p>
      <w:r>
        <w:rPr>
          <w:b/>
        </w:rPr>
        <w:t xml:space="preserve">[47:38] </w:t>
      </w:r>
      <w:r>
        <w:t>To yeh bahut ahum dua thi sara apa ki jo last mein unhone kari. Apa ab ek aakhri sawal is abhi session main thoda team ke baare mein. Ji ji ji. Aur batana tha woh. Ji. Reh gaya beach mein. Ji ji aap aap batao aap please bata dijiye. Main main sab bahut sari teams hi wahan thi. To hum bahut detail mein to sab bata bhi nahi sakte to. Ek main jaise ek Calcutta Team hai. To kolkatta mein to bahut zyada kaam ho raha hai.</w:t>
      </w:r>
    </w:p>
    <w:p>
      <w:pPr>
        <w:jc w:val="right"/>
      </w:pPr>
      <w:r>
        <w:t>तो यह बहुत अहम् दुआ थी सारा आपा की जो last में उन्होंने करी. आपा अब एक आखिरी सवाल इस अभी session मैं थोड़ा team के बारे में. जी जी जी. और बताना था वह. जी. रह गया beach में. जी जी आप आप आप बताओ आप please बता दीजिए. मैं मैं सब बहुत सारी teams ही वहां थी. तो हम बहुत detail में तो सब बता भी नहीं सकते तो. एक मैं जैसे एक Calcutta Team है. तो कलकत्ता में तो बहुत ज़्यादा काम हो रहा है.</w:t>
      </w:r>
    </w:p>
    <w:p>
      <w:r>
        <w:rPr>
          <w:b/>
        </w:rPr>
        <w:t xml:space="preserve">[48:05] </w:t>
      </w:r>
      <w:r>
        <w:t>Ek baar sane snain ne khyaab dekha tha balki unhone bar bar yeh khyaab dekha ki ek map hai India ka aur usmein aero bana hua hai North East ki taraf. To yeh bar bar khap dekha iska matlab kuch ismein koi bahut hi significant dream tha yeh. To us ilake mein jo hai bahut zyada North East mein kaafi kaam karne ki logon ko ehsaas hua. To unhone jo kolkatta team bahut zyada active hai.</w:t>
      </w:r>
    </w:p>
    <w:p>
      <w:pPr>
        <w:jc w:val="right"/>
      </w:pPr>
      <w:r>
        <w:t>एक बार साने स्नैन ने ख्याब देखा था बल्कि उन्होंने बार बार यह ख्याब देखा कि एक map है India का और उसमें aero बना हुआ है North East की तरफ. तो यह बार बार खाप देखा इसका मतलब कुछ इसमें कोई बहुत ही significant dream था यह. तो उस इलाके में जो है बहुत ज़्यादा North East में काफी काम करने की लोगों को एहसास हुआ. तो उन्होंने जो कलकत्ता team बहुत ज़्यादा active है.</w:t>
      </w:r>
    </w:p>
    <w:p>
      <w:r>
        <w:rPr>
          <w:b/>
        </w:rPr>
        <w:t xml:space="preserve">[48:34] </w:t>
      </w:r>
      <w:r>
        <w:t>to unhone tarj mein Quran ke karaye different languages mein.</w:t>
      </w:r>
    </w:p>
    <w:p>
      <w:pPr>
        <w:jc w:val="right"/>
      </w:pPr>
      <w:r>
        <w:t>तो उन्होंने तर्ज में पुरान के कराए different languages में.</w:t>
      </w:r>
    </w:p>
    <w:p>
      <w:r>
        <w:rPr>
          <w:b/>
        </w:rPr>
        <w:t xml:space="preserve">[48:42] </w:t>
      </w:r>
      <w:r>
        <w:t>aur kitabon ke tarj mein karaye unhone.</w:t>
      </w:r>
    </w:p>
    <w:p>
      <w:pPr>
        <w:jc w:val="right"/>
      </w:pPr>
      <w:r>
        <w:t>और किताबों के तर्ज में कराए उन्होंने.</w:t>
      </w:r>
    </w:p>
    <w:p>
      <w:r>
        <w:rPr>
          <w:b/>
        </w:rPr>
        <w:t xml:space="preserve">[48:50] </w:t>
      </w:r>
      <w:r>
        <w:t>yahan wahan se to Bangladesh bhi wahan par contact rehta hai kitabon ka.</w:t>
      </w:r>
    </w:p>
    <w:p>
      <w:pPr>
        <w:jc w:val="right"/>
      </w:pPr>
      <w:r>
        <w:t>यहां वहां से तो बांग्लादेश भी वहां पर contact रहता है किताबों का.</w:t>
      </w:r>
    </w:p>
    <w:p>
      <w:r>
        <w:rPr>
          <w:b/>
        </w:rPr>
        <w:t xml:space="preserve">[48:58] </w:t>
      </w:r>
      <w:r>
        <w:t>to wahan par Age of Peace aur Profit of Age of Peace aur shat mein rasool aur bhi</w:t>
      </w:r>
    </w:p>
    <w:p>
      <w:pPr>
        <w:jc w:val="right"/>
      </w:pPr>
      <w:r>
        <w:t>तो वहां पर Age of Peace और Profit of Age of Peace और शत में रसूल और भी</w:t>
      </w:r>
    </w:p>
    <w:p>
      <w:r>
        <w:rPr>
          <w:b/>
        </w:rPr>
        <w:t xml:space="preserve">[49:06] </w:t>
      </w:r>
      <w:r>
        <w:t>kai kitabein unhone kai kitabein batai thi.</w:t>
      </w:r>
    </w:p>
    <w:p>
      <w:pPr>
        <w:jc w:val="right"/>
      </w:pPr>
      <w:r>
        <w:t>कई किताबें उन्होंने कई किताबें बताई थी.</w:t>
      </w:r>
    </w:p>
    <w:p>
      <w:r>
        <w:rPr>
          <w:b/>
        </w:rPr>
        <w:t xml:space="preserve">[49:14] </w:t>
      </w:r>
      <w:r>
        <w:t>Aur quran ka kaam to kamal ho gaya hai. Tazkir ul quran par bhi kaam ho raha hai. To ismein mustafa kamal haider sahab aur mohib din bhai jo hai unka bahut bada contribution hai. Kai zamano mein asami zuban khansi mein ghaliya ki zuban hai, manipuri zuban hai. To yeh log jo hain bakhada na sirf kitabein articles tarjama articles bhi tarjama kar rahe hain akhbaron mein.</w:t>
      </w:r>
    </w:p>
    <w:p>
      <w:pPr>
        <w:jc w:val="right"/>
      </w:pPr>
      <w:r>
        <w:t>और कुरान का काम तो कमल हो गया है. तस्कीर उल कुरान पर भी काम हो रहा है. तो इसमें मुस्तफा कमाल हैदर साहब और मोहिब दीन भाई जो है उनका बहुत बड़ा contribution है. कई जमानों में आसामी ज़बान खांसी में घालिया की ज़बान है, मनीपूरी ज़बान है. तो यह लोग जो हैं बाखादा ना सिर्फ किताबें articles तरजमा articles भी तरजमा कर रहे हैं अखबारों में.</w:t>
      </w:r>
    </w:p>
    <w:p>
      <w:r>
        <w:rPr>
          <w:b/>
        </w:rPr>
        <w:t xml:space="preserve">[49:39] </w:t>
      </w:r>
      <w:r>
        <w:t>To ismein jo hai in logon ne bahut zyada poori bahut hi organized team hai. Unka regular meetings hoti hain. To is tarike se usmein wahan bhi ladies bhi bahut active hain. Usmein shavina ali hain. Woh kaafi dawa work karti hain. Bade bade program jo hote hain usmein woh jati hain unki. Sadhi aur ladies bhi hain seema, saheba shavana khatun, shadiya kamal.</w:t>
      </w:r>
    </w:p>
    <w:p>
      <w:pPr>
        <w:jc w:val="right"/>
      </w:pPr>
      <w:r>
        <w:t>तो इसमें जो है इन लोगों ने बहुत ज़्यादा पूरी बहुत ही organized team है. उनका regular meetings होती हैं. तो इस तरीके से उसमें वहां भी ladies भी बहुत active हैं. उसमें शविना अली हैं. वह काफी दावा work करती हैं. बड़े बड़े program जो होते हैं उसमें वह जाती हैं उनकी. साधी और ladies भी हैं सीमा, साहेबा शवाना खातुन, शादिया कमाल.</w:t>
      </w:r>
    </w:p>
    <w:p>
      <w:r>
        <w:rPr>
          <w:b/>
        </w:rPr>
        <w:t xml:space="preserve">[50:05] </w:t>
      </w:r>
      <w:r>
        <w:t>To yeh sab log unke saath hain aur interfaith conferences bhi hoti hain. Interfaith conferences mein hamare mission ke log zaroor jate hain kyunke woh bahut achha platform hai apni baat kehne ka aur apni baat keh dein phir uske baad jab hum apna literature aur quran distribute kar dein to yahi mauka hota hai quran distribution karne ka. To yeh kolkatta team ka to bahut zyada kaam hai maine thoda sa aapko bataya hai.</w:t>
      </w:r>
    </w:p>
    <w:p>
      <w:pPr>
        <w:jc w:val="right"/>
      </w:pPr>
      <w:r>
        <w:t>तो यह सब लोग उनके साथ हैं और interfaith conferences भी होती हैं. Interfaith conferences में हमारे mission के लोग ज़रूर जाते हैं क्योंकि वह बहुत अच्छा platform है अपनी बात कहने का और अपनी बात कह दें फिर उसके बाद जब हम अपना literature और कुरान distribute कर दे तो यही मौका होता है कुरान distribution करने का. तो यह कलकत्ता team का तो बहुत ज़्यादा काम है मैंने थोड़ा सा आपको बताया है.</w:t>
      </w:r>
    </w:p>
    <w:p>
      <w:r>
        <w:rPr>
          <w:b/>
        </w:rPr>
        <w:t xml:space="preserve">[50:34] </w:t>
      </w:r>
      <w:r>
        <w:t>To hamare is program mein jammu team aur srinagar ki team jammu mein farooq mustra sahab bahut zyada actively bahut zamane se kaam jab se alishala nikla 1976 mein tab se woh active hai aur unhone dagriban saare jammu mein kitabon ko, literature ko aur sala ko phaila diya hai.</w:t>
      </w:r>
    </w:p>
    <w:p>
      <w:pPr>
        <w:jc w:val="right"/>
      </w:pPr>
      <w:r>
        <w:t>तो हमारे इस program में जम्मू team और श्रीनगर की team जम्मू में फारूक मुस्त्र साहब बहुत ज़्यादा actively बहुत ज़माने से काम जब से आलिशाला निकला 1976 में तब से वह active है और उन्होंने दगरीबन सारे जम्मू में किताबों को, literature को और साला को फैला दिया है.</w:t>
      </w:r>
    </w:p>
    <w:p>
      <w:r>
        <w:rPr>
          <w:b/>
        </w:rPr>
        <w:t xml:space="preserve">[50:59] </w:t>
      </w:r>
      <w:r>
        <w:t>Ab unke bete hain saleem vani sahab woh bhi usi tarike se farumustra sahab ki tarike se woh bhi usi tarike se actually involved hain bahut hi strong team hain unke saath kaafi log jude hue hain. Unhone puran ke kuch hisson ke dogri zaman mein bhi tarzma karaya hai. To musalsal unka unhone apna jo unka ghar hai usmein ek bahut bada jagah usko office bana liya hai. Wahin logon se milte hain charon taraf maulana ki kitabein hain.</w:t>
      </w:r>
    </w:p>
    <w:p>
      <w:pPr>
        <w:jc w:val="right"/>
      </w:pPr>
      <w:r>
        <w:t>अब उनके बेटे हैं सलीम वाणी साहब वह भी उसी तरीके से फारुमुस्तर साहब की तरीके से वह भी उसी तरीके से actually involved हैं बहुत ही strong team हैं उनके साथ काफी लोग जुड़े हुए हैं. उन्होंने पुरान के कुछ हिस्सों के डोगरी ज़मान में भी तरज्मा कराया है. तो मुसलसल उनका उन्होंने अपना जो उनका घर है उसमें एक बहुत बड़ा जगह उसको office बना लिया है. वहीं लोगों से मिलते हैं चारों तरफ मौलाना की किताबें हैं.</w:t>
      </w:r>
    </w:p>
    <w:p>
      <w:r>
        <w:rPr>
          <w:b/>
        </w:rPr>
        <w:t xml:space="preserve">[51:29] </w:t>
      </w:r>
      <w:r>
        <w:t>To wahan par mulakatein hoti hain, discussions hota hai. Hum log wahan gaye the na to hum logon ne bhi wahan woh dekhi woh jagah. Aur woh srinagar team to bahut zyada kaam kar rahi hai. Har dekhiye har team apne apne halaat ke lihaz se kaam kar rahi hai. Srinagar, kashmir mein, valley mein bahut zyada tourist aate hain. To yeh log jo hain kaam kar rahe hain khaas taur par puran distribution ka.</w:t>
      </w:r>
    </w:p>
    <w:p>
      <w:pPr>
        <w:jc w:val="right"/>
      </w:pPr>
      <w:r>
        <w:t>तो वहां पर मुलाकातें होती हैं, discussions होता है. हम लोग वहां गए थे ना तो हम लोगों ने भी वहां वह देखी वह जगह. और वह श्रीनगर team तो बहुत ज़्यादा काम कर रही है. हर देखिए हर team अपने अपने हालात के लिहाज से काम कर रही है. श्रीनगर, कश्मीर में, valley में बहुत ज़्यादा tourist आते हैं. तो यह लोग जो हैं काम कर रहे हैं खास तौर पर पुरान distribution का.</w:t>
      </w:r>
    </w:p>
    <w:p>
      <w:r>
        <w:rPr>
          <w:b/>
        </w:rPr>
        <w:t xml:space="preserve">[51:55] </w:t>
      </w:r>
      <w:r>
        <w:t>Logon ko jahan bhi wahan khade ho jaye wahin tourist hai, wahin madhu hai. To uska woh poora poora istemal kar rahe hain. Professor shad sahab to shayad hi koi din guzarta hoga jab woh jaakar jo wahan ke bagaat hai wahan jaakar puran distribution na karein. Unke saath riyad bhat sahab, purratul ahen sahab, saleem sahab, unki beti sair, sab usmein amir mori sahab, sab usmein yahan bahut badi team hai.</w:t>
      </w:r>
    </w:p>
    <w:p>
      <w:pPr>
        <w:jc w:val="right"/>
      </w:pPr>
      <w:r>
        <w:t>लोगों को जहां भी वहां खड़े हो जाए वहीं tourist है, वहीं मधु है. तो उसका वह पूरा पूरा इस्तेमाल कर रहे हैं. Professor शाद साहब तो शायद ही कोई दिन गुज़रता होगा जब वह जाकर जो वहां के बागात है वहां जाकर पुरान distribution ना करें. उनके साथ रियाद भट साहब, पुर्रतुल अहेन साहब, सलीम साहब, उनकी बेटी सैर, सब उसमें आमिर मोरी साहब, सब उसमें यहां बहुत बड़ी team है.</w:t>
      </w:r>
    </w:p>
    <w:p>
      <w:r>
        <w:rPr>
          <w:b/>
        </w:rPr>
        <w:t xml:space="preserve">[52:23] </w:t>
      </w:r>
      <w:r>
        <w:t>To maine chand logon ka naam liya hai. Phir hume dullah sahab hai beerwah ke yeh to bahut shuru se kaam kar rahe hain wahan par. To unka bhi kaafi kaam hai puran distribution ka aur yeh log program karte hain wahan par log aate hain. Phir wahan par woh logon ko woh puran distribution karte hain. Baqi aur literature hamare paas wo jo booklets hain wagera wo sab distribute karte hain. To kashmir mein to bahut zyada kaam hua hai.</w:t>
      </w:r>
    </w:p>
    <w:p>
      <w:pPr>
        <w:jc w:val="right"/>
      </w:pPr>
      <w:r>
        <w:t>तो मैंने चंद लोगों का नाम लिया है. फिर हमें दुल्लाह साहब है बीरवाह के यह तो बहुत शुरू से काम कर रहे हैं वहां पर. तो उनका भी काफी काम है पुरान distribution का और यह लोग program करते हैं वहां पर लोग आते हैं. फिर वहां पर वह लोगों को वह पुरान distribution करते हैं. बाकी और literature हमारे पास वो जो booklets हैं वगैरह वो सब distribute करते हैं. तो कश्मीर में तो बहुत ज़्यादा काम हुआ है.</w:t>
      </w:r>
    </w:p>
    <w:p>
      <w:r>
        <w:rPr>
          <w:b/>
        </w:rPr>
        <w:t xml:space="preserve">[52:52] </w:t>
      </w:r>
      <w:r>
        <w:t>Phir doctor aslam khasab hai unhone mustaqil kaam kiya. Program karte rehte hain. Logon se milte rehte hain. To maurana ki kitabein woh dete hain. Is tarah baqi aapne bhi kuch naam bata diye hain jo sari team aayi thi. To usmein ek cheez jo thi woh ek khaas cheez thi woh kaise chat GBT ka istemal kiya jaye.</w:t>
      </w:r>
    </w:p>
    <w:p>
      <w:pPr>
        <w:jc w:val="right"/>
      </w:pPr>
      <w:r>
        <w:t>फिर doctor असलम खासाब है उन्होंने मुस्तकिल काम किया. Program करते रहते हैं. लोगों से मिलते रहते हैं. तो मौराना की किताबें वह देते हैं. इस तरह बाकी आपने भी कुछ नाम बता दिए हैं जो सारी team आई थी. तो उसमें एक चीज़ जो थी वह एक खास चीज़ थी वह कैसे chat GBT का इस्तेमाल किया जाए.</w:t>
      </w:r>
    </w:p>
    <w:p>
      <w:r>
        <w:rPr>
          <w:b/>
        </w:rPr>
        <w:t xml:space="preserve">[53:16] </w:t>
      </w:r>
      <w:r>
        <w:t>Yeh ek artificial intelligence chatbot hai jo abhi tak abhi November baais mein hi woh release hua. To itni tezi se woh logon tak pahunch gaya. Yeh kism ka woh conversational program hai ki bilkul aisa lagta hai ki insaan bol raha hai. Simulate karta hai woh insani conversation ko. To aap koi bhi sawal poochein to woh jawab deta hai.</w:t>
      </w:r>
    </w:p>
    <w:p>
      <w:pPr>
        <w:jc w:val="right"/>
      </w:pPr>
      <w:r>
        <w:t>यह एक artificial intelligence chatbot है जो अभी तक अभी November बाइस में ही वह release हुआ. तो इतनी तेज़ी से वह लोगों तक पहुंच गया. यह किस्म का वह conversational program है कि बिल्कुल ऐसा लगता है कि इंसान बोल रहा है. Simulate करता है वह इंसानी conversation को. तो आप कोई भी सवाल पूछें तो वह जवाब देता है.</w:t>
      </w:r>
    </w:p>
    <w:p>
      <w:r>
        <w:rPr>
          <w:b/>
        </w:rPr>
        <w:t xml:space="preserve">[53:40] </w:t>
      </w:r>
      <w:r>
        <w:t>To thoda thoda error hota hai to agar hum usko check karein to woh error se hum bach sakte hain aur hamara time bahut kam hamara kharch hoga. Sara mechanization jo ho raha tha woh uska bilkul samajh lijiye ek culmination hai. To hum apne yeh sari software ko use karke hum bahut zyada kaam kar sakte hain ismein. Mumbai team is par bahut zyada kaam kar rahi hai.</w:t>
      </w:r>
    </w:p>
    <w:p>
      <w:pPr>
        <w:jc w:val="right"/>
      </w:pPr>
      <w:r>
        <w:t>तो थोड़ा थोड़ा error होता है तो अगर हम उसको check करें तो वह error से हम बच सकते हैं और हमारा time बहुत कम हमारा खर्च होगा. सारा mechanization जो हो रहा था वह उसका बिल्कुल समझ लीजिए एक culmination है. तो हम अपने यह सारी software को use करके हम बहुत ज़्यादा काम कर सकते हैं इसमें. Mumbai team इस पर बहुत ज़्यादा काम कर रही है.</w:t>
      </w:r>
    </w:p>
    <w:p>
      <w:r>
        <w:rPr>
          <w:b/>
        </w:rPr>
        <w:t xml:space="preserve">[54:07] </w:t>
      </w:r>
      <w:r>
        <w:t>To ek hamare yahan hain idrees loya sahab jo Singapore mein posted the abhi woh aaye hue hain delhi. To unki wife hai shavana. To yeh log bahut zyada kaam kar rahe hain aur shavana ke to father alaisala padhte the. Unhone inko introduce kiya. To idrees sahab jo hai unhone technology management mein PhD kiya hai.</w:t>
      </w:r>
    </w:p>
    <w:p>
      <w:pPr>
        <w:jc w:val="right"/>
      </w:pPr>
      <w:r>
        <w:t>तो एक हमारे यहां हैं इदरीश लोया साहब जो Singapore में posted थे अभी वह आए हुए हैं दिल्ली. तो उनकी wife है शवाना. तो यह लोग बहुत ज़्यादा काम कर रहे हैं और शवाना के तो father अल्लेसाला पढ़ते थे. उन्होंने इनको introduce किया. तो इदरीश साहब जो है उन्होंने technology management में PhD किया है.</w:t>
      </w:r>
    </w:p>
    <w:p>
      <w:r>
        <w:rPr>
          <w:b/>
        </w:rPr>
        <w:t xml:space="preserve">[54:33] </w:t>
      </w:r>
      <w:r>
        <w:t>To woh is par kaafi kaam kar rahe ki kis tarike se manual kaam jo hamara hota tha to usmein automation laya jaye. To kis tarike se aajkal translation bhi ho jata hai? Bas usko check karna padta hai aur audio se text ko convert karna.</w:t>
      </w:r>
    </w:p>
    <w:p>
      <w:pPr>
        <w:jc w:val="right"/>
      </w:pPr>
      <w:r>
        <w:t>तो वह इस पर काफी काम कर रहे कि किस तरीके से manual काम जो हमारा होता था तो उसमें automation लाया जाए. तो किस तरीके से आजकल translation भी हो जाता है? बस उसको check करना पड़ता है और audio से text को convert करना.</w:t>
      </w:r>
    </w:p>
    <w:p>
      <w:r>
        <w:rPr>
          <w:b/>
        </w:rPr>
        <w:t xml:space="preserve">[54:49] </w:t>
      </w:r>
      <w:r>
        <w:t>Chat box se sawal jawab lena to error koshish kar rahe hain ki kam se kam error ho kyunke usmein kai tarike ke program hote hain jaise hum usko yeh guide karein ki sirf hamein quran se hamein jawab do. Sirf moratorium ki literature se jawab do. To usmein error nahi hota. Bilkul phir hi usko independent kar denge to usmein kuch galtiyan hongi.</w:t>
      </w:r>
    </w:p>
    <w:p>
      <w:pPr>
        <w:jc w:val="right"/>
      </w:pPr>
      <w:r>
        <w:t>Chat box से सवाल जवाब लेना तो error कोशिश कर रहे हैं कि कम से कम error हो क्योंकि उसमें कई तरीके के program होते हैं जैसे हम उसको यह guide करें कि सिर्फ हमें कुरान से हमें जवाब दो. सिर्फ moratorium की literature से जवाब दो. तो उसमें error नहीं होता. बिल्कुल फिर ही उसको independent कर देंगे तो उसमें कुछ गलतियां होंगी.</w:t>
      </w:r>
    </w:p>
    <w:p>
      <w:r>
        <w:rPr>
          <w:b/>
        </w:rPr>
        <w:t xml:space="preserve">[55:16] </w:t>
      </w:r>
      <w:r>
        <w:t>lekin ismein bhi bahut tezi se tarafqi ho rahi hai inshallah.</w:t>
      </w:r>
    </w:p>
    <w:p>
      <w:pPr>
        <w:jc w:val="right"/>
      </w:pPr>
      <w:r>
        <w:t>लेकिन इसमें भी बहुत तेज़ी से तरफ़्की हो रही है इंशालाह.</w:t>
      </w:r>
    </w:p>
    <w:p>
      <w:r>
        <w:rPr>
          <w:b/>
        </w:rPr>
        <w:t xml:space="preserve">[55:22] </w:t>
      </w:r>
      <w:r>
        <w:t>bahut jald yeh hamara jo hai sara literature jo hai woh uska data jo hai woh nai technology</w:t>
      </w:r>
    </w:p>
    <w:p>
      <w:pPr>
        <w:jc w:val="right"/>
      </w:pPr>
      <w:r>
        <w:t>बहुत जल्द यह हमारा जो है सारा literature जो है वह उसका data जो है वह नई technology</w:t>
      </w:r>
    </w:p>
    <w:p>
      <w:r>
        <w:rPr>
          <w:b/>
        </w:rPr>
        <w:t xml:space="preserve">[55:28] </w:t>
      </w:r>
      <w:r>
        <w:t>ke zariye se woh present kiya ja sakega aur sari duniya mein yeh pragam bhar jayega kyunki hamara</w:t>
      </w:r>
    </w:p>
    <w:p>
      <w:pPr>
        <w:jc w:val="right"/>
      </w:pPr>
      <w:r>
        <w:t>के जरिए से वह present किया जा सकेगा और सारी दुनिया में यह प्रकाम भर जाएगा क्योंकि हमारा</w:t>
      </w:r>
    </w:p>
    <w:p>
      <w:r>
        <w:rPr>
          <w:b/>
        </w:rPr>
        <w:t xml:space="preserve">[55:34] </w:t>
      </w:r>
      <w:r>
        <w:t>jo maqsad hai woh yahi hai ki woh jo hadith hai ki aakhiri zamane mein sari duniya mein</w:t>
      </w:r>
    </w:p>
    <w:p>
      <w:pPr>
        <w:jc w:val="right"/>
      </w:pPr>
      <w:r>
        <w:t>जो मकसद है वह यही है कि वह जो हदीश है कि आखिरी जमाने में सारी दुनिया में</w:t>
      </w:r>
    </w:p>
    <w:p>
      <w:r>
        <w:rPr>
          <w:b/>
        </w:rPr>
        <w:t xml:space="preserve">[55:40] </w:t>
      </w:r>
      <w:r>
        <w:t>chahe chhota ghar ho ya bada ghar ho yeh khoda ka kalima dakhil ho jayega.</w:t>
      </w:r>
    </w:p>
    <w:p>
      <w:pPr>
        <w:jc w:val="right"/>
      </w:pPr>
      <w:r>
        <w:t>चाहे छोटा घर हो या बड़ा घर हो यह खौदा का कलेमा दाखिल हो जाएगा.</w:t>
      </w:r>
    </w:p>
    <w:p>
      <w:r>
        <w:rPr>
          <w:b/>
        </w:rPr>
        <w:t xml:space="preserve">[55:47] </w:t>
      </w:r>
      <w:r>
        <w:t>to yeh physical copies to dakhil ho hi nahin sakti saari duniya mein. yeh possible nahin hai lekin yeh ek aisa cheez aai hai technology ke zariye se ke hum humko poori umeed hai ke saari duniya mein yeh paigham Allah taala ka pahunch jayega.</w:t>
      </w:r>
    </w:p>
    <w:p>
      <w:pPr>
        <w:jc w:val="right"/>
      </w:pPr>
      <w:r>
        <w:t>तो यह physical copies तो दाखिल हो ही नहीं सकती सारी दुनिया में. यह possible नहीं है लेकिन यह एक ऐसा चीज़ आई है technology के जरिए से कि हम हमको पूरी उम्मीद है कि सारी दुनिया में यह पैगाम अल्लाह ताला का पहुंच जाएगा.</w:t>
      </w:r>
    </w:p>
    <w:p>
      <w:r>
        <w:rPr>
          <w:b/>
        </w:rPr>
        <w:t xml:space="preserve">[56:05] </w:t>
      </w:r>
      <w:r>
        <w:t>ji aap aaj shukriya aapne bohat hi achhi tarike se saari teams ke bare mein bataya ke kis tarike se sab log alag alag qism se apne apne level par kaam kar rahe hain aur kaise kaise log contribute kar rahe hain mission ke liye. bohat achhi tarah aapne wazeh kiya is baat ko aur aapne bataya ke kis tarah ka alag hi madad aati hai ke insaan ko sirf niyat karni padti hai, woh khada hota hai aur kaam ho jata hai. yeh saare kaam bare difficult hain par CPS ke log agar aasani se kar pa rahe hain.</w:t>
      </w:r>
    </w:p>
    <w:p>
      <w:pPr>
        <w:jc w:val="right"/>
      </w:pPr>
      <w:r>
        <w:t>जी आप आज शुक्रिया आपने बहुत ही अच्छी तरीके से सारी teams के बारे में बताया कि किस तरीके से सब लोग अलग अलग किस्म से अपने अपने level पर काम कर रहे हैं और कैसे कैसे लोग contribute कर रहे हैं mission के लिए. बहुत अच्छी तरह आपने वाज़े किया इस बात को और आपने बताया कि किस तरह का अलग ही मदद आती है कि इंसान को सिर्फ़ नियत करनी पड़ती है, वह खड़ा होता है और काम हो जाता है. यह सारे काम बड़े difficult हैं पर CPS के लोग अगर आसानी से कर पा रहे हैं.</w:t>
      </w:r>
    </w:p>
    <w:p>
      <w:r>
        <w:rPr>
          <w:b/>
        </w:rPr>
        <w:t xml:space="preserve">[56:34] </w:t>
      </w:r>
      <w:r>
        <w:t>to aap iske baad jo is session ka aakhri sawal hai, woh hum poochna chahenge aapse ke now we have concluded the CPS peace conference aur hum log usmein group mein bhi dekh rahe hain ke kis tarike se log apne apne kamon ke bare mein bata rahe hain. ab woh CPS communication group ek action group ho gaya hai aur log aage se aage planning karke usko apne kaam ko anjam de rahe hain. to aap how hopeful you are about CPS mission?</w:t>
      </w:r>
    </w:p>
    <w:p>
      <w:pPr>
        <w:jc w:val="right"/>
      </w:pPr>
      <w:r>
        <w:t>तो आप इसके बाद जो इस session का आखिरी सवाल है, वह हम पूछना चाहेंगे आपसे कि now we have concluded the CPS peace conference और हम लोग उसमें group में भी देख रहे हैं कि किस तरीके से लोग अपने अपने कामों के बारे में बता रहे हैं. अब वह CPS communication group एक action group हो गया है और लोग आगे से आगे planning करके उसको अपने काम को अंजाम दे रहे हैं. तो आपा how hopeful you are about CPS mission?</w:t>
      </w:r>
    </w:p>
    <w:p>
      <w:r>
        <w:rPr>
          <w:b/>
        </w:rPr>
        <w:t xml:space="preserve">[57:04] </w:t>
      </w:r>
      <w:r>
        <w:t>more than 100% and hopefully. wahan ka jab humne sab dekha ke kis tarike se log lage hue hain mission mein aur zara bhi rest karne koi nahin jata tha. maslan woh log program attend kar rahe the aur poore attentively. to ismein jab Maulana ke baad na ek ek kaafi logon ne yeh kehna shuru kar diya tha ke ab kaam thap ho jayega. Maulana ne koi team tayyar nahin ki. to ab kaam aage nahin badhega.</w:t>
      </w:r>
    </w:p>
    <w:p>
      <w:pPr>
        <w:jc w:val="right"/>
      </w:pPr>
      <w:r>
        <w:t>More than 100% and hopefully. वहां का जब हमने सब देखा कि किस तरीके से लोग लगे हुए हैं mission में और जरा भी rest करने कोई नहीं जाता था. मसल वो लोग program attend कर रहे थे और पूरे attentively. तो इसमें जब मोराना के बाद ना एक एक काफी लोगों ने यह कहना शुरू कर दिया था कि अब काम ठप हो जाएगा. मोराना ने कोई team तैयार नहीं की. तो अब काम आगे नहीं बढ़ेगा.</w:t>
      </w:r>
    </w:p>
    <w:p>
      <w:r>
        <w:rPr>
          <w:b/>
        </w:rPr>
        <w:t xml:space="preserve">[57:33] </w:t>
      </w:r>
      <w:r>
        <w:t>to baqa zyada log likhne lag gaye the is par. to yeh is jo yeh program hua hai. pehle se bhi kaam to sab chal hi raha hai. Sunday class bhi chal rahi hai. arveshala bhi chal raha hai. baqi kitabein bhi sab shayad ho rahi hain.</w:t>
      </w:r>
    </w:p>
    <w:p>
      <w:pPr>
        <w:jc w:val="right"/>
      </w:pPr>
      <w:r>
        <w:t>तो बाका ज़्यादा लोग लिखने लग गए थे इस पर. तो यह इस जो यह program हुआ है. पहले से भी काम तो सब चल ही रहा है. Sunday class भी चल रही है. अर्वेशाला भी चल रहा है. बाकी किताबें भी सब शायद हो रही हैं.</w:t>
      </w:r>
    </w:p>
    <w:p>
      <w:r>
        <w:rPr>
          <w:b/>
        </w:rPr>
        <w:t xml:space="preserve">[57:51] </w:t>
      </w:r>
      <w:r>
        <w:t>lekin is mission mein jo hai jis tarike se logon ne shirkat ki, jis tarike se logon ne dilchaspi aur sincerity aur seriousness ke sath is program attend kiye aur apne aap ko pesh kiya is program ke liye. to isse yeh bilkul sabit ho gaya ke kaam jo hai bohat zyada aage badh gaya hai. tough hone ka to koi sawal hi nahin kaam bohat zyada aage badh gaya hai. logon ko zimmedari ka apni ehsas ho gaya hai.</w:t>
      </w:r>
    </w:p>
    <w:p>
      <w:pPr>
        <w:jc w:val="right"/>
      </w:pPr>
      <w:r>
        <w:t>लेकिन इस mission में जो है जिस तरीके से लोगों ने शिरकत की, जिस तरीके से लोगों ने दिलचस्पी और sincerity और seriousness के साथ इस program attend किए और अपने आप को पेश किया इस program के लिए. तो इससे यह बिल्कुल साबित हो गया कि काम जो है बहुत ज़्यादा आगे बढ़ गया है. Tough होने का तो कोई सवाल ही नहीं काम बहुत ज़्यादा आगे बढ़ गया है. लोगों को ज़िम्मेदारी का अपनी एहसास हो गया है.</w:t>
      </w:r>
    </w:p>
    <w:p>
      <w:r>
        <w:rPr>
          <w:b/>
        </w:rPr>
        <w:t xml:space="preserve">[58:19] </w:t>
      </w:r>
      <w:r>
        <w:t>to zimmedari ka ehsas hona hi samajh lijiye ke yahi sabse important step hai. ab aadmi ko ehsas ho jayega to woh karega kaam. aur itna zyada ehsas ke woh ladies jo gharon mein rehti thi samajhti thi ke hum to use ghar ka hi kaam kar sakte hain. to woh sab logon ne unke husbands ne unke naam likhwae ke ladies bhi hum, hamari ladies bhi is mission mein kaam karna chahengi.</w:t>
      </w:r>
    </w:p>
    <w:p>
      <w:pPr>
        <w:jc w:val="right"/>
      </w:pPr>
      <w:r>
        <w:t>तो ज़िम्मेदारी का एहसास होना ही समझ लीजिए कि यही सबसे important step है. अब आदमी को एहसास हो जाएगा तो वो करेगा काम. और इतना ज़्यादा एहसास के वो ladies जो घरों में रहती थी समझती थी कि हम तो उसे घर का ही काम कर सकते हैं. तो वह सब लोगों ने उनके husbands ने उनके नाम लिखवाए कि ladies भी हम, हमारी ladies भी इस mission में काम करना चाहेंगी.</w:t>
      </w:r>
    </w:p>
    <w:p>
      <w:r>
        <w:rPr>
          <w:b/>
        </w:rPr>
        <w:t xml:space="preserve">[58:47] </w:t>
      </w:r>
      <w:r>
        <w:t>to is tarike se hamare paas jo hai hamari team badhti chali gayi aur logon ke andar jazba bhi badhta chala gaya aur khaas taur par, khaas taur par ladies ka jo jazba hai woh bohat qable qadr hai. kyunke unke andar jazba bohat zyada hota hai. agar woh is line mein lag jaye na to bohat zyada kaam is CPS mission ko ek movement ki shakal de dengi. to ab hamare liye koi rukawat nahin hai.</w:t>
      </w:r>
    </w:p>
    <w:p>
      <w:pPr>
        <w:jc w:val="right"/>
      </w:pPr>
      <w:r>
        <w:t>तो इस तरीके से हमारे पास जो है हमारी team बढ़ती चली गई और लोगों के अंदर जज़्बा भी बढ़ता चला गया और खास तौर पर, खास तौर पर ladies का जो जज़्बा है वह बहुत काबले कद्र है. क्योंकि उनके अंदर जज़्बा बहुत ज़्यादा होता है. अगर वो इस line में लग जाए ना तो बहुत ज़्यादा काम इस CPS mission को एक movement की शक्ल दे देंगी. तो अब हमारे लिए कोई रुकावट नहीं है.</w:t>
      </w:r>
    </w:p>
    <w:p>
      <w:r>
        <w:rPr>
          <w:b/>
        </w:rPr>
        <w:t xml:space="preserve">[59:15] </w:t>
      </w:r>
      <w:r>
        <w:t>pehle yeh tha ke pehle zamana pehle zamane mein qadeem zamane mein halaat sahi nahin the. bahar ki duniya safe nahin thi. to ab to ladies ke liye koi mushkil hi nahin hai. hum to har tarah se unke liye aasaniyan ho gayi hain. sirf computer par hi baithe rahe to kaam ho jata hai. to ladies ke liye bohat zyada aasani hogi khaas taur par.</w:t>
      </w:r>
    </w:p>
    <w:p>
      <w:pPr>
        <w:jc w:val="right"/>
      </w:pPr>
      <w:r>
        <w:t>पहले यह था कि पहले जमाना पहले जमाने में कदीम जमाने में हालात सही नहीं थे. बाहर की दुनिया safe नहीं थी. तो अब तो ladies के लिए कोई मुश्किल ही नहीं है. हम तो हर तरह से उनके लिए आसानियां हो गई हैं. सिर्फ computer पर ही बैठे रहे तो काम हो जाता है. तो ladies के लिए बहुत ज़्यादा आसानी होगी खासतौर पर.</w:t>
      </w:r>
    </w:p>
    <w:p>
      <w:r>
        <w:rPr>
          <w:b/>
        </w:rPr>
        <w:t xml:space="preserve">[59:38] </w:t>
      </w:r>
      <w:r>
        <w:t>to ab in aasaniyon ko humein istemal karna hai aur main yeh soch rahi thi ke hamari zimmedari aur bhi zyada badh jati hai jab hum yeh sochte hain ke hamari hamari qaum ne hazaar baras se is ahum fareedo ko anjam nahin diya. kitne log mar gaye aur unko Khuda ka paigham nahin pahuncha. ek Maulana ke paas ek aadmi aae the ko air India mein koi bare officer the.</w:t>
      </w:r>
    </w:p>
    <w:p>
      <w:pPr>
        <w:jc w:val="right"/>
      </w:pPr>
      <w:r>
        <w:t>तो अब इन आसानियों को हमें इस्तेमाल करना है और मैं यह सोच रही थी कि हमारी ज़िम्मेदारी और भी ज़्यादा बढ़ जाती है जब हम यह सोचते हैं कि हमारी हमारी कौम ने हज़ार बरस से इस अहम् फरीदों को अंजाम नहीं दिया. कितने लोग मर गए और उनको खुदा का प्रकाम नहीं पहुंचा. एक मोराना के पास एक आदमी आए थे को air India में कोई बड़े officer थे.</w:t>
      </w:r>
    </w:p>
    <w:p>
      <w:r>
        <w:rPr>
          <w:b/>
        </w:rPr>
        <w:t xml:space="preserve">[1:00:03] </w:t>
      </w:r>
      <w:r>
        <w:t>to unhone bataya ke bees saal tak woh Middle East jate rahe kyunke air India mein the. lekin unko kabhi bhi Quran English translation nahin diya gaya. woh bohat hi khoobsurat jild mein Arabic translation diye, Arabic di jati thi. to unhone kaha phir hum uska kya karte hain? hum hamari samajh mein to Arabic aati nahin thi. hum kisi ko de dete the. to woh bohat zyada khush hue jab unko Arabic Quran English mein mila.</w:t>
      </w:r>
    </w:p>
    <w:p>
      <w:pPr>
        <w:jc w:val="right"/>
      </w:pPr>
      <w:r>
        <w:t>तो उन्होंने बताया कि बीस साल तक वो Middle East जाते रहे क्योंकि air India में थे. लेकिन उनको कभी भी कुरान english translation नहीं दिया गया. वो बहुत ही खूबसूरत जिल में अरबी translation दिए, अरबी दी जाती थी. तो उन्होंने कहा फिर हम उसका क्या करते हैं? हम हमारी समझ में तो अरबी आती नहीं थी. हम किसी को दे देते थे. तो वह बहुत ज़्यादा खुश हुए जब उनको अरबी कुरान english में मिला.</w:t>
      </w:r>
    </w:p>
    <w:p>
      <w:r>
        <w:rPr>
          <w:b/>
        </w:rPr>
        <w:t xml:space="preserve">[1:00:33] </w:t>
      </w:r>
      <w:r>
        <w:t>humne khud kitne logon se mulakat ki? woh ek boodha Madrasi ek Nehru park mein mila. main usko Quran dene lagi to woh bohat hi heran hua. kehne laga main bees saal se main Quran padhna chahta hoon lekin mujhe kahin mila nahin. boodha ho gaya tha woh.</w:t>
      </w:r>
    </w:p>
    <w:p>
      <w:pPr>
        <w:jc w:val="right"/>
      </w:pPr>
      <w:r>
        <w:t>हमने खुद कितने लोगों से मुलाकात किए? वो एक बूढ़ा मद्रासी एक नेहरू park में मिला. मैं उसको कुरान देने लगी तो वो बहुत ही हैरान हुआ. कहने लगा मैं बीस साल से मैं कुरान पढ़ना चाहता हूं लेकिन मुझे कहीं मिला नहीं. बूढ़ा हो गया था वह.</w:t>
      </w:r>
    </w:p>
    <w:p>
      <w:r>
        <w:rPr>
          <w:b/>
        </w:rPr>
        <w:t xml:space="preserve">[1:00:52] </w:t>
      </w:r>
      <w:r>
        <w:t>to abhi maine jaldi ek video dekha tha ek American aurat ka boodhi ho gayi thi to uski beti ko kahin mila Quran usko padhti thi bohat mutassir thi usse. to usne darte darte apni maa ko diya. to maa usne maa ne padha to itna mutassir ho gayi. kehne lagi usne uska video kahin hoga bhi hamare paas. usne kaha humein aaj tak kisi ne Quran kyun nahin diya? to woh ro rahi thi aur yeh keh rahi thi.</w:t>
      </w:r>
    </w:p>
    <w:p>
      <w:pPr>
        <w:jc w:val="right"/>
      </w:pPr>
      <w:r>
        <w:t>तो अभी मैंने जल्दी एक video देखा था एक American औरत का बूढ़ी हो गई थी तो उसकी बेटी को कहीं मिला कुरान उसको पढ़ती थी बहुत मुतस्सीर थी उससे. तो उसने डरते डरते अपनी मां को दिया. तो मां उसने मां ने पढ़ा तो इतना मुतस्सीर हो गई. कहने लगी उसने उसका video कहीं होगा भी हमारे पास. उसने कहा हमें आज तक किसी ने कुरान क्यों नहीं दिया? तो वह रो रही थी और यह कह रही थी.</w:t>
      </w:r>
    </w:p>
    <w:p>
      <w:r>
        <w:rPr>
          <w:b/>
        </w:rPr>
        <w:t xml:space="preserve">[1:01:22] </w:t>
      </w:r>
      <w:r>
        <w:t>to yeh jo hamari qaum ki kotahi hai isko bhi humein compensate karna hai uski taraf se bhi humein is farize ko anjam dena hai. ab sirf ek hi loqawat hai woh hai ikhtilaf. humein ikhtilaf nahin karna hai sare kaam ho chuke hain. Allah taala ne sare kaam kar diye hain.</w:t>
      </w:r>
    </w:p>
    <w:p>
      <w:pPr>
        <w:jc w:val="right"/>
      </w:pPr>
      <w:r>
        <w:t>तो यह जो हमारी कौम की कोताही है इसको भी हमें compensate करना है उसकी तरफ से भी हमें इस फरीज़े को अंजाम देना है. अब सिर्फ एक ही लोकावट है वह है इकतलाफ. हमें इकतलाफ नहीं करना है सारे काम हो चुके हैं. अल्लाह तालाह ने सारे काम कर दिए हैं.</w:t>
      </w:r>
    </w:p>
    <w:p>
      <w:r>
        <w:rPr>
          <w:b/>
        </w:rPr>
        <w:t xml:space="preserve">[1:01:40] </w:t>
      </w:r>
      <w:r>
        <w:t>Maulana ne hadith mili agar khabab se ek riwayat hai ke Rasool Allah salam ne ek bar bohat lambi namaz padhi. bohat zyada khushu khushu ke sath. woh kehte hain itni lambi namaz aapne kabhi padhi nahin thi.</w:t>
      </w:r>
    </w:p>
    <w:p>
      <w:pPr>
        <w:jc w:val="right"/>
      </w:pPr>
      <w:r>
        <w:t>मौराना ने हदीस मिली अगर खबाब से एक रवायत है कि रसूल्ला सलाम ने एक बार बहुत लंबी नमाज़ पढ़ी. बहुत ज़्यादा खुशू खुशू के साथ. वो कहते हैं इतनी लंबी नमाज़ आपने कभी पढ़ी नहीं थी.</w:t>
      </w:r>
    </w:p>
    <w:p>
      <w:r>
        <w:rPr>
          <w:b/>
        </w:rPr>
        <w:t xml:space="preserve">[1:02:09] </w:t>
      </w:r>
      <w:r>
        <w:t>to baad mein unhone poocha ke itni lambi namaz aapne kyun padhi to bataya ke maine teen duaen ki aur mujhe yeh dar hota tha kahin Allah taala dua meri ko bhool na karen. to is wajah se main usko lambi lambi kiye chala ja raha tha. to usmein jo ek woh tha yeh ke aisi koi bala na aaye jaise pehle zamane mein drought waghera aata tha. to bohat hi badi taadad mein log mar jate the.</w:t>
      </w:r>
    </w:p>
    <w:p>
      <w:pPr>
        <w:jc w:val="right"/>
      </w:pPr>
      <w:r>
        <w:t>तो बाद में उन्होंने पुछा कि इतनी लंबी नमाज़ आपने क्यों पढ़ी तो बताया कि मैंने तीन दुआएं की और मुझे यह डर होता था कहीं अल्लाह ताला दुआ मेरी को भूल ना करें. तो इस वजह से मैं उसको लंबी लंबी किए चला जा रहा था. तो उसमें जो एक वह था यह कि ऐसी कोई बला ना आए जैसे पहले जमाने में drought वगैरह आता था. तो बहुत ही बड़ी तादाद में लोग मर जाते थे.</w:t>
      </w:r>
    </w:p>
    <w:p>
      <w:r>
        <w:rPr>
          <w:b/>
        </w:rPr>
        <w:t xml:space="preserve">[1:02:37] </w:t>
      </w:r>
      <w:r>
        <w:t>to aisi koi bala na aaye jis se meri poori qaum halak ho jaye. phir number do aisa koi dushman hum mere qaum par musallat na ho jaye jo poori qaum halak ho jaye. to yeh dono duaen qubool hui. teesri dua jo aapne ki ke aapse ikhtilaf hamari form mein na ho, aapsi ladai jhagde yeh sab na ho. to yeh dua qubool nahin hui. yeh baat bohat hi sochne ki hai ke dua kyun unhe qubool hui?</w:t>
      </w:r>
    </w:p>
    <w:p>
      <w:pPr>
        <w:jc w:val="right"/>
      </w:pPr>
      <w:r>
        <w:t>तो ऐसी कोई बला ना आए जिससे मेरी पूरी कौम हालाक हो जाए. फिर number दो ऐसा कोई दुश्मन हम मेरे कौम पर मुसलरत ना हो जाए जो पूरी कौम हालाक हो जाए. तो यह दोनों दुआएं कुबूल हुई. तीसरी दुआ जो आपने की कि आपसे एक तिलाफ हमारी form में ना हो, आपसी लड़ाई झगड़े यह सब ना हो. तो यह दुआ कुबूल नहीं हुई. यह बात बहुत ही सोचने की है कि दुआ क्यों उन्हें कुबूल हुई?</w:t>
      </w:r>
    </w:p>
    <w:p>
      <w:r>
        <w:rPr>
          <w:b/>
        </w:rPr>
        <w:t xml:space="preserve">[1:03:04] </w:t>
      </w:r>
      <w:r>
        <w:t>Rasool Allah salam ki dua itne zyada unhone lambi dua ki itne zyada khushu khushu ke sath dua ki phir dua qubool nahin hui. to iska yeh asal mein yeh dua jo hai na hamare test se talluq rakhti hai. to yahi to hamara test hai. agar Allah taala apni taraf se yeh tay kar denge koi ikhtilaf nahin karega. to hamara test jo hai hum is baat ka denge.</w:t>
      </w:r>
    </w:p>
    <w:p>
      <w:pPr>
        <w:jc w:val="right"/>
      </w:pPr>
      <w:r>
        <w:t>रसूल्लाह सल्लाह सल्लम की दुआ इतने ज़्यादा उन्होंने लंबी दुआ की इतने ज़्यादा खुशो खुशो के साथ दुआ की फिर दुआ कुबूल नहीं हुई. तो इसका यह असल में यह दुआ जो है ना हमारे test से ताल्लुक रखती है. तो यही तो हमारा test है. अगर अल्लाह ताला अपनी तरफ से यह ताय कर देंगे कोई तालाफ नहीं करेगा. तो हमारा test जो है हम इस बात का देंगे.</w:t>
      </w:r>
    </w:p>
    <w:p>
      <w:r>
        <w:rPr>
          <w:b/>
        </w:rPr>
        <w:t xml:space="preserve">[1:03:29] </w:t>
      </w:r>
      <w:r>
        <w:t>to yeh hamara test hai yahan par humein apna test dena hoga aur humein khud iske liye apne aap ko tayyar karna hoga khud dawaen karni hogi ke humein Allah taala ikhtilafat se bachaye aur hum poore dil o jan se is mission mein lagen aur apna apna role ada karen. to asal mein dekhiye ikhtilafat kyun hote hain jab ego clash hota hai. kahin kahin hamari baat nahin suni gayi. kahin humein koi hamari jo hai izzat nahin ki gayi.</w:t>
      </w:r>
    </w:p>
    <w:p>
      <w:pPr>
        <w:jc w:val="right"/>
      </w:pPr>
      <w:r>
        <w:t>तो यह हमारा test है यहां पर हमें अपना test देना होगा और हमें खुद इसके लिए अपने आपको तैयार करना होगा खुद दवाएं करनी होगी कि हमें अल्लाह तालाह एक तलाफाद से बचाए और हम पूरे दिलोजान से इस mission में लगे और अपना अपना role अदा करें. तो असल में देखिए तलाफात क्यों होते हैं जब ego clash होता है. कहीं कहीं हमारी बात नहीं सुनी गई. कहीं हमें कोई हमारी जो है इज्जत नहीं की गई.</w:t>
      </w:r>
    </w:p>
    <w:p>
      <w:r>
        <w:rPr>
          <w:b/>
        </w:rPr>
        <w:t xml:space="preserve">[1:03:58] </w:t>
      </w:r>
      <w:r>
        <w:t>kahin hamari baat koi importance nahin di gayi. yahi sab baaten hoti hain. is par log alag ho jate hain. bade bade log alag ho gaye hain. Janaz hai isi baat par Congress se alag hue the ke unhone program woh Janaz Congress ke president the. to woh aaye unhone woh to bohat hi angrez ki tarike se rehte the. unhone kaha mister Gandhi address kiya. to sab logon ne shor machaya wahan kai logon ne shor machaya ke nahin Mahatma Gandhi.</w:t>
      </w:r>
    </w:p>
    <w:p>
      <w:pPr>
        <w:jc w:val="right"/>
      </w:pPr>
      <w:r>
        <w:t>कहीं हमारी बात कोई importance नहीं दी गई. यही सब बातें होती हैं. इस पर लोग अलग हो जाते हैं. बड़े बड़े लोग अलग हो गए हैं. जनाज है इसी बात पर congress से अलग हुए थे कि उन्होंने program वो जनाज congress के president थे. तो वो आए उन्होंने वो तो बहुत ही अंग्रेज़ की तरीके से रहते थे. उन्होंने कहा mister गांधी address किया. तो सब लोगों ने शोर मचाया वहां कई लोगों ने शोर मचाया कि नहीं महात्मा गांधी.</w:t>
      </w:r>
    </w:p>
    <w:p>
      <w:r>
        <w:rPr>
          <w:b/>
        </w:rPr>
        <w:t xml:space="preserve">[1:04:27] </w:t>
      </w:r>
      <w:r>
        <w:t>ab woh bahar ke pade hue unhone phir thodi der mein jab subside ho gaya phir mister Gandhi kiya phir shor macha phir mister Gandhi kiya phir shor macha phir woh alag hi ho gaye. to yahi chhoti chhoti baaton par dekhiye ke kitna bada nuksan hua poori poori mulk badh gaya chhoti chhoti baaton par. to humein in sab cheezon ko bardasht karna hai. Allah ke liye bardasht karna hai. aur aaj humein Allah se mangna hai.</w:t>
      </w:r>
    </w:p>
    <w:p>
      <w:pPr>
        <w:jc w:val="right"/>
      </w:pPr>
      <w:r>
        <w:t>अब वह बाहर के पड़े हुए उन्होंने फिर थोड़ी देर में जब subside हो गया फिर mister गांधी किया फिर शोर मचा फिर mister गांधी किया फिर शोर मचा फिर वह अलग ही हो गए. तो यही छोटी छोटी बातों पर देखिए कि कितना बड़ा नुकसान हुआ पूरी पूरी मुल्क बढ़ गया छोटी छोटी बातों पर. तो हमें इन सब चीज़ों को बर्दाश्त करना है. अल्लाह के लिए बर्दाश्त करना है. और आज हमें अल्लाह से मांगना है.</w:t>
      </w:r>
    </w:p>
    <w:p>
      <w:r>
        <w:rPr>
          <w:b/>
        </w:rPr>
        <w:t xml:space="preserve">[1:04:54] </w:t>
      </w:r>
      <w:r>
        <w:t>to humein apne aap ko Allah ke aage surrender kar dena hai. kyunke shaitan to dekhiye hamare beach mein hai. shaitan food dalega. to humein apne andar awareness create karni hai. jaise hazar Umar ke andar awareness thi ke hadith hai ke shaitan Umar ke saaye se bhagta hai. to humein bhi yahi awareness create karni hai ke shaitan bhage humse.</w:t>
      </w:r>
    </w:p>
    <w:p>
      <w:pPr>
        <w:jc w:val="right"/>
      </w:pPr>
      <w:r>
        <w:t>तो हमें अपने आप को अल्लाह के आगे surrender कर देना है. क्योंकि शैतान तो देखिए हमारे beach में है. शैतान food डालेगा. तो हमें अपने अंदर awareness create करनी है. जैसे हज़ार उमर के अंदर awareness थी कि हदीश है कि शैतान उमर के साय से भागता है. तो हमें भी यही awareness create करनी है कि शैतान भागे हमसे.</w:t>
      </w:r>
    </w:p>
    <w:p>
      <w:r>
        <w:rPr>
          <w:b/>
        </w:rPr>
        <w:t xml:space="preserve">[1:05:18] </w:t>
      </w:r>
      <w:r>
        <w:t>woh samajh legi yeh hum jaan jayenge, hum alert ho jayenge to phir shaitan phir nahi kuch kar pata hai.</w:t>
      </w:r>
    </w:p>
    <w:p>
      <w:pPr>
        <w:jc w:val="right"/>
      </w:pPr>
      <w:r>
        <w:t>वह समझ लेगी यह हम जान जाएंगे, हम alert हो जाएंगे तो फिर शैतान फिर नहीं कुछ कर पाता है.</w:t>
      </w:r>
    </w:p>
    <w:p>
      <w:r>
        <w:rPr>
          <w:b/>
        </w:rPr>
        <w:t xml:space="preserve">[1:05:27] </w:t>
      </w:r>
      <w:r>
        <w:t>to dua jo sarafatma ne dua mangi thi bahut achhi dua thi.</w:t>
      </w:r>
    </w:p>
    <w:p>
      <w:pPr>
        <w:jc w:val="right"/>
      </w:pPr>
      <w:r>
        <w:t>तो दुआ जो साराफात्मा ने दुआ मांगी थी बहुत अच्छी दुआ थी.</w:t>
      </w:r>
    </w:p>
    <w:p>
      <w:r>
        <w:rPr>
          <w:b/>
        </w:rPr>
        <w:t xml:space="preserve">[1:05:36] </w:t>
      </w:r>
      <w:r>
        <w:t>to woh duaen hamein khud bhi karna hai.</w:t>
      </w:r>
    </w:p>
    <w:p>
      <w:pPr>
        <w:jc w:val="right"/>
      </w:pPr>
      <w:r>
        <w:t>तो वह दुआएं हमें खुद भी करना है.</w:t>
      </w:r>
    </w:p>
    <w:p>
      <w:r>
        <w:rPr>
          <w:b/>
        </w:rPr>
        <w:t xml:space="preserve">[1:05:45] </w:t>
      </w:r>
      <w:r>
        <w:t>kyunki is talafat se bachne ke liye hamein khud dua karni hai.</w:t>
      </w:r>
    </w:p>
    <w:p>
      <w:pPr>
        <w:jc w:val="right"/>
      </w:pPr>
      <w:r>
        <w:t>क्योंकि इस तलाफात से बचने के लिए हमें खुद दुआ करनी है.</w:t>
      </w:r>
    </w:p>
    <w:p>
      <w:r>
        <w:rPr>
          <w:b/>
        </w:rPr>
        <w:t xml:space="preserve">[1:05:54] </w:t>
      </w:r>
      <w:r>
        <w:t>to meri yahi dua hai ke Allah taala humein zyada se zyada apne kaam ka mauqa ata farmaye. humein apne mission ke liye fool farmaye aur humein ikhtilaf se bachaye aur hum logon ko apni awadhi dhan awadhi jannat mein dakhil farmaye. ameen. thank you so much apa.</w:t>
      </w:r>
    </w:p>
    <w:p>
      <w:pPr>
        <w:jc w:val="right"/>
      </w:pPr>
      <w:r>
        <w:t>तो मेरी यही दुआ है कि अल्लाह तालाह हमें ज़्यादा से ज़्यादा अपने काम का मौका अता फरमाएं. हमें अपने mission के लिए फ़ूल फरमाएं और हमें एक तलाफ से बचाएं और हम लोगों को अपनी अवधि धन अवधि जन्नत में दाखिल फरमाएं. अमीन. Thank you so much आपा.</w:t>
      </w:r>
    </w:p>
    <w:p>
      <w:r>
        <w:rPr>
          <w:b/>
        </w:rPr>
        <w:t xml:space="preserve">[1:06:15] </w:t>
      </w:r>
      <w:r>
        <w:t>bilkul aisa mehsoos hua ke pura recap ho gaya aur main wahin Quran conference mein baitha hua hoon aur phir se wo sari cheezein dohra raha hoon. Thank you so much. To hum aaj ka session yahin khatm karte hain. We will be right back on next Sunday October. Thank you.</w:t>
      </w:r>
    </w:p>
    <w:p>
      <w:pPr>
        <w:jc w:val="right"/>
      </w:pPr>
      <w:r>
        <w:t>बिल्कुल ऐसा महसूस हुआ कि पूरा recap हो गया और मैं वहीं कुरान conference में बैठा हुआ हूं और फिर से वो सारी चीज़ें दोहरा रहा हूं. Thank you so much. तो हम आज का session यहीं ख़त्म करते हैं. We will be right back on next Sunday October. Thank you.</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