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Ethical Values in Islam, June 19, 2008</w:t>
      </w:r>
    </w:p>
    <w:p>
      <w:r>
        <w:t>https://youtu.be/2yPff80nSBY</w:t>
      </w:r>
    </w:p>
    <w:p>
      <w:r>
        <w:rPr>
          <w:b/>
        </w:rPr>
        <w:t xml:space="preserve">[00:36] </w:t>
      </w:r>
      <w:r>
        <w:t>aaj ka topic hai: ethical values in Islam.</w:t>
      </w:r>
    </w:p>
    <w:p>
      <w:pPr>
        <w:jc w:val="right"/>
      </w:pPr>
      <w:r>
        <w:t>آج کا ٹاپک ہے: ایتھیکل ویلیوز ان اسلام۔</w:t>
      </w:r>
    </w:p>
    <w:p>
      <w:r>
        <w:rPr>
          <w:b/>
        </w:rPr>
        <w:t xml:space="preserve">[00:45] </w:t>
      </w:r>
      <w:r>
        <w:t>Islam mein akhlaqi aqdar.</w:t>
      </w:r>
    </w:p>
    <w:p>
      <w:pPr>
        <w:jc w:val="right"/>
      </w:pPr>
      <w:r>
        <w:t>اسلام میں اخلاقی اقدار۔</w:t>
      </w:r>
    </w:p>
    <w:p>
      <w:r>
        <w:rPr>
          <w:b/>
        </w:rPr>
        <w:t xml:space="preserve">[00:52] </w:t>
      </w:r>
      <w:r>
        <w:t>yeh bohat hi important topic hai, aur bohat hi zaroori hai ke is par socha jaye aur logon ke andar zyada se zyada moral consciousness paida kiya jaye.</w:t>
      </w:r>
    </w:p>
    <w:p>
      <w:pPr>
        <w:jc w:val="right"/>
      </w:pPr>
      <w:r>
        <w:t>یہ بہت ہی امپورٹنٹ ٹاپک ہے، اور بہت ہی ضروری ہے کہ اس پر سوچا جائے اور لوگوں کے اندر زیادہ سے زیادہ مورل کانشیسنس پیدا کیا جائے۔</w:t>
      </w:r>
    </w:p>
    <w:p>
      <w:r>
        <w:rPr>
          <w:b/>
        </w:rPr>
        <w:t xml:space="preserve">[01:13] </w:t>
      </w:r>
      <w:r>
        <w:t>aaj kal ke zamane mein aap jante hain ke sab se zyada jis cheez mein deterioration hua hai, woh moral values mein hua hai.</w:t>
      </w:r>
    </w:p>
    <w:p>
      <w:pPr>
        <w:jc w:val="right"/>
      </w:pPr>
      <w:r>
        <w:t>آج کل کے زمانے میں آپ جانتے ہیں کہ سب سے زیادہ جس چیز میں ڈیٹوریشن ہوا ہے، وہ مورل ویلیوز میں ہوا ہے۔</w:t>
      </w:r>
    </w:p>
    <w:p>
      <w:r>
        <w:rPr>
          <w:b/>
        </w:rPr>
        <w:t xml:space="preserve">[01:26] </w:t>
      </w:r>
      <w:r>
        <w:t>hamare bachpan ke zamane mein jo baat aadmi akele mein bhi nahi kar sakta tha, woh aaj khule taur par sadkon par karta hai.</w:t>
      </w:r>
    </w:p>
    <w:p>
      <w:pPr>
        <w:jc w:val="right"/>
      </w:pPr>
      <w:r>
        <w:t>ہمارے بچپن کے زمانے میں جو بات آدمی اکیلے میں بھی نہیں کر سکتا تھا، وہ آج کھلے طور پر سڑکوں پر کرتا ہے۔</w:t>
      </w:r>
    </w:p>
    <w:p>
      <w:r>
        <w:rPr>
          <w:b/>
        </w:rPr>
        <w:t xml:space="preserve">[01:38] </w:t>
      </w:r>
      <w:r>
        <w:t>itna farq ho gaya hai.</w:t>
      </w:r>
    </w:p>
    <w:p>
      <w:pPr>
        <w:jc w:val="right"/>
      </w:pPr>
      <w:r>
        <w:t>اتنا فرق ہو گیا ہے۔</w:t>
      </w:r>
    </w:p>
    <w:p>
      <w:r>
        <w:rPr>
          <w:b/>
        </w:rPr>
        <w:t xml:space="preserve">[01:42] </w:t>
      </w:r>
      <w:r>
        <w:t>main samajhta hoon ke moral values ko revive karna aur phir se aisi society banana jis mein moral values ko pura importance diya gaya ho,</w:t>
      </w:r>
    </w:p>
    <w:p>
      <w:pPr>
        <w:jc w:val="right"/>
      </w:pPr>
      <w:r>
        <w:t>میں سمجھتا ہوں کہ مورل ویلیوز کو ریوائیو کرنا اور پھر سے ایسی سوسائٹی بنانا جس میں مورل ویلیوز کو پورا امپورٹنس دیا گیا ہو،</w:t>
      </w:r>
    </w:p>
    <w:p>
      <w:r>
        <w:rPr>
          <w:b/>
        </w:rPr>
        <w:t xml:space="preserve">[01:57] </w:t>
      </w:r>
      <w:r>
        <w:t>yeh aaj ki bohat bari zaroorat hai.</w:t>
      </w:r>
    </w:p>
    <w:p>
      <w:pPr>
        <w:jc w:val="right"/>
      </w:pPr>
      <w:r>
        <w:t>یہ آج کی بہت بڑی ضرورت ہے۔</w:t>
      </w:r>
    </w:p>
    <w:p>
      <w:r>
        <w:rPr>
          <w:b/>
        </w:rPr>
        <w:t xml:space="preserve">[02:04] </w:t>
      </w:r>
      <w:r>
        <w:t>yahan main kahunga ke moral values naam hai universal values ka.</w:t>
      </w:r>
    </w:p>
    <w:p>
      <w:pPr>
        <w:jc w:val="right"/>
      </w:pPr>
      <w:r>
        <w:t>یہاں میں کہوں گا کہ مورل ویلیوز نام ہے یونیورسل ویلیوز کا۔</w:t>
      </w:r>
    </w:p>
    <w:p>
      <w:r>
        <w:rPr>
          <w:b/>
        </w:rPr>
        <w:t xml:space="preserve">[02:15] </w:t>
      </w:r>
      <w:r>
        <w:t>moral values ya human values, jo bhi aap kahein, to woh darasal universal values ka naam hai, yani afaqi aqdar.</w:t>
      </w:r>
    </w:p>
    <w:p>
      <w:pPr>
        <w:jc w:val="right"/>
      </w:pPr>
      <w:r>
        <w:t>مورل ویلیوز یا ہیومن ویلیوز، جو بھی آپ کہیں، تو وہ دراصل یونیورسل ویلیوز کا نام ہے، یعنی آفاقی اقدار۔</w:t>
      </w:r>
    </w:p>
    <w:p>
      <w:r>
        <w:rPr>
          <w:b/>
        </w:rPr>
        <w:t xml:space="preserve">[02:26] </w:t>
      </w:r>
      <w:r>
        <w:t>is mein aaj jahan tak maine padha hai, different mazhab mein lagbhag wahi qadrein hain, wahi values hain. Kyun ke insaan jab aapas mein mil kar rahein, ek society ki shakal mein,</w:t>
      </w:r>
    </w:p>
    <w:p>
      <w:pPr>
        <w:jc w:val="right"/>
      </w:pPr>
      <w:r>
        <w:t>اس میں آج جہاں تک میں نے پڑھا ہے، ڈفرنٹ مذہب میں لگ بھگ وہی قدریں ہیں، وہی ویلیوز ہیں۔ کیونکہ انسان جب آپس میں مل کر رہیں، ایک سوسائٹی کی شکل میں،</w:t>
      </w:r>
    </w:p>
    <w:p>
      <w:r>
        <w:rPr>
          <w:b/>
        </w:rPr>
        <w:t xml:space="preserve">[02:41] </w:t>
      </w:r>
      <w:r>
        <w:t>to har jagah isi value ki zaroorat hoti hai jo kisi doosri jagah.</w:t>
      </w:r>
    </w:p>
    <w:p>
      <w:pPr>
        <w:jc w:val="right"/>
      </w:pPr>
      <w:r>
        <w:t>تو ہر جگہ اسی ویلیو کی ضرورت ہوتی ہے جو کسی دوسری جگہ۔</w:t>
      </w:r>
    </w:p>
    <w:p>
      <w:r>
        <w:rPr>
          <w:b/>
        </w:rPr>
        <w:t xml:space="preserve">[02:49] </w:t>
      </w:r>
      <w:r>
        <w:t>jaise misaal ke taur par dekhiye, ek bohat hi basic human value jo hai, har mazhab mein hai. Woh Quran mein hai, woh Gita mein hai, woh Bible mein hai.</w:t>
      </w:r>
    </w:p>
    <w:p>
      <w:pPr>
        <w:jc w:val="right"/>
      </w:pPr>
      <w:r>
        <w:t>جیسے مثال کے طور پر دیکھیے، ایک بہت ہی بیسک ہیومن ویلیو جو ہے، ہر مذہب میں ہے۔ وہ قرآن میں ہے، وہ گیتا میں ہے، وہ بائبل میں ہے۔</w:t>
      </w:r>
    </w:p>
    <w:p>
      <w:r>
        <w:rPr>
          <w:b/>
        </w:rPr>
        <w:t xml:space="preserve">[03:01] </w:t>
      </w:r>
      <w:r>
        <w:t>woh kya? Woh yeh hai ke jo kuch tum apne liye pasand karte ho, wahi doosre ke liye pasand karo.</w:t>
      </w:r>
    </w:p>
    <w:p>
      <w:pPr>
        <w:jc w:val="right"/>
      </w:pPr>
      <w:r>
        <w:t>وہ کیا؟ وہ یہ ہے کہ جو کچھ تم اپنے لیے پسند کرتے ہو، وہی دوسرے کے لیے پسند کرو۔</w:t>
      </w:r>
    </w:p>
    <w:p>
      <w:r>
        <w:rPr>
          <w:b/>
        </w:rPr>
        <w:t xml:space="preserve">[03:20] </w:t>
      </w:r>
      <w:r>
        <w:t>jo cheez tumhe khud napasanad ho, us ko doosre ke liye bhi napasanad samjho.</w:t>
      </w:r>
    </w:p>
    <w:p>
      <w:pPr>
        <w:jc w:val="right"/>
      </w:pPr>
      <w:r>
        <w:t>جو چیز تمہیں خود ناپسند ہو، اس کو دوسرے کے لیے بھی ناپسند سمجھو۔</w:t>
      </w:r>
    </w:p>
    <w:p>
      <w:r>
        <w:rPr>
          <w:b/>
        </w:rPr>
        <w:t xml:space="preserve">[03:29] </w:t>
      </w:r>
      <w:r>
        <w:t>isi ko shayar ne kaha tha ke na karo kisi se, na karo bhool kar kisi se tum sulook aisa ke jo tum se koi karta tumhein nagawar hota.</w:t>
      </w:r>
    </w:p>
    <w:p>
      <w:pPr>
        <w:jc w:val="right"/>
      </w:pPr>
      <w:r>
        <w:t>اسی کو شاعر نے کہا تھا کہ نہ کرو کسی سے، نہ کرو بھول کر کسی سے تم سلوک ایسا کہ جو تم سے کوئی کرتا تمہیں ناگوار ہوتا۔</w:t>
      </w:r>
    </w:p>
    <w:p>
      <w:r>
        <w:rPr>
          <w:b/>
        </w:rPr>
        <w:t xml:space="preserve">[03:49] </w:t>
      </w:r>
      <w:r>
        <w:t>to yeh dekhiye, sab se zyada main samajhta hoon ke sab se zyada sada yeh teaching hai.</w:t>
      </w:r>
    </w:p>
    <w:p>
      <w:pPr>
        <w:jc w:val="right"/>
      </w:pPr>
      <w:r>
        <w:t>تو یہ دیکھیے، سب سے زیادہ میں سمجھتا ہوں کہ سب سے زیادہ سادہ یہ ٹیچنگ ہے۔</w:t>
      </w:r>
    </w:p>
    <w:p>
      <w:r>
        <w:rPr>
          <w:b/>
        </w:rPr>
        <w:t xml:space="preserve">[04:03] </w:t>
      </w:r>
      <w:r>
        <w:t>kyun? Har aadmi ko pata hai ke mujhe kya pasand hai, kya pasand nahi hai.</w:t>
      </w:r>
    </w:p>
    <w:p>
      <w:pPr>
        <w:jc w:val="right"/>
      </w:pPr>
      <w:r>
        <w:t>کیوں؟ ہر آدمی کو پتہ ہے کہ مجھے کیا پسند ہے، کیا پسند نہیں ہے۔</w:t>
      </w:r>
    </w:p>
    <w:p>
      <w:r>
        <w:rPr>
          <w:b/>
        </w:rPr>
        <w:t xml:space="preserve">[04:10] </w:t>
      </w:r>
      <w:r>
        <w:t>koi chahe padha likha ho, be padha likha ho, poor ho, rich ho, dekhne wala ho, be aankh wala ho, koi bhi, koi bhi, koi bhi.</w:t>
      </w:r>
    </w:p>
    <w:p>
      <w:pPr>
        <w:jc w:val="right"/>
      </w:pPr>
      <w:r>
        <w:t>کوئی چاہے پڑھا لکھا ہو، بے پڑھا لکھا ہو، پور ہو، رچ ہو، دیکھنے والا ہو، بے آنکھ والا ہو، کوئی بھی، کوئی بھی، کوئی بھی۔</w:t>
      </w:r>
    </w:p>
    <w:p>
      <w:r>
        <w:rPr>
          <w:b/>
        </w:rPr>
        <w:t xml:space="preserve">[04:23] </w:t>
      </w:r>
      <w:r>
        <w:t>har ek ko yeh pata hai ke mujhe kya acha lagta hai aur mujhe kya acha nahi lagta.</w:t>
      </w:r>
    </w:p>
    <w:p>
      <w:pPr>
        <w:jc w:val="right"/>
      </w:pPr>
      <w:r>
        <w:t>ہر ایک کو یہ پتہ ہے کہ مجھے کیا اچھا لگتا ہے اور مجھے کیا اچھا نہیں لگتا۔</w:t>
      </w:r>
    </w:p>
    <w:p>
      <w:r>
        <w:rPr>
          <w:b/>
        </w:rPr>
        <w:t xml:space="preserve">[04:31] </w:t>
      </w:r>
      <w:r>
        <w:t>misalan mere bare mein koi, koi mujhe, misalan mujhe koi badnaam kare, jis ko kehte hain character assassination, to kis ko acha lagega?</w:t>
      </w:r>
    </w:p>
    <w:p>
      <w:pPr>
        <w:jc w:val="right"/>
      </w:pPr>
      <w:r>
        <w:t>مثلاً میرے بارے میں کوئی، کوئی مجھے، مثلاً مجھے کوئی بدنام کرے، جس کو کہتے ہیں کریکٹر اسیسینیشن، تو کس کو اچھا لگے گا؟</w:t>
      </w:r>
    </w:p>
    <w:p>
      <w:r>
        <w:rPr>
          <w:b/>
        </w:rPr>
        <w:t xml:space="preserve">[04:46] </w:t>
      </w:r>
      <w:r>
        <w:t>sab ko bura lagega. To mujhe bura lagta hai jab mera koi, jis ko kehte hain Urdu mein kardar kashi, character assassination, koi kare,</w:t>
      </w:r>
    </w:p>
    <w:p>
      <w:pPr>
        <w:jc w:val="right"/>
      </w:pPr>
      <w:r>
        <w:t>سب کو برا لگے گا۔ تو مجھے برا لگتا ہے جب میرا کوئی، جس کو کہتے ہیں اردو میں کردار کشی، کریکٹر اسیسینیشن، کوئی کرے،</w:t>
      </w:r>
    </w:p>
    <w:p>
      <w:r>
        <w:rPr>
          <w:b/>
        </w:rPr>
        <w:t xml:space="preserve">[04:59] </w:t>
      </w:r>
      <w:r>
        <w:t>mere par aib lagaye, to mujhe bura lagta hai. To isi se samajhna chahiye ke doosre ko bura lagega. Aise hi dekhiye, kisi se maamla hua, time par us ne paisa ada kar diya,</w:t>
      </w:r>
    </w:p>
    <w:p>
      <w:pPr>
        <w:jc w:val="right"/>
      </w:pPr>
      <w:r>
        <w:t>میرے پر عیب لگائے، تو مجھے برا لگتا ہے۔ تو اسی سے سمجھنا چاہیے کہ دوسرے کو برا لگے گا۔ ایسے ہی دیکھیے، کسی سے معاملہ ہوا، ٹائم پر اس نے پیسہ ادا کر دیا،</w:t>
      </w:r>
    </w:p>
    <w:p>
      <w:r>
        <w:rPr>
          <w:b/>
        </w:rPr>
        <w:t xml:space="preserve">[05:16] </w:t>
      </w:r>
      <w:r>
        <w:t>theek theek jo terms and conditions jo tay hui theen, us ke mutabiq us ne sari dealing ki, to hum ko bara acha lagega. To hum bhi doosre ke sath aise hi karein.</w:t>
      </w:r>
    </w:p>
    <w:p>
      <w:pPr>
        <w:jc w:val="right"/>
      </w:pPr>
      <w:r>
        <w:t>ٹھیک ٹھیک جو ٹرمز اینڈ کنڈیشن جو طے ہوئی تھیں، اس کے مطابق اس نے ساری ڈیلنگ کی، تو ہم کو بڑا اچھا لگے گا۔ تو ہم بھی دوسرے کے ساتھ ایسے ہی کریں۔</w:t>
      </w:r>
    </w:p>
    <w:p>
      <w:r>
        <w:rPr>
          <w:b/>
        </w:rPr>
        <w:t xml:space="preserve">[05:30] </w:t>
      </w:r>
      <w:r>
        <w:t>jab wada ho jaye to us ko poora karen. jo conditions tay ho jayen, us ko hum poora karen. to yeh bohat hi simple tareeqa hai yeh janney ka ke basic human value kya hai.</w:t>
      </w:r>
    </w:p>
    <w:p>
      <w:pPr>
        <w:jc w:val="right"/>
      </w:pPr>
      <w:r>
        <w:t>جب وعدہ ہو جائے تو اس کو پورا کریں۔ جو کنڈیشنز طے ہو جائیں، اس کو ہم پورا کریں۔ تو یہ بہت ہی سمپل طریقہ ہے یہ جاننے کا کہ بیسک ہیومن ویلیو کیا ہے۔</w:t>
      </w:r>
    </w:p>
    <w:p>
      <w:r>
        <w:rPr>
          <w:b/>
        </w:rPr>
        <w:t xml:space="preserve">[05:46] </w:t>
      </w:r>
      <w:r>
        <w:t>main samajhta hoon ke number one importance yahi hai.</w:t>
      </w:r>
    </w:p>
    <w:p>
      <w:pPr>
        <w:jc w:val="right"/>
      </w:pPr>
      <w:r>
        <w:t>میں سمجھتا ہوں کہ نمبر ون امپورٹنس یہی ہے۔</w:t>
      </w:r>
    </w:p>
    <w:p>
      <w:r>
        <w:rPr>
          <w:b/>
        </w:rPr>
        <w:t xml:space="preserve">[05:50] </w:t>
      </w:r>
      <w:r>
        <w:t>har aadmi ka nature, har aadmi ka apna experience bata deta hai ke kya hai acha kirdaar, kya hai bura kirdaar.</w:t>
      </w:r>
    </w:p>
    <w:p>
      <w:pPr>
        <w:jc w:val="right"/>
      </w:pPr>
      <w:r>
        <w:t>ہر آدمی کا نیچر، ہر آدمی کا اپنا ایکسپیرینس بتا دیتا ہے کہ کیا ہے اچھا کردار، کیا ہے برا کردار۔</w:t>
      </w:r>
    </w:p>
    <w:p>
      <w:r>
        <w:rPr>
          <w:b/>
        </w:rPr>
        <w:t xml:space="preserve">[06:02] </w:t>
      </w:r>
      <w:r>
        <w:t>isi liye har religious system mein is ko mana gaya hai. aise hi dekhiye, sach bolna.</w:t>
      </w:r>
    </w:p>
    <w:p>
      <w:pPr>
        <w:jc w:val="right"/>
      </w:pPr>
      <w:r>
        <w:t>اسی لیے ہر ریلیجس سسٹم میں اس کو مانا گیا ہے۔ ایسے ہی دیکھیے، سچ بولنا۔</w:t>
      </w:r>
    </w:p>
    <w:p>
      <w:r>
        <w:rPr>
          <w:b/>
        </w:rPr>
        <w:t xml:space="preserve">[06:12] </w:t>
      </w:r>
      <w:r>
        <w:t>sach bolna bhi kitna sab mazhabon mein sach bolne ki importance di gayi hai.</w:t>
      </w:r>
    </w:p>
    <w:p>
      <w:pPr>
        <w:jc w:val="right"/>
      </w:pPr>
      <w:r>
        <w:t>سچ بولنا بھی کتنا سب مذہبوں میں سچ بولنے کی امپورٹنس دی گئی ہے۔</w:t>
      </w:r>
    </w:p>
    <w:p>
      <w:r>
        <w:rPr>
          <w:b/>
        </w:rPr>
        <w:t xml:space="preserve">[06:19] </w:t>
      </w:r>
      <w:r>
        <w:t>islam mein bhi hai. ek aadmi rasool Allah ke paas aya, us ne kaha ke maine dekha kai buraiyan hain, to sab se pehle main kon si burai chhodoon?</w:t>
      </w:r>
    </w:p>
    <w:p>
      <w:pPr>
        <w:jc w:val="right"/>
      </w:pPr>
      <w:r>
        <w:t>اسلام میں بھی ہے۔ ایک آدمی رسول اللہ کے پاس آیا، اس نے کہا کہ میں نے دیکھا کئی برائیاں ہیں، تو سب سے پہلے میں کون سی برائی چھوڑوں؟</w:t>
      </w:r>
    </w:p>
    <w:p>
      <w:r>
        <w:rPr>
          <w:b/>
        </w:rPr>
        <w:t xml:space="preserve">[06:32] </w:t>
      </w:r>
      <w:r>
        <w:t>pehle to ek hi ko chhodoon ga. to aap ne kaha ke jhoot bolna chhod do, hamesha sach bolo. ab woh gaya.</w:t>
      </w:r>
    </w:p>
    <w:p>
      <w:pPr>
        <w:jc w:val="right"/>
      </w:pPr>
      <w:r>
        <w:t>پہلے تو ایک ہی کو چھوڑوں گا۔ تو آپ نے کہا کہ جھوٹ بولنا چھوڑ دو، ہمیشہ سچ بولو۔ اب وہ گیا۔</w:t>
      </w:r>
    </w:p>
    <w:p>
      <w:r>
        <w:rPr>
          <w:b/>
        </w:rPr>
        <w:t xml:space="preserve">[06:43] </w:t>
      </w:r>
      <w:r>
        <w:t>to pata chala ke jhoot sach ek cheez ka naam nahi hai.</w:t>
      </w:r>
    </w:p>
    <w:p>
      <w:pPr>
        <w:jc w:val="right"/>
      </w:pPr>
      <w:r>
        <w:t>تو پتہ چلا کہ جھوٹ سچ ایک چیز کا نام نہیں ہے۔</w:t>
      </w:r>
    </w:p>
    <w:p>
      <w:r>
        <w:rPr>
          <w:b/>
        </w:rPr>
        <w:t xml:space="preserve">[06:49] </w:t>
      </w:r>
      <w:r>
        <w:t>jo jo burai karta hai aadmi, kahin na kahin us mein jhoot milana parta hai us ko. bana jhoot milaye hue koi bhi burai hoti nahi hai.</w:t>
      </w:r>
    </w:p>
    <w:p>
      <w:pPr>
        <w:jc w:val="right"/>
      </w:pPr>
      <w:r>
        <w:t>جو جو برائی کرتا ہے آدمی، کہیں نہ کہیں اس میں جھوٹ ملانا پڑتا ہے اس کو۔ بنا جھوٹ ملائے ہوئے کوئی بھی برائی ہوتی نہیں ہے۔</w:t>
      </w:r>
    </w:p>
    <w:p>
      <w:r>
        <w:rPr>
          <w:b/>
        </w:rPr>
        <w:t xml:space="preserve">[07:02] </w:t>
      </w:r>
      <w:r>
        <w:t>ab jab bhi koi aur burai ki baat ati to woh sochta ke to mujhe jhoot bolna pare ga, us par parda dalna pare ga, logon se kehna pare ga ke aisa nahi, waisa.</w:t>
      </w:r>
    </w:p>
    <w:p>
      <w:pPr>
        <w:jc w:val="right"/>
      </w:pPr>
      <w:r>
        <w:t>اب جب بھی کوئی اور برائی کی بات آتی تو وہ سوچتا کہ تو مجھے جھوٹ بولنا پڑے گا، اس پر پردہ ڈالنا پڑے گا، لوگوں سے کہنا پڑے گا کہ ایسا نہیں، ویسا۔</w:t>
      </w:r>
    </w:p>
    <w:p>
      <w:r>
        <w:rPr>
          <w:b/>
        </w:rPr>
        <w:t xml:space="preserve">[07:17] </w:t>
      </w:r>
      <w:r>
        <w:t>to ek ek kar ke woh har burai chhodta chala gaya. yaani jhoot ko chhodne ka nateeja yeh hua ke har burai us se chhoot gayi.</w:t>
      </w:r>
    </w:p>
    <w:p>
      <w:pPr>
        <w:jc w:val="right"/>
      </w:pPr>
      <w:r>
        <w:t>تو ایک ایک کر کے وہ ہر برائی چھوڑتا چلا گیا۔ یعنی جھوٹ کو چھوڑنے کا نتیجہ یہ ہوا کہ ہر برائی اس سے چھوٹ گئی۔</w:t>
      </w:r>
    </w:p>
    <w:p>
      <w:r>
        <w:rPr>
          <w:b/>
        </w:rPr>
        <w:t xml:space="preserve">[07:30] </w:t>
      </w:r>
      <w:r>
        <w:t>to sach bolna, honesty ke sath rehna, tolerance ke sath rehna, peaceful tareeqe se rehna, doosron se mohabbat karna, khair khwahi karna, jis ko kehte hain ke well wishing, friendly behaviour ho doosron ke sath, yeh sab cheezen hain jin ko kaha jata hai human value ya moral value.</w:t>
      </w:r>
    </w:p>
    <w:p>
      <w:pPr>
        <w:jc w:val="right"/>
      </w:pPr>
      <w:r>
        <w:t>تو سچ بولنا، آنستی کے ساتھ رہنا، ٹالرنس کے ساتھ رہنا، پیس فل طریقے سے رہنا، دوسروں سے محبت کرنا، خیر خواہی کرنا، جس کو کہتے ہیں کہ ویل وشنگ، فرینڈلی بیہیویئر ہو دوسروں کے ساتھ، یہ سب چیزیں ہیں جن کو کہا جاتا ہے ہیومن ویلیو یا مورل ویلیو۔</w:t>
      </w:r>
    </w:p>
    <w:p>
      <w:r>
        <w:rPr>
          <w:b/>
        </w:rPr>
        <w:t xml:space="preserve">[07:57] </w:t>
      </w:r>
      <w:r>
        <w:t>to yeh sab mazhabon mein hai aur islam mein bhi hai.</w:t>
      </w:r>
    </w:p>
    <w:p>
      <w:pPr>
        <w:jc w:val="right"/>
      </w:pPr>
      <w:r>
        <w:t>تو یہ سب مذہبوں میں ہے اور اسلام میں بھی ہے۔</w:t>
      </w:r>
    </w:p>
    <w:p>
      <w:r>
        <w:rPr>
          <w:b/>
        </w:rPr>
        <w:t xml:space="preserve">[08:02] </w:t>
      </w:r>
      <w:r>
        <w:t>is ke baghair aadmi ki jo personality hai, woh haivan jaisi hoti hai, animal jaisi. yeh sare jo moral values hain, sach poochhen to yeh alag karte hain insaan ko animal se.</w:t>
      </w:r>
    </w:p>
    <w:p>
      <w:pPr>
        <w:jc w:val="right"/>
      </w:pPr>
      <w:r>
        <w:t>اس کے بغیر آدمی کی جو پرسنیلٹی ہے، وہ حیوان جیسی ہوتی ہے، اینیمل جیسی۔ یہ سارے جو مورل ویلیوز ہیں، سچ پوچھیں تو یہ الگ کرتے ہیں انسان کو اینیمل سے۔</w:t>
      </w:r>
    </w:p>
    <w:p>
      <w:r>
        <w:rPr>
          <w:b/>
        </w:rPr>
        <w:t xml:space="preserve">[08:19] </w:t>
      </w:r>
      <w:r>
        <w:t>animal ke haan koi moral consciousness nahi hota, koi moral, koi akhlaqi shaoor nahi hota,</w:t>
      </w:r>
    </w:p>
    <w:p>
      <w:pPr>
        <w:jc w:val="right"/>
      </w:pPr>
      <w:r>
        <w:t>اینیمل کے ہاں کوئی مورل کانشیسنس نہیں ہوتا، کوئی مورل، کوئی اخلاقی شعور نہیں ہوتا،</w:t>
      </w:r>
    </w:p>
    <w:p>
      <w:r>
        <w:rPr>
          <w:b/>
        </w:rPr>
        <w:t xml:space="preserve">[08:32] </w:t>
      </w:r>
      <w:r>
        <w:t>kuch bhi nahi. woh to bas jeete hain apne interest ke liye. insaan ke andar akhlaqi shaoor hota hai, yaani moral consciousness.</w:t>
      </w:r>
    </w:p>
    <w:p>
      <w:pPr>
        <w:jc w:val="right"/>
      </w:pPr>
      <w:r>
        <w:t>کچھ بھی نہیں۔ وہ تو بس جیتے ہیں اپنے انٹرسٹ کے لیے۔ انسان کے اندر اخلاقی شعور ہوتا ہے، یعنی مورل کانشیسنس۔</w:t>
      </w:r>
    </w:p>
    <w:p>
      <w:r>
        <w:rPr>
          <w:b/>
        </w:rPr>
        <w:t xml:space="preserve">[08:46] </w:t>
      </w:r>
      <w:r>
        <w:t>jaise kisi doosre ka khet hai, us khet mein fasal lagi hui hai. ab animal koi wahan se guzre ga to lage khane us ko</w:t>
      </w:r>
    </w:p>
    <w:p>
      <w:pPr>
        <w:jc w:val="right"/>
      </w:pPr>
      <w:r>
        <w:t>جیسے کسی دوسرے کا کھیت ہے، اس کھیت میں فصل لگی ہوئی ہے۔ اب اینیمل کوئی وہاں سے گزرے گا تو لگے کھانے اس کو</w:t>
      </w:r>
    </w:p>
    <w:p>
      <w:r>
        <w:rPr>
          <w:b/>
        </w:rPr>
        <w:t xml:space="preserve">[08:57] </w:t>
      </w:r>
      <w:r>
        <w:t>. us ko pata nahi ke mujhe apne khet se khana chahiye, doosre khet se nahi khana chahiye. lekin jab insaan is mein aise hi kaam kare ke doosre ke khet mein lage,</w:t>
      </w:r>
    </w:p>
    <w:p>
      <w:pPr>
        <w:jc w:val="right"/>
      </w:pPr>
      <w:r>
        <w:t>۔ اس کو پتہ نہیں کہ مجھے اپنے کھیت سے کھانا چاہیے، دوسرے کھیت سے نہیں کھانا چاہیے۔ لیکن جب انسان اس میں ایسے ہی کام کرے کہ دوسرے کے کھیت میں لگے،</w:t>
      </w:r>
    </w:p>
    <w:p>
      <w:r>
        <w:rPr>
          <w:b/>
        </w:rPr>
        <w:t xml:space="preserve">[09:12] </w:t>
      </w:r>
      <w:r>
        <w:t>yaani us ko is mein kaate, us ko kaat ke ghar le jaye, us mein khaye, to woh uska dil, uska consciousness bataye ga ke tum galat kaam kar rahe ho, yaani tum chori kar rahe ho.</w:t>
      </w:r>
    </w:p>
    <w:p>
      <w:pPr>
        <w:jc w:val="right"/>
      </w:pPr>
      <w:r>
        <w:t>یعنی اس کو اس میں کاٹے، اس کو کاٹ کے گھر لے جائے، اس میں کھائے، تو وہ اس کا دل، اس کا کانشیس بتائے گا کہ تم غلط کام کر رہے ہو، یعنی تم چوری کر رہے ہو۔</w:t>
      </w:r>
    </w:p>
    <w:p>
      <w:r>
        <w:rPr>
          <w:b/>
        </w:rPr>
        <w:t xml:space="preserve">[09:27] </w:t>
      </w:r>
      <w:r>
        <w:t>to sach poochhen to moral values insaan ko animal se alag karti hain. animal ke haan koi moral values nahi, lekin insaan ke haan moral values hain.</w:t>
      </w:r>
    </w:p>
    <w:p>
      <w:pPr>
        <w:jc w:val="right"/>
      </w:pPr>
      <w:r>
        <w:t>تو سچ پوچھیں تو مورل ویلیوز انسان کو اینیمل سے الگ کرتی ہیں۔ اینیمل کے ہاں کوئی مورل ویلیوز نہیں، لیکن انسان کے ہاں مورل ویلیوز ہیں۔</w:t>
      </w:r>
    </w:p>
    <w:p>
      <w:r>
        <w:rPr>
          <w:b/>
        </w:rPr>
        <w:t xml:space="preserve">[09:44] </w:t>
      </w:r>
      <w:r>
        <w:t>yahi jo hai woh cheez hai jis ko demarcation, yeh line of demarcation hai. isi se aap pehchan sakte hain kon animal hai, kon insaan hai.</w:t>
      </w:r>
    </w:p>
    <w:p>
      <w:pPr>
        <w:jc w:val="right"/>
      </w:pPr>
      <w:r>
        <w:t>یہی جو ہے وہ چیز ہے جس کو ڈی مارکیشن، یہ لائن آف ڈی مارکیشن ہے۔ اسی سے آپ پہچان سکتے ہیں کون اینیمل ہے، کون انسان ہے۔</w:t>
      </w:r>
    </w:p>
    <w:p>
      <w:r>
        <w:rPr>
          <w:b/>
        </w:rPr>
        <w:t xml:space="preserve">[09:58] </w:t>
      </w:r>
      <w:r>
        <w:t>ab jo insaan adhere na kare moral values ko, jis ke maani ke agarche woh paida hua tha insaan, lekin apne aap ko gira kar woh animal us ne bana liya, yaani animal level par jeene laga woh.</w:t>
      </w:r>
    </w:p>
    <w:p>
      <w:pPr>
        <w:jc w:val="right"/>
      </w:pPr>
      <w:r>
        <w:t>اب جو انسان اڈیر نہ کرے مورل ویلیوز کو، جس کے معنی کہ اگرچہ وہ پیدا ہوا تھا انسان، لیکن اپنے آپ کو گرا کر وہ اینیمل اس نے بنا لیا، یعنی اینیمل لیول پر جینے لگا وہ۔</w:t>
      </w:r>
    </w:p>
    <w:p>
      <w:r>
        <w:rPr>
          <w:b/>
        </w:rPr>
        <w:t xml:space="preserve">[10:21] </w:t>
      </w:r>
      <w:r>
        <w:t>to yeh hai importance moral value</w:t>
      </w:r>
    </w:p>
    <w:p>
      <w:pPr>
        <w:jc w:val="right"/>
      </w:pPr>
      <w:r>
        <w:t>تو یہ ہے امپورٹنس مورل ویلی</w:t>
      </w:r>
    </w:p>
    <w:p>
      <w:r>
        <w:rPr>
          <w:b/>
        </w:rPr>
        <w:t xml:space="preserve">[10:25] </w:t>
      </w:r>
      <w:r>
        <w:t>s ki. lekin dekhiye, yeh baat itni zyada saada nahi hai.</w:t>
      </w:r>
    </w:p>
    <w:p>
      <w:pPr>
        <w:jc w:val="right"/>
      </w:pPr>
      <w:r>
        <w:t>وز کی۔ لیکن دیکھیے، یہ بات اتنی زیادہ سادہ نہیں ہے۔</w:t>
      </w:r>
    </w:p>
    <w:p>
      <w:r>
        <w:rPr>
          <w:b/>
        </w:rPr>
        <w:t xml:space="preserve">[10:36] </w:t>
      </w:r>
      <w:r>
        <w:t>itni zyada saada nahi hai. jaise main ek misaal doon aap ko ke</w:t>
      </w:r>
    </w:p>
    <w:p>
      <w:pPr>
        <w:jc w:val="right"/>
      </w:pPr>
      <w:r>
        <w:t>اتنی زیادہ سادہ نہیں ہے۔ جیسے میں ایک مثال دوں آپ کو کہ</w:t>
      </w:r>
    </w:p>
    <w:p>
      <w:r>
        <w:rPr>
          <w:b/>
        </w:rPr>
        <w:t xml:space="preserve">[10:45] </w:t>
      </w:r>
      <w:r>
        <w:t>aap aik family mein rehte hain, aik society mein rehte hain, aik country mein rehte hain, to agar aap doosron ke khilaaf heat phailayen, to wahan par jin logon ko aap influence karenge, jin ke dil mein heat bharenge,</w:t>
      </w:r>
    </w:p>
    <w:p>
      <w:pPr>
        <w:jc w:val="right"/>
      </w:pPr>
      <w:r>
        <w:t>آپ ایک فیملی میں رہتے ہیں، ایک سوسائٹی میں رہتے ہیں، ایک کنٹری میں رہتے ہیں، تو اگر آپ دوسروں کے خلاف ہیٹ پھیلائیں، تو وہاں پر جن لوگوں کو آپ انفلوئنس کریں گے، جن کے دلوں میں ہیٹ بھریں گے،</w:t>
      </w:r>
    </w:p>
    <w:p>
      <w:r>
        <w:rPr>
          <w:b/>
        </w:rPr>
        <w:t xml:space="preserve">[11:03] </w:t>
      </w:r>
      <w:r>
        <w:t>woh kabhi bhi moral values ko follow nahin kar sakte, kabhi bhi nahin.</w:t>
      </w:r>
    </w:p>
    <w:p>
      <w:pPr>
        <w:jc w:val="right"/>
      </w:pPr>
      <w:r>
        <w:t>وہ کبھی بھی مورل ویلیوز کو فالو نہیں کر سکتے، کبھی بھی نہیں۔</w:t>
      </w:r>
    </w:p>
    <w:p>
      <w:r>
        <w:rPr>
          <w:b/>
        </w:rPr>
        <w:t xml:space="preserve">[11:08] </w:t>
      </w:r>
      <w:r>
        <w:t>misalan aik ghar hai, is ghar ke logon ko, jo members hain aap ki family ke, un ke dil mein aap parosi ke liye heat bharen, din raat yeh batayen ke parosi baray kharab log hain, baray gande log hain,</w:t>
      </w:r>
    </w:p>
    <w:p>
      <w:pPr>
        <w:jc w:val="right"/>
      </w:pPr>
      <w:r>
        <w:t>مثلاً ایک گھر ہے، اس گھر کے لوگوں کو، جو ممبرز ہیں آپ کی فیملی کے، ان کے دل میں آپ پڑوسی کے لیے ہیٹ بھریں، دن رات یہ بتائیں کہ پڑوسی بڑے خراب لوگ ہیں، بڑے گندے لوگ ہیں،</w:t>
      </w:r>
    </w:p>
    <w:p>
      <w:r>
        <w:rPr>
          <w:b/>
        </w:rPr>
        <w:t xml:space="preserve">[11:24] </w:t>
      </w:r>
      <w:r>
        <w:t>yeh bohat hi baray log hain. to apne family members ko aap ne yeh kiya ke parosi ke baray mein un ke dil mein heat bhar diya.</w:t>
      </w:r>
    </w:p>
    <w:p>
      <w:pPr>
        <w:jc w:val="right"/>
      </w:pPr>
      <w:r>
        <w:t>یہ بہت ہی برے لوگ ہیں۔ تو اپنے فیملی ممبرز کو آپ نے یہ کیا کہ پڑوسی کے بارے میں ان کے دلوں میں ہیٹ بھر دیا۔</w:t>
      </w:r>
    </w:p>
    <w:p>
      <w:r>
        <w:rPr>
          <w:b/>
        </w:rPr>
        <w:t xml:space="preserve">[11:37] </w:t>
      </w:r>
      <w:r>
        <w:t>ab aap agar kahain ke parosiyon ke sath acha sulook karo, to aap ka kehna bilkul, yaani meaningless hoga. to agar aap chahte hain ke aap apne parosi ke sath acha sulook karen,</w:t>
      </w:r>
    </w:p>
    <w:p>
      <w:pPr>
        <w:jc w:val="right"/>
      </w:pPr>
      <w:r>
        <w:t>اب آپ اگر کہیں کہ پڑوسیوں کے ساتھ اچھا سلوک کرو، تو آپ کا کہنا بالکل، یعنی میننگ لیس ہوگا۔ تو اگر آپ چاہتے ہیں کہ آپ اپنے پڑوسی کے ساتھ اچھا سلوک کریں،</w:t>
      </w:r>
    </w:p>
    <w:p>
      <w:r>
        <w:rPr>
          <w:b/>
        </w:rPr>
        <w:t xml:space="preserve">[11:55] </w:t>
      </w:r>
      <w:r>
        <w:t>to aap ko is se bachna paray ga ke apne family mein, apne family members mein, aap parosi ke baray mein heat bharen.</w:t>
      </w:r>
    </w:p>
    <w:p>
      <w:pPr>
        <w:jc w:val="right"/>
      </w:pPr>
      <w:r>
        <w:t>تو آپ کو اس سے بچنا پڑے گا کہ اپنے فیملی میں، اپنے فیملی ممبرز میں، آپ پڑوسی کے بارے میں ہیٹ بھریں۔</w:t>
      </w:r>
    </w:p>
    <w:p>
      <w:r>
        <w:rPr>
          <w:b/>
        </w:rPr>
        <w:t xml:space="preserve">[12:05] </w:t>
      </w:r>
      <w:r>
        <w:t>yeh bilkul ho nahin sakta hai, kabhi bhi. to karna to yeh hai ke parosiyon ke sath aap acha sulook karen, good behaviour aap ka ho, lekin aap ko chalna wahan se paray ga ke parosiyon ke baray mein negative thought agar aata hai aap ke ghar mein,</w:t>
      </w:r>
    </w:p>
    <w:p>
      <w:pPr>
        <w:jc w:val="right"/>
      </w:pPr>
      <w:r>
        <w:t>یہ بالکل ہو نہیں سکتا ہے، کبھی بھی۔ تو کرنا تو یہ ہے کہ پڑوسیوں کے ساتھ آپ اچھا سلوک کریں، گڈ بیہیویئر آپ کا ہو، لیکن آپ کو چلنا وہاں سے پڑے گا کہ پڑوسیوں کے بارے میں نیگیٹیو تھاٹ اگر آتا ہے آپ کے گھر میں،</w:t>
      </w:r>
    </w:p>
    <w:p>
      <w:r>
        <w:rPr>
          <w:b/>
        </w:rPr>
        <w:t xml:space="preserve">[12:22] </w:t>
      </w:r>
      <w:r>
        <w:t>to aap jaldi se is ko door karen.</w:t>
      </w:r>
    </w:p>
    <w:p>
      <w:pPr>
        <w:jc w:val="right"/>
      </w:pPr>
      <w:r>
        <w:t>تو آپ جلدی سے اس کو دور کریں۔</w:t>
      </w:r>
    </w:p>
    <w:p>
      <w:r>
        <w:rPr>
          <w:b/>
        </w:rPr>
        <w:t xml:space="preserve">[12:27] </w:t>
      </w:r>
      <w:r>
        <w:t>bohat si baaten aisi hoti rehti hain apne rishtedaron ke baray mein, parosiyon ke baray mein, relatives ke baray mein, hoti rehti hain barabar.</w:t>
      </w:r>
    </w:p>
    <w:p>
      <w:pPr>
        <w:jc w:val="right"/>
      </w:pPr>
      <w:r>
        <w:t>بہت سی باتیں ایسی ہوتی رہتی ہیں اپنے رشتہ داروں کے بارے میں، پڑوسیوں کے بارے میں، ریلیٹوز کے بارے میں، ہوتی رہتی ہیں برابر۔</w:t>
      </w:r>
    </w:p>
    <w:p>
      <w:r>
        <w:rPr>
          <w:b/>
        </w:rPr>
        <w:t xml:space="preserve">[12:39] </w:t>
      </w:r>
      <w:r>
        <w:t>to jab bhi aisa ho ke is qism ka charchah ho, to isi waqt roken aap is ko. logon ke dil mein negative thought na aanay den, kyun ke agar woh aa gaya to phir, phir, phir border buruz nahin chalegi.</w:t>
      </w:r>
    </w:p>
    <w:p>
      <w:pPr>
        <w:jc w:val="right"/>
      </w:pPr>
      <w:r>
        <w:t>تو جب بھی ایسا ہو کہ اس قسم کا چرچہ ہو، تو اسی وقت روکیں آپ اس کو۔ لوگوں کے دلوں میں نیگیٹیو تھاٹ نہ آنے دیں، کیونکہ اگر وہ آ گیا تو پھر، پھر، پھر بارڈر بروز نہیں چلیں گی۔</w:t>
      </w:r>
    </w:p>
    <w:p>
      <w:r>
        <w:rPr>
          <w:b/>
        </w:rPr>
        <w:t xml:space="preserve">[12:54] </w:t>
      </w:r>
      <w:r>
        <w:t>koi phir aisa nahin karega ke akhlaqi principle ko apply kare. jaise mein aap ko misal doon, yahi baat national life mein bhi hoti hai.</w:t>
      </w:r>
    </w:p>
    <w:p>
      <w:pPr>
        <w:jc w:val="right"/>
      </w:pPr>
      <w:r>
        <w:t>کوئی پھر ایسا نہیں کرے گا کہ اخلاقی پرنسپل کو اپلائی کرے۔ جیسے میں آپ کو مثال دوں، یہی بات نیشنل لائف میں بھی ہوتی ہے۔</w:t>
      </w:r>
    </w:p>
    <w:p>
      <w:r>
        <w:rPr>
          <w:b/>
        </w:rPr>
        <w:t xml:space="preserve">[13:08] </w:t>
      </w:r>
      <w:r>
        <w:t>abhi mere pas telephone aaya tha, aik aik newspaper ki taraf se, abhi to aap jante hain ke</w:t>
      </w:r>
    </w:p>
    <w:p>
      <w:pPr>
        <w:jc w:val="right"/>
      </w:pPr>
      <w:r>
        <w:t>ابھی میرے پاس ٹیلی فون آیا تھا، ایک ایک نیوز پیپر کی طرف سے، ابھی تو آپ جانتے ہیں کہ</w:t>
      </w:r>
    </w:p>
    <w:p>
      <w:r>
        <w:rPr>
          <w:b/>
        </w:rPr>
        <w:t xml:space="preserve">[13:18] </w:t>
      </w:r>
      <w:r>
        <w:t>arbon ki aik conference hui hai,</w:t>
      </w:r>
    </w:p>
    <w:p>
      <w:pPr>
        <w:jc w:val="right"/>
      </w:pPr>
      <w:r>
        <w:t>عربوں کی ایک کانفرنس ہوئی ہے،</w:t>
      </w:r>
    </w:p>
    <w:p>
      <w:r>
        <w:rPr>
          <w:b/>
        </w:rPr>
        <w:t xml:space="preserve">[13:21] </w:t>
      </w:r>
      <w:r>
        <w:t>abhi jald hi, to is mein unhon ne baat ki hai dialogue ki. to logon ka khayal hai ke woh chahte hain ke Israel se compromise karen, Israel se adjust karen, Israel se jo ladaai chhari hui thi, us ko khatam kiya jaye.</w:t>
      </w:r>
    </w:p>
    <w:p>
      <w:pPr>
        <w:jc w:val="right"/>
      </w:pPr>
      <w:r>
        <w:t>ابھی جلد ہی، تو اس میں انہوں نے بات کی ہے ڈائیلاگ کی۔ تو لوگوں کا خیال ہے کہ وہ چاہتے ہیں کہ اسرائیل سے کمپرومائز کریں، اسرائیل سے ایڈجسٹ کریں، اسرائیل سے جو لڑائی چھڑی ہوئی تھی، اس کو ختم کیا جائے۔</w:t>
      </w:r>
    </w:p>
    <w:p>
      <w:r>
        <w:rPr>
          <w:b/>
        </w:rPr>
        <w:t xml:space="preserve">[13:40] </w:t>
      </w:r>
      <w:r>
        <w:t>logon ka guess hai ke is ke liye woh ki gayi hai.</w:t>
      </w:r>
    </w:p>
    <w:p>
      <w:pPr>
        <w:jc w:val="right"/>
      </w:pPr>
      <w:r>
        <w:t>لوگوں کا گیس ہے کہ اس کے لیے وہ کی گئی ہے۔</w:t>
      </w:r>
    </w:p>
    <w:p>
      <w:r>
        <w:rPr>
          <w:b/>
        </w:rPr>
        <w:t xml:space="preserve">[13:44] </w:t>
      </w:r>
      <w:r>
        <w:t>to mein ne kaha ke openly to aisa nahin kaha unhon ne, lekin aisa agar chahte hon woh to present situation mein is ka koi faida nahin, kuch nahin.</w:t>
      </w:r>
    </w:p>
    <w:p>
      <w:pPr>
        <w:jc w:val="right"/>
      </w:pPr>
      <w:r>
        <w:t>تو میں نے کہا کہ اوپنلی تو ایسا نہیں کہا انہوں نے، لیکن ایسا اگر چاہتے ہوں وہ تو پریزنٹ سچویشن میں اس کا کوئی فائدہ نہیں، کچھ نہیں۔</w:t>
      </w:r>
    </w:p>
    <w:p>
      <w:r>
        <w:rPr>
          <w:b/>
        </w:rPr>
        <w:t xml:space="preserve">[13:54] </w:t>
      </w:r>
      <w:r>
        <w:t>kyun? is liye ke sare arbon mein Israel ke khilaaf heat bhar diya gaya hai, negative thought bhar di gayi hai.</w:t>
      </w:r>
    </w:p>
    <w:p>
      <w:pPr>
        <w:jc w:val="right"/>
      </w:pPr>
      <w:r>
        <w:t>کیوں؟ اس لیے کہ سارے عربوں میں اسرائیل کے خلاف ہیٹ بھر دیا گیا ہے، نیگیٹیو تھاٹ بھر دی گئی ہے۔</w:t>
      </w:r>
    </w:p>
    <w:p>
      <w:r>
        <w:rPr>
          <w:b/>
        </w:rPr>
        <w:t xml:space="preserve">[14:03] </w:t>
      </w:r>
      <w:r>
        <w:t>yaani continuously 60 baras se bataya gaya ke Israel jo hai, Islam ka dushman hai, Israel bohat hi baray hain, Israeli bohat hi baray hain, bohat hi baray hain.</w:t>
      </w:r>
    </w:p>
    <w:p>
      <w:pPr>
        <w:jc w:val="right"/>
      </w:pPr>
      <w:r>
        <w:t>یعنی کنٹینیوسلی 60 برس سے بتایا گیا کہ اسرائیل جو ہے، اسلام کا دشمن ہے، اسرائیل بہت ہی برے ہیں، اسرائیلی بہت ہی برے ہیں، بہت ہی برے ہیں۔</w:t>
      </w:r>
    </w:p>
    <w:p>
      <w:r>
        <w:rPr>
          <w:b/>
        </w:rPr>
        <w:t xml:space="preserve">[14:17] </w:t>
      </w:r>
      <w:r>
        <w:t>to tamam musalman, sirf arab nahin, dunya bhar ke musalman ke dil Israel ke baray mein heat se bhare hue hain, nafrat se bhare hue hain.</w:t>
      </w:r>
    </w:p>
    <w:p>
      <w:pPr>
        <w:jc w:val="right"/>
      </w:pPr>
      <w:r>
        <w:t>تو تمام مسلمان، صرف عرب نہیں، دنیا بھر کے مسلمان کے دل اسرائیل کے بارے میں ہیٹ سے بھرے ہوئے ہیں، نفرت سے بھرے ہوئے ہیں۔</w:t>
      </w:r>
    </w:p>
    <w:p>
      <w:r>
        <w:rPr>
          <w:b/>
        </w:rPr>
        <w:t xml:space="preserve">[14:29] </w:t>
      </w:r>
      <w:r>
        <w:t>aisay aadmi yeh sab kehne se kya faida? kaun is ko sune ga?</w:t>
      </w:r>
    </w:p>
    <w:p>
      <w:pPr>
        <w:jc w:val="right"/>
      </w:pPr>
      <w:r>
        <w:t>ایسے آدمی یہ سب کہنے سے کیا فائدہ؟ کون اس کو سنے گا؟</w:t>
      </w:r>
    </w:p>
    <w:p>
      <w:r>
        <w:rPr>
          <w:b/>
        </w:rPr>
        <w:t xml:space="preserve">[14:33] </w:t>
      </w:r>
      <w:r>
        <w:t>yaani musalmanon mein woh background hi nahin hai, woh mindset nahin hai, woh zehan nahin hai ke woh sune aisi baaton ko aur pakrein aisi baaton ko. to mein ne kaha akhbar wale se ke starting point yeh nahin hai ke Israel ke sath adjust karo.</w:t>
      </w:r>
    </w:p>
    <w:p>
      <w:pPr>
        <w:jc w:val="right"/>
      </w:pPr>
      <w:r>
        <w:t>یعنی مسلمانوں میں وہ بیک گراؤنڈ ہی نہیں ہے، وہ مائنڈ سیٹ نہیں ہے، وہ ذہن نہیں ہے کہ وہ سنیں ایسی باتوں کو اور پکڑیں ایسی باتوں کو۔ تو میں نے کہا اخبار والے سے کہ سٹارٹنگ پوائنٹ یہ نہیں ہے کہ اسرائیل کے ساتھ ایڈجسٹ کرو۔</w:t>
      </w:r>
    </w:p>
    <w:p>
      <w:r>
        <w:rPr>
          <w:b/>
        </w:rPr>
        <w:t xml:space="preserve">[14:53] </w:t>
      </w:r>
      <w:r>
        <w:t>nahin, starting point yeh hai ke aap yeh kahain ke hum ne 48 mein jo policy ikhtiyar ki thi, woh policy galat thi.</w:t>
      </w:r>
    </w:p>
    <w:p>
      <w:pPr>
        <w:jc w:val="right"/>
      </w:pPr>
      <w:r>
        <w:t>نہیں، سٹارٹنگ پوائنٹ یہ ہے کہ آپ یہ کہیں کہ ہم نے 48 میں جو پالیسی اختیار کی تھی، وہ پالیسی غلط تھی۔</w:t>
      </w:r>
    </w:p>
    <w:p>
      <w:r>
        <w:rPr>
          <w:b/>
        </w:rPr>
        <w:t xml:space="preserve">[15:03] </w:t>
      </w:r>
      <w:r>
        <w:t>to we were wrong, yeh hai starting point. kyun? ta ke log rethinking karen. adjustment ki policy chalane ke liye sab se pehle rethinking karna paray ga,</w:t>
      </w:r>
    </w:p>
    <w:p>
      <w:pPr>
        <w:jc w:val="right"/>
      </w:pPr>
      <w:r>
        <w:t>تو وی ویر رونگ، یہ ہے سٹارٹنگ پوائنٹ۔ کیوں؟ تاکہ لوگ ری تھنکنگ کریں۔ ایڈجسٹمنٹ کی پالیسی چلانے کے لیے سب سے پہلے ری تھنکنگ کرنا پڑے گی،</w:t>
      </w:r>
    </w:p>
    <w:p>
      <w:r>
        <w:rPr>
          <w:b/>
        </w:rPr>
        <w:t xml:space="preserve">[15:20] </w:t>
      </w:r>
      <w:r>
        <w:t>apni deconditioning karni paray gi. yaani heat full jo mind hai logon ka, us ko khatam karna paray ga.</w:t>
      </w:r>
    </w:p>
    <w:p>
      <w:pPr>
        <w:jc w:val="right"/>
      </w:pPr>
      <w:r>
        <w:t>اپنی ڈی کنڈیشننگ کرنی پڑے گی۔ یعنی ہیٹ فل جو مائنڈ ہے لوگوں کا، اس کو ختم کرنا پڑے گا۔</w:t>
      </w:r>
    </w:p>
    <w:p>
      <w:r>
        <w:rPr>
          <w:b/>
        </w:rPr>
        <w:t xml:space="preserve">[15:28] </w:t>
      </w:r>
      <w:r>
        <w:t>to jab tak aap rethinking na karen, deconditioning na karen, apni soch ko na badlen, to naya process kaise chalega?</w:t>
      </w:r>
    </w:p>
    <w:p>
      <w:pPr>
        <w:jc w:val="right"/>
      </w:pPr>
      <w:r>
        <w:t>تو جب تک آپ ری تھنکنگ نہ کریں، ڈی کنڈیشننگ نہ کریں، اپنی سوچ کو نہ بدلیں، تو نیا پروسیس کیسے چلے گا؟</w:t>
      </w:r>
    </w:p>
    <w:p>
      <w:r>
        <w:rPr>
          <w:b/>
        </w:rPr>
        <w:t xml:space="preserve">[15:38] </w:t>
      </w:r>
      <w:r>
        <w:t>is liye main kahoon ga ke sirf moral values ka parchar kaafi nahi hai, is ke liye fiza banana hai, atmosphere banana hai.</w:t>
      </w:r>
    </w:p>
    <w:p>
      <w:pPr>
        <w:jc w:val="right"/>
      </w:pPr>
      <w:r>
        <w:t>اس لیے میں کہوں گا کہ صرف مورل ویلیوز کا پرچار کافی نہیں ہے، اس کے لیے فضا بنانا ہے، ایٹمسفیئر بنانا ہے۔</w:t>
      </w:r>
    </w:p>
    <w:p>
      <w:r>
        <w:rPr>
          <w:b/>
        </w:rPr>
        <w:t xml:space="preserve">[15:51] </w:t>
      </w:r>
      <w:r>
        <w:t>aur atmosphere mein sab se zyada importance baat yeh hai ke unilaterally aap ko apne aap ko is se bachana hai ke aap ke dil mein negative thought aa jayen.</w:t>
      </w:r>
    </w:p>
    <w:p>
      <w:pPr>
        <w:jc w:val="right"/>
      </w:pPr>
      <w:r>
        <w:t>اور ایٹمسفیئر میں سب سے زیادہ امپورٹنس بات یہ ہے کہ یونی لیٹرلی آپ کو اپنے آپ کو اس سے بچانا ہے کہ آپ کے دل میں نیگیٹیو تھاٹ آ جائیں۔</w:t>
      </w:r>
    </w:p>
    <w:p>
      <w:r>
        <w:rPr>
          <w:b/>
        </w:rPr>
        <w:t xml:space="preserve">[16:04] </w:t>
      </w:r>
      <w:r>
        <w:t>unilaterally, yaani doosra jo hai, woh shikayat ka mauqa de, tab bhi aap apne dil mein nafrat na layen.</w:t>
      </w:r>
    </w:p>
    <w:p>
      <w:pPr>
        <w:jc w:val="right"/>
      </w:pPr>
      <w:r>
        <w:t>یونی لیٹرلی، یعنی دوسرا جو ہے، وہ شکایت کا موقع دے، تب بھی آپ اپنے دل میں نفرت نہ لائیں۔</w:t>
      </w:r>
    </w:p>
    <w:p>
      <w:r>
        <w:rPr>
          <w:b/>
        </w:rPr>
        <w:t xml:space="preserve">[16:14] </w:t>
      </w:r>
      <w:r>
        <w:t>doosra aap ko provoke kare, tab bhi aap ke dil mein hate na aaye. doosra aap ke sath koi burai kare, tab bhi aap yeh na kahain ke sahabi dushman hai, dushman hai, dushman hai.</w:t>
      </w:r>
    </w:p>
    <w:p>
      <w:pPr>
        <w:jc w:val="right"/>
      </w:pPr>
      <w:r>
        <w:t>دوسرا آپ کو پرووک کرے، تب بھی آپ کے دل میں ہیٹ نہ آئے۔ دوسرا آپ کے ساتھ کوئی برائی کرے، تب بھی آپ یہ نہ کہیں کہ صحابی دشمن ہے، دشمن ہے، دشمن ہے۔</w:t>
      </w:r>
    </w:p>
    <w:p>
      <w:r>
        <w:rPr>
          <w:b/>
        </w:rPr>
        <w:t xml:space="preserve">[16:32] </w:t>
      </w:r>
      <w:r>
        <w:t>to moral values ko practical tor par lene ke liye zaroori hai ke aap apne seene ko negative thought se khaali rakhen.</w:t>
      </w:r>
    </w:p>
    <w:p>
      <w:pPr>
        <w:jc w:val="right"/>
      </w:pPr>
      <w:r>
        <w:t>تو مورل ویلیوز کو پریکٹیکل طور پر لینے کے لیے ضروری ہے کہ آپ اپنے سینے کو نیگیٹیو تھاٹ سے خالی رکھیں۔</w:t>
      </w:r>
    </w:p>
    <w:p>
      <w:r>
        <w:rPr>
          <w:b/>
        </w:rPr>
        <w:t xml:space="preserve">[16:48] </w:t>
      </w:r>
      <w:r>
        <w:t>kyun ke jahan negative thought hoga, wahan moral values nahi aa sakti hain.</w:t>
      </w:r>
    </w:p>
    <w:p>
      <w:pPr>
        <w:jc w:val="right"/>
      </w:pPr>
      <w:r>
        <w:t>کیونکہ جہاں نیگیٹیو تھاٹ ہوگا، وہاں مائل ویلیوز نہیں آ سکتی ہیں۔</w:t>
      </w:r>
    </w:p>
    <w:p>
      <w:r>
        <w:rPr>
          <w:b/>
        </w:rPr>
        <w:t xml:space="preserve">[16:54] </w:t>
      </w:r>
      <w:r>
        <w:t>moral values naam hai positive values ka. moral values naam hai positive values ka.</w:t>
      </w:r>
    </w:p>
    <w:p>
      <w:pPr>
        <w:jc w:val="right"/>
      </w:pPr>
      <w:r>
        <w:t>مائل ویلیوز نام ہے پوزیٹیو ویلیوز کا۔ مائل ویلیوز نام ہے پوزیٹیو ویلیوز کا۔</w:t>
      </w:r>
    </w:p>
    <w:p>
      <w:r>
        <w:rPr>
          <w:b/>
        </w:rPr>
        <w:t xml:space="preserve">[17:04] </w:t>
      </w:r>
      <w:r>
        <w:t>to jahan negative values bhari hui hon seene mein, to moral values ke liye kahan jagah mile gi? wahan</w:t>
      </w:r>
    </w:p>
    <w:p>
      <w:pPr>
        <w:jc w:val="right"/>
      </w:pPr>
      <w:r>
        <w:t>تو جہاں نیگیٹیو ویلیوز بھری ہوئی ہوں سینے میں، تو مائل ویلیوز کے لیے کہاں جگہ ملے گی؟ وہاں</w:t>
      </w:r>
    </w:p>
    <w:p>
      <w:r>
        <w:rPr>
          <w:b/>
        </w:rPr>
        <w:t xml:space="preserve">[17:13] </w:t>
      </w:r>
      <w:r>
        <w:t>jab aap ke seene mein, aap ke mind mein negative values, negative baaten bhari hui hain, to wahan par positive values ka koi kaam nahi hai.</w:t>
      </w:r>
    </w:p>
    <w:p>
      <w:pPr>
        <w:jc w:val="right"/>
      </w:pPr>
      <w:r>
        <w:t>جب آپ کے سینے میں، آپ کے مائنڈ میں نیگیٹیو ویلیوز، نیگیٹیو باتیں بھری ہوئی ہیں، تو وہاں پر پوزیٹیو ویلیوز کا کوئی کام نہیں ہے۔</w:t>
      </w:r>
    </w:p>
    <w:p>
      <w:r>
        <w:rPr>
          <w:b/>
        </w:rPr>
        <w:t xml:space="preserve">[17:27] </w:t>
      </w:r>
      <w:r>
        <w:t>to main yeh kahoon ga ke sirf parchar karna moral values ka, akhlaqi qadron ka, yeh kaafi nahi hai.</w:t>
      </w:r>
    </w:p>
    <w:p>
      <w:pPr>
        <w:jc w:val="right"/>
      </w:pPr>
      <w:r>
        <w:t>تو میں یہ کہوں گا کہ صرف پرچار کرنا مورل ویلیوز کا، اخلاقی قدروں کا، یہ کافی نہیں ہے۔</w:t>
      </w:r>
    </w:p>
    <w:p>
      <w:r>
        <w:rPr>
          <w:b/>
        </w:rPr>
        <w:t xml:space="preserve">[17:35] </w:t>
      </w:r>
      <w:r>
        <w:t>humein yeh sochna pare ga ke hum woh background banayen, woh fiza banayen, woh atmosphere banayen, jis mein moral values ki baat logon ki samajh mein aaye.</w:t>
      </w:r>
    </w:p>
    <w:p>
      <w:pPr>
        <w:jc w:val="right"/>
      </w:pPr>
      <w:r>
        <w:t>ہمیں یہ سوچنا پڑے گا کہ ہم وہ بیک گراؤنڈ بنائیں، وہ فضا بنائیں، وہ ایٹمسفیئر بنائیں، جس میں مورل ویلیوز کی بات لوگوں کی سمجھ میں آئے۔</w:t>
      </w:r>
    </w:p>
    <w:p>
      <w:r>
        <w:rPr>
          <w:b/>
        </w:rPr>
        <w:t xml:space="preserve">[17:51] </w:t>
      </w:r>
      <w:r>
        <w:t>aisi dehi Kashmir mein 60 baras se Pakistan mein aik nafrat, hate India campaign chali hui thi.</w:t>
      </w:r>
    </w:p>
    <w:p>
      <w:pPr>
        <w:jc w:val="right"/>
      </w:pPr>
      <w:r>
        <w:t>ایسی دیہی کشمیر میں 60 برس سے پاکستان میں ایک نفرت، ہیٹ انڈیا کیمپین چلی ہوئی تھی۔</w:t>
      </w:r>
    </w:p>
    <w:p>
      <w:r>
        <w:rPr>
          <w:b/>
        </w:rPr>
        <w:t xml:space="preserve">[18:00] </w:t>
      </w:r>
      <w:r>
        <w:t>hate India campaign.</w:t>
      </w:r>
    </w:p>
    <w:p>
      <w:pPr>
        <w:jc w:val="right"/>
      </w:pPr>
      <w:r>
        <w:t>ہیٹ انڈیا کیمپین۔</w:t>
      </w:r>
    </w:p>
    <w:p>
      <w:r>
        <w:rPr>
          <w:b/>
        </w:rPr>
        <w:t xml:space="preserve">[18:02] </w:t>
      </w:r>
      <w:r>
        <w:t>ab pichle 60 baras mein aap dekhiye, Pakistan ke papers, Pakistan ki TV, to aap payen ke bas hate India, hate India, hate India.</w:t>
      </w:r>
    </w:p>
    <w:p>
      <w:pPr>
        <w:jc w:val="right"/>
      </w:pPr>
      <w:r>
        <w:t>اب پچھلے 60 برس میں آپ دیکھیے، پاکستان کے پیپرز، پاکستان کی ٹی وی، تو آپ پائیں کہ بس ہیٹ انڈیا، ہیٹ انڈیا، ہیٹ انڈیا۔</w:t>
      </w:r>
    </w:p>
    <w:p>
      <w:r>
        <w:rPr>
          <w:b/>
        </w:rPr>
        <w:t xml:space="preserve">[18:13] </w:t>
      </w:r>
      <w:r>
        <w:t>ab jo present government hai Pakistan ki, woh chahti hai India se adjust karna. kyun ke commercial sense mein bohat nuqsan uthaya Pakistan ne.</w:t>
      </w:r>
    </w:p>
    <w:p>
      <w:pPr>
        <w:jc w:val="right"/>
      </w:pPr>
      <w:r>
        <w:t>اب جو پریزنٹ گورنمنٹ ہے پاکستان کی، وہ چاہتی ہے انڈیا سے ایڈجسٹ کرنا۔ کیونکہ کمرشل سینس میں بہت نقصان اٹھایا پاکستان نے۔</w:t>
      </w:r>
    </w:p>
    <w:p>
      <w:r>
        <w:rPr>
          <w:b/>
        </w:rPr>
        <w:t xml:space="preserve">[18:26] </w:t>
      </w:r>
      <w:r>
        <w:t>business itna zabardast, Pakistan aur India dono neighbor country hain,</w:t>
      </w:r>
    </w:p>
    <w:p>
      <w:pPr>
        <w:jc w:val="right"/>
      </w:pPr>
      <w:r>
        <w:t>بزنس اتنا زبردست، پاکستان اور انڈیا دونوں نیبر کنٹری ہیں،</w:t>
      </w:r>
    </w:p>
    <w:p>
      <w:r>
        <w:rPr>
          <w:b/>
        </w:rPr>
        <w:t xml:space="preserve">[18:32] </w:t>
      </w:r>
      <w:r>
        <w:t>bohat zabardast business dono mein ho sakta hai, bohat zabardast business.</w:t>
      </w:r>
    </w:p>
    <w:p>
      <w:pPr>
        <w:jc w:val="right"/>
      </w:pPr>
      <w:r>
        <w:t>بہت زبردست بزنس دونوں میں ہو سکتا ہے، بہت زبردست بزنس۔</w:t>
      </w:r>
    </w:p>
    <w:p>
      <w:r>
        <w:rPr>
          <w:b/>
        </w:rPr>
        <w:t xml:space="preserve">[18:40] </w:t>
      </w:r>
      <w:r>
        <w:t>lekin yaani billion, trillion dollar ka nuqsan kiya in logon ne. aap chahte hain ke adjust karen, lekin apne mulk ke logon ko, jo awam ko ya masses ko, unhon ne India ke khilaaf negative thought se bhar rakha hai.</w:t>
      </w:r>
    </w:p>
    <w:p>
      <w:pPr>
        <w:jc w:val="right"/>
      </w:pPr>
      <w:r>
        <w:t>لیکن یعنی بلین، ٹریلین ڈالر کا نقصان کیا ان لوگوں نے۔ آپ چاہتے ہیں کہ ایڈجسٹ کریں، لیکن اپنے ملک کے لوگوں کو، جو عوام کو یا ماسز کو، انہوں نے انڈیا کے خلاف نیگیٹیو تھاٹ سے بھر رکھا ہے۔</w:t>
      </w:r>
    </w:p>
    <w:p>
      <w:r>
        <w:rPr>
          <w:b/>
        </w:rPr>
        <w:t xml:space="preserve">[19:02] </w:t>
      </w:r>
      <w:r>
        <w:t>yaani wahan Bharat ka lafz aik, aik bohat hi, aik jaise lagta hai ke koi buri cheez hai. Bharat to kaise kuch bhi nahi hoga?</w:t>
      </w:r>
    </w:p>
    <w:p>
      <w:pPr>
        <w:jc w:val="right"/>
      </w:pPr>
      <w:r>
        <w:t>یعنی وہاں بھارت کا لفظ ایک، ایک بہت ہی، ایک جیسے لگتا ہے کہ کوئی بری چیز ہے۔ بھارت تو کیسے کچھ بھی نہیں ہوگا؟</w:t>
      </w:r>
    </w:p>
    <w:p>
      <w:r>
        <w:rPr>
          <w:b/>
        </w:rPr>
        <w:t xml:space="preserve">[19:11] </w:t>
      </w:r>
      <w:r>
        <w:t>woh koshish kar rahe hain, lekin no result.</w:t>
      </w:r>
    </w:p>
    <w:p>
      <w:pPr>
        <w:jc w:val="right"/>
      </w:pPr>
      <w:r>
        <w:t>وہ کوشش کر رہے ہیں، لیکن نو رزلٹ۔</w:t>
      </w:r>
    </w:p>
    <w:p>
      <w:r>
        <w:rPr>
          <w:b/>
        </w:rPr>
        <w:t xml:space="preserve">[19:16] </w:t>
      </w:r>
      <w:r>
        <w:t>to agar aap ko India ko, Pakistan ko, dono jagah ki baat mein kahoon ga ke India agar chahta hai ke Pakistan se achhe taluqat bana kar rahe, Pakistan chahta hai ke India ke sath achhe taluqat ban kar rahe, to dono ko aik doosre ke baray mein yeh karna pare ga ke apne logon ko is se bachayen ke un ka seena hate se bhar jaye, nafrat se bhar jaye.</w:t>
      </w:r>
    </w:p>
    <w:p>
      <w:pPr>
        <w:jc w:val="right"/>
      </w:pPr>
      <w:r>
        <w:t>تو اگر آپ کو انڈیا کو، پاکستان کو، دونوں جگہ کی بات میں کہوں گا کہ انڈیا اگر چاہتا ہے کہ پاکستان سے اچھے تعلقات بنا کر رہے، پاکستان چاہتا ہے کہ انڈیا کے ساتھ اچھے تعلقات بن کر رہے، تو دونوں کو ایک دوسرے کے بارے میں یہ کرنا پڑے گا کہ اپنے لوگوں کو اس سے بچائیں کہ ان کا سینہ ہیٹ سے بھر جائے، نفرت سے بھر جائے۔</w:t>
      </w:r>
    </w:p>
    <w:p>
      <w:r>
        <w:rPr>
          <w:b/>
        </w:rPr>
        <w:t xml:space="preserve">[19:43] </w:t>
      </w:r>
      <w:r>
        <w:t>to phir kuch bhi nahi hoga, kuch bhi nahi hoga.</w:t>
      </w:r>
    </w:p>
    <w:p>
      <w:pPr>
        <w:jc w:val="right"/>
      </w:pPr>
      <w:r>
        <w:t>تو پھر کچھ بھی نہیں ہوگا، کچھ بھی نہیں ہوگا۔</w:t>
      </w:r>
    </w:p>
    <w:p>
      <w:r>
        <w:rPr>
          <w:b/>
        </w:rPr>
        <w:t xml:space="preserve">[19:49] </w:t>
      </w:r>
      <w:r>
        <w:t>to moral values ke liye moral atmosphere chahiye, moral values ke liye moral thinking chahiye, moral values ke liye moral consciousness chahiye.</w:t>
      </w:r>
    </w:p>
    <w:p>
      <w:pPr>
        <w:jc w:val="right"/>
      </w:pPr>
      <w:r>
        <w:t>تو مورل ویلیوز کے لیے مورل ایٹمسفیئر چاہیے، مورل ویلیوز کے لیے مورل تھنکنگ چاہیے، مورل ویلیوز کے لیے مورل کانشیسنس چاہیے۔</w:t>
      </w:r>
    </w:p>
    <w:p>
      <w:r>
        <w:rPr>
          <w:b/>
        </w:rPr>
        <w:t xml:space="preserve">[20:06] </w:t>
      </w:r>
      <w:r>
        <w:t>tab ja kar aadmi yeh kar paye ga ke woh moral values ko adhere kare.</w:t>
      </w:r>
    </w:p>
    <w:p>
      <w:pPr>
        <w:jc w:val="right"/>
      </w:pPr>
      <w:r>
        <w:t>تب جا کر آدمی یہ کر پائے گا کہ وہ مورل ویلیوز کو اڈیر کرے۔</w:t>
      </w:r>
    </w:p>
    <w:p>
      <w:r>
        <w:rPr>
          <w:b/>
        </w:rPr>
        <w:t xml:space="preserve">[20:16] </w:t>
      </w:r>
      <w:r>
        <w:t>yahan main aik aur baat kahoon ga ke ab hum 21 century mein hain. aap jante hain ke aaj kal daily media mein global warming ki baaten aa rahi hain.</w:t>
      </w:r>
    </w:p>
    <w:p>
      <w:pPr>
        <w:jc w:val="right"/>
      </w:pPr>
      <w:r>
        <w:t>یہاں میں ایک اور بات کہوں گا کہ اب ہم 21 سینچری میں ہیں۔ آپ جانتے ہیں کہ آج کل ڈیلی میڈیا میں گلوبل وارمنگ کی باتیں آ رہی ہیں۔</w:t>
      </w:r>
    </w:p>
    <w:p>
      <w:r>
        <w:rPr>
          <w:b/>
        </w:rPr>
        <w:t xml:space="preserve">[20:31] </w:t>
      </w:r>
      <w:r>
        <w:t>life support system jo hai, bohat zabardast tareeqay say woh, yani bigad raha hai. jo intricate balance tha is zameen par, woh bohat hi ziyada disturb ho raha hai.</w:t>
      </w:r>
    </w:p>
    <w:p>
      <w:pPr>
        <w:jc w:val="right"/>
      </w:pPr>
      <w:r>
        <w:t>لائف سپورٹ سسٹم جو ہے، بہت زبردست طریقے سے وہ، یعنی بگڑ رہا ہے۔ جو انٹرکیٹ بیلنس تھا اس زمین پر، وہ بہت ہی زیادہ ڈسٹرب ہو رہا ہے۔</w:t>
      </w:r>
    </w:p>
    <w:p>
      <w:r>
        <w:rPr>
          <w:b/>
        </w:rPr>
        <w:t xml:space="preserve">[20:48] </w:t>
      </w:r>
      <w:r>
        <w:t>daily kitnay species mar rahi hain.</w:t>
      </w:r>
    </w:p>
    <w:p>
      <w:pPr>
        <w:jc w:val="right"/>
      </w:pPr>
      <w:r>
        <w:t>ڈیلی کتنے اسپیشیز مر رہی ہیں۔</w:t>
      </w:r>
    </w:p>
    <w:p>
      <w:r>
        <w:rPr>
          <w:b/>
        </w:rPr>
        <w:t xml:space="preserve">[20:53] </w:t>
      </w:r>
      <w:r>
        <w:t>to bohat say problem jin ko aap jantay hain, yani samandar kay pani mein pollution, pollution ho gaya hai, nadiyon mein pollution aa gaya hai, fiza jo hai, us mein pollution bhar gaya hai.</w:t>
      </w:r>
    </w:p>
    <w:p>
      <w:pPr>
        <w:jc w:val="right"/>
      </w:pPr>
      <w:r>
        <w:t>تو بہت سے پرابلم جن کو آپ جانتے ہیں، یعنی سمندر کے پانی میں پولیوشن، پولیوشن ہو گیا ہے، ندیوں میں پولیوشن آ گیا ہے، فضا جو ہے، اس میں پولیوشن بھر گیا ہے۔</w:t>
      </w:r>
    </w:p>
    <w:p>
      <w:r>
        <w:rPr>
          <w:b/>
        </w:rPr>
        <w:t xml:space="preserve">[21:07] </w:t>
      </w:r>
      <w:r>
        <w:t>ab aap kahain kay sach bolo, honesty kay sath raho aur love karo aik doosray say, aur doosri taraf apni industry ko isi tarah chaltay raho, to yeh bhi meaningless baat hogi,</w:t>
      </w:r>
    </w:p>
    <w:p>
      <w:pPr>
        <w:jc w:val="right"/>
      </w:pPr>
      <w:r>
        <w:t>اب آپ کہیں کہ سچ بولو، ہونیسٹری کے ساتھ رہو اور لو کرو ایک دوسرے سے، اور دوسری طرف اپنی انڈسٹری کو اسی طرح چلاتے رہیں، تو یہ بھی میننگ لیس بات ہوگی،</w:t>
      </w:r>
    </w:p>
    <w:p>
      <w:r>
        <w:rPr>
          <w:b/>
        </w:rPr>
        <w:t xml:space="preserve">[21:23] </w:t>
      </w:r>
      <w:r>
        <w:t>meaningless baat hogi. ab jo hai, main samajhta hoon kay moral values ka aik extended sense laina paray ga kay international life, commercial activities, wahan bhi humain apply karna paray ga is ko.</w:t>
      </w:r>
    </w:p>
    <w:p>
      <w:pPr>
        <w:jc w:val="right"/>
      </w:pPr>
      <w:r>
        <w:t>میننگ لیس بات ہوگی۔ اب جو ہے، میں سمجھتا ہوں کہ مورل ویلیوز کا ایک ایکسٹینڈڈ سینس لینا پڑے گا کہ انٹرنیشنل لائف، کمرشل ایکٹیویٹیز، وہاں بھی ہمیں اپلائی کرنا پڑے گا اس کو۔</w:t>
      </w:r>
    </w:p>
    <w:p>
      <w:r>
        <w:rPr>
          <w:b/>
        </w:rPr>
        <w:t xml:space="preserve">[21:35] </w:t>
      </w:r>
      <w:r>
        <w:t>yani humain yeh karna paray ga kay hum apni industrial activities ko moral values ka paband banayein, warna woh mahol khatam ho jaye ga.</w:t>
      </w:r>
    </w:p>
    <w:p>
      <w:pPr>
        <w:jc w:val="right"/>
      </w:pPr>
      <w:r>
        <w:t>یعنی ہمیں یہ کرنا پڑے گا کہ ہم اپنی انڈسٹریل ایکٹیویٹیز کو مائل ویلیوز کا پابند بنائیں، ورنہ وہ ماحول ختم ہو جائے گا۔</w:t>
      </w:r>
    </w:p>
    <w:p>
      <w:r>
        <w:rPr>
          <w:b/>
        </w:rPr>
        <w:t xml:space="preserve">[21:49] </w:t>
      </w:r>
      <w:r>
        <w:t>woh maholi, yani aap chahtay hain kay log aik doosray kay friendly banain. friendly kaisay banain gay jab koi dekh rahay hain kay aap ki industry jo hai, mujhay nuqsan pohncha rahi hai?</w:t>
      </w:r>
    </w:p>
    <w:p>
      <w:pPr>
        <w:jc w:val="right"/>
      </w:pPr>
      <w:r>
        <w:t>وہ ماحولی، یعنی آپ چاہتے ہیں کہ لوگ ایک دوسرے کے فرینڈلی بنیں۔ فرینڈلی کیسے بنیں گے جب کوئی دیکھ رہے ہیں کہ آپ کی انڈسٹری جو ہے، مجھے نقصان پہنچا رہی ہے؟</w:t>
      </w:r>
    </w:p>
    <w:p>
      <w:r>
        <w:rPr>
          <w:b/>
        </w:rPr>
        <w:t xml:space="preserve">[22:04] </w:t>
      </w:r>
      <w:r>
        <w:t>hamaray bachpan mein, hum aaj kal boya jata hai aik lafz "passive smoking".</w:t>
      </w:r>
    </w:p>
    <w:p>
      <w:pPr>
        <w:jc w:val="right"/>
      </w:pPr>
      <w:r>
        <w:t>ہمارے بچپن میں، ہم آج کل بویا جاتا ہے ایک لفظ "پیسو سموکنگ"۔</w:t>
      </w:r>
    </w:p>
    <w:p>
      <w:r>
        <w:rPr>
          <w:b/>
        </w:rPr>
        <w:t xml:space="preserve">[22:12] </w:t>
      </w:r>
      <w:r>
        <w:t>hamaray bachpan mein log cigarette peetay thay, bohat kam tha, zamanay mein riwaj, lekin "passive smoking" ka lafz hum nay kabhi nahi suna tha bachpan mein.</w:t>
      </w:r>
    </w:p>
    <w:p>
      <w:pPr>
        <w:jc w:val="right"/>
      </w:pPr>
      <w:r>
        <w:t>ہمارے بچپن میں لوگ سگریٹ پیتے تھے، بہت کم تھا، زمانے میں رواج، لیکن "پیسو سموکنگ" کا لفظ ہم نے کبھی نہیں سنا تھا بچپن میں۔</w:t>
      </w:r>
    </w:p>
    <w:p>
      <w:r>
        <w:rPr>
          <w:b/>
        </w:rPr>
        <w:t xml:space="preserve">[22:23] </w:t>
      </w:r>
      <w:r>
        <w:t>ab har aadmi janta hai "passive smoking"</w:t>
      </w:r>
    </w:p>
    <w:p>
      <w:pPr>
        <w:jc w:val="right"/>
      </w:pPr>
      <w:r>
        <w:t>اب ہر آدمی جانتا ہے "پیسو سموکنگ"</w:t>
      </w:r>
    </w:p>
    <w:p>
      <w:r>
        <w:rPr>
          <w:b/>
        </w:rPr>
        <w:t xml:space="preserve">[22:26] </w:t>
      </w:r>
      <w:r>
        <w:t>. yani aik aadmi agar cigarette pi raha hai to khud to woh direct tor par apnay phephron ko nuqsan pohncha raha hai pi kar kay, lekin woh jo dhuan niklta hai, us say woh dhuan fiza mein aata hai aur phir fiza kay zariye mujh tak bhi pohanchta hai.</w:t>
      </w:r>
    </w:p>
    <w:p>
      <w:pPr>
        <w:jc w:val="right"/>
      </w:pPr>
      <w:r>
        <w:t>۔ یعنی ایک آدمی اگر سگریٹ پی رہا ہے تو خود تو وہ ڈائریکٹ طور پر اپنے پھیپھڑوں کو نقصان پہنچا رہا ہے پی کر کے، لیکن وہ جو دھواں نکلتا ہے، اس سے وہ دھواں فضا میں آتا ہے اور پھر فضا کے ذریعے مجھ تک بھی پہنچتا ہے۔</w:t>
      </w:r>
    </w:p>
    <w:p>
      <w:r>
        <w:rPr>
          <w:b/>
        </w:rPr>
        <w:t xml:space="preserve">[22:51] </w:t>
      </w:r>
      <w:r>
        <w:t>yani aap active smoking kar rahay hain aur mujh ko aap passive smoker bana rahay hain.</w:t>
      </w:r>
    </w:p>
    <w:p>
      <w:pPr>
        <w:jc w:val="right"/>
      </w:pPr>
      <w:r>
        <w:t>یعنی آپ ایکٹیو سموکنگ کر رہے ہیں اور مجھ کو آپ پیسو سموکر بنا رہے ہیں۔</w:t>
      </w:r>
    </w:p>
    <w:p>
      <w:r>
        <w:rPr>
          <w:b/>
        </w:rPr>
        <w:t xml:space="preserve">[23:01] </w:t>
      </w:r>
      <w:r>
        <w:t>doosra aadmi active smoking kar raha hai aur apnay parosi ko passive smoker bana raha hai, to ab moral values ko yahan tak extend karna paray ga.</w:t>
      </w:r>
    </w:p>
    <w:p>
      <w:pPr>
        <w:jc w:val="right"/>
      </w:pPr>
      <w:r>
        <w:t>دوسرا آدمی ایکٹیو سموکنگ کر رہا ہے اور اپنے پڑوسی کو پیسو سموکر بنا رہا ہے، تو اب مائل ویلیوز کو یہاں تک ایکسٹینڈ کرنا پڑے گا۔</w:t>
      </w:r>
    </w:p>
    <w:p>
      <w:r>
        <w:rPr>
          <w:b/>
        </w:rPr>
        <w:t xml:space="preserve">[23:14] </w:t>
      </w:r>
      <w:r>
        <w:t>moral values ko yahan tak extend karna paray ga</w:t>
      </w:r>
    </w:p>
    <w:p>
      <w:pPr>
        <w:jc w:val="right"/>
      </w:pPr>
      <w:r>
        <w:t>مائل ویلیوز کو یہاں تک ایکسٹینڈ کرنا پڑے گا</w:t>
      </w:r>
    </w:p>
    <w:p>
      <w:r>
        <w:rPr>
          <w:b/>
        </w:rPr>
        <w:t xml:space="preserve">[23:17] </w:t>
      </w:r>
      <w:r>
        <w:t>kay aap ko yeh ijazat nahi hai kay apna shauq poora karnay kay liye aap cigarette piyein aur doosron ko passive smoker banayein.</w:t>
      </w:r>
    </w:p>
    <w:p>
      <w:pPr>
        <w:jc w:val="right"/>
      </w:pPr>
      <w:r>
        <w:t>کہ آپ کو یہ اجازت نہیں ہے کہ اپنا شوق پورا کرنے کے لیے آپ سگریٹ پیئیں اور دوسروں کو پیسو سموکر بنا دیں۔</w:t>
      </w:r>
    </w:p>
    <w:p>
      <w:r>
        <w:rPr>
          <w:b/>
        </w:rPr>
        <w:t xml:space="preserve">[23:29] </w:t>
      </w:r>
      <w:r>
        <w:t>yeh aap ki ijazat yahan nahi di ja sakti. aap ko aisay hi dekhein, industry lagana aap ki freedom ka mamla hai.</w:t>
      </w:r>
    </w:p>
    <w:p>
      <w:pPr>
        <w:jc w:val="right"/>
      </w:pPr>
      <w:r>
        <w:t>یہ آپ کی اجازت یہاں نہیں دی جا سکتی۔ آپ کو ایسے ہی دیکھیں، انڈسٹری لگانا آپ کی فریڈم کا معاملہ ہے۔</w:t>
      </w:r>
    </w:p>
    <w:p>
      <w:r>
        <w:rPr>
          <w:b/>
        </w:rPr>
        <w:t xml:space="preserve">[23:39] </w:t>
      </w:r>
      <w:r>
        <w:t>aap ko azadi hai kay aap apni industry lagayein, lekin aap ki industry jab air pollution paida karay aur jab yahan tak mamla barhay kay podon kay layer jo hain, woh damage ho jayein,</w:t>
      </w:r>
    </w:p>
    <w:p>
      <w:pPr>
        <w:jc w:val="right"/>
      </w:pPr>
      <w:r>
        <w:t>آپ کو آزادی ہے کہ آپ اپنی انڈسٹری لگائیں، لیکن آپ کی انڈسٹری جب ایئر پولیوشن پیدا کرے اور جب یہاں تک معاملہ بڑھے کہ پودوں کے لیئر جو ہیں، وہ ڈیمج ہو جائیں،</w:t>
      </w:r>
    </w:p>
    <w:p>
      <w:r>
        <w:rPr>
          <w:b/>
        </w:rPr>
        <w:t xml:space="preserve">[23:54] </w:t>
      </w:r>
      <w:r>
        <w:t>samandaron ka pani kharab ho jaye, to yahan bhi moral values ko extend karna paray ga. yahan bhi moral contact banana paray ga.</w:t>
      </w:r>
    </w:p>
    <w:p>
      <w:pPr>
        <w:jc w:val="right"/>
      </w:pPr>
      <w:r>
        <w:t>سمندروں کا پانی خراب ہو جائے، تو یہاں بھی مائل ویلیوز کو ایکسٹینڈ کرنا پڑے گا۔ یہاں بھی مال کنٹیکٹ بنانا پڑے گا۔</w:t>
      </w:r>
    </w:p>
    <w:p>
      <w:r>
        <w:rPr>
          <w:b/>
        </w:rPr>
        <w:t xml:space="preserve">[24:06] </w:t>
      </w:r>
      <w:r>
        <w:t>yahan bhi aik aik principle kay kay under mein lana paray ga yeh sari, in sari activities ko, warna moral values ki baatein bilkul baseless, meaningless ho jayengi.</w:t>
      </w:r>
    </w:p>
    <w:p>
      <w:pPr>
        <w:jc w:val="right"/>
      </w:pPr>
      <w:r>
        <w:t>یہاں بھی ایک ایک پرنسپل کے کے انڈر میں لانا پڑے گا یہ ساری، ان ساری ایکٹیویٹیز کو، ورنہ مائل ویلیوز کی باتیں بالکل بیس لیس، میننگ لیس ہو جائیں گی۔</w:t>
      </w:r>
    </w:p>
    <w:p>
      <w:r>
        <w:rPr>
          <w:b/>
        </w:rPr>
        <w:t xml:space="preserve">[24:22] </w:t>
      </w:r>
      <w:r>
        <w:t>koi matlab hi nahi rahay ga moral values ka. yani aik taraf aap industrial activities kay zariye</w:t>
      </w:r>
    </w:p>
    <w:p>
      <w:pPr>
        <w:jc w:val="right"/>
      </w:pPr>
      <w:r>
        <w:t>کوئی مطلب ہی نہیں رہے گا مائل ویلیوز کا۔ یعنی ایک طرف آپ انڈسٹریل ایکٹیویٹیز کے ذریعے</w:t>
      </w:r>
    </w:p>
    <w:p>
      <w:r>
        <w:rPr>
          <w:b/>
        </w:rPr>
        <w:t xml:space="preserve">[24:32] </w:t>
      </w:r>
      <w:r>
        <w:t>fiza mein, fiza ko carbon say bhar rahay hon, aik taraf aap cigarette smoking kar kay logon ko passive smoker bana rahay hon, aik taraf aap aap kay ship jo daurtay hain raat din samandaron mein,</w:t>
      </w:r>
    </w:p>
    <w:p>
      <w:pPr>
        <w:jc w:val="right"/>
      </w:pPr>
      <w:r>
        <w:t>فضا میں، فضا کو کاربن سے بھر رہے ہوں، ایک طرف آپ سگریٹ سموکنگ کر کے لوگوں کو پیسو سموکر بنا رہے ہوں، ایک طرف آپ آپ کے شپ جو دوڑتے ہیں رات دن سمندروں میں،</w:t>
      </w:r>
    </w:p>
    <w:p>
      <w:r>
        <w:rPr>
          <w:b/>
        </w:rPr>
        <w:t xml:space="preserve">[24:53] </w:t>
      </w:r>
      <w:r>
        <w:t>woh samandaron ko pollute kar rahay hon, to phir moral values kiya hain?</w:t>
      </w:r>
    </w:p>
    <w:p>
      <w:pPr>
        <w:jc w:val="right"/>
      </w:pPr>
      <w:r>
        <w:t>وہ سمندروں کو پلوٹ کر رہے ہوں، تو پھر مائل ویلیوز کیا ہیں؟</w:t>
      </w:r>
    </w:p>
    <w:p>
      <w:r>
        <w:rPr>
          <w:b/>
        </w:rPr>
        <w:t xml:space="preserve">[24:58] </w:t>
      </w:r>
      <w:r>
        <w:t>woh to aik luxury ban jati hai, aik shayari ban jati hai. shayari kay aap jantay hain kay shayari mein imagination chalta hai.</w:t>
      </w:r>
    </w:p>
    <w:p>
      <w:pPr>
        <w:jc w:val="right"/>
      </w:pPr>
      <w:r>
        <w:t>وہ تو ایک لگزری بن جاتی ہے، ایک شاعری بن جاتی ہے۔ شاعری کہ آپ جانتے ہیں کہ شاعری میں امیجنیشن چلتا ہے۔</w:t>
      </w:r>
    </w:p>
    <w:p>
      <w:r>
        <w:rPr>
          <w:b/>
        </w:rPr>
        <w:t xml:space="preserve">[25:11] </w:t>
      </w:r>
      <w:r>
        <w:t>imagination yani takhayyuli shayar jo hai, takhayyuli baaton ko kehta hai.</w:t>
      </w:r>
    </w:p>
    <w:p>
      <w:pPr>
        <w:jc w:val="right"/>
      </w:pPr>
      <w:r>
        <w:t>امیجنیشن یعنی تخیلاتی شاعر جو ہے، تخیلاتی باتوں کو کہتا ہے۔</w:t>
      </w:r>
    </w:p>
    <w:p>
      <w:r>
        <w:rPr>
          <w:b/>
        </w:rPr>
        <w:t xml:space="preserve">[25:18] </w:t>
      </w:r>
      <w:r>
        <w:t>jaisay aik shayar nay kaha kay "nahi, nahi, tera nasheman, nahi, tera nasheman, qasr sultani kay gumbad par to shahi hai, basera kar paharon ki chatanon mein." to shayar nay khud bhi paharon ki chatanon par ja kar nahi rehne laga.</w:t>
      </w:r>
    </w:p>
    <w:p>
      <w:pPr>
        <w:jc w:val="right"/>
      </w:pPr>
      <w:r>
        <w:t>جیسے ایک شاعر نے کہا کہ "نہیں، نہیں، تیرا نشے مند، نہیں، تیرا نشے مند، قصر سلطانی کے گنبد پر تو شاہی ہے، بسیرہ کر پہاڑوں کی چٹانوں میں۔" تو شاعر نے خود بھی پہاڑوں کی چٹانوں پر جا کر نہیں رہنے لگا۔</w:t>
      </w:r>
    </w:p>
    <w:p>
      <w:r>
        <w:rPr>
          <w:b/>
        </w:rPr>
        <w:t xml:space="preserve">[25:43] </w:t>
      </w:r>
      <w:r>
        <w:t>woh</w:t>
      </w:r>
    </w:p>
    <w:p>
      <w:pPr>
        <w:jc w:val="right"/>
      </w:pPr>
      <w:r>
        <w:t>وہ</w:t>
      </w:r>
    </w:p>
    <w:p>
      <w:r>
        <w:rPr>
          <w:b/>
        </w:rPr>
        <w:t xml:space="preserve">[25:44] </w:t>
      </w:r>
      <w:r>
        <w:t>jis shair ne yeh sher kaha tha, us ne aisa nahi kiya ke chala jaye paharon ki chatanon mein, wahan rehne lage. us ne bhi apne shehar mein ghar banaya.</w:t>
      </w:r>
    </w:p>
    <w:p>
      <w:pPr>
        <w:jc w:val="right"/>
      </w:pPr>
      <w:r>
        <w:t>جس شاعر نے یہ شعر کہا تھا، اس نے ایسا نہیں کیا کہ چلا جائے پہاڑوں کی چٹانوں میں، وہاں رہنے لگے۔ اس نے بھی اپنے شہر میں گھر بنایا۔</w:t>
      </w:r>
    </w:p>
    <w:p>
      <w:r>
        <w:rPr>
          <w:b/>
        </w:rPr>
        <w:t xml:space="preserve">[25:57] </w:t>
      </w:r>
      <w:r>
        <w:t>to yeh hawai baatein hain. to moral values bhi is tarah se hawai baatein bankar reh jayengi. moral values ka koi matlab nahi hoga.</w:t>
      </w:r>
    </w:p>
    <w:p>
      <w:pPr>
        <w:jc w:val="right"/>
      </w:pPr>
      <w:r>
        <w:t>تو یہ ہوائی باتیں ہیں۔ تو مائل ویلیوز بھی اس طرح سے ہوائی باتیں بن کر رہ جائیں گی۔ مائل ویلیوز کا کوئی مطلب نہیں ہوگا۔</w:t>
      </w:r>
    </w:p>
    <w:p>
      <w:r>
        <w:rPr>
          <w:b/>
        </w:rPr>
        <w:t xml:space="preserve">[26:08] </w:t>
      </w:r>
      <w:r>
        <w:t>to moral values juri hui hain doosri bohat si activities se.</w:t>
      </w:r>
    </w:p>
    <w:p>
      <w:pPr>
        <w:jc w:val="right"/>
      </w:pPr>
      <w:r>
        <w:t>تو مائل ویلیوز جڑی ہوئی ہیں دوسری بہت سی ایکٹیویٹیز سے۔</w:t>
      </w:r>
    </w:p>
    <w:p>
      <w:r>
        <w:rPr>
          <w:b/>
        </w:rPr>
        <w:t xml:space="preserve">[26:15] </w:t>
      </w:r>
      <w:r>
        <w:t>moral values juri hui hain bohat si doosri activities se. to jab tak doosri activities par, doosri activities ko discipline mein na laya jaye, is par aik aik control na qaim kiya jaye,</w:t>
      </w:r>
    </w:p>
    <w:p>
      <w:pPr>
        <w:jc w:val="right"/>
      </w:pPr>
      <w:r>
        <w:t>مائل ویلیوز جڑی ہوئی ہیں بہت سی دوسری ایکٹیویٹیز سے۔ تو جب تک دوسری ایکٹیویٹیز پر، دوسری ایکٹیویٹیز کو ڈسپلن میں نہ لایا جائے، اس پر ایک ایک ایک کنٹرول نہ قائم کیا جائے،</w:t>
      </w:r>
    </w:p>
    <w:p>
      <w:r>
        <w:rPr>
          <w:b/>
        </w:rPr>
        <w:t xml:space="preserve">[26:34] </w:t>
      </w:r>
      <w:r>
        <w:t>tab tak moral values ki baat karna aik aik shayari hai, aik hawai baat, aik romantic baat hai.</w:t>
      </w:r>
    </w:p>
    <w:p>
      <w:pPr>
        <w:jc w:val="right"/>
      </w:pPr>
      <w:r>
        <w:t>تب تک مائل ویلیوز کی بات کرنا ایک ایک شاعری ہے، ایک ہوائی بات، ایک رومینٹک بات ہے۔</w:t>
      </w:r>
    </w:p>
    <w:p>
      <w:r>
        <w:rPr>
          <w:b/>
        </w:rPr>
        <w:t xml:space="preserve">[26:43] </w:t>
      </w:r>
      <w:r>
        <w:t>is se</w:t>
      </w:r>
    </w:p>
    <w:p>
      <w:pPr>
        <w:jc w:val="right"/>
      </w:pPr>
      <w:r>
        <w:t>اس سے</w:t>
      </w:r>
    </w:p>
    <w:p>
      <w:r>
        <w:rPr>
          <w:b/>
        </w:rPr>
        <w:t xml:space="preserve">[26:44] </w:t>
      </w:r>
      <w:r>
        <w:t>ziada aur kuch nahi. moral values ki baat to har aik kehta hai, chahe woh mazhab ko manta ho ya na manta ho, koi bhi ho, koi bhi ho, koi bhi ho.</w:t>
      </w:r>
    </w:p>
    <w:p>
      <w:pPr>
        <w:jc w:val="right"/>
      </w:pPr>
      <w:r>
        <w:t>زیادہ اور کچھ نہیں۔ مورل ویلیوز کی بات تو ہر ایک کہتا ہے، چاہے وہ مذہب کو مانتا ہو یا نہ مانتا ہو، کوئی بھی ہو، کوئی بھی ہو، کوئی بھی ہو۔</w:t>
      </w:r>
    </w:p>
    <w:p>
      <w:r>
        <w:rPr>
          <w:b/>
        </w:rPr>
        <w:t xml:space="preserve">[27:01] </w:t>
      </w:r>
      <w:r>
        <w:t>moral values ki baat har aik bolta hai. lekin sawal yeh hai ke koi aadmi moral values ko ya akhlaqi qadar ko kyun follow kare?</w:t>
      </w:r>
    </w:p>
    <w:p>
      <w:pPr>
        <w:jc w:val="right"/>
      </w:pPr>
      <w:r>
        <w:t>مورل ویلیوز کی بات ہر ایک بولتا ہے۔ لیکن سوال یہ ہے کہ کوئی آدمی مورل ویلیوز کو یا اخلاقی اقدار کو کیوں فالو کرے؟</w:t>
      </w:r>
    </w:p>
    <w:p>
      <w:r>
        <w:rPr>
          <w:b/>
        </w:rPr>
        <w:t xml:space="preserve">[27:16] </w:t>
      </w:r>
      <w:r>
        <w:t>misal ke taur par aik mauqe par jhoot bol kar faida ho raha hai, ab sach kyun bole?</w:t>
      </w:r>
    </w:p>
    <w:p>
      <w:pPr>
        <w:jc w:val="right"/>
      </w:pPr>
      <w:r>
        <w:t>مثلاً ایک موقع پر جھوٹ بول کر فائدہ ہو رہا ہے، اب سچ کیوں بولے؟</w:t>
      </w:r>
    </w:p>
    <w:p>
      <w:r>
        <w:rPr>
          <w:b/>
        </w:rPr>
        <w:t xml:space="preserve">[27:25] </w:t>
      </w:r>
      <w:r>
        <w:t>aik mauqe par dishonesty se faida mil raha hai, to honesty ka tareeqa kyun ikhtiyar kare? woh</w:t>
      </w:r>
    </w:p>
    <w:p>
      <w:pPr>
        <w:jc w:val="right"/>
      </w:pPr>
      <w:r>
        <w:t>ایک موقع پر ڈس آنیسٹی سے فائدہ مل رہا ہے، تو آنیسٹی کا طریقہ کیوں اختیار کرے؟ وہ</w:t>
      </w:r>
    </w:p>
    <w:p>
      <w:r>
        <w:rPr>
          <w:b/>
        </w:rPr>
        <w:t xml:space="preserve">[27:35] </w:t>
      </w:r>
      <w:r>
        <w:t>to moral values jo hai, woh chahta hai aik incentive, motivation. yeh simply hai batana ke aisa karo, waisa na karo, dos and don'ts.</w:t>
      </w:r>
    </w:p>
    <w:p>
      <w:pPr>
        <w:jc w:val="right"/>
      </w:pPr>
      <w:r>
        <w:t>تو مورل ویلیوز جو ہے، وہ چاہتا ہے ایک انسنٹیو، موٹیویشن۔ یہ سمپلی ہے بتانا کہ ایسا کرو، ویسا نہ کرو، ڈوز اینڈ ڈونٹس۔</w:t>
      </w:r>
    </w:p>
    <w:p>
      <w:r>
        <w:rPr>
          <w:b/>
        </w:rPr>
        <w:t xml:space="preserve">[27:51] </w:t>
      </w:r>
      <w:r>
        <w:t>dos and don'ts ki aik list de di jaye to yeh kafi nahi hai.</w:t>
      </w:r>
    </w:p>
    <w:p>
      <w:pPr>
        <w:jc w:val="right"/>
      </w:pPr>
      <w:r>
        <w:t>ڈوز اینڈ ڈونٹس کی ایک لسٹ دے دی جائے تو یہ کافی نہیں ہے۔</w:t>
      </w:r>
    </w:p>
    <w:p>
      <w:r>
        <w:rPr>
          <w:b/>
        </w:rPr>
        <w:t xml:space="preserve">[27:56] </w:t>
      </w:r>
      <w:r>
        <w:t>aap ko koi aisa incentive dena parega, logon ko motivate karne ke liye koi principle dena parega.</w:t>
      </w:r>
    </w:p>
    <w:p>
      <w:pPr>
        <w:jc w:val="right"/>
      </w:pPr>
      <w:r>
        <w:t>آپ کو کوئی ایسا انسنٹیو دینا پڑے گا، لوگوں کو موٹیویٹ کرنے کے لیے کوئی پرنسپل دینا پڑے گا۔</w:t>
      </w:r>
    </w:p>
    <w:p>
      <w:r>
        <w:rPr>
          <w:b/>
        </w:rPr>
        <w:t xml:space="preserve">[28:11] </w:t>
      </w:r>
      <w:r>
        <w:t>woh Islam mein bohat aala pemane par hai, jis ko hum kehte hain accountability, yani muhasiba.</w:t>
      </w:r>
    </w:p>
    <w:p>
      <w:pPr>
        <w:jc w:val="right"/>
      </w:pPr>
      <w:r>
        <w:t>وہ اسلام میں بہت اعلیٰ پیمانے پر ہے، جس کو ہم کہتے ہیں اکاؤنٹیبلٹی، یعنی محاسبہ۔</w:t>
      </w:r>
    </w:p>
    <w:p>
      <w:r>
        <w:rPr>
          <w:b/>
        </w:rPr>
        <w:t xml:space="preserve">[28:22] </w:t>
      </w:r>
      <w:r>
        <w:t>muhasiba</w:t>
      </w:r>
    </w:p>
    <w:p>
      <w:pPr>
        <w:jc w:val="right"/>
      </w:pPr>
      <w:r>
        <w:t>محاسبہ</w:t>
      </w:r>
    </w:p>
    <w:p>
      <w:r>
        <w:rPr>
          <w:b/>
        </w:rPr>
        <w:t xml:space="preserve">[28:24] </w:t>
      </w:r>
      <w:r>
        <w:t>accountability ka matlab yeh hai ke insaan jo is duniya mein hai, to bazahir to woh azaad hai, us ko freedom mili hui hai, lekin yeh azadi aap ke liye inaam nahi hai,</w:t>
      </w:r>
    </w:p>
    <w:p>
      <w:pPr>
        <w:jc w:val="right"/>
      </w:pPr>
      <w:r>
        <w:t>اکاؤنٹیبلٹی کا مطلب یہ ہے کہ انسان جو اس دنیا میں ہے، تو بظاہر تو وہ آزاد ہے، اس کو فریڈم ملی ہوئی ہے، لیکن یہ آزادی آپ کے لیے انعام نہیں ہے،</w:t>
      </w:r>
    </w:p>
    <w:p>
      <w:r>
        <w:rPr>
          <w:b/>
        </w:rPr>
        <w:t xml:space="preserve">[28:41] </w:t>
      </w:r>
      <w:r>
        <w:t>aap ka right nahi hai. yeh jo azadi mili hai aap ko, yeh aap ka right nahi hai, yeh aap ka inaam bhi nahi hai.</w:t>
      </w:r>
    </w:p>
    <w:p>
      <w:pPr>
        <w:jc w:val="right"/>
      </w:pPr>
      <w:r>
        <w:t>آپ کا رائٹ نہیں ہے۔ یہ جو آزادی ملی ہے آپ کو، یہ آپ کا رائٹ نہیں ہے، یہ آپ کا انعام بھی نہیں ہے۔</w:t>
      </w:r>
    </w:p>
    <w:p>
      <w:r>
        <w:rPr>
          <w:b/>
        </w:rPr>
        <w:t xml:space="preserve">[28:53] </w:t>
      </w:r>
      <w:r>
        <w:t>yeh azadi mili hai bator test. is duniya ko Khuda ne banaya test ke liye, yani logon ko azadi de kar rakha taake Khuda yeh dekhe ke kaun hai jo azadi ko misuse karta hai aur kaun hai jo azadi ko proper use karta hai,</w:t>
      </w:r>
    </w:p>
    <w:p>
      <w:pPr>
        <w:jc w:val="right"/>
      </w:pPr>
      <w:r>
        <w:t>یہ آزادی ملی ہے بطور ٹیسٹ۔ اس دنیا کو خدا نے بنایا ٹیسٹ کے لیے، یعنی لوگوں کو آزادی دے کر رکھا تاکہ خدا یہ دیکھے کہ کون ہے جو آزادی کو مس یوز کرتا ہے اور کون ہے جو آزادی کو پراپر یوز کرتا ہے،</w:t>
      </w:r>
    </w:p>
    <w:p>
      <w:r>
        <w:rPr>
          <w:b/>
        </w:rPr>
        <w:t xml:space="preserve">[29:20] </w:t>
      </w:r>
      <w:r>
        <w:t>kaun hai jo azadi ko theek theek istemal karta hai aur kaun hai jo azadi ko ghalat istemal karta hai.</w:t>
      </w:r>
    </w:p>
    <w:p>
      <w:pPr>
        <w:jc w:val="right"/>
      </w:pPr>
      <w:r>
        <w:t>کون ہے جو آزادی کو ٹھیک ٹھیک استعمال کرتا ہے اور کون ہے جو آزادی کو غلط استعمال کرتا ہے۔</w:t>
      </w:r>
    </w:p>
    <w:p>
      <w:r>
        <w:rPr>
          <w:b/>
        </w:rPr>
        <w:t xml:space="preserve">[29:30] </w:t>
      </w:r>
      <w:r>
        <w:t>yeh dekhe phir isi buniyad par, isi moral record ki buniyad par, maut ke baad jo duniya aney wali hai, wahan par is ka hisab ho.</w:t>
      </w:r>
    </w:p>
    <w:p>
      <w:pPr>
        <w:jc w:val="right"/>
      </w:pPr>
      <w:r>
        <w:t>یہ دیکھے پھر اسی بنیاد پر، اسی مورل ریکارڈ کی بنیاد پر، موت کے بعد جو دنیا آنے والی ہے، وہاں پر اس کا حساب ہو۔</w:t>
      </w:r>
    </w:p>
    <w:p>
      <w:r>
        <w:rPr>
          <w:b/>
        </w:rPr>
        <w:t xml:space="preserve">[29:43] </w:t>
      </w:r>
      <w:r>
        <w:t>kyun ke Islam ka concept yeh hai ke zindagi jo hai, maut par khatam nahi hoti hai.</w:t>
      </w:r>
    </w:p>
    <w:p>
      <w:pPr>
        <w:jc w:val="right"/>
      </w:pPr>
      <w:r>
        <w:t>کیونکہ اسلام کا کانسیپٹ یہ ہے کہ زندگی جو ہے، موت پر ختم نہیں ہوتی ہے۔</w:t>
      </w:r>
    </w:p>
    <w:p>
      <w:r>
        <w:rPr>
          <w:b/>
        </w:rPr>
        <w:t xml:space="preserve">[29:50] </w:t>
      </w:r>
      <w:r>
        <w:t>maut ke baad jo hai, eternal life shuru ho jati hai. eternal life, abdi zindagi. to is abdi zindagi mein ya is eternal life mein, har aadmi ko, har aadmi ke liye ya to hell ka faisla hoga ya paradise ka faisla hoga.</w:t>
      </w:r>
    </w:p>
    <w:p>
      <w:pPr>
        <w:jc w:val="right"/>
      </w:pPr>
      <w:r>
        <w:t>موت کے بعد جو ہے، ایٹرنل لائف شروع ہو جاتی ہے۔ ایٹرنل لائف، ابدی زندگی۔ تو اس ابدی زندگی میں یا اس ایٹرنل لائف میں، ہر آدمی کو، ہر آدمی کے لیے یا تو ہیل کا فیصلہ ہوگا یا پیراڈائز کا فیصلہ ہوگا۔</w:t>
      </w:r>
    </w:p>
    <w:p>
      <w:r>
        <w:rPr>
          <w:b/>
        </w:rPr>
        <w:t xml:space="preserve">[30:11] </w:t>
      </w:r>
      <w:r>
        <w:t>maut ke baad jo akhirat hai, maut ke baad jo duniya hai, us ko akhirat ki duniya kehte hain,</w:t>
      </w:r>
    </w:p>
    <w:p>
      <w:pPr>
        <w:jc w:val="right"/>
      </w:pPr>
      <w:r>
        <w:t>موت کے بعد جو آخرت ہے، موت کے بعد جو دنیا ہے، اس کو آخرت کی دنیا کہتے ہیں،</w:t>
      </w:r>
    </w:p>
    <w:p>
      <w:r>
        <w:rPr>
          <w:b/>
        </w:rPr>
        <w:t xml:space="preserve">[30:21] </w:t>
      </w:r>
      <w:r>
        <w:t>yani world hereafter. to doosri agli duniya mein</w:t>
      </w:r>
    </w:p>
    <w:p>
      <w:pPr>
        <w:jc w:val="right"/>
      </w:pPr>
      <w:r>
        <w:t>یعنی ورلڈ ہیئر افٹر۔ تو دوسری اگلی دنیا میں</w:t>
      </w:r>
    </w:p>
    <w:p>
      <w:r>
        <w:rPr>
          <w:b/>
        </w:rPr>
        <w:t xml:space="preserve">[30:32] </w:t>
      </w:r>
      <w:r>
        <w:t>do result har aadmi, do mein se aik result har aadmi ko milne wala hai: ya punishment ya reward. punishment wala jo hai, woh hell mein jayega, reward wala jo hai, woh paradise mein jayega.</w:t>
      </w:r>
    </w:p>
    <w:p>
      <w:pPr>
        <w:jc w:val="right"/>
      </w:pPr>
      <w:r>
        <w:t>دو رزلٹ ہر آدمی، دو میں سے ایک رزلٹ ہر آدمی کو ملنے والا ہے: یا پنشمنٹ یا ریوارڈ۔ پنشمنٹ والا جو ہے، وہ ہیل میں جائے گا، ریوارڈ والا جو ہے، وہ پیراڈائز میں جائے گا۔</w:t>
      </w:r>
    </w:p>
    <w:p>
      <w:r>
        <w:rPr>
          <w:b/>
        </w:rPr>
        <w:t xml:space="preserve">[30:48] </w:t>
      </w:r>
      <w:r>
        <w:t>yeh cheez aadmi ko control mein rakhti hai. yeh cheez aadmi ke liye goya ke speed breaker ka kaam karti hai. speed breaker kyun?</w:t>
      </w:r>
    </w:p>
    <w:p>
      <w:pPr>
        <w:jc w:val="right"/>
      </w:pPr>
      <w:r>
        <w:t>یہ چیز آدمی کو کنٹرول میں رکھتی ہے۔ یہ چیز آدمی کے لیے گویا کہ اسپیڈ بریکر کا کام کرتی ہے۔ اسپیڈ بریکر کیوں؟</w:t>
      </w:r>
    </w:p>
    <w:p>
      <w:r>
        <w:rPr>
          <w:b/>
        </w:rPr>
        <w:t xml:space="preserve">[31:01] </w:t>
      </w:r>
      <w:r>
        <w:t>har mauqe par jahan is ko yeh choice ho, yeh choice ho ke woh sahi kare ya galat kare, jhoot bole ya sach bole,</w:t>
      </w:r>
    </w:p>
    <w:p>
      <w:pPr>
        <w:jc w:val="right"/>
      </w:pPr>
      <w:r>
        <w:t>ہر موقع پر جہاں اس کو یہ چوائس ہو، یہ چوائس ہو کہ وہ صحیح کرے یا غلط کرے، جھوٹ بولے یا سچ بولے،</w:t>
      </w:r>
    </w:p>
    <w:p>
      <w:r>
        <w:rPr>
          <w:b/>
        </w:rPr>
        <w:t xml:space="preserve">[31:17] </w:t>
      </w:r>
      <w:r>
        <w:t>honesty ke sath rahe ya dishonesty ke sath rahe, apni freedom ko misuse kare ya proper use kare. jab yeh choice aaye</w:t>
      </w:r>
    </w:p>
    <w:p>
      <w:pPr>
        <w:jc w:val="right"/>
      </w:pPr>
      <w:r>
        <w:t>آنیسٹی کے ساتھ رہے یا ڈس آنیسٹی کے ساتھ رہے، اپنی فریڈم کو مس یوز کرے یا پراپر یوز کرے۔ جب یہ چوائس آئے</w:t>
      </w:r>
    </w:p>
    <w:p>
      <w:r>
        <w:rPr>
          <w:b/>
        </w:rPr>
        <w:t xml:space="preserve">[31:29] </w:t>
      </w:r>
      <w:r>
        <w:t>to woh soche, soche. aik concept of accountability jo hai, majboor karta hai ke har aise mauqe par aadmi soche ke mein kya karoon, kya na karoon.</w:t>
      </w:r>
    </w:p>
    <w:p>
      <w:pPr>
        <w:jc w:val="right"/>
      </w:pPr>
      <w:r>
        <w:t>تو وہ سوچے، سوچے۔ ایک کانسیپٹ آف اکاؤنٹیبلٹی جو ہے، مجبور کرتا ہے کہ ہر ایسے موقع پر آدمی سوچے کہ میں کیا کروں، کیا نہ کروں۔</w:t>
      </w:r>
    </w:p>
    <w:p>
      <w:r>
        <w:rPr>
          <w:b/>
        </w:rPr>
        <w:t xml:space="preserve">[31:45] </w:t>
      </w:r>
      <w:r>
        <w:t>kyunke agar is ne moral values ke khilaaf kaam kiya, yeh price is ko deni padegi maut ke baad, punishment ki surat mein.</w:t>
      </w:r>
    </w:p>
    <w:p>
      <w:pPr>
        <w:jc w:val="right"/>
      </w:pPr>
      <w:r>
        <w:t>کیونکہ اگر اس نے مورل ویلیوز کے خلاف کام کیا، یہ پرائس اس کو دینی پڑے گی موت کے بعد، پنشمنٹ کی صورت میں۔</w:t>
      </w:r>
    </w:p>
    <w:p>
      <w:r>
        <w:rPr>
          <w:b/>
        </w:rPr>
        <w:t xml:space="preserve">[31:59] </w:t>
      </w:r>
      <w:r>
        <w:t>isi ke sath dekhiye, aadmi ke samne agar do situation hain: aik hai ke agar woh jhoot bol de to is ko kuch faida mil jata hai, aur sach bole to is ka nuksan hota hai.</w:t>
      </w:r>
    </w:p>
    <w:p>
      <w:pPr>
        <w:jc w:val="right"/>
      </w:pPr>
      <w:r>
        <w:t>اسی کے ساتھ دیکھیے، آدمی کے سامنے اگر دو سچویشن ہیں: ایک ہے کہ اگر وہ جھوٹ بول دے تو اس کو کچھ فائدہ مل جاتا ہے، اور سچ بولے تو اس کا نقصان ہوتا ہے۔</w:t>
      </w:r>
    </w:p>
    <w:p>
      <w:r>
        <w:rPr>
          <w:b/>
        </w:rPr>
        <w:t xml:space="preserve">[32:13] </w:t>
      </w:r>
      <w:r>
        <w:t>to sach kyun bole aadmi? to</w:t>
      </w:r>
    </w:p>
    <w:p>
      <w:pPr>
        <w:jc w:val="right"/>
      </w:pPr>
      <w:r>
        <w:t>تو سچ کیوں بولے آدمی؟ تو</w:t>
      </w:r>
    </w:p>
    <w:p>
      <w:r>
        <w:rPr>
          <w:b/>
        </w:rPr>
        <w:t xml:space="preserve">[32:17] </w:t>
      </w:r>
      <w:r>
        <w:t>yeh jo concept hai world hereafter ka, woh yeh batata hai ke is duniya mein agar tum ne sahi sahi zindagi guzari,</w:t>
      </w:r>
    </w:p>
    <w:p>
      <w:pPr>
        <w:jc w:val="right"/>
      </w:pPr>
      <w:r>
        <w:t>یہ جو کانسیپٹ ہے ورلڈ ہیئر افٹر کا، وہ یہ بتاتا ہے کہ اس دنیا میں اگر تم نے صحیح صحیح زندگی گزاری،</w:t>
      </w:r>
    </w:p>
    <w:p>
      <w:r>
        <w:rPr>
          <w:b/>
        </w:rPr>
        <w:t xml:space="preserve">[32:31] </w:t>
      </w:r>
      <w:r>
        <w:t>sachi zindagi guzari, to tum ko maut ke baad akhirat ki duniya mein eternal paradise milegi, eternal pleasure milega.</w:t>
      </w:r>
    </w:p>
    <w:p>
      <w:pPr>
        <w:jc w:val="right"/>
      </w:pPr>
      <w:r>
        <w:t>سچی زندگی گزاری، تو تم کو موت کے بعد آخرت کی دنیا میں ایٹرنل پیراڈائز ملے گی، ایٹرنل پلیژر ملے گا۔</w:t>
      </w:r>
    </w:p>
    <w:p>
      <w:r>
        <w:rPr>
          <w:b/>
        </w:rPr>
        <w:t xml:space="preserve">[32:44] </w:t>
      </w:r>
      <w:r>
        <w:t>yeh kitna bara incentive hai. to bad character ke liye foran samne punishment ka aa jata hai, dar.</w:t>
      </w:r>
    </w:p>
    <w:p>
      <w:pPr>
        <w:jc w:val="right"/>
      </w:pPr>
      <w:r>
        <w:t>یہ کتنا بڑا انسنٹیو ہے۔ تو بیڈ کریکٹر کے لیے فوراً سامنے پنشمنٹ کا آ جاتا ہے، ڈر۔</w:t>
      </w:r>
    </w:p>
    <w:p>
      <w:r>
        <w:rPr>
          <w:b/>
        </w:rPr>
        <w:t xml:space="preserve">[32:56] </w:t>
      </w:r>
      <w:r>
        <w:t>aur good conduct, good, good, good conduct ke liye, yani har aadmi har mauqe par do ke beech mein rehta hai: ya to good conduct ya bad conduct, acha kirdaar ya bura kirdaar.</w:t>
      </w:r>
    </w:p>
    <w:p>
      <w:pPr>
        <w:jc w:val="right"/>
      </w:pPr>
      <w:r>
        <w:t>اور گڈ کنڈکٹ، گڈ، گڈ، گڈ کنڈکٹ کے لیے، یعنی ہر آدمی ہر موقع پر دو کے بیچ میں رہتا ہے: یا تو گڈ کنڈکٹ یا بیڈ کنڈکٹ، اچھا کردار یا برا کردار۔</w:t>
      </w:r>
    </w:p>
    <w:p>
      <w:r>
        <w:rPr>
          <w:b/>
        </w:rPr>
        <w:t xml:space="preserve">[33:14] </w:t>
      </w:r>
      <w:r>
        <w:t>to har mauqe par is ko andar se yeh baat is ka conscious batata hai ke yeh saada baat nahi hai.</w:t>
      </w:r>
    </w:p>
    <w:p>
      <w:pPr>
        <w:jc w:val="right"/>
      </w:pPr>
      <w:r>
        <w:t>تو ہر موقع پر اس کو اندر سے یہ بات اس کا کانشیس بتاتا ہے کہ یہ سادہ بات نہیں ہے۔</w:t>
      </w:r>
    </w:p>
    <w:p>
      <w:r>
        <w:rPr>
          <w:b/>
        </w:rPr>
        <w:t xml:space="preserve">[33:28] </w:t>
      </w:r>
      <w:r>
        <w:t>agar tum achai ki taraf jaoge to tum ko bohat bara reward milega, paradise ki shakal mein.</w:t>
      </w:r>
    </w:p>
    <w:p>
      <w:pPr>
        <w:jc w:val="right"/>
      </w:pPr>
      <w:r>
        <w:t>اگر تم اچھائی کی طرف جاؤ گے تو تم کو بہت بڑا ریوارڈ ملے گا، پیراڈائز کی شکل میں۔</w:t>
      </w:r>
    </w:p>
    <w:p>
      <w:r>
        <w:rPr>
          <w:b/>
        </w:rPr>
        <w:t xml:space="preserve">[33:38] </w:t>
      </w:r>
      <w:r>
        <w:t>burai ki taraf jaoge to phir bohat bara punishment milega, hell ki shakal mein.</w:t>
      </w:r>
    </w:p>
    <w:p>
      <w:pPr>
        <w:jc w:val="right"/>
      </w:pPr>
      <w:r>
        <w:t>برائی کی طرف جاؤ گے تو پھر بہت بڑا پنشمنٹ ملے گا، ہیل کی شکل میں۔</w:t>
      </w:r>
    </w:p>
    <w:p>
      <w:r>
        <w:rPr>
          <w:b/>
        </w:rPr>
        <w:t xml:space="preserve">[33:43] </w:t>
      </w:r>
      <w:r>
        <w:t>yeh hai concept of accountability. to yaad rakhiye, moral values ko apnane ke liye hamein aik incentive darkar hai,</w:t>
      </w:r>
    </w:p>
    <w:p>
      <w:pPr>
        <w:jc w:val="right"/>
      </w:pPr>
      <w:r>
        <w:t>یہ ہے کانسیپٹ آف اکاؤنٹیبلٹی۔ تو یاد رکھیے، مورل ویلیوز کو اپنانے کے لیے ہمیں ایک انسنٹیو درکار ہے،</w:t>
      </w:r>
    </w:p>
    <w:p>
      <w:r>
        <w:rPr>
          <w:b/>
        </w:rPr>
        <w:t xml:space="preserve">[33:58] </w:t>
      </w:r>
      <w:r>
        <w:t>motivation darkar hai. kyun? aaj koi aadmi kyun aisa kare? kyun is se bache aur is ko kare?</w:t>
      </w:r>
    </w:p>
    <w:p>
      <w:pPr>
        <w:jc w:val="right"/>
      </w:pPr>
      <w:r>
        <w:t>موٹیویشن درکار ہے۔ کیوں؟ آج کوئی آدمی کیوں ایسا کرے؟ کیوں اس سے بچے اور اس کو کرے؟</w:t>
      </w:r>
    </w:p>
    <w:p>
      <w:r>
        <w:rPr>
          <w:b/>
        </w:rPr>
        <w:t xml:space="preserve">[34:10] </w:t>
      </w:r>
      <w:r>
        <w:t>to account, to yeh concept jo hai accountability ka, woh hamein is ka incentive deta hai ke aisa karoge to tumhare samne hell aa jayegi,</w:t>
      </w:r>
    </w:p>
    <w:p>
      <w:pPr>
        <w:jc w:val="right"/>
      </w:pPr>
      <w:r>
        <w:t>تو اکاؤنٹ، تو یہ کانسیپٹ جو ہے اکاؤنٹیبلٹی کا، وہ ہمیں اس کا انسنٹیو دیتا ہے کہ ایسا کرو گے تو تمہارے سامنے ہیل آ جائے گی،</w:t>
      </w:r>
    </w:p>
    <w:p>
      <w:r>
        <w:rPr>
          <w:b/>
        </w:rPr>
        <w:t xml:space="preserve">[34:24] </w:t>
      </w:r>
      <w:r>
        <w:t>waisa karoge to tum ko paradise mein jagah milegi. yeh bohat hi strong incentive hai.</w:t>
      </w:r>
    </w:p>
    <w:p>
      <w:pPr>
        <w:jc w:val="right"/>
      </w:pPr>
      <w:r>
        <w:t>ویسا کرو گے تو تم کو پیراڈائز میں جگہ ملے گی۔ یہ بہت ہی سٹرانگ انسنٹیو ہے۔</w:t>
      </w:r>
    </w:p>
    <w:p>
      <w:r>
        <w:rPr>
          <w:b/>
        </w:rPr>
        <w:t xml:space="preserve">[34:34] </w:t>
      </w:r>
      <w:r>
        <w:t>yani yeh jo concept hai accountability ka, yeh bohat hi strong incentive deta hai aadmi ko, jis ko aadmi ignore na kar sake.</w:t>
      </w:r>
    </w:p>
    <w:p>
      <w:pPr>
        <w:jc w:val="right"/>
      </w:pPr>
      <w:r>
        <w:t>یعنی یہ جو کانسیپٹ ہے اکاؤنٹیبلٹی کا، یہ بہت ہی سٹرانگ انسنٹیو دیتا ہے آدمی کو، جس کو آدمی اگنور نہ کر سکے۔</w:t>
      </w:r>
    </w:p>
    <w:p>
      <w:r>
        <w:rPr>
          <w:b/>
        </w:rPr>
        <w:t xml:space="preserve">[34:48] </w:t>
      </w:r>
      <w:r>
        <w:t>to yahan aa kar Islam ka jo moral value ka jo concept hai, woh complete ho jata hai.</w:t>
      </w:r>
    </w:p>
    <w:p>
      <w:pPr>
        <w:jc w:val="right"/>
      </w:pPr>
      <w:r>
        <w:t>تو یہاں آ کر اسلام کا جو مائل ویلیو کا جو کانسیپٹ ہے، وہ کمپلیٹ ہو جاتا ہے۔</w:t>
      </w:r>
    </w:p>
    <w:p>
      <w:r>
        <w:rPr>
          <w:b/>
        </w:rPr>
        <w:t xml:space="preserve">[34:58] </w:t>
      </w:r>
      <w:r>
        <w:t>to mein ne teen baatein arz keen</w:t>
      </w:r>
    </w:p>
    <w:p>
      <w:pPr>
        <w:jc w:val="right"/>
      </w:pPr>
      <w:r>
        <w:t>تو میں نے تین باتیں عرض کیں</w:t>
      </w:r>
    </w:p>
    <w:p>
      <w:r>
        <w:rPr>
          <w:b/>
        </w:rPr>
        <w:t xml:space="preserve">[35:00] </w:t>
      </w:r>
      <w:r>
        <w:t>: aik to yeh</w:t>
      </w:r>
    </w:p>
    <w:p>
      <w:pPr>
        <w:jc w:val="right"/>
      </w:pPr>
      <w:r>
        <w:t>: ایک تو یہ</w:t>
      </w:r>
    </w:p>
    <w:p>
      <w:r>
        <w:rPr>
          <w:b/>
        </w:rPr>
        <w:t xml:space="preserve">[35:03] </w:t>
      </w:r>
      <w:r>
        <w:t>ke Islam ne</w:t>
      </w:r>
    </w:p>
    <w:p>
      <w:pPr>
        <w:jc w:val="right"/>
      </w:pPr>
      <w:r>
        <w:t>کہ اسلام نے</w:t>
      </w:r>
    </w:p>
    <w:p>
      <w:r>
        <w:rPr>
          <w:b/>
        </w:rPr>
        <w:t xml:space="preserve">[35:08] </w:t>
      </w:r>
      <w:r>
        <w:t>moral values ya akhlaqi adar ke kuch basic principle muqarrar kiye hain, kuch bunyadi usool muqarrar kiye hain,</w:t>
      </w:r>
    </w:p>
    <w:p>
      <w:pPr>
        <w:jc w:val="right"/>
      </w:pPr>
      <w:r>
        <w:t>مورل ویلیوز یا اخلاقی اقدار کے کچھ بیسک پرنسپل مقرر کیے ہیں، کچھ بنیادی اصول مقرر کیے ہیں،</w:t>
      </w:r>
    </w:p>
    <w:p>
      <w:r>
        <w:rPr>
          <w:b/>
        </w:rPr>
        <w:t xml:space="preserve">[35:19] </w:t>
      </w:r>
      <w:r>
        <w:t>misalan sach bolna, anisti ke sath rehna, kisi ko dhoka na dena, kisi ki burai na karna, kisi ka paisa na lotna waghera waghera.</w:t>
      </w:r>
    </w:p>
    <w:p>
      <w:pPr>
        <w:jc w:val="right"/>
      </w:pPr>
      <w:r>
        <w:t>مثلاً سچ بولنا، آنیسٹی کے ساتھ رہنا، کسی کو دھوکہ نہ دینا، کسی کی برائی نہ کرنا، کسی کا پیسہ نہ لوٹنا وغیرہ وغیرہ۔</w:t>
      </w:r>
    </w:p>
    <w:p>
      <w:r>
        <w:rPr>
          <w:b/>
        </w:rPr>
        <w:t xml:space="preserve">[35:37] </w:t>
      </w:r>
      <w:r>
        <w:t>to islam ne ek set of values bataya, dos and don'ts ka ek pura formula diya.</w:t>
      </w:r>
    </w:p>
    <w:p>
      <w:pPr>
        <w:jc w:val="right"/>
      </w:pPr>
      <w:r>
        <w:t>تو اسلام نے ایک سیٹ آف ویلیوز بتایا، ڈوز اینڈ ڈونٹس کا ایک ایک پورا فارمولا دیا۔</w:t>
      </w:r>
    </w:p>
    <w:p>
      <w:r>
        <w:rPr>
          <w:b/>
        </w:rPr>
        <w:t xml:space="preserve">[35:46] </w:t>
      </w:r>
      <w:r>
        <w:t>to ek to yeh kiya islam ne,</w:t>
      </w:r>
    </w:p>
    <w:p>
      <w:pPr>
        <w:jc w:val="right"/>
      </w:pPr>
      <w:r>
        <w:t>تو ایک تو یہ کیا اسلام نے،</w:t>
      </w:r>
    </w:p>
    <w:p>
      <w:r>
        <w:rPr>
          <w:b/>
        </w:rPr>
        <w:t xml:space="preserve">[35:51] </w:t>
      </w:r>
      <w:r>
        <w:t>dusra yeh ke</w:t>
      </w:r>
    </w:p>
    <w:p>
      <w:pPr>
        <w:jc w:val="right"/>
      </w:pPr>
      <w:r>
        <w:t>دوسرا یہ کہ</w:t>
      </w:r>
    </w:p>
    <w:p>
      <w:r>
        <w:rPr>
          <w:b/>
        </w:rPr>
        <w:t xml:space="preserve">[35:55] </w:t>
      </w:r>
      <w:r>
        <w:t>islam ne yeh bataya ke in values par amal karne ke liye tumhein apni puri zindagi ko isi dhang par chalana parega.</w:t>
      </w:r>
    </w:p>
    <w:p>
      <w:pPr>
        <w:jc w:val="right"/>
      </w:pPr>
      <w:r>
        <w:t>اسلام نے یہ بتایا کہ ان ویلیوز پر عمل کرنے کے لیے تمہیں اپنی پوری زندگی کو اسی ڈھنگ پر چلانا پڑے گا۔</w:t>
      </w:r>
    </w:p>
    <w:p>
      <w:r>
        <w:rPr>
          <w:b/>
        </w:rPr>
        <w:t xml:space="preserve">[36:05] </w:t>
      </w:r>
      <w:r>
        <w:t>apni zindagi ko chalao tum complaint aur protest aur hate ki buniyad par. to agar tum chaho ke tumhara society mein tumhara behavior friendly behavior ho to kaise hoga?</w:t>
      </w:r>
    </w:p>
    <w:p>
      <w:pPr>
        <w:jc w:val="right"/>
      </w:pPr>
      <w:r>
        <w:t>اپنی زندگی کو چلاؤ تم کمپلینٹ اور پروٹیسٹ اور ہیٹ کی بنیاد پر۔ تو اگر تم چاہو کہ تمہارا سوسائٹی میں تمہارا بیہیویئر فرینڈلی بیہیویئر ہو تو کیسے ہوگا؟</w:t>
      </w:r>
    </w:p>
    <w:p>
      <w:r>
        <w:rPr>
          <w:b/>
        </w:rPr>
        <w:t xml:space="preserve">[36:18] </w:t>
      </w:r>
      <w:r>
        <w:t>wo</w:t>
      </w:r>
    </w:p>
    <w:p>
      <w:pPr>
        <w:jc w:val="right"/>
      </w:pPr>
      <w:r>
        <w:t>وہ</w:t>
      </w:r>
    </w:p>
    <w:p>
      <w:r>
        <w:rPr>
          <w:b/>
        </w:rPr>
        <w:t xml:space="preserve">[36:20] </w:t>
      </w:r>
      <w:r>
        <w:t>dil mein hate bhara hua hai to social life mein kaise aisa hoga ke tum friendly behavior ko apnao?</w:t>
      </w:r>
    </w:p>
    <w:p>
      <w:pPr>
        <w:jc w:val="right"/>
      </w:pPr>
      <w:r>
        <w:t>دل میں ہیٹ بھرا ہوا ہے تو سوشل لائف میں کیسے ایسا ہوگا کہ تم فرینڈلی بیہیویئر کو اپناؤ؟</w:t>
      </w:r>
    </w:p>
    <w:p>
      <w:r>
        <w:rPr>
          <w:b/>
        </w:rPr>
        <w:t xml:space="preserve">[36:31] </w:t>
      </w:r>
      <w:r>
        <w:t>to friendly behavior hona bahut unchi ikhlaqi baat hai, lekin is ke liye zaroori hai ke aadmi,</w:t>
      </w:r>
    </w:p>
    <w:p>
      <w:pPr>
        <w:jc w:val="right"/>
      </w:pPr>
      <w:r>
        <w:t>تو فرینڈلی بیہیویئر ہونا بہت اونچی اخلاقی بات ہے، لیکن اس کے لیے ضروری ہے کہ آدمی،</w:t>
      </w:r>
    </w:p>
    <w:p>
      <w:r>
        <w:rPr>
          <w:b/>
        </w:rPr>
        <w:t xml:space="preserve">[36:42] </w:t>
      </w:r>
      <w:r>
        <w:t>aadmi jo hai, apne dil ko negative thought se bachaye, nafrat se bachaye, doosron ko haqeer samjhe, samajhne se bachaye, apne aap ko yeh karna parega.</w:t>
      </w:r>
    </w:p>
    <w:p>
      <w:pPr>
        <w:jc w:val="right"/>
      </w:pPr>
      <w:r>
        <w:t>آدمی جو ہے، اپنے دل کو نیگیٹیو تھاٹ سے بچائے، نفرت سے بچائے، دوسروں کو حقیر سمجھے، سمجھنے سے بچائے، اپنے آپ کو یہ کرنا پڑے گا۔</w:t>
      </w:r>
    </w:p>
    <w:p>
      <w:r>
        <w:rPr>
          <w:b/>
        </w:rPr>
        <w:t xml:space="preserve">[36:58] </w:t>
      </w:r>
      <w:r>
        <w:t>yahan tak ke agar aap industrialist hain to wahan bhi aap ko extend karna parega mile values ko.</w:t>
      </w:r>
    </w:p>
    <w:p>
      <w:pPr>
        <w:jc w:val="right"/>
      </w:pPr>
      <w:r>
        <w:t>یہاں تک کہ اگر آپ انڈسٹریلسٹ ہیں تو وہاں بھی آپ کو ایکسٹینڈ کرنا پڑے گا مائل ویلیوز کو۔</w:t>
      </w:r>
    </w:p>
    <w:p>
      <w:r>
        <w:rPr>
          <w:b/>
        </w:rPr>
        <w:t xml:space="preserve">[37:09] </w:t>
      </w:r>
      <w:r>
        <w:t>wahan tak mile values ka phailao ho jayega.</w:t>
      </w:r>
    </w:p>
    <w:p>
      <w:pPr>
        <w:jc w:val="right"/>
      </w:pPr>
      <w:r>
        <w:t>وہاں تک مائل ویلیوز کا پھیلاؤ ہو جائے گا۔</w:t>
      </w:r>
    </w:p>
    <w:p>
      <w:r>
        <w:rPr>
          <w:b/>
        </w:rPr>
        <w:t xml:space="preserve">[37:16] </w:t>
      </w:r>
      <w:r>
        <w:t>phir teesri cheez is mamle mein jo hai, wo hai concept of accountability</w:t>
      </w:r>
    </w:p>
    <w:p>
      <w:pPr>
        <w:jc w:val="right"/>
      </w:pPr>
      <w:r>
        <w:t>پھر تیسری چیز اس معاملے میں جو ہے، وہ ہے کانسیپٹ آف اکاؤنٹیبلٹی</w:t>
      </w:r>
    </w:p>
    <w:p>
      <w:r>
        <w:rPr>
          <w:b/>
        </w:rPr>
        <w:t xml:space="preserve">[37:25] </w:t>
      </w:r>
      <w:r>
        <w:t>ke koi aadmi kyun mile values ko apnaye? to is ka jawab hai islam ke, yani akhirat ke concept mein ke maut ke baad ek aur duniya samne aane wali hai,</w:t>
      </w:r>
    </w:p>
    <w:p>
      <w:pPr>
        <w:jc w:val="right"/>
      </w:pPr>
      <w:r>
        <w:t>کہ کوئی آدمی کیوں مائل ویلیوز کو اپنائے؟ تو اس کا جواب ہے اسلام کے، یعنی آخرت کے کانسیپٹ میں کہ موت کے بعد ایک اور دنیا سامنے آنے والی ہے،</w:t>
      </w:r>
    </w:p>
    <w:p>
      <w:r>
        <w:rPr>
          <w:b/>
        </w:rPr>
        <w:t xml:space="preserve">[37:40] </w:t>
      </w:r>
      <w:r>
        <w:t>wo eternal hogi, wahan prize hai, wahan hell hai.</w:t>
      </w:r>
    </w:p>
    <w:p>
      <w:pPr>
        <w:jc w:val="right"/>
      </w:pPr>
      <w:r>
        <w:t>وہ ایٹرنل ہوگی، وہاں پرائز ہے، وہاں ہیل ہے۔</w:t>
      </w:r>
    </w:p>
    <w:p>
      <w:r>
        <w:rPr>
          <w:b/>
        </w:rPr>
        <w:t xml:space="preserve">[37:47] </w:t>
      </w:r>
      <w:r>
        <w:t>to acha karne walon ko wahan par reward milega, bura karne walon ko wahan punishment milega. yeh hai concept of accountability ya world hereafter ya akhirat.</w:t>
      </w:r>
    </w:p>
    <w:p>
      <w:pPr>
        <w:jc w:val="right"/>
      </w:pPr>
      <w:r>
        <w:t>تو اچھا کرنے والوں کو وہاں پر ریوارڈ ملے گا، برا کرنے والوں کو وہاں پنشمنٹ ملے گا۔ یہ ہے کانسیپٹ آف اکاؤنٹیبلٹی یا ورلڈ ہیئر افٹر یا آخرت۔</w:t>
      </w:r>
    </w:p>
    <w:p>
      <w:r>
        <w:rPr>
          <w:b/>
        </w:rPr>
        <w:t xml:space="preserve">[38:02] </w:t>
      </w:r>
      <w:r>
        <w:t>to yeh cheez aadmi ko incentive deti hai, motivation deti hai.</w:t>
      </w:r>
    </w:p>
    <w:p>
      <w:pPr>
        <w:jc w:val="right"/>
      </w:pPr>
      <w:r>
        <w:t>تو یہ چیز آدمی کو انسنٹیو دیتی ہے، موٹیویشن دیتی ہے۔</w:t>
      </w:r>
    </w:p>
    <w:p>
      <w:r>
        <w:rPr>
          <w:b/>
        </w:rPr>
        <w:t xml:space="preserve">[38:09] </w:t>
      </w:r>
      <w:r>
        <w:t>is tarah islam ka jo ikhlaqi nizam hai, jo ethical system hai, wo complete ho jata hai.</w:t>
      </w:r>
    </w:p>
    <w:p>
      <w:pPr>
        <w:jc w:val="right"/>
      </w:pPr>
      <w:r>
        <w:t>اس طرح اسلام کا جو اخلاقی نظام ہے، جو ایتھیکل سسٹم ہے، وہ کمپلیٹ ہو جاتا ہے۔</w:t>
      </w:r>
    </w:p>
    <w:p>
      <w:r>
        <w:rPr>
          <w:b/>
        </w:rPr>
        <w:t xml:space="preserve">[38:20] </w:t>
      </w:r>
      <w:r>
        <w:t>yahan mein ek aur baat arz karna chahunga. kuch log ikhlaqi nizam ko ya mile values ko jorte hain political role se.</w:t>
      </w:r>
    </w:p>
    <w:p>
      <w:pPr>
        <w:jc w:val="right"/>
      </w:pPr>
      <w:r>
        <w:t>یہاں میں ایک اور بات عرض کرنا چاہوں گا۔ کچھ لوگ اخلاقی نظام کو یا مائل ویلیوز کو جوڑتے ہیں پولیٹیکل رول سے۔</w:t>
      </w:r>
    </w:p>
    <w:p>
      <w:r>
        <w:rPr>
          <w:b/>
        </w:rPr>
        <w:t xml:space="preserve">[38:31] </w:t>
      </w:r>
      <w:r>
        <w:t>wo kehte hain ke jab tak political role jo hai, wo islam ke hath mein na ho, tab tak is ke mile values ko bhi koi follow karne wala nahi hai.</w:t>
      </w:r>
    </w:p>
    <w:p>
      <w:pPr>
        <w:jc w:val="right"/>
      </w:pPr>
      <w:r>
        <w:t>وہ کہتے ہیں کہ جب تک پولیٹیکل رول جو ہے، وہ اسلام کے ہاتھ میں نہ ہو، تب تک اس کے مائل ویلیوز کو بھی کوئی فالو کرنے والا نہیں ہے۔</w:t>
      </w:r>
    </w:p>
    <w:p>
      <w:r>
        <w:rPr>
          <w:b/>
        </w:rPr>
        <w:t xml:space="preserve">[38:44] </w:t>
      </w:r>
      <w:r>
        <w:t>to is wajah se political role par hamein qabza karna hai. mein is ko bilkul baseless samajhta hoon. haqeeqat yeh hai ke wo mile values, mile values hi nahi hain jo impose kar ke hasil hon.</w:t>
      </w:r>
    </w:p>
    <w:p>
      <w:pPr>
        <w:jc w:val="right"/>
      </w:pPr>
      <w:r>
        <w:t>تو اس وجہ سے پولیٹیکل رول پر ہمیں قبضہ کرنا ہے۔ میں اس کو بالکل بیسلیس سمجھتا ہوں۔ حقیقت یہ ہے کہ وہ مائل ویلیوز، مائل ویلیوز ہی نہیں ہیں جو امپوز کر کے حاصل ہوں۔</w:t>
      </w:r>
    </w:p>
    <w:p>
      <w:r>
        <w:rPr>
          <w:b/>
        </w:rPr>
        <w:t xml:space="preserve">[39:02] </w:t>
      </w:r>
      <w:r>
        <w:t>yani koda maar kar ke aap kisi ko sach bulwayen to wo ikhlaqi baat to hui nahi. yani flogging kar ke agar aap kisi ko majboor karen ke tum sach bolo to wo to kuch bhi nahi hai.</w:t>
      </w:r>
    </w:p>
    <w:p>
      <w:pPr>
        <w:jc w:val="right"/>
      </w:pPr>
      <w:r>
        <w:t>یعنی کوڑا مار کر کے آپ کسی کو سچ بلوائیں تو وہ اخلاقی بات تو ہوئی نہیں۔ یعنی فلاگنگ کر کے اگر آپ کسی کو مجبور کریں کہ تم سچ بولو تو وہ تو کچھ بھی نہیں ہے۔</w:t>
      </w:r>
    </w:p>
    <w:p>
      <w:r>
        <w:rPr>
          <w:b/>
        </w:rPr>
        <w:t xml:space="preserve">[39:18] </w:t>
      </w:r>
      <w:r>
        <w:t>ikhlaq ke dekhiye, principle jo hain, jo mile values hain, wo hamesha by choice hoti hain.</w:t>
      </w:r>
    </w:p>
    <w:p>
      <w:pPr>
        <w:jc w:val="right"/>
      </w:pPr>
      <w:r>
        <w:t>اخلاق کے دیکھیے، پرنسپل جو ہیں، جو مائل ویلیوز ہیں، وہ ہمیشہ بائی چوائس ہوتی ہیں۔</w:t>
      </w:r>
    </w:p>
    <w:p>
      <w:r>
        <w:rPr>
          <w:b/>
        </w:rPr>
        <w:t xml:space="preserve">[39:26] </w:t>
      </w:r>
      <w:r>
        <w:t>by choice, free choice ke sath jab aap karen, tabhi aap ko is ka reward milega.</w:t>
      </w:r>
    </w:p>
    <w:p>
      <w:pPr>
        <w:jc w:val="right"/>
      </w:pPr>
      <w:r>
        <w:t>بائی چوائس، فری چوائس کے ساتھ جب آپ کریں، تبھی آپ کو اس کا ریوارڈ ملے گا۔</w:t>
      </w:r>
    </w:p>
    <w:p>
      <w:r>
        <w:rPr>
          <w:b/>
        </w:rPr>
        <w:t xml:space="preserve">[39:36] </w:t>
      </w:r>
      <w:r>
        <w:t>tabhi yeh mana jayega ke aap ne ikhlaqi taleem par amal kiya, warna kuch bhi nahi, is ki koi haqeeqat hi nahi hai. dande ke zor par to aap jante hain ke animal bhi wahi karega jo aap kahenge.</w:t>
      </w:r>
    </w:p>
    <w:p>
      <w:pPr>
        <w:jc w:val="right"/>
      </w:pPr>
      <w:r>
        <w:t>تبھی یہ مانا جائے گا کہ آپ نے اخلاقی تعلیم پر عمل کیا، ورنہ کچھ بھی نہیں، اس کی کوئی حقیقت ہی نہیں ہے۔ ڈنڈے کے زور پر تو آپ جانتے ہیں کہ اینیمل بھی وہی کرے گا جو آپ کہیں گے۔</w:t>
      </w:r>
    </w:p>
    <w:p>
      <w:r>
        <w:rPr>
          <w:b/>
        </w:rPr>
        <w:t xml:space="preserve">[39:50] </w:t>
      </w:r>
      <w:r>
        <w:t>is ko matlab aik khet se woh paas ho raha hai,</w:t>
      </w:r>
    </w:p>
    <w:p>
      <w:pPr>
        <w:jc w:val="right"/>
      </w:pPr>
      <w:r>
        <w:t>اس کو مطلب ایک کھیت سے وہ پاس ہو رہا ہے،</w:t>
      </w:r>
    </w:p>
    <w:p>
      <w:r>
        <w:rPr>
          <w:b/>
        </w:rPr>
        <w:t xml:space="preserve">[39:56] </w:t>
      </w:r>
      <w:r>
        <w:t>animal ja raha hai, wahan par aik hara bhara khet hai to woh us ke andar munh daal de ga, khane lage ga. Albata malik ke hath mein agar kora hai, woh kora baar kar ke usay roke,</w:t>
      </w:r>
    </w:p>
    <w:p>
      <w:pPr>
        <w:jc w:val="right"/>
      </w:pPr>
      <w:r>
        <w:t>اینیمل جا رہا ہے، وہاں پر ایک ہرا بھرا کھیت ہے تو وہ اس کے اندر منہ ڈال دے گا، کھانے لگے گا۔ البتہ مالک کے ہاتھ میں اگر کوڑا ہے، وہ کوڑا بار کر کے اسے روکے،</w:t>
      </w:r>
    </w:p>
    <w:p>
      <w:r>
        <w:rPr>
          <w:b/>
        </w:rPr>
        <w:t xml:space="preserve">[40:10] </w:t>
      </w:r>
      <w:r>
        <w:t>tab ruk jaye ga. Woh to animal jo hai, kora barne se rukay ga ke doosre ka baal woh na lay. Lekin is ko aap jante hain ke koi is ko moral credit nahi mile ga.</w:t>
      </w:r>
    </w:p>
    <w:p>
      <w:pPr>
        <w:jc w:val="right"/>
      </w:pPr>
      <w:r>
        <w:t>تب رک جائے گا۔ وہ تو اینیمل جو ہے، کوڑا بارنے سے رکے گا کہ دوسرے کا بال وہ نہ لے۔ لیکن اس کو آپ جانتے ہیں کہ کوئی اس کو مورل کریڈٹ نہیں ملے گا۔</w:t>
      </w:r>
    </w:p>
    <w:p>
      <w:r>
        <w:rPr>
          <w:b/>
        </w:rPr>
        <w:t xml:space="preserve">[40:27] </w:t>
      </w:r>
      <w:r>
        <w:t>Aisi agar insan ka mamla ho ke aap political role par qabza karen, apni hukoomat banayen, is ko aap flogging kar ke kore baar baar kar ke logon se kahen ke tum akhlaqi values ko apnao,</w:t>
      </w:r>
    </w:p>
    <w:p>
      <w:pPr>
        <w:jc w:val="right"/>
      </w:pPr>
      <w:r>
        <w:t>ایسی اگر انسان کا معاملہ ہو کہ آپ پولیٹیکل رول پر قبضہ کریں، اپنی حکومت بنائیں، اس کو آپ فلاگنگ کر کے کوڑے بار بار کر کے لوگوں سے کہیں کہ تم اخلاقی ویلیوز کو اپناؤ،</w:t>
      </w:r>
    </w:p>
    <w:p>
      <w:r>
        <w:rPr>
          <w:b/>
        </w:rPr>
        <w:t xml:space="preserve">[40:40] </w:t>
      </w:r>
      <w:r>
        <w:t>is ke mani to yeh to animalization of mind ho jaye ga.</w:t>
      </w:r>
    </w:p>
    <w:p>
      <w:pPr>
        <w:jc w:val="right"/>
      </w:pPr>
      <w:r>
        <w:t>اس کے معنی تو یہ تو اینولائزیشن آف مائن ہو جائے گا۔</w:t>
      </w:r>
    </w:p>
    <w:p>
      <w:r>
        <w:rPr>
          <w:b/>
        </w:rPr>
        <w:t xml:space="preserve">[40:47] </w:t>
      </w:r>
      <w:r>
        <w:t>Aisa akhlaq kis kaam ka? Aisay akhlaqi values ko follow karna kis kaam ka?</w:t>
      </w:r>
    </w:p>
    <w:p>
      <w:pPr>
        <w:jc w:val="right"/>
      </w:pPr>
      <w:r>
        <w:t>ایسا اخلاق کس کام کا؟ ایسے اخلاقی ویلیوز کو فالو کرنا کس کام کا؟</w:t>
      </w:r>
    </w:p>
    <w:p>
      <w:r>
        <w:rPr>
          <w:b/>
        </w:rPr>
        <w:t xml:space="preserve">[40:57] </w:t>
      </w:r>
      <w:r>
        <w:t>Dekhiye, akhlaqi value wohi hai, akhlaqi character wohi hai jo jis ko aap apni azadi ke sath karen, apni choice ke tor par karen.</w:t>
      </w:r>
    </w:p>
    <w:p>
      <w:pPr>
        <w:jc w:val="right"/>
      </w:pPr>
      <w:r>
        <w:t>دیکھیے، اخلاقی ویلیو وہی ہے، اخلاقی کریکٹر وہی ہے جو جس کو آپ اپنی آزادی کے ساتھ کریں، اپنی چوائس کے طور پر کریں۔</w:t>
      </w:r>
    </w:p>
    <w:p>
      <w:r>
        <w:rPr>
          <w:b/>
        </w:rPr>
        <w:t xml:space="preserve">[41:10] </w:t>
      </w:r>
      <w:r>
        <w:t>Koi is mein compulsion na ho to compulsive morality is nothing, compulsive ethics is nothing.</w:t>
      </w:r>
    </w:p>
    <w:p>
      <w:pPr>
        <w:jc w:val="right"/>
      </w:pPr>
      <w:r>
        <w:t>کوئی اس میں کمپلشن نہ ہو تو کمپلسو موریلٹی از نتھنگ، کمپلسو ایتھکس از نتھنگ۔</w:t>
      </w:r>
    </w:p>
    <w:p>
      <w:r>
        <w:rPr>
          <w:b/>
        </w:rPr>
        <w:t xml:space="preserve">[41:24] </w:t>
      </w:r>
      <w:r>
        <w:t>Is wajah se akhlaqiyat ko political role se jodna yeh bohat zyada, yani bohat zyada</w:t>
      </w:r>
    </w:p>
    <w:p>
      <w:pPr>
        <w:jc w:val="right"/>
      </w:pPr>
      <w:r>
        <w:t>اس وجہ سے اخلاقیات کو پولیٹیکل رول سے جوڑنا یہ بہت زیادہ، یعنی بہت زیادہ</w:t>
      </w:r>
    </w:p>
    <w:p>
      <w:r>
        <w:rPr>
          <w:b/>
        </w:rPr>
        <w:t xml:space="preserve">[41:37] </w:t>
      </w:r>
      <w:r>
        <w:t>un Islamic baat hai. Is ka Islam se koi talluq nahi.</w:t>
      </w:r>
    </w:p>
    <w:p>
      <w:pPr>
        <w:jc w:val="right"/>
      </w:pPr>
      <w:r>
        <w:t>ان اسلامک بات ہے۔ اس کا اسلام سے کوئی تعلق نہیں۔</w:t>
      </w:r>
    </w:p>
    <w:p>
      <w:r>
        <w:rPr>
          <w:b/>
        </w:rPr>
        <w:t xml:space="preserve">[41:43] </w:t>
      </w:r>
      <w:r>
        <w:t>Yani akhlaqi nizam ko ya moral values ko political role ke zariye se qaim karna aur flogging ki soorat par qaim karna, yeh to aik aik bilkul aik aik wahshiyana baat hai.</w:t>
      </w:r>
    </w:p>
    <w:p>
      <w:pPr>
        <w:jc w:val="right"/>
      </w:pPr>
      <w:r>
        <w:t>یعنی اخلاقی نظام کو یا مورل ویلیوز کو پولیٹیکل رول کے ذریعے سے قائم کرنا اور فلاگنگ کی صورت پر قائم کرنا، یہ تو ایک ایک بالکل ایک ایک وحشیانہ بات ہے۔</w:t>
      </w:r>
    </w:p>
    <w:p>
      <w:r>
        <w:rPr>
          <w:b/>
        </w:rPr>
        <w:t xml:space="preserve">[42:04] </w:t>
      </w:r>
      <w:r>
        <w:t>Yani janglat ke qanoon ko insani zindagi mein nafiz karna hai.</w:t>
      </w:r>
    </w:p>
    <w:p>
      <w:pPr>
        <w:jc w:val="right"/>
      </w:pPr>
      <w:r>
        <w:t>یعنی جنگل کے قانون کو انسانی زندگی میں نافذ کرنا ہے۔</w:t>
      </w:r>
    </w:p>
    <w:p>
      <w:r>
        <w:rPr>
          <w:b/>
        </w:rPr>
        <w:t xml:space="preserve">[42:10] </w:t>
      </w:r>
      <w:r>
        <w:t>To dekhiye, jo kaam karna hai, woh yeh nahi ke aap political role hasil karne ki koshish karen. Nahi, aap logon ke andar speed bharen, speed, moral speed.</w:t>
      </w:r>
    </w:p>
    <w:p>
      <w:pPr>
        <w:jc w:val="right"/>
      </w:pPr>
      <w:r>
        <w:t>تو دیکھیے، جو کام کرنا ہے، وہ یہ نہیں کہ آپ پولیٹیکل رول حاصل کرنے کی کوشش کریں۔ نہیں، آپ لوگوں کے اندر اسپیڈ بھریں، اسپیڈ، مورل اسپیڈ۔</w:t>
      </w:r>
    </w:p>
    <w:p>
      <w:r>
        <w:rPr>
          <w:b/>
        </w:rPr>
        <w:t xml:space="preserve">[42:24] </w:t>
      </w:r>
      <w:r>
        <w:t>Yani political role ko moral values ke support pe layen, yeh bilkul karne ka kaam nahi hai.</w:t>
      </w:r>
    </w:p>
    <w:p>
      <w:pPr>
        <w:jc w:val="right"/>
      </w:pPr>
      <w:r>
        <w:t>یعنی پولیٹیکل رول کو مورل ویلیوز کے سپورٹ پہ لائیں، یہ بالکل کرنے کا کام نہیں ہے۔</w:t>
      </w:r>
    </w:p>
    <w:p>
      <w:r>
        <w:rPr>
          <w:b/>
        </w:rPr>
        <w:t xml:space="preserve">[42:34] </w:t>
      </w:r>
      <w:r>
        <w:t>Political role ka mamla alag hai aur moral conduct ka mamla bilkul is se alag hai. To hamara sara zor hona chahiye kis par?</w:t>
      </w:r>
    </w:p>
    <w:p>
      <w:pPr>
        <w:jc w:val="right"/>
      </w:pPr>
      <w:r>
        <w:t>پولیٹیکل رول کا معاملہ الگ ہے اور مورل کنڈکٹ کا معاملہ بالکل اس سے الگ ہے۔ تو ہمارا سارا زور ہونا چاہیے کس پر؟</w:t>
      </w:r>
    </w:p>
    <w:p>
      <w:r>
        <w:rPr>
          <w:b/>
        </w:rPr>
        <w:t xml:space="preserve">[42:46] </w:t>
      </w:r>
      <w:r>
        <w:t>Logon ko educate karne par, logon ko train karne par, logon ko prepare karne par, moral values ko logon ke andar inculcate karne par.</w:t>
      </w:r>
    </w:p>
    <w:p>
      <w:pPr>
        <w:jc w:val="right"/>
      </w:pPr>
      <w:r>
        <w:t>لوگوں کو ایجوکیٹ کرنے پر، لوگوں کو ٹرین کرنے پر، لوگوں کو پریپیئر کرنے پر، مائل ویلیوز کو لوگوں کے اندر انکلوکیٹ کرنے پر۔</w:t>
      </w:r>
    </w:p>
    <w:p>
      <w:r>
        <w:rPr>
          <w:b/>
        </w:rPr>
        <w:t xml:space="preserve">[42:55] </w:t>
      </w:r>
      <w:r>
        <w:t>Is par zor hona chahiye hamara.</w:t>
      </w:r>
    </w:p>
    <w:p>
      <w:pPr>
        <w:jc w:val="right"/>
      </w:pPr>
      <w:r>
        <w:t>اس پر زور ہونا چاہیے ہمارا۔</w:t>
      </w:r>
    </w:p>
    <w:p>
      <w:r>
        <w:rPr>
          <w:b/>
        </w:rPr>
        <w:t xml:space="preserve">[43:02] </w:t>
      </w:r>
      <w:r>
        <w:t>Yani hamara jo</w:t>
      </w:r>
    </w:p>
    <w:p>
      <w:pPr>
        <w:jc w:val="right"/>
      </w:pPr>
      <w:r>
        <w:t>یعنی ہمارا جو</w:t>
      </w:r>
    </w:p>
    <w:p>
      <w:r>
        <w:rPr>
          <w:b/>
        </w:rPr>
        <w:t xml:space="preserve">[43:06] </w:t>
      </w:r>
      <w:r>
        <w:t>moral values ko batane ke baad jo doosra karne ka kaam hai, woh yeh nahi ke hukoomat par qabza karen aap aur phir flogging kar ke logon ko akhlaqi banayen.</w:t>
      </w:r>
    </w:p>
    <w:p>
      <w:pPr>
        <w:jc w:val="right"/>
      </w:pPr>
      <w:r>
        <w:t>مائل ویلیوز کو بتانے کے بعد جو دوسرا کرنے کا کام ہے، وہ یہ نہیں کہ حکومت پر قبضہ کریں آپ اور پھر فلاگنگ کر کے لوگوں کو اخلاقی بنائیں۔</w:t>
      </w:r>
    </w:p>
    <w:p>
      <w:r>
        <w:rPr>
          <w:b/>
        </w:rPr>
        <w:t xml:space="preserve">[43:20] </w:t>
      </w:r>
      <w:r>
        <w:t>Nahi, bilkul nahi.</w:t>
      </w:r>
    </w:p>
    <w:p>
      <w:pPr>
        <w:jc w:val="right"/>
      </w:pPr>
      <w:r>
        <w:t>نہیں، بالکل نہیں۔</w:t>
      </w:r>
    </w:p>
    <w:p>
      <w:r>
        <w:rPr>
          <w:b/>
        </w:rPr>
        <w:t xml:space="preserve">[43:22] </w:t>
      </w:r>
      <w:r>
        <w:t>Doosra jo karne ka kaam hai, woh hai logon ke andar speed bharna, logon ko educate karna, logon ke mind ko prepare karna.</w:t>
      </w:r>
    </w:p>
    <w:p>
      <w:pPr>
        <w:jc w:val="right"/>
      </w:pPr>
      <w:r>
        <w:t>دوسرا جو کرنے کا کام ہے، وہ ہے لوگوں کے اندر اسپیڈ بھرنا، لوگوں کو ایجوکیٹ کرنا، لوگوں کے مائنڈ کو پریپیئر کرنا۔</w:t>
      </w:r>
    </w:p>
    <w:p>
      <w:r>
        <w:rPr>
          <w:b/>
        </w:rPr>
        <w:t xml:space="preserve">[43:32] </w:t>
      </w:r>
      <w:r>
        <w:t>Yeh hai doosri cheez.</w:t>
      </w:r>
    </w:p>
    <w:p>
      <w:pPr>
        <w:jc w:val="right"/>
      </w:pPr>
      <w:r>
        <w:t>یہ ہے دوسری چیز۔</w:t>
      </w:r>
    </w:p>
    <w:p>
      <w:r>
        <w:rPr>
          <w:b/>
        </w:rPr>
        <w:t xml:space="preserve">[43:40] </w:t>
      </w:r>
      <w:r>
        <w:t>To main samajhta hoon ke is baat ko bohat zyada dhyan ke sath janna chahiye, samajhna chahiye ke moral system ke sath jo cheez juri hui hai, woh education hai,</w:t>
      </w:r>
    </w:p>
    <w:p>
      <w:pPr>
        <w:jc w:val="right"/>
      </w:pPr>
      <w:r>
        <w:t>تو میں سمجھتا ہوں کہ اس بات کو بہت زیادہ دھیان کے ساتھ جاننا چاہیے، سمجھنا چاہیے کہ مورل سسٹم کے ساتھ جو چیز جڑی ہوئی ہے، وہ ایجوکیشن ہے،</w:t>
      </w:r>
    </w:p>
    <w:p>
      <w:r>
        <w:rPr>
          <w:b/>
        </w:rPr>
        <w:t xml:space="preserve">[43:55] </w:t>
      </w:r>
      <w:r>
        <w:t>political role nahi hai.</w:t>
      </w:r>
    </w:p>
    <w:p>
      <w:pPr>
        <w:jc w:val="right"/>
      </w:pPr>
      <w:r>
        <w:t>پولیٹیکل رول نہیں ہے۔</w:t>
      </w:r>
    </w:p>
    <w:p>
      <w:r>
        <w:rPr>
          <w:b/>
        </w:rPr>
        <w:t xml:space="preserve">[43:59] </w:t>
      </w:r>
      <w:r>
        <w:t>Ethical system ya moral system ke sath jo cheez juri hui hai, jo is ka jo is ko support dene wali hai, support woh politics nahi hai, political role nahi hai.</w:t>
      </w:r>
    </w:p>
    <w:p>
      <w:pPr>
        <w:jc w:val="right"/>
      </w:pPr>
      <w:r>
        <w:t>ایتھیکل سسٹم یا مورل سسٹم کے ساتھ جو چیز جڑی ہوئی ہے، جو اس کا جو اس کو سپورٹ دینے والی ہے، سپورٹ وہ پولیٹکس نہیں ہے، پولیٹیکل رول نہیں ہے۔</w:t>
      </w:r>
    </w:p>
    <w:p>
      <w:r>
        <w:rPr>
          <w:b/>
        </w:rPr>
        <w:t xml:space="preserve">[44:13] </w:t>
      </w:r>
      <w:r>
        <w:t>woh woh hai education.</w:t>
      </w:r>
    </w:p>
    <w:p>
      <w:pPr>
        <w:jc w:val="right"/>
      </w:pPr>
      <w:r>
        <w:t>وہ وہ ہے ایجوکیشن۔</w:t>
      </w:r>
    </w:p>
    <w:p>
      <w:r>
        <w:rPr>
          <w:b/>
        </w:rPr>
        <w:t xml:space="preserve">[44:19] </w:t>
      </w:r>
      <w:r>
        <w:t>education ka matlab mein yani dono sense mein le raha hoon: moral, woh formal education, informal education.</w:t>
      </w:r>
    </w:p>
    <w:p>
      <w:pPr>
        <w:jc w:val="right"/>
      </w:pPr>
      <w:r>
        <w:t>ایجوکیشن کا مطلب میں یعنی دونوں سینس میں لے رہا ہوں: مورل، وہ فارمل ایجوکیشن، ان فارمل ایجوکیشن۔</w:t>
      </w:r>
    </w:p>
    <w:p>
      <w:r>
        <w:rPr>
          <w:b/>
        </w:rPr>
        <w:t xml:space="preserve">[44:30] </w:t>
      </w:r>
      <w:r>
        <w:t>aur zyada importance hai, dekhiye, informal education ki</w:t>
      </w:r>
    </w:p>
    <w:p>
      <w:pPr>
        <w:jc w:val="right"/>
      </w:pPr>
      <w:r>
        <w:t>اور زیادہ امپورٹنس ہے، دیکھیے، ان فارمل ایجوکیشن کی</w:t>
      </w:r>
    </w:p>
    <w:p>
      <w:r>
        <w:rPr>
          <w:b/>
        </w:rPr>
        <w:t xml:space="preserve">[44:36] </w:t>
      </w:r>
      <w:r>
        <w:t>is reference mein.</w:t>
      </w:r>
    </w:p>
    <w:p>
      <w:pPr>
        <w:jc w:val="right"/>
      </w:pPr>
      <w:r>
        <w:t>اس ریفرنس میں۔</w:t>
      </w:r>
    </w:p>
    <w:p>
      <w:r>
        <w:rPr>
          <w:b/>
        </w:rPr>
        <w:t xml:space="preserve">[44:39] </w:t>
      </w:r>
      <w:r>
        <w:t>dekhiye, education jo hai, jis mein ke aadmi ko degree milti hai, collegeon, institutes, collegeon se aur universityon se aap sanad milti hai, degree toh woh job ke liye hoti hai.</w:t>
      </w:r>
    </w:p>
    <w:p>
      <w:pPr>
        <w:jc w:val="right"/>
      </w:pPr>
      <w:r>
        <w:t>دیکھیے، ایجوکیشن جو ہے، جس میں کہ آدمی کو ڈگری ملتی ہے، کالجوں، انسٹیٹیوٹس، کالجوں سے اور یونیورسٹیوں سے آپ سند ملتی ہے، ڈگری تو وہ جاب کے لیے ہوتی ہے۔</w:t>
      </w:r>
    </w:p>
    <w:p>
      <w:r>
        <w:rPr>
          <w:b/>
        </w:rPr>
        <w:t xml:space="preserve">[44:53] </w:t>
      </w:r>
      <w:r>
        <w:t>kyunke is zamane mein baghair degree ke kisi ko job nahi milta. toh degree jo hai, woh job ke liye hoti hai.</w:t>
      </w:r>
    </w:p>
    <w:p>
      <w:pPr>
        <w:jc w:val="right"/>
      </w:pPr>
      <w:r>
        <w:t>کیونکہ اس زمانے میں بغیر ڈگری کے کسی کو جاب نہیں ملتا۔ تو ڈگری جو ہے، وہ جاب کے لیے ہوتی ہے۔</w:t>
      </w:r>
    </w:p>
    <w:p>
      <w:r>
        <w:rPr>
          <w:b/>
        </w:rPr>
        <w:t xml:space="preserve">[45:04] </w:t>
      </w:r>
      <w:r>
        <w:t>toh woh education jo aap ko degree deti hai, woh sirf partially is se taluq rakhti hai, partially. kyunke is mein aap kya karenge?</w:t>
      </w:r>
    </w:p>
    <w:p>
      <w:pPr>
        <w:jc w:val="right"/>
      </w:pPr>
      <w:r>
        <w:t>تو وہ ایجوکیشن جو آپ کو ڈگری دیتی ہے، وہ صرف پارشلی اس سے تعلق رکھتی ہے، پارشلی۔ کیونکہ اس میں آپ کیا کریں گے؟</w:t>
      </w:r>
    </w:p>
    <w:p>
      <w:r>
        <w:rPr>
          <w:b/>
        </w:rPr>
        <w:t xml:space="preserve">[45:15] </w:t>
      </w:r>
      <w:r>
        <w:t>ek kitaab tayyar karenge, bahar teacher is ko parhwa denge ibtidai stage par. lekin is se logon ke andar moral thinking nahi aati.</w:t>
      </w:r>
    </w:p>
    <w:p>
      <w:pPr>
        <w:jc w:val="right"/>
      </w:pPr>
      <w:r>
        <w:t>ایک کتاب تیار کریں گے، باہر ٹیچر اس کو پڑھوا دیں گے ابتدائی سٹیج پر۔ لیکن اس سے لوگوں کے اندر مورل تھنکنگ نہیں آتی۔</w:t>
      </w:r>
    </w:p>
    <w:p>
      <w:r>
        <w:rPr>
          <w:b/>
        </w:rPr>
        <w:t xml:space="preserve">[45:27] </w:t>
      </w:r>
      <w:r>
        <w:t>ek kitaab tayyar kar ke aap yani larkon ko parhwa dein, student ko parhwa dein, teacher ke through.</w:t>
      </w:r>
    </w:p>
    <w:p>
      <w:pPr>
        <w:jc w:val="right"/>
      </w:pPr>
      <w:r>
        <w:t>ایک کتاب تیار کر کے آپ یعنی لڑکوں کو پڑھوا دیں، اسٹوڈنٹ کو پڑھوا دیں، ٹیچر کے تھرو۔</w:t>
      </w:r>
    </w:p>
    <w:p>
      <w:r>
        <w:rPr>
          <w:b/>
        </w:rPr>
        <w:t xml:space="preserve">[45:39] </w:t>
      </w:r>
      <w:r>
        <w:t>is se aisa nahi ho sakta hai ke logon ke andar moral ehsaas aa jaye aur behal soch aa jaye aur woh moral values ko follow karne lagen.</w:t>
      </w:r>
    </w:p>
    <w:p>
      <w:pPr>
        <w:jc w:val="right"/>
      </w:pPr>
      <w:r>
        <w:t>اس سے ایسا نہیں ہو سکتا ہے کہ لوگوں کے اندر مورل احساس آ جائے اور بہرحال سوچ آ جائے اور وہ مورل ویلیوز کو فالو کرنے لگیں۔</w:t>
      </w:r>
    </w:p>
    <w:p>
      <w:r>
        <w:rPr>
          <w:b/>
        </w:rPr>
        <w:t xml:space="preserve">[45:51] </w:t>
      </w:r>
      <w:r>
        <w:t>is se nahi ho sakta hai. agar</w:t>
      </w:r>
    </w:p>
    <w:p>
      <w:pPr>
        <w:jc w:val="right"/>
      </w:pPr>
      <w:r>
        <w:t>اس سے نہیں ہو سکتا ہے۔ اگر</w:t>
      </w:r>
    </w:p>
    <w:p>
      <w:r>
        <w:rPr>
          <w:b/>
        </w:rPr>
        <w:t xml:space="preserve">[45:53] </w:t>
      </w:r>
      <w:r>
        <w:t>ho toh aap bohat, agar hoga toh bohat hi partial, partial sense mein hoga. partial sense mein</w:t>
      </w:r>
    </w:p>
    <w:p>
      <w:pPr>
        <w:jc w:val="right"/>
      </w:pPr>
      <w:r>
        <w:t>ہو تو آپ بہت، اگر ہوگا تو بہت ہی پارشل، پارشل سینس میں ہوگا۔ پارشل سینس میں</w:t>
      </w:r>
    </w:p>
    <w:p>
      <w:r>
        <w:rPr>
          <w:b/>
        </w:rPr>
        <w:t xml:space="preserve">[46:03] </w:t>
      </w:r>
      <w:r>
        <w:t>zyada bari cheez jo hamein karna hai, woh yeh hai ke ek taraf hum moral values ko batayein ke dekho, sach bolna hai, honesty karna hai, logon ke sath love ka bartao karna hai,</w:t>
      </w:r>
    </w:p>
    <w:p>
      <w:pPr>
        <w:jc w:val="right"/>
      </w:pPr>
      <w:r>
        <w:t>زیادہ بڑی چیز جو ہمیں کرنا ہے، وہ یہ ہے کہ ایک طرف ہم مائل ویلیوز کو بتائیں کہ دیکھو، سچ بولنا ہے، آنیسٹی کرنا ہے، لوگوں کے ساتھ لو کا برتاؤ کرنا ہے،</w:t>
      </w:r>
    </w:p>
    <w:p>
      <w:r>
        <w:rPr>
          <w:b/>
        </w:rPr>
        <w:t xml:space="preserve">[46:20] </w:t>
      </w:r>
      <w:r>
        <w:t>logon ke sath avoidance kar ke rehna hai</w:t>
      </w:r>
    </w:p>
    <w:p>
      <w:pPr>
        <w:jc w:val="right"/>
      </w:pPr>
      <w:r>
        <w:t>لوگوں کے ساتھ اوائڈنس کر کے رہنا ہے</w:t>
      </w:r>
    </w:p>
    <w:p>
      <w:r>
        <w:rPr>
          <w:b/>
        </w:rPr>
        <w:t xml:space="preserve">[46:26] </w:t>
      </w:r>
      <w:r>
        <w:t>waghera waghera.</w:t>
      </w:r>
    </w:p>
    <w:p>
      <w:pPr>
        <w:jc w:val="right"/>
      </w:pPr>
      <w:r>
        <w:t>وغیرہ وغیرہ۔</w:t>
      </w:r>
    </w:p>
    <w:p>
      <w:r>
        <w:rPr>
          <w:b/>
        </w:rPr>
        <w:t xml:space="preserve">[46:31] </w:t>
      </w:r>
      <w:r>
        <w:t>aur doosri taraf hamein yeh karna hai ke hum logon ko educate karein. zyada bada zariya hai informal education.</w:t>
      </w:r>
    </w:p>
    <w:p>
      <w:pPr>
        <w:jc w:val="right"/>
      </w:pPr>
      <w:r>
        <w:t>اور دوسری طرف ہمیں یہ کرنا ہے کہ ہم لوگوں کو ایجوکیٹ کریں۔ زیادہ بڑا ذریعہ ہے ان فارمل ایجوکیشن۔</w:t>
      </w:r>
    </w:p>
    <w:p>
      <w:r>
        <w:rPr>
          <w:b/>
        </w:rPr>
        <w:t xml:space="preserve">[46:43] </w:t>
      </w:r>
      <w:r>
        <w:t>informal education konsi hai?</w:t>
      </w:r>
    </w:p>
    <w:p>
      <w:pPr>
        <w:jc w:val="right"/>
      </w:pPr>
      <w:r>
        <w:t>ان فارمل ایجوکیشن کونسی ہے؟</w:t>
      </w:r>
    </w:p>
    <w:p>
      <w:r>
        <w:rPr>
          <w:b/>
        </w:rPr>
        <w:t xml:space="preserve">[46:47] </w:t>
      </w:r>
      <w:r>
        <w:t>woh karte hain jo aap yani media ke zariye, literature ke zariye aur meeting se aur jalsay ke zariye.</w:t>
      </w:r>
    </w:p>
    <w:p>
      <w:pPr>
        <w:jc w:val="right"/>
      </w:pPr>
      <w:r>
        <w:t>وہ کرتے ہیں جو آپ یعنی میڈیا کے ذریعے، لٹریچر کے ذریعے اور میٹنگ سے اور جلسے کے ذریعے۔</w:t>
      </w:r>
    </w:p>
    <w:p>
      <w:r>
        <w:rPr>
          <w:b/>
        </w:rPr>
        <w:t xml:space="preserve">[46:59] </w:t>
      </w:r>
      <w:r>
        <w:t>toh literature jo hai, woh zyada bada zariya hai yani moral education ka. literature aur jo formal education hoti hai, us mein aap ek kitaab parhwa</w:t>
      </w:r>
    </w:p>
    <w:p>
      <w:pPr>
        <w:jc w:val="right"/>
      </w:pPr>
      <w:r>
        <w:t>تو لٹریچر جو ہے، وہ زیادہ بڑا ذریعہ ہے یعنی مورل ایجوکیشن کا۔ لٹریچر اور جو فارمل ایجوکیشن ہوتی ہے، اس میں آپ ایک کتاب پڑھوا</w:t>
      </w:r>
    </w:p>
    <w:p>
      <w:r>
        <w:rPr>
          <w:b/>
        </w:rPr>
        <w:t xml:space="preserve">[47:13] </w:t>
      </w:r>
      <w:r>
        <w:t>bhi dein, tab bhi aap yeh umeed nahi rakhiye ke is se koi moral society ban jaye gi. aisa nahi ho sakta hai. toh zyada bada zariya hai is ka informal education.</w:t>
      </w:r>
    </w:p>
    <w:p>
      <w:pPr>
        <w:jc w:val="right"/>
      </w:pPr>
      <w:r>
        <w:t>بھی دیں، تب بھی آپ یہ امید نہیں رکھیے کہ اس سے کوئی مورل سوسائٹی بن جائے گی۔ ایسا نہیں ہو سکتا ہے۔ تو زیادہ بڑا ذریعہ ہے اس کا ان فارمل ایجوکیشن۔</w:t>
      </w:r>
    </w:p>
    <w:p>
      <w:r>
        <w:rPr>
          <w:b/>
        </w:rPr>
        <w:t xml:space="preserve">[47:26] </w:t>
      </w:r>
      <w:r>
        <w:t>zyada bada zariya hai. aur doosri cheez yeh bhi is mein janna chahiye ke crowd ko address karne se kabhi bhi moral mahaul nahi banta.</w:t>
      </w:r>
    </w:p>
    <w:p>
      <w:pPr>
        <w:jc w:val="right"/>
      </w:pPr>
      <w:r>
        <w:t>زیادہ بڑا ذریعہ ہے۔ اور دوسری چیز یہ بھی اس میں جاننا چاہیے کہ کراؤڈ کو ایڈریس کرنے سے کبھی بھی مورل ماحول نہیں بنتا۔</w:t>
      </w:r>
    </w:p>
    <w:p>
      <w:r>
        <w:rPr>
          <w:b/>
        </w:rPr>
        <w:t xml:space="preserve">[47:38] </w:t>
      </w:r>
      <w:r>
        <w:t>individual ko address karna parta hai. individual ko</w:t>
      </w:r>
    </w:p>
    <w:p>
      <w:pPr>
        <w:jc w:val="right"/>
      </w:pPr>
      <w:r>
        <w:t>انڈیویجول کو ایڈریس کرنا پڑتا ہے۔ انڈیویجول کو</w:t>
      </w:r>
    </w:p>
    <w:p>
      <w:r>
        <w:rPr>
          <w:b/>
        </w:rPr>
        <w:t xml:space="preserve">[47:44] </w:t>
      </w:r>
      <w:r>
        <w:t>aap bari bari bari bheed ikattha karein aur is mein stage par khare hon aur khoob is mein apni aytri dikhayein aur akhbar mein aaye, TV mein aaye.</w:t>
      </w:r>
    </w:p>
    <w:p>
      <w:pPr>
        <w:jc w:val="right"/>
      </w:pPr>
      <w:r>
        <w:t>آپ بڑی بڑی بڑی بھیڑ اکٹھا کریں اور اس میں اسٹیج پر کھڑے ہوں اور خوب اس میں اپنی آئیٹری دکھائیں اور اخبار میں آئے، ٹی وی میں آئے۔</w:t>
      </w:r>
    </w:p>
    <w:p>
      <w:r>
        <w:rPr>
          <w:b/>
        </w:rPr>
        <w:t xml:space="preserve">[47:54] </w:t>
      </w:r>
      <w:r>
        <w:t>is se nahi, yeh is ka naam moral education nahi hai. is ka naam moral education nahi hai. moral education toh ek bohat hi sincere kaam hai, bohat hi serious kaam hai.</w:t>
      </w:r>
    </w:p>
    <w:p>
      <w:pPr>
        <w:jc w:val="right"/>
      </w:pPr>
      <w:r>
        <w:t>اس سے نہیں، یہ اس کا نام مورل ایجوکیشن نہیں ہے۔ اس کا نام مورل ایجوکیشن نہیں ہے۔ مورل ایجوکیشن تو ایک بہت ہی سنسیئر کام ہے، بہت ہی سیریس کام ہے۔</w:t>
      </w:r>
    </w:p>
    <w:p>
      <w:r>
        <w:rPr>
          <w:b/>
        </w:rPr>
        <w:t xml:space="preserve">[48:09] </w:t>
      </w:r>
      <w:r>
        <w:t>ek ek individual ko target karna parta hai.</w:t>
      </w:r>
    </w:p>
    <w:p>
      <w:pPr>
        <w:jc w:val="right"/>
      </w:pPr>
      <w:r>
        <w:t>ایک ایک انڈیویجول کو ٹارگٹ کرنا پڑتا ہے۔</w:t>
      </w:r>
    </w:p>
    <w:p>
      <w:r>
        <w:rPr>
          <w:b/>
        </w:rPr>
        <w:t xml:space="preserve">[48:15] </w:t>
      </w:r>
      <w:r>
        <w:t>moral education yani informal education jis ko main keh raha hoon, to is mein aik aik individual ko target karna parta hai.</w:t>
      </w:r>
    </w:p>
    <w:p>
      <w:pPr>
        <w:jc w:val="right"/>
      </w:pPr>
      <w:r>
        <w:t>مورل ایجوکیشن یعنی ان فارمل ایجوکیشن جس کو میں کہہ رہا ہوں، تو اس میں ایک ایک انڈیویجول کو ٹارگٹ کرنا پڑتا ہے۔</w:t>
      </w:r>
    </w:p>
    <w:p>
      <w:r>
        <w:rPr>
          <w:b/>
        </w:rPr>
        <w:t xml:space="preserve">[48:25] </w:t>
      </w:r>
      <w:r>
        <w:t>aik aik individual ke mind ki re engineering karni parti hai. aik aik mind ki de conditioning karni parti hai.</w:t>
      </w:r>
    </w:p>
    <w:p>
      <w:pPr>
        <w:jc w:val="right"/>
      </w:pPr>
      <w:r>
        <w:t>ایک ایک انڈیویجول کے مائنڈ کی ری انجینئرنگ کرنی پڑتی ہے۔ ایک ایک مائنڈ کی ڈی کنڈیشننگ کرنی پڑتی ہے۔</w:t>
      </w:r>
    </w:p>
    <w:p>
      <w:r>
        <w:rPr>
          <w:b/>
        </w:rPr>
        <w:t xml:space="preserve">[48:36] </w:t>
      </w:r>
      <w:r>
        <w:t>kyun ke aap jante hain ke har aadmi kisi mahaul mein paida hota hai, wo mahaul se</w:t>
      </w:r>
    </w:p>
    <w:p>
      <w:pPr>
        <w:jc w:val="right"/>
      </w:pPr>
      <w:r>
        <w:t>کیونکہ آپ جانتے ہیں کہ ہر آدمی کسی ماحول میں پیدا ہوتا ہے، وہ ماحول سے</w:t>
      </w:r>
    </w:p>
    <w:p>
      <w:r>
        <w:rPr>
          <w:b/>
        </w:rPr>
        <w:t xml:space="preserve">[48:43] </w:t>
      </w:r>
      <w:r>
        <w:t>influence hota hai. us ki thinking wahi ban jati hai jo us ke mahaul ki thinking thi. ab aap chahte hain ke us ke andar nai soch aaye to it requires de conditioning of their mind.</w:t>
      </w:r>
    </w:p>
    <w:p>
      <w:pPr>
        <w:jc w:val="right"/>
      </w:pPr>
      <w:r>
        <w:t>انفلوئنس ہوتا ہے۔ اس کی تھنکنگ وہی بن جاتی ہے جو اس کے ماحول کی تھنکنگ تھی۔ اب آپ چاہتے ہیں کہ اس کے اندر نئی سوچ آئے تو اٹ ریکوائرز ڈی کنڈیشننگ آف دیر مائنڈ۔</w:t>
      </w:r>
    </w:p>
    <w:p>
      <w:r>
        <w:rPr>
          <w:b/>
        </w:rPr>
        <w:t xml:space="preserve">[49:04] </w:t>
      </w:r>
      <w:r>
        <w:t>wo log jin ke andar aap ko moral consciousness lana hai, to un ke mind ki aap ko re engineering karni pare gi.</w:t>
      </w:r>
    </w:p>
    <w:p>
      <w:pPr>
        <w:jc w:val="right"/>
      </w:pPr>
      <w:r>
        <w:t>وہ لوگ جن کے اندر آپ کو مورل کانشیسنس لانا ہے، تو ان کے مائنڈ کی آپ کو ری انجینئرنگ کرنی پڑے گی۔</w:t>
      </w:r>
    </w:p>
    <w:p>
      <w:r>
        <w:rPr>
          <w:b/>
        </w:rPr>
        <w:t xml:space="preserve">[49:16] </w:t>
      </w:r>
      <w:r>
        <w:t>un ke mind ki de conditioning karni pare gi. is ke baghair nahi ho sakta hai.</w:t>
      </w:r>
    </w:p>
    <w:p>
      <w:pPr>
        <w:jc w:val="right"/>
      </w:pPr>
      <w:r>
        <w:t>ان کے مائنڈ کی ڈی کنڈیشننگ کرنی پڑے گی۔ اس کے بغیر نہیں ہو سکتا ہے۔</w:t>
      </w:r>
    </w:p>
    <w:p>
      <w:r>
        <w:rPr>
          <w:b/>
        </w:rPr>
        <w:t xml:space="preserve">[49:22] </w:t>
      </w:r>
      <w:r>
        <w:t>islam mein dekhiye, agar aap kitabein parhein to aap paein ge ke islam mein</w:t>
      </w:r>
    </w:p>
    <w:p>
      <w:pPr>
        <w:jc w:val="right"/>
      </w:pPr>
      <w:r>
        <w:t>اسلام میں دیکھیے، اگر آپ کتابیں پڑھیں تو آپ پائیں گے کہ اسلام میں</w:t>
      </w:r>
    </w:p>
    <w:p>
      <w:r>
        <w:rPr>
          <w:b/>
        </w:rPr>
        <w:t xml:space="preserve">[49:35] </w:t>
      </w:r>
      <w:r>
        <w:t>char bare head hain: aqeedah, ibadat, akhlaq, muamlaat.</w:t>
      </w:r>
    </w:p>
    <w:p>
      <w:pPr>
        <w:jc w:val="right"/>
      </w:pPr>
      <w:r>
        <w:t>چار بڑے ہیڈ ہیں: عقیدہ، عبادت، اخلاق، معاملات۔</w:t>
      </w:r>
    </w:p>
    <w:p>
      <w:r>
        <w:rPr>
          <w:b/>
        </w:rPr>
        <w:t xml:space="preserve">[49:47] </w:t>
      </w:r>
      <w:r>
        <w:t>aqeedah yeh hai ke aap ki jo ideology hai, jo religious ideology hai, us ko aqeedah kaha jata hai. to ideology ke aitbar se aap bohat hi ziyada aap ko yaqeen hasil ho apne apne is is sachai ko jis par jis ko aap mante hain.</w:t>
      </w:r>
    </w:p>
    <w:p>
      <w:pPr>
        <w:jc w:val="right"/>
      </w:pPr>
      <w:r>
        <w:t>عقیدہ یہ ہے کہ آپ کی جو آئیڈیالوجی ہے، جو ریلیجیس آئیڈیالوجی ہے، اس کو عقیدہ کہا جاتا ہے۔ تو آئیڈیالوجی کے اعتبار سے آپ بہت ہی زیادہ آپ کو یقین حاصل ہو اپنے اپنے اس اس سچائی کو جس پر جس کو آپ مانتے ہیں۔</w:t>
      </w:r>
    </w:p>
    <w:p>
      <w:r>
        <w:rPr>
          <w:b/>
        </w:rPr>
        <w:t xml:space="preserve">[50:13] </w:t>
      </w:r>
      <w:r>
        <w:t>ibadat jo hai, wo Khuda ke liye hoti hai.</w:t>
      </w:r>
    </w:p>
    <w:p>
      <w:pPr>
        <w:jc w:val="right"/>
      </w:pPr>
      <w:r>
        <w:t>عبادت جو ہے، وہ خدا کے لیے ہوتی ہے۔</w:t>
      </w:r>
    </w:p>
    <w:p>
      <w:r>
        <w:rPr>
          <w:b/>
        </w:rPr>
        <w:t xml:space="preserve">[50:20] </w:t>
      </w:r>
      <w:r>
        <w:t>Khuda ke liye worship karna, Khuda se dua karna, Khuda se contact barhana aur Khuda ki is tarah ibadat karna ke aap ko Khuda ka ke presence ka tajurba hone lage.</w:t>
      </w:r>
    </w:p>
    <w:p>
      <w:pPr>
        <w:jc w:val="right"/>
      </w:pPr>
      <w:r>
        <w:t>خدا کے لیے کی ورشپ کرنا، خدا سے دعا کرنا، خدا سے کنٹیکٹ بڑھانا اور خدا کی اس طرح عبادت کرنا کہ آپ کو خدا کا کہ پریزنس کا تجربہ ہونے لگے۔</w:t>
      </w:r>
    </w:p>
    <w:p>
      <w:r>
        <w:rPr>
          <w:b/>
        </w:rPr>
        <w:t xml:space="preserve">[50:36] </w:t>
      </w:r>
      <w:r>
        <w:t>presence</w:t>
      </w:r>
    </w:p>
    <w:p>
      <w:pPr>
        <w:jc w:val="right"/>
      </w:pPr>
      <w:r>
        <w:t>پریزنس</w:t>
      </w:r>
    </w:p>
    <w:p>
      <w:r>
        <w:rPr>
          <w:b/>
        </w:rPr>
        <w:t xml:space="preserve">[50:43] </w:t>
      </w:r>
      <w:r>
        <w:t>, ta'abbud Allah karne ka tarah yani is tarah ibadat karo goya ke tum Khuda ko dekh rahe ho. kyun ke presence of God mein rehne ka naam ibadat hai.</w:t>
      </w:r>
    </w:p>
    <w:p>
      <w:pPr>
        <w:jc w:val="right"/>
      </w:pPr>
      <w:r>
        <w:t>، تعبد اللہ کرنے کا طرح یعنی اس طرح عبادت کرو گویا کہ تم خدا کو دیکھ رہے ہو۔ کیونکہ پریزنس آف گاڈ میں رہنے کا نام عبادت ہے۔</w:t>
      </w:r>
    </w:p>
    <w:p>
      <w:r>
        <w:rPr>
          <w:b/>
        </w:rPr>
        <w:t xml:space="preserve">[50:55] </w:t>
      </w:r>
      <w:r>
        <w:t>yani ibadat means living in the presence of God.</w:t>
      </w:r>
    </w:p>
    <w:p>
      <w:pPr>
        <w:jc w:val="right"/>
      </w:pPr>
      <w:r>
        <w:t>یعنی عبادت مینز لیونگ ان دی پریزنس آف گاڈ۔</w:t>
      </w:r>
    </w:p>
    <w:p>
      <w:r>
        <w:rPr>
          <w:b/>
        </w:rPr>
        <w:t xml:space="preserve">[51:03] </w:t>
      </w:r>
      <w:r>
        <w:t>jannat ke bare mein aata hai ke jannat Khuda ke paros ka naam hai. jannati log Khuda ke paros mein rahen ge.</w:t>
      </w:r>
    </w:p>
    <w:p>
      <w:pPr>
        <w:jc w:val="right"/>
      </w:pPr>
      <w:r>
        <w:t>جنت کے بارے میں آتا ہے کہ جنت خدا کے پڑوس کا نام ہے۔ جنتی لوگ خدا کے پڑوس میں رہیں گے۔</w:t>
      </w:r>
    </w:p>
    <w:p>
      <w:r>
        <w:rPr>
          <w:b/>
        </w:rPr>
        <w:t xml:space="preserve">[51:14] </w:t>
      </w:r>
      <w:r>
        <w:t>yeh akhirat ka muamla hai. dunya mein humein yeh karna parta hai ke Khuda ko itna ziyada yaad karein, Khuda ki itni ziyada parastish karein, Khuda ko apne mind mein itna ziyada utarein ke humein presence of God ka ehsas hone lage.</w:t>
      </w:r>
    </w:p>
    <w:p>
      <w:pPr>
        <w:jc w:val="right"/>
      </w:pPr>
      <w:r>
        <w:t>یہ آخرت کا معاملہ ہے۔ دنیا میں ہمیں یہ کرنا پڑتا ہے کہ خدا کو اتنا زیادہ یاد کریں، خدا کی اتنی زیادہ پرستش کریں، خدا کو اپنے مائنڈ میں اتنا زیادہ اتاریں کہ ہمیں پریزنس آف گاڈ کا احساس ہونے لگے۔</w:t>
      </w:r>
    </w:p>
    <w:p>
      <w:r>
        <w:rPr>
          <w:b/>
        </w:rPr>
        <w:t xml:space="preserve">[51:35] </w:t>
      </w:r>
      <w:r>
        <w:t>hum jahan bhi hon, aap hum ko mehsoos ho ke yahan Khuda bhi hai, Khuda hum ko dekh raha hai,</w:t>
      </w:r>
    </w:p>
    <w:p>
      <w:pPr>
        <w:jc w:val="right"/>
      </w:pPr>
      <w:r>
        <w:t>ہم جہاں بھی ہوں، آپ ہم کو محسوس ہو کہ یہاں خدا بھی ہے، خدا ہم کو دیکھ رہا ہے،</w:t>
      </w:r>
    </w:p>
    <w:p>
      <w:r>
        <w:rPr>
          <w:b/>
        </w:rPr>
        <w:t xml:space="preserve">[51:42] </w:t>
      </w:r>
      <w:r>
        <w:t>Khuda se aap ka contact ho. hadith mein aata hai ke anaji rabbah anaji kehte hain whisper ko, whisper yani bande aur Khuda ke darmiyan whisper ke roop mein baat hone lagti hai.</w:t>
      </w:r>
    </w:p>
    <w:p>
      <w:pPr>
        <w:jc w:val="right"/>
      </w:pPr>
      <w:r>
        <w:t>خدا سے آپ کا کنٹیکٹ ہو۔ حدیث میں آتا ہے کہ اناجی ربہ اناجی کہتے ہیں وسپر کو، وسپر یعنی بندے اور خدا کے درمیان وسپر کے روپ میں بات ہونے لگتی ہے۔</w:t>
      </w:r>
    </w:p>
    <w:p>
      <w:r>
        <w:rPr>
          <w:b/>
        </w:rPr>
        <w:t xml:space="preserve">[51:58] </w:t>
      </w:r>
      <w:r>
        <w:t>whisper ke roop mein yeh hai ibadat. phir hai is ke baad akhlaq. akhlaq naam hai social behavior ka.</w:t>
      </w:r>
    </w:p>
    <w:p>
      <w:pPr>
        <w:jc w:val="right"/>
      </w:pPr>
      <w:r>
        <w:t>وسپر کے روپ میں یہ ہے عبادت۔ پھر ہے اس کے بعد اخلاق۔ اخلاق نام ہے سوشل بیہیویئر کا۔</w:t>
      </w:r>
    </w:p>
    <w:p>
      <w:r>
        <w:rPr>
          <w:b/>
        </w:rPr>
        <w:t xml:space="preserve">[52:12] </w:t>
      </w:r>
      <w:r>
        <w:t>yani jin logon ke beech mein aap rehte hain to un mein aap rahein yani moral values ko adhere karte hue.</w:t>
      </w:r>
    </w:p>
    <w:p>
      <w:pPr>
        <w:jc w:val="right"/>
      </w:pPr>
      <w:r>
        <w:t>یعنی جن لوگوں کے بیچ میں آپ رہتے ہیں تو ان میں آپ رہیں یعنی مورل ویلیوز کو اڈیر کرتے ہوئے۔</w:t>
      </w:r>
    </w:p>
    <w:p>
      <w:r>
        <w:rPr>
          <w:b/>
        </w:rPr>
        <w:t xml:space="preserve">[52:24] </w:t>
      </w:r>
      <w:r>
        <w:t>yeh hai akhlaq.</w:t>
      </w:r>
    </w:p>
    <w:p>
      <w:pPr>
        <w:jc w:val="right"/>
      </w:pPr>
      <w:r>
        <w:t>یہ ہے اخلاق۔</w:t>
      </w:r>
    </w:p>
    <w:p>
      <w:r>
        <w:rPr>
          <w:b/>
        </w:rPr>
        <w:t xml:space="preserve">[52:30] </w:t>
      </w:r>
      <w:r>
        <w:t>to moral to ethical values ya moral values basically naam hai social values ka.</w:t>
      </w:r>
    </w:p>
    <w:p>
      <w:pPr>
        <w:jc w:val="right"/>
      </w:pPr>
      <w:r>
        <w:t>تو مور تو ایتھیکل ویلیوز یا مورل ویلیوز بیسیکلی نام ہے سوشل ویلیوز کا۔</w:t>
      </w:r>
    </w:p>
    <w:p>
      <w:r>
        <w:rPr>
          <w:b/>
        </w:rPr>
        <w:t xml:space="preserve">[52:40] </w:t>
      </w:r>
      <w:r>
        <w:t>yani aap ke andar agar yeh baat ho ke aap positive tareeqe se reh sakein society mein to isi ka naam moral values hai.</w:t>
      </w:r>
    </w:p>
    <w:p>
      <w:pPr>
        <w:jc w:val="right"/>
      </w:pPr>
      <w:r>
        <w:t>یعنی آپ کے اندر اگر یہ بات ہو کہ آپ پازیٹیو طریقے سے رہ سکیں سوسائٹی میں تو اسی کا نام مورل ویلیوز ہے۔</w:t>
      </w:r>
    </w:p>
    <w:p>
      <w:r>
        <w:rPr>
          <w:b/>
        </w:rPr>
        <w:t xml:space="preserve">[52:53] </w:t>
      </w:r>
      <w:r>
        <w:t>to yeh yeh bohat bare yani bohat lambe struggle ke baad yeh baat aati hai.</w:t>
      </w:r>
    </w:p>
    <w:p>
      <w:pPr>
        <w:jc w:val="right"/>
      </w:pPr>
      <w:r>
        <w:t>تو یہ یہ بہت بڑے یعنی بہت لمبے سٹرگل کے بعد یہ بات آتی ہے۔</w:t>
      </w:r>
    </w:p>
    <w:p>
      <w:r>
        <w:rPr>
          <w:b/>
        </w:rPr>
        <w:t xml:space="preserve">[53:03] </w:t>
      </w:r>
      <w:r>
        <w:t>yani batane wala batata hai aur sunne wala sochta hai.</w:t>
      </w:r>
    </w:p>
    <w:p>
      <w:pPr>
        <w:jc w:val="right"/>
      </w:pPr>
      <w:r>
        <w:t>یعنی بتانے والا بتاتا ہے اور سننے والا سوچتا ہے۔</w:t>
      </w:r>
    </w:p>
    <w:p>
      <w:r>
        <w:rPr>
          <w:b/>
        </w:rPr>
        <w:t xml:space="preserve">[53:10] </w:t>
      </w:r>
      <w:r>
        <w:t>yani aap batayenge aadmi ko moral values ki importance, woh sune ga to use sochna hai. yani aap jo hain, kaha aap ne, aap ne bhi socha tha,</w:t>
      </w:r>
    </w:p>
    <w:p>
      <w:pPr>
        <w:jc w:val="right"/>
      </w:pPr>
      <w:r>
        <w:t>یعنی آپ بتائیں گے آدمی کو مورل ویلیوز کی امپورٹنس، وہ سنے گا تو اسے سوچنا ہے۔ یعنی آپ جو ہیں، کہا آپ نے، آپ نے بھی سوچا تھا،</w:t>
      </w:r>
    </w:p>
    <w:p>
      <w:r>
        <w:rPr>
          <w:b/>
        </w:rPr>
        <w:t xml:space="preserve">[53:25] </w:t>
      </w:r>
      <w:r>
        <w:t>tab kaha paye ga aap. to ek taraf hai soch kar logon ko batana, doosri taraf yeh hai ke sun kar sochna.</w:t>
      </w:r>
    </w:p>
    <w:p>
      <w:pPr>
        <w:jc w:val="right"/>
      </w:pPr>
      <w:r>
        <w:t>تب کہا پائے گا آپ۔ تو ایک طرف ہے سوچ کر لوگوں کو بتانا، دوسری طرف یہ ہے کہ سن کر سوچنا۔</w:t>
      </w:r>
    </w:p>
    <w:p>
      <w:r>
        <w:rPr>
          <w:b/>
        </w:rPr>
        <w:t xml:space="preserve">[53:38] </w:t>
      </w:r>
      <w:r>
        <w:t>jahan soch na ho, wahan par kuch bhi nahi hoga. kyunke insaan jo hai, aap jante hain ke iska mind hai.</w:t>
      </w:r>
    </w:p>
    <w:p>
      <w:pPr>
        <w:jc w:val="right"/>
      </w:pPr>
      <w:r>
        <w:t>جہاں سوچ نہ ہو، وہاں پر کچھ بھی نہیں ہوگا۔ کیونکہ انسان جو ہے، آپ جانتے ہیں کہ اس کا مائنڈ ہے۔</w:t>
      </w:r>
    </w:p>
    <w:p>
      <w:r>
        <w:rPr>
          <w:b/>
        </w:rPr>
        <w:t xml:space="preserve">[53:49] </w:t>
      </w:r>
      <w:r>
        <w:t>har baat jo hai, woh iska talluq sochne se hai. har baat ka talluq sochne se hai.</w:t>
      </w:r>
    </w:p>
    <w:p>
      <w:pPr>
        <w:jc w:val="right"/>
      </w:pPr>
      <w:r>
        <w:t>ہر بات جو ہے، وہ اس کا تعلق سوچنے سے ہے۔ ہر بات کا تعلق سوچنے سے ہے۔</w:t>
      </w:r>
    </w:p>
    <w:p>
      <w:r>
        <w:rPr>
          <w:b/>
        </w:rPr>
        <w:t xml:space="preserve">[53:58] </w:t>
      </w:r>
      <w:r>
        <w:t>to jab aap sochenge, tabhi moral values ki importance aap ke mind mein bhare gi, warna nahi.</w:t>
      </w:r>
    </w:p>
    <w:p>
      <w:pPr>
        <w:jc w:val="right"/>
      </w:pPr>
      <w:r>
        <w:t>تو جب آپ سوچیں گے، تبھی مورل ویلیوز کی امپورٹنس آپ کے مائنڈ میں بھرے گی، ورنہ نہیں۔</w:t>
      </w:r>
    </w:p>
    <w:p>
      <w:r>
        <w:rPr>
          <w:b/>
        </w:rPr>
        <w:t xml:space="preserve">[54:11] </w:t>
      </w:r>
      <w:r>
        <w:t>to yeh hai tareeqa. yeh hai tareeqa.</w:t>
      </w:r>
    </w:p>
    <w:p>
      <w:pPr>
        <w:jc w:val="right"/>
      </w:pPr>
      <w:r>
        <w:t>تو یہ ہے طریقہ۔ یہ ہے طریقہ۔</w:t>
      </w:r>
    </w:p>
    <w:p>
      <w:r>
        <w:rPr>
          <w:b/>
        </w:rPr>
        <w:t xml:space="preserve">[54:18] </w:t>
      </w:r>
      <w:r>
        <w:t>quran mein koi ek surah aisi nahi hai jahan ke iska naam ho ke islam ka ikhlaqi nizam ya ethical system main islam.</w:t>
      </w:r>
    </w:p>
    <w:p>
      <w:pPr>
        <w:jc w:val="right"/>
      </w:pPr>
      <w:r>
        <w:t>قرآن میں کوئی ایک سورہ ایسی نہیں ہے جہاں کہ اس کا نام ہو کہ اسلام کا اخلاقی نظام یا ایتھیکل سسٹم مین اسلام۔</w:t>
      </w:r>
    </w:p>
    <w:p>
      <w:r>
        <w:rPr>
          <w:b/>
        </w:rPr>
        <w:t xml:space="preserve">[54:33] </w:t>
      </w:r>
      <w:r>
        <w:t>aisa koi chapter nahi hai quran majeed mein.</w:t>
      </w:r>
    </w:p>
    <w:p>
      <w:pPr>
        <w:jc w:val="right"/>
      </w:pPr>
      <w:r>
        <w:t>ایسا کوئی چیپٹر نہیں ہے قرآن مجید میں۔</w:t>
      </w:r>
    </w:p>
    <w:p>
      <w:r>
        <w:rPr>
          <w:b/>
        </w:rPr>
        <w:t xml:space="preserve">[54:36] </w:t>
      </w:r>
      <w:r>
        <w:t>aam taur par jo insani kitabein hoti hain, is mein aisa hota hai: chapter, chapter, chapter, chapter ke ek chapter rahe ga ek aspect par, doosra chapter rahe ga agle aspect par, teesra chapter rahe ga kisi aur aspect par.</w:t>
      </w:r>
    </w:p>
    <w:p>
      <w:pPr>
        <w:jc w:val="right"/>
      </w:pPr>
      <w:r>
        <w:t>عام طور پر جو انسانی کتابیں ہوتی ہیں، اس میں ایسا ہوتا ہے: چیپٹر، چیپٹر، چیپٹر، چیپٹر کہ ایک چیپٹر رہے گا ایک اسپیکٹ پر، دوسرا چیپٹر رہے گا اگلے اسپیکٹ پر، تیسرا چیپٹر رہے گا کسی اور اسپیکٹ پر۔</w:t>
      </w:r>
    </w:p>
    <w:p>
      <w:r>
        <w:rPr>
          <w:b/>
        </w:rPr>
        <w:t xml:space="preserve">[54:53] </w:t>
      </w:r>
      <w:r>
        <w:t>to aspect wise jo hai, woh chapter banaye jate hain kitab ke. quran mein aisa nahi hai.</w:t>
      </w:r>
    </w:p>
    <w:p>
      <w:pPr>
        <w:jc w:val="right"/>
      </w:pPr>
      <w:r>
        <w:t>تو اسپیکٹ وائز جو ہے، وہ چیپٹر بنائے جاتے ہیں کتاب کے۔ قرآن میں ایسا نہیں ہے۔</w:t>
      </w:r>
    </w:p>
    <w:p>
      <w:r>
        <w:rPr>
          <w:b/>
        </w:rPr>
        <w:t xml:space="preserve">[55:03] </w:t>
      </w:r>
      <w:r>
        <w:t>koi ek war, koi ek, koi ek chapter aisa nahi hai quran majeed ka. quran mein 114 chapter hain jin ko surah kaha jata hai.</w:t>
      </w:r>
    </w:p>
    <w:p>
      <w:pPr>
        <w:jc w:val="right"/>
      </w:pPr>
      <w:r>
        <w:t>کوئی ایک ور، کوئی ایک، کوئی ایک چیپٹر ایسا نہیں ہے قرآن مجید کا۔ قرآن میں 114 چیپٹر ہیں جن کو سورہ کہا جاتا ہے۔</w:t>
      </w:r>
    </w:p>
    <w:p>
      <w:r>
        <w:rPr>
          <w:b/>
        </w:rPr>
        <w:t xml:space="preserve">[55:12] </w:t>
      </w:r>
      <w:r>
        <w:t>surah to 114 chapter mein se aisa nahi hai ke koi ek chapter aisa ho jis ka naam ho ke ikhlaqi taleemat, moral teachings.</w:t>
      </w:r>
    </w:p>
    <w:p>
      <w:pPr>
        <w:jc w:val="right"/>
      </w:pPr>
      <w:r>
        <w:t>سورہ تو 114 چیپٹر میں سے ایسا نہیں ہے کہ کوئی ایک چیپٹر ایسا ہو جس کا نام ہو کہ اخلاقی تعلیمات، مورل ٹیچنگز۔</w:t>
      </w:r>
    </w:p>
    <w:p>
      <w:r>
        <w:rPr>
          <w:b/>
        </w:rPr>
        <w:t xml:space="preserve">[55:24] </w:t>
      </w:r>
      <w:r>
        <w:t>aisa nahi hai.</w:t>
      </w:r>
    </w:p>
    <w:p>
      <w:pPr>
        <w:jc w:val="right"/>
      </w:pPr>
      <w:r>
        <w:t>ایسا نہیں ہے۔</w:t>
      </w:r>
    </w:p>
    <w:p>
      <w:r>
        <w:rPr>
          <w:b/>
        </w:rPr>
        <w:t xml:space="preserve">[55:27] </w:t>
      </w:r>
      <w:r>
        <w:t>aap ko poore quran, poora quran ko parh kar aap ko janna parta hai ke islam ki moral teachings kya hain.</w:t>
      </w:r>
    </w:p>
    <w:p>
      <w:pPr>
        <w:jc w:val="right"/>
      </w:pPr>
      <w:r>
        <w:t>آپ کو پورے قرآن، پورا قرآن کو پڑھ کر آپ کو جاننا پڑتا ہے کہ اسلام کی مورل ٹیچنگز کیا ہیں۔</w:t>
      </w:r>
    </w:p>
    <w:p>
      <w:r>
        <w:rPr>
          <w:b/>
        </w:rPr>
        <w:t xml:space="preserve">[55:40] </w:t>
      </w:r>
      <w:r>
        <w:t>poore quran ko parh kar janna chahta hai. maslan quran ki ek ayat hai: "watwasu bis sabri watwasu bir rahm"</w:t>
      </w:r>
    </w:p>
    <w:p>
      <w:pPr>
        <w:jc w:val="right"/>
      </w:pPr>
      <w:r>
        <w:t>پورے قرآن کو پڑھ کر جاننا چاہتا ہے۔ مثلاً قرآن کی ایک آیت ہے: "وتواسوا بالصبر وتواسوا بالرحم"</w:t>
      </w:r>
    </w:p>
    <w:p>
      <w:r>
        <w:rPr>
          <w:b/>
        </w:rPr>
        <w:t xml:space="preserve">[55:53] </w:t>
      </w:r>
      <w:r>
        <w:t>yani logon ko tayyar karna, samajh bujha kar ke ke aapas mein woh reham dili ke sath rahen, humdardi ke sath rahen, wal bishr ban kar rahen.</w:t>
      </w:r>
    </w:p>
    <w:p>
      <w:pPr>
        <w:jc w:val="right"/>
      </w:pPr>
      <w:r>
        <w:t>یعنی لوگوں کو تیار کرنا، سمجھا بجھا کر کے کہ آپس میں وہ رحم دلی کے ساتھ رہیں، ہمدردی کے ساتھ رہیں، ول بشر بن کر رہیں۔</w:t>
      </w:r>
    </w:p>
    <w:p>
      <w:r>
        <w:rPr>
          <w:b/>
        </w:rPr>
        <w:t xml:space="preserve">[56:08] </w:t>
      </w:r>
      <w:r>
        <w:t>yeh ek ayat hai quran majeed ki.</w:t>
      </w:r>
    </w:p>
    <w:p>
      <w:pPr>
        <w:jc w:val="right"/>
      </w:pPr>
      <w:r>
        <w:t>یہ ایک آیت ہے قرآن مجید کی۔</w:t>
      </w:r>
    </w:p>
    <w:p>
      <w:r>
        <w:rPr>
          <w:b/>
        </w:rPr>
        <w:t xml:space="preserve">[56:13] </w:t>
      </w:r>
      <w:r>
        <w:t>yani jahan bhi aap hon, chahe family mein hon, aap society mein hon, aap kisi jahan bhi hon, kisi aap institution mein hon, to ek doosre ka well wisher ban kar aap ko rehna hai.</w:t>
      </w:r>
    </w:p>
    <w:p>
      <w:pPr>
        <w:jc w:val="right"/>
      </w:pPr>
      <w:r>
        <w:t>یعنی جہاں بھی آپ ہوں، چاہے فیملی میں ہوں، آپ سوسائٹی میں ہوں، آپ کسی جہاں بھی ہوں، کسی آپ انسٹیٹیوشن میں ہوں، تو ایک دوسرے کا ویل وشر بن کر آپ کو رہنا ہے۔</w:t>
      </w:r>
    </w:p>
    <w:p>
      <w:r>
        <w:rPr>
          <w:b/>
        </w:rPr>
        <w:t xml:space="preserve">[56:30] </w:t>
      </w:r>
      <w:r>
        <w:t>ab yeh ek chapter ki ek ayat mein aisa hai.</w:t>
      </w:r>
    </w:p>
    <w:p>
      <w:pPr>
        <w:jc w:val="right"/>
      </w:pPr>
      <w:r>
        <w:t>اب یہ ایک چیپٹر کی ایک آیت میں ایسا ہے۔</w:t>
      </w:r>
    </w:p>
    <w:p>
      <w:r>
        <w:rPr>
          <w:b/>
        </w:rPr>
        <w:t xml:space="preserve">[56:35] </w:t>
      </w:r>
      <w:r>
        <w:t>is tarah se aap jab quran ko padhenge to different chapter mein aap ko moral teachings aap ko bikhri hui milengi.</w:t>
      </w:r>
    </w:p>
    <w:p>
      <w:pPr>
        <w:jc w:val="right"/>
      </w:pPr>
      <w:r>
        <w:t>اس طرح سے آپ جب قرآن کو پڑھیں گے تو ڈفرنٹ چیپٹر میں آپ کو مورل ٹیچنگز آپ کو بکھری ہوئی ملیں گی۔</w:t>
      </w:r>
    </w:p>
    <w:p>
      <w:r>
        <w:rPr>
          <w:b/>
        </w:rPr>
        <w:t xml:space="preserve">[56:45] </w:t>
      </w:r>
      <w:r>
        <w:t>in ko aap ikattha kar ke samajh sakte hain. in ka khulasa maine aap ke samne bayan kiya.</w:t>
      </w:r>
    </w:p>
    <w:p>
      <w:pPr>
        <w:jc w:val="right"/>
      </w:pPr>
      <w:r>
        <w:t>ان کو آپ اکٹھا کر کے سمجھ سکتے ہیں۔ ان کا خلاصہ میں نے آپ کے سامنے بیان کیا۔</w:t>
      </w:r>
    </w:p>
    <w:p>
      <w:r>
        <w:rPr>
          <w:b/>
        </w:rPr>
        <w:t xml:space="preserve">[56:55] </w:t>
      </w:r>
      <w:r>
        <w:t>quran ka tareeqa yahi hai. yani quran ka tareeqa chap subject ko le kar nahi hai.</w:t>
      </w:r>
    </w:p>
    <w:p>
      <w:pPr>
        <w:jc w:val="right"/>
      </w:pPr>
      <w:r>
        <w:t>قرآن کا طریقہ یہی ہے۔ یعنی قرآن کا طریقہ چپ سبجیکٹ کو لے کر نہیں ہے۔</w:t>
      </w:r>
    </w:p>
    <w:p>
      <w:r>
        <w:rPr>
          <w:b/>
        </w:rPr>
        <w:t xml:space="preserve">[57:02] </w:t>
      </w:r>
      <w:r>
        <w:t>quran ke jo chapters hain, woh subject wise nahi hain balke zindagi ke different aspect ko deal kiya gaya hai har chapter mein.</w:t>
      </w:r>
    </w:p>
    <w:p>
      <w:pPr>
        <w:jc w:val="right"/>
      </w:pPr>
      <w:r>
        <w:t>قرآن کے جو چیپٹرز ہیں، وہ سبجیکٹ وائز نہیں ہیں بلکہ زندگی کے ڈفرنٹ اسپیکٹ کو ڈیل کیا گیا ہے ہر چیپٹر میں۔</w:t>
      </w:r>
    </w:p>
    <w:p>
      <w:r>
        <w:rPr>
          <w:b/>
        </w:rPr>
        <w:t xml:space="preserve">[57:13] </w:t>
      </w:r>
      <w:r>
        <w:t>yani ek hi chapter mein mukhtalif baatein aap ko mil jayengi.</w:t>
      </w:r>
    </w:p>
    <w:p>
      <w:pPr>
        <w:jc w:val="right"/>
      </w:pPr>
      <w:r>
        <w:t>یعنی ایک ہی چیپٹر میں مختلف باتیں آپ کو مل جائیں گی۔</w:t>
      </w:r>
    </w:p>
    <w:p>
      <w:r>
        <w:rPr>
          <w:b/>
        </w:rPr>
        <w:t xml:space="preserve">[57:20] </w:t>
      </w:r>
      <w:r>
        <w:t>to behal islam ka jo ikhlaqi nizam hai, is ke sath juri hui hai accountability.</w:t>
      </w:r>
    </w:p>
    <w:p>
      <w:pPr>
        <w:jc w:val="right"/>
      </w:pPr>
      <w:r>
        <w:t>تو بہرحال اسلام کا جو اخلاقی نظام ہے، اس کے ساتھ جڑی ہوئی ہے اکاؤنٹیبلٹی۔</w:t>
      </w:r>
    </w:p>
    <w:p>
      <w:r>
        <w:rPr>
          <w:b/>
        </w:rPr>
        <w:t xml:space="preserve">[57:30] </w:t>
      </w:r>
      <w:r>
        <w:t>aur accountability ki waja se Islam mein motivation aata hai, incentive aata hai ke dunya mein aap rahen akhlaqi tareeqe se aur aakhirat mein aap jannat pa kar kamyab hon.</w:t>
      </w:r>
    </w:p>
    <w:p>
      <w:pPr>
        <w:jc w:val="right"/>
      </w:pPr>
      <w:r>
        <w:t>اور اکاؤنٹیبلٹی کی وجہ سے اسلام میں موٹیویشن آتا ہے، انسنٹیو آتا ہے کہ دنیا میں آپ رہیں اخلاقی طریقے سے اور آخرت میں آپ جنت پا کر کامیاب ہوں۔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