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History of Islamic Learning May 14, 2006 Part 1</w:t>
      </w:r>
    </w:p>
    <w:p>
      <w:r>
        <w:t>https://youtu.be/wwWdRNJl7Ck</w:t>
      </w:r>
    </w:p>
    <w:p>
      <w:r>
        <w:rPr>
          <w:b/>
        </w:rPr>
        <w:t xml:space="preserve">[00:37] </w:t>
      </w:r>
      <w:r>
        <w:t>aaj ka jo topic hai woh hai history of islamic learning.</w:t>
      </w:r>
    </w:p>
    <w:p>
      <w:pPr>
        <w:jc w:val="right"/>
      </w:pPr>
      <w:r>
        <w:t>آج کا جو ٹاپک ہے وہ ہے ہسٹری آف اسلامک لرننگ۔</w:t>
      </w:r>
    </w:p>
    <w:p>
      <w:r>
        <w:rPr>
          <w:b/>
        </w:rPr>
        <w:t xml:space="preserve">[00:50] </w:t>
      </w:r>
      <w:r>
        <w:t>yeh topic bohat hi interesting topic hai, lekin yeh bohat hi detail topic hai. is par bohat kuch likha gaya hai.</w:t>
      </w:r>
    </w:p>
    <w:p>
      <w:pPr>
        <w:jc w:val="right"/>
      </w:pPr>
      <w:r>
        <w:t>یہ ٹاپک بہت ہی انٹرسٹنگ ٹاپک ہے، لیکن یہ بہت ہی ڈیٹیل ٹاپک ہے۔ اس پر بہت کچھ لکھا گیا ہے۔</w:t>
      </w:r>
    </w:p>
    <w:p>
      <w:r>
        <w:rPr>
          <w:b/>
        </w:rPr>
        <w:t xml:space="preserve">[01:02] </w:t>
      </w:r>
      <w:r>
        <w:t>mein is waqt sirf kuch aspect bohat hi brief mein kehne ki koshish karoon ga.</w:t>
      </w:r>
    </w:p>
    <w:p>
      <w:pPr>
        <w:jc w:val="right"/>
      </w:pPr>
      <w:r>
        <w:t>میں اس وقت صرف کچھ اسپیکٹ بہت ہی بریف میں کہنے کی کوشش کروں گا۔</w:t>
      </w:r>
    </w:p>
    <w:p>
      <w:r>
        <w:rPr>
          <w:b/>
        </w:rPr>
        <w:t xml:space="preserve">[01:13] </w:t>
      </w:r>
      <w:r>
        <w:t>dekhiye, meri study ke mutabiq history of learning in islam shuru hoti hai isi din se jis din ke islam khud shuru hua,</w:t>
      </w:r>
    </w:p>
    <w:p>
      <w:pPr>
        <w:jc w:val="right"/>
      </w:pPr>
      <w:r>
        <w:t>دیکھیے، میری اسٹڈی کے مطابق ہسٹری آف لرننگ ان اسلام شروع ہوتی ہے اسی دن سے جس دن کے اسلام خود شروع ہوا،</w:t>
      </w:r>
    </w:p>
    <w:p>
      <w:r>
        <w:rPr>
          <w:b/>
        </w:rPr>
        <w:t xml:space="preserve">[01:33] </w:t>
      </w:r>
      <w:r>
        <w:t>yaani 600, 610 AD mein, jab ke quran ki pehli verse reveal hui hai prophet Muhammad par.</w:t>
      </w:r>
    </w:p>
    <w:p>
      <w:pPr>
        <w:jc w:val="right"/>
      </w:pPr>
      <w:r>
        <w:t>یعنی 600، 610 اے ڈی میں، جب کہ قرآن کی پہلی ورث ریویل ہوئی ہے پرافٹ محمد پر۔</w:t>
      </w:r>
    </w:p>
    <w:p>
      <w:r>
        <w:rPr>
          <w:b/>
        </w:rPr>
        <w:t xml:space="preserve">[01:45] </w:t>
      </w:r>
      <w:r>
        <w:t>to isi mein yeh kaha gaya tha ke iqra bismi rabbika allazi khalaq khalaq al-insana min alaq iqra wa rabbuka al-akram allazi allama bil qalam</w:t>
      </w:r>
    </w:p>
    <w:p>
      <w:pPr>
        <w:jc w:val="right"/>
      </w:pPr>
      <w:r>
        <w:t>تو اسی میں یہ کہا گیا تھا کہ اقرا باسم ربک الذی خلق خلق الانسان من علق اقرا وربک الاكرم الذی علم بالقلم</w:t>
      </w:r>
    </w:p>
    <w:p>
      <w:r>
        <w:rPr>
          <w:b/>
        </w:rPr>
        <w:t xml:space="preserve">[02:00] </w:t>
      </w:r>
      <w:r>
        <w:t>yaani islam ki soorat mein jo religion khuda ne bheja, us ki sifat yeh thi ke woh qalam ke zariye likha jaane wala religion tha.</w:t>
      </w:r>
    </w:p>
    <w:p>
      <w:pPr>
        <w:jc w:val="right"/>
      </w:pPr>
      <w:r>
        <w:t>یعنی اسلام کی صورت میں جو ریلیجن خدا نے بھیجا، اس کی صفت یہ تھی کہ وہ قلم کے ذریعے لکھا جانے والا ریلیجن تھا۔</w:t>
      </w:r>
    </w:p>
    <w:p>
      <w:r>
        <w:rPr>
          <w:b/>
        </w:rPr>
        <w:t xml:space="preserve">[02:20] </w:t>
      </w:r>
      <w:r>
        <w:t>yeh bohat anokhi baat hai.</w:t>
      </w:r>
    </w:p>
    <w:p>
      <w:pPr>
        <w:jc w:val="right"/>
      </w:pPr>
      <w:r>
        <w:t>یہ بہت انوکھی بات ہے۔</w:t>
      </w:r>
    </w:p>
    <w:p>
      <w:r>
        <w:rPr>
          <w:b/>
        </w:rPr>
        <w:t xml:space="preserve">[02:24] </w:t>
      </w:r>
      <w:r>
        <w:t>qalam kya hai?</w:t>
      </w:r>
    </w:p>
    <w:p>
      <w:pPr>
        <w:jc w:val="right"/>
      </w:pPr>
      <w:r>
        <w:t>قلم کیا ہے؟</w:t>
      </w:r>
    </w:p>
    <w:p>
      <w:r>
        <w:rPr>
          <w:b/>
        </w:rPr>
        <w:t xml:space="preserve">[02:26] </w:t>
      </w:r>
      <w:r>
        <w:t>yeh</w:t>
      </w:r>
    </w:p>
    <w:p>
      <w:pPr>
        <w:jc w:val="right"/>
      </w:pPr>
      <w:r>
        <w:t>یہ</w:t>
      </w:r>
    </w:p>
    <w:p>
      <w:r>
        <w:rPr>
          <w:b/>
        </w:rPr>
        <w:t xml:space="preserve">[02:30] </w:t>
      </w:r>
      <w:r>
        <w:t>yaani pen is a symbol of preserved knowledge jab pen se aap ek book ko likhte hain to aap knowledge ko preserve kar lete hain.</w:t>
      </w:r>
    </w:p>
    <w:p>
      <w:pPr>
        <w:jc w:val="right"/>
      </w:pPr>
      <w:r>
        <w:t>یعنی pen is a symbol of preserved knowledge جب پین سے آپ ایک بک کو لکھتے ہیں تو آپ نالج کو پریزرو کر لیتے ہیں۔</w:t>
      </w:r>
    </w:p>
    <w:p>
      <w:r>
        <w:rPr>
          <w:b/>
        </w:rPr>
        <w:t xml:space="preserve">[02:48] </w:t>
      </w:r>
      <w:r>
        <w:t>is ka matlab yeh hua ke quran ki soorat mein khuda ne jo religion bheja, woh book form mein bheja aur pehli din se is ke liye yeh determined tha ke woh preserve rahe ga.</w:t>
      </w:r>
    </w:p>
    <w:p>
      <w:pPr>
        <w:jc w:val="right"/>
      </w:pPr>
      <w:r>
        <w:t>اس کا مطلب یہ ہوا کہ قرآن کی صورت میں خدا نے جو ریلیجن بھیجا، وہ بک فارم میں بھیجا اور پہلی دن سے اس کے لیے یہ ڈیٹرمنڈ تھا کہ وہ پریزرو رہے گا۔</w:t>
      </w:r>
    </w:p>
    <w:p>
      <w:r>
        <w:rPr>
          <w:b/>
        </w:rPr>
        <w:t xml:space="preserve">[03:10] </w:t>
      </w:r>
      <w:r>
        <w:t>yeh bohat anokhi baat hai kyunke islam se pehle jitne bhi religion duniya mein paaye jaate thay, woh sab ke sab aise thay jo apni original soorat mein preserve nahi thay.</w:t>
      </w:r>
    </w:p>
    <w:p>
      <w:pPr>
        <w:jc w:val="right"/>
      </w:pPr>
      <w:r>
        <w:t>یہ بہت انوکھی بات ہے کیونکہ اسلام سے پہلے جتنے بھی ریلیجن دنیا میں پائے جاتے تھے، وہ سب کے سب ایسے تھے جو اپنی اوریجنل صورت میں پریزرو نہیں تھے۔</w:t>
      </w:r>
    </w:p>
    <w:p>
      <w:r>
        <w:rPr>
          <w:b/>
        </w:rPr>
        <w:t xml:space="preserve">[03:33] </w:t>
      </w:r>
      <w:r>
        <w:t>yeh bohat hi historical baat hai. yeh mera koi claim nahi hai, balke saare historian maante hain is ko ke islam se pehle jitne bhi religion thay,</w:t>
      </w:r>
    </w:p>
    <w:p>
      <w:pPr>
        <w:jc w:val="right"/>
      </w:pPr>
      <w:r>
        <w:t>یہ بہت ہی ہسٹوریکل بات ہے۔ یہ میرا کوئی کلیم نہیں ہے، بلکہ سارے ہسٹورین مانتے ہیں اس کو کہ اسلام سے پہلے جتنے بھی ریلیجن تھے،</w:t>
      </w:r>
    </w:p>
    <w:p>
      <w:r>
        <w:rPr>
          <w:b/>
        </w:rPr>
        <w:t xml:space="preserve">[03:48] </w:t>
      </w:r>
      <w:r>
        <w:t>woh apni original shape mein preserve haalat mein maujood nahi thay.</w:t>
      </w:r>
    </w:p>
    <w:p>
      <w:pPr>
        <w:jc w:val="right"/>
      </w:pPr>
      <w:r>
        <w:t>وہ اپنی اوریجنل شیپ میں پریزرو حالت میں موجود نہیں تھے۔</w:t>
      </w:r>
    </w:p>
    <w:p>
      <w:r>
        <w:rPr>
          <w:b/>
        </w:rPr>
        <w:t xml:space="preserve">[03:59] </w:t>
      </w:r>
      <w:r>
        <w:t>is ka matlab yeh nahi ke doosre mazhab khuda ki taraf se nahi aaye thay ya woh incomplete thay, aisa kuch bhi nahi. khuda ne jitne bhi mazhab duniya mein bheje,</w:t>
      </w:r>
    </w:p>
    <w:p>
      <w:pPr>
        <w:jc w:val="right"/>
      </w:pPr>
      <w:r>
        <w:t>اس کا مطلب یہ نہیں کہ دوسرے مذہب خدا کی طرف سے نہیں آئے تھے یا وہ ان کمپلیٹ تھے، ایسا کچھ بھی نہیں۔ خدا نے جتنے بھی مذہب دنیا میں بھیجے،</w:t>
      </w:r>
    </w:p>
    <w:p>
      <w:r>
        <w:rPr>
          <w:b/>
        </w:rPr>
        <w:t xml:space="preserve">[04:12] </w:t>
      </w:r>
      <w:r>
        <w:t>jitne bhi prophet bheje, sab prophet khuda ki taraf se ek hi mazhab le kar aaye, koi bhi do ya teen ya chaar mazhab nahi.</w:t>
      </w:r>
    </w:p>
    <w:p>
      <w:pPr>
        <w:jc w:val="right"/>
      </w:pPr>
      <w:r>
        <w:t>جتنے بھی پرافٹ بھیجے، سب پرافٹ خدا کی طرف سے ایک ہی مذہب لے کر آئے، کوئی بھی دو یا تین یا چار مذہب نہیں۔</w:t>
      </w:r>
    </w:p>
    <w:p>
      <w:r>
        <w:rPr>
          <w:b/>
        </w:rPr>
        <w:t xml:space="preserve">[04:23] </w:t>
      </w:r>
      <w:r>
        <w:t>to jo difference hai ek mazhab aur doosre mazhab mein, woh yeh nahi hai ke koi complete hai, koi incomplete hai, koi superior hai, koi inferior hai.</w:t>
      </w:r>
    </w:p>
    <w:p>
      <w:pPr>
        <w:jc w:val="right"/>
      </w:pPr>
      <w:r>
        <w:t>تو جو ڈیفرنس ہے ایک مذہب اور دوسرے مذہب میں، وہ یہ نہیں ہے کہ کوئی کمپلیٹ ہے، کوئی ان کمپلیٹ ہے، کوئی سپیریر ہے، کوئی انفیریر ہے۔</w:t>
      </w:r>
    </w:p>
    <w:p>
      <w:r>
        <w:rPr>
          <w:b/>
        </w:rPr>
        <w:t xml:space="preserve">[04:33] </w:t>
      </w:r>
      <w:r>
        <w:t>aisa har concept baطل hai. kuch log aisa maante hain ke kisi kisi mazhab ko samajhte hain ke superior hai, doosre inferior hain, koi complete hai, koi incomplete.</w:t>
      </w:r>
    </w:p>
    <w:p>
      <w:pPr>
        <w:jc w:val="right"/>
      </w:pPr>
      <w:r>
        <w:t>ایسا ہر کانسیپٹ باطل ہے۔ کچھ لوگ ایسا مانتے ہیں کہ کسی کسی مذہب کو سمجھتے ہیں کہ سپیریر ہے، دوسرے انفیریر ہیں، کوئی کمپلیٹ ہے، کوئی ان کمپلیٹ۔</w:t>
      </w:r>
    </w:p>
    <w:p>
      <w:r>
        <w:rPr>
          <w:b/>
        </w:rPr>
        <w:t xml:space="preserve">[04:46] </w:t>
      </w:r>
      <w:r>
        <w:t>yeh sab sarata sar baseless baatein hain. base</w:t>
      </w:r>
    </w:p>
    <w:p>
      <w:pPr>
        <w:jc w:val="right"/>
      </w:pPr>
      <w:r>
        <w:t>یہ سب سرتا سر بیسلیس باتیں ہیں۔ بیس</w:t>
      </w:r>
    </w:p>
    <w:p>
      <w:r>
        <w:rPr>
          <w:b/>
        </w:rPr>
        <w:t xml:space="preserve">[04:51] </w:t>
      </w:r>
      <w:r>
        <w:t>lis. khuda ne jitne bhi mazhab bheje, sab complete hi the.</w:t>
      </w:r>
    </w:p>
    <w:p>
      <w:pPr>
        <w:jc w:val="right"/>
      </w:pPr>
      <w:r>
        <w:t>لیس۔ خدا نے جتنے بھی مذہب بھیجے، سب کمپلیٹ ہی تھے۔</w:t>
      </w:r>
    </w:p>
    <w:p>
      <w:r>
        <w:rPr>
          <w:b/>
        </w:rPr>
        <w:t xml:space="preserve">[04:59] </w:t>
      </w:r>
      <w:r>
        <w:t>kisi mein koi kami nahi thi. jo farq hua, wo kya hua? ke wo apni original halat mein baqi nahi reh sake.</w:t>
      </w:r>
    </w:p>
    <w:p>
      <w:pPr>
        <w:jc w:val="right"/>
      </w:pPr>
      <w:r>
        <w:t>کسی میں کوئی کمی نہیں تھی۔ جو فرق ہوا، وہ کیا ہوا؟ کہ وہ اپنی اوریجنل حالت میں باقی نہیں رہ سکے۔</w:t>
      </w:r>
    </w:p>
    <w:p>
      <w:r>
        <w:rPr>
          <w:b/>
        </w:rPr>
        <w:t xml:space="preserve">[05:12] </w:t>
      </w:r>
      <w:r>
        <w:t>yeh hai asal farq. aap dekhiye, aur jo mazhab hain, unko aap padhiye</w:t>
      </w:r>
    </w:p>
    <w:p>
      <w:pPr>
        <w:jc w:val="right"/>
      </w:pPr>
      <w:r>
        <w:t>یہ ہے اصل فرق۔ آپ دیکھیے، اور جو مذہب ہیں، ان کو آپ پڑھیے</w:t>
      </w:r>
    </w:p>
    <w:p>
      <w:r>
        <w:rPr>
          <w:b/>
        </w:rPr>
        <w:t xml:space="preserve">[05:19] </w:t>
      </w:r>
      <w:r>
        <w:t>to aap kya payenge? ke wo</w:t>
      </w:r>
    </w:p>
    <w:p>
      <w:pPr>
        <w:jc w:val="right"/>
      </w:pPr>
      <w:r>
        <w:t>تو آپ کیا پائیں گے؟ کہ وہ</w:t>
      </w:r>
    </w:p>
    <w:p>
      <w:r>
        <w:rPr>
          <w:b/>
        </w:rPr>
        <w:t xml:space="preserve">[05:26] </w:t>
      </w:r>
      <w:r>
        <w:t>mythology par base karte hain, koi unki history nahi.</w:t>
      </w:r>
    </w:p>
    <w:p>
      <w:pPr>
        <w:jc w:val="right"/>
      </w:pPr>
      <w:r>
        <w:t>مائیتھالجیا پر بیس کرتے ہیں، کوئی ان کی ہسٹری نہیں۔</w:t>
      </w:r>
    </w:p>
    <w:p>
      <w:r>
        <w:rPr>
          <w:b/>
        </w:rPr>
        <w:t xml:space="preserve">[05:33] </w:t>
      </w:r>
      <w:r>
        <w:t>kisi ko aap payenge ke wo</w:t>
      </w:r>
    </w:p>
    <w:p>
      <w:pPr>
        <w:jc w:val="right"/>
      </w:pPr>
      <w:r>
        <w:t>کسی کو آپ پائیں گے کہ وہ</w:t>
      </w:r>
    </w:p>
    <w:p>
      <w:r>
        <w:rPr>
          <w:b/>
        </w:rPr>
        <w:t xml:space="preserve">[05:43] </w:t>
      </w:r>
      <w:r>
        <w:t>story, jitne story tellers hua karte the pehle, to wo story ke roop mein hain.</w:t>
      </w:r>
    </w:p>
    <w:p>
      <w:pPr>
        <w:jc w:val="right"/>
      </w:pPr>
      <w:r>
        <w:t>اسٹوری، جتنے سٹوری ٹیلرز ہوا کرتے تھے پہلے، تو وہ سٹوری کے روپ میں ہیں۔</w:t>
      </w:r>
    </w:p>
    <w:p>
      <w:r>
        <w:rPr>
          <w:b/>
        </w:rPr>
        <w:t xml:space="preserve">[05:52] </w:t>
      </w:r>
      <w:r>
        <w:t>bahut sari stories, story baseless stories, unki koi history nahi.</w:t>
      </w:r>
    </w:p>
    <w:p>
      <w:pPr>
        <w:jc w:val="right"/>
      </w:pPr>
      <w:r>
        <w:t>بہت ساری سٹوریز، سٹوری بیسلیس سٹوریز، ان کی کوئی ہسٹری نہیں۔</w:t>
      </w:r>
    </w:p>
    <w:p>
      <w:r>
        <w:rPr>
          <w:b/>
        </w:rPr>
        <w:t xml:space="preserve">[06:00] </w:t>
      </w:r>
      <w:r>
        <w:t>histories par to stories par, mythology par, kuch bahut hi mysterious qism ke belief par yeh sare religion base karte the.</w:t>
      </w:r>
    </w:p>
    <w:p>
      <w:pPr>
        <w:jc w:val="right"/>
      </w:pPr>
      <w:r>
        <w:t>ہسٹریز پر تو سٹوریز پر، مائیتھالوجی پر، کچھ بہت ہی مسٹیریس قسم کے بیلیف پر یہ سارے ریلیجن بیس کرتے تھے۔</w:t>
      </w:r>
    </w:p>
    <w:p>
      <w:r>
        <w:rPr>
          <w:b/>
        </w:rPr>
        <w:t xml:space="preserve">[06:12] </w:t>
      </w:r>
      <w:r>
        <w:t>to khuda ne chaha ke ek aisa religion, wahi religion jo pehle bheja tha, is religion ko is tarah bheja jaye, aisa intezam kiya jaye ke wo preserve rahe.</w:t>
      </w:r>
    </w:p>
    <w:p>
      <w:pPr>
        <w:jc w:val="right"/>
      </w:pPr>
      <w:r>
        <w:t>تو خدا نے چاہا کہ ایک ایسا ریلیجن، وہی ریلیجن جو پہلے بھیجا تھا، اس ریلیجن کو اس طرح بھیجا جائے، ایسا انتظام کیا جائے کہ وہ پریزرو رہے۔</w:t>
      </w:r>
    </w:p>
    <w:p>
      <w:r>
        <w:rPr>
          <w:b/>
        </w:rPr>
        <w:t xml:space="preserve">[06:26] </w:t>
      </w:r>
      <w:r>
        <w:t>to yeh goya ke islam ka aana religion ki history mein ek naye period ka aana tha, ek departure tha.</w:t>
      </w:r>
    </w:p>
    <w:p>
      <w:pPr>
        <w:jc w:val="right"/>
      </w:pPr>
      <w:r>
        <w:t>تو یہ گویا کہ اسلام کا آنا ریلیجن کی ہسٹری میں ایک نئے پیریڈ کا آنا تھا، ایک ڈیپارچر تھا۔</w:t>
      </w:r>
    </w:p>
    <w:p>
      <w:r>
        <w:rPr>
          <w:b/>
        </w:rPr>
        <w:t xml:space="preserve">[06:37] </w:t>
      </w:r>
      <w:r>
        <w:t>yeh</w:t>
      </w:r>
    </w:p>
    <w:p>
      <w:pPr>
        <w:jc w:val="right"/>
      </w:pPr>
      <w:r>
        <w:t>یہ</w:t>
      </w:r>
    </w:p>
    <w:p>
      <w:r>
        <w:rPr>
          <w:b/>
        </w:rPr>
        <w:t xml:space="preserve">[06:39] </w:t>
      </w:r>
      <w:r>
        <w:t>islam se ek nai history shuru hui, jabke</w:t>
      </w:r>
    </w:p>
    <w:p>
      <w:pPr>
        <w:jc w:val="right"/>
      </w:pPr>
      <w:r>
        <w:t>اسلام سے ایک نئی ہسٹری شروع ہوئی، جبکہ</w:t>
      </w:r>
    </w:p>
    <w:p>
      <w:r>
        <w:rPr>
          <w:b/>
        </w:rPr>
        <w:t xml:space="preserve">[06:45] </w:t>
      </w:r>
      <w:r>
        <w:t>aisa mazhab duniya ko diya gaya, duniya ko mila, jo mythology par base nahi karta tha, jo history par base nahi karta tha, jo mysterious belief par base nahi karta tha, jo rituals par base nahi karta tha,</w:t>
      </w:r>
    </w:p>
    <w:p>
      <w:pPr>
        <w:jc w:val="right"/>
      </w:pPr>
      <w:r>
        <w:t>ایسا مذہب دنیا کو دیا گیا، دنیا کو ملا، جو مائیتھالجیا پر بیس نہیں کرتا تھا، جو ہسٹوری پر بیس نہیں کرتا تھا، جو مسٹیریس بیلیف پر بیس نہیں کرتا تھا، جو ریچولز پر بیس نہیں کرتا تھا،</w:t>
      </w:r>
    </w:p>
    <w:p>
      <w:r>
        <w:rPr>
          <w:b/>
        </w:rPr>
        <w:t xml:space="preserve">[07:01] </w:t>
      </w:r>
      <w:r>
        <w:t>balke puri tarah ek scientific mazhab tha.</w:t>
      </w:r>
    </w:p>
    <w:p>
      <w:pPr>
        <w:jc w:val="right"/>
      </w:pPr>
      <w:r>
        <w:t>بلکہ پوری طرح ایک سائنٹیفک مذہب تھا۔</w:t>
      </w:r>
    </w:p>
    <w:p>
      <w:r>
        <w:rPr>
          <w:b/>
        </w:rPr>
        <w:t xml:space="preserve">[07:06] </w:t>
      </w:r>
      <w:r>
        <w:t>Bradley ek philosopher hai, bahut well known philosopher, to usne ek kitab likhi thi, usmein yeh kaha ke aaj insan ko scientific religion ki zaroorat hai.</w:t>
      </w:r>
    </w:p>
    <w:p>
      <w:pPr>
        <w:jc w:val="right"/>
      </w:pPr>
      <w:r>
        <w:t>بریڈلے ایک فلاسفر ہے، بہت ویل نون فلاسفر، تو اس نے ایک کتاب لکھی تھی، اس میں یہ کہا کہ آج انسان کو سائنٹیفک ریلیجن کی ضرورت ہے۔</w:t>
      </w:r>
    </w:p>
    <w:p>
      <w:r>
        <w:rPr>
          <w:b/>
        </w:rPr>
        <w:t xml:space="preserve">[07:19] </w:t>
      </w:r>
      <w:r>
        <w:t>usko pata nahi tha ke scientific religion to khuda bahut pehle bhej chuka. islam scientific religion hi hai, yani Bradley ka jo dream tha, wahi islam hai.</w:t>
      </w:r>
    </w:p>
    <w:p>
      <w:pPr>
        <w:jc w:val="right"/>
      </w:pPr>
      <w:r>
        <w:t>اس کو پتہ نہیں تھا کہ سائنٹیفک ریلیجن تو خدا بہت پہلے بھیج چکا۔ اسلام سائنٹیفک ریلیجن ہی ہے، یعنی بریڈلے کا جو ڈریم تھا، وہی اسلام ہے۔</w:t>
      </w:r>
    </w:p>
    <w:p>
      <w:r>
        <w:rPr>
          <w:b/>
        </w:rPr>
        <w:t xml:space="preserve">[07:32] </w:t>
      </w:r>
      <w:r>
        <w:t>to ilm bil qalam yani khuda ne pen ke zariye se apna, yani jo uska jo creation plan hai, uski jo baatein hain, usko pen ke zariye usne book form mein bheja hai insan ko.</w:t>
      </w:r>
    </w:p>
    <w:p>
      <w:pPr>
        <w:jc w:val="right"/>
      </w:pPr>
      <w:r>
        <w:t>تو علم بالقلم یعنی خدا نے پین کے ذریعے سے اپنا، یعنی جو اس کا جو کریشن پلان ہے، اس کی جو باتیں ہیں، اس کو پین کے ذریعے اس نے بک فارم میں بھیجا ہے انسان کو۔</w:t>
      </w:r>
    </w:p>
    <w:p>
      <w:r>
        <w:rPr>
          <w:b/>
        </w:rPr>
        <w:t xml:space="preserve">[07:50] </w:t>
      </w:r>
      <w:r>
        <w:t>to book kya hai? book padhne ki cheez hai, sochne ki cheez hai.</w:t>
      </w:r>
    </w:p>
    <w:p>
      <w:pPr>
        <w:jc w:val="right"/>
      </w:pPr>
      <w:r>
        <w:t>تو بک کیا ہے؟ بک پڑھنے کی چیز ہے، سوچنے کی چیز ہے۔</w:t>
      </w:r>
    </w:p>
    <w:p>
      <w:r>
        <w:rPr>
          <w:b/>
        </w:rPr>
        <w:t xml:space="preserve">[07:58] </w:t>
      </w:r>
      <w:r>
        <w:t>book aapke mind ko active karti hai.</w:t>
      </w:r>
    </w:p>
    <w:p>
      <w:pPr>
        <w:jc w:val="right"/>
      </w:pPr>
      <w:r>
        <w:t>بک آپ کے مائنڈ کو ایکٹیو کرتی ہے۔</w:t>
      </w:r>
    </w:p>
    <w:p>
      <w:r>
        <w:rPr>
          <w:b/>
        </w:rPr>
        <w:t xml:space="preserve">[08:01] </w:t>
      </w:r>
      <w:r>
        <w:t>is se iska matlab kya hua? ke quran base karta hai soch par. intellectual activities ka naam hai islam.</w:t>
      </w:r>
    </w:p>
    <w:p>
      <w:pPr>
        <w:jc w:val="right"/>
      </w:pPr>
      <w:r>
        <w:t>اس سے اس کا مطلب کیا ہوا؟ کہ قرآن بیس کرتا ہے سوچ پر۔ انٹلیکچول ایکٹیویٹیز کا نام ہے اسلام۔</w:t>
      </w:r>
    </w:p>
    <w:p>
      <w:r>
        <w:rPr>
          <w:b/>
        </w:rPr>
        <w:t xml:space="preserve">[08:12] </w:t>
      </w:r>
      <w:r>
        <w:t>islam yeh nahi hai ke aap kuch ritual, ek set of rituals hain, usko kar lein to islam ho gaya. aisa kuch bhi nahi hai. islam pure maano mein intellectual activities ka naam hai.</w:t>
      </w:r>
    </w:p>
    <w:p>
      <w:pPr>
        <w:jc w:val="right"/>
      </w:pPr>
      <w:r>
        <w:t>اسلام یہ نہیں ہے کہ آپ کچھ ریچول، ایک سیٹ آف ریچولز ہیں، اس کو کر لیں تو اسلام ہو گیا۔ ایسا کچھ بھی نہیں ہے۔ اسلام پورے معنوں میں انٹلیکچول ایکٹیویٹیز کا نام ہے۔</w:t>
      </w:r>
    </w:p>
    <w:p>
      <w:r>
        <w:rPr>
          <w:b/>
        </w:rPr>
        <w:t xml:space="preserve">[08:26] </w:t>
      </w:r>
      <w:r>
        <w:t>argument, dalil par, reason par base karta hai.</w:t>
      </w:r>
    </w:p>
    <w:p>
      <w:pPr>
        <w:jc w:val="right"/>
      </w:pPr>
      <w:r>
        <w:t>ارگومنٹ، دلیل پر، ریزن پر بیس کرتا ہے۔</w:t>
      </w:r>
    </w:p>
    <w:p>
      <w:r>
        <w:rPr>
          <w:b/>
        </w:rPr>
        <w:t xml:space="preserve">[08:30] </w:t>
      </w:r>
      <w:r>
        <w:t>yeh pehle hi din goya bata diya gaya Allah taala ki taraf se ke ab jo mazhab ka zamana shuru ho raha hai, wo ek scientific mazhab ka zamana hai.</w:t>
      </w:r>
    </w:p>
    <w:p>
      <w:pPr>
        <w:jc w:val="right"/>
      </w:pPr>
      <w:r>
        <w:t>یہ پہلے ہی دن گویا بتا دیا گیا اللہ تعالی کی طرف سے کہ اب جو مذہب کا زمانہ شروع ہو رہا ہے، وہ ایک سائنٹیفک مذہب کا زمانہ ہے۔</w:t>
      </w:r>
    </w:p>
    <w:p>
      <w:r>
        <w:rPr>
          <w:b/>
        </w:rPr>
        <w:t xml:space="preserve">[08:43] </w:t>
      </w:r>
      <w:r>
        <w:t>pehle mythology wale mazhab hua karte the, ab yeh scientific mazhab duniya ko khuda ne diya hai. mazhab pehle pichle mazhab bhi scientific hi the, lekin jo unka version exist kar raha tha, usko le kar main keh raha hoon.</w:t>
      </w:r>
    </w:p>
    <w:p>
      <w:pPr>
        <w:jc w:val="right"/>
      </w:pPr>
      <w:r>
        <w:t>پہلے مائیتھالوجیکل مذہب ہوا کرتے تھے، اب یہ سائنٹیفک مذہب دنیا کو خدا نے دیا ہے۔ مذہب پہلے پچھلے مذہب بھی سائنٹیفک ہی تھے، لیکن جو ان کا ورژن ایگزسٹ کر رہا تھا، اس کو لے کر میں کہہ رہا ہوں۔</w:t>
      </w:r>
    </w:p>
    <w:p>
      <w:r>
        <w:rPr>
          <w:b/>
        </w:rPr>
        <w:t xml:space="preserve">[09:00] </w:t>
      </w:r>
      <w:r>
        <w:t>yani original version jo is ka tha, wo khud bhi scientific hi tha, lekin jo exist kar raha tha, jo jo system ya jo version, us ko le kar main keh raha hoon ke ek naya daur Khuda ne paida kiya mazhab ki history mein.</w:t>
      </w:r>
    </w:p>
    <w:p>
      <w:pPr>
        <w:jc w:val="right"/>
      </w:pPr>
      <w:r>
        <w:t>یعنی اوریجنل ورژن جو اس کا تھا، وہ خود بھی سائنٹیفک ہی تھا، لیکن جو ایگزسٹ کر رہا تھا، جو جو سسٹم یا جو ورژن، اس کو لے کر میں کہہ رہا ہوں کہ ایک نیا دور خدا نے پیدا کیا مذہب کی ہسٹری میں۔</w:t>
      </w:r>
    </w:p>
    <w:p>
      <w:r>
        <w:rPr>
          <w:b/>
        </w:rPr>
        <w:t xml:space="preserve">[09:17] </w:t>
      </w:r>
      <w:r>
        <w:t>to ye daur jo tha, kya tha? ye nahi ke Khuda ne ek, jaisa ke bohat se log samajhte hain ke Islam koi afzal mazhab hai. ye sab bilkul baseless baatein hain.</w:t>
      </w:r>
    </w:p>
    <w:p>
      <w:pPr>
        <w:jc w:val="right"/>
      </w:pPr>
      <w:r>
        <w:t>تو یہ دور جو تھا، کیا تھا؟ یہ نہیں کہ خدا نے ایک، جیسا کہ بہت سے لوگ سمجھتے ہیں کہ اسلام کوئی افضل مذہب ہے۔ یہ سب بالکل بیسلیس باتیں ہیں۔</w:t>
      </w:r>
    </w:p>
    <w:p>
      <w:r>
        <w:rPr>
          <w:b/>
        </w:rPr>
        <w:t xml:space="preserve">[09:27] </w:t>
      </w:r>
      <w:r>
        <w:t>afzal mazhab hargiz nahi hai. Islam</w:t>
      </w:r>
    </w:p>
    <w:p>
      <w:pPr>
        <w:jc w:val="right"/>
      </w:pPr>
      <w:r>
        <w:t>افضل مذہب ہرگز نہیں ہے۔ اسلام</w:t>
      </w:r>
    </w:p>
    <w:p>
      <w:r>
        <w:rPr>
          <w:b/>
        </w:rPr>
        <w:t xml:space="preserve">[09:30] </w:t>
      </w:r>
      <w:r>
        <w:t>Islam scientific mazhab hai. Islam preserved mazhab hai. yani is mein Khuda ne jo revelation bheja, wo jis jis jin shabdon mein aaya tha, unhi shabdon mein aaj bhi wo maujood hai.</w:t>
      </w:r>
    </w:p>
    <w:p>
      <w:pPr>
        <w:jc w:val="right"/>
      </w:pPr>
      <w:r>
        <w:t>، اسلام سائنٹیفک مذہب ہے۔ اسلام پریزروڈ مذہب ہے۔ یعنی اس میں خدا نے جو ریویلیشن بھیجا، وہ جس جس جن शब्दوں میں آیا تھا، انہی शब्दوں میں آج بھی وہ موجود ہے۔</w:t>
      </w:r>
    </w:p>
    <w:p>
      <w:r>
        <w:rPr>
          <w:b/>
        </w:rPr>
        <w:t xml:space="preserve">[09:47] </w:t>
      </w:r>
      <w:r>
        <w:t>ye hai is ka asal.</w:t>
      </w:r>
    </w:p>
    <w:p>
      <w:pPr>
        <w:jc w:val="right"/>
      </w:pPr>
      <w:r>
        <w:t>یہ ہے اس کا اصل۔</w:t>
      </w:r>
    </w:p>
    <w:p>
      <w:r>
        <w:rPr>
          <w:b/>
        </w:rPr>
        <w:t xml:space="preserve">[09:53] </w:t>
      </w:r>
      <w:r>
        <w:t>is baat ko jaanna bohat hi zaroori hai. agar aap ye na jaane to jhoota fakhr paida hota hai.</w:t>
      </w:r>
    </w:p>
    <w:p>
      <w:pPr>
        <w:jc w:val="right"/>
      </w:pPr>
      <w:r>
        <w:t>اس بات کو جاننا بہت ہی ضروری ہے۔ اگر آپ یہ نہ جانیں تو جھوٹا فخر پیدا ہوتا ہے۔</w:t>
      </w:r>
    </w:p>
    <w:p>
      <w:r>
        <w:rPr>
          <w:b/>
        </w:rPr>
        <w:t xml:space="preserve">[10:00] </w:t>
      </w:r>
      <w:r>
        <w:t>aap samajh lete hain ke mera mazhab afzal hai, doosre ka mazhab ghair afzal hai, mera mazhab complete hai, doosron ka mazhab incomplete hai, mera mazhab superior hai, doosron ka inferior hai.</w:t>
      </w:r>
    </w:p>
    <w:p>
      <w:pPr>
        <w:jc w:val="right"/>
      </w:pPr>
      <w:r>
        <w:t>آپ سمجھ لیتے ہیں کہ میرا مذہب افضل ہے، دوسرے کا مذہب غیر افضل ہے، میرا مذہب کمپلیٹ ہے، دوسروں کا مذہب ان کمپلیٹ ہے، میرا مذہب سپیریر ہے، دوسروں کا انفیریر ہے۔</w:t>
      </w:r>
    </w:p>
    <w:p>
      <w:r>
        <w:rPr>
          <w:b/>
        </w:rPr>
        <w:t xml:space="preserve">[10:09] </w:t>
      </w:r>
      <w:r>
        <w:t>ye baat religion ki jo spirit hai, us ko kill karti hai. kill religion ki spirit ye hai ke aap ke andar modesty aaye.</w:t>
      </w:r>
    </w:p>
    <w:p>
      <w:pPr>
        <w:jc w:val="right"/>
      </w:pPr>
      <w:r>
        <w:t>یہ بات ریلیجن کی جو اسپرٹ ہے، اس کو کل کرتی ہے۔ کل ریلیجن کی اسپرٹ یہ ہے کہ آپ کے اندر ماڈیسٹی آئے۔</w:t>
      </w:r>
    </w:p>
    <w:p>
      <w:r>
        <w:rPr>
          <w:b/>
        </w:rPr>
        <w:t xml:space="preserve">[10:20] </w:t>
      </w:r>
      <w:r>
        <w:t>modesty! aur jab aap ye soch lein ke mera mazhab superior hai, doosron ka inferior hai, to modesty kahan se aayegi?</w:t>
      </w:r>
    </w:p>
    <w:p>
      <w:pPr>
        <w:jc w:val="right"/>
      </w:pPr>
      <w:r>
        <w:t>ماڈیسٹی! اور جب آپ یہ سوچ لیں کہ میرا مذہب سپیریر ہے، دوسروں کا انفیریر ہے، تو ماڈیسٹی کہاں سے آئے گی؟</w:t>
      </w:r>
    </w:p>
    <w:p>
      <w:r>
        <w:rPr>
          <w:b/>
        </w:rPr>
        <w:t xml:space="preserve">[10:26] </w:t>
      </w:r>
      <w:r>
        <w:t>phir to pride aayega. pride! aur pride se juda hua hai arrogance. jahan pride aaya, wahan arrogance aaya. to pata hi hai ke wo mazhab hua, wo to anti mazhab hua.</w:t>
      </w:r>
    </w:p>
    <w:p>
      <w:pPr>
        <w:jc w:val="right"/>
      </w:pPr>
      <w:r>
        <w:t>پھر تو پرائیڈ آئے گا۔ پرائیڈ! اور پرائیڈ سے جڑا ہوا ہے اروگنس۔ جہاں پرائیڈ آیا، وہاں اروگنس آیا۔ تو پتہ ہی ہے کہ وہ مذہب ہوا، وہ تو اینٹی مذہب ہوا۔</w:t>
      </w:r>
    </w:p>
    <w:p>
      <w:r>
        <w:rPr>
          <w:b/>
        </w:rPr>
        <w:t xml:space="preserve">[10:39] </w:t>
      </w:r>
      <w:r>
        <w:t>is qism ke tamam khayalat batil hain ke mera mazhab afzal hai, mera mazhab superior hai, mera mazhab complete hai. ye mazhab ka negation hai.</w:t>
      </w:r>
    </w:p>
    <w:p>
      <w:pPr>
        <w:jc w:val="right"/>
      </w:pPr>
      <w:r>
        <w:t>اس قسم کے تمام خیالات باطل ہیں کہ میرا مذہب افضل ہے، میرا مذہب سپیریر ہے، میرا مذہب کمپلیٹ ہے۔ یہ مذہب کا نیگیشن ہے۔</w:t>
      </w:r>
    </w:p>
    <w:p>
      <w:r>
        <w:rPr>
          <w:b/>
        </w:rPr>
        <w:t xml:space="preserve">[10:50] </w:t>
      </w:r>
      <w:r>
        <w:t>negation!</w:t>
      </w:r>
    </w:p>
    <w:p>
      <w:pPr>
        <w:jc w:val="right"/>
      </w:pPr>
      <w:r>
        <w:t>نیگیشن!</w:t>
      </w:r>
    </w:p>
    <w:p>
      <w:r>
        <w:rPr>
          <w:b/>
        </w:rPr>
        <w:t xml:space="preserve">[10:52] </w:t>
      </w:r>
      <w:r>
        <w:t>to Islam ke zariye jo naya</w:t>
      </w:r>
    </w:p>
    <w:p>
      <w:pPr>
        <w:jc w:val="right"/>
      </w:pPr>
      <w:r>
        <w:t>تو اسلام کے ذریعے جو نیا</w:t>
      </w:r>
    </w:p>
    <w:p>
      <w:r>
        <w:rPr>
          <w:b/>
        </w:rPr>
        <w:t xml:space="preserve">[10:58] </w:t>
      </w:r>
      <w:r>
        <w:t>zamana shuru hua, wo ye tha ke insaan ko ek aisa mazhab diya gaya jo poori tarah logical tha, poori tarah reason based tha, jis ko poori tarah aap intellectual exercise ke liye samajh sakte the.</w:t>
      </w:r>
    </w:p>
    <w:p>
      <w:pPr>
        <w:jc w:val="right"/>
      </w:pPr>
      <w:r>
        <w:t>زمانہ شروع ہوا، وہ یہ تھا کہ انسان کو ایک ایسا مذہب دیا گیا جو پوری طرح لاجیکل تھا، پوری طرح ریزن بیسڈ تھا، جس کو پوری طرح آپ انٹلیکچول ایکسرسائز کے لیے سمجھ سکتے تھے۔</w:t>
      </w:r>
    </w:p>
    <w:p>
      <w:r>
        <w:rPr>
          <w:b/>
        </w:rPr>
        <w:t xml:space="preserve">[11:16] </w:t>
      </w:r>
      <w:r>
        <w:t>yani poori tarah, poori tarah apni aqal ko apply kar ke, apni reason ko apply kar ke samajh sakte the is ki sachai ko, is ki haqaniyat ko.</w:t>
      </w:r>
    </w:p>
    <w:p>
      <w:pPr>
        <w:jc w:val="right"/>
      </w:pPr>
      <w:r>
        <w:t>یعنی پوری طرح، پوری طرح اپنی عقل کو اپلائی کر کے، اپنی ریزن کو اپلائی کر کے سمجھ سکتے تھے اس کی سچائی کو، اس کی حقانیت کو۔</w:t>
      </w:r>
    </w:p>
    <w:p>
      <w:r>
        <w:rPr>
          <w:b/>
        </w:rPr>
        <w:t xml:space="preserve">[11:28] </w:t>
      </w:r>
      <w:r>
        <w:t>dekhiye, wo jo mazhab ka version tha pehle, aur abhi bhi wo paaya jaata hai idhar udhar, us ne mazhab ko wahi darja de diya tha jo hamare body mein appendix ka hota hai.</w:t>
      </w:r>
    </w:p>
    <w:p>
      <w:pPr>
        <w:jc w:val="right"/>
      </w:pPr>
      <w:r>
        <w:t>دیکھیے، وہ جو مذہب کا ورژن تھا پہلے، اور ابھی بھی وہ پایا جاتا ہے ادھر ادھر، اس نے مذہب کو وہی درجہ دے دیا تھا جو ہمارے باڈی میں اپینڈکس کا ہوتا ہے۔</w:t>
      </w:r>
    </w:p>
    <w:p>
      <w:r>
        <w:rPr>
          <w:b/>
        </w:rPr>
        <w:t xml:space="preserve">[11:41] </w:t>
      </w:r>
      <w:r>
        <w:t>appendix! aap jante hain ke body ke andar ek aisa organ hai jo samjha jaata hai ke bilkul is ka koi function nahi.</w:t>
      </w:r>
    </w:p>
    <w:p>
      <w:pPr>
        <w:jc w:val="right"/>
      </w:pPr>
      <w:r>
        <w:t>اپینڈکس! آپ جانتے ہیں کہ باڈی کے اندر ایک ایسا ارگن ہے جو سمجھا جاتا ہے کہ بالکل اس کا کوئی فنکشن نہیں۔</w:t>
      </w:r>
    </w:p>
    <w:p>
      <w:r>
        <w:rPr>
          <w:b/>
        </w:rPr>
        <w:t xml:space="preserve">[11:52] </w:t>
      </w:r>
      <w:r>
        <w:t>body mein is ka koi function nahi, is liye kai log is ko operation kar ke nikaal dete hain. to just like appendix ho gaya tha religion, abhi bhi hai bohat se logon ke darmiyan.</w:t>
      </w:r>
    </w:p>
    <w:p>
      <w:pPr>
        <w:jc w:val="right"/>
      </w:pPr>
      <w:r>
        <w:t>باڈی میں اس کا کوئی فنکشن نہیں، اس لیے کئی لوگ اس کو آپریشن کر کے نکال دیتے ہیں۔ تو جسٹ لائک اپینڈکس ہو گیا تھا ریلیجن، ابھی بھی ہے بہت سے لوگوں کے درمیان۔</w:t>
      </w:r>
    </w:p>
    <w:p>
      <w:r>
        <w:rPr>
          <w:b/>
        </w:rPr>
        <w:t xml:space="preserve">[12:02] </w:t>
      </w:r>
      <w:r>
        <w:t>kyun? aap ki reason se is ka rishta juda hua nahi hai.</w:t>
      </w:r>
    </w:p>
    <w:p>
      <w:pPr>
        <w:jc w:val="right"/>
      </w:pPr>
      <w:r>
        <w:t>کیوں؟ آپ کی ریزن سے اس کا رشتہ جڑا ہوا نہیں ہے۔</w:t>
      </w:r>
    </w:p>
    <w:p>
      <w:r>
        <w:rPr>
          <w:b/>
        </w:rPr>
        <w:t xml:space="preserve">[12:08] </w:t>
      </w:r>
      <w:r>
        <w:t>aisa mazhab jis ka rishta aap ki reason se juda hua na ho, wo appendix hi ban kar reh jayega. ek ek set of rituals hoga,</w:t>
      </w:r>
    </w:p>
    <w:p>
      <w:pPr>
        <w:jc w:val="right"/>
      </w:pPr>
      <w:r>
        <w:t>ایسا مذہب جس کا رشتہ آپ کی ریزن سے جڑا ہوا نہ ہو، وہ اپینڈکس ہی بن کر رہ جائے گا۔ ایک ایک سیٹ آف ریچولز ہوگا،</w:t>
      </w:r>
    </w:p>
    <w:p>
      <w:r>
        <w:rPr>
          <w:b/>
        </w:rPr>
        <w:t xml:space="preserve">[12:22] </w:t>
      </w:r>
      <w:r>
        <w:t>ab is ka aap ki zindagi mein, aap ki zindagi ko activate nahi karega, aap ki zindagi mein wo shamil nahi hoga.</w:t>
      </w:r>
    </w:p>
    <w:p>
      <w:pPr>
        <w:jc w:val="right"/>
      </w:pPr>
      <w:r>
        <w:t>اب اس کا آپ کی زندگی میں، آپ کی زندگی کو ایکٹیویٹ نہیں کرے گا، آپ کی زندگی میں وہ شامل نہیں ہوگا۔</w:t>
      </w:r>
    </w:p>
    <w:p>
      <w:r>
        <w:rPr>
          <w:b/>
        </w:rPr>
        <w:t xml:space="preserve">[12:30] </w:t>
      </w:r>
      <w:r>
        <w:t>to ek aisa mazhab jo aap ki reason ko appeal kare, jo poori tarah aap ke, aap ko, aap ke logical questions ko answer kare, jo poori tarah aap ke jo mind hai, us ko address kare, aisa mazhab hi aap insaan ko chahiye.</w:t>
      </w:r>
    </w:p>
    <w:p>
      <w:pPr>
        <w:jc w:val="right"/>
      </w:pPr>
      <w:r>
        <w:t>تو ایک ایسا مذہب جو آپ کی ریزن کو اپیل کرے، جو پوری طرح آپ کے، آپ کو، آپ کے لاجیکل کوئسچنز کو انسر کرے، جو پوری طرح آپ کے جو مائنڈ ہے، اس کو ایڈریس کرے، ایسا مذہب ہی آپ انسان کو چاہیے۔</w:t>
      </w:r>
    </w:p>
    <w:p>
      <w:r>
        <w:rPr>
          <w:b/>
        </w:rPr>
        <w:t xml:space="preserve">[12:51] </w:t>
      </w:r>
      <w:r>
        <w:t>kyun ke aisa mazhab hi aap ki poori, poori personality ko activate kar sakta hai, aap ki poori personality ka part ban sakta hai.</w:t>
      </w:r>
    </w:p>
    <w:p>
      <w:pPr>
        <w:jc w:val="right"/>
      </w:pPr>
      <w:r>
        <w:t>کیونکہ ایسا مذہب ہی آپ کی پوری، پوری پرسنیلٹی کو ایکٹیویٹ کر سکتا ہے، آپ کی پوری پرسنیلٹی کا پارٹ بن سکتا ہے۔</w:t>
      </w:r>
    </w:p>
    <w:p>
      <w:r>
        <w:rPr>
          <w:b/>
        </w:rPr>
        <w:t xml:space="preserve">[13:00] </w:t>
      </w:r>
      <w:r>
        <w:t>warna kya hoga? wo appendix ban jayega. bas appendix!</w:t>
      </w:r>
    </w:p>
    <w:p>
      <w:pPr>
        <w:jc w:val="right"/>
      </w:pPr>
      <w:r>
        <w:t>ورنہ کیا ہوگا؟ وہ اپینڈکس بن جائے گا۔ بس اپینڈکس!</w:t>
      </w:r>
    </w:p>
    <w:p>
      <w:r>
        <w:rPr>
          <w:b/>
        </w:rPr>
        <w:t xml:space="preserve">[13:12] </w:t>
      </w:r>
      <w:r>
        <w:t>dekhiye, aap ko maloom hoga ke aaj kal ek word use hota hai: future trading.</w:t>
      </w:r>
    </w:p>
    <w:p>
      <w:pPr>
        <w:jc w:val="right"/>
      </w:pPr>
      <w:r>
        <w:t>دیکھیے، آپ کو معلوم ہوگا کہ آج کل ایک ورڈ یوز ہوتا ہے: فیوچر ٹریڈنگ۔</w:t>
      </w:r>
    </w:p>
    <w:p>
      <w:r>
        <w:rPr>
          <w:b/>
        </w:rPr>
        <w:t xml:space="preserve">[13:22] </w:t>
      </w:r>
      <w:r>
        <w:t>future trading! mustaqbil ki tijarat.</w:t>
      </w:r>
    </w:p>
    <w:p>
      <w:pPr>
        <w:jc w:val="right"/>
      </w:pPr>
      <w:r>
        <w:t>فیوچر ٹریڈنگ! مستقبل کی تجارت۔</w:t>
      </w:r>
    </w:p>
    <w:p>
      <w:r>
        <w:rPr>
          <w:b/>
        </w:rPr>
        <w:t xml:space="preserve">[13:29] </w:t>
      </w:r>
      <w:r>
        <w:t>is ka matlab kya hai? misaal ke taur par, aap agriculture karte hain, ek aisi cheez boyte hain jis mein aap sochte hain ke future mein is mein mujhe kitna faida milega.</w:t>
      </w:r>
    </w:p>
    <w:p>
      <w:pPr>
        <w:jc w:val="right"/>
      </w:pPr>
      <w:r>
        <w:t>اس کا مطلب کیا ہے؟ مثال کے طور پر، آپ ایگریکلچر کرتے ہیں، ایک ایسی چیز بوتے ہیں جس میں آپ سوچتے ہیں کہ فیوچر میں اس میں مجھے کتنا فائدہ ملے گا۔</w:t>
      </w:r>
    </w:p>
    <w:p>
      <w:r>
        <w:rPr>
          <w:b/>
        </w:rPr>
        <w:t xml:space="preserve">[13:41] </w:t>
      </w:r>
      <w:r>
        <w:t>jaise gana agar lagayen to kitna faida mujhe milega, aur agar aap is mein mushroom lagayen to kitna faida milega.</w:t>
      </w:r>
    </w:p>
    <w:p>
      <w:pPr>
        <w:jc w:val="right"/>
      </w:pPr>
      <w:r>
        <w:t>جیسے گنا اگر لگائیں تو کتنا فائدہ مجھے ملے گا، اور اگر آپ اس میں مشروم لگائیں تو کتنا فائدہ ملے گا۔</w:t>
      </w:r>
    </w:p>
    <w:p>
      <w:r>
        <w:rPr>
          <w:b/>
        </w:rPr>
        <w:t xml:space="preserve">[13:52] </w:t>
      </w:r>
      <w:r>
        <w:t>to future ko soch kar ke agriculture karna, yeh hai future trading.</w:t>
      </w:r>
    </w:p>
    <w:p>
      <w:pPr>
        <w:jc w:val="right"/>
      </w:pPr>
      <w:r>
        <w:t>تو فیوچر کو سوچ کر کے ایگریکلچر کرنا، یہ ہے فیوچر ٹریڈنگ۔</w:t>
      </w:r>
    </w:p>
    <w:p>
      <w:r>
        <w:rPr>
          <w:b/>
        </w:rPr>
        <w:t xml:space="preserve">[13:58] </w:t>
      </w:r>
      <w:r>
        <w:t>mazhab future trading hai. Islam mein jo concept hai religion ka, woh darasal future trading hai. Yaani aaj boyna, kal kaatna.</w:t>
      </w:r>
    </w:p>
    <w:p>
      <w:pPr>
        <w:jc w:val="right"/>
      </w:pPr>
      <w:r>
        <w:t>مذہب فیوچر ٹریڈنگ ہے۔ اسلام میں جو کانسیپٹ ہے ریلیجن کا، وہ دراصل فیوچر ٹریڈنگ ہے۔ یعنی آج بونا، کل کاٹنا۔</w:t>
      </w:r>
    </w:p>
    <w:p>
      <w:r>
        <w:rPr>
          <w:b/>
        </w:rPr>
        <w:t xml:space="preserve">[14:12] </w:t>
      </w:r>
      <w:r>
        <w:t>pre-death period mein amal karna, aur post-death period mein is ka reward paana. Yeh hai future trading.</w:t>
      </w:r>
    </w:p>
    <w:p>
      <w:pPr>
        <w:jc w:val="right"/>
      </w:pPr>
      <w:r>
        <w:t>پری ڈیتھ پیریڈ میں عمل کرنا، اور پوسٹ ڈیتھ پیریڈ میں اس کا ریوارڈ پانا۔ یہ ہے فیوچر ٹریڈنگ۔</w:t>
      </w:r>
    </w:p>
    <w:p>
      <w:r>
        <w:rPr>
          <w:b/>
        </w:rPr>
        <w:t xml:space="preserve">[14:22] </w:t>
      </w:r>
      <w:r>
        <w:t>yeh bohat hi important aspect hai, is ko aap samajhna chahiye. Ki</w:t>
      </w:r>
    </w:p>
    <w:p>
      <w:pPr>
        <w:jc w:val="right"/>
      </w:pPr>
      <w:r>
        <w:t>یہ بہت ہی امپورٹنٹ ایسپیکٹ ہے، اس کو آپ سمجھنا چاہیے۔ کی</w:t>
      </w:r>
    </w:p>
    <w:p>
      <w:r>
        <w:rPr>
          <w:b/>
        </w:rPr>
        <w:t xml:space="preserve">[14:27] </w:t>
      </w:r>
      <w:r>
        <w:t>yunke woh mazhab jo sirf aap ko blessing deta ho, aap ki tijarat mein, aap ki service mein, aap ko kaam aata ho, woh future trading nahi hai.</w:t>
      </w:r>
    </w:p>
    <w:p>
      <w:pPr>
        <w:jc w:val="right"/>
      </w:pPr>
      <w:r>
        <w:t>ونکہ وہ مذہب جو صرف آپ کو بلیسنگ دیتا ہو، آپ کی تجارت میں، آپ کی سروس میں، آپ کو کام آتا ہو، وہ فیوچر ٹریڈنگ نہیں ہے۔</w:t>
      </w:r>
    </w:p>
    <w:p>
      <w:r>
        <w:rPr>
          <w:b/>
        </w:rPr>
        <w:t xml:space="preserve">[14:42] </w:t>
      </w:r>
      <w:r>
        <w:t>woh to present trading hai. To aksar mazhab ka jo version aaj maujood duniya mein, woh haal mein chalta hai.</w:t>
      </w:r>
    </w:p>
    <w:p>
      <w:pPr>
        <w:jc w:val="right"/>
      </w:pPr>
      <w:r>
        <w:t>وہ تو پریزنٹ ٹریڈنگ ہے۔ تو اکثر مذہب کا جو ورژن آج موجود دنیا میں، وہ حال میں چلتا ہے۔</w:t>
      </w:r>
    </w:p>
    <w:p>
      <w:r>
        <w:rPr>
          <w:b/>
        </w:rPr>
        <w:t xml:space="preserve">[14:50] </w:t>
      </w:r>
      <w:r>
        <w:t>yaani haal mein blessing, present mein kuch blessing le lene. Yeh hai mazhab ka function. Islam mein yeh concept nahi hai mazhab ka.</w:t>
      </w:r>
    </w:p>
    <w:p>
      <w:pPr>
        <w:jc w:val="right"/>
      </w:pPr>
      <w:r>
        <w:t>یعنی حال میں بلیسنگ، پریزنٹ میں کچھ بلیسنگ لے لینا۔ یہ ہے مذہب کا فنکشن۔ اسلام میں یہ کانسیپٹ نہیں ہے مذہب کا۔</w:t>
      </w:r>
    </w:p>
    <w:p>
      <w:r>
        <w:rPr>
          <w:b/>
        </w:rPr>
        <w:t xml:space="preserve">[15:03] </w:t>
      </w:r>
      <w:r>
        <w:t>Islam mein mazhab ka jo concept hai, wahi hai future trading. Yaani aaj amal karo, aur kal is ka anjaam pao.</w:t>
      </w:r>
    </w:p>
    <w:p>
      <w:pPr>
        <w:jc w:val="right"/>
      </w:pPr>
      <w:r>
        <w:t>اسلام میں مذہب کا جو کانسیپٹ ہے، وہی ہے فیوچر ٹریڈنگ۔ یعنی آج عمل کرو، اور کل اس کا انجام پاؤ۔</w:t>
      </w:r>
    </w:p>
    <w:p>
      <w:r>
        <w:rPr>
          <w:b/>
        </w:rPr>
        <w:t xml:space="preserve">[15:14] </w:t>
      </w:r>
      <w:r>
        <w:t>jaise aap aaj ek darakht lagate hain, to aaj aap ko kuch nahi milta. Bohat dinon ke baad woh bara hota hai, bara ho kar ke phir is mein phal phool aate hain, is mein aap ko woh faida milta hai jo aap chahte hain.</w:t>
      </w:r>
    </w:p>
    <w:p>
      <w:pPr>
        <w:jc w:val="right"/>
      </w:pPr>
      <w:r>
        <w:t>جیسے آپ آج ایک درخت لگاتے ہیں، تو آج آپ کو کچھ نہیں ملتا۔ بہت دنوں کے بعد وہ بڑا ہوتا ہے، بڑا ہو کر کے پھر اس میں پھل پھول آتے ہیں، اس میں آپ کو وہ فائدہ ملتا ہے جو آپ چاہتے ہیں۔</w:t>
      </w:r>
    </w:p>
    <w:p>
      <w:r>
        <w:rPr>
          <w:b/>
        </w:rPr>
        <w:t xml:space="preserve">[15:31] </w:t>
      </w:r>
      <w:r>
        <w:t>to Islam ek qism ka future trading hai. Aap ko batata hai ke kaun sa, kaisi soch aap ki ho, kis tarah apni zindagi ko dhalen, aap</w:t>
      </w:r>
    </w:p>
    <w:p>
      <w:pPr>
        <w:jc w:val="right"/>
      </w:pPr>
      <w:r>
        <w:t>تو اسلام ایک قسم کا فیوچر ٹریڈنگ ہے۔ آپ کو بتاتا ہے کہ کون سا، کیسی سوچ آپ کی ہو، کس طرح اپنی زندگی کو ڈھالیں، آپ</w:t>
      </w:r>
    </w:p>
    <w:p>
      <w:r>
        <w:rPr>
          <w:b/>
        </w:rPr>
        <w:t xml:space="preserve">[15:44] </w:t>
      </w:r>
      <w:r>
        <w:t>apne, yaani apni soul ko kis tarah aap purify karen, apne mind ka kis tarah development karen. Yaani spiritual development aur intellectual development kis tarah se ho ke woh post-death period mein aap ko</w:t>
      </w:r>
    </w:p>
    <w:p>
      <w:pPr>
        <w:jc w:val="right"/>
      </w:pPr>
      <w:r>
        <w:t>اپنے، یعنی اپنی سول کو کس طرح آپ پیوریفائی کریں، اپنے مائنڈ کا کس طرح ڈیولپمنٹ کریں۔ یعنی سپریچول ڈیولپمنٹ اور انٹلیکچول ڈیولپمنٹ کس طریقے سے ہو کہ وہ پوسٹ ڈیتھ پیریڈ میں آپ کو</w:t>
      </w:r>
    </w:p>
    <w:p>
      <w:r>
        <w:rPr>
          <w:b/>
        </w:rPr>
        <w:t xml:space="preserve">[16:01] </w:t>
      </w:r>
      <w:r>
        <w:t>paradise ki shakal mein lote aap ki taraf. Yeh hai future trading ka mazhab.</w:t>
      </w:r>
    </w:p>
    <w:p>
      <w:pPr>
        <w:jc w:val="right"/>
      </w:pPr>
      <w:r>
        <w:t>پیراڈائز کی شکل میں لوٹے آپ کی طرف۔ یہ ہے فیوچر ٹریڈنگ کا مذہب۔</w:t>
      </w:r>
    </w:p>
    <w:p>
      <w:r>
        <w:rPr>
          <w:b/>
        </w:rPr>
        <w:t xml:space="preserve">[16:13] </w:t>
      </w:r>
      <w:r>
        <w:t>yaani main arz karoon ke future trading ka lafz koi Quran o Hadees mein likha hua nahi hai, lekin Islam ki teaching ko modern idea mein dhalna padta hai.</w:t>
      </w:r>
    </w:p>
    <w:p>
      <w:pPr>
        <w:jc w:val="right"/>
      </w:pPr>
      <w:r>
        <w:t>یعنی میں عرض کروں کہ فیوچر ٹریڈنگ کا لفظ کوئی قرآن و حدیث میں لکھا ہوا نہیں ہے، لیکن اسلام کی ٹیچنگ کو ماڈرن ایڈیا میں ڈھالنا پڑتا ہے۔</w:t>
      </w:r>
    </w:p>
    <w:p>
      <w:r>
        <w:rPr>
          <w:b/>
        </w:rPr>
        <w:t xml:space="preserve">[16:30] </w:t>
      </w:r>
      <w:r>
        <w:t>isi liye Quran mein hai ke وَأَرْسَلَنَا رَسُولًا لِلَّهِ بِالْاِحْسَانِ الْقَوْمِ yaani har prophet apne logon ki zuban mein bheja gaya.</w:t>
      </w:r>
    </w:p>
    <w:p>
      <w:pPr>
        <w:jc w:val="right"/>
      </w:pPr>
      <w:r>
        <w:t>اسی لیے قرآن میں ہے کہ وَأَرْسَلَنَا رَسُولًا لِلَّهِ بِالْاِحْسَانِ الْقَوْمِ یعنی ہر پرافٹ اپنے لوگوں کی زبان میں بھیجا گیا۔</w:t>
      </w:r>
    </w:p>
    <w:p>
      <w:r>
        <w:rPr>
          <w:b/>
        </w:rPr>
        <w:t xml:space="preserve">[16:42] </w:t>
      </w:r>
      <w:r>
        <w:t>to Islam ki teaching agarche eternal hai, woh Arabic language mein hai, woh 1400 saal pehle aaya. Lekin jab bhi aap daawa work karenge, jab bhi logon ko address karenge, aap to aap ka kaam isi waqt kamyab hoga jab ke aap modern thinking ko samjhen, modern mind ko samjhen, aur us us us language mein bolen.</w:t>
      </w:r>
    </w:p>
    <w:p>
      <w:pPr>
        <w:jc w:val="right"/>
      </w:pPr>
      <w:r>
        <w:t>تو اسلام کی ٹیچنگ اگرچہ ایٹرنل ہے، وہ عربک لینگویج میں ہے، وہ 1400 سال پہلے آیا۔ لیکن جب بھی آپ دعویٰ ورک کریں گے، جب بھی لوگوں کو ایڈریس کریں گے، آپ تو آپ کا کام اسی وقت کامیاب ہوگا جب کہ آپ ماڈرن تھنکنگ کو سمجھیں، ماڈرن مائنڈ کو سمجھیں، اور اس اس اس لینگویج میں بولیں۔</w:t>
      </w:r>
    </w:p>
    <w:p>
      <w:r>
        <w:rPr>
          <w:b/>
        </w:rPr>
        <w:t xml:space="preserve">[17:08] </w:t>
      </w:r>
      <w:r>
        <w:t>tabhi logon ka mind address hoga.</w:t>
      </w:r>
    </w:p>
    <w:p>
      <w:pPr>
        <w:jc w:val="right"/>
      </w:pPr>
      <w:r>
        <w:t>تبھی لوگوں کا مائنڈ ایڈریس ہوگا۔</w:t>
      </w:r>
    </w:p>
    <w:p>
      <w:r>
        <w:rPr>
          <w:b/>
        </w:rPr>
        <w:t xml:space="preserve">[17:10] </w:t>
      </w:r>
      <w:r>
        <w:t>to jab maine yeh jaana future trading, to maine samjha ke bohat hi bohat hi acha word hai batane ke liye ke Islam mein concept kya hai zindagi ka ke pre-death period mein kaam karo aur post-death period mein is ka phal pao.</w:t>
      </w:r>
    </w:p>
    <w:p>
      <w:pPr>
        <w:jc w:val="right"/>
      </w:pPr>
      <w:r>
        <w:t>تو جب میں نے یہ جانا فیوچر ٹریڈنگ، تو میں نے سمجھا کہ بہت ہی بہت ہی اچھا ورڈ ہے بتانے کے لیے کہ اسلام میں کانسیپٹ کیا ہے زندگی کا کہ پری ڈیتھ پیریڈ میں کام کرو اور پوسٹ ڈیتھ پیریڈ میں اس کا پھل پاؤ۔</w:t>
      </w:r>
    </w:p>
    <w:p>
      <w:r>
        <w:rPr>
          <w:b/>
        </w:rPr>
        <w:t xml:space="preserve">[17:26] </w:t>
      </w:r>
      <w:r>
        <w:t>isi liye maine is lafz ko use kiya. Ab main aap ko,</w:t>
      </w:r>
    </w:p>
    <w:p>
      <w:pPr>
        <w:jc w:val="right"/>
      </w:pPr>
      <w:r>
        <w:t>اس لیے میں نے اس لفظ کو یوز کیا۔ اب میں آپ کو،</w:t>
      </w:r>
    </w:p>
    <w:p>
      <w:r>
        <w:rPr>
          <w:b/>
        </w:rPr>
        <w:t xml:space="preserve">[17:36] </w:t>
      </w:r>
      <w:r>
        <w:t>yaani chand aur baaton ki taraf dhyan dilaoonga.</w:t>
      </w:r>
    </w:p>
    <w:p>
      <w:pPr>
        <w:jc w:val="right"/>
      </w:pPr>
      <w:r>
        <w:t>یعنی چند اور باتوں کی طرف دھیان دلاؤں گا۔</w:t>
      </w:r>
    </w:p>
    <w:p>
      <w:r>
        <w:rPr>
          <w:b/>
        </w:rPr>
        <w:t xml:space="preserve">[17:43] </w:t>
      </w:r>
      <w:r>
        <w:t>Prophet of Islam jab aaye, jab shuru kiya aap ne apna mission 610 AD mein Mecca mein, Arab mein, us waqt Mecca mein jo religious center tha, woh Kaaba tha.</w:t>
      </w:r>
    </w:p>
    <w:p>
      <w:pPr>
        <w:jc w:val="right"/>
      </w:pPr>
      <w:r>
        <w:t>پرافٹ آف اسلام جب آئے، جب شروع کیا آپ نے اپنا مشن 610 عیسوی میں مکہ میں، عرب میں، اس وقت مکہ میں جو ریلیجس سینٹر تھا، وہ کعبہ تھا۔</w:t>
      </w:r>
    </w:p>
    <w:p>
      <w:r>
        <w:rPr>
          <w:b/>
        </w:rPr>
        <w:t xml:space="preserve">[18:00] </w:t>
      </w:r>
      <w:r>
        <w:t>pehlay se chala aa raha tha woh religious center jo Hazrat Ibrahim ne banaya tha. To wahan kya tha?</w:t>
      </w:r>
    </w:p>
    <w:p>
      <w:pPr>
        <w:jc w:val="right"/>
      </w:pPr>
      <w:r>
        <w:t>پہلے سے چلا رہا تھا وہ ریلیجس سینٹر جو حضرت ابراہیم نے بنایا تھا۔ تو وہاں کیا تھا؟</w:t>
      </w:r>
    </w:p>
    <w:p>
      <w:r>
        <w:rPr>
          <w:b/>
        </w:rPr>
        <w:t xml:space="preserve">[18:10] </w:t>
      </w:r>
      <w:r>
        <w:t>banaya gaya tha woh tawheed ke liye, yaani oneness of God ka jo concept hai, us ke center ke taur par Kaaba ko banaya gaya tha.</w:t>
      </w:r>
    </w:p>
    <w:p>
      <w:pPr>
        <w:jc w:val="right"/>
      </w:pPr>
      <w:r>
        <w:t>بنایا گیا تھا وہ توحید کے لیے، یعنی وننس آف گاڈ کا جو کانسیپٹ ہے، اس کے سینٹر کے طور پر کعبہ کو بنایا گیا تھا۔</w:t>
      </w:r>
    </w:p>
    <w:p>
      <w:r>
        <w:rPr>
          <w:b/>
        </w:rPr>
        <w:t xml:space="preserve">[18:21] </w:t>
      </w:r>
      <w:r>
        <w:t>lekin sadiyon ke baad wahan bigaad aata raha, bigaad aata raha, yahan tak ke logon ne is mein bohat se idol rakh diye. to woh bton ka center ban gaya tha.</w:t>
      </w:r>
    </w:p>
    <w:p>
      <w:pPr>
        <w:jc w:val="right"/>
      </w:pPr>
      <w:r>
        <w:t>لیکن صدیوں کے بعد وہاں بگاڑ آتا رہا، بگاڑ آتا رہا، یہاں تک کہ لوگوں نے اس میں بہت سے آئیڈل رکھ دیے۔ تو وہ بتوں کا سینٹر بن گیا تھا۔</w:t>
      </w:r>
    </w:p>
    <w:p>
      <w:r>
        <w:rPr>
          <w:b/>
        </w:rPr>
        <w:t xml:space="preserve">[18:34] </w:t>
      </w:r>
      <w:r>
        <w:t>360 idol wahan thay kaba ke andar.</w:t>
      </w:r>
    </w:p>
    <w:p>
      <w:pPr>
        <w:jc w:val="right"/>
      </w:pPr>
      <w:r>
        <w:t>360 آئیڈل وہاں تھے کعبہ کے اندر۔</w:t>
      </w:r>
    </w:p>
    <w:p>
      <w:r>
        <w:rPr>
          <w:b/>
        </w:rPr>
        <w:t xml:space="preserve">[18:39] </w:t>
      </w:r>
      <w:r>
        <w:t>ek bohat hi sochne ki baat hai ke pehli arz jo quran ki utri, pehli is mein kaha gaya wasayabaka fatahirun ya ayyuhal muddassir fanzir warabbaka fakabbirun yani is mein yeh nahi kaha gaya ke taheril kaba bin al-asnam kaba ko bton se pak karo.</w:t>
      </w:r>
    </w:p>
    <w:p>
      <w:pPr>
        <w:jc w:val="right"/>
      </w:pPr>
      <w:r>
        <w:t>ایک بہت ہی سوچنے کی بات ہے کہ پہلی عرض جو قرآن کی اتری، پہلی اس میں کہا گیا وَسَيَابَكَ فَتَحِرٌۭ يَا أَيُّهَا الْمُدَّسِّرُ فَانْزِرْ وَرَبَّكَ فَكَبِّرٌۭ یعنی اس میں یہ نہیں کہا گیا کہ طَهِرِ الْكَعْبَةَ بِنَ الْاَسْنَامِ کعبہ کو بتوں سے پاک کرو۔</w:t>
      </w:r>
    </w:p>
    <w:p>
      <w:r>
        <w:rPr>
          <w:b/>
        </w:rPr>
        <w:t xml:space="preserve">[19:01] </w:t>
      </w:r>
      <w:r>
        <w:t>yani jis waqt quran ki ayat utri, sab se bara issue jo tha, abwaisli woh yeh tha ke kaba mein 360 but rakhe hue hain.</w:t>
      </w:r>
    </w:p>
    <w:p>
      <w:pPr>
        <w:jc w:val="right"/>
      </w:pPr>
      <w:r>
        <w:t>یعنی جس وقت قرآن کی آیت اتری، سب سے بڑا ایشو جو تھا، ابویسلی وہ یہ تھا کہ کعبہ میں 360 بت رکھے ہوئے ہیں۔</w:t>
      </w:r>
    </w:p>
    <w:p>
      <w:r>
        <w:rPr>
          <w:b/>
        </w:rPr>
        <w:t xml:space="preserve">[19:13] </w:t>
      </w:r>
      <w:r>
        <w:t>mein samajhta hoon ke sab se bara issue yahi tha, doosra koi issue itna bara nahi tha wahan par. lekin aap dekhiye ke quran ka, quran ki jo ayaten aain us waqt, is mein is ka koi mention hi nahi.</w:t>
      </w:r>
    </w:p>
    <w:p>
      <w:pPr>
        <w:jc w:val="right"/>
      </w:pPr>
      <w:r>
        <w:t>میں سمجھتا ہوں کہ سب سے بڑا ایشو یہی تھا، دوسرا کوئی ایشو اتنا بڑا نہیں تھا وہاں پر۔ لیکن آپ دیکھیے کہ قرآن کا، قرآن کی جو آیتیں آئیں اس وقت، اس میں اس کا کوئی مینشن ہی نہیں۔</w:t>
      </w:r>
    </w:p>
    <w:p>
      <w:r>
        <w:rPr>
          <w:b/>
        </w:rPr>
        <w:t xml:space="preserve">[19:27] </w:t>
      </w:r>
      <w:r>
        <w:t>is ko hum history se jante hain.</w:t>
      </w:r>
    </w:p>
    <w:p>
      <w:pPr>
        <w:jc w:val="right"/>
      </w:pPr>
      <w:r>
        <w:t>اس کو ہم ہسٹری سے جانتے ہیں۔</w:t>
      </w:r>
    </w:p>
    <w:p>
      <w:r>
        <w:rPr>
          <w:b/>
        </w:rPr>
        <w:t xml:space="preserve">[19:31] </w:t>
      </w:r>
      <w:r>
        <w:t>yeh baat hum history se jante hain, quran se nahi. agar quran mein yeh hota watahiril kaba bin al-asnam kaba mein but hain, un ko pak karo bton se kaba ko, to hum jaan lete.</w:t>
      </w:r>
    </w:p>
    <w:p>
      <w:pPr>
        <w:jc w:val="right"/>
      </w:pPr>
      <w:r>
        <w:t>یہ بات ہم ہسٹری سے جانتے ہیں، قرآن سے نہیں۔ اگر قرآن میں یہ ہوتا وَتَهِرِ الْكَعْبَةَ بِنَ الْاَسْنَامِ کعبہ میں بت ہیں، ان کو پاک کرو بتوں سے کعبہ کو، تو ہم جان لیتے۔</w:t>
      </w:r>
    </w:p>
    <w:p>
      <w:r>
        <w:rPr>
          <w:b/>
        </w:rPr>
        <w:t xml:space="preserve">[19:43] </w:t>
      </w:r>
      <w:r>
        <w:t>lekin yeh ayat hi nahi utri quran mein. kya utri wasayabaka fatahirun apne kirdaar ko acha banao. sochne ki baat hai ke kya concept hai religion ka islam mein.</w:t>
      </w:r>
    </w:p>
    <w:p>
      <w:pPr>
        <w:jc w:val="right"/>
      </w:pPr>
      <w:r>
        <w:t>لیکن یہ آیت ہی نہیں اتری قرآن میں۔ کیا اتری وَسَيَابَكَ فَتَحِرٌۭ اپنے کردار کو اچھا بناؤ۔ سوچنے کی بات ہے کہ کیا کانسیپٹ ہے ریلیجن کا اسلام میں۔</w:t>
      </w:r>
    </w:p>
    <w:p>
      <w:r>
        <w:rPr>
          <w:b/>
        </w:rPr>
        <w:t xml:space="preserve">[19:59] </w:t>
      </w:r>
      <w:r>
        <w:t>wasayabaka fatahirun quran mein aaya shuru mein. yani apne dil ko bton se pak karo. bahar ke but to baad ko pak ho hi jayenge.</w:t>
      </w:r>
    </w:p>
    <w:p>
      <w:pPr>
        <w:jc w:val="right"/>
      </w:pPr>
      <w:r>
        <w:t>وَسَيَابَكَ فَتَحِرٌ قرآن میں آیا شروع میں۔ یعنی اپنے دل کو بتوں سے پاک کرو۔ باہر کے بت تو بعد کو پاک ہو ہی جائیں گے۔</w:t>
      </w:r>
    </w:p>
    <w:p>
      <w:r>
        <w:rPr>
          <w:b/>
        </w:rPr>
        <w:t xml:space="preserve">[20:11] </w:t>
      </w:r>
      <w:r>
        <w:t>agar aap sochiye is par ke us waqt jab ke kaba mein 360 but rakhe hue thay, tab yeh na nahi aaya ke in bton se pak karo kaba ko, balke yeh aaya ke apne aap ko achhe kirdaar mein dhalo.</w:t>
      </w:r>
    </w:p>
    <w:p>
      <w:pPr>
        <w:jc w:val="right"/>
      </w:pPr>
      <w:r>
        <w:t>اگر آپ سوچیے اس پر کہ اس وقت جب کہ کعبہ میں 360 بت رکھے ہوئے تھے، تب یہ نہ نہیں آیا کہ ان بتوں سے پاک کرو کعبہ کو، بلکہ یہ آیا کہ اپنے آپ کو اچھے کردار میں ڈھالو۔</w:t>
      </w:r>
    </w:p>
    <w:p>
      <w:r>
        <w:rPr>
          <w:b/>
        </w:rPr>
        <w:t xml:space="preserve">[20:27] </w:t>
      </w:r>
      <w:r>
        <w:t>wasayabaka fatahirun</w:t>
      </w:r>
    </w:p>
    <w:p>
      <w:pPr>
        <w:jc w:val="right"/>
      </w:pPr>
      <w:r>
        <w:t>وَسَيَابَكَ فَتَحِرٌ</w:t>
      </w:r>
    </w:p>
    <w:p>
      <w:r>
        <w:rPr>
          <w:b/>
        </w:rPr>
        <w:t xml:space="preserve">[20:29] </w:t>
      </w:r>
      <w:r>
        <w:t>apne aap ko acha banao. to agar aap doosre lafzon mein sochein to is ka matlab yeh tha ke apne dil mein safai karo.</w:t>
      </w:r>
    </w:p>
    <w:p>
      <w:pPr>
        <w:jc w:val="right"/>
      </w:pPr>
      <w:r>
        <w:t>اپنے آپ کو اچھا بناؤ۔ تو اگر آپ دوسرے لفظوں میں سوچیں تو اس کا مطلب یہ تھا کہ اپنے دل میں صفائی کرو۔</w:t>
      </w:r>
    </w:p>
    <w:p>
      <w:r>
        <w:rPr>
          <w:b/>
        </w:rPr>
        <w:t xml:space="preserve">[20:42] </w:t>
      </w:r>
      <w:r>
        <w:t>diloon mein insan, insan ke diloon mein jo, is ka matlab nahi ke prophet se khitab kiya gaya. is ayat mein sare un logon ko khitab kiya gaya jo ke jin ko samne quran pesh kiya jana tha.</w:t>
      </w:r>
    </w:p>
    <w:p>
      <w:pPr>
        <w:jc w:val="right"/>
      </w:pPr>
      <w:r>
        <w:t>دلوں میں انسان، انسان کے دلوں میں جو، اس کا مطلب نہیں کہ پرافٹ سے خطاب کیا گیا۔ اس آیت میں سارے ان لوگوں کو خطاب کیا گیا جو کہ جن کو سامنے قرآن پیش کیا جانا تھا۔</w:t>
      </w:r>
    </w:p>
    <w:p>
      <w:r>
        <w:rPr>
          <w:b/>
        </w:rPr>
        <w:t xml:space="preserve">[20:57] </w:t>
      </w:r>
      <w:r>
        <w:t>is ka matlab tha ke aye logon, apne dil ko pak karo bton se. agar tum ne aisa kar liya to bahar ke jo but hain, woh apne aap pak ho jayenge.</w:t>
      </w:r>
    </w:p>
    <w:p>
      <w:pPr>
        <w:jc w:val="right"/>
      </w:pPr>
      <w:r>
        <w:t>اس کا مطلب تھا کہ اے لوگوں، اپنے دلوں کو پاک کرو بتوں سے۔ اگر تم نے ایسا کر لیا تو باہر کے جو بت ہیں، وہ اپنے آپ پاک ہو جائیں گے۔</w:t>
      </w:r>
    </w:p>
    <w:p>
      <w:r>
        <w:rPr>
          <w:b/>
        </w:rPr>
        <w:t xml:space="preserve">[21:10] </w:t>
      </w:r>
      <w:r>
        <w:t>to kya islam ka jo aaghaz hota hai, woh sayabaka fatahirun se hota hai? aur is ka yeh baat ka anjaam hai ke taheril kaba bin al-asnam</w:t>
      </w:r>
    </w:p>
    <w:p>
      <w:pPr>
        <w:jc w:val="right"/>
      </w:pPr>
      <w:r>
        <w:t>تو کیا اسلام کا جو آغاز ہوتا ہے، وہ سَيَابَكَ فَتَحِرٌ سے ہوتا ہے؟ اور اس کا یہ بات کا انجام ہے کہ طَهِرِ الْكَعْبَةَ بِنَ الْاَسْنَامِ</w:t>
      </w:r>
    </w:p>
    <w:p>
      <w:r>
        <w:rPr>
          <w:b/>
        </w:rPr>
        <w:t xml:space="preserve">[21:22] </w:t>
      </w:r>
      <w:r>
        <w:t>yeh bohat hi important point hai jis ko hamein samajhna chahiye</w:t>
      </w:r>
    </w:p>
    <w:p>
      <w:pPr>
        <w:jc w:val="right"/>
      </w:pPr>
      <w:r>
        <w:t>یہ بہت ہی امپورٹنٹ پوائنٹ ہے جس کو ہمیں سمجھنا چاہیے</w:t>
      </w:r>
    </w:p>
    <w:p>
      <w:r>
        <w:rPr>
          <w:b/>
        </w:rPr>
        <w:t xml:space="preserve">[21:28] </w:t>
      </w:r>
      <w:r>
        <w:t>ke andar ki islaah se aaghaz hota hai islam ka, na ke bahar ki tod phod se. ab mein aap ko yeh arz karunga ke jo islamic learning, jis ko mein keh raha hoon islami uloom,</w:t>
      </w:r>
    </w:p>
    <w:p>
      <w:pPr>
        <w:jc w:val="right"/>
      </w:pPr>
      <w:r>
        <w:t>کہ اندر کی اصلاح سے آغاز ہوتا ہے اسلام کا، نہ کہ باہر کی توڑ پھوڑ سے۔ اب میں آپ کو یہ عرض کروں گا کہ جو اسلامک لرننگ، جس کو میں کہہ رہا ہوں اسلامی علوم،</w:t>
      </w:r>
    </w:p>
    <w:p>
      <w:r>
        <w:rPr>
          <w:b/>
        </w:rPr>
        <w:t xml:space="preserve">[21:42] </w:t>
      </w:r>
      <w:r>
        <w:t>to meri samajh se woh do qism ke hain. do qism ke hain.</w:t>
      </w:r>
    </w:p>
    <w:p>
      <w:pPr>
        <w:jc w:val="right"/>
      </w:pPr>
      <w:r>
        <w:t>تو میری سمجھ سے وہ دو قسم کے ہیں۔ دو قسم کے ہیں۔</w:t>
      </w:r>
    </w:p>
    <w:p>
      <w:r>
        <w:rPr>
          <w:b/>
        </w:rPr>
        <w:t xml:space="preserve">[21:49] </w:t>
      </w:r>
      <w:r>
        <w:t>ek category woh hai jis mein ke, yani technical uloom aate hain,</w:t>
      </w:r>
    </w:p>
    <w:p>
      <w:pPr>
        <w:jc w:val="right"/>
      </w:pPr>
      <w:r>
        <w:t>ایک کیٹیگری وہ ہے جس میں کہ، یعنی ٹیکنیکل علوم آتے ہیں،</w:t>
      </w:r>
    </w:p>
    <w:p>
      <w:r>
        <w:rPr>
          <w:b/>
        </w:rPr>
        <w:t xml:space="preserve">[21:59] </w:t>
      </w:r>
      <w:r>
        <w:t>woh teen hain. meri samajh ke mutabiq, yani pehli category mein teen uloom aate hain, woh hai arabic language, quran ka ko preserve karna book form mein, aur hadith ko tadween karna.</w:t>
      </w:r>
    </w:p>
    <w:p>
      <w:pPr>
        <w:jc w:val="right"/>
      </w:pPr>
      <w:r>
        <w:t>وہ تین ہیں۔ میری سمجھ کے مطابق، یعنی پہلی کیٹیگری میں تین علوم آتے ہیں، وہ ہے عربک لینگویج، قرآن کا کو پریزرو کرنا بک فارم میں، اور حدیث کو مدون کرنا۔</w:t>
      </w:r>
    </w:p>
    <w:p>
      <w:r>
        <w:rPr>
          <w:b/>
        </w:rPr>
        <w:t xml:space="preserve">[22:15] </w:t>
      </w:r>
      <w:r>
        <w:t>hadith ko preserve karna,</w:t>
      </w:r>
    </w:p>
    <w:p>
      <w:pPr>
        <w:jc w:val="right"/>
      </w:pPr>
      <w:r>
        <w:t>حدیث کو پریزرو کرنا،</w:t>
      </w:r>
    </w:p>
    <w:p>
      <w:r>
        <w:rPr>
          <w:b/>
        </w:rPr>
        <w:t xml:space="preserve">[22:17] </w:t>
      </w:r>
      <w:r>
        <w:t>yeh teen pehli category mein aate hain. jahan tak mein ne is se dekhi hai, yeh teeno mein jo kaam hua, woh bohat hi ideal kaam hua aur aakhir tak kaam mukammal ho gaya.</w:t>
      </w:r>
    </w:p>
    <w:p>
      <w:pPr>
        <w:jc w:val="right"/>
      </w:pPr>
      <w:r>
        <w:t>یہ تین پہلی کیٹیگری میں آتے ہیں۔ جہاں تک میں نے اس سے دیکھی ہے، یہ تینوں میں جو کام ہوا، وہ بہت ہی آئیڈیل کام ہوا اور آخر تک کام مکمل ہو گیا۔</w:t>
      </w:r>
    </w:p>
    <w:p>
      <w:r>
        <w:rPr>
          <w:b/>
        </w:rPr>
        <w:t xml:space="preserve">[22:30] </w:t>
      </w:r>
      <w:r>
        <w:t>is zamane ke logon ne itna zabardast kaam kiya is mamle mein ke hamare liye chhora nahi.</w:t>
      </w:r>
    </w:p>
    <w:p>
      <w:pPr>
        <w:jc w:val="right"/>
      </w:pPr>
      <w:r>
        <w:t>اس زمانے کے لوگوں نے اتنا زبردست کام کیا اس معاملے میں کہ ہمارے لیے چھوڑا نہیں۔</w:t>
      </w:r>
    </w:p>
    <w:p>
      <w:r>
        <w:rPr>
          <w:b/>
        </w:rPr>
        <w:t xml:space="preserve">[22:42] </w:t>
      </w:r>
      <w:r>
        <w:t>to doosri category mein to bohat kuch kaam karna baqi hai, jis ko mein aage arz karunga. lekin pehli category jo hai, is mein bohat zabardast kaam hua hai, is ko thoda sa mein arz karunga aap ki khidmat mein.</w:t>
      </w:r>
    </w:p>
    <w:p>
      <w:pPr>
        <w:jc w:val="right"/>
      </w:pPr>
      <w:r>
        <w:t>تو دوسری کیٹیگری میں تو بہت کچھ کام کرنا باقی ہے، جس کو میں آگے عرض کروں گا۔ لیکن پہلی کیٹیگری جو ہے، اس میں بہت زبردست کام ہوا ہے، اس کو تھوڑا سا میں عرض کروں گا آپ کی خدمت میں۔</w:t>
      </w:r>
    </w:p>
    <w:p>
      <w:r>
        <w:rPr>
          <w:b/>
        </w:rPr>
        <w:t xml:space="preserve">[22:56] </w:t>
      </w:r>
      <w:r>
        <w:t>pehli baat arabic language, kyunke dekhiye, quran arabi zaban mein utra to arabic language agar living language na ho to aap samjhenge quran ko kaise.</w:t>
      </w:r>
    </w:p>
    <w:p>
      <w:pPr>
        <w:jc w:val="right"/>
      </w:pPr>
      <w:r>
        <w:t>پہلی بات عربک لینگویج، کیونکہ دیکھیے، قرآن عربی زبان میں اترا تو عربک لینگویج اگر لیونگ لینگویج نہ ہو تو آپ سمجھیں گے قرآن کو کیسے۔</w:t>
      </w:r>
    </w:p>
    <w:p>
      <w:r>
        <w:rPr>
          <w:b/>
        </w:rPr>
        <w:t xml:space="preserve">[23:14] </w:t>
      </w:r>
      <w:r>
        <w:t>quran ko samajhne ke liye, quran ko history mein baqi rakhne ke liye zaruri tha ke arabic language ko madon kiya jae.</w:t>
      </w:r>
    </w:p>
    <w:p>
      <w:pPr>
        <w:jc w:val="right"/>
      </w:pPr>
      <w:r>
        <w:t>قرآن کو سمجھنے کے لیے، قرآن کو ہسٹری میں باقی رکھنے کے لیے ضروری تھا کہ عربک لینگویج کو مدون کیا جائے۔</w:t>
      </w:r>
    </w:p>
    <w:p>
      <w:r>
        <w:rPr>
          <w:b/>
        </w:rPr>
        <w:t xml:space="preserve">[23:25] </w:t>
      </w:r>
      <w:r>
        <w:t>chunanche is zamane mein log hero ban gae arabic language ko madon karne ke liye. is zamane mein arabic kya thi? ek ek qism ka dialect tha. dialect yani bol chaal ki zaban.</w:t>
      </w:r>
    </w:p>
    <w:p>
      <w:pPr>
        <w:jc w:val="right"/>
      </w:pPr>
      <w:r>
        <w:t>چنانچہ اس زمانے میں لوگ ہیرو بن گئے عربک لینگویج کو مدون کرنے کے لیے۔ اس زمانے میں عربک کیا تھی؟ ایک ایک قسم کا ڈائلیکٹ تھا۔ ڈائلیکٹ یعنی بول چال کی زبان۔</w:t>
      </w:r>
    </w:p>
    <w:p>
      <w:r>
        <w:rPr>
          <w:b/>
        </w:rPr>
        <w:t xml:space="preserve">[23:37] </w:t>
      </w:r>
      <w:r>
        <w:t>aaj kal ke jo maroof mani mein literary zaban nahi bani thi, abhi woh abhi woh ek qism ki bol chaal ki zaban thi.</w:t>
      </w:r>
    </w:p>
    <w:p>
      <w:pPr>
        <w:jc w:val="right"/>
      </w:pPr>
      <w:r>
        <w:t>آج کل کے جو معروف معنی میں لٹری زبان نہیں بنی تھی، ابھی وہ ابھی وہ ایک قسم کی بول چال کی زبان تھی۔</w:t>
      </w:r>
    </w:p>
    <w:p>
      <w:r>
        <w:rPr>
          <w:b/>
        </w:rPr>
        <w:t xml:space="preserve">[23:45] </w:t>
      </w:r>
      <w:r>
        <w:t>agarche bohat developed zaban thi, lekin phir bhi thi toh woh bol chaal ki zaban. kuch shayari wari karte the log. toh is zaban ko logon ne itna zabardast tarike par madon karne mein mehnat ki ke ek ek mukammal zaban ban gai.</w:t>
      </w:r>
    </w:p>
    <w:p>
      <w:pPr>
        <w:jc w:val="right"/>
      </w:pPr>
      <w:r>
        <w:t>اگرچہ بہت ڈیولپڈ زبان تھی، لیکن پھر بھی تھی تو وہ بول چال کی زبان۔ کچھ شاعری واری کرتے تھے لوگ۔ تو اس زبان کو لوگوں نے اتنا زبردست طریقے پر مدون کرنے میں محنت کی کہ ایک ایک مکمل زبان بن گئی۔</w:t>
      </w:r>
    </w:p>
    <w:p>
      <w:r>
        <w:rPr>
          <w:b/>
        </w:rPr>
        <w:t xml:space="preserve">[24:00] </w:t>
      </w:r>
      <w:r>
        <w:t>woh mislan, misal ke taur par, sab se pehla kaam yeh tha ke iska lughat tayyar karna. dictionary</w:t>
      </w:r>
    </w:p>
    <w:p>
      <w:pPr>
        <w:jc w:val="right"/>
      </w:pPr>
      <w:r>
        <w:t>وہ مثلاً، مثال کے طور پر، سب سے پہلا کام یہ تھا کہ اس کا لغت تیار کرنا۔ ڈکشنری</w:t>
      </w:r>
    </w:p>
    <w:p>
      <w:r>
        <w:rPr>
          <w:b/>
        </w:rPr>
        <w:t xml:space="preserve">[24:08] </w:t>
      </w:r>
      <w:r>
        <w:t>, yani ke arabic language jo thi, is zamane mein iski koi dictionary nahi thi, koi bhi nahi. ab bohat sari dictionaries hain aur purani dictionary mein se bohat hi complete mani aati hai.</w:t>
      </w:r>
    </w:p>
    <w:p>
      <w:pPr>
        <w:jc w:val="right"/>
      </w:pPr>
      <w:r>
        <w:t>، یعنی کہ عربک لینگویج جو تھی، اس زمانے میں اس کی کوئی ڈکشنری نہیں تھی، کوئی بھی نہیں۔ اب بہت ساری ڈکشنریز ہیں اور پرانی ڈکشنری میں سے بہت ہی کمپلیٹ معنی آتی ہے۔</w:t>
      </w:r>
    </w:p>
    <w:p>
      <w:r>
        <w:rPr>
          <w:b/>
        </w:rPr>
        <w:t xml:space="preserve">[24:21] </w:t>
      </w:r>
      <w:r>
        <w:t>lisan ul arab, jo 15 volume mein hai, woh 15 jildon mein mere pas yahan office mein maujood hai. yeh kaise bani</w:t>
      </w:r>
    </w:p>
    <w:p>
      <w:pPr>
        <w:jc w:val="right"/>
      </w:pPr>
      <w:r>
        <w:t>لسان العرب، جو 15 والیوم میں ہے، وہ 15 جلدوں میں میرے پاس یہاں آفس میں موجود ہے۔ یہ کیسے بنی</w:t>
      </w:r>
    </w:p>
    <w:p>
      <w:r>
        <w:rPr>
          <w:b/>
        </w:rPr>
        <w:t xml:space="preserve">[24:31] </w:t>
      </w:r>
      <w:r>
        <w:t>ke jis zaban ki abhi tak koi dictionary nahi thi, woh kaise itni zabardast dictionary ki shakal mein dhali gai?</w:t>
      </w:r>
    </w:p>
    <w:p>
      <w:pPr>
        <w:jc w:val="right"/>
      </w:pPr>
      <w:r>
        <w:t>کہ جس زبان کی ابھی تک کوئی ڈکشنری نہیں تھی، وہ کیسے اتنی زبردست ڈکشنری کی شکل میں ڈھالی گئی؟</w:t>
      </w:r>
    </w:p>
    <w:p>
      <w:r>
        <w:rPr>
          <w:b/>
        </w:rPr>
        <w:t xml:space="preserve">[24:40] </w:t>
      </w:r>
      <w:r>
        <w:t>toh is mein bohat bade bade mahir ne kaam kiya. misal ke taur par, ek the, unka naam tha ismail.</w:t>
      </w:r>
    </w:p>
    <w:p>
      <w:pPr>
        <w:jc w:val="right"/>
      </w:pPr>
      <w:r>
        <w:t>تو اس میں بہت بڑے بڑے ماہر نے کام کیا۔ مثال کے طور پر، ایک تھے، ان کا نام تھا اسماعیل۔</w:t>
      </w:r>
    </w:p>
    <w:p>
      <w:r>
        <w:rPr>
          <w:b/>
        </w:rPr>
        <w:t xml:space="preserve">[24:51] </w:t>
      </w:r>
      <w:r>
        <w:t>woh arabic language ke expert the aur lughat, yani dictionary ko banane mein jin logon ne kaam kiya, is mein se ek ismail, ismail the.</w:t>
      </w:r>
    </w:p>
    <w:p>
      <w:pPr>
        <w:jc w:val="right"/>
      </w:pPr>
      <w:r>
        <w:t>وہ عربک لینگویج کے ایکسپرٹ تھے اور لغت، یعنی ڈکشنری کو بنانے میں جن لوگوں نے کام کیا، اس میں سے ایک اسماعیل، اسماعیل تھے۔</w:t>
      </w:r>
    </w:p>
    <w:p>
      <w:r>
        <w:rPr>
          <w:b/>
        </w:rPr>
        <w:t xml:space="preserve">[25:01] </w:t>
      </w:r>
      <w:r>
        <w:t>toh kaise kaise kaam kiya, main aap ko ek qissa sunata hoon.</w:t>
      </w:r>
    </w:p>
    <w:p>
      <w:pPr>
        <w:jc w:val="right"/>
      </w:pPr>
      <w:r>
        <w:t>تو کیسے کیسے کام کیا، میں آپ کو ایک قصہ سناتا ہوں۔</w:t>
      </w:r>
    </w:p>
    <w:p>
      <w:r>
        <w:rPr>
          <w:b/>
        </w:rPr>
        <w:t xml:space="preserve">[25:08] </w:t>
      </w:r>
      <w:r>
        <w:t>arabic, yani quran ke jo jitne bhi shabd aae hain, jitne bhi words aae hain quran mein, unke mani ko mutayyan karna tha ke kis kis mani mein arab log bolte hain.</w:t>
      </w:r>
    </w:p>
    <w:p>
      <w:pPr>
        <w:jc w:val="right"/>
      </w:pPr>
      <w:r>
        <w:t>عربک، یعنی قرآن کے جو جتنے بھی शब्द آئے ہیں، جتنے بھی ورڈز آئے ہیں قرآن میں، ان کے معنی کو متعین کرنا تھا کہ کس کس معنی میں عرب لوگ بولتے ہیں۔</w:t>
      </w:r>
    </w:p>
    <w:p>
      <w:r>
        <w:rPr>
          <w:b/>
        </w:rPr>
        <w:t xml:space="preserve">[25:20] </w:t>
      </w:r>
      <w:r>
        <w:t>isko toh misal ke taur par quran mein ek ayat hai فَدَمْدَمَ عَلَيْهِمْ رَبُّهُمْ بِدَمْبَهِمْ فَسَوَّى</w:t>
      </w:r>
    </w:p>
    <w:p>
      <w:pPr>
        <w:jc w:val="right"/>
      </w:pPr>
      <w:r>
        <w:t>اس کو تو مثال کے طور پر قرآن میں ایک آیت ہے فَدَمْدَمَ عَلَيْهِمْ رَبُّهُمْ بِدَمْبَهِمْ فَسَوَّى</w:t>
      </w:r>
    </w:p>
    <w:p>
      <w:r>
        <w:rPr>
          <w:b/>
        </w:rPr>
        <w:t xml:space="preserve">[25:30] </w:t>
      </w:r>
      <w:r>
        <w:t>yeh damdama ka word aaya hai. damdama, dal meem, dal meem, damdama. ab inko yeh tha ke damdama ke mani kya hain?</w:t>
      </w:r>
    </w:p>
    <w:p>
      <w:pPr>
        <w:jc w:val="right"/>
      </w:pPr>
      <w:r>
        <w:t>یہ دمدمہ کا ورڈ آیا ہے۔ دمدمہ، دال میم، دال میم، دمدمہ۔ اب ان کو یہ تھا کہ دمدمہ کے معنی کیا ہیں؟</w:t>
      </w:r>
    </w:p>
    <w:p>
      <w:r>
        <w:rPr>
          <w:b/>
        </w:rPr>
        <w:t xml:space="preserve">[25:41] </w:t>
      </w:r>
      <w:r>
        <w:t>ismail jo hai, damdama ke mani jante the woh, lekin arabi ka jo asal source tha, woh woh the jin ko kaha jata hai ke arab badiya, yani woh woh log jo sainkdo sal se chale aa rahe the aur jo desert mein rehte the, woh desert mein</w:t>
      </w:r>
    </w:p>
    <w:p>
      <w:pPr>
        <w:jc w:val="right"/>
      </w:pPr>
      <w:r>
        <w:t>اسماعیل جو ہے، دمدمہ کے معنی جانتے تھے وہ، لیکن عربی کا جو اصل سورس تھا، وہ وہ تھے جن کو کہا جاتا ہے کہ عرب بادیہ، یعنی وہ وہ لوگ جو سینکڑوں سال سے چلے آ رہے تھے اور جو ڈیزرٹ میں رہتے تھے، وہ ڈیزرٹ میں</w:t>
      </w:r>
    </w:p>
    <w:p>
      <w:r>
        <w:rPr>
          <w:b/>
        </w:rPr>
        <w:t xml:space="preserve">[25:58] </w:t>
      </w:r>
      <w:r>
        <w:t>civilization se unka koi talluq nahi tha, cities se unka koi talluq nahi tha. toh arabic language apni preserve form mein unhein maujood thi.</w:t>
      </w:r>
    </w:p>
    <w:p>
      <w:pPr>
        <w:jc w:val="right"/>
      </w:pPr>
      <w:r>
        <w:t>سولائزیشن سے ان کا کوئی تعلق نہیں تھا، سٹیز سے ان کا کوئی تعلق نہیں تھا۔ تو عربک لینگویج اپنی پریزرو فارم میں انہیں موجود تھی۔</w:t>
      </w:r>
    </w:p>
    <w:p>
      <w:r>
        <w:rPr>
          <w:b/>
        </w:rPr>
        <w:t xml:space="preserve">[26:10] </w:t>
      </w:r>
      <w:r>
        <w:t>un un arabon mein jo tribes the, jin ko kehte hain nomad tribes, idhar ghoomte rehte the, woh idhar udhar desert mein. inhi logon mein arabic language apni pure form mein maujood thi.</w:t>
      </w:r>
    </w:p>
    <w:p>
      <w:pPr>
        <w:jc w:val="right"/>
      </w:pPr>
      <w:r>
        <w:t>ان ان عربوں میں جو ٹرائبس تھے، جن کو کہتے ہیں نومڈ ٹرائبس، ادھر گھومتے رہتے تھے، وہ ادھر ادھر ڈیزرٹ میں۔ انہی لوگوں میں عربک لینگویج اپنی پیور فارم میں موجود تھی۔</w:t>
      </w:r>
    </w:p>
    <w:p>
      <w:r>
        <w:rPr>
          <w:b/>
        </w:rPr>
        <w:t xml:space="preserve">[26:23] </w:t>
      </w:r>
      <w:r>
        <w:t>pure form</w:t>
      </w:r>
    </w:p>
    <w:p>
      <w:pPr>
        <w:jc w:val="right"/>
      </w:pPr>
      <w:r>
        <w:t>پیور فارم</w:t>
      </w:r>
    </w:p>
    <w:p>
      <w:r>
        <w:rPr>
          <w:b/>
        </w:rPr>
        <w:t xml:space="preserve">[26:25] </w:t>
      </w:r>
      <w:r>
        <w:t>cities mein toh aap jante hain ke log aate jate hain toh naye naye words aate hain, naye naye expressions aate hain, badalte rehte hain. zaban, zaban apni purity kho deti hai shaharron mein, lekin jahan ke interaction nahi hota,</w:t>
      </w:r>
    </w:p>
    <w:p>
      <w:pPr>
        <w:jc w:val="right"/>
      </w:pPr>
      <w:r>
        <w:t>سٹیز میں تو آپ جانتے ہیں کہ لوگ آتے جاتے ہیں تو نئے نئے ورڈز آتے ہیں، نئے نئے ایکسپریشنز آتے ہیں، بدلتے رہتے ہیں۔ زبان، زبان اپنی پیورٹی کھو دیتی ہے شہروں میں، لیکن جہاں کے انٹریکشن نہیں ہوتا،</w:t>
      </w:r>
    </w:p>
    <w:p>
      <w:r>
        <w:rPr>
          <w:b/>
        </w:rPr>
        <w:t xml:space="preserve">[26:41] </w:t>
      </w:r>
      <w:r>
        <w:t>jahan aana aur jana nahi hota, toh woh tribes the jo nomad tribes, woh apna alag zindagi guzarte the bilkul desert mein.</w:t>
      </w:r>
    </w:p>
    <w:p>
      <w:pPr>
        <w:jc w:val="right"/>
      </w:pPr>
      <w:r>
        <w:t>جہاں آنا اور جانا نہیں ہوتا، تو وہ ٹرائبس تھے جو نومڈ ٹرائبس، وہ اپنا الگ زندگی گزارتے تھے بالکل ڈیزرٹ میں۔</w:t>
      </w:r>
    </w:p>
    <w:p>
      <w:r>
        <w:rPr>
          <w:b/>
        </w:rPr>
        <w:t xml:space="preserve">[26:51] </w:t>
      </w:r>
      <w:r>
        <w:t>un mein arabic language apni pure form mein maujood thi. toh in logon ne kya kiya ke ja ja kar ke un se milte the, un se samajhne ki koshish karte the ke yeh word kahan use karte hain yeh log.</w:t>
      </w:r>
    </w:p>
    <w:p>
      <w:pPr>
        <w:jc w:val="right"/>
      </w:pPr>
      <w:r>
        <w:t>ان میں عربک لینگویج اپنی پیور فارم میں موجود تھی۔ تو ان لوگوں نے کیا کیا کہ جا جا کر کے ان سے ملتے تھے، ان سے سمجھنے کی کوشش کرتے تھے کہ یہ ورڈ کہاں یوز کرتے ہیں یہ لوگ۔</w:t>
      </w:r>
    </w:p>
    <w:p>
      <w:r>
        <w:rPr>
          <w:b/>
        </w:rPr>
        <w:t xml:space="preserve">[27:07] </w:t>
      </w:r>
      <w:r>
        <w:t>toh ek qissa yeh hai ke ismail ko ek khayal hua ke yeh log jo hain, yeh arab damdama ka word kahan use karte hain, yani ek specific meaning kya hai.</w:t>
      </w:r>
    </w:p>
    <w:p>
      <w:pPr>
        <w:jc w:val="right"/>
      </w:pPr>
      <w:r>
        <w:t>تو ایک قصہ یہ ہے کہ اسماعیل کو ایک خیال ہوا کہ یہ لوگ جو ہیں، یہ عرب دمدمہ کا ورڈ کہاں یوز کرتے ہیں، یعنی ایک سیکٹ میننگ کیا ہے۔</w:t>
      </w:r>
    </w:p>
    <w:p>
      <w:r>
        <w:rPr>
          <w:b/>
        </w:rPr>
        <w:t xml:space="preserve">[27:22] </w:t>
      </w:r>
      <w:r>
        <w:t>toh woh gaye ek ek ek aise ek tribe ke pas jo ek mard tha, ek عورت thi, ek adha bacha tha, itna hi chota tha, woh qabila tha, woh us ke sath gae.</w:t>
      </w:r>
    </w:p>
    <w:p>
      <w:pPr>
        <w:jc w:val="right"/>
      </w:pPr>
      <w:r>
        <w:t>تو وہ گئے ایک ایک ایک ایسے ایک ٹرائب کے پاس جو ایک مرد تھا، ایک عورت تھی، ایک ادھ بچہ تھا، اتنا ہی چھوٹا تھا، وہ قبیلہ تھا، وہ اس کے ساتھ گئے۔</w:t>
      </w:r>
    </w:p>
    <w:p>
      <w:r>
        <w:rPr>
          <w:b/>
        </w:rPr>
        <w:t xml:space="preserve">[27:37] </w:t>
      </w:r>
      <w:r>
        <w:t>toh dekhiye, kitna unka taste tha. yeh yeh aisa nahi kiya unhone ke ja kar puchte hain ke bhai dekho damdama ke meaning kya hoti hai, damdama ka word tum kahan use karte ho, aisa nahi kiya unhone.</w:t>
      </w:r>
    </w:p>
    <w:p>
      <w:pPr>
        <w:jc w:val="right"/>
      </w:pPr>
      <w:r>
        <w:t>تو دیکھیے، کتنا ان کا ٹیسٹ تھا۔ یہ یہ ایسا نہیں کیا انہوں نے کہ جا کر پوچھتے ہیں کہ بھئی دیکھو دمدمہ کے میننگ کیا ہوتی ہے، دمدمہ کا ورڈ تم کہاں یوز کرتے ہو، ایسا نہیں کیا انہوں نے۔</w:t>
      </w:r>
    </w:p>
    <w:p>
      <w:r>
        <w:rPr>
          <w:b/>
        </w:rPr>
        <w:t xml:space="preserve">[27:53] </w:t>
      </w:r>
      <w:r>
        <w:t>unhone yeh chaha ke koi aisi situation create ho jab ke apna aap spontaneously woh keh pade ke damdama. yani jo dekhein kitna zabardast tarike se unhone ahتمام kiya arabic language ko ke purity ko baqi rakhne ka aur arabic dictionary ko banane ka.</w:t>
      </w:r>
    </w:p>
    <w:p>
      <w:pPr>
        <w:jc w:val="right"/>
      </w:pPr>
      <w:r>
        <w:t>انہوں نے یہ چاہا کہ کوئی ایسی سچوئیشن کریٹ ہو جب کہ اپنا آپ اسپانٹینیسلی وہ کہہ پڑے کہ دمدمہ۔ یعنی جو دیکھیں کتنا زبردست طریقے سے انہوں نے اہتمام کیا عربک لینگویج کو کی پیورٹی کو باقی رکھنے کا اور عربک ڈکشنری کو بنانے کا۔</w:t>
      </w:r>
    </w:p>
    <w:p>
      <w:r>
        <w:rPr>
          <w:b/>
        </w:rPr>
        <w:t xml:space="preserve">[28:12] </w:t>
      </w:r>
      <w:r>
        <w:t>woh aadmi chhay mahinay tak ghoomta raha is is family ke sath.</w:t>
      </w:r>
    </w:p>
    <w:p>
      <w:pPr>
        <w:jc w:val="right"/>
      </w:pPr>
      <w:r>
        <w:t>وہ آدمی چھ مہینے تک گھومتا رہا اس اس فیملی کے ساتھ۔</w:t>
      </w:r>
    </w:p>
    <w:p>
      <w:r>
        <w:rPr>
          <w:b/>
        </w:rPr>
        <w:t xml:space="preserve">[28:19] </w:t>
      </w:r>
      <w:r>
        <w:t>woh jo family thi jis se jura tha, woh ke kyun chhay mahinay lagay ke kabhi yeh spontaneously keh paray yeh damdama ka word bolay.</w:t>
      </w:r>
    </w:p>
    <w:p>
      <w:pPr>
        <w:jc w:val="right"/>
      </w:pPr>
      <w:r>
        <w:t>وہ جو فیملی تھی جس سے جڑا تھا، وہ کہ کیوں چھ مہینے لگے کہ کبھی یہ اسپانٹینیسلی کہہ پڑے یہ دمدمہ کا ورڈ بولے۔</w:t>
      </w:r>
    </w:p>
    <w:p>
      <w:r>
        <w:rPr>
          <w:b/>
        </w:rPr>
        <w:t xml:space="preserve">[28:29] </w:t>
      </w:r>
      <w:r>
        <w:t>toh main samjhun ke is situation ko lay kar ke main samajh sakun ke damdama ka word arab log kis mauqay ke liye use kartay hain.</w:t>
      </w:r>
    </w:p>
    <w:p>
      <w:pPr>
        <w:jc w:val="right"/>
      </w:pPr>
      <w:r>
        <w:t>تو میں سمجھوں کہ اس سچوئیشن کو لے کر کے میں سمجھ سکوں کہ دمدمہ کا ورڈ عرب لوگ کس موقع کے لیے یوز کرتے ہیں۔</w:t>
      </w:r>
    </w:p>
    <w:p>
      <w:r>
        <w:rPr>
          <w:b/>
        </w:rPr>
        <w:t xml:space="preserve">[28:38] </w:t>
      </w:r>
      <w:r>
        <w:t>toh chhay mahinay jab beet gayay toh aisa hua ke aik din un ka jo tent tha, khayma kahin laga hua tha toh us ko yani khana paka rahay thay.</w:t>
      </w:r>
    </w:p>
    <w:p>
      <w:pPr>
        <w:jc w:val="right"/>
      </w:pPr>
      <w:r>
        <w:t>تو چھ مہینے جب بیت گئے تو ایسا ہوا کہ ایک دن ان کا جو ٹینٹ تھا، خیمہ کہیں لگا ہوا تھا تو اس کو یعنی کھانا پکا رہے تھے۔</w:t>
      </w:r>
    </w:p>
    <w:p>
      <w:r>
        <w:rPr>
          <w:b/>
        </w:rPr>
        <w:t xml:space="preserve">[28:54] </w:t>
      </w:r>
      <w:r>
        <w:t>woh khana kya matlab, kuch aisi mamooli qism ki cheez pakatay thay woh log</w:t>
      </w:r>
    </w:p>
    <w:p>
      <w:pPr>
        <w:jc w:val="right"/>
      </w:pPr>
      <w:r>
        <w:t>وہ کھانا کیا مطلب، کچھ ایسی معمولی قسم کی چیز پکاتے تھے وہ لوگ</w:t>
      </w:r>
    </w:p>
    <w:p>
      <w:r>
        <w:rPr>
          <w:b/>
        </w:rPr>
        <w:t xml:space="preserve">[28:58] </w:t>
      </w:r>
      <w:r>
        <w:t>۔ toh woh jis ko hum haandi kehtay hain, toh aag par woh haandi charhi hui thi. aur aap jantay hain ke jab garam itni temperature aa jata hai ke yani 100 degree tak puhanch jata hai toh woh ubal parti hai.</w:t>
      </w:r>
    </w:p>
    <w:p>
      <w:pPr>
        <w:jc w:val="right"/>
      </w:pPr>
      <w:r>
        <w:t>۔ تو وہ جس کو ہم ہاڈی کہتے ہیں، تو اگ پر وہ ہاڈی چڑھی ہوئی تھی۔ اور آپ جانتے ہیں کہ جب گرم اتنی ٹمپریچر آ جاتا ہے کہ یعنی 100 ڈگری تک پہنچ جاتا ہے تو وہ ابل پڑتی ہے۔</w:t>
      </w:r>
    </w:p>
    <w:p>
      <w:r>
        <w:rPr>
          <w:b/>
        </w:rPr>
        <w:t xml:space="preserve">[29:12] </w:t>
      </w:r>
      <w:r>
        <w:t>haandi ubal parti hai. toh aisa hua ke us ki biwi bahar kuch kaam kar rahi thi tent ke bahar aur woh tent ke andar woh haandi ke paas tha, us ka mard, us ka husband.</w:t>
      </w:r>
    </w:p>
    <w:p>
      <w:pPr>
        <w:jc w:val="right"/>
      </w:pPr>
      <w:r>
        <w:t>ہاڈی ابل پڑتی ہے۔ تو ایسا ہوا کہ اس کی بیوی باہر کچھ کام کر رہی تھی ٹینٹ کے باہر اور وہ ٹینٹ کے اندر وہ ہاڈی کے پاس تھا، اس کا مرد، اس کا ہسبینڈ۔</w:t>
      </w:r>
    </w:p>
    <w:p>
      <w:r>
        <w:rPr>
          <w:b/>
        </w:rPr>
        <w:t xml:space="preserve">[29:24] </w:t>
      </w:r>
      <w:r>
        <w:t>toh</w:t>
      </w:r>
    </w:p>
    <w:p>
      <w:pPr>
        <w:jc w:val="right"/>
      </w:pPr>
      <w:r>
        <w:t>تو</w:t>
      </w:r>
    </w:p>
    <w:p>
      <w:r>
        <w:rPr>
          <w:b/>
        </w:rPr>
        <w:t xml:space="preserve">[29:25] </w:t>
      </w:r>
      <w:r>
        <w:t>jab haandi ubaltay, woh garam hotay hotay ubal para us ka dhakkan toh woh kehta hai ke damdamat, yani apni wife ko batany ke liye ke haandi ubal gayi.</w:t>
      </w:r>
    </w:p>
    <w:p>
      <w:pPr>
        <w:jc w:val="right"/>
      </w:pPr>
      <w:r>
        <w:t>جب ہاڈی ابلتے، وہ گرم ہوتے ہوتے ابل پڑا اس کا ڈھکن تو وہ کہتا ہے کہ دمدمت، یعنی اپنی وائف کو بتانے کے لیے کہ ہاڈی ابل گئی۔</w:t>
      </w:r>
    </w:p>
    <w:p>
      <w:r>
        <w:rPr>
          <w:b/>
        </w:rPr>
        <w:t xml:space="preserve">[29:38] </w:t>
      </w:r>
      <w:r>
        <w:t>us ne kaha damdamat. toh jab suna ismail ne yeh toh kya hua jantay hain, us ka apna khana bhi pak raha tha isi mein.</w:t>
      </w:r>
    </w:p>
    <w:p>
      <w:pPr>
        <w:jc w:val="right"/>
      </w:pPr>
      <w:r>
        <w:t>اس نے کہا دمدمت۔ تو جب سنا اسماعیل نے یہ تو کیا ہوا جانتے ہیں، اس کا اپنا کھانا بھی پک رہا تھا اسی میں۔</w:t>
      </w:r>
    </w:p>
    <w:p>
      <w:r>
        <w:rPr>
          <w:b/>
        </w:rPr>
        <w:t xml:space="preserve">[29:51] </w:t>
      </w:r>
      <w:r>
        <w:t>us ko isi mein se khana bhi tha us ko lekin bhook, woh woh bhook us ko bhool gayi. woh jo haandi pak rahi thi, us mein us ka bhi khana maujood tha.</w:t>
      </w:r>
    </w:p>
    <w:p>
      <w:pPr>
        <w:jc w:val="right"/>
      </w:pPr>
      <w:r>
        <w:t>اس کو اسی میں سے کھانا بھی تھا اس کو لیکن بھوک، وہ وہ بھوک اس کو بھول گئی۔ وہ جو ہاڈی پک رہی تھی، اس میں اس کا بھی کھانا موجود تھا۔</w:t>
      </w:r>
    </w:p>
    <w:p>
      <w:r>
        <w:rPr>
          <w:b/>
        </w:rPr>
        <w:t xml:space="preserve">[30:05] </w:t>
      </w:r>
      <w:r>
        <w:t>us woh tent se nikal kar bhaga. wallah wajadt wallah wajadt</w:t>
      </w:r>
    </w:p>
    <w:p>
      <w:pPr>
        <w:jc w:val="right"/>
      </w:pPr>
      <w:r>
        <w:t>اس وہ ٹینٹ سے نکل کر بھاگا۔ واللہ وجدت واللہ وجدت</w:t>
      </w:r>
    </w:p>
    <w:p>
      <w:r>
        <w:rPr>
          <w:b/>
        </w:rPr>
        <w:t xml:space="preserve">[30:14] </w:t>
      </w:r>
      <w:r>
        <w:t>khuda ke qasam, main ne pa liya, khuda ke qasam, main ne pa liya.</w:t>
      </w:r>
    </w:p>
    <w:p>
      <w:pPr>
        <w:jc w:val="right"/>
      </w:pPr>
      <w:r>
        <w:t>خدا کے قسم، میں نے پا لیا، خدا کے قسم، میں نے پا لیا۔</w:t>
      </w:r>
    </w:p>
    <w:p>
      <w:r>
        <w:rPr>
          <w:b/>
        </w:rPr>
        <w:t xml:space="preserve">[30:20] </w:t>
      </w:r>
      <w:r>
        <w:t>yani is badu ne, us ko badu kaha kartay thay, aisay logon ko. is badu ne kaha ke bhai, abhi toh khana kha lo. woh jawab bhi nahi diya us ne.</w:t>
      </w:r>
    </w:p>
    <w:p>
      <w:pPr>
        <w:jc w:val="right"/>
      </w:pPr>
      <w:r>
        <w:t>یعنی اس بدو نے، اس کو بدو کہا کرتے تھے، ایسے لوگوں کو۔ اس بدو نے کہا کہ بھائی، ابھی تو کھانا کھا لو۔ وہ جواب بھی نہیں دیا اس نے۔</w:t>
      </w:r>
    </w:p>
    <w:p>
      <w:r>
        <w:rPr>
          <w:b/>
        </w:rPr>
        <w:t xml:space="preserve">[30:30] </w:t>
      </w:r>
      <w:r>
        <w:t>yeh kehta hua bhaga. wallah wajadt wallah wajadt khuda ke qasam, main ne pa liya. yani main ja main janna chahta tha ke kon si situation hai jab ke spontaneously aik arab bolay ga damdama.</w:t>
      </w:r>
    </w:p>
    <w:p>
      <w:pPr>
        <w:jc w:val="right"/>
      </w:pPr>
      <w:r>
        <w:t>یہ کہتا ہوا بھاگا۔ واللہ وجدت واللہ وجدت خدا کے قسم، میں نے پا لیا۔ یعنی میں جا میں جاننا چاہتا تھا کہ کون سی سچوئیشن ہے جب کہ اسپانٹینیسلی ایک عرب بولے گا دمدمہ۔</w:t>
      </w:r>
    </w:p>
    <w:p>
      <w:r>
        <w:rPr>
          <w:b/>
        </w:rPr>
        <w:t xml:space="preserve">[30:44] </w:t>
      </w:r>
      <w:r>
        <w:t>woh main ne jaan liya, woh mil gaya mujhe. bas ho gaya mera kaam, nikal ke bhaga.</w:t>
      </w:r>
    </w:p>
    <w:p>
      <w:pPr>
        <w:jc w:val="right"/>
      </w:pPr>
      <w:r>
        <w:t>وہ میں نے جان لیا، وہ مل گیا مجھے۔ بس ہو گیا میرا کام، نکل کے بھاگا۔</w:t>
      </w:r>
    </w:p>
    <w:p>
      <w:r>
        <w:rPr>
          <w:b/>
        </w:rPr>
        <w:t xml:space="preserve">[30:49] </w:t>
      </w:r>
      <w:r>
        <w:t>is tarah se logon ne arabic language ko banaya hai, us ki dictionary banai hai, us ki grammar banai, us ke saray qawaid murattab kiye.</w:t>
      </w:r>
    </w:p>
    <w:p>
      <w:pPr>
        <w:jc w:val="right"/>
      </w:pPr>
      <w:r>
        <w:t>اس طریقے سے لوگوں نے عربک لینگویج کو بنایا ہے، اس کی ڈکشنری بنائی ہے، اس کی گرامر بنائی، اس کے سارے قواعد مرتب کیے۔</w:t>
      </w:r>
    </w:p>
    <w:p>
      <w:r>
        <w:rPr>
          <w:b/>
        </w:rPr>
        <w:t xml:space="preserve">[31:01] </w:t>
      </w:r>
      <w:r>
        <w:t>aur aaj hum bohat sari dictionaries hamaray paas hain jin mein se aik Lisan al-Arab hai jo 15 jildon mein hai. toh arabic language ko aik aik aik literary language bananay ke liye</w:t>
      </w:r>
    </w:p>
    <w:p>
      <w:pPr>
        <w:jc w:val="right"/>
      </w:pPr>
      <w:r>
        <w:t>اور آج ہم بہت ساری ڈکشنریز ہمارے پاس ہیں جن میں سے ایک لسان العرب ہے جو 15 جلدوں میں ہے۔ تو عربک لینگویج کو ایک ایک ایک لٹری لینگویج بنانے کے لیے</w:t>
      </w:r>
    </w:p>
    <w:p>
      <w:r>
        <w:rPr>
          <w:b/>
        </w:rPr>
        <w:t xml:space="preserve">[31:20] </w:t>
      </w:r>
      <w:r>
        <w:t>kitna bara kaam kiya unhon ne. yahi wajah hai ke arabic language aaj isi halat mein, aaj bhi woh zinda hai. arabic language exceptionally aik living language hai.</w:t>
      </w:r>
    </w:p>
    <w:p>
      <w:pPr>
        <w:jc w:val="right"/>
      </w:pPr>
      <w:r>
        <w:t>کتنا بڑا کام کیا انہوں نے۔ یہی وجہ ہے کہ عربک لینگویج آج اسی حالت میں، آج بھی وہ زندہ ہے۔ عربک لینگویج ایکسیپشنلی ایک لیونگ لینگویج ہے۔</w:t>
      </w:r>
    </w:p>
    <w:p>
      <w:r>
        <w:rPr>
          <w:b/>
        </w:rPr>
        <w:t xml:space="preserve">[31:33] </w:t>
      </w:r>
      <w:r>
        <w:t>koi bhi language pandrah sau saal se aisi nahi hai jo pandrah sau saal ke baad bhi woh aik living language ke taur par maujood ho. yeh aik rare exception hai arabic language ka,</w:t>
      </w:r>
    </w:p>
    <w:p>
      <w:pPr>
        <w:jc w:val="right"/>
      </w:pPr>
      <w:r>
        <w:t>کوئی بھی لینگویج پندرہ سو سال سے ایسی نہیں ہے جو پندرہ سو سال کے بعد بھی وہ ایک لیونگ لینگویج کے طور پر موجود ہو۔ یہ ایک ریئر ایکسیپشن ہے عربک لینگویج کا،</w:t>
      </w:r>
    </w:p>
    <w:p>
      <w:r>
        <w:rPr>
          <w:b/>
        </w:rPr>
        <w:t xml:space="preserve">[31:46] </w:t>
      </w:r>
      <w:r>
        <w:t>warna Quran jo hai, ki zuban aaj koi samajh nahi sakta. toh is tarah unhon ne arabic language ko banaya.</w:t>
      </w:r>
    </w:p>
    <w:p>
      <w:pPr>
        <w:jc w:val="right"/>
      </w:pPr>
      <w:r>
        <w:t>ورنہ قرآن جو ہے، کی زبان آج کوئی سمجھ نہیں سکتا۔ تو اس طرح انہوں نے عربک لینگویج کو بنایا۔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