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Christianity And Muslims April 28, 2014</w:t>
      </w:r>
    </w:p>
    <w:p>
      <w:r>
        <w:t>https://youtu.be/_lMP3Yj5GEI</w:t>
      </w:r>
    </w:p>
    <w:p>
      <w:r>
        <w:rPr>
          <w:b/>
        </w:rPr>
        <w:t xml:space="preserve">[00:14] </w:t>
      </w:r>
      <w:r>
        <w:t>bismillah hir rahman nir rahim.</w:t>
      </w:r>
    </w:p>
    <w:p>
      <w:pPr>
        <w:jc w:val="right"/>
      </w:pPr>
      <w:r>
        <w:t>بسم اللہ الرحمن الرحیم۔</w:t>
      </w:r>
    </w:p>
    <w:p>
      <w:r>
        <w:rPr>
          <w:b/>
        </w:rPr>
        <w:t xml:space="preserve">[00:21] </w:t>
      </w:r>
      <w:r>
        <w:t>28 April 2014.</w:t>
      </w:r>
    </w:p>
    <w:p>
      <w:pPr>
        <w:jc w:val="right"/>
      </w:pPr>
      <w:r>
        <w:t>28 اپریل 2014۔</w:t>
      </w:r>
    </w:p>
    <w:p>
      <w:r>
        <w:rPr>
          <w:b/>
        </w:rPr>
        <w:t xml:space="preserve">[00:29] </w:t>
      </w:r>
      <w:r>
        <w:t>is waqt main Masih aur ummat Masih ke baray mein kuch baat arz karna chahta hoon.</w:t>
      </w:r>
    </w:p>
    <w:p>
      <w:pPr>
        <w:jc w:val="right"/>
      </w:pPr>
      <w:r>
        <w:t>اس وقت میں مسیح اور امت مسیح کے بارے میں کچھ بات عرض کرنا چاہتا ہوں۔</w:t>
      </w:r>
    </w:p>
    <w:p>
      <w:r>
        <w:rPr>
          <w:b/>
        </w:rPr>
        <w:t xml:space="preserve">[00:40] </w:t>
      </w:r>
      <w:r>
        <w:t>musalmanon mein Hazrat Masih ka kafi charcha raha hai, kafi kitabon mein likha gaya hai.</w:t>
      </w:r>
    </w:p>
    <w:p>
      <w:pPr>
        <w:jc w:val="right"/>
      </w:pPr>
      <w:r>
        <w:t>مسلمانوں میں حضرت مسیح کا کافی چرچا رہا ہے، کافی کتابوں میں لکھا گیا ہے۔</w:t>
      </w:r>
    </w:p>
    <w:p>
      <w:r>
        <w:rPr>
          <w:b/>
        </w:rPr>
        <w:t xml:space="preserve">[00:52] </w:t>
      </w:r>
      <w:r>
        <w:t>lekin zyada tar aisi baaton ka charcha hai jis mein koi sabaq nahin hota hamare liye. maslan koi yeh sabit karta hai ke</w:t>
      </w:r>
    </w:p>
    <w:p>
      <w:pPr>
        <w:jc w:val="right"/>
      </w:pPr>
      <w:r>
        <w:t>لیکن زیادہ تر ایسی باتوں کا چرچا ہے جس میں کوئی سبق نہیں ہوتا ہمارے لیے۔ مثلاً کوئی یہ ثابت کرتا ہے کہ</w:t>
      </w:r>
    </w:p>
    <w:p>
      <w:r>
        <w:rPr>
          <w:b/>
        </w:rPr>
        <w:t xml:space="preserve">[01:06] </w:t>
      </w:r>
      <w:r>
        <w:t>hazrat maseeh ke muqable mein hazrat muhammad zyada afzal thay.</w:t>
      </w:r>
    </w:p>
    <w:p>
      <w:pPr>
        <w:jc w:val="right"/>
      </w:pPr>
      <w:r>
        <w:t>حضرت مسیح کے مقابلے میں حضرت محمد زیادہ افضل تھے۔</w:t>
      </w:r>
    </w:p>
    <w:p>
      <w:r>
        <w:rPr>
          <w:b/>
        </w:rPr>
        <w:t xml:space="preserve">[01:12] </w:t>
      </w:r>
      <w:r>
        <w:t>koi yeh sabit karta hai ke hazrat maseeh ne peshangoi ki hai surah ke baray mein.</w:t>
      </w:r>
    </w:p>
    <w:p>
      <w:pPr>
        <w:jc w:val="right"/>
      </w:pPr>
      <w:r>
        <w:t>کوئی یہ ثابت کرتا ہے کہ حضرت مسیح نے پیشنگوئی کی ہے سورہ کے بارے میں۔</w:t>
      </w:r>
    </w:p>
    <w:p>
      <w:r>
        <w:rPr>
          <w:b/>
        </w:rPr>
        <w:t xml:space="preserve">[01:22] </w:t>
      </w:r>
      <w:r>
        <w:t>aur ek aur bohat zyada dhoom rehti hai ke hazrat maseeh abhi un ki death nahin hui, woh zinda hain, aasman mein hain, woh utren ge.</w:t>
      </w:r>
    </w:p>
    <w:p>
      <w:pPr>
        <w:jc w:val="right"/>
      </w:pPr>
      <w:r>
        <w:t>اور ایک اور بہت زیادہ دھوم رہتی ہے کہ حضرت مسیح ابھی ان کی ڈیتھ نہیں ہوئی، وہ زندہ ہیں، آسمان میں ہیں، وہ اتریں گے۔</w:t>
      </w:r>
    </w:p>
    <w:p>
      <w:r>
        <w:rPr>
          <w:b/>
        </w:rPr>
        <w:t xml:space="preserve">[01:34] </w:t>
      </w:r>
      <w:r>
        <w:t>bas in baaton ka charcha bohat zyada hota hai. lekin in ki zindagi mein sabaq kya hai, is ka charcha nahin hota.</w:t>
      </w:r>
    </w:p>
    <w:p>
      <w:pPr>
        <w:jc w:val="right"/>
      </w:pPr>
      <w:r>
        <w:t>بس ان باتوں کا چرچا بہت زیادہ ہوتا ہے۔ لیکن ان کی زندگی میں سبق کیا ہے، اس کا چرچا نہیں ہوتا۔</w:t>
      </w:r>
    </w:p>
    <w:p>
      <w:r>
        <w:rPr>
          <w:b/>
        </w:rPr>
        <w:t xml:space="preserve">[01:47] </w:t>
      </w:r>
      <w:r>
        <w:t>halankay sab se zyada ahmiyat jo hai woh sabaq ki hai</w:t>
      </w:r>
    </w:p>
    <w:p>
      <w:pPr>
        <w:jc w:val="right"/>
      </w:pPr>
      <w:r>
        <w:t>حالانکہ سب سے زیادہ اہمیت جو ہے وہ سبق کی ہے</w:t>
      </w:r>
    </w:p>
    <w:p>
      <w:r>
        <w:rPr>
          <w:b/>
        </w:rPr>
        <w:t xml:space="preserve">[01:52] </w:t>
      </w:r>
      <w:r>
        <w:t>jis ko quran mein zikr kaha gaya hai, zikr mani sabaq. ek to yeh dekhiye ke hazrat maseeh ka zikr yaani eesa aur maseeh dono ko mila kar quran mein 36 baar aaya hai,</w:t>
      </w:r>
    </w:p>
    <w:p>
      <w:pPr>
        <w:jc w:val="right"/>
      </w:pPr>
      <w:r>
        <w:t>جس کو قرآن میں ذکر کہا گیا ہے، ذکر معنی سبق۔ ایک تو یہ دیکھیے کہ حضرت مسیح کا ذکر یعنی عیسیٰ اور مسیح دونوں کو ملا کر قرآن میں 36 بار آیا ہے،</w:t>
      </w:r>
    </w:p>
    <w:p>
      <w:r>
        <w:rPr>
          <w:b/>
        </w:rPr>
        <w:t xml:space="preserve">[02:07] </w:t>
      </w:r>
      <w:r>
        <w:t>36 baar. jabkay muhammad aur ahmad dono mila kar sirf panch baar zikr aaya hai, naam ke sath.</w:t>
      </w:r>
    </w:p>
    <w:p>
      <w:pPr>
        <w:jc w:val="right"/>
      </w:pPr>
      <w:r>
        <w:t>36 بار۔ جبکہ محمد اور احمد دونوں ملا کر صرف پانچ بار ذکر آیا ہے، نام کے ساتھ۔</w:t>
      </w:r>
    </w:p>
    <w:p>
      <w:r>
        <w:rPr>
          <w:b/>
        </w:rPr>
        <w:t xml:space="preserve">[02:19] </w:t>
      </w:r>
      <w:r>
        <w:t>is se andaza hota hai ke koi khaas sabaq hai hazrat maseeh ki zindagi mein jis ko humein dhoondna chahiye,</w:t>
      </w:r>
    </w:p>
    <w:p>
      <w:pPr>
        <w:jc w:val="right"/>
      </w:pPr>
      <w:r>
        <w:t>اس سے اندازہ ہوتا ہے کہ کوئی خاص سبق ہے حضرت مسیح کی زندگی میں جس کو ہمیں ڈھونڈنا چاہیے،</w:t>
      </w:r>
    </w:p>
    <w:p>
      <w:r>
        <w:rPr>
          <w:b/>
        </w:rPr>
        <w:t xml:space="preserve">[02:31] </w:t>
      </w:r>
      <w:r>
        <w:t>jis se naseehat lena chahiye.</w:t>
      </w:r>
    </w:p>
    <w:p>
      <w:pPr>
        <w:jc w:val="right"/>
      </w:pPr>
      <w:r>
        <w:t>جس سے نصیحت لینا چاہیے۔</w:t>
      </w:r>
    </w:p>
    <w:p>
      <w:r>
        <w:rPr>
          <w:b/>
        </w:rPr>
        <w:t xml:space="preserve">[02:39] </w:t>
      </w:r>
      <w:r>
        <w:t>to ek baat yeh bohat anokhi hai</w:t>
      </w:r>
    </w:p>
    <w:p>
      <w:pPr>
        <w:jc w:val="right"/>
      </w:pPr>
      <w:r>
        <w:t>تو ایک بات یہ بہت انوکھی ہے</w:t>
      </w:r>
    </w:p>
    <w:p>
      <w:r>
        <w:rPr>
          <w:b/>
        </w:rPr>
        <w:t xml:space="preserve">[02:47] </w:t>
      </w:r>
      <w:r>
        <w:t>ke dekhiye hazrat maseeh ke se mansoob jo log hain yaani ummat maseeh, un ke do hissay hain.</w:t>
      </w:r>
    </w:p>
    <w:p>
      <w:pPr>
        <w:jc w:val="right"/>
      </w:pPr>
      <w:r>
        <w:t>کہ دیکھیے حضرت مسیح کے سے منسوب جو لوگ ہیں یعنی امت مسیح، ان کے دو حصے ہیں۔</w:t>
      </w:r>
    </w:p>
    <w:p>
      <w:r>
        <w:rPr>
          <w:b/>
        </w:rPr>
        <w:t xml:space="preserve">[02:57] </w:t>
      </w:r>
      <w:r>
        <w:t>ek woh jin ko quran mein kaha gaya hai hawarien, un ke contemptory log.</w:t>
      </w:r>
    </w:p>
    <w:p>
      <w:pPr>
        <w:jc w:val="right"/>
      </w:pPr>
      <w:r>
        <w:t>ایک وہ جن کو قرآن میں کہا گیا ہے حوارین، ان کے کنٹیمپری لوگ۔</w:t>
      </w:r>
    </w:p>
    <w:p>
      <w:r>
        <w:rPr>
          <w:b/>
        </w:rPr>
        <w:t xml:space="preserve">[03:06] </w:t>
      </w:r>
      <w:r>
        <w:t>to hawarien ka itna bara darja hai ke quran mein un ko zikr kiya is tareeqay se ke musalmanon ko bhi un ki pairwi karna chahiye.</w:t>
      </w:r>
    </w:p>
    <w:p>
      <w:pPr>
        <w:jc w:val="right"/>
      </w:pPr>
      <w:r>
        <w:t>تو حوارین کا اتنا بڑا درجہ ہے کہ قرآن میں ان کو ذکر کیا اس طریقے سے کہ مسلمانوں کو بھی ان کی پیروی کرنا چاہیے۔</w:t>
      </w:r>
    </w:p>
    <w:p>
      <w:r>
        <w:rPr>
          <w:b/>
        </w:rPr>
        <w:t xml:space="preserve">[03:18] </w:t>
      </w:r>
      <w:r>
        <w:t>ya aiyuhal lazeena aamanoo konoo ansarullah kama qala ism maryam lil hawarien man ansari lillah yaani qabil pairwi giroh ke hissay se zikr kiya gaya hai hawarien ka.</w:t>
      </w:r>
    </w:p>
    <w:p>
      <w:pPr>
        <w:jc w:val="right"/>
      </w:pPr>
      <w:r>
        <w:t>یا ایہا الذین آمنوا کونوا انصار اللہ کما قال اسم مریم للحوارین من انصاری للہ یعنی قابل پیروی گروہ کے حصے سے ذکر کیا گیا ہے حوارین کا۔</w:t>
      </w:r>
    </w:p>
    <w:p>
      <w:r>
        <w:rPr>
          <w:b/>
        </w:rPr>
        <w:t xml:space="preserve">[03:39] </w:t>
      </w:r>
      <w:r>
        <w:t>jis tarah woh ansar banay tum bhi ansar bano. aur doosri taraf dekhiye jo woh log jo apne ko christian kehtay hain to un ko quran</w:t>
      </w:r>
    </w:p>
    <w:p>
      <w:pPr>
        <w:jc w:val="right"/>
      </w:pPr>
      <w:r>
        <w:t>جس طرح وہ انصار بنے تم بھی انصار بنو۔ اور دوسری طرف دیکھیے جو وہ لوگ جو اپنے کو کرسچن کہتے ہیں تو ان کو قرآن</w:t>
      </w:r>
    </w:p>
    <w:p>
      <w:r>
        <w:rPr>
          <w:b/>
        </w:rPr>
        <w:t xml:space="preserve">[03:55] </w:t>
      </w:r>
      <w:r>
        <w:t>unki authenticity ko tasleem nahin karta.</w:t>
      </w:r>
    </w:p>
    <w:p>
      <w:pPr>
        <w:jc w:val="right"/>
      </w:pPr>
      <w:r>
        <w:t>ان کی اتھنٹیسٹی کو تسلیم نہیں کرتا۔</w:t>
      </w:r>
    </w:p>
    <w:p>
      <w:r>
        <w:rPr>
          <w:b/>
        </w:rPr>
        <w:t xml:space="preserve">[04:00] </w:t>
      </w:r>
      <w:r>
        <w:t>quran mein baar baar aisi aayaten maujood hain jis se woh andaza hota hai ke jo log apne ko christian kehtay hain woh hamari qabil-e-taqleed nahin hain, woh deviate kiye hue log hain.</w:t>
      </w:r>
    </w:p>
    <w:p>
      <w:pPr>
        <w:jc w:val="right"/>
      </w:pPr>
      <w:r>
        <w:t>قرآن میں بار بار ایسی آیتیں موجود ہیں جس سے وہ اندازہ ہوتا ہے کہ جو لوگ اپنے کو کرسچن کہتے ہیں وہ ہماری قابل تقلید نہیں ہیں، وہ ڈیویٹ کیے ہوئے لوگ ہیں۔</w:t>
      </w:r>
    </w:p>
    <w:p>
      <w:r>
        <w:rPr>
          <w:b/>
        </w:rPr>
        <w:t xml:space="preserve">[04:14] </w:t>
      </w:r>
      <w:r>
        <w:t>to is mein ek sabaq mujhe yeh samajh aata hai ke hawarien to bohat kam thay, bohat kam thay.</w:t>
      </w:r>
    </w:p>
    <w:p>
      <w:pPr>
        <w:jc w:val="right"/>
      </w:pPr>
      <w:r>
        <w:t>تو اس میں ایک سبق مجھے یہ سمجھ آتا ہے کہ حوارین تو بہت کم تھے، بہت کم تھے۔</w:t>
      </w:r>
    </w:p>
    <w:p>
      <w:r>
        <w:rPr>
          <w:b/>
        </w:rPr>
        <w:t xml:space="preserve">[04:27] </w:t>
      </w:r>
      <w:r>
        <w:t>lekin jo christians hain woh to bohat zyada hain. kisi bhi mazhab, kisi bhi mazhab se zyada tadad christian ki hai, yaani ek billion se bhi zyada.</w:t>
      </w:r>
    </w:p>
    <w:p>
      <w:pPr>
        <w:jc w:val="right"/>
      </w:pPr>
      <w:r>
        <w:t>لیکن جو کرسچنز ہیں وہ تو بہت زیادہ ہیں۔ کسی بھی مذہب، کسی بھی مذہب سے زیادہ تعداد کرسچن کی ہے، یعنی ایک بلین سے بھی زیادہ۔</w:t>
      </w:r>
    </w:p>
    <w:p>
      <w:r>
        <w:rPr>
          <w:b/>
        </w:rPr>
        <w:t xml:space="preserve">[04:43] </w:t>
      </w:r>
      <w:r>
        <w:t>jab</w:t>
      </w:r>
    </w:p>
    <w:p>
      <w:pPr>
        <w:jc w:val="right"/>
      </w:pPr>
      <w:r>
        <w:t>جب</w:t>
      </w:r>
    </w:p>
    <w:p>
      <w:r>
        <w:rPr>
          <w:b/>
        </w:rPr>
        <w:t xml:space="preserve">[04:44] </w:t>
      </w:r>
      <w:r>
        <w:t>ke hawarien jo thay woh shayad sab mila kar ke 300 thay.</w:t>
      </w:r>
    </w:p>
    <w:p>
      <w:pPr>
        <w:jc w:val="right"/>
      </w:pPr>
      <w:r>
        <w:t>کہ حوارین جو تھے وہ شاید سب ملا کر کے 300 تھے۔</w:t>
      </w:r>
    </w:p>
    <w:p>
      <w:r>
        <w:rPr>
          <w:b/>
        </w:rPr>
        <w:t xml:space="preserve">[04:55] </w:t>
      </w:r>
      <w:r>
        <w:t>to is se kya mila sabaq? is se yeh sabaq mila ke</w:t>
      </w:r>
    </w:p>
    <w:p>
      <w:pPr>
        <w:jc w:val="right"/>
      </w:pPr>
      <w:r>
        <w:t>تو اس سے کیا ملا سبق؟ اس سے یہ سبق ملا کہ</w:t>
      </w:r>
    </w:p>
    <w:p>
      <w:r>
        <w:rPr>
          <w:b/>
        </w:rPr>
        <w:t xml:space="preserve">[05:06] </w:t>
      </w:r>
      <w:r>
        <w:t>bheer jo hai woh koi criteria nahin hai sachai ka.</w:t>
      </w:r>
    </w:p>
    <w:p>
      <w:pPr>
        <w:jc w:val="right"/>
      </w:pPr>
      <w:r>
        <w:t>بھیڑ جو ہے وہ کوئی کرائٹیریا نہیں ہے سچائی کا۔</w:t>
      </w:r>
    </w:p>
    <w:p>
      <w:r>
        <w:rPr>
          <w:b/>
        </w:rPr>
        <w:t xml:space="preserve">[05:11] </w:t>
      </w:r>
      <w:r>
        <w:t>sachai ka mayar bheer nahin hai. yaani Allah ke nazdeek jo ahmiyat hai woh quality ki hai, quantity ki nahin hai.</w:t>
      </w:r>
    </w:p>
    <w:p>
      <w:pPr>
        <w:jc w:val="right"/>
      </w:pPr>
      <w:r>
        <w:t>سچائی کا معیار بھیڑ نہیں ہے۔ یعنی اللہ کے نزدیک جو اہمیت ہے وہ کوالٹی کی ہے، کوانٹٹی کی نہیں ہے۔</w:t>
      </w:r>
    </w:p>
    <w:p>
      <w:r>
        <w:rPr>
          <w:b/>
        </w:rPr>
        <w:t xml:space="preserve">[05:22] </w:t>
      </w:r>
      <w:r>
        <w:t>jo kam log hain un ke bare mein kaha gaya hai ke tum bhi isi tarah ansar bano jis tarah woh ansar bane. aur jo zyada log hain un ko to dis out kar diya gaya.</w:t>
      </w:r>
    </w:p>
    <w:p>
      <w:pPr>
        <w:jc w:val="right"/>
      </w:pPr>
      <w:r>
        <w:t>جو کم لوگ ہیں ان کے بارے میں کہا گیا ہے کہ تم بھی اسی طرح انصار بنو جس طرح وہ انصار بنے۔ اور جو زیادہ لوگ ہیں ان کو تو ڈس آؤٹ کر دیا گیا۔</w:t>
      </w:r>
    </w:p>
    <w:p>
      <w:r>
        <w:rPr>
          <w:b/>
        </w:rPr>
        <w:t xml:space="preserve">[05:40] </w:t>
      </w:r>
      <w:r>
        <w:t>yeh bohat zyada sochne ki baat hai. ab is ko aap apply kijiye musalmanon ke upar. main chahta hoon ke musalmanon mein bhi yahi tareekh dohrai ja rahi hai,</w:t>
      </w:r>
    </w:p>
    <w:p>
      <w:pPr>
        <w:jc w:val="right"/>
      </w:pPr>
      <w:r>
        <w:t>یہ بہت زیادہ سوچنے کی بات ہے۔ اب اس کو آپ اپلائی کیجیے مسلمانوں کے اوپر۔ میں چاہتا ہوں کہ مسلمانوں میں بھی یہی تاریخ دہرائی جا رہی ہے،</w:t>
      </w:r>
    </w:p>
    <w:p>
      <w:r>
        <w:rPr>
          <w:b/>
        </w:rPr>
        <w:t xml:space="preserve">[05:55] </w:t>
      </w:r>
      <w:r>
        <w:t>same tareekh.</w:t>
      </w:r>
    </w:p>
    <w:p>
      <w:pPr>
        <w:jc w:val="right"/>
      </w:pPr>
      <w:r>
        <w:t>سیم تاریخ۔</w:t>
      </w:r>
    </w:p>
    <w:p>
      <w:r>
        <w:rPr>
          <w:b/>
        </w:rPr>
        <w:t xml:space="preserve">[06:00] </w:t>
      </w:r>
      <w:r>
        <w:t>wohi history musalmanon mein bhi dohrai ja rahi hai</w:t>
      </w:r>
    </w:p>
    <w:p>
      <w:pPr>
        <w:jc w:val="right"/>
      </w:pPr>
      <w:r>
        <w:t>وہی ہسٹری مسلمانوں میں بھی دہرائی جا رہی ہے</w:t>
      </w:r>
    </w:p>
    <w:p>
      <w:r>
        <w:rPr>
          <w:b/>
        </w:rPr>
        <w:t xml:space="preserve">[06:03] </w:t>
      </w:r>
      <w:r>
        <w:t>ke musalmanon mein, yani ummat-e-muslima mein, yani do giroh hain. woh do giroh is bare mein nahi hain ke quran mein un ka zikr alag alag kar ke.</w:t>
      </w:r>
    </w:p>
    <w:p>
      <w:pPr>
        <w:jc w:val="right"/>
      </w:pPr>
      <w:r>
        <w:t>کہ مسلمانوں میں، یعنی امت مسلمہ میں، یعنی دو گروہ ہیں۔ وہ دو گروہ اس بارے میں نہیں ہیں کہ قرآن میں ان کا ذکر الگ الگ کر کے۔</w:t>
      </w:r>
    </w:p>
    <w:p>
      <w:r>
        <w:rPr>
          <w:b/>
        </w:rPr>
        <w:t xml:space="preserve">[06:15] </w:t>
      </w:r>
      <w:r>
        <w:t>lekin ek woh hain jo hazrat muhammad sallallahu alaihi wasallam ke haqeeqi rastay par hain, jo goya ke ansar-ullah ke darjay mein kahe jayenge.</w:t>
      </w:r>
    </w:p>
    <w:p>
      <w:pPr>
        <w:jc w:val="right"/>
      </w:pPr>
      <w:r>
        <w:t>لیکن ایک وہ ہیں جو حضرت محمد صلی اللہ علیہ وسلم کے حقیقی راستے پر ہیں، جو گویا کہ انصار اللہ کے درجے میں کہے جائیں گے۔</w:t>
      </w:r>
    </w:p>
    <w:p>
      <w:r>
        <w:rPr>
          <w:b/>
        </w:rPr>
        <w:t xml:space="preserve">[06:26] </w:t>
      </w:r>
      <w:r>
        <w:t>aur ek hai musalmanon ki bheed.</w:t>
      </w:r>
    </w:p>
    <w:p>
      <w:pPr>
        <w:jc w:val="right"/>
      </w:pPr>
      <w:r>
        <w:t>اور ایک ہے مسلمانوں کی بھیڑ۔</w:t>
      </w:r>
    </w:p>
    <w:p>
      <w:r>
        <w:rPr>
          <w:b/>
        </w:rPr>
        <w:t xml:space="preserve">[06:30] </w:t>
      </w:r>
      <w:r>
        <w:t>ab mumathalat dekhiye, dono mein bohat mumathalat hai.</w:t>
      </w:r>
    </w:p>
    <w:p>
      <w:pPr>
        <w:jc w:val="right"/>
      </w:pPr>
      <w:r>
        <w:t>اب مماثلت دیکھیے، دونوں میں بہت مماثلت ہے۔</w:t>
      </w:r>
    </w:p>
    <w:p>
      <w:r>
        <w:rPr>
          <w:b/>
        </w:rPr>
        <w:t xml:space="preserve">[06:34] </w:t>
      </w:r>
      <w:r>
        <w:t>jo christian hain jinki bheed hai woh kaun log hain? woh woh log hain jinhon ne nijat ko bas is par munhasir kar diya ke hazrat masih ke upar iman lao to bas nijat ho jayegi.</w:t>
      </w:r>
    </w:p>
    <w:p>
      <w:pPr>
        <w:jc w:val="right"/>
      </w:pPr>
      <w:r>
        <w:t>جو کرسچن ہیں جن کی بھیڑ ہے وہ کون لوگ ہیں؟ وہ وہ لوگ ہیں جنہوں نے نجات کو بس اس پر منحصر کر دیا کہ حضرت مسیح کے اوپر ایمان لاؤ تو بس نجات ہو جائے گی۔</w:t>
      </w:r>
    </w:p>
    <w:p>
      <w:r>
        <w:rPr>
          <w:b/>
        </w:rPr>
        <w:t xml:space="preserve">[06:47] </w:t>
      </w:r>
      <w:r>
        <w:t>yani yeh maan lo ke hazrat masih log gunah ko dhone ke liye soli pe charh gaye to bas tumhari nijat hai.</w:t>
      </w:r>
    </w:p>
    <w:p>
      <w:pPr>
        <w:jc w:val="right"/>
      </w:pPr>
      <w:r>
        <w:t>یعنی یہ مان لو کہ حضرت مسیح لوگ گناہ کو دھونے کے لیے سولی پہ چڑھ گئے تو بس تمہاری نجات ہے۔</w:t>
      </w:r>
    </w:p>
    <w:p>
      <w:r>
        <w:rPr>
          <w:b/>
        </w:rPr>
        <w:t xml:space="preserve">[06:58] </w:t>
      </w:r>
      <w:r>
        <w:t>to theek hi is is in logon mein hai jo musalmanon mein jo jo bheed hai musalmanon ki ke bas woh samajhte hain ke rasool Allah ki shafaat ho jayegi to nijat hai.</w:t>
      </w:r>
    </w:p>
    <w:p>
      <w:pPr>
        <w:jc w:val="right"/>
      </w:pPr>
      <w:r>
        <w:t>تو ٹھیک ہی اس اس ان لوگوں میں ہے جو مسلمانوں میں جو جو بھیڑ ہے مسلمانوں کی کہ بس وہ سمجھتے ہیں کہ رسول اللہ کی شفاعت ہو جائے گی تو نجات ہے۔</w:t>
      </w:r>
    </w:p>
    <w:p>
      <w:r>
        <w:rPr>
          <w:b/>
        </w:rPr>
        <w:t xml:space="preserve">[07:08] </w:t>
      </w:r>
      <w:r>
        <w:t>rasool Allah ke hamd khwani karo, rasool Allah ke naatein parho to nijat hai. un ke fazilat taqreerien karo to nijat hai.</w:t>
      </w:r>
    </w:p>
    <w:p>
      <w:pPr>
        <w:jc w:val="right"/>
      </w:pPr>
      <w:r>
        <w:t>رسول اللہ کے حمد خوانی کرو، رسول اللہ کے نعتیں پڑھو تو نجات ہے۔ ان کے فضیلت تقیریں کرو تو نجات ہے۔</w:t>
      </w:r>
    </w:p>
    <w:p>
      <w:r>
        <w:rPr>
          <w:b/>
        </w:rPr>
        <w:t xml:space="preserve">[07:18] </w:t>
      </w:r>
      <w:r>
        <w:t>to rasool Allah ke shakhsi naat khwani aap ko afzal bata kar taqreerien karna aur aap ke yeh samajhna ke bas aap ki shafaat jo hai wohi kafi hai nijat ke liye, yeh theek wohi cheez yahan dohrai ja rahi hai jo christian ke haan hai.</w:t>
      </w:r>
    </w:p>
    <w:p>
      <w:pPr>
        <w:jc w:val="right"/>
      </w:pPr>
      <w:r>
        <w:t>تو رسول اللہ کے شخصی نعت خوانی آپ کو افضل بتا کر تقیریں کرنا اور آپ کے یہ سمجھنا کہ بس آپ کی شفاعت جو ہے وہی کافی ہے نجات کے لیے، یہ ٹھیک وہی چیز یہاں دہرائی جا رہی ہے جو کرسچن کے ہاں ہے۔</w:t>
      </w:r>
    </w:p>
    <w:p>
      <w:r>
        <w:rPr>
          <w:b/>
        </w:rPr>
        <w:t xml:space="preserve">[07:41] </w:t>
      </w:r>
      <w:r>
        <w:t>to kitni bari mawaslat hai.</w:t>
      </w:r>
    </w:p>
    <w:p>
      <w:pPr>
        <w:jc w:val="right"/>
      </w:pPr>
      <w:r>
        <w:t>تو کتنی بڑی مواصلت ہے۔</w:t>
      </w:r>
    </w:p>
    <w:p>
      <w:r>
        <w:rPr>
          <w:b/>
        </w:rPr>
        <w:t xml:space="preserve">[07:44] </w:t>
      </w:r>
      <w:r>
        <w:t>to yeh jo bheed hai, yeh bheed Allah ke haan koi mo'tabar bheed nahi hai. jis tarah christian ki bheed mo'tabar nahi hai, isi tarah se musalmanon ki bhi bheed mo'tabar nahi hai jo isi tarah ke aqaaid ko le kar ke ek yani aksariyat bani hui hai.</w:t>
      </w:r>
    </w:p>
    <w:p>
      <w:pPr>
        <w:jc w:val="right"/>
      </w:pPr>
      <w:r>
        <w:t>تو یہ جو بھیڑ ہے، یہ بھیڑ اللہ کے ہاں کوئی معتبر بھیڑ نہیں ہے۔ جس طرح کرسچن کی بھیڑ معتبر نہیں ہے، اسی طرح سے مسلمانوں کی بھی بھیڑ معتبر نہیں ہے جو اسی طرح کے عقائد کو لے کر کے ایک یعنی اکثریت بنی ہوئی ہے۔</w:t>
      </w:r>
    </w:p>
    <w:p>
      <w:r>
        <w:rPr>
          <w:b/>
        </w:rPr>
        <w:t xml:space="preserve">[08:08] </w:t>
      </w:r>
      <w:r>
        <w:t>mo'tabar woh log hain jo ansar-ullah hon, yani Allah ke mission ke liye khare hon. jo hawariyin the hazrat masih ke, woh hawariyin aur ansar-ullah mein bohat zyada mumathalat hai, yani ma'anwi.</w:t>
      </w:r>
    </w:p>
    <w:p>
      <w:pPr>
        <w:jc w:val="right"/>
      </w:pPr>
      <w:r>
        <w:t>معتبر وہ لوگ ہیں جو انصار اللہ ہوں، یعنی اللہ کے مشن کے لیے کھڑے ہوں۔ جو حوارین تھے حضرت مسیح کے، وہ حوارین اور انصار اللہ میں بہت زیادہ مماثلت ہے، یعنی معنوی۔</w:t>
      </w:r>
    </w:p>
    <w:p>
      <w:r>
        <w:rPr>
          <w:b/>
        </w:rPr>
        <w:t xml:space="preserve">[08:27] </w:t>
      </w:r>
      <w:r>
        <w:t>to jo log hazrat masih ki sachi taleem ko le kar ke ansar-ullah bane, yani da'i bane,</w:t>
      </w:r>
    </w:p>
    <w:p>
      <w:pPr>
        <w:jc w:val="right"/>
      </w:pPr>
      <w:r>
        <w:t>تو جو لوگ حضرت مسیح کی سچی تعلیم کو لے کر کے انصار اللہ بنے، یعنی داعی بنے،</w:t>
      </w:r>
    </w:p>
    <w:p>
      <w:r>
        <w:rPr>
          <w:b/>
        </w:rPr>
        <w:t xml:space="preserve">[08:34] </w:t>
      </w:r>
      <w:r>
        <w:t>hazrat masih ki sachi taleemat ko le kar ke jo da'i bane aur unhon ne falasteen ke atraf mein phailaya, is ko ja ja kar ke to woh ansar-ullah aur hawariyin kahe gaye.</w:t>
      </w:r>
    </w:p>
    <w:p>
      <w:pPr>
        <w:jc w:val="right"/>
      </w:pPr>
      <w:r>
        <w:t>حضرت مسیح کی سچی تعلیمات کو لے کر کے جو داعی بنے اور انہوں نے فلسطین کے اطراف میں پھیلایا، اس کو جا جا کر کے تو وہ انصار اللہ اور حوارین کہے گئے۔</w:t>
      </w:r>
    </w:p>
    <w:p>
      <w:r>
        <w:rPr>
          <w:b/>
        </w:rPr>
        <w:t xml:space="preserve">[08:48] </w:t>
      </w:r>
      <w:r>
        <w:t>to woh abhi bhi wahi tanasub rahega ke ummat-e-muslima mein thode se log honge jo ansar, jo ansar-ullah ka hukum mein honge.</w:t>
      </w:r>
    </w:p>
    <w:p>
      <w:pPr>
        <w:jc w:val="right"/>
      </w:pPr>
      <w:r>
        <w:t>تو وہ ابھی بھی وہی تناسب رہے گا کہ امت مسلمہ میں تھوڑے سے لوگ ہوں گے جو انصار، جو انصار اللہ کا حکم میں ہوں گے۔</w:t>
      </w:r>
    </w:p>
    <w:p>
      <w:r>
        <w:rPr>
          <w:b/>
        </w:rPr>
        <w:t xml:space="preserve">[09:00] </w:t>
      </w:r>
      <w:r>
        <w:t>ummat-e-muslima mein thode se log honge jo hawariyin ki tarah ansar-ullah ke hukum ko hukum mein honge. aur bheed woh hogi jo jo khassiyat aqaaid ko le kar ke nijat ka parchhar karenge ke hamari to nijat ho chuki hai aur hum hamare paighambar ne hamari nijat ka ka zimma le liya hai,</w:t>
      </w:r>
    </w:p>
    <w:p>
      <w:pPr>
        <w:jc w:val="right"/>
      </w:pPr>
      <w:r>
        <w:t>امت مسلمہ میں تھوڑے سے لوگ ہوں گے جو حوارین کی طرح انصار اللہ کے حکم کو حکم میں ہوں گے۔ اور بھیڑ وہ ہوگی جو جو خصاختہ عقائد کو لے کر کے نجات کا پرچار کریں گے کہ ہماری تو نجات ہو چکی ہے اور ہم ہمارے پیغمبر نے ہماری نجات کا کا ذمہ لے لیا ہے،</w:t>
      </w:r>
    </w:p>
    <w:p>
      <w:r>
        <w:rPr>
          <w:b/>
        </w:rPr>
        <w:t xml:space="preserve">[09:29] </w:t>
      </w:r>
      <w:r>
        <w:t>bas woh sab ko</w:t>
      </w:r>
    </w:p>
    <w:p>
      <w:pPr>
        <w:jc w:val="right"/>
      </w:pPr>
      <w:r>
        <w:t>بس وہ سب کو</w:t>
      </w:r>
    </w:p>
    <w:p>
      <w:r>
        <w:rPr>
          <w:b/>
        </w:rPr>
        <w:t xml:space="preserve">[09:34] </w:t>
      </w:r>
      <w:r>
        <w:t>sab ko jannat mein dakhil kar denge. to wahi tareekh yahan dohrai ja rahi hai ke ek taraf musalmanon mein ek bheed hai jo khassiyat aqaaid ko nijat ka zariya banai hui hai, jis tarah christian ne banai hai.</w:t>
      </w:r>
    </w:p>
    <w:p>
      <w:pPr>
        <w:jc w:val="right"/>
      </w:pPr>
      <w:r>
        <w:t>سب کو جنت میں داخل کر دیں گے۔ تو وہی تاریخ یہاں دہرائی جا رہی ہے کہ ایک طرف مسلمانوں میں ایک بھیڑ ہے جو خصاختہ عقائد کو نجات کا ذریعہ بنائی ہوئی ہے، جس طرح کرسچن نے بنائی ہے۔</w:t>
      </w:r>
    </w:p>
    <w:p>
      <w:r>
        <w:rPr>
          <w:b/>
        </w:rPr>
        <w:t xml:space="preserve">[09:51] </w:t>
      </w:r>
      <w:r>
        <w:t>jis tarah christian ne khassiyat ki ek buniyad par apni nijat ko farz kar rakha hai, aise hi musalmanon ki bheed bhi yahi hoga aur shayad ho raha hai ke khassiyat aqaaid ki bina par unhon ne farz kar liya hai ke hum to hamari nijat to yaqeeni hai.</w:t>
      </w:r>
    </w:p>
    <w:p>
      <w:pPr>
        <w:jc w:val="right"/>
      </w:pPr>
      <w:r>
        <w:t>جس طرح کرسچن نے خصاختہ کی ایک بنیاد پر اپنی نجات کو فرض کر رکھا ہے، ایسے ہی مسلمانوں کی بھیڑ بھی یہی ہوگا اور شاید ہو رہا ہے کہ خصاختہ عقائد کی بنا پر انہوں نے فرض کر لیا ہے کہ ہم تو ہماری نجات تو یقینی ہے۔</w:t>
      </w:r>
    </w:p>
    <w:p>
      <w:r>
        <w:rPr>
          <w:b/>
        </w:rPr>
        <w:t xml:space="preserve">[10:14] </w:t>
      </w:r>
      <w:r>
        <w:t>lekin yeh bheed jo hai Allah ke nazdeek mo'tabar nahi hai. Allah ke haan quantity ko ahmiyat nahi hai.</w:t>
      </w:r>
    </w:p>
    <w:p>
      <w:pPr>
        <w:jc w:val="right"/>
      </w:pPr>
      <w:r>
        <w:t>لیکن یہ بھیڑ جو ہے اللہ کے نزدیک معتبر نہیں ہے۔ اللہ کے ہاں کوانٹٹی کو اہمیت نہیں ہے۔</w:t>
      </w:r>
    </w:p>
    <w:p>
      <w:r>
        <w:rPr>
          <w:b/>
        </w:rPr>
        <w:t xml:space="preserve">[10:22] </w:t>
      </w:r>
      <w:r>
        <w:t>Allah ke haan ahmiyat hai quality ki. yani jo log waqe'atan hazrat muhammad sallallahu alaihi wasallam ki sachi taleemat par honge aur ansar-ullah banenge, yani dawat ka kaam karenge,</w:t>
      </w:r>
    </w:p>
    <w:p>
      <w:pPr>
        <w:jc w:val="right"/>
      </w:pPr>
      <w:r>
        <w:t>اللہ کے ہاں اہمیت ہے کوالٹی کی۔ یعنی جو لوگ واقعتا حضرت محمد صلی اللہ علیہ وسلم کی سچی تعلیمات پر ہوں گے اور انصار اللہ بنیں گے، یعنی دعوت کا کام کریں گے،</w:t>
      </w:r>
    </w:p>
    <w:p>
      <w:r>
        <w:rPr>
          <w:b/>
        </w:rPr>
        <w:t xml:space="preserve">[10:39] </w:t>
      </w:r>
      <w:r>
        <w:t>wohi sachay perokar Muhammad hain aur wohi Allah ke haan maqbool honge.</w:t>
      </w:r>
    </w:p>
    <w:p>
      <w:pPr>
        <w:jc w:val="right"/>
      </w:pPr>
      <w:r>
        <w:t>وہی سچے پیروکار محمد ہیں اور وہی اللہ کے ہاں مقبول ہوں گے۔</w:t>
      </w:r>
    </w:p>
    <w:p>
      <w:r>
        <w:rPr>
          <w:b/>
        </w:rPr>
        <w:t xml:space="preserve">[10:47] </w:t>
      </w:r>
      <w:r>
        <w:t>to mein samajhta hoon ke Hazrat Masih aur ummat-e-Masih mein yeh bohat bara sabak hai Musalmanon ke liye.</w:t>
      </w:r>
    </w:p>
    <w:p>
      <w:pPr>
        <w:jc w:val="right"/>
      </w:pPr>
      <w:r>
        <w:t>تو میں سمجھتا ہوں کہ حضرت مسیح اور امت مسیح میں یہ بہت بڑا سبق ہے مسلمانوں کے لیے۔</w:t>
      </w:r>
    </w:p>
    <w:p>
      <w:r>
        <w:rPr>
          <w:b/>
        </w:rPr>
        <w:t xml:space="preserve">[10:58] </w:t>
      </w:r>
      <w:r>
        <w:t>aur Surah Saff mein jo ayat hai woh shayad isi ki taraf ishara is mein hai.</w:t>
      </w:r>
    </w:p>
    <w:p>
      <w:pPr>
        <w:jc w:val="right"/>
      </w:pPr>
      <w:r>
        <w:t>اور سورہ صف میں جو آیت ہے وہ شاید ہی کی طرف اشارہ اس میں ہے۔</w:t>
      </w:r>
    </w:p>
    <w:p>
      <w:r>
        <w:rPr>
          <w:b/>
        </w:rPr>
        <w:t xml:space="preserve">[11:05] </w:t>
      </w:r>
      <w:r>
        <w:t>Surah Saff mein yeh jo ayat hai</w:t>
      </w:r>
    </w:p>
    <w:p>
      <w:pPr>
        <w:jc w:val="right"/>
      </w:pPr>
      <w:r>
        <w:t>سورہ صف میں یہ جو آیت ہے</w:t>
      </w:r>
    </w:p>
    <w:p>
      <w:r>
        <w:rPr>
          <w:b/>
        </w:rPr>
        <w:t xml:space="preserve">[11:10] </w:t>
      </w:r>
      <w:r>
        <w:t>keh ya aiha allazina amanu kono ansar Allah kama qala ism Maryam lil hawariyin min ansari lil lah qala hawariyin min ansar Allah ta ifah min bani Israel wa kafara ta ifah faiz faiz allazina al adu y</w:t>
      </w:r>
    </w:p>
    <w:p>
      <w:pPr>
        <w:jc w:val="right"/>
      </w:pPr>
      <w:r>
        <w:t>کہ یا ایہا الذین آمنوا کونوا انصار اللہ کما قال اسم مریم للحوارین من انصاری للہ قال حوارین من انصار اللہ طائفۃ من بنی اسرائیل وکفر طائفہ فیض فیض الذین العدو ی</w:t>
      </w:r>
    </w:p>
    <w:p>
      <w:r>
        <w:rPr>
          <w:b/>
        </w:rPr>
        <w:t xml:space="preserve">[11:30] </w:t>
      </w:r>
      <w:r>
        <w:t>yani hawariyan ya asrar ke hawariyan ki manind ya ansar ki manind</w:t>
      </w:r>
    </w:p>
    <w:p>
      <w:pPr>
        <w:jc w:val="right"/>
      </w:pPr>
      <w:r>
        <w:t>عنی حوارین یا اسرار کے حوارین کی مانند یا انصار کی مانند</w:t>
      </w:r>
    </w:p>
    <w:p>
      <w:r>
        <w:rPr>
          <w:b/>
        </w:rPr>
        <w:t xml:space="preserve">[11:37] </w:t>
      </w:r>
      <w:r>
        <w:t>jo log honge chahe woh kam hon un ki tadad kitni kam ho lekin haq par wohi</w:t>
      </w:r>
    </w:p>
    <w:p>
      <w:pPr>
        <w:jc w:val="right"/>
      </w:pPr>
      <w:r>
        <w:t>جو لوگ ہوں گے چاہے وہ کم ہوں ان کی تعداد کتنی کم ہو لیکن حق پر وہی</w:t>
      </w:r>
    </w:p>
    <w:p>
      <w:r>
        <w:rPr>
          <w:b/>
        </w:rPr>
        <w:t xml:space="preserve">[11:43] </w:t>
      </w:r>
      <w:r>
        <w:t>honge allah ke nazdeek maqbool bande wohi honge</w:t>
      </w:r>
    </w:p>
    <w:p>
      <w:pPr>
        <w:jc w:val="right"/>
      </w:pPr>
      <w:r>
        <w:t>ہوں گے اللہ کے نزدیک مقبول بندے وہی ہوں گے</w:t>
      </w:r>
    </w:p>
    <w:p>
      <w:r>
        <w:rPr>
          <w:b/>
        </w:rPr>
        <w:t xml:space="preserve">[11:50] </w:t>
      </w:r>
      <w:r>
        <w:t>jo rasool Allah sal Allah aleh wasalam ke is taleem taleem par khare hon aur dawat ka kaam</w:t>
      </w:r>
    </w:p>
    <w:p>
      <w:pPr>
        <w:jc w:val="right"/>
      </w:pPr>
      <w:r>
        <w:t>جو رسول اللہ صلی اللہ علیہ وسلم کے اس تعلیم تعلیم پر کھڑے ہوں اور دعوت کا کام</w:t>
      </w:r>
    </w:p>
    <w:p>
      <w:r>
        <w:rPr>
          <w:b/>
        </w:rPr>
        <w:t xml:space="preserve">[11:54] </w:t>
      </w:r>
      <w:r>
        <w:t>karein woh ansar Allah bane</w:t>
      </w:r>
    </w:p>
    <w:p>
      <w:pPr>
        <w:jc w:val="right"/>
      </w:pPr>
      <w:r>
        <w:t>کریں وہ انصار اللہ بنے</w:t>
      </w:r>
    </w:p>
    <w:p>
      <w:r>
        <w:rPr>
          <w:b/>
        </w:rPr>
        <w:t xml:space="preserve">[12:00] </w:t>
      </w:r>
      <w:r>
        <w:t>to woh hawariyin ke hukm mein honge aur ansar Allah ke hukm mein honge</w:t>
      </w:r>
    </w:p>
    <w:p>
      <w:pPr>
        <w:jc w:val="right"/>
      </w:pPr>
      <w:r>
        <w:t>تو وہ حوارین کے حکم میں ہوں گے اور انصار اللہ کے حکم میں ہوں گے</w:t>
      </w:r>
    </w:p>
    <w:p>
      <w:r>
        <w:rPr>
          <w:b/>
        </w:rPr>
        <w:t xml:space="preserve">[12:06] </w:t>
      </w:r>
      <w:r>
        <w:t>aur jo bheed hai woh woh bheed Allah ke nazdik mu tabar nahin hai.</w:t>
      </w:r>
    </w:p>
    <w:p>
      <w:pPr>
        <w:jc w:val="right"/>
      </w:pPr>
      <w:r>
        <w:t>اور جو بھیڑ ہے وہ وہ بھیڑ اللہ کے نزدیک معتبر نہیں ہے۔</w:t>
      </w:r>
    </w:p>
    <w:p>
      <w:r>
        <w:rPr>
          <w:b/>
        </w:rPr>
        <w:t xml:space="preserve">[12:15] </w:t>
      </w:r>
      <w:r>
        <w:t>to yeh badi ajib mawaslat hai aur bada ajib sabaq hai is waqe mein.</w:t>
      </w:r>
    </w:p>
    <w:p>
      <w:pPr>
        <w:jc w:val="right"/>
      </w:pPr>
      <w:r>
        <w:t>تو یہ بڑی عجیب مواصلت ہے اور بڑا عجیب سبق ہے اس واقعے میں۔</w:t>
      </w:r>
    </w:p>
    <w:p>
      <w:r>
        <w:rPr>
          <w:b/>
        </w:rPr>
        <w:t xml:space="preserve">[12:25] </w:t>
      </w:r>
      <w:r>
        <w:t>to yeh kehna sahi hoga ke jo tareekh bani ummat Masih ki wahi tareekh dohrai ja rahi hai ummat Muhammad mein.</w:t>
      </w:r>
    </w:p>
    <w:p>
      <w:pPr>
        <w:jc w:val="right"/>
      </w:pPr>
      <w:r>
        <w:t>تو یہ کہنا صحیح ہوگا کہ جو تاریخ بنی امت مسیح کی وہی تاریخ دہرائی جا رہی ہے امت محمد میں۔</w:t>
      </w:r>
    </w:p>
    <w:p>
      <w:r>
        <w:rPr>
          <w:b/>
        </w:rPr>
        <w:t xml:space="preserve">[12:40] </w:t>
      </w:r>
      <w:r>
        <w:t>jo tareekh bani ummat Masih mein wahi tareekh dohrai ja rahi hai ummat Muhammad mein. Aur jis tarah wahan par hawariyin ya ansar jo the wahi Allah ke maqbul bande qarar paye</w:t>
      </w:r>
    </w:p>
    <w:p>
      <w:pPr>
        <w:jc w:val="right"/>
      </w:pPr>
      <w:r>
        <w:t>جو تاریخ بنی امت مسیح میں وہی تاریخ دہرائی جا رہی ہے امت محمد میں۔ اور جس طرح وہاں پر حوارین یا انصار جو تھے وہی اللہ کے مقبول بندے قرار پائے</w:t>
      </w:r>
    </w:p>
    <w:p>
      <w:r>
        <w:rPr>
          <w:b/>
        </w:rPr>
        <w:t xml:space="preserve">[12:56] </w:t>
      </w:r>
      <w:r>
        <w:t>is liye yahan bhi hoga ke jo is pattern ko apnayenge yani hawariyin ka pattern ya ansar Allah ka pattern wahi maqbul bande honge aur jo khasaqtah aqaaid par bheed jama karenge woh maqbul bande nahin honge.</w:t>
      </w:r>
    </w:p>
    <w:p>
      <w:pPr>
        <w:jc w:val="right"/>
      </w:pPr>
      <w:r>
        <w:t>اس لیے یہاں بھی ہوگا کہ جو اس پیٹرن کو اپنائیں گے یعنی حوارین کا پیٹرن یا انصار اللہ کا پیٹرن وہی مقبول بندے ہوں گے اور جو خصاختہ عقائد پر بھیڑ جمع کریں گے وہ مقبول بندے نہیں ہوں گے۔</w:t>
      </w:r>
    </w:p>
    <w:p>
      <w:r>
        <w:rPr>
          <w:b/>
        </w:rPr>
        <w:t xml:space="preserve">[13:16] </w:t>
      </w:r>
      <w:r>
        <w:t>to main samajhta hoon ke yeh bahut hi aap i opener hai chashm kusha hai yeh waqe</w:t>
      </w:r>
    </w:p>
    <w:p>
      <w:pPr>
        <w:jc w:val="right"/>
      </w:pPr>
      <w:r>
        <w:t>تو میں سمجھتا ہوں کہ یہ بہت ہی آپ آئی اوپنر ہے چشم کشا ہے یہ واقعہ</w:t>
      </w:r>
    </w:p>
    <w:p>
      <w:r>
        <w:rPr>
          <w:b/>
        </w:rPr>
        <w:t xml:space="preserve">[13:26] </w:t>
      </w:r>
      <w:r>
        <w:t>aur bar bar jo zikr kiya gaya hai Masih ka aur ummat Masih ka Quran mein to shayad isi liye hai ke log sochen kyunke khwamkhwah to nahin ho sakta yani yeh jo hai bar bar zikr hua hai Masih ka aur ummat Masih ka Quran mein to woh bila sabab nahin ho sakta hai.</w:t>
      </w:r>
    </w:p>
    <w:p>
      <w:pPr>
        <w:jc w:val="right"/>
      </w:pPr>
      <w:r>
        <w:t>اور بار بار جو ذکر کیا گیا ہے مسیح کا اور امت مسیح کا قرآن میں تو شاید اسی لیے ہے کہ لوگ سوچیں کیونکہ خوامخواہ تو نہیں ہو سکتا یعنی یہ جو ہے بار بار ذکر ہوا ہے مسیح کا اور امت مسیح کا قرآن میں تو وہ بلا سبب نہیں ہو سکتا ہے۔</w:t>
      </w:r>
    </w:p>
    <w:p>
      <w:r>
        <w:rPr>
          <w:b/>
        </w:rPr>
        <w:t xml:space="preserve">[13:51] </w:t>
      </w:r>
      <w:r>
        <w:t>zarur hai ke is ka kuch sabab ho aur sabab to sab baat yeh hai ke nasihath ho.</w:t>
      </w:r>
    </w:p>
    <w:p>
      <w:pPr>
        <w:jc w:val="right"/>
      </w:pPr>
      <w:r>
        <w:t>ضرور ہے کہ اس کا کچھ سبب ہو اور سبب تو سب بات یہ ہے کہ نصیحت ہو۔</w:t>
      </w:r>
    </w:p>
    <w:p>
      <w:r>
        <w:rPr>
          <w:b/>
        </w:rPr>
        <w:t xml:space="preserve">[14:00] </w:t>
      </w:r>
      <w:r>
        <w:t>Allah ke nazdik sab se badi cheez hai ke aap sab se badi cheez nasihath hai apni apni zindagi ke liye nasihath pakadna.</w:t>
      </w:r>
    </w:p>
    <w:p>
      <w:pPr>
        <w:jc w:val="right"/>
      </w:pPr>
      <w:r>
        <w:t>اللہ کے نزدیک سب سے بڑی چیز ہے کہ آپ سب سے بڑی چیز نصیحت ہے اپنی اپنی زندگی کے لیے نصیحت پکڑنا۔</w:t>
      </w:r>
    </w:p>
    <w:p>
      <w:r>
        <w:rPr>
          <w:b/>
        </w:rPr>
        <w:t xml:space="preserve">[14:15] </w:t>
      </w:r>
      <w:r>
        <w:t>to Allah taala ne Masih aur ummat Masih mein hamare liye yani Musalmanon ke liye ek amli sabaq rakh diya ek amli nasihath ek amli namuna ke is namune ko le kar hum ummat Muhammad ko janchte rahen.</w:t>
      </w:r>
    </w:p>
    <w:p>
      <w:pPr>
        <w:jc w:val="right"/>
      </w:pPr>
      <w:r>
        <w:t>تو اللہ تعالی نے مسیح اور امت مسیح میں ہمارے لیے یعنی مسلمانوں کے لیے ایک عملی سبق رکھ دیا ایک عملی نصیحت ایک عملی نمونہ کہ اس نمونے کو لے کر ہم امت محمد کو جانچتے رہیں۔</w:t>
      </w:r>
    </w:p>
    <w:p>
      <w:r>
        <w:rPr>
          <w:b/>
        </w:rPr>
        <w:t xml:space="preserve">[14:37] </w:t>
      </w:r>
      <w:r>
        <w:t>aur main samajhta hoon ke puri tarah yeh apply ho rahi hai yahi tareekh Musalmanon</w:t>
      </w:r>
    </w:p>
    <w:p>
      <w:pPr>
        <w:jc w:val="right"/>
      </w:pPr>
      <w:r>
        <w:t>اور میں سمجھتا ہوں کہ پوری طرح یہ اپلائی ہو رہی ہے یہی تاریخ مسلمانوں</w:t>
      </w:r>
    </w:p>
    <w:p>
      <w:r>
        <w:rPr>
          <w:b/>
        </w:rPr>
        <w:t xml:space="preserve">[14:44] </w:t>
      </w:r>
      <w:r>
        <w:t>ke upar yeh jo tareekh hai puri tarah dohrai ja rahi hai ummat Muhammad ke upar ya puri tarah apply ho rahi hai ummat Muhammad ke upar ke kuch log jo haqiqi maanon mein Muhammad sal Allah alaihi wasallam ke pairo banenge aur aap ke mission ko le kar khare honge woh ansar Allah kahe jayenge</w:t>
      </w:r>
    </w:p>
    <w:p>
      <w:pPr>
        <w:jc w:val="right"/>
      </w:pPr>
      <w:r>
        <w:t>کے اوپر یہ جو تاریخ ہے پوری طرح دہرائی جا رہی ہے امت محمد کے اوپر یا پوری طرح اپلائی ہو رہی ہے امت محمد کے اوپر کہ کچھ لوگ جو حقیقی معنوں میں محمد صلی اللہ علیہ وسلم کے پیرو بنیں گے اور آپ کے مشن کو لے کر کھڑے ہوں گے وہ انصار اللہ کہے جائیں گے</w:t>
      </w:r>
    </w:p>
    <w:p>
      <w:r>
        <w:rPr>
          <w:b/>
        </w:rPr>
        <w:t xml:space="preserve">[15:11] </w:t>
      </w:r>
      <w:r>
        <w:t>woh baharhal kam honge woh zyada nahin honge woh lekin maqbul wahi honge Allah ke maqbul bande wahi honge aur doosri taraf ummat Muhammad mein bheed hogi bheed hogi bheed hogi to bheed kis liye hogi wahan jo wahan hua wahi wahan bhi hoga Masihion mein bheed jo hai kis liye hai</w:t>
      </w:r>
    </w:p>
    <w:p>
      <w:pPr>
        <w:jc w:val="right"/>
      </w:pPr>
      <w:r>
        <w:t>وہ بہرحال کم ہوں گے وہ زیادہ نہیں ہوں گے وہ لیکن مقبول وہی ہوں گے اللہ کے مقبول بندے وہی ہوں گے اور دوسری طرف امت محمد میں بھیڑ ہوگی بھیڑ ہوگی بھیڑ ہوگی تو بھیڑ کس لیے ہوگی وہاں جو وہاں ہوا وہی وہاں بھی ہوگا مسیحیوں میں بھیڑ جو ہے کس لیے ہے</w:t>
      </w:r>
    </w:p>
    <w:p>
      <w:r>
        <w:rPr>
          <w:b/>
        </w:rPr>
        <w:t xml:space="preserve">[15:39] </w:t>
      </w:r>
      <w:r>
        <w:t>yeh dekhen unhon ne nijat ka bahut sasta nuskhah daryaft kiya Hazrat Masih ke jis ko kehte hain woh atonement yani Hazrat Masih ke bare mein yeh aqeedah man lo ke woh un logon ke gunah ka kaffarah banne ke liye soli pe chadh gaye</w:t>
      </w:r>
    </w:p>
    <w:p>
      <w:pPr>
        <w:jc w:val="right"/>
      </w:pPr>
      <w:r>
        <w:t>یہ دیکھیں انہوں نے نجات کا بہت سستا نسخہ دریافت کیا حضرت مسیح کے جس کو کہتے ہیں وہ اٹونمنٹ یعنی حضرت مسیح کے بارے میں یہ عقیدہ مان لو کہ وہ ان لوگوں کے گناہ کا کفارہ بننے کے لیے سولی پہ چڑھ گئے</w:t>
      </w:r>
    </w:p>
    <w:p>
      <w:r>
        <w:rPr>
          <w:b/>
        </w:rPr>
        <w:t xml:space="preserve">[16:00] </w:t>
      </w:r>
      <w:r>
        <w:t>to bas yeh aqeedah kafi hai nijat ke liye theek yahi Musalmanon mein aa gaya</w:t>
      </w:r>
    </w:p>
    <w:p>
      <w:pPr>
        <w:jc w:val="right"/>
      </w:pPr>
      <w:r>
        <w:t>تو بس یہ عقیدہ کافی ہے نجات کے لیے ٹھیک یہی مسلمانوں میں آ گیا</w:t>
      </w:r>
    </w:p>
    <w:p>
      <w:r>
        <w:rPr>
          <w:b/>
        </w:rPr>
        <w:t xml:space="preserve">[16:05] </w:t>
      </w:r>
      <w:r>
        <w:t>theek yahi yeh ab man lo ke Rasool Allah ki shafaat se nijat ho jayegi yeh aqeedah rakho ke Rasool Allah yeh aqeedah rakho ke Rasool Allah ki shafaat se nijat ho jayegi bas nijat pakki hai</w:t>
      </w:r>
    </w:p>
    <w:p>
      <w:pPr>
        <w:jc w:val="right"/>
      </w:pPr>
      <w:r>
        <w:t>ٹھیک یہی یہ اب مان لو کہ رسول اللہ کی شفاعت سے نجات ہو جائے گی یہ عقیدہ رکھو کہ رسول اللہ یہ عقیدہ رکھو کہ رسول اللہ کی شفاعت سے نجات ہو جائے گی بس نجات پکی ہے</w:t>
      </w:r>
    </w:p>
    <w:p>
      <w:r>
        <w:rPr>
          <w:b/>
        </w:rPr>
        <w:t xml:space="preserve">[16:22] </w:t>
      </w:r>
      <w:r>
        <w:t>aur isi liye Musalman jo hain bahut zyada bhadakte hain agar koi gustakhi kar de</w:t>
      </w:r>
    </w:p>
    <w:p>
      <w:pPr>
        <w:jc w:val="right"/>
      </w:pPr>
      <w:r>
        <w:t>اور اسی لیے مسلمان جو ہیں بہت زیادہ بھڑکتے ہیں اگر کوئی گستاخی کر دے</w:t>
      </w:r>
    </w:p>
    <w:p>
      <w:r>
        <w:rPr>
          <w:b/>
        </w:rPr>
        <w:t xml:space="preserve">[16:31] </w:t>
      </w:r>
      <w:r>
        <w:t>maine gustakhi ka tasawwur mein mein nahi manta is ko gustakhi ka tasawwur apne aap mein ek</w:t>
      </w:r>
    </w:p>
    <w:p>
      <w:pPr>
        <w:jc w:val="right"/>
      </w:pPr>
      <w:r>
        <w:t>میں نے گستاخی کا تصور میں میں نہیں مانتا اس کو گستاخی کا تصور اپنے آپ میں ایک</w:t>
      </w:r>
    </w:p>
    <w:p>
      <w:r>
        <w:rPr>
          <w:b/>
        </w:rPr>
        <w:t xml:space="preserve">[16:38] </w:t>
      </w:r>
      <w:r>
        <w:t>be buniyad cheez hai lekin jis cheez ko musalman gustakhi samajhte hain bas us ko parhte hain</w:t>
      </w:r>
    </w:p>
    <w:p>
      <w:pPr>
        <w:jc w:val="right"/>
      </w:pPr>
      <w:r>
        <w:t>بے بنیاد چیز ہے لیکن جس چیز کو مسلمان گستاخی سمجھتے ہیں بس اس کو پڑھ پڑھتے ہیں</w:t>
      </w:r>
    </w:p>
    <w:p>
      <w:r>
        <w:rPr>
          <w:b/>
        </w:rPr>
        <w:t xml:space="preserve">[16:43] </w:t>
      </w:r>
      <w:r>
        <w:t>woh kyunke unhone samajh rakha ke bas rasool Allah ki afzaliyat par taqreerien karo naat khwani karo</w:t>
      </w:r>
    </w:p>
    <w:p>
      <w:pPr>
        <w:jc w:val="right"/>
      </w:pPr>
      <w:r>
        <w:t>وہ کیونکہ انہوں نے سمجھ رکھا کہ بس رسول اللہ کی افضلیت پر تقیریں کرو نعت خوانی کرو</w:t>
      </w:r>
    </w:p>
    <w:p>
      <w:r>
        <w:rPr>
          <w:b/>
        </w:rPr>
        <w:t xml:space="preserve">[16:51] </w:t>
      </w:r>
      <w:r>
        <w:t>unki badhai ko mano aur unki shafaat par aqeedah rakho bas</w:t>
      </w:r>
    </w:p>
    <w:p>
      <w:pPr>
        <w:jc w:val="right"/>
      </w:pPr>
      <w:r>
        <w:t>ان کی بڑائی کو مانو اور ان کی شفاعت پر عقیدہ رکھو بس</w:t>
      </w:r>
    </w:p>
    <w:p>
      <w:r>
        <w:rPr>
          <w:b/>
        </w:rPr>
        <w:t xml:space="preserve">[16:57] </w:t>
      </w:r>
      <w:r>
        <w:t>yahi kafi hai nijat ke liye</w:t>
      </w:r>
    </w:p>
    <w:p>
      <w:pPr>
        <w:jc w:val="right"/>
      </w:pPr>
      <w:r>
        <w:t>یہی کافی ہے نجات کے لیے</w:t>
      </w:r>
    </w:p>
    <w:p>
      <w:r>
        <w:rPr>
          <w:b/>
        </w:rPr>
        <w:t xml:space="preserve">[17:04] </w:t>
      </w:r>
      <w:r>
        <w:t>to ek aitbar se yahood musalmanon ke liye naseehat hain aur doosre aitbar se</w:t>
      </w:r>
    </w:p>
    <w:p>
      <w:pPr>
        <w:jc w:val="right"/>
      </w:pPr>
      <w:r>
        <w:t>تو ایک اعتبار سے یہود مسلمانوں کے لیے نصیحت ہیں اور دوسرے اعتبار سے</w:t>
      </w:r>
    </w:p>
    <w:p>
      <w:r>
        <w:rPr>
          <w:b/>
        </w:rPr>
        <w:t xml:space="preserve">[17:12] </w:t>
      </w:r>
      <w:r>
        <w:t>masih musalmanon ke liye naseehat hain yeh do ahle kitab ke do bade groh yani yahoodi aur isai</w:t>
      </w:r>
    </w:p>
    <w:p>
      <w:pPr>
        <w:jc w:val="right"/>
      </w:pPr>
      <w:r>
        <w:t>مسیحی مسلمانوں کے لیے نصیحت ہیں یہ دو اہل کتاب کے دو بڑے گروہ یعنی یہودی اور عیسائی</w:t>
      </w:r>
    </w:p>
    <w:p>
      <w:r>
        <w:rPr>
          <w:b/>
        </w:rPr>
        <w:t xml:space="preserve">[17:21] </w:t>
      </w:r>
      <w:r>
        <w:t>dono naseehat yani ek naseehat yani ek ek hoti hai negative naseehat ek hoti hai positive naseehat</w:t>
      </w:r>
    </w:p>
    <w:p>
      <w:pPr>
        <w:jc w:val="right"/>
      </w:pPr>
      <w:r>
        <w:t>دونوں نصیحت یعنی ایک نصیحت یعنی ایک ایک ہوتی ہے نیگیٹیو نصیحت ایک ہوتی ہے پوزیٹیو نصیحت</w:t>
      </w:r>
    </w:p>
    <w:p>
      <w:r>
        <w:rPr>
          <w:b/>
        </w:rPr>
        <w:t xml:space="preserve">[17:31] </w:t>
      </w:r>
      <w:r>
        <w:t>naseehat dono qism ki hoti hai</w:t>
      </w:r>
    </w:p>
    <w:p>
      <w:pPr>
        <w:jc w:val="right"/>
      </w:pPr>
      <w:r>
        <w:t>نصیحت دونوں قسم کی ہوتی ہے</w:t>
      </w:r>
    </w:p>
    <w:p>
      <w:r>
        <w:rPr>
          <w:b/>
        </w:rPr>
        <w:t xml:space="preserve">[17:36] </w:t>
      </w:r>
      <w:r>
        <w:t>to dono ke haan naseehat hai negative bhi positive bhi yani aisa unhone kiya to tum mat</w:t>
      </w:r>
    </w:p>
    <w:p>
      <w:pPr>
        <w:jc w:val="right"/>
      </w:pPr>
      <w:r>
        <w:t>تو دونوں کے ہاں نصیحت ہے نیگیٹیو بھی پوزیٹیو بھی یعنی ایسا انہوں نے کیا تو تم مت</w:t>
      </w:r>
    </w:p>
    <w:p>
      <w:r>
        <w:rPr>
          <w:b/>
        </w:rPr>
        <w:t xml:space="preserve">[17:42] </w:t>
      </w:r>
      <w:r>
        <w:t>karna aisa yeh hai negative naseehat aur aisa unhone kiya to tum karna yeh hui positive naseehat</w:t>
      </w:r>
    </w:p>
    <w:p>
      <w:pPr>
        <w:jc w:val="right"/>
      </w:pPr>
      <w:r>
        <w:t>کرنا ایسا یہ ہے نیگیٹیو نصیحت اور ایسا انہوں نے کیا تو تم کرنا یہ ہوئی پوزیٹیو نصیحت</w:t>
      </w:r>
    </w:p>
    <w:p>
      <w:r>
        <w:rPr>
          <w:b/>
        </w:rPr>
        <w:t xml:space="preserve">[17:51] </w:t>
      </w:r>
      <w:r>
        <w:t>yani jin ko hawariin kaha jata hai woh un mein hamari positive naseehat hai aur jo bheed bani</w:t>
      </w:r>
    </w:p>
    <w:p>
      <w:pPr>
        <w:jc w:val="right"/>
      </w:pPr>
      <w:r>
        <w:t>یعنی جن کو حوارین کہا جاتا ہے وہ ان میں ہماری پوزیٹیو نصیحت ہے اور جو بھیڑ بنی</w:t>
      </w:r>
    </w:p>
    <w:p>
      <w:r>
        <w:rPr>
          <w:b/>
        </w:rPr>
        <w:t xml:space="preserve">[18:00] </w:t>
      </w:r>
      <w:r>
        <w:t>baat ke zamane mein woh hamari negative negative naseehat hai</w:t>
      </w:r>
    </w:p>
    <w:p>
      <w:pPr>
        <w:jc w:val="right"/>
      </w:pPr>
      <w:r>
        <w:t>بات کے زمانے میں وہ ہماری نیگیٹیو نیگیٹیو نصیحت ہے</w:t>
      </w:r>
    </w:p>
    <w:p>
      <w:r>
        <w:rPr>
          <w:b/>
        </w:rPr>
        <w:t xml:space="preserve">[18:12] </w:t>
      </w:r>
      <w:r>
        <w:t>to jis tarah se hamare paas quran hai sunnat hai hadees hai samajhne ke liye ke allah ka matlab deen kya hai usi tarah tareekh mein misaalain bhi maujood hain</w:t>
      </w:r>
    </w:p>
    <w:p>
      <w:pPr>
        <w:jc w:val="right"/>
      </w:pPr>
      <w:r>
        <w:t>تو جس طرح سے ہمارے پاس قرآن ہے سنت ہے حدیث ہے سمجھنے کے لیے کہ اللہ کا مطلوب دین کیا ہے اسی طرح تاریخ میں مثالیں بھی موجود ہیں</w:t>
      </w:r>
    </w:p>
    <w:p>
      <w:r>
        <w:rPr>
          <w:b/>
        </w:rPr>
        <w:t xml:space="preserve">[18:27] </w:t>
      </w:r>
      <w:r>
        <w:t>amli sabaq lene ke liye yaani ek taraf nazri taur par aap agar aap ko samajhna hai nazri taur par to aap quran o hadees ko padhiye</w:t>
      </w:r>
    </w:p>
    <w:p>
      <w:pPr>
        <w:jc w:val="right"/>
      </w:pPr>
      <w:r>
        <w:t>عملی سبق لینے کے لیے یعنی ایک طرف نظری طور پر آپ اگر آپ کو سمجھنا ہے نظری طور پر تو آپ قرآن و حدیث کو پڑھیے</w:t>
      </w:r>
    </w:p>
    <w:p>
      <w:r>
        <w:rPr>
          <w:b/>
        </w:rPr>
        <w:t xml:space="preserve">[18:40] </w:t>
      </w:r>
      <w:r>
        <w:t>allah ke deen ko aap chahte hain nazri taur par samajhna is ke liye aap quran o hadees ka mutaala kijiye lekin isi ke saath saath tareekhi namoone bhi maujood hain tareekh moosa bhi aap sabaq le sakte hain amli aitbaar se</w:t>
      </w:r>
    </w:p>
    <w:p>
      <w:pPr>
        <w:jc w:val="right"/>
      </w:pPr>
      <w:r>
        <w:t>اللہ کے دین کو آپ چاہتے ہیں نظری طور پر سمجھنا اس کے لیے آپ قرآن و حدیث کا مطالعہ کیجئے لیکن اسی کے ساتھ ساتھ تاریخی نمونے بھی موجود ہیں تاریخ موسی بھی آپ سبق لے سکتے ہیں عملی اعتبار سے</w:t>
      </w:r>
    </w:p>
    <w:p>
      <w:r>
        <w:rPr>
          <w:b/>
        </w:rPr>
        <w:t xml:space="preserve">[19:02] </w:t>
      </w:r>
      <w:r>
        <w:t>to yeh sabak hai hazrat ummat masih ke ummat ummat masih ke haan</w:t>
      </w:r>
    </w:p>
    <w:p>
      <w:pPr>
        <w:jc w:val="right"/>
      </w:pPr>
      <w:r>
        <w:t>تو یہ سبق ہے حضرت امت مسیح کے امت امت مسیح کے ہاں</w:t>
      </w:r>
    </w:p>
    <w:p>
      <w:r>
        <w:rPr>
          <w:b/>
        </w:rPr>
        <w:t xml:space="preserve">[19:09] </w:t>
      </w:r>
      <w:r>
        <w:t>ke hazrat masih ki jo taleemat theen yeh hawari ka the hawari woh log the jo Khuda ko</w:t>
      </w:r>
    </w:p>
    <w:p>
      <w:pPr>
        <w:jc w:val="right"/>
      </w:pPr>
      <w:r>
        <w:t>کہ حضرت مسیح کی جو تعلیمات تھیں یہ حواری کا تھے حواری وہ لوگ تھے جو خدا کو</w:t>
      </w:r>
    </w:p>
    <w:p>
      <w:r>
        <w:rPr>
          <w:b/>
        </w:rPr>
        <w:t xml:space="preserve">[19:16] </w:t>
      </w:r>
      <w:r>
        <w:t>ek mante the aur bilkul peaceful andaaz mein unhone dawat ka kaam kiya</w:t>
      </w:r>
    </w:p>
    <w:p>
      <w:pPr>
        <w:jc w:val="right"/>
      </w:pPr>
      <w:r>
        <w:t>ایک مانتے تھے اور بالکل پیس فل انداز میں انہوں نے دعوت کا کام کیا</w:t>
      </w:r>
    </w:p>
    <w:p>
      <w:r>
        <w:rPr>
          <w:b/>
        </w:rPr>
        <w:t xml:space="preserve">[19:22] </w:t>
      </w:r>
      <w:r>
        <w:t>hazrat masih ke mashware ki roshni mein</w:t>
      </w:r>
    </w:p>
    <w:p>
      <w:pPr>
        <w:jc w:val="right"/>
      </w:pPr>
      <w:r>
        <w:t>حضرت مسیح کے مشورے کی روشنی میں</w:t>
      </w:r>
    </w:p>
    <w:p>
      <w:r>
        <w:rPr>
          <w:b/>
        </w:rPr>
        <w:t xml:space="preserve">[19:25] </w:t>
      </w:r>
      <w:r>
        <w:t>hazrat masih mein kaha ke jao tum qomon ke darmiyan munazre karo</w:t>
      </w:r>
    </w:p>
    <w:p>
      <w:pPr>
        <w:jc w:val="right"/>
      </w:pPr>
      <w:r>
        <w:t>حضرت مسیح میں کہا کہ جاؤ تم قوموں کے درمیان مناظرے کرو</w:t>
      </w:r>
    </w:p>
    <w:p>
      <w:r>
        <w:rPr>
          <w:b/>
        </w:rPr>
        <w:t xml:space="preserve">[19:32] </w:t>
      </w:r>
      <w:r>
        <w:t>yeh khud hadees mein aaya hai aur bible mein bhi aaya hai ke hazrat maseeh ke thode se log the jin ko hawaari kaha gaya hai to un ko aap ne kaha ke tum falasteen ke bahar jaao aur logon ke darmiyan munazre karo to yeh log munazre karte the tauheed ki aur bilkul peaceful andaaz mein</w:t>
      </w:r>
    </w:p>
    <w:p>
      <w:pPr>
        <w:jc w:val="right"/>
      </w:pPr>
      <w:r>
        <w:t>یہ خود حدیث میں آیا ہے اور بائبل میں بھی آیا ہے کہ حضرت مسیح کے تھوڑے سے لوگ تھے جن کو حواری کہا گیا ہے تو ان کو آپ نے کہا کہ تم فلسطین کے باہر جاؤ اور لوگوں کے درمیان مناظرے کرو تو یہ لوگ مناظرے کرتے تھے توحید کی اور بالکل پیس فل انداز میں</w:t>
      </w:r>
    </w:p>
    <w:p>
      <w:r>
        <w:rPr>
          <w:b/>
        </w:rPr>
        <w:t xml:space="preserve">[20:02] </w:t>
      </w:r>
      <w:r>
        <w:t>to yeh hawaari kahe gaye aur quran mein is ko ansar ansar allah kaha gaya yaani ansar allah aur hawaari dono matlab mutar mutaqariba alfaaz hain qareeb qareeb ek hi maani hain dono ke</w:t>
      </w:r>
    </w:p>
    <w:p>
      <w:pPr>
        <w:jc w:val="right"/>
      </w:pPr>
      <w:r>
        <w:t>تو یہ حواری کہے گئے اور قرآن میں اس کو انصار انصار اللہ کہا گیا یعنی انصار اللہ اور حواری دونوں مطلب متر متقارب الفاظ ہیں قریب قریب ایک ہی معنی ہیں دونوں کے</w:t>
      </w:r>
    </w:p>
    <w:p>
      <w:r>
        <w:rPr>
          <w:b/>
        </w:rPr>
        <w:t xml:space="preserve">[20:22] </w:t>
      </w:r>
      <w:r>
        <w:t>to ek arooh yeh hai</w:t>
      </w:r>
    </w:p>
    <w:p>
      <w:pPr>
        <w:jc w:val="right"/>
      </w:pPr>
      <w:r>
        <w:t>تو ایک گروہ یہ ہے</w:t>
      </w:r>
    </w:p>
    <w:p>
      <w:r>
        <w:rPr>
          <w:b/>
        </w:rPr>
        <w:t xml:space="preserve">[20:28] </w:t>
      </w:r>
      <w:r>
        <w:t>yeh arooh jo hai ummat mohammad mein ummat mohammadi mein baat karega ummat mohammadi mein bhi ek mukhtasar arooh aisa rahega jo hazrat maseeh ki ke peron ki tarah rasool allah sallallahu alaihi wasallam ke sachche per bane ga aur dawat ka kaam kare ga</w:t>
      </w:r>
    </w:p>
    <w:p>
      <w:pPr>
        <w:jc w:val="right"/>
      </w:pPr>
      <w:r>
        <w:t>یہ گروہ جو ہے امت محمد میں امت محمدی میں بات کر رہے گا امت محمدی میں بھی ایک مختصر گروہ ایسا رہے گا جو حضرت مسیح کی کے پیرووں کی طرح رسول اللہ صلی اللہ علیہ وسلم کے سچے پرو بنے گا اور دعوت کا کام کرے گا</w:t>
      </w:r>
    </w:p>
    <w:p>
      <w:r>
        <w:rPr>
          <w:b/>
        </w:rPr>
        <w:t xml:space="preserve">[20:50] </w:t>
      </w:r>
      <w:r>
        <w:t>ansar allah bane ga woh aur doosri taraf khasaakhta aqaaid par susti susti jannat ke aqaaid banayenge log is par bheed akhatta hogi maseehiyon mein jo bheed akhatta hui woh susti jannat ke</w:t>
      </w:r>
    </w:p>
    <w:p>
      <w:pPr>
        <w:jc w:val="right"/>
      </w:pPr>
      <w:r>
        <w:t>انصار اللہ بنے گا وہ اور دوسری طرف خصاختہ عقائد پر سستی سستی جنت کے عقائد بنائیں گے لوگ اس پر بھیڑ اکٹھا ہوگی مسیحیوں میں جو بھیڑ اکٹھا ہوئی وہ سستی جنت کے</w:t>
      </w:r>
    </w:p>
    <w:p>
      <w:r>
        <w:rPr>
          <w:b/>
        </w:rPr>
        <w:t xml:space="preserve">[21:06] </w:t>
      </w:r>
      <w:r>
        <w:t>sust jannat ka formula daryaft karne ke nateeje mein unhon ne susti jannat ka ek formula waza kiya aur is ke baad bheed ki bheed akhatta ho gayi wahan par</w:t>
      </w:r>
    </w:p>
    <w:p>
      <w:pPr>
        <w:jc w:val="right"/>
      </w:pPr>
      <w:r>
        <w:t>سستی جنت کا فارمولا دریافت کرنے کے نتیجے میں انہوں نے سستی جنت کا ایک فارمولا وضع کیا اور اس کے بعد بھیڑ کی بھیڑ اکٹھا ہو گئی وہاں پر</w:t>
      </w:r>
    </w:p>
    <w:p>
      <w:r>
        <w:rPr>
          <w:b/>
        </w:rPr>
        <w:t xml:space="preserve">[21:15] </w:t>
      </w:r>
      <w:r>
        <w:t>aise musalmanon mein kuch log susti jannat ka formula nikalenge woh bheed ki bheed un ke saath ho jayegi lekin islam mein yaad rakhiye crowd crowd ki koi ahmiyat nahi hai bheed ki koi ahmiyat nahi hai quantity ki koi ahmiyat nahi hai saari ahmiyat islam mein hai quality ki</w:t>
      </w:r>
    </w:p>
    <w:p>
      <w:pPr>
        <w:jc w:val="right"/>
      </w:pPr>
      <w:r>
        <w:t>ایسے مسلمانوں میں کچھ لوگ سستی جنت کا فارمولا نکالیں گے وہ بھیڑ کی بھیڑ ان کے ساتھ ہو جائے گی لیکن اسلام میں یاد رکھیے کراؤڈ کراؤڈ کی کوئی اہمیت نہیں ہے بھیڑ کی کوئی اہمیت نہیں ہے کوانٹٹی کی کوئی اہمیت نہیں ہے ساری اہمیت اسلام میں ہے کوالٹی کی</w:t>
      </w:r>
    </w:p>
    <w:p>
      <w:r>
        <w:rPr>
          <w:b/>
        </w:rPr>
        <w:t xml:space="preserve">[21:39] </w:t>
      </w:r>
      <w:r>
        <w:t>yahi usool pehle bhi tha yeh usool aaj bhi baqi rahe ga</w:t>
      </w:r>
    </w:p>
    <w:p>
      <w:pPr>
        <w:jc w:val="right"/>
      </w:pPr>
      <w:r>
        <w:t>یہی اصول پہلے بھی تھا یہ اصول آج بھی باقی رہے گا</w:t>
      </w:r>
    </w:p>
    <w:p>
      <w:r>
        <w:rPr>
          <w:b/>
        </w:rPr>
        <w:t xml:space="preserve">[21:49] </w:t>
      </w:r>
      <w:r>
        <w:t>to log jo bahsein nikalte hain hazrat maseeh ko lekar</w:t>
      </w:r>
    </w:p>
    <w:p>
      <w:pPr>
        <w:jc w:val="right"/>
      </w:pPr>
      <w:r>
        <w:t>تو لوگ جو بحثیں نکالتے ہیں حضرت مسیح کو لے کر</w:t>
      </w:r>
    </w:p>
    <w:p>
      <w:r>
        <w:rPr>
          <w:b/>
        </w:rPr>
        <w:t xml:space="preserve">[21:55] </w:t>
      </w:r>
      <w:r>
        <w:t>woh bahsein itni ahem nahi hain itni ahem yeh sabaq hai hazrat maseeh ko lekar jo kitaabein likhi gayi hain bahsein hoti hain to woh bahsein itni ahmiyat nahi hain un ki itni ahmiyat nahi hai lekin yeh jo sabaq hai is ki bohat ahmiyat hai</w:t>
      </w:r>
    </w:p>
    <w:p>
      <w:pPr>
        <w:jc w:val="right"/>
      </w:pPr>
      <w:r>
        <w:t>وہ بحثیں اتنی اہم نہیں ہیں اتنی اہم یہ سبق ہے حضرت مسیح کو لے کر جو کتابیں لکھی گئی ہیں بحثیں ہوتی ہیں تو وہ بحثیں اتنی اہمیت نہیں ہیں ان کی اتنی اہمیت نہیں ہے لیکن یہ جو سبق ہے اس کی بہت اہمیت ہے</w:t>
      </w:r>
    </w:p>
    <w:p>
      <w:r>
        <w:rPr>
          <w:b/>
        </w:rPr>
        <w:t xml:space="preserve">[22:19] </w:t>
      </w:r>
      <w:r>
        <w:t>ke humein yeh nahi karna hai ke nijaat ka sasta formula waza karein aur phir is par bheed bheed akhatta karein is ki koi is ki koi value nahi hai allah ke nazdeek</w:t>
      </w:r>
    </w:p>
    <w:p>
      <w:pPr>
        <w:jc w:val="right"/>
      </w:pPr>
      <w:r>
        <w:t>کہ ہمیں یہ نہیں کرنا ہے کہ نجات کا سستا فارمولا وضع کریں اور پھر اس پر بھیڑ بھیڑ اکٹھا کریں اس کی کوئی اس کی کوئی ویلیو نہیں ہے اللہ کے نزدیک</w:t>
      </w:r>
    </w:p>
    <w:p>
      <w:r>
        <w:rPr>
          <w:b/>
        </w:rPr>
        <w:t xml:space="preserve">[22:38] </w:t>
      </w:r>
      <w:r>
        <w:t>aur shayad aisi isi liye hadees mein aaya hai ke tum ka ghussa baad ke zamane mein to woh ghussa kis tarah ho gaya</w:t>
      </w:r>
    </w:p>
    <w:p>
      <w:pPr>
        <w:jc w:val="right"/>
      </w:pPr>
      <w:r>
        <w:t>اور شاید ایسی اسی لیے حدیث میں آیا ہے کہ تم کا غصہ بعد کے زمانے میں تو وہ غصہ کس طرح ہو گیا</w:t>
      </w:r>
    </w:p>
    <w:p>
      <w:r>
        <w:rPr>
          <w:b/>
        </w:rPr>
        <w:t xml:space="preserve">[22:46] </w:t>
      </w:r>
      <w:r>
        <w:t>to shayad yahi hai is ka matlab ke bheed ki bheed jama ho jayegi lekin is ki koi value nahi hogi</w:t>
      </w:r>
    </w:p>
    <w:p>
      <w:pPr>
        <w:jc w:val="right"/>
      </w:pPr>
      <w:r>
        <w:t>تو شاید یہی ہے اس کا مطلب کہ بھیڑ کی بھیڑ جمع ہو جائے گی لیکن اس کی کوئی ویلیو نہیں ہوگی</w:t>
      </w:r>
    </w:p>
    <w:p>
      <w:r>
        <w:rPr>
          <w:b/>
        </w:rPr>
        <w:t xml:space="preserve">[22:56] </w:t>
      </w:r>
      <w:r>
        <w:t>aur doosri taraf jo hazrat rasool allah sallallahu alaihi wasallam ki sachi taleem par khade honge aur jo ansar allah banenge dawat ka kaam karenge un ki tadad mukhtasar hogi bhai allah ke nazdeek inhi ki ahmiyat hogi</w:t>
      </w:r>
    </w:p>
    <w:p>
      <w:pPr>
        <w:jc w:val="right"/>
      </w:pPr>
      <w:r>
        <w:t>اور دوسری طرف جو حضرت رسول اللہ صلی اللہ علیہ وسلم کی سچی تعلیم پر کھڑے ہوں گے اور جو انصار اللہ بنیں گے دعوت کا کام کریں گے ان کی تعداد مختصر ہوگی بھئی اللہ کے نزدیک انہی کی اہمیت ہوگی</w:t>
      </w:r>
    </w:p>
    <w:p>
      <w:r>
        <w:rPr>
          <w:b/>
        </w:rPr>
        <w:t xml:space="preserve">[23:13] </w:t>
      </w:r>
      <w:r>
        <w:t>allah ke nazdeek inhi ki ahmiyat hogi</w:t>
      </w:r>
    </w:p>
    <w:p>
      <w:pPr>
        <w:jc w:val="right"/>
      </w:pPr>
      <w:r>
        <w:t>اللہ کے نزدیک انہی کی اہمیت ہوگی</w:t>
      </w:r>
    </w:p>
    <w:p>
      <w:r>
        <w:rPr>
          <w:b/>
        </w:rPr>
        <w:t xml:space="preserve">[23:26] </w:t>
      </w:r>
      <w:r>
        <w:t>to main samajhta hoon ke yeh allah taala ne jis tarah se hamare liye nazri aitbaar se rehnumai ka saamaan kiya hai quran o sunnat ki roshni mein quran o sunnat ki soorat mein</w:t>
      </w:r>
    </w:p>
    <w:p>
      <w:pPr>
        <w:jc w:val="right"/>
      </w:pPr>
      <w:r>
        <w:t>تو میں سمجھتا ہوں کہ یہ اللہ تعالی نے جس طرح سے ہمارے لیے نظری اعتبار سے رہنمائی کا سامان کیا ہے قرآن و سنت کی روشنی میں قرآن و سنت کی صورت میں</w:t>
      </w:r>
    </w:p>
    <w:p>
      <w:r>
        <w:rPr>
          <w:b/>
        </w:rPr>
        <w:t xml:space="preserve">[23:39] </w:t>
      </w:r>
      <w:r>
        <w:t>yaani quran o sunnat ki soorat mein hamare liye rehnumai ka aala intezaam kiya gaya hai mustand intezaam isi tarah se allah taala ne tareekh mein misaalain qaim kar di hain dono qism ki nafi yaani manfi</w:t>
      </w:r>
    </w:p>
    <w:p>
      <w:pPr>
        <w:jc w:val="right"/>
      </w:pPr>
      <w:r>
        <w:t>یعنی قرآن و سنت کی صورت میں ہمارے لیے رہنمائی کا اعلی انتظام کیا گیا ہے مستند انتظام اسی طرح سے اللہ تعالی نے تاریخ میں مثالیں قائم کر دی ہیں دونوں قسم کی نفی یعنی منفی</w:t>
      </w:r>
    </w:p>
    <w:p>
      <w:r>
        <w:rPr>
          <w:b/>
        </w:rPr>
        <w:t xml:space="preserve">[23:58] </w:t>
      </w:r>
      <w:r>
        <w:t>yaani negative misaal bhi positive misaal bhi</w:t>
      </w:r>
    </w:p>
    <w:p>
      <w:pPr>
        <w:jc w:val="right"/>
      </w:pPr>
      <w:r>
        <w:t>یعنی نیگیٹیو مثال بھی پوزیٹیو مثال بھی</w:t>
      </w:r>
    </w:p>
    <w:p>
      <w:r>
        <w:rPr>
          <w:b/>
        </w:rPr>
        <w:t xml:space="preserve">[24:04] </w:t>
      </w:r>
      <w:r>
        <w:t>manfi misaal bhi aur musbat misaal bhi</w:t>
      </w:r>
    </w:p>
    <w:p>
      <w:pPr>
        <w:jc w:val="right"/>
      </w:pPr>
      <w:r>
        <w:t>منفی مثال بھی اور مثبت مثال بھی</w:t>
      </w:r>
    </w:p>
    <w:p>
      <w:r>
        <w:rPr>
          <w:b/>
        </w:rPr>
        <w:t xml:space="preserve">[24:09] </w:t>
      </w:r>
      <w:r>
        <w:t>to agar koi shakhs khule zehen ke sath waqi maano mein khule zehen ke sath objective tor par mutala karega to us ko sachai ko paane mein koi mushkil paish nahi aayegi</w:t>
      </w:r>
    </w:p>
    <w:p>
      <w:pPr>
        <w:jc w:val="right"/>
      </w:pPr>
      <w:r>
        <w:t>تو اگر کوئی شخص کھلے ذہن کے ساتھ واقعی معنوں میں کھلے ذہن کے ساتھ ابجیکٹو طور پر مطالعہ کرے گا تو اس کو سچائی کو پانے میں کوئی مشکل نہیں پیش آئے گی</w:t>
      </w:r>
    </w:p>
    <w:p>
      <w:r>
        <w:rPr>
          <w:b/>
        </w:rPr>
        <w:t xml:space="preserve">[24:25] </w:t>
      </w:r>
      <w:r>
        <w:t>sachai ki daryaft mein us ko koi mushkil paish nahi aayegi</w:t>
      </w:r>
    </w:p>
    <w:p>
      <w:pPr>
        <w:jc w:val="right"/>
      </w:pPr>
      <w:r>
        <w:t>سچائی کی دریافت میں اس کو کوئی مشکل پیش نہیں آئے گی</w:t>
      </w:r>
    </w:p>
    <w:p>
      <w:r>
        <w:rPr>
          <w:b/>
        </w:rPr>
        <w:t xml:space="preserve">[24:38] </w:t>
      </w:r>
      <w:r>
        <w:t>to main samajhta hoon ke is par bohat ziyada hamein sochna chahiye</w:t>
      </w:r>
    </w:p>
    <w:p>
      <w:pPr>
        <w:jc w:val="right"/>
      </w:pPr>
      <w:r>
        <w:t>تو میں سمجھتا ہوں کہ اس پر بہت زیادہ ہمیں سوچنا چاہیے</w:t>
      </w:r>
    </w:p>
    <w:p>
      <w:r>
        <w:rPr>
          <w:b/>
        </w:rPr>
        <w:t xml:space="preserve">[24:45] </w:t>
      </w:r>
      <w:r>
        <w:t>aur bohat ziyada is par hamein ghhor karna chahiye kyunke is mein hamare liye bohat bari naseehat hai aur jo log is se naseehat lenge woh inshallah kabhi gumrahi mein mubtala nahi honge</w:t>
      </w:r>
    </w:p>
    <w:p>
      <w:pPr>
        <w:jc w:val="right"/>
      </w:pPr>
      <w:r>
        <w:t>اور بہت زیادہ اس پر ہمیں غور کرنا چاہیے کیونکہ اس میں ہمارے لیے بہت بڑی نصیحت ہے اور جو لوگ اس سے نصیحت لیں گے وہ انشاءاللہ کبھی گمراہی میں مبتلا نہیں ہوں گے</w:t>
      </w:r>
    </w:p>
    <w:p>
      <w:r>
        <w:rPr>
          <w:b/>
        </w:rPr>
        <w:t xml:space="preserve">[25:11] </w:t>
      </w:r>
      <w:r>
        <w:t>kaisa ajeeb hai yeh waqea hai ke Allah taala ne ek taraf nazri rehnumai ka intezam kiya Quran aur Hadees ki surat mein aur doosri taraf Allah taala ne tareekh mein amli misalein bhi qaim kar dein</w:t>
      </w:r>
    </w:p>
    <w:p>
      <w:pPr>
        <w:jc w:val="right"/>
      </w:pPr>
      <w:r>
        <w:t>کیسا عجیب ہے یہ واقعہ ہے کہ اللہ تعالی نے ایک طرف نظری رہنمائی کا انتظام کیا قرآن اور حدیث کی صورت میں اور دوسری طرف اللہ تعالی نے تاریخ میں عملی مثالیں بھی قائم کر دیں</w:t>
      </w:r>
    </w:p>
    <w:p>
      <w:r>
        <w:rPr>
          <w:b/>
        </w:rPr>
        <w:t xml:space="preserve">[25:33] </w:t>
      </w:r>
      <w:r>
        <w:t>taake kisi ko samajhne mein aur sachai ko daryaft karne mein koi mushkil paish na aaye</w:t>
      </w:r>
    </w:p>
    <w:p>
      <w:pPr>
        <w:jc w:val="right"/>
      </w:pPr>
      <w:r>
        <w:t>تاکہ کسی کو سمجھنے میں اور سچائی کو دریافت کرنے میں کوئی مشکل پیش نہ آئے</w:t>
      </w:r>
    </w:p>
    <w:p>
      <w:r>
        <w:rPr>
          <w:b/>
        </w:rPr>
        <w:t xml:space="preserve">[25:48] </w:t>
      </w:r>
      <w:r>
        <w:t>to sari ahmiyat sirf hai sanjeedgi ki sincerity ki agar aap sanjeeda hain agar aap waqatan janna chahte hain ke sachai kya hai</w:t>
      </w:r>
    </w:p>
    <w:p>
      <w:pPr>
        <w:jc w:val="right"/>
      </w:pPr>
      <w:r>
        <w:t>تو ساری اہمیت صرف ہے سنجیدگی کی سنسیرٹی کی اگر آپ سنجیدہ ہیں اگر آپ واقعتا جاننا چاہتے ہیں کہ سچائی کیا ہے</w:t>
      </w:r>
    </w:p>
    <w:p>
      <w:r>
        <w:rPr>
          <w:b/>
        </w:rPr>
        <w:t xml:space="preserve">[26:00] </w:t>
      </w:r>
      <w:r>
        <w:t>to phir aap ko koi mushkil paish nahi aayegi</w:t>
      </w:r>
    </w:p>
    <w:p>
      <w:pPr>
        <w:jc w:val="right"/>
      </w:pPr>
      <w:r>
        <w:t>تو پھر آپ کو کوئی مشکل پیش نہیں آئے گی</w:t>
      </w:r>
    </w:p>
    <w:p>
      <w:r>
        <w:rPr>
          <w:b/>
        </w:rPr>
        <w:t xml:space="preserve">[26:08] </w:t>
      </w:r>
      <w:r>
        <w:t>isi liye kaha gaya hai ke is deen ke bare mein ke lail o nahar ka nahariya yeh jo Hadees mein aaya hai ke wahshat bil harfiyat samha lail o nahar ka nahariya yani is din ki raatein bhi din ki din ki tarah roshan hain</w:t>
      </w:r>
    </w:p>
    <w:p>
      <w:pPr>
        <w:jc w:val="right"/>
      </w:pPr>
      <w:r>
        <w:t>اسی لیے کہا گیا ہے کہ اس دین کے بارے میں کہ لیل و حیض کا نہاریا یہ جو حدیث میں آیا ہے کہ وحشت بالحریفیت سمہا لیل و حیض کا نہاریا یعنی اس دن کی راتیں بھی دن کی دن کی طرح روشن ہیں</w:t>
      </w:r>
    </w:p>
    <w:p>
      <w:r>
        <w:rPr>
          <w:b/>
        </w:rPr>
        <w:t xml:space="preserve">[26:26] </w:t>
      </w:r>
      <w:r>
        <w:t>in sari baaton ko le kar ke yeh baat samajh mein aati hai ke is din ka mamla kyun aisa hai ke is din ka mamla itna wazeh hai ke us ki raatein bhi din ki tarah roshan hain to yahi hai ke har pehlu se Allah taala ne hamare liye rehnumai ka saman faraham kar diya hai nazri aitbar se bhi amli aitbar se bhi</w:t>
      </w:r>
    </w:p>
    <w:p>
      <w:pPr>
        <w:jc w:val="right"/>
      </w:pPr>
      <w:r>
        <w:t>ان ساری باتوں کو لے کر کے یہ بات سمجھ میں آتی ہے کہ اس دن کا معاملہ کیوں ایسا ہے کہ اس دن کا معاملہ اتنا واضح ہے کہ اس کی راتیں بھی دن کی طرح روشن ہیں تو یہی ہے کہ ہر پہلو سے اللہ تعالی نے ہمارے لیے رہنمائی کا سامان فراہم کر دیا ہے نظری اعتبار سے بھی عملی اعتبار سے بھی</w:t>
      </w:r>
    </w:p>
    <w:p>
      <w:r>
        <w:rPr>
          <w:b/>
        </w:rPr>
        <w:t xml:space="preserve">[26:55] </w:t>
      </w:r>
      <w:r>
        <w:t>donon aitbar donon aitbar se bhi sirf zaroorat hai sanjeedgi ki aur</w:t>
      </w:r>
    </w:p>
    <w:p>
      <w:pPr>
        <w:jc w:val="right"/>
      </w:pPr>
      <w:r>
        <w:t>دونوں اعتبار دونوں اعتبار سے بھی صرف ضرورت ہے سنجیدگی کی اور</w:t>
      </w:r>
    </w:p>
    <w:p>
      <w:r>
        <w:rPr>
          <w:b/>
        </w:rPr>
        <w:t xml:space="preserve">[27:05] </w:t>
      </w:r>
      <w:r>
        <w:t>sachi talash ki sachi spirit ki</w:t>
      </w:r>
    </w:p>
    <w:p>
      <w:pPr>
        <w:jc w:val="right"/>
      </w:pPr>
      <w:r>
        <w:t>سچی تلاش کی سچی سپرٹ کی</w:t>
      </w:r>
    </w:p>
    <w:p>
      <w:r>
        <w:rPr>
          <w:b/>
        </w:rPr>
        <w:t xml:space="preserve">[27:10] </w:t>
      </w:r>
      <w:r>
        <w:t>ke jo cheez sabit ho jaye us ko hum maan lein sabit hone ke baad phir hamein us mein koi uzar na rahe us ki zaroorat hai isi ka naam hai sanjeedgi</w:t>
      </w:r>
    </w:p>
    <w:p>
      <w:pPr>
        <w:jc w:val="right"/>
      </w:pPr>
      <w:r>
        <w:t>کہ جو چیز ثابت ہو جائے اس کو ہم مان لیں ثابت ہونے کے بعد پھر ہمیں اس میں کوئی عذر نہ رہے اس کی ضرورت ہے اسی کا نام ہے سنجیدگی</w:t>
      </w:r>
    </w:p>
    <w:p>
      <w:r>
        <w:rPr>
          <w:b/>
        </w:rPr>
        <w:t xml:space="preserve">[27:26] </w:t>
      </w:r>
      <w:r>
        <w:t>to agar kisi ke andar sanjeedgi hogi to us ko waqatan yeh yahi tajurba hoga ke lail o nahar ka nahariya har baat yahan wazeh hai</w:t>
      </w:r>
    </w:p>
    <w:p>
      <w:pPr>
        <w:jc w:val="right"/>
      </w:pPr>
      <w:r>
        <w:t>تو اگر کسی کے اندر سنجیدگی ہوگی تو اس کو واقعتا یہ یہی تجربہ ہوگا کہ لیل و حیض کا نہاریا ہر بات یہاں واضح ہے</w:t>
      </w:r>
    </w:p>
    <w:p>
      <w:r>
        <w:rPr>
          <w:b/>
        </w:rPr>
        <w:t xml:space="preserve">[27:39] </w:t>
      </w:r>
      <w:r>
        <w:t>nazri aitbar se bhi aur amli aitbar se bhi</w:t>
      </w:r>
    </w:p>
    <w:p>
      <w:pPr>
        <w:jc w:val="right"/>
      </w:pPr>
      <w:r>
        <w:t>نظری اعتبار سے بھی اور عملی اعتبار سے بھی</w:t>
      </w:r>
    </w:p>
    <w:p>
      <w:r>
        <w:rPr>
          <w:b/>
        </w:rPr>
        <w:t xml:space="preserve">[27:52] </w:t>
      </w:r>
      <w:r>
        <w:t>to main samajhta hoon ke hamein is is haqeeqat ko janna chahiye ke agar kahin bheed dikhai deti hai yeh na samjhein ke bheed hai to haq hai wahan bheed bazat khud haq ka meyar nahi hai</w:t>
      </w:r>
    </w:p>
    <w:p>
      <w:pPr>
        <w:jc w:val="right"/>
      </w:pPr>
      <w:r>
        <w:t>تو میں سمجھتا ہوں کہ ہمیں اس اس حقیقت کو جاننا چاہیے کہ اگر کہیں بھیڑ دکھائی دیتی ہے یہ نہ سمجھیں کہ بھیڑ ہے تو حق ہے وہاں بھیڑ بذات خود حق کا معیار نہیں ہے</w:t>
      </w:r>
    </w:p>
    <w:p>
      <w:r>
        <w:rPr>
          <w:b/>
        </w:rPr>
        <w:t xml:space="preserve">[28:10] </w:t>
      </w:r>
      <w:r>
        <w:t>bheed jo hai apne aap mein haq ka meyar nahi hai aap ko dekhna chahiye ke yeh bheed jo hai kis buniyad par khadi hui hai</w:t>
      </w:r>
    </w:p>
    <w:p>
      <w:pPr>
        <w:jc w:val="right"/>
      </w:pPr>
      <w:r>
        <w:t>بھیڑ جو ہے اپنے اپ میں حق کا معیار نہیں ہے اپ کو دیکھنا چاہیے کہ یہ بھیڑ جو ہے کس بنیاد پر کھڑی ہوئی ہے</w:t>
      </w:r>
    </w:p>
    <w:p>
      <w:r>
        <w:rPr>
          <w:b/>
        </w:rPr>
        <w:t xml:space="preserve">[28:20] </w:t>
      </w:r>
      <w:r>
        <w:t>woh kya cheez hai jis ne wahan par bheed logon ne laga diya bheed us ko dekhna padega khud bheed mein bheed chahe kitni hi ziyada ho kitni ziyada ho khud bheed apne aap mein sachai ka meyar nahi hai</w:t>
      </w:r>
    </w:p>
    <w:p>
      <w:pPr>
        <w:jc w:val="right"/>
      </w:pPr>
      <w:r>
        <w:t>وہ کیا چیز ہے جس نے وہاں پر بھیڑ لوگوں نے لگا دیا بھیڑ اس کو دیکھنا پڑے گا خود بھیڑ میں بھیڑ چاہے کتنی ہی زیادہ ہو کتنی زیادہ ہو خود بھیڑ اپنے اپ میں سچائی کا معیار نہیں ہے</w:t>
      </w:r>
    </w:p>
    <w:p>
      <w:r>
        <w:rPr>
          <w:b/>
        </w:rPr>
        <w:t xml:space="preserve">[28:43] </w:t>
      </w:r>
      <w:r>
        <w:t>yeh bohat main samajhta hoon ke yeh bohat bari naseehat hai is mein ke kabhi bhi bheed ko sachai ka meyar na samjho jis tarah baad ke jo Christian hain un ki bohat bari bheed aktha ho gayi lekin woh bheed sachai ka meyar nahi hai aise hi musalmanon mein bhi baad ke zamane mein bheed aktha ho jaye kahin to us ko mat samjhna ke yeh sachai par khadi hui hain yeh</w:t>
      </w:r>
    </w:p>
    <w:p>
      <w:pPr>
        <w:jc w:val="right"/>
      </w:pPr>
      <w:r>
        <w:t>یہ بہت میں سمجھتا ہوں کہ یہ بہت بڑی نصیحت ہے اس میں کہ کبھی بھی بھیڑ کو سچائی کا معیار نہ سمجھو جس طرح بعد کے جو کرسچن ہیں ان کی بہت بڑی بھیڑ اکٹھا ہو گئی لیکن وہ بھیڑ سچائی کا معیار نہیں ہے ایسے ہی مسلمانوں میں بھی بعد کے زمانے میں بھیڑ اکٹھا ہو جائے کہیں تو اس کو مت سمجھنا کہ یہ سچائی پر کھڑی ہوئی ہیں یہ</w:t>
      </w:r>
    </w:p>
    <w:p>
      <w:r>
        <w:rPr>
          <w:b/>
        </w:rPr>
        <w:t xml:space="preserve">[29:12] </w:t>
      </w:r>
      <w:r>
        <w:t>balkeh unko janchana</w:t>
      </w:r>
    </w:p>
    <w:p>
      <w:pPr>
        <w:jc w:val="right"/>
      </w:pPr>
      <w:r>
        <w:t>بلکہ ان کو جانچنا</w:t>
      </w:r>
    </w:p>
    <w:p>
      <w:r>
        <w:rPr>
          <w:b/>
        </w:rPr>
        <w:t xml:space="preserve">[29:15] </w:t>
      </w:r>
      <w:r>
        <w:t>unko quran o sunnat par janchana</w:t>
      </w:r>
    </w:p>
    <w:p>
      <w:pPr>
        <w:jc w:val="right"/>
      </w:pPr>
      <w:r>
        <w:t>ان کو قرآن و سنت پر جانچنا</w:t>
      </w:r>
    </w:p>
    <w:p>
      <w:r>
        <w:rPr>
          <w:b/>
        </w:rPr>
        <w:t xml:space="preserve">[29:19] </w:t>
      </w:r>
      <w:r>
        <w:t>jo guidance diya gaya hai</w:t>
      </w:r>
    </w:p>
    <w:p>
      <w:pPr>
        <w:jc w:val="right"/>
      </w:pPr>
      <w:r>
        <w:t>جو گائیڈنس دیا گیا ہے</w:t>
      </w:r>
    </w:p>
    <w:p>
      <w:r>
        <w:rPr>
          <w:b/>
        </w:rPr>
        <w:t xml:space="preserve">[29:22] </w:t>
      </w:r>
      <w:r>
        <w:t>jo guidance di gayi hai quran mein is par janchana jab is par woh is janch par pure</w:t>
      </w:r>
    </w:p>
    <w:p>
      <w:pPr>
        <w:jc w:val="right"/>
      </w:pPr>
      <w:r>
        <w:t>جو گائیڈنس دی گئی ہے قرآن میں اس پر جانچنا جب اس پر وہ اس جانچ پر پورے</w:t>
      </w:r>
    </w:p>
    <w:p>
      <w:r>
        <w:rPr>
          <w:b/>
        </w:rPr>
        <w:t xml:space="preserve">[29:28] </w:t>
      </w:r>
      <w:r>
        <w:t>utarein tab samjho ke sachai unke sath hai</w:t>
      </w:r>
    </w:p>
    <w:p>
      <w:pPr>
        <w:jc w:val="right"/>
      </w:pPr>
      <w:r>
        <w:t>اتریں تب سمجھو کہ سچائی ان کے ساتھ ہے</w:t>
      </w:r>
    </w:p>
    <w:p>
      <w:r>
        <w:rPr>
          <w:b/>
        </w:rPr>
        <w:t xml:space="preserve">[29:34] </w:t>
      </w:r>
      <w:r>
        <w:t>aur mazeed yeh ke Allah ki nazar mein ahmiyat jo hai quality ki hai quantity ki nahi</w:t>
      </w:r>
    </w:p>
    <w:p>
      <w:pPr>
        <w:jc w:val="right"/>
      </w:pPr>
      <w:r>
        <w:t>اور مزید یہ کہ اللہ کی نظر میں اہمیت جو ہے کوالٹی کی ہے کوانٹٹی کی نہیں</w:t>
      </w:r>
    </w:p>
    <w:p>
      <w:r>
        <w:rPr>
          <w:b/>
        </w:rPr>
        <w:t xml:space="preserve">[29:46] </w:t>
      </w:r>
      <w:r>
        <w:t>to meri dua hai ke Allah taala mujh ko aur aap ko tofeeq de ke hum is baat ko samjhein aur sahi rehnumai le kar dunya mein zindagi guzarein assalam o alaikum wa rehmatullah.</w:t>
      </w:r>
    </w:p>
    <w:p>
      <w:pPr>
        <w:jc w:val="right"/>
      </w:pPr>
      <w:r>
        <w:t>تو میری دعا ہے کہ اللہ تعالی مجھ کو اور اپ کو توفیق دے کہ ہم اس بات کو سمجھیں اور صحیح رہنمائی لے کر دنیا میں زندگی گزاریں السلام علیکم ورحمۃ اللہ.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