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Political Interpretation of Islam September 4, 2007</w:t>
      </w:r>
    </w:p>
    <w:p>
      <w:r>
        <w:t>https://youtu.be/iwFh5kd1-Rw</w:t>
      </w:r>
    </w:p>
    <w:p>
      <w:r>
        <w:rPr>
          <w:b/>
        </w:rPr>
        <w:t xml:space="preserve">[00:28] </w:t>
      </w:r>
      <w:r>
        <w:t>wa aḥl al-ʿuqdah min lisānī, yafqah qawlī.</w:t>
      </w:r>
    </w:p>
    <w:p>
      <w:pPr>
        <w:jc w:val="right"/>
      </w:pPr>
      <w:r>
        <w:t>، واحل العقدۃ من لسانی، یفقہ قولی۔</w:t>
      </w:r>
    </w:p>
    <w:p>
      <w:r>
        <w:rPr>
          <w:b/>
        </w:rPr>
        <w:t xml:space="preserve">[00:36] </w:t>
      </w:r>
      <w:r>
        <w:t>āj kī bāt kā ṭāpik hai poliṭikal islām</w:t>
      </w:r>
    </w:p>
    <w:p>
      <w:pPr>
        <w:jc w:val="right"/>
      </w:pPr>
      <w:r>
        <w:t>آج کی بات کا ٹاپک ہے پولیٹیکل اسلام</w:t>
      </w:r>
    </w:p>
    <w:p>
      <w:r>
        <w:rPr>
          <w:b/>
        </w:rPr>
        <w:t xml:space="preserve">[00:45] </w:t>
      </w:r>
      <w:r>
        <w:t>yā siyāsī islām.</w:t>
      </w:r>
    </w:p>
    <w:p>
      <w:pPr>
        <w:jc w:val="right"/>
      </w:pPr>
      <w:r>
        <w:t>یا سیاسی اسلام۔</w:t>
      </w:r>
    </w:p>
    <w:p>
      <w:r>
        <w:rPr>
          <w:b/>
        </w:rPr>
        <w:t xml:space="preserve">[00:50] </w:t>
      </w:r>
      <w:r>
        <w:t>Aaj sabhi akhbaron mein ek news front page par aayi hai ki Pakistan mein bomb blast hua, suicide bombing hui, aur is mein bahut se log mar gaye.</w:t>
      </w:r>
    </w:p>
    <w:p>
      <w:pPr>
        <w:jc w:val="right"/>
      </w:pPr>
      <w:r>
        <w:t>آج سبھی اخباروں میں ایک نیوز فرنٹ پیج پر آئی ہے کہ پاکستان میں بمب بلاسٹ ہوا، سوسائیڈ بمبنگ ہوئی، اور اس میں بہت سے لوگ مر گئے۔</w:t>
      </w:r>
    </w:p>
    <w:p>
      <w:r>
        <w:rPr>
          <w:b/>
        </w:rPr>
        <w:t xml:space="preserve">[01:06] </w:t>
      </w:r>
      <w:r>
        <w:t>yah mere hāth mein āj kā akhbār hai, āj kā English akhbār. āj sabhī akhbāron mein yah khabar hai,</w:t>
      </w:r>
    </w:p>
    <w:p>
      <w:pPr>
        <w:jc w:val="right"/>
      </w:pPr>
      <w:r>
        <w:t>یہ میرے ہاتھ میں آج کا اخبار ہے، آج کا انگریزی اخبار۔ آج سبھی اخباروں میں یہ خبر ہے،</w:t>
      </w:r>
    </w:p>
    <w:p>
      <w:r>
        <w:rPr>
          <w:b/>
        </w:rPr>
        <w:t xml:space="preserve">[01:15] </w:t>
      </w:r>
      <w:r>
        <w:t>is mein hai ki 25 killed in Rawalpindi blasts.</w:t>
      </w:r>
    </w:p>
    <w:p>
      <w:pPr>
        <w:jc w:val="right"/>
      </w:pPr>
      <w:r>
        <w:t>اس میں ہے کہ 25 killed in Rawalpindi blasts.</w:t>
      </w:r>
    </w:p>
    <w:p>
      <w:r>
        <w:rPr>
          <w:b/>
        </w:rPr>
        <w:t xml:space="preserve">[01:24] </w:t>
      </w:r>
      <w:r>
        <w:t>25 killed in Rawalpindi blasts. Aap jante hain ki Rawalpindi Pakistan ka fauji shahar hai,</w:t>
      </w:r>
    </w:p>
    <w:p>
      <w:pPr>
        <w:jc w:val="right"/>
      </w:pPr>
      <w:r>
        <w:t>25 killed in Rawalpindi blasts. آپ جانتے ہیں کہ راولپنڈی پاکستان کا فوجی شہر ہے،</w:t>
      </w:r>
    </w:p>
    <w:p>
      <w:r>
        <w:rPr>
          <w:b/>
        </w:rPr>
        <w:t xml:space="preserve">[01:40] </w:t>
      </w:r>
      <w:r>
        <w:t>vahīn par army headquarter hai.</w:t>
      </w:r>
    </w:p>
    <w:p>
      <w:pPr>
        <w:jc w:val="right"/>
      </w:pPr>
      <w:r>
        <w:t>وہیں پر آرمی ہیڈ کوارٹر ہے۔</w:t>
      </w:r>
    </w:p>
    <w:p>
      <w:r>
        <w:rPr>
          <w:b/>
        </w:rPr>
        <w:t xml:space="preserve">[01:44] </w:t>
      </w:r>
      <w:r>
        <w:t>to vahān par bilkul army headquarter ke paas yah bomb blast hua.</w:t>
      </w:r>
    </w:p>
    <w:p>
      <w:pPr>
        <w:jc w:val="right"/>
      </w:pPr>
      <w:r>
        <w:t>تو وہاں پر بالکل آرمی ہیڈ کوارٹر کے پاس یہ بمب بلاسٹ ہوا۔</w:t>
      </w:r>
    </w:p>
    <w:p>
      <w:r>
        <w:rPr>
          <w:b/>
        </w:rPr>
        <w:t xml:space="preserve">[01:51] </w:t>
      </w:r>
      <w:r>
        <w:t>aur yah rozānā yah khabren ā rahī hain, āp dekhte hain, har din, har din, har din. to āj mujh se kisī ne kahā ki yah kyā bāt hai ki Pakistan mein musalmān musalmān ko kill kar rahe hain.</w:t>
      </w:r>
    </w:p>
    <w:p>
      <w:pPr>
        <w:jc w:val="right"/>
      </w:pPr>
      <w:r>
        <w:t>اور یہ روزانہ یہ خبریں آ رہی ہیں، آپ دیکھتے ہیں، ہر دن، ہر دن، ہر دن۔ تو آج مجھ سے کسی نے کہا کہ یہ کیا بات ہے کہ پاکستان میں مسلمان مسلمان کو کل کر رہے ہیں۔</w:t>
      </w:r>
    </w:p>
    <w:p>
      <w:r>
        <w:rPr>
          <w:b/>
        </w:rPr>
        <w:t xml:space="preserve">[02:12] </w:t>
      </w:r>
      <w:r>
        <w:t>ẓāhir hai ki 25 ādamī jo mare aur 70 ādamī zaḳhmī hue, aur kitne sare prābalam paidā hue honge is ke alāva.</w:t>
      </w:r>
    </w:p>
    <w:p>
      <w:pPr>
        <w:jc w:val="right"/>
      </w:pPr>
      <w:r>
        <w:t>ظاہر ہے کہ 25 آدمی جو مرے اور 70 آدمی زخمی ہوئے، اور کتنے سارے پرابلم پیدا ہوئے ہوں گے اس کے علاوہ۔</w:t>
      </w:r>
    </w:p>
    <w:p>
      <w:r>
        <w:rPr>
          <w:b/>
        </w:rPr>
        <w:t xml:space="preserve">[02:22] </w:t>
      </w:r>
      <w:r>
        <w:t>to yah musalmān ne musalmān ke agīnst mein kiyā. to kisī ne mujh se pūchā ki yah kyā bāt hai ki pālistān mein itnā mār kāṭ rahe hain āpas mein,</w:t>
      </w:r>
    </w:p>
    <w:p>
      <w:pPr>
        <w:jc w:val="right"/>
      </w:pPr>
      <w:r>
        <w:t>تو یہ مسلمان نے مسلمان کے اگینسٹ میں کیا۔ تو کسی نے مجھ سے پوچھا کہ یہ کیا بات ہے کہ پاکستان میں اتنا مار کاٹ رہے ہیں آپس میں،</w:t>
      </w:r>
    </w:p>
    <w:p>
      <w:r>
        <w:rPr>
          <w:b/>
        </w:rPr>
        <w:t xml:space="preserve">[02:36] </w:t>
      </w:r>
      <w:r>
        <w:t>hālaṅki pālistān banā thā islām ke nām par.</w:t>
      </w:r>
    </w:p>
    <w:p>
      <w:pPr>
        <w:jc w:val="right"/>
      </w:pPr>
      <w:r>
        <w:t>حالانکہ پاکستان بنا تھا اسلام کے نام پر۔</w:t>
      </w:r>
    </w:p>
    <w:p>
      <w:r>
        <w:rPr>
          <w:b/>
        </w:rPr>
        <w:t xml:space="preserve">[02:42] </w:t>
      </w:r>
      <w:r>
        <w:t>pālistān banā 1947 mein, islām ke nām par. 1947.</w:t>
      </w:r>
    </w:p>
    <w:p>
      <w:pPr>
        <w:jc w:val="right"/>
      </w:pPr>
      <w:r>
        <w:t>پاکستان بنا 1947 میں، اسلام کے نام پر۔ 1947۔</w:t>
      </w:r>
    </w:p>
    <w:p>
      <w:r>
        <w:rPr>
          <w:b/>
        </w:rPr>
        <w:t xml:space="preserve">[02:53] </w:t>
      </w:r>
      <w:r>
        <w:t>itnī lambī muddat guzar gaī, aur vahān par mār kāṭī chal rahī hai. pālistān banne ke bād jo pahle prāim minisṭar the vahān ke, navvābzādah liāqat ālī khān,</w:t>
      </w:r>
    </w:p>
    <w:p>
      <w:pPr>
        <w:jc w:val="right"/>
      </w:pPr>
      <w:r>
        <w:t>اتنی لمبی مدت گزر گئی، اور وہاں پر مارکاٹی چل رہی ہے۔ پاکستان بننے کے بعد جو پہلے پرائم منسٹر تھے وہاں کے، نوابزادہ لیاقت علی خان،</w:t>
      </w:r>
    </w:p>
    <w:p>
      <w:r>
        <w:rPr>
          <w:b/>
        </w:rPr>
        <w:t xml:space="preserve">[03:11] </w:t>
      </w:r>
      <w:r>
        <w:t>un ko karācī kī saṛak par golī mārakar ḳhatm kar diyā gayā.</w:t>
      </w:r>
    </w:p>
    <w:p>
      <w:pPr>
        <w:jc w:val="right"/>
      </w:pPr>
      <w:r>
        <w:t>ان کو کراچی کی سڑک پر گولی مار کر ختم کر دیا گیا۔</w:t>
      </w:r>
    </w:p>
    <w:p>
      <w:r>
        <w:rPr>
          <w:b/>
        </w:rPr>
        <w:t xml:space="preserve">[03:17] </w:t>
      </w:r>
      <w:r>
        <w:t>to shurūʿ hī se yah mār kāṭ chal rahī hai, jo ab tak jārī hai. to unhon ne kahā ki yah kyā bāt hai ki pālistān banā islām ke nām par, aur vahān par itnī phaiṭiṅg, in phaiṭiṅg.</w:t>
      </w:r>
    </w:p>
    <w:p>
      <w:pPr>
        <w:jc w:val="right"/>
      </w:pPr>
      <w:r>
        <w:t>تو شروع ہی سے یہ مار کاٹ چل رہی ہے، جو اب تک جاری ہے۔ تو انہوں نے کہا کہ یہ کیا بات ہے کہ پاکستان بنا اسلام کے نام پر، اور وہاں پر اتنی فائٹنگ، ان فائٹنگ۔</w:t>
      </w:r>
    </w:p>
    <w:p>
      <w:r>
        <w:rPr>
          <w:b/>
        </w:rPr>
        <w:t xml:space="preserve">[03:33] </w:t>
      </w:r>
      <w:r>
        <w:t>main ne kahā ki sab se baṛī, sab se baṛī mith yah hai ki pālistān islām ke nām par banā.</w:t>
      </w:r>
    </w:p>
    <w:p>
      <w:pPr>
        <w:jc w:val="right"/>
      </w:pPr>
      <w:r>
        <w:t>میں نے کہا کہ سب سے بڑی، سب سے بڑی متھ یہ ہے کہ پاکستان اسلام کے نام پر بنا۔</w:t>
      </w:r>
    </w:p>
    <w:p>
      <w:r>
        <w:rPr>
          <w:b/>
        </w:rPr>
        <w:t xml:space="preserve">[03:40] </w:t>
      </w:r>
      <w:r>
        <w:t>yah sab log yahī bolī bolte hain. sāre pālistān vāle yahī bolī bolte hain. hālaṅki yah to mith hai.</w:t>
      </w:r>
    </w:p>
    <w:p>
      <w:pPr>
        <w:jc w:val="right"/>
      </w:pPr>
      <w:r>
        <w:t>یہ سب لوگ یہی بولی بولتے ہیں۔ سارے پاکستان والے یہی بولی بولتے ہیں۔ حالانکہ یہ تو متھ ہے۔</w:t>
      </w:r>
    </w:p>
    <w:p>
      <w:r>
        <w:rPr>
          <w:b/>
        </w:rPr>
        <w:t xml:space="preserve">[03:53] </w:t>
      </w:r>
      <w:r>
        <w:t>dekhiye, pakistan islam ke naam par nahi bana. pakistan political islam ke naam par bana.</w:t>
      </w:r>
    </w:p>
    <w:p>
      <w:pPr>
        <w:jc w:val="right"/>
      </w:pPr>
      <w:r>
        <w:t>دیکھیے، پاکستان اسلام کے نام پر نہیں بنا۔ پاکستان پولیٹیکل اسلام کے نام پر بنا۔</w:t>
      </w:r>
    </w:p>
    <w:p>
      <w:r>
        <w:rPr>
          <w:b/>
        </w:rPr>
        <w:t xml:space="preserve">[04:04] </w:t>
      </w:r>
      <w:r>
        <w:t>islam alag cheez hai, aur political islam alag cheez hai.</w:t>
      </w:r>
    </w:p>
    <w:p>
      <w:pPr>
        <w:jc w:val="right"/>
      </w:pPr>
      <w:r>
        <w:t>اسلام الگ چیز ہے، اور پولیٹیکل اسلام الگ چیز ہے۔</w:t>
      </w:r>
    </w:p>
    <w:p>
      <w:r>
        <w:rPr>
          <w:b/>
        </w:rPr>
        <w:t xml:space="preserve">[04:09] </w:t>
      </w:r>
      <w:r>
        <w:t>jab bhi kisi cheez par aap politics ka label laga dein, to kya ho jata hai? woh destruction, fighting, violence.</w:t>
      </w:r>
    </w:p>
    <w:p>
      <w:pPr>
        <w:jc w:val="right"/>
      </w:pPr>
      <w:r>
        <w:t>جب بھی کسی چیز پر آپ پولیٹکس کا لیبل لگا دیں، تو کیا ہو جاتا ہے؟ وہ ڈسٹرکشن، فائٹنگ، وائلنس۔</w:t>
      </w:r>
    </w:p>
    <w:p>
      <w:r>
        <w:rPr>
          <w:b/>
        </w:rPr>
        <w:t xml:space="preserve">[04:20] </w:t>
      </w:r>
      <w:r>
        <w:t>ab dekhiye, mawadi jo hain, woh political target unka hai, to woh maar kaat kar rahe hain.</w:t>
      </w:r>
    </w:p>
    <w:p>
      <w:pPr>
        <w:jc w:val="right"/>
      </w:pPr>
      <w:r>
        <w:t>اب دیکھیے، ماوادی جو ہیں، وہ پولیٹیکل ٹارگٹ ان کا ہے، تو وہ مار کاٹ کر رہے ہیں۔</w:t>
      </w:r>
    </w:p>
    <w:p>
      <w:r>
        <w:rPr>
          <w:b/>
        </w:rPr>
        <w:t xml:space="preserve">[04:31] </w:t>
      </w:r>
      <w:r>
        <w:t>naxalwadi jo hain, woh political unka target hai, woh bar uṛa kar rahe hain. LTTE unka political target hai, woh bar uṛa kar rahe hain.</w:t>
      </w:r>
    </w:p>
    <w:p>
      <w:pPr>
        <w:jc w:val="right"/>
      </w:pPr>
      <w:r>
        <w:t>نکسل وادی جو ہیں، وہ پولیٹیکل ان کا ٹارگٹ ہے، وہ بار اڑ کر رہے ہیں۔ ایل ٹی ٹی ای ان کا پولیٹیکل ٹارگٹ ہے، وہ بار اڑ کر رہے ہیں۔</w:t>
      </w:r>
    </w:p>
    <w:p>
      <w:r>
        <w:rPr>
          <w:b/>
        </w:rPr>
        <w:t xml:space="preserve">[04:44] </w:t>
      </w:r>
      <w:r>
        <w:t>politics mein inherent hai violence, yaad rakhiye.</w:t>
      </w:r>
    </w:p>
    <w:p>
      <w:pPr>
        <w:jc w:val="right"/>
      </w:pPr>
      <w:r>
        <w:t>پولیٹکس میں انہیرنٹ ہے وائلنس، یاد رکھیے۔</w:t>
      </w:r>
    </w:p>
    <w:p>
      <w:r>
        <w:rPr>
          <w:b/>
        </w:rPr>
        <w:t xml:space="preserve">[04:51] </w:t>
      </w:r>
      <w:r>
        <w:t>to pakistan bana islam ke naam par yeh myth hai. pakistan bana political islam ke naam par. aur main yahan par islam ki ya musalmanon ki jo history hai,</w:t>
      </w:r>
    </w:p>
    <w:p>
      <w:pPr>
        <w:jc w:val="right"/>
      </w:pPr>
      <w:r>
        <w:t>تو پاکستان بنا اسلام کے نام پر یہ متھ ہے۔ پاکستان بنا پولیٹیکل اسلام کے نام پر۔ اور میں یہاں پر اسلام کی یا مسلمانوں کی جو ہسٹری ہے،</w:t>
      </w:r>
    </w:p>
    <w:p>
      <w:r>
        <w:rPr>
          <w:b/>
        </w:rPr>
        <w:t xml:space="preserve">[05:05] </w:t>
      </w:r>
      <w:r>
        <w:t>is ke bare mein kuch batana chahunga taake is ka poora background samne aa jaye.</w:t>
      </w:r>
    </w:p>
    <w:p>
      <w:pPr>
        <w:jc w:val="right"/>
      </w:pPr>
      <w:r>
        <w:t>اس کے بارے میں کچھ بتانا چاہوں گا تاکہ اس کا پورا بیک گراؤنڈ سامنے آ جائے۔</w:t>
      </w:r>
    </w:p>
    <w:p>
      <w:r>
        <w:rPr>
          <w:b/>
        </w:rPr>
        <w:t xml:space="preserve">[05:13] </w:t>
      </w:r>
      <w:r>
        <w:t>dekhiye,</w:t>
      </w:r>
    </w:p>
    <w:p>
      <w:pPr>
        <w:jc w:val="right"/>
      </w:pPr>
      <w:r>
        <w:t>دیکھیے،</w:t>
      </w:r>
    </w:p>
    <w:p>
      <w:r>
        <w:rPr>
          <w:b/>
        </w:rPr>
        <w:t xml:space="preserve">[05:18] </w:t>
      </w:r>
      <w:r>
        <w:t>paighambar-e-islam jo the, jab woh makka mein the, makka mein unhone 610 eesvi mein apna mission shuru kiya, tauheed ka mission.</w:t>
      </w:r>
    </w:p>
    <w:p>
      <w:pPr>
        <w:jc w:val="right"/>
      </w:pPr>
      <w:r>
        <w:t>پیغمبر اسلام جو تھے، جب وہ مکہ میں تھے، مکہ میں انہوں نے 610 عیسوی میں اپنا مشن شروع کیا، توحید کا مشن۔</w:t>
      </w:r>
    </w:p>
    <w:p>
      <w:r>
        <w:rPr>
          <w:b/>
        </w:rPr>
        <w:t xml:space="preserve">[05:31] </w:t>
      </w:r>
      <w:r>
        <w:t>to aap bohat zabardast personality wale aadmi the. aap ka bara, yaani logon par akhlaqi asar tha.</w:t>
      </w:r>
    </w:p>
    <w:p>
      <w:pPr>
        <w:jc w:val="right"/>
      </w:pPr>
      <w:r>
        <w:t>تو آپ بہت زبردست پرسنیلٹی والے آدمی تھے۔ آپ کا بڑا، یعنی لوگوں پر اخلاقی اثر تھا۔</w:t>
      </w:r>
    </w:p>
    <w:p>
      <w:r>
        <w:rPr>
          <w:b/>
        </w:rPr>
        <w:t xml:space="preserve">[05:44] </w:t>
      </w:r>
      <w:r>
        <w:t>to logon ne chaha ke unhein daba dein kisi tareeqe se. to unhone kaha ke hum agar aap chahte hain hukoomat, to hum aap ko apne apne oopar king bana lete hain, badshah bana lete hain.</w:t>
      </w:r>
    </w:p>
    <w:p>
      <w:pPr>
        <w:jc w:val="right"/>
      </w:pPr>
      <w:r>
        <w:t>تو لوگوں نے چاہا کہ انہیں دبا دیں کسی طریقے سے۔ تو انہوں نے کہا کہ ہم اگر آپ چاہتے ہیں حکومت، تو ہم آپ کو اپنے اپنے اوپر کنگ بنا لیتے ہیں، بادشاہ بنا لیتے ہیں۔</w:t>
      </w:r>
    </w:p>
    <w:p>
      <w:r>
        <w:rPr>
          <w:b/>
        </w:rPr>
        <w:t xml:space="preserve">[06:00] </w:t>
      </w:r>
      <w:r>
        <w:t>in kunt muridan mulkan mulana kalayna</w:t>
      </w:r>
    </w:p>
    <w:p>
      <w:pPr>
        <w:jc w:val="right"/>
      </w:pPr>
      <w:r>
        <w:t>إن كنت تريد ملکاً ملکنا کالینا</w:t>
      </w:r>
    </w:p>
    <w:p>
      <w:r>
        <w:rPr>
          <w:b/>
        </w:rPr>
        <w:t xml:space="preserve">[06:10] </w:t>
      </w:r>
      <w:r>
        <w:t>agar aap chahte hain hukoomat, to hum aap ko apna hakim bana lete hain. aap ne kaha ke nahi,</w:t>
      </w:r>
    </w:p>
    <w:p>
      <w:pPr>
        <w:jc w:val="right"/>
      </w:pPr>
      <w:r>
        <w:t>اگر آپ چاہتے ہیں حکومت، تو ہم آپ کو اپنا حاکم بنا لیتے ہیں۔ آپ نے کہا کہ نہیں،</w:t>
      </w:r>
    </w:p>
    <w:p>
      <w:r>
        <w:rPr>
          <w:b/>
        </w:rPr>
        <w:t xml:space="preserve">[06:20] </w:t>
      </w:r>
      <w:r>
        <w:t>main is ke liye nahi bheja gaya hoon. ab pakistan ki jo movement chali, woh isi liye ke hamein hukoomat chahiye. yaani india mein, poora jo india tha, us mein musalmanon ki hukoomat nahi banne wali thi.</w:t>
      </w:r>
    </w:p>
    <w:p>
      <w:pPr>
        <w:jc w:val="right"/>
      </w:pPr>
      <w:r>
        <w:t>میں اس کے لیے نہیں بھیجا گیا ہوں۔ اب پاکستان کی جو موومنٹ چلی، وہ اسی لیے کہ ہمیں حکومت چاہیے۔ یعنی انڈیا میں، پورا جو انڈیا تھا، اس میں مسلمانوں کی حکومت نہیں بننے والی تھی۔</w:t>
      </w:r>
    </w:p>
    <w:p>
      <w:r>
        <w:rPr>
          <w:b/>
        </w:rPr>
        <w:t xml:space="preserve">[06:35] </w:t>
      </w:r>
      <w:r>
        <w:t>kyunke woh minority mein the.</w:t>
      </w:r>
    </w:p>
    <w:p>
      <w:pPr>
        <w:jc w:val="right"/>
      </w:pPr>
      <w:r>
        <w:t>کیونکہ وہ مائنورٹی میں تھے۔</w:t>
      </w:r>
    </w:p>
    <w:p>
      <w:r>
        <w:rPr>
          <w:b/>
        </w:rPr>
        <w:t xml:space="preserve">[06:38] </w:t>
      </w:r>
      <w:r>
        <w:t>to unhone kaha ke hamein ek alag pocket do taake hum apni hukoomat bana sakein.</w:t>
      </w:r>
    </w:p>
    <w:p>
      <w:pPr>
        <w:jc w:val="right"/>
      </w:pPr>
      <w:r>
        <w:t>تو انہوں نے کہا کہ ہمیں ایک الگ پاکٹ دو تاکہ ہم اپنی حکومت بنائیں۔</w:t>
      </w:r>
    </w:p>
    <w:p>
      <w:r>
        <w:rPr>
          <w:b/>
        </w:rPr>
        <w:t xml:space="preserve">[06:44] </w:t>
      </w:r>
      <w:r>
        <w:t>kitna difference hai, aap dekhiye ke prophet ki soch mein aur in musalmanon ki soch mein. main janta hoon ke bare bare naam hain is movement ke peeche.</w:t>
      </w:r>
    </w:p>
    <w:p>
      <w:pPr>
        <w:jc w:val="right"/>
      </w:pPr>
      <w:r>
        <w:t>کتنا ڈیفرنس ہے، آپ دیکھیے کہ پرافٹ کی سوچ میں اور ان مسلمانوں کی سوچ میں۔ میں جانتا ہوں کہ بڑے بڑے نام ہیں اس موومنٹ کے پیچھے۔</w:t>
      </w:r>
    </w:p>
    <w:p>
      <w:r>
        <w:rPr>
          <w:b/>
        </w:rPr>
        <w:t xml:space="preserve">[06:54] </w:t>
      </w:r>
      <w:r>
        <w:t>pakistan ki jo movement chali, woh bohat bare bare naam is mein hain. lekin masla yeh hai ke naam kitne bare bare hon. agar</w:t>
      </w:r>
    </w:p>
    <w:p>
      <w:pPr>
        <w:jc w:val="right"/>
      </w:pPr>
      <w:r>
        <w:t>پاکستان کی جو موومنٹ چلی، وہ بہت بڑے بڑے نام اس میں ہیں۔ لیکن مسئلہ یہ ہے کہ نام کتنے بڑے بڑے ہوں۔ اگر</w:t>
      </w:r>
    </w:p>
    <w:p>
      <w:r>
        <w:rPr>
          <w:b/>
        </w:rPr>
        <w:t xml:space="preserve">[07:02] </w:t>
      </w:r>
      <w:r>
        <w:t>woh prophet of Islam ke model ke khilaf hai, to woh kuch bhi nahi hai, woh baseless hai. woh baseless hai.</w:t>
      </w:r>
    </w:p>
    <w:p>
      <w:pPr>
        <w:jc w:val="right"/>
      </w:pPr>
      <w:r>
        <w:t>وہ پرافٹ آف اسلام کے ماڈل کے خلاف ہے، تو وہ کچھ بھی نہیں ہے، وہ بیس لیس ہے۔ وہ بیس لیس ہے۔</w:t>
      </w:r>
    </w:p>
    <w:p>
      <w:r>
        <w:rPr>
          <w:b/>
        </w:rPr>
        <w:t xml:space="preserve">[07:17] </w:t>
      </w:r>
      <w:r>
        <w:t>to main aap se yeh batana chahunga ke islam jo shuru hua, to woh political movement nahi tha, woh</w:t>
      </w:r>
    </w:p>
    <w:p>
      <w:pPr>
        <w:jc w:val="right"/>
      </w:pPr>
      <w:r>
        <w:t>تو میں آپ سے یہ بتانا چاہوں گا کہ اسلام جو شروع ہوا، تو وہ پولیٹیکل موومنٹ نہیں تھا، وہ</w:t>
      </w:r>
    </w:p>
    <w:p>
      <w:r>
        <w:rPr>
          <w:b/>
        </w:rPr>
        <w:t xml:space="preserve">[07:30] </w:t>
      </w:r>
      <w:r>
        <w:t>. woh ek daawa movement tha. baad koi deviation hua, aur daawa movement political movement ban gaya. jab musalmanon ka political empire bana abbas period mein, tab se yeh derailment hua, yeh.</w:t>
      </w:r>
    </w:p>
    <w:p>
      <w:pPr>
        <w:jc w:val="right"/>
      </w:pPr>
      <w:r>
        <w:t>۔ وہ ایک دعویٰ موومنٹ تھا۔ بعد کوئی ڈیوی ایشن ہوا، اور دعویٰ موومنٹ پولیٹیکل موومنٹ بن گئی۔ جب مسلمانوں کا پولیٹیکل ایمپائر بنا عباس پیریڈ میں، تب سے یہ ڈی ریلمنٹ ہوا، یہ۔</w:t>
      </w:r>
    </w:p>
    <w:p>
      <w:r>
        <w:rPr>
          <w:b/>
        </w:rPr>
        <w:t xml:space="preserve">[07:48] </w:t>
      </w:r>
      <w:r>
        <w:t>ek hadith hai: khair ul qurun qarni thumma alladhina yalunahum thumma alladhina yalunahum</w:t>
      </w:r>
    </w:p>
    <w:p>
      <w:pPr>
        <w:jc w:val="right"/>
      </w:pPr>
      <w:r>
        <w:t>ایک حدیث ہے: خیر القروء نے قرنی ثم الذینیلونہم ثم الذینیلونہم</w:t>
      </w:r>
    </w:p>
    <w:p>
      <w:r>
        <w:rPr>
          <w:b/>
        </w:rPr>
        <w:t xml:space="preserve">[07:58] </w:t>
      </w:r>
      <w:r>
        <w:t>sab se acha period mera period hai. is ke baad aane wala period, is ke baad aane wala period. is ko kaha jata hai: qurun mashhood laha bil khair. yeh teen woh period hain jis ke bare mein prophet ne kaha ke yeh teen period jo hain, woh sahi period honge.</w:t>
      </w:r>
    </w:p>
    <w:p>
      <w:pPr>
        <w:jc w:val="right"/>
      </w:pPr>
      <w:r>
        <w:t>سب سے اچھا پیریڈ میرا پیریڈ ہے۔ اس کے بعد آنے والا پیریڈ، اس کے بعد آنے والا پیریڈ۔ اس کو کہا جاتا ہے: قرون مشہود لها بالخیر یہ تین وہ پیریڈ ہیں جس کے بارے میں پرافٹ نے کہا کہ یہ تین پیریڈ جو ہیں، وہ صحیح پیریڈ ہوں گے۔</w:t>
      </w:r>
    </w:p>
    <w:p>
      <w:r>
        <w:rPr>
          <w:b/>
        </w:rPr>
        <w:t xml:space="preserve">[08:21] </w:t>
      </w:r>
      <w:r>
        <w:t>sahi ka matlab kya hai? derailment se pehle ka period.</w:t>
      </w:r>
    </w:p>
    <w:p>
      <w:pPr>
        <w:jc w:val="right"/>
      </w:pPr>
      <w:r>
        <w:t>صحیح کا معنی کیا ہے؟ ڈی ریلمنٹ سے پہلے کا پیریڈ۔</w:t>
      </w:r>
    </w:p>
    <w:p>
      <w:r>
        <w:rPr>
          <w:b/>
        </w:rPr>
        <w:t xml:space="preserve">[08:26] </w:t>
      </w:r>
      <w:r>
        <w:t>is ka matlab yeh nahi ke ideal period. Ideal cannot be achieved. yaad rakhiye, islam kabhi bhi yeh nahi kehta ke is dunya mein koi ideal society banegi.</w:t>
      </w:r>
    </w:p>
    <w:p>
      <w:pPr>
        <w:jc w:val="right"/>
      </w:pPr>
      <w:r>
        <w:t>اس کا مطلب یہ نہیں کہ آئیڈیل پیریڈ۔ Ideal cannot be achieved. یاد رکھیے، اسلام کبھی بھی یہ نہیں کہتا کہ اس دنیا میں کوئی آئیڈیل سوسائٹی بنے گی۔</w:t>
      </w:r>
    </w:p>
    <w:p>
      <w:r>
        <w:rPr>
          <w:b/>
        </w:rPr>
        <w:t xml:space="preserve">[08:38] </w:t>
      </w:r>
      <w:r>
        <w:t>ideal government banegi. idealism yeh islam ka target nahi hai. yeh to plato ka aur startle ka target tha.</w:t>
      </w:r>
    </w:p>
    <w:p>
      <w:pPr>
        <w:jc w:val="right"/>
      </w:pPr>
      <w:r>
        <w:t>آئیڈیل گورنمنٹ بنے گی۔ آئیڈیلزم یہ اسلام کا ٹارگٹ نہیں ہے۔ یہ تو پلیٹو کا اور اسٹارٹل کا ٹارگٹ تھا۔</w:t>
      </w:r>
    </w:p>
    <w:p>
      <w:r>
        <w:rPr>
          <w:b/>
        </w:rPr>
        <w:t xml:space="preserve">[08:48] </w:t>
      </w:r>
      <w:r>
        <w:t>islam ka nahi hai. lekin more or less woh islami hogi. more or less woh prophetic model par hogi.</w:t>
      </w:r>
    </w:p>
    <w:p>
      <w:pPr>
        <w:jc w:val="right"/>
      </w:pPr>
      <w:r>
        <w:t>اسلام کا نہیں ہے۔ لیکن مور اور لیس وہ اسلامی ہوگی۔ مور اور لیس وہ پرافٹک ماڈل پر ہوگی۔</w:t>
      </w:r>
    </w:p>
    <w:p>
      <w:r>
        <w:rPr>
          <w:b/>
        </w:rPr>
        <w:t xml:space="preserve">[08:59] </w:t>
      </w:r>
      <w:r>
        <w:t>to yeh teen period jo hain, woh islam mein prophet of islam ke kehne ke mutabiq yeh islam mein, yani behtar period thay.</w:t>
      </w:r>
    </w:p>
    <w:p>
      <w:pPr>
        <w:jc w:val="right"/>
      </w:pPr>
      <w:r>
        <w:t>تو یہ تین پیریڈ جو ہیں، وہ اسلام میں پرافٹ آف اسلام کے کہنے کے مطابق یہ اسلام میں، یعنی بہتر پیریڈ تھے۔</w:t>
      </w:r>
    </w:p>
    <w:p>
      <w:r>
        <w:rPr>
          <w:b/>
        </w:rPr>
        <w:t xml:space="preserve">[09:13] </w:t>
      </w:r>
      <w:r>
        <w:t>is ke baad de-realment hua, aur phir hota hi chala gaya. to yeh teen kaun hain?</w:t>
      </w:r>
    </w:p>
    <w:p>
      <w:pPr>
        <w:jc w:val="right"/>
      </w:pPr>
      <w:r>
        <w:t>اس کے بعد ڈی ریلمنٹ ہوا، اور پھر ہوتا ہی چلا گیا۔ تو یہ تین کون ہیں؟</w:t>
      </w:r>
    </w:p>
    <w:p>
      <w:r>
        <w:rPr>
          <w:b/>
        </w:rPr>
        <w:t xml:space="preserve">[09:20] </w:t>
      </w:r>
      <w:r>
        <w:t>pehla hai prophetic period. doosra hai khilafat rashida period. teesra hai umayyad period.</w:t>
      </w:r>
    </w:p>
    <w:p>
      <w:pPr>
        <w:jc w:val="right"/>
      </w:pPr>
      <w:r>
        <w:t>پہلا ہے پرافٹک پیریڈ۔ دوسرا ہے خلافت راشدہ پیریڈ۔ تیسرا ہے امیت پیریڈ۔</w:t>
      </w:r>
    </w:p>
    <w:p>
      <w:r>
        <w:rPr>
          <w:b/>
        </w:rPr>
        <w:t xml:space="preserve">[09:32] </w:t>
      </w:r>
      <w:r>
        <w:t>umayyad period. umayyad period 750 isvi mein khatam hua.</w:t>
      </w:r>
    </w:p>
    <w:p>
      <w:pPr>
        <w:jc w:val="right"/>
      </w:pPr>
      <w:r>
        <w:t>امیت پیریڈ۔ امیت پیریڈ 750 عیسوی میں ختم ہوا۔</w:t>
      </w:r>
    </w:p>
    <w:p>
      <w:r>
        <w:rPr>
          <w:b/>
        </w:rPr>
        <w:t xml:space="preserve">[09:41] </w:t>
      </w:r>
      <w:r>
        <w:t>750 isvi mein khatam hua, aur is ke baad abbas period aa gaya. dekhiye, abbas period mein aur is se pehle ke jo period hain, is mein kya difference hai?</w:t>
      </w:r>
    </w:p>
    <w:p>
      <w:pPr>
        <w:jc w:val="right"/>
      </w:pPr>
      <w:r>
        <w:t>750 عیسوی میں ختم ہوا، اور اس کے بعد عباس پیریڈ آ گیا۔ دیکھیے، عباس پیریڈ میں اور اس سے پہلے کے جو پیریڈ ہیں، اس میں کیا ڈیفرنس ہے؟</w:t>
      </w:r>
    </w:p>
    <w:p>
      <w:r>
        <w:rPr>
          <w:b/>
        </w:rPr>
        <w:t xml:space="preserve">[09:52] </w:t>
      </w:r>
      <w:r>
        <w:t>pichhle teeno period mein, yani prophetic period, aur khilafat rashida period, yani umayyad period, in teeno mein yeh hua ke arbon ka domination tha.</w:t>
      </w:r>
    </w:p>
    <w:p>
      <w:pPr>
        <w:jc w:val="right"/>
      </w:pPr>
      <w:r>
        <w:t>پچھلے تینوں پیریڈ میں، یعنی پرافٹک پیریڈ، اور خلافت راشدہ پیریڈ، یعنی امیت پیریڈ، ان تینوں میں یہ ہوا کہ عربوں کا ڈومینیشن تھا۔</w:t>
      </w:r>
    </w:p>
    <w:p>
      <w:r>
        <w:rPr>
          <w:b/>
        </w:rPr>
        <w:t xml:space="preserve">[10:08] </w:t>
      </w:r>
      <w:r>
        <w:t>prophet arbon mein aaye, arbon ko aap ne train kiya, arbon ki soch ko badla, arbon ke mizaj ko badla.</w:t>
      </w:r>
    </w:p>
    <w:p>
      <w:pPr>
        <w:jc w:val="right"/>
      </w:pPr>
      <w:r>
        <w:t>پرافٹ عربوں میں آئے، عربوں کو آپ نے ٹرین کیا، عربوں کی سوچ کو بدلا، عربوں کے مزاج کو بدلا۔</w:t>
      </w:r>
    </w:p>
    <w:p>
      <w:r>
        <w:rPr>
          <w:b/>
        </w:rPr>
        <w:t xml:space="preserve">[10:17] </w:t>
      </w:r>
      <w:r>
        <w:t>to arab logon ko aap ne poori tarah se dhala islam par. to yeh teen period woh hain jabke arbon ka domination tha.</w:t>
      </w:r>
    </w:p>
    <w:p>
      <w:pPr>
        <w:jc w:val="right"/>
      </w:pPr>
      <w:r>
        <w:t>تو عرب لوگوں کو آپ نے پوری طریقے سے ڈھالا اسلام پر۔ تو یہ تین پیریڈ وہ ہیں جبکہ عربوں کا ڈومینیشن تھا۔</w:t>
      </w:r>
    </w:p>
    <w:p>
      <w:r>
        <w:rPr>
          <w:b/>
        </w:rPr>
        <w:t xml:space="preserve">[10:30] </w:t>
      </w:r>
      <w:r>
        <w:t>abbas period mein arbon ka domination nahi raha. kyun? abbasi jo log thay, unhone iraniyon ki madad se hukumat hasil ki.</w:t>
      </w:r>
    </w:p>
    <w:p>
      <w:pPr>
        <w:jc w:val="right"/>
      </w:pPr>
      <w:r>
        <w:t>عباس پیریڈ میں عربوں کا ڈومینیشن نہیں رہا۔ کیوں؟ عباسی جو لوگ تھے، انہوں نے ایرانیوں کی مدد سے حکومت حاصل کی۔</w:t>
      </w:r>
    </w:p>
    <w:p>
      <w:r>
        <w:rPr>
          <w:b/>
        </w:rPr>
        <w:t xml:space="preserve">[10:44] </w:t>
      </w:r>
      <w:r>
        <w:t>iraniyon ki madad se.</w:t>
      </w:r>
    </w:p>
    <w:p>
      <w:pPr>
        <w:jc w:val="right"/>
      </w:pPr>
      <w:r>
        <w:t>ایرانیوں کی مدد سے۔</w:t>
      </w:r>
    </w:p>
    <w:p>
      <w:r>
        <w:rPr>
          <w:b/>
        </w:rPr>
        <w:t xml:space="preserve">[10:47] </w:t>
      </w:r>
      <w:r>
        <w:t>to is ke baad kya hua? ke abbasi period mein iraniyon ka domination ho gaya. yahin se de-realment hua. kyunke irani log thay, woh train nahi thay.</w:t>
      </w:r>
    </w:p>
    <w:p>
      <w:pPr>
        <w:jc w:val="right"/>
      </w:pPr>
      <w:r>
        <w:t>تو اس کے بعد کیا ہوا؟ کہ عباسی پیریڈ میں ایرانیوں کا ڈومینیشن ہو گیا۔ یہیں سے ڈی ریلمنٹ ہوا۔ کیونکہ ایرانی لوگ تھے، وہ ٹرین نہیں تھے۔</w:t>
      </w:r>
    </w:p>
    <w:p>
      <w:r>
        <w:rPr>
          <w:b/>
        </w:rPr>
        <w:t xml:space="preserve">[11:00] </w:t>
      </w:r>
      <w:r>
        <w:t>woh untrained log thay. arab log trained log thay, direct. prophet ne un ko train kiya tha.</w:t>
      </w:r>
    </w:p>
    <w:p>
      <w:pPr>
        <w:jc w:val="right"/>
      </w:pPr>
      <w:r>
        <w:t>وہ ان ٹرینڈ لوگ تھے۔ عرب لوگ ٹرینڈ لوگ تھے، ڈائریکٹ۔ پرافٹ نے ان کو ٹرین کیا تھا۔</w:t>
      </w:r>
    </w:p>
    <w:p>
      <w:r>
        <w:rPr>
          <w:b/>
        </w:rPr>
        <w:t xml:space="preserve">[11:11] </w:t>
      </w:r>
      <w:r>
        <w:t>aur irani log thay, woh trained log nahi thay. islam mein dakhil ho gaye, lekin woh trained log nahi thay.</w:t>
      </w:r>
    </w:p>
    <w:p>
      <w:pPr>
        <w:jc w:val="right"/>
      </w:pPr>
      <w:r>
        <w:t>اور ایرانی لوگ تھے، وہ ٹرینڈ لوگ نہیں تھے۔ اسلام میں داخل ہو گئے، لیکن وہ ٹرینڈ لوگ نہیں تھے۔</w:t>
      </w:r>
    </w:p>
    <w:p>
      <w:r>
        <w:rPr>
          <w:b/>
        </w:rPr>
        <w:t xml:space="preserve">[11:17] </w:t>
      </w:r>
      <w:r>
        <w:t>un ki de-conditioning nahi hui thi. un ki training nahi hui thi. un ki soch ko badla nahi gaya tha. to yeh jo farq hai ke pehle teen period woh thay jabke arbon ka domination tha system par, samaj par.</w:t>
      </w:r>
    </w:p>
    <w:p>
      <w:pPr>
        <w:jc w:val="right"/>
      </w:pPr>
      <w:r>
        <w:t>ان کی ڈی کنڈیشننگ نہیں ہوئی تھی۔ ان کی ٹریننگ نہیں ہوئی تھی۔ ان کی سوچ کو بدلا نہیں گیا تھا۔ تو یہ جو فرق ہے کہ پہلے تین پیریڈ وہ تھے جبکہ عربوں کا ڈومینیشن تھا سسٹم پر، سماج پر۔</w:t>
      </w:r>
    </w:p>
    <w:p>
      <w:r>
        <w:rPr>
          <w:b/>
        </w:rPr>
        <w:t xml:space="preserve">[11:37] </w:t>
      </w:r>
      <w:r>
        <w:t>aur is ke baad jo period aaya, to arbon ka domination nahi raha, iraniyon ka domination aa gaya. to sab baat jo hai, kuch se kuch ho gayi.</w:t>
      </w:r>
    </w:p>
    <w:p>
      <w:pPr>
        <w:jc w:val="right"/>
      </w:pPr>
      <w:r>
        <w:t>اور اس کے بعد جو پیریڈ آیا، تو عربوں کا ڈومینیشن نہیں رہا، ایرانیوں کا ڈومینیشن آ گیا۔ تو سب بات جو ہے، کچھ سے کچھ ہو گئی۔</w:t>
      </w:r>
    </w:p>
    <w:p>
      <w:r>
        <w:rPr>
          <w:b/>
        </w:rPr>
        <w:t xml:space="preserve">[11:47] </w:t>
      </w:r>
      <w:r>
        <w:t>yeh jo kuch se kuch hui, is ko mein agar mein is ko specify karoon to do term use karunga.</w:t>
      </w:r>
    </w:p>
    <w:p>
      <w:pPr>
        <w:jc w:val="right"/>
      </w:pPr>
      <w:r>
        <w:t>یہ جو کچھ سے کچھ ہوئی، اس کو میں اگر میں اس کو سپیسیفائی کروں تو دو ٹرم یوز کروں گا۔</w:t>
      </w:r>
    </w:p>
    <w:p>
      <w:r>
        <w:rPr>
          <w:b/>
        </w:rPr>
        <w:t xml:space="preserve">[11:56] </w:t>
      </w:r>
      <w:r>
        <w:t>woh yeh hai ke pehle tha non-political framework, ab ho gaya political framework.</w:t>
      </w:r>
    </w:p>
    <w:p>
      <w:pPr>
        <w:jc w:val="right"/>
      </w:pPr>
      <w:r>
        <w:t>وہ یہ ہے کہ پہلے تھا نان پولیٹیکل فریم ورک، اب ہو گیا پولیٹیکل فریم ورک۔</w:t>
      </w:r>
    </w:p>
    <w:p>
      <w:r>
        <w:rPr>
          <w:b/>
        </w:rPr>
        <w:t xml:space="preserve">[12:07] </w:t>
      </w:r>
      <w:r>
        <w:t>jo pehle teen period thay, is mein logon ki soch jo thi, woh political soch nahi bani thi.</w:t>
      </w:r>
    </w:p>
    <w:p>
      <w:pPr>
        <w:jc w:val="right"/>
      </w:pPr>
      <w:r>
        <w:t>جو پہلے تین پیریڈ تھے، اس میں لوگوں کی سوچ جو تھی، وہ پولیٹیکل سوچ نہیں بنی تھی۔</w:t>
      </w:r>
    </w:p>
    <w:p>
      <w:r>
        <w:rPr>
          <w:b/>
        </w:rPr>
        <w:t xml:space="preserve">[12:16] </w:t>
      </w:r>
      <w:r>
        <w:t>woh deeni soch thi, akhirat ko le kar soch thi, quran ko le kar soch thi, prophet ko le kar soch thi.</w:t>
      </w:r>
    </w:p>
    <w:p>
      <w:pPr>
        <w:jc w:val="right"/>
      </w:pPr>
      <w:r>
        <w:t>وہ دینی سوچ تھی، آخرت کو لے کر سوچ تھی، قرآن کو لے کر سوچ تھی، پرافٹ کو لے کر سوچ تھی۔</w:t>
      </w:r>
    </w:p>
    <w:p>
      <w:r>
        <w:rPr>
          <w:b/>
        </w:rPr>
        <w:t xml:space="preserve">[12:25] </w:t>
      </w:r>
      <w:r>
        <w:t>to is ko mein kahunga non-political framework. ab baad ko jo aaya, woh to sara political mamla tha.</w:t>
      </w:r>
    </w:p>
    <w:p>
      <w:pPr>
        <w:jc w:val="right"/>
      </w:pPr>
      <w:r>
        <w:t>تو اس کو میں کہوں گا نان پولیٹیکل فریم ورک۔ اب بعد کو جو آیا، وہ تو سارا پولیٹیکل معاملہ تھا۔</w:t>
      </w:r>
    </w:p>
    <w:p>
      <w:r>
        <w:rPr>
          <w:b/>
        </w:rPr>
        <w:t xml:space="preserve">[12:36] </w:t>
      </w:r>
      <w:r>
        <w:t>woh political revolt tha.</w:t>
      </w:r>
    </w:p>
    <w:p>
      <w:pPr>
        <w:jc w:val="right"/>
      </w:pPr>
      <w:r>
        <w:t>وہ پولیٹیکل ریولٹ تھا۔</w:t>
      </w:r>
    </w:p>
    <w:p>
      <w:r>
        <w:rPr>
          <w:b/>
        </w:rPr>
        <w:t xml:space="preserve">[12:39] </w:t>
      </w:r>
      <w:r>
        <w:t>unhone 750 isvi mein umayyad ko khatam kar ke apna rule qaim kiya. woh sara ka sara political activities thi, political movement thi.</w:t>
      </w:r>
    </w:p>
    <w:p>
      <w:pPr>
        <w:jc w:val="right"/>
      </w:pPr>
      <w:r>
        <w:t>انہوں نے 750 عیسوی میں امرومیہ کو ختم کر کے اپنا رول قائم کیا۔ وہ سارا کا سارا پولیٹیکل ایکٹیویٹیز تھیں، پولیٹیکل موومنٹ تھی۔</w:t>
      </w:r>
    </w:p>
    <w:p>
      <w:r>
        <w:rPr>
          <w:b/>
        </w:rPr>
        <w:t xml:space="preserve">[12:53] </w:t>
      </w:r>
      <w:r>
        <w:t>to abbas period se, yani 750 eesvi se, political framework ban gaya logon ka sochne ka.</w:t>
      </w:r>
    </w:p>
    <w:p>
      <w:pPr>
        <w:jc w:val="right"/>
      </w:pPr>
      <w:r>
        <w:t>تو عباس پیریڈ سے، یعنی 750 عیسوی سے، پولیٹیکل فریم ورک بن گیا لوگوں کا سوچنے کا۔</w:t>
      </w:r>
    </w:p>
    <w:p>
      <w:r>
        <w:rPr>
          <w:b/>
        </w:rPr>
        <w:t xml:space="preserve">[13:04] </w:t>
      </w:r>
      <w:r>
        <w:t>to yeh zabardast intellectual development tha.</w:t>
      </w:r>
    </w:p>
    <w:p>
      <w:pPr>
        <w:jc w:val="right"/>
      </w:pPr>
      <w:r>
        <w:t>تو یہ زبردست انٹلیکچول ڈی ریلمنٹ تھا۔</w:t>
      </w:r>
    </w:p>
    <w:p>
      <w:r>
        <w:rPr>
          <w:b/>
        </w:rPr>
        <w:t xml:space="preserve">[13:09] </w:t>
      </w:r>
      <w:r>
        <w:t>intellectual development. main aap ko misaal deta hoon. dekhiye, yeh historically kya hua ke jitni bhi woh kitabein bani jin ko hum Islamic literature kehte hain, deegar din Quran o Hadees, Quran o Hadees to woh hai jo hum ko direct mila hai Rasool Allah se</w:t>
      </w:r>
    </w:p>
    <w:p>
      <w:pPr>
        <w:jc w:val="right"/>
      </w:pPr>
      <w:r>
        <w:t>انٹلیکچول ڈی ریلمنٹ۔ میں آپ کو مثال دیتا ہوں۔ دیکھیے، یہ ہسٹوریکلی کیا ہوا کہ جتنی بھی وہ کتابیں بنیں جن کو ہم اسلامک لٹریچر کہتے ہیں، ادر دین قرآن و حدیث، قرآن و حدیث تو وہ ہے جو ہم کو ڈائریکٹ ملا ہے رسول اللہ سے</w:t>
      </w:r>
    </w:p>
    <w:p>
      <w:r>
        <w:rPr>
          <w:b/>
        </w:rPr>
        <w:t xml:space="preserve">[13:33] </w:t>
      </w:r>
      <w:r>
        <w:t>. Quran Rasool Allah se mila, Hadees Rasool Allah se mili. aur literature mein is ko keh raha hoon jo insaan ke interpretation par bana.</w:t>
      </w:r>
    </w:p>
    <w:p>
      <w:pPr>
        <w:jc w:val="right"/>
      </w:pPr>
      <w:r>
        <w:t>۔ قرآن رسول اللہ سے ملا، حدیث رسول اللہ سے ملی۔ اور لٹریچر میں اس کو کہہ رہا ہوں جو انسان کے انٹرپریٹیشن پر بنا۔</w:t>
      </w:r>
    </w:p>
    <w:p>
      <w:r>
        <w:rPr>
          <w:b/>
        </w:rPr>
        <w:t xml:space="preserve">[13:43] </w:t>
      </w:r>
      <w:r>
        <w:t>insaan ke interpretation. yeh hua hai Abu Abbas period mein. maslan Quran ki commentary, Hadees ki commentary, Islamic history, aur fiqh, yeh saari cheezein yeh bani hain Abbas period mein.</w:t>
      </w:r>
    </w:p>
    <w:p>
      <w:pPr>
        <w:jc w:val="right"/>
      </w:pPr>
      <w:r>
        <w:t>انسان کے انٹرپریٹیشن۔ یہ ہوا ہے ابو عباس پیریڈ میں۔ مثلاً قرآن کی کمنٹری، حدیث کی کمنٹری، اسلامک ہسٹری، اور فقہ، یہ ساری چیزیں یہ بنی ہیں عباس پیریڈ میں۔</w:t>
      </w:r>
    </w:p>
    <w:p>
      <w:r>
        <w:rPr>
          <w:b/>
        </w:rPr>
        <w:t xml:space="preserve">[14:03] </w:t>
      </w:r>
      <w:r>
        <w:t>yani us waqt jabke logon ka political framework ho chuka tha. political framework ho chuka tha.</w:t>
      </w:r>
    </w:p>
    <w:p>
      <w:pPr>
        <w:jc w:val="right"/>
      </w:pPr>
      <w:r>
        <w:t>یعنی اس وقت جبکہ لوگوں کا پولیٹیکل فریم ورک ہو چکا تھا۔ پولیٹیکل فریم ورک ہو چکا تھا۔</w:t>
      </w:r>
    </w:p>
    <w:p>
      <w:r>
        <w:rPr>
          <w:b/>
        </w:rPr>
        <w:t xml:space="preserve">[14:13] </w:t>
      </w:r>
      <w:r>
        <w:t>political framework dominate karne laga tha. to is ka nateeja kya hua? ke aap is ka reflection dekh sakte hain poore literature mein.</w:t>
      </w:r>
    </w:p>
    <w:p>
      <w:pPr>
        <w:jc w:val="right"/>
      </w:pPr>
      <w:r>
        <w:t>پولیٹیکل فریم ورک ڈومینیٹ کرنے لگا تھا۔ تو اس کا نتیجہ کیا ہوا؟ کہ آپ اس کا ریفلیکشن دیکھ سکتے ہیں پورے لٹریچر میں۔</w:t>
      </w:r>
    </w:p>
    <w:p>
      <w:r>
        <w:rPr>
          <w:b/>
        </w:rPr>
        <w:t xml:space="preserve">[14:24] </w:t>
      </w:r>
      <w:r>
        <w:t>maslan Quran ki commentary ko lijiye.</w:t>
      </w:r>
    </w:p>
    <w:p>
      <w:pPr>
        <w:jc w:val="right"/>
      </w:pPr>
      <w:r>
        <w:t>مثلاً قرآن کی کمنٹری کو لیجیے۔</w:t>
      </w:r>
    </w:p>
    <w:p>
      <w:r>
        <w:rPr>
          <w:b/>
        </w:rPr>
        <w:t xml:space="preserve">[14:27] </w:t>
      </w:r>
      <w:r>
        <w:t>aap kisi bhi commentary ko parhiye. is mein aap ko dawah work ka koi is mein zikr hi nahi milega. dawah work is mein kahin dikhai nahi dega aap ko.</w:t>
      </w:r>
    </w:p>
    <w:p>
      <w:pPr>
        <w:jc w:val="right"/>
      </w:pPr>
      <w:r>
        <w:t>آپ کسی بھی کمنٹری کو پڑھیے۔ اس میں آپ کو دعا ورک کا کوئی اس میں ذکر ہی نہیں ملے گا۔ دعا ورک اس میں کہیں دکھائی نہیں دے گا آپ کو۔</w:t>
      </w:r>
    </w:p>
    <w:p>
      <w:r>
        <w:rPr>
          <w:b/>
        </w:rPr>
        <w:t xml:space="preserve">[14:39] </w:t>
      </w:r>
      <w:r>
        <w:t>yani Quran book of dawah hai. kahin se ajeeb baat hai, Quran jo hai book of dawah hai. lekin jo commentary likhi gayi, commentary, is mein dawah jo hai, woh woh ho gaya.</w:t>
      </w:r>
    </w:p>
    <w:p>
      <w:pPr>
        <w:jc w:val="right"/>
      </w:pPr>
      <w:r>
        <w:t>یعنی قرآن بک آف دعویٰ ہے۔ کہیں سے عجیب بات ہے، قرآن جو ہے بک آف دعویٰ ہے۔ لیکن جو کمنٹری لکھی گئی، کمنٹری، اس میں دعویٰ جو ہے، وہ وہ ہو گیا۔</w:t>
      </w:r>
    </w:p>
    <w:p>
      <w:r>
        <w:rPr>
          <w:b/>
        </w:rPr>
        <w:t xml:space="preserve">[14:56] </w:t>
      </w:r>
      <w:r>
        <w:t>hazaf ho gaya.</w:t>
      </w:r>
    </w:p>
    <w:p>
      <w:pPr>
        <w:jc w:val="right"/>
      </w:pPr>
      <w:r>
        <w:t>حذف ہو گیا۔</w:t>
      </w:r>
    </w:p>
    <w:p>
      <w:r>
        <w:rPr>
          <w:b/>
        </w:rPr>
        <w:t xml:space="preserve">[15:00] </w:t>
      </w:r>
      <w:r>
        <w:t>phir dekhiye, aap Hadees ikattha hui. aur Hadees ko compile kiya gaya. kisi bhi Hadees ki jo book hai, koi bhi XYZ aap le lijiye.</w:t>
      </w:r>
    </w:p>
    <w:p>
      <w:pPr>
        <w:jc w:val="right"/>
      </w:pPr>
      <w:r>
        <w:t>پھر دیکھیے، آپ حدیث اکٹھا ہوئی۔ اور حدیث کو کمبائل کیا گیا۔ کسی بھی حدیث کی جو بک ہے، کوئی بھی ایکس وائی زیڈ آپ لے لیجیے۔</w:t>
      </w:r>
    </w:p>
    <w:p>
      <w:r>
        <w:rPr>
          <w:b/>
        </w:rPr>
        <w:t xml:space="preserve">[15:14] </w:t>
      </w:r>
      <w:r>
        <w:t>is mein aap ko dawah ka chapter nahi milega. yani kitab dawah nahi milegi. aap ko kitab al jihad milega, kitab al salat milegi, kitab al hajj milega.</w:t>
      </w:r>
    </w:p>
    <w:p>
      <w:pPr>
        <w:jc w:val="right"/>
      </w:pPr>
      <w:r>
        <w:t>اس میں آپ کو دعویٰ کا چیپٹر نہیں ملے گا۔ یعنی کتاب الدعویٰ نہیں ملے گی۔ آپ کو کتاب الجہاد ملے گا، کتاب الصلوۃ ملے گی، کتاب الحج ملے گا۔</w:t>
      </w:r>
    </w:p>
    <w:p>
      <w:r>
        <w:rPr>
          <w:b/>
        </w:rPr>
        <w:t xml:space="preserve">[15:26] </w:t>
      </w:r>
      <w:r>
        <w:t>lekin aap ko kitab dawah kisi bhi Hadees mein nahi milega. to aap dekhiye, Hadees se bhi ghayab kar diya gaya dawah ko.</w:t>
      </w:r>
    </w:p>
    <w:p>
      <w:pPr>
        <w:jc w:val="right"/>
      </w:pPr>
      <w:r>
        <w:t>لیکن آپ کو کتاب الدعویٰ کسی بھی حدیث میں نہیں ملے گا۔ تو آپ دیکھیے، حدیث سے بھی غائب کر دیا گیا دعوت کو۔</w:t>
      </w:r>
    </w:p>
    <w:p>
      <w:r>
        <w:rPr>
          <w:b/>
        </w:rPr>
        <w:t xml:space="preserve">[15:37] </w:t>
      </w:r>
      <w:r>
        <w:t>ab aap fiqh ko lijiye. fiqh mein bhi chapterization hua hai. lekin wahan bhi aap dekhein to aap ko kitab al jihad, kitab al hajj, kitab al salat, bahut saare chapter milenge</w:t>
      </w:r>
    </w:p>
    <w:p>
      <w:pPr>
        <w:jc w:val="right"/>
      </w:pPr>
      <w:r>
        <w:t>اب آپ فقہ کو لیجیے۔ فقہ میں بھی چیپٹرائزیشن ہوا ہے۔ لیکن وہاں بھی آپ دیکھیں تو آپ کو کتاب الجہاد، کتاب الحج، کتاب الصلوۃ، بہت سارے چیپٹر ملیں گ</w:t>
      </w:r>
    </w:p>
    <w:p>
      <w:r>
        <w:rPr>
          <w:b/>
        </w:rPr>
        <w:t xml:space="preserve">[15:56] </w:t>
      </w:r>
      <w:r>
        <w:t>lekin fiqh ki kisi bhi kitab mein aap ko kitab dawah nahi milega. kisi bhi kitab mein kitab dawah nahi.</w:t>
      </w:r>
    </w:p>
    <w:p>
      <w:pPr>
        <w:jc w:val="right"/>
      </w:pPr>
      <w:r>
        <w:t>ے۔ لیکن فقہ کی کسی بھی کتاب میں آپ کو کتاب الدعویٰ نہیں ملے گا۔ کسی بھی کتاب میں کتاب الدعویٰ نہیں۔</w:t>
      </w:r>
    </w:p>
    <w:p>
      <w:r>
        <w:rPr>
          <w:b/>
        </w:rPr>
        <w:t xml:space="preserve">[16:06] </w:t>
      </w:r>
      <w:r>
        <w:t>is maani ke Rasool Allah jo aaye the, woh to dai ban kar aaye the. lekin Abbas period se jo development shuru hua, to sab kuch political politicize ho gaya, politicize.</w:t>
      </w:r>
    </w:p>
    <w:p>
      <w:pPr>
        <w:jc w:val="right"/>
      </w:pPr>
      <w:r>
        <w:t>اس معنی کہ رسول اللہ جو آئے تھے، وہ تو داعی بن کر آئے تھے۔ لیکن عباس پیریڈ سے جو ڈی ریلمنٹ شروع ہوا، تو سب کچھ پولیٹیکل پولیٹیسائز ہو گیا، پولیٹیسائز۔</w:t>
      </w:r>
    </w:p>
    <w:p>
      <w:r>
        <w:rPr>
          <w:b/>
        </w:rPr>
        <w:t xml:space="preserve">[16:22] </w:t>
      </w:r>
      <w:r>
        <w:t>ab dekhiye ke jab Rasool Allah ne kaha tha ma liha bu'ithtu ilaikum ke jab unhon ne kaha ke hum aap ko badshah bana lete hain in tureed mulkan mulkana kalina to aap ne kya kaha?</w:t>
      </w:r>
    </w:p>
    <w:p>
      <w:pPr>
        <w:jc w:val="right"/>
      </w:pPr>
      <w:r>
        <w:t>اب دیکھیے کہ جب رسول اللہ نے کہا تھا ما لہذا بعثت الیکم کہ جب انہوں نے کہا کہ ہم آپ کو بادشاہ بنا لیتے ہیں إن تريد ملکاً ملکنا کالينا تو آپ نے کیا کہا؟</w:t>
      </w:r>
    </w:p>
    <w:p>
      <w:r>
        <w:rPr>
          <w:b/>
        </w:rPr>
        <w:t xml:space="preserve">[16:36] </w:t>
      </w:r>
      <w:r>
        <w:t>nahi, main is ke liye nahi bheja gaya hoon. to kis ke liye bheja gaya hoon? ab sawal paida hota hai ke jab Rasool Allah yeh keh rahe hain ke main tumhare upar hakim banne ke liye nahi bheja gaya hoon, to kis ke liye bheje gaye?</w:t>
      </w:r>
    </w:p>
    <w:p>
      <w:pPr>
        <w:jc w:val="right"/>
      </w:pPr>
      <w:r>
        <w:t>نہیں، میں اس کے لیے نہیں بھیجا گیا ہوں۔ تو کس کے لیے بھیجا گیا ہوں؟ اب سوال پیدا ہوتا ہے کہ جب رسول اللہ یہ کہہ رہے ہیں کہ میں تمہارے اوپر حاکم بننے کے لیے نہیں بھیجا گیا ہوں، تو کس کے لیے بھیجے گئے؟</w:t>
      </w:r>
    </w:p>
    <w:p>
      <w:r>
        <w:rPr>
          <w:b/>
        </w:rPr>
        <w:t xml:space="preserve">[16:50] </w:t>
      </w:r>
      <w:r>
        <w:t>woh hai ya ayyuha al muddathir qum fa anzir kis ke liye? yani Rasool Allah ko Khuda ka hukum mil raha hai ke tum un ko warning de do.</w:t>
      </w:r>
    </w:p>
    <w:p>
      <w:pPr>
        <w:jc w:val="right"/>
      </w:pPr>
      <w:r>
        <w:t>وہ ہے يا أيها المدثر قم فانذر کس کے لیے؟ یعنی رسول اللہ کو خدا کا حکم مل رہا ہے کہ تم ان کو وارننگ دے دو۔</w:t>
      </w:r>
    </w:p>
    <w:p>
      <w:r>
        <w:rPr>
          <w:b/>
        </w:rPr>
        <w:t xml:space="preserve">[17:03] </w:t>
      </w:r>
      <w:r>
        <w:t>warning kis baat ki? aakhirat ki. in logon ko bata do ke Khuda ka creation plan kya hai.</w:t>
      </w:r>
    </w:p>
    <w:p>
      <w:pPr>
        <w:jc w:val="right"/>
      </w:pPr>
      <w:r>
        <w:t>وارننگ کس بات کی؟ آخرت کی۔ ان لوگوں کو بتا دو کہ خدا کا کریشن پلان کیا ہے۔</w:t>
      </w:r>
    </w:p>
    <w:p>
      <w:r>
        <w:rPr>
          <w:b/>
        </w:rPr>
        <w:t xml:space="preserve">[17:13] </w:t>
      </w:r>
      <w:r>
        <w:t>Khuda ke creation plan ke mutabiq agar duniya mein tum rehte ho to tumhare liye paradise hai, yahan tumhare liye hell hai. is se logon ko aagah kar do.</w:t>
      </w:r>
    </w:p>
    <w:p>
      <w:pPr>
        <w:jc w:val="right"/>
      </w:pPr>
      <w:r>
        <w:t>خدا کے کریشن پلان کے مطابق اگر دنیا میں تم رہتے ہو تو تمہارے لیے پیراڈائز ہے، یہاں تمہارے لیے ہیل ہے۔ اس سے لوگوں کو آگاہ کر دو۔</w:t>
      </w:r>
    </w:p>
    <w:p>
      <w:r>
        <w:rPr>
          <w:b/>
        </w:rPr>
        <w:t xml:space="preserve">[17:26] </w:t>
      </w:r>
      <w:r>
        <w:t>warning ka matlab hai make them aware of this fact</w:t>
      </w:r>
    </w:p>
    <w:p>
      <w:pPr>
        <w:jc w:val="right"/>
      </w:pPr>
      <w:r>
        <w:t>وارننگ کا مطلب ہے make them aware of this fact</w:t>
      </w:r>
    </w:p>
    <w:p>
      <w:r>
        <w:rPr>
          <w:b/>
        </w:rPr>
        <w:t xml:space="preserve">[17:33] </w:t>
      </w:r>
      <w:r>
        <w:t>yani anzar kar do ya un ko warning de do kis baat ki? make them aware about the creation plan of God</w:t>
      </w:r>
    </w:p>
    <w:p>
      <w:pPr>
        <w:jc w:val="right"/>
      </w:pPr>
      <w:r>
        <w:t>یعنی انظار کر دو یا ان کو وارننگ دے دو کس بات کی؟ make them aware about the creation plan of God</w:t>
      </w:r>
    </w:p>
    <w:p>
      <w:r>
        <w:rPr>
          <w:b/>
        </w:rPr>
        <w:t xml:space="preserve">[17:44] </w:t>
      </w:r>
      <w:r>
        <w:t>to Rasool Allah ki zindagi ko aap dekhiye to kya milega? purely dawah framework. political framework nahi milega.</w:t>
      </w:r>
    </w:p>
    <w:p>
      <w:pPr>
        <w:jc w:val="right"/>
      </w:pPr>
      <w:r>
        <w:t>تو رسول اللہ کی زندگی کو آپ دیکھیے تو کیا ملے گا؟ پیورلی دعویٰ فریم ورک۔ پولیٹیکل فریم ورک نہیں ملے گا۔</w:t>
      </w:r>
    </w:p>
    <w:p>
      <w:r>
        <w:rPr>
          <w:b/>
        </w:rPr>
        <w:t xml:space="preserve">[17:55] </w:t>
      </w:r>
      <w:r>
        <w:t>kyunke woh pesh kar rahe hain aap ko kingship. aap keh rahe hain ke nahi, kingship nahi chahiye mujhe. mujhe toh dawat dena hai, main daai hoon. toh prophet ke zamane mein kya hua?</w:t>
      </w:r>
    </w:p>
    <w:p>
      <w:pPr>
        <w:jc w:val="right"/>
      </w:pPr>
      <w:r>
        <w:t>کیونکہ وہ پیش کر رہے ہیں آپ کو کنگ شپ۔ آپ کہہ رہے ہیں کہ نہیں، کنگ شپ نہیں چاہیے مجھے۔ مجھے تو دعوت دینا ہے، میں داعی ہوں۔ تو پرافٹ کے زمانے میں کیا ہوا؟</w:t>
      </w:r>
    </w:p>
    <w:p>
      <w:r>
        <w:rPr>
          <w:b/>
        </w:rPr>
        <w:t xml:space="preserve">[18:07] </w:t>
      </w:r>
      <w:r>
        <w:t>ke aap ke zamane mein yeh hua ke aap daai the, baqi sari duniya madu thi.</w:t>
      </w:r>
    </w:p>
    <w:p>
      <w:pPr>
        <w:jc w:val="right"/>
      </w:pPr>
      <w:r>
        <w:t>کہ آپ کے زمانے میں یہ ہوا کہ آپ داعی تھے، باقی ساری دنیا مدعو تھی۔</w:t>
      </w:r>
    </w:p>
    <w:p>
      <w:r>
        <w:rPr>
          <w:b/>
        </w:rPr>
        <w:t xml:space="preserve">[18:14] </w:t>
      </w:r>
      <w:r>
        <w:t>us waqt jo categorization kiya gaya tha humanity ka, woh daai madu ka ek term mein tha. in term of daai madu. rasool Allah daai hain, baqi sare log madu hain.</w:t>
      </w:r>
    </w:p>
    <w:p>
      <w:pPr>
        <w:jc w:val="right"/>
      </w:pPr>
      <w:r>
        <w:t>اس وقت جو کیٹیگرائزیشن کیا گیا تھا ہیومینٹی کا، وہ داعی مدعو کا ایک ٹرم میں تھا۔ ان ٹرم آف داعی مدعو۔ رسول اللہ داعی ہیں، باقی سارے لوگ مدعو ہیں۔</w:t>
      </w:r>
    </w:p>
    <w:p>
      <w:r>
        <w:rPr>
          <w:b/>
        </w:rPr>
        <w:t xml:space="preserve">[18:27] </w:t>
      </w:r>
      <w:r>
        <w:t>madu matlab? yaani addreser aur addressee. rasool Allah addreser hain aur log addressee hain.</w:t>
      </w:r>
    </w:p>
    <w:p>
      <w:pPr>
        <w:jc w:val="right"/>
      </w:pPr>
      <w:r>
        <w:t>مدعو مطلب؟ یعنی ایڈریسر اور ایڈریسی۔ رسول اللہ ایڈریسر ہیں اور لوگ ایڈریسی ہیں۔</w:t>
      </w:r>
    </w:p>
    <w:p>
      <w:r>
        <w:rPr>
          <w:b/>
        </w:rPr>
        <w:t xml:space="preserve">[18:36] </w:t>
      </w:r>
      <w:r>
        <w:t>yaani ek message hai jis ko pahunchana hai.</w:t>
      </w:r>
    </w:p>
    <w:p>
      <w:pPr>
        <w:jc w:val="right"/>
      </w:pPr>
      <w:r>
        <w:t>یعنی ایک میسج ہے جس کو پہنچانا ہے۔</w:t>
      </w:r>
    </w:p>
    <w:p>
      <w:r>
        <w:rPr>
          <w:b/>
        </w:rPr>
        <w:t xml:space="preserve">[18:39] </w:t>
      </w:r>
      <w:r>
        <w:t>is mein na koi politics hai, na is mein violence hai, na is mein koi fauj hai, na kisi ko hathiyar hai, kuch bhi nahi.</w:t>
      </w:r>
    </w:p>
    <w:p>
      <w:pPr>
        <w:jc w:val="right"/>
      </w:pPr>
      <w:r>
        <w:t>اس میں نہ کوئی پولیٹکس ہے، نہ کوئی اس میں وائلنس ہے، نہ اس میں کوئی فوج ہے، نہ کسی کو ہتھیار ہے، کچھ بھی نہیں۔</w:t>
      </w:r>
    </w:p>
    <w:p>
      <w:r>
        <w:rPr>
          <w:b/>
        </w:rPr>
        <w:t xml:space="preserve">[18:50] </w:t>
      </w:r>
      <w:r>
        <w:t>toh rasool Allah ke zamane mein humanity ka jo categorization kiya gaya, is mein kya tha? daai madu.</w:t>
      </w:r>
    </w:p>
    <w:p>
      <w:pPr>
        <w:jc w:val="right"/>
      </w:pPr>
      <w:r>
        <w:t>تو رسول اللہ کے زمانے میں ہیومینٹی کا جو کیٹیگرائزیشن کیا گیا، اس میں کیا تھا؟ داعی مدعو۔</w:t>
      </w:r>
    </w:p>
    <w:p>
      <w:r>
        <w:rPr>
          <w:b/>
        </w:rPr>
        <w:t xml:space="preserve">[18:59] </w:t>
      </w:r>
      <w:r>
        <w:t>daai madu. daai madu relationship. yaani rasool Allah daai hain aur sab log madu hain.</w:t>
      </w:r>
    </w:p>
    <w:p>
      <w:pPr>
        <w:jc w:val="right"/>
      </w:pPr>
      <w:r>
        <w:t>داعی مدعو۔ داعی مدعو ریلیشن شپ۔ یعنی رسول اللہ داعی ہیں اور سب لوگ مدعو ہیں۔</w:t>
      </w:r>
    </w:p>
    <w:p>
      <w:r>
        <w:rPr>
          <w:b/>
        </w:rPr>
        <w:t xml:space="preserve">[19:09] </w:t>
      </w:r>
      <w:r>
        <w:t>ab aap dekhiye ke banu abbas mein kya hua? unhon ne politisize kar liya sare mamle ko. ab unhon ne kaha ke dawah al-Islam aur dawah al-harb.</w:t>
      </w:r>
    </w:p>
    <w:p>
      <w:pPr>
        <w:jc w:val="right"/>
      </w:pPr>
      <w:r>
        <w:t>اب آپ دیکھیے کہ بنو عباس میں کیا ہوا؟ انہوں نے پولیٹیسائز کر لیا سارے معاملے کو۔ اب انہوں نے کہا کہ دعویٰ الاسلام اور دعویٰ الحرب۔</w:t>
      </w:r>
    </w:p>
    <w:p>
      <w:r>
        <w:rPr>
          <w:b/>
        </w:rPr>
        <w:t xml:space="preserve">[19:22] </w:t>
      </w:r>
      <w:r>
        <w:t>yaani categorization of humanity jo hai, in term of politics ho gayi. ke jahan musalman rule kar rahe hain, woh toh dawah al-Islam hai.</w:t>
      </w:r>
    </w:p>
    <w:p>
      <w:pPr>
        <w:jc w:val="right"/>
      </w:pPr>
      <w:r>
        <w:t>یعنی کیٹیگرائزیشن آف ہیومینٹی جو ہے، ان ٹرم آف پولیٹکس ہو گئی۔ کہ جہاں مسلمان رول کر رہے ہیں، وہ تو دعویٰ الاسلام ہے۔</w:t>
      </w:r>
    </w:p>
    <w:p>
      <w:r>
        <w:rPr>
          <w:b/>
        </w:rPr>
        <w:t xml:space="preserve">[19:32] </w:t>
      </w:r>
      <w:r>
        <w:t>aur baqi jo hai, dawah al-harb</w:t>
      </w:r>
    </w:p>
    <w:p>
      <w:pPr>
        <w:jc w:val="right"/>
      </w:pPr>
      <w:r>
        <w:t>اور بقیہ جو ہے، دعویٰ الحرب</w:t>
      </w:r>
    </w:p>
    <w:p>
      <w:r>
        <w:rPr>
          <w:b/>
        </w:rPr>
        <w:t xml:space="preserve">[19:34] </w:t>
      </w:r>
      <w:r>
        <w:t>hai. yaani in se hum potentially at war hain. potentially hum at war hain.</w:t>
      </w:r>
    </w:p>
    <w:p>
      <w:pPr>
        <w:jc w:val="right"/>
      </w:pPr>
      <w:r>
        <w:t>ہے۔ یعنی ان سے ہم پوٹینشلی ایٹ وار ہیں۔ پوٹینشلی ہم ایٹ وار ہیں۔</w:t>
      </w:r>
    </w:p>
    <w:p>
      <w:r>
        <w:rPr>
          <w:b/>
        </w:rPr>
        <w:t xml:space="preserve">[19:43] </w:t>
      </w:r>
      <w:r>
        <w:t>achha, yeh koi concept hai? aap potentially at war kyun hain? aap kyun un ko marna chahte hain? kyun ladna chahte hain in se? kyunke hum ne rule karna hai.</w:t>
      </w:r>
    </w:p>
    <w:p>
      <w:pPr>
        <w:jc w:val="right"/>
      </w:pPr>
      <w:r>
        <w:t>اچھا، یہ کوئی کانسیپٹ ہے؟ آپ پوٹینشلی ایٹ وار کیوں ہیں؟ آپ کیوں ان کو مارنا چاہتے ہیں؟ کیوں لڑنا چاہتے ہیں ان سے؟ کیونکہ ہم نے رول کرنا ہے۔</w:t>
      </w:r>
    </w:p>
    <w:p>
      <w:r>
        <w:rPr>
          <w:b/>
        </w:rPr>
        <w:t xml:space="preserve">[19:52] </w:t>
      </w:r>
      <w:r>
        <w:t>ab jo hai, ruler aur ruled ka ho gaya. pehle jo tha, daai aur madu. ab kya hoga? ruler aur ruled.</w:t>
      </w:r>
    </w:p>
    <w:p>
      <w:pPr>
        <w:jc w:val="right"/>
      </w:pPr>
      <w:r>
        <w:t>اب جو ہے، رولر اور رولڈ کا ہو گیا۔ پہلے جو تھا، داعی اور مدعو۔ اب کیا ہوگا؟ رولر اور رولڈ۔</w:t>
      </w:r>
    </w:p>
    <w:p>
      <w:r>
        <w:rPr>
          <w:b/>
        </w:rPr>
        <w:t xml:space="preserve">[20:02] </w:t>
      </w:r>
      <w:r>
        <w:t>musalman khaleefa hain, unhein sari duniya par rule karna hai. ab dekhiye, musalman intezar kar rahe hain ke koi aayega, Mahdi Masih, aur sari duniya mein Islam ki hukumat qaim kar dega.</w:t>
      </w:r>
    </w:p>
    <w:p>
      <w:pPr>
        <w:jc w:val="right"/>
      </w:pPr>
      <w:r>
        <w:t>مسلمان خلیفہ ہیں، انہیں ساری دنیا پر رول کرنا ہے۔ اب دیکھیے، مسلمان انظار کر رہے ہیں کہ کوئی آئے گا، مہدی مسیح، اور ساری دنیا میں اسلام کی حکومت قائم کر دے گا۔</w:t>
      </w:r>
    </w:p>
    <w:p>
      <w:r>
        <w:rPr>
          <w:b/>
        </w:rPr>
        <w:t xml:space="preserve">[20:14] </w:t>
      </w:r>
      <w:r>
        <w:t>yeh kitni absurd baat hai? yaani sare nabiyon, sare paighambaron ne mil kar ke bhi sari zameen par hukumat nahi qaim ki.</w:t>
      </w:r>
    </w:p>
    <w:p>
      <w:pPr>
        <w:jc w:val="right"/>
      </w:pPr>
      <w:r>
        <w:t>یہ کتنی ایبسرٹ بات ہے؟ یعنی سارے نبیوں، سارے پیغمبروں نے مل کر کے بھی ساری زمین پر حکومت نہیں قائم کی۔</w:t>
      </w:r>
    </w:p>
    <w:p>
      <w:r>
        <w:rPr>
          <w:b/>
        </w:rPr>
        <w:t xml:space="preserve">[20:24] </w:t>
      </w:r>
      <w:r>
        <w:t>aap ghaur kijiye. jitne prophet aaye, including prophet Muhammad, sab ne mil kar ke bhi aisa nahi kiya ke sari globe, sari zameen par hukumat qaim kar dali.</w:t>
      </w:r>
    </w:p>
    <w:p>
      <w:pPr>
        <w:jc w:val="right"/>
      </w:pPr>
      <w:r>
        <w:t>آپ غور کیجیے۔ جتنے پرافٹ آئے، انکلوڈنگ پرافٹ محمد، سب نے مل کر کے بھی ایسا نہیں کیا کہ ساری گلوب، ساری زمین پر حکومت قائم کر ڈالی۔</w:t>
      </w:r>
    </w:p>
    <w:p>
      <w:r>
        <w:rPr>
          <w:b/>
        </w:rPr>
        <w:t xml:space="preserve">[20:37] </w:t>
      </w:r>
      <w:r>
        <w:t>aur hum ek aise insan ka intezar kar rahe hain jo sari zameen par hukumat qaim kar dega? woh nabiyon se barh kar hoga woh?</w:t>
      </w:r>
    </w:p>
    <w:p>
      <w:pPr>
        <w:jc w:val="right"/>
      </w:pPr>
      <w:r>
        <w:t>اور ہم ایک ایسے انسان کا انظار کر رہے ہیں جو ساری زمین پر حکومت قائم کر دے گا؟ وہ نبیوں سے بڑھ کر ہوگا وہ؟</w:t>
      </w:r>
    </w:p>
    <w:p>
      <w:r>
        <w:rPr>
          <w:b/>
        </w:rPr>
        <w:t xml:space="preserve">[20:45] </w:t>
      </w:r>
      <w:r>
        <w:t>yaani sare nabiyon se barh kar hoga woh? yeh koi, yeh koi thinkable baat hai?</w:t>
      </w:r>
    </w:p>
    <w:p>
      <w:pPr>
        <w:jc w:val="right"/>
      </w:pPr>
      <w:r>
        <w:t>یعنی سارے نبیوں سے بڑھ کر ہوگا وہ؟ یہ کوئی، یہ کوئی تھنک ایبل بات ہے؟</w:t>
      </w:r>
    </w:p>
    <w:p>
      <w:r>
        <w:rPr>
          <w:b/>
        </w:rPr>
        <w:t xml:space="preserve">[20:53] </w:t>
      </w:r>
      <w:r>
        <w:t>koi, koi aisa insan aaye jo woh kaam kar daale jo sab nabiyon ne mil kar ke bhi nahi kiya tha? yeh bilkul unthinkable baat hai. lekin political framework mein sab cheez thinkable ban jati hai.</w:t>
      </w:r>
    </w:p>
    <w:p>
      <w:pPr>
        <w:jc w:val="right"/>
      </w:pPr>
      <w:r>
        <w:t>کوئی، کوئی ایسا انسان آئے جو وہ کام کر ڈالے جو سب نبیوں نے مل کر کے بھی نہیں کیا تھا؟ یہ بالکل ان تھنک ایبل بات ہے۔ لیکن پولیٹیکل فریم ورک میں سب چیز تھنک ایبل بن جاتی ہے۔</w:t>
      </w:r>
    </w:p>
    <w:p>
      <w:r>
        <w:rPr>
          <w:b/>
        </w:rPr>
        <w:t xml:space="preserve">[21:05] </w:t>
      </w:r>
      <w:r>
        <w:t>toh is baat ko samjhiye ke prophet ka zamana aur companion ka zamana aur companions of the companion ka zamana, yeh hain teen zamane, golden period.</w:t>
      </w:r>
    </w:p>
    <w:p>
      <w:pPr>
        <w:jc w:val="right"/>
      </w:pPr>
      <w:r>
        <w:t>تو اس بات کو سمجھیے کہ پرافٹ کا زمانہ اور کمپینین کا زمانہ اور کمپینینز آف دا کمپینین کا زمانہ، یہ ہیں تین زمانے، گولڈن پیریڈ۔</w:t>
      </w:r>
    </w:p>
    <w:p>
      <w:r>
        <w:rPr>
          <w:b/>
        </w:rPr>
        <w:t xml:space="preserve">[21:22] </w:t>
      </w:r>
      <w:r>
        <w:t>in teen zamanon ko agar aap dekhen toh yahi teen zamane bante hain. ke prophet ka zamana, companions ka zamana, aur companions of the companion ka zamana.</w:t>
      </w:r>
    </w:p>
    <w:p>
      <w:pPr>
        <w:jc w:val="right"/>
      </w:pPr>
      <w:r>
        <w:t>ان تین زمانوں کو اگر آپ دیکھیں تو یہی تین زمانے بنتے ہیں۔ کہ پرافٹ کا زمانہ، کمپینینز کا زمانہ، اور کمپینینز آف دا کمپینین کا زمانہ۔</w:t>
      </w:r>
    </w:p>
    <w:p>
      <w:r>
        <w:rPr>
          <w:b/>
        </w:rPr>
        <w:t xml:space="preserve">[21:34] </w:t>
      </w:r>
      <w:r>
        <w:t>yeh hai golden period. is zamane mein kya tha? non-political framework tha. har baat ko non-political way mein dikhaya jata tha.</w:t>
      </w:r>
    </w:p>
    <w:p>
      <w:pPr>
        <w:jc w:val="right"/>
      </w:pPr>
      <w:r>
        <w:t>یہ ہے گولڈن پیریڈ۔ اس زمانے میں کیا تھا؟ نان پولیٹیکل فریم ورک تھا۔ ہر بات کو نان پولیٹیکل وے میں دکھایا جاتا تھا۔</w:t>
      </w:r>
    </w:p>
    <w:p>
      <w:r>
        <w:rPr>
          <w:b/>
        </w:rPr>
        <w:t xml:space="preserve">[21:47] </w:t>
      </w:r>
      <w:r>
        <w:t>is liye is zamane mein kya tha?</w:t>
      </w:r>
    </w:p>
    <w:p>
      <w:pPr>
        <w:jc w:val="right"/>
      </w:pPr>
      <w:r>
        <w:t>اس لیے اس زمانے میں کیا تھا؟</w:t>
      </w:r>
    </w:p>
    <w:p>
      <w:r>
        <w:rPr>
          <w:b/>
        </w:rPr>
        <w:t xml:space="preserve">[21:49] </w:t>
      </w:r>
      <w:r>
        <w:t>ke hum daai hain, baqi sare log madu hain. sab insan hain, insanon tak hum ne dawat pahunchana hai. us waqt jo framework tha, woh yeh tha: hamare paas Khuda ka ek message hai.</w:t>
      </w:r>
    </w:p>
    <w:p>
      <w:pPr>
        <w:jc w:val="right"/>
      </w:pPr>
      <w:r>
        <w:t>کہ ہم داعی ہیں، باقی سارے لوگ مدعو ہیں۔ سب انسان ہیں، انسانوں تک ہم نے دعوت پہنچانا ہے۔ اس وقت جو فریم ورک تھا، وہ یہ تھا: ہمارے پاس خدا کا ایک میسج ہے۔</w:t>
      </w:r>
    </w:p>
    <w:p>
      <w:r>
        <w:rPr>
          <w:b/>
        </w:rPr>
        <w:t xml:space="preserve">[22:03] </w:t>
      </w:r>
      <w:r>
        <w:t>is mesj ko pes فل tareeqay say, pes فل tareeqay say saray insanon tak pohnchana hai humein. yeh hai daai madعو.</w:t>
      </w:r>
    </w:p>
    <w:p>
      <w:pPr>
        <w:jc w:val="right"/>
      </w:pPr>
      <w:r>
        <w:t>اس میسج کو پیس فل طریقے سے، پیس فل طریقے سے سارے انسانوں تک پہنچانا ہے ہمیں۔ یہ ہے داعی مدعو۔</w:t>
      </w:r>
    </w:p>
    <w:p>
      <w:r>
        <w:rPr>
          <w:b/>
        </w:rPr>
        <w:t xml:space="preserve">[22:15] </w:t>
      </w:r>
      <w:r>
        <w:t>baad ko jo ibadat period bana, woh kya bana? ke hum jahan hain, woh to dawah-e-islam hai. baqi jo hai, woh sab dawah-e-harb hai.</w:t>
      </w:r>
    </w:p>
    <w:p>
      <w:pPr>
        <w:jc w:val="right"/>
      </w:pPr>
      <w:r>
        <w:t>بعد کو جو عبادت پیریڈ بنا، وہ کیا بنا؟ کہ ہم جہاں ہیں، وہ تو دعویٰ الاسلام ہے۔ باقی جو ہے، وہ سب دعویٰ الحرب ہے۔</w:t>
      </w:r>
    </w:p>
    <w:p>
      <w:r>
        <w:rPr>
          <w:b/>
        </w:rPr>
        <w:t xml:space="preserve">[22:29] </w:t>
      </w:r>
      <w:r>
        <w:t>yeh kitna, is ka kuch bhi na quran mein hai, na hadith mein hai. yeh jo concept bana, dawah-e-harb ka aur dawah-e-islam ka, aik concept bilkul nahi hai na quran mein, na hadith mein.</w:t>
      </w:r>
    </w:p>
    <w:p>
      <w:pPr>
        <w:jc w:val="right"/>
      </w:pPr>
      <w:r>
        <w:t>یہ کتنا، اس کا کچھ بھی نہ قرآن میں ہے، نہ حدیث میں ہے۔ یہ جو کانسیپٹ بنا، دعویٰ الحرب کا اور دعویٰ الاسلام کا، ایک کانسیپٹ بالکل نہیں ہے نہ قرآن میں، نہ حدیث میں۔</w:t>
      </w:r>
    </w:p>
    <w:p>
      <w:r>
        <w:rPr>
          <w:b/>
        </w:rPr>
        <w:t xml:space="preserve">[22:44] </w:t>
      </w:r>
      <w:r>
        <w:t>yeh innovation tha, innovation aur woh abbas period mein kya gaya. isi ka yeh result hai ke aap dekh rahe hain ke musalman musalman ko maar rahe hain.</w:t>
      </w:r>
    </w:p>
    <w:p>
      <w:pPr>
        <w:jc w:val="right"/>
      </w:pPr>
      <w:r>
        <w:t>یہ انویشن تھا، انویشن اور وہ عباس پیریڈ میں کیا گیا۔ اسی کا یہ رزلٹ ہے کہ آپ دیکھ رہے ہیں کہ مسلمان مسلمان کو مار رہے ہیں۔</w:t>
      </w:r>
    </w:p>
    <w:p>
      <w:r>
        <w:rPr>
          <w:b/>
        </w:rPr>
        <w:t xml:space="preserve">[22:54] </w:t>
      </w:r>
      <w:r>
        <w:t>kyun? politics mein inherent hai violence. politics mein inherent hai violence.</w:t>
      </w:r>
    </w:p>
    <w:p>
      <w:pPr>
        <w:jc w:val="right"/>
      </w:pPr>
      <w:r>
        <w:t>کیوں؟ پولیٹکس میں انہیرنٹ ہے وائلنس۔ پولیٹکس میں انہیرنٹ ہے وائلنس۔</w:t>
      </w:r>
    </w:p>
    <w:p>
      <w:r>
        <w:rPr>
          <w:b/>
        </w:rPr>
        <w:t xml:space="preserve">[23:05] </w:t>
      </w:r>
      <w:r>
        <w:t>dekhiye, mein arz karoon, rasool Allah sal Allah alaih-e-wa aleh-e-wasallam ne aakhri zamanay mein kaha tha ke musalmanon ko khitab karte hue, apni ummat ko khitab karte hue la tarjau ba'di kuffar-an yadrib ba'dukum riqab ba'd</w:t>
      </w:r>
    </w:p>
    <w:p>
      <w:pPr>
        <w:jc w:val="right"/>
      </w:pPr>
      <w:r>
        <w:t>دیکھیے، میں عرض کروں، رسول اللہ صلی اللہ علیہ وسلم نے آخری زمانے میں کہا تھا کہ مسلمانوں کو خطاب کرتے ہوئے، اپنی امت کو خطاب کرتے ہوئے لا ترجعوا بعدی کفارایدرب بعضکم رقاب بعض</w:t>
      </w:r>
    </w:p>
    <w:p>
      <w:r>
        <w:rPr>
          <w:b/>
        </w:rPr>
        <w:t xml:space="preserve">[23:25] </w:t>
      </w:r>
      <w:r>
        <w:t>ya sochiye in alfaz par la tarjau ba'di kuffar-an yadrib ba'dukum riqab ba'd</w:t>
      </w:r>
    </w:p>
    <w:p>
      <w:pPr>
        <w:jc w:val="right"/>
      </w:pPr>
      <w:r>
        <w:t>یا سوچیے ان الفاظ پر لا ترجعوا بعدی کفارایدرب بعضکم رقاب بعض</w:t>
      </w:r>
    </w:p>
    <w:p>
      <w:r>
        <w:rPr>
          <w:b/>
        </w:rPr>
        <w:t xml:space="preserve">[23:33] </w:t>
      </w:r>
      <w:r>
        <w:t>aap ne kaha ke tum log mere baad kafir na ho jana. ke tum aapas mein aik doosray ki gardan maarne lagoo.</w:t>
      </w:r>
    </w:p>
    <w:p>
      <w:pPr>
        <w:jc w:val="right"/>
      </w:pPr>
      <w:r>
        <w:t>آپ نے کہا کہ تم لوگ میرے بعد کافر نہ ہو جانا۔ کہ تم آپس میں ایک دوسرے کی گردن مارنے لگو۔</w:t>
      </w:r>
    </w:p>
    <w:p>
      <w:r>
        <w:rPr>
          <w:b/>
        </w:rPr>
        <w:t xml:space="preserve">[23:44] </w:t>
      </w:r>
      <w:r>
        <w:t>aik doosray ko kill karne lagoo. ab aap dekhiye ke yeh jo killing ho rahi hai, to kaun killer hai, kaun killer hai?</w:t>
      </w:r>
    </w:p>
    <w:p>
      <w:pPr>
        <w:jc w:val="right"/>
      </w:pPr>
      <w:r>
        <w:t>ایک دوسرے کو کل کرنے لگو۔ اب آپ دیکھیے کہ یہ جو کلنگ ہو رہی ہے، تو کون کلر ہے، کون کلر ہے؟</w:t>
      </w:r>
    </w:p>
    <w:p>
      <w:r>
        <w:rPr>
          <w:b/>
        </w:rPr>
        <w:t xml:space="preserve">[23:55] </w:t>
      </w:r>
      <w:r>
        <w:t>donon musalman hain. killer bhi musalman hain, killed bhi musalman hain.</w:t>
      </w:r>
    </w:p>
    <w:p>
      <w:pPr>
        <w:jc w:val="right"/>
      </w:pPr>
      <w:r>
        <w:t>دونوں مسلمان ہیں۔ کلر بھی مسلمان ہیں، کلر بھی مسلمان ہیں۔</w:t>
      </w:r>
    </w:p>
    <w:p>
      <w:r>
        <w:rPr>
          <w:b/>
        </w:rPr>
        <w:t xml:space="preserve">[24:02] </w:t>
      </w:r>
      <w:r>
        <w:t>aap ne kaha tha ke aisa mat karna. kyunke yeh to kafir ho jao ge tum musalman. la tarjau ba'di kuffar-an yadrib ba'dukum riqab ba'd aap ne farmaya ke mere baad tum kafir mat ho jana.</w:t>
      </w:r>
    </w:p>
    <w:p>
      <w:pPr>
        <w:jc w:val="right"/>
      </w:pPr>
      <w:r>
        <w:t>آپ نے کہا تھا کہ ایسا مت کرنا۔ کیونکہ یہ تو کافر ہو جاؤ گے تم مسلمان۔ لا ترجعوا بعدی کفارایدرب بعضکم رقاب بعض آپ نے فرمایا کہ میرے بعد تم کافر مت ہو جانا۔</w:t>
      </w:r>
    </w:p>
    <w:p>
      <w:r>
        <w:rPr>
          <w:b/>
        </w:rPr>
        <w:t xml:space="preserve">[24:19] </w:t>
      </w:r>
      <w:r>
        <w:t>ke aik doosray ko qatal karne lagoo.</w:t>
      </w:r>
    </w:p>
    <w:p>
      <w:pPr>
        <w:jc w:val="right"/>
      </w:pPr>
      <w:r>
        <w:t>کہ ایک دوسرے کو قتل کرنے لگو۔</w:t>
      </w:r>
    </w:p>
    <w:p>
      <w:r>
        <w:rPr>
          <w:b/>
        </w:rPr>
        <w:t xml:space="preserve">[24:25] </w:t>
      </w:r>
      <w:r>
        <w:t>is ki gehrai mein jaiye aap, gehrai mein.</w:t>
      </w:r>
    </w:p>
    <w:p>
      <w:pPr>
        <w:jc w:val="right"/>
      </w:pPr>
      <w:r>
        <w:t>اس کی گہرائی میں جائیے آپ، گہرائی میں۔</w:t>
      </w:r>
    </w:p>
    <w:p>
      <w:r>
        <w:rPr>
          <w:b/>
        </w:rPr>
        <w:t xml:space="preserve">[24:31] </w:t>
      </w:r>
      <w:r>
        <w:t>ke kyun aadmi qatal karta hai aik doosray ko? jab religion ko aap jor dein political interest se, tab hota hai aisa.</w:t>
      </w:r>
    </w:p>
    <w:p>
      <w:pPr>
        <w:jc w:val="right"/>
      </w:pPr>
      <w:r>
        <w:t>کہ کیوں آدمی قتل کرتا ہے ایک دوسرے کو؟ جب ریلیجن کو آپ جوڑ دیں پولیٹیکل انٹرسٹ سے، تب ہوتا ہے ایسا۔</w:t>
      </w:r>
    </w:p>
    <w:p>
      <w:r>
        <w:rPr>
          <w:b/>
        </w:rPr>
        <w:t xml:space="preserve">[24:44] </w:t>
      </w:r>
      <w:r>
        <w:t>yani islam ko jab aap jor dein political interest se, to yeh hota hai ke aap doosron ko qatal karoge.</w:t>
      </w:r>
    </w:p>
    <w:p>
      <w:pPr>
        <w:jc w:val="right"/>
      </w:pPr>
      <w:r>
        <w:t>یعنی اسلام کو جب آپ جوڑ دیں پولیٹیکل انٹرسٹ سے، تو یہ ہوتا ہے کہ آپ دوسروں کو قتل کریں گے۔</w:t>
      </w:r>
    </w:p>
    <w:p>
      <w:r>
        <w:rPr>
          <w:b/>
        </w:rPr>
        <w:t xml:space="preserve">[24:52] </w:t>
      </w:r>
      <w:r>
        <w:t>kyunke aap samjhen ke yeh mere liye aise ab obstacle hai. is ko hatao. taake main singhasan mujhe mil jaye. power mujhe mil jaye.</w:t>
      </w:r>
    </w:p>
    <w:p>
      <w:pPr>
        <w:jc w:val="right"/>
      </w:pPr>
      <w:r>
        <w:t>کیونکہ آپ سمجھیں کہ یہ میرے لیے ایسے اب آبسٹیکل ہے۔ اس کو ہٹاؤ۔ تاکہ میں سنگھاسن مجھے مل جائے۔ پاور مجھے مل جائے۔</w:t>
      </w:r>
    </w:p>
    <w:p>
      <w:r>
        <w:rPr>
          <w:b/>
        </w:rPr>
        <w:t xml:space="preserve">[25:05] </w:t>
      </w:r>
      <w:r>
        <w:t>isi liye dekhiye aap ne kya kiya tha? is se bachne ke liye</w:t>
      </w:r>
    </w:p>
    <w:p>
      <w:pPr>
        <w:jc w:val="right"/>
      </w:pPr>
      <w:r>
        <w:t>اسی لیے دیکھیے آپ نے کیا کیا تھا؟ اس سے بچنے کے لیے</w:t>
      </w:r>
    </w:p>
    <w:p>
      <w:r>
        <w:rPr>
          <w:b/>
        </w:rPr>
        <w:t xml:space="preserve">[25:11] </w:t>
      </w:r>
      <w:r>
        <w:t>, aap kisi bhi hadith ki kitab mein dekhiye. to is mein hoga aik kitab al-fitan. hadith ki kitaben jo hain, un mein hota hai kitab al-fitan.</w:t>
      </w:r>
    </w:p>
    <w:p>
      <w:pPr>
        <w:jc w:val="right"/>
      </w:pPr>
      <w:r>
        <w:t>، آپ کسی بھی حدیث کی کتاب میں دیکھیے۔ تو اس میں ہوگا ایک کتاب الفتن۔ حدیث کی کتابیں جو ہیں، ان میں ہوتا ہے کتاب الفتن۔</w:t>
      </w:r>
    </w:p>
    <w:p>
      <w:r>
        <w:rPr>
          <w:b/>
        </w:rPr>
        <w:t xml:space="preserve">[25:22] </w:t>
      </w:r>
      <w:r>
        <w:t>yani fitnon ka chapter. fitna ka matlab hota hai bigar. bigar ke zamanay ke baray mein hadithain.</w:t>
      </w:r>
    </w:p>
    <w:p>
      <w:pPr>
        <w:jc w:val="right"/>
      </w:pPr>
      <w:r>
        <w:t>یعنی فتنوں کا چیپٹر۔ فتنہ کا مطلب ہوتا ہے بگاڑ۔ بگاڑ کے زمانے کے بارے میں حدیثیں۔</w:t>
      </w:r>
    </w:p>
    <w:p>
      <w:r>
        <w:rPr>
          <w:b/>
        </w:rPr>
        <w:t xml:space="preserve">[25:33] </w:t>
      </w:r>
      <w:r>
        <w:t>rasool Allah ne prediction kiya tha ke baad ke zamanay mein bigar aye ga.</w:t>
      </w:r>
    </w:p>
    <w:p>
      <w:pPr>
        <w:jc w:val="right"/>
      </w:pPr>
      <w:r>
        <w:t>رسول اللہ نے پریڈکشن کیا تھا کہ بعد کے زمانے میں بگاڑ آئے گا۔</w:t>
      </w:r>
    </w:p>
    <w:p>
      <w:r>
        <w:rPr>
          <w:b/>
        </w:rPr>
        <w:t xml:space="preserve">[25:40] </w:t>
      </w:r>
      <w:r>
        <w:t>bigar. is ke baray mein bohat si hadithain hain. bigar ka matlab kya hai? political bigar, political corruption.</w:t>
      </w:r>
    </w:p>
    <w:p>
      <w:pPr>
        <w:jc w:val="right"/>
      </w:pPr>
      <w:r>
        <w:t>بگاڑ۔ اس کے بارے میں بہت سی حدیثیں ہیں۔ بگاڑ کا مطلب کیا ہے؟ پولیٹیکل بگاڑ، پولیٹیکل کرپشن۔</w:t>
      </w:r>
    </w:p>
    <w:p>
      <w:r>
        <w:rPr>
          <w:b/>
        </w:rPr>
        <w:t xml:space="preserve">[25:51] </w:t>
      </w:r>
      <w:r>
        <w:t>fitna se murad hai political fitna. hadithon mein jo aayi hai, hadithain hain fitna ki, woh political fitna is se murad hai, yaad rakhiye.</w:t>
      </w:r>
    </w:p>
    <w:p>
      <w:pPr>
        <w:jc w:val="right"/>
      </w:pPr>
      <w:r>
        <w:t>فتنہ سے مراد ہے پولیٹیکل فتنہ۔ حدیثوں میں جو آئی ہے، حدیثیں ہیں فتنہ کی، وہ پولیٹیکل فتنہ اس سے مراد ہے، یاد رکھیے۔</w:t>
      </w:r>
    </w:p>
    <w:p>
      <w:r>
        <w:rPr>
          <w:b/>
        </w:rPr>
        <w:t xml:space="preserve">[26:03] </w:t>
      </w:r>
      <w:r>
        <w:t>political fitna, political bigar, political corruption, political anarchy.</w:t>
      </w:r>
    </w:p>
    <w:p>
      <w:pPr>
        <w:jc w:val="right"/>
      </w:pPr>
      <w:r>
        <w:t>پولیٹیکل فتنہ، پولیٹیکل بگاڑ، پولیٹیکل کرپشن، پولیٹیکل انارکی۔</w:t>
      </w:r>
    </w:p>
    <w:p>
      <w:r>
        <w:rPr>
          <w:b/>
        </w:rPr>
        <w:t xml:space="preserve">[26:10] </w:t>
      </w:r>
      <w:r>
        <w:t>to aap ne kaha tha ke mere baad aisa hoga ke jo log, jo ruler honge, to tum ko dikhai dega ke ruler to bigar gaye hain.</w:t>
      </w:r>
    </w:p>
    <w:p>
      <w:pPr>
        <w:jc w:val="right"/>
      </w:pPr>
      <w:r>
        <w:t>تو آپ نے کہا تھا کہ میرے بعد ایسا ہوگا کہ جو لوگ، جو رولر ہوں گے، تو تم کو دکھائی دے گا کہ رولر تو بگڑ گئے ہیں۔</w:t>
      </w:r>
    </w:p>
    <w:p>
      <w:r>
        <w:rPr>
          <w:b/>
        </w:rPr>
        <w:t xml:space="preserve">[26:23] </w:t>
      </w:r>
      <w:r>
        <w:t>rasool Allah ke model par nahi hain. jo model rasool Allah ne pesh kiya tha, to tum ko dikhai dega ke woh is model par nahi hain.</w:t>
      </w:r>
    </w:p>
    <w:p>
      <w:pPr>
        <w:jc w:val="right"/>
      </w:pPr>
      <w:r>
        <w:t>رسول اللہ کے ماڈل پر نہیں ہیں۔ جو ماڈل رسول اللہ نے پیش کیا تھا، تو تم کو دکھائی دے گا کہ وہ اس ماڈل پر نہیں ہیں۔</w:t>
      </w:r>
    </w:p>
    <w:p>
      <w:r>
        <w:rPr>
          <w:b/>
        </w:rPr>
        <w:t xml:space="preserve">[26:34] </w:t>
      </w:r>
      <w:r>
        <w:t>to tab bhi tum un se khurooj mat karna. khurooj means revolt</w:t>
      </w:r>
    </w:p>
    <w:p>
      <w:pPr>
        <w:jc w:val="right"/>
      </w:pPr>
      <w:r>
        <w:t>تو تب بھی تم ان سے خروج مت کرنا۔ خروج مینز ریولٹ</w:t>
      </w:r>
    </w:p>
    <w:p>
      <w:r>
        <w:rPr>
          <w:b/>
        </w:rPr>
        <w:t xml:space="preserve">[26:41] </w:t>
      </w:r>
      <w:r>
        <w:t>. tab bhi un se revolt mat karna. bohat si hadithain hain is mamle mein. imam ibn taimiyah bohat baray scholar thay.</w:t>
      </w:r>
    </w:p>
    <w:p>
      <w:pPr>
        <w:jc w:val="right"/>
      </w:pPr>
      <w:r>
        <w:t>۔ تب بھی ان سے ریولٹ مت کرنا۔ بہت سی حدیثیں ہیں اس معاملے میں۔ امام ابن تیمیہ بہت بڑے اسکالر تھے۔</w:t>
      </w:r>
    </w:p>
    <w:p>
      <w:r>
        <w:rPr>
          <w:b/>
        </w:rPr>
        <w:t xml:space="preserve">[26:54] </w:t>
      </w:r>
      <w:r>
        <w:t>yeh is zamane mein thay jabkay tatariyon ne hamla kiya tha abbas khilafat par</w:t>
      </w:r>
    </w:p>
    <w:p>
      <w:pPr>
        <w:jc w:val="right"/>
      </w:pPr>
      <w:r>
        <w:t>یہ اس زمانے میں تھے جبکہ تاتاریوں نے حملہ کیا تھا عباس خلافت پر</w:t>
      </w:r>
    </w:p>
    <w:p>
      <w:r>
        <w:rPr>
          <w:b/>
        </w:rPr>
        <w:t xml:space="preserve">[27:02] </w:t>
      </w:r>
      <w:r>
        <w:t>. to un se poocha gaya ke yeh jo hadithain hain ke ruler ke khilaf revolt mat karo, to kya ruler jo hai,</w:t>
      </w:r>
    </w:p>
    <w:p>
      <w:pPr>
        <w:jc w:val="right"/>
      </w:pPr>
      <w:r>
        <w:t>۔ تو ان سے پوچھا گیا کہ یہ جو حدیثیں ہیں کہ رولر کے خلاف ریولٹ مت کرو، تو کیا رولر جو ہے،</w:t>
      </w:r>
    </w:p>
    <w:p>
      <w:r>
        <w:rPr>
          <w:b/>
        </w:rPr>
        <w:t xml:space="preserve">[27:15] </w:t>
      </w:r>
      <w:r>
        <w:t>wo corrupt ho? wo hum se tax le aur apni aish mein kharch kare?</w:t>
      </w:r>
    </w:p>
    <w:p>
      <w:pPr>
        <w:jc w:val="right"/>
      </w:pPr>
      <w:r>
        <w:t>وہ کرپٹ ہو؟ وہ ہم سے ٹیکس لے اور اپنی عیش میں خرچ کرے؟</w:t>
      </w:r>
    </w:p>
    <w:p>
      <w:r>
        <w:rPr>
          <w:b/>
        </w:rPr>
        <w:t xml:space="preserve">[27:23] </w:t>
      </w:r>
      <w:r>
        <w:t>to unhon ne kaha ke wa in wa in wa in ke tab bhi in spite of all those corruptions, you have to save yourself from revolt.</w:t>
      </w:r>
    </w:p>
    <w:p>
      <w:pPr>
        <w:jc w:val="right"/>
      </w:pPr>
      <w:r>
        <w:t>تو انہوں نے کہا کہ وَإِنْ وَإِنْ وَإِنْ کہ تب بھی in spite of all those corruptions, you have to save yourself from revolt.</w:t>
      </w:r>
    </w:p>
    <w:p>
      <w:r>
        <w:rPr>
          <w:b/>
        </w:rPr>
        <w:t xml:space="preserve">[27:36] </w:t>
      </w:r>
      <w:r>
        <w:t>yani yeh justification nahi hoga tumhare liye. agar tumhare khayal ke mutabiq ruler jo hai, wo corrupt ho gaya hai, to yeh tumhare liye koi excuse nahi hai.</w:t>
      </w:r>
    </w:p>
    <w:p>
      <w:pPr>
        <w:jc w:val="right"/>
      </w:pPr>
      <w:r>
        <w:t>یعنی یہ جسٹیفیکیشن نہیں ہوگا تمہارے لیے۔ اگر تمہارے خیال کے مطابق رولر جو ہے، وہ کرپٹ ہو گیا ہے، تو یہ تمہارے لیے کوئی ایکسکیوز نہیں ہے۔</w:t>
      </w:r>
    </w:p>
    <w:p>
      <w:r>
        <w:rPr>
          <w:b/>
        </w:rPr>
        <w:t xml:space="preserve">[27:50] </w:t>
      </w:r>
      <w:r>
        <w:t>tab bhi tumhein political confrontation se door rehna hai. tab bhi unhon ne kaha ke wa in Imam Taimiyah ne kaha ke wa in in spite of all those corruptions,</w:t>
      </w:r>
    </w:p>
    <w:p>
      <w:pPr>
        <w:jc w:val="right"/>
      </w:pPr>
      <w:r>
        <w:t>تب بھی تمہیں پولیٹیکل کنفrontiشن سے دور رہنا ہے۔ تب بھی انہوں نے کہا کہ وَإِنْ امام تیمیہ نے کہا کہ وَإِنْ in spite of all those corruptions,</w:t>
      </w:r>
    </w:p>
    <w:p>
      <w:r>
        <w:rPr>
          <w:b/>
        </w:rPr>
        <w:t xml:space="preserve">[28:06] </w:t>
      </w:r>
      <w:r>
        <w:t>you have to refrain from political fighting.</w:t>
      </w:r>
    </w:p>
    <w:p>
      <w:pPr>
        <w:jc w:val="right"/>
      </w:pPr>
      <w:r>
        <w:t>you have to refrain from political fighting.</w:t>
      </w:r>
    </w:p>
    <w:p>
      <w:r>
        <w:rPr>
          <w:b/>
        </w:rPr>
        <w:t xml:space="preserve">[28:15] </w:t>
      </w:r>
      <w:r>
        <w:t>to ab aap parhiye sahih muslim ki jo commentary hai, jo imam nawawi ne ki hai commentary, to kitab ul fitan ki jo hadithain hain, us ki commentary ki hai unhon ne.</w:t>
      </w:r>
    </w:p>
    <w:p>
      <w:pPr>
        <w:jc w:val="right"/>
      </w:pPr>
      <w:r>
        <w:t>تو اب آپ پڑھیے صحیح مسلم کی جو کمنٹری ہے، جو امام نووی نے کی ہے کمنٹری، تو کتاب الفتن کی جو حدیثیں ہیں، اس کی کمنٹری کی ہے انہوں نے۔</w:t>
      </w:r>
    </w:p>
    <w:p>
      <w:r>
        <w:rPr>
          <w:b/>
        </w:rPr>
        <w:t xml:space="preserve">[28:31] </w:t>
      </w:r>
      <w:r>
        <w:t>wo mere paas maujood hai, yahan koi dekh sakta hai aa kar ke.</w:t>
      </w:r>
    </w:p>
    <w:p>
      <w:pPr>
        <w:jc w:val="right"/>
      </w:pPr>
      <w:r>
        <w:t>وہ میرے پاس موجود ہے، یہاں کوئی دیکھ سکتا ہے آ کر کے۔</w:t>
      </w:r>
    </w:p>
    <w:p>
      <w:r>
        <w:rPr>
          <w:b/>
        </w:rPr>
        <w:t xml:space="preserve">[28:35] </w:t>
      </w:r>
      <w:r>
        <w:t>is mein wo kehte hain ke agar koi shakhs dekhta hai ke jo ruler hai, is mein bigaad aa gaya hai, to kya karna hai us ko?</w:t>
      </w:r>
    </w:p>
    <w:p>
      <w:pPr>
        <w:jc w:val="right"/>
      </w:pPr>
      <w:r>
        <w:t>اس میں وہ کہتے ہیں کہ اگر کوئی شخص دیکھتا ہے کہ جو رولر ہے، اس میں بگاڑ آ گیا ہے، تو کیا کرنا ہے اس کو؟</w:t>
      </w:r>
    </w:p>
    <w:p>
      <w:r>
        <w:rPr>
          <w:b/>
        </w:rPr>
        <w:t xml:space="preserve">[28:52] </w:t>
      </w:r>
      <w:r>
        <w:t>person to person baat karna hai us ko, bas. yani is se appointment lo. appointment le kar ke ja kar ke baat karo akele mein.</w:t>
      </w:r>
    </w:p>
    <w:p>
      <w:pPr>
        <w:jc w:val="right"/>
      </w:pPr>
      <w:r>
        <w:t>Person to person بات کرنا ہے اس کو، بس۔ یعنی اس سے اپائنٹمنٹ لو۔ اپائنٹمنٹ لے کر کے جا کر کے بات کرو اکیلے میں۔</w:t>
      </w:r>
    </w:p>
    <w:p>
      <w:r>
        <w:rPr>
          <w:b/>
        </w:rPr>
        <w:t xml:space="preserve">[29:02] </w:t>
      </w:r>
      <w:r>
        <w:t>to wo kehte hain ke fa feemaina bainaka wa baina hu</w:t>
      </w:r>
    </w:p>
    <w:p>
      <w:pPr>
        <w:jc w:val="right"/>
      </w:pPr>
      <w:r>
        <w:t>تو وہ کہتے ہیں کہ فَفِيمَا بَيْنَكَ وَبَيْنَهُ</w:t>
      </w:r>
    </w:p>
    <w:p>
      <w:r>
        <w:rPr>
          <w:b/>
        </w:rPr>
        <w:t xml:space="preserve">[29:08] </w:t>
      </w:r>
      <w:r>
        <w:t>yani tum aur wo, person to person, naseehat karo. na tum ko jaloos nikalna hai, na tum ko dhoom machana hai, na tum ko military power banna hai.</w:t>
      </w:r>
    </w:p>
    <w:p>
      <w:pPr>
        <w:jc w:val="right"/>
      </w:pPr>
      <w:r>
        <w:t>یعنی تم اور وہ، Person to person، نصیحت کرو۔ نہ تم کو جلوس نکالنا ہے، نہ تم کو دھوم مچانا ہے، نہ تم کو ملٹری پاور بننا ہے۔</w:t>
      </w:r>
    </w:p>
    <w:p>
      <w:r>
        <w:rPr>
          <w:b/>
        </w:rPr>
        <w:t xml:space="preserve">[29:22] </w:t>
      </w:r>
      <w:r>
        <w:t>tum ko violence karna hai. aur suicide bombing ki to sary se haram hi haram hai.</w:t>
      </w:r>
    </w:p>
    <w:p>
      <w:pPr>
        <w:jc w:val="right"/>
      </w:pPr>
      <w:r>
        <w:t>تم کو وائلیس کرنا ہے۔ اور سوسائیڈ بمبنگ کی تو سرے سے حرام ہی حرام ہے۔</w:t>
      </w:r>
    </w:p>
    <w:p>
      <w:r>
        <w:rPr>
          <w:b/>
        </w:rPr>
        <w:t xml:space="preserve">[29:29] </w:t>
      </w:r>
      <w:r>
        <w:t>to fa feemaina bainaka wa baina hu akele mein baith kar is ko tum naseehat kar sakte ho, bas. is se aagay kuch nahi. chahe tum ko dikhai de ke is mein bigaad aa gaya hai.</w:t>
      </w:r>
    </w:p>
    <w:p>
      <w:pPr>
        <w:jc w:val="right"/>
      </w:pPr>
      <w:r>
        <w:t>تو فَفِيمَا بَيْنَكَ وَبَيْنَهُ اکیلے میں بیٹھ کر اس کو تم نصیحت کر سکتے ہو، بس۔ اس سے آگے کچھ نہیں۔ چاہے تم کو دکھائی دے کہ اس میں بگاڑ آ گیا ہے۔</w:t>
      </w:r>
    </w:p>
    <w:p>
      <w:r>
        <w:rPr>
          <w:b/>
        </w:rPr>
        <w:t xml:space="preserve">[29:43] </w:t>
      </w:r>
      <w:r>
        <w:t>is ke baad likhte hain wo ke wa ambal khurooju alaihim fa haramun baijma al muslimeen wa lau kanoo fasaqa wa lau kanoo zaleemeen</w:t>
      </w:r>
    </w:p>
    <w:p>
      <w:pPr>
        <w:jc w:val="right"/>
      </w:pPr>
      <w:r>
        <w:t>اس کے بعد لکھتے ہیں وہ کہ وَأَمْبَلْ خُرُوجُ عَلَيْهِمْ فَحَرَامٌ بَيْجْمَاءِ الْمُسْلِمِينَ وَلَوْ كَانُوا فَسَقَى وَلَوْ كَانُوا ظَالِمِينَ</w:t>
      </w:r>
    </w:p>
    <w:p>
      <w:r>
        <w:rPr>
          <w:b/>
        </w:rPr>
        <w:t xml:space="preserve">[29:58] </w:t>
      </w:r>
      <w:r>
        <w:t>yani as far as the revolt is concerned, as far as the revolt is concerned, it is haram.</w:t>
      </w:r>
    </w:p>
    <w:p>
      <w:pPr>
        <w:jc w:val="right"/>
      </w:pPr>
      <w:r>
        <w:t>یعنی as far as the revolt is concerned, as far as the revolt is concerned, it is haram.</w:t>
      </w:r>
    </w:p>
    <w:p>
      <w:r>
        <w:rPr>
          <w:b/>
        </w:rPr>
        <w:t xml:space="preserve">[30:10] </w:t>
      </w:r>
      <w:r>
        <w:t>and there is consensus among scholars on this point.</w:t>
      </w:r>
    </w:p>
    <w:p>
      <w:pPr>
        <w:jc w:val="right"/>
      </w:pPr>
      <w:r>
        <w:t>And there is consensus among scholars on this point.</w:t>
      </w:r>
    </w:p>
    <w:p>
      <w:r>
        <w:rPr>
          <w:b/>
        </w:rPr>
        <w:t xml:space="preserve">[30:18] </w:t>
      </w:r>
      <w:r>
        <w:t>aur jahan tak taluq hai baghawat ka, revolt ka, to yeh haram hai, haram hai, haram hai.</w:t>
      </w:r>
    </w:p>
    <w:p>
      <w:pPr>
        <w:jc w:val="right"/>
      </w:pPr>
      <w:r>
        <w:t>اور جہاں تک تعلق ہے بغاوت کا، ریولٹ کا، تو یہ حرام ہے، حرام ہے، حرام ہے۔</w:t>
      </w:r>
    </w:p>
    <w:p>
      <w:r>
        <w:rPr>
          <w:b/>
        </w:rPr>
        <w:t xml:space="preserve">[30:29] </w:t>
      </w:r>
      <w:r>
        <w:t>aur sab ka is par ittefaq hai. chahe tum ko dikhai de ke wo fasaq ho gaya hai, ruler. chahe tum ko dikhai de ke wo is mein corruption aa gaya hai.</w:t>
      </w:r>
    </w:p>
    <w:p>
      <w:pPr>
        <w:jc w:val="right"/>
      </w:pPr>
      <w:r>
        <w:t>اور سب کا اس پر اتفاق ہے۔ چاہے تم کو دکھائی دے کہ وہ فاسق ہو گیا ہے، رولر۔ چاہے تم کو دکھائی دے کہ وہ اس میں کرپشن آ گیا ہے۔</w:t>
      </w:r>
    </w:p>
    <w:p>
      <w:r>
        <w:rPr>
          <w:b/>
        </w:rPr>
        <w:t xml:space="preserve">[30:40] </w:t>
      </w:r>
      <w:r>
        <w:t>kuch bhi dikhai de tum ko.</w:t>
      </w:r>
    </w:p>
    <w:p>
      <w:pPr>
        <w:jc w:val="right"/>
      </w:pPr>
      <w:r>
        <w:t>کچھ بھی دکھائی دے تم کو۔</w:t>
      </w:r>
    </w:p>
    <w:p>
      <w:r>
        <w:rPr>
          <w:b/>
        </w:rPr>
        <w:t xml:space="preserve">[30:45] </w:t>
      </w:r>
      <w:r>
        <w:t>yeh tha prophet ki guidance. yani aap chahte thay ke jo non political framework hai, wo baqi rahe hamesha ummat mein.</w:t>
      </w:r>
    </w:p>
    <w:p>
      <w:pPr>
        <w:jc w:val="right"/>
      </w:pPr>
      <w:r>
        <w:t>یہ تھا پرافٹ کی گائیڈنس۔ یعنی آپ چاہتے تھے کہ جو نان پولیٹیکل فریم ورک ہے، وہ باقی رہے ہمیشہ امت میں۔</w:t>
      </w:r>
    </w:p>
    <w:p>
      <w:r>
        <w:rPr>
          <w:b/>
        </w:rPr>
        <w:t xml:space="preserve">[31:00] </w:t>
      </w:r>
      <w:r>
        <w:t>kyun ke aap jante thay ke jaise hi political framework aaya, bas phir larai bhirrai, violence shuru ho jayega. yahan politics aayi, wahan violence aaya.</w:t>
      </w:r>
    </w:p>
    <w:p>
      <w:pPr>
        <w:jc w:val="right"/>
      </w:pPr>
      <w:r>
        <w:t>کیونکہ آپ جانتے تھے کہ جیسے ہی پولیٹیکل فریم ورک آیا، بس پھر لڑائی بھڑائی، وائلینس شروع ہو جائے گا۔ یہاں پولیٹکس آئی، وہاں وائلینس آیا۔</w:t>
      </w:r>
    </w:p>
    <w:p>
      <w:r>
        <w:rPr>
          <w:b/>
        </w:rPr>
        <w:t xml:space="preserve">[31:14] </w:t>
      </w:r>
      <w:r>
        <w:t>yeh hai islam ki sahi picture.</w:t>
      </w:r>
    </w:p>
    <w:p>
      <w:pPr>
        <w:jc w:val="right"/>
      </w:pPr>
      <w:r>
        <w:t>یہ ہے اسلام کی صحیح پکچر۔</w:t>
      </w:r>
    </w:p>
    <w:p>
      <w:r>
        <w:rPr>
          <w:b/>
        </w:rPr>
        <w:t xml:space="preserve">[31:22] </w:t>
      </w:r>
      <w:r>
        <w:t>lekin ab kya hai aaj kal? aaj kal har jagah yani self style jihad chal raha hai.</w:t>
      </w:r>
    </w:p>
    <w:p>
      <w:pPr>
        <w:jc w:val="right"/>
      </w:pPr>
      <w:r>
        <w:t>لیکن اب کیا ہے آج کل؟ آج کل ہر جگہ یعنی سیلف اسٹائل جہاد چل رہا ہے۔</w:t>
      </w:r>
    </w:p>
    <w:p>
      <w:r>
        <w:rPr>
          <w:b/>
        </w:rPr>
        <w:t xml:space="preserve">[31:33] </w:t>
      </w:r>
      <w:r>
        <w:t>is zamane mein do aadmiyon ne bahut zyada yani is mein in ka hissa hai.</w:t>
      </w:r>
    </w:p>
    <w:p>
      <w:pPr>
        <w:jc w:val="right"/>
      </w:pPr>
      <w:r>
        <w:t>اس زمانے میں دو آدمیوں نے بہت زیادہ یعنی اس میں ان کا حصہ ہے۔</w:t>
      </w:r>
    </w:p>
    <w:p>
      <w:r>
        <w:rPr>
          <w:b/>
        </w:rPr>
        <w:t xml:space="preserve">[31:38] </w:t>
      </w:r>
      <w:r>
        <w:t>arab speaking world jo hai, is mein syed qutb ka. urdu speaking world jo hai, is mein syed abrar ul mozi ka. arab speaking world mein syed qutb ka jo literature hai, woh bahut phaila hai.</w:t>
      </w:r>
    </w:p>
    <w:p>
      <w:pPr>
        <w:jc w:val="right"/>
      </w:pPr>
      <w:r>
        <w:t>عرب اسپیکنگ ورلڈ جو ہے، اس میں سید قطب کا۔ اردو اسپیکنگ ورلڈ جو ہے، اس میں سید ابرار الموزی کا۔ عرب اسپیکنگ ورلڈ میں سید قطب کا جو لٹریچر ہے، وہ بہت پھیلا ہے۔</w:t>
      </w:r>
    </w:p>
    <w:p>
      <w:r>
        <w:rPr>
          <w:b/>
        </w:rPr>
        <w:t xml:space="preserve">[31:54] </w:t>
      </w:r>
      <w:r>
        <w:t>aur urdu speaking world jo hai, is mein syed abrar ul modi ka literature phaila hai. in logon ne politicize islam pesh kiya. in logon ne quran ki commentary likhi isi dhang par.</w:t>
      </w:r>
    </w:p>
    <w:p>
      <w:pPr>
        <w:jc w:val="right"/>
      </w:pPr>
      <w:r>
        <w:t>اور اردو اسپیکنگ ورلڈ جو ہے، اس میں سید ابرار المودی کا لٹریچر پھیلا ہے۔ ان لوگوں نے پولیٹیسائز اسلام پیش کیا۔ ان لوگوں نے قرآن کی کمنٹری لکھی اسی ڈھنگ پر۔</w:t>
      </w:r>
    </w:p>
    <w:p>
      <w:r>
        <w:rPr>
          <w:b/>
        </w:rPr>
        <w:t xml:space="preserve">[32:07] </w:t>
      </w:r>
      <w:r>
        <w:t>syed qutb ki kitab hai, poore quran ki commentary, is ka naam hai fi jalal ul quran. syed qutb jo misr ke thay, misr mein paida hue, misr mein un ka wahin par khatma hua.</w:t>
      </w:r>
    </w:p>
    <w:p>
      <w:pPr>
        <w:jc w:val="right"/>
      </w:pPr>
      <w:r>
        <w:t>سید قطب کی کتاب ہے، پورے قرآن کی کمنٹری، اس کا نام ہے فی جلال القرآن۔ سید قطب جو مصر کے تھے، مصر میں پیدا ہوئے، مصر میں ان کا وہیں پر خاتمہ ہوا۔</w:t>
      </w:r>
    </w:p>
    <w:p>
      <w:r>
        <w:rPr>
          <w:b/>
        </w:rPr>
        <w:t xml:space="preserve">[32:22] </w:t>
      </w:r>
      <w:r>
        <w:t>to syed qutb jo hai, un ki arabi mein commentary hai fi jalal ul quran. Under the shadow of quran.</w:t>
      </w:r>
    </w:p>
    <w:p>
      <w:pPr>
        <w:jc w:val="right"/>
      </w:pPr>
      <w:r>
        <w:t>تو سید قطب جو ہے، ان کی عربی میں کمنٹری ہے فی جلال القرآن۔ Under the shadow of قرآن۔</w:t>
      </w:r>
    </w:p>
    <w:p>
      <w:r>
        <w:rPr>
          <w:b/>
        </w:rPr>
        <w:t xml:space="preserve">[32:32] </w:t>
      </w:r>
      <w:r>
        <w:t>mein to bahut zyada sahi naam hona chahiye. Under the shadow of sword. Under the shadow of politics. poori kitab mein politics bhari hui hai.</w:t>
      </w:r>
    </w:p>
    <w:p>
      <w:pPr>
        <w:jc w:val="right"/>
      </w:pPr>
      <w:r>
        <w:t>میں تو بہت زیادہ صحیح نام ہونا چاہیے۔ Under the shadow of سورڈ۔ Under the shadow of پولیٹکس۔ پوری کتاب میں پولیٹکس بھری ہوئی ہے۔</w:t>
      </w:r>
    </w:p>
    <w:p>
      <w:r>
        <w:rPr>
          <w:b/>
        </w:rPr>
        <w:t xml:space="preserve">[32:44] </w:t>
      </w:r>
      <w:r>
        <w:t>to arab world mein is ne logon ka zehn kharab kiya hai. aur syed abrar ul modi ki jo tafsir hai, is ka naam hai tafheem ul quran.</w:t>
      </w:r>
    </w:p>
    <w:p>
      <w:pPr>
        <w:jc w:val="right"/>
      </w:pPr>
      <w:r>
        <w:t>تو عرب ورلڈ میں اس نے لوگوں کا ذہن خراب کیا ہے۔ اور سید ابرار المودی کی جو تفسیر ہے، اس کا نام ہے تفہیم القرآن۔</w:t>
      </w:r>
    </w:p>
    <w:p>
      <w:r>
        <w:rPr>
          <w:b/>
        </w:rPr>
        <w:t xml:space="preserve">[32:53] </w:t>
      </w:r>
      <w:r>
        <w:t>urdu mein. is ne urdu speaking world mein logon ka zehn kharab kiya hai.</w:t>
      </w:r>
    </w:p>
    <w:p>
      <w:pPr>
        <w:jc w:val="right"/>
      </w:pPr>
      <w:r>
        <w:t>اردو میں۔ اس نے اردو اسپیکنگ ورلڈ میں لوگوں کا ذہن خراب کیا ہے۔</w:t>
      </w:r>
    </w:p>
    <w:p>
      <w:r>
        <w:rPr>
          <w:b/>
        </w:rPr>
        <w:t xml:space="preserve">[32:59] </w:t>
      </w:r>
      <w:r>
        <w:t>to in logon ki commentary, in logon ka literature, sab politicize islam ko pesh karte hain. yani political framework mein sochna sikhate hain.</w:t>
      </w:r>
    </w:p>
    <w:p>
      <w:pPr>
        <w:jc w:val="right"/>
      </w:pPr>
      <w:r>
        <w:t>تو ان لوگوں کی کمنٹری، ان لوگوں کا لٹریچر، سب پولیٹیسائز اسلام کو پیش کرتے ہیں۔ یعنی پولیٹیکل فریم ورک میں سوچنا سکھاتے ہیں۔</w:t>
      </w:r>
    </w:p>
    <w:p>
      <w:r>
        <w:rPr>
          <w:b/>
        </w:rPr>
        <w:t xml:space="preserve">[33:11] </w:t>
      </w:r>
      <w:r>
        <w:t>yani musalmanon ko sikhate hain ke tum political andaaz mein socho. political thinking paida kiya hai in logon ne. mere nazdeek sab se zyada galat kaam yeh hua is zamane mein.</w:t>
      </w:r>
    </w:p>
    <w:p>
      <w:pPr>
        <w:jc w:val="right"/>
      </w:pPr>
      <w:r>
        <w:t>یعنی مسلمانوں کو سکھاتے ہیں کہ تم پولیٹیکل انداز میں سوچو۔ پولیٹیکل تھنکنگ پیدا کیا ہے ان لوگوں نے۔ میرے نزدیک سب سے زیادہ غلط کام یہ ہوا اس زمانے میں۔</w:t>
      </w:r>
    </w:p>
    <w:p>
      <w:r>
        <w:rPr>
          <w:b/>
        </w:rPr>
        <w:t xml:space="preserve">[33:24] </w:t>
      </w:r>
      <w:r>
        <w:t>yeh rasool Allah ka tareeqa tha non political way mein sochna.</w:t>
      </w:r>
    </w:p>
    <w:p>
      <w:pPr>
        <w:jc w:val="right"/>
      </w:pPr>
      <w:r>
        <w:t>یہ رسول اللہ کا طریقہ تھا نان پولیٹیکل وے میں سوچنا۔</w:t>
      </w:r>
    </w:p>
    <w:p>
      <w:r>
        <w:rPr>
          <w:b/>
        </w:rPr>
        <w:t xml:space="preserve">[33:29] </w:t>
      </w:r>
      <w:r>
        <w:t>unhon ne kya aqeeda hai? political way mein sochna. yeh jo deviation hua hai, is deviation se zyada badi evil koi poori islami tareekh mein nahi hai.</w:t>
      </w:r>
    </w:p>
    <w:p>
      <w:pPr>
        <w:jc w:val="right"/>
      </w:pPr>
      <w:r>
        <w:t>انہوں نے کیا عقیدہ ہے؟ پولیٹیکل وے میں سوچنا۔ یہ جو ڈیوی ایشن ہوا ہے، اس ڈیوی ایشن سے زیادہ بڑی ایول کوئی پوری اسلامی تاریخ میں نہیں ہے۔</w:t>
      </w:r>
    </w:p>
    <w:p>
      <w:r>
        <w:rPr>
          <w:b/>
        </w:rPr>
        <w:t xml:space="preserve">[33:39] </w:t>
      </w:r>
      <w:r>
        <w:t>poori muslim history mein nahi hai. yeh deviation hua hai. rasool Allah ka tareeqa kya tha? non political way mein sochna.</w:t>
      </w:r>
    </w:p>
    <w:p>
      <w:pPr>
        <w:jc w:val="right"/>
      </w:pPr>
      <w:r>
        <w:t>پوری مسلم ہسٹری میں نہیں ہے۔ یہ ڈیوی ایشن ہوا ہے۔ رسول اللہ کا طریقہ کیا تھا؟ نان پولیٹیکل وے میں سوچنا۔</w:t>
      </w:r>
    </w:p>
    <w:p>
      <w:r>
        <w:rPr>
          <w:b/>
        </w:rPr>
        <w:t xml:space="preserve">[33:52] </w:t>
      </w:r>
      <w:r>
        <w:t>in logon ne kya tareeqa? logon ne phailaya political way mein sochna.</w:t>
      </w:r>
    </w:p>
    <w:p>
      <w:pPr>
        <w:jc w:val="right"/>
      </w:pPr>
      <w:r>
        <w:t>ان لوگوں نے کیا طریقہ؟ لوگوں نے پھیلایا پولیٹیکل وے میں سوچنا۔</w:t>
      </w:r>
    </w:p>
    <w:p>
      <w:r>
        <w:rPr>
          <w:b/>
        </w:rPr>
        <w:t xml:space="preserve">[34:02] </w:t>
      </w:r>
      <w:r>
        <w:t>yeh hai is zamane ka sab se bada fitna, sab se bada problem. yahan par jar hai. yeh jo aap rozana news sunte hain ke log suicide bombing kar rahe hain, aapas mein maar rahe hain, musalman musalman ko maar raha hai,</w:t>
      </w:r>
    </w:p>
    <w:p>
      <w:pPr>
        <w:jc w:val="right"/>
      </w:pPr>
      <w:r>
        <w:t>یہ ہے اس زمانے کا سب سے بڑا فتنہ، سب سے بڑا پرابلم۔ یہاں پر جڑ ہے۔ یہ جو آپ روزانہ نیوز سنتے ہیں کہ لوگ سوسائیڈ بمبنگ کر رہے ہیں، آپس میں مار رہے ہیں، مسلمان مسلمان کو مار رہا ہے،</w:t>
      </w:r>
    </w:p>
    <w:p>
      <w:r>
        <w:rPr>
          <w:b/>
        </w:rPr>
        <w:t xml:space="preserve">[34:18] </w:t>
      </w:r>
      <w:r>
        <w:t>dusron ko maar raha hai, kahin kahin railway mein bomb rakh diya, kahin bus mein bomb rakh diya, kahin club mein bomb rakh diya. to musalman jo itna zyada violence kar rahe hain, kyun</w:t>
      </w:r>
    </w:p>
    <w:p>
      <w:pPr>
        <w:jc w:val="right"/>
      </w:pPr>
      <w:r>
        <w:t>دوسروں کو مار رہا ہے، کہیں کہیں ریلوے میں بم رکھ دیا، کہیں بس میں بم رکھ دیا، کہیں کلب میں بم رکھ دیا۔ تو مسلمان جو اتنا زیادہ وائلینس کر رہے ہیں، کیوں</w:t>
      </w:r>
    </w:p>
    <w:p>
      <w:r>
        <w:rPr>
          <w:b/>
        </w:rPr>
        <w:t xml:space="preserve">[34:29] </w:t>
      </w:r>
      <w:r>
        <w:t>? isi political interpretation ki wajah se.</w:t>
      </w:r>
    </w:p>
    <w:p>
      <w:pPr>
        <w:jc w:val="right"/>
      </w:pPr>
      <w:r>
        <w:t>؟ اسی پولیٹیکل انٹرپریشن کی وجہ سے۔</w:t>
      </w:r>
    </w:p>
    <w:p>
      <w:r>
        <w:rPr>
          <w:b/>
        </w:rPr>
        <w:t xml:space="preserve">[34:35] </w:t>
      </w:r>
      <w:r>
        <w:t>is ki jo root cause hai, root cause. aap dekhiye, America jo hai, is ne samjha ke yeh simply ek ek woh hai, violence ka masla hai.</w:t>
      </w:r>
    </w:p>
    <w:p>
      <w:pPr>
        <w:jc w:val="right"/>
      </w:pPr>
      <w:r>
        <w:t>اس کی جو روٹ کاز ہے، روٹ کاز۔ آپ دیکھیے، امریکہ جو ہے، اس نے سمجھا کہ یہ سمپلی ایک ایک وہ ہے، وائلینس کا مسئلہ ہے۔</w:t>
      </w:r>
    </w:p>
    <w:p>
      <w:r>
        <w:rPr>
          <w:b/>
        </w:rPr>
        <w:t xml:space="preserve">[34:46] </w:t>
      </w:r>
      <w:r>
        <w:t>to is ne chaha ke hum violence, super violence kar ke khatam kar dein is ko. lekin aap jante hain ke kuch nahi.</w:t>
      </w:r>
    </w:p>
    <w:p>
      <w:pPr>
        <w:jc w:val="right"/>
      </w:pPr>
      <w:r>
        <w:t>تو اس نے چاہا کہ ہم وائلینس، سپر وائلینس کر کے ختم کر دیں اس کو۔ لیکن آپ جانتے ہیں کہ کچھ نہیں۔</w:t>
      </w:r>
    </w:p>
    <w:p>
      <w:r>
        <w:rPr>
          <w:b/>
        </w:rPr>
        <w:t xml:space="preserve">[34:54] </w:t>
      </w:r>
      <w:r>
        <w:t>abhi kal aaya tha America ka ek bade fauji afsar ka bayan. kal, abhi kal ke parche mein ke intellectual bankruptcy word use kiya is ne.</w:t>
      </w:r>
    </w:p>
    <w:p>
      <w:pPr>
        <w:jc w:val="right"/>
      </w:pPr>
      <w:r>
        <w:t>ابھی کل آیا تھا امریکہ کا ایک بڑے فوجی افسر کا بیان۔ کل، ابھی کل کے پرچے میں کہ انٹلیکچول بینکرپسی ورڈ یوز کیا اس نے۔</w:t>
      </w:r>
    </w:p>
    <w:p>
      <w:r>
        <w:rPr>
          <w:b/>
        </w:rPr>
        <w:t xml:space="preserve">[35:07] </w:t>
      </w:r>
      <w:r>
        <w:t>ke America fail ho gaya bilkul. billion billion dollar kharch kar ke is ne military operation kiya.</w:t>
      </w:r>
    </w:p>
    <w:p>
      <w:pPr>
        <w:jc w:val="right"/>
      </w:pPr>
      <w:r>
        <w:t>کہ امریکہ فیل ہو گیا بالکل۔ بلین بلین ڈالر خرچ کر کے اس نے ملٹری آپریشن کیا۔</w:t>
      </w:r>
    </w:p>
    <w:p>
      <w:r>
        <w:rPr>
          <w:b/>
        </w:rPr>
        <w:t xml:space="preserve">[35:18] </w:t>
      </w:r>
      <w:r>
        <w:t>iraq mein, afghanistan mein. lekin woh fail ho gaya. kyun?</w:t>
      </w:r>
    </w:p>
    <w:p>
      <w:pPr>
        <w:jc w:val="right"/>
      </w:pPr>
      <w:r>
        <w:t>عراق میں، افغانستان میں۔ لیکن وہ فیل ہو گیا۔ کیوں؟</w:t>
      </w:r>
    </w:p>
    <w:p>
      <w:r>
        <w:rPr>
          <w:b/>
        </w:rPr>
        <w:t xml:space="preserve">[35:24] </w:t>
      </w:r>
      <w:r>
        <w:t>dekhiye, yeh hai ideology ka masla hai. unhon ne samjha ke yeh masla hai violence ka masla hai.</w:t>
      </w:r>
    </w:p>
    <w:p>
      <w:pPr>
        <w:jc w:val="right"/>
      </w:pPr>
      <w:r>
        <w:t>دیکھیے، یہ ہے آئیڈالوجی کا مسئلہ ہے۔ انہوں نے سمجھا کہ یہ مسئلہ ہے وائلینس کا مسئلہ ہے۔</w:t>
      </w:r>
    </w:p>
    <w:p>
      <w:r>
        <w:rPr>
          <w:b/>
        </w:rPr>
        <w:t xml:space="preserve">[35:35] </w:t>
      </w:r>
      <w:r>
        <w:t>aap ko aap counter violence is ko khatam nahi kar sakte. You have to find a counter ideology.</w:t>
      </w:r>
    </w:p>
    <w:p>
      <w:pPr>
        <w:jc w:val="right"/>
      </w:pPr>
      <w:r>
        <w:t>آپ کو آپ کاؤنٹر وائلینس اس کو ختم نہیں کر سکتے۔ You have to find a counter ideology.</w:t>
      </w:r>
    </w:p>
    <w:p>
      <w:r>
        <w:rPr>
          <w:b/>
        </w:rPr>
        <w:t xml:space="preserve">[35:46] </w:t>
      </w:r>
      <w:r>
        <w:t>yeh challenge jo hai, sirf violence ka challenge nahi hai ke aap super violence kar ke khatam kar dein is ko.</w:t>
      </w:r>
    </w:p>
    <w:p>
      <w:pPr>
        <w:jc w:val="right"/>
      </w:pPr>
      <w:r>
        <w:t>یہ چیلنج جو ہے، صرف وائلینس کا چیلنج نہیں ہے کہ آپ سپر وائلینس کر کے ختم کر دیں اس کو۔</w:t>
      </w:r>
    </w:p>
    <w:p>
      <w:r>
        <w:rPr>
          <w:b/>
        </w:rPr>
        <w:t xml:space="preserve">[35:52] </w:t>
      </w:r>
      <w:r>
        <w:t>aap dekhiye, jitna bara operation kiya hai America mein, is se bara operation kiya ho sakta hai? Is se bara to koi operation nahi ho sakta.</w:t>
      </w:r>
    </w:p>
    <w:p>
      <w:pPr>
        <w:jc w:val="right"/>
      </w:pPr>
      <w:r>
        <w:t>آپ دیکھیے، جتنا بڑا آپریشن کیا ہے امریکہ میں، اس سے بڑا آپریشن کیا ہو سکتا ہے؟ اس سے بڑا تو کوئی آپریشن نہیں ہو سکتا۔</w:t>
      </w:r>
    </w:p>
    <w:p>
      <w:r>
        <w:rPr>
          <w:b/>
        </w:rPr>
        <w:t xml:space="preserve">[36:03] </w:t>
      </w:r>
      <w:r>
        <w:t>George Bush senior ke zaman mein hua aur George Bush junior ke zaman mein hua. Dono ko aap dekhiye, George Bush senior ke zaman mein jo hua tha us ko dekhiye aur George Bush junior ke zaman mein jo hua us ko dekhiye.</w:t>
      </w:r>
    </w:p>
    <w:p>
      <w:pPr>
        <w:jc w:val="right"/>
      </w:pPr>
      <w:r>
        <w:t>جارج بوش سینیئر کے زمانے میں ہوا اور جارج بوش جونیئر کے زمانے میں ہوا۔ دونوں کو آپ دیکھیے، جارج بوش سینیئر کے زمانے میں جو ہوا تھا اس کو دیکھیے اور جارج بوش جونیئر کے زمانے میں جو ہوا اس کو دیکھیے۔</w:t>
      </w:r>
    </w:p>
    <w:p>
      <w:r>
        <w:rPr>
          <w:b/>
        </w:rPr>
        <w:t xml:space="preserve">[36:16] </w:t>
      </w:r>
      <w:r>
        <w:t>itna bara military operation poori history mein kabhi nahi hua tha.</w:t>
      </w:r>
    </w:p>
    <w:p>
      <w:pPr>
        <w:jc w:val="right"/>
      </w:pPr>
      <w:r>
        <w:t>اتنا بڑا ملٹری آپریشن پوری ہسٹری میں کبھی نہیں ہوا تھا۔</w:t>
      </w:r>
    </w:p>
    <w:p>
      <w:r>
        <w:rPr>
          <w:b/>
        </w:rPr>
        <w:t xml:space="preserve">[36:23] </w:t>
      </w:r>
      <w:r>
        <w:t>saari navy involve hui, saara air force involve hua, saari dunya involve hui, saari technology involve hui, saara intelligence involve hua. Space se jo satellite ghoom rahe hain, woh sab is mein involve hue.</w:t>
      </w:r>
    </w:p>
    <w:p>
      <w:pPr>
        <w:jc w:val="right"/>
      </w:pPr>
      <w:r>
        <w:t>ساری نیوی انوالو ہوئی، سارا ایئر فورس انوالو ہوا، ساری عالمی انوالو ہوئی، ساری ٹیکنالوجی انوالو ہوئی، سارا انٹیلیجنس انوالو ہوا۔ اسپیس سے جو سیٹلائٹ گھوم رہے ہیں، وہ سب اس میں انوالو ہوئے۔</w:t>
      </w:r>
    </w:p>
    <w:p>
      <w:r>
        <w:rPr>
          <w:b/>
        </w:rPr>
        <w:t xml:space="preserve">[36:35] </w:t>
      </w:r>
      <w:r>
        <w:t>kitna bara operation kiya George Bush senior ne aur George Bush junior ne. Lekin fail. Kyun ke dekhiye, yeh violence versus violence ka matlab nahi hai.</w:t>
      </w:r>
    </w:p>
    <w:p>
      <w:pPr>
        <w:jc w:val="right"/>
      </w:pPr>
      <w:r>
        <w:t>کتنا بڑا آپریشن کیا جارج بوش سینیئر نے اور جارج بوش جونیئر نے۔ لیکن فیل۔ کیونکہ دیکھیے، یہ وائلینس ورسز وائلینس کا مطلب نہیں ہے۔</w:t>
      </w:r>
    </w:p>
    <w:p>
      <w:r>
        <w:rPr>
          <w:b/>
        </w:rPr>
        <w:t xml:space="preserve">[36:49] </w:t>
      </w:r>
      <w:r>
        <w:t>yeh yeh counter, yeh ideology versus ideology ka masla hai. You have to</w:t>
      </w:r>
    </w:p>
    <w:p>
      <w:pPr>
        <w:jc w:val="right"/>
      </w:pPr>
      <w:r>
        <w:t>یہ یہ کاؤنٹر، یہ آئیڈالوجی ورسز آئیڈالوجی کا مسئلہ ہے۔ You have to</w:t>
      </w:r>
    </w:p>
    <w:p>
      <w:r>
        <w:rPr>
          <w:b/>
        </w:rPr>
        <w:t xml:space="preserve">[36:59] </w:t>
      </w:r>
      <w:r>
        <w:t>evolve a counter ideology.</w:t>
      </w:r>
    </w:p>
    <w:p>
      <w:pPr>
        <w:jc w:val="right"/>
      </w:pPr>
      <w:r>
        <w:t>evolve a counter ideology.</w:t>
      </w:r>
    </w:p>
    <w:p>
      <w:r>
        <w:rPr>
          <w:b/>
        </w:rPr>
        <w:t xml:space="preserve">[37:05] </w:t>
      </w:r>
      <w:r>
        <w:t>ab in ke mind mein jo bhara hua hai, jo in logon ne bhar diya hai,</w:t>
      </w:r>
    </w:p>
    <w:p>
      <w:pPr>
        <w:jc w:val="right"/>
      </w:pPr>
      <w:r>
        <w:t>اب ان کے مائنڈ میں جو بھرا ہوا ہے، جو ان لوگوں نے بھر دیا ہے،</w:t>
      </w:r>
    </w:p>
    <w:p>
      <w:r>
        <w:rPr>
          <w:b/>
        </w:rPr>
        <w:t xml:space="preserve">[37:12] </w:t>
      </w:r>
      <w:r>
        <w:t>yani political interpretation de kar ke. Islam ka political interpretation de kar ke jo bhar diya in ke mind mein, woh samajhte hain ke yahi Islam hai.</w:t>
      </w:r>
    </w:p>
    <w:p>
      <w:pPr>
        <w:jc w:val="right"/>
      </w:pPr>
      <w:r>
        <w:t>یعنی پولیٹیکل انٹرپریشن دے کر کے۔ اسلام کا پولیٹیکل انٹرپریشن دے کر کے جو بھر دیا ان کے مائنڈ میں، وہ سمجھتے ہیں کہ یہی اسلام ہے۔</w:t>
      </w:r>
    </w:p>
    <w:p>
      <w:r>
        <w:rPr>
          <w:b/>
        </w:rPr>
        <w:t xml:space="preserve">[37:22] </w:t>
      </w:r>
      <w:r>
        <w:t>isi par jeena hai, isi par marna hai. Aisa nahi ke aaj to paradise bhi nahi mile gi aap ko, hoor bhi nahi mile gi aap ko.</w:t>
      </w:r>
    </w:p>
    <w:p>
      <w:pPr>
        <w:jc w:val="right"/>
      </w:pPr>
      <w:r>
        <w:t>اسی پر جینا ہے، اسی پر مرنا ہے۔ ایسا نہیں کہ آج تو پیراڈائز بھی نہیں ملے گی آپ کو، حور بھی نہیں ملے گی آپ کو۔</w:t>
      </w:r>
    </w:p>
    <w:p>
      <w:r>
        <w:rPr>
          <w:b/>
        </w:rPr>
        <w:t xml:space="preserve">[37:31] </w:t>
      </w:r>
      <w:r>
        <w:t>to jin logon ke mind mein yeh bhara hua ho ke yahi Islam hai, yahi paradise hai, yahi hoor hai, to zahir hai ke woh to maren ge, apne ko marte rahen ge.</w:t>
      </w:r>
    </w:p>
    <w:p>
      <w:pPr>
        <w:jc w:val="right"/>
      </w:pPr>
      <w:r>
        <w:t>تو جن لوگوں کے مائنڈ میں یہ بھرا ہوا ہو کہ یہی اسلام ہے، یہی پیراڈائز ہے، یہی حور ہے، تو ظاہر ہے کہ وہ تو مریں گے، اپنے کو مارتے رہیں گے۔</w:t>
      </w:r>
    </w:p>
    <w:p>
      <w:r>
        <w:rPr>
          <w:b/>
        </w:rPr>
        <w:t xml:space="preserve">[37:42] </w:t>
      </w:r>
      <w:r>
        <w:t>Pakistan mein bataiye, Arabic headquarter hai Rawalpindi, is ke paas jo hai bomb blast hui hai. Kaise? Suicide bombing thi woh.</w:t>
      </w:r>
    </w:p>
    <w:p>
      <w:pPr>
        <w:jc w:val="right"/>
      </w:pPr>
      <w:r>
        <w:t>پاکستان میں بتائیے، عربی ہیڈ کوارٹر ہے راولپنڈی، اس کے پاس جو ہے بم بلاسٹ ہوئی ہے۔ کیسے؟ سوسائیڈ بمبنگ تھی وہ۔</w:t>
      </w:r>
    </w:p>
    <w:p>
      <w:r>
        <w:rPr>
          <w:b/>
        </w:rPr>
        <w:t xml:space="preserve">[37:52] </w:t>
      </w:r>
      <w:r>
        <w:t>aadmi apne apne upar bomb baad kar ke kahin bhi ja sakta hai? Kya karein ge is ko aap?</w:t>
      </w:r>
    </w:p>
    <w:p>
      <w:pPr>
        <w:jc w:val="right"/>
      </w:pPr>
      <w:r>
        <w:t>آدمی اپنے اپنے اوپر بم باد کر کے کہیں بھی جا سکتا ہے؟ کیا کریں گے اس کو آپ؟</w:t>
      </w:r>
    </w:p>
    <w:p>
      <w:r>
        <w:rPr>
          <w:b/>
        </w:rPr>
        <w:t xml:space="preserve">[37:59] </w:t>
      </w:r>
      <w:r>
        <w:t>dekhiye, jo aadmi apne ko marne par tul jaye, is se aap bach nahi sakte. Yani woh to is par tule hue hain ke hamein apne ko mar kar ke doosron ko marna hai.</w:t>
      </w:r>
    </w:p>
    <w:p>
      <w:pPr>
        <w:jc w:val="right"/>
      </w:pPr>
      <w:r>
        <w:t>دیکھیے، جو آدمی اپنے کو مارنے پر تل جائے، اس سے آپ بچ نہیں سکتے۔ یعنی وہ تو اس پر تلے ہوئے ہیں کہ ہمیں اپنے کو مار کر کے دوسروں کو مارنا ہے۔</w:t>
      </w:r>
    </w:p>
    <w:p>
      <w:r>
        <w:rPr>
          <w:b/>
        </w:rPr>
        <w:t xml:space="preserve">[38:10] </w:t>
      </w:r>
      <w:r>
        <w:t>aap kya karein ge? Woh kahin bhi ghus jaye ga? The greatest menace of our world is political interpretation of Islam. Yaad rakhiye, aaj kal har aadmi bol raha hai is par, military nesi par</w:t>
      </w:r>
    </w:p>
    <w:p>
      <w:pPr>
        <w:jc w:val="right"/>
      </w:pPr>
      <w:r>
        <w:t>آپ کیا کریں گے؟ وہ کہیں بھی گھس جائے گا؟ The greatest menace of our world is political interpression of Islam. یاد رکھیے، آج کل ہر آدمی بول رہا ہے اس پر، ملٹری اینسی پر</w:t>
      </w:r>
    </w:p>
    <w:p>
      <w:r>
        <w:rPr>
          <w:b/>
        </w:rPr>
        <w:t xml:space="preserve">[38:28] </w:t>
      </w:r>
      <w:r>
        <w:t>. Saari dunya ke log, saari government bol rahi hai. Hamari government bol rahi hai, American government bol rahi hai, British government bol rahi hai.</w:t>
      </w:r>
    </w:p>
    <w:p>
      <w:pPr>
        <w:jc w:val="right"/>
      </w:pPr>
      <w:r>
        <w:t>۔ ساری دنیا کے لوگ، ساری گورنمنٹ بول رہی ہے۔ ہماری گورنمنٹ بول رہی ہے، امریکن گورنمنٹ بول رہی ہے، برٹش گورنمنٹ بول رہی ہے۔</w:t>
      </w:r>
    </w:p>
    <w:p>
      <w:r>
        <w:rPr>
          <w:b/>
        </w:rPr>
        <w:t xml:space="preserve">[38:36] </w:t>
      </w:r>
      <w:r>
        <w:t>saari dunya ke log bol rahe hain. Lekin aap dekhiye, no result, kuch bhi nahi is ko kar kar pa rahe hain.</w:t>
      </w:r>
    </w:p>
    <w:p>
      <w:pPr>
        <w:jc w:val="right"/>
      </w:pPr>
      <w:r>
        <w:t>ساری دنیا کے لوگ بول رہے ہیں۔ لیکن آپ دیکھیے، نو رزلٹ، کچھ بھی نہیں اس کو کر کر پا رہے ہیں۔</w:t>
      </w:r>
    </w:p>
    <w:p>
      <w:r>
        <w:rPr>
          <w:b/>
        </w:rPr>
        <w:t xml:space="preserve">[38:47] </w:t>
      </w:r>
      <w:r>
        <w:t>billion billion dollar kharch kar ke bhi. Kyun</w:t>
      </w:r>
    </w:p>
    <w:p>
      <w:pPr>
        <w:jc w:val="right"/>
      </w:pPr>
      <w:r>
        <w:t>بلین بلین ڈالر خرچ کر کے بھی۔ کیوں</w:t>
      </w:r>
    </w:p>
    <w:p>
      <w:r>
        <w:rPr>
          <w:b/>
        </w:rPr>
        <w:t xml:space="preserve">[38:50] </w:t>
      </w:r>
      <w:r>
        <w:t>Yeh saare jo head of, jo saari governments hain, saari states hain, woh is ko samajhte hain ke military necessity ka yeh problem hai.</w:t>
      </w:r>
    </w:p>
    <w:p>
      <w:pPr>
        <w:jc w:val="right"/>
      </w:pPr>
      <w:r>
        <w:t>؟ یہ سارے جو ہیڈ آف، جو ساری گورنمنٹیں ہیں، ساری اسٹیٹس ہیں، وہ اس کو سمجھتے ہیں کہ ملٹری اینسی کا یہ پرابلم ہے۔</w:t>
      </w:r>
    </w:p>
    <w:p>
      <w:r>
        <w:rPr>
          <w:b/>
        </w:rPr>
        <w:t xml:space="preserve">[39:00] </w:t>
      </w:r>
      <w:r>
        <w:t>yeh ideology ka problem hai. Yaad rakhiye, Khuda ke fazal se meri kitabein jo phaili hain Kashmir mein, is se militancy kam hui hai. Aaj kal kehte hain ke bohat zyada kam ho gayi militancy Kashmir mein.</w:t>
      </w:r>
    </w:p>
    <w:p>
      <w:pPr>
        <w:jc w:val="right"/>
      </w:pPr>
      <w:r>
        <w:t>یہ آئیڈالوجی کا پرابلم ہے۔ یاد رکھیے، خدا کے فضل سے میری کتابیں جو پھیلی ہیں کشمیر میں، اس سے ملٹری اینسی کم ہوئی ہے۔ آج کل کہتے ہیں کہ بہت زیادہ کم ہو گئی ملٹری اینسی کشمیر میں۔</w:t>
      </w:r>
    </w:p>
    <w:p>
      <w:r>
        <w:rPr>
          <w:b/>
        </w:rPr>
        <w:t xml:space="preserve">[39:10] </w:t>
      </w:r>
      <w:r>
        <w:t>woh hamari literature se kam hui hai. Kyun ke hum ne diya hai Islam ka doosra interpretation.</w:t>
      </w:r>
    </w:p>
    <w:p>
      <w:pPr>
        <w:jc w:val="right"/>
      </w:pPr>
      <w:r>
        <w:t>وہ ہماری لٹریچر سے کم ہوئی ہے۔ کیونکہ ہم نے دیا ہے اسلام کا دوسرا انٹرپریشن۔</w:t>
      </w:r>
    </w:p>
    <w:p>
      <w:r>
        <w:rPr>
          <w:b/>
        </w:rPr>
        <w:t xml:space="preserve">[39:17] </w:t>
      </w:r>
      <w:r>
        <w:t>hum ne bataya hai ke apni kitabon mein ke yeh interpretation galat hai. Yeh sab yani falsehood par khada hua hai.</w:t>
      </w:r>
    </w:p>
    <w:p>
      <w:pPr>
        <w:jc w:val="right"/>
      </w:pPr>
      <w:r>
        <w:t>ہم نے بتایا ہے کہ اپنی کتابوں میں کہ یہ انٹرپریشن غلط ہے۔ یہ سب یعنی فالس ہُڈ پر کھڑا ہوا ہے۔</w:t>
      </w:r>
    </w:p>
    <w:p>
      <w:r>
        <w:rPr>
          <w:b/>
        </w:rPr>
        <w:t xml:space="preserve">[39:27] </w:t>
      </w:r>
      <w:r>
        <w:t>mis interpretation hai yeh. Aur hum ne is ko reason di, is ka is ki logic batai. To logon ka mind badal gaya. Mind badal gaya to military nesi bohat zyada, bohat hi kam reh gayi hai.</w:t>
      </w:r>
    </w:p>
    <w:p>
      <w:pPr>
        <w:jc w:val="right"/>
      </w:pPr>
      <w:r>
        <w:t>مس انٹرپریشن ہے یہ۔ اور ہم نے اس کو ریزن دی، اس کا اس کی لاجک بتائی۔ تو لوگوں کا مائنڈ بدل گیا۔ مائنڈ بدل گیا تو ملٹری اینسی بہت زیادہ، بہت ہی کم رہ گئی ہے۔</w:t>
      </w:r>
    </w:p>
    <w:p>
      <w:r>
        <w:rPr>
          <w:b/>
        </w:rPr>
        <w:t xml:space="preserve">[39:39] </w:t>
      </w:r>
      <w:r>
        <w:t>military ansi hai. We need a counter ideology.</w:t>
      </w:r>
    </w:p>
    <w:p>
      <w:pPr>
        <w:jc w:val="right"/>
      </w:pPr>
      <w:r>
        <w:t>ملٹری اینسی ہے۔ We need a counter ideology.</w:t>
      </w:r>
    </w:p>
    <w:p>
      <w:r>
        <w:rPr>
          <w:b/>
        </w:rPr>
        <w:t xml:space="preserve">[39:48] </w:t>
      </w:r>
      <w:r>
        <w:t>hum ko jo challenge hai military ansi ka, woh challenge violence ka challenge nahi hai. Woh terrorism, yeh log log samajhte hain, jitne bhi aaj kal ke log hain, dunya bhar ke log, ke yeh terrorism ka challenge hai.</w:t>
      </w:r>
    </w:p>
    <w:p>
      <w:pPr>
        <w:jc w:val="right"/>
      </w:pPr>
      <w:r>
        <w:t>ہم کو جو چیلنج ہے ملٹری اینسی کا، وہ چیلنج وائلینس کا چیلنج نہیں ہے۔ وہ ٹیررزم، یہ لوگ لوگ سمجھتے ہیں، جتنے بھی آج کل کے لوگ ہیں، دنیا بھر کے لوگ، کہ یہ ٹیررزم کا چیلنج ہے۔</w:t>
      </w:r>
    </w:p>
    <w:p>
      <w:r>
        <w:rPr>
          <w:b/>
        </w:rPr>
        <w:t xml:space="preserve">[40:03] </w:t>
      </w:r>
      <w:r>
        <w:t>terrorism to terrorism ko khatm karna chahte hain bomb se, woh gun se. Woh</w:t>
      </w:r>
    </w:p>
    <w:p>
      <w:pPr>
        <w:jc w:val="right"/>
      </w:pPr>
      <w:r>
        <w:t>ٹیررزم تو ٹیررزم کو کل کرنا چاہتے ہیں بم سے، وہ گن سے۔ وہ</w:t>
      </w:r>
    </w:p>
    <w:p>
      <w:r>
        <w:rPr>
          <w:b/>
        </w:rPr>
        <w:t xml:space="preserve">[40:09] </w:t>
      </w:r>
      <w:r>
        <w:t>jitne bhi hamari jo hai hukoomatein hain, chahe hamari apni hukoomat ho ya american hukoomat ho, britishs hon, koi bhi ho, rational government ho, kehte hain ke sab se bara danger jo hai terrorism.</w:t>
      </w:r>
    </w:p>
    <w:p>
      <w:pPr>
        <w:jc w:val="right"/>
      </w:pPr>
      <w:r>
        <w:t>جتنے بھی ہماری جو ہے حکومتیں ہیں، چاہے ہماری اپنی حکومت ہو یا امریکن حکومت ہو، برٹشز ہوں، کوئی بھی ہو، ریشنل گورنمنٹ ہو، کہتے ہیں کہ سب سے بڑا ڈینجر جو ہے ٹیررزم۔</w:t>
      </w:r>
    </w:p>
    <w:p>
      <w:r>
        <w:rPr>
          <w:b/>
        </w:rPr>
        <w:t xml:space="preserve">[40:24] </w:t>
      </w:r>
      <w:r>
        <w:t>to is ko yeh terrorize kar rahe hain, maar maar kar ke chahte hain khatm karna. To is wali result dekhiye, result kahan khatm kar pa rahe hain?</w:t>
      </w:r>
    </w:p>
    <w:p>
      <w:pPr>
        <w:jc w:val="right"/>
      </w:pPr>
      <w:r>
        <w:t>تو اس کو یہ ٹیررائز کر رہے ہیں، مار مار کر کے چاہتے ہیں ختم کرنا۔ تو اس والی رزلٹ دیکھیے، رزلٹ کہاں ختم کر پا رہے ہیں؟</w:t>
      </w:r>
    </w:p>
    <w:p>
      <w:r>
        <w:rPr>
          <w:b/>
        </w:rPr>
        <w:t xml:space="preserve">[40:36] </w:t>
      </w:r>
      <w:r>
        <w:t>kahan khatm kar pa rahe hain?</w:t>
      </w:r>
    </w:p>
    <w:p>
      <w:pPr>
        <w:jc w:val="right"/>
      </w:pPr>
      <w:r>
        <w:t>کہاں ختم کر پا رہے ہیں؟</w:t>
      </w:r>
    </w:p>
    <w:p>
      <w:r>
        <w:rPr>
          <w:b/>
        </w:rPr>
        <w:t xml:space="preserve">[40:40] </w:t>
      </w:r>
      <w:r>
        <w:t>to hamein ideology chahiye. Hum Khuda ke fazl se isi ke liye kaam kar rahe hain. Hamein counter ideology la rahe hain.</w:t>
      </w:r>
    </w:p>
    <w:p>
      <w:pPr>
        <w:jc w:val="right"/>
      </w:pPr>
      <w:r>
        <w:t>تو ہمیں آئیڈالوجی چاہیے۔ ہم خدا کے فضل سے اسی کے لیے کام کر رہے ہیں۔ ہمیں کاؤنٹر آئیڈالوجی لا رہے ہیں۔</w:t>
      </w:r>
    </w:p>
    <w:p>
      <w:r>
        <w:rPr>
          <w:b/>
        </w:rPr>
        <w:t xml:space="preserve">[40:49] </w:t>
      </w:r>
      <w:r>
        <w:t>yani Islam ka aisa interpretation jo bataye ke yeh political interpretation galat tha. Yeh Quran mein nahi hai, yeh Rasool Allah ne aisa nahi bataya.</w:t>
      </w:r>
    </w:p>
    <w:p>
      <w:pPr>
        <w:jc w:val="right"/>
      </w:pPr>
      <w:r>
        <w:t>یعنی اسلام کا ایسا انٹرپریشن جو بتائے کہ یہ پولیٹیکل انٹرپریشن غلط تھا۔ یہ قرآن میں نہیں ہے، یہ رسول اللہ نے ایسا نہیں بتایا۔</w:t>
      </w:r>
    </w:p>
    <w:p>
      <w:r>
        <w:rPr>
          <w:b/>
        </w:rPr>
        <w:t xml:space="preserve">[41:03] </w:t>
      </w:r>
      <w:r>
        <w:t>baad ke zamane, later period mein yeh invent hua.</w:t>
      </w:r>
    </w:p>
    <w:p>
      <w:pPr>
        <w:jc w:val="right"/>
      </w:pPr>
      <w:r>
        <w:t>بعد کے زمانے، لیٹر پیریڈ میں یہ انوینٹ ہوا۔</w:t>
      </w:r>
    </w:p>
    <w:p>
      <w:r>
        <w:rPr>
          <w:b/>
        </w:rPr>
        <w:t xml:space="preserve">[41:08] </w:t>
      </w:r>
      <w:r>
        <w:t>ab is par jab yeh zamana aaya press ka, tab yeh bohat phail gaya. Dekhiye, is se pehle bhi yeh cheez thi maujood.</w:t>
      </w:r>
    </w:p>
    <w:p>
      <w:pPr>
        <w:jc w:val="right"/>
      </w:pPr>
      <w:r>
        <w:t>اب اس پر جب یہ زمانہ آیا پرس کا، تب یہ بہت پھیل گیا۔ دیکھیے، اس سے پہلے بھی یہ چیز تھی موجود۔</w:t>
      </w:r>
    </w:p>
    <w:p>
      <w:r>
        <w:rPr>
          <w:b/>
        </w:rPr>
        <w:t xml:space="preserve">[41:18] </w:t>
      </w:r>
      <w:r>
        <w:t>ab after period ke baad hi yeh aa chuka tha yeh. Lekin bohat hi confined way mein tha woh. Kyunke ise phailane ke liye sadhan nahi hua karte thay. Is ke phailane ke liye sadhan nahi hote thay woh.</w:t>
      </w:r>
    </w:p>
    <w:p>
      <w:pPr>
        <w:jc w:val="right"/>
      </w:pPr>
      <w:r>
        <w:t>اب باہر پیریڈ کے بعد ہی یہ آ چکا تھا یہ۔ لیکن بہت ہی کنفائن وے میں تھا وہ۔ کیونکہ اسے پھیلانے کے لیے سادن نہیں ہوا کرتے تھے۔ اس کے پھیلانے کے لیے سادن نہیں ہوتے تھے وہ۔</w:t>
      </w:r>
    </w:p>
    <w:p>
      <w:r>
        <w:rPr>
          <w:b/>
        </w:rPr>
        <w:t xml:space="preserve">[41:31] </w:t>
      </w:r>
      <w:r>
        <w:t>lekin jab print press ka zamana aaya, jab media ka zamana aaya, electronic media aur aur print media ka zamana aaya, in logon ko sadhan mil gaya.</w:t>
      </w:r>
    </w:p>
    <w:p>
      <w:pPr>
        <w:jc w:val="right"/>
      </w:pPr>
      <w:r>
        <w:t>لیکن جب پریڈکٹ پریس کا زمانہ آیا، جب میڈیا کا زمانہ آیا، الیکٹرانک میڈیا اور اور پرنٹ میڈیا کا زمانہ آیا، ان لوگوں کو سادن مل گیا۔</w:t>
      </w:r>
    </w:p>
    <w:p>
      <w:r>
        <w:rPr>
          <w:b/>
        </w:rPr>
        <w:t xml:space="preserve">[41:41] </w:t>
      </w:r>
      <w:r>
        <w:t>khoob khoob phailaya inhon ne. Khoob khoob phailaya inhon ne.</w:t>
      </w:r>
    </w:p>
    <w:p>
      <w:pPr>
        <w:jc w:val="right"/>
      </w:pPr>
      <w:r>
        <w:t>خوب خوب پھیلایا انہوں نے۔ خوب خوب پھیلایا انہوں نے۔</w:t>
      </w:r>
    </w:p>
    <w:p>
      <w:r>
        <w:rPr>
          <w:b/>
        </w:rPr>
        <w:t xml:space="preserve">[41:48] </w:t>
      </w:r>
      <w:r>
        <w:t>to aaj kal jo hum jo hum face kar rahe hain, woh woh yeh face kar rahe hain ke is qism ke logon ne modern modern yeh print media aur electronic media ko istemal kar ke logon ke dimaghon mein bhar diya hai, bhar diya hai, bhar diya hai.</w:t>
      </w:r>
    </w:p>
    <w:p>
      <w:pPr>
        <w:jc w:val="right"/>
      </w:pPr>
      <w:r>
        <w:t>تو آج کل جو ہم جو ہم فیس کر رہے ہیں، وہ وہ یہ فیس کر رہے ہیں کہ اس قسم کے لوگوں نے ماڈرن ماڈرن یہ پرنٹ میڈیا اور الیکٹرانک میڈیا کو استعمال کر کے لوگوں کے دماغوں میں بھر دیا ہے، بھر دیا ہے، بھر دیا ہے۔</w:t>
      </w:r>
    </w:p>
    <w:p>
      <w:r>
        <w:rPr>
          <w:b/>
        </w:rPr>
        <w:t xml:space="preserve">[42:04] </w:t>
      </w:r>
      <w:r>
        <w:t>political Islam. Yaad rakhiye, political Islam jo hai, ab after period ke baad aa chuka tha. Lekin bohat hi limited way mein hota tha woh.</w:t>
      </w:r>
    </w:p>
    <w:p>
      <w:pPr>
        <w:jc w:val="right"/>
      </w:pPr>
      <w:r>
        <w:t>پولیٹیکل اسلام۔ یاد رکھیے، پولیٹیکل اسلام جو ہے، اب باہر پیریڈ کے بعد آ چکا تھا۔ لیکن بہت ہی لمیٹڈ وے میں ہوتا تھا وہ۔</w:t>
      </w:r>
    </w:p>
    <w:p>
      <w:r>
        <w:rPr>
          <w:b/>
        </w:rPr>
        <w:t xml:space="preserve">[42:16] </w:t>
      </w:r>
      <w:r>
        <w:t>kyun</w:t>
      </w:r>
    </w:p>
    <w:p>
      <w:pPr>
        <w:jc w:val="right"/>
      </w:pPr>
      <w:r>
        <w:t>کیوں</w:t>
      </w:r>
    </w:p>
    <w:p>
      <w:r>
        <w:rPr>
          <w:b/>
        </w:rPr>
        <w:t xml:space="preserve">[42:17] </w:t>
      </w:r>
      <w:r>
        <w:t>? Is waqt phailaye kaise? Phailayein kaise?</w:t>
      </w:r>
    </w:p>
    <w:p>
      <w:pPr>
        <w:jc w:val="right"/>
      </w:pPr>
      <w:r>
        <w:t>؟ اس وقت پھیلائے کیسے؟ پھیلائیں کیسے؟</w:t>
      </w:r>
    </w:p>
    <w:p>
      <w:r>
        <w:rPr>
          <w:b/>
        </w:rPr>
        <w:t xml:space="preserve">[42:24] </w:t>
      </w:r>
      <w:r>
        <w:t>yani yeh yeh political Islam Rasool Allah ke zamane mein nahi tha. Aur Khilafat e Rashida ke zamane mein nahi tha. Bani Umayyah ke zamane mein nahi tha. Yani jis ko kehte hain qurun mashhood laha bil khair.</w:t>
      </w:r>
    </w:p>
    <w:p>
      <w:pPr>
        <w:jc w:val="right"/>
      </w:pPr>
      <w:r>
        <w:t>یعنی یہ یہ پولیٹیکل اسلام رسول اللہ کے زمانے میں نہیں تھا۔ اور خلافت راشدہ کے زمانے میں نہیں تھا۔ بنو امیہ کے زمانے میں نہیں تھا۔ یعنی جس کو کہتے ہیں قرون مشہود لہا بالخیر۔</w:t>
      </w:r>
    </w:p>
    <w:p>
      <w:r>
        <w:rPr>
          <w:b/>
        </w:rPr>
        <w:t xml:space="preserve">[42:37] </w:t>
      </w:r>
      <w:r>
        <w:t>teen period mein nahi tha yeh. Lekin chauthe period mein, ab after period chautha period hai. Tab yeh political Islam aa gaya.</w:t>
      </w:r>
    </w:p>
    <w:p>
      <w:pPr>
        <w:jc w:val="right"/>
      </w:pPr>
      <w:r>
        <w:t>تین پیریڈ میں نہیں تھا یہ۔ لیکن چوتھے پیریڈ میں، اب باہر پیریڈ چوتھا پیریڈ ہے۔ تب یہ پولیٹیکل اسلام آ گیا۔</w:t>
      </w:r>
    </w:p>
    <w:p>
      <w:r>
        <w:rPr>
          <w:b/>
        </w:rPr>
        <w:t xml:space="preserve">[42:47] </w:t>
      </w:r>
      <w:r>
        <w:t>lekin yeh political Islam bohat zyada daba dabaya tha. Lekin jab yeh zamana aaya hai, printing press ka zamana, aur print media aur electronic media ka zamana, to in logon ko mauqa mil gaya.</w:t>
      </w:r>
    </w:p>
    <w:p>
      <w:pPr>
        <w:jc w:val="right"/>
      </w:pPr>
      <w:r>
        <w:t>لیکن یہ پولیٹیکل اسلام بہت زیادہ دبا دبایا تھا۔ لیکن جب یہ زمانہ آیا ہے، پرنٹنگ پریس کا زمانہ، اور پرنٹ میڈیا اور الیکٹرانک میڈیا کا زمانہ، تو ان لوگوں کو موقع مل گیا۔</w:t>
      </w:r>
    </w:p>
    <w:p>
      <w:r>
        <w:rPr>
          <w:b/>
        </w:rPr>
        <w:t xml:space="preserve">[43:05] </w:t>
      </w:r>
      <w:r>
        <w:t>khoob phailaya, khoob phailaya, khoob phailaya. Yeh hai problem.</w:t>
      </w:r>
    </w:p>
    <w:p>
      <w:pPr>
        <w:jc w:val="right"/>
      </w:pPr>
      <w:r>
        <w:t>خوب پھیلایا، خوب پھیلایا، خوب پھیلایا۔ یہ ہے پرابلم۔</w:t>
      </w:r>
    </w:p>
    <w:p>
      <w:r>
        <w:rPr>
          <w:b/>
        </w:rPr>
        <w:t xml:space="preserve">[43:12] </w:t>
      </w:r>
      <w:r>
        <w:t>to hamein is ko counter karne ke liye bohat hi strong literature chahiye, bohat hi powerful literature chahiye.</w:t>
      </w:r>
    </w:p>
    <w:p>
      <w:pPr>
        <w:jc w:val="right"/>
      </w:pPr>
      <w:r>
        <w:t>تو ہمیں اس کو کاؤنٹر کرنے کے لیے بہت ہی اسٹرانگ لٹریچر چاہیے، بہت ہی پاورفل لٹریچر چاہیے۔</w:t>
      </w:r>
    </w:p>
    <w:p>
      <w:r>
        <w:rPr>
          <w:b/>
        </w:rPr>
        <w:t xml:space="preserve">[43:23] </w:t>
      </w:r>
      <w:r>
        <w:t>is ko counter karne ke liye powerful literature chahiye, powerful media chahiye. Hamein bhi electronic media se aur print media ke zariye se ise counter karna hai, bari taqat ke sath.</w:t>
      </w:r>
    </w:p>
    <w:p>
      <w:pPr>
        <w:jc w:val="right"/>
      </w:pPr>
      <w:r>
        <w:t>اس کو کاؤنٹر کرنے کے لیے پاورفل لٹریچر چاہیے، پاورفل میڈیا چاہیے۔ ہمیں بھی الیکٹرانک میڈیا سے اور پرنٹ میڈیا کے ذریعے سے اسے کاؤنٹر کرنا ہے، بڑی طاقت کے ساتھ۔</w:t>
      </w:r>
    </w:p>
    <w:p>
      <w:r>
        <w:rPr>
          <w:b/>
        </w:rPr>
        <w:t xml:space="preserve">[43:37] </w:t>
      </w:r>
      <w:r>
        <w:t>warna koi bhi bomb, koi bhi gun is ko khatm nahi kar sakta.</w:t>
      </w:r>
    </w:p>
    <w:p>
      <w:pPr>
        <w:jc w:val="right"/>
      </w:pPr>
      <w:r>
        <w:t>ورنہ کوئی بھی بم، کوئی بھی گن اس کو ختم نہیں کر سکتا۔</w:t>
      </w:r>
    </w:p>
    <w:p>
      <w:r>
        <w:rPr>
          <w:b/>
        </w:rPr>
        <w:t xml:space="preserve">[43:42] </w:t>
      </w:r>
      <w:r>
        <w:t>aap already dekh rahe hain, aap itne bomb, itne gun istemal kiye gaye, koi farq nahi pada. Kyunke ideology to mind mein baqi hai.</w:t>
      </w:r>
    </w:p>
    <w:p>
      <w:pPr>
        <w:jc w:val="right"/>
      </w:pPr>
      <w:r>
        <w:t>آپ آلریڈی دیکھ رہے ہیں، آپ اتنے بم، اتنے گن استعمال کیے گئے، کوئی فرق نہیں پڑا۔ کیونکہ آئیڈالوجی تو مائنڈ میں باقی ہے۔</w:t>
      </w:r>
    </w:p>
    <w:p>
      <w:r>
        <w:rPr>
          <w:b/>
        </w:rPr>
        <w:t xml:space="preserve">[43:54] </w:t>
      </w:r>
      <w:r>
        <w:t>to ideology to khatm nahi hui. to aap kya karenge?</w:t>
      </w:r>
    </w:p>
    <w:p>
      <w:pPr>
        <w:jc w:val="right"/>
      </w:pPr>
      <w:r>
        <w:t>تو آئیڈالوجی تو ختم نہیں ہوئی۔ تو آپ کیا کریں گے؟</w:t>
      </w:r>
    </w:p>
    <w:p>
      <w:r>
        <w:rPr>
          <w:b/>
        </w:rPr>
        <w:t xml:space="preserve">[44:00] </w:t>
      </w:r>
      <w:r>
        <w:t>matlab jo root cause hai, root cause, root cause hai ideology. root cause jo hai ideology hai.</w:t>
      </w:r>
    </w:p>
    <w:p>
      <w:pPr>
        <w:jc w:val="right"/>
      </w:pPr>
      <w:r>
        <w:t>مطلب جو روٹ کاز ہے، روٹ کاز، روٹ کاز ہے آئیڈالوجی۔ روٹ کاز جو ہے آئیڈالوجی ہے۔</w:t>
      </w:r>
    </w:p>
    <w:p>
      <w:r>
        <w:rPr>
          <w:b/>
        </w:rPr>
        <w:t xml:space="preserve">[44:09] </w:t>
      </w:r>
      <w:r>
        <w:t>to aap ko is ideology ko crush karna parega.</w:t>
      </w:r>
    </w:p>
    <w:p>
      <w:pPr>
        <w:jc w:val="right"/>
      </w:pPr>
      <w:r>
        <w:t>تو آپ کو اس آئیڈالوجی کو کرش کرنا پڑے گا۔</w:t>
      </w:r>
    </w:p>
    <w:p>
      <w:r>
        <w:rPr>
          <w:b/>
        </w:rPr>
        <w:t xml:space="preserve">[44:16] </w:t>
      </w:r>
      <w:r>
        <w:t>aap dekhiye, Punjab mein khalsa movement chali thi, wo ek superflous movement thi. wo is ke peeche koi ideology nahi thi. ek bohat hi superfluous type ki thi.</w:t>
      </w:r>
    </w:p>
    <w:p>
      <w:pPr>
        <w:jc w:val="right"/>
      </w:pPr>
      <w:r>
        <w:t>آپ دیکھیے، پنجاب میں خالصہ موومنٹ چلی تھی، وہ ایک سپرفلس موومنٹ تھی۔ وہ اس کے پیچھے کوئی آئیڈالوجی نہیں تھی۔ ایک بہت ہی سپرفلس ٹائپ کی تھی۔</w:t>
      </w:r>
    </w:p>
    <w:p>
      <w:r>
        <w:rPr>
          <w:b/>
        </w:rPr>
        <w:t xml:space="preserve">[44:26] </w:t>
      </w:r>
      <w:r>
        <w:t>wo to bohat jaldi khatm ho gayi. wo ab wo is ka koi exist nahi karti hai. wo lekin yeh jo muslim military nsi hai, yeh superfluous nahi hai is type ki.</w:t>
      </w:r>
    </w:p>
    <w:p>
      <w:pPr>
        <w:jc w:val="right"/>
      </w:pPr>
      <w:r>
        <w:t>وہ تو بہت جلدی ختم ہو گئی۔ وہ اب وہ اس کا کوئی ایگزسٹ نہیں کرتی ہے۔ وہ لیکن یہ جو مسلم ملٹری اینسی ہے، یہ سپرفلس نہیں ہے اس ٹائپ کی۔</w:t>
      </w:r>
    </w:p>
    <w:p>
      <w:r>
        <w:rPr>
          <w:b/>
        </w:rPr>
        <w:t xml:space="preserve">[44:39] </w:t>
      </w:r>
      <w:r>
        <w:t>is ke peeche ek bohat hi, bohat hi yani bohat hi powerful ideology hai.</w:t>
      </w:r>
    </w:p>
    <w:p>
      <w:pPr>
        <w:jc w:val="right"/>
      </w:pPr>
      <w:r>
        <w:t>اس کے پیچھے ایک بہت ہی، بہت ہی یعنی بہت ہی پاورفل آئیڈالوجی ہے۔</w:t>
      </w:r>
    </w:p>
    <w:p>
      <w:r>
        <w:rPr>
          <w:b/>
        </w:rPr>
        <w:t xml:space="preserve">[44:50] </w:t>
      </w:r>
      <w:r>
        <w:t>powerful ideology hai.</w:t>
      </w:r>
    </w:p>
    <w:p>
      <w:pPr>
        <w:jc w:val="right"/>
      </w:pPr>
      <w:r>
        <w:t>پاورفل آئیڈالوجی ہے۔</w:t>
      </w:r>
    </w:p>
    <w:p>
      <w:r>
        <w:rPr>
          <w:b/>
        </w:rPr>
        <w:t xml:space="preserve">[44:54] </w:t>
      </w:r>
      <w:r>
        <w:t>yani political interpretation of Islam. to political interpretation of Islam jo hai, hundred percent wrong hai, baseless hai.</w:t>
      </w:r>
    </w:p>
    <w:p>
      <w:pPr>
        <w:jc w:val="right"/>
      </w:pPr>
      <w:r>
        <w:t>یعنی پولیٹیکل انٹرپریشن آف اسلام۔ تو پولیٹیکل انٹرپریشن آف اسلام جو ہے، ہنڈرڈ پرسنٹ رونگ ہے، بیس لیس ہے۔</w:t>
      </w:r>
    </w:p>
    <w:p>
      <w:r>
        <w:rPr>
          <w:b/>
        </w:rPr>
        <w:t xml:space="preserve">[45:06] </w:t>
      </w:r>
      <w:r>
        <w:t>hundred percent misinterpretation hai Islam ka wo. lekin logon ke dimaghon mein baitha hua hai. to logon ke mind se nikalna hai.</w:t>
      </w:r>
    </w:p>
    <w:p>
      <w:pPr>
        <w:jc w:val="right"/>
      </w:pPr>
      <w:r>
        <w:t>ہنڈرڈ پرسنٹ مس انٹرپریشن ہے اسلام کا وہ۔ لیکن لوگوں کے دماغوں میں بیٹھا ہوا ہے۔ تو لوگوں کے مائنڈ سے نکالنا ہے۔</w:t>
      </w:r>
    </w:p>
    <w:p>
      <w:r>
        <w:rPr>
          <w:b/>
        </w:rPr>
        <w:t xml:space="preserve">[45:18] </w:t>
      </w:r>
      <w:r>
        <w:t>hamara jo target hai, logon ke mind hai, hamara jo target hai, logon ki soch hai,</w:t>
      </w:r>
    </w:p>
    <w:p>
      <w:pPr>
        <w:jc w:val="right"/>
      </w:pPr>
      <w:r>
        <w:t>ہمارا جو ٹارگٹ ہے، لوگوں کے مائنڈ ہے، ہمارا جو ٹارگٹ ہے، لوگوں کی سوچ ہے،</w:t>
      </w:r>
    </w:p>
    <w:p>
      <w:r>
        <w:rPr>
          <w:b/>
        </w:rPr>
        <w:t xml:space="preserve">[45:28] </w:t>
      </w:r>
      <w:r>
        <w:t>yeh hai</w:t>
      </w:r>
    </w:p>
    <w:p>
      <w:pPr>
        <w:jc w:val="right"/>
      </w:pPr>
      <w:r>
        <w:t>یہ ہے</w:t>
      </w:r>
    </w:p>
    <w:p>
      <w:r>
        <w:rPr>
          <w:b/>
        </w:rPr>
        <w:t xml:space="preserve">[45:31] </w:t>
      </w:r>
      <w:r>
        <w:t>yani karne ka kaam is zamane mein.</w:t>
      </w:r>
    </w:p>
    <w:p>
      <w:pPr>
        <w:jc w:val="right"/>
      </w:pPr>
      <w:r>
        <w:t>یعنی کرنے کا کام اس زمانے میں۔</w:t>
      </w:r>
    </w:p>
    <w:p>
      <w:r>
        <w:rPr>
          <w:b/>
        </w:rPr>
        <w:t xml:space="preserve">[45:36] </w:t>
      </w:r>
      <w:r>
        <w:t>is zamane mein jo karne ka kaam hai, wo yeh hai ke hum is is false ideology ko ko kill karein.</w:t>
      </w:r>
    </w:p>
    <w:p>
      <w:pPr>
        <w:jc w:val="right"/>
      </w:pPr>
      <w:r>
        <w:t>اس زمانے میں جو کرنے کا کام ہے، وہ یہ ہے کہ ہم اس اس فالس آئیڈالوجی کو کو کل کریں۔</w:t>
      </w:r>
    </w:p>
    <w:p>
      <w:r>
        <w:rPr>
          <w:b/>
        </w:rPr>
        <w:t xml:space="preserve">[45:46] </w:t>
      </w:r>
      <w:r>
        <w:t>logon ke mind mein jo baithi hui hai.</w:t>
      </w:r>
    </w:p>
    <w:p>
      <w:pPr>
        <w:jc w:val="right"/>
      </w:pPr>
      <w:r>
        <w:t>لوگوں کے مائنڈ میں جو بیٹھی ہوئی ہے۔</w:t>
      </w:r>
    </w:p>
    <w:p>
      <w:r>
        <w:rPr>
          <w:b/>
        </w:rPr>
        <w:t xml:space="preserve">[45:51] </w:t>
      </w:r>
      <w:r>
        <w:t>to sara jo corruption hai, jo sara violence hai, sara jo military nsi hai, jo terrorism hai, terrorism ke terrorism kya hai, political Islam ka result hai yeh.</w:t>
      </w:r>
    </w:p>
    <w:p>
      <w:pPr>
        <w:jc w:val="right"/>
      </w:pPr>
      <w:r>
        <w:t>تو سارا جو کرپشن ہے، جو سارا وائلینس ہے، سارا جو ملٹری اینسی ہے، جو ٹیررزم ہے، ٹیررزم کہ ٹیررزم کیا ہے، پولیٹیکل اسلام کا رزلٹ ہے یہ۔</w:t>
      </w:r>
    </w:p>
    <w:p>
      <w:r>
        <w:rPr>
          <w:b/>
        </w:rPr>
        <w:t xml:space="preserve">[46:04] </w:t>
      </w:r>
      <w:r>
        <w:t>sara jo kehte hain aap terrorism, wo hai political Islam ka ka wo phenomenon. is baat ko samajhne ki zaroorat hai ke terrorism jo hai, wo political Islam ka phenomenon hai.</w:t>
      </w:r>
    </w:p>
    <w:p>
      <w:pPr>
        <w:jc w:val="right"/>
      </w:pPr>
      <w:r>
        <w:t>سارا جو کہتے ہیں آپ ٹیررزم، وہ ہے پولیٹیکل اسلام کا کا وہ فیناومینا۔ اس بات کو سمجھنے کی ضرورت ہے کہ ٹیررزم جو ہے، وہ پولیٹیکل اسلام کا فیناومینا ہے۔</w:t>
      </w:r>
    </w:p>
    <w:p>
      <w:r>
        <w:rPr>
          <w:b/>
        </w:rPr>
        <w:t xml:space="preserve">[46:19] </w:t>
      </w:r>
      <w:r>
        <w:t>yani political interpretation of Islam ka phenomenon hai. Terrorism is directly a phenomenon of political interpretation of Islam.</w:t>
      </w:r>
    </w:p>
    <w:p>
      <w:pPr>
        <w:jc w:val="right"/>
      </w:pPr>
      <w:r>
        <w:t>یعنی پولیٹیکل انٹرپریشن آف اسلام کا فیناومینا ہے۔ Terrorism is directly a phenomenon of political interpretation of Islam.</w:t>
      </w:r>
    </w:p>
    <w:p>
      <w:r>
        <w:rPr>
          <w:b/>
        </w:rPr>
        <w:t xml:space="preserve">[46:31] </w:t>
      </w:r>
      <w:r>
        <w:t>terrorism political interpretation of Islam ka phenomenon hai. to is ko counter karne ke liye aap ko doosra literature lana hai samne. mein Khuda ke fazal se hum hum hum hum hamare sath yahi kar rahe hain.</w:t>
      </w:r>
    </w:p>
    <w:p>
      <w:pPr>
        <w:jc w:val="right"/>
      </w:pPr>
      <w:r>
        <w:t>ٹیررزم پولیٹیکل انٹرپریشن آف اسلام کا فیناومینا ہے۔ تو اس کو کاؤنٹر کرنے کے لیے آپ کو دوسرا لٹریچر لانا ہے سامنے۔ میں خدا کے فضل سے ہم ہم ہم ہم ہمارے ساتھ یہی کر رہے ہیں۔</w:t>
      </w:r>
    </w:p>
    <w:p>
      <w:r>
        <w:rPr>
          <w:b/>
        </w:rPr>
        <w:t xml:space="preserve">[46:45] </w:t>
      </w:r>
      <w:r>
        <w:t>hum hamare sath yahi kar rahe hain. aur Khuda ke fazal se hazaron hazar logon ke mind se hum ne badla hai is cheez ko. hazaron hazar logon ke mind se badla hai.</w:t>
      </w:r>
    </w:p>
    <w:p>
      <w:pPr>
        <w:jc w:val="right"/>
      </w:pPr>
      <w:r>
        <w:t>ہم ہمارے ساتھ یہی کر رہے ہیں۔ اور خدا کے فضل سے ہزاروں ہزار لوگوں کے مائنڈ سے ہم نے بدلا ہے اس چیز کو۔ ہزاروں ہزار لوگوں کے مائنڈ سے بدلا ہے۔</w:t>
      </w:r>
    </w:p>
    <w:p>
      <w:r>
        <w:rPr>
          <w:b/>
        </w:rPr>
        <w:t xml:space="preserve">[46:56] </w:t>
      </w:r>
      <w:r>
        <w:t>to isi kaam ko aage badhana hai.</w:t>
      </w:r>
    </w:p>
    <w:p>
      <w:pPr>
        <w:jc w:val="right"/>
      </w:pPr>
      <w:r>
        <w:t>تو اسی کام کو آگے بڑھانا ہے۔</w:t>
      </w:r>
    </w:p>
    <w:p>
      <w:r>
        <w:rPr>
          <w:b/>
        </w:rPr>
        <w:t xml:space="preserve">[47:00] </w:t>
      </w:r>
      <w:r>
        <w:t>isi kaam ko aage badhana hai.</w:t>
      </w:r>
    </w:p>
    <w:p>
      <w:pPr>
        <w:jc w:val="right"/>
      </w:pPr>
      <w:r>
        <w:t>اسی کام کو آگے بڑھانا ہے۔</w:t>
      </w:r>
    </w:p>
    <w:p>
      <w:r>
        <w:rPr>
          <w:b/>
        </w:rPr>
        <w:t xml:space="preserve">[47:04] </w:t>
      </w:r>
      <w:r>
        <w:t>kal mere pas Bangladesh ek ek musalman aaye jo America mein rehte hain. wo paida hue Bangladesh mein lekin rehte hain America mein. wahi un ki education hui.</w:t>
      </w:r>
    </w:p>
    <w:p>
      <w:pPr>
        <w:jc w:val="right"/>
      </w:pPr>
      <w:r>
        <w:t>کل میرے پاس بنگلہ دیش ایک ایک مسلمان آئے جو امریکہ میں رہتے ہیں۔ وہ پیدا ہوئے بنگلہ دیش میں لیکن رہتے ہیں امریکہ میں۔ وہی ان کی ایجوکیشن ہوئی۔</w:t>
      </w:r>
    </w:p>
    <w:p>
      <w:r>
        <w:rPr>
          <w:b/>
        </w:rPr>
        <w:t xml:space="preserve">[47:14] </w:t>
      </w:r>
      <w:r>
        <w:t>American lehje mein angrezi bol rahe the wo. America mein reh kar ke bhi wahi baat kar rahe hain wo. wo justify kar rahe hain yani September eleven ka waqia.</w:t>
      </w:r>
    </w:p>
    <w:p>
      <w:pPr>
        <w:jc w:val="right"/>
      </w:pPr>
      <w:r>
        <w:t>امریکن لہجے میں انگریزی بول رہے تھے وہ۔ امریکہ میں رہ کر کے بھی وہی بات کر رہے ہیں وہ۔ وہ جسٹیفائی کر رہے ہیں یعنی ستمبر الیون کا واقعہ۔</w:t>
      </w:r>
    </w:p>
    <w:p>
      <w:r>
        <w:rPr>
          <w:b/>
        </w:rPr>
        <w:t xml:space="preserve">[47:24] </w:t>
      </w:r>
      <w:r>
        <w:t>yani America mein rehte hain tab bhi</w:t>
      </w:r>
    </w:p>
    <w:p>
      <w:pPr>
        <w:jc w:val="right"/>
      </w:pPr>
      <w:r>
        <w:t>یعنی امریکہ میں رہتے ہیں تب بھی</w:t>
      </w:r>
    </w:p>
    <w:p>
      <w:r>
        <w:rPr>
          <w:b/>
        </w:rPr>
        <w:t xml:space="preserve">[47:26] </w:t>
      </w:r>
      <w:r>
        <w:t>. kyun? un ke dimaghon mein ek hate bhara hua hai. hate sab ke khilaf. is hate ko nikalna hai. yeh hate kis ne bhara hai?</w:t>
      </w:r>
    </w:p>
    <w:p>
      <w:pPr>
        <w:jc w:val="right"/>
      </w:pPr>
      <w:r>
        <w:t>۔ کیوں؟ ان کے دماغوں میں ایک ہیٹ بھرا ہوا ہے۔ ہیٹ سب کے خلاف۔ اس ہیٹ کو نکالنا ہے۔ یہ ہیٹ کس نے بھرا ہے؟</w:t>
      </w:r>
    </w:p>
    <w:p>
      <w:r>
        <w:rPr>
          <w:b/>
        </w:rPr>
        <w:t xml:space="preserve">[47:36] </w:t>
      </w:r>
      <w:r>
        <w:t>political islam ne bhara hai.</w:t>
      </w:r>
    </w:p>
    <w:p>
      <w:pPr>
        <w:jc w:val="right"/>
      </w:pPr>
      <w:r>
        <w:t>پولیٹیکل اسلام نے بھرا ہے۔</w:t>
      </w:r>
    </w:p>
    <w:p>
      <w:r>
        <w:rPr>
          <w:b/>
        </w:rPr>
        <w:t xml:space="preserve">[47:41] </w:t>
      </w:r>
      <w:r>
        <w:t>to logon ke dimaghon se hate nikalna hai.</w:t>
      </w:r>
    </w:p>
    <w:p>
      <w:pPr>
        <w:jc w:val="right"/>
      </w:pPr>
      <w:r>
        <w:t>تو لوگوں کے دماغوں سے ہیٹ نکالنا ہے۔</w:t>
      </w:r>
    </w:p>
    <w:p>
      <w:r>
        <w:rPr>
          <w:b/>
        </w:rPr>
        <w:t xml:space="preserve">[47:45] </w:t>
      </w:r>
      <w:r>
        <w:t>logon ke dimaghon se political islam ko nikalna hai. logon ke dimaghon se political interpretation ko nikalna hai. tab ja kar yeh terrorism khatam hoga.</w:t>
      </w:r>
    </w:p>
    <w:p>
      <w:pPr>
        <w:jc w:val="right"/>
      </w:pPr>
      <w:r>
        <w:t>لوگوں کے دماغوں سے پولیٹیکل اسلام کو نکالنا ہے۔ لوگوں کے دماغوں سے پولیٹیکل انٹرپریشن کو نکالنا ہے۔ تب جا کر یہ ٹیررزم ختم ہوگا۔</w:t>
      </w:r>
    </w:p>
    <w:p>
      <w:r>
        <w:rPr>
          <w:b/>
        </w:rPr>
        <w:t xml:space="preserve">[47:55] </w:t>
      </w:r>
      <w:r>
        <w:t>tab ja kar yeh military anxi khatam hogi. tab ja kar dunya mein peace aayega. peace. dunya mein peace lane ke liye hamein yeh sab kaam karna parega.</w:t>
      </w:r>
    </w:p>
    <w:p>
      <w:pPr>
        <w:jc w:val="right"/>
      </w:pPr>
      <w:r>
        <w:t>تب جا کر یہ ملٹری اینسی ختم ہوگی۔ تب جا کر دنیا میں پیس آئے گا۔ پیس۔ دنیا میں پیس لانے کے لیے ہمیں یہ سب کام کرنا پڑے گا۔</w:t>
      </w:r>
    </w:p>
    <w:p>
      <w:r>
        <w:rPr>
          <w:b/>
        </w:rPr>
        <w:t xml:space="preserve">[48:07] </w:t>
      </w:r>
      <w:r>
        <w:t>aqool qooli haza wastaghfirullaha li walakum ajmaeen.</w:t>
      </w:r>
    </w:p>
    <w:p>
      <w:pPr>
        <w:jc w:val="right"/>
      </w:pPr>
      <w:r>
        <w:t>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