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Lessons from My Journey to the US September 13, 2015</w:t>
      </w:r>
    </w:p>
    <w:p>
      <w:r>
        <w:t>https://youtu.be/RgXmKX1PxQc</w:t>
      </w:r>
    </w:p>
    <w:p>
      <w:r>
        <w:rPr>
          <w:b/>
        </w:rPr>
        <w:t xml:space="preserve">[00:15] </w:t>
      </w:r>
      <w:r>
        <w:t>as you all know, that Maulana had recently traveled to USA for some important meetings and his felicitation.</w:t>
      </w:r>
    </w:p>
    <w:p>
      <w:pPr>
        <w:jc w:val="right"/>
      </w:pPr>
      <w:r>
        <w:t>As you all know, that مولانا had recently traveled to USA for some important meetings and his felicitation.</w:t>
      </w:r>
    </w:p>
    <w:p>
      <w:r>
        <w:rPr>
          <w:b/>
        </w:rPr>
        <w:t xml:space="preserve">[00:25] </w:t>
      </w:r>
      <w:r>
        <w:t>this was basically a two-week journey, and it was a Dawa journey. so, before Maulana sahib shares his experience in today's Sunday talk, I just wanted to share some of the information and experiences that we had</w:t>
      </w:r>
    </w:p>
    <w:p>
      <w:pPr>
        <w:jc w:val="right"/>
      </w:pPr>
      <w:r>
        <w:t>This was basically a two-week journey, and it was a Dawa journey. So, before مولانا صاحب shares his experience in today's Sunday talk, I just wanted to share some of the information and experiences that we had</w:t>
      </w:r>
    </w:p>
    <w:p>
      <w:r>
        <w:rPr>
          <w:b/>
        </w:rPr>
        <w:t xml:space="preserve">[00:41] </w:t>
      </w:r>
      <w:r>
        <w:t>, so you would have, you know, a quick idea as to what all happened during Maulana's visit in the United States. we left on August 26th, and we returned on September 9th.</w:t>
      </w:r>
    </w:p>
    <w:p>
      <w:pPr>
        <w:jc w:val="right"/>
      </w:pPr>
      <w:r>
        <w:t>, so you would have, you know, a quick idea as to what all happened during مولانا's visit in the United States. We left on August 26th, and we returned on September 9th.</w:t>
      </w:r>
    </w:p>
    <w:p>
      <w:r>
        <w:rPr>
          <w:b/>
        </w:rPr>
        <w:t xml:space="preserve">[00:54] </w:t>
      </w:r>
      <w:r>
        <w:t>so, the first visit that Maulana had was in the capital of the United States, which was Washington, D.C., and I would say that this journey, entire journey, was very historical.</w:t>
      </w:r>
    </w:p>
    <w:p>
      <w:pPr>
        <w:jc w:val="right"/>
      </w:pPr>
      <w:r>
        <w:t>So, the first visit that مولانا had was in the capital of the United States, which was Washington, D.C., and I would say that this journey, entire journey, was very historical.</w:t>
      </w:r>
    </w:p>
    <w:p>
      <w:r>
        <w:rPr>
          <w:b/>
        </w:rPr>
        <w:t xml:space="preserve">[01:07] </w:t>
      </w:r>
      <w:r>
        <w:t>especially, you know, the first meeting that we had, it was in the United States Institute of Peace. this institute of peace is basically has been set up by the US Congress, and mainly for conflict resolution.</w:t>
      </w:r>
    </w:p>
    <w:p>
      <w:pPr>
        <w:jc w:val="right"/>
      </w:pPr>
      <w:r>
        <w:t>Especially, you know, the first meeting that we had, it was in the United States Institute of Peace. This Institute of Peace is basically has been set up by the US Congress, and mainly for conflict resolution.</w:t>
      </w:r>
    </w:p>
    <w:p>
      <w:r>
        <w:rPr>
          <w:b/>
        </w:rPr>
        <w:t xml:space="preserve">[01:22] </w:t>
      </w:r>
      <w:r>
        <w:t>so, it was important for two perspectives.</w:t>
      </w:r>
    </w:p>
    <w:p>
      <w:pPr>
        <w:jc w:val="right"/>
      </w:pPr>
      <w:r>
        <w:t>So, it was important for two perspectives.</w:t>
      </w:r>
    </w:p>
    <w:p>
      <w:r>
        <w:rPr>
          <w:b/>
        </w:rPr>
        <w:t xml:space="preserve">[01:25] </w:t>
      </w:r>
      <w:r>
        <w:t>firstly, Maulana's new book, the Age of Peace, was released in the United States Institute of Peace by Dr.</w:t>
      </w:r>
    </w:p>
    <w:p>
      <w:pPr>
        <w:jc w:val="right"/>
      </w:pPr>
      <w:r>
        <w:t>Firstly, مولانا's new book, The Age of Peace, was released in the United States Institute of Peace by Dr.</w:t>
      </w:r>
    </w:p>
    <w:p>
      <w:r>
        <w:rPr>
          <w:b/>
        </w:rPr>
        <w:t xml:space="preserve">[01:34] </w:t>
      </w:r>
      <w:r>
        <w:t>Syed Saeed, who is the National Director for Interfaith at ISNA. and after the book release, Maulana shared his peace ideology with the US Institute of Peace officials, and there was an interaction that followed.</w:t>
      </w:r>
    </w:p>
    <w:p>
      <w:pPr>
        <w:jc w:val="right"/>
      </w:pPr>
      <w:r>
        <w:t>Syed Saeed, who is the National Director for Interfaith at ISNA. And after the book release, مولانا shared his peace ideology with the US Institute of Peace officials, and there was an interaction that followed.</w:t>
      </w:r>
    </w:p>
    <w:p>
      <w:r>
        <w:rPr>
          <w:b/>
        </w:rPr>
        <w:t xml:space="preserve">[01:51] </w:t>
      </w:r>
      <w:r>
        <w:t>so, it was a very, very important and very result-oriented meeting because the officials there and the people who had gathered there really appreciated Maulana's thoughts.</w:t>
      </w:r>
    </w:p>
    <w:p>
      <w:pPr>
        <w:jc w:val="right"/>
      </w:pPr>
      <w:r>
        <w:t>So, it was a very, very important and very result-oriented meeting because the officials there and the people who had gathered there really appreciated مولانا's thoughts.</w:t>
      </w:r>
    </w:p>
    <w:p>
      <w:r>
        <w:rPr>
          <w:b/>
        </w:rPr>
        <w:t xml:space="preserve">[02:02] </w:t>
      </w:r>
      <w:r>
        <w:t>and after that, each one had the opportunity to interact with Maulana and take a signed copy of Age of Peace from him. so, from there on then, you know, the next day we had another significant meeting, and this meeting was with the US Department of State officials.</w:t>
      </w:r>
    </w:p>
    <w:p>
      <w:pPr>
        <w:jc w:val="right"/>
      </w:pPr>
      <w:r>
        <w:t>And after that, each one had the opportunity to interact with مولانا and take a signed copy of Age of Peace from him. So, from there on then, you know, the next day we had another significant meeting, and this meeting was with the US Department of State officials.</w:t>
      </w:r>
    </w:p>
    <w:p>
      <w:r>
        <w:rPr>
          <w:b/>
        </w:rPr>
        <w:t xml:space="preserve">[02:21] </w:t>
      </w:r>
      <w:r>
        <w:t>and you can actually gauge from the fact that how important this meeting was from the sentence when the person who was chairing the meeting, the US State Department official, he was a senior official, and he said that, "Molana sahib, we really need people like you and centers like yours." so, this was very important, and they said that we should continue doing the work that we are doing in the area of pe</w:t>
      </w:r>
    </w:p>
    <w:p>
      <w:pPr>
        <w:jc w:val="right"/>
      </w:pPr>
      <w:r>
        <w:t>And you can actually gauge from the fact that how important this meeting was from the sentence when the person who was chairing the meeting, the US State Department official, he was a senior official, and he said that, "Molana صاحب, we really need people like you and centers like yours." So, this was very important, and they said that we should continue doing the work that we are doing in the area of pe</w:t>
      </w:r>
    </w:p>
    <w:p>
      <w:r>
        <w:rPr>
          <w:b/>
        </w:rPr>
        <w:t xml:space="preserve">[02:50] </w:t>
      </w:r>
      <w:r>
        <w:t>ace. so, after that, there were a number of interactions and meetings that happened. we had the next session at Adam Center.</w:t>
      </w:r>
    </w:p>
    <w:p>
      <w:pPr>
        <w:jc w:val="right"/>
      </w:pPr>
      <w:r>
        <w:t>ace. So, after that, there were a number of interactions and meetings that happened. We had the next session at Adam Center.</w:t>
      </w:r>
    </w:p>
    <w:p>
      <w:r>
        <w:rPr>
          <w:b/>
        </w:rPr>
        <w:t xml:space="preserve">[02:59] </w:t>
      </w:r>
      <w:r>
        <w:t>this is one of the largest centers, largest mosques in the United States of America, and Maulana's talk was organized in that mosque.</w:t>
      </w:r>
    </w:p>
    <w:p>
      <w:pPr>
        <w:jc w:val="right"/>
      </w:pPr>
      <w:r>
        <w:t>This is one of the largest centers, largest mosques in the United States of America, and مولانا's talk was organized in that mosque.</w:t>
      </w:r>
    </w:p>
    <w:p>
      <w:r>
        <w:rPr>
          <w:b/>
        </w:rPr>
        <w:t xml:space="preserve">[03:10] </w:t>
      </w:r>
      <w:r>
        <w:t>and Maulana basically gave direction to the people</w:t>
      </w:r>
    </w:p>
    <w:p>
      <w:pPr>
        <w:jc w:val="right"/>
      </w:pPr>
      <w:r>
        <w:t>And مولانا basically gave direction to the people</w:t>
      </w:r>
    </w:p>
    <w:p>
      <w:r>
        <w:rPr>
          <w:b/>
        </w:rPr>
        <w:t xml:space="preserve">[03:14] </w:t>
      </w:r>
      <w:r>
        <w:t>. it was a full-packed audience, and Maulana said that, "all of you are in diaspora, and you should follow the method of companions because the companions were also a diaspora segment when they went out to convey the message of Islam." so, people really appreciated what Maulana said.</w:t>
      </w:r>
    </w:p>
    <w:p>
      <w:pPr>
        <w:jc w:val="right"/>
      </w:pPr>
      <w:r>
        <w:t>. It was a full-packed audience, and مولانا said that, "All of you are in diaspora, and you should follow the method of companions because the companions were also a diaspora segment when they went out to convey the message of Islam." So, people really appreciated what مولانا said.</w:t>
      </w:r>
    </w:p>
    <w:p>
      <w:r>
        <w:rPr>
          <w:b/>
        </w:rPr>
        <w:t xml:space="preserve">[03:34] </w:t>
      </w:r>
      <w:r>
        <w:t>one important thing that happened was that one person stood up there, and he said that, "Molana, I really want to congratulate the translation of the Quran that you have done, and I read it very regularly, and it is one of the most readable and simple translations." in fact, after that, Sadia immediately went up to that person, and she took an interview of that person.</w:t>
      </w:r>
    </w:p>
    <w:p>
      <w:pPr>
        <w:jc w:val="right"/>
      </w:pPr>
      <w:r>
        <w:t>One important thing that happened was that one person stood up there, and he said that, "Molana, I really want to congratulate the translation of the Quran that you have done, and I read it very regularly, and it is one of the most readable and simple translations." In fact, after that, Sadia immediately went up to that person, and she took an interview of that person.</w:t>
      </w:r>
    </w:p>
    <w:p>
      <w:r>
        <w:rPr>
          <w:b/>
        </w:rPr>
        <w:t xml:space="preserve">[03:57] </w:t>
      </w:r>
      <w:r>
        <w:t>so, it's a recorded statement by him saying that this translation is one of the best translations.</w:t>
      </w:r>
    </w:p>
    <w:p>
      <w:pPr>
        <w:jc w:val="right"/>
      </w:pPr>
      <w:r>
        <w:t>So, it's a recorded statement by him saying that this translation is one of the best translations.</w:t>
      </w:r>
    </w:p>
    <w:p>
      <w:r>
        <w:rPr>
          <w:b/>
        </w:rPr>
        <w:t xml:space="preserve">[04:03] </w:t>
      </w:r>
      <w:r>
        <w:t>and then after that, we distributed the literature to many people. there were a couple of people who also volunteered to join the US team for Dawa purposes.</w:t>
      </w:r>
    </w:p>
    <w:p>
      <w:pPr>
        <w:jc w:val="right"/>
      </w:pPr>
      <w:r>
        <w:t>And then after that, we distributed the literature to many people. There were a couple of people who also volunteered to join the US team for Dawa purposes.</w:t>
      </w:r>
    </w:p>
    <w:p>
      <w:r>
        <w:rPr>
          <w:b/>
        </w:rPr>
        <w:t xml:space="preserve">[04:15] </w:t>
      </w:r>
      <w:r>
        <w:t>so, after that, then we went to the Quaker Center, which is based in Pennsylvania.</w:t>
      </w:r>
    </w:p>
    <w:p>
      <w:pPr>
        <w:jc w:val="right"/>
      </w:pPr>
      <w:r>
        <w:t>So, after that, then we went to the Quaker Center, which is based in Pennsylvania.</w:t>
      </w:r>
    </w:p>
    <w:p>
      <w:r>
        <w:rPr>
          <w:b/>
        </w:rPr>
        <w:t xml:space="preserve">[04:25] </w:t>
      </w:r>
      <w:r>
        <w:t>it is a Christian organization, and they invited us over to interact and also requested Maulana to give a short talk to their members.</w:t>
      </w:r>
    </w:p>
    <w:p>
      <w:pPr>
        <w:jc w:val="right"/>
      </w:pPr>
      <w:r>
        <w:t>It is a Christian organization, and they invited us over to interact and also requested مولانا to give a short talk to their members.</w:t>
      </w:r>
    </w:p>
    <w:p>
      <w:r>
        <w:rPr>
          <w:b/>
        </w:rPr>
        <w:t xml:space="preserve">[04:36] </w:t>
      </w:r>
      <w:r>
        <w:t>And its basically run by the Intelligentsia, and they invite groups every year who come from all over the world, and they conduct study workshops, basically for interfaith, peace, spirituality, conflict resolution.</w:t>
      </w:r>
    </w:p>
    <w:p>
      <w:pPr>
        <w:jc w:val="right"/>
      </w:pPr>
      <w:r>
        <w:t>And it's basically run by the Intelligentsia, and they invite groups every year who come from all over the world, and they conduct study workshops, basically for interfaith, peace, spirituality, conflict resolution.</w:t>
      </w:r>
    </w:p>
    <w:p>
      <w:r>
        <w:rPr>
          <w:b/>
        </w:rPr>
        <w:t xml:space="preserve">[04:54] </w:t>
      </w:r>
      <w:r>
        <w:t>So, it was a very important interaction. And when Maulana spoke at the Quaker Center for Peace, they got so excited that they said that, "We would like to interview you." So, in the evening, you know, the Director of Education and Director of Advancement, Steve Chase and Anne Harper, they came over where Maulana was staying,</w:t>
      </w:r>
    </w:p>
    <w:p>
      <w:pPr>
        <w:jc w:val="right"/>
      </w:pPr>
      <w:r>
        <w:t>So, it was a very important interaction. And when مولانا spoke at the Quaker Center for Peace, they got so excited that they said that, "We would like to interview you." So, in the evening, you know, the Director of Education and Director of Advancement, Steve Chase and Anne Harper, they came over where مولانا was staying,</w:t>
      </w:r>
    </w:p>
    <w:p>
      <w:r>
        <w:rPr>
          <w:b/>
        </w:rPr>
        <w:t xml:space="preserve">[05:15] </w:t>
      </w:r>
      <w:r>
        <w:t>and they interviewed Maulana as to, you know, what his thought process is on peace and how peace can be obtained.</w:t>
      </w:r>
    </w:p>
    <w:p>
      <w:pPr>
        <w:jc w:val="right"/>
      </w:pPr>
      <w:r>
        <w:t>and they interviewed مولانا as to, you know, what his thought process is on peace and how peace can be obtained.</w:t>
      </w:r>
    </w:p>
    <w:p>
      <w:r>
        <w:rPr>
          <w:b/>
        </w:rPr>
        <w:t xml:space="preserve">[05:22] </w:t>
      </w:r>
      <w:r>
        <w:t>And most importantly, they agreed to keep all the books of Maulana in their library. And interestingly, they sent a mail yesterday saying that, "We have kept the books in the library for inquisitive visitors who would come to our retreat, and they can use Maulana's thought process and also understand what peaceful work Maulana Wahiduddin Khan is doing globally."</w:t>
      </w:r>
    </w:p>
    <w:p>
      <w:pPr>
        <w:jc w:val="right"/>
      </w:pPr>
      <w:r>
        <w:t>And most importantly, they agreed to keep all the books of مولانا in their library. And interestingly, they sent a mail yesterday saying that, "We have kept the books in the library for inquisitive visitors who would come to our retreat, and they can use مولانا's thought process and also understand what peaceful work مولانا وحید الدین خان is doing globally."</w:t>
      </w:r>
    </w:p>
    <w:p>
      <w:r>
        <w:rPr>
          <w:b/>
        </w:rPr>
        <w:t xml:space="preserve">[05:52] </w:t>
      </w:r>
      <w:r>
        <w:t>So, it was a very result-oriented interaction that happened in the Quaker Center.</w:t>
      </w:r>
    </w:p>
    <w:p>
      <w:pPr>
        <w:jc w:val="right"/>
      </w:pPr>
      <w:r>
        <w:t>So, it was a very result-oriented interaction that happened in the Quaker Center.</w:t>
      </w:r>
    </w:p>
    <w:p>
      <w:r>
        <w:rPr>
          <w:b/>
        </w:rPr>
        <w:t xml:space="preserve">[06:01] </w:t>
      </w:r>
      <w:r>
        <w:t>Then after that, you know, there were a number of interactions that happened. There were groups who were coming in between to interact with Maulana.</w:t>
      </w:r>
    </w:p>
    <w:p>
      <w:pPr>
        <w:jc w:val="right"/>
      </w:pPr>
      <w:r>
        <w:t>Then after that, you know, there were a number of interactions that happened. There were groups who were coming in between to interact with مولانا.</w:t>
      </w:r>
    </w:p>
    <w:p>
      <w:r>
        <w:rPr>
          <w:b/>
        </w:rPr>
        <w:t xml:space="preserve">[06:10] </w:t>
      </w:r>
      <w:r>
        <w:t>There were individuals who came to meet Maulana. There was one commissioner from the governing board of ISKCON Temple. He was</w:t>
      </w:r>
    </w:p>
    <w:p>
      <w:pPr>
        <w:jc w:val="right"/>
      </w:pPr>
      <w:r>
        <w:t>There were individuals who came to meet مولانا. There was one commissioner from the governing board of ISKCON Temple. He was</w:t>
      </w:r>
    </w:p>
    <w:p>
      <w:r>
        <w:rPr>
          <w:b/>
        </w:rPr>
        <w:t xml:space="preserve">[06:19] </w:t>
      </w:r>
      <w:r>
        <w:t>a US citizen. He was a white who had embraced Krishna consciousness. And when he was having interaction with Maulana, he was asking about, "What is your idea of peace?</w:t>
      </w:r>
    </w:p>
    <w:p>
      <w:pPr>
        <w:jc w:val="right"/>
      </w:pPr>
      <w:r>
        <w:t>a US citizen. He was a white who had embraced Krishna consciousness. And when he was having interaction with مولانا، he was asking about, "What is your idea of peace?</w:t>
      </w:r>
    </w:p>
    <w:p>
      <w:r>
        <w:rPr>
          <w:b/>
        </w:rPr>
        <w:t xml:space="preserve">[06:31] </w:t>
      </w:r>
      <w:r>
        <w:t>How peace can be obtained?" So, he said to Maulana in between that, "Molana, your voice is such that it creates a desire in the other person to listen to you." So, you know, it was a very nice statement that we heard from him</w:t>
      </w:r>
    </w:p>
    <w:p>
      <w:pPr>
        <w:jc w:val="right"/>
      </w:pPr>
      <w:r>
        <w:t>How peace can be obtained?" So, he said to مولانا in between that, "Molana, your voice is such that it creates a desire in the other person to listen to you." So, you know, it was a very nice statement that we heard from him</w:t>
      </w:r>
    </w:p>
    <w:p>
      <w:r>
        <w:rPr>
          <w:b/>
        </w:rPr>
        <w:t xml:space="preserve">[06:47] </w:t>
      </w:r>
      <w:r>
        <w:t>. And then, of course, he took many books from Maulana. And then after that, you know, we had the important interaction at the ISNA Convention.</w:t>
      </w:r>
    </w:p>
    <w:p>
      <w:pPr>
        <w:jc w:val="right"/>
      </w:pPr>
      <w:r>
        <w:t>. And then, of course, he took many books from مولانا. And then after that, you know, we had the important interaction at the ISNA Convention.</w:t>
      </w:r>
    </w:p>
    <w:p>
      <w:r>
        <w:rPr>
          <w:b/>
        </w:rPr>
        <w:t xml:space="preserve">[06:58] </w:t>
      </w:r>
      <w:r>
        <w:t>At the ISNA Convention, there were a number of meetings that took place. There was a luncheon meeting where we had organized the desk where Age of Peace and Quranic Wisdom was distributed to</w:t>
      </w:r>
    </w:p>
    <w:p>
      <w:pPr>
        <w:jc w:val="right"/>
      </w:pPr>
      <w:r>
        <w:t>At the ISNA Convention, there were a number of meetings that took place. There was a luncheon meeting where we had organized the desk where Age of Peace and Quranic Wisdom was distributed to</w:t>
      </w:r>
    </w:p>
    <w:p>
      <w:r>
        <w:rPr>
          <w:b/>
        </w:rPr>
        <w:t xml:space="preserve">[07:10] </w:t>
      </w:r>
      <w:r>
        <w:t>all. You would be happy to know that we carried almost about 10,000 copies each of Age of Peace and Quranic Wisdom, and it was, you know, done on a war-footing scale by Dr.</w:t>
      </w:r>
    </w:p>
    <w:p>
      <w:pPr>
        <w:jc w:val="right"/>
      </w:pPr>
      <w:r>
        <w:t>all. You would be happy to know that we carried almost about 10,000 copies each of Age of Peace and Quranic Wisdom, and it was, you know, done on a war-footing scale by Dr.</w:t>
      </w:r>
    </w:p>
    <w:p>
      <w:r>
        <w:rPr>
          <w:b/>
        </w:rPr>
        <w:t xml:space="preserve">[07:22] </w:t>
      </w:r>
      <w:r>
        <w:t>Saniyah Snain Khan and the US team. So, the books were distributed there, and there was a talk that was organized for Maulana, and the topic there was dealing with extremism in the Muslim community.</w:t>
      </w:r>
    </w:p>
    <w:p>
      <w:pPr>
        <w:jc w:val="right"/>
      </w:pPr>
      <w:r>
        <w:t>Saniyah Snain Khan and the US team. So, the books were distributed there, and there was a talk that was organized for مولانا، and the topic there was dealing with extremism in the Muslim community.</w:t>
      </w:r>
    </w:p>
    <w:p>
      <w:r>
        <w:rPr>
          <w:b/>
        </w:rPr>
        <w:t xml:space="preserve">[07:39] </w:t>
      </w:r>
      <w:r>
        <w:t>And the talk went very well. There were many questions that were put up, and there was a representation from the media section as well.</w:t>
      </w:r>
    </w:p>
    <w:p>
      <w:pPr>
        <w:jc w:val="right"/>
      </w:pPr>
      <w:r>
        <w:t>And the talk went very well. There were many questions that were put up, and there was a representation from the media section as well.</w:t>
      </w:r>
    </w:p>
    <w:p>
      <w:r>
        <w:rPr>
          <w:b/>
        </w:rPr>
        <w:t xml:space="preserve">[07:48] </w:t>
      </w:r>
      <w:r>
        <w:t>There were people from Voice of America and other places. And after that, finally, there was the award ceremony, which took place on September 6th, and they relaunched Age of Peace again.</w:t>
      </w:r>
    </w:p>
    <w:p>
      <w:pPr>
        <w:jc w:val="right"/>
      </w:pPr>
      <w:r>
        <w:t>There were people from Voice of America and other places. And after that, finally, there was the award ceremony, which took place on September 6th, and they relaunched Age of Peace again.</w:t>
      </w:r>
    </w:p>
    <w:p>
      <w:r>
        <w:rPr>
          <w:b/>
        </w:rPr>
        <w:t xml:space="preserve">[08:02] </w:t>
      </w:r>
      <w:r>
        <w:t>In fact,</w:t>
      </w:r>
    </w:p>
    <w:p>
      <w:pPr>
        <w:jc w:val="right"/>
      </w:pPr>
      <w:r>
        <w:t>In fact,</w:t>
      </w:r>
    </w:p>
    <w:p>
      <w:r>
        <w:rPr>
          <w:b/>
        </w:rPr>
        <w:t xml:space="preserve">[08:03] </w:t>
      </w:r>
      <w:r>
        <w:t>Dr. Syed Saeed, the ISNA National Interfaith Director, urged every person sitting there. He said everyone should read and discuss Maulana's new book, The Age of Peace.</w:t>
      </w:r>
    </w:p>
    <w:p>
      <w:pPr>
        <w:jc w:val="right"/>
      </w:pPr>
      <w:r>
        <w:t>Dr. Syed Saeed, the ISNA National Interfaith Director,urged every person sitting there. He said everyone should read and discuss مولانا's new book, The Age of Peace.</w:t>
      </w:r>
    </w:p>
    <w:p>
      <w:r>
        <w:rPr>
          <w:b/>
        </w:rPr>
        <w:t xml:space="preserve">[08:17] </w:t>
      </w:r>
      <w:r>
        <w:t>And it was attended by very important dignitaries, including the US Ambassador at Large for Interfaith and Religious Understanding.</w:t>
      </w:r>
    </w:p>
    <w:p>
      <w:pPr>
        <w:jc w:val="right"/>
      </w:pPr>
      <w:r>
        <w:t>And it was attended by very important dignitaries, including the US Ambassador at Large for Interfaith and Religious Understanding.</w:t>
      </w:r>
    </w:p>
    <w:p>
      <w:r>
        <w:rPr>
          <w:b/>
        </w:rPr>
        <w:t xml:space="preserve">[08:25] </w:t>
      </w:r>
      <w:r>
        <w:t>There were many Imams from the leading masjids and many people,</w:t>
      </w:r>
    </w:p>
    <w:p>
      <w:pPr>
        <w:jc w:val="right"/>
      </w:pPr>
      <w:r>
        <w:t>There were many Imams from the leading masjids and many people,</w:t>
      </w:r>
    </w:p>
    <w:p>
      <w:r>
        <w:rPr>
          <w:b/>
        </w:rPr>
        <w:t xml:space="preserve">[08:30] </w:t>
      </w:r>
      <w:r>
        <w:t>and each time the CPS team seized the opportunity in terms of giving out, you know, the literature to one and all.</w:t>
      </w:r>
    </w:p>
    <w:p>
      <w:pPr>
        <w:jc w:val="right"/>
      </w:pPr>
      <w:r>
        <w:t>and each time the CPS team seized the opportunity in terms of giving out, you know, the literature to one and all.</w:t>
      </w:r>
    </w:p>
    <w:p>
      <w:r>
        <w:rPr>
          <w:b/>
        </w:rPr>
        <w:t xml:space="preserve">[08:39] </w:t>
      </w:r>
      <w:r>
        <w:t>And I must share this with all of you that its only been two days that we are back, but you know, the results can only be seen by, you know, the mails that you started to receive.</w:t>
      </w:r>
    </w:p>
    <w:p>
      <w:pPr>
        <w:jc w:val="right"/>
      </w:pPr>
      <w:r>
        <w:t>And I must share this with all of you that it's only been two days that we are back, but you know, the results can only be seen by, you know, the mails that you started to receive.</w:t>
      </w:r>
    </w:p>
    <w:p>
      <w:r>
        <w:rPr>
          <w:b/>
        </w:rPr>
        <w:t xml:space="preserve">[08:51] </w:t>
      </w:r>
      <w:r>
        <w:t>This morning, we got a message from the US team saying that a large group approached them and has asked for several boxes of Age of Peace and Quranic Wisdom.</w:t>
      </w:r>
    </w:p>
    <w:p>
      <w:pPr>
        <w:jc w:val="right"/>
      </w:pPr>
      <w:r>
        <w:t>This morning, we got a message from the US team saying that a large group approached them and has asked for several boxes of Age of Peace and Quranic Wisdom.</w:t>
      </w:r>
    </w:p>
    <w:p>
      <w:r>
        <w:rPr>
          <w:b/>
        </w:rPr>
        <w:t xml:space="preserve">[09:02] </w:t>
      </w:r>
      <w:r>
        <w:t>And these are groups which comprise Arabic, Indian, Pakistan, and different countries, and they said that we require Maulana's material in huge quantity, and we would get involved in the Dawa process</w:t>
      </w:r>
    </w:p>
    <w:p>
      <w:pPr>
        <w:jc w:val="right"/>
      </w:pPr>
      <w:r>
        <w:t>And these are groups which comprise Arabic, Indian, Pakistan, and different countries, and they said that we require مولانا's material in huge quantity, and we would get involved in the Dawa process</w:t>
      </w:r>
    </w:p>
    <w:p>
      <w:r>
        <w:rPr>
          <w:b/>
        </w:rPr>
        <w:t xml:space="preserve">[09:17] </w:t>
      </w:r>
      <w:r>
        <w:t>. And secondly, there were many large organizations who are engaged in Dawa work in the US. They have also approached Kaleem Sahib, and they said that we would want to distribute, you know, this already prepared material that the Center for Peace and Spirituality has.</w:t>
      </w:r>
    </w:p>
    <w:p>
      <w:pPr>
        <w:jc w:val="right"/>
      </w:pPr>
      <w:r>
        <w:t>. And secondly, there were many large organizations who are engaged in Dawa work in the US. They have also approached Kaleem Sahib, and they said that we would want to distribute, you know, this already prepared material that the Center for Peace and Spirituality has.</w:t>
      </w:r>
    </w:p>
    <w:p>
      <w:r>
        <w:rPr>
          <w:b/>
        </w:rPr>
        <w:t xml:space="preserve">[09:32] </w:t>
      </w:r>
      <w:r>
        <w:t>So, overall, I think the journey was very successful. Its a historic journey, and I must say that this has, under the guidance of Maulana Sahib, taken the CPS to the next lev</w:t>
      </w:r>
    </w:p>
    <w:p>
      <w:pPr>
        <w:jc w:val="right"/>
      </w:pPr>
      <w:r>
        <w:t>So, overall, I think the journey was very successful. It's a historic journey, and I must say that this has, under the guidance of مولانا صاحب, taken the CPS to the next lev</w:t>
      </w:r>
    </w:p>
    <w:p>
      <w:r>
        <w:rPr>
          <w:b/>
        </w:rPr>
        <w:t xml:space="preserve">[09:47] </w:t>
      </w:r>
      <w:r>
        <w:t>el, and it's time that, you know, we organize ourselves more in a better way to take things forward. So, we will be launching several initiatives in Delhi also, and we will let you know what we are going to do about it.</w:t>
      </w:r>
    </w:p>
    <w:p>
      <w:pPr>
        <w:jc w:val="right"/>
      </w:pPr>
      <w:r>
        <w:t>el, and it's time that, you know, we organize ourselves more in a better way to take things forward. So, we will be launching several initiatives in Delhi also, and we will let you know what we are going to do about it.</w:t>
      </w:r>
    </w:p>
    <w:p>
      <w:r>
        <w:rPr>
          <w:b/>
        </w:rPr>
        <w:t xml:space="preserve">[10:03] </w:t>
      </w:r>
      <w:r>
        <w:t>So, as of now, you know, this was the information that I wanted to share with all of you. So, I would now request Maulana Sahab to begin his Sunday session.</w:t>
      </w:r>
    </w:p>
    <w:p>
      <w:pPr>
        <w:jc w:val="right"/>
      </w:pPr>
      <w:r>
        <w:t>So, as of now, you know, this was the information that I wanted to share with all of you. So, I would now request مولانا صاحب to begin his Sunday session.</w:t>
      </w:r>
    </w:p>
    <w:p>
      <w:r>
        <w:rPr>
          <w:b/>
        </w:rPr>
        <w:t xml:space="preserve">[10:12] </w:t>
      </w:r>
      <w:r>
        <w:t>Thank you. Bismillah Rehmanur Rahim wa salallahu ala nabiyyil karim rabbishrah li sadri wa yassir li amri</w:t>
      </w:r>
    </w:p>
    <w:p>
      <w:pPr>
        <w:jc w:val="right"/>
      </w:pPr>
      <w:r>
        <w:t>Thank you. بسم اللہ الرحمن الرحیم وصلی اللہ علی نبی الکریم رب اشرح لی صدری ویسر لی امری</w:t>
      </w:r>
    </w:p>
    <w:p>
      <w:r>
        <w:rPr>
          <w:b/>
        </w:rPr>
        <w:t xml:space="preserve">[10:23] </w:t>
      </w:r>
      <w:r>
        <w:t>wah lul uqdata min lisani yafqahu qawli</w:t>
      </w:r>
    </w:p>
    <w:p>
      <w:pPr>
        <w:jc w:val="right"/>
      </w:pPr>
      <w:r>
        <w:t>واحل العقدۃ من لسانی یفقہ قولی</w:t>
      </w:r>
    </w:p>
    <w:p>
      <w:r>
        <w:rPr>
          <w:b/>
        </w:rPr>
        <w:t xml:space="preserve">[10:32] </w:t>
      </w:r>
      <w:r>
        <w:t>Jaisa ke aap jante hain, aaj kal itwar ke class mein Quran ka silsile war dars ho raha hai.</w:t>
      </w:r>
    </w:p>
    <w:p>
      <w:pPr>
        <w:jc w:val="right"/>
      </w:pPr>
      <w:r>
        <w:t>جیسا کہ آپ جانتے ہیں، آج کل اتوار کے کلاس میں قرآن کا سلسلے وار درس ہو رہا ہے۔</w:t>
      </w:r>
    </w:p>
    <w:p>
      <w:r>
        <w:rPr>
          <w:b/>
        </w:rPr>
        <w:t xml:space="preserve">[10:44] </w:t>
      </w:r>
      <w:r>
        <w:t>Aaj is ko postpone kar diya gaya kyunke Amreeka ke safar ke bare mein kuch log sunna chahte the.</w:t>
      </w:r>
    </w:p>
    <w:p>
      <w:pPr>
        <w:jc w:val="right"/>
      </w:pPr>
      <w:r>
        <w:t>آج اس کو پوسٹ پون کر دیا گیا کیونکہ امریکہ کے سفر کے بارے میں کچھ لوگ سننا چاہتے تھے۔</w:t>
      </w:r>
    </w:p>
    <w:p>
      <w:r>
        <w:rPr>
          <w:b/>
        </w:rPr>
        <w:t xml:space="preserve">[10:57] </w:t>
      </w:r>
      <w:r>
        <w:t>To Mr. Rith Brothra is safar mein shuru se aakhir tak mere saath the. Un se aap ne wahan ki kuch baatein suni.</w:t>
      </w:r>
    </w:p>
    <w:p>
      <w:pPr>
        <w:jc w:val="right"/>
      </w:pPr>
      <w:r>
        <w:t>تو مسٹر ریت بھروترا اس سفر میں شروع سے آخر تک میرے ساتھ تھے۔ ان سے آپ نے وہاں کی کچھ باتیں سنی۔</w:t>
      </w:r>
    </w:p>
    <w:p>
      <w:r>
        <w:rPr>
          <w:b/>
        </w:rPr>
        <w:t xml:space="preserve">[11:09] </w:t>
      </w:r>
      <w:r>
        <w:t>Main kuch aur kuch kuch buniyadi baatein jo safar mein pesh aayin, to is ke bare mein main kuch arz karna chahta hoon.</w:t>
      </w:r>
    </w:p>
    <w:p>
      <w:pPr>
        <w:jc w:val="right"/>
      </w:pPr>
      <w:r>
        <w:t>میں کچھ اور کچھ کچھ بنیادی باتیں جو سفر میں پیش آئیں، تو اس کے بارے میں میں کچھ عرض کرنا چاہتا ہوں۔</w:t>
      </w:r>
    </w:p>
    <w:p>
      <w:r>
        <w:rPr>
          <w:b/>
        </w:rPr>
        <w:t xml:space="preserve">[11:18] </w:t>
      </w:r>
      <w:r>
        <w:t>Dekhein, yeh safar jo hai, wahan ki jo sab se badi Musalmanon ki tanzeem hai, us ke dawat name ke tehat hua.</w:t>
      </w:r>
    </w:p>
    <w:p>
      <w:pPr>
        <w:jc w:val="right"/>
      </w:pPr>
      <w:r>
        <w:t>دیکھیں، یہ سفر جو ہے، وہاں کی جو سب سے بڑی مسلمانوں کی تنظیم ہے، اس کے دعوت نامے کے تحت ہوا۔</w:t>
      </w:r>
    </w:p>
    <w:p>
      <w:r>
        <w:rPr>
          <w:b/>
        </w:rPr>
        <w:t xml:space="preserve">[11:33] </w:t>
      </w:r>
      <w:r>
        <w:t>Is ka naam hai Islamic Society of North America.</w:t>
      </w:r>
    </w:p>
    <w:p>
      <w:pPr>
        <w:jc w:val="right"/>
      </w:pPr>
      <w:r>
        <w:t>اس کا نام ہے اسلامک سوسائٹی آف نارتھ امریکہ۔</w:t>
      </w:r>
    </w:p>
    <w:p>
      <w:r>
        <w:rPr>
          <w:b/>
        </w:rPr>
        <w:t xml:space="preserve">[11:39] </w:t>
      </w:r>
      <w:r>
        <w:t>Is ka abbreviation hai ISNA. To un ka jo session hua, woh Chicago mein hua tha. Chicago mein to is safar ke douran hum Pension Vellia gaye,</w:t>
      </w:r>
    </w:p>
    <w:p>
      <w:pPr>
        <w:jc w:val="right"/>
      </w:pPr>
      <w:r>
        <w:t>اس کا ایبریویشن ہے اسنا۔ تو ان کا جو سیشن ہوا، وہ شکاگو میں ہوا تھا۔ شکاگو میں تو اس سفر کے دوران ہم پینشن ویلیا گئے،</w:t>
      </w:r>
    </w:p>
    <w:p>
      <w:r>
        <w:rPr>
          <w:b/>
        </w:rPr>
        <w:t xml:space="preserve">[11:54] </w:t>
      </w:r>
      <w:r>
        <w:t>Pension Vellia, New York, Washington, aur phir Chicago. Chicago mein hum ko bohat tafseel se apni baat kehne ka mauqa mila.</w:t>
      </w:r>
    </w:p>
    <w:p>
      <w:pPr>
        <w:jc w:val="right"/>
      </w:pPr>
      <w:r>
        <w:t>پینشن ویلیا، نیویارک، واشنگٹن، اور پھر شکاگو۔ شکاگو میں ہم کو بہت تفصیل سے اپنی بات کہنے کا موقع ملا۔</w:t>
      </w:r>
    </w:p>
    <w:p>
      <w:r>
        <w:rPr>
          <w:b/>
        </w:rPr>
        <w:t xml:space="preserve">[12:07] </w:t>
      </w:r>
      <w:r>
        <w:t>Yeh yeh taqreer jo maine ki, woh recorded hai. Woh aap inshallah internet par dekh sakenge.</w:t>
      </w:r>
    </w:p>
    <w:p>
      <w:pPr>
        <w:jc w:val="right"/>
      </w:pPr>
      <w:r>
        <w:t>یہ یہ تقریر جو میں نے کی، وہ ریکارڈڈ ہے۔ وہ آپ انشاءاللہ انٹرنیٹ پر دیکھ سکیں گے۔</w:t>
      </w:r>
    </w:p>
    <w:p>
      <w:r>
        <w:rPr>
          <w:b/>
        </w:rPr>
        <w:t xml:space="preserve">[12:19] </w:t>
      </w:r>
      <w:r>
        <w:t>Maine wahan par ek baat jis par maine zor diya, woh yeh hai ke is kitab ke hawale se jo kitab hai "Age of Peace"</w:t>
      </w:r>
    </w:p>
    <w:p>
      <w:pPr>
        <w:jc w:val="right"/>
      </w:pPr>
      <w:r>
        <w:t>میں نے وہاں پر ایک بات جس پر میں نے زور دیا، وہ یہ ہے کہ اس کتاب کے حوالے سے جو کتاب ہے "ایج آف پیس"</w:t>
      </w:r>
    </w:p>
    <w:p>
      <w:r>
        <w:rPr>
          <w:b/>
        </w:rPr>
        <w:t xml:space="preserve">[12:33] </w:t>
      </w:r>
      <w:r>
        <w:t>, to maine kaha ke</w:t>
      </w:r>
    </w:p>
    <w:p>
      <w:pPr>
        <w:jc w:val="right"/>
      </w:pPr>
      <w:r>
        <w:t>، تو میں نے کہا کہ</w:t>
      </w:r>
    </w:p>
    <w:p>
      <w:r>
        <w:rPr>
          <w:b/>
        </w:rPr>
        <w:t xml:space="preserve">[12:38] </w:t>
      </w:r>
      <w:r>
        <w:t>ek Hadees hai</w:t>
      </w:r>
    </w:p>
    <w:p>
      <w:pPr>
        <w:jc w:val="right"/>
      </w:pPr>
      <w:r>
        <w:t>ایک حدیث ہے</w:t>
      </w:r>
    </w:p>
    <w:p>
      <w:r>
        <w:rPr>
          <w:b/>
        </w:rPr>
        <w:t xml:space="preserve">[12:42] </w:t>
      </w:r>
      <w:r>
        <w:t>wa alal aaqili an yakuna basiran bizamanih yani waahid momin woh hai jo apne zamane ko jaane.</w:t>
      </w:r>
    </w:p>
    <w:p>
      <w:pPr>
        <w:jc w:val="right"/>
      </w:pPr>
      <w:r>
        <w:t>وعلی العاقل ان یکون بصیرا بزمانہ یعنی واحد مومن وہ ہے جو اپنے زمانے کو جانے۔</w:t>
      </w:r>
    </w:p>
    <w:p>
      <w:r>
        <w:rPr>
          <w:b/>
        </w:rPr>
        <w:t xml:space="preserve">[12:59] </w:t>
      </w:r>
      <w:r>
        <w:t>Yeh Hadees bohat hi ajeeb hai,</w:t>
      </w:r>
    </w:p>
    <w:p>
      <w:pPr>
        <w:jc w:val="right"/>
      </w:pPr>
      <w:r>
        <w:t>یہ حدیث بہت ہی عجیب ہے،</w:t>
      </w:r>
    </w:p>
    <w:p>
      <w:r>
        <w:rPr>
          <w:b/>
        </w:rPr>
        <w:t xml:space="preserve">[13:03] </w:t>
      </w:r>
      <w:r>
        <w:t>is par main bohat ghaur karta hoon. To mujhe samajh mein aata hai ke is ka taluq hai wise planning se. Wise planning yani wise planning wahi kar sakta hai jo apne zamane ke ahwal se waqif ho,</w:t>
      </w:r>
    </w:p>
    <w:p>
      <w:pPr>
        <w:jc w:val="right"/>
      </w:pPr>
      <w:r>
        <w:t>اس پر میں بہت غور کرتا ہوں۔ تو مجھے سمجھ میں آتا ہے کہ اس کا تعلق ہے وائز پلاننگ سے۔ وائز پلاننگ یعنی وائز پلاننگ وہی کر سکتا ہے جو اپنے زمانے کے احوال سے واقف ہو،</w:t>
      </w:r>
    </w:p>
    <w:p>
      <w:r>
        <w:rPr>
          <w:b/>
        </w:rPr>
        <w:t xml:space="preserve">[13:20] </w:t>
      </w:r>
      <w:r>
        <w:t>kyunke planning asal mein apne zamane ke opportunities ko avail karne ke liye hoti hai.</w:t>
      </w:r>
    </w:p>
    <w:p>
      <w:pPr>
        <w:jc w:val="right"/>
      </w:pPr>
      <w:r>
        <w:t>کیونکہ پلاننگ اصلاً اپنے زمانے کے اپرچونیٹیز کو اویل کرنے کے لیے ہوتی ہے۔</w:t>
      </w:r>
    </w:p>
    <w:p>
      <w:r>
        <w:rPr>
          <w:b/>
        </w:rPr>
        <w:t xml:space="preserve">[13:31] </w:t>
      </w:r>
      <w:r>
        <w:t>Asal mein</w:t>
      </w:r>
    </w:p>
    <w:p>
      <w:pPr>
        <w:jc w:val="right"/>
      </w:pPr>
      <w:r>
        <w:t>اصلاً</w:t>
      </w:r>
    </w:p>
    <w:p>
      <w:r>
        <w:rPr>
          <w:b/>
        </w:rPr>
        <w:t xml:space="preserve">[13:33] </w:t>
      </w:r>
      <w:r>
        <w:t>To agar aap zamane ko na jaane to aap avail bhi nahi kar sakenge. To maine kaha ke yeh zamana jo hai, yeh is ka khaas jo pehlu hai, woh hai freedom, total freedom.</w:t>
      </w:r>
    </w:p>
    <w:p>
      <w:pPr>
        <w:jc w:val="right"/>
      </w:pPr>
      <w:r>
        <w:t>تو اگر آپ زمانے کو نہ جانیں تو آپ اویل بھی نہیں کر سکیں گے۔ تو میں نے کہا کہ یہ زمانہ جو ہے، یہ اس کا خاص جو پہلو ہے، وہ ہے فریڈم، ٹوٹل فریڈم۔</w:t>
      </w:r>
    </w:p>
    <w:p>
      <w:r>
        <w:rPr>
          <w:b/>
        </w:rPr>
        <w:t xml:space="preserve">[13:49] </w:t>
      </w:r>
      <w:r>
        <w:t>Is se pehle duniya mein kabhi insaan ko total freedom nahi mila tha, kyunke badshahon ka zamana hota tha.</w:t>
      </w:r>
    </w:p>
    <w:p>
      <w:pPr>
        <w:jc w:val="right"/>
      </w:pPr>
      <w:r>
        <w:t>اس سے پہلے دنیا میں کبھی انسان کو ٹوٹل فریڈم نہیں ملا تھا، کیونکہ بادشاہوں کا زمانہ ہوتا تھا۔</w:t>
      </w:r>
    </w:p>
    <w:p>
      <w:r>
        <w:rPr>
          <w:b/>
        </w:rPr>
        <w:t xml:space="preserve">[14:02] </w:t>
      </w:r>
      <w:r>
        <w:t>Badshah ke zamane mein azadi ka haq sirf badshah ko tha, baqi log usay subject hote the. Yeh zamana jis mein ke democracy aayi hai, ek ek shakhs ka yeh undeniable right maan liya gaya ke woh azaad hai aur apni azadi ko jis tarah chahe istemal kar sakta hai.</w:t>
      </w:r>
    </w:p>
    <w:p>
      <w:pPr>
        <w:jc w:val="right"/>
      </w:pPr>
      <w:r>
        <w:t>بادشاہ کے زمانے میں آزادی کا حق صرف بادشاہ کو تھا، باقی لوگ اسے سبجیکٹ ہوتے تھے۔ یہ زمانہ جس میں کہ ڈیموکریسی آئی ہے، ایک ایک شخص کا یہ ان ڈینائیبل رائٹ مان لیا گیا کہ وہ آزاد ہے اور اپنی آزادی کو جس طرح چاہے استعمال کر سکتا ہے۔</w:t>
      </w:r>
    </w:p>
    <w:p>
      <w:r>
        <w:rPr>
          <w:b/>
        </w:rPr>
        <w:t xml:space="preserve">[14:27] </w:t>
      </w:r>
      <w:r>
        <w:t>To yeh kaisi anokhi baat hai!</w:t>
      </w:r>
    </w:p>
    <w:p>
      <w:pPr>
        <w:jc w:val="right"/>
      </w:pPr>
      <w:r>
        <w:t>تو یہ کیسی انوکھی بات ہے!</w:t>
      </w:r>
    </w:p>
    <w:p>
      <w:r>
        <w:rPr>
          <w:b/>
        </w:rPr>
        <w:t xml:space="preserve">[14:30] </w:t>
      </w:r>
      <w:r>
        <w:t>khud rasool Allah ke zamane mein azadi nahi thi. Quran mein dekhiye, yeh aayat hai ar'ait alladhina yanhā 'abdan idha ṣallā dekho, in logon ko yeh Allah ke bande ko haram mein namaz parhne se rokte hain.</w:t>
      </w:r>
    </w:p>
    <w:p>
      <w:pPr>
        <w:jc w:val="right"/>
      </w:pPr>
      <w:r>
        <w:t>خود رسول اللہ کے زمانے میں آزادی نہیں تھی۔ قرآن میں دیکھیے، یہ آیت ہے ارأيت الذين ينهى عبداً إذا صلى دیکھو، ان لوگوں کو یہ اللہ کے بندے کو حرم میں نماز پڑھنے سے روکتے ہیں۔</w:t>
      </w:r>
    </w:p>
    <w:p>
      <w:r>
        <w:rPr>
          <w:b/>
        </w:rPr>
        <w:t xml:space="preserve">[14:51] </w:t>
      </w:r>
      <w:r>
        <w:t>aaj to aap ko kahin rukawat nahi hai, duniya mein jahan chahe namaz parhiye.</w:t>
      </w:r>
    </w:p>
    <w:p>
      <w:pPr>
        <w:jc w:val="right"/>
      </w:pPr>
      <w:r>
        <w:t>آج تو آپ کو کہیں رکاوٹ نہیں ہے، دنیا میں جہاں چاہے نماز پڑھیے۔</w:t>
      </w:r>
    </w:p>
    <w:p>
      <w:r>
        <w:rPr>
          <w:b/>
        </w:rPr>
        <w:t xml:space="preserve">[14:58] </w:t>
      </w:r>
      <w:r>
        <w:t>to kehti hain, ajeeb ajeeb baat hai yeh ke rasool Allah aur ashaab-e-rasool ko namaz parhne mein problem hota tha.</w:t>
      </w:r>
    </w:p>
    <w:p>
      <w:pPr>
        <w:jc w:val="right"/>
      </w:pPr>
      <w:r>
        <w:t>تو کہتی ہیں، عجیب عجیب بات ہے یہ کہ رسول اللہ اور اصحاب رسول کو نماز پڑھنے میں پرابلم ہوتا تھا۔</w:t>
      </w:r>
    </w:p>
    <w:p>
      <w:r>
        <w:rPr>
          <w:b/>
        </w:rPr>
        <w:t xml:space="preserve">[15:08] </w:t>
      </w:r>
      <w:r>
        <w:t>aaj aap masjidain banate hain, wahan namaz parhte hain, koi problem nahi hai. yeh hai azadi! to yeh daur jo hai, is ko pehchanna hai aap ko.</w:t>
      </w:r>
    </w:p>
    <w:p>
      <w:pPr>
        <w:jc w:val="right"/>
      </w:pPr>
      <w:r>
        <w:t>آج آپ مسجدیں بناتے ہیں، وہاں نماز پڑھتے ہیں، کوئی پرابلم نہیں ہے۔ یہ ہے آزادی! تو یہ دور جو ہے، اس کو پہچاننا ہے آپ کو۔</w:t>
      </w:r>
    </w:p>
    <w:p>
      <w:r>
        <w:rPr>
          <w:b/>
        </w:rPr>
        <w:t xml:space="preserve">[15:17] </w:t>
      </w:r>
      <w:r>
        <w:t>to yeh jaanna parega ke is ka asal kya hai. woh hai azadi!</w:t>
      </w:r>
    </w:p>
    <w:p>
      <w:pPr>
        <w:jc w:val="right"/>
      </w:pPr>
      <w:r>
        <w:t>تو یہ جاننا پڑے گا کہ اس کا اصل کیا ہے۔ وہ ہے آزادی!</w:t>
      </w:r>
    </w:p>
    <w:p>
      <w:r>
        <w:rPr>
          <w:b/>
        </w:rPr>
        <w:t xml:space="preserve">[15:26] </w:t>
      </w:r>
      <w:r>
        <w:t>is daur ki sab se bari sifat jo hai, woh azadi hai. azadi kya hai? azadi ka matlab hai opportunities ko avail karne ki azadi.</w:t>
      </w:r>
    </w:p>
    <w:p>
      <w:pPr>
        <w:jc w:val="right"/>
      </w:pPr>
      <w:r>
        <w:t>اس دور کی سب سے بڑی صفت جو ہے، وہ آزادی ہے۔ آزادی کیا ہے؟ آزادی کا مطلب ہے اپرچونیٹیز کو اویل کرنے کی آزادی۔</w:t>
      </w:r>
    </w:p>
    <w:p>
      <w:r>
        <w:rPr>
          <w:b/>
        </w:rPr>
        <w:t xml:space="preserve">[15:38] </w:t>
      </w:r>
      <w:r>
        <w:t>azadi kya hai? mawaqe ko istemal karne ki azadi. to is zamane mein dekhiye, opportunities ka explosion hua hai.</w:t>
      </w:r>
    </w:p>
    <w:p>
      <w:pPr>
        <w:jc w:val="right"/>
      </w:pPr>
      <w:r>
        <w:t>آزادی کیا ہے؟ مواقع کو استعمال کرنے کی آزادی۔ تو اس زمانے میں دیکھیے، اپرچونیٹیز کا ایکسپلوژن ہوا ہے۔</w:t>
      </w:r>
    </w:p>
    <w:p>
      <w:r>
        <w:rPr>
          <w:b/>
        </w:rPr>
        <w:t xml:space="preserve">[15:51] </w:t>
      </w:r>
      <w:r>
        <w:t>explosion! yeh zamana opportunity explosion ka zamana hai. aur doosri taraf azadi. yani ek taraf to opportunities jo hai, bohat zyada in ka infijar hua,</w:t>
      </w:r>
    </w:p>
    <w:p>
      <w:pPr>
        <w:jc w:val="right"/>
      </w:pPr>
      <w:r>
        <w:t>ایکسپلوژن! یہ زمانہ اپرچونیٹی ایکسپلوژن کا زمانہ ہے۔ اور دوسری طرف آزادی۔ یعنی ایک طرف تو اپرچونیٹیز جو ہے، بہت زیادہ ان کا انفجار ہوا،</w:t>
      </w:r>
    </w:p>
    <w:p>
      <w:r>
        <w:rPr>
          <w:b/>
        </w:rPr>
        <w:t xml:space="preserve">[16:07] </w:t>
      </w:r>
      <w:r>
        <w:t>aur doosri taraf azadi mil gayi. jis tarah chahe is ko istemal kijiye, chahe education ke liye, chahe dawat ke liye, chahe business ke liye, jis jis maqsad ke liye chale jayen, istemal kijiye.</w:t>
      </w:r>
    </w:p>
    <w:p>
      <w:pPr>
        <w:jc w:val="right"/>
      </w:pPr>
      <w:r>
        <w:t>اور دوسری طرف آزادی مل گئی۔ جس طرح چاہے اس کو استعمال کیجئے، چاہے ایجوکیشن کے لیے، چاہے دعوت کے لیے، چاہے بزنس کے لیے، جس جس مقصد کے لیے چلے جائیں، استعمال کیجئے۔</w:t>
      </w:r>
    </w:p>
    <w:p>
      <w:r>
        <w:rPr>
          <w:b/>
        </w:rPr>
        <w:t xml:space="preserve">[16:19] </w:t>
      </w:r>
      <w:r>
        <w:t>koi rukawat nahi, koi rukawat nahi. to maine kaha ke lekin ek rukawat hai, woh hai yeh ke aap apni azadi ko istemal karen to kisi ko aap harm na pahunchayen,</w:t>
      </w:r>
    </w:p>
    <w:p>
      <w:pPr>
        <w:jc w:val="right"/>
      </w:pPr>
      <w:r>
        <w:t>کوئی رکاوٹ نہیں، کوئی رکاوٹ نہیں۔ تو میں نے کہا کہ لیکن ایک رکاوٹ ہے، وہ ہے یہ کہ آپ اپنی آزادی کو استعمال کریں تو کسی کو آپ ہارم نہ پہنچائیں،</w:t>
      </w:r>
    </w:p>
    <w:p>
      <w:r>
        <w:rPr>
          <w:b/>
        </w:rPr>
        <w:t xml:space="preserve">[16:35] </w:t>
      </w:r>
      <w:r>
        <w:t>kisi ko physical harm na pahunchayen, kisi ko takleef na den. jab tak aap doosron ko nuqsan pahunchane se bachenge, aap ko koi rokne wala nahi hai.</w:t>
      </w:r>
    </w:p>
    <w:p>
      <w:pPr>
        <w:jc w:val="right"/>
      </w:pPr>
      <w:r>
        <w:t>کسی کو فزیکل ہارم نہ پہنچائیں، کسی کو تکلیف نہ دیں۔ جب تک آپ دوسروں کو نقصان پہنچانے سے بچیں گے، آپ کو کوئی روکنے والا نہیں ہے۔</w:t>
      </w:r>
    </w:p>
    <w:p>
      <w:r>
        <w:rPr>
          <w:b/>
        </w:rPr>
        <w:t xml:space="preserve">[16:51] </w:t>
      </w:r>
      <w:r>
        <w:t>to ek waqia hai America ke nazdeek ka, woh bohat strategic waqia hai is mamle mein.</w:t>
      </w:r>
    </w:p>
    <w:p>
      <w:pPr>
        <w:jc w:val="right"/>
      </w:pPr>
      <w:r>
        <w:t>تو ایک واقعہ ہے امریکہ کے نزدیک کا، وہ بہت اسٹریٹیجک واقعہ ہے اس معاملے میں۔</w:t>
      </w:r>
    </w:p>
    <w:p>
      <w:r>
        <w:rPr>
          <w:b/>
        </w:rPr>
        <w:t xml:space="preserve">[17:02] </w:t>
      </w:r>
      <w:r>
        <w:t>kaha jata hai ke jab America azad hua, aap jante hain ke America shuru mein Britishers ki hukumat thi wahan par.</w:t>
      </w:r>
    </w:p>
    <w:p>
      <w:pPr>
        <w:jc w:val="right"/>
      </w:pPr>
      <w:r>
        <w:t>کہا جاتا ہے کہ جب امریکہ آزاد ہوا، آپ جانتے ہیں کہ امریکہ شروع میں برٹشرز کی حکومت تھی وہاں پر۔</w:t>
      </w:r>
    </w:p>
    <w:p>
      <w:r>
        <w:rPr>
          <w:b/>
        </w:rPr>
        <w:t xml:space="preserve">[17:13] </w:t>
      </w:r>
      <w:r>
        <w:t>to jab America azad hua to ek American shehri bohat khush tha, bohat khush tha. woh apne ghar se nikla apni khushi ko manane ke liye,</w:t>
      </w:r>
    </w:p>
    <w:p>
      <w:pPr>
        <w:jc w:val="right"/>
      </w:pPr>
      <w:r>
        <w:t>تو جب امریکہ آزاد ہوا تو ایک امریکن شہری بہت خوش تھا، بہت خوش تھا۔ وہ اپنے گھر سے نکلا اپنی خوشی کو منانے کے لیے،</w:t>
      </w:r>
    </w:p>
    <w:p>
      <w:r>
        <w:rPr>
          <w:b/>
        </w:rPr>
        <w:t xml:space="preserve">[17:29] </w:t>
      </w:r>
      <w:r>
        <w:t>yani celebrate karne ke liye. to woh sadak par chal raha tha, ek unruly manner mein, yani haath aise aise karte hue.</w:t>
      </w:r>
    </w:p>
    <w:p>
      <w:pPr>
        <w:jc w:val="right"/>
      </w:pPr>
      <w:r>
        <w:t>یعنی سیلیبریٹ کرنے کے لیے۔ تو وہ سڑک پر چل رہا تھا، ایک انرولی مینر میں، یعنی ہاتھ ایسے ایسے کرتے ہوئے۔</w:t>
      </w:r>
    </w:p>
    <w:p>
      <w:r>
        <w:rPr>
          <w:b/>
        </w:rPr>
        <w:t xml:space="preserve">[17:40] </w:t>
      </w:r>
      <w:r>
        <w:t>to is dauran uska haath jo hai, ek passerby se, yani ek aur aadmi jo chal raha tha, usi road par se takra gaya, us ki naak se takra gaya.</w:t>
      </w:r>
    </w:p>
    <w:p>
      <w:pPr>
        <w:jc w:val="right"/>
      </w:pPr>
      <w:r>
        <w:t>تو اس دوران اس کا ہاتھ جو ہے، ایک پاسر بائی سے، یعنی ایک اور آدمی جو چل رہا تھا، اسی روڈ پر سے ٹکرا گیا، اس کی ناک سے ٹکرا گیا۔</w:t>
      </w:r>
    </w:p>
    <w:p>
      <w:r>
        <w:rPr>
          <w:b/>
        </w:rPr>
        <w:t xml:space="preserve">[17:56] </w:t>
      </w:r>
      <w:r>
        <w:t>to woh doosra aadmi jo tha, woh ghussa ho gaya. us ne kaha ke "Why you hit my nose? Why you hit my nose?" tum ne meri naak par kyun mara?</w:t>
      </w:r>
    </w:p>
    <w:p>
      <w:pPr>
        <w:jc w:val="right"/>
      </w:pPr>
      <w:r>
        <w:t>تو وہ دوسرا آدمی جو تھا، وہ غصہ ہو گیا۔ اس نے کہا کہ "Why you hit my nose? Why you hit my nose?" تم نے میری ناک پر کیوں مارا؟</w:t>
      </w:r>
    </w:p>
    <w:p>
      <w:r>
        <w:rPr>
          <w:b/>
        </w:rPr>
        <w:t xml:space="preserve">[18:09] </w:t>
      </w:r>
      <w:r>
        <w:t>us ne kaha ke "Today I am free. I am exercising my freedom." to us aadmi ne privately kaha, privately kaha ke "Yes, you are free,</w:t>
      </w:r>
    </w:p>
    <w:p>
      <w:pPr>
        <w:jc w:val="right"/>
      </w:pPr>
      <w:r>
        <w:t>اس نے کہا کہ "Today I am free. I am exercising my freedom." تو اس آدمی نے پرائیویٹلی کہا، پرائیویٹلی کہا کہ "Yes, you are free,</w:t>
      </w:r>
    </w:p>
    <w:p>
      <w:r>
        <w:rPr>
          <w:b/>
        </w:rPr>
        <w:t xml:space="preserve">[18:25] </w:t>
      </w:r>
      <w:r>
        <w:t>but your freedom ends where my nose begins." yeh sahi hai ke tum azad ho, lekin tumhari azadi wahan khatm ho jati hai jahan se meri naak shuru hoti hai.</w:t>
      </w:r>
    </w:p>
    <w:p>
      <w:pPr>
        <w:jc w:val="right"/>
      </w:pPr>
      <w:r>
        <w:t>but your freedom ends where my nose begins." یہ صحیح ہے کہ تم آزاد ہو، لیکن تمہاری آزادی وہاں ختم ہو جاتی ہے جہاں سے میری ناک شروع ہوتی ہے۔</w:t>
      </w:r>
    </w:p>
    <w:p>
      <w:r>
        <w:rPr>
          <w:b/>
        </w:rPr>
        <w:t xml:space="preserve">[18:38] </w:t>
      </w:r>
      <w:r>
        <w:t>to is is qisse ko batane ke baad maine kaha ke dekhiye, yeh America mein New York mein jo waqia hua, us ko kehte hain 9/11.</w:t>
      </w:r>
    </w:p>
    <w:p>
      <w:pPr>
        <w:jc w:val="right"/>
      </w:pPr>
      <w:r>
        <w:t>تو اس اس قصے کو بتانے کے بعد میں نے کہا کہ دیکھیے، یہ امریکہ میں نیویارک میں جو واقعہ ہوا، اس کو کہتے ہیں 9/11۔</w:t>
      </w:r>
    </w:p>
    <w:p>
      <w:r>
        <w:rPr>
          <w:b/>
        </w:rPr>
        <w:t xml:space="preserve">[18:50] </w:t>
      </w:r>
      <w:r>
        <w:t>hum yani ek bohat bara jo tower tha wahan ka, us ko hawa jahaz takra ke device kar diya.</w:t>
      </w:r>
    </w:p>
    <w:p>
      <w:pPr>
        <w:jc w:val="right"/>
      </w:pPr>
      <w:r>
        <w:t>ہم یعنی ایک بہت بڑا جو ٹاور تھا وہاں کا، اس کو ہوا جہاز ٹکرا کے ڈیوائس کر دیا۔</w:t>
      </w:r>
    </w:p>
    <w:p>
      <w:r>
        <w:rPr>
          <w:b/>
        </w:rPr>
        <w:t xml:space="preserve">[19:02] </w:t>
      </w:r>
      <w:r>
        <w:t>to maine kaha ke "It was like hitting the industrial nose of America." yeh jo 9/11 hua, "It was like hitting the industrial nose of America." to aap agar aisa karen to aap azadi ko bharpoor taur par avail nahi kar sakte.</w:t>
      </w:r>
    </w:p>
    <w:p>
      <w:pPr>
        <w:jc w:val="right"/>
      </w:pPr>
      <w:r>
        <w:t>تو میں نے کہا کہ "It was like hitting the industrial nose of America." یہ جو 9/11 ہوا، "It was like hitting the industrial nose of America." تو آپ اگر ایسا کریں تو آپ آزادی کو بھرپور طور پر اویل نہیں کر سکتے۔</w:t>
      </w:r>
    </w:p>
    <w:p>
      <w:r>
        <w:rPr>
          <w:b/>
        </w:rPr>
        <w:t xml:space="preserve">[19:27] </w:t>
      </w:r>
      <w:r>
        <w:t>aap doosre ke nose ko hit karne se apne ko bachana hoga, yani aap ko violence nahi karna hoga, aap ko gun culture aur bib culture nahi chalana hoga.</w:t>
      </w:r>
    </w:p>
    <w:p>
      <w:pPr>
        <w:jc w:val="right"/>
      </w:pPr>
      <w:r>
        <w:t>آپ دوسرے کے نوز کو ہٹ کرنے سے اپنے کو بچانا ہوگا، یعنی آپ کو وائنس نہیں کرنا ہوگا، آپ کو گن کلچر اور بب کلچر نہیں چلانا ہوگا۔</w:t>
      </w:r>
    </w:p>
    <w:p>
      <w:r>
        <w:rPr>
          <w:b/>
        </w:rPr>
        <w:t xml:space="preserve">[19:42] </w:t>
      </w:r>
      <w:r>
        <w:t>is se jitna aap bachayenge apne aap ko, utna hi aap is freedom ko avail kar sakte hain.</w:t>
      </w:r>
    </w:p>
    <w:p>
      <w:pPr>
        <w:jc w:val="right"/>
      </w:pPr>
      <w:r>
        <w:t>اس سے جتنا آپ بچائیں گے اپنے آپ کو، اتنا ہی آپ اس فریڈم کو اویل کر سکتے ہیں۔</w:t>
      </w:r>
    </w:p>
    <w:p>
      <w:r>
        <w:rPr>
          <w:b/>
        </w:rPr>
        <w:t xml:space="preserve">[19:50] </w:t>
      </w:r>
      <w:r>
        <w:t>phir maine misaal di ke dekhen ji, ISNA jo hai, Islamic Society of North America, yeh mashallah isi usool par chal rahi hai.</w:t>
      </w:r>
    </w:p>
    <w:p>
      <w:pPr>
        <w:jc w:val="right"/>
      </w:pPr>
      <w:r>
        <w:t>پھر میں نے مثال دی کہ دیکھیں جی، اسنا جو ہے، اسلامک سوسائٹی آف نارتھ امریکہ، یہ ماشاءاللہ اسی اصول پر چل رہی ہے۔</w:t>
      </w:r>
    </w:p>
    <w:p>
      <w:r>
        <w:rPr>
          <w:b/>
        </w:rPr>
        <w:t xml:space="preserve">[19:59] </w:t>
      </w:r>
      <w:r>
        <w:t>wo peaceful andaaz mein kaam kar rahi hai. ISNA bohat bari tehreek tanzeem hai wahan ki America ki, lekin wo peaceful andaaz mein kaam kar rahi hai, khaas tor par social maidan mein, social service ke maidan mein.</w:t>
      </w:r>
    </w:p>
    <w:p>
      <w:pPr>
        <w:jc w:val="right"/>
      </w:pPr>
      <w:r>
        <w:t>وہ پیس فل انداز میں کام کر رہی ہے۔ اسنا بہت بڑی تحریک تنظیم ہے وہاں کی امریکہ کی، لیکن وہ پیس فل انداز میں کام کر رہی ہے، خاص طور پر سوشل میدان میں، سوشل سروس کے میدان میں۔</w:t>
      </w:r>
    </w:p>
    <w:p>
      <w:r>
        <w:rPr>
          <w:b/>
        </w:rPr>
        <w:t xml:space="preserve">[20:18] </w:t>
      </w:r>
      <w:r>
        <w:t>to bohat kaam kar rahe hain wo log, bohat bara kaam kar rahe hain social service ke andaaz mein. to unhon ne kaha ke dekhiye, ISNA ne America mein goya ek social empire bana rakha hai.</w:t>
      </w:r>
    </w:p>
    <w:p>
      <w:pPr>
        <w:jc w:val="right"/>
      </w:pPr>
      <w:r>
        <w:t>تو بہت کام کر رہے ہیں وہ لوگ، بہت بڑا کام کر رہے ہیں سوشل سروس کے انداز میں۔ تو انہوں نے کہا کہ دیکھیے، اسنا نے امریکہ میں گویا ایک سوشل ایمپائر بنا رکھا ہے۔</w:t>
      </w:r>
    </w:p>
    <w:p>
      <w:r>
        <w:rPr>
          <w:b/>
        </w:rPr>
        <w:t xml:space="preserve">[20:34] </w:t>
      </w:r>
      <w:r>
        <w:t>social empire kyun? is liye ke wo America ke nooks ko hit nahi kar rahe hain. wo tashaddud se, violence se apne ko bachaye hue hain.</w:t>
      </w:r>
    </w:p>
    <w:p>
      <w:pPr>
        <w:jc w:val="right"/>
      </w:pPr>
      <w:r>
        <w:t>سوشل ایمپائر کیوں؟ اس لیے کہ وہ امریکہ کے نوز کو ہٹ نہیں کر رہے ہیں۔ وہ تشدد سے، وائنس سے اپنے کو بچائے ہوئے ہیں۔</w:t>
      </w:r>
    </w:p>
    <w:p>
      <w:r>
        <w:rPr>
          <w:b/>
        </w:rPr>
        <w:t xml:space="preserve">[20:46] </w:t>
      </w:r>
      <w:r>
        <w:t>to bohat bara kaam kar rahe hain. yeh hai wisdom. yahi wisdom is hadith mein batai gayi hai ke zamane ko jano, apne zamane ke taqaze ko jano, tab tumhari planning right planning hogi.</w:t>
      </w:r>
    </w:p>
    <w:p>
      <w:pPr>
        <w:jc w:val="right"/>
      </w:pPr>
      <w:r>
        <w:t>تو بہت بڑا کام کر رہے ہیں۔ یہ ہے وزڈم۔ یہی وزڈم اس حدیث میں بتائی گئی ہے کہ زمانے کو جانو، اپنے زمانے کے تقاضے کو جانو، تب تمہاری پلاننگ رائٹ پلاننگ ہوگی۔</w:t>
      </w:r>
    </w:p>
    <w:p>
      <w:r>
        <w:rPr>
          <w:b/>
        </w:rPr>
        <w:t xml:space="preserve">[21:04] </w:t>
      </w:r>
      <w:r>
        <w:t>to is ko logon ne bohat pasand kiya aur bohat khush hue, aur unhon ne kaha ke hum isi ko saare musalmanon tak, is paigham ko pahunchayenge.</w:t>
      </w:r>
    </w:p>
    <w:p>
      <w:pPr>
        <w:jc w:val="right"/>
      </w:pPr>
      <w:r>
        <w:t>تو اس کو لوگوں نے بہت پسند کیا اور بہت خوش ہوئے، اور انہوں نے کہا کہ ہم اسی کو سارے مسلمانوں تک، اس پیغام کو پہنچائیں گے۔</w:t>
      </w:r>
    </w:p>
    <w:p>
      <w:r>
        <w:rPr>
          <w:b/>
        </w:rPr>
        <w:t xml:space="preserve">[21:18] </w:t>
      </w:r>
      <w:r>
        <w:t>to wahan par taqreeban das hazar aadmi aaye the, yaani jo delegate the un ke baqaida. to har ek ko ek ek envelope hota tha, us mein hamari kitaab hai.</w:t>
      </w:r>
    </w:p>
    <w:p>
      <w:pPr>
        <w:jc w:val="right"/>
      </w:pPr>
      <w:r>
        <w:t>تو وہاں پر تقریباً دس ہزار آدمی آئے تھے، یعنی جو ڈیلیگیٹ تھے ان کے باقاعدہ۔ تو ہر ایک کو ایک ایک انویلپ ہوتا تھا، اس میں ہماری کتاب ہے۔</w:t>
      </w:r>
    </w:p>
    <w:p>
      <w:r>
        <w:rPr>
          <w:b/>
        </w:rPr>
        <w:t xml:space="preserve">[21:32] </w:t>
      </w:r>
      <w:r>
        <w:t>dekhiye, yeh "The Age of Peace" aur "Quranic Wisdom" aur "Quran ka tarjuma" is tarah kitaabein is envelope mein rakh kar ke ek ek shakhs ko di gayin,</w:t>
      </w:r>
    </w:p>
    <w:p>
      <w:pPr>
        <w:jc w:val="right"/>
      </w:pPr>
      <w:r>
        <w:t>دیکھیں، یہ "دا ایج آف پیس" اور "قرآنک وزڈم" اور "قرآن کا ترجمہ" اس طرح کتابیں اس انویلپ میں رکھ کر کے ایک ایک شخص کو دی گئیں،</w:t>
      </w:r>
    </w:p>
    <w:p>
      <w:r>
        <w:rPr>
          <w:b/>
        </w:rPr>
        <w:t xml:space="preserve">[21:47] </w:t>
      </w:r>
      <w:r>
        <w:t>aur wahan par jo log aate the, un ko distribute kiya gaya. to yeh back waqt itne zyada tadad mein literature pahunch gaya.</w:t>
      </w:r>
    </w:p>
    <w:p>
      <w:pPr>
        <w:jc w:val="right"/>
      </w:pPr>
      <w:r>
        <w:t>اور وہاں پر جو لوگ آتے تھے، ان کو ڈسٹریبیوٹ کیا گیا۔ تو یہ بیک وقت اتنے زیادہ تعداد میں لوگوں کو لٹریچر پہنچ گیا۔</w:t>
      </w:r>
    </w:p>
    <w:p>
      <w:r>
        <w:rPr>
          <w:b/>
        </w:rPr>
        <w:t xml:space="preserve">[22:03] </w:t>
      </w:r>
      <w:r>
        <w:t>to yeh is tarah ki bohat si baatein huin wahan par, jo bohat hi hamare liye, yaani mission ke liye, bohat hi khushi ki baatein theen.</w:t>
      </w:r>
    </w:p>
    <w:p>
      <w:pPr>
        <w:jc w:val="right"/>
      </w:pPr>
      <w:r>
        <w:t>تو یہ اس طرح کی بہت سی باتیں ہوئیں وہاں پر، جو بہت ہی ہمارے لیے، یعنی مشن کے لیے، بہت ہی خوشی کی باتیں تھیں۔</w:t>
      </w:r>
    </w:p>
    <w:p>
      <w:r>
        <w:rPr>
          <w:b/>
        </w:rPr>
        <w:t xml:space="preserve">[22:14] </w:t>
      </w:r>
      <w:r>
        <w:t>isi tarah dekhiye, wahan par Chicago jo airport hai, Chicago airport ke paas Turkey ke logon ne ek bohat bara markaz banaya hai, is ka naam hai "Turkish American Center".</w:t>
      </w:r>
    </w:p>
    <w:p>
      <w:pPr>
        <w:jc w:val="right"/>
      </w:pPr>
      <w:r>
        <w:t>اسی طرح دیکھیے، وہاں پر شکاگو جو ایئرپورٹ ہے، شکاگو ایئرپورٹ کے پاس ترکی کے لوگوں نے ایک بہت بڑا مرکز بنایا ہے، اس کا نام ہے "ترکش امریکن سینٹر"۔</w:t>
      </w:r>
    </w:p>
    <w:p>
      <w:r>
        <w:rPr>
          <w:b/>
        </w:rPr>
        <w:t xml:space="preserve">[22:32] </w:t>
      </w:r>
      <w:r>
        <w:t>yeh taleemi center hai, aur yeh Ustad Fethullah Gülen, jo mashhoor hain, un ki movement ke tehat ho raha hai.</w:t>
      </w:r>
    </w:p>
    <w:p>
      <w:pPr>
        <w:jc w:val="right"/>
      </w:pPr>
      <w:r>
        <w:t>یہ تعلیمی سینٹر ہے، اور یہ استاد فتح اللہ گلینڈ، جو مشہور ہیں، ان کی موومنٹ کے تحت ہو رہا ہے۔</w:t>
      </w:r>
    </w:p>
    <w:p>
      <w:r>
        <w:rPr>
          <w:b/>
        </w:rPr>
        <w:t xml:space="preserve">[22:44] </w:t>
      </w:r>
      <w:r>
        <w:t>aap ko pata hoga ke Ustad Fethullah Gülen, jo Turkey ke hain, wo educational movement chala rahe hain</w:t>
      </w:r>
    </w:p>
    <w:p>
      <w:pPr>
        <w:jc w:val="right"/>
      </w:pPr>
      <w:r>
        <w:t>آپ کو پتہ ہوگا کہ استاد فتح اللہ گلینڈ، جو ترکی کے ہیں، وہ ایجوکیشنل موومنٹ چلا رہے ہیں</w:t>
      </w:r>
    </w:p>
    <w:p>
      <w:r>
        <w:rPr>
          <w:b/>
        </w:rPr>
        <w:t xml:space="preserve">[22:53] </w:t>
      </w:r>
      <w:r>
        <w:t>saari duniya mein, sirf Turkey mein nahi. hazaron hazar ki tadad mein saari duniya mein wo bohat hi standard ke school khole hue hain, khud America mein bhi.</w:t>
      </w:r>
    </w:p>
    <w:p>
      <w:pPr>
        <w:jc w:val="right"/>
      </w:pPr>
      <w:r>
        <w:t>ساری دنیا میں، صرف ترکی میں نہیں۔ ہزاروں ہزار کی تعداد میں ساری دنیا میں وہ بہت ہی اسٹینڈرڈ کے اسکول کھولے ہوئے ہیں، خود امریکہ میں بھی۔</w:t>
      </w:r>
    </w:p>
    <w:p>
      <w:r>
        <w:rPr>
          <w:b/>
        </w:rPr>
        <w:t xml:space="preserve">[23:08] </w:t>
      </w:r>
      <w:r>
        <w:t>America mein un ka school standard ka school mana jata hai. to wahan Chicago airport ke paas un ka center hai. wo log aaye, mujhe wahan le gaye, is ko dikhaya, wahan hum kuch der rahe.</w:t>
      </w:r>
    </w:p>
    <w:p>
      <w:pPr>
        <w:jc w:val="right"/>
      </w:pPr>
      <w:r>
        <w:t>امریکہ میں ان کا اسکول اسٹینڈرڈ کا اسکول مانا جاتا ہے۔ تو وہاں شکاگو ایئرپورٹ کے پاس ان کا سینٹر ہے۔ وہ لوگ آئے، مجھے وہاں لے گئے، اس کو دکھایا، وہاں ہم کچھ دیر رہے۔</w:t>
      </w:r>
    </w:p>
    <w:p>
      <w:r>
        <w:rPr>
          <w:b/>
        </w:rPr>
        <w:t xml:space="preserve">[23:21] </w:t>
      </w:r>
      <w:r>
        <w:t>to wo bilkul American standard ke mutabiq tha, wo center bohat hi modern aur har aitbaar se bohat hi,</w:t>
      </w:r>
    </w:p>
    <w:p>
      <w:pPr>
        <w:jc w:val="right"/>
      </w:pPr>
      <w:r>
        <w:t>تو وہ بالکل امریکن اسٹینڈرڈ کے مطابق تھا، وہ سینٹر بہت ہی ماڈرن اور ہر اعتبار سے بہت ہی،</w:t>
      </w:r>
    </w:p>
    <w:p>
      <w:r>
        <w:rPr>
          <w:b/>
        </w:rPr>
        <w:t xml:space="preserve">[23:32] </w:t>
      </w:r>
      <w:r>
        <w:t>bohat hi important. to is ko dekhne ke baad un ki sargharmiyan, is se pehle bhi mujhe pata tha un ki sargharmiyon ka, is se pehle main Turkey gaya hoon aur literature padha hai.</w:t>
      </w:r>
    </w:p>
    <w:p>
      <w:pPr>
        <w:jc w:val="right"/>
      </w:pPr>
      <w:r>
        <w:t>بہت ہی امپورٹنٹ۔ تو اس کو دیکھنے کے بعد ان کی سرگرمیاں، اس سے پہلے بھی مجھے پتہ تھا ان کی سرگرمیوں کا، اس سے پہلے میں ترکی گیا ہوں اور لٹریچر پڑھا ہے۔</w:t>
      </w:r>
    </w:p>
    <w:p>
      <w:r>
        <w:rPr>
          <w:b/>
        </w:rPr>
        <w:t xml:space="preserve">[23:48] </w:t>
      </w:r>
      <w:r>
        <w:t>to maine kaha ke dekhiye, yeh zamana ek kaisa ajeeb zamana hai</w:t>
      </w:r>
    </w:p>
    <w:p>
      <w:pPr>
        <w:jc w:val="right"/>
      </w:pPr>
      <w:r>
        <w:t>تو میں نے کہا کہ دیکھیے، یہ زمانہ ایک کیسا عجیب زمانہ ہے</w:t>
      </w:r>
    </w:p>
    <w:p>
      <w:r>
        <w:rPr>
          <w:b/>
        </w:rPr>
        <w:t xml:space="preserve">[23:55] </w:t>
      </w:r>
      <w:r>
        <w:t>ke Gülen movement saari duniya mein goya ke ek educational empire bana rahi hui hai. educational empire banai hui hai, kaisi ajeeb baat hai!</w:t>
      </w:r>
    </w:p>
    <w:p>
      <w:pPr>
        <w:jc w:val="right"/>
      </w:pPr>
      <w:r>
        <w:t>کہ گلینڈ موومنٹ ساری دنیا میں گویا کہ ایک ایجوکیشنل ایمپائر بنا رہی ہوئی ہے۔ ایجوکیشنل ایمپائر بنائی ہوئی ہے، کیسی عجیب بات ہے!</w:t>
      </w:r>
    </w:p>
    <w:p>
      <w:r>
        <w:rPr>
          <w:b/>
        </w:rPr>
        <w:t xml:space="preserve">[24:10] </w:t>
      </w:r>
      <w:r>
        <w:t>saari duniya mein</w:t>
      </w:r>
    </w:p>
    <w:p>
      <w:pPr>
        <w:jc w:val="right"/>
      </w:pPr>
      <w:r>
        <w:t>ساری دنیا میں</w:t>
      </w:r>
    </w:p>
    <w:p>
      <w:r>
        <w:rPr>
          <w:b/>
        </w:rPr>
        <w:t xml:space="preserve">[24:14] </w:t>
      </w:r>
      <w:r>
        <w:t>ghaaliban 160 countries mein un ke school chal rahe hain, bohat achhe standard ke school. to is ko dekh kar mujhe ek bohat bari baat samajh aayi ke aap ko maloom hai ke Turk qaum ne</w:t>
      </w:r>
    </w:p>
    <w:p>
      <w:pPr>
        <w:jc w:val="right"/>
      </w:pPr>
      <w:r>
        <w:t>غالباً 160 کنٹریز میں ان کے اسکول چل رہے ہیں، بہت اچھے اسٹینڈرڈ کے اسکول۔ تو اس کو دیکھ کر مجھے ایک بہت بڑی بات سمجھ آئی کہ آپ کو معلوم ہے کہ ترک قوم نے</w:t>
      </w:r>
    </w:p>
    <w:p>
      <w:r>
        <w:rPr>
          <w:b/>
        </w:rPr>
        <w:t xml:space="preserve">[24:37] </w:t>
      </w:r>
      <w:r>
        <w:t>Turk khilafat qaim ki thi, jis ko Ottoman Empire kehte hain.</w:t>
      </w:r>
    </w:p>
    <w:p>
      <w:pPr>
        <w:jc w:val="right"/>
      </w:pPr>
      <w:r>
        <w:t>ترک خلافت قائم کی تھی، جس کو اٹمان ایمپائر کہتے ہیں۔</w:t>
      </w:r>
    </w:p>
    <w:p>
      <w:r>
        <w:rPr>
          <w:b/>
        </w:rPr>
        <w:t xml:space="preserve">[24:45] </w:t>
      </w:r>
      <w:r>
        <w:t>sainkaron saal tak nihayat kamyabi ke sath chalti rahi, lekin First World War ke zamane mein aise halaat paida hue ke yeh khilafat toot gayi.</w:t>
      </w:r>
    </w:p>
    <w:p>
      <w:pPr>
        <w:jc w:val="right"/>
      </w:pPr>
      <w:r>
        <w:t>سینکڑوں سال تک نہایت کامیابی کے ساتھ چلتی رہی، لیکن فرسٹ ورلڈ وار کے زمانے میں ایسے حالات پیدا ہوئے کہ یہ خلافت ٹوٹ گئی۔</w:t>
      </w:r>
    </w:p>
    <w:p>
      <w:r>
        <w:rPr>
          <w:b/>
        </w:rPr>
        <w:t xml:space="preserve">[25:00] </w:t>
      </w:r>
      <w:r>
        <w:t>log samajhte hain ke is ko Mustafa Kamal Atatürk ne is ko khatam kiya, lekin maine is ki study</w:t>
      </w:r>
    </w:p>
    <w:p>
      <w:pPr>
        <w:jc w:val="right"/>
      </w:pPr>
      <w:r>
        <w:t>لوگ سمجھتے ہیں کہ اس کو مصطفی کمال عطا نے اس کو ختم کیا، لیکن میں نے اس کی اسٹڈی</w:t>
      </w:r>
    </w:p>
    <w:p>
      <w:r>
        <w:rPr>
          <w:b/>
        </w:rPr>
        <w:t xml:space="preserve">[25:09] </w:t>
      </w:r>
      <w:r>
        <w:t>ki hai. main yeh keh sakta hoon ke kisi ek shakhs ki wajah se Turk Turkey ki khilafat ka khatma nahi hua, yeh zamane ka taqaza tha.</w:t>
      </w:r>
    </w:p>
    <w:p>
      <w:pPr>
        <w:jc w:val="right"/>
      </w:pPr>
      <w:r>
        <w:t>کی ہے۔ میں یہ کہہ سکتا ہوں کہ کسی ایک شخص کی وجہ سے ترک ترکی کی خلافت کا خاتمہ نہیں ہوا، یہ زمانے کا تقاضا تھا۔</w:t>
      </w:r>
    </w:p>
    <w:p>
      <w:r>
        <w:rPr>
          <w:b/>
        </w:rPr>
        <w:t xml:space="preserve">[25:24] </w:t>
      </w:r>
      <w:r>
        <w:t>yaani political empire ka daur khatam ho gaya, yaani beesveen sadi ke aaghaz mein wo daur khatam ho gaya jabke political empire bana karti thi.</w:t>
      </w:r>
    </w:p>
    <w:p>
      <w:pPr>
        <w:jc w:val="right"/>
      </w:pPr>
      <w:r>
        <w:t>یعنی پولیٹیکل ایمپائر کا دور ختم ہو گیا، یعنی بیسویں صدی کے آغاز میں وہ دور ختم ہو گیا جبکہ پولیٹیکل ایمپائر بنا کرتی تھی۔</w:t>
      </w:r>
    </w:p>
    <w:p>
      <w:r>
        <w:rPr>
          <w:b/>
        </w:rPr>
        <w:t xml:space="preserve">[25:39] </w:t>
      </w:r>
      <w:r>
        <w:t>aap jante hain, is se pehle maghrib empire thi, british empire thi, roman empire, sasadi empire, bohat se empire dunya mein bane.</w:t>
      </w:r>
    </w:p>
    <w:p>
      <w:pPr>
        <w:jc w:val="right"/>
      </w:pPr>
      <w:r>
        <w:t>آپ جانتے ہیں، اس سے پہلے مغرب ایمپائر تھی، برٹش ایمپائر تھی، رومن ایمپائر، ساسادی ایمپائر، بہت سے ایمپائر دنیا میں بنے۔</w:t>
      </w:r>
    </w:p>
    <w:p>
      <w:r>
        <w:rPr>
          <w:b/>
        </w:rPr>
        <w:t xml:space="preserve">[25:48] </w:t>
      </w:r>
      <w:r>
        <w:t xml:space="preserve">ek zamana tha jab ke aisa hota tha, lekin beesveen sadi ke shuru mein woh daur khatm ho chuka tha jabke koi political empire bana. </w:t>
      </w:r>
    </w:p>
    <w:p>
      <w:pPr>
        <w:jc w:val="right"/>
      </w:pPr>
      <w:r>
        <w:t>ایک زمانہ تھا جب کہ ایسا ہوتا تھا، لیکن بیسویں صدی کے شروع میں وہ دور ختم ہو چکا تھا جبکہ کوئی پولیٹیکل ایمپائر بنائے۔</w:t>
      </w:r>
    </w:p>
    <w:p>
      <w:r>
        <w:rPr>
          <w:b/>
        </w:rPr>
        <w:t xml:space="preserve">[25:59] </w:t>
      </w:r>
      <w:r>
        <w:t>is zamane mein Allah taala ne Fatahullah Gulent sahib jo hain, un ko khara kiya.</w:t>
      </w:r>
    </w:p>
    <w:p>
      <w:pPr>
        <w:jc w:val="right"/>
      </w:pPr>
      <w:r>
        <w:t>اس زمانے میں اللہ تعالی نے فتح اللہ گلینڈ صاحب جو ہیں، ان کو کھڑا کیا۔</w:t>
      </w:r>
    </w:p>
    <w:p>
      <w:r>
        <w:rPr>
          <w:b/>
        </w:rPr>
        <w:t xml:space="preserve">[26:06] </w:t>
      </w:r>
      <w:r>
        <w:t>woh bohat hi ajeeb ghareeb aadmi hain, bohat zabardast salahiyat wale aadmi hain. do million turk ke, turk ke do million log un ki party mein shamil hain, do million.</w:t>
      </w:r>
    </w:p>
    <w:p>
      <w:pPr>
        <w:jc w:val="right"/>
      </w:pPr>
      <w:r>
        <w:t>وہ بہت ہی عجیب غریب آدمی ہیں، بہت زبردست صلاحیت والے آدمی ہیں۔ دو ملین ترک کے، ترک کے دو ملین لوگ ان کی پارٹی میں شامل ہیں، دو ملین۔</w:t>
      </w:r>
    </w:p>
    <w:p>
      <w:r>
        <w:rPr>
          <w:b/>
        </w:rPr>
        <w:t xml:space="preserve">[26:19] </w:t>
      </w:r>
      <w:r>
        <w:t>to unhon ne logon ko tayyar kiya, logon ko yeh jazba paida kiya ke woh woh taleem ke maidan mein kaam karein.</w:t>
      </w:r>
    </w:p>
    <w:p>
      <w:pPr>
        <w:jc w:val="right"/>
      </w:pPr>
      <w:r>
        <w:t>تو انہوں نے لوگوں کو تیار کیا، لوگوں کو یہ جذبہ پیدا کیا کہ وہ وہ تعلیم کے میدان میں کام کریں۔</w:t>
      </w:r>
    </w:p>
    <w:p>
      <w:r>
        <w:rPr>
          <w:b/>
        </w:rPr>
        <w:t xml:space="preserve">[26:33] </w:t>
      </w:r>
      <w:r>
        <w:t>bohat jar ki baat pakri unhon ne.</w:t>
      </w:r>
    </w:p>
    <w:p>
      <w:pPr>
        <w:jc w:val="right"/>
      </w:pPr>
      <w:r>
        <w:t>بہت جڑ کی بات پکڑی انہوں نے۔</w:t>
      </w:r>
    </w:p>
    <w:p>
      <w:r>
        <w:rPr>
          <w:b/>
        </w:rPr>
        <w:t xml:space="preserve">[26:36] </w:t>
      </w:r>
      <w:r>
        <w:t>is zamane mein number one ahmiyat taleem ki hoti hai, education. is ko pakra unhon ne ke humein sari dunya mein school kholne hain.</w:t>
      </w:r>
    </w:p>
    <w:p>
      <w:pPr>
        <w:jc w:val="right"/>
      </w:pPr>
      <w:r>
        <w:t>اس زمانے میں نمبر ون اہمیت تعلیم کی ہوتی ہے، ایجوکیشن۔ اس کو پکڑا انہوں نے کہ ہمیں ساری دنیا میں اسکول کھولنے ہیں۔</w:t>
      </w:r>
    </w:p>
    <w:p>
      <w:r>
        <w:rPr>
          <w:b/>
        </w:rPr>
        <w:t xml:space="preserve">[26:47] </w:t>
      </w:r>
      <w:r>
        <w:t>yeh bhi bohat ajeeb baat hai ke unhon ne university ke naam baat nahi ki ke university kholna hai. university se kuch nahi hota, jar jahan hai wahan aap ko pani dena parta hai.</w:t>
      </w:r>
    </w:p>
    <w:p>
      <w:pPr>
        <w:jc w:val="right"/>
      </w:pPr>
      <w:r>
        <w:t>یہ بھی بہت عجیب بات ہے کہ انہوں نے یونیورسٹی کے نام بات نہیں کی کہ یونیورسٹی کھولنا ہے۔ یونیورسٹی سے کچھ نہیں ہوتا، جڑ جہاں ہے وہاں آپ کو پانی دینا پڑتا ہے۔</w:t>
      </w:r>
    </w:p>
    <w:p>
      <w:r>
        <w:rPr>
          <w:b/>
        </w:rPr>
        <w:t xml:space="preserve">[27:01] </w:t>
      </w:r>
      <w:r>
        <w:t>to</w:t>
      </w:r>
    </w:p>
    <w:p>
      <w:pPr>
        <w:jc w:val="right"/>
      </w:pPr>
      <w:r>
        <w:t>تو</w:t>
      </w:r>
    </w:p>
    <w:p>
      <w:r>
        <w:rPr>
          <w:b/>
        </w:rPr>
        <w:t xml:space="preserve">[27:02] </w:t>
      </w:r>
      <w:r>
        <w:t>pehli baat hai ke is achi schooling ho, school mein achhe talba tayyar hon, tab to university mein pohnchen ge. to university mein jo log pohnchte hain, sab se pehle woh tayyar hote hain school mein.</w:t>
      </w:r>
    </w:p>
    <w:p>
      <w:pPr>
        <w:jc w:val="right"/>
      </w:pPr>
      <w:r>
        <w:t>پہلی بات ہے کہ اس اچھی سکولنگ ہو، اسکول میں اچھے طلبہ تیار ہوں، تب تو یونیورسٹی میں پہنچیں گے۔ تو یونیورسٹی میں جو لوگ پہنچتے ہیں، سب سے پہلے وہ تیار ہوتے ہیں اسکول میں۔</w:t>
      </w:r>
    </w:p>
    <w:p>
      <w:r>
        <w:rPr>
          <w:b/>
        </w:rPr>
        <w:t xml:space="preserve">[27:19] </w:t>
      </w:r>
      <w:r>
        <w:t>to school kholte hain, woh bohat standard school. to mein mein ne kaha ke is movement ne s</w:t>
      </w:r>
    </w:p>
    <w:p>
      <w:pPr>
        <w:jc w:val="right"/>
      </w:pPr>
      <w:r>
        <w:t>تو اسکول کھولتے ہیں، وہ بہت اسٹینڈرڈ اسکول۔ تو میں میں نے کہا کہ اس موومنٹ نے س</w:t>
      </w:r>
    </w:p>
    <w:p>
      <w:r>
        <w:rPr>
          <w:b/>
        </w:rPr>
        <w:t xml:space="preserve">[27:30] </w:t>
      </w:r>
      <w:r>
        <w:t>ari dunya mein educational empire bana rakha hai. educational empire, hazaron ki tadad mein un ke school hain dunya mein phailay hue hain.</w:t>
      </w:r>
    </w:p>
    <w:p>
      <w:pPr>
        <w:jc w:val="right"/>
      </w:pPr>
      <w:r>
        <w:t>اری دنیا میں ایجوکیشنل ایمپائر بنا رکھا ہے۔ ایجوکیشنل ایمپائر، ہزاروں کی تعداد میں ان کے اسکول ہیں دنیا میں پھیلے ہوئے ہیں۔</w:t>
      </w:r>
    </w:p>
    <w:p>
      <w:r>
        <w:rPr>
          <w:b/>
        </w:rPr>
        <w:t xml:space="preserve">[27:46] </w:t>
      </w:r>
      <w:r>
        <w:t>to is safar mein jab mein ne is ko ghor kiya to ek baat samajh mein aayi meri ke Mustafa Kamal ne jo aelan kiya tha ke turki ki khilafat khatm ho gayi, to woh ek shakhs ka aelan nahi tha,</w:t>
      </w:r>
    </w:p>
    <w:p>
      <w:pPr>
        <w:jc w:val="right"/>
      </w:pPr>
      <w:r>
        <w:t>تو اس سفر میں جب میں نے اس کو غور کیا تو ایک بات سمجھ میں آئی میری کہ مصطفی کمال نے جو اعلان کیا تھا کہ ترکی کی خلافت ختم ہوگئی، تو وہ ایک شخص کا اعلان نہیں تھا،</w:t>
      </w:r>
    </w:p>
    <w:p>
      <w:r>
        <w:rPr>
          <w:b/>
        </w:rPr>
        <w:t xml:space="preserve">[28:01] </w:t>
      </w:r>
      <w:r>
        <w:t>woh zabani ki awaz thi. zabani ki awaz jo ek shakhs ki zuban se degree aur us ki takmeel Fatahullah Gulent ne ki.</w:t>
      </w:r>
    </w:p>
    <w:p>
      <w:pPr>
        <w:jc w:val="right"/>
      </w:pPr>
      <w:r>
        <w:t>وہ زبانی کی آواز تھی۔ زبانی کی آواز جو ایک شخص کی زبان سے ڈگری اور اس کی تکمیل فتح اللہ گلینڈ نے کی۔</w:t>
      </w:r>
    </w:p>
    <w:p>
      <w:r>
        <w:rPr>
          <w:b/>
        </w:rPr>
        <w:t xml:space="preserve">[28:13] </w:t>
      </w:r>
      <w:r>
        <w:t>zamane mein ek waqea pesh aya tha, is waqea ke first half ka aelan kiya Kamal tha Turk ne, aur second half ka aelan hua Fatahullah Gulent ke zariye se.</w:t>
      </w:r>
    </w:p>
    <w:p>
      <w:pPr>
        <w:jc w:val="right"/>
      </w:pPr>
      <w:r>
        <w:t>زمانے میں ایک واقعہ پیش آیا تھا، اس واقعے کے فرسٹ ہاف کا اعلان کیا کمال تھا ترک نے، اور سیکنڈ ہاف کا اعلان ہوا فتح اللہ گلینڈ کے ذریعے سے۔</w:t>
      </w:r>
    </w:p>
    <w:p>
      <w:r>
        <w:rPr>
          <w:b/>
        </w:rPr>
        <w:t xml:space="preserve">[28:29] </w:t>
      </w:r>
      <w:r>
        <w:t>yani woh kya tha? woh zamana khatm ho gaya jab dunya mein political empire bana karti thi, lekin opportunities khatm nahi huin,</w:t>
      </w:r>
    </w:p>
    <w:p>
      <w:pPr>
        <w:jc w:val="right"/>
      </w:pPr>
      <w:r>
        <w:t>یعنی وہ کیا تھا؟ وہ زمانہ ختم ہوگیا جب دنیا میں پولیٹیکل ایمپائر بنا کرتی تھی، لیکن اپرچونیٹیز ختم نہیں ہوئیں،</w:t>
      </w:r>
    </w:p>
    <w:p>
      <w:r>
        <w:rPr>
          <w:b/>
        </w:rPr>
        <w:t xml:space="preserve">[28:44] </w:t>
      </w:r>
      <w:r>
        <w:t>is balkeh is se barh kar mawaqe paida ho gaye. yani aaj aap non-political empire bana sakte hain. yani pehle agar bana dete hain aap political empire to aaj aap bana sakte hain non-political empire, aur non-political empire ka to koi hudood sky is all evate.</w:t>
      </w:r>
    </w:p>
    <w:p>
      <w:pPr>
        <w:jc w:val="right"/>
      </w:pPr>
      <w:r>
        <w:t>اس بلکہ اس سے بڑھ کر مواقع پیدا ہوگئے۔ یعنی آج آپ نان پولیٹیکل ایمپائر بنا سکتے ہیں۔ یعنی پہلے اگر بنا دیتے ہیں آپ پولیٹیکل ایمپائر تو آج آپ بنا سکتے ہیں نان پولیٹیکل ایمپائر، اور نان پولیٹیکل ایمپائر کا تو کوئی حدود سکائی از الیویٹ۔</w:t>
      </w:r>
    </w:p>
    <w:p>
      <w:r>
        <w:rPr>
          <w:b/>
        </w:rPr>
        <w:t xml:space="preserve">[29:03] </w:t>
      </w:r>
      <w:r>
        <w:t>sari dunya mein aap qaim kijiye, lekin na فوج ki zaroorat hai, na army ki zaroorat hai, na ladai karne ki zaroorat hai, kuch nahi.</w:t>
      </w:r>
    </w:p>
    <w:p>
      <w:pPr>
        <w:jc w:val="right"/>
      </w:pPr>
      <w:r>
        <w:t>ساری دنیا میں آپ قائم کیجئے، لیکن نہ فوج کی ضرورت ہے، نہ آرمی کی ضرورت ہے، نہ لڑائی کرنے کی ضرورت ہے، کچھ نہیں۔</w:t>
      </w:r>
    </w:p>
    <w:p>
      <w:r>
        <w:rPr>
          <w:b/>
        </w:rPr>
        <w:t xml:space="preserve">[29:12] </w:t>
      </w:r>
      <w:r>
        <w:t>to kaisi ajeeb cheez thi yeh jo Allah taala ne jis ki misaal turkon ke zariye se qaim ki, yani inhi ke zariye se jinhon ne dunya mein musalmanon ka muslim empire khara kar rakha tha, inhi ke zariye se.</w:t>
      </w:r>
    </w:p>
    <w:p>
      <w:pPr>
        <w:jc w:val="right"/>
      </w:pPr>
      <w:r>
        <w:t>تو کیسی عجیب چیز تھی یہ جو اللہ تعالی نے جس کی مثال ترکوں کے ذریعے قائم کی، یعنی انہی کے ذریعے سے جنہوں نے دنیا میں مسلمانوں کا مسلم ایمپائر کھڑا کر رکھا تھا، انہی کے ذریعے سے۔</w:t>
      </w:r>
    </w:p>
    <w:p>
      <w:r>
        <w:rPr>
          <w:b/>
        </w:rPr>
        <w:t xml:space="preserve">[29:29] </w:t>
      </w:r>
      <w:r>
        <w:t>yani beesveen sadi se pehle woh political empire banaye hue the,</w:t>
      </w:r>
    </w:p>
    <w:p>
      <w:pPr>
        <w:jc w:val="right"/>
      </w:pPr>
      <w:r>
        <w:t>یعنی بیسویں صدی سے پہلے وہ پولیٹیکل ایمپائر بنائے ہوئے تھے،</w:t>
      </w:r>
    </w:p>
    <w:p>
      <w:r>
        <w:rPr>
          <w:b/>
        </w:rPr>
        <w:t xml:space="preserve">[29:39] </w:t>
      </w:r>
      <w:r>
        <w:t>beesveen sadi ke baad inhi logon ne dunya mein educational empire banaya.</w:t>
      </w:r>
    </w:p>
    <w:p>
      <w:pPr>
        <w:jc w:val="right"/>
      </w:pPr>
      <w:r>
        <w:t>بیسویں صدی کے بعد انہی لوگوں نے دنیا میں ایجوکیشنل ایمپائر بنایا۔</w:t>
      </w:r>
    </w:p>
    <w:p>
      <w:r>
        <w:rPr>
          <w:b/>
        </w:rPr>
        <w:t xml:space="preserve">[29:48] </w:t>
      </w:r>
      <w:r>
        <w:t>to ab Allah ne inhi ko muntakhib kiya is ke liye ke woh dunya ko batayein ke ab matam mat karo, maeeshat mat parho, balkeh naye naye mawaqe samjho aur naye mawaqe ke lehaz se kaam karo.</w:t>
      </w:r>
    </w:p>
    <w:p>
      <w:pPr>
        <w:jc w:val="right"/>
      </w:pPr>
      <w:r>
        <w:t>تو اب اللہ نے انہی کو منتخب کیا اس کے لیے کہ وہ دنیا کو بتائیں کہ اب ماتم مت کرو، معیشت مت پڑھو، بلکہ نئے نئے مواقع سمجھو اور نئے مواقع کے لحاظ سے کام کرو۔</w:t>
      </w:r>
    </w:p>
    <w:p>
      <w:r>
        <w:rPr>
          <w:b/>
        </w:rPr>
        <w:t xml:space="preserve">[30:08] </w:t>
      </w:r>
      <w:r>
        <w:t>to is ne social empire bana rakha hai, Fatahullah Gulent ki tehreek ne educational empire bana rakha hai. to mein ne kaha ke hum hum bhi isi field, hum bhi isi is hadith mein jo baat kahi gayi hai, isi pe chal rahe hain.</w:t>
      </w:r>
    </w:p>
    <w:p>
      <w:pPr>
        <w:jc w:val="right"/>
      </w:pPr>
      <w:r>
        <w:t>تو اسنا نے سوشل ایمپائر بنا رکھا ہے، فتح اللہ گلینڈ کی تحریک نے ایجوکیشنل ایمپائر بنا رکھا ہے۔ تو میں نے کہا کہ ہم ہم بھی اسی فیلڈ، ہم بھی اسی اس حدیث میں جو بات کہی گئی ہے، اسی پہ چل رہے ہیں۔</w:t>
      </w:r>
    </w:p>
    <w:p>
      <w:r>
        <w:rPr>
          <w:b/>
        </w:rPr>
        <w:t xml:space="preserve">[30:25] </w:t>
      </w:r>
      <w:r>
        <w:t>hum daawa empire banane ki koshish kar rahe hain, yani social empire ki bhi ahmiyat hai, educational empire ki bhi ahmiyat hai, lekin hum jo kar rahe hain woh daawa empire</w:t>
      </w:r>
    </w:p>
    <w:p>
      <w:pPr>
        <w:jc w:val="right"/>
      </w:pPr>
      <w:r>
        <w:t>ہم دعویٰ ایمپائر بنانے کی کوشش کر رہے ہیں، یعنی سوشل ایمپائر کی بھی اہمیت ہے، ایجوکیشنل ایمپائر کی بھی اہمیت ہے، لیکن ہم جو کر رہے ہیں وہ دعویٰ ایمپائر</w:t>
      </w:r>
    </w:p>
    <w:p>
      <w:r>
        <w:rPr>
          <w:b/>
        </w:rPr>
        <w:t xml:space="preserve">[30:36] </w:t>
      </w:r>
      <w:r>
        <w:t>. to maujooda zamane mein jo convocation hai, jo mawaqe hain, us ke lehaz se poori tarah mumkin ho gaya hai ke daawa empire khara kiya jaye, aur jis tarike se hamara masjid chal raha hai dunya bhar mein, woh goya ke daawa empire in the making hai,</w:t>
      </w:r>
    </w:p>
    <w:p>
      <w:pPr>
        <w:jc w:val="right"/>
      </w:pPr>
      <w:r>
        <w:t>۔ تو موجودہ زمانے میں جو کنوکیشن ہے، جو مواقع ہیں، اس کے لحاظ سے پوری طرح ممکن ہو گیا ہے کہ دعویٰ ایمپائر کھڑا کیا جائے، اور جس طریقے سے ہمارا مسجد چل رہا ہے دنیا بھر میں، وہ گویا کہ دعویٰ ایمپائر ان دا میکنگ ہے،</w:t>
      </w:r>
    </w:p>
    <w:p>
      <w:r>
        <w:rPr>
          <w:b/>
        </w:rPr>
        <w:t xml:space="preserve">[30:55] </w:t>
      </w:r>
      <w:r>
        <w:t>dawa empire in da making hai.</w:t>
      </w:r>
    </w:p>
    <w:p>
      <w:pPr>
        <w:jc w:val="right"/>
      </w:pPr>
      <w:r>
        <w:t>دعویٰ ایمپائر ان دا میکنگ ہے۔</w:t>
      </w:r>
    </w:p>
    <w:p>
      <w:r>
        <w:rPr>
          <w:b/>
        </w:rPr>
        <w:t xml:space="preserve">[30:59] </w:t>
      </w:r>
      <w:r>
        <w:t>to wahan par bohat log mile aur hamare mission ko bohat zyada pasand kiya logon ne, aur kitabon ke bohat zyada logon ne liya.</w:t>
      </w:r>
    </w:p>
    <w:p>
      <w:pPr>
        <w:jc w:val="right"/>
      </w:pPr>
      <w:r>
        <w:t>تو وہاں پر بہت لوگ ملے اور ہمارے مشن کو بہت زیادہ پسند کیا لوگوں نے، اور کتابوں کے بہت زیادہ لوگوں نے لیا۔</w:t>
      </w:r>
    </w:p>
    <w:p>
      <w:r>
        <w:rPr>
          <w:b/>
        </w:rPr>
        <w:t xml:space="preserve">[31:13] </w:t>
      </w:r>
      <w:r>
        <w:t>barabar message aa rahe hain ke log jo hain kitaben le ja rahe hain, wahan par khwaja kaleemuddin sahib, hamare US chapter ke incharge hain, wo batate rehte hain.</w:t>
      </w:r>
    </w:p>
    <w:p>
      <w:pPr>
        <w:jc w:val="right"/>
      </w:pPr>
      <w:r>
        <w:t>برابر میسج آ رہے ہیں کہ لوگ جو ہیں کتابیں لے جا رہے ہیں، وہاں پر خواجہ کلیم الدین صاحب، ہمارے یو ایس چیپٹر کے انچارج ہیں، وہ بتاتے رہتے ہیں۔</w:t>
      </w:r>
    </w:p>
    <w:p>
      <w:r>
        <w:rPr>
          <w:b/>
        </w:rPr>
        <w:t xml:space="preserve">[31:31] </w:t>
      </w:r>
      <w:r>
        <w:t>to main samajhta hoon ke is zamane ki sab se bari zaroorat yeh hai ke musalman is hadith ko phir se mutala karen, wa alal aql an yakoon baseera be zamani.</w:t>
      </w:r>
    </w:p>
    <w:p>
      <w:pPr>
        <w:jc w:val="right"/>
      </w:pPr>
      <w:r>
        <w:t>تو میں سمجھتا ہوں کہ اس زمانے کی سب سے بڑی ضرورت یہ ہے کہ مسلمان اس حدیث کو پھر سے مطالعہ کریں، وعلی العقل ان یکون بصیرا بے زمانی۔</w:t>
      </w:r>
    </w:p>
    <w:p>
      <w:r>
        <w:rPr>
          <w:b/>
        </w:rPr>
        <w:t xml:space="preserve">[31:44] </w:t>
      </w:r>
      <w:r>
        <w:t>is hadith ko phir se mutala karen, phir se daryaft karen, is mein jo wisdom batayi gayi hai, us ko phir se samajhne ki koshish karen. maine yeh samjha hai is par ghor karne se</w:t>
      </w:r>
    </w:p>
    <w:p>
      <w:pPr>
        <w:jc w:val="right"/>
      </w:pPr>
      <w:r>
        <w:t>اس حدیث کو پھر سے مطالعہ کریں، پھر سے دریافت کریں، اس میں جو وزڈم بتائی گئی ہے، اس کو پھر سے سمجھنے کی کوشش کریں۔ میں نے یہ سمجھا ہے اس پر غور کرنے سے</w:t>
      </w:r>
    </w:p>
    <w:p>
      <w:r>
        <w:rPr>
          <w:b/>
        </w:rPr>
        <w:t xml:space="preserve">[31:57] </w:t>
      </w:r>
      <w:r>
        <w:t>, is hadith mein bataya gaya hai ke zamana badalta hai, lekin mawaqe nahi badalte. zamana badalta hai, lekin mawaqe phir hi baqi rehte hain.</w:t>
      </w:r>
    </w:p>
    <w:p>
      <w:pPr>
        <w:jc w:val="right"/>
      </w:pPr>
      <w:r>
        <w:t>، اس حدیث میں بتایا گیا ہے کہ زمانہ بدلتا ہے، لیکن مواقع نہیں بدلتے۔ زمانہ بدلتا ہے، لیکن مواقع پھر ہی باقی رہتے ہیں۔</w:t>
      </w:r>
    </w:p>
    <w:p>
      <w:r>
        <w:rPr>
          <w:b/>
        </w:rPr>
        <w:t xml:space="preserve">[32:08] </w:t>
      </w:r>
      <w:r>
        <w:t>to jab ek zamane ke halaat badlen, is zamane mein jo aap ne khada kiya tha apni duniya, wo toot jaye to yeh baat samjhen ke ab ab kuch nahi ho sakta.</w:t>
      </w:r>
    </w:p>
    <w:p>
      <w:pPr>
        <w:jc w:val="right"/>
      </w:pPr>
      <w:r>
        <w:t>تو جب ایک زمانے کے حالات بدلیں، اس زمانے میں جو آپ نے کھڑا کیا تھا اپنی دنیا، وہ ٹوٹ جائے تو یہ بات سمجھیں کہ اب اب کچھ نہیں ہو سکتا۔</w:t>
      </w:r>
    </w:p>
    <w:p>
      <w:r>
        <w:rPr>
          <w:b/>
        </w:rPr>
        <w:t xml:space="preserve">[32:24] </w:t>
      </w:r>
      <w:r>
        <w:t>ab naye halaat ko samjhen, naye andaaz mein kaam kijiye.</w:t>
      </w:r>
    </w:p>
    <w:p>
      <w:pPr>
        <w:jc w:val="right"/>
      </w:pPr>
      <w:r>
        <w:t>اب نئے حالات کو سمجھیے، نئے انداز میں کام کیجئے۔</w:t>
      </w:r>
    </w:p>
    <w:p>
      <w:r>
        <w:rPr>
          <w:b/>
        </w:rPr>
        <w:t xml:space="preserve">[32:30] </w:t>
      </w:r>
      <w:r>
        <w:t>to maujooda zamane mein jo jo nayi duniya bani hai, jis mein azadi hai, jis mein mawaqe ki farawani hai, jis mein har ek ko azadi hai ke jo chahe kare, to koi social empire bana hui hai,</w:t>
      </w:r>
    </w:p>
    <w:p>
      <w:pPr>
        <w:jc w:val="right"/>
      </w:pPr>
      <w:r>
        <w:t>تو موجودہ زمانے میں جو جو نئی دنیا بنی ہے، جس میں آزادی ہے، جس میں مواقع کی فراوانی ہے، جس میں ہر ایک کو آزادی ہے کہ جو چاہے کرے، تو کوئی سوشل ایمپائر بنا ہوئی ہے،</w:t>
      </w:r>
    </w:p>
    <w:p>
      <w:r>
        <w:rPr>
          <w:b/>
        </w:rPr>
        <w:t xml:space="preserve">[32:45] </w:t>
      </w:r>
      <w:r>
        <w:t>koi educational empire bana hui hai, yani non political field mein hum Allah ke fazl se dawa empire banane ki koshish kar rahe hain.</w:t>
      </w:r>
    </w:p>
    <w:p>
      <w:pPr>
        <w:jc w:val="right"/>
      </w:pPr>
      <w:r>
        <w:t>کوئی ایجوکیشنل ایمپائر بنا ہوئی ہے، یعنی نان پولیٹیکل فیلڈ میں ہم اللہ کے فضل سے دعویٰ ایمپائر بنانے کی کوشش کر رہے ہیں۔</w:t>
      </w:r>
    </w:p>
    <w:p>
      <w:r>
        <w:rPr>
          <w:b/>
        </w:rPr>
        <w:t xml:space="preserve">[32:55] </w:t>
      </w:r>
      <w:r>
        <w:t>to yeh agar aap samajh len is raat ko to kabhi aap kabhi aap mayusi ka shikar nahi honge, kabhi protest mein apna waqt zaya nahi karenge,</w:t>
      </w:r>
    </w:p>
    <w:p>
      <w:pPr>
        <w:jc w:val="right"/>
      </w:pPr>
      <w:r>
        <w:t>تو یہ اگر آپ سمجھ لیں اس رات کو تو کبھی آپ کبھی آپ مایوسی کا شکار نہیں ہوں گے، کبھی پروٹیسٹ میں اپنا وقت ضائع نہیں کریں گے،</w:t>
      </w:r>
    </w:p>
    <w:p>
      <w:r>
        <w:rPr>
          <w:b/>
        </w:rPr>
        <w:t xml:space="preserve">[33:10] </w:t>
      </w:r>
      <w:r>
        <w:t>kabhi aisa aap aisa nahi karenge ke protest mein waqt zaya karen, ladai mein waqt zaya karen, gun ka chalo bomb ka chal chalayein, suicide</w:t>
      </w:r>
    </w:p>
    <w:p>
      <w:pPr>
        <w:jc w:val="right"/>
      </w:pPr>
      <w:r>
        <w:t>کبھی ایسا آپ ایسا نہیں کریں گے کہ پروٹیسٹ میں وقت ضائع کریں، لڑائی میں وقت ضائع کریں، گن کا چلو بم کا چل چلائیں، سوسائیڈ</w:t>
      </w:r>
    </w:p>
    <w:p>
      <w:r>
        <w:rPr>
          <w:b/>
        </w:rPr>
        <w:t xml:space="preserve">[33:23] </w:t>
      </w:r>
      <w:r>
        <w:t>bomb bhi karen. in sab ko aap radical samjhenge, radical, kyunke mawaqe to maujood hain, mawaqe aur izafe ke sath maujood hain, to us ko avail karna hai.</w:t>
      </w:r>
    </w:p>
    <w:p>
      <w:pPr>
        <w:jc w:val="right"/>
      </w:pPr>
      <w:r>
        <w:t>بم بھی کریں۔ ان سب کو آپ ریڈیکلس سمجھیں گے، ریڈیکلس، کیونکہ مواقع تو موجود ہیں، مواقع اور اضافے کے ساتھ موجود ہیں، تو اس کو اویل کرنا ہے۔</w:t>
      </w:r>
    </w:p>
    <w:p>
      <w:r>
        <w:rPr>
          <w:b/>
        </w:rPr>
        <w:t xml:space="preserve">[33:36] </w:t>
      </w:r>
      <w:r>
        <w:t>kis liye complaint? kis liye protest?</w:t>
      </w:r>
    </w:p>
    <w:p>
      <w:pPr>
        <w:jc w:val="right"/>
      </w:pPr>
      <w:r>
        <w:t>کس لیے کمپلینٹ؟ کس لیے پروٹیسٹ؟</w:t>
      </w:r>
    </w:p>
    <w:p>
      <w:r>
        <w:rPr>
          <w:b/>
        </w:rPr>
        <w:t xml:space="preserve">[33:39] </w:t>
      </w:r>
      <w:r>
        <w:t>to yeh yeh baat jo hai is kitab mein bohat hi tareekhi hawalon ke sath batayi gayi hai ke aaj ke jo mawaqe hain, wo hamesha se zyada hain,</w:t>
      </w:r>
    </w:p>
    <w:p>
      <w:pPr>
        <w:jc w:val="right"/>
      </w:pPr>
      <w:r>
        <w:t>تو یہ یہ بات جو ہے اس کتاب میں بہت ہی تاریخی حوالوں کے ساتھ بتائی گئی ہے کہ آج کے جو مواقع ہیں، وہ ہمیشہ سے زیادہ ہیں،</w:t>
      </w:r>
    </w:p>
    <w:p>
      <w:r>
        <w:rPr>
          <w:b/>
        </w:rPr>
        <w:t xml:space="preserve">[33:54] </w:t>
      </w:r>
      <w:r>
        <w:t>hamesha se zyada hain, aur zaroorat sirf yeh hai ke in mawaqe ko pehchana jaye, pehchan kar un ko avail kiya jaye.</w:t>
      </w:r>
    </w:p>
    <w:p>
      <w:pPr>
        <w:jc w:val="right"/>
      </w:pPr>
      <w:r>
        <w:t>ہمیشہ سے زیادہ ہیں، اور ضرورت صرف یہ ہے کہ ان مواقع کو پہچانا جائے، پہچان کر ان کو اویل کیا جائے۔</w:t>
      </w:r>
    </w:p>
    <w:p>
      <w:r>
        <w:rPr>
          <w:b/>
        </w:rPr>
        <w:t xml:space="preserve">[34:03] </w:t>
      </w:r>
      <w:r>
        <w:t>bas</w:t>
      </w:r>
    </w:p>
    <w:p>
      <w:pPr>
        <w:jc w:val="right"/>
      </w:pPr>
      <w:r>
        <w:t>بس</w:t>
      </w:r>
    </w:p>
    <w:p>
      <w:r>
        <w:rPr>
          <w:b/>
        </w:rPr>
        <w:t xml:space="preserve">[34:07] </w:t>
      </w:r>
      <w:r>
        <w:t>ab main soch raha tha aaj subah ke America ke is safar mein hum hum ne 30, 30 jab hum ne hamare qafle, hamare sath jo log the, to hum logon ne 30 hazar kilometer se zyada ka safar kiya, adha din ke andar 30 hazar kilometer se zyada ka safar.</w:t>
      </w:r>
    </w:p>
    <w:p>
      <w:pPr>
        <w:jc w:val="right"/>
      </w:pPr>
      <w:r>
        <w:t>اب میں سوچ رہا تھا آج صبح کہ امریکہ کے اس سفر میں ہم ہم نے 30، 30 جب ہم نے ہمارے قافلے، ہمارے ساتھ جو لوگ تھے، تو ہم لوگوں نے 30 ہزار کلومیٹر سے زیادہ کا سفر کیا، ادھا دن کے اندر 30 ہزار کلومیٹر سے زیادہ کا سفر۔</w:t>
      </w:r>
    </w:p>
    <w:p>
      <w:r>
        <w:rPr>
          <w:b/>
        </w:rPr>
        <w:t xml:space="preserve">[34:31] </w:t>
      </w:r>
      <w:r>
        <w:t>pehlay zamane mein main bilkul unthinkable tha, unthinkable ke 15 din ke andar koi shakhs itne sari jagahon pe jaye, itne sare start mein jaye, itne sare maqamat pe jaye,</w:t>
      </w:r>
    </w:p>
    <w:p>
      <w:pPr>
        <w:jc w:val="right"/>
      </w:pPr>
      <w:r>
        <w:t>پہلے زمانے میں میں بالکل ان تھنکیبل تھا، ان تھنکیبل کہ 15 دن کے اندر کوئی شخص اتنے ساری جگہوں پہ جائے، اتنے سارے سٹارٹ میں جائے، اتنے سارے مقامات پہ جائے،</w:t>
      </w:r>
    </w:p>
    <w:p>
      <w:r>
        <w:rPr>
          <w:b/>
        </w:rPr>
        <w:t xml:space="preserve">[34:47] </w:t>
      </w:r>
      <w:r>
        <w:t>aur sirf 15 din ke andar, aur 30 hazar se zyada, 30 hazar kilometer se zyada safar kare, aur har jagah dawat ka kaam, har jagah dawat ka kaam.</w:t>
      </w:r>
    </w:p>
    <w:p>
      <w:pPr>
        <w:jc w:val="right"/>
      </w:pPr>
      <w:r>
        <w:t>اور صرف 15 دن کے اندر، اور 30 ہزار سے زیادہ، 30 ہزار کلومیٹر سے زیادہ سفر کرے، اور ہر جگہ دعوت کا کام، ہر جگہ دعوت کا کام۔</w:t>
      </w:r>
    </w:p>
    <w:p>
      <w:r>
        <w:rPr>
          <w:b/>
        </w:rPr>
        <w:t xml:space="preserve">[35:02] </w:t>
      </w:r>
      <w:r>
        <w:t>to yahi to hai dawa empire. dawa empire koi qale ka naam nahi hai ke aap ke paas qale ho. ab jo ab jo dawa empire banana hai, is mein is ka qale ka koi role nahi hai,</w:t>
      </w:r>
    </w:p>
    <w:p>
      <w:pPr>
        <w:jc w:val="right"/>
      </w:pPr>
      <w:r>
        <w:t>تو یہی تو ہے دعویٰ ایمپائر۔ دعویٰ ایمپائر کوئی قلعے کا نام نہیں ہے کہ آپ کے پاس قلعہ ہو۔ اب جو اب جو دعویٰ ایمپائر بنانا ہے، اس میں اس کا قلعے کا کوئی رول نہیں ہے،</w:t>
      </w:r>
    </w:p>
    <w:p>
      <w:r>
        <w:rPr>
          <w:b/>
        </w:rPr>
        <w:t xml:space="preserve">[35:18] </w:t>
      </w:r>
      <w:r>
        <w:t>is mein qale ka koi role nahi hai, talwar ka aur gun ka koi role nahi hai, ladai ka koi role nahi hai, wo peaceful struggle ka role hai, peaceful struggle.</w:t>
      </w:r>
    </w:p>
    <w:p>
      <w:pPr>
        <w:jc w:val="right"/>
      </w:pPr>
      <w:r>
        <w:t>اس میں قلعے کا کوئی رول نہیں ہے، تلوار کا اور گن کا کوئی رول نہیں ہے، لڑائی کا کوئی رول نہیں ہے، وہ پیس فل سٹرگل کا رول ہے، پیس فل سٹرگل۔</w:t>
      </w:r>
    </w:p>
    <w:p>
      <w:r>
        <w:rPr>
          <w:b/>
        </w:rPr>
        <w:t xml:space="preserve">[35:34] </w:t>
      </w:r>
      <w:r>
        <w:t>to main samajhta hoon ke</w:t>
      </w:r>
    </w:p>
    <w:p>
      <w:pPr>
        <w:jc w:val="right"/>
      </w:pPr>
      <w:r>
        <w:t>تو میں سمجھتا ہوں کہ</w:t>
      </w:r>
    </w:p>
    <w:p>
      <w:r>
        <w:rPr>
          <w:b/>
        </w:rPr>
        <w:t xml:space="preserve">[35:40] </w:t>
      </w:r>
      <w:r>
        <w:t>here is the beginning, starting point yahi hai ke zamane ke taqaze ko samjha jaye, aur us ko wise planning ke zariye us ko avail kiya jaye, zamane ke taqaze ko samjha jaye, aur wise planning ke zariye us ko avail kiya</w:t>
      </w:r>
    </w:p>
    <w:p>
      <w:pPr>
        <w:jc w:val="right"/>
      </w:pPr>
      <w:r>
        <w:t>ہیر از دا بگننگ، سٹارٹنگ پوائنٹ یہی ہے کہ زمانے کے تقاضے کو سمجھا جائے، اور اس کو وائس پلاننگ کے ذریعے اس کو اویل کیا جائے، زمانے کے تقاضے کو سمجھا جائے، اور وائس پلاننگ کے ذریعے اس کو اویل کیا</w:t>
      </w:r>
    </w:p>
    <w:p>
      <w:r>
        <w:rPr>
          <w:b/>
        </w:rPr>
        <w:t xml:space="preserve">[36:00] </w:t>
      </w:r>
      <w:r>
        <w:t>jaye. yahi sab se bara kaam hai is zamane mein.</w:t>
      </w:r>
    </w:p>
    <w:p>
      <w:pPr>
        <w:jc w:val="right"/>
      </w:pPr>
      <w:r>
        <w:t>جائے۔ یہی سب سے بڑا کام ہے اس زمانے میں۔</w:t>
      </w:r>
    </w:p>
    <w:p>
      <w:r>
        <w:rPr>
          <w:b/>
        </w:rPr>
        <w:t xml:space="preserve">[36:09] </w:t>
      </w:r>
      <w:r>
        <w:t>to hum logon ka yeh jo safar tha,</w:t>
      </w:r>
    </w:p>
    <w:p>
      <w:pPr>
        <w:jc w:val="right"/>
      </w:pPr>
      <w:r>
        <w:t>تو ہم لوگوں کا یہ جو سفر تھا،</w:t>
      </w:r>
    </w:p>
    <w:p>
      <w:r>
        <w:rPr>
          <w:b/>
        </w:rPr>
        <w:t xml:space="preserve">[36:14] </w:t>
      </w:r>
      <w:r>
        <w:t>hum log yahan se gaye to pehle hum pehle newaliyah mein thehray, wahan par barabar wahin par intezam kiya gaya tha thehrne ka, aik aik aik resort, aik resort mein.</w:t>
      </w:r>
    </w:p>
    <w:p>
      <w:pPr>
        <w:jc w:val="right"/>
      </w:pPr>
      <w:r>
        <w:t>ہم لوگ یہاں سے گئے تو پہلے ہم پہلے نیوالیہ میں ٹھہرے، وہاں پر برابر وہیں پر انتظام کیا گیا تھا ٹھہرنے کا، ایک ایک ایک ریزورٹ، ایک ریزورٹ میں۔</w:t>
      </w:r>
    </w:p>
    <w:p>
      <w:r>
        <w:rPr>
          <w:b/>
        </w:rPr>
        <w:t xml:space="preserve">[36:28] </w:t>
      </w:r>
      <w:r>
        <w:t>phir wahin se hum jatay rahay mukhtalif jaghon par,</w:t>
      </w:r>
    </w:p>
    <w:p>
      <w:pPr>
        <w:jc w:val="right"/>
      </w:pPr>
      <w:r>
        <w:t>پھر وہیں سے ہم جاتے رہے مختلف جگہوں پر،</w:t>
      </w:r>
    </w:p>
    <w:p>
      <w:r>
        <w:rPr>
          <w:b/>
        </w:rPr>
        <w:t xml:space="preserve">[36:31] </w:t>
      </w:r>
      <w:r>
        <w:t>yani new york mein, washington mein, chicago mein, aur doosri jaghon par. to har jagah bas dawat ki baatein, har jagah, har jagah dawti program.</w:t>
      </w:r>
    </w:p>
    <w:p>
      <w:pPr>
        <w:jc w:val="right"/>
      </w:pPr>
      <w:r>
        <w:t>یعنی نیویارک میں، واشنگٹن میں، شکاگو میں، اور دوسری جگہوں پر۔ تو ہر جگہ بس دعوت کی باتیں، ہر جگہ، ہر جگہ دعوتی پروگرام۔</w:t>
      </w:r>
    </w:p>
    <w:p>
      <w:r>
        <w:rPr>
          <w:b/>
        </w:rPr>
        <w:t xml:space="preserve">[36:49] </w:t>
      </w:r>
      <w:r>
        <w:t>to aik to doosray log jo program banatay thay, us mein shirkat hoti thi,</w:t>
      </w:r>
    </w:p>
    <w:p>
      <w:pPr>
        <w:jc w:val="right"/>
      </w:pPr>
      <w:r>
        <w:t>تو ایک تو دوسرے لوگ جو پروگرام بناتے تھے، اس میں شرکت ہوتی تھی،</w:t>
      </w:r>
    </w:p>
    <w:p>
      <w:r>
        <w:rPr>
          <w:b/>
        </w:rPr>
        <w:t xml:space="preserve">[37:00] </w:t>
      </w:r>
      <w:r>
        <w:t>aur</w:t>
      </w:r>
    </w:p>
    <w:p>
      <w:pPr>
        <w:jc w:val="right"/>
      </w:pPr>
      <w:r>
        <w:t>اور</w:t>
      </w:r>
    </w:p>
    <w:p>
      <w:r>
        <w:rPr>
          <w:b/>
        </w:rPr>
        <w:t xml:space="preserve">[37:03] </w:t>
      </w:r>
      <w:r>
        <w:t>jahan mein thehra tha, wahan par barabar log atay thay, musalman bhi, hindu bhi, isai bhi, aur dawat par baatein hoti theen.</w:t>
      </w:r>
    </w:p>
    <w:p>
      <w:pPr>
        <w:jc w:val="right"/>
      </w:pPr>
      <w:r>
        <w:t>جہاں میں ٹھہرا تھا، وہاں پر برابر لوگ آتے تھے، مسلمان بھی، ہندو بھی، عیسائی بھی، اور دعوت پر باتیں ہوتی تھیں۔</w:t>
      </w:r>
    </w:p>
    <w:p>
      <w:r>
        <w:rPr>
          <w:b/>
        </w:rPr>
        <w:t xml:space="preserve">[37:14] </w:t>
      </w:r>
      <w:r>
        <w:t>to koi azadi, koi rukawat nahin. mein hairaan tha ke mein india mein paida hua, mein aik indian hoon, aur itni door aa kar ke america mein azadana tor par mudah hotay hue kaam kar raha hoon.</w:t>
      </w:r>
    </w:p>
    <w:p>
      <w:pPr>
        <w:jc w:val="right"/>
      </w:pPr>
      <w:r>
        <w:t>تو کوئی آزادی، کوئی رکاوٹ نہیں۔ میں حیران تھا کہ میں انڈیا میں پیدا ہوا، میں ایک انڈین ہوں، اور اتنی دور آ کر کے امریکہ میں آزادانہ طور پر مداح ہوتے ہوئے کام کر رہا ہوں۔</w:t>
      </w:r>
    </w:p>
    <w:p>
      <w:r>
        <w:rPr>
          <w:b/>
        </w:rPr>
        <w:t xml:space="preserve">[37:30] </w:t>
      </w:r>
      <w:r>
        <w:t>koi poochta nahin, kya kar rahay hain aap? kaisa anokha yeh hai! pehle zamanay aap aap compare kar ke dekhiye, in comparison that we understand</w:t>
      </w:r>
    </w:p>
    <w:p>
      <w:pPr>
        <w:jc w:val="right"/>
      </w:pPr>
      <w:r>
        <w:t>کوئی پوچھتا نہیں، کیا کر رہے ہیں آپ؟ کیسا انوکھا یہ ہے! پہلے زمانے آپ آپ کمپیئر کر کے دیکھیے، ان کمپیریزن دیٹ وی انڈرسٹینڈ</w:t>
      </w:r>
    </w:p>
    <w:p>
      <w:r>
        <w:rPr>
          <w:b/>
        </w:rPr>
        <w:t xml:space="preserve">[37:42] </w:t>
      </w:r>
      <w:r>
        <w:t>. to rauf al asha aur bhi adad hain, jab aap taqallub taqabul karengay, taqalub taqabul, yani comparison, tab aap samjhenge ke yeh kya cheez hai.</w:t>
      </w:r>
    </w:p>
    <w:p>
      <w:pPr>
        <w:jc w:val="right"/>
      </w:pPr>
      <w:r>
        <w:t>۔ تورف العشاء اور بھی اعداد ہیں، جب آپ تقلب تقابل کریں گے، تقالب تقابل، یعنی کمپیریزن، تب آپ سمجھیں گے کہ یہ کیا چیز ہے۔</w:t>
      </w:r>
    </w:p>
    <w:p>
      <w:r>
        <w:rPr>
          <w:b/>
        </w:rPr>
        <w:t xml:space="preserve">[37:56] </w:t>
      </w:r>
      <w:r>
        <w:t>aap rasool Allah ki halaat parhiye, sahaba ki halaat parhiye, nabiyon ki halaat parhiye. to qadeem zamanay mein karna mushkil tha. ab ab poori dunya aap ke maidan bani hui</w:t>
      </w:r>
    </w:p>
    <w:p>
      <w:pPr>
        <w:jc w:val="right"/>
      </w:pPr>
      <w:r>
        <w:t>آپ رسول اللہ کی حالات پڑھیے، صحابہ کی حالات پڑھیے، نبیوں کی حالات پڑھیے۔ تو قدیم زمانے میں کرنا مشکل تھا۔ اب اب پوری دنیا آپ کے میدان بنی ہوئی</w:t>
      </w:r>
    </w:p>
    <w:p>
      <w:r>
        <w:rPr>
          <w:b/>
        </w:rPr>
        <w:t xml:space="preserve">[38:09] </w:t>
      </w:r>
      <w:r>
        <w:t>hai, poori dunya mein aap kaam kar sakte hain, kar sakte hain baghair kisi rok o rukawat ke. shart sirf yeh hai ke aap ke dil mein nafrat na ho, shikayat na ho, kyunke dekhiye,</w:t>
      </w:r>
    </w:p>
    <w:p>
      <w:pPr>
        <w:jc w:val="right"/>
      </w:pPr>
      <w:r>
        <w:t>ہے، پوری دنیا میں آپ کام کر سکتے ہیں، کر سکتے ہیں بغیر کسی روک و رکاوٹ کے۔ شرط صرف یہ ہے کہ آپ کے دل میں نفرت نہ ہو، شکایت نہ ہو، کیونکہ دیکھیے،</w:t>
      </w:r>
    </w:p>
    <w:p>
      <w:r>
        <w:rPr>
          <w:b/>
        </w:rPr>
        <w:t xml:space="preserve">[38:23] </w:t>
      </w:r>
      <w:r>
        <w:t>har evil ka aaghaz shikayat hai, har evil ka aaghaz shikayat hai. dil mein aap ko shikayat ayegi to kya uska aaghaz hoga?</w:t>
      </w:r>
    </w:p>
    <w:p>
      <w:pPr>
        <w:jc w:val="right"/>
      </w:pPr>
      <w:r>
        <w:t>ہر ایول کا آغاز شکایت ہے، ہر ایول کا آغاز شکایت ہے۔ دل میں آپ کو شکایت آئے گی تو کیا اس کا آغاز ہوگا؟</w:t>
      </w:r>
    </w:p>
    <w:p>
      <w:r>
        <w:rPr>
          <w:b/>
        </w:rPr>
        <w:t xml:space="preserve">[38:34] </w:t>
      </w:r>
      <w:r>
        <w:t>nafrat ayegi, nafrat ayegi to phir kya hoga?</w:t>
      </w:r>
    </w:p>
    <w:p>
      <w:pPr>
        <w:jc w:val="right"/>
      </w:pPr>
      <w:r>
        <w:t>نفرت آئے گی، نفرت آئے گی تو پھر کیا ہوگا؟</w:t>
      </w:r>
    </w:p>
    <w:p>
      <w:r>
        <w:rPr>
          <w:b/>
        </w:rPr>
        <w:t xml:space="preserve">[38:38] </w:t>
      </w:r>
      <w:r>
        <w:t>ke aap sochenge ke hum maar maar ke theek karna chahiye, to phir talwar niklegi, bam banega, gun ka chal chalega, yahan tak ke ladte hue, ladte phirte rahenge, log mar jayenge, aur nateeja kuch nahin niklega.</w:t>
      </w:r>
    </w:p>
    <w:p>
      <w:pPr>
        <w:jc w:val="right"/>
      </w:pPr>
      <w:r>
        <w:t>کہ آپ سوچیں گے کہ ہم مار مار کے ٹھیک کرنا چاہیے، تو پھر تلوار نکلے گی، بم بنے گا، گن کا چل چلے گا، یہاں تک کہ لڑتے ہوئے، لڑتے پھرتے رہیں گے، لوگ مر جائیں گے، اور نتیجہ کچھ نہیں نکلے گا۔</w:t>
      </w:r>
    </w:p>
    <w:p>
      <w:r>
        <w:rPr>
          <w:b/>
        </w:rPr>
        <w:t xml:space="preserve">[39:00] </w:t>
      </w:r>
      <w:r>
        <w:t>to yahi is liye, yani pehle se hum yeh is tehreek chala rahay hain,</w:t>
      </w:r>
    </w:p>
    <w:p>
      <w:pPr>
        <w:jc w:val="right"/>
      </w:pPr>
      <w:r>
        <w:t>تو یہی اس لیے، یعنی پہلے سے ہم یہ اس تحریک چلا رہے ہیں،</w:t>
      </w:r>
    </w:p>
    <w:p>
      <w:r>
        <w:rPr>
          <w:b/>
        </w:rPr>
        <w:t xml:space="preserve">[39:09] </w:t>
      </w:r>
      <w:r>
        <w:t>jis ko hum kehte hain positive thinking. lekin america aik is safar mein aur pakhtagi aayi, aur pakhtagi ke yahi kaam hai karne ka, aur is isi ke zariye kaam bhi mil sakti hai.</w:t>
      </w:r>
    </w:p>
    <w:p>
      <w:pPr>
        <w:jc w:val="right"/>
      </w:pPr>
      <w:r>
        <w:t>جس کو ہم کہتے ہیں پازیٹیو تھنکنگ۔ لیکن امریکہ ایک اس سفر میں اور پختگی آئی، اور پختگی کہ یہی کام ہے کرنے کا، اور اس اسی کے ذریعے کام بھی مل سکتی ہے۔</w:t>
      </w:r>
    </w:p>
    <w:p>
      <w:r>
        <w:rPr>
          <w:b/>
        </w:rPr>
        <w:t xml:space="preserve">[39:29] </w:t>
      </w:r>
      <w:r>
        <w:t>to</w:t>
      </w:r>
    </w:p>
    <w:p>
      <w:pPr>
        <w:jc w:val="right"/>
      </w:pPr>
      <w:r>
        <w:t>تو</w:t>
      </w:r>
    </w:p>
    <w:p>
      <w:r>
        <w:rPr>
          <w:b/>
        </w:rPr>
        <w:t xml:space="preserve">[39:30] </w:t>
      </w:r>
      <w:r>
        <w:t>yeh chand baatein theen jo is safar se ki nisbat se mujhe kaha tha aap se, aur inshallah aagay jo dars e quran aaj nahin hua to aglay sunday se phir dars e quran shuru ho jayega.</w:t>
      </w:r>
    </w:p>
    <w:p>
      <w:pPr>
        <w:jc w:val="right"/>
      </w:pPr>
      <w:r>
        <w:t>یہ چند باتیں تھیں جو اس سفر سے کی نسبت سے مجھے کہا تھا آپ سے، اور انشاءاللہ آگے جو درس قرآن آج نہیں ہوا تو اگلے سنڈے سے پھر درس قرآن شروع ہو جائے گا۔</w:t>
      </w:r>
    </w:p>
    <w:p>
      <w:r>
        <w:rPr>
          <w:b/>
        </w:rPr>
        <w:t xml:space="preserve">[39:48] </w:t>
      </w:r>
      <w:r>
        <w:t>aur asal mein hamara jo mission hai woh quran par mabni hai.</w:t>
      </w:r>
    </w:p>
    <w:p>
      <w:pPr>
        <w:jc w:val="right"/>
      </w:pPr>
      <w:r>
        <w:t>اور اصل میں ہمارا جو مشن ہے وہ قرآنی پر مبنی ہے۔</w:t>
      </w:r>
    </w:p>
    <w:p>
      <w:r>
        <w:rPr>
          <w:b/>
        </w:rPr>
        <w:t xml:space="preserve">[39:54] </w:t>
      </w:r>
      <w:r>
        <w:t>hamaray mission ka ka jo markazi nuqta hai woh quran hai, jo literature hai woh bhi inka supportive literature hai, supporting,</w:t>
      </w:r>
    </w:p>
    <w:p>
      <w:pPr>
        <w:jc w:val="right"/>
      </w:pPr>
      <w:r>
        <w:t>ہمارے مشن کا کا جو مرکزی نقطہ ہے وہ قرآنی ہے، جو لٹریچر ہے وہ بھی ان کا سپورٹیو لٹریچر ہے، سپورٹنگ،</w:t>
      </w:r>
    </w:p>
    <w:p>
      <w:r>
        <w:rPr>
          <w:b/>
        </w:rPr>
        <w:t xml:space="preserve">[40:10] </w:t>
      </w:r>
      <w:r>
        <w:t>supportive literature. quran ka hum transfer tayyar kar ke chhapte hain. ab das das zabanon mein quran tayyar ho chuka hai, aur woh chhap chuka hai.</w:t>
      </w:r>
    </w:p>
    <w:p>
      <w:pPr>
        <w:jc w:val="right"/>
      </w:pPr>
      <w:r>
        <w:t>سپورٹیو لٹریچر۔ قرآن کا ہم ٹرانسفر تیار کر کے چھاپتے ہیں۔ اب دس دس زبانوں میں قرآن تیار ہو چکا ہے، اور وہ چھپ چکا ہے۔</w:t>
      </w:r>
    </w:p>
    <w:p>
      <w:r>
        <w:rPr>
          <w:b/>
        </w:rPr>
        <w:t xml:space="preserve">[40:24] </w:t>
      </w:r>
      <w:r>
        <w:t>to basic kaam yeh hai, lekin isi ke sath supportive literature ki bhi zaroorat hai. supportive literature ka matlab hai quran ko samajhne ke liye jaan ke tayyar karna.</w:t>
      </w:r>
    </w:p>
    <w:p>
      <w:pPr>
        <w:jc w:val="right"/>
      </w:pPr>
      <w:r>
        <w:t>تو بیسک کام یہ ہے، لیکن اسی کے ساتھ سپورٹیو لٹریچر کی بھی ضرورت ہے۔ سپورٹیو لٹریچر کا مطلب ہے قرآن کو سمجھنے کے لیے جان کے تیار کرنا۔</w:t>
      </w:r>
    </w:p>
    <w:p>
      <w:r>
        <w:rPr>
          <w:b/>
        </w:rPr>
        <w:t xml:space="preserve">[40:38] </w:t>
      </w:r>
      <w:r>
        <w:t>quran ko samajhne ke liye quran aap jante hain ke utra tha saatveen sadi isvi mein. ab naya zamanah hai, to naye zamanay mein quran ko apply karne ke liye phir hamein logon ko batana padega,</w:t>
      </w:r>
    </w:p>
    <w:p>
      <w:pPr>
        <w:jc w:val="right"/>
      </w:pPr>
      <w:r>
        <w:t>قرآن کو سمجھنے کے لیے قرآن آپ جانتے ہیں کہ اترا تھا ساتویں صدی عیسوی میں۔ اب نیا زمانہ ہے، تو نئے زمانے میں قرآن کو اپلائی کرنے کے لیے پھر ہمیں لوگوں کو بتانا پڑے گا،</w:t>
      </w:r>
    </w:p>
    <w:p>
      <w:r>
        <w:rPr>
          <w:b/>
        </w:rPr>
        <w:t xml:space="preserve">[40:56] </w:t>
      </w:r>
      <w:r>
        <w:t>yani how to apply the quran teaching in in modern age. is ko mein kehta hoon supportive literature. to quran aur supportive literature bas yahi hamara mission ka, yani sari ahmiyat isi isi ki hai hamaray mission mein.</w:t>
      </w:r>
    </w:p>
    <w:p>
      <w:pPr>
        <w:jc w:val="right"/>
      </w:pPr>
      <w:r>
        <w:t>یعنی ہاؤ ٹو اپلائی دا قرآن ٹیچنگ ان ان ماڈرن ایج۔ اس کو میں کہتا ہوں سپورٹیو لٹریچر۔ تو قرآن اور سپورٹیو لٹریچر بس یہی ہمارا مشن کا، یعنی ساری اہمیت اسی اسی کی ہے ہمارے مشن میں۔</w:t>
      </w:r>
    </w:p>
    <w:p>
      <w:r>
        <w:rPr>
          <w:b/>
        </w:rPr>
        <w:t xml:space="preserve">[41:17] </w:t>
      </w:r>
      <w:r>
        <w:t>to Allah ke fazl se</w:t>
      </w:r>
    </w:p>
    <w:p>
      <w:pPr>
        <w:jc w:val="right"/>
      </w:pPr>
      <w:r>
        <w:t>تو اللہ کے فضل سے</w:t>
      </w:r>
    </w:p>
    <w:p>
      <w:r>
        <w:rPr>
          <w:b/>
        </w:rPr>
        <w:t xml:space="preserve">[41:20] </w:t>
      </w:r>
      <w:r>
        <w:t>is safar mein yeh andaza hua ke yahan se sirf India mein nahi balkeh doosre mulkon mein yeh mission apni jar pakad raha hai.</w:t>
      </w:r>
    </w:p>
    <w:p>
      <w:pPr>
        <w:jc w:val="right"/>
      </w:pPr>
      <w:r>
        <w:t>اس سفر میں یہ اندازہ ہوا کہ یہاں سے صرف انڈیا میں نہیں بلکہ دوسرے ملکوں میں یہ مشن اپنی جڑ پکڑ رہا ہے۔</w:t>
      </w:r>
    </w:p>
    <w:p>
      <w:r>
        <w:rPr>
          <w:b/>
        </w:rPr>
        <w:t xml:space="preserve">[41:31] </w:t>
      </w:r>
      <w:r>
        <w:t>tezi se mislan America mein jo hum gaye thay to kai mulkon ke log wahan aa gaye yeh khabar sun kar ke hamara program wahan par hai, aur sath ساتھ rahe woh.</w:t>
      </w:r>
    </w:p>
    <w:p>
      <w:pPr>
        <w:jc w:val="right"/>
      </w:pPr>
      <w:r>
        <w:t>تیزی سے مثلاً امریکہ میں جو ہم گئے تھے تو کئی ملکوں کے لوگ وہاں آ گئے یہ خبر سن کر کہ ہمارا پروگرام وہاں پر ہے، اور ساتھ ساتھ رہے وہ۔</w:t>
      </w:r>
    </w:p>
    <w:p>
      <w:r>
        <w:rPr>
          <w:b/>
        </w:rPr>
        <w:t xml:space="preserve">[41:49] </w:t>
      </w:r>
      <w:r>
        <w:t>to dekhiye, hamare mission ka kaam bhi yeh hai ke hum low profile maqam par hain, kabhi bhi high profile maqam na karein.</w:t>
      </w:r>
    </w:p>
    <w:p>
      <w:pPr>
        <w:jc w:val="right"/>
      </w:pPr>
      <w:r>
        <w:t>تو دیکھیے، ہمارے مشن کا کام بھی یہ ہے کہ ہم لو پروفائل مقام پر ہیں، کبھی بھی ہائی پروفائل مقام نہ کریں۔</w:t>
      </w:r>
    </w:p>
    <w:p>
      <w:r>
        <w:rPr>
          <w:b/>
        </w:rPr>
        <w:t xml:space="preserve">[41:58] </w:t>
      </w:r>
      <w:r>
        <w:t>yeh hamare kaam, mission ka bhi qarar hai.</w:t>
      </w:r>
    </w:p>
    <w:p>
      <w:pPr>
        <w:jc w:val="right"/>
      </w:pPr>
      <w:r>
        <w:t>یہ ہمارے کام، مشن کا بھی قرار ہے۔</w:t>
      </w:r>
    </w:p>
    <w:p>
      <w:r>
        <w:rPr>
          <w:b/>
        </w:rPr>
        <w:t xml:space="preserve">[42:04] </w:t>
      </w:r>
      <w:r>
        <w:t>yeh bohat hi zaroori hai ke hum hum samjhein is baat ko ke hamara mission jo hai is mein low profile mein kaam kiya jaye karna hai, hum ko high profile mein kaam nahi karna hai.</w:t>
      </w:r>
    </w:p>
    <w:p>
      <w:pPr>
        <w:jc w:val="right"/>
      </w:pPr>
      <w:r>
        <w:t>یہ بہت ہی ضروری ہے کہ ہم ہم سمجھیں اس بات کو کہ ہمارا مشن جو ہے اس میں لو پروفائل میں کام کیا جائے کرنا ہے، ہم کو ہائی پروفائل میں کام نہیں کرنا ہے۔</w:t>
      </w:r>
    </w:p>
    <w:p>
      <w:r>
        <w:rPr>
          <w:b/>
        </w:rPr>
        <w:t xml:space="preserve">[42:18] </w:t>
      </w:r>
      <w:r>
        <w:t>yehi kamyabi ka khas raaz hai.</w:t>
      </w:r>
    </w:p>
    <w:p>
      <w:pPr>
        <w:jc w:val="right"/>
      </w:pPr>
      <w:r>
        <w:t>یہی کامیابی کا خاص راز ہے۔</w:t>
      </w:r>
    </w:p>
    <w:p>
      <w:r>
        <w:rPr>
          <w:b/>
        </w:rPr>
        <w:t xml:space="preserve">[42:27] </w:t>
      </w:r>
      <w:r>
        <w:t>to main in baaton ke baad</w:t>
      </w:r>
    </w:p>
    <w:p>
      <w:pPr>
        <w:jc w:val="right"/>
      </w:pPr>
      <w:r>
        <w:t>تو میں ان باتوں کے بعد</w:t>
      </w:r>
    </w:p>
    <w:p>
      <w:r>
        <w:rPr>
          <w:b/>
        </w:rPr>
        <w:t xml:space="preserve">[42:31] </w:t>
      </w:r>
      <w:r>
        <w:t>dua ke sath apni baat ko khatam karta hoon, aur dua karta hoon ke Allah taala</w:t>
      </w:r>
    </w:p>
    <w:p>
      <w:pPr>
        <w:jc w:val="right"/>
      </w:pPr>
      <w:r>
        <w:t>دعا کے ساتھ اپنی بات کو ختم کرتا ہوں، اور دعا کرتا ہوں کہ اللہ تعالیٰ</w:t>
      </w:r>
    </w:p>
    <w:p>
      <w:r>
        <w:rPr>
          <w:b/>
        </w:rPr>
        <w:t xml:space="preserve">[42:40] </w:t>
      </w:r>
      <w:r>
        <w:t>aap ko jo log yahan hain aur jo log bahar sun rahe hain</w:t>
      </w:r>
    </w:p>
    <w:p>
      <w:pPr>
        <w:jc w:val="right"/>
      </w:pPr>
      <w:r>
        <w:t>آپ کو جو لوگ یہاں ہیں اور جو لوگ باہر سن رہے ہیں</w:t>
      </w:r>
    </w:p>
    <w:p>
      <w:r>
        <w:rPr>
          <w:b/>
        </w:rPr>
        <w:t xml:space="preserve">[42:46] </w:t>
      </w:r>
      <w:r>
        <w:t>internet ke zariye se un sab ke liye dua karta hoon ke aap</w:t>
      </w:r>
    </w:p>
    <w:p>
      <w:pPr>
        <w:jc w:val="right"/>
      </w:pPr>
      <w:r>
        <w:t>انٹرنیٹ کے ذریعے سے ان سب کے لیے دعا کرتا ہوں کہ آپ</w:t>
      </w:r>
    </w:p>
    <w:p>
      <w:r>
        <w:rPr>
          <w:b/>
        </w:rPr>
        <w:t xml:space="preserve">[42:52] </w:t>
      </w:r>
      <w:r>
        <w:t>dawat ke kaam ko</w:t>
      </w:r>
    </w:p>
    <w:p>
      <w:pPr>
        <w:jc w:val="right"/>
      </w:pPr>
      <w:r>
        <w:t>دعوت کے کام کو</w:t>
      </w:r>
    </w:p>
    <w:p>
      <w:r>
        <w:rPr>
          <w:b/>
        </w:rPr>
        <w:t xml:space="preserve">[42:55] </w:t>
      </w:r>
      <w:r>
        <w:t>apna mission banayein, aur</w:t>
      </w:r>
    </w:p>
    <w:p>
      <w:pPr>
        <w:jc w:val="right"/>
      </w:pPr>
      <w:r>
        <w:t>اپنا مشن بنائیں، اور</w:t>
      </w:r>
    </w:p>
    <w:p>
      <w:r>
        <w:rPr>
          <w:b/>
        </w:rPr>
        <w:t xml:space="preserve">[42:59] </w:t>
      </w:r>
      <w:r>
        <w:t>wise planning ke sath har jagah is kaam ko phailayein.</w:t>
      </w:r>
    </w:p>
    <w:p>
      <w:pPr>
        <w:jc w:val="right"/>
      </w:pPr>
      <w:r>
        <w:t>وائس پلاننگ کے ساتھ ہر جگہ اس کام کو پھیلائیں۔</w:t>
      </w:r>
    </w:p>
    <w:p>
      <w:r>
        <w:rPr>
          <w:b/>
        </w:rPr>
        <w:t xml:space="preserve">[43:03] </w:t>
      </w:r>
      <w:r>
        <w:t>dekhiye, mein aap ko</w:t>
      </w:r>
    </w:p>
    <w:p>
      <w:pPr>
        <w:jc w:val="right"/>
      </w:pPr>
      <w:r>
        <w:t>دیکھیے، میں آپ کو</w:t>
      </w:r>
    </w:p>
    <w:p>
      <w:r>
        <w:rPr>
          <w:b/>
        </w:rPr>
        <w:t xml:space="preserve">[43:09] </w:t>
      </w:r>
      <w:r>
        <w:t>yeh arz karna chahunga ke hamara target kya hai, nishana kya hai, hamara hamara nishana kya hai.</w:t>
      </w:r>
    </w:p>
    <w:p>
      <w:pPr>
        <w:jc w:val="right"/>
      </w:pPr>
      <w:r>
        <w:t>یہ عرض کرنا چاہوں گا کہ ہمارا ٹارگٹ کیا ہے، نشانہ کیا ہے، ہمارا ہمارا نشانہ کیا ہے۔</w:t>
      </w:r>
    </w:p>
    <w:p>
      <w:r>
        <w:rPr>
          <w:b/>
        </w:rPr>
        <w:t xml:space="preserve">[43:16] </w:t>
      </w:r>
      <w:r>
        <w:t>to dekhiye, hamara nishana hai ke is is kitab ko phailana, is ka naam hai Age of Peace, Age of Peace.</w:t>
      </w:r>
    </w:p>
    <w:p>
      <w:pPr>
        <w:jc w:val="right"/>
      </w:pPr>
      <w:r>
        <w:t>تو دیکھیے، ہمارا نشانہ ہے کہ اس اس کتاب کو پھیلانا، اس کا نام ہے ایج آف پیس، ایج آف پیس۔</w:t>
      </w:r>
    </w:p>
    <w:p>
      <w:r>
        <w:rPr>
          <w:b/>
        </w:rPr>
        <w:t xml:space="preserve">[43:28] </w:t>
      </w:r>
      <w:r>
        <w:t>aur yeh jo jis ko kehte hain hum supportive literature, is mein se ek kitab yeh hai Quran ki wisdom.</w:t>
      </w:r>
    </w:p>
    <w:p>
      <w:pPr>
        <w:jc w:val="right"/>
      </w:pPr>
      <w:r>
        <w:t>اور یہ جو جس کو کہتے ہیں ہم سپورٹیو لٹریچر، اس میں سے ایک کتاب یہ ہے قرآن کی وزڈم۔</w:t>
      </w:r>
    </w:p>
    <w:p>
      <w:r>
        <w:rPr>
          <w:b/>
        </w:rPr>
        <w:t xml:space="preserve">[43:38] </w:t>
      </w:r>
      <w:r>
        <w:t>to hamara target yehi hai literature ko phailana.</w:t>
      </w:r>
    </w:p>
    <w:p>
      <w:pPr>
        <w:jc w:val="right"/>
      </w:pPr>
      <w:r>
        <w:t>تو ہمارا ٹارگٹ یہی ہے لٹریچر کو پھیلانا۔</w:t>
      </w:r>
    </w:p>
    <w:p>
      <w:r>
        <w:rPr>
          <w:b/>
        </w:rPr>
        <w:t xml:space="preserve">[43:43] </w:t>
      </w:r>
      <w:r>
        <w:t>mein samajhta hoon ke</w:t>
      </w:r>
    </w:p>
    <w:p>
      <w:pPr>
        <w:jc w:val="right"/>
      </w:pPr>
      <w:r>
        <w:t>میں سمجھتا ہوں کہ</w:t>
      </w:r>
    </w:p>
    <w:p>
      <w:r>
        <w:rPr>
          <w:b/>
        </w:rPr>
        <w:t xml:space="preserve">[43:48] </w:t>
      </w:r>
      <w:r>
        <w:t>yehi Qurani tareeqe ko ka ka usool hai. Quran mein dekhiye yeh hai ke ilm bil qalam, Allah taala ne qalam ke zariye ilm ilm sikhaya logon ko.</w:t>
      </w:r>
    </w:p>
    <w:p>
      <w:pPr>
        <w:jc w:val="right"/>
      </w:pPr>
      <w:r>
        <w:t>یہی قرآنی طریقے کو کا کا اصول ہے۔ قرآن میں دیکھیے یہ ہے کہ علم بالقلم، اللہ تعالیٰ نے قلم کے ذریعے علم علم سکھایا لوگوں کو۔</w:t>
      </w:r>
    </w:p>
    <w:p>
      <w:r>
        <w:rPr>
          <w:b/>
        </w:rPr>
        <w:t xml:space="preserve">[44:03] </w:t>
      </w:r>
      <w:r>
        <w:t>qalam ko ilm ka zariya banaya. to pehle zamaney mein bohat mehdood tor par yeh kaam hota tha,</w:t>
      </w:r>
    </w:p>
    <w:p>
      <w:pPr>
        <w:jc w:val="right"/>
      </w:pPr>
      <w:r>
        <w:t>قلم کو علم کا ذریعہ بنایا۔ تو پہلے زمانے میں بہت محدود طور پر یہ کام ہوتا تھا،</w:t>
      </w:r>
    </w:p>
    <w:p>
      <w:r>
        <w:rPr>
          <w:b/>
        </w:rPr>
        <w:t xml:space="preserve">[44:11] </w:t>
      </w:r>
      <w:r>
        <w:t>haath se likhte thay, haath se likh kar ke kitabein tayyar karte thay. ab printing press ka zamana hai, modern technology ka zamana hai, to aap bohat baray peymanay par qalam ko istemal kar sakte hain.</w:t>
      </w:r>
    </w:p>
    <w:p>
      <w:pPr>
        <w:jc w:val="right"/>
      </w:pPr>
      <w:r>
        <w:t>ہاتھ سے لکھتے تھے، ہاتھ سے لکھ کر کے کتابیں تیار کرتے تھے۔ اب پرنٹنگ پریس کا زمانہ ہے، ماڈرن ٹیکنالوجی کا زمانہ ہے، تو آپ بہت بڑے پیمانے پر قلم کو استعمال کر سکتے ہیں۔</w:t>
      </w:r>
    </w:p>
    <w:p>
      <w:r>
        <w:rPr>
          <w:b/>
        </w:rPr>
        <w:t xml:space="preserve">[44:27] </w:t>
      </w:r>
      <w:r>
        <w:t>kal mein kisi se keh raha tha, kal parson ke is zamaney mein ki nematoun mein se Allah ki nematoun mein se ek nemat yeh hai ke aap chahe aap ko koi bhi kaam ho,</w:t>
      </w:r>
    </w:p>
    <w:p>
      <w:pPr>
        <w:jc w:val="right"/>
      </w:pPr>
      <w:r>
        <w:t>کل میں کسی سے کہہ رہا تھا، کل پرسوں کہ اس زمانے میں کی نعمتوں میں سے اللہ کی نعمتوں میں سے ایک نعمت یہ ہے کہ آپ چاہے آپ کو کوئی بھی کام ہو،</w:t>
      </w:r>
    </w:p>
    <w:p>
      <w:r>
        <w:rPr>
          <w:b/>
        </w:rPr>
        <w:t xml:space="preserve">[44:43] </w:t>
      </w:r>
      <w:r>
        <w:t>aap ki taleem kaisi bhi ho, kuch bhi ho, lekin dawat ke kaam mein aap bharpoor tor par istemal kar sakte hain apne aap ko. woh kaise</w:t>
      </w:r>
    </w:p>
    <w:p>
      <w:pPr>
        <w:jc w:val="right"/>
      </w:pPr>
      <w:r>
        <w:t>آپ کی تعلیم کیسی بھی ہو، کچھ بھی ہو، لیکن دعوت کے کام میں آپ بھرپور طور پر استعمال کر سکتے ہیں اپنے آپ کو۔ وہ کیسے</w:t>
      </w:r>
    </w:p>
    <w:p>
      <w:r>
        <w:rPr>
          <w:b/>
        </w:rPr>
        <w:t xml:space="preserve">[44:51] </w:t>
      </w:r>
      <w:r>
        <w:t>? jo is tarah kitabein chhap kar tayyar hui hain, jo bohat aala peymanay par tayyar ki gayi hain, aap bas apni pocket mein rakh lijye, apne bag mein rakh lijye.</w:t>
      </w:r>
    </w:p>
    <w:p>
      <w:pPr>
        <w:jc w:val="right"/>
      </w:pPr>
      <w:r>
        <w:t>؟ جو اس طرح کتابیں چھپ کر تیار ہوئی ہیں، جو بہت اعلیٰ پیمانے پر تیار کی گئی ہیں، آپ بس اپنی پاکٹ میں رکھ لیجئے، اپنے بیگ میں رکھ لیجئے۔</w:t>
      </w:r>
    </w:p>
    <w:p>
      <w:r>
        <w:rPr>
          <w:b/>
        </w:rPr>
        <w:t xml:space="preserve">[45:06] </w:t>
      </w:r>
      <w:r>
        <w:t>aur is zamaney mein mein kaha karta hoon ke yeh zamana mobility ka zamana hai. log yahan aa rahe hain, ja rahe hain, aa rahe hain, ja rahe hain, yani har waqt insan chal raha hai.</w:t>
      </w:r>
    </w:p>
    <w:p>
      <w:pPr>
        <w:jc w:val="right"/>
      </w:pPr>
      <w:r>
        <w:t>اور اس زمانے میں میں کہا کرتا ہوں کہ یہ زمانہ موبیلٹی کا زمانہ ہے۔ لوگ یہاں آ رہے ہیں، جا رہے ہیں، آ رہے ہیں، جا رہے ہیں، یعنی ہر وقت انسان چل رہا ہے۔</w:t>
      </w:r>
    </w:p>
    <w:p>
      <w:r>
        <w:rPr>
          <w:b/>
        </w:rPr>
        <w:t xml:space="preserve">[45:16] </w:t>
      </w:r>
      <w:r>
        <w:t>to jahan bhi aap jayenge, wahan aap ko insan milenge,</w:t>
      </w:r>
    </w:p>
    <w:p>
      <w:pPr>
        <w:jc w:val="right"/>
      </w:pPr>
      <w:r>
        <w:t>تو جہاں بھی آپ جائیں گے، وہاں آپ کو انسان ملیں گے،</w:t>
      </w:r>
    </w:p>
    <w:p>
      <w:r>
        <w:rPr>
          <w:b/>
        </w:rPr>
        <w:t xml:space="preserve">[45:20] </w:t>
      </w:r>
      <w:r>
        <w:t>har jagah aap ko insan milenge. to bas aap ke pas chhapi hui kitab ho, aap un ko dete rahiye, dete rahiye. chahe mulk ke andar safar karein, bahar safar karein, aap bazaar ja rahe hain, aap office ja rahe hain, kuch bhi kar rahe hain, aap ko insan milega ji.</w:t>
      </w:r>
    </w:p>
    <w:p>
      <w:pPr>
        <w:jc w:val="right"/>
      </w:pPr>
      <w:r>
        <w:t>ہر جگہ آپ کو انسان ملیں گے۔ تو بس آپ کے پاس چھپی ہوئی کتاب ہو، آپ ان کو دیتے رہیے، دیتے رہیے۔ چاہے ملک کے اندر سفر کریں، باہر سفر کریں، آپ بازار جا رہے ہیں، آپ افس جا رہے ہیں، کچھ بھی کر رہے ہیں، آپ کو انسان ملے گا جی۔</w:t>
      </w:r>
    </w:p>
    <w:p>
      <w:r>
        <w:rPr>
          <w:b/>
        </w:rPr>
        <w:t xml:space="preserve">[45:39] </w:t>
      </w:r>
      <w:r>
        <w:t>kyunke communication ke jo bada hai, us ki wajah se mobility badi hai insan ki, aur har jagah insan hi insan hai, har jagah insan hi insan hai.</w:t>
      </w:r>
    </w:p>
    <w:p>
      <w:pPr>
        <w:jc w:val="right"/>
      </w:pPr>
      <w:r>
        <w:t>کیونکہ کمیونیکیشن کے جو بڑا ہے، اس کی وجہ سے موبیلٹی بڑی ہے انسان کی، اور ہر جگہ انسان ہی انسان ہے، ہر جگہ انسان ہی انسان ہے۔</w:t>
      </w:r>
    </w:p>
    <w:p>
      <w:r>
        <w:rPr>
          <w:b/>
        </w:rPr>
        <w:t xml:space="preserve">[45:49] </w:t>
      </w:r>
      <w:r>
        <w:t>to is zamane mein kaam karne ka bohat aasan tareeqa hai ke chupa hua literature aap ke bag mein ho, aur aap jahan koi mile, us ko dete rahiے۔</w:t>
      </w:r>
    </w:p>
    <w:p>
      <w:pPr>
        <w:jc w:val="right"/>
      </w:pPr>
      <w:r>
        <w:t>تو اس زمانے میں کام کرنے کا بہت آسان طریقہ ہے کہ چھپا ہوا لٹریچر آپ کے بیگ میں ہو، اور آپ جہاں کوئی ملے، اس کو دیتے رہیے۔</w:t>
      </w:r>
    </w:p>
    <w:p>
      <w:r>
        <w:rPr>
          <w:b/>
        </w:rPr>
        <w:t xml:space="preserve">[46:00] </w:t>
      </w:r>
      <w:r>
        <w:t>to mein yahi aap ko target deta hoon ke literature ki phailai, literature ki phailai, is se zyada aasan kaam aur koi nahi hai, is se zyada aasan kaam aur koi nahi hai۔</w:t>
      </w:r>
    </w:p>
    <w:p>
      <w:pPr>
        <w:jc w:val="right"/>
      </w:pPr>
      <w:r>
        <w:t>تو میں یہی آپ کو ٹارگٹ دیتا ہوں کہ لٹریچر کی پھیلائی، لٹریچر کی پھیلائی، اس سے زیادہ آسان کام اور کوئی نہیں ہے، اس سے زیادہ آسان کام اور کوئی نہیں ہے۔</w:t>
      </w:r>
    </w:p>
    <w:p>
      <w:r>
        <w:rPr>
          <w:b/>
        </w:rPr>
        <w:t xml:space="preserve">[46:14] </w:t>
      </w:r>
      <w:r>
        <w:t>to mein dua karta hoon ke Allah taala aap ko himmat de ke aap is kaam ko zyada se zyada aage barhaen۔</w:t>
      </w:r>
    </w:p>
    <w:p>
      <w:pPr>
        <w:jc w:val="right"/>
      </w:pPr>
      <w:r>
        <w:t>تو میں دعا کرتا ہوں کہ اللہ تعالیٰ آپ کو ہمت دے کہ آپ اس کام کو زیادہ سے زیادہ آگے بڑھائیں۔</w:t>
      </w:r>
    </w:p>
    <w:p>
      <w:r>
        <w:rPr>
          <w:b/>
        </w:rPr>
        <w:t xml:space="preserve">[46:26] </w:t>
      </w:r>
      <w:r>
        <w:t>Rabbana atina fid dunya hasana wa fil akhirati hasana wa qina azabannar</w:t>
      </w:r>
    </w:p>
    <w:p>
      <w:pPr>
        <w:jc w:val="right"/>
      </w:pPr>
      <w:r>
        <w:t>ربنا آتنا فی الدنیا حسنہ وفی الآخرة حسنہ وقنا عذاب النار</w:t>
      </w:r>
    </w:p>
    <w:p>
      <w:r>
        <w:rPr>
          <w:b/>
        </w:rPr>
        <w:t xml:space="preserve">[46:39] </w:t>
      </w:r>
      <w:r>
        <w:t>Ya Allah,</w:t>
      </w:r>
    </w:p>
    <w:p>
      <w:pPr>
        <w:jc w:val="right"/>
      </w:pPr>
      <w:r>
        <w:t>یا اللہ،</w:t>
      </w:r>
    </w:p>
    <w:p>
      <w:r>
        <w:rPr>
          <w:b/>
        </w:rPr>
        <w:t xml:space="preserve">[46:43] </w:t>
      </w:r>
      <w:r>
        <w:t>hamare irade ko qabool farma۔</w:t>
      </w:r>
    </w:p>
    <w:p>
      <w:pPr>
        <w:jc w:val="right"/>
      </w:pPr>
      <w:r>
        <w:t>ہمارے ارادے کو قبول فرما۔</w:t>
      </w:r>
    </w:p>
    <w:p>
      <w:r>
        <w:rPr>
          <w:b/>
        </w:rPr>
        <w:t xml:space="preserve">[46:47] </w:t>
      </w:r>
      <w:r>
        <w:t>Ya Allah, jo log yahan maujood hain, jo bahar door ke maqam par hamari baton ko sun rahe hain, un sab ko, un sab ke liye apni rehmat ka, maghfirat ka faisla farma۔</w:t>
      </w:r>
    </w:p>
    <w:p>
      <w:pPr>
        <w:jc w:val="right"/>
      </w:pPr>
      <w:r>
        <w:t>یا اللہ، جو لوگ یہاں موجود ہیں، جو باہر دور کے مقام پر ہماری باتوں کو سن رہے ہیں، ان سب کو، ان سب کے لیے اپنی رحمت کا، مغفرت کا فیصلہ فرما۔</w:t>
      </w:r>
    </w:p>
    <w:p>
      <w:r>
        <w:rPr>
          <w:b/>
        </w:rPr>
        <w:t xml:space="preserve">[47:07] </w:t>
      </w:r>
      <w:r>
        <w:t>hum sab ko apni jannat mein jagah de۔</w:t>
      </w:r>
    </w:p>
    <w:p>
      <w:pPr>
        <w:jc w:val="right"/>
      </w:pPr>
      <w:r>
        <w:t>ہم سب کو اپنی جنت میں جگہ دے۔</w:t>
      </w:r>
    </w:p>
    <w:p>
      <w:r>
        <w:rPr>
          <w:b/>
        </w:rPr>
        <w:t xml:space="preserve">[47:12] </w:t>
      </w:r>
      <w:r>
        <w:t>to Ya Allah, hum sab ke liye maghfirat aur jannat ka faisla farma۔ Rabbana taqabbal minna innaka antas sameeul aleem wa tawallana innaka antattawwabur raheem wa salla Allahu taala ala khairi khalqihi Muhammadin wa aalihi wa ashabihi ajmaeen birahmatika ya arhamar raheemeen.</w:t>
      </w:r>
    </w:p>
    <w:p>
      <w:pPr>
        <w:jc w:val="right"/>
      </w:pPr>
      <w:r>
        <w:t>تو یا اللہ، ہم سب کے لیے مغفرت اور جنت کا فیصلہ فرما۔ ربنا تقبل منا إنك أنت السميع العليم وتولنا إنك أنت التواب الرحيم وصلی اللہ تعالی علی خیر خلقہ محمد والہ واصحابہ اجمعین برحمتک یا ارحم الراحمین.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