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Communal Interpretation of Islam, February 27, 2011</w:t>
      </w:r>
    </w:p>
    <w:p>
      <w:r>
        <w:t>https://youtu.be/6RmJeBE6wyY</w:t>
      </w:r>
    </w:p>
    <w:p>
      <w:r>
        <w:rPr>
          <w:b/>
        </w:rPr>
        <w:t xml:space="preserve">[00:31] </w:t>
      </w:r>
      <w:r>
        <w:t>quli. aaj ka title hai "</w:t>
      </w:r>
    </w:p>
    <w:p>
      <w:pPr>
        <w:jc w:val="right"/>
      </w:pPr>
      <w:r>
        <w:t>قولی۔ آج کا ٹائٹلہے"</w:t>
      </w:r>
    </w:p>
    <w:p>
      <w:r>
        <w:rPr>
          <w:b/>
        </w:rPr>
        <w:t xml:space="preserve">[00:39] </w:t>
      </w:r>
      <w:r>
        <w:t>kamaal interpretation of Islam".</w:t>
      </w:r>
    </w:p>
    <w:p>
      <w:pPr>
        <w:jc w:val="right"/>
      </w:pPr>
      <w:r>
        <w:t>کمللانٹرپریٹیشنآف اسلام" ۔</w:t>
      </w:r>
    </w:p>
    <w:p>
      <w:r>
        <w:rPr>
          <w:b/>
        </w:rPr>
        <w:t xml:space="preserve">[00:46] </w:t>
      </w:r>
      <w:r>
        <w:t>aaj ke jo musalman hain, woh ek bohat hi ajeeb, yani inexplicable phenomenon ban gaye hain.</w:t>
      </w:r>
    </w:p>
    <w:p>
      <w:pPr>
        <w:jc w:val="right"/>
      </w:pPr>
      <w:r>
        <w:t>آجکےجو مسلمانہیں، وہایکبہت ہی عجیب ،یعنی ان ایکسپلینیبل فیناومینابنگئےہیں۔</w:t>
      </w:r>
    </w:p>
    <w:p>
      <w:r>
        <w:rPr>
          <w:b/>
        </w:rPr>
        <w:t xml:space="preserve">[00:58] </w:t>
      </w:r>
      <w:r>
        <w:t>logon ko samajh mein nahin aata ke kaisa Islam hai yeh jo musalmanon mein nazar aata hai.</w:t>
      </w:r>
    </w:p>
    <w:p>
      <w:pPr>
        <w:jc w:val="right"/>
      </w:pPr>
      <w:r>
        <w:t>لوگوںکیسمجھمیںنہیںآتاکہکیسا اسلام ہے یہ جومسلمانوںمیں نظر آتاہے۔</w:t>
      </w:r>
    </w:p>
    <w:p>
      <w:r>
        <w:rPr>
          <w:b/>
        </w:rPr>
        <w:t xml:space="preserve">[01:07] </w:t>
      </w:r>
      <w:r>
        <w:t>isko explain karne ke liye mein aaj ek jo master formula hai, woh batana chahunga.</w:t>
      </w:r>
    </w:p>
    <w:p>
      <w:pPr>
        <w:jc w:val="right"/>
      </w:pPr>
      <w:r>
        <w:t>اسکو ایکسپلینکرنےکےلیے میںآج ایک جو ماسٹرفارمولاہے، وہ بتاناچاہوںگا۔</w:t>
      </w:r>
    </w:p>
    <w:p>
      <w:r>
        <w:rPr>
          <w:b/>
        </w:rPr>
        <w:t xml:space="preserve">[01:17] </w:t>
      </w:r>
      <w:r>
        <w:t>aur woh hai yeh baat ke musalmanon ka Islam Khuda aur Rasool wala Islam nahin hai.</w:t>
      </w:r>
    </w:p>
    <w:p>
      <w:pPr>
        <w:jc w:val="right"/>
      </w:pPr>
      <w:r>
        <w:t>اوروہہےیہ بات کہ مس لمانوںکا اسلام خدااوررسولوالااسلام نہیںہے۔</w:t>
      </w:r>
    </w:p>
    <w:p>
      <w:r>
        <w:rPr>
          <w:b/>
        </w:rPr>
        <w:t xml:space="preserve">[01:27] </w:t>
      </w:r>
      <w:r>
        <w:t>yeh community based Islam hai.</w:t>
      </w:r>
    </w:p>
    <w:p>
      <w:pPr>
        <w:jc w:val="right"/>
      </w:pPr>
      <w:r>
        <w:t>یہ کمیونٹیبیسڈ اسلام ہے۔</w:t>
      </w:r>
    </w:p>
    <w:p>
      <w:r>
        <w:rPr>
          <w:b/>
        </w:rPr>
        <w:t xml:space="preserve">[01:34] </w:t>
      </w:r>
      <w:r>
        <w:t>aur yeh koi anokhi baat nahin hai, koi mystery wali baat nahin hai ke yeh hamesha hota hai qomon mein.</w:t>
      </w:r>
    </w:p>
    <w:p>
      <w:pPr>
        <w:jc w:val="right"/>
      </w:pPr>
      <w:r>
        <w:t>اور یہ کوئیانوکھیباتنہیںہے، کوئی مسٹیریسباتنہیںہے کہیہہمیشہہوتاہے قوموںمیں۔</w:t>
      </w:r>
    </w:p>
    <w:p>
      <w:r>
        <w:rPr>
          <w:b/>
        </w:rPr>
        <w:t xml:space="preserve">[01:42] </w:t>
      </w:r>
      <w:r>
        <w:t>is se pehle yeh wood mein hua, ab yeh musalmanon mein hua hai.</w:t>
      </w:r>
    </w:p>
    <w:p>
      <w:pPr>
        <w:jc w:val="right"/>
      </w:pPr>
      <w:r>
        <w:t>اسسےپہلے یہ ودمیںہوا، ابیہیمسلمانوںمیںہواہے۔</w:t>
      </w:r>
    </w:p>
    <w:p>
      <w:r>
        <w:rPr>
          <w:b/>
        </w:rPr>
        <w:t xml:space="preserve">[01:49] </w:t>
      </w:r>
      <w:r>
        <w:t>dekhein, ek baat samajh lein ke Allah Ta'ala ka jo tareeqa hai</w:t>
      </w:r>
    </w:p>
    <w:p>
      <w:pPr>
        <w:jc w:val="right"/>
      </w:pPr>
      <w:r>
        <w:t>دیکھیں، ایکباتسمجھلیجئےکہاللہ تعالیٰکاجو طریقہہے</w:t>
      </w:r>
    </w:p>
    <w:p>
      <w:r>
        <w:rPr>
          <w:b/>
        </w:rPr>
        <w:t xml:space="preserve">[01:56] </w:t>
      </w:r>
      <w:r>
        <w:t>hidayat ke liye, woh kya hai? Allah Ta'ala ne sab se pehle</w:t>
      </w:r>
    </w:p>
    <w:p>
      <w:pPr>
        <w:jc w:val="right"/>
      </w:pPr>
      <w:r>
        <w:t>ہدایتکےلیے، وہکیا ہے۔ اللہ تعالیٰنے سبسےپہلے</w:t>
      </w:r>
    </w:p>
    <w:p>
      <w:r>
        <w:rPr>
          <w:b/>
        </w:rPr>
        <w:t xml:space="preserve">[02:06] </w:t>
      </w:r>
      <w:r>
        <w:t>Bani Israel ko muntakhib kiya. Bani Israel ko nahin?</w:t>
      </w:r>
    </w:p>
    <w:p>
      <w:pPr>
        <w:jc w:val="right"/>
      </w:pPr>
      <w:r>
        <w:t>بنی اسرائیلکو منتخبکیا۔ بنی اسرائیلکونہیں؟</w:t>
      </w:r>
    </w:p>
    <w:p>
      <w:r>
        <w:rPr>
          <w:b/>
        </w:rPr>
        <w:t xml:space="preserve">[02:12] </w:t>
      </w:r>
      <w:r>
        <w:t>Hazrat Ibrahim ke bete the Ismail, aur doosre bete the Ishaq. to Ishaq ke bete the Yaqoob.</w:t>
      </w:r>
    </w:p>
    <w:p>
      <w:pPr>
        <w:jc w:val="right"/>
      </w:pPr>
      <w:r>
        <w:t>حضرتابراہیمکےبیٹےتھے اسماعیل ، اور دوسرےبیٹےتھے اسحاق ۔ تو اسحاق کےبیٹےتھے یعقوب ۔</w:t>
      </w:r>
    </w:p>
    <w:p>
      <w:r>
        <w:rPr>
          <w:b/>
        </w:rPr>
        <w:t xml:space="preserve">[02:23] </w:t>
      </w:r>
      <w:r>
        <w:t>Yaqoob ka hi doosra naam tha Israel. to unke nase se jo log paida hue, unko Bani Israel kaha jata hai.</w:t>
      </w:r>
    </w:p>
    <w:p>
      <w:pPr>
        <w:jc w:val="right"/>
      </w:pPr>
      <w:r>
        <w:t>یعقوب کاہی دوسرانام تھا اسرائیل ۔ توانکینسلسے جولوگ پیدا ہوئے،انکو بنیاسرائیلکہاجاتاہے۔</w:t>
      </w:r>
    </w:p>
    <w:p>
      <w:r>
        <w:rPr>
          <w:b/>
        </w:rPr>
        <w:t xml:space="preserve">[02:36] </w:t>
      </w:r>
      <w:r>
        <w:t>tewallah ta'ala ne pehle, ya'ni islam se pehle, inko muntakhib kiya. yeh char hazar saal pehle ki baat hai ke woh Allah se hidayat ko lein, peghambaron ke zariye se,</w:t>
      </w:r>
    </w:p>
    <w:p>
      <w:pPr>
        <w:jc w:val="right"/>
      </w:pPr>
      <w:r>
        <w:t>تواللہ تعالیٰنے پہلے ،یعنیاسلام سے پہلے، انکو منتخب کیا۔ یہ چارہزارسالپہلے کیباتہے کہوہ اللہ سے ہدایتکولیں، پیغمبروںکےذریعےسے،</w:t>
      </w:r>
    </w:p>
    <w:p>
      <w:r>
        <w:rPr>
          <w:b/>
        </w:rPr>
        <w:t xml:space="preserve">[02:54] </w:t>
      </w:r>
      <w:r>
        <w:t>aur saari duniya ko pohncha dein. yahi baat hai Quran ki is aayat mein ke "faddalna ka ma'ala al-aalamin", ya'ni saare aalam par hum ne to ko fazilat di.</w:t>
      </w:r>
    </w:p>
    <w:p>
      <w:pPr>
        <w:jc w:val="right"/>
      </w:pPr>
      <w:r>
        <w:t>اور ساریدنیا کوپہنچائیں۔ یہیباتہے قرآنکیاسآیتمیں کہ"فض لناکمعلی العالم ین"،یعنیسارےعالم پرہمتوکو فضیلتدی۔</w:t>
      </w:r>
    </w:p>
    <w:p>
      <w:r>
        <w:rPr>
          <w:b/>
        </w:rPr>
        <w:t xml:space="preserve">[03:06] </w:t>
      </w:r>
      <w:r>
        <w:t>iska matlab yeh nahin ke inko superior banaya.</w:t>
      </w:r>
    </w:p>
    <w:p>
      <w:pPr>
        <w:jc w:val="right"/>
      </w:pPr>
      <w:r>
        <w:t>اسکامطلب یہنہیںکہانکوسپیریئربنایا۔</w:t>
      </w:r>
    </w:p>
    <w:p>
      <w:r>
        <w:rPr>
          <w:b/>
        </w:rPr>
        <w:t xml:space="preserve">[03:10] </w:t>
      </w:r>
      <w:r>
        <w:t>nahin, inko select kiya is baat ke liye ke woh Allah se khuda hidayat ko lein aur sab ko pohncha dein.</w:t>
      </w:r>
    </w:p>
    <w:p>
      <w:pPr>
        <w:jc w:val="right"/>
      </w:pPr>
      <w:r>
        <w:t>نہیں ، انکو سلیکٹکیا اسباتکےلیے کہوہ اللہ سے خدا ہدایت کولیںاورسبکوپہنچائیں۔</w:t>
      </w:r>
    </w:p>
    <w:p>
      <w:r>
        <w:rPr>
          <w:b/>
        </w:rPr>
        <w:t xml:space="preserve">[03:22] </w:t>
      </w:r>
      <w:r>
        <w:t>yeh matlab hai iska.</w:t>
      </w:r>
    </w:p>
    <w:p>
      <w:pPr>
        <w:jc w:val="right"/>
      </w:pPr>
      <w:r>
        <w:t>یہمطلبہےاسکا ۔</w:t>
      </w:r>
    </w:p>
    <w:p>
      <w:r>
        <w:rPr>
          <w:b/>
        </w:rPr>
        <w:t xml:space="preserve">[03:27] </w:t>
      </w:r>
      <w:r>
        <w:t>lekin baad ko in mein degeneration hua, in mein zawal aaya, to Allah ta'ala ne inko hata diya.</w:t>
      </w:r>
    </w:p>
    <w:p>
      <w:pPr>
        <w:jc w:val="right"/>
      </w:pPr>
      <w:r>
        <w:t>لیکن بعد کوانمیںڈیجنریشنہوا، انمیںزوالآیا، تو اللہ تعالیٰنے انکو ہٹا دیا۔</w:t>
      </w:r>
    </w:p>
    <w:p>
      <w:r>
        <w:rPr>
          <w:b/>
        </w:rPr>
        <w:t xml:space="preserve">[03:36] </w:t>
      </w:r>
      <w:r>
        <w:t>aur iski bajaye banu ismail ko Allah ta'ala ne muntakhib kiya.</w:t>
      </w:r>
    </w:p>
    <w:p>
      <w:pPr>
        <w:jc w:val="right"/>
      </w:pPr>
      <w:r>
        <w:t>اوراسکیبجائے بنواسماعیلکو اللہ تعالیٰنے منتخب کیا۔</w:t>
      </w:r>
    </w:p>
    <w:p>
      <w:r>
        <w:rPr>
          <w:b/>
        </w:rPr>
        <w:t xml:space="preserve">[03:43] </w:t>
      </w:r>
      <w:r>
        <w:t>ab jo chal raha hai islam, woh banu ismail ke zariye se chal raha hai. yeh hai matlab iska.</w:t>
      </w:r>
    </w:p>
    <w:p>
      <w:pPr>
        <w:jc w:val="right"/>
      </w:pPr>
      <w:r>
        <w:t>ابجو چلرہاہے اسلام ،وہبنواسماعیلکےذریعےسےچلرہاہے۔ یہہےمطلب اسکا ۔</w:t>
      </w:r>
    </w:p>
    <w:p>
      <w:r>
        <w:rPr>
          <w:b/>
        </w:rPr>
        <w:t xml:space="preserve">[03:53] </w:t>
      </w:r>
      <w:r>
        <w:t>to Quran mein yeh baat kahi gayi thi ke tum log, ya'ni musalmanon se, ke yahood mein jo bigaad aaya, woh bigaad tumhare andar bhi aaye ga to apne ko is se bachana.</w:t>
      </w:r>
    </w:p>
    <w:p>
      <w:pPr>
        <w:jc w:val="right"/>
      </w:pPr>
      <w:r>
        <w:t>تو قرآنمیں یہباتکہیگئیتھیکہ تم لوگ ،یعنیمسلمانوںسے، کہیہود میںجوبگاڑآیا،وہبگاڑتمہارےاندربھیآئےگا تو اپنے کواسسےبچانا۔</w:t>
      </w:r>
    </w:p>
    <w:p>
      <w:r>
        <w:rPr>
          <w:b/>
        </w:rPr>
        <w:t xml:space="preserve">[04:05] </w:t>
      </w:r>
      <w:r>
        <w:t>aur hadith mein bohat si hadith aayi hain is bare mein, bohat hi wazeh qism ki.</w:t>
      </w:r>
    </w:p>
    <w:p>
      <w:pPr>
        <w:jc w:val="right"/>
      </w:pPr>
      <w:r>
        <w:t>اور حدیثمیں بہت سیحدیثیںآئیںہیں اسبارےمیں ،بہت ہیواضحقسم کی۔</w:t>
      </w:r>
    </w:p>
    <w:p>
      <w:r>
        <w:rPr>
          <w:b/>
        </w:rPr>
        <w:t xml:space="preserve">[04:14] </w:t>
      </w:r>
      <w:r>
        <w:t>misalan ek hadith hai ke "lat tab'ununa kama kan qablakum shibran bi shibrin wa dhira'an bi dhira'in hatta law dakhaloo dabba hajjin la dakhal tumooh".</w:t>
      </w:r>
    </w:p>
    <w:p>
      <w:pPr>
        <w:jc w:val="right"/>
      </w:pPr>
      <w:r>
        <w:t>مثلاًایکحدیثہے کہ "لت تب عون سنا منکان قبل کم شبربش بر وز رعانبزر عین ح تی ٰولودخلواجهر ذب لدخلتموہ"۔</w:t>
      </w:r>
    </w:p>
    <w:p>
      <w:r>
        <w:rPr>
          <w:b/>
        </w:rPr>
        <w:t xml:space="preserve">[04:29] </w:t>
      </w:r>
      <w:r>
        <w:t>rasool Allah sal Allah aleh wasallam ne musalmanon ke bare mein kaha, ummat-e-muslima ke bare mein, ke tum zaroor yahood ki itteba' karoge, yahood ke raste par chaloge,</w:t>
      </w:r>
    </w:p>
    <w:p>
      <w:pPr>
        <w:jc w:val="right"/>
      </w:pPr>
      <w:r>
        <w:t>رسولاللہصلیاللہعلیہوسلمنےمسلمانوںکےبارےمیںکہا، امت مسلمہکےبارےمیں ،کہتم ضرور یہود کیاتباعکروگے،یہودکےراستےپرچلوگے،</w:t>
      </w:r>
    </w:p>
    <w:p>
      <w:r>
        <w:rPr>
          <w:b/>
        </w:rPr>
        <w:t xml:space="preserve">[04:40] </w:t>
      </w:r>
      <w:r>
        <w:t>qadam ba qadam, unhi ke footsteps par chaloge. yahan tak ke agar woh kisi goh ke bil mein ghuse hain to tum bhi is mein ghus jaoge.</w:t>
      </w:r>
    </w:p>
    <w:p>
      <w:pPr>
        <w:jc w:val="right"/>
      </w:pPr>
      <w:r>
        <w:t>قدم بقدم، انہیکےفٹسٹیپپرچلوگے۔ یہاںتک کہاگر وہکسی گوہکےبلمیںگھسےہیںتو تم بھیاسمیںگھسجاؤگے۔</w:t>
      </w:r>
    </w:p>
    <w:p>
      <w:r>
        <w:rPr>
          <w:b/>
        </w:rPr>
        <w:t xml:space="preserve">[04:53] </w:t>
      </w:r>
      <w:r>
        <w:t>ya'ni poori itteba' karoge. to is ko log samajhte hain bohat hi</w:t>
      </w:r>
    </w:p>
    <w:p>
      <w:pPr>
        <w:jc w:val="right"/>
      </w:pPr>
      <w:r>
        <w:t>یعنی پوری اتباعکروگے۔ تو اسکولوگ سمجھتےہیںبہت ہی</w:t>
      </w:r>
    </w:p>
    <w:p>
      <w:r>
        <w:rPr>
          <w:b/>
        </w:rPr>
        <w:t xml:space="preserve">[05:04] </w:t>
      </w:r>
      <w:r>
        <w:t>mysterious ma'ne mein.</w:t>
      </w:r>
    </w:p>
    <w:p>
      <w:pPr>
        <w:jc w:val="right"/>
      </w:pPr>
      <w:r>
        <w:t>مسٹیریسمعنیمیں۔</w:t>
      </w:r>
    </w:p>
    <w:p>
      <w:r>
        <w:rPr>
          <w:b/>
        </w:rPr>
        <w:t xml:space="preserve">[05:07] </w:t>
      </w:r>
      <w:r>
        <w:t>is ki gehrai mein log nahin ja paaye. kuch log lete hain ke ta'weez gunda, unhone kiya, tum bhi ta'weez gunda karoge?</w:t>
      </w:r>
    </w:p>
    <w:p>
      <w:pPr>
        <w:jc w:val="right"/>
      </w:pPr>
      <w:r>
        <w:t>اسکیگہرائیمیں لوگ نہیں جاپائے۔ کچھلوگلیتےہیںکہتعویذگنڈا،انہوںنےکیا،تمبھیتعویذگنڈاکروگے؟</w:t>
      </w:r>
    </w:p>
    <w:p>
      <w:r>
        <w:rPr>
          <w:b/>
        </w:rPr>
        <w:t xml:space="preserve">[05:18] </w:t>
      </w:r>
      <w:r>
        <w:t>magar yeh bohat hi, ya'ni is ka ready made mafhoom hai. kuch log samajhte hain ke bas yeh yahood ke liye tha, hamare liye nahin hai.</w:t>
      </w:r>
    </w:p>
    <w:p>
      <w:pPr>
        <w:jc w:val="right"/>
      </w:pPr>
      <w:r>
        <w:t>مگریہ بہت ہی، یعنی اسکا ریڈی وسڈ مفہومہے۔ کچھلوگسمجھتےہیںکہبسیہیہودکےلیےتھا، ہمارےلیےنہیںہے۔</w:t>
      </w:r>
    </w:p>
    <w:p>
      <w:r>
        <w:rPr>
          <w:b/>
        </w:rPr>
        <w:t xml:space="preserve">[05:28] </w:t>
      </w:r>
      <w:r>
        <w:t>yeh sab galat hai. asal mein yeh baat jaanna chahiye ke yeh mysterious baat ko nahin, yeh law of nature hai.</w:t>
      </w:r>
    </w:p>
    <w:p>
      <w:pPr>
        <w:jc w:val="right"/>
      </w:pPr>
      <w:r>
        <w:t>یہسبغلطہے۔ اصلمیں یہبات جانناچاہیےکہیہ مسٹیریسباتکوئینہیں،یہ لاءآفنیچرہے۔</w:t>
      </w:r>
    </w:p>
    <w:p>
      <w:r>
        <w:rPr>
          <w:b/>
        </w:rPr>
        <w:t xml:space="preserve">[05:39] </w:t>
      </w:r>
      <w:r>
        <w:t>It is not a mysterious statement. It is law of nature. ya'ni degeneration law of nature hai.</w:t>
      </w:r>
    </w:p>
    <w:p>
      <w:pPr>
        <w:jc w:val="right"/>
      </w:pPr>
      <w:r>
        <w:t>Itisnot a mysterious stat ement. Itislawofnature. یعنی ڈی جنریشن لاءآفنیچرہے۔</w:t>
      </w:r>
    </w:p>
    <w:p>
      <w:r>
        <w:rPr>
          <w:b/>
        </w:rPr>
        <w:t xml:space="preserve">[05:50] </w:t>
      </w:r>
      <w:r>
        <w:t>jaisa ke Ibn Khaldun ne likha hai ke "laqawam amaru kamal afraad amaru". jaisa individual joo hai, boodha hota hai, mar jata hai,</w:t>
      </w:r>
    </w:p>
    <w:p>
      <w:pPr>
        <w:jc w:val="right"/>
      </w:pPr>
      <w:r>
        <w:t>جیساکہابنخلدوننےلکھاہے کہ "ل لأقوام آمار کمال الأفراد آمار"۔ جسطرح انڈیویجولجوہے، بوڑھاہوتاہے،مرجاتاہے،</w:t>
      </w:r>
    </w:p>
    <w:p>
      <w:r>
        <w:rPr>
          <w:b/>
        </w:rPr>
        <w:t xml:space="preserve">[06:02] </w:t>
      </w:r>
      <w:r>
        <w:t>iska jo physical, joo iska being hai, is mein degeneration hota hai. woh yeh hota hai qaumon ke upar.</w:t>
      </w:r>
    </w:p>
    <w:p>
      <w:pPr>
        <w:jc w:val="right"/>
      </w:pPr>
      <w:r>
        <w:t>اسکا جو فزیکل ،جواسکا بینگہے، اسمیں ڈی جنریشنہوتاہے۔ وہیہوتاہے قوموںکےاوپر ۔</w:t>
      </w:r>
    </w:p>
    <w:p>
      <w:r>
        <w:rPr>
          <w:b/>
        </w:rPr>
        <w:t xml:space="preserve">[06:12] </w:t>
      </w:r>
      <w:r>
        <w:t>qaumon ka bhi degeneration hota hai.</w:t>
      </w:r>
    </w:p>
    <w:p>
      <w:pPr>
        <w:jc w:val="right"/>
      </w:pPr>
      <w:r>
        <w:t>قوموںکابھیڈیجنریشنہوتاہے۔</w:t>
      </w:r>
    </w:p>
    <w:p>
      <w:r>
        <w:rPr>
          <w:b/>
        </w:rPr>
        <w:t xml:space="preserve">[06:18] </w:t>
      </w:r>
      <w:r>
        <w:t>to yeh musalmanon par bhi hoga, ummat-e-muslima par bhi hoga. isi ko bachane ke liye dua karein. ya'ni old blood mein new blood aata rahe barabar.</w:t>
      </w:r>
    </w:p>
    <w:p>
      <w:pPr>
        <w:jc w:val="right"/>
      </w:pPr>
      <w:r>
        <w:t>تو یہ مسلمانوںپربھیہوگا، امت مسلمہپربھیہوگا۔ اسیکوبچانےکےلیے دعاورکہے۔ یعنی اولڈبلڈمیںنیوبلڈآتارہےبرابر ۔</w:t>
      </w:r>
    </w:p>
    <w:p>
      <w:r>
        <w:rPr>
          <w:b/>
        </w:rPr>
        <w:t xml:space="preserve">[06:30] </w:t>
      </w:r>
      <w:r>
        <w:t>jaisa aap jante hain ke ek pond hai jismein pani rukha hua hai, to kuch dinon ke baad woh kharab ho jata hai pani, ya'ni polluted ho jata hai.</w:t>
      </w:r>
    </w:p>
    <w:p>
      <w:pPr>
        <w:jc w:val="right"/>
      </w:pPr>
      <w:r>
        <w:t>جیسےآپجانتےہیںکہ ایک پونڈہے جسمیںپانیرکاہواہے، تو کچھدنوںکےبعدوہ خرابہوجاتاہےپانی ، یعنیپلوٹڈہوجاتاہے۔</w:t>
      </w:r>
    </w:p>
    <w:p>
      <w:r>
        <w:rPr>
          <w:b/>
        </w:rPr>
        <w:t xml:space="preserve">[06:41] </w:t>
      </w:r>
      <w:r>
        <w:t>lekin jo darya hai, beh raha hai, beh raha hai, beh raha hai, ya'ni flowing river, iska pani bhi kharab nahin hota. kyun?</w:t>
      </w:r>
    </w:p>
    <w:p>
      <w:pPr>
        <w:jc w:val="right"/>
      </w:pPr>
      <w:r>
        <w:t>لیکن جو دریا ہے، بہہرہاہے،بہہرہاہے،بہہرہاہے، یعنیفلوئنگریور، اسکا پانیکبھیخرابنہیںہوتا۔ کیوں ؟</w:t>
      </w:r>
    </w:p>
    <w:p>
      <w:r>
        <w:rPr>
          <w:b/>
        </w:rPr>
        <w:t xml:space="preserve">[06:52] </w:t>
      </w:r>
      <w:r>
        <w:t>ismeinaisa hota hai ke upar se pahadon se pani aata hai barabar,</w:t>
      </w:r>
    </w:p>
    <w:p>
      <w:pPr>
        <w:jc w:val="right"/>
      </w:pPr>
      <w:r>
        <w:t>اسمیںایساہوتاہےکہاوپرسے پہاڑوںسےپانیآتاہےبرابر،</w:t>
      </w:r>
    </w:p>
    <w:p>
      <w:r>
        <w:rPr>
          <w:b/>
        </w:rPr>
        <w:t xml:space="preserve">[06:56] </w:t>
      </w:r>
      <w:r>
        <w:t>to old water mein new water milta rehta hai. yeh yeh hai dawat-e-haq ka khaas maqsad ke old generation mein new generation milti rahe.</w:t>
      </w:r>
    </w:p>
    <w:p>
      <w:pPr>
        <w:jc w:val="right"/>
      </w:pPr>
      <w:r>
        <w:t>تو اولڈواٹرمیںنیوواٹرملتارہتاہے۔ یہیہے دعاورککا خاص مقصد کہ اولڈ جنریشنمیں نیوجنریشنملتیرہے۔</w:t>
      </w:r>
    </w:p>
    <w:p>
      <w:r>
        <w:rPr>
          <w:b/>
        </w:rPr>
        <w:t xml:space="preserve">[07:16] </w:t>
      </w:r>
      <w:r>
        <w:t>barabar woh ek darya ki tarah se rahe, na ke pond ki tarah se. lekin yahud ne yeh kaam chhod diya.</w:t>
      </w:r>
    </w:p>
    <w:p>
      <w:pPr>
        <w:jc w:val="right"/>
      </w:pPr>
      <w:r>
        <w:t>برابروہ ایک دریا کیطرح سے رہے،نہکہ پونڈکیطرحسے۔لیکن یہودنے یہکامچھوڑدیا ۔</w:t>
      </w:r>
    </w:p>
    <w:p>
      <w:r>
        <w:rPr>
          <w:b/>
        </w:rPr>
        <w:t xml:space="preserve">[07:24] </w:t>
      </w:r>
      <w:r>
        <w:t>quran majeed mein hai ke unse hukm diya gaya tha ke tum zaroor is baat ko phailaoge, Allah ki hidayat ko logon tak pahunchaoge.</w:t>
      </w:r>
    </w:p>
    <w:p>
      <w:pPr>
        <w:jc w:val="right"/>
      </w:pPr>
      <w:r>
        <w:t>قرآن مجیدمیںہےکہ انسےحکمدیاگیاتھا کہتم ضرور اسباتکو پھیلاؤگے، اللہ کیہدایتکولوگوںتکپہنچاؤگے۔</w:t>
      </w:r>
    </w:p>
    <w:p>
      <w:r>
        <w:rPr>
          <w:b/>
        </w:rPr>
        <w:t xml:space="preserve">[07:37] </w:t>
      </w:r>
      <w:r>
        <w:t>"li tubayyina linnasi walatakmunun". yahud se kaha gaya tha ke yeh tumko hidayat di gayi hai paighambaron ke zariye se, isko zaroor logon tak pahunchaoge.</w:t>
      </w:r>
    </w:p>
    <w:p>
      <w:pPr>
        <w:jc w:val="right"/>
      </w:pPr>
      <w:r>
        <w:t>"لتبين نلل ناس ولاتكتبون" ۔یہودسےکہاگیاتھاکہیہتمکوہدایتدیگئیہے پیغمبروںکےذریعےسے، اسکوضرورلوگوںتکپہنچاؤگے۔</w:t>
      </w:r>
    </w:p>
    <w:p>
      <w:r>
        <w:rPr>
          <w:b/>
        </w:rPr>
        <w:t xml:space="preserve">[07:48] </w:t>
      </w:r>
      <w:r>
        <w:t>aisa nahi karo ke pahunchana band kar do.</w:t>
      </w:r>
    </w:p>
    <w:p>
      <w:pPr>
        <w:jc w:val="right"/>
      </w:pPr>
      <w:r>
        <w:t>ایسانہیںکروکہ پہنچانابندکردو ۔</w:t>
      </w:r>
    </w:p>
    <w:p>
      <w:r>
        <w:rPr>
          <w:b/>
        </w:rPr>
        <w:t xml:space="preserve">[07:51] </w:t>
      </w:r>
      <w:r>
        <w:t>"fa nabazuhu waraa'a zuhoorihim". lekin unhone chhod diya isko. to ismein kya hua ke old blood reh gaya, new blood aana band ho gaya.</w:t>
      </w:r>
    </w:p>
    <w:p>
      <w:pPr>
        <w:jc w:val="right"/>
      </w:pPr>
      <w:r>
        <w:t>"فنبذوهوراءظهورهم"۔لیکن انہوںنےچھوڑدیااسکو ۔ تواسمیںکیاہوا کہ اولڈبلڈرہگیا ، نیوبلڈآنابندہوگیا۔</w:t>
      </w:r>
    </w:p>
    <w:p>
      <w:r>
        <w:rPr>
          <w:b/>
        </w:rPr>
        <w:t xml:space="preserve">[08:03] </w:t>
      </w:r>
      <w:r>
        <w:t>yahan tak ke yahud ne yeh nazariya bana liya ke generation mein conversion nahi hai. lekin yahi kaam musalmanon ne kiya.</w:t>
      </w:r>
    </w:p>
    <w:p>
      <w:pPr>
        <w:jc w:val="right"/>
      </w:pPr>
      <w:r>
        <w:t>یہاںتککہیہودنےیہنظریہبنالیاکہ ج ڈائز میں کن ورژننہیںہے۔ لیکن یہی کام مسلمانوںنےکیا۔</w:t>
      </w:r>
    </w:p>
    <w:p>
      <w:r>
        <w:rPr>
          <w:b/>
        </w:rPr>
        <w:t xml:space="preserve">[08:14] </w:t>
      </w:r>
      <w:r>
        <w:t>dawat-e-haq ka concept hi musalmanon mein khatm ho gaya.</w:t>
      </w:r>
    </w:p>
    <w:p>
      <w:pPr>
        <w:jc w:val="right"/>
      </w:pPr>
      <w:r>
        <w:t>دعاورککاکانسیپٹہیمسلمانوںمیںختمہوگیا۔</w:t>
      </w:r>
    </w:p>
    <w:p>
      <w:r>
        <w:rPr>
          <w:b/>
        </w:rPr>
        <w:t xml:space="preserve">[08:18] </w:t>
      </w:r>
      <w:r>
        <w:t>aap baad ke zamane mein jo kitabein likhi gayi hain, tafaseer padhiye, hadith sharahein padhiye, fiqh padhiye, koi bhi kitab padhiye, kisi bhi kitab mein aapko dawat ka concept nahi milega.</w:t>
      </w:r>
    </w:p>
    <w:p>
      <w:pPr>
        <w:jc w:val="right"/>
      </w:pPr>
      <w:r>
        <w:t>آپ بعد کےزمانےمیںجوکتاب یںلکھیگئیہیں، تفسیریںپڑھیے،حدیث شرحیںپڑھیے،فقہپڑھیے، کوئیبھیکتاب پڑھیے، کسی بھی کتاب میںآپکو دعوتکاکانسیپٹنہیںملےگا۔</w:t>
      </w:r>
    </w:p>
    <w:p>
      <w:r>
        <w:rPr>
          <w:b/>
        </w:rPr>
        <w:t xml:space="preserve">[08:32] </w:t>
      </w:r>
      <w:r>
        <w:t>to da'i ila Allah ka jo relationship hai, jo equation hai, woh khatm ho gaya musalmanon mein. to pond musalman pond ban gaye. wahi tradition, wahi superstition, wahi kahaniyan, wahi musalmanon mein chalti hain, isi mein jeete hain woh.</w:t>
      </w:r>
    </w:p>
    <w:p>
      <w:pPr>
        <w:jc w:val="right"/>
      </w:pPr>
      <w:r>
        <w:t>تو داعی بد وکاجو ریلیشنشپہے، جو ایکویشنہے،وہختمہوگیا مسلمانوںمیں۔ تو پونڈمسلمانپونڈبنگئے۔ وہی ٹریڈیشن ،وہی سپریسٹیشن ،وہی کہانیاں ،وہی مسلمانوںمیںچلتیہیں،اسیمیںجیتےہیںوہ ۔</w:t>
      </w:r>
    </w:p>
    <w:p>
      <w:r>
        <w:rPr>
          <w:b/>
        </w:rPr>
        <w:t xml:space="preserve">[08:50] </w:t>
      </w:r>
      <w:r>
        <w:t>yeh hai yehud ki pairvi. to yeh yahud ki pairvi ka matlab koi mystery nahi hai, koi sirf ta'aveez gande ke ma'ane mein nahi hai.</w:t>
      </w:r>
    </w:p>
    <w:p>
      <w:pPr>
        <w:jc w:val="right"/>
      </w:pPr>
      <w:r>
        <w:t>یہہے یہ ود کی پیروی ۔ تویہ ودکیپیروی کامطلبکوئی مسٹیریسنہیںہے، کوئیصرف تعویذگنڈےکےمعنیمیںنہیںہے۔</w:t>
      </w:r>
    </w:p>
    <w:p>
      <w:r>
        <w:rPr>
          <w:b/>
        </w:rPr>
        <w:t xml:space="preserve">[09:00] </w:t>
      </w:r>
      <w:r>
        <w:t>bahut hi, bahut hi generationism mein hai woh. aur yeh wahi baat hai ke jis tarah se pichhli qaum ka, yani yahud ka, degeneration hua, waisa hi tumhara bhi haal hoga.</w:t>
      </w:r>
    </w:p>
    <w:p>
      <w:pPr>
        <w:jc w:val="right"/>
      </w:pPr>
      <w:r>
        <w:t>بہت ہی، بہت ہی جنریٹسینسمیںہےوہ۔ اور یہوہیباتہے کہ جس طرحسے پچھلیقومکا،یعنییہودکا،ڈی جنریشنہوا ، وہیتمہارابھیحالہوگا۔</w:t>
      </w:r>
    </w:p>
    <w:p>
      <w:r>
        <w:rPr>
          <w:b/>
        </w:rPr>
        <w:t xml:space="preserve">[09:14] </w:t>
      </w:r>
      <w:r>
        <w:t>ek scholar ne, study ki ek academic scholar ne, yani tamam mazahib ki, to usne ek kitab likhi. us kitab mein usne bahut hi, bahut hi gehri baat kahi hai.</w:t>
      </w:r>
    </w:p>
    <w:p>
      <w:pPr>
        <w:jc w:val="right"/>
      </w:pPr>
      <w:r>
        <w:t>ایک سکالرنے ،اسٹڈیکیایکایک ویسچرسکالرنے ،یعنی تمام مذہبوںکی، تو اسنےایککتاب لکھ ی۔ اسکتاب میں اسنےبہت ہی، بہت ہی گہریباتکہیہے۔</w:t>
      </w:r>
    </w:p>
    <w:p>
      <w:r>
        <w:rPr>
          <w:b/>
        </w:rPr>
        <w:t xml:space="preserve">[09:29] </w:t>
      </w:r>
      <w:r>
        <w:t>usne likha hai ke "religion begins as an ideology, but after some generations it is reduced to a community culture".</w:t>
      </w:r>
    </w:p>
    <w:p>
      <w:pPr>
        <w:jc w:val="right"/>
      </w:pPr>
      <w:r>
        <w:t>اسنےلکھاہےکہ "religionbeg ins as anide ology, but after some gener ations itisreducedto a commun itycul ture."۔</w:t>
      </w:r>
    </w:p>
    <w:p>
      <w:r>
        <w:rPr>
          <w:b/>
        </w:rPr>
        <w:t xml:space="preserve">[09:43] </w:t>
      </w:r>
      <w:r>
        <w:t>mazhab shuru hota hai to ek nazariya hota hai, ek ideology hota hai, ek tasawwur-e-hayat hota hai. lekin baad ko woh dheere dheere kya hota hai? ek qaumi mazhab ban jata hai.</w:t>
      </w:r>
    </w:p>
    <w:p>
      <w:pPr>
        <w:jc w:val="right"/>
      </w:pPr>
      <w:r>
        <w:t>مذہبشروعہوتاہےتو ایک نظریہہوتاہے،ایکآئیڈیالوجیہوتاہے، ایکتص ورِحیاتہوتاہے۔ لیکن بعدکووہدھیرےدھیرےکیاہوتاہے ؟ ایک قومی مذہببنجاتا ہے۔</w:t>
      </w:r>
    </w:p>
    <w:p>
      <w:r>
        <w:rPr>
          <w:b/>
        </w:rPr>
        <w:t xml:space="preserve">[09:56] </w:t>
      </w:r>
      <w:r>
        <w:t>community culture ban jata hai. yeh sab mein hua. ismein koi ek exception nahi hai. sab mazahib mein hua.</w:t>
      </w:r>
    </w:p>
    <w:p>
      <w:pPr>
        <w:jc w:val="right"/>
      </w:pPr>
      <w:r>
        <w:t>کمیونٹیکلچربنجاتاہے۔ یہسبمیںہوا ۔ اسمیںکوئیایکسیپشننہیںہے۔ سب مذہبوںمیںہوا ۔</w:t>
      </w:r>
    </w:p>
    <w:p>
      <w:r>
        <w:rPr>
          <w:b/>
        </w:rPr>
        <w:t xml:space="preserve">[10:06] </w:t>
      </w:r>
      <w:r>
        <w:t>wahi musalmanon mein poori tarah ho chuka hai. poori tarah ho chuka hai. yeh process shuru hua. quran o hadith mein aata hai ke sirf teen generation jo hai, woh authentic generation hai.</w:t>
      </w:r>
    </w:p>
    <w:p>
      <w:pPr>
        <w:jc w:val="right"/>
      </w:pPr>
      <w:r>
        <w:t>وہی مسلمانوںمیں پوریطرحہوچکاہے۔ پوریطرحہوچکاہے۔ یہ پروسیس شروع ہوا۔ قرآنوحدیثمیںآتاہےکہ صرف تینجنریشنجوہے، وہ آتھینٹکجنریشنہے۔</w:t>
      </w:r>
    </w:p>
    <w:p>
      <w:r>
        <w:rPr>
          <w:b/>
        </w:rPr>
        <w:t xml:space="preserve">[10:22] </w:t>
      </w:r>
      <w:r>
        <w:t>teen period jo hai, authentic period hai. yani jisko kehte hain "qurun mas-hudun lahabil khair". yani prophetic period, sahaba period aur tabieen period. bastin.</w:t>
      </w:r>
    </w:p>
    <w:p>
      <w:pPr>
        <w:jc w:val="right"/>
      </w:pPr>
      <w:r>
        <w:t>تینپیریڈجوہے،آتھینٹکپیریڈہے۔ یعنی جسکوکہتےہیں"قَرُونٌمَشْهُودٌلَهَابِالْخَيْرِ" ۔یعنیپرافیٹکپیریڈ ،صحابہپیریڈ اورتابعینپیریڈ۔بستین۔</w:t>
      </w:r>
    </w:p>
    <w:p>
      <w:r>
        <w:rPr>
          <w:b/>
        </w:rPr>
        <w:t xml:space="preserve">[10:33] </w:t>
      </w:r>
      <w:r>
        <w:t>iske baad koi chautha nahi.</w:t>
      </w:r>
    </w:p>
    <w:p>
      <w:pPr>
        <w:jc w:val="right"/>
      </w:pPr>
      <w:r>
        <w:t>اسکےبعدکوئیچوتھانہیں۔</w:t>
      </w:r>
    </w:p>
    <w:p>
      <w:r>
        <w:rPr>
          <w:b/>
        </w:rPr>
        <w:t xml:space="preserve">[10:36] </w:t>
      </w:r>
      <w:r>
        <w:t>yeh teen period jo hain, Allah ka zamana, sahaba ka zamana aur tabieen ka zamana. iske baad degeneration poori tarah shuru ho gaya.</w:t>
      </w:r>
    </w:p>
    <w:p>
      <w:pPr>
        <w:jc w:val="right"/>
      </w:pPr>
      <w:r>
        <w:t>یہ تینپیریڈجوہیں، اللہ کازمان ہ،صحابہکازمان ہ اور تابعینکازمان ہ۔ اسکےبعد ڈی جنریشن پوریطرح شروعہوگیا۔</w:t>
      </w:r>
    </w:p>
    <w:p>
      <w:r>
        <w:rPr>
          <w:b/>
        </w:rPr>
        <w:t xml:space="preserve">[10:47] </w:t>
      </w:r>
      <w:r>
        <w:t>yeh jo ek izafa kiya musalmanon ne, taba-e-tabieen, yeh na hadith mein aaya na quran mein. yeh ek, yeh ek invented word hai. yeh istilah jo hai, yeh term taba-e-tabieen ki, ek baat ko banayi gayi hai.</w:t>
      </w:r>
    </w:p>
    <w:p>
      <w:pPr>
        <w:jc w:val="right"/>
      </w:pPr>
      <w:r>
        <w:t>یہجوایک اضافہکیا مسلمانوںنے،تبعتابعین ، یہنہحدیثمیںآیانہقرآنمیں۔ یہ ایک ،یہایک انویٹڈورڈہے۔ یہ اصطلاحجوہے،یہٹرمتبعتابعینکی،ایکباتکوبنائیگئیہے۔</w:t>
      </w:r>
    </w:p>
    <w:p>
      <w:r>
        <w:rPr>
          <w:b/>
        </w:rPr>
        <w:t xml:space="preserve">[11:00] </w:t>
      </w:r>
      <w:r>
        <w:t>woh to quran o hadith mein hai. yani rasool, sahaba aur tabieen,</w:t>
      </w:r>
    </w:p>
    <w:p>
      <w:pPr>
        <w:jc w:val="right"/>
      </w:pPr>
      <w:r>
        <w:t>وہ تو قرآنوحدیثمیںہے۔ یعنیرسول ،صحابہاور تابعین،</w:t>
      </w:r>
    </w:p>
    <w:p>
      <w:r>
        <w:rPr>
          <w:b/>
        </w:rPr>
        <w:t xml:space="preserve">[11:05] </w:t>
      </w:r>
      <w:r>
        <w:t>yeh to quran o hadith mein hai. taba-e-tabieen quran o hadith mein nahi hai. kyun ke woh to degeneration ke taur par shuru ho gaya. to baad ke zamane mein musalmanon mein khud quran o hadith ke mutabiq yeh hona tha ke unka degeneration ho aur woh isi tarah se unke andar saare bigaad aa jayein jo yahud mein the.</w:t>
      </w:r>
    </w:p>
    <w:p>
      <w:pPr>
        <w:jc w:val="right"/>
      </w:pPr>
      <w:r>
        <w:t>یہتو قرآنوحدیثمیںہے۔ تبعتابعینقرآنوحدیثمیںنہیںہے۔ کیوںکہوہتو ڈیجنریشنکےطورپرشروعہوگیا۔ تو بعد کےزمان ےمیں مسلمانوںمیں خود قرآنوحدیثکےمطابق یہہوناتھا کہ انکا ڈی جنریشنہو اوروہاسیطرحسے انکےاندرسارےبگاڑآجائیں جو یہ ودمیںتھے۔</w:t>
      </w:r>
    </w:p>
    <w:p>
      <w:r>
        <w:rPr>
          <w:b/>
        </w:rPr>
        <w:t xml:space="preserve">[11:29] </w:t>
      </w:r>
      <w:r>
        <w:t>ab woh aa chuka hai. woh aa chuka hai. aur yeh, yeh clue hai musalmanon ke case ko samajhne ka. agar isko aap na jaane to aap musalmanon ke case ko nahi samajh sakte.</w:t>
      </w:r>
    </w:p>
    <w:p>
      <w:pPr>
        <w:jc w:val="right"/>
      </w:pPr>
      <w:r>
        <w:t>ابوہآچکاہے۔ وہآچکاہے۔ اور یہ ،یہ کلوہے مسلمانوںکےکیسکوسمجھنےکا ۔ اگر اسکوآپنہجانیںتوآپ مسلمانوںکےکیسکونہیںسمجھسکتے۔</w:t>
      </w:r>
    </w:p>
    <w:p>
      <w:r>
        <w:rPr>
          <w:b/>
        </w:rPr>
        <w:t xml:space="preserve">[11:41] </w:t>
      </w:r>
      <w:r>
        <w:t>yeh kaloha hai, kaloha. Bible mein tafseel se maujood hain yeh baatein. Hadees mein tafseel se maujood hain yeh baatein. Quran mein bhi maujood hain yeh baatein.</w:t>
      </w:r>
    </w:p>
    <w:p>
      <w:pPr>
        <w:jc w:val="right"/>
      </w:pPr>
      <w:r>
        <w:t>یہکلوہے،کلو ۔ بائبل میںتفصیل سےموجود ہیںیہباتیں۔ حدیثمیںتفصیلسےموجود ہیںیہباتیں۔قرآنمیںبھیموجود ہیںیہباتیں۔</w:t>
      </w:r>
    </w:p>
    <w:p>
      <w:r>
        <w:rPr>
          <w:b/>
        </w:rPr>
        <w:t xml:space="preserve">[11:51] </w:t>
      </w:r>
      <w:r>
        <w:t>to jab tak isko aap na pakrein ke Musalmanon ke case degeneration ka case hai, tab tak aapko samajh nahin sakte aap.</w:t>
      </w:r>
    </w:p>
    <w:p>
      <w:pPr>
        <w:jc w:val="right"/>
      </w:pPr>
      <w:r>
        <w:t>توجب تک اسکوآپ نہپکڑیں کہ مسلمانوںکےکیس ڈی جنریشنکاکیسہے، تبتک آپکوسمجھنہیںسکتےآپ۔</w:t>
      </w:r>
    </w:p>
    <w:p>
      <w:r>
        <w:rPr>
          <w:b/>
        </w:rPr>
        <w:t xml:space="preserve">[12:00] </w:t>
      </w:r>
      <w:r>
        <w:t>jaise aajkal aam baat hai ke log Musalman jo kuch karte hain, usiko Islam samajh lete hain. Jaise ek kitaab likhi gayi hai, ek Musalman ne likhi hai: "Islam da most misunderstood religion".</w:t>
      </w:r>
    </w:p>
    <w:p>
      <w:pPr>
        <w:jc w:val="right"/>
      </w:pPr>
      <w:r>
        <w:t>جیسےآجکلعامباتہےکہلوگ مسلمانجوکچھکرتےہیں،اسیکواسلام سمجھلیتےہیں۔ جیسےایککتاب لکھیگئیہے،ایکمسلماننےلکھیہے: "اسلام دا موسٹ مس انڈرسٹڈریلیجن"۔</w:t>
      </w:r>
    </w:p>
    <w:p>
      <w:r>
        <w:rPr>
          <w:b/>
        </w:rPr>
        <w:t xml:space="preserve">[12:15] </w:t>
      </w:r>
      <w:r>
        <w:t>main ne kaha yeh galat hai baat.</w:t>
      </w:r>
    </w:p>
    <w:p>
      <w:pPr>
        <w:jc w:val="right"/>
      </w:pPr>
      <w:r>
        <w:t>میںنےکہا یہغلطہےبات ۔</w:t>
      </w:r>
    </w:p>
    <w:p>
      <w:r>
        <w:rPr>
          <w:b/>
        </w:rPr>
        <w:t xml:space="preserve">[12:18] </w:t>
      </w:r>
      <w:r>
        <w:t>Islam, yaani Musalmanon ne bigaad rakha hai. Yeh Musalman nahin jinhon ne bigaad rakha hai. Islam kyun? Islam kyun bigdega?</w:t>
      </w:r>
    </w:p>
    <w:p>
      <w:pPr>
        <w:jc w:val="right"/>
      </w:pPr>
      <w:r>
        <w:t>اسلام ،یعنیمسلمانوںنےبگاڑرکھاہے۔ یہ مس لمانہیںجنہوںنےبگاڑرکھاہے۔اسلام کیوں ؟اسلام کیوںبگڑےگا؟</w:t>
      </w:r>
    </w:p>
    <w:p>
      <w:r>
        <w:rPr>
          <w:b/>
        </w:rPr>
        <w:t xml:space="preserve">[12:28] </w:t>
      </w:r>
      <w:r>
        <w:t>Musalmanon ne isko bigaad rakha hai.</w:t>
      </w:r>
    </w:p>
    <w:p>
      <w:pPr>
        <w:jc w:val="right"/>
      </w:pPr>
      <w:r>
        <w:t>مسلمانوںنےاسکوبگاڑرکھاہے۔</w:t>
      </w:r>
    </w:p>
    <w:p>
      <w:r>
        <w:rPr>
          <w:b/>
        </w:rPr>
        <w:t xml:space="preserve">[12:33] </w:t>
      </w:r>
      <w:r>
        <w:t>yaani Musalman jo kuch karte hain, usko justify kar rahe hain. Aajkal aam taur par article jo likhte hain, Musalman to kya karte hain? Musalmanon ke bigaad ko justify karte hain Islam se.</w:t>
      </w:r>
    </w:p>
    <w:p>
      <w:pPr>
        <w:jc w:val="right"/>
      </w:pPr>
      <w:r>
        <w:t>یعنیمسلمانجوکچھکرتےہیں،اسکو جسٹیفائیکررہےہیں۔ آجکل عامطورپر آرٹیکلجولکھتےہیں، مسلمانتوکیاکرتے ہیں؟ مس لمانوںکےبگاڑکوجسٹیفائیکرتےہیںاسلام سے ۔</w:t>
      </w:r>
    </w:p>
    <w:p>
      <w:r>
        <w:rPr>
          <w:b/>
        </w:rPr>
        <w:t xml:space="preserve">[12:44] </w:t>
      </w:r>
      <w:r>
        <w:t>abhi main ne ek article padha, is mein Musalmanon ne kahin woh kya tha? Tashaddud kya tha? Violence kya tha? Suicide bombing kya thi?</w:t>
      </w:r>
    </w:p>
    <w:p>
      <w:pPr>
        <w:jc w:val="right"/>
      </w:pPr>
      <w:r>
        <w:t>ابھیمیںنےایکآرٹیکلپڑھا، اسمیں مسلمانوںنےکہیں وہ کیا تھا؟تشددکیاتھا؟ وائیلنسکیاتھا؟ سوسائیڈبمبنگکیتھی؟</w:t>
      </w:r>
    </w:p>
    <w:p>
      <w:r>
        <w:rPr>
          <w:b/>
        </w:rPr>
        <w:t xml:space="preserve">[12:54] </w:t>
      </w:r>
      <w:r>
        <w:t>to ayat pesh kar rahe hain is par ke Islam to mazhab hai, peace ka mazhab hai. To kaun aap se pooch raha hai ke Islam peace ka mazhab hai ke nahin? Poochne wale janna chahte hain, yeh jo Musalmanon ne kiya, suicide bombing, yeh sahi hai ya galat?</w:t>
      </w:r>
    </w:p>
    <w:p>
      <w:pPr>
        <w:jc w:val="right"/>
      </w:pPr>
      <w:r>
        <w:t>تو آیت پیشکررہےہیںاسپرکہاسلام تومذہبہے، پیسکامذہبہے۔ تو کون آپسےپوچھرہاہےکہاسلام پیسکامذہبہےکہنہیں؟ پوچھنےوالے جانناچاہتےہیں،یہجومسلمانوںنےکیا،سوسائیڈبمبنگ،یہصحیحہےیاغلط؟</w:t>
      </w:r>
    </w:p>
    <w:p>
      <w:r>
        <w:rPr>
          <w:b/>
        </w:rPr>
        <w:t xml:space="preserve">[13:07] </w:t>
      </w:r>
      <w:r>
        <w:t>tashaddud hai ke yeh peace hai? To yeh nahin kahenge ke tashaddud hai.</w:t>
      </w:r>
    </w:p>
    <w:p>
      <w:pPr>
        <w:jc w:val="right"/>
      </w:pPr>
      <w:r>
        <w:t>تشددہےکہیہپیسہے؟ تویہنہیںکہیںگےکہتشددہے۔</w:t>
      </w:r>
    </w:p>
    <w:p>
      <w:r>
        <w:rPr>
          <w:b/>
        </w:rPr>
        <w:t xml:space="preserve">[13:12] </w:t>
      </w:r>
      <w:r>
        <w:t>to yeh ek galat tareeqa hai. To main aap ko kuch misalein dena chahunga jis se andaaza ho ga ke Musalmanon ka bigaad jo hai, kis tarah se wohi ho chuka hai jo Yahud ka bigaad hai. Rasool Allah (SAW) Madine mein jab tashreef laye to Madine mein bohat se Yahud the us zamane mein.</w:t>
      </w:r>
    </w:p>
    <w:p>
      <w:pPr>
        <w:jc w:val="right"/>
      </w:pPr>
      <w:r>
        <w:t>تو یہ ایک غلططریقہہے۔ تومیںآپ کو کچھ مثالیںدیناچاہوںگا جسسےاندازہہوگاکہ مسلمانوںکابگاڑجوہے،کسطرحسےوہیہوچکاہےجویہودکابگاڑہے۔رسولاللہصلیاللہعلیہوسلم مدینےمیں جبتشریفلائےتومدینےمیںبہتسےیہودیتھےاسزمانےمیں۔</w:t>
      </w:r>
    </w:p>
    <w:p>
      <w:r>
        <w:rPr>
          <w:b/>
        </w:rPr>
        <w:t xml:space="preserve">[13:30] </w:t>
      </w:r>
      <w:r>
        <w:t>yaani teen to bade bade qabile the wahan par. To kaha jaata hai ke roughly half population jo Madine ke the, wohi Yahud the us waqt wahan par.</w:t>
      </w:r>
    </w:p>
    <w:p>
      <w:pPr>
        <w:jc w:val="right"/>
      </w:pPr>
      <w:r>
        <w:t>یعنی تین توبڑےبڑےقبیلےتھےوہاںپر ۔ توکہاجاتاہےکہ رفلی ہاف پاپولیشنجومدینہکےتھے،وہیہود تھے اسوقت وہاںپر۔</w:t>
      </w:r>
    </w:p>
    <w:p>
      <w:r>
        <w:rPr>
          <w:b/>
        </w:rPr>
        <w:t xml:space="preserve">[13:41] </w:t>
      </w:r>
      <w:r>
        <w:t>to Rasool Allah (SAW) Musalmanon mein jaate the tableegh karne ke liye. Lekin aap jante hain ke yeh Yahudiyon mein bohat hi kam aisa hua ke kuch logon ne aap par is, yaani aap ko maana, ziyada tar munkir ban gaye.</w:t>
      </w:r>
    </w:p>
    <w:p>
      <w:pPr>
        <w:jc w:val="right"/>
      </w:pPr>
      <w:r>
        <w:t>تورسولاللہصلیاللہعلیہوسلمانمیںجاتےتھےتبلیغکرنےکےلیے۔ لیکن آپجانتےہیںکہیہ ودیوںمیںبہت ہی کم ایساہواکہکچھلوگوںنے آپ پر اس ،یعنیآپکومانا، زیادہ تر منکربنگئے۔</w:t>
      </w:r>
    </w:p>
    <w:p>
      <w:r>
        <w:rPr>
          <w:b/>
        </w:rPr>
        <w:t xml:space="preserve">[13:55] </w:t>
      </w:r>
      <w:r>
        <w:t>yaani Makka mein to logon ne maana, saare Makka walon ne aap ko maana. Madine mein bhi ghair Yahud ne maana aap ko. Koi Arab ne maana aap ko, lekin Yahudiyon ne nahin maana.</w:t>
      </w:r>
    </w:p>
    <w:p>
      <w:pPr>
        <w:jc w:val="right"/>
      </w:pPr>
      <w:r>
        <w:t>یعنی مکہمیںتولوگوںنےمانا،سارےمکہوالوںنےآپکومانلیا۔ مدینےمیںبھیغیر یہودنےمانلیاآپکو ۔کوئیعربنےمانلیاآپکو،لیکن یہودیوںنےنہیںمانا۔</w:t>
      </w:r>
    </w:p>
    <w:p>
      <w:r>
        <w:rPr>
          <w:b/>
        </w:rPr>
        <w:t xml:space="preserve">[14:07] </w:t>
      </w:r>
      <w:r>
        <w:t>iski wajah kya thi?</w:t>
      </w:r>
    </w:p>
    <w:p>
      <w:pPr>
        <w:jc w:val="right"/>
      </w:pPr>
      <w:r>
        <w:t>اسکیوجہ کیا تھی ؟</w:t>
      </w:r>
    </w:p>
    <w:p>
      <w:r>
        <w:rPr>
          <w:b/>
        </w:rPr>
        <w:t xml:space="preserve">[14:09] </w:t>
      </w:r>
      <w:r>
        <w:t>woh samajhte hain ke hum khud sachai par hain. Humein khud Khuda ke, hum chosen people hain. Humein kya zaroorat hai mohabbat ki? Chunache</w:t>
      </w:r>
    </w:p>
    <w:p>
      <w:pPr>
        <w:jc w:val="right"/>
      </w:pPr>
      <w:r>
        <w:t>وہسمجھتےہیںکہہمخود سچائیپرہیں۔ ہمیںخود خداکے،ہم چوزنپیپلہیں۔ ہمیںکیاضرورتہےمحبتکی ؟ چنانچہ</w:t>
      </w:r>
    </w:p>
    <w:p>
      <w:r>
        <w:rPr>
          <w:b/>
        </w:rPr>
        <w:t xml:space="preserve">[14:19] </w:t>
      </w:r>
      <w:r>
        <w:t>tafseer mein yeh waqea aata hai ke Rasool Allah (SAW) gaye Yahud ke leaderon ke paas apni dawat le kar ke aur daraya unko Allah ki pakad se ke tum logon ne apne mazhab ko bigaad rakha hai.</w:t>
      </w:r>
    </w:p>
    <w:p>
      <w:pPr>
        <w:jc w:val="right"/>
      </w:pPr>
      <w:r>
        <w:t>تفسیرمیںیہواقعہآتاہےکہرسولاللہصلیاللہعلیہوسلمگئے یہودکے لیڈروںکےپاس اپنی دعوتلےکرکے اور ڈرایاانکو اللہ کیپکڑسے کہتملوگوںنے اپنے مذہبکوبگاڑرکھاہے۔</w:t>
      </w:r>
    </w:p>
    <w:p>
      <w:r>
        <w:rPr>
          <w:b/>
        </w:rPr>
        <w:t xml:space="preserve">[14:31] </w:t>
      </w:r>
      <w:r>
        <w:t>yeh Musa ka mazhab nahin hai jis par tum khade ho. Yeh tumhara apna self style mazhab hai. To Allah ki pakad se bacho waghera.</w:t>
      </w:r>
    </w:p>
    <w:p>
      <w:pPr>
        <w:jc w:val="right"/>
      </w:pPr>
      <w:r>
        <w:t>یہموسیٰکامذہبنہیںہےجس پرتمکھڑےہو۔یہتمہارااپنا سیلف اسٹائلمذہبہے۔ تو اللہ کے پکڑسےبچو وغیرہ۔</w:t>
      </w:r>
    </w:p>
    <w:p>
      <w:r>
        <w:rPr>
          <w:b/>
        </w:rPr>
        <w:t xml:space="preserve">[14:42] </w:t>
      </w:r>
      <w:r>
        <w:t>to unhon ne kya jawab diya? Ke Muhammad, humein mat darao.</w:t>
      </w:r>
    </w:p>
    <w:p>
      <w:pPr>
        <w:jc w:val="right"/>
      </w:pPr>
      <w:r>
        <w:t>توانہوںنےکیاجوابدیا؟ کہ محمد ،ہمکومت ڈراؤ۔</w:t>
      </w:r>
    </w:p>
    <w:p>
      <w:r>
        <w:rPr>
          <w:b/>
        </w:rPr>
        <w:t xml:space="preserve">[14:47] </w:t>
      </w:r>
      <w:r>
        <w:t>Nawaz Allah wa aiba hum to children of God hain.</w:t>
      </w:r>
    </w:p>
    <w:p>
      <w:pPr>
        <w:jc w:val="right"/>
      </w:pPr>
      <w:r>
        <w:t>نانابنا اللہ و ایبا ہم تو چلڈرنآفگاڈہیں۔</w:t>
      </w:r>
    </w:p>
    <w:p>
      <w:r>
        <w:rPr>
          <w:b/>
        </w:rPr>
        <w:t xml:space="preserve">[14:56] </w:t>
      </w:r>
      <w:r>
        <w:t>yeh waqea tafseer mein maujood hai ke Rasool Allah ne jab unko inzaar kiya, unko warning di, unko daraya ke tum Allah ki pakad mein aa jaoge ke tum ne Musa ke mazhab ko bigaad rakha hai.</w:t>
      </w:r>
    </w:p>
    <w:p>
      <w:pPr>
        <w:jc w:val="right"/>
      </w:pPr>
      <w:r>
        <w:t>یہ واقعہتفسیر موجود ہے کہرسولاللہنےجبانکو انذار کیا، انکو وارننگدی ، انکوڈرایاکہتم اللہکیپکڑ میںآ جاؤگےکہتمنے موسی ٰکےمذہبکوبگاڑرکھاہے۔</w:t>
      </w:r>
    </w:p>
    <w:p>
      <w:r>
        <w:rPr>
          <w:b/>
        </w:rPr>
        <w:t xml:space="preserve">[15:11] </w:t>
      </w:r>
      <w:r>
        <w:t>tum ho, yaani ek culture par aur hawala dete hue Musa ka. To unhon ne kaha ke Muhammad, humein mat darao.</w:t>
      </w:r>
    </w:p>
    <w:p>
      <w:pPr>
        <w:jc w:val="right"/>
      </w:pPr>
      <w:r>
        <w:t>تم ہو ،یعنی ایک کمیونٹیکلچرپر اور حوالہ دیتےہوئےموسیٰکا۔ تو انہوںنےکہاکہ محمد ،ہمکومتڈراؤ۔</w:t>
      </w:r>
    </w:p>
    <w:p>
      <w:r>
        <w:rPr>
          <w:b/>
        </w:rPr>
        <w:t xml:space="preserve">[15:27] </w:t>
      </w:r>
      <w:r>
        <w:t>hum to chosen people hain. Hamari jannat to pakki hai. Quran mein iska reference maujood hai Surah Al Maidah mein ke unhon ne kaha ke Nawaz Allah wa aiba</w:t>
      </w:r>
    </w:p>
    <w:p>
      <w:pPr>
        <w:jc w:val="right"/>
      </w:pPr>
      <w:r>
        <w:t>ہمتوچوزنپیپلہیں۔ ہماریجنتتوپکیہے۔ قرآنمیںاسکاریفرنسموجود ہے سورہالمائدہمیں کہانہوںنےکہاکہ نانابنا اللہ وایبا</w:t>
      </w:r>
    </w:p>
    <w:p>
      <w:r>
        <w:rPr>
          <w:b/>
        </w:rPr>
        <w:t xml:space="preserve">[15:38] </w:t>
      </w:r>
      <w:r>
        <w:t>hum to Khuda ke, Khuda ki aulad hain aur Khuda ke, haan, ke mehboob log hain. Hum Khuda ke chosen people hain.</w:t>
      </w:r>
    </w:p>
    <w:p>
      <w:pPr>
        <w:jc w:val="right"/>
      </w:pPr>
      <w:r>
        <w:t>ہمتو خداکے، خداکیاولادہیں اورخداکے، ہاں ،کےمحبوبلوگ ہیں۔ہم خداکےچوزنپیپلہیں۔</w:t>
      </w:r>
    </w:p>
    <w:p>
      <w:r>
        <w:rPr>
          <w:b/>
        </w:rPr>
        <w:t xml:space="preserve">[15:51] </w:t>
      </w:r>
      <w:r>
        <w:t>theek yahi zehan aaj Musalmanon ka hai.</w:t>
      </w:r>
    </w:p>
    <w:p>
      <w:pPr>
        <w:jc w:val="right"/>
      </w:pPr>
      <w:r>
        <w:t>ٹھیک یہیذہنآجمسلمانوںکاہے۔</w:t>
      </w:r>
    </w:p>
    <w:p>
      <w:r>
        <w:rPr>
          <w:b/>
        </w:rPr>
        <w:t xml:space="preserve">[15:58] </w:t>
      </w:r>
      <w:r>
        <w:t>mere paas ek sahib raat ko aaye, koi 11 bajay, 12 bajay, bohat takleef dehi ho gayi thi mere ghar par milnay kay liye.</w:t>
      </w:r>
    </w:p>
    <w:p>
      <w:pPr>
        <w:jc w:val="right"/>
      </w:pPr>
      <w:r>
        <w:t>میرےپاسایک صاحبراتکوآئے، کوئی 11 بجے،12بجے،بہتکافیدیرہوگئیتھی میرےگھرپرملنےکےلیے۔</w:t>
      </w:r>
    </w:p>
    <w:p>
      <w:r>
        <w:rPr>
          <w:b/>
        </w:rPr>
        <w:t xml:space="preserve">[16:08] </w:t>
      </w:r>
      <w:r>
        <w:t>jab mein purani dilli mein tha, tab ki baat hai yeh. to raat ko aaye, mein ne kaha kis liye aaye hain? to unhon ne baat kiya kahi, woh suniye.</w:t>
      </w:r>
    </w:p>
    <w:p>
      <w:pPr>
        <w:jc w:val="right"/>
      </w:pPr>
      <w:r>
        <w:t>جبمیں پرانیدہلیمیںتھا،تبکیباتہےیہ۔ تو راتکوآئے،میںنےکہاکسلیےآئےہیں؟ تو انہوں نے باتکیا کہی،وہسنیے۔</w:t>
      </w:r>
    </w:p>
    <w:p>
      <w:r>
        <w:rPr>
          <w:b/>
        </w:rPr>
        <w:t xml:space="preserve">[16:19] </w:t>
      </w:r>
      <w:r>
        <w:t>unhon ne kaha ke bohat shukriya Allah taala ke hum ko Allah taala ne musalman khan dan mein paida kiya aur jannat to hamari pakki hai. yaani musalman khan dan mein paida honay se jannat pakki ho gayi.</w:t>
      </w:r>
    </w:p>
    <w:p>
      <w:pPr>
        <w:jc w:val="right"/>
      </w:pPr>
      <w:r>
        <w:t>انہوںنےکہاکہبہت شکریہاللہتعالیٰکہہمکواللہ تعالیٰنے مسلمان خان دانمیںپیدا کیا اور جنتتوہماریپکیہے۔ یعنیمسلمان خان دانمیں پیدا ہونےسےجنتپکیہوگئی۔</w:t>
      </w:r>
    </w:p>
    <w:p>
      <w:r>
        <w:rPr>
          <w:b/>
        </w:rPr>
        <w:t xml:space="preserve">[16:32] </w:t>
      </w:r>
      <w:r>
        <w:t>to yeh hai kya? birth based salvation.</w:t>
      </w:r>
    </w:p>
    <w:p>
      <w:pPr>
        <w:jc w:val="right"/>
      </w:pPr>
      <w:r>
        <w:t>تو یہہےکیا؟ برتھ بیسڈ سال ویشن۔</w:t>
      </w:r>
    </w:p>
    <w:p>
      <w:r>
        <w:rPr>
          <w:b/>
        </w:rPr>
        <w:t xml:space="preserve">[16:37] </w:t>
      </w:r>
      <w:r>
        <w:t>yeh yahoodi samajhte thay.</w:t>
      </w:r>
    </w:p>
    <w:p>
      <w:pPr>
        <w:jc w:val="right"/>
      </w:pPr>
      <w:r>
        <w:t>یہیہودیسمجھتےتھے۔</w:t>
      </w:r>
    </w:p>
    <w:p>
      <w:r>
        <w:rPr>
          <w:b/>
        </w:rPr>
        <w:t xml:space="preserve">[16:41] </w:t>
      </w:r>
      <w:r>
        <w:t>birth based salvation ke yeh wadi family mein paida ho gaye to jannat pakki hai. musalman samajhte hain ke muslim family mein paida ho gaye to jannat pakki hai.</w:t>
      </w:r>
    </w:p>
    <w:p>
      <w:pPr>
        <w:jc w:val="right"/>
      </w:pPr>
      <w:r>
        <w:t>برتھبیسڈ سال ویشن کہ یہ ودی فیملیمیںپیدا ہوگئےتو جنتپکیہے۔ مس لمانسمجھتےہیںکہمسلمفیملیمیںپیداہوگئےتوجنتپکیہے۔</w:t>
      </w:r>
    </w:p>
    <w:p>
      <w:r>
        <w:rPr>
          <w:b/>
        </w:rPr>
        <w:t xml:space="preserve">[16:53] </w:t>
      </w:r>
      <w:r>
        <w:t>saaray musalmanon ka yahi haal hai. yahoodi kehte thay ke lan tum salnar ala im mawdoodah jahannum ki aag mein chhootay walay nahin hain.</w:t>
      </w:r>
    </w:p>
    <w:p>
      <w:pPr>
        <w:jc w:val="right"/>
      </w:pPr>
      <w:r>
        <w:t>سارے مسلمانوںکایہیحالہے۔ یہودی کہتےتھے کہ لن تم سالنارالا یم مودودہ جہنمکیآگہمیںچھوٹےوالےنہیںہیں۔</w:t>
      </w:r>
    </w:p>
    <w:p>
      <w:r>
        <w:rPr>
          <w:b/>
        </w:rPr>
        <w:t xml:space="preserve">[17:07] </w:t>
      </w:r>
      <w:r>
        <w:t>un ka ek kahani hai ke Moosa, jo un ke peghambar thay, woh jannat ke darwazay par kharay ho jayen gay.</w:t>
      </w:r>
    </w:p>
    <w:p>
      <w:pPr>
        <w:jc w:val="right"/>
      </w:pPr>
      <w:r>
        <w:t>انکا ایککہانیہے کہ موسی ٰ ،جو انکے پیغمبرتھے، وہ جنتکےدروازےپرکھڑےہوجائیںگے۔</w:t>
      </w:r>
    </w:p>
    <w:p>
      <w:r>
        <w:rPr>
          <w:b/>
        </w:rPr>
        <w:t xml:space="preserve">[17:18] </w:t>
      </w:r>
      <w:r>
        <w:t>apna asa, jo un ka asa tha, samajhte hain ya asa jo tha, asa jo Hazrat Moosa ka tha, woh to samajhte thay ke bohat hi koi koi divine cheez thi. woh us ko le kar kharay ho jayen gay</w:t>
      </w:r>
    </w:p>
    <w:p>
      <w:pPr>
        <w:jc w:val="right"/>
      </w:pPr>
      <w:r>
        <w:t>اپنا عصا،جوانکاعصاتھا،سمجھتےہیںیاعصاجوتھا، عصاجوحضرتموسیٰکاتھا، وہتو سمجھتےتھےکہبہت ہیکوئی کوئی ڈیوائنچیزتھی۔وہ اسکولےکےکھڑےہوجائیںگے</w:t>
      </w:r>
    </w:p>
    <w:p>
      <w:r>
        <w:rPr>
          <w:b/>
        </w:rPr>
        <w:t xml:space="preserve">[17:32] </w:t>
      </w:r>
      <w:r>
        <w:t>aur saaray jo Bani Israel hain, sab ko jannat mein dakhil kar den gay</w:t>
      </w:r>
    </w:p>
    <w:p>
      <w:pPr>
        <w:jc w:val="right"/>
      </w:pPr>
      <w:r>
        <w:t>اور سارےجو بنی اسرائیلہیں، سب کوجنتمیںداخلکردیںگے</w:t>
      </w:r>
    </w:p>
    <w:p>
      <w:r>
        <w:rPr>
          <w:b/>
        </w:rPr>
        <w:t xml:space="preserve">[17:38] </w:t>
      </w:r>
      <w:r>
        <w:t>aur wahan farishton ko bhaga den gay maar ke. yaani agar koi farishta jo hai chahe ga ke in ko jahannum mein le jaye to in ko asa jo hai, jo wahan par ban gaya tha saanp, us ko le kar kharay ho jayen gay wahan par.</w:t>
      </w:r>
    </w:p>
    <w:p>
      <w:pPr>
        <w:jc w:val="right"/>
      </w:pPr>
      <w:r>
        <w:t>اوروہاںفرشتوںکوبھگادیںگےمارکے۔ یعنیاگرکوئیفرشتہجوہے چاہےگاکہانکو جہنممیںلےجائے تو انکو عصاجوہے، جووہاںپر بنگیا تھا سانپ، اسکولےکرکھڑےہوجائیںگےوہاںپر۔</w:t>
      </w:r>
    </w:p>
    <w:p>
      <w:r>
        <w:rPr>
          <w:b/>
        </w:rPr>
        <w:t xml:space="preserve">[17:51] </w:t>
      </w:r>
      <w:r>
        <w:t>to woh samajhte thay ke asa to ek khudai asa hai aur woh bohat is ke andar karamat hai. us ko le kar kharay ho jayen gay Hazrat Moosa wahan par aur kisi yahoodi ko jahannum mein nahin janay den gay.</w:t>
      </w:r>
    </w:p>
    <w:p>
      <w:pPr>
        <w:jc w:val="right"/>
      </w:pPr>
      <w:r>
        <w:t>تووہسمجھتےتھےکہعصاتو ایکخدائی عصاہے اوروہ بہت اسکےاندرکرامتہے۔ اسکولےکےکھڑےہوجائیںگےحضرتموسیٰوہاں پراورکسی یہودیکوجہنممیںنہیں جانےدیںگے۔</w:t>
      </w:r>
    </w:p>
    <w:p>
      <w:r>
        <w:rPr>
          <w:b/>
        </w:rPr>
        <w:t xml:space="preserve">[18:05] </w:t>
      </w:r>
      <w:r>
        <w:t>jo farishta le jana chahe ga, us farishtay ko maar ke bhaga den gay. yeh kahani un ke haan hai. yeh hi kahani musalmanon mein hai ke Rasool Allah wahan kharay ho jayen gay jannat ke darwazay par aur jitnay bhi ummat hain ke chalo, chalo jannat mein chalo.</w:t>
      </w:r>
    </w:p>
    <w:p>
      <w:pPr>
        <w:jc w:val="right"/>
      </w:pPr>
      <w:r>
        <w:t>جو فرشتہلےجاناچاہےگا،اسفر شتےکومارکےبھگادیںگے۔ یہکہانیانکےہاںہے۔ یہیکہانی مسلمانوںمیںہے کہرسولاللہ وہاںکھڑےہوجائیںگے جنتکےدروازےپر اور جتنےبھی ام تیہیں کہچلو،چلوجنتمیںچلو۔</w:t>
      </w:r>
    </w:p>
    <w:p>
      <w:r>
        <w:rPr>
          <w:b/>
        </w:rPr>
        <w:t xml:space="preserve">[18:21] </w:t>
      </w:r>
      <w:r>
        <w:t>sab jhooti kahaniyan hain. us ko le kar Quran Majeed mein ayat aayi hai</w:t>
      </w:r>
    </w:p>
    <w:p>
      <w:pPr>
        <w:jc w:val="right"/>
      </w:pPr>
      <w:r>
        <w:t>سب جھوٹیکہانیاںہیں۔ اسیکولےکر قرآنمجیدمیںآیتآئیہے</w:t>
      </w:r>
    </w:p>
    <w:p>
      <w:r>
        <w:rPr>
          <w:b/>
        </w:rPr>
        <w:t xml:space="preserve">[18:30] </w:t>
      </w:r>
      <w:r>
        <w:t>laisa bi amanikum wala amani ahlal kitab man ya'mal su yujza bi yeh Quran ki ayat hai laisa bi amanikum wala amani ahlal kitab man ya'mal su yujza bi aman kehte hain wa shafal thinking, khush fehmi.</w:t>
      </w:r>
    </w:p>
    <w:p>
      <w:pPr>
        <w:jc w:val="right"/>
      </w:pPr>
      <w:r>
        <w:t>لی س بی عمان یکم ولا امانی اہلالکتاب من یعملسو یجزبی یہقرآنکیآیتہے لی سبیعمان یکم ولا امانی اہلالکتاب منیعملسو یجزبی ام انیکہتےہیں وشفلتھنکنگ، خوشفہمی۔</w:t>
      </w:r>
    </w:p>
    <w:p>
      <w:r>
        <w:rPr>
          <w:b/>
        </w:rPr>
        <w:t xml:space="preserve">[18:52] </w:t>
      </w:r>
      <w:r>
        <w:t>na tumhari shafal thinking se kuch honay wala hai, na yahood ki shafal thinking se kuch honay wala hai.</w:t>
      </w:r>
    </w:p>
    <w:p>
      <w:pPr>
        <w:jc w:val="right"/>
      </w:pPr>
      <w:r>
        <w:t>نہتمہاریوشفلتھنکنگسےکچھہونےوالاہے، نہ یہودکی وشفلتھنکنگسےکچھہونےوالاہے۔</w:t>
      </w:r>
    </w:p>
    <w:p>
      <w:r>
        <w:rPr>
          <w:b/>
        </w:rPr>
        <w:t xml:space="preserve">[18:58] </w:t>
      </w:r>
      <w:r>
        <w:t>jo jaisa karay ga, waisa us ko badla diya jaye ga.</w:t>
      </w:r>
    </w:p>
    <w:p>
      <w:pPr>
        <w:jc w:val="right"/>
      </w:pPr>
      <w:r>
        <w:t>جو جیسا کرےگا، ویسااسکو بد لہ دیاجائےگا۔</w:t>
      </w:r>
    </w:p>
    <w:p>
      <w:r>
        <w:rPr>
          <w:b/>
        </w:rPr>
        <w:t xml:space="preserve">[19:06] </w:t>
      </w:r>
      <w:r>
        <w:t>to dekhiye, yahan par is ayat mein musalmanon ko bracket kiya gaya yahood se. yeh ghor karnay ki baat hai ke is ayat mein Allah taala ne musalmanon ko bracket kiya yahood se laisa bi amanikum wala amani ahlal kitab</w:t>
      </w:r>
    </w:p>
    <w:p>
      <w:pPr>
        <w:jc w:val="right"/>
      </w:pPr>
      <w:r>
        <w:t>تو دیکھیے،یہاںپر اسآیتمیں مسلمانوںکوبریکٹکیاگیا یہودسے ۔ یہغورکرنےکیباتہے کہاسآیتمیں اللہ تعالیٰنے مسلمانوںکوبریکٹکیایہودسے لیسبیعمان یکم ولا امانیاہلالکتاب</w:t>
      </w:r>
    </w:p>
    <w:p>
      <w:r>
        <w:rPr>
          <w:b/>
        </w:rPr>
        <w:t xml:space="preserve">[19:24] </w:t>
      </w:r>
      <w:r>
        <w:t>na musalmanon ki shafal thinking par faisla ho ga, na yahood ki shafal thinking par faisla ho ga. jo jaisa karay ga, waisay us ko badla milay ga.</w:t>
      </w:r>
    </w:p>
    <w:p>
      <w:pPr>
        <w:jc w:val="right"/>
      </w:pPr>
      <w:r>
        <w:t>نہ مسلمانوںکیوشفلتھنکنگ پرفیصلہہوگا، نہ یہودکیوشفلتھنکنگپرفیصلہہوگا۔ جو جیساکرےگا، ویسےاسکوبدلہملےگا۔</w:t>
      </w:r>
    </w:p>
    <w:p>
      <w:r>
        <w:rPr>
          <w:b/>
        </w:rPr>
        <w:t xml:space="preserve">[19:38] </w:t>
      </w:r>
      <w:r>
        <w:t>to poori aap aap ghor kijiye to jitni bhi musalmanon ki politics uss waqt hai, jo bhi un ki soch hai, sab woh yahood wali soch hai. yahood wali soch hai. yeh</w:t>
      </w:r>
    </w:p>
    <w:p>
      <w:pPr>
        <w:jc w:val="right"/>
      </w:pPr>
      <w:r>
        <w:t>تو پوری آپ آپغورکیجئےتوجتنیبھی مسلمانوںکیپولیٹکساسوقتہے، جو بھیانکیسوچہے، سب وہیہودوالیسوچہے۔ یہودوالیسوچہے۔یہ</w:t>
      </w:r>
    </w:p>
    <w:p>
      <w:r>
        <w:rPr>
          <w:b/>
        </w:rPr>
        <w:t xml:space="preserve">[19:51] </w:t>
      </w:r>
      <w:r>
        <w:t>mein kuch misaalain dena chahoon ga.</w:t>
      </w:r>
    </w:p>
    <w:p>
      <w:pPr>
        <w:jc w:val="right"/>
      </w:pPr>
      <w:r>
        <w:t>میں کچھ مثالیں دیناچاہوںگا۔</w:t>
      </w:r>
    </w:p>
    <w:p>
      <w:r>
        <w:rPr>
          <w:b/>
        </w:rPr>
        <w:t xml:space="preserve">[19:57] </w:t>
      </w:r>
      <w:r>
        <w:t>mein wahan gaya, Falasteen, Israel gaya. mein wahan, mein ghaleban do bar ya teen bar gaya hoon ke Israel mein ek professor sahib se mila.</w:t>
      </w:r>
    </w:p>
    <w:p>
      <w:pPr>
        <w:jc w:val="right"/>
      </w:pPr>
      <w:r>
        <w:t>میں وہاںگیا، فلس طین ،اسرائیلگیا۔ میں وہاں،میںغالباًدوباریاتینبارگیاہوں کہاسرائیلمیں ایک پروفیسرصاحبسےم لا۔</w:t>
      </w:r>
    </w:p>
    <w:p>
      <w:r>
        <w:rPr>
          <w:b/>
        </w:rPr>
        <w:t xml:space="preserve">[20:09] </w:t>
      </w:r>
      <w:r>
        <w:t>wahan ki university ke professor thay, woh yahoodi, bohat parhay likhay aadmi thay. woh to un se mein ne kuch baatein kahi</w:t>
      </w:r>
    </w:p>
    <w:p>
      <w:pPr>
        <w:jc w:val="right"/>
      </w:pPr>
      <w:r>
        <w:t>وہاںکییونیورسٹیکےپروفیسرتھے،وہ یہودی، بہت پڑھےلکھےآدمیتھے۔وہ توانسےمیںنےکچھباتیںکہیں</w:t>
      </w:r>
    </w:p>
    <w:p>
      <w:r>
        <w:rPr>
          <w:b/>
        </w:rPr>
        <w:t xml:space="preserve">[20:20] </w:t>
      </w:r>
      <w:r>
        <w:t>to unhon ne jawab kiya diya. azma zamanay mein arabon mein ek nazariya tha ke Jerusalem ko aisa kiya jaye ke Jerusalem jo hai, woh</w:t>
      </w:r>
    </w:p>
    <w:p>
      <w:pPr>
        <w:jc w:val="right"/>
      </w:pPr>
      <w:r>
        <w:t>تو انہوںنےجوابکیا دیا۔ عزماسزمانےمیںعربوںمیںایکنظریہتھاکہیروشلمکو ایساکیاجائےکہیروشلم جوہے،وہ</w:t>
      </w:r>
    </w:p>
    <w:p>
      <w:r>
        <w:rPr>
          <w:b/>
        </w:rPr>
        <w:t xml:space="preserve">[20:33] </w:t>
      </w:r>
      <w:r>
        <w:t>donon ke is mein diya jaye, de diya jaye. yaani arabon ke is mein bhi aur yahoodiyon ke is mein bhi.</w:t>
      </w:r>
    </w:p>
    <w:p>
      <w:pPr>
        <w:jc w:val="right"/>
      </w:pPr>
      <w:r>
        <w:t>دونوںکےاسمیںدیا جائے،دےدیاجائے۔یعنی عربوںکے اسمیںبھیاوریہودیوںکےاسمیں۔</w:t>
      </w:r>
    </w:p>
    <w:p>
      <w:r>
        <w:rPr>
          <w:b/>
        </w:rPr>
        <w:t xml:space="preserve">[20:42] </w:t>
      </w:r>
      <w:r>
        <w:t>to unhonene kaha ye possible nahi hai, mumkin nahi hai. hum arbon ko aane nahi denge.</w:t>
      </w:r>
    </w:p>
    <w:p>
      <w:pPr>
        <w:jc w:val="right"/>
      </w:pPr>
      <w:r>
        <w:t>تو انہوں نےکہایہ پاسیبلنہیںہے،ممکنہینہیںہے۔ ہم عربوںکےآنےنہیںدیںگے۔</w:t>
      </w:r>
    </w:p>
    <w:p>
      <w:r>
        <w:rPr>
          <w:b/>
        </w:rPr>
        <w:t xml:space="preserve">[20:47] </w:t>
      </w:r>
      <w:r>
        <w:t>to ispar unhonne kaha tha ke Jerusalem will be rebuilt. is professor ne kaha tha ke Jerusalem will be rebuilt.</w:t>
      </w:r>
    </w:p>
    <w:p>
      <w:pPr>
        <w:jc w:val="right"/>
      </w:pPr>
      <w:r>
        <w:t>تو اسپرانہوںنےکہاتھا کہیروشلم رنزاناور بلڈ۔ اس پروفیسرنےکہاتھا کہیروشلم رنزاناوربلڈ۔</w:t>
      </w:r>
    </w:p>
    <w:p>
      <w:r>
        <w:rPr>
          <w:b/>
        </w:rPr>
        <w:t xml:space="preserve">[20:59] </w:t>
      </w:r>
      <w:r>
        <w:t>yerushalam woh to hamare khoon mein daudta hai. hum arbon ko de denge isko. theek hi baat aapko mein yaad dilana chahunga ke 2001 mein aaye the Parvez Musharraf, India.</w:t>
      </w:r>
    </w:p>
    <w:p>
      <w:pPr>
        <w:jc w:val="right"/>
      </w:pPr>
      <w:r>
        <w:t>یروشلموہتوہمارےخونمیںدوڑتاہے۔ ہم عرب وںکودےدیںگےاسکو۔ ٹھیکیہیبات آپکومیںیاددلاناچاہوںگاکہ2 001 میںآئےتھے پرویزمشرف ،انڈ یا۔</w:t>
      </w:r>
    </w:p>
    <w:p>
      <w:r>
        <w:rPr>
          <w:b/>
        </w:rPr>
        <w:t xml:space="preserve">[21:15] </w:t>
      </w:r>
      <w:r>
        <w:t>2001 mein, July 2001 mein yahan aaye the. Us zamane mein akhbar mein khoob chhappata tha unka. To unhonne kaha tha aur chhappata tha akhbar mein ke Kashmir will run on tourism and build.</w:t>
      </w:r>
    </w:p>
    <w:p>
      <w:pPr>
        <w:jc w:val="right"/>
      </w:pPr>
      <w:r>
        <w:t>2001میں،جولائی 2001میںیہاںآئےتھے۔ اسزمانےمیںاخبارمیںخوبچھپتاتھاانکا ۔توانہوںنے کہاتھا اور چھپاتھااخبارمیں کہ کش میررنزاناوربلڈ۔</w:t>
      </w:r>
    </w:p>
    <w:p>
      <w:r>
        <w:rPr>
          <w:b/>
        </w:rPr>
        <w:t xml:space="preserve">[21:28] </w:t>
      </w:r>
      <w:r>
        <w:t>yani poore pakistaniyon ki taraf se unhonne kaha tha, saare yahudiyon ki taraf se ke Jerusalem will remain Zion and build.</w:t>
      </w:r>
    </w:p>
    <w:p>
      <w:pPr>
        <w:jc w:val="right"/>
      </w:pPr>
      <w:r>
        <w:t>یعنیپورے پاکستانی وںکیطرفسے انہوںنے کہاتھا، سارے یہودیوںکیطرفسے کہیروشلمرنزان اوربلڈ۔</w:t>
      </w:r>
    </w:p>
    <w:p>
      <w:r>
        <w:rPr>
          <w:b/>
        </w:rPr>
        <w:t xml:space="preserve">[21:39] </w:t>
      </w:r>
      <w:r>
        <w:t>Parvez Musharraf ne yahi baat Pakistanio ki taraf se kahi ke Kashmir ranjana aur build.</w:t>
      </w:r>
    </w:p>
    <w:p>
      <w:pPr>
        <w:jc w:val="right"/>
      </w:pPr>
      <w:r>
        <w:t>پرویزمشرفنےیہیبات پاکستانیوںکیطرفسےکہی کہ کشمیررنزاناوربلڈ۔</w:t>
      </w:r>
    </w:p>
    <w:p>
      <w:r>
        <w:rPr>
          <w:b/>
        </w:rPr>
        <w:t xml:space="preserve">[21:46] </w:t>
      </w:r>
      <w:r>
        <w:t>kashmir to hamare khoon mein daudta hai. isko gaur kijiye, ye kya baat hai. ye land based religion hai. ye land based religion yani zameen mabni par, zameen mazhab.</w:t>
      </w:r>
    </w:p>
    <w:p>
      <w:pPr>
        <w:jc w:val="right"/>
      </w:pPr>
      <w:r>
        <w:t>کشمیرتوہمارےخونمیںدوڑتاہے۔ اسکوغورکیجئے، یہکیا باتہے۔ یہ لینڈ بیسڈریلیجنہے۔یہ لینڈ بیسڈ ریلیجن یعنی زمین مبنیپر،زمین مذہب۔</w:t>
      </w:r>
    </w:p>
    <w:p>
      <w:r>
        <w:rPr>
          <w:b/>
        </w:rPr>
        <w:t xml:space="preserve">[22:00] </w:t>
      </w:r>
      <w:r>
        <w:t>woh bhi mazhab ko zameen se jode hue hain, land se jode. ye bhi mazhab ko land jode hue hain. yani falasteen nahi to jannat nahi.</w:t>
      </w:r>
    </w:p>
    <w:p>
      <w:pPr>
        <w:jc w:val="right"/>
      </w:pPr>
      <w:r>
        <w:t>وہ بھی مذہبکو زمین سےجوڑےہوئےہیں، لینڈسےجوڑے۔یہبھیمذہبکولینڈجوڑیہوئےہیں۔ یعنی فلس طین نہیںتو جنازنہیں ۔</w:t>
      </w:r>
    </w:p>
    <w:p>
      <w:r>
        <w:rPr>
          <w:b/>
        </w:rPr>
        <w:t xml:space="preserve">[22:10] </w:t>
      </w:r>
      <w:r>
        <w:t>woh samajhte hain ke kashmir nahi to islam nahi.</w:t>
      </w:r>
    </w:p>
    <w:p>
      <w:pPr>
        <w:jc w:val="right"/>
      </w:pPr>
      <w:r>
        <w:t>وہسمجھتےہیںکہ کشمیرنہیںتواسلام نہیں ۔</w:t>
      </w:r>
    </w:p>
    <w:p>
      <w:r>
        <w:rPr>
          <w:b/>
        </w:rPr>
        <w:t xml:space="preserve">[22:15] </w:t>
      </w:r>
      <w:r>
        <w:t>khud wahan bhi dekhiye jo lad rahe hain aapas mein. falasteen mein do log lad rahe hain, ye yahudi aur arab. bazahir dono dushman ek doosre ke hain, lekin woh bhi zameen ke liye, woh bhi zameen ke liye.</w:t>
      </w:r>
    </w:p>
    <w:p>
      <w:pPr>
        <w:jc w:val="right"/>
      </w:pPr>
      <w:r>
        <w:t>خود وہاںبھیدیکھیےجولڑرہےہیںآپسمیں۔فلسطینمیںدولوگلڑرہےہیں، یہ ودیاورعرب ۔ بظاہردونوںدشمنایکدوسرےکےہیں،لیکن وہبھی زمین کےلیے،وہبھیزمینکےلیے۔</w:t>
      </w:r>
    </w:p>
    <w:p>
      <w:r>
        <w:rPr>
          <w:b/>
        </w:rPr>
        <w:t xml:space="preserve">[22:27] </w:t>
      </w:r>
      <w:r>
        <w:t>aap gaur kijiye, yani haqeeqat mein dono ka kaisa ek hai. inka case hai zionism, inka case hai aqsaism.</w:t>
      </w:r>
    </w:p>
    <w:p>
      <w:pPr>
        <w:jc w:val="right"/>
      </w:pPr>
      <w:r>
        <w:t>آپغورکیجئے، یعنیحقیقتمیںدونوںکاکیسایکہے۔ انکا کیسہے زائنز م،انکا کیسہےاقصائیزم۔</w:t>
      </w:r>
    </w:p>
    <w:p>
      <w:r>
        <w:rPr>
          <w:b/>
        </w:rPr>
        <w:t xml:space="preserve">[22:37] </w:t>
      </w:r>
      <w:r>
        <w:t>yani arbon ka case aqsaism hai, inka case hai zionism. to</w:t>
      </w:r>
    </w:p>
    <w:p>
      <w:pPr>
        <w:jc w:val="right"/>
      </w:pPr>
      <w:r>
        <w:t>یعنیعرب وںکاکیس اقصائیزمہے، انکاکیسہے زائ نزم۔ تو</w:t>
      </w:r>
    </w:p>
    <w:p>
      <w:r>
        <w:rPr>
          <w:b/>
        </w:rPr>
        <w:t xml:space="preserve">[22:43] </w:t>
      </w:r>
      <w:r>
        <w:t>ye yahudiyon ko bhi land chahiye, arbon ko bhi land chahiye. ab mein aapse poochta hoon ke rasool Allah ki life padhiye, kya kabhi bhi aap ne, rasool Allah ne, sahaba ne ye kaha tha ke humein humara mazhab jo hai, land based hai?</w:t>
      </w:r>
    </w:p>
    <w:p>
      <w:pPr>
        <w:jc w:val="right"/>
      </w:pPr>
      <w:r>
        <w:t>یہ ودیوںکوبھی لینڈچاہیے،عرب وںکوبھیلینڈچاہیے۔ ابمیںآپسےپوچھتاہوںکہ رسولاللہکیلائفپڑھیے، کیا کبھیبھیآپ نے،رسولاللہنے،صحابہنے یہکہاتھا کہہمیں ہمارامذہبجوہے، لینڈبیسڈہے؟</w:t>
      </w:r>
    </w:p>
    <w:p>
      <w:r>
        <w:rPr>
          <w:b/>
        </w:rPr>
        <w:t xml:space="preserve">[22:58] </w:t>
      </w:r>
      <w:r>
        <w:t>yani makkah nahi to islam nahi, madina hai to islam nahi. aisa koi kaha makkah runs on and builds, madina, madina runs on and builds kabhi kaha tha kisne?</w:t>
      </w:r>
    </w:p>
    <w:p>
      <w:pPr>
        <w:jc w:val="right"/>
      </w:pPr>
      <w:r>
        <w:t>یعنیمکہنہیںتواسلام نہیں،مدینہہےتواسلامنہیں ۔ ایساکوئی کہ مکہرنزان اوربلڈ، مدینہ،مدینہرنزاناوربلڈکبھیکہاتھاکسینے؟</w:t>
      </w:r>
    </w:p>
    <w:p>
      <w:r>
        <w:rPr>
          <w:b/>
        </w:rPr>
        <w:t xml:space="preserve">[23:09] </w:t>
      </w:r>
      <w:r>
        <w:t>koi ek misaal de dijiye ke rasool Allah ne, ek sahabi ne kaha ho ke Makkah is run down and build, Madina is run down and build.</w:t>
      </w:r>
    </w:p>
    <w:p>
      <w:pPr>
        <w:jc w:val="right"/>
      </w:pPr>
      <w:r>
        <w:t>کوئیایک مثالدےدیجئے کہ رسولاللہنے،ایک صحابینےکہاہو کہ مکہ رنزاناوربلڈ، مدینہرنزاناوربلڈ۔</w:t>
      </w:r>
    </w:p>
    <w:p>
      <w:r>
        <w:rPr>
          <w:b/>
        </w:rPr>
        <w:t xml:space="preserve">[23:18] </w:t>
      </w:r>
      <w:r>
        <w:t>ye land based mazhab, ye ye yahudiyat hai, ye islam nahi hai. ye to musalman iski pairvi kar rahe hain.</w:t>
      </w:r>
    </w:p>
    <w:p>
      <w:pPr>
        <w:jc w:val="right"/>
      </w:pPr>
      <w:r>
        <w:t>یہ لینڈ بیسڈ مذہب، یہ یہ ودیتہے، یہاسلام نہیںہے۔ یہ تو مسلماناسیکیپیروی کررہےہیں۔</w:t>
      </w:r>
    </w:p>
    <w:p>
      <w:r>
        <w:rPr>
          <w:b/>
        </w:rPr>
        <w:t xml:space="preserve">[23:28] </w:t>
      </w:r>
      <w:r>
        <w:t>har jagah musalmanon ne land ka jhagda khada rakha hai. har jagah jhagda.</w:t>
      </w:r>
    </w:p>
    <w:p>
      <w:pPr>
        <w:jc w:val="right"/>
      </w:pPr>
      <w:r>
        <w:t>ہرجگہ مسلمانوںنےلینڈکاجھگڑاکھڑارکھاہے۔ ہرجگہجھگڑا۔</w:t>
      </w:r>
    </w:p>
    <w:p>
      <w:r>
        <w:rPr>
          <w:b/>
        </w:rPr>
        <w:t xml:space="preserve">[23:32] </w:t>
      </w:r>
      <w:r>
        <w:t>yani bosnia mein, chechnya mein, sinkiang mein, fil pain mein, burma mein, kashmir mein.</w:t>
      </w:r>
    </w:p>
    <w:p>
      <w:pPr>
        <w:jc w:val="right"/>
      </w:pPr>
      <w:r>
        <w:t>یعنیبوسنیامیں،چیچنیامیں، سینکیانگمیں، فل پائنمیں، بر مامیں، کشمیرمیں۔</w:t>
      </w:r>
    </w:p>
    <w:p>
      <w:r>
        <w:rPr>
          <w:b/>
        </w:rPr>
        <w:t xml:space="preserve">[23:43] </w:t>
      </w:r>
      <w:r>
        <w:t>har jagah, jahan bhi dekhein, land ka to jhagda hai aur kis ka mazhab ka jhagda hai. to land ko le kar ke apne mazhab ki identity banana, ye aap ki ye yahudiyat hai. ye jisko zionism kehte hain.</w:t>
      </w:r>
    </w:p>
    <w:p>
      <w:pPr>
        <w:jc w:val="right"/>
      </w:pPr>
      <w:r>
        <w:t>ہرجگہ،جہاںبھیدیکھیں،لینڈکاتوجھگڑاہےاورکسکامذہبکاجھگڑاہے۔ تو لینڈکو لےکرکے اپنے مذہبکیآئیڈینٹیبنانا، یہ پ کی یہودیتہے۔یہ جسکوزائ نزمکہتےہیں۔</w:t>
      </w:r>
    </w:p>
    <w:p>
      <w:r>
        <w:rPr>
          <w:b/>
        </w:rPr>
        <w:t xml:space="preserve">[23:58] </w:t>
      </w:r>
      <w:r>
        <w:t>yani land based identity, ye musalmanon ne bana rakhi hai. isi ke peeche daud rahe hain. ye yani har jagah, jahan jhagda hai, jahan so called jihad chala rahe hain musalman, kis ke liye jehad hai?</w:t>
      </w:r>
    </w:p>
    <w:p>
      <w:pPr>
        <w:jc w:val="right"/>
      </w:pPr>
      <w:r>
        <w:t>یعنیلینڈ بیسڈآئیڈینٹی ، یہمسلمانوںنےبنارکھیہے۔ اسیکےپیچھےدوڑرہےہیں۔یہ یعنیہرجگہ،جہاںجھگڑاہے،جہاں سوکالڈجہادچلارہےہیںمسلمان،کسکےلیےجہادہے؟</w:t>
      </w:r>
    </w:p>
    <w:p>
      <w:r>
        <w:rPr>
          <w:b/>
        </w:rPr>
        <w:t xml:space="preserve">[24:11] </w:t>
      </w:r>
      <w:r>
        <w:t>kya Allah ke liye? woh sab zameen ke liye hai. to land based identity jo hai, yahi yahudiyat hai aur land artist, land based identity, ye musalmanon ne ikhtiyar kar rakhi hai.</w:t>
      </w:r>
    </w:p>
    <w:p>
      <w:pPr>
        <w:jc w:val="right"/>
      </w:pPr>
      <w:r>
        <w:t>کیا اللہکےلیے ؟وہسبزمینکےلیے ہے۔ تو لینڈ بیسڈ آئیڈینٹی جوہے، یہییہودیتہے اورلینڈآرٹسٹ،لینڈبیسڈآئیڈینٹی،یہیمسلمانوںنےاختیارکررکھیہے۔</w:t>
      </w:r>
    </w:p>
    <w:p>
      <w:r>
        <w:rPr>
          <w:b/>
        </w:rPr>
        <w:t xml:space="preserve">[24:25] </w:t>
      </w:r>
      <w:r>
        <w:t>ab mujhe bataiye ke rasool Allah ne kabhi aisa kaha tha?</w:t>
      </w:r>
    </w:p>
    <w:p>
      <w:pPr>
        <w:jc w:val="right"/>
      </w:pPr>
      <w:r>
        <w:t>ابمجھےبتائیےکہرسولاللہنےکبھیایساکہاتھا؟</w:t>
      </w:r>
    </w:p>
    <w:p>
      <w:r>
        <w:rPr>
          <w:b/>
        </w:rPr>
        <w:t xml:space="preserve">[24:28] </w:t>
      </w:r>
      <w:r>
        <w:t>sahaba ne kabhi aisa kaha tha? rasool Allah aur sahaba ke liye to tauheed thi. tauheed. mein samajhta hoon in musalmanon se zyada ek american scholar jaanta hai islam ko, jis kitaab chhapi hai.</w:t>
      </w:r>
    </w:p>
    <w:p>
      <w:pPr>
        <w:jc w:val="right"/>
      </w:pPr>
      <w:r>
        <w:t>صحابہنےکبھیایساکہاتھا؟ رسولاللہاورصحابہکےلیےتوح یدتھی۔توحید۔ میںسمجھتاہوںانمسلمانوںسےزیادہ ایک امریک ناسکالرجانتاہےاسلام کو،جس کتاب چھپیہے۔</w:t>
      </w:r>
    </w:p>
    <w:p>
      <w:r>
        <w:rPr>
          <w:b/>
        </w:rPr>
        <w:t xml:space="preserve">[24:42] </w:t>
      </w:r>
      <w:r>
        <w:t>ek american scholar hai, woh christian hai, woh islam ka mutala isne kiya. to isne likha hai is kitaab mein ke "the greatest cancer of islam is Allah".</w:t>
      </w:r>
    </w:p>
    <w:p>
      <w:pPr>
        <w:jc w:val="right"/>
      </w:pPr>
      <w:r>
        <w:t>ایکامریک ناسکالرہے،وہ کرسچنہے،وہ اسلام کامطالعہاسنےکیا۔ تو اسنےلکھاہےاسکتاب میں کہ "داگریٹسٹکنسرنافاسلام از اللہ"۔</w:t>
      </w:r>
    </w:p>
    <w:p>
      <w:r>
        <w:rPr>
          <w:b/>
        </w:rPr>
        <w:t xml:space="preserve">[24:55] </w:t>
      </w:r>
      <w:r>
        <w:t>"the greatest cancer of islam is Allah"</w:t>
      </w:r>
    </w:p>
    <w:p>
      <w:pPr>
        <w:jc w:val="right"/>
      </w:pPr>
      <w:r>
        <w:t>"دا گریٹسٹکنسرناف اسلاماز اللہ</w:t>
      </w:r>
    </w:p>
    <w:p>
      <w:r>
        <w:rPr>
          <w:b/>
        </w:rPr>
        <w:t xml:space="preserve">[24:57] </w:t>
      </w:r>
      <w:r>
        <w:t>"۔ یھاں الٹا کیا ھے؟ "دا گریٹسٹ کنسرن"۔"دا گریٹسٹ کنسرن آف اسلام از لینڈ"۔ کہیں وہ لینڈ کشمیر ھے، کہیں وہ لینڈ بوسنیا ھے، کہیں چیچنیا ھے، کہیں سینکیانگ ھے، کہیں فلپائن ھے،</w:t>
      </w:r>
    </w:p>
    <w:p>
      <w:pPr>
        <w:jc w:val="right"/>
      </w:pPr>
      <w:r>
        <w:t>"۔ یہاںالٹاکیاہے؟ "داگریٹسٹکنسرن"۔"داگریٹسٹکنسرنافاسلام از لینڈ"۔ کہیںوہلینڈکشمیرہے،کہیںوہلینڈبوسنیاہے،کہیںچیچنیاہے، کہیںسینکیانگہے،کہیںفلپائنہے،</w:t>
      </w:r>
    </w:p>
    <w:p>
      <w:r>
        <w:rPr>
          <w:b/>
        </w:rPr>
        <w:t xml:space="preserve">[25:11] </w:t>
      </w:r>
      <w:r>
        <w:t>کہیں عراق ھے، کہیں کہیں کچھ ھے، کہیں کچھ ھے۔ ھر جگہ پر لینڈ کو لے کر جھگڑے ھو رھے ھیں۔ تو اس اسکالر کو زیادہ پتہ تھا اسلام کا۔ اس نے کہا کہ"دا گریٹسٹ کنسرن آف اسلام از اللہ" ۔ یھاں کیا ھے؟</w:t>
      </w:r>
    </w:p>
    <w:p>
      <w:pPr>
        <w:jc w:val="right"/>
      </w:pPr>
      <w:r>
        <w:t>کہیں عراق ہے،کہیں کہیںکچھہے،کہیںکچھہے۔ہرجگہپرلینڈکولےکرجھگڑےہورہےہیں۔ تو اس اسکالرکوزیادہ پتہتھااسلام کا۔اسنےکہاکہ"داگریٹسٹکنسرناف اسلاماز اللہ" ۔یہاںکیاہے؟</w:t>
      </w:r>
    </w:p>
    <w:p>
      <w:r>
        <w:rPr>
          <w:b/>
        </w:rPr>
        <w:t xml:space="preserve">[25:25] </w:t>
      </w:r>
      <w:r>
        <w:t>"دا گریٹسٹ کنسرن آف اسلام از لینڈ"۔</w:t>
      </w:r>
    </w:p>
    <w:p>
      <w:pPr>
        <w:jc w:val="right"/>
      </w:pPr>
      <w:r>
        <w:t>"داگریٹسٹکنسرنافاسلام از لینڈ"۔</w:t>
      </w:r>
    </w:p>
    <w:p>
      <w:r>
        <w:rPr>
          <w:b/>
        </w:rPr>
        <w:t xml:space="preserve">[25:28] </w:t>
      </w:r>
      <w:r>
        <w:t>تو یہ تھی یہودیت۔ ھے مس لمان بہت زیادہ اقبال کو مانتے ھیں۔ اقبال نے کہا تھا کہ"</w:t>
      </w:r>
    </w:p>
    <w:p>
      <w:pPr>
        <w:jc w:val="right"/>
      </w:pPr>
      <w:r>
        <w:t>تویہ تھییہودیت۔ہے مس لمانبہت زیادہ اقبالکو مانتےہیں۔ اقبالنےکہاتھا کہ"</w:t>
      </w:r>
    </w:p>
    <w:p>
      <w:r>
        <w:rPr>
          <w:b/>
        </w:rPr>
        <w:t xml:space="preserve">[25:42] </w:t>
      </w:r>
      <w:r>
        <w:t>وضع میں تم ھو نصاری تو تمدن میں ھنود" ۔ یہ مسلمان ھیں جنہیں دیکھ کر شرمائے ھیں یہود۔</w:t>
      </w:r>
    </w:p>
    <w:p>
      <w:pPr>
        <w:jc w:val="right"/>
      </w:pPr>
      <w:r>
        <w:t>وضع میںتمہو نصاریتو تمدنمیں ہنود" ۔یہ مسلمان ہیںجنہیںدیکھکےشرمائےہیںیہود۔</w:t>
      </w:r>
    </w:p>
    <w:p>
      <w:r>
        <w:rPr>
          <w:b/>
        </w:rPr>
        <w:t xml:space="preserve">[25:54] </w:t>
      </w:r>
      <w:r>
        <w:t>تو صرف میں ھی نہیں کہہ رھا ھوں، جتنے بھی گہرائی سے مطالعہ کرتے ھیں، وہی یہ مانتے ھیں کہ مسلمان گرتے گرتے اب یہودیوں کی سطح پر آ چکے ھیں۔</w:t>
      </w:r>
    </w:p>
    <w:p>
      <w:pPr>
        <w:jc w:val="right"/>
      </w:pPr>
      <w:r>
        <w:t>توصرفمیںہینہیںکہہرہاہوں، جتنے بھی گہرائی سے مطالعہکرتے ہیں،وہیہیمانتےہیں کہ مسلمان گرتےگرتےابیہودی وںکیسطح پرآچکےہیں۔</w:t>
      </w:r>
    </w:p>
    <w:p>
      <w:r>
        <w:rPr>
          <w:b/>
        </w:rPr>
        <w:t xml:space="preserve">[26:10] </w:t>
      </w:r>
      <w:r>
        <w:t>تو جس پہلو سے آپ جانچیں، جس پہلو سے آپ جانچیں، ابھی دیکھیے، میرا ایک آرٹیکل چھپا ھے رس الھمیں۔ تو آج کل مسلمانوں کو آپ جہاں بھیجائیے،</w:t>
      </w:r>
    </w:p>
    <w:p>
      <w:pPr>
        <w:jc w:val="right"/>
      </w:pPr>
      <w:r>
        <w:t>توجس پہلوسےآپجانچیں،جسپہلوسےآپجانچیں، ابھیدیکھیے،میراایک آرٹیکلچھپاہےرس الہمیں۔ تو آجکل مسلمانوںکوآپجہاںبھیجائیے،</w:t>
      </w:r>
    </w:p>
    <w:p>
      <w:r>
        <w:rPr>
          <w:b/>
        </w:rPr>
        <w:t xml:space="preserve">[26:23] </w:t>
      </w:r>
      <w:r>
        <w:t>کیا سنیں گے آپ؟ "وی آر ان سیج"۔ ہم سیج میں ھیں، ہم محاصرے میں ھیں، ھمارے خلاف سازشیں ھو رھی ھیں، ھمارے خلاف ظلم ھو</w:t>
      </w:r>
    </w:p>
    <w:p>
      <w:pPr>
        <w:jc w:val="right"/>
      </w:pPr>
      <w:r>
        <w:t>کیا سنیںگےآپ؟ "ویآرانڈرسیج"۔ ہم سیجمیںہیں، ہم محاصرےمیںہیں،ہمارےخلاف سازشیںہورہیہیں،ہمارےخلافظلمہو</w:t>
      </w:r>
    </w:p>
    <w:p>
      <w:r>
        <w:rPr>
          <w:b/>
        </w:rPr>
        <w:t xml:space="preserve">[26:33] </w:t>
      </w:r>
      <w:r>
        <w:t>رھا ھے۔ ھر مسلمانیہبولی بولے گا، یھاں سے لے کر امریکہ تک آپ چلے جائیے، عرب ، نان عرب ، کسی بھی بات کیجیے، آپ سب یہی کہیں گے کہ ھم دشمنوں سے گھرے ھوئے ھیں، ھمارے خلاف کانسپریسی ھو رھی ھے، "وی آر ان سیج" وغیرہ۔</w:t>
      </w:r>
    </w:p>
    <w:p>
      <w:pPr>
        <w:jc w:val="right"/>
      </w:pPr>
      <w:r>
        <w:t>رہاہے۔ ہر مسلمانیہبولیبولےگا، یہاںسےلےکرامریک ہتکآپچلےجائیے، عرب ، نانعرب ، کسی بھیباتکیجئے،آپ سبیہیکہیںگے کہہمدشمنوںسےگھرےہوئےہیں،ہمارےخلاف کانسپریسیہورہیہے، "ویآرانڈرسیج"وغیرہ۔</w:t>
      </w:r>
    </w:p>
    <w:p>
      <w:r>
        <w:rPr>
          <w:b/>
        </w:rPr>
        <w:t xml:space="preserve">[26:49] </w:t>
      </w:r>
      <w:r>
        <w:t>یہ خالص یہودی ذہنیت ھے۔ یہودی ریلیجن اگر آپ نے پڑھا ھو تو آپ دیکھیں گے کہ سارا یہودی ریلیجن اسی پہ بیس کرتا ھے کہ ھم مظلوم ھیں، ھم مظلوم ھیں، ھم مظلوم ھیں۔</w:t>
      </w:r>
    </w:p>
    <w:p>
      <w:pPr>
        <w:jc w:val="right"/>
      </w:pPr>
      <w:r>
        <w:t>یہ خالص یہودی ذہنیتہے۔ یہودی ریلیٹیجن اگرآپنےپڑھاہوتوآپدیکھیںگے کہ سارایہودیریلیٹیجناسیپہبیسکرتاہے کہہممظلوم ہیں،ہممظلومہیں،ہممظلومہیں۔</w:t>
      </w:r>
    </w:p>
    <w:p>
      <w:r>
        <w:rPr>
          <w:b/>
        </w:rPr>
        <w:t xml:space="preserve">[27:04] </w:t>
      </w:r>
      <w:r>
        <w:t>تو یہ کیا ھے؟ جن واقعات کو قرآن مجید میں بتایا گیا کہ وہ خدا کی وارننگ تھی۔ یعنی بنو خضر، نصر جو حملہ کیا تھا فلسطین پر ، قرآن میں اس کو خدا کی وارننگ بتایا گیا ھے۔</w:t>
      </w:r>
    </w:p>
    <w:p>
      <w:pPr>
        <w:jc w:val="right"/>
      </w:pPr>
      <w:r>
        <w:t>تو یہکیاہے؟ جن واقع اتکو قرآن مجیدمیںبتایاگیاکہوہخداکیوارننگتھی۔ یعنی بنوخضر،نصر جو حملہکیاتھا فلسطینپر ،قرآنمیںاسکوخدائیوارننگبتایاگیاہے۔</w:t>
      </w:r>
    </w:p>
    <w:p>
      <w:r>
        <w:rPr>
          <w:b/>
        </w:rPr>
        <w:t xml:space="preserve">[27:22] </w:t>
      </w:r>
      <w:r>
        <w:t>سیزر نے جو حملہ کیا تھا، اس کو قرآن میں خدا کی وارننگ بتایا گیا۔ یہ معاملہ ھٹلر کا بھی تھا۔ لیکن یہ ودی لٹریچر</w:t>
      </w:r>
    </w:p>
    <w:p>
      <w:pPr>
        <w:jc w:val="right"/>
      </w:pPr>
      <w:r>
        <w:t>سیزرنےجوحملہکیاتھا،اسکوقرآنمیں خدائی وارننگبتایاگیا۔ یہمعاملہہٹلرکابھیتھا۔ لیکن یہ ودی لٹریچر</w:t>
      </w:r>
    </w:p>
    <w:p>
      <w:r>
        <w:rPr>
          <w:b/>
        </w:rPr>
        <w:t xml:space="preserve">[27:32] </w:t>
      </w:r>
      <w:r>
        <w:t>میں کیا ھے؟ سب بھرا ھوا ھے ظلم کی داستان سے کہ ھم مظلوم ھیں، ھم مظلوم ھیں، ھم مظلوم ھیں۔ یہ ھے مسلمانوں کا حال۔ یہی ھے جو واقعات خدا کی طرف سے کیے جا رھے ھیں کہ مسلمان جاگیں۔</w:t>
      </w:r>
    </w:p>
    <w:p>
      <w:pPr>
        <w:jc w:val="right"/>
      </w:pPr>
      <w:r>
        <w:t>میںکیاہے؟ سببھراہواہے ظلمکیداستان سےکہہممظلومہیں،ہممظلومہیں،ہممظلومہیں۔ یہہےمسلمانوںکاحال۔یہیہے جو واقع اتخداکیطرفسےکیےجارہےہیں کہمسلمان جاگیں۔</w:t>
      </w:r>
    </w:p>
    <w:p>
      <w:r>
        <w:rPr>
          <w:b/>
        </w:rPr>
        <w:t xml:space="preserve">[27:46] </w:t>
      </w:r>
      <w:r>
        <w:t>اس وقت جو کچھ دنیا میں ھو رھا ھے، جس کو مسلمان کہتے ھیں ظلم، وہ ظلم نہیں ھے۔ وہ خدا کی طرف سے وارننگ ھے تاکہ تم جاگو، جاگو، جاگو۔</w:t>
      </w:r>
    </w:p>
    <w:p>
      <w:pPr>
        <w:jc w:val="right"/>
      </w:pPr>
      <w:r>
        <w:t>اسوقتجوکچھدنیا میںہورہاہے، جسکو مسلمانکہتےہیںظلم،وہظلمنہیںہے۔وہ خداکیطرف سےوارننگہے تاکہتمجاگو،جاگو،جاگو۔</w:t>
      </w:r>
    </w:p>
    <w:p>
      <w:r>
        <w:rPr>
          <w:b/>
        </w:rPr>
        <w:t xml:space="preserve">[27:57] </w:t>
      </w:r>
      <w:r>
        <w:t>لیکن مسلمان جاگ نہیں رھے ھیں کی</w:t>
      </w:r>
    </w:p>
    <w:p>
      <w:pPr>
        <w:jc w:val="right"/>
      </w:pPr>
      <w:r>
        <w:t>لیکن مسلمانجاگنہیںرہےہیںکی</w:t>
      </w:r>
    </w:p>
    <w:p>
      <w:r>
        <w:rPr>
          <w:b/>
        </w:rPr>
        <w:t xml:space="preserve">[27:59] </w:t>
      </w:r>
      <w:r>
        <w:t>ونکہ اس کو، اس کو وارننگ کے سینس میں نہیں لے رھے ھیں۔ وارننگ کے سینس میں وہ لے رھے ھیں، یعنی ظلم کے سینس میں۔ یہی کام یہودیوں نے کیا۔</w:t>
      </w:r>
    </w:p>
    <w:p>
      <w:pPr>
        <w:jc w:val="right"/>
      </w:pPr>
      <w:r>
        <w:t>ونکہاسکو ،اسکو وارننگ لےہینہیںرہےہیں۔ وارننگکےسینسمیں وہ لےرہےہیں، یعنیظلمکےسینسمیں۔ یہیکام یہودیوںنےکیا۔</w:t>
      </w:r>
    </w:p>
    <w:p>
      <w:r>
        <w:rPr>
          <w:b/>
        </w:rPr>
        <w:t xml:space="preserve">[28:11] </w:t>
      </w:r>
      <w:r>
        <w:t>جب یہودیوں میں بگاڑ آیا، یہودیوں میں ڈی جنریشن ھوا، یہودیوں نے حضرت موسیٰ علیہ السلام کے راستے سے ھٹ گئے، وہ تو اللہ تعالیٰ نے ان کو وارننگ بھیجی۔</w:t>
      </w:r>
    </w:p>
    <w:p>
      <w:pPr>
        <w:jc w:val="right"/>
      </w:pPr>
      <w:r>
        <w:t>جب یہودیوںمیںبگاڑآیا، یہودیوںمیں ڈی جنریشنہوا، یہودیوںنےحضرتموسیٰعلیہالسلامکے راستےسے ہٹگئے،وہ تواللہ تعالیٰنےانکووارننگبھیجی۔</w:t>
      </w:r>
    </w:p>
    <w:p>
      <w:r>
        <w:rPr>
          <w:b/>
        </w:rPr>
        <w:t xml:space="preserve">[28:22] </w:t>
      </w:r>
      <w:r>
        <w:t>وارننگ انسان کے روپ میں آتی ھے۔ ایسا نہیں کہ وارننگ جو ھے، کوئی کہ کوئی اوپر سے پتھر آ کے گر پڑے۔</w:t>
      </w:r>
    </w:p>
    <w:p>
      <w:pPr>
        <w:jc w:val="right"/>
      </w:pPr>
      <w:r>
        <w:t>وارننگانسانکےروپمیںآتیہے۔ ایسانہیںکہوارننگجوہے،کوئی کہکوئیاوپرسے پتھر آکےگر پڑے۔</w:t>
      </w:r>
    </w:p>
    <w:p>
      <w:r>
        <w:rPr>
          <w:b/>
        </w:rPr>
        <w:t xml:space="preserve">[28:29] </w:t>
      </w:r>
      <w:r>
        <w:t>انسان کے روپ میں آتی ھے۔</w:t>
      </w:r>
    </w:p>
    <w:p>
      <w:pPr>
        <w:jc w:val="right"/>
      </w:pPr>
      <w:r>
        <w:t>انسان کےروپمیںآتیہے۔</w:t>
      </w:r>
    </w:p>
    <w:p>
      <w:r>
        <w:rPr>
          <w:b/>
        </w:rPr>
        <w:t xml:space="preserve">[28:35] </w:t>
      </w:r>
      <w:r>
        <w:t>تو اس انسان کے روپ میں جو آئی، اس کو انہوں نے اسی انسان سے جوڑ دیا کہ فلاں انسان ظالم تھا، یعنی بابل کا بادشاہ ظالم تھا، ایران کا بادشاہ ظالم تھا، اس نے ھم پر حملہ کیا۔</w:t>
      </w:r>
    </w:p>
    <w:p>
      <w:pPr>
        <w:jc w:val="right"/>
      </w:pPr>
      <w:r>
        <w:t>تو اس انسان کےروپمیںجوآئی،اسکوانہوںنےاسیانسانسے جوڑدیا کہ فلاںانسانظالمتھا، یعنیبابلکابادشاہظالمتھا، ایران کابادشاہظالمتھا،اسنےہمپرحملہکیا۔</w:t>
      </w:r>
    </w:p>
    <w:p>
      <w:r>
        <w:rPr>
          <w:b/>
        </w:rPr>
        <w:t xml:space="preserve">[28:47] </w:t>
      </w:r>
      <w:r>
        <w:t>یعنی اس کو ظالم بتا کر کے اسی خانے میں ڈال دیا۔ یہ مسلمان اب بھی کر رھے ھیں۔ کمپنی کہا ھمارا دشمن ھے، ہندو ھمارے دشمن نہیں، یہود ھمارے دشمن نہیں، وہی کر رھے ھیں۔ وہ مسلمان آج بھی</w:t>
      </w:r>
    </w:p>
    <w:p>
      <w:pPr>
        <w:jc w:val="right"/>
      </w:pPr>
      <w:r>
        <w:t>یعنیاسکوظالم بتاکرکےاسیخانےمیںڈالدیا ۔ یہ مسلماناببھیکررہےہیں۔ کمپنیکہاہمارادشمنہے، ہندو ہمارےدشمنہیں،یہودیہمارےدشمنہیں،وہیکررہےہیں۔وہمسلمانآجبھی</w:t>
      </w:r>
    </w:p>
    <w:p>
      <w:r>
        <w:rPr>
          <w:b/>
        </w:rPr>
        <w:t xml:space="preserve">[28:59] </w:t>
      </w:r>
      <w:r>
        <w:t>یاد رکھیے، کوئی دشمن نہیں ھے مسلمانوں کا۔ یہ سب خدا کی وارننگ ھے جو ھو رھی ھے کہ مسلمان جاگیں، کوئی دشمن نہیں ھے، نہ کوئی دشمن ھے، نہ کوئی آپ کے خلاف کانسپریسی کر رھا ھے، کچھ بھی نہیں ۔</w:t>
      </w:r>
    </w:p>
    <w:p>
      <w:pPr>
        <w:jc w:val="right"/>
      </w:pPr>
      <w:r>
        <w:t>یاد رکھیے،کوئیدشمننہیںہےمسلمانوںکا۔ یہ سبخدائیوارننگہے جوہورہیہے کہمسلمانجاگیں، کوئیدشمننہیںہے، نہکوئیدشمنہے، نہکوئیآپکےخلاف کانسپریسیکررہاہے، کچھبھینہیں ۔</w:t>
      </w:r>
    </w:p>
    <w:p>
      <w:r>
        <w:rPr>
          <w:b/>
        </w:rPr>
        <w:t xml:space="preserve">[29:17] </w:t>
      </w:r>
      <w:r>
        <w:t>مسلمانوں نے کیا کیا ھے کہ داؤورک کو چھوڑ دیا ھے۔ مسلمانوں کی جو دین ھے، وہ ایک فارم ھے۔ مسلمانوں کی جو دین ھے، وہ ایک کلچر ھے۔</w:t>
      </w:r>
    </w:p>
    <w:p>
      <w:pPr>
        <w:jc w:val="right"/>
      </w:pPr>
      <w:r>
        <w:t>مسلمانوںنےکیاکیاہےکہ داؤورککوچھوڑدیاہے۔ مسلمانوںکیجودینہے، وہایک فارمہے۔ مسلمانوںکیجودینہے،وہایککلچرہے۔</w:t>
      </w:r>
    </w:p>
    <w:p>
      <w:r>
        <w:rPr>
          <w:b/>
        </w:rPr>
        <w:t xml:space="preserve">[29:28] </w:t>
      </w:r>
      <w:r>
        <w:t>جو اصل، جو جو اسلام کی سپرٹ ھے، وہ غائب ھو چکی ھے۔</w:t>
      </w:r>
    </w:p>
    <w:p>
      <w:pPr>
        <w:jc w:val="right"/>
      </w:pPr>
      <w:r>
        <w:t>جو اصل،جو جو اسلام کیسپرٹہے،وہغائبہوچکیہے۔</w:t>
      </w:r>
    </w:p>
    <w:p>
      <w:r>
        <w:rPr>
          <w:b/>
        </w:rPr>
        <w:t xml:space="preserve">[29:36] </w:t>
      </w:r>
      <w:r>
        <w:t>مسلمان بظاھر تو آپ دیکھیں، مسجدیں بھری ھوئی ھیں، حجمیں لوگ لاکھوں لاکھ جا رھے ھیں، حج کرنے کے 30، 30 ھزار آدمی۔ لیکن کیا ھے؟ یہ سب دھوم دھام ھے، بس بھیڑ بھاڑ ھے، بس سپرٹ غائب ھے، سپرٹ غائب ھے۔</w:t>
      </w:r>
    </w:p>
    <w:p>
      <w:pPr>
        <w:jc w:val="right"/>
      </w:pPr>
      <w:r>
        <w:t>مسلمان بظاہرتوآپدیکھیں،مسجدیںبھریہوئیہیں، حجمیںلوگلاکھوںلاکھجارہےہیں،حجکرنے کے30،30ہزار آدمی۔لیکن کیاہے؟ یہسبدھومدھامہے،بس بھیڑبھاڑہے،بس اسپرٹغائبہے، اسپرٹغائبہے۔</w:t>
      </w:r>
    </w:p>
    <w:p>
      <w:r>
        <w:rPr>
          <w:b/>
        </w:rPr>
        <w:t xml:space="preserve">[29:51] </w:t>
      </w:r>
      <w:r>
        <w:t>namazen hain, khushu nahin hai. hajj hai, iske andar khuda wali spirit nahin hai.</w:t>
      </w:r>
    </w:p>
    <w:p>
      <w:pPr>
        <w:jc w:val="right"/>
      </w:pPr>
      <w:r>
        <w:t>نمازیںہیں،خشوعنہیں۔ حجہے، اسکےاندر خداوالی اسپرٹنہیں۔</w:t>
      </w:r>
    </w:p>
    <w:p>
      <w:r>
        <w:rPr>
          <w:b/>
        </w:rPr>
        <w:t xml:space="preserve">[29:58] </w:t>
      </w:r>
      <w:r>
        <w:t>roza hai, ismein phir khane peene ki dhoom hai. to us waqt jo hai, is tarah ka mazhab wohi yahudiyon mein pehle bhi tha aur aaj bhi hai.</w:t>
      </w:r>
    </w:p>
    <w:p>
      <w:pPr>
        <w:jc w:val="right"/>
      </w:pPr>
      <w:r>
        <w:t>روز ہہے،اسمیں پھرکھانےپینےکیدھومہے۔ تو اسوقت جوہے، اسطرح کامذہبوہیہودیوںمیںپہلے بھیتھااورآجبھیہے۔</w:t>
      </w:r>
    </w:p>
    <w:p>
      <w:r>
        <w:rPr>
          <w:b/>
        </w:rPr>
        <w:t xml:space="preserve">[30:08] </w:t>
      </w:r>
      <w:r>
        <w:t>yani form ki dhoom jo hai, yeh bhi yahudiyat hai. yeh wadi jab jab degeneration hua to kuch form bana liya unhone, bas us form ko samjhein ke yahi yahudi mazhab hai, mazhab moosvi hai.</w:t>
      </w:r>
    </w:p>
    <w:p>
      <w:pPr>
        <w:jc w:val="right"/>
      </w:pPr>
      <w:r>
        <w:t>یعنی فارمکیدھومجوہے،یہبھی یہودیتہے۔ یہ ودیجب جب ڈی جنریشنہواتو کچھ فارمبنالیاانہوںنے، بساس فارمکوسمجھیںکہ یہی یہیمذہبہے، مذہبموس ویہے۔</w:t>
      </w:r>
    </w:p>
    <w:p>
      <w:r>
        <w:rPr>
          <w:b/>
        </w:rPr>
        <w:t xml:space="preserve">[30:24] </w:t>
      </w:r>
      <w:r>
        <w:t>to us waqt musalmanon mein jo hai, woh form ki dhoom hai, spirit ki dhoom nahin hai. to yeh yeh bhi aini yahudiyat hai. yani form ke dhoom machaye hue hain musalman, yeh toh yahudiyat hai.</w:t>
      </w:r>
    </w:p>
    <w:p>
      <w:pPr>
        <w:jc w:val="right"/>
      </w:pPr>
      <w:r>
        <w:t>تواسوقت مسلمانوںمیںجوہے،وہفارمکیدھومہے، اسپرٹکیدھومنہیںہے۔ تو یہ یہبھی عینیہودیتہے۔ یعنیفارمکےدھوم مچائےہوئےہیںمسلمان ،یہتویہودیتہے۔</w:t>
      </w:r>
    </w:p>
    <w:p>
      <w:r>
        <w:rPr>
          <w:b/>
        </w:rPr>
        <w:t xml:space="preserve">[30:37] </w:t>
      </w:r>
      <w:r>
        <w:t>spirit ghayab hai, spirit ghayab hai. maslan aap kisi bhi masjid mein ja kar namaz padhiye, aap ek misaal deta hoon aap ko, kisi bhi masjid mein to kya</w:t>
      </w:r>
    </w:p>
    <w:p>
      <w:pPr>
        <w:jc w:val="right"/>
      </w:pPr>
      <w:r>
        <w:t>اسپرٹغائبہے، اسپرٹغائبہے۔ مثلاًآپکسی بھیمسجدمیںجاکےنمازپڑھیے،آپ ایکمثالدیتاہوںآپکو، کسی بھیمسجدمیں توکیا</w:t>
      </w:r>
    </w:p>
    <w:p>
      <w:r>
        <w:rPr>
          <w:b/>
        </w:rPr>
        <w:t xml:space="preserve">[30:52] </w:t>
      </w:r>
      <w:r>
        <w:t>hoga? jaise hi namaz padh kar log niklenge, waise hi mobile nikal lenge, duniya ki baatein shuru kar denge. yeh masjid se nikalte hi mobile check karenge.</w:t>
      </w:r>
    </w:p>
    <w:p>
      <w:pPr>
        <w:jc w:val="right"/>
      </w:pPr>
      <w:r>
        <w:t>ہوگا؟ جیسےہینمازپڑھکرلوگنکلیںگے،ویسےہیموبائلنکالیںگے، دنیا کیباتیںشروعکردیںگے۔ یہمسجدسےنکلتےہی موبائل چیککریںگے۔</w:t>
      </w:r>
    </w:p>
    <w:p>
      <w:r>
        <w:rPr>
          <w:b/>
        </w:rPr>
        <w:t xml:space="preserve">[31:07] </w:t>
      </w:r>
      <w:r>
        <w:t>aur sahaba ka haal kya tha? jab woh masjid se nikalte the to hadith mein aata hai ke saare sahabi bilkul chup rehte the, chup chap bilkul ghar chale jaate the.</w:t>
      </w:r>
    </w:p>
    <w:p>
      <w:pPr>
        <w:jc w:val="right"/>
      </w:pPr>
      <w:r>
        <w:t>اور صحابہکاحالکیاتھا؟ جبوہمسجدسےنکلتےتھے تو حدیث میںآتاہے کہ سارے صحابی بالکلچپرہتےتھے، چپ چ اپ بالکلگھرچلےجاتےتھے۔</w:t>
      </w:r>
    </w:p>
    <w:p>
      <w:r>
        <w:rPr>
          <w:b/>
        </w:rPr>
        <w:t xml:space="preserve">[31:22] </w:t>
      </w:r>
      <w:r>
        <w:t>masjid mein namaz padhi, iske baad yeh aata hai ke namaz padh kar foran nahin uthte the, salam pherne ke baad foran nahin uthte the, kuch der baithe hue hain, baithe hue hain, baithe hue hain, phir uthe, chup chap gate pe bahar aaye aur ghar ko chale gaye, chup chap aapas mein baatein bhi nahin karte the. woh kyun? iski wajah kya thi ?</w:t>
      </w:r>
    </w:p>
    <w:p>
      <w:pPr>
        <w:jc w:val="right"/>
      </w:pPr>
      <w:r>
        <w:t>مسجدمیںنمازپڑھی، اسکےبعدیہآتاہےکہ نمازپڑھکےفوراًنہیںاٹھتےتھے، سلام پھیرنےکےبعدفوراًنہیںاٹھتےتھے، کچھدیربیٹھےہوئےہیں،بیٹھےہوئےہیں،بیٹھےہوئےہیں، پھراٹھے،چپچاپ گیٹپہباہرآئے اورگھرکوچلےگئے،چپچاپآپسمیںباتیںبھینہیںکرتے تھے۔وہ کیوں؟اسکیوجہ کیاتھی ؟</w:t>
      </w:r>
    </w:p>
    <w:p>
      <w:r>
        <w:rPr>
          <w:b/>
        </w:rPr>
        <w:t xml:space="preserve">[31:43] </w:t>
      </w:r>
      <w:r>
        <w:t>iski wajah kya thi?</w:t>
      </w:r>
    </w:p>
    <w:p>
      <w:pPr>
        <w:jc w:val="right"/>
      </w:pPr>
      <w:r>
        <w:t>اسکیوجہ کیاتھی؟</w:t>
      </w:r>
    </w:p>
    <w:p>
      <w:r>
        <w:rPr>
          <w:b/>
        </w:rPr>
        <w:t xml:space="preserve">[31:49] </w:t>
      </w:r>
      <w:r>
        <w:t>ek hadith mein aata hai ke masajid kharab min al-huda, yani baad ke zamane mein masjidें bhari hui hongi namazon se, masjidें namazon se bhari hongi, lekin hidayat se khali hongi.</w:t>
      </w:r>
    </w:p>
    <w:p>
      <w:pPr>
        <w:jc w:val="right"/>
      </w:pPr>
      <w:r>
        <w:t>ایکحدیثمیںآتاہےکہ مس اجد وخ راب منالہدی، یعنیبعدکےزمان ےمیں مسجدیںبھریہوئیہوںگینمازوںسے، مسجدیںنمازوںسےبھریہوںگی،لیکن ہدایتسےخالیہوںگی۔</w:t>
      </w:r>
    </w:p>
    <w:p>
      <w:r>
        <w:rPr>
          <w:b/>
        </w:rPr>
        <w:t xml:space="preserve">[32:02] </w:t>
      </w:r>
      <w:r>
        <w:t>ab taqabul kijiye, aap ke sahaba kyun aisa karte the ke chup chap nikalte the, chup chap ghar chale jaate the</w:t>
      </w:r>
    </w:p>
    <w:p>
      <w:pPr>
        <w:jc w:val="right"/>
      </w:pPr>
      <w:r>
        <w:t>ابتق ابلکیجئے،آپ کہصحابہکیوںایساکرتے تھےکہچپچاپنکلتےتھے،چپچاپگھرچلےجاتےتھے</w:t>
      </w:r>
    </w:p>
    <w:p>
      <w:r>
        <w:rPr>
          <w:b/>
        </w:rPr>
        <w:t xml:space="preserve">[32:09] </w:t>
      </w:r>
      <w:r>
        <w:t>? kyun? namaz jinhone khushu ka sabak seekha tha, Allah ka darr seekha tha, aakhirat ka mawakhiza ki aayatein unko sunai sunti thi, unhone isse unka dil dahal raha tha.</w:t>
      </w:r>
    </w:p>
    <w:p>
      <w:pPr>
        <w:jc w:val="right"/>
      </w:pPr>
      <w:r>
        <w:t>؟کیوں؟نمازجوانہوںنے خشوعکاسبقسیکھاتھا، اللہ کاڈرسیکھاتھا، آخرتکامواخذہ کیآیتیںانکوسنائی سنیتھیں،انہوںنے اسسےانکادل دہلرہاتھا۔</w:t>
      </w:r>
    </w:p>
    <w:p>
      <w:r>
        <w:rPr>
          <w:b/>
        </w:rPr>
        <w:t xml:space="preserve">[32:22] </w:t>
      </w:r>
      <w:r>
        <w:t>sochte the ke kya hoga? maut aane wali hai, maut ke baad Allah ke haazir hona hoga. zalik jaza man tazka.</w:t>
      </w:r>
    </w:p>
    <w:p>
      <w:pPr>
        <w:jc w:val="right"/>
      </w:pPr>
      <w:r>
        <w:t>سوچتےتھےکہکیاہوگا؟ موتآنےوالی ہے، موتکےبعداللہ کےحاضرہوناہوگا۔ ذالکجزا منت زکا۔</w:t>
      </w:r>
    </w:p>
    <w:p>
      <w:r>
        <w:rPr>
          <w:b/>
        </w:rPr>
        <w:t xml:space="preserve">[32:32] </w:t>
      </w:r>
      <w:r>
        <w:t>is sochte sochte ghar chala dete hain.</w:t>
      </w:r>
    </w:p>
    <w:p>
      <w:pPr>
        <w:jc w:val="right"/>
      </w:pPr>
      <w:r>
        <w:t>اس سوچتےسوچتےگھرچلادیتےہیں۔</w:t>
      </w:r>
    </w:p>
    <w:p>
      <w:r>
        <w:rPr>
          <w:b/>
        </w:rPr>
        <w:t xml:space="preserve">[32:35] </w:t>
      </w:r>
      <w:r>
        <w:t>yeh namaz padhte the, yeh dhyan ke saath ke Allah taala ne Quran mein kya kya ahkam bheje hain, kya bataya hai, kya hone wala hai, is par unka dhyan unka laga rehta tha.</w:t>
      </w:r>
    </w:p>
    <w:p>
      <w:pPr>
        <w:jc w:val="right"/>
      </w:pPr>
      <w:r>
        <w:t>یہنمازپڑھتےتھے ،یہدھیانکےساتھ کہ اللہ تعالیٰنےقرآنمیںکیا کیا احکامبھیجےہیں، کیا بتایاہے،کیاہونےوالاہے، اسپرانکادھیانانکا لگارہتاتھا۔</w:t>
      </w:r>
    </w:p>
    <w:p>
      <w:r>
        <w:rPr>
          <w:b/>
        </w:rPr>
        <w:t xml:space="preserve">[32:49] </w:t>
      </w:r>
      <w:r>
        <w:t>nikalte the, wohi sochte hue nikalte the, nikalte aur chale jaate bahar. kaha khushu ki soch mein namaz padhna, khushu ki soch mein ghar chale jana.</w:t>
      </w:r>
    </w:p>
    <w:p>
      <w:pPr>
        <w:jc w:val="right"/>
      </w:pPr>
      <w:r>
        <w:t>نکلتےتھے،وہیسوچتےہوئےنکلتےتھے،نکلتےاور چلےجاتےباہر۔ کہاخشوعکیسوچمیں نمازپڑھنا، خشوعکیسوچمیںگھرچلےجانا۔</w:t>
      </w:r>
    </w:p>
    <w:p>
      <w:r>
        <w:rPr>
          <w:b/>
        </w:rPr>
        <w:t xml:space="preserve">[32:59] </w:t>
      </w:r>
      <w:r>
        <w:t>ab kya hai?</w:t>
      </w:r>
    </w:p>
    <w:p>
      <w:pPr>
        <w:jc w:val="right"/>
      </w:pPr>
      <w:r>
        <w:t>ابکیاہے؟</w:t>
      </w:r>
    </w:p>
    <w:p>
      <w:r>
        <w:rPr>
          <w:b/>
        </w:rPr>
        <w:t xml:space="preserve">[33:00] </w:t>
      </w:r>
      <w:r>
        <w:t>khushu ghayab hai, namaz padh rahe hain, mobile ki taraf dhyan hai, aur nikle to foran mobile attend kar rahe hain. koi matlab nahin khushu se iska.</w:t>
      </w:r>
    </w:p>
    <w:p>
      <w:pPr>
        <w:jc w:val="right"/>
      </w:pPr>
      <w:r>
        <w:t>خشوعغائبہے، نمازپڑھرہےہیں، موبائلکیطرف دھیانہے، اور نکلےتوفوراًموبائلاٹینڈکررہےہیں۔ کوئیمطلبہینہیں خشوعسے اسکا ۔</w:t>
      </w:r>
    </w:p>
    <w:p>
      <w:r>
        <w:rPr>
          <w:b/>
        </w:rPr>
        <w:t xml:space="preserve">[33:11] </w:t>
      </w:r>
      <w:r>
        <w:t>yahan tak ke maine sunaya hai ke aaj kal mein jab gaya tha hajj karne, to mobile ki dhoom nahin hua karti thi ke wahan par tawaf kar rahe hain, mobile chal raha hai, arafat ke maidan mein khade hain, mobile chal raha hai.</w:t>
      </w:r>
    </w:p>
    <w:p>
      <w:pPr>
        <w:jc w:val="right"/>
      </w:pPr>
      <w:r>
        <w:t>یہاںتککہ میںنےسنایاہےکہآجکل میںجب گیاتھاحجکرنے ، تبتوموبائلکیدھومنہیںہواکرتیتھی کہوہاںپر طوافکررہےہیں،موبائلچلرہاہے، عرفاتکےمیدانمیںکھڑےہیں،موبائلچلرہاہے۔</w:t>
      </w:r>
    </w:p>
    <w:p>
      <w:r>
        <w:rPr>
          <w:b/>
        </w:rPr>
        <w:t xml:space="preserve">[33:23] </w:t>
      </w:r>
      <w:r>
        <w:t>mobile ka ek main misal de raha hoon, sab duniya ki baat hai.</w:t>
      </w:r>
    </w:p>
    <w:p>
      <w:pPr>
        <w:jc w:val="right"/>
      </w:pPr>
      <w:r>
        <w:t>موبائل کا ایکمیں مث الدےرہاہوں، سبدنیا کیبات ہے۔</w:t>
      </w:r>
    </w:p>
    <w:p>
      <w:r>
        <w:rPr>
          <w:b/>
        </w:rPr>
        <w:t xml:space="preserve">[33:27] </w:t>
      </w:r>
      <w:r>
        <w:t>main jab gaya tha hajj karne to mobile ki dhoom nahin thi us zamane mein, lekin kya tha? jaise hi namaz khatam hoti thi, log jaate the market mein kharidari karne ke liye.</w:t>
      </w:r>
    </w:p>
    <w:p>
      <w:pPr>
        <w:jc w:val="right"/>
      </w:pPr>
      <w:r>
        <w:t>میںجبگیا تھا حجکرنے تو موبائلکیدھومنہیںتھیاسزمانےمیں، لیکن کیا تھا؟ جیسےہینمازختمہوتیتھی،لوگ جاتےتھے مارکیٹمیں خریداریکرنےکےلیے۔</w:t>
      </w:r>
    </w:p>
    <w:p>
      <w:r>
        <w:rPr>
          <w:b/>
        </w:rPr>
        <w:t xml:space="preserve">[33:39] </w:t>
      </w:r>
      <w:r>
        <w:t>main akela tha ke wahan kaba ke paas baith jata tha, sab bhaag jaate the market mein kharidari karne ke liye. to namaz kya hai?</w:t>
      </w:r>
    </w:p>
    <w:p>
      <w:pPr>
        <w:jc w:val="right"/>
      </w:pPr>
      <w:r>
        <w:t>میں اکیلاتھاکہوہاں کعبہکےپاسبیٹھجاتا تھا، سب بھاگجاتےتھےمارکیٹمیںخریداریکرنےکےلیے۔ تو نمازکیاہے؟</w:t>
      </w:r>
    </w:p>
    <w:p>
      <w:r>
        <w:rPr>
          <w:b/>
        </w:rPr>
        <w:t xml:space="preserve">[33:53] </w:t>
      </w:r>
      <w:r>
        <w:t>yani hadith mein aata hai ke la salata lim lam tkhush.</w:t>
      </w:r>
    </w:p>
    <w:p>
      <w:pPr>
        <w:jc w:val="right"/>
      </w:pPr>
      <w:r>
        <w:t>یعنیحدیث میںآتاہےکہلاصلاۃلم لم تخ ش۔</w:t>
      </w:r>
    </w:p>
    <w:p>
      <w:r>
        <w:rPr>
          <w:b/>
        </w:rPr>
        <w:t xml:space="preserve">[33:56] </w:t>
      </w:r>
      <w:r>
        <w:t>jis namaz mein khushu nahin ho, woh namaz nahin hai. to yeh yahudiyat hai. yeh wadiyon mein form ki khoob dhoom hai, khoob dhoom hai. aaj bhi form ki hai, pehle bhi thi, ab bhi hai.</w:t>
      </w:r>
    </w:p>
    <w:p>
      <w:pPr>
        <w:jc w:val="right"/>
      </w:pPr>
      <w:r>
        <w:t>جسنمازمیںخشوعنہہو،وہنمازنہیںہے۔ تو یہ یہودیتہے۔ یہ ودیوںمیں فارمکیخوبدھومہے، خوبدھومہے۔آجبھیفارمکیہے، پہلے بھیتھی،اببھیہے۔</w:t>
      </w:r>
    </w:p>
    <w:p>
      <w:r>
        <w:rPr>
          <w:b/>
        </w:rPr>
        <w:t xml:space="preserve">[34:10] </w:t>
      </w:r>
      <w:r>
        <w:t>degeneration ke baad wohi aaj musalmanon mein hai,</w:t>
      </w:r>
    </w:p>
    <w:p>
      <w:pPr>
        <w:jc w:val="right"/>
      </w:pPr>
      <w:r>
        <w:t>ڈی جنریشنکےبعد وہیآجمسلمانوںمیںہے،</w:t>
      </w:r>
    </w:p>
    <w:p>
      <w:r>
        <w:rPr>
          <w:b/>
        </w:rPr>
        <w:t xml:space="preserve">[34:15] </w:t>
      </w:r>
      <w:r>
        <w:t>dhoombchi hui hai form ki. aur shikayat jis musalmanon ka jo bhi akhbar parhiye, jo magazine parhiye, kisi jalsay mein jaiye, foran woh shikayat shuru ho jaye gi.</w:t>
      </w:r>
    </w:p>
    <w:p>
      <w:pPr>
        <w:jc w:val="right"/>
      </w:pPr>
      <w:r>
        <w:t>دھومبچیہوئیہے فارمکی۔ اور شک ایت جس مسلمانوںکاجوبھیاخبارپڑھیے، جو میگزینپڑھیے، کسیجلسےمیںجائیے، فوراًوہشکایتشروعہوجائےگی۔</w:t>
      </w:r>
    </w:p>
    <w:p>
      <w:r>
        <w:rPr>
          <w:b/>
        </w:rPr>
        <w:t xml:space="preserve">[34:28] </w:t>
      </w:r>
      <w:r>
        <w:t>mein abhi poland gaya tha to poland mein christian logon ka ijtima tha, woh is mein unhon ne musalmanon ko mauqa diya tha. to wahan ke misr ke jo azhar, jo jami azhar, is ke aik bohat bade shaikh wahan aaye hue thay, un ko khara kiya unhon ne</w:t>
      </w:r>
    </w:p>
    <w:p>
      <w:pPr>
        <w:jc w:val="right"/>
      </w:pPr>
      <w:r>
        <w:t>میںابھیپولینڈگیاتھا تو پولینڈمیں کرسچنلوگوںکااجتماعتھا،وہاسمیںانہوںنے مسلمانوںکوموقعدیاتھا۔ تو وہاںکے مصر کےجو اظہر،جوجامعاظہر،اسکےایکبہتبڑےشیخوہاںآئےہوئےتھے،انکو کھڑاکیاانہوںنے</w:t>
      </w:r>
    </w:p>
    <w:p>
      <w:r>
        <w:rPr>
          <w:b/>
        </w:rPr>
        <w:t xml:space="preserve">[34:45] </w:t>
      </w:r>
      <w:r>
        <w:t>. woh lagay kharay ho kar ke taqreer karne ke khilaf, company ka zulm kar raha hai, aur western countries zulm kar rahe hain,</w:t>
      </w:r>
    </w:p>
    <w:p>
      <w:pPr>
        <w:jc w:val="right"/>
      </w:pPr>
      <w:r>
        <w:t>۔ وہلگےکھڑےہوکرکےتقریرکرنے کےخلاف، کمپنیکاظلمکررہاہے، اور ویسٹرنکنٹریزظلمکررہےہیں،</w:t>
      </w:r>
    </w:p>
    <w:p>
      <w:r>
        <w:rPr>
          <w:b/>
        </w:rPr>
        <w:t xml:space="preserve">[34:54] </w:t>
      </w:r>
      <w:r>
        <w:t>yeh zulm, woh zulm, yeh yahoodi kar rahe hain. yeh yahudiyon ko dekhein to woh sab zulm ki dastanain hain, un ki kitaabon mein likhi hui hain, un ki taqreeron mein suniye to wahan bhi wohi sunenge. aap zulm ke pooray tareekh mein hamare saath zulm hota raha,</w:t>
      </w:r>
    </w:p>
    <w:p>
      <w:pPr>
        <w:jc w:val="right"/>
      </w:pPr>
      <w:r>
        <w:t>یہ ظلم،وہظلم، یہ یہییہودیکررہےہیں۔ یہ ودیوںکودیکھیںتووہ سبظلمکیداستانیںہیں،انکیکتاب وںمیںلکھیہوئیہیں، انکی تقریروںمیں سنیےتووہاںبھیوہیسنیںگے۔آپ ظلم کہپوریتاریخ میںہمارےساتھظلمہوتارہا،</w:t>
      </w:r>
    </w:p>
    <w:p>
      <w:r>
        <w:rPr>
          <w:b/>
        </w:rPr>
        <w:t xml:space="preserve">[35:12] </w:t>
      </w:r>
      <w:r>
        <w:t>woh yahoodi aaj kal kar rahe hain.</w:t>
      </w:r>
    </w:p>
    <w:p>
      <w:pPr>
        <w:jc w:val="right"/>
      </w:pPr>
      <w:r>
        <w:t>وہیمسلمانآجکلکررہےہیں۔</w:t>
      </w:r>
    </w:p>
    <w:p>
      <w:r>
        <w:rPr>
          <w:b/>
        </w:rPr>
        <w:t xml:space="preserve">[35:14] </w:t>
      </w:r>
      <w:r>
        <w:t>yeh hai yahudi sunnat ki pairvi, yeh yahudi tareeqay ki pairvi, yani Khuda ki taraf se jo tanbeeh aaye, us ko daal dete hain hum insaan ke khane mein.</w:t>
      </w:r>
    </w:p>
    <w:p>
      <w:pPr>
        <w:jc w:val="right"/>
      </w:pPr>
      <w:r>
        <w:t>یہہے یہ ودی سنتکی پیروی، یہ ودی طریقےکیپیروی، یعنی خدا کیطرف سےجوتنبیہآئے، اسکوڈالتےہیںہمانسانکےخانےمیں۔</w:t>
      </w:r>
    </w:p>
    <w:p>
      <w:r>
        <w:rPr>
          <w:b/>
        </w:rPr>
        <w:t xml:space="preserve">[35:25] </w:t>
      </w:r>
      <w:r>
        <w:t>Khuda ki taraf se jo warning ho, us ko aap daal dein kisi insaan ke khane mein, bajaye is ke ke aap us ko le kar ke jaagein aur sochein, apna introspection karein,</w:t>
      </w:r>
    </w:p>
    <w:p>
      <w:pPr>
        <w:jc w:val="right"/>
      </w:pPr>
      <w:r>
        <w:t>خداکیطرف سےجووارننگہو،اسکوآپ ڈالدیںکسی انسانکےخانےمیں، بجائےاسکےکہآپاسکو لےکرکےجاگیں اور سو چیں، اپناانٹراسپیک شنکریں،</w:t>
      </w:r>
    </w:p>
    <w:p>
      <w:r>
        <w:rPr>
          <w:b/>
        </w:rPr>
        <w:t xml:space="preserve">[35:40] </w:t>
      </w:r>
      <w:r>
        <w:t>apne mamle ki revise karein, apne aap ko durust karein</w:t>
      </w:r>
    </w:p>
    <w:p>
      <w:pPr>
        <w:jc w:val="right"/>
      </w:pPr>
      <w:r>
        <w:t>اپنےمعاملےکیریوائزکریں، اپنے کودرستک</w:t>
      </w:r>
    </w:p>
    <w:p>
      <w:r>
        <w:rPr>
          <w:b/>
        </w:rPr>
        <w:t xml:space="preserve">[35:43] </w:t>
      </w:r>
      <w:r>
        <w:t>rein. yeh nahi karenge to doosre khane mein daal denge, us ke kharchay hum paar karenge.</w:t>
      </w:r>
    </w:p>
    <w:p>
      <w:pPr>
        <w:jc w:val="right"/>
      </w:pPr>
      <w:r>
        <w:t>ریں۔یہنہیںکریںگے تودوسرےخانےمیںڈالدیںگے،اسکےخرچےہمپارکریںگے۔</w:t>
      </w:r>
    </w:p>
    <w:p>
      <w:r>
        <w:rPr>
          <w:b/>
        </w:rPr>
        <w:t xml:space="preserve">[35:51] </w:t>
      </w:r>
      <w:r>
        <w:t>mein arab gaya to jis arab se baat hoti thi, har arab ki zuban mein kaha jata tha: "America adu al Islam raqam wahid". "America adu al Islam raqam wahid".</w:t>
      </w:r>
    </w:p>
    <w:p>
      <w:pPr>
        <w:jc w:val="right"/>
      </w:pPr>
      <w:r>
        <w:t>میں عرب گیا توجسعرب سےباتہوتیتھی،ہرعرب کیزبان میںکہاجاتاتھا: "امریکہعدو الاسلامرقمواحد"۔ "امریکہعدوالاسلامرقمواحد"۔</w:t>
      </w:r>
    </w:p>
    <w:p>
      <w:r>
        <w:rPr>
          <w:b/>
        </w:rPr>
        <w:t xml:space="preserve">[36:03] </w:t>
      </w:r>
      <w:r>
        <w:t>"America Islam ka dushman number one hai". Europe gaya to wahan bhi har musalman ki zuban mein kaha tha: "America is America as an enemy number one of Islam".</w:t>
      </w:r>
    </w:p>
    <w:p>
      <w:pPr>
        <w:jc w:val="right"/>
      </w:pPr>
      <w:r>
        <w:t>"امریکہ اسلام کادشمننمبرایکہے"۔ یورپگیا تووہاںبھیہرمسلمانکیزبانمیںکیاتھا: "امریکہ از امریک ہاز اینمینمبرونآف اسلام"۔</w:t>
      </w:r>
    </w:p>
    <w:p>
      <w:r>
        <w:rPr>
          <w:b/>
        </w:rPr>
        <w:t xml:space="preserve">[36:14] </w:t>
      </w:r>
      <w:r>
        <w:t>Europe mein mulkon mein bohat se log base hue hain, sab ko yahi zuban par ke "America is an enemy number one of Islam".</w:t>
      </w:r>
    </w:p>
    <w:p>
      <w:pPr>
        <w:jc w:val="right"/>
      </w:pPr>
      <w:r>
        <w:t>یورپ میں ملکوںمیںبہتسےلوگبسےہوئےہیں، سب کویہی زبان پر کہ"امریکہاز اینمینمبرون آفاسلام"۔</w:t>
      </w:r>
    </w:p>
    <w:p>
      <w:r>
        <w:rPr>
          <w:b/>
        </w:rPr>
        <w:t xml:space="preserve">[36:23] </w:t>
      </w:r>
      <w:r>
        <w:t>to yahan se le kar wahan tak bas America ko daryaft kiye hue hain woh, aur Khuda ke kisi plan of God se bekhabar hain. woh Khuda ki kya hikmat hai, us se bekhabar hain. woh</w:t>
      </w:r>
    </w:p>
    <w:p>
      <w:pPr>
        <w:jc w:val="right"/>
      </w:pPr>
      <w:r>
        <w:t>تویہاںسے لےکروہاںتکبس اینمیکودریافتکیےہوئےہیںوہ، اور خدا کے کسی پلانآفگاڈسےبےخبرہیں۔وہ خدا کی کیا حک متہے،اسسےبےخبرہیں۔وہ</w:t>
      </w:r>
    </w:p>
    <w:p>
      <w:r>
        <w:rPr>
          <w:b/>
        </w:rPr>
        <w:t xml:space="preserve">[36:41] </w:t>
      </w:r>
      <w:r>
        <w:t>Khuda kis tarah un ko warning de raha hai, us se bekhabar hain. woh yeh yahudiyat hai.</w:t>
      </w:r>
    </w:p>
    <w:p>
      <w:pPr>
        <w:jc w:val="right"/>
      </w:pPr>
      <w:r>
        <w:t>خداکسطرحانکووارننگدےرہاہے، اسسےبےخبرہیں۔وہ یہیہودیتہے۔</w:t>
      </w:r>
    </w:p>
    <w:p>
      <w:r>
        <w:rPr>
          <w:b/>
        </w:rPr>
        <w:t xml:space="preserve">[36:50] </w:t>
      </w:r>
      <w:r>
        <w:t>abhi maine jo article chhapaya hua hai, alaihissalam, us ko parhiye aap. yani poora literature bhara hua hai yahudiyon ka isi cheez se: "hum mazloom hain, hum mazloom hain, hum mazloom hain".</w:t>
      </w:r>
    </w:p>
    <w:p>
      <w:pPr>
        <w:jc w:val="right"/>
      </w:pPr>
      <w:r>
        <w:t>ابھیمیںنےجوآرٹیکلچھپایاہواہے،علیہالسلام،اسکوپڑھیےآپ۔ یعنیپورالٹریچربھراہواہےیہودیوںکا اسیچیزسے: "ہم مظلومہیں،ہممظلومہیں،ہممظلومہیں"۔</w:t>
      </w:r>
    </w:p>
    <w:p>
      <w:r>
        <w:rPr>
          <w:b/>
        </w:rPr>
        <w:t xml:space="preserve">[37:00] </w:t>
      </w:r>
      <w:r>
        <w:t>kyun? jo Allah taala ne un par kiya bator warning ke woh jaagein, us ko daal diya unhon ne insaan ke khane mein,</w:t>
      </w:r>
    </w:p>
    <w:p>
      <w:pPr>
        <w:jc w:val="right"/>
      </w:pPr>
      <w:r>
        <w:t>کیوں ؟ جو اللہ تعالیٰنےانپرکیا بطوروارننگ کہوہجاگیں، اسکوڈالدیا انہوںنے انسانکےخانےمیں،</w:t>
      </w:r>
    </w:p>
    <w:p>
      <w:r>
        <w:rPr>
          <w:b/>
        </w:rPr>
        <w:t xml:space="preserve">[37:10] </w:t>
      </w:r>
      <w:r>
        <w:t>daal diya insaan ke khane mein. to yeh hai qaumi mazhab, yeh hai community culture, yeh hai land based identity. jo maine kaha ke jitne bhi jihad, so called jihadi hain, sab kis kis liye jihadi ho rahe hain? kya Allah ke liye jihadi ho raha hai?</w:t>
      </w:r>
    </w:p>
    <w:p>
      <w:pPr>
        <w:jc w:val="right"/>
      </w:pPr>
      <w:r>
        <w:t>ڈالدیاانسانکےخانےمیں۔ تو یہہے قومیمذہب، یہہے کمیونٹیکلچر، یہہے لینڈ بیسڈ آئیڈینٹیٹی۔جومیںنےکہا کہجتنےبھی جہ اد، سو کالڈجہادہیں،سب کسکسلیےجہادہورہےہیں؟کیااللہکےلیےجہادہورہاہے؟</w:t>
      </w:r>
    </w:p>
    <w:p>
      <w:r>
        <w:rPr>
          <w:b/>
        </w:rPr>
        <w:t xml:space="preserve">[37:34] </w:t>
      </w:r>
      <w:r>
        <w:t>sirf is liye ho raha hai ke falan zameen par hamein qabza karna hai.</w:t>
      </w:r>
    </w:p>
    <w:p>
      <w:pPr>
        <w:jc w:val="right"/>
      </w:pPr>
      <w:r>
        <w:t>صرفاسلیےہورہاہےکہفلاںزمین پرہمیںقبضہکرناہے۔</w:t>
      </w:r>
    </w:p>
    <w:p>
      <w:r>
        <w:rPr>
          <w:b/>
        </w:rPr>
        <w:t xml:space="preserve">[37:40] </w:t>
      </w:r>
      <w:r>
        <w:t>do sau saal se musalman wahin, so called jihad mein mubtala hain, do sau saal se. aur sab jihad kis liye tha? land ke liye. Rasool Allah ne kabhi land ke liye koi ladai nahi ki.</w:t>
      </w:r>
    </w:p>
    <w:p>
      <w:pPr>
        <w:jc w:val="right"/>
      </w:pPr>
      <w:r>
        <w:t>دو سو سالسے مس لمانجوہیں،سوکالڈجہادمیںمبتلاہیں،دو سوسالسے۔ اور سب جہادکسلیے تھا؟ لینڈکےلیے۔ رسولاللہنےکبھیلینڈکےلیےکوئی لڑائینہیںکی۔</w:t>
      </w:r>
    </w:p>
    <w:p>
      <w:r>
        <w:rPr>
          <w:b/>
        </w:rPr>
        <w:t xml:space="preserve">[37:52] </w:t>
      </w:r>
      <w:r>
        <w:t>Rasool Allah ne ladai to ki nahi, woh to defensive war chand baar hui wahan par. woh bhi war kya thi?</w:t>
      </w:r>
    </w:p>
    <w:p>
      <w:pPr>
        <w:jc w:val="right"/>
      </w:pPr>
      <w:r>
        <w:t>رسولاللہنےلڑائیتوکیہینہیں، وہتو ڈیفنسووار چند بارہوئی وہاںپر۔ وہبھیوارکیاتھی؟</w:t>
      </w:r>
    </w:p>
    <w:p>
      <w:r>
        <w:rPr>
          <w:b/>
        </w:rPr>
        <w:t xml:space="preserve">[38:02] </w:t>
      </w:r>
      <w:r>
        <w:t>woh skirmishes thi, woh skirmishes, woh war, woh full fledged war to ek bhi nahi thi. Rasool Allah sallallahu alaihissalam ki</w:t>
      </w:r>
    </w:p>
    <w:p>
      <w:pPr>
        <w:jc w:val="right"/>
      </w:pPr>
      <w:r>
        <w:t>وہ اسکیریمیشزتھیں،وہاسکیریمیشز،وہ وار ،وہفل فلینجوارتوایکبھینہیںتھی۔رسولاللہصلیاللہعلیہوسلمکی</w:t>
      </w:r>
    </w:p>
    <w:p>
      <w:r>
        <w:rPr>
          <w:b/>
        </w:rPr>
        <w:t xml:space="preserve">[38:13] </w:t>
      </w:r>
      <w:r>
        <w:t>to yeh musalmanon ka jo case hai, woh hai case degeneration ka case, zawal ummat ka case. aur yeh yahudi, jis ko hum kehte hain yahudi case, wohi yeh, woh case bhi yahi hai.</w:t>
      </w:r>
    </w:p>
    <w:p>
      <w:pPr>
        <w:jc w:val="right"/>
      </w:pPr>
      <w:r>
        <w:t>تو یہ مسلمانوںکاجو کیسہے، وہہے کیس ڈی جنریشنکاکیس، زوال امتکاکیس۔ اور یہ ود،جسکوہمکہتےہیںیہودی کیس،وہیہی،وہکیسبھییہیہے۔</w:t>
      </w:r>
    </w:p>
    <w:p>
      <w:r>
        <w:rPr>
          <w:b/>
        </w:rPr>
        <w:t xml:space="preserve">[38:28] </w:t>
      </w:r>
      <w:r>
        <w:t>log samajhte hain ke yahudi koi maghzoob log hain, maghzoob log, koi jo kaneda bana diye gaye thay, koi alag hi, koi cheez hai, koi aisi serious cheez. mein apne bare mein bataunga aap ko ke bachpan se mein sunta tha ke yahudi woh hain, maghzoob log</w:t>
      </w:r>
    </w:p>
    <w:p>
      <w:pPr>
        <w:jc w:val="right"/>
      </w:pPr>
      <w:r>
        <w:t>لوگسمجھتےہیںکہیہودی کوئیمغضوب لوگ ہیں،مغضوبلوگ ،کوئیجو کینیڈابنادیےگئےتھے،کوئیالگہی،کوئیچیزہے،کوئیسیریسچیز۔ میں اپنےبارےمیںبتاؤںگاآپکو کہ بچپنسےمیںسنتاتھاکہیہودیجوہے، مغضوبلوگ</w:t>
      </w:r>
    </w:p>
    <w:p>
      <w:r>
        <w:rPr>
          <w:b/>
        </w:rPr>
        <w:t xml:space="preserve">[38:42] </w:t>
      </w:r>
      <w:r>
        <w:t>hain. bachpan se madrasay mein gaya to wahan bhi wohi Quran majeed mein woh ayat hai: "ghair al maghzoob alaihim". to saare log yeh samjhe hue hain ke is mein maghzoob se murad hai yahudi.</w:t>
      </w:r>
    </w:p>
    <w:p>
      <w:pPr>
        <w:jc w:val="right"/>
      </w:pPr>
      <w:r>
        <w:t>ہیں۔ بچپنسے مدرس ےمیںگیاتووہاںبھیوہی قرآنمجیدمیںوہآیتہے: "غیرمغضوب علیہم"۔ تو سارےلوگ یہسمجھےہوئے ہیںکہاسمیںمغضوبسےمرادہےیہودی۔</w:t>
      </w:r>
    </w:p>
    <w:p>
      <w:r>
        <w:rPr>
          <w:b/>
        </w:rPr>
        <w:t xml:space="preserve">[38:54] </w:t>
      </w:r>
      <w:r>
        <w:t>yeh maine padha tha, yeh maine suna tha. isi par mein, yani meri parwarish hui to bas unconscious mein yeh samajhta tha ke yahudi koi ajeebo ghareeb hotay honge. log yahudi ko koi ajeeb ghareeb hotay honge</w:t>
      </w:r>
    </w:p>
    <w:p>
      <w:pPr>
        <w:jc w:val="right"/>
      </w:pPr>
      <w:r>
        <w:t>یہ میںنےپڑھاتھا،یہ یسناتھا۔ اسیپرمیں ،یعنیمیریپرورشہوئی تو بس انکانشیسلیمیں یہسمجھتاتھاکہ یہودیکوئیعجیبوغریبچیزہوتےہوںگے۔لوگ یہ ودیکوئیعجیب غریبچیز ہوتےہوںگے</w:t>
      </w:r>
    </w:p>
    <w:p>
      <w:r>
        <w:rPr>
          <w:b/>
        </w:rPr>
        <w:t xml:space="preserve">[39:09] </w:t>
      </w:r>
      <w:r>
        <w:t>kyunke ghar mein yehi suna, madrasay mein yehi parha, jalson mein yehi suna, kitabon mein yehi parha. To consciously, unconsciously yeh ban gayi thi keh yeh would be koi ajeeb-o-gareeb cheez hotay hain, koi maghzoob hain, woh qareedah hain, woh khanazeer hain, woh kya hain.</w:t>
      </w:r>
    </w:p>
    <w:p>
      <w:pPr>
        <w:jc w:val="right"/>
      </w:pPr>
      <w:r>
        <w:t>کیونکہگھرمیںیہیسنا، مدرس ےمیںیہیپڑھا، جلسوںمیںیہیسنا،کتاب وںمیںیہیپڑھا۔ تو کانشیسلی،انکانشیسلییہ بنگیاتھاکہیہ ودیکوئیعجیبوغریبچیزہوتےہیں،کوئی مغضوبہیں،وہ قریدہہیں،وہ خنازیرہیں،وہکیاہیں۔</w:t>
      </w:r>
    </w:p>
    <w:p>
      <w:r>
        <w:rPr>
          <w:b/>
        </w:rPr>
        <w:t xml:space="preserve">[39:27] </w:t>
      </w:r>
      <w:r>
        <w:t>achhasahib,maingiya ek ek conference mein to wahanpar ek hotel mein jo hum thhahragayeytha, to maloom huwaki yahan sab iska management yahudiyoka hai aur saarey yahudi log kaam karte hain yahanpar.</w:t>
      </w:r>
    </w:p>
    <w:p>
      <w:pPr>
        <w:jc w:val="right"/>
      </w:pPr>
      <w:r>
        <w:t>اچھاصاحب،میںگیا ایک ایک کانفرنسمیں تو وہاںپر ایک ہوٹلمیںجوہمٹھہرائےگئےتھا،تومعلومہواکہیہاںسب اسکا مینجمنٹ یہودیوںکاہے اورسارےیہودیلوگکامکرتے ہیںیہاںپر۔</w:t>
      </w:r>
    </w:p>
    <w:p>
      <w:r>
        <w:rPr>
          <w:b/>
        </w:rPr>
        <w:t xml:space="preserve">[39:42] </w:t>
      </w:r>
      <w:r>
        <w:t>to main logonkoddekhtatha to woh insaan lagte the, aise hi insaan . maine kaha wahiudekahan hain? woh wahanpar meri conditioning hui .</w:t>
      </w:r>
    </w:p>
    <w:p>
      <w:pPr>
        <w:jc w:val="right"/>
      </w:pPr>
      <w:r>
        <w:t>تومیںلوگوںکودیکھتاتھاتو وہانسانلگتےتھے،ایسےہیانسان ۔ میںنےکہاوہیہودیکہاںہیں؟وہ وہاںپر میریڈیکنڈیشننگہوئی ۔</w:t>
      </w:r>
    </w:p>
    <w:p>
      <w:r>
        <w:rPr>
          <w:b/>
        </w:rPr>
        <w:t xml:space="preserve">[39:52] </w:t>
      </w:r>
      <w:r>
        <w:t>jologthe, becharay aise the jaise hum hum aap hain.</w:t>
      </w:r>
    </w:p>
    <w:p>
      <w:pPr>
        <w:jc w:val="right"/>
      </w:pPr>
      <w:r>
        <w:t>جولوگتھے،بیچارےایسےتھے جیسےہمہمآپہیں۔</w:t>
      </w:r>
    </w:p>
    <w:p>
      <w:r>
        <w:rPr>
          <w:b/>
        </w:rPr>
        <w:t xml:space="preserve">[39:57] </w:t>
      </w:r>
      <w:r>
        <w:t>jis desk peh jaata tha, wahan bhi aise nazar aate the, aise insaan , aise auratein, aise mard . to pehli baar mujhe laga keh yahudi bhi insaan hain, woh koi qareedah nahin hain, woh koi khanazeer nahin hain, woh koi maghzoob nahin hain.</w:t>
      </w:r>
    </w:p>
    <w:p>
      <w:pPr>
        <w:jc w:val="right"/>
      </w:pPr>
      <w:r>
        <w:t>جس ڈیسکپہجاتا تھا،وہاںبھی ایسےنظ ارتآتےتھے،ایسےانسان ،ایسےعورتیں،ایسےمرد ۔ تو پہلیبار مجھے لگاکہیہودی بھیانسانہیں، وہ کوئیقریدہنہیںہیں،وہکوئیخنازیرنہیںہیں،وہکوئیمغضوبنہیںہیں۔</w:t>
      </w:r>
    </w:p>
    <w:p>
      <w:r>
        <w:rPr>
          <w:b/>
        </w:rPr>
        <w:t xml:space="preserve">[40:12] </w:t>
      </w:r>
      <w:r>
        <w:t>to yeh musalmanon ki parwarish aisi hui hai keh yahud ko koi alag cheez samajhte hain, halankeh khud bhi yahudiyen hain. woh</w:t>
      </w:r>
    </w:p>
    <w:p>
      <w:pPr>
        <w:jc w:val="right"/>
      </w:pPr>
      <w:r>
        <w:t>تویہ مسلمانوںکیپرورشایسیہوئیہےکہیہودکوکوئیالگچیزسمجھتےہیں،حالانکہخودبھییہودیہیں۔وہ</w:t>
      </w:r>
    </w:p>
    <w:p>
      <w:r>
        <w:rPr>
          <w:b/>
        </w:rPr>
        <w:t xml:space="preserve">[40:20] </w:t>
      </w:r>
      <w:r>
        <w:t>unhon ne samajh rakha hai keh yahudi koi alag hi, koi cheez hai, koi mysterious, koi cheez hai.</w:t>
      </w:r>
    </w:p>
    <w:p>
      <w:pPr>
        <w:jc w:val="right"/>
      </w:pPr>
      <w:r>
        <w:t>انہوںنےسمجھرکھاہےکہیہودیکوئیالگہی،کوئیچیزہے، کوئیمسٹیریس،کوئیچیزہے۔</w:t>
      </w:r>
    </w:p>
    <w:p>
      <w:r>
        <w:rPr>
          <w:b/>
        </w:rPr>
        <w:t xml:space="preserve">[40:27] </w:t>
      </w:r>
      <w:r>
        <w:t>to jin logon ne yahud ko nahin dekha hai, ab bhi wohi samajhte hain. woh</w:t>
      </w:r>
    </w:p>
    <w:p>
      <w:pPr>
        <w:jc w:val="right"/>
      </w:pPr>
      <w:r>
        <w:t>تو جنلوگوںنےیہودیکونہیںدیکھاہے، اببھیوہیسمجھتےہیں۔وہ</w:t>
      </w:r>
    </w:p>
    <w:p>
      <w:r>
        <w:rPr>
          <w:b/>
        </w:rPr>
        <w:t xml:space="preserve">[40:35] </w:t>
      </w:r>
      <w:r>
        <w:t>yeh koi anokhi baat nahin keh raha hoon.</w:t>
      </w:r>
    </w:p>
    <w:p>
      <w:pPr>
        <w:jc w:val="right"/>
      </w:pPr>
      <w:r>
        <w:t>یہ کوئی انوکھیباتنہیںکہہرہاہوں۔</w:t>
      </w:r>
    </w:p>
    <w:p>
      <w:r>
        <w:rPr>
          <w:b/>
        </w:rPr>
        <w:t xml:space="preserve">[40:39] </w:t>
      </w:r>
      <w:r>
        <w:t>jin logon ko nahin dekha yahud ko, agar musalmanon se mile, agar unki mulaqat kabhi yahud se nahin hui hai to isi tarah ki baatein karenge keh yahud koi anokhi cheez hai, koi alag hi cheez hai, koi mysterious cheez hai.</w:t>
      </w:r>
    </w:p>
    <w:p>
      <w:pPr>
        <w:jc w:val="right"/>
      </w:pPr>
      <w:r>
        <w:t>جنلوگوںکونہیںدیکھا یہودیکو،اگرمسلمانوںسےملیے، اگر انکیملاقاتکبھییہودیسےنہیںہوئیہے تو اسیطرحکیباتیںکریںگے کہیہودیکوئی انوکھیچیزہے،کوئیالگہی چیزہے،کوئیمسٹیریسچیزہے۔</w:t>
      </w:r>
    </w:p>
    <w:p>
      <w:r>
        <w:rPr>
          <w:b/>
        </w:rPr>
        <w:t xml:space="preserve">[40:52] </w:t>
      </w:r>
      <w:r>
        <w:t>to main ismein condition ho chuka tha itna zyada keh main samajhta tha keh yahudi j woh hai, koi anokhi cheez hotey honge. to main bare ghaur se dekhta tha wahan un logon ko keh achha yeh yeh yahudi yeh hain, yeh Yahudi bhi to hamare jaise hain.</w:t>
      </w:r>
    </w:p>
    <w:p>
      <w:pPr>
        <w:jc w:val="right"/>
      </w:pPr>
      <w:r>
        <w:t>تومیں اسمیں کنڈیشنہوچکاتھااتنازیادہ کہمیںسمجھتاتھاکہیہودیجوہے،کوئی انوکھیچیزہوتےہوںگے۔ تومیں بڑےغورسےدیکھتاتھاوہاںانلوگوںکو کہ اچھایہ یہ یہودییہہیں، یہ ودیبھیتوہمارےجیسےہیں۔</w:t>
      </w:r>
    </w:p>
    <w:p>
      <w:r>
        <w:rPr>
          <w:b/>
        </w:rPr>
        <w:t xml:space="preserve">[41:10] </w:t>
      </w:r>
      <w:r>
        <w:t>to yeh wudiyon ko musalman yeh yeh yeh yeh sochna bhool gaye hain keh hum khud yahudiyon ke darje pehanch chuke hain aur yeh Quran mein hai, yeh hadith mein hai, yeh hokar rahega.</w:t>
      </w:r>
    </w:p>
    <w:p>
      <w:pPr>
        <w:jc w:val="right"/>
      </w:pPr>
      <w:r>
        <w:t>تو یہ ودیوںکو مس لمان یہ یہ یہ یہ سوچنا بھولگئےہیںکہہمخود یہودیوںکے درج ےپہنچچکےہیں اوریہقرآنمیںہے،یہحدیثمیںہے، یہہوکررہےگا۔</w:t>
      </w:r>
    </w:p>
    <w:p>
      <w:r>
        <w:rPr>
          <w:b/>
        </w:rPr>
        <w:t xml:space="preserve">[41:21] </w:t>
      </w:r>
      <w:r>
        <w:t>lehaza man kan qabl kum, tum yahudi ke darje peh pahunch kar rahoge. yeh to khulmakhla wazeh taur peh bataya gaya hai, koi mera koi ijtihad nahin hai, meri koi apni baat nahin hai. yeh</w:t>
      </w:r>
    </w:p>
    <w:p>
      <w:pPr>
        <w:jc w:val="right"/>
      </w:pPr>
      <w:r>
        <w:t>لہذا من کان قبل کم، تم یہودی کےدرجےپہنچکررہوگے۔ یہتو کھ لمکھلا واضحطورپربتایاگیاہے، کوئی میراکوئیاجتہادنہیں ہے، میریکوئیاپنیباتنہیںہے۔یہ</w:t>
      </w:r>
    </w:p>
    <w:p>
      <w:r>
        <w:rPr>
          <w:b/>
        </w:rPr>
        <w:t xml:space="preserve">[41:37] </w:t>
      </w:r>
      <w:r>
        <w:t>lehaza man kan qabl kum to zaroor wahin pahuncho ge jahan pehchli qom pahunchi hain, yaani yahud khaas taur peh yahi yahud murad hai. yeh saare ulama mante hain.</w:t>
      </w:r>
    </w:p>
    <w:p>
      <w:pPr>
        <w:jc w:val="right"/>
      </w:pPr>
      <w:r>
        <w:t>لہذا من کان قبل کمتوضروروہیںپہنچوگےجہاںپچھلیقومیںپہنچی ہیں،یعنییہودخاص طورپریہیہودمرادہے۔یہ سارےعلماءمانتےہیں۔</w:t>
      </w:r>
    </w:p>
    <w:p>
      <w:r>
        <w:rPr>
          <w:b/>
        </w:rPr>
        <w:t xml:space="preserve">[41:50] </w:t>
      </w:r>
      <w:r>
        <w:t>to main samajhta hoon keh musalmanon ke case ko aap samajh nahin samajhenge nahin jab tak keh yahud ke case ko aap na samjhen. maine khud bhi jab bible padhi tab main musalmanon ke case ko samajh paya.</w:t>
      </w:r>
    </w:p>
    <w:p>
      <w:pPr>
        <w:jc w:val="right"/>
      </w:pPr>
      <w:r>
        <w:t>تومیںسمجھتاہوںکہ مس لمانوںکےکیسکوآپسمجھنہیں سمجھیںگےنہیںجبتکیہودیکیسکو آپ نہسمجھیں۔ میںنےخود بھی جببائبلپڑھی تب میںمسلمانوںکےکیسکوسمجھپایا۔</w:t>
      </w:r>
    </w:p>
    <w:p>
      <w:r>
        <w:rPr>
          <w:b/>
        </w:rPr>
        <w:t xml:space="preserve">[42:03] </w:t>
      </w:r>
      <w:r>
        <w:t>jab tak musalmanon ki kitaben padhta tha main pehle to main samajh nahin pata tha keh musalmanon ka case kya hai. musalmanon ki kitabon ko padh kar ke mujhe kuch nahin samajh paya tha.</w:t>
      </w:r>
    </w:p>
    <w:p>
      <w:pPr>
        <w:jc w:val="right"/>
      </w:pPr>
      <w:r>
        <w:t>جبتک مسلمانوںکیکتاب یںپڑھتاتھامیںپہلے تو میںسمجھنہیںپاتاتھاکہمس لمانوںکاکیسکیاہے۔ مسلمانوںکیکتاب وںکوپڑھکرکےمجھےکچھ نہیںسمجھپایاتھا۔</w:t>
      </w:r>
    </w:p>
    <w:p>
      <w:r>
        <w:rPr>
          <w:b/>
        </w:rPr>
        <w:t xml:space="preserve">[42:14] </w:t>
      </w:r>
      <w:r>
        <w:t>jab maine bible padhi tab ja kar pehli baar main samjha keh musalman kya hai. yaani bible mein yahud ki tasweer jo hai woh aaina ban gayi jismein maine musalmanon ko dekha.</w:t>
      </w:r>
    </w:p>
    <w:p>
      <w:pPr>
        <w:jc w:val="right"/>
      </w:pPr>
      <w:r>
        <w:t>جب میںنےبائبلپڑھی تب جاکرپہلیبار میںسمجھاکہمس لمانکیاہے۔ یعنیبائبلمیں یہ ودکی تصویرجوہے وہ آئینہبنگئی جسمیںمیںنے مسلمانوںکودیکھا۔</w:t>
      </w:r>
    </w:p>
    <w:p>
      <w:r>
        <w:rPr>
          <w:b/>
        </w:rPr>
        <w:t xml:space="preserve">[42:28] </w:t>
      </w:r>
      <w:r>
        <w:t>bible mein yahud ke bigaad ka bahut tafseel se bayan hai, bahut tafseel se, bahut tafseel se bayan hai keh yahud bigaad ke zamane mein yahud ka kya haal hua .</w:t>
      </w:r>
    </w:p>
    <w:p>
      <w:pPr>
        <w:jc w:val="right"/>
      </w:pPr>
      <w:r>
        <w:t>بائبلمیںیہودکےبگاڑکابہت تفصیل سے بیانہے،بہت تفصیل سے، بہت تفصیلسےبیانہے کہیہودبگاڑکےزمانےمیںیہودکاکیاحالہوا ۔</w:t>
      </w:r>
    </w:p>
    <w:p>
      <w:r>
        <w:rPr>
          <w:b/>
        </w:rPr>
        <w:t xml:space="preserve">[42:41] </w:t>
      </w:r>
      <w:r>
        <w:t>to woh yeh mein misaal doon aapko keh yahud ke bare mein hai ek jagah keh buzurg ka taaj tum se utha liya gaya hai, ab khamosh hokar baitho.</w:t>
      </w:r>
    </w:p>
    <w:p>
      <w:pPr>
        <w:jc w:val="right"/>
      </w:pPr>
      <w:r>
        <w:t>تووہ یہ میںمثالدوںآپکو کہ یہودکےبارےمیںہے ایک جگہ کہ بزر گیکا تاجتمسےاٹھالیاگیاہے، اب خاموشہوکربیٹھو۔</w:t>
      </w:r>
    </w:p>
    <w:p>
      <w:r>
        <w:rPr>
          <w:b/>
        </w:rPr>
        <w:t xml:space="preserve">[42:58] </w:t>
      </w:r>
      <w:r>
        <w:t>keh jis zamane mein political power chhin gaya tha un se aur jo saltanat unki thi, jo ek badi state unki jante hain aap , falasteen aur shaam mein thi, unki woh khatam ho gayi thi.</w:t>
      </w:r>
    </w:p>
    <w:p>
      <w:pPr>
        <w:jc w:val="right"/>
      </w:pPr>
      <w:r>
        <w:t>کہجسزمان ےمیںپولیٹیکل پاورچھنگیاتھاانسے اورجو سلطنتانکیتھی، جو ایکبڑیاسٹیٹانکیجانتےہیںآپ ،فلسطیناورشاممیںتھی،انکیوہختمہوگئیتھی۔</w:t>
      </w:r>
    </w:p>
    <w:p>
      <w:r>
        <w:rPr>
          <w:b/>
        </w:rPr>
        <w:t xml:space="preserve">[43:10] </w:t>
      </w:r>
      <w:r>
        <w:t>iske baad unke peghambar ne us se kaha keh kya siyasi buzurgi ka taaj tum se chhin gaya, ab chup chap baitho. wohi musalmanon ka haal hai.</w:t>
      </w:r>
    </w:p>
    <w:p>
      <w:pPr>
        <w:jc w:val="right"/>
      </w:pPr>
      <w:r>
        <w:t>اسکےبعد انکےپیغمبرنےاسسےکہاکہ کہ کیا سیاسی بزر گیکاتاجتمسےچھنگیا،ابچپچاپبیٹھو۔ وہیمسلمانوںکاحالہے۔</w:t>
      </w:r>
    </w:p>
    <w:p>
      <w:r>
        <w:rPr>
          <w:b/>
        </w:rPr>
        <w:t xml:space="preserve">[43:21] </w:t>
      </w:r>
      <w:r>
        <w:t>jab un se political power chhin gaya to lagne lage ladne</w:t>
      </w:r>
    </w:p>
    <w:p>
      <w:pPr>
        <w:jc w:val="right"/>
      </w:pPr>
      <w:r>
        <w:t>جب انسے پولیٹیکلپاورچھناتو لگےلڑنے</w:t>
      </w:r>
    </w:p>
    <w:p>
      <w:r>
        <w:rPr>
          <w:b/>
        </w:rPr>
        <w:t xml:space="preserve">[43:25] </w:t>
      </w:r>
      <w:r>
        <w:t>bajaye iske keh peaceful tareeqe se uska saamna karte aur political power regain karne ke bajaye woh education mein jaate, daawa work mein jaate, yaani non political field mein apne ko phir se yaani taameer ke kaam mein karte. woh sab nahin kiya, unhon ne bas ladna shuru kar diya. woh yoh yoh hi karte rahe yahudi.</w:t>
      </w:r>
    </w:p>
    <w:p>
      <w:pPr>
        <w:jc w:val="right"/>
      </w:pPr>
      <w:r>
        <w:t>بجائےاسکے کہ پیسفلطریقےسےاسکا سامناکرتے اور پولیٹیکلپاور ریگینکرنےکےبجائے وہایجوکیشنمیںجاتے،دعویٰورکمیںجاتے، یعنی نانپولیٹیکلفیلڈمیں اپنے کوپھرسے یعنی تعمیریکامیںکرتے۔وہسبنہیںکیا،انہوںنے بس لڑناشروع کردیا۔وہیوہیوہیکرتے رہےیہ ودی۔</w:t>
      </w:r>
    </w:p>
    <w:p>
      <w:r>
        <w:rPr>
          <w:b/>
        </w:rPr>
        <w:t xml:space="preserve">[43:49] </w:t>
      </w:r>
      <w:r>
        <w:t>is zamane mein Allah taala ke peghambaron ne aakar kaha keh ab tum ko siyasi buzurgi nahin milegi, ab tum ghair siyasi maidan mein kaam karo.</w:t>
      </w:r>
    </w:p>
    <w:p>
      <w:pPr>
        <w:jc w:val="right"/>
      </w:pPr>
      <w:r>
        <w:t>اس زمانےمیںاللہ تعالیٰکےپیغمبروںنےآکرکہاکہابتمکو سیاسی بزر گینہیںملےگی، ابتم غیر سیاسی میدانمیںکامکرو۔</w:t>
      </w:r>
    </w:p>
    <w:p>
      <w:r>
        <w:rPr>
          <w:b/>
        </w:rPr>
        <w:t xml:space="preserve">[44:00] </w:t>
      </w:r>
      <w:r>
        <w:t>to phir bhi takraate rahe, wohi musalman kar rahe hain do sau saal se keh ab apne political empire ko regain karne ke liye ladai lad rahe hain.</w:t>
      </w:r>
    </w:p>
    <w:p>
      <w:pPr>
        <w:jc w:val="right"/>
      </w:pPr>
      <w:r>
        <w:t>تو پھربھیوہٹکراتےرہے، وہیمسلمانکررہےہیں دو سوسالسے کہاباپنے پولیٹیکلایمپائرکوریگینکرنےکےلیےلڑائیلڑرہےہیں۔</w:t>
      </w:r>
    </w:p>
    <w:p>
      <w:r>
        <w:rPr>
          <w:b/>
        </w:rPr>
        <w:t xml:space="preserve">[44:11] </w:t>
      </w:r>
      <w:r>
        <w:t>yeh nahien maana unhon ne keh tal kal ayam un as ab political power allah ne to do</w:t>
      </w:r>
    </w:p>
    <w:p>
      <w:pPr>
        <w:jc w:val="right"/>
      </w:pPr>
      <w:r>
        <w:t>یہنہیں ماناانہوںنےکہتل کلایام الن اس ابپولیٹیکلپاور اللہنےتودوس</w:t>
      </w:r>
    </w:p>
    <w:p>
      <w:r>
        <w:rPr>
          <w:b/>
        </w:rPr>
        <w:t xml:space="preserve">[44:17] </w:t>
      </w:r>
      <w:r>
        <w:t>ron ko de diya hai, ab tum baith kar ke doosra kaam karo, non political field mein kaam karo, daawa war kahe, education war kahe, social reform hai, bohat se taameeri kaam hain is mein karo.</w:t>
      </w:r>
    </w:p>
    <w:p>
      <w:pPr>
        <w:jc w:val="right"/>
      </w:pPr>
      <w:r>
        <w:t>روںکودےدیاہے،ابتمبیٹھکرکےدوسراکامکرو، نان پولیٹیکلفیلڈمیںکامکرو، دعویٰورکہے،ایجوکیشن ورکہے،سوشلریفارمہے، بہتسےتعمیریکامہیں اسمیںکرو۔</w:t>
      </w:r>
    </w:p>
    <w:p>
      <w:r>
        <w:rPr>
          <w:b/>
        </w:rPr>
        <w:t xml:space="preserve">[44:29] </w:t>
      </w:r>
      <w:r>
        <w:t>lekin musalman kya hain? bas parties mein ghuse hue hain, laraai jhagde chhede hue hain. aise hi dekhiye, bible mein hai ke</w:t>
      </w:r>
    </w:p>
    <w:p>
      <w:pPr>
        <w:jc w:val="right"/>
      </w:pPr>
      <w:r>
        <w:t>لیکن مس لمانکیاہیں؟بس پار ٹیزمیں گھسےہوئےہیں،لڑائی جھگڑےچھڑےہوئےہیں۔ ایسےہیدیکھیے، بائبلمیںہے کہ</w:t>
      </w:r>
    </w:p>
    <w:p>
      <w:r>
        <w:rPr>
          <w:b/>
        </w:rPr>
        <w:t xml:space="preserve">[44:43] </w:t>
      </w:r>
      <w:r>
        <w:t>tum ne bohat boya, par bohat kam kaata.</w:t>
      </w:r>
    </w:p>
    <w:p>
      <w:pPr>
        <w:jc w:val="right"/>
      </w:pPr>
      <w:r>
        <w:t>تم نے بہت بو یا،پربہتکم کاٹا۔</w:t>
      </w:r>
    </w:p>
    <w:p>
      <w:r>
        <w:rPr>
          <w:b/>
        </w:rPr>
        <w:t xml:space="preserve">[44:48] </w:t>
      </w:r>
      <w:r>
        <w:t>mazdoor apni mazdoori saraghta hai, theli mein jama karta hai. yeh hai yehood ke bare mein ke tum ne itna dhamaal machai, itne hangaame ke faayde kuch nahin milta tum ko.</w:t>
      </w:r>
    </w:p>
    <w:p>
      <w:pPr>
        <w:jc w:val="right"/>
      </w:pPr>
      <w:r>
        <w:t>مزدور اپنی مزدوری سراغتا ہے،تھیلیمیںجمع کرتاہے۔ یہہے یہودکےبارےمیں کہتمنےاتنا ادھممچائی،اتنےہنگامےکے فائدہکچھنہیںملاتمکو۔</w:t>
      </w:r>
    </w:p>
    <w:p>
      <w:r>
        <w:rPr>
          <w:b/>
        </w:rPr>
        <w:t xml:space="preserve">[45:00] </w:t>
      </w:r>
      <w:r>
        <w:t>mazdoor apni mazdoori saragdaar theli mein jama karta hai, yaani ek theli aap ke paas hi suraakh ho jo mazdoor di gayi, woh gir gir jaayegi, woh aap ke hisse mein nahin aayegi.</w:t>
      </w:r>
    </w:p>
    <w:p>
      <w:pPr>
        <w:jc w:val="right"/>
      </w:pPr>
      <w:r>
        <w:t>مزدوراپنی مزدوری سراغدارتھیلیمیں جمع کرتاہے،یعنی ایک تھیلیآپکےپاسہی سوراخہو جو مزدوریدیگئی، وہ گرگرجائےگی، وہآپکےحصےمیںنہیںآئےگی۔</w:t>
      </w:r>
    </w:p>
    <w:p>
      <w:r>
        <w:rPr>
          <w:b/>
        </w:rPr>
        <w:t xml:space="preserve">[45:14] </w:t>
      </w:r>
      <w:r>
        <w:t>to tum ne bohat boya, bohat bohat kam kaata aur mazdoor apni mazdoori saragdaar theli mein jama karta hai. yeh musalmanon ka haal hai.</w:t>
      </w:r>
    </w:p>
    <w:p>
      <w:pPr>
        <w:jc w:val="right"/>
      </w:pPr>
      <w:r>
        <w:t>تو تمنےبہت بو یا، بہتبہت کم کاٹا اور مزدوراپنی مزدوری سراغدار تھیلیمیںجمع کرتاہے۔ یہمسلمانوںکاحالہے۔</w:t>
      </w:r>
    </w:p>
    <w:p>
      <w:r>
        <w:rPr>
          <w:b/>
        </w:rPr>
        <w:t xml:space="preserve">[45:24] </w:t>
      </w:r>
      <w:r>
        <w:t>do so saal ki qurbaniyon ka kya nateeja hai? bataiye, itna laraai ke musalmanon ne do so saal se, yaani kal colonial period se laraai lad rahe hain yeh log.</w:t>
      </w:r>
    </w:p>
    <w:p>
      <w:pPr>
        <w:jc w:val="right"/>
      </w:pPr>
      <w:r>
        <w:t>دو سو سال کی قربانیوںکاکیانتیجہہے؟بتائیے، اتنالڑائیکیمسلمانوںنے دو سوسالسے ،یعنی کل ونیلپیریڈسے لڑائیلڑرہےہیںیہلوگ۔</w:t>
      </w:r>
    </w:p>
    <w:p>
      <w:r>
        <w:rPr>
          <w:b/>
        </w:rPr>
        <w:t xml:space="preserve">[45:39] </w:t>
      </w:r>
      <w:r>
        <w:t>to angrezon se laraai, France se laraai, America se laraai,</w:t>
      </w:r>
    </w:p>
    <w:p>
      <w:pPr>
        <w:jc w:val="right"/>
      </w:pPr>
      <w:r>
        <w:t>تو انگ ریزوںسےلڑائی،فرانس سےلڑائی،امریک ہسےلڑائی،</w:t>
      </w:r>
    </w:p>
    <w:p>
      <w:r>
        <w:rPr>
          <w:b/>
        </w:rPr>
        <w:t xml:space="preserve">[45:44] </w:t>
      </w:r>
      <w:r>
        <w:t>sab se lad rahe hain, sab se lad rahe hain, sab se lad rahe hain aur nateeja kuch nahin. Russia se laraai, India mein bhi laraai ki unhon ne. to wohi woh hua ke mazdoor apni mazdoori saragdaar theli mein jama karta hai ke qurbaniyan hain, nateeja kuch nahin, amal hai, nateeja kuch nahin.</w:t>
      </w:r>
    </w:p>
    <w:p>
      <w:pPr>
        <w:jc w:val="right"/>
      </w:pPr>
      <w:r>
        <w:t>سبسےلڑرہےہیں،سبسےلڑرہےہیں،سبسےلڑرہےہیںاور نتیجہکچھبھینہیں۔ روسسےلڑائی، انڈیامیںبھیلڑائیکیانہوںنے۔ تو وہیتوہوا کہ مزدوراپنیمزدوریسراغدارتھیلیمیںجمع کرتاہے کہقربانیاںہیں،نتیجہکچھنہیں ، عمل ہے، نتیجہکچھنہیں۔</w:t>
      </w:r>
    </w:p>
    <w:p>
      <w:r>
        <w:rPr>
          <w:b/>
        </w:rPr>
        <w:t xml:space="preserve">[46:06] </w:t>
      </w:r>
      <w:r>
        <w:t>to jab maine bible ko parha, tab maine is ko discover kiya ke musalmanon ka kya haal hai.</w:t>
      </w:r>
    </w:p>
    <w:p>
      <w:pPr>
        <w:jc w:val="right"/>
      </w:pPr>
      <w:r>
        <w:t>توجب میںنےبائبلکوپڑھا،تب میںنے اسکو ڈسکورکیا کہمسلمانوںکاکیسکیاہے۔</w:t>
      </w:r>
    </w:p>
    <w:p>
      <w:r>
        <w:rPr>
          <w:b/>
        </w:rPr>
        <w:t xml:space="preserve">[46:13] </w:t>
      </w:r>
      <w:r>
        <w:t>musalmanon ka haal yeh hai, yehudiyon ka haal hai.</w:t>
      </w:r>
    </w:p>
    <w:p>
      <w:pPr>
        <w:jc w:val="right"/>
      </w:pPr>
      <w:r>
        <w:t>مسلمانوںکاکیسجوہے،یہودیوہکیسہے۔</w:t>
      </w:r>
    </w:p>
    <w:p>
      <w:r>
        <w:rPr>
          <w:b/>
        </w:rPr>
        <w:t xml:space="preserve">[46:18] </w:t>
      </w:r>
      <w:r>
        <w:t>phir jab maine asfaar kiye, idhar udhar gaya, Israel bhi mein aur mein do baari teen baar gaya to mujhe mauqa mila mutaale karne ka. jaisa ke maine arz ki ke woh yeh kehte hain ke kaash ke yeh Jerusalem marzana aur blood, wohi musalman bhi keh rahe hain ke line marzana aur blood.</w:t>
      </w:r>
    </w:p>
    <w:p>
      <w:pPr>
        <w:jc w:val="right"/>
      </w:pPr>
      <w:r>
        <w:t>پھرجبمیںنےاسفارکیے،ادھرادھر گیا، اسرائیلبھیمیں اورمیںدوباریاتینبارگیا تو مجھےموقعملامطالعہکرنےکا۔ جیساکہمیںنےعرض کیاکہ وہ یہکہتےہیںکہ کاش کہ ی روشلمرنزاناور بلڈ، وہیمسلمانبھیکہہرہےہیں کہ لائن رنزاناوربلڈ۔</w:t>
      </w:r>
    </w:p>
    <w:p>
      <w:r>
        <w:rPr>
          <w:b/>
        </w:rPr>
        <w:t xml:space="preserve">[46:40] </w:t>
      </w:r>
      <w:r>
        <w:t>wohi isi isi is spot par</w:t>
      </w:r>
    </w:p>
    <w:p>
      <w:pPr>
        <w:jc w:val="right"/>
      </w:pPr>
      <w:r>
        <w:t>وہی اسی اسی اسیسپاٹپر</w:t>
      </w:r>
    </w:p>
    <w:p>
      <w:r>
        <w:rPr>
          <w:b/>
        </w:rPr>
        <w:t xml:space="preserve">[46:42] </w:t>
      </w:r>
      <w:r>
        <w:t>dekhiye, aap Arab log kehte hain ke bas Palestine woh hai, woh hamare khoon mein daud raha hai. woh kehte hain ke Israel hamare khoon mein daud raha hai. yeh koi Islam hai?</w:t>
      </w:r>
    </w:p>
    <w:p>
      <w:pPr>
        <w:jc w:val="right"/>
      </w:pPr>
      <w:r>
        <w:t>دیکھیے،آپ عرب لوگکہتےہیںکہبسفلسطینجوہے، وہہمارے خونمیںدوڑرہاہے۔ وہکہتےہیںکہاسرائیلہمارےخونمیںدوڑرہاہے۔ یہکوئیاسلام ہے؟</w:t>
      </w:r>
    </w:p>
    <w:p>
      <w:r>
        <w:rPr>
          <w:b/>
        </w:rPr>
        <w:t xml:space="preserve">[46:52] </w:t>
      </w:r>
      <w:r>
        <w:t>yeh to qomiyat hai. qomiyat jo hai, qomiyat yeh hai, qoumi mazhab yeh hai, woh land based hota hai aur Khudaayi mazhab jo Khuda based hota hai, yaani woh hota hai God oriented, yeh hota hai land oriented.</w:t>
      </w:r>
    </w:p>
    <w:p>
      <w:pPr>
        <w:jc w:val="right"/>
      </w:pPr>
      <w:r>
        <w:t>یہتو قومیتہے۔ قومیت جوہے، قومیتجوہے،قومی مذہبجوہے،وہ لینڈبیسڈہوتاہے اور خدائیمذہبجوخدابیسڈہوتاہے، یعنیوہہوتاہےگاڈاورینٹڈ،یہہوتاہےلینڈ اورینٹڈ۔</w:t>
      </w:r>
    </w:p>
    <w:p>
      <w:r>
        <w:rPr>
          <w:b/>
        </w:rPr>
        <w:t xml:space="preserve">[47:09] </w:t>
      </w:r>
      <w:r>
        <w:t>to saare musalmanon ka mazhab land oriented hai</w:t>
      </w:r>
    </w:p>
    <w:p>
      <w:pPr>
        <w:jc w:val="right"/>
      </w:pPr>
      <w:r>
        <w:t>تو سارے مسلمانوںکامذہبلینڈاورینٹڈہے</w:t>
      </w:r>
    </w:p>
    <w:p>
      <w:r>
        <w:rPr>
          <w:b/>
        </w:rPr>
        <w:t xml:space="preserve">[47:14] </w:t>
      </w:r>
      <w:r>
        <w:t>jab ke asal Islam jo hai, woh God oriented mazhab hua karta hai.</w:t>
      </w:r>
    </w:p>
    <w:p>
      <w:pPr>
        <w:jc w:val="right"/>
      </w:pPr>
      <w:r>
        <w:t>جب کہ اصلیاسلام جوہے،وہگاڈاورینٹڈمذہبہواکرتاہے۔</w:t>
      </w:r>
    </w:p>
    <w:p>
      <w:r>
        <w:rPr>
          <w:b/>
        </w:rPr>
        <w:t xml:space="preserve">[47:20] </w:t>
      </w:r>
      <w:r>
        <w:t>to yahan yeh hai woh cheez jis par musalmanon ko sochna chahiye ke aaj musalman wohahan pahunch chuke hain jahan Yahudi pahunche the apne, yaani zawaal ke zamane mein, degeneration ke zamane mein, wohahan pahunch chuke hain.</w:t>
      </w:r>
    </w:p>
    <w:p>
      <w:pPr>
        <w:jc w:val="right"/>
      </w:pPr>
      <w:r>
        <w:t>تویہاںیہہے وہچیز جسپر مسلمانوںکوسوچناچاہیے کہآج مس لمانوہاںپہنچچکےہیں جہاںیہودیپہنچےتھے اپنے ،یعنیزوالکےزمان ےمیں، ڈیجنریشنکےزمانےمیں، وہاںپہنچچکےہیں۔</w:t>
      </w:r>
    </w:p>
    <w:p>
      <w:r>
        <w:rPr>
          <w:b/>
        </w:rPr>
        <w:t xml:space="preserve">[47:37] </w:t>
      </w:r>
      <w:r>
        <w:t>to Quran mein is ka hal bataya gaya hai, is ka bataya gaya hai ke kis tarah tumhare andar kasawat aayegi, kis tarah tumhare andar graavat aayegi. to karna kya hai?</w:t>
      </w:r>
    </w:p>
    <w:p>
      <w:pPr>
        <w:jc w:val="right"/>
      </w:pPr>
      <w:r>
        <w:t>تو قرآنمیں اسکاحلبتایاگیاہے، اسکابتایاگیاہےکہ کسطرح تمہارےاندرکساوتآئےگی، کسطرحتمہارےاندرگراوٹآئےگی۔تو کرناکیاہے؟</w:t>
      </w:r>
    </w:p>
    <w:p>
      <w:r>
        <w:rPr>
          <w:b/>
        </w:rPr>
        <w:t xml:space="preserve">[47:47] </w:t>
      </w:r>
      <w:r>
        <w:t>to misaal di gayi hai zameen ki.</w:t>
      </w:r>
    </w:p>
    <w:p>
      <w:pPr>
        <w:jc w:val="right"/>
      </w:pPr>
      <w:r>
        <w:t>تو مثالدیگئیہے زمین کی۔</w:t>
      </w:r>
    </w:p>
    <w:p>
      <w:r>
        <w:rPr>
          <w:b/>
        </w:rPr>
        <w:t xml:space="preserve">[47:52] </w:t>
      </w:r>
      <w:r>
        <w:t>zameen ki misaal di gayi ke dekho, zameen jo hai, banjar ho jaati hai, is mein fasal nahin ugti. yaani kis tarah se ab revive kiya jaaye, kis tarah qom ko phir se zinda kiya jaaye, woh yeh tareeqa nahin jo musalman kar rahe hain.</w:t>
      </w:r>
    </w:p>
    <w:p>
      <w:pPr>
        <w:jc w:val="right"/>
      </w:pPr>
      <w:r>
        <w:t>زمین کیمثالدیگئیکہدیکھو،زمین جوہے،بنجرہوجاتیہے، اسمیں فصلنہیںاگتی۔ یعنی کسطرحسےابریوائیوکیاجائے، کسطرحقومکوپھرسےزند ہ کیاجائے، وہیہطریقہنہیںجومسلمانکررہےہیں۔</w:t>
      </w:r>
    </w:p>
    <w:p>
      <w:r>
        <w:rPr>
          <w:b/>
        </w:rPr>
        <w:t xml:space="preserve">[48:07] </w:t>
      </w:r>
      <w:r>
        <w:t>laraai bhadaai, suicide bomb is se kuch nahin hone wala hai. abhi jo Arab dunya mein jo ho raha hai, kuch bhi is se nahin hone wala hai, kuch bhi nahin hone wala hai. is se aaj kal aap jaante hain ke har Arab country mein hangaama jaari hai.</w:t>
      </w:r>
    </w:p>
    <w:p>
      <w:pPr>
        <w:jc w:val="right"/>
      </w:pPr>
      <w:r>
        <w:t>لڑائیبھڑائی،سوسائیڈبم میں اسسےکچھنہیںہونےوالاہے۔ ابھیجوعرب دنیامیںجوہورہاہے، کچھ بھیاسسےنہیںہونےوالاہے، کچھبھینہیںہونے والا ہے۔اسسے آجکل آپجانتےہیںکہہر عرب کنٹریمیں ہنگامہجاریہے۔</w:t>
      </w:r>
    </w:p>
    <w:p>
      <w:r>
        <w:rPr>
          <w:b/>
        </w:rPr>
        <w:t xml:space="preserve">[48:24] </w:t>
      </w:r>
      <w:r>
        <w:t>log samajhte hain ke ek ek evil system ja raha hai, doosra is se achha system aa raha hai, haalanke bilkul khush fehmi hai.</w:t>
      </w:r>
    </w:p>
    <w:p>
      <w:pPr>
        <w:jc w:val="right"/>
      </w:pPr>
      <w:r>
        <w:t>لوگ سمجھتےہیںکہ ایک ایک ایولسسٹمجارہاہے،دوسرا اسسےاچھاسسٹمآرہاہے، حالانکہبالکل خوشفہمیہے۔</w:t>
      </w:r>
    </w:p>
    <w:p>
      <w:r>
        <w:rPr>
          <w:b/>
        </w:rPr>
        <w:t xml:space="preserve">[48:34] </w:t>
      </w:r>
      <w:r>
        <w:t>yeh khush fehmi hai, is ke siwa kuch bhi is ki haqeeqat nahin hai. is ki abhi dekhiye, Egypt mein to woh kaamyaab ho gaye na?</w:t>
      </w:r>
    </w:p>
    <w:p>
      <w:pPr>
        <w:jc w:val="right"/>
      </w:pPr>
      <w:r>
        <w:t>یہخوشفہمیہے، اسکےسواکچھبھیاسکاحقیقتنہیںہے۔ اسکی ابھیدیکھیے، مصر میں تووہکامیابہوگئےنا؟</w:t>
      </w:r>
    </w:p>
    <w:p>
      <w:r>
        <w:rPr>
          <w:b/>
        </w:rPr>
        <w:t xml:space="preserve">[48:44] </w:t>
      </w:r>
      <w:r>
        <w:t>aur phir abhi khabar aai hai kal ke phir wohi hangama jo nai regime hai, uske khilaf hangama ho raha hai. is se pehle is regime ke khilaf tha, hazrat mubarak ke khilaf.</w:t>
      </w:r>
    </w:p>
    <w:p>
      <w:pPr>
        <w:jc w:val="right"/>
      </w:pPr>
      <w:r>
        <w:t>اورپھر ابھی خبرآئیہےکل کہپھروہیہنگامہ جونئیریجیمہے،اسکےخلاف ہنگامہہورہاہے۔ اسسےپہلے اس ریجیمکےخلاف تھا، حضرتمبارککےخلاف ۔</w:t>
      </w:r>
    </w:p>
    <w:p>
      <w:r>
        <w:rPr>
          <w:b/>
        </w:rPr>
        <w:t xml:space="preserve">[48:54] </w:t>
      </w:r>
      <w:r>
        <w:t>ab hazrat mubarak chale gaye to nai regime ke khilaf hangama ho raha hai. woh wahan aise hi har jagah hoga, chalta rahega yeh</w:t>
      </w:r>
    </w:p>
    <w:p>
      <w:pPr>
        <w:jc w:val="right"/>
      </w:pPr>
      <w:r>
        <w:t>ابحضرتمبارکچلےگئےتونئیریجیمکےخلاف ہنگامہہورہاہے۔وہ اںایسےہیہرجگہہوگا، چلتارہےگایہ</w:t>
      </w:r>
    </w:p>
    <w:p>
      <w:r>
        <w:rPr>
          <w:b/>
        </w:rPr>
        <w:t xml:space="preserve">[49:03] </w:t>
      </w:r>
      <w:r>
        <w:t>kyun ke yahi toh tareeqa nahin hai. toh tareeqa bataya gaya Quran mein, dekha ke ek zameen hai, banjar ho jati hai, fasal lagane ke qabil nahin rehti.</w:t>
      </w:r>
    </w:p>
    <w:p>
      <w:pPr>
        <w:jc w:val="right"/>
      </w:pPr>
      <w:r>
        <w:t>کیونکہیہیہطریقہہینہیںہے۔ تو طریقہ بتایاگیاقرآنمیں،دیکھا کہ ایک زمین ہے، بنجرہوجاتیہے، فصلاگانےکےقابلنہیںرہتی۔</w:t>
      </w:r>
    </w:p>
    <w:p>
      <w:r>
        <w:rPr>
          <w:b/>
        </w:rPr>
        <w:t xml:space="preserve">[49:16] </w:t>
      </w:r>
      <w:r>
        <w:t>toh wahan par kya karna hota hai?</w:t>
      </w:r>
    </w:p>
    <w:p>
      <w:pPr>
        <w:jc w:val="right"/>
      </w:pPr>
      <w:r>
        <w:t>تو وہاںپرکیا کرناہوتاہے؟</w:t>
      </w:r>
    </w:p>
    <w:p>
      <w:r>
        <w:rPr>
          <w:b/>
        </w:rPr>
        <w:t xml:space="preserve">[49:18] </w:t>
      </w:r>
      <w:r>
        <w:t>phir se aap zameen ko ban aain, is mein kankar pathar nikalen, is mein jhaad jhanakaar saaf karen, is mein is ko woh karen, tilling karen, is ki is ko joaten, paani den is mein, aur phir se is ko zar khez banayen.</w:t>
      </w:r>
    </w:p>
    <w:p>
      <w:pPr>
        <w:jc w:val="right"/>
      </w:pPr>
      <w:r>
        <w:t>پھر سےآپزمینکو بن ائیں، اسمیںکنکرپتھرنکالیں، اسمیںجھاڑجھنکارصافکریں، اس میں اسکو وہکریں، ٹلنگکریں،اسکی اسکو جوتیں، پانیدیںاسمیں ،اورپھرسےاسکو زرخیزبنائیں۔</w:t>
      </w:r>
    </w:p>
    <w:p>
      <w:r>
        <w:rPr>
          <w:b/>
        </w:rPr>
        <w:t xml:space="preserve">[49:34] </w:t>
      </w:r>
      <w:r>
        <w:t>ab is ke baad is mein fasal lagegi. yeh karna hai us waqt. is ladai bhadai se kuch bhi nahin hone wala hai.</w:t>
      </w:r>
    </w:p>
    <w:p>
      <w:pPr>
        <w:jc w:val="right"/>
      </w:pPr>
      <w:r>
        <w:t>اباسکےبعد اسمیںفصلاگےگی۔ یہ کرناہےاسوقت ۔ اس لڑائیبھڑائیسےکچھبھینہیںہونےوالاہے۔</w:t>
      </w:r>
    </w:p>
    <w:p>
      <w:r>
        <w:rPr>
          <w:b/>
        </w:rPr>
        <w:t xml:space="preserve">[49:42] </w:t>
      </w:r>
      <w:r>
        <w:t>karna yeh hai ke musalmanon mein dobara un ki de conditioning ki jaye, un ki re engineering of mind un ka kiya jaye, un ke andar phir se character banaya jaye, phir se Allah ka khauf wala Islam in ko paida kiya jaye, God oriented thinking un ke andar lai jaye,</w:t>
      </w:r>
    </w:p>
    <w:p>
      <w:pPr>
        <w:jc w:val="right"/>
      </w:pPr>
      <w:r>
        <w:t>کرنایہہےکہمسلمانوںمیں دوبارہ انکی ڈی کنڈیشننگکیجائے، انکی ریانجینئرنگآفمائنڈانکاکیاجائے، انکےاندرپھرسےکریکٹربنایاجائے،پھرسےاللہ کاخوف والااسلام انکوپیدا کیاجائے، گاڈاورینٹڈتھنکنگانکےاندرلائیجائے،</w:t>
      </w:r>
    </w:p>
    <w:p>
      <w:r>
        <w:rPr>
          <w:b/>
        </w:rPr>
        <w:t xml:space="preserve">[50:00] </w:t>
      </w:r>
      <w:r>
        <w:t>un ka form based religion ki bajaye spirit based religion un ke andar paida kiya jaye, character building ki jaye un ki.</w:t>
      </w:r>
    </w:p>
    <w:p>
      <w:pPr>
        <w:jc w:val="right"/>
      </w:pPr>
      <w:r>
        <w:t>انکا فار م بیسڈریلیجنکیبجائے اسپیٹبیسڈریلیجنانکےاندرپیدا کیاجائے، کریکٹربلڈنگکیجائےانکی۔</w:t>
      </w:r>
    </w:p>
    <w:p>
      <w:r>
        <w:rPr>
          <w:b/>
        </w:rPr>
        <w:t xml:space="preserve">[50:10] </w:t>
      </w:r>
      <w:r>
        <w:t>yeh yeh hai. phir ek ek nai, ek naya daur shuru hoga, warna kabhi nahin hone wala hai.</w:t>
      </w:r>
    </w:p>
    <w:p>
      <w:pPr>
        <w:jc w:val="right"/>
      </w:pPr>
      <w:r>
        <w:t>یہ یہہے۔ پھرایک ایک نئی ،ایک نیادور شروع ہوگا، ورنہ کبھینہیںہونےوالاہے۔</w:t>
      </w:r>
    </w:p>
    <w:p>
      <w:r>
        <w:rPr>
          <w:b/>
        </w:rPr>
        <w:t xml:space="preserve">[50:23] </w:t>
      </w:r>
      <w:r>
        <w:t>toh Quran mein jo tareeqa bataya gaya hai, woh misaal hai ke zameen ki misaal de kar qaum ki taameer batayi gayi hai.</w:t>
      </w:r>
    </w:p>
    <w:p>
      <w:pPr>
        <w:jc w:val="right"/>
      </w:pPr>
      <w:r>
        <w:t>تو قرآنمیںجوطریقہبتایاگیاہے،وہ مثالہے کہ زمین کی مثال دےکرقومکیتعمیربتائیگئیہے۔</w:t>
      </w:r>
    </w:p>
    <w:p>
      <w:r>
        <w:rPr>
          <w:b/>
        </w:rPr>
        <w:t xml:space="preserve">[50:33] </w:t>
      </w:r>
      <w:r>
        <w:t>zameen ki misaal de kar qaum ki taameer batayi gayi hai. wohi tareeqa wohi tareeqa hai</w:t>
      </w:r>
    </w:p>
    <w:p>
      <w:pPr>
        <w:jc w:val="right"/>
      </w:pPr>
      <w:r>
        <w:t>زمین کیمثالدےکر قومکیتعمیربتائیگئیہے۔ وہیتبھیوہیطریقہہے</w:t>
      </w:r>
    </w:p>
    <w:p>
      <w:r>
        <w:rPr>
          <w:b/>
        </w:rPr>
        <w:t xml:space="preserve">[50:41] </w:t>
      </w:r>
      <w:r>
        <w:t>Quran mein. 'wala takunu al-ladheena'. Surah Hadid mein hai yeh. yeh Surah Hadid mein hai yeh. Surah Hadid mein bataya gaya hai ke qaumon mein jab bigaad aata hai to kasawat aa jati hai.</w:t>
      </w:r>
    </w:p>
    <w:p>
      <w:pPr>
        <w:jc w:val="right"/>
      </w:pPr>
      <w:r>
        <w:t>قرآنمیں۔ایک ولا تكونواالذ ین۔ سورہحدیدمیںہےیہ۔ یہسورہحدیدمیںہےیہ۔ سورہحدیدمیںبتایاگیاہےکہ قوموںمیں جب بگاڑآتاہےتو کساوتآجاتیہے۔</w:t>
      </w:r>
    </w:p>
    <w:p>
      <w:r>
        <w:rPr>
          <w:b/>
        </w:rPr>
        <w:t xml:space="preserve">[50:55] </w:t>
      </w:r>
      <w:r>
        <w:t>yani woh kasawat matlab ke form par un ka mazhab qaim ho jata hai. spirit qaim ho jati hai. yani aisa kabhi bhi nahin hota ke mazhab culture ke taur par bhi khatam ho jaye.</w:t>
      </w:r>
    </w:p>
    <w:p>
      <w:pPr>
        <w:jc w:val="right"/>
      </w:pPr>
      <w:r>
        <w:t>یعنی وہ کساوتمطلب کہفارم پر انکامذہب قائمہوجاتاہے۔ اسپیڈقائمہوجاتیہے۔ یعنیایساکبھیبھینہیںہوتاکہ مذہب کلچرکےطورپربھیختمہوجائے۔</w:t>
      </w:r>
    </w:p>
    <w:p>
      <w:r>
        <w:rPr>
          <w:b/>
        </w:rPr>
        <w:t xml:space="preserve">[51:09] </w:t>
      </w:r>
      <w:r>
        <w:t>aisa kabhi nahin ho sakta.</w:t>
      </w:r>
    </w:p>
    <w:p>
      <w:pPr>
        <w:jc w:val="right"/>
      </w:pPr>
      <w:r>
        <w:t>ایساکبھینہیںہوسکتا۔</w:t>
      </w:r>
    </w:p>
    <w:p>
      <w:r>
        <w:rPr>
          <w:b/>
        </w:rPr>
        <w:t xml:space="preserve">[51:11] </w:t>
      </w:r>
      <w:r>
        <w:t>mazhab reduce hokar culture ke form mein toh baqi rehta hai hamesha, har jagah. toh mazhab reduce hote hote hote hote culture ban jata hai.</w:t>
      </w:r>
    </w:p>
    <w:p>
      <w:pPr>
        <w:jc w:val="right"/>
      </w:pPr>
      <w:r>
        <w:t>مذہبریڈیوسہوکرکلچرکےفارممیںتوباقیرہتاہےہمیشہ، ہرجگہ۔ تو مذہبریڈیوسہوتےہوتےہوتےہوتےکلچربنجاتاہے۔</w:t>
      </w:r>
    </w:p>
    <w:p>
      <w:r>
        <w:rPr>
          <w:b/>
        </w:rPr>
        <w:t xml:space="preserve">[51:21] </w:t>
      </w:r>
      <w:r>
        <w:t>toh culture ke taur par baqi rehta hai woh. ab dobara lotana hai is ko spirit wale mazhab ki taraf.</w:t>
      </w:r>
    </w:p>
    <w:p>
      <w:pPr>
        <w:jc w:val="right"/>
      </w:pPr>
      <w:r>
        <w:t>تو کلچرکےطورپرباقیرہتاہےوہ۔ اب دوبارہلوٹاناہےاسکو اسپیٹوالے مذہبکیطرف ۔</w:t>
      </w:r>
    </w:p>
    <w:p>
      <w:r>
        <w:rPr>
          <w:b/>
        </w:rPr>
        <w:t xml:space="preserve">[51:27] </w:t>
      </w:r>
      <w:r>
        <w:t>toh misaal di gayi hai Surah Hadid mein ke is ki misaal aisi hai. is se zameen, zameen bhi aisa hota hai ke dheere dheere woh banjar ho jati hai.</w:t>
      </w:r>
    </w:p>
    <w:p>
      <w:pPr>
        <w:jc w:val="right"/>
      </w:pPr>
      <w:r>
        <w:t>تو مثالدیگئیہے سورہ الحدیدمیں کہ اسکیمثال ایسیہے۔اسسےزمین ،زمین بھیایساہوتاہےکہدھیرےدھیرےوہبنجرہوجاتیہے۔</w:t>
      </w:r>
    </w:p>
    <w:p>
      <w:r>
        <w:rPr>
          <w:b/>
        </w:rPr>
        <w:t xml:space="preserve">[51:39] </w:t>
      </w:r>
      <w:r>
        <w:t>fasal lagne ke qabil nahin rehti. woh toh wahan par kya karna chahiye? wahan par yeh karna chahiye ke woh is ko zameen ko phir se banaya jaye, paani diya jaye, joata jaye, jayen, khoob tayyar kare, phir is mein beej dala jaye.</w:t>
      </w:r>
    </w:p>
    <w:p>
      <w:pPr>
        <w:jc w:val="right"/>
      </w:pPr>
      <w:r>
        <w:t>فصلاگنےکےقابلنہیںرہتی۔وہ تو وہاںپرکیاکرناچاہیے؟ وہاںپریہکرناچاہیےکہوہ اسکو زمین کو پھرسےبنایاجائے، پانیدیاجائے،جوتاجائے، جائے ،خوبتیار کرے،پھراسمیںبیجڈالاجائے۔</w:t>
      </w:r>
    </w:p>
    <w:p>
      <w:r>
        <w:rPr>
          <w:b/>
        </w:rPr>
        <w:t xml:space="preserve">[51:57] </w:t>
      </w:r>
      <w:r>
        <w:t>beej dala jaye, phir is ke baad us waqt fasal niklegi. toh jab qaumon mein yeh daur aa jaye zawal ka toh hangama mat karo, suicide mang mat karo, ladai jhadai mat karo.</w:t>
      </w:r>
    </w:p>
    <w:p>
      <w:pPr>
        <w:jc w:val="right"/>
      </w:pPr>
      <w:r>
        <w:t>بیجڈالاجائے،پھراسکےبعداسوقتفصلنکلےگی۔ تو جب قوموںمیںیہدور آجائے زوالکا تو ہنگامہمتکرو، سوسائیڈمانگمتکرو، لڑائیجھڑائیمتکرو۔</w:t>
      </w:r>
    </w:p>
    <w:p>
      <w:r>
        <w:rPr>
          <w:b/>
        </w:rPr>
        <w:t xml:space="preserve">[52:10] </w:t>
      </w:r>
      <w:r>
        <w:t>is se kuch nahin hone wala hai. afraad ko banao, ek ek person ko, ke mind ko durust karo, soch ko badlo.</w:t>
      </w:r>
    </w:p>
    <w:p>
      <w:pPr>
        <w:jc w:val="right"/>
      </w:pPr>
      <w:r>
        <w:t>اسسےکچھنہیںہونےوالاہے۔ افراد کو بناؤ، ایک ایکپرسن کو ،کے مائنڈکودرستکرو،سوچ کوبد لو۔</w:t>
      </w:r>
    </w:p>
    <w:p>
      <w:r>
        <w:rPr>
          <w:b/>
        </w:rPr>
        <w:t xml:space="preserve">[52:23] </w:t>
      </w:r>
      <w:r>
        <w:t>yeh thinking se in starting point jo hai woh phir se, yani insaan ko badalna. starting point ya starting point, yani kisi aur ko aap blame de kar ke us ke sath ladai shuru kar den.</w:t>
      </w:r>
    </w:p>
    <w:p>
      <w:pPr>
        <w:jc w:val="right"/>
      </w:pPr>
      <w:r>
        <w:t>یہتھنکنگسے ان اسٹارٹنگپوائنٹجوہےوہ پھرسے ،یعنی انسانکوبدلنا۔ اسٹارٹنگپوائنٹیااس ٹارٹنگپوائنٹ،یعنیکسیاورکو آپ بلیمدےکرکےاسکےساتھ لڑائی شروع کردیں۔</w:t>
      </w:r>
    </w:p>
    <w:p>
      <w:r>
        <w:rPr>
          <w:b/>
        </w:rPr>
        <w:t xml:space="preserve">[52:40] </w:t>
      </w:r>
      <w:r>
        <w:t>yani blame others ka zehan jo hai woh is se kuch natija nahin niklega. blame daiseelf se natija niklega. Allah ke fazal se hum wohi kar rahe hain.</w:t>
      </w:r>
    </w:p>
    <w:p>
      <w:pPr>
        <w:jc w:val="right"/>
      </w:pPr>
      <w:r>
        <w:t>یعنیبلیم ادرز کا ذہنجوہےوہ اسسےکچھ ن تیجہنہیںنکلےگا۔ بلیمدائیسیلفسےنتیجہنکلےگا۔ اللہ کےفضلسےہموہیکررہےہیں۔</w:t>
      </w:r>
    </w:p>
    <w:p>
      <w:r>
        <w:rPr>
          <w:b/>
        </w:rPr>
        <w:t xml:space="preserve">[52:51] </w:t>
      </w:r>
      <w:r>
        <w:t>hum mind ki re engineering kar rahe hain, hum re conditioning kar rahe hain, log character ko badal rahe hain. misaal ke taur par dekhiye, hamara super focus rehta hai ke negative thinking bilkul nahin hona chahiye.</w:t>
      </w:r>
    </w:p>
    <w:p>
      <w:pPr>
        <w:jc w:val="right"/>
      </w:pPr>
      <w:r>
        <w:t>ہم مائنڈکیری انجینئرنگکررہےہیں، ہم ریکنڈیشننگکررہےہیں، لوگکریکٹرکوبدلرہےہیں۔ مثالکےطورپردیکھیے، ہمارا اسپرفوکسرہتاہےکہ نیگیٹیوتھنکنگبالکلنہیںہوناچاہیے۔</w:t>
      </w:r>
    </w:p>
    <w:p>
      <w:r>
        <w:rPr>
          <w:b/>
        </w:rPr>
        <w:t xml:space="preserve">[53:05] </w:t>
      </w:r>
      <w:r>
        <w:t>negative thinking aa gayi to aap paradise se mehroom ho jayenge.</w:t>
      </w:r>
    </w:p>
    <w:p>
      <w:pPr>
        <w:jc w:val="right"/>
      </w:pPr>
      <w:r>
        <w:t>نیگیٹیوتھنکنگآئیتوآپپیراڈائزسےمحرومہوجائیںگے۔</w:t>
      </w:r>
    </w:p>
    <w:p>
      <w:r>
        <w:rPr>
          <w:b/>
        </w:rPr>
        <w:t xml:space="preserve">[53:11] </w:t>
      </w:r>
      <w:r>
        <w:t>toh Allah ke fazal se jo log yahan aate hain, barabar woh sab mein negative thinking khatam ho gayi hai. ab woh positive thinking is ke andar aa gayi hai. yeh tareeqa hai.</w:t>
      </w:r>
    </w:p>
    <w:p>
      <w:pPr>
        <w:jc w:val="right"/>
      </w:pPr>
      <w:r>
        <w:t>تواللہ کےفضلسےجولوگیہاںآتےہیں،برابر وہ سب میںنیگیٹیو تھنکنگختمہوگئیہے۔ ابوہپازیٹیوتھنکنگاسکےاندرآگئیہے۔ یہ طریقہہے۔</w:t>
      </w:r>
    </w:p>
    <w:p>
      <w:r>
        <w:rPr>
          <w:b/>
        </w:rPr>
        <w:t xml:space="preserve">[53:21] </w:t>
      </w:r>
      <w:r>
        <w:t>yahi pur musibat dunya mein yeh tareeqa hona chahiye. lekin yeh kaam kab hoga? jab hum isko chhodenge, is soch ko chhodenge ke hum sitam mein hain, hum mazloom hain, hamare khilaf conspiracy ho rahi hai. sab is soch ko band karenge aur yeh jalsa, jaloos, naara, jhanda, is ko band karenge.</w:t>
      </w:r>
    </w:p>
    <w:p>
      <w:pPr>
        <w:jc w:val="right"/>
      </w:pPr>
      <w:r>
        <w:t>یہی پوریمصیبتدنیا میںیہطریقہہوناچاہیے۔ لیکن یہکام کبہوگا؟ جب ہماسکوچھوڑیںگے، اسسوچکوچھوڑیںگےکہہم سیجمیںہیں، ہم مظلوم ہیں، ہمارےخلاف کانسپریسیہورہیہے۔سبیہ اسسوچکوبندکریںگے اور یہ جلسہ،جلوس،نعرہ،جھنڈا،اسکوبندکریںگے۔</w:t>
      </w:r>
    </w:p>
    <w:p>
      <w:r>
        <w:rPr>
          <w:b/>
        </w:rPr>
        <w:t xml:space="preserve">[53:42] </w:t>
      </w:r>
      <w:r>
        <w:t>yeh revolt ho raha hai, is ko band karenge. hangaame jo ho rahe hain, political hangaame, is ko band karenge.</w:t>
      </w:r>
    </w:p>
    <w:p>
      <w:pPr>
        <w:jc w:val="right"/>
      </w:pPr>
      <w:r>
        <w:t>یہ ریولٹہورہاہے، اسکوبندکریںگے۔ ہنگامےجوہورہےہیں،پولیٹیکلہنگامے،اسکوبندکریںگے۔</w:t>
      </w:r>
    </w:p>
    <w:p>
      <w:r>
        <w:rPr>
          <w:b/>
        </w:rPr>
        <w:t xml:space="preserve">[53:49] </w:t>
      </w:r>
      <w:r>
        <w:t>yani parties aur opposition ko band karenge. ek kaam karne ke liye doosre kaam ko chhodna padta hai. yeh sab chhod kar ke phir kya hoga?</w:t>
      </w:r>
    </w:p>
    <w:p>
      <w:pPr>
        <w:jc w:val="right"/>
      </w:pPr>
      <w:r>
        <w:t>یعنیپارٹیزاوراپوزیشنکوبندکریںگے۔ ایک کام کرنےکےلیےدوسرےکامکوچھوڑناپڑتاہے۔ یہسبچھوڑکرکےپھرکیاہوگا؟</w:t>
      </w:r>
    </w:p>
    <w:p>
      <w:r>
        <w:rPr>
          <w:b/>
        </w:rPr>
        <w:t xml:space="preserve">[53:59] </w:t>
      </w:r>
      <w:r>
        <w:t>aap bilkul peaceful tareeqe se logon ko educate karenge, logon ke mind ko phir se positive sochein chalayenge, un ke andar un ke andar character paida karenge.</w:t>
      </w:r>
    </w:p>
    <w:p>
      <w:pPr>
        <w:jc w:val="right"/>
      </w:pPr>
      <w:r>
        <w:t>آپ بالکل پیسفلطریقےسے لوگوںکوایجوکیٹکریںگے، لوگوںکے مائنڈکوپھرسے پازیٹیوسوچلائیںگے،انکےاندر انکےاندرکریکٹرپیداکریںگے۔</w:t>
      </w:r>
    </w:p>
    <w:p>
      <w:r>
        <w:rPr>
          <w:b/>
        </w:rPr>
        <w:t xml:space="preserve">[54:13] </w:t>
      </w:r>
      <w:r>
        <w:t>to individual badlenge, phir society badlegi, tab ja kar system badlega.</w:t>
      </w:r>
    </w:p>
    <w:p>
      <w:pPr>
        <w:jc w:val="right"/>
      </w:pPr>
      <w:r>
        <w:t>تو انڈیویجولبدلیںگے، پھر سوسائٹیبدلےگی، تب جاکر سسٹمبدلےگا۔</w:t>
      </w:r>
    </w:p>
    <w:p>
      <w:r>
        <w:rPr>
          <w:b/>
        </w:rPr>
        <w:t xml:space="preserve">[54:21] </w:t>
      </w:r>
      <w:r>
        <w:t>ab system se ladne se kuch nahi hona. ab aap is waqt kya hain? log system se lad rahe hain, system ke khilaf gun chala rahe hain, system ke khilaf bombing kar rahe hain. is se kuch nahi hone wala hai, kuch bhi nahi hoga.</w:t>
      </w:r>
    </w:p>
    <w:p>
      <w:pPr>
        <w:jc w:val="right"/>
      </w:pPr>
      <w:r>
        <w:t>اب سسٹمسےلڑنےسےکچھنہیںہونا۔ابآپ اسوقت کیاہیں؟لوگسسٹمسےلڑرہےہیں، سسٹمکےخلاف گنچلارہےہیں،سسٹمکےخلاف بمباریکررہےہیں۔ اسسےکچھنہیںہونےوالاہے، کچھ بھینہیںہوگا۔</w:t>
      </w:r>
    </w:p>
    <w:p>
      <w:r>
        <w:rPr>
          <w:b/>
        </w:rPr>
        <w:t xml:space="preserve">[54:32] </w:t>
      </w:r>
      <w:r>
        <w:t>one percent bhi kuch nahi hone wala hai. yeh yehudi karte rahe, ladte phirte rahe, lekin jab unhone chhod diya is ko, is ke baad unhone educational liya Europe mein ja kar ke.</w:t>
      </w:r>
    </w:p>
    <w:p>
      <w:pPr>
        <w:jc w:val="right"/>
      </w:pPr>
      <w:r>
        <w:t>ون پرسنٹبھیکچھنہیںہونےوالاہے۔ یہ یہودیکرتے رہے، لڑتےپھرتےرہے، لیکن جب انہوںنےچھوڑدیا اسکو، اسکےبعد انہوںنےایجوکیشنلیا یورپمیںجاکرکے۔</w:t>
      </w:r>
    </w:p>
    <w:p>
      <w:r>
        <w:rPr>
          <w:b/>
        </w:rPr>
        <w:t xml:space="preserve">[54:45] </w:t>
      </w:r>
      <w:r>
        <w:t>tab un ke andar ek naya daur aaya.</w:t>
      </w:r>
    </w:p>
    <w:p>
      <w:pPr>
        <w:jc w:val="right"/>
      </w:pPr>
      <w:r>
        <w:t>تبانکےاندر ایک نیا دور آیا۔</w:t>
      </w:r>
    </w:p>
    <w:p>
      <w:r>
        <w:rPr>
          <w:b/>
        </w:rPr>
        <w:t xml:space="preserve">[54:49] </w:t>
      </w:r>
      <w:r>
        <w:t>to musalman jo yeh kar rahe hain aaj kal ke har jagah jahan dekhiye, wahan gun culture chala rahe hain, suicide bombing kar rahe hain, logon ko dushman bana kar un ke khilaf ladai chhede hue hain.</w:t>
      </w:r>
    </w:p>
    <w:p>
      <w:pPr>
        <w:jc w:val="right"/>
      </w:pPr>
      <w:r>
        <w:t>تو مس لمانجویہکررہےہیںآجکلکہہرجگہجہاںدیکھیے،وہاں گنکلچرچلارہےہیں، سوسائیڈبمبنگکررہےہیں، لوگوںکودشمنبناکرانکےخلاف لڑائیچھیڑےہوئےہیں۔</w:t>
      </w:r>
    </w:p>
    <w:p>
      <w:r>
        <w:rPr>
          <w:b/>
        </w:rPr>
        <w:t xml:space="preserve">[54:59] </w:t>
      </w:r>
      <w:r>
        <w:t>yeh sab bilkul band karna padega, bilkul ek unilaterally band karna padega. unilateral par, yani unilaterally aap ko band karna padega saari ladai jhagda.</w:t>
      </w:r>
    </w:p>
    <w:p>
      <w:pPr>
        <w:jc w:val="right"/>
      </w:pPr>
      <w:r>
        <w:t>یہسببالکل بندکرناپڑےگا، بالکل ایک یونیلیٹرلطورپربندکرناپڑےگا۔یونی لیٹرل پر، یعنیلیٹرلطورپرآپکو بندکرناپڑےگاساریلڑائیجھگڑا۔</w:t>
      </w:r>
    </w:p>
    <w:p>
      <w:r>
        <w:rPr>
          <w:b/>
        </w:rPr>
        <w:t xml:space="preserve">[55:11] </w:t>
      </w:r>
      <w:r>
        <w:t>theek hai, jihad ka naam dene se woh Islam nahi ban jayega. woh</w:t>
      </w:r>
    </w:p>
    <w:p>
      <w:pPr>
        <w:jc w:val="right"/>
      </w:pPr>
      <w:r>
        <w:t>ٹھیکہے، جہادکانام دینےسےوہ اسلام نہیںبنجائےگا۔وہ</w:t>
      </w:r>
    </w:p>
    <w:p>
      <w:r>
        <w:rPr>
          <w:b/>
        </w:rPr>
        <w:t xml:space="preserve">[55:16] </w:t>
      </w:r>
      <w:r>
        <w:t>yeh jo qaumi ladai hai, is ka naam dekh raha de rakha hai aap ne Islam. to qaumi ladai phir bhi rahegi. woh title badal dene se us ki harkat nahi badal jayegi.</w:t>
      </w:r>
    </w:p>
    <w:p>
      <w:pPr>
        <w:jc w:val="right"/>
      </w:pPr>
      <w:r>
        <w:t>یہجو قومیلڑائیہے، اسکانامدیکھرہا دےرکھاہےآپنےاسلام ۔تو قومیلڑائیپھربھیرہےگی۔وہ ٹائٹلبدلدینےسےاسکی حرکتنہیںبدلجائےگی۔</w:t>
      </w:r>
    </w:p>
    <w:p>
      <w:r>
        <w:rPr>
          <w:b/>
        </w:rPr>
        <w:t xml:space="preserve">[55:29] </w:t>
      </w:r>
      <w:r>
        <w:t>aap title is ko kuch bhi rakhiye, jihad kahiye, muqaddas war kahiye, kuch bhi kahiye, lekin woh phir bhi woh qaumi ladai rahegi. woh</w:t>
      </w:r>
    </w:p>
    <w:p>
      <w:pPr>
        <w:jc w:val="right"/>
      </w:pPr>
      <w:r>
        <w:t>آپٹائٹلاسکوکچھبھیرکھیے،جہادکہیے،مقدسوارکہیے،کچھبھیکہیے،لیکنوہ پھربھیوہ قومیلڑائیرہےگی۔وہ</w:t>
      </w:r>
    </w:p>
    <w:p>
      <w:r>
        <w:rPr>
          <w:b/>
        </w:rPr>
        <w:t xml:space="preserve">[55:37] </w:t>
      </w:r>
      <w:r>
        <w:t>to yeh saari negative activities khatm, tashaddud khatm, ladai jhagda khatm, yeh sab bilkul ek dam ek band karein. unilaterally, unilateral par,</w:t>
      </w:r>
    </w:p>
    <w:p>
      <w:pPr>
        <w:jc w:val="right"/>
      </w:pPr>
      <w:r>
        <w:t>تو یہ ساری نیگیٹیوایکٹیویٹیزختم ،تشددختم ،لڑائیجھگڑاختم، یہ سب بالکل ایکدم ایک بندکردیں۔ی ونیلیٹرلطورپر، یونیلیٹرلطورپر،</w:t>
      </w:r>
    </w:p>
    <w:p>
      <w:r>
        <w:rPr>
          <w:b/>
        </w:rPr>
        <w:t xml:space="preserve">[55:51] </w:t>
      </w:r>
      <w:r>
        <w:t>tab ja kar ke aap aisa kar sakte hain ke woh jo Quran mein bataya gaya hai ke kheti ko banana,</w:t>
      </w:r>
    </w:p>
    <w:p>
      <w:pPr>
        <w:jc w:val="right"/>
      </w:pPr>
      <w:r>
        <w:t>تب جاکرکےآپ ایساکرسکتےہیں کہ وہجو قرآنمیں بتایاگیاہےکہ کھیتیکو بنانا،</w:t>
      </w:r>
    </w:p>
    <w:p>
      <w:r>
        <w:rPr>
          <w:b/>
        </w:rPr>
        <w:t xml:space="preserve">[55:59] </w:t>
      </w:r>
      <w:r>
        <w:t>jis kisan ka farz kiye ke jis kisan ke khet jo hai woh banjar ho gaya ho, ja kar ke case kare, woh court mein, yani court mein ja kar ke case kare, to kya is se ho jayega kuch?</w:t>
      </w:r>
    </w:p>
    <w:p>
      <w:pPr>
        <w:jc w:val="right"/>
      </w:pPr>
      <w:r>
        <w:t>جس کسان کا فرضکیےکہجسکسانکےکھیتجوہے وہ بنجرہوگیاہو، جاکرکیسمقدمہکرے، وہ کریچریمیں، یعنیکورٹمیںجاکرکیسکرے، توکیااسسےہوجائےگاکچھ ؟</w:t>
      </w:r>
    </w:p>
    <w:p>
      <w:r>
        <w:rPr>
          <w:b/>
        </w:rPr>
        <w:t xml:space="preserve">[56:12] </w:t>
      </w:r>
      <w:r>
        <w:t>yani ek kisan hai, uska khet jo hai woh barren ho gaya, barren banjar, fasal lagane ke qabil nahi raha.</w:t>
      </w:r>
    </w:p>
    <w:p>
      <w:pPr>
        <w:jc w:val="right"/>
      </w:pPr>
      <w:r>
        <w:t>یعنی ایک کسان ہے، اسکا کھیتجوہےوہ بیرنہوگیا،بیرن بنجر، فصلاگانےکےقابلنہیںرہا۔</w:t>
      </w:r>
    </w:p>
    <w:p>
      <w:r>
        <w:rPr>
          <w:b/>
        </w:rPr>
        <w:t xml:space="preserve">[56:21] </w:t>
      </w:r>
      <w:r>
        <w:t>ab kisan kya karta hai? ja kar ke court mein case karta hai. to kaise kuch hoga</w:t>
      </w:r>
    </w:p>
    <w:p>
      <w:pPr>
        <w:jc w:val="right"/>
      </w:pPr>
      <w:r>
        <w:t>ابکسانکیا کرتاہے؟ جاکرکے کورٹمیںمقدمہکرتاہے۔ توکیسےکچھہوگا</w:t>
      </w:r>
    </w:p>
    <w:p>
      <w:r>
        <w:rPr>
          <w:b/>
        </w:rPr>
        <w:t xml:space="preserve">[56:27] </w:t>
      </w:r>
      <w:r>
        <w:t>? kuch bhi nahi hoga. hazar saal tak woh case kar ladta rahe court mein, us ki zameen fasal nahi ugaye gi.</w:t>
      </w:r>
    </w:p>
    <w:p>
      <w:pPr>
        <w:jc w:val="right"/>
      </w:pPr>
      <w:r>
        <w:t>؟ کچھبھینہیںہوگا۔ ہزار سالتک وہ کیس کر لڑتارہے کورٹمیں، اسکی زمین فصلنہیںاگائےگی۔</w:t>
      </w:r>
    </w:p>
    <w:p>
      <w:r>
        <w:rPr>
          <w:b/>
        </w:rPr>
        <w:t xml:space="preserve">[56:36] </w:t>
      </w:r>
      <w:r>
        <w:t>us ko to sab jhagde chhod kar ke zameen ko banana padega. yeh musalmanon ka haal hai ke musalmanon ka jo asal kaam hai, woh is ko aane ke liye unhe is chhodna padega. woh ladai jhagde ko,</w:t>
      </w:r>
    </w:p>
    <w:p>
      <w:pPr>
        <w:jc w:val="right"/>
      </w:pPr>
      <w:r>
        <w:t>اسکوتو سب جھگڑےچھوڑکرکے زمین کوبناناپڑےگا۔ یہ مسلمانوںکاحالہے کہمسلمانوںکا جو اصلکامہے،وہ اسکو آنےکےلیےانہیں اسچھوڑناپڑےگا۔وہ لڑائیجھگڑےکو،</w:t>
      </w:r>
    </w:p>
    <w:p>
      <w:r>
        <w:rPr>
          <w:b/>
        </w:rPr>
        <w:t xml:space="preserve">[56:52] </w:t>
      </w:r>
      <w:r>
        <w:t>gun culture khatm, suicide bombing khatm, nafrat khatm, tashaddud khatm, doosron ko blame dena khatm. yeh samajhna ke hum sitam mein hain, yeh khatm.</w:t>
      </w:r>
    </w:p>
    <w:p>
      <w:pPr>
        <w:jc w:val="right"/>
      </w:pPr>
      <w:r>
        <w:t>گنکلچرختم ،سوسائیڈبابنگختم ، نفرتختم ، تشددختم ، دوسروںکوبلیمدیناختم ۔ یہ سمجھناہےکہہمسیجمیںہیں،یہختم۔</w:t>
      </w:r>
    </w:p>
    <w:p>
      <w:r>
        <w:rPr>
          <w:b/>
        </w:rPr>
        <w:t xml:space="preserve">[57:04] </w:t>
      </w:r>
      <w:r>
        <w:t>hum hamare paas, hamare paas size ho rahi hai, yeh khatm. yeh sab cheez bilkul break karna hoga, break karna hoga.</w:t>
      </w:r>
    </w:p>
    <w:p>
      <w:pPr>
        <w:jc w:val="right"/>
      </w:pPr>
      <w:r>
        <w:t>ہم ہمارےپاس، ہمارےپاسسائزہورہیہے،یہختم۔یہسب چیزبالکل بریکرناہوگا،بریکرناہوگا۔</w:t>
      </w:r>
    </w:p>
    <w:p>
      <w:r>
        <w:rPr>
          <w:b/>
        </w:rPr>
        <w:t xml:space="preserve">[57:13] </w:t>
      </w:r>
      <w:r>
        <w:t>tab ek hamein starting point milega.</w:t>
      </w:r>
    </w:p>
    <w:p>
      <w:pPr>
        <w:jc w:val="right"/>
      </w:pPr>
      <w:r>
        <w:t>تب ایکہمیںسٹارٹنگپوائنٹملےگا۔</w:t>
      </w:r>
    </w:p>
    <w:p>
      <w:r>
        <w:rPr>
          <w:b/>
        </w:rPr>
        <w:t xml:space="preserve">[57:18] </w:t>
      </w:r>
      <w:r>
        <w:t>mein khud, yani pehle is soch mein hota tha ke angrez zalim hai aur falan zalim hai, yeh zalim woh zalim. mein isi isi mahaul mein parha parha tha.</w:t>
      </w:r>
    </w:p>
    <w:p>
      <w:pPr>
        <w:jc w:val="right"/>
      </w:pPr>
      <w:r>
        <w:t>میں خود ،یعنی پہلے اسیسوچمیںہوتاتھا کہ انگ ریزظالمہے اور فلاںظالمہے،یہظالموہظالم۔میںاسی اسیماحولمیںپڑھاپڑھاتھا۔</w:t>
      </w:r>
    </w:p>
    <w:p>
      <w:r>
        <w:rPr>
          <w:b/>
        </w:rPr>
        <w:t xml:space="preserve">[57:30] </w:t>
      </w:r>
      <w:r>
        <w:t>phir Allah ta'ala ki tofeeq se maine apni deconditioning ki. to maloom hua ke sab yeh sab bilkul baseless baatein hain. koi zalim nahi hai, koi zalim nahi hai.</w:t>
      </w:r>
    </w:p>
    <w:p>
      <w:pPr>
        <w:jc w:val="right"/>
      </w:pPr>
      <w:r>
        <w:t>پھراللہ تعالیکیتوفیقسےمیںنےاپنیڈیکنڈیشننگکی۔ تومعلومہواکہسبیہسببالکل بیسلیسباتیںہیں۔ کوئیظالمنہیںہے، کوئیظالمنہیںہے۔</w:t>
      </w:r>
    </w:p>
    <w:p>
      <w:r>
        <w:rPr>
          <w:b/>
        </w:rPr>
        <w:t xml:space="preserve">[57:43] </w:t>
      </w:r>
      <w:r>
        <w:t>to jis tarah se maine apni deconditioning ki, us tareeqe se main koshish kar raha hoon isee ke zariye se ke doosron ki deconditioning ho aur unke andar constructive soch aaye, positive soch aaye.</w:t>
      </w:r>
    </w:p>
    <w:p>
      <w:pPr>
        <w:jc w:val="right"/>
      </w:pPr>
      <w:r>
        <w:t>تو جسطرحسےمیںنےاپنیڈیکنڈیشننگکی، اس طریقےسےمیںکوششکررہاہوںاسیکیسکےذریعےسے کہدوسروںکیڈیکنڈیشننگہو اورانکےاندرکنسٹرکٹوسوچآئے،پازیٹیوسوچآئے۔</w:t>
      </w:r>
    </w:p>
    <w:p>
      <w:r>
        <w:rPr>
          <w:b/>
        </w:rPr>
        <w:t xml:space="preserve">[57:54] </w:t>
      </w:r>
      <w:r>
        <w:t>to Allah ke fazl se logon mein tabdeelian ho rahi hain.</w:t>
      </w:r>
    </w:p>
    <w:p>
      <w:pPr>
        <w:jc w:val="right"/>
      </w:pPr>
      <w:r>
        <w:t>تواللہکےفضلسےلوگوںمیںتبدیلیاںہورہیہیں۔</w:t>
      </w:r>
    </w:p>
    <w:p>
      <w:r>
        <w:rPr>
          <w:b/>
        </w:rPr>
        <w:t xml:space="preserve">[57:58] </w:t>
      </w:r>
      <w:r>
        <w:t>isee kaam ko poori ummat ki satah par karna hai,</w:t>
      </w:r>
    </w:p>
    <w:p>
      <w:pPr>
        <w:jc w:val="right"/>
      </w:pPr>
      <w:r>
        <w:t>اسیکام کو پوری امتکیسطح پرکرناہے،</w:t>
      </w:r>
    </w:p>
    <w:p>
      <w:r>
        <w:rPr>
          <w:b/>
        </w:rPr>
        <w:t xml:space="preserve">[58:03] </w:t>
      </w:r>
      <w:r>
        <w:t>poori ummat ki satah par karna hai aur koi doosra tareeqa nahin. Maujooda shakl mein Musalmanon ko starting point nahin maloom ke kahan se, kahan se kaam shuru karein, kahan se kaam shuru karein.</w:t>
      </w:r>
    </w:p>
    <w:p>
      <w:pPr>
        <w:jc w:val="right"/>
      </w:pPr>
      <w:r>
        <w:t>پوری امتکیسطح پرکرناہے اور کوئی دوسراطریقہنہیں۔ موجود ہشکلمیںمسلمانوںکواسٹارٹنگپوائنٹہینہیںمعلومکہکہاںسے،کہاںسےکامشروعکریں، کہاںسےکامشروع کریں۔</w:t>
      </w:r>
    </w:p>
    <w:p>
      <w:r>
        <w:rPr>
          <w:b/>
        </w:rPr>
        <w:t xml:space="preserve">[58:15] </w:t>
      </w:r>
      <w:r>
        <w:t>maine ek qissa bataya tha is se pehle ke main ek Arab mein gaya to ek sahib ne kaha ke "main main banda, hum kahan se shuru karein? " maine kaha shuru yeh karein ke jo kar rahe hain, woh khatam karein. Is ko</w:t>
      </w:r>
    </w:p>
    <w:p>
      <w:pPr>
        <w:jc w:val="right"/>
      </w:pPr>
      <w:r>
        <w:t>میںنےایکقصہبتایاتھااسسےپہلےکہمیںایکعرب میںگیاتوایکصاحبنےکہاکہ "میں میں نبدہ، ہمکہاںسےشروعکریں؟ "میںنےکہاشروعیہکریںکہجوکررہےہیں،وہختمکریں۔اسکو</w:t>
      </w:r>
    </w:p>
    <w:p>
      <w:r>
        <w:rPr>
          <w:b/>
        </w:rPr>
        <w:t xml:space="preserve">[58:27] </w:t>
      </w:r>
      <w:r>
        <w:t>"main banda" ka matlab "from where to begin". Maine kaha yeh sab se pehla kaam hai, yeh jihad khatam karo, ladai bhadai khatam karo, tab nayi beginning hogi.</w:t>
      </w:r>
    </w:p>
    <w:p>
      <w:pPr>
        <w:jc w:val="right"/>
      </w:pPr>
      <w:r>
        <w:t>"میںنبدہ"کامعنی"فرامویئرٹوبگن"۔میںنےکہایہ سبسے پہلاکام ہے،یہجہادختمکرو، لڑائیبھڑائیختمکرو، تب نئیبگننگہوگی۔</w:t>
      </w:r>
    </w:p>
    <w:p>
      <w:r>
        <w:rPr>
          <w:b/>
        </w:rPr>
        <w:t xml:space="preserve">[58:40] </w:t>
      </w:r>
      <w:r>
        <w:t>to khulasa yeh hai ke aap ko sab se pehle janna padega ke humein kahan. Jab aap jaan lein ke humein kahan, tab aap ko starting point milega, nahin to starting point nahin milega. Aap ko</w:t>
      </w:r>
    </w:p>
    <w:p>
      <w:pPr>
        <w:jc w:val="right"/>
      </w:pPr>
      <w:r>
        <w:t>تو خلاصہیہہےکہآپ کو سبسےپہلے جانناپڑےگاکہہمہیںکہاں۔ جب آپ جان لیںکہہمہیںکہاں، تب آپکواسٹارٹنگپوائنٹملےگا، نہیںتواسٹارٹنگپوائنٹہینہیںملےگا۔آپکو</w:t>
      </w:r>
    </w:p>
    <w:p>
      <w:r>
        <w:rPr>
          <w:b/>
        </w:rPr>
        <w:t xml:space="preserve">[58:55] </w:t>
      </w:r>
      <w:r>
        <w:t>hairan pareshan khade rahenge aur is ke liye aap ko bilkul unbiased thinking apne andar paida karni hogi. Abjective tor par cheezon ko dekhna hoga, apne andar realistic approach lana hoga aur cheezon ko qomiy nazr se nahin dekhna hoga, balkeh Quran ki nazr se dekhna hoga.</w:t>
      </w:r>
    </w:p>
    <w:p>
      <w:pPr>
        <w:jc w:val="right"/>
      </w:pPr>
      <w:r>
        <w:t>حیرانپریشانکھڑےرہیںگے اور اسکےلیےآپکو بالکلان بائیتھنکنگاپنےاندرپیدا کرنیہوگی۔ اب جیکٹوطورپرچیزوںکودیکھناہوگا، اپنےاندرریلسٹکاپروچلاناہوگا اورچیزوںکو قومینظرسےنہیںدیکھناہوگا،بلکہ قرآن کینظر سےدیکھناہوگا۔</w:t>
      </w:r>
    </w:p>
    <w:p>
      <w:r>
        <w:rPr>
          <w:b/>
        </w:rPr>
        <w:t xml:space="preserve">[59:15] </w:t>
      </w:r>
      <w:r>
        <w:t>to main dua karta hoon ke Allah ta'ala mujh ko aur aap ko tofeeq de, hum apne ko durust karein aur doosron ko durust karne ki koshish karein. Aqool qawli haza wastaghfirullaha li walakum ajmaeen</w:t>
      </w:r>
    </w:p>
    <w:p>
      <w:pPr>
        <w:jc w:val="right"/>
      </w:pPr>
      <w:r>
        <w:t>تومیں دعاکرتاہوںکہاللہتعالی مجھکواورآپکوتوفیقدے، ہماپنے کودرستکریںاور دوسروںکودرستکرنےکیکوششکریں۔ اقول قولیھذا واستغفر اللہ لیولکماجمعین</w:t>
      </w:r>
    </w:p>
    <w:p>
      <w:r>
        <w:rPr>
          <w:b/>
        </w:rPr>
        <w:t xml:space="preserve">[59:40] </w:t>
      </w:r>
      <w:r>
        <w:t>. Mr. Shahzad Ahmed ne Karachi Pakistan se likha hai: "jin aur jadoo ki haqeeqat kya hai? " aam tor par log kehte hain ke aadmi par jin ut ka asar hota hai,</w:t>
      </w:r>
    </w:p>
    <w:p>
      <w:pPr>
        <w:jc w:val="right"/>
      </w:pPr>
      <w:r>
        <w:t>۔ مسٹر شہ زاد احمد نے کراچی پاکستانسےلکھاہے: "جن اتاور جادوکیحقیقت کیا ہے ؟" عام طور پر لوگ کہتےہیں کہ آدمیپر جن اتکا اثرہوتاہے،</w:t>
      </w:r>
    </w:p>
    <w:p>
      <w:r>
        <w:rPr>
          <w:b/>
        </w:rPr>
        <w:t xml:space="preserve">[59:55] </w:t>
      </w:r>
      <w:r>
        <w:t>lekin doctor kehte hain ke aadmi par jin ut nahin aata, yeh sirf ek psychological bimari hai. Islam viewpoint se is maamle ki haqeeqat kya hai, is ke bare mein bataein.</w:t>
      </w:r>
    </w:p>
    <w:p>
      <w:pPr>
        <w:jc w:val="right"/>
      </w:pPr>
      <w:r>
        <w:t>لیکن ڈاکٹرکہتےہیںکہ آدمیپر جن ات نہیں آتا، یہ صرف ایک سائیکلوجیکل بیماریہے۔ اسلام کپوائنٹآفویوسےاس معاملےکیحقیقتکیا ہے، اسکےبارےمیںبت ائیں۔</w:t>
      </w:r>
    </w:p>
    <w:p>
      <w:r>
        <w:rPr>
          <w:b/>
        </w:rPr>
        <w:t xml:space="preserve">[1:00:10] </w:t>
      </w:r>
      <w:r>
        <w:t>main to is maamle mein doctoron ki baaton ko sahi samajhta hoon aur jo aam mein mashhoor hai, main us ko nahin manta.</w:t>
      </w:r>
    </w:p>
    <w:p>
      <w:pPr>
        <w:jc w:val="right"/>
      </w:pPr>
      <w:r>
        <w:t>میں تواسمعاملےمیں ڈاکٹروںکیباتوںکوصحیحسمجھتاہوں اور جو عاممیںمشہورہے، میںاسکونہیںمانتا۔</w:t>
      </w:r>
    </w:p>
    <w:p>
      <w:r>
        <w:rPr>
          <w:b/>
        </w:rPr>
        <w:t xml:space="preserve">[1:00:21] </w:t>
      </w:r>
      <w:r>
        <w:t>dekhiye, jinnaat ka wajood hai bilashubah, lekin Quran mein hai ke "la yusallat alaihim min sultaan" ke jin ut ko aap ke upar koi taqat hasil nahin hai.</w:t>
      </w:r>
    </w:p>
    <w:p>
      <w:pPr>
        <w:jc w:val="right"/>
      </w:pPr>
      <w:r>
        <w:t>دیکھیے،جنات کاوجود ہے بلاشبہ، لیکن قرآنمیںہے کہ "لی سلکعلیہممنسلطان" کہجن اتکو آپ کےاوپرکوئی طاقت حاصل نہیںہے۔</w:t>
      </w:r>
    </w:p>
    <w:p>
      <w:r>
        <w:rPr>
          <w:b/>
        </w:rPr>
        <w:t xml:space="preserve">[1:00:35] </w:t>
      </w:r>
      <w:r>
        <w:t>saaf saaf likha hai ke "lais salat" ke jin ut ko aap par koi taqat nahin hai. To hum kaise maan lein? Is mein jo science ka nuqta nazar hai, jo medical science jo kehti hai, wahi sahi hai.</w:t>
      </w:r>
    </w:p>
    <w:p>
      <w:pPr>
        <w:jc w:val="right"/>
      </w:pPr>
      <w:r>
        <w:t>صافصافلکھاہےکہ"لیسصالح" کہ جن اتکوآپپرکوئیطاقتنہیں ہے۔ توہمکیسےمانلیں؟ اسمیںجوسائنسکانقطہنظرہے،جومیڈیکلسائنسجوکہتیہے،وہیصحیحہے۔</w:t>
      </w:r>
    </w:p>
    <w:p>
      <w:r>
        <w:rPr>
          <w:b/>
        </w:rPr>
        <w:t xml:space="preserve">[1:00:47] </w:t>
      </w:r>
      <w:r>
        <w:t>awam jo samajhte hain, woh superstition hai, to hum uthein, is se aap ki koi haqeeqat nahin hai.</w:t>
      </w:r>
    </w:p>
    <w:p>
      <w:pPr>
        <w:jc w:val="right"/>
      </w:pPr>
      <w:r>
        <w:t>عوامجوسمجھتےہیں،وہسپریسیشنہے، توہم اتہیں، اسسےآپکیکوئیحقیقتنہیںہے۔</w:t>
      </w:r>
    </w:p>
    <w:p>
      <w:r>
        <w:rPr>
          <w:b/>
        </w:rPr>
        <w:t xml:space="preserve">[1:00:56] </w:t>
      </w:r>
      <w:r>
        <w:t>Mr. Mazhar ne Delhi se likha hai: "jaisa ke aap ne samjhaya kaha agar kisi insaan par kisi doosre insaan ki wajah se koi pareshani aa rahi hai to hum kisi doosre ko is pareshani ka zimmedar na thahrein,</w:t>
      </w:r>
    </w:p>
    <w:p>
      <w:pPr>
        <w:jc w:val="right"/>
      </w:pPr>
      <w:r>
        <w:t>مسٹرمظہرنے دلیسے لکھاہے: "جیساکہآپنے سمجھایا کہاگر کسی انسان پر کسی دوسرےانسان کیوجہ سےکوئی پریشانی آرہیہے توہم کسی دوسرےکو اس پریشانیکا ذمہدار نہ ٹھہرائیں،</w:t>
      </w:r>
    </w:p>
    <w:p>
      <w:r>
        <w:rPr>
          <w:b/>
        </w:rPr>
        <w:t xml:space="preserve">[1:01:15] </w:t>
      </w:r>
      <w:r>
        <w:t>balkeh is pareshani ko hum apni taqdeer samjhein aur apna islaah karein aur sabr karke use kuch seekhein.</w:t>
      </w:r>
    </w:p>
    <w:p>
      <w:pPr>
        <w:jc w:val="right"/>
      </w:pPr>
      <w:r>
        <w:t>بلکہاس پریشانیکوہم اپنی تقدیرسمجھیں اور اپنا اصلاحکریں اور صبرکرکے اسے کچھ سیکھیں۔</w:t>
      </w:r>
    </w:p>
    <w:p>
      <w:r>
        <w:rPr>
          <w:b/>
        </w:rPr>
        <w:t xml:space="preserve">[1:01:24] </w:t>
      </w:r>
      <w:r>
        <w:t>kya hum ise Allah ki taraf se apni taqdeer samjhein? Yeh kya sahi hai? "nahin, taqdeer to maine kaha nahin, yeh to aap hi istemal kar lein taqdeer.</w:t>
      </w:r>
    </w:p>
    <w:p>
      <w:pPr>
        <w:jc w:val="right"/>
      </w:pPr>
      <w:r>
        <w:t>کیاہم اسے اللہ کیطرف سے اپنی تقدیر سمجھیں ؟یہکیا صحیحہے ؟ "نہیں،تقدیرتومیںنےکہانہیں، یہتوآپہیاستعمال کرلیںت قدیر۔</w:t>
      </w:r>
    </w:p>
    <w:p>
      <w:r>
        <w:rPr>
          <w:b/>
        </w:rPr>
        <w:t xml:space="preserve">[1:01:36] </w:t>
      </w:r>
      <w:r>
        <w:t>maine kaha hai ke aap apni aap ki galat planning, aap ki galat strategy ka nateeja hota hai. Woh main taqdeer ka lafz nahin istemal kiya.</w:t>
      </w:r>
    </w:p>
    <w:p>
      <w:pPr>
        <w:jc w:val="right"/>
      </w:pPr>
      <w:r>
        <w:t>میںنے کہاہےکہآپ اپنی آپ کی غلطپلاننگ ،آپ کیغلط اسٹریٹجی کانتیجہہوتاہے۔ وہ میں تقدیرکالفظنہیںاستعمالکیا۔</w:t>
      </w:r>
    </w:p>
    <w:p>
      <w:r>
        <w:rPr>
          <w:b/>
        </w:rPr>
        <w:t xml:space="preserve">[1:01:49] </w:t>
      </w:r>
      <w:r>
        <w:t>Quran mein dekhein, bohat hi wazeh ayat hai: "wa ma asabakum min musibatin fa bima kasabat aydikum" ke jo museebat bhi padti hai tumhare upar, woh sab kuch tumhare apne kiye ka nateeja hoti hai,</w:t>
      </w:r>
    </w:p>
    <w:p>
      <w:pPr>
        <w:jc w:val="right"/>
      </w:pPr>
      <w:r>
        <w:t>قرآنمیںدیکھیں،بہت ہیواضح آیتہے: "ومااصابکممنمصیبت فما کسبتایدیکم" کہجو مصیبت بھی پڑتیہےتمہارےاوپر،وہسب کچھتمہارےاپنے کیےکانتیجہہوتیہے،</w:t>
      </w:r>
    </w:p>
    <w:p>
      <w:r>
        <w:rPr>
          <w:b/>
        </w:rPr>
        <w:t xml:space="preserve">[1:02:04] </w:t>
      </w:r>
      <w:r>
        <w:t>apne kiye ka nateeja hota hai, self made hoti hai. Woh maine yeh kaha hai. To jab bhi aap ko koi nuqsan ho, koi museebat pade to apne andar is ka sabab dhoondhein.</w:t>
      </w:r>
    </w:p>
    <w:p>
      <w:pPr>
        <w:jc w:val="right"/>
      </w:pPr>
      <w:r>
        <w:t>اپنے کیےکانتیجہہوتاہے، سیلفمیڈہوتیہے۔وہ میںنےیہکہاہے۔ تو جب بھیآپ کوکوئینقصانہو ، کوئی مصیبتپڑےتو اپنےاندراسکاسببڈھونڈیے۔</w:t>
      </w:r>
    </w:p>
    <w:p>
      <w:r>
        <w:rPr>
          <w:b/>
        </w:rPr>
        <w:t xml:space="preserve">[1:02:19] </w:t>
      </w:r>
      <w:r>
        <w:t>kisi aur ko zalim bata kar ke, kisi aur ke khilaf keh kar ke woh size kar raha hai, yeh sab galat baatein hain. Koi is duniya mein kisi ka dushman nahin hai, aap khud apne dushman hain.</w:t>
      </w:r>
    </w:p>
    <w:p>
      <w:pPr>
        <w:jc w:val="right"/>
      </w:pPr>
      <w:r>
        <w:t>کسی اورکو ظالم بتاکرکے ،کسی اورکےخلاف کہہکےکہوہ سائزکررہاہے، یہسبغلطباتیںہیں۔ کوئی اسدنیا میںکسی کادشمننہیںہے، آپ خود اپنےدشمنہیں۔</w:t>
      </w:r>
    </w:p>
    <w:p>
      <w:r>
        <w:rPr>
          <w:b/>
        </w:rPr>
        <w:t xml:space="preserve">[1:02:33] </w:t>
      </w:r>
      <w:r>
        <w:t>har aadmi khud apne kaam ko bigaadta hai aur is ka zimmedar doosron ko batane lagta hai. Yeh maine kaha hai.</w:t>
      </w:r>
    </w:p>
    <w:p>
      <w:pPr>
        <w:jc w:val="right"/>
      </w:pPr>
      <w:r>
        <w:t>ہرآدمی خود اپنے کامکوبگاڑتاہے اور اسکا ذمہداردوسروںکوبتانےلگتاہے۔ یہ میںنےکہاہے۔</w:t>
      </w:r>
    </w:p>
    <w:p>
      <w:r>
        <w:rPr>
          <w:b/>
        </w:rPr>
        <w:t xml:space="preserve">[1:02:46] </w:t>
      </w:r>
      <w:r>
        <w:t>Mr. Adnan Khan ne Delhi se likha hai: "Maulana, why is it difficult for Muslims to understand that to do our work? Political establishment of Muslim rule is not important." Yeh sab deconditioning ki wajah se hai.</w:t>
      </w:r>
    </w:p>
    <w:p>
      <w:pPr>
        <w:jc w:val="right"/>
      </w:pPr>
      <w:r>
        <w:t>مسٹر عدنان خان نے دلیسےلکھاہے: "مول انا، وائیازاٹڈیفیکلٹ فار مسلمز ٹوانڈرسٹینڈ دیٹٹوڈو داور ورک ؟پولیٹیکل اسٹیبلشمنٹ آف مسلم رولازناٹامپورٹنٹ۔" یہسبڈیکنڈیشننگکیوجہسےہے۔</w:t>
      </w:r>
    </w:p>
    <w:p>
      <w:r>
        <w:rPr>
          <w:b/>
        </w:rPr>
        <w:t xml:space="preserve">[1:03:07] </w:t>
      </w:r>
      <w:r>
        <w:t>main khud is mein phansa tha pehle</w:t>
      </w:r>
    </w:p>
    <w:p>
      <w:pPr>
        <w:jc w:val="right"/>
      </w:pPr>
      <w:r>
        <w:t>میںخود اسیمیںپھنساتھاپہلے</w:t>
      </w:r>
    </w:p>
    <w:p>
      <w:r>
        <w:rPr>
          <w:b/>
        </w:rPr>
        <w:t xml:space="preserve">[1:03:12] </w:t>
      </w:r>
      <w:r>
        <w:t>kyunke dekhiye, yeh chaltaa kis se? kahan se</w:t>
      </w:r>
    </w:p>
    <w:p>
      <w:pPr>
        <w:jc w:val="right"/>
      </w:pPr>
      <w:r>
        <w:t>کیونکہ دیکھیے، یہچلتاک سسے؟کہاںسے</w:t>
      </w:r>
    </w:p>
    <w:p>
      <w:r>
        <w:rPr>
          <w:b/>
        </w:rPr>
        <w:t xml:space="preserve">[1:03:16] </w:t>
      </w:r>
      <w:r>
        <w:t>?jab musalmanon ka empire toota. abhi bhi musalman ek choti si hukumat mein hain, 5 7, lekin empire to nahin hai. to ek zaman tha ke musalmanon ka empire tha, yaani satveen sadi tak.</w:t>
      </w:r>
    </w:p>
    <w:p>
      <w:pPr>
        <w:jc w:val="right"/>
      </w:pPr>
      <w:r>
        <w:t>؟جب مس لمانوںکاایمپائرٹوٹا ۔ ابھیبھیمسلمانایکچھوٹیسی حکومت یںہیں،5 7 ،لیکن ایمپائرتونہیںہے۔ توایکزمان ہتھاکہمسلمانوںکاایمپائرتھا، یعنیسترویںصدی تک ۔</w:t>
      </w:r>
    </w:p>
    <w:p>
      <w:r>
        <w:rPr>
          <w:b/>
        </w:rPr>
        <w:t xml:space="preserve">[1:03:31] </w:t>
      </w:r>
      <w:r>
        <w:t>to empire jab toota to bas musalman isi ko regain karne ke liye ladai bhidai karna shuru kar diya</w:t>
      </w:r>
    </w:p>
    <w:p>
      <w:pPr>
        <w:jc w:val="right"/>
      </w:pPr>
      <w:r>
        <w:t>تو ایمپائرجبٹوٹاتو بس مس لمان اسی کو ریگینکرنےکےلیے لڑائیبھڑائیکرناشروعکردیا</w:t>
      </w:r>
    </w:p>
    <w:p>
      <w:r>
        <w:rPr>
          <w:b/>
        </w:rPr>
        <w:t xml:space="preserve">[1:03:37] </w:t>
      </w:r>
      <w:r>
        <w:t>. unhon ne samajhte hain ke bas ek ek ek kitaab chhapi hai Pakistan se, is mein bataya hai woh saare area jo mughal hukumat ke zamaney mein, abbasi hukumat ke zamaney mein aur turkon ke hukumat ke zamaney mein musalmanon ke yaani matahat the, woh sab hamari jaidad hain.</w:t>
      </w:r>
    </w:p>
    <w:p>
      <w:pPr>
        <w:jc w:val="right"/>
      </w:pPr>
      <w:r>
        <w:t>۔انہوںنے سمجھتےہیںکہبس ایک ایک ایک کتاب چھپیہے پاکستانسے،اسمیںبتایاہےوہسارے ایریا جو مغلحکومت کےزمان ےمیں، عباسی حکومت کےزمان ےمیں اورترکوںکےحکومت کےزمانےمیں مسلمانوںکے یعنی ماتحتتھے،وہسبہماریجائیدادہیں۔</w:t>
      </w:r>
    </w:p>
    <w:p>
      <w:r>
        <w:rPr>
          <w:b/>
        </w:rPr>
        <w:t xml:space="preserve">[1:03:55] </w:t>
      </w:r>
      <w:r>
        <w:t>humein phir se unhein hasil karna chahiye. jab aam makanah baat hai to</w:t>
      </w:r>
    </w:p>
    <w:p>
      <w:pPr>
        <w:jc w:val="right"/>
      </w:pPr>
      <w:r>
        <w:t>ہمیںپھرسےانہیںحاصلکرناچاہیے۔ جب عام مکانہباتہے تو</w:t>
      </w:r>
    </w:p>
    <w:p>
      <w:r>
        <w:rPr>
          <w:b/>
        </w:rPr>
        <w:t xml:space="preserve">[1:04:01] </w:t>
      </w:r>
      <w:r>
        <w:t>to musalmanon ki soch jo hai, woh kya hui? ke beech mein atak gayi, yaani political jo history thi, us par atak gayi.</w:t>
      </w:r>
    </w:p>
    <w:p>
      <w:pPr>
        <w:jc w:val="right"/>
      </w:pPr>
      <w:r>
        <w:t>تو مس لمانوںکی سوچ جوہے، وہ کیا ہوئی ؟کہ بیچ میں اٹکگئی، یعنی پولیٹیکل جوہسٹریتھی،اسپراٹکگئی۔</w:t>
      </w:r>
    </w:p>
    <w:p>
      <w:r>
        <w:rPr>
          <w:b/>
        </w:rPr>
        <w:t xml:space="preserve">[1:04:10] </w:t>
      </w:r>
      <w:r>
        <w:t>musalmanon ko chahiye tha paise jaate, paise jaate, paise jaate, yaani Rasool Allah (SAW) ke zamaney mein ja kar sochte ke karna kya hai. to phir hum se ek daur karna hai.</w:t>
      </w:r>
    </w:p>
    <w:p>
      <w:pPr>
        <w:jc w:val="right"/>
      </w:pPr>
      <w:r>
        <w:t>مس لمانوںکوچاہیےتھاپیسےجاتے،پیسےجاتے،پیسےجاتے، یعنی رسولاللہصلیاللہعلیہوسلمکےزمانےمیںجاکرسوچتےکہ کرناکیا ہے۔ توپھرہمسےایکداورکرناہے۔</w:t>
      </w:r>
    </w:p>
    <w:p>
      <w:r>
        <w:rPr>
          <w:b/>
        </w:rPr>
        <w:t xml:space="preserve">[1:04:22] </w:t>
      </w:r>
      <w:r>
        <w:t>ab woh zamanah to chhoot chuka tha un se.</w:t>
      </w:r>
    </w:p>
    <w:p>
      <w:pPr>
        <w:jc w:val="right"/>
      </w:pPr>
      <w:r>
        <w:t>اب وہزمانہتوچھوٹچکاتھاانسے ۔</w:t>
      </w:r>
    </w:p>
    <w:p>
      <w:r>
        <w:rPr>
          <w:b/>
        </w:rPr>
        <w:t xml:space="preserve">[1:04:25] </w:t>
      </w:r>
      <w:r>
        <w:t>ab jo zamanah tha, wohi jo jo koi immediate jo past thi, immediate maazi, immediate past, is mein phans kar reh gaye ke humein political empire phir se qaim karna hai.</w:t>
      </w:r>
    </w:p>
    <w:p>
      <w:pPr>
        <w:jc w:val="right"/>
      </w:pPr>
      <w:r>
        <w:t>ابجوزمان ہتھا،وہیجو جو کوئیامیڈیٹجوپاسٹتھی،امیڈیٹماضی، امیڈیٹپاسٹ، اسیمیںپھنسکررہگئے کہہمیںپولیٹیکلایمپائرپھرسےقائمکرناہے۔</w:t>
      </w:r>
    </w:p>
    <w:p>
      <w:r>
        <w:rPr>
          <w:b/>
        </w:rPr>
        <w:t xml:space="preserve">[1:04:35] </w:t>
      </w:r>
      <w:r>
        <w:t>ab saari dunya musalmanon ki soch kya hai? khilafat, khilafat, khilafat. kuch log actively anwaal wahin is mein, kuch isi ko sochte hain. to musalmanon ka jo main kahoon ga ke musalmanon ki jo psyche hai, musalmanon ki soch hai, woh bani hai un ki political history se, Islam se nahin bani hai.</w:t>
      </w:r>
    </w:p>
    <w:p>
      <w:pPr>
        <w:jc w:val="right"/>
      </w:pPr>
      <w:r>
        <w:t>ابساریدنیا مسلمانوںکیسوچکیاہے؟ خلافت،خلافت،خلافت۔ کچھلوگ ایکٹیولیانوالوہیںاسمیں، کچھاسیکوسوچتےہیں۔ تو مسلمانوںکاجو میںکہوںگاکہمسلمانوںکیجو سائیکیہے، مسلمانوںکیسوچہے،وہبنیہےانکیپولیٹیکلہسٹریسے، اسلام سےنہیںبنی ہے۔</w:t>
      </w:r>
    </w:p>
    <w:p>
      <w:r>
        <w:rPr>
          <w:b/>
        </w:rPr>
        <w:t xml:space="preserve">[1:04:52] </w:t>
      </w:r>
      <w:r>
        <w:t>kyun ke jab unhon ne dekha ke jo log paida hue the political empire ke zamaney mein aur unhon ne dekha ke woh toota, woh sab to wohi baatein agli agli nasal kehne lage. woh</w:t>
      </w:r>
    </w:p>
    <w:p>
      <w:pPr>
        <w:jc w:val="right"/>
      </w:pPr>
      <w:r>
        <w:t>کیونکہجبانہوںنےدیکھا کہجولوگ پیدا ہوئے تھے پولیٹیکلایمپائرکےزمان ےمیں اورانہوںنےدیکھاکہوہ ٹوٹگیا،وہسب تو وہیباتیں اگلی اگلینسلکہنےلگے۔وہ</w:t>
      </w:r>
    </w:p>
    <w:p>
      <w:r>
        <w:rPr>
          <w:b/>
        </w:rPr>
        <w:t xml:space="preserve">[1:05:04] </w:t>
      </w:r>
      <w:r>
        <w:t>yeh jo log paida hue the mughal empire ke zamaney mein ya usmani empire ke zamaney mein ya aur doosri hukumaton ke zamaney mein, to un ki jab tooti woh to agli jo un ke jo bade the, un ke pote the, wohi woh kahaniyan batane lage. woh to woh bhi samjhe ke bas sab se badi cheez yahi hai.</w:t>
      </w:r>
    </w:p>
    <w:p>
      <w:pPr>
        <w:jc w:val="right"/>
      </w:pPr>
      <w:r>
        <w:t>یہجولوگپیدا ہوئےتھے مغلایمپائرکےزمان ےمیں یا عثمانی ایمپائرکےزمان ےمیں یااوردوسریحکومت وںکےزمانےمیں،توانکی جب ٹوٹیوہ تو اگلیجوانکے جوبڑےتھے،انکےپوتےتھے،وہی وہیکہانیاںبتانے لگے۔وہ تو وہبھیسمجھےکہبسسبسےبڑیچیزیہیہے۔</w:t>
      </w:r>
    </w:p>
    <w:p>
      <w:r>
        <w:rPr>
          <w:b/>
        </w:rPr>
        <w:t xml:space="preserve">[1:05:25] </w:t>
      </w:r>
      <w:r>
        <w:t>to yeh generation generation wohi chalta raha silsila.</w:t>
      </w:r>
    </w:p>
    <w:p>
      <w:pPr>
        <w:jc w:val="right"/>
      </w:pPr>
      <w:r>
        <w:t>تو یہ جنریشنفیجنریشنوہی چلتارہاسلس</w:t>
      </w:r>
    </w:p>
    <w:p>
      <w:r>
        <w:rPr>
          <w:b/>
        </w:rPr>
        <w:t xml:space="preserve">[1:05:28] </w:t>
      </w:r>
      <w:r>
        <w:t>to musalman kat gaye Rasool ke zamaney se aur jud gaye political history se. woh to ek lafz mein kahoon ga ke musalmanon ki aaj ki jo soch hai, woh drive woh hai.</w:t>
      </w:r>
    </w:p>
    <w:p>
      <w:pPr>
        <w:jc w:val="right"/>
      </w:pPr>
      <w:r>
        <w:t>لہ۔ تو مسلمان کٹگئے رسولکےزمان ےسے اور جڑگئے پولیٹیکل ہسٹریسے۔وہ تو ایک لفظمیںکہوںگاکہمسلمانوںکیآجکیجوسوچہے،وہ ڈرائیوہے۔</w:t>
      </w:r>
    </w:p>
    <w:p>
      <w:r>
        <w:rPr>
          <w:b/>
        </w:rPr>
        <w:t xml:space="preserve">[1:05:41] </w:t>
      </w:r>
      <w:r>
        <w:t>It is, it is driven, yaani political Muslim mind is driven from their political history.</w:t>
      </w:r>
    </w:p>
    <w:p>
      <w:pPr>
        <w:jc w:val="right"/>
      </w:pPr>
      <w:r>
        <w:t>اٹاز،اٹاز ڈرائیو،یعنیپولیٹیکل مسلم مائنڈازڈرائیوفر ام دیرپولیٹیکلہسٹری۔</w:t>
      </w:r>
    </w:p>
    <w:p>
      <w:r>
        <w:rPr>
          <w:b/>
        </w:rPr>
        <w:t xml:space="preserve">[1:05:48] </w:t>
      </w:r>
      <w:r>
        <w:t>is not drive from from the period of of Sahaba. to musalmanon ki jo is waqt jo soch hai, woh woh drive hai, woh le gayi hai, woh un ki political history se.</w:t>
      </w:r>
    </w:p>
    <w:p>
      <w:pPr>
        <w:jc w:val="right"/>
      </w:pPr>
      <w:r>
        <w:t>از ناٹڈرائیوفرام فرامدی پیریڈاف اف صح ابہ۔ تو مسلمانوںکیجو اسوقت جوسوچہے،وہ وہڈ رائیو ڈہے،وہلیگئیہے، وہ انکیپولیٹیکلہسٹریسے۔</w:t>
      </w:r>
    </w:p>
    <w:p>
      <w:r>
        <w:rPr>
          <w:b/>
        </w:rPr>
        <w:t xml:space="preserve">[1:06:03] </w:t>
      </w:r>
      <w:r>
        <w:t>to political history jab un ka empire banta tha to ab to unhein bas hukumat karni thi, dawat karni nahin thi un ko. ab woh samajh gaye ke jo ab jo equation bana, Rasool Allah (SAW) ke zamaney mein jo equation tha, woh da'i mad'u ka ek equation tha.</w:t>
      </w:r>
    </w:p>
    <w:p>
      <w:pPr>
        <w:jc w:val="right"/>
      </w:pPr>
      <w:r>
        <w:t>تو پولیٹیکلہسٹریجب انکاایمپائربناتھاتو اب تو انہیں بس حکومت یںکرناتھا، دعوتکرنانہیںتھاانکو۔ ابوہسمجھگئےکہجو ابجو ایکویشنبنا ،رسولاللہکےزمانےمیںجوایکویشنتھا،وہداعیمدعوکا ایکایکویشنتھا۔</w:t>
      </w:r>
    </w:p>
    <w:p>
      <w:r>
        <w:rPr>
          <w:b/>
        </w:rPr>
        <w:t xml:space="preserve">[1:06:18] </w:t>
      </w:r>
      <w:r>
        <w:t>hum da'i hain aur doosre mad'u hain. ab jo equation bana, woh tha ruler and ruled, ruler and ruled. yeh equation bana. isi equation mein musalman jeete rahe, aaj tak isi mein jeh rahe hain. woh ab, ab, ab is ka ek hi haliya hai ke hum is, is, is jo hamare aur Rasool ke beech mein jo jo history hai, is ko hatayein.</w:t>
      </w:r>
    </w:p>
    <w:p>
      <w:pPr>
        <w:jc w:val="right"/>
      </w:pPr>
      <w:r>
        <w:t>ہمداعیہیںاوردوسرےمدعوہیں۔ ابجوایکویشنبنا،وہتھا ر ولراینڈرولڈ،رولراینڈرولڈ۔ یہایکویشنبنا۔ اسیایکویشنمیںمسلمانجیتےرہے ،آجتکاسیمیںجیرہےہیں۔وہ اب ،اب ، اب اسکا ایکہیحلیہہےکہہم اس،اس،اسجو ہمارے اوررسولکےبیچمیںجو جو ہسٹریہے،اسکوہٹائیں۔</w:t>
      </w:r>
    </w:p>
    <w:p>
      <w:r>
        <w:rPr>
          <w:b/>
        </w:rPr>
        <w:t xml:space="preserve">[1:06:42] </w:t>
      </w:r>
      <w:r>
        <w:t>yaani aaj ka jo musalman hai, is ke aur Rasool ke beech mein ek ek political history buffer ban gayi hai. is buffer ko hatayein, tab hum samajh payenge Islam kya hai, tab dawat ki ahmiyat ko samjhenge. hum</w:t>
      </w:r>
    </w:p>
    <w:p>
      <w:pPr>
        <w:jc w:val="right"/>
      </w:pPr>
      <w:r>
        <w:t>یعنیآجکاجومسلمانہے، اسکے اوررسولکےبیچمیںایک ایک پولیٹیکل ہسٹری بفربنگئیہے۔اسبفرکوہٹائیں، تبہمسمجھپائیںگےاسلام کیاہے، تب دعوتکیاہمیتکوسمجھیںگے۔ہم</w:t>
      </w:r>
    </w:p>
    <w:p>
      <w:r>
        <w:rPr>
          <w:b/>
        </w:rPr>
        <w:t xml:space="preserve">[1:07:00] </w:t>
      </w:r>
      <w:r>
        <w:t>Mus Aisha ne Dilli se likha hai: "Maulana, in chapter number five, verse number 5 1 of Quran, it is mentioned: believers do not take the Jews and Christians as allies.</w:t>
      </w:r>
    </w:p>
    <w:p>
      <w:pPr>
        <w:jc w:val="right"/>
      </w:pPr>
      <w:r>
        <w:t>مس عائشہنے دلیسے لکھاہے: "مولانا، ان چیپٹر نمبر فائیو، ورسنمبر 5 1 اف قرآن، اٹاز مینشنڈ: بیلیورز ڈوناٹٹیکدا جیوز اینڈکرسچنز ایز ال ائز ۔</w:t>
      </w:r>
    </w:p>
    <w:p>
      <w:r>
        <w:rPr>
          <w:b/>
        </w:rPr>
        <w:t xml:space="preserve">[1:07:17] </w:t>
      </w:r>
      <w:r>
        <w:t>they are allies with one another. Kindly explain this verse." Dekhiye, yeh ayat nikli, aayi thi Madinah ke zamaney mein, jab</w:t>
      </w:r>
    </w:p>
    <w:p>
      <w:pPr>
        <w:jc w:val="right"/>
      </w:pPr>
      <w:r>
        <w:t>دےار ال ائز ود ون انادر ۔ کائنڈلیایکسپلین دسورس۔ "دیکھیے،یہ آیت نکلی، اتریتھی مدینہکےزمان ےمیں، جب</w:t>
      </w:r>
    </w:p>
    <w:p>
      <w:r>
        <w:rPr>
          <w:b/>
        </w:rPr>
        <w:t xml:space="preserve">[1:07:28] </w:t>
      </w:r>
      <w:r>
        <w:t>musalman wahan, wahan jab state of war qaim ho chuki thi. state of war, yeh state of war ki baat hai. yeh yeh koi abadi, yeh hamesha ki taleem nahin hai.</w:t>
      </w:r>
    </w:p>
    <w:p>
      <w:pPr>
        <w:jc w:val="right"/>
      </w:pPr>
      <w:r>
        <w:t>مسلمان وہاں،وہاںجباسٹیٹاف وارقائمہوچکیتھی۔ اسٹیٹافوار، یہاسٹیٹافوارکیباتہے۔یہ یہکوئی ابدی، یہہمیشہکیتعلیم نہیںہے۔</w:t>
      </w:r>
    </w:p>
    <w:p>
      <w:r>
        <w:rPr>
          <w:b/>
        </w:rPr>
        <w:t xml:space="preserve">[1:07:39] </w:t>
      </w:r>
      <w:r>
        <w:t>yeh aisa har giz nahin hai.</w:t>
      </w:r>
    </w:p>
    <w:p>
      <w:pPr>
        <w:jc w:val="right"/>
      </w:pPr>
      <w:r>
        <w:t>یہ ایساہرگزنہیںہے۔</w:t>
      </w:r>
    </w:p>
    <w:p>
      <w:r>
        <w:rPr>
          <w:b/>
        </w:rPr>
        <w:t xml:space="preserve">[1:07:45] </w:t>
      </w:r>
      <w:r>
        <w:t>aaj state of war hai nahin, yeh to doosri ladai musalman lad rahe hain khwamkhwah. to state of war mein dekhein, yeh hota hai ke bahut zyada importance hoti hai ke secrecy baqi rahe,</w:t>
      </w:r>
    </w:p>
    <w:p>
      <w:pPr>
        <w:jc w:val="right"/>
      </w:pPr>
      <w:r>
        <w:t>آجاسٹیٹافوارہےہینہیں،یہتودواسیکیلڑائیمسلمانلڑرہےہیںخوامخواہ۔ تو اسٹیٹاف وار میںدیکھیں، یہہوتاہےکہ بہت زیادہ امپورٹنسیہہوتیہےکہسیکریسیباقیرہے،</w:t>
      </w:r>
    </w:p>
    <w:p>
      <w:r>
        <w:rPr>
          <w:b/>
        </w:rPr>
        <w:t xml:space="preserve">[1:07:57] </w:t>
      </w:r>
      <w:r>
        <w:t>secrets idhar se udhar na chale jayein. to is mein aisa hamesha kiya aata hai? secret, yaani jo hote hain military secret, is ko idhar se udhar na jaane payein.</w:t>
      </w:r>
    </w:p>
    <w:p>
      <w:pPr>
        <w:jc w:val="right"/>
      </w:pPr>
      <w:r>
        <w:t>سیکرٹسادھرسےادھرنہچلےجائیں۔ تو اسمیں ایسا ہمیشہکیاآتاہے؟ سیکرٹ ،یعنی جو ہوتےہیں ملٹریسیکرٹ،اسکوادھرسےادھر نہجانےپائیں۔</w:t>
      </w:r>
    </w:p>
    <w:p>
      <w:r>
        <w:rPr>
          <w:b/>
        </w:rPr>
        <w:t xml:space="preserve">[1:08:11] </w:t>
      </w:r>
      <w:r>
        <w:t>to اسٹیٹافوارکییہباتیںہیں۔ ایسانہیںکہہمیشہکےلیےآپ سمجھیںکہ یہ ودی ایسےہیں، کرسچنایسےہیں۔ میںسمجھتاہوںکہآججوہے، یعنی کرسچننے جو کام کیاہےاسلام کےلیے، وہ وہمسلمانوںپہنہیںکیاہے۔</w:t>
      </w:r>
    </w:p>
    <w:p>
      <w:pPr>
        <w:jc w:val="right"/>
      </w:pPr>
      <w:r>
        <w:t>تو اسٹیٹافوارکییہباتیںہیں۔ ایسانہیںکہہمیشہکےلیےآپ سمجھیںکہ یہ ودی ایسےہیں، کرسچنایسےہیں۔ میںسمجھتاہوںکہآججوہے، یعنی کرسچننے جو کام کیاہےاسلام کےلیے،وہ وہمسلمانوںپہنہیںکیاہے۔</w:t>
      </w:r>
    </w:p>
    <w:p>
      <w:r>
        <w:rPr>
          <w:b/>
        </w:rPr>
        <w:t xml:space="preserve">[1:08:27] </w:t>
      </w:r>
      <w:r>
        <w:t>اتنیکتاب یںانہوںنےچھاپیہیں۔ اور ایکبات میں،یعنی میں ایک ایک صرفایکحوالہ دوںگا کہ مسلمانوںکیجوکتاب یںتھیں،اسزمانےمیںجو پرنٹنگپریسسےپہلے ہاتھسےلکھاجاتاتھا،جوکہتےہیں مینسکرپٹ ،مخطوطہ،</w:t>
      </w:r>
    </w:p>
    <w:p>
      <w:pPr>
        <w:jc w:val="right"/>
      </w:pPr>
      <w:r>
        <w:t>اتنیکتاب یںانہوںنےچھاپیہیں۔ اور ایکبات میں،یعنی میں ایک ایک صرفایکحوالہ دوںگا کہ مسلمانوںکیجوکتاب یںتھیں،اسزمانےمیںجو پرنٹنگپریسسےپہلے ہاتھسےلکھاجاتاتھا،جوکہتےہیں مینسکرپٹ ،مخطوطہ،</w:t>
      </w:r>
    </w:p>
    <w:p>
      <w:r>
        <w:rPr>
          <w:b/>
        </w:rPr>
        <w:t xml:space="preserve">[1:08:42] </w:t>
      </w:r>
      <w:r>
        <w:t>تو وہپڑیہوئیتھیںلائبریریوںمیں، استنبولمیں، دمشقمیں، قاہرہمیں،کہاںکہاں پڑیہوئیتھیں،ہاتھکیلکھیہوئی سب۔</w:t>
      </w:r>
    </w:p>
    <w:p>
      <w:pPr>
        <w:jc w:val="right"/>
      </w:pPr>
      <w:r>
        <w:t>تو وہپڑیہوئیتھیںلائبریریوںمیں، استنبولمیں، دمشقمیں، قاہرہمیں،کہاںکہاں پڑیہوئیتھیں،ہاتھکیلکھیہوئی سب۔</w:t>
      </w:r>
    </w:p>
    <w:p>
      <w:r>
        <w:rPr>
          <w:b/>
        </w:rPr>
        <w:t xml:space="preserve">[1:08:51] </w:t>
      </w:r>
      <w:r>
        <w:t>ایک ایک ، یہ یہیجوکرسچن سک الرزتھے، انہوں نے کتاب عربیپڑھی، انکتابوںکونکالا، اسکوایڈٹکیا، اسکو چھپایا۔</w:t>
      </w:r>
    </w:p>
    <w:p>
      <w:pPr>
        <w:jc w:val="right"/>
      </w:pPr>
      <w:r>
        <w:t>ایک ایک ، یہ یہیجوکرسچن سک الرزتھے، انہوں نے کتاب عربیپڑھی، انکتابوںکونکالا، اسکوایڈٹکیا، اسکو چھپایا۔</w:t>
      </w:r>
    </w:p>
    <w:p>
      <w:r>
        <w:rPr>
          <w:b/>
        </w:rPr>
        <w:t xml:space="preserve">[1:09:02] </w:t>
      </w:r>
      <w:r>
        <w:t>اکثرجو کتاب یںآجہماریلائبریریوںمیںہیں، جو جو کہتےہیںکتب براجے، یعنی سورسبکس، وہ انہینےایڈٹکرکےچھاپاہے پرنٹنگپریسکےزمانےمیں۔</w:t>
      </w:r>
    </w:p>
    <w:p>
      <w:pPr>
        <w:jc w:val="right"/>
      </w:pPr>
      <w:r>
        <w:t>اکثرجو کتاب یںآجہماریلائبریریوںمیںہیں، جو جو کہتےہیںکتب براجے، یعنی سورسبکس، وہ انہینےایڈٹکرکےچھاپاہے پرنٹنگپریسکےزمانےمیں۔</w:t>
      </w:r>
    </w:p>
    <w:p>
      <w:r>
        <w:rPr>
          <w:b/>
        </w:rPr>
        <w:t xml:space="preserve">[1:09:13] </w:t>
      </w:r>
      <w:r>
        <w:t>تو کتنابڑاکام کیا انہوںنے، بہتہیبڑاکام کیا۔</w:t>
      </w:r>
    </w:p>
    <w:p>
      <w:pPr>
        <w:jc w:val="right"/>
      </w:pPr>
      <w:r>
        <w:t>تو کتنابڑاکام کیا انہوںنے، بہتہیبڑاکام کیا۔</w:t>
      </w:r>
    </w:p>
    <w:p>
      <w:r>
        <w:rPr>
          <w:b/>
        </w:rPr>
        <w:t xml:space="preserve">[1:09:20] </w:t>
      </w:r>
      <w:r>
        <w:t>تو وہ وہ باتآیتج وہے، وہاسزمانےکےجبکہاسٹیٹافوارقائمتھی کہاسٹیٹافوارجبہوتیہےتویہییہیکیاجاتاہے،ہمیشہکیاجاتاہے۔ایسا</w:t>
      </w:r>
    </w:p>
    <w:p>
      <w:pPr>
        <w:jc w:val="right"/>
      </w:pPr>
      <w:r>
        <w:t>تو وہ وہ باتآیتجوہے،وہاسزمانےکےجبکہاسٹیٹافوارقائمتھی کہاسٹیٹافوارجبہوتیہےتویہییہیکیاجاتاہے،ہمیشہکیاجاتاہے۔ایسا</w:t>
      </w:r>
    </w:p>
    <w:p>
      <w:r>
        <w:rPr>
          <w:b/>
        </w:rPr>
        <w:t xml:space="preserve">[1:09:28] </w:t>
      </w:r>
      <w:r>
        <w:t>وہ تو ایک انٹرنیشنل نارم ہے اسٹیٹ آف وار کے لیے۔ اب کچھ نہیں، اب اب میں سمجھتا ہوں کہ جیسے ہم انسان، جیسے وہ انسان۔</w:t>
      </w:r>
    </w:p>
    <w:p>
      <w:pPr>
        <w:jc w:val="right"/>
      </w:pPr>
      <w:r>
        <w:t>وہتوایکان ٹرنیشنلنارمہے اسٹیٹافوارکےلیے۔ ابکچھنہیں،اب ابمیں سمجھتاہوںکہ جیسے ہمانسان،جیسےوہانسان۔</w:t>
      </w:r>
    </w:p>
    <w:p>
      <w:r>
        <w:rPr>
          <w:b/>
        </w:rPr>
        <w:t xml:space="preserve">[1:09:41] </w:t>
      </w:r>
      <w:r>
        <w:t>مسٹر مس عود فلاحینے دلیسےلکھاہے: "America attacked Afghanistan, not Afghans attacked America.</w:t>
      </w:r>
    </w:p>
    <w:p>
      <w:pPr>
        <w:jc w:val="right"/>
      </w:pPr>
      <w:r>
        <w:t>مسٹر مس عود فلاحینے دلیسے لکھاہے: "امریکہ اٹیکڈ افغان ستان، ناٹاف غانز اٹیکڈ امریک ہ۔</w:t>
      </w:r>
    </w:p>
    <w:p>
      <w:r>
        <w:rPr>
          <w:b/>
        </w:rPr>
        <w:t xml:space="preserve">[1:09:53] </w:t>
      </w:r>
      <w:r>
        <w:t>Europe captured Palestine through Israel, and not Palestine captured the Europe. Are you suggesting that if someone captures my house, then I will leave my house and hand over my house to the capturer, and I live on the road?" یہ سب بالکل لغو باتیں ہیں، بے اصل باتیں ہیں۔</w:t>
      </w:r>
    </w:p>
    <w:p>
      <w:pPr>
        <w:jc w:val="right"/>
      </w:pPr>
      <w:r>
        <w:t>یورپ کیپچرڈ پیلستائن تھرواسرائیل، اینڈناٹپیلستائن کیپچرڈدییورپ۔ اریوسجیسٹنگدیٹاف سم ون کیپچرزمائیہاؤس، دینائیویللیومائیہاؤساینڈہینڈاوورمائیہاؤسٹوداکیپچرر، اینڈ ائیلیوانداروڈ؟" یہسب بالکل لغوباتیںہیں،بےاصلباتیںہیں۔</w:t>
      </w:r>
    </w:p>
    <w:p>
      <w:r>
        <w:rPr>
          <w:b/>
        </w:rPr>
        <w:t xml:space="preserve">[1:10:14] </w:t>
      </w:r>
      <w:r>
        <w:t>یہسنایاآپنےاپنے مدرس ےمیں،شاید آپمیرےپاسآئیںتوبتاؤںگامیںآپکوکتاب وںکےحوالےسے ۔</w:t>
      </w:r>
    </w:p>
    <w:p>
      <w:pPr>
        <w:jc w:val="right"/>
      </w:pPr>
      <w:r>
        <w:t>یہسنایاآپنےاپنے مدرس ےمیں،شاید آپمیرےپاسآئیںتوبتاؤںگامیںآپکوکتاب وںکےحوالےسے ۔</w:t>
      </w:r>
    </w:p>
    <w:p>
      <w:r>
        <w:rPr>
          <w:b/>
        </w:rPr>
        <w:t xml:space="preserve">[1:10:20] </w:t>
      </w:r>
      <w:r>
        <w:t>کسیوقت آئیںمیرےپاس،یہبالکل لغو،بےا صل باتیںہیں کہکوئیحقیقتاسکینہیںہے۔ لیکن یہاںپراسکیتفصیلنہیںکرسکتامیں۔ ابمیرےمیرےافسمیںآئیے،کسی وقت</w:t>
      </w:r>
    </w:p>
    <w:p>
      <w:pPr>
        <w:jc w:val="right"/>
      </w:pPr>
      <w:r>
        <w:t>کسیوقت آئیںمیرےپاس،یہبالکل لغو،بےا صل باتیںہیں کہکوئیحقیقتاسکینہیںہے۔ لیکن یہاںپراسکیتفصیلنہیںکرسکتامیں۔ ابمیرےمیرےافسمیںآئیے،کسی وقت</w:t>
      </w:r>
    </w:p>
    <w:p>
      <w:r>
        <w:rPr>
          <w:b/>
        </w:rPr>
        <w:t xml:space="preserve">[1:10:32] </w:t>
      </w:r>
      <w:r>
        <w:t>مولانا، یہ سب یہ سب ڈیو ٹو دی کنڈیشنگ ہے۔ یہ سنا ہے آپ نے اپنے مدرسے میں اور اپنے ماحول میں۔</w:t>
      </w:r>
    </w:p>
    <w:p>
      <w:pPr>
        <w:jc w:val="right"/>
      </w:pPr>
      <w:r>
        <w:t>مولانا، یہسب یہسبڈیوٹوڈیڈی وٹوکنڈیشننگہے۔ یہ سناہےآپنےاپنے مدرس ےمیں اور اپنے ماحولمیں۔</w:t>
      </w:r>
    </w:p>
    <w:p>
      <w:r>
        <w:rPr>
          <w:b/>
        </w:rPr>
        <w:t xml:space="preserve">[1:10:40] </w:t>
      </w:r>
      <w:r>
        <w:t>میرےپاسآئیے،کسی آپافسمیںب تاؤںگاآپکو، یعنیہسٹوریکلریکارڈدکھاؤںگاآپکو۔میں</w:t>
      </w:r>
    </w:p>
    <w:p>
      <w:pPr>
        <w:jc w:val="right"/>
      </w:pPr>
      <w:r>
        <w:t>میرےپاسآئیے،کسی آپافسمیںب تاؤںگاآپکو، یعنیہسٹوریکلریکارڈدکھاؤںگاآپکو۔میں</w:t>
      </w:r>
    </w:p>
    <w:p>
      <w:r>
        <w:rPr>
          <w:b/>
        </w:rPr>
        <w:t xml:space="preserve">[1:10:48] </w:t>
      </w:r>
      <w:r>
        <w:t>ہ</w:t>
      </w:r>
    </w:p>
    <w:p>
      <w:pPr>
        <w:jc w:val="right"/>
      </w:pPr>
      <w:r>
        <w:t>ہ</w:t>
      </w:r>
    </w:p>
    <w:p>
      <w:r>
        <w:rPr>
          <w:b/>
        </w:rPr>
        <w:t xml:space="preserve">[1:10:49] </w:t>
      </w:r>
      <w:r>
        <w:t>مم، مسٹریوگیندر سکن نے بینگلورسےلکھاہے: "اگر آپ کا دعویٰہےکہ اکثر مس لمان اصلمیں یہ ودیتکی پیروی کررہےہیں، تو کیا ایسےلوگوںکو صحیحمع نیمیں مسلم کہنا درستہے یا نہیں ؟</w:t>
      </w:r>
    </w:p>
    <w:p>
      <w:pPr>
        <w:jc w:val="right"/>
      </w:pPr>
      <w:r>
        <w:t>مم، مسٹریوگیندر سکن نے بینگلورسےلکھاہے: "اگر آپ کا دعویٰہےکہ اکثر مس لمان اصلمیں یہ ودیتکی پیروی کررہےہیں، تو کیا ایسےلوگوںکو صحیحمع نیمیں مسلم کہنا درستہے یا نہیں ؟</w:t>
      </w:r>
    </w:p>
    <w:p>
      <w:r>
        <w:rPr>
          <w:b/>
        </w:rPr>
        <w:t xml:space="preserve">[1:11:06] </w:t>
      </w:r>
      <w:r>
        <w:t>کیونکہ لفظ مسلمکی تعبیرقرآنمیںیہہے کہ وہ ایسے شخص ہیں جو کہ اپنے آپ کو پوریطرح سے خداکےسامنے سرینڈرکرتے ہیں۔"</w:t>
      </w:r>
    </w:p>
    <w:p>
      <w:pPr>
        <w:jc w:val="right"/>
      </w:pPr>
      <w:r>
        <w:t>کیونکہ لفظ مسلمکی تعبیرقرآنمیںیہہے کہوہ ایسے شخص ہیں جو کہ اپنے آپ کو پوریطرح سے خداکےسامنے سرینڈرکرتے ہیں۔"</w:t>
      </w:r>
    </w:p>
    <w:p>
      <w:r>
        <w:rPr>
          <w:b/>
        </w:rPr>
        <w:t xml:space="preserve">[1:11:18] </w:t>
      </w:r>
      <w:r>
        <w:t>نہیں،دیکھیں،وہ الگمسئلہہے۔ ہم کسی کےبارےمیں یہنہیں کہہسکتے کہمسلمہےیامسلمنہیںہے۔ یہاللہ کاکامہے، یہ اللہ کےڈومینمیںداخل ہوناہے۔</w:t>
      </w:r>
    </w:p>
    <w:p>
      <w:pPr>
        <w:jc w:val="right"/>
      </w:pPr>
      <w:r>
        <w:t>نہیں،دیکھیں،وہ الگمسئلہہے۔ ہم کسی کےبارےمیں یہنہیں کہہسکتے کہمسلمہےیامسلمنہیںہے۔ یہاللہ کاکامہے، یہ اللہ کےڈومینمیںداخل ہوناہے۔</w:t>
      </w:r>
    </w:p>
    <w:p>
      <w:r>
        <w:rPr>
          <w:b/>
        </w:rPr>
        <w:t xml:space="preserve">[1:11:32] </w:t>
      </w:r>
      <w:r>
        <w:t>یہفتویٰ جولوگفتویٰدیتےہیں، وہبالکلغلطکامکرتےہیں۔ یعنیفتویٰایکٹیوزمبھی اسلام میںنہیں ہے۔ آجکلفتویٰایکٹیوزمبہتچلاہواہے۔</w:t>
      </w:r>
    </w:p>
    <w:p>
      <w:pPr>
        <w:jc w:val="right"/>
      </w:pPr>
      <w:r>
        <w:t>یہفتویٰ جولوگفتویٰدیتےہیں،وہبالکلغلطکامکرتےہیں۔ یعنیفتویٰایکٹیوزمبھی اسلام میںنہیں ہے۔ آجکلفتویٰایکٹیوزمبہتچلاہواہے۔</w:t>
      </w:r>
    </w:p>
    <w:p>
      <w:r>
        <w:rPr>
          <w:b/>
        </w:rPr>
        <w:t xml:space="preserve">[1:11:42] </w:t>
      </w:r>
      <w:r>
        <w:t>فتویٰدیتےہیں:"یہمنافقہے،کافر ہے،فاسقہے،یہیہ</w:t>
      </w:r>
    </w:p>
    <w:p>
      <w:pPr>
        <w:jc w:val="right"/>
      </w:pPr>
      <w:r>
        <w:t>فتویٰدیتےہیں:"یہمنافقہے،کافر ہے،فاسقہے،یہیہ</w:t>
      </w:r>
    </w:p>
    <w:p>
      <w:r>
        <w:rPr>
          <w:b/>
        </w:rPr>
        <w:t xml:space="preserve">[1:11:45] </w:t>
      </w:r>
      <w:r>
        <w:t>ہے،وہہے۔" یہسب غلطہے،بالکل۔ میںاسکونہیںمانتا۔اسکو تواسلام میں فتویٰایکٹیوزمنہیںہے۔ آپ کاجوآپشنہے،وہصرفایکہے:آپانکونصیحتکریں، ان کی یعنیکیٹگری بنائیں۔یہآپکاحقنہیںہے۔</w:t>
      </w:r>
    </w:p>
    <w:p>
      <w:pPr>
        <w:jc w:val="right"/>
      </w:pPr>
      <w:r>
        <w:t>ہے،وہہے۔" یہسب غلطہے،بالکل۔ میںاسکونہیںمانتا۔اسکو تواسلام میں فتویٰایکٹیوزمنہیںہے۔ آپ کاجوآپشنہے،وہصرفایکہے:آپانکونصیحتکریں، ان کی یعنیکیٹگری بنائیں۔یہآپکاحقنہیںہے۔</w:t>
      </w:r>
    </w:p>
    <w:p>
      <w:r>
        <w:rPr>
          <w:b/>
        </w:rPr>
        <w:t xml:space="preserve">[1:11:58] </w:t>
      </w:r>
      <w:r>
        <w:t>یہ کیٹگرائزیشنجوکرتےہیںلوگکہیہکافرہے،یہمسلمہے،یہیہاسلام میںنہیںہے۔ آپ یہکامکیجئےکہآپدعوتورککیجئے،آپنصیحتکیجئے، لوگوںکوباتیںبتائیے۔</w:t>
      </w:r>
    </w:p>
    <w:p>
      <w:pPr>
        <w:jc w:val="right"/>
      </w:pPr>
      <w:r>
        <w:t>یہ کیٹگرائزیشنجوکرتےہیںلوگکہیہکافرہے،یہمسلمہے،یہیہاسلام میںنہیںہے۔ آپ یہکامکیجئےکہآپدعوتورککیجئے،آپنصیحتکیجئے، لوگوںکوباتیںبتائیے۔</w:t>
      </w:r>
    </w:p>
    <w:p>
      <w:r>
        <w:rPr>
          <w:b/>
        </w:rPr>
        <w:t xml:space="preserve">[1:12:09] </w:t>
      </w:r>
      <w:r>
        <w:t>باقیآپ اللہ کی اسسےدعائیںکیجئے۔</w:t>
      </w:r>
    </w:p>
    <w:p>
      <w:pPr>
        <w:jc w:val="right"/>
      </w:pPr>
      <w:r>
        <w:t>باقیآپ اللہ کی اسسےدعائیںکیجئے۔</w:t>
      </w:r>
    </w:p>
    <w:p>
      <w:r>
        <w:rPr>
          <w:b/>
        </w:rPr>
        <w:t xml:space="preserve">[1:12:13] </w:t>
      </w:r>
      <w:r>
        <w:t>باقیآپ انکو کیٹگرائزیشننہیںکرسکتے،یہآپکاحقنہیںہے۔ وہاللہکاڈومینہے۔</w:t>
      </w:r>
    </w:p>
    <w:p>
      <w:pPr>
        <w:jc w:val="right"/>
      </w:pPr>
      <w:r>
        <w:t>باقیآپ انکو کیٹگرائزیشننہیںکرسکتے،یہآپکاحقنہیںہے۔ وہاللہکاڈومینہے۔</w:t>
      </w:r>
    </w:p>
    <w:p>
      <w:r>
        <w:rPr>
          <w:b/>
        </w:rPr>
        <w:t xml:space="preserve">[1:12:23] </w:t>
      </w:r>
      <w:r>
        <w:t>مسٹرخالد انصارینے دلیسےلکھاہے: "اناسٹرینج فیناومینا، اسمال نمبر اف مسلم یوتھ از فاؤنڈ کنزیومنگ الکوحل ایٹسوشلگیدرنگز اینڈبوسٹنگاباؤٹ اسلام ایزا سپیریئر آئیڈیالوجی فار لیڈنگ اسکسیسفل لائف۔</w:t>
      </w:r>
    </w:p>
    <w:p>
      <w:pPr>
        <w:jc w:val="right"/>
      </w:pPr>
      <w:r>
        <w:t>مسٹرخالد انصارینے دلیسےلکھاہے: "اناسٹرینج فیناومینا، اسمال نمبر اف مسلم یوتھ از فاؤنڈ کنزیومنگ الکوحل ایٹسوشلگیدرنگز اینڈبوسٹنگاباؤٹ اسلام ایزا سپیریئر آئیڈیالوجی فار لیڈنگ اسکسیسفل لائف۔</w:t>
      </w:r>
    </w:p>
    <w:p>
      <w:r>
        <w:rPr>
          <w:b/>
        </w:rPr>
        <w:t xml:space="preserve">[1:12:43] </w:t>
      </w:r>
      <w:r>
        <w:t>we pointed out about their alcohol consumption, the youth attributes it as a personal choice, which should not be a deterrent in promoting Islam ideology.</w:t>
      </w:r>
    </w:p>
    <w:p>
      <w:pPr>
        <w:jc w:val="right"/>
      </w:pPr>
      <w:r>
        <w:t>وینپوائنٹڈآؤٹاباؤٹدیرالکوحل کنزمشن، دا یوتھ ایٹریبیوٹساٹایزاپرسنل چوائس ،وچشوڈناٹبی اڈیٹرنٹان پروموٹنگ اسلام ک آئیڈیالوجی۔</w:t>
      </w:r>
    </w:p>
    <w:p>
      <w:r>
        <w:rPr>
          <w:b/>
        </w:rPr>
        <w:t xml:space="preserve">[1:12:57] </w:t>
      </w:r>
      <w:r>
        <w:t>Maulana, how do you locate this phenomena? Will an activity like this in some way benefit Islam as claimed by these youngsters?</w:t>
      </w:r>
    </w:p>
    <w:p>
      <w:pPr>
        <w:jc w:val="right"/>
      </w:pPr>
      <w:r>
        <w:t>مول انا، ہاؤڈویولوکایٹدسفیناومینا ؟ ول اینایک ٹیویٹیلائکدس ان سم می بینیفٹ اسلام ایزکلیمبائیدیز ینگسٹرز؟</w:t>
      </w:r>
    </w:p>
    <w:p>
      <w:r>
        <w:rPr>
          <w:b/>
        </w:rPr>
        <w:t xml:space="preserve">[1:13:09] </w:t>
      </w:r>
      <w:r>
        <w:t>dekhen, yeh toh apni khwahish pe chalna hai.</w:t>
      </w:r>
    </w:p>
    <w:p>
      <w:pPr>
        <w:jc w:val="right"/>
      </w:pPr>
      <w:r>
        <w:t>"دیکھیں،یہتو اپنیخواہشپہچلناہے۔</w:t>
      </w:r>
    </w:p>
    <w:p>
      <w:r>
        <w:rPr>
          <w:b/>
        </w:rPr>
        <w:t xml:space="preserve">[1:13:13] </w:t>
      </w:r>
      <w:r>
        <w:t>jo hai, yeh tabah hua ho, hua ho, yani khwahish par peechay chalna. To jo log khwahish ke peechay chal rahe hain, woh aisi baatein kahengay. Lekin jahan tak sharab ka ta'alluq hai, to sharab bilashubah haram hai Islam mein.</w:t>
      </w:r>
    </w:p>
    <w:p>
      <w:pPr>
        <w:jc w:val="right"/>
      </w:pPr>
      <w:r>
        <w:t>جوہے، یہتباہ ہوا ہو ، ہوا ہو، یعنیخواہش پر پیچھےچلنا۔ توجو لوگخواہشکےپیچھےچلرہےہیں،وہ ایسیباتیںکہیںگے۔ لیکن جہاںتک شرابکاتعلقہے، تو شراب بلاشبہحرامہےاسلام میں۔</w:t>
      </w:r>
    </w:p>
    <w:p>
      <w:r>
        <w:rPr>
          <w:b/>
        </w:rPr>
        <w:t xml:space="preserve">[1:13:28] </w:t>
      </w:r>
      <w:r>
        <w:t>Hadees mein aata hai ke "mana' kasirhihi haram", yaani agar aap ek sharab jo zyada peenay mein aapko nasha laati hai, us se kam bhi haram rahega.</w:t>
      </w:r>
    </w:p>
    <w:p>
      <w:pPr>
        <w:jc w:val="right"/>
      </w:pPr>
      <w:r>
        <w:t>حدیثمیںآتاہےکہ" منعسکر کثیر فقلیح رام" ،یعنیاگرآپ ایک شرابجو زیادہ پینےمیں آپکو نشہلاتیہے، اسسےکمبھیحرامرہےگا۔</w:t>
      </w:r>
    </w:p>
    <w:p>
      <w:r>
        <w:rPr>
          <w:b/>
        </w:rPr>
        <w:t xml:space="preserve">[1:13:43] </w:t>
      </w:r>
      <w:r>
        <w:t>"mana' kasirhihi haram", yaani ek bottle hai safar ki sharab, aap ek ghont lein aur aapko nasha na aaye, to aap kahengay: "toh nasha nahin aaya, is se toh itna itna to chalega.</w:t>
      </w:r>
    </w:p>
    <w:p>
      <w:pPr>
        <w:jc w:val="right"/>
      </w:pPr>
      <w:r>
        <w:t>"منعسکر کثیر فقلی حرام" ،یعنی ایک بوتلہے سفرکیشراب، آپ ایک گھونٹلیںاورآپکونشہنہآئے،توآپکہیںگے:"تونشہنہیںآیا،اسسےتواتناتواتناتو چلےگا۔</w:t>
      </w:r>
    </w:p>
    <w:p>
      <w:r>
        <w:rPr>
          <w:b/>
        </w:rPr>
        <w:t xml:space="preserve">[1:13:55] </w:t>
      </w:r>
      <w:r>
        <w:t>"Lekin galat hai yeh. Jis cheez ki zyada miqdar nasha laati hai, us ki kam miqdar bhi haram hai. To jo aadmi Quran o Hadees ko maanta ho, to us ke liye to khula hua yeh hukum maujood hai.</w:t>
      </w:r>
    </w:p>
    <w:p>
      <w:pPr>
        <w:jc w:val="right"/>
      </w:pPr>
      <w:r>
        <w:t>"لیکن غلطہےیہ۔ جسچیزکیزیادہ مقدار نشہلاتیہے،اسکیکممقداربھیحرامہے۔ توجوآدمیقرآنوحدیثکومانتاہو،تواسکےلیے تو کھلا ہوا یہحکمموجود ہے۔</w:t>
      </w:r>
    </w:p>
    <w:p>
      <w:r>
        <w:rPr>
          <w:b/>
        </w:rPr>
        <w:t xml:space="preserve">[1:14:07] </w:t>
      </w:r>
      <w:r>
        <w:t>Jo na maanta, apni khwahish chalta ho, to kuch bhi keh sakta hai. Woh</w:t>
      </w:r>
    </w:p>
    <w:p>
      <w:pPr>
        <w:jc w:val="right"/>
      </w:pPr>
      <w:r>
        <w:t>جونہمانتا، اپنیخواہشچلتاہو،تو کچھبھیکہہسکتاہے۔ وہ</w:t>
      </w:r>
    </w:p>
    <w:p>
      <w:r>
        <w:rPr>
          <w:b/>
        </w:rPr>
        <w:t xml:space="preserve">[1:14:11] </w:t>
      </w:r>
      <w:r>
        <w:t>to kisi ke zubaan par band nahin kar sakte. Hadees mein yeh bhi aata hai ke ek zamana aayega ke log sharab istemal karenge, naam badal kar ke. Naam badal kar ke, is ghair</w:t>
      </w:r>
    </w:p>
    <w:p>
      <w:pPr>
        <w:jc w:val="right"/>
      </w:pPr>
      <w:r>
        <w:t>تو کسیکےزبان پربندنہیںکرسکتے۔ حدیثمیںیہبھیآتاہے کہایکزمانہآئےگاکہلوگ شراباستعمالکریںگے،نامبدلکرکے۔ نام بدلکرکے، اسب غیراس</w:t>
      </w:r>
    </w:p>
    <w:p>
      <w:r>
        <w:rPr>
          <w:b/>
        </w:rPr>
        <w:t xml:space="preserve">[1:14:27] </w:t>
      </w:r>
      <w:r>
        <w:t>yaani Rasool Allah ne farmaya ke ek zamana aayega ke log sharab peenay lagenge. Ummat, ummat ke log to Sahaba ne kaha: "Agar aisa kaise hoga?" To aap ne farmaya ke naam badal denge woh, aur phir woh sharab ko jaiz kar lenge apne liye</w:t>
      </w:r>
    </w:p>
    <w:p>
      <w:pPr>
        <w:jc w:val="right"/>
      </w:pPr>
      <w:r>
        <w:t>یعنی رسولاللہنےفرمایاکہایکزمانہآئےگاکہلوگشرابپینےلگیںگے۔ امت،امتکے لوگ توصحابہنےکہا:"اگرایساکیسےہوگا؟ "توآپنےفرمایاکہنامبدلدیںگےوہ، اورپھروہ شرابکوجائزکرلیںگےاپنےلی</w:t>
      </w:r>
    </w:p>
    <w:p>
      <w:r>
        <w:rPr>
          <w:b/>
        </w:rPr>
        <w:t xml:space="preserve">[1:14:40] </w:t>
      </w:r>
      <w:r>
        <w:t>e. Matlab naam badalne ke baad koi tojeeh, ek explanation nikaal lenge, koi ek jhooti tojeeh nikaal lenge, aur us ke baad us ko istemal karenge.</w:t>
      </w:r>
    </w:p>
    <w:p>
      <w:pPr>
        <w:jc w:val="right"/>
      </w:pPr>
      <w:r>
        <w:t>ے۔ مطلبنامبدلنےکےبعد کوئی توجیح، ایک ایکسپلینیشننکاللیںگے، کوئیایکجھوٹیتوجیحنکاللیںگے، اور اسکےبعداسکو استعمالکریںگے۔</w:t>
      </w:r>
    </w:p>
    <w:p>
      <w:r>
        <w:rPr>
          <w:b/>
        </w:rPr>
        <w:t xml:space="preserve">[1:14:52] </w:t>
      </w:r>
      <w:r>
        <w:t>To ek hai logon ki khwahish. To khwahish par to aadmi se sharab ki baat nahin hai. Bahut si cheezon mein khwahish par peechay daur raha hai aadmi Islam ko chhod kar ke.</w:t>
      </w:r>
    </w:p>
    <w:p>
      <w:pPr>
        <w:jc w:val="right"/>
      </w:pPr>
      <w:r>
        <w:t>تو ایک ہے لوگوںکیخواہش۔ توخواہشپرتوآدمی سےشرابکیباتنہیںہے۔ بہتسیچیزوںمیںخواہشپر پیچھےدوڑرہاہےآدمی اسلام کوچھوڑکرکے۔</w:t>
      </w:r>
    </w:p>
    <w:p>
      <w:r>
        <w:rPr>
          <w:b/>
        </w:rPr>
        <w:t xml:space="preserve">[1:15:05] </w:t>
      </w:r>
      <w:r>
        <w:t>Khud yeh jo aajkal jo ho raha hai, ladaiyan jo ho rahi hain, woh sab khwahish ki ladaiyan hain. Yeh jihad nahin hai, yeh sirf sharab ki baat nahin hai. Jitni ladaiyan Musalman ladein, jihad ke naam par, woh hargiz jihad nahin tha.</w:t>
      </w:r>
    </w:p>
    <w:p>
      <w:pPr>
        <w:jc w:val="right"/>
      </w:pPr>
      <w:r>
        <w:t>خود یہجوآجکلجوہورہاہے، لڑائیاںجوہورہیہیں،وہسبخواہشکیلڑائیاںہیں۔یہ جہادنہیںہے،یہ صرفشرابکیباتنہیںہے۔ جتنیلڑائیاںمس لمانلڑیہیں،جہادکےنامپر،وہہرگزجہادنہیںتھا۔</w:t>
      </w:r>
    </w:p>
    <w:p>
      <w:r>
        <w:rPr>
          <w:b/>
        </w:rPr>
        <w:t xml:space="preserve">[1:15:15] </w:t>
      </w:r>
      <w:r>
        <w:t>woh, woh, woh tabah</w:t>
      </w:r>
    </w:p>
    <w:p>
      <w:pPr>
        <w:jc w:val="right"/>
      </w:pPr>
      <w:r>
        <w:t>وہ،وہ،وہ تباہ</w:t>
      </w:r>
    </w:p>
    <w:p>
      <w:r>
        <w:rPr>
          <w:b/>
        </w:rPr>
        <w:t xml:space="preserve">[1:15:17] </w:t>
      </w:r>
      <w:r>
        <w:t>hua tha. Woh to woh bhi kar rahe hain log. To khwahish ke peechay daudna pehle bhi tha, aaj bhi rahega. Baaqi jahan tak sharab ki baat hai, khabar ki baat hai, woh bilashubah Islam mein haram hai.</w:t>
      </w:r>
    </w:p>
    <w:p>
      <w:pPr>
        <w:jc w:val="right"/>
      </w:pPr>
      <w:r>
        <w:t>ہوا تھا۔وہ تووہبھی کررہےہیںلوگ۔ تو خواہشکےپیچھےدوڑنا پہلے بھیتھا،آجبھیرہےگا۔ باغجہاںتک شرابکیباتہے، خبرکیباتہے، وہ بلاشبہاسلاممیںحرامہے۔</w:t>
      </w:r>
    </w:p>
    <w:p>
      <w:r>
        <w:rPr>
          <w:b/>
        </w:rPr>
        <w:t xml:space="preserve">[1:15:30] </w:t>
      </w:r>
      <w:r>
        <w:t>Is mein koi dohrai nahin ho sakti hai. Musanif ne dil se likha hai: "What is the method for following my self thinking when my ego always get sanda way?"</w:t>
      </w:r>
    </w:p>
    <w:p>
      <w:pPr>
        <w:jc w:val="right"/>
      </w:pPr>
      <w:r>
        <w:t>اسمیںکوئی دوہرائینہیںہوسکتیہے۔ مس نغمہ صدی قینے دلیسےلکھاہے: "واٹازدا میتھڈ فار فالونگ ب لیم دائی سیلف تھنکنگ وینار ایگو الویزگیٹسانداوے؟"</w:t>
      </w:r>
    </w:p>
    <w:p>
      <w:r>
        <w:rPr>
          <w:b/>
        </w:rPr>
        <w:t xml:space="preserve">[1:15:47] </w:t>
      </w:r>
      <w:r>
        <w:t>Ji, ego ko manage kijiye. Ego toh rahega. Dekhen, ego jo hai, koi evil nahin hai. Ego ka ek plus point hai, ek minus point hai.</w:t>
      </w:r>
    </w:p>
    <w:p>
      <w:pPr>
        <w:jc w:val="right"/>
      </w:pPr>
      <w:r>
        <w:t>جی،ایگوکومینجکیجئے۔ ایگوتورہےگا۔ دیکھیں،ایگوجوہے،کوئی ایولنہیںہے۔ ایگو کاایکپلسپوائنٹہے،ایکمائنسمائنسپوائنٹہے۔</w:t>
      </w:r>
    </w:p>
    <w:p>
      <w:r>
        <w:rPr>
          <w:b/>
        </w:rPr>
        <w:t xml:space="preserve">[1:15:59] </w:t>
      </w:r>
      <w:r>
        <w:t>Ego jo hai, nature ka part hai. Aisa nahin hai ke woh sirf evil hi evil hai. Woh uska plus point kya hai? Us ke saath determination aata hai aap ke andar, azm aata hai.</w:t>
      </w:r>
    </w:p>
    <w:p>
      <w:pPr>
        <w:jc w:val="right"/>
      </w:pPr>
      <w:r>
        <w:t>ایگوجوہے، نیچرکاپارٹہے۔ ایسانہیںہےکہوہصرفایولہیایولہے۔وہ اسکاپلسپوائنٹکیاہے؟ اسکےساتھ ڈیٹرمینیشنآتاہےآپکےاندر، عزمآتاہے۔</w:t>
      </w:r>
    </w:p>
    <w:p>
      <w:r>
        <w:rPr>
          <w:b/>
        </w:rPr>
        <w:t xml:space="preserve">[1:16:13] </w:t>
      </w:r>
      <w:r>
        <w:t>Agar ego na ho to aap bilkul mom ki tarah ho jayen,</w:t>
      </w:r>
    </w:p>
    <w:p>
      <w:pPr>
        <w:jc w:val="right"/>
      </w:pPr>
      <w:r>
        <w:t>اگر ایگونہہو تو آپبالکل مومکیطرحہوجائیں،</w:t>
      </w:r>
    </w:p>
    <w:p>
      <w:r>
        <w:rPr>
          <w:b/>
        </w:rPr>
        <w:t xml:space="preserve">[1:16:17] </w:t>
      </w:r>
      <w:r>
        <w:t>koi kaam bhi na kar saken.</w:t>
      </w:r>
    </w:p>
    <w:p>
      <w:pPr>
        <w:jc w:val="right"/>
      </w:pPr>
      <w:r>
        <w:t>کوئیکام بھینہکرسکیں۔</w:t>
      </w:r>
    </w:p>
    <w:p>
      <w:r>
        <w:rPr>
          <w:b/>
        </w:rPr>
        <w:t xml:space="preserve">[1:16:21] </w:t>
      </w:r>
      <w:r>
        <w:t>Aur uska minus point kya hai? Aap arrogance aa jaye aap ke andar. Aur arrogance jo hai, woh uska minus point hai, aur azm jo hai, uska plus point hai.</w:t>
      </w:r>
    </w:p>
    <w:p>
      <w:pPr>
        <w:jc w:val="right"/>
      </w:pPr>
      <w:r>
        <w:t>اور اسکامائنسپوائنٹکیاہے؟ آپ اروگنس آجائےآپکےاندر۔ اور ا روگنسجوہے، وہاسکا مائنسپوائنٹہے، اور عزمجوہے،اسکاپلسپوائنٹہے۔</w:t>
      </w:r>
    </w:p>
    <w:p>
      <w:r>
        <w:rPr>
          <w:b/>
        </w:rPr>
        <w:t xml:space="preserve">[1:16:35] </w:t>
      </w:r>
      <w:r>
        <w:t>To ego ko manage karna padta hai. Aap anger ko manage karna padta hai, aap ko desire ko manage karna padta hai. Aap ko aise, aap ko yani ego ko manage karna hai.</w:t>
      </w:r>
    </w:p>
    <w:p>
      <w:pPr>
        <w:jc w:val="right"/>
      </w:pPr>
      <w:r>
        <w:t>تو ایگوکومینجکرناپڑتاہے۔ آپ اینگرکومینجکرناپڑتاہے،آپکو ڈیزائرکومینجکرناپڑتاہے۔آپکو ایسے،آپکو یعنیایگوکیمینجکرناہے۔</w:t>
      </w:r>
    </w:p>
    <w:p>
      <w:r>
        <w:rPr>
          <w:b/>
        </w:rPr>
        <w:t xml:space="preserve">[1:16:48] </w:t>
      </w:r>
      <w:r>
        <w:t>Tab woh rukawat nahin rahega, balkeh woh, woh madadgar ban jayega.</w:t>
      </w:r>
    </w:p>
    <w:p>
      <w:pPr>
        <w:jc w:val="right"/>
      </w:pPr>
      <w:r>
        <w:t>تب وہ رکاوٹنہیںرہےگا،بلکہوہ، وہ مددگاربنجائےگا۔</w:t>
      </w:r>
    </w:p>
    <w:p>
      <w:r>
        <w:rPr>
          <w:b/>
        </w:rPr>
        <w:t xml:space="preserve">[1:16:58] </w:t>
      </w:r>
      <w:r>
        <w:t>Maulana Abdul Basit Omri ne Doha Qatar se likha hai: "Maulana, Quran aur Hadees mein yeh Yahudiyon ke bare mein jo waqea'at bayan kiye gaye hain, woh hamare liye ibraat ka mauzu hai ya nafrat ka?" Ibrat ka, sirf ibraat ka.</w:t>
      </w:r>
    </w:p>
    <w:p>
      <w:pPr>
        <w:jc w:val="right"/>
      </w:pPr>
      <w:r>
        <w:t>مول انا عبدالب اسط عمرینے دوحہقطرسےلکھاہے: "مولانا، قرآناور حدیثمیں یہ ودیوںکےبارےمیں جو واقع ات بیان کیےگئےہیں، وہ ہمارےلیے عبراتکاموضوعہے یا نفرتکا ؟" عبرتکا،صرفعبرتکا۔</w:t>
      </w:r>
    </w:p>
    <w:p>
      <w:r>
        <w:rPr>
          <w:b/>
        </w:rPr>
        <w:t xml:space="preserve">[1:17:16] </w:t>
      </w:r>
      <w:r>
        <w:t>Nafrat toh humein kisi se karni nahin hai. Nafrat toh humein kisi se karni nahin hai. Har cheez se humein naseehat hai. Shaitan se bhi naseehat lena hai humein.</w:t>
      </w:r>
    </w:p>
    <w:p>
      <w:pPr>
        <w:jc w:val="right"/>
      </w:pPr>
      <w:r>
        <w:t>نفرتتوہمیںکسیسےکرنیہینہیںہے۔ نفرتتوہمیںکسی سےکرنیہینہیںہے۔ ہرچیز سےہمیںنصیحتہے۔شیطانسےبھینصیحتلیناہےہمیں۔</w:t>
      </w:r>
    </w:p>
    <w:p>
      <w:r>
        <w:rPr>
          <w:b/>
        </w:rPr>
        <w:t xml:space="preserve">[1:17:27] </w:t>
      </w:r>
      <w:r>
        <w:t>shaitanse bhensihath lena hai. misal ke taur par dekhen, shaitan ne kya kiya tha? isne authority ko challenge kiya, yani Allah ko challenge kiya.</w:t>
      </w:r>
    </w:p>
    <w:p>
      <w:pPr>
        <w:jc w:val="right"/>
      </w:pPr>
      <w:r>
        <w:t>شیطانسےبھینصیحتلیناہے۔ مثالکےطورپردیکھیں،شیطاننےکیاکیاتھا؟ اسنے اتھارٹیکوچیلنجکیا، یعنیاللہ کو چیلنجکیا۔</w:t>
      </w:r>
    </w:p>
    <w:p>
      <w:r>
        <w:rPr>
          <w:b/>
        </w:rPr>
        <w:t xml:space="preserve">[1:17:38] </w:t>
      </w:r>
      <w:r>
        <w:t>isne malaiqa the, inko bhi kuch, inko, inko bhi khayal kuch aaya</w:t>
      </w:r>
    </w:p>
    <w:p>
      <w:pPr>
        <w:jc w:val="right"/>
      </w:pPr>
      <w:r>
        <w:t>اسنے ملائکہ تھے،انکوبھی کچھ، انکو،انکوبھیخیالکچھآیا</w:t>
      </w:r>
    </w:p>
    <w:p>
      <w:r>
        <w:rPr>
          <w:b/>
        </w:rPr>
        <w:t xml:space="preserve">[1:17:45] </w:t>
      </w:r>
      <w:r>
        <w:t>. inhone kaha tha ke: "ae Allah taala se, ke tu paida kar raha hai, tu yeh to fasad machayega." to inko bhi ek khayal aaya, iska khayal aaya aapke dil mein, aur shaitan ko khayal aaya.</w:t>
      </w:r>
    </w:p>
    <w:p>
      <w:pPr>
        <w:jc w:val="right"/>
      </w:pPr>
      <w:r>
        <w:t>۔انہوںنےکہاکہ: "اے اللہ تعالیٰسے ،کہ تو پیدا کررہاہے،تویہتوفسادمچائےگا۔" توانکوبھی ایکخ یالآیا،اسکا خیالآیاآپکےدلمیں، اورشیطانکوخیالآیا۔</w:t>
      </w:r>
    </w:p>
    <w:p>
      <w:r>
        <w:rPr>
          <w:b/>
        </w:rPr>
        <w:t xml:space="preserve">[1:17:58] </w:t>
      </w:r>
      <w:r>
        <w:t>to malaiqa ne apni rai wapas le li, wo surrender kar diya inhone. lekin shaitan ka ego jaag pada, aur isne Allah taala ko challenge kiya.</w:t>
      </w:r>
    </w:p>
    <w:p>
      <w:pPr>
        <w:jc w:val="right"/>
      </w:pPr>
      <w:r>
        <w:t>تو ملائکہنےاپنیرائےواپسلےلی، وہ سرینڈرکردیاانہوںنے ۔لیکن شیطان کاایگوجاگپڑا، اور اسنےاللہتعالیٰکوچیلنجکیا۔</w:t>
      </w:r>
    </w:p>
    <w:p>
      <w:r>
        <w:rPr>
          <w:b/>
        </w:rPr>
        <w:t xml:space="preserve">[1:18:09] </w:t>
      </w:r>
      <w:r>
        <w:t>to authority ko challenge karna yeh shaitani tareeqa hai. yeh bhensihath is mein</w:t>
      </w:r>
    </w:p>
    <w:p>
      <w:pPr>
        <w:jc w:val="right"/>
      </w:pPr>
      <w:r>
        <w:t>تو اتھارٹیکوچیلنجکرنایہشیطانیطریقہہے۔ یہبھینصیحتاسمیں</w:t>
      </w:r>
    </w:p>
    <w:p>
      <w:r>
        <w:rPr>
          <w:b/>
        </w:rPr>
        <w:t xml:space="preserve">[1:18:13] </w:t>
      </w:r>
      <w:r>
        <w:t>hai. jab bhi aap ke andar yeh mizaj aaye ke system ko challenge karna, authority ko challenge karna, aisi tehreek layein, aap samajh lijiye ke shaitan ke rastay pe chal rahe hain. aap</w:t>
      </w:r>
    </w:p>
    <w:p>
      <w:pPr>
        <w:jc w:val="right"/>
      </w:pPr>
      <w:r>
        <w:t>ہے۔ جببھیآپ کےاندریہ مزاج آئے کہ سسٹمکوچیلنجکرنا،اتھارٹیکوچیلنجکرنا، ایسی تحریکلائیں،آپسمجھلیجئےکہشی طانکےراستےپہچلرہےہیں۔آپ</w:t>
      </w:r>
    </w:p>
    <w:p>
      <w:r>
        <w:rPr>
          <w:b/>
        </w:rPr>
        <w:t xml:space="preserve">[1:18:26] </w:t>
      </w:r>
      <w:r>
        <w:t>to shaitan mein bhensihath hai. to har ek mein ibret hoti hai, har ek mein nasihat hoti hai. hamein iske nasihat wale speaker milna chahiye, aur nafrat to kisi se karni jaiz nahin. nafrat to jaiz nahin hai.</w:t>
      </w:r>
    </w:p>
    <w:p>
      <w:pPr>
        <w:jc w:val="right"/>
      </w:pPr>
      <w:r>
        <w:t>تو شیطانمیںبھینصیحتہے۔ تو ہرایک میں عبرتہوتیہے،ہرایکمیںنصیحتہوتیہے۔ ہمیںاسکےنصیحتوالے اسپیکرملناچاہیے، اور نفرتتوکسیسےکرنی جائزہینہیں۔نفرتتوجائزہینہیںہے۔</w:t>
      </w:r>
    </w:p>
    <w:p>
      <w:r>
        <w:rPr>
          <w:b/>
        </w:rPr>
        <w:t xml:space="preserve">[1:18:43] </w:t>
      </w:r>
      <w:r>
        <w:t>mister yogendra sinkne bangalore se likha hai: "how does communal supreme interpretations of islam by many muslims impact on how they deal with non muslims?</w:t>
      </w:r>
    </w:p>
    <w:p>
      <w:pPr>
        <w:jc w:val="right"/>
      </w:pPr>
      <w:r>
        <w:t>مسٹریوگیندر سکننے بینگلورسےلکھاہے: "ہاؤڈز کمیونل سپریمس سٹ انٹرپریٹیشنزافاسلام بائےمینی مسلمز امپیکٹان ہاؤدےڈیلود نانمسلم ز؟</w:t>
      </w:r>
    </w:p>
    <w:p>
      <w:r>
        <w:rPr>
          <w:b/>
        </w:rPr>
        <w:t xml:space="preserve">[1:18:58] </w:t>
      </w:r>
      <w:r>
        <w:t>to what extent do you think such communal supersism is responsible for anti muslim feelings among non muslims?"</w:t>
      </w:r>
    </w:p>
    <w:p>
      <w:pPr>
        <w:jc w:val="right"/>
      </w:pPr>
      <w:r>
        <w:t>ٹوواٹ ایکسٹینٹ ڈویوتھنک سچ کمیونل سپریسزم از ریسپانسب ل فار اینٹیمسلم فیل نگز امنگنانمسلمز؟"</w:t>
      </w:r>
    </w:p>
    <w:p>
      <w:r>
        <w:rPr>
          <w:b/>
        </w:rPr>
        <w:t xml:space="preserve">[1:19:10] </w:t>
      </w:r>
      <w:r>
        <w:t>haan, main to samajhta hoon ke non muslim mein jo hai, woh reaction hai. muslim jo hai, apne ko superior samajhta hai.</w:t>
      </w:r>
    </w:p>
    <w:p>
      <w:pPr>
        <w:jc w:val="right"/>
      </w:pPr>
      <w:r>
        <w:t>ہاں،میںتوسمجھتاہوںکہ نانمسلممیںجوہے،وہریایکشنہے۔ مس لمانجوہے، اپنےکوسپیریئرسمجھتاہے۔</w:t>
      </w:r>
    </w:p>
    <w:p>
      <w:r>
        <w:rPr>
          <w:b/>
        </w:rPr>
        <w:t xml:space="preserve">[1:19:20] </w:t>
      </w:r>
      <w:r>
        <w:t>jis muslim se baat ki jaye, woh apne ko superior samajhta hai. main yahan is se pehle jab padhaya dilli mein tha to alamgir akhbar tha wahan par.</w:t>
      </w:r>
    </w:p>
    <w:p>
      <w:pPr>
        <w:jc w:val="right"/>
      </w:pPr>
      <w:r>
        <w:t>جس مسلمانسے باتکیجائے،وہاپنےکوسپیریئر سمجھتاہے۔ میں یہاںاسسےپہلے جب پڑھایادلیمیںتھا تو عالمیت اخبارتھاوہاںپر۔</w:t>
      </w:r>
    </w:p>
    <w:p>
      <w:r>
        <w:rPr>
          <w:b/>
        </w:rPr>
        <w:t xml:space="preserve">[1:19:30] </w:t>
      </w:r>
      <w:r>
        <w:t>ismein ek chaprasi tha, abdul wahid. woh padha likha aadmi nahin tha, woh jhadu deta tha woh office mein</w:t>
      </w:r>
    </w:p>
    <w:p>
      <w:pPr>
        <w:jc w:val="right"/>
      </w:pPr>
      <w:r>
        <w:t>اسمیںایکچپراسیتھا، عبدالواحد۔ وہپڑھالکھاآدمینہیںتھا،وہجھاڑودیتاتھاوہ افسمیں</w:t>
      </w:r>
    </w:p>
    <w:p>
      <w:r>
        <w:rPr>
          <w:b/>
        </w:rPr>
        <w:t xml:space="preserve">[1:19:37] </w:t>
      </w:r>
      <w:r>
        <w:t>alamgir ke. to main ne us se poocha ke kya wajah hai ke muslim apne ko bada samajhte hain? jisko dekho, badi ki baatein karta hai, fakhr ki baatein karta hai.</w:t>
      </w:r>
    </w:p>
    <w:p>
      <w:pPr>
        <w:jc w:val="right"/>
      </w:pPr>
      <w:r>
        <w:t>عالمیتکے۔ تو میںنےاسسےپوچھاکہکیا وجہہےکہمسلمان اپنےکو بڑاسمجھتےہیں؟جسکودیکھیے، بڑائیکیباتیںکرتاہے،فخرکیباتیںکرتاہے۔</w:t>
      </w:r>
    </w:p>
    <w:p>
      <w:r>
        <w:rPr>
          <w:b/>
        </w:rPr>
        <w:t xml:space="preserve">[1:19:48] </w:t>
      </w:r>
      <w:r>
        <w:t>to ab tak uska uska jumla yaad hai. usne kaha tha ke muslim apne raub mein rehta hai. muslim apne raub mein rehta hai. to yeh raub aur fakhr aur hum, hum is yani hum duniya mein hukm hmaran rahe hain itne dinon tak.</w:t>
      </w:r>
    </w:p>
    <w:p>
      <w:pPr>
        <w:jc w:val="right"/>
      </w:pPr>
      <w:r>
        <w:t>توابتک اسکااسکا جملہیادہے۔اسنےکہاتھا کہ مس لمان اپنےرعبمیںرہتاہے۔ مس لماناپنےرعبمیںرہتاہے۔ تو یہ رعب اور فخراور ہم ،ہم اس یعنیہمدنیا میںحکم حک مران رہےہیںاتنےدنوںتک۔</w:t>
      </w:r>
    </w:p>
    <w:p>
      <w:r>
        <w:rPr>
          <w:b/>
        </w:rPr>
        <w:t xml:space="preserve">[1:20:05] </w:t>
      </w:r>
      <w:r>
        <w:t>hum hi chhaye hue the sharq se maghrib duniya mein. yeh muslim ke dimagh mein chhaya hua hai. hum khalifatullah fil arz hain. to yeh to bilkul laghu hai, bilkul baseless hai, baatil hai. bilkul muslim ka character modest character hona chahiye. modest,</w:t>
      </w:r>
    </w:p>
    <w:p>
      <w:pPr>
        <w:jc w:val="right"/>
      </w:pPr>
      <w:r>
        <w:t>ہمہی چھائےہوئے تھےشرفسےتاغربدنیا میں۔ یہ مسلمانکےدماغمیںچھایاہواہے۔ہمخلیفۃ اللہفیالارضہیں۔ تویہتوبالکل لغوہے،بالکلبیسلیسہے،باطلہے۔بالکل مسلمان کا کریکٹرماڈسٹکریکٹرہوناچاہیے۔ماڈسٹ،</w:t>
      </w:r>
    </w:p>
    <w:p>
      <w:r>
        <w:rPr>
          <w:b/>
        </w:rPr>
        <w:t xml:space="preserve">[1:20:20] </w:t>
      </w:r>
      <w:r>
        <w:t>modesty jo hai, woh sifat hai imaan ki. yeh sab nahin sifat hai. yeh sab jitni cheezein hain, woh sab bilashuba</w:t>
      </w:r>
    </w:p>
    <w:p>
      <w:pPr>
        <w:jc w:val="right"/>
      </w:pPr>
      <w:r>
        <w:t>ماڈسٹیجوہے،وہ صفتہےایمانکی۔ یہسبنہیںص فتہے۔ یہسبجتنیچیزیںہیں،وہسببلاشبہ</w:t>
      </w:r>
    </w:p>
    <w:p>
      <w:r>
        <w:rPr>
          <w:b/>
        </w:rPr>
        <w:t xml:space="preserve">[1:20:27] </w:t>
      </w:r>
      <w:r>
        <w:t>baatil hain. fakhr ka jazba, badai ka jazba, aur raub mein rehna, fakhr mein rehna, yeh sab bilashuba baatil hai.</w:t>
      </w:r>
    </w:p>
    <w:p>
      <w:pPr>
        <w:jc w:val="right"/>
      </w:pPr>
      <w:r>
        <w:t>باطلہیں۔ فخرکاجذبہ، بڑ ائیکاجذبہ، اور رعبمیںرہنا،فخرمیںرہنا،یہسببلاشبہباطلہے۔</w:t>
      </w:r>
    </w:p>
    <w:p>
      <w:r>
        <w:rPr>
          <w:b/>
        </w:rPr>
        <w:t xml:space="preserve">[1:20:37] </w:t>
      </w:r>
      <w:r>
        <w:t>modesty jo hai, woh muslim ki sifat hai. modest nahin hai to phir imaan bhi nahin hai. main to yahan tak kahunga to jis aadmi ke andar yeh cheezein hain, usko kharch ke nikalna chahiye.</w:t>
      </w:r>
    </w:p>
    <w:p>
      <w:pPr>
        <w:jc w:val="right"/>
      </w:pPr>
      <w:r>
        <w:t>ماڈسٹیجوہے،وہ مسلمان کی صفتہے۔ ماڈسٹینہیںہےتوپھرایمانبھینہیںہے۔ میںتویہاںتککہوںگا تو جسآدمیکےاندریہ چیزیںہیں،اسکوکھرچکےنکالناچاہیے۔</w:t>
      </w:r>
    </w:p>
    <w:p>
      <w:r>
        <w:rPr>
          <w:b/>
        </w:rPr>
        <w:t xml:space="preserve">[1:20:50] </w:t>
      </w:r>
      <w:r>
        <w:t>kharch ke nikalna chahiye. fakhr hai, pride hai. "I am proud to be a muslim"</w:t>
      </w:r>
    </w:p>
    <w:p>
      <w:pPr>
        <w:jc w:val="right"/>
      </w:pPr>
      <w:r>
        <w:t>کھرچکےنکالناچاہیے۔ فخر ہے، پرائیڈہے۔ "آئیایمپراؤڈٹوبیا مسلم "</w:t>
      </w:r>
    </w:p>
    <w:p>
      <w:r>
        <w:rPr>
          <w:b/>
        </w:rPr>
        <w:t xml:space="preserve">[1:20:56] </w:t>
      </w:r>
      <w:r>
        <w:t>yeh sab jo bolta ho, woh Islam se koi ta'alluq iska nahin hai. "I am proud to be a muslim" jo bole, main mein fakhr se kahoon ke main muslim hoon, yeh Islam nahin hai.</w:t>
      </w:r>
    </w:p>
    <w:p>
      <w:pPr>
        <w:jc w:val="right"/>
      </w:pPr>
      <w:r>
        <w:t>یہسب جو بولتاہو،وہ اسلام سے کوئیتعلق اسکانہیںہے۔ "آئیایمپراؤڈٹوبیامسلم"جوبول ے، میں میں فخرسےکہوںکہمیںمسلمانہوں،یہاسلام نہیںہے۔</w:t>
      </w:r>
    </w:p>
    <w:p>
      <w:r>
        <w:rPr>
          <w:b/>
        </w:rPr>
        <w:t xml:space="preserve">[1:21:07] </w:t>
      </w:r>
      <w:r>
        <w:t>yeh yeh qoumi mazhab hai. qoumi mazhab bilashuba baatil hai, usmein koi shaq nahin iske baatil hone mein. kyunke Sahaba ne zuban zuban ko bhi nahin bole.</w:t>
      </w:r>
    </w:p>
    <w:p>
      <w:pPr>
        <w:jc w:val="right"/>
      </w:pPr>
      <w:r>
        <w:t>یہ یہ قومی مذہبہے۔قومیمذہب بلاشبہباطلہے،اسمیںکوئیشکہینہیںاسکےباطلہونے میں۔ کیونکہ صحابہنےزبان زبانکبھینہیںبول ے۔</w:t>
      </w:r>
    </w:p>
    <w:p>
      <w:r>
        <w:rPr>
          <w:b/>
        </w:rPr>
        <w:t xml:space="preserve">[1:21:17] </w:t>
      </w:r>
      <w:r>
        <w:t>kisi Sahabi ne kabhi yeh nahin kaha ke main fakhr se kehta hoon ke main muslim hoon. to jab Sahaba ne nahin bole to aaj kaise jaiz ho jayega? kisi Sahabi ne kabhi yeh nahin kaha ke mujhe fakhr hai ke main muslim hoon.</w:t>
      </w:r>
    </w:p>
    <w:p>
      <w:pPr>
        <w:jc w:val="right"/>
      </w:pPr>
      <w:r>
        <w:t>کسیصحابینےکبھییہنہیںکہاکہ میںفخرسےکہتاہوںکہمیںمسلمانہوں۔ توجب صحابہنےنہیںبولےتوآجکیسےجائزہوجائےگا؟ کسی صحابینےکبھییہنہیںکہاکہمجھےفخرہےکہمیں مسلمانہوں۔</w:t>
      </w:r>
    </w:p>
    <w:p>
      <w:r>
        <w:rPr>
          <w:b/>
        </w:rPr>
        <w:t xml:space="preserve">[1:21:30] </w:t>
      </w:r>
      <w:r>
        <w:t>yahi yeh boli galat hai, baatil hai, baseless hai.</w:t>
      </w:r>
    </w:p>
    <w:p>
      <w:pPr>
        <w:jc w:val="right"/>
      </w:pPr>
      <w:r>
        <w:t>یہیہبولیغلطہے،باطلہے، بیسلیسہے۔</w:t>
      </w:r>
    </w:p>
    <w:p>
      <w:r>
        <w:rPr>
          <w:b/>
        </w:rPr>
        <w:t xml:space="preserve">[1:21:36] </w:t>
      </w:r>
      <w:r>
        <w:t>doctor muslema siddiqui ne dilli se likha hai: "maulana, kya anshukriya aur negative tea ek hai ?</w:t>
      </w:r>
    </w:p>
    <w:p>
      <w:pPr>
        <w:jc w:val="right"/>
      </w:pPr>
      <w:r>
        <w:t>ڈاکٹر مسلمہ صدی قی نے دلیسےلکھاہے: "مولانا،کیا ن اشکریاور نیگیٹیو ٹی ایک ہے ؟</w:t>
      </w:r>
    </w:p>
    <w:p>
      <w:r>
        <w:rPr>
          <w:b/>
        </w:rPr>
        <w:t xml:space="preserve">[1:21:45] </w:t>
      </w:r>
      <w:r>
        <w:t>isko explain kijiye."</w:t>
      </w:r>
    </w:p>
    <w:p>
      <w:pPr>
        <w:jc w:val="right"/>
      </w:pPr>
      <w:r>
        <w:t>اسکو ایکسپلینکیجئے۔"</w:t>
      </w:r>
    </w:p>
    <w:p>
      <w:r>
        <w:rPr>
          <w:b/>
        </w:rPr>
        <w:t xml:space="preserve">[1:21:53] </w:t>
      </w:r>
      <w:r>
        <w:t>bilkul ek heiyatunheehai, lekin dono milta julta bhi hai.</w:t>
      </w:r>
    </w:p>
    <w:p>
      <w:pPr>
        <w:jc w:val="right"/>
      </w:pPr>
      <w:r>
        <w:t>بالکل ایکہیتونہیںہے،لیکن دونوںملتاجلتابھیہے۔</w:t>
      </w:r>
    </w:p>
    <w:p>
      <w:r>
        <w:rPr>
          <w:b/>
        </w:rPr>
        <w:t xml:space="preserve">[1:21:59] </w:t>
      </w:r>
      <w:r>
        <w:t>yani milta julta bhi hai, yani dono alag bhinheehai. nashukri to yeh hai ke aadmi ko koi cheez mile kisi se aur uska woh ehsan na jaane. isko koi humko kisis se mile, koi cheez, koi humko faida mile, kuch bhi mile to humko ehsan na jaane. yeh hai nashukri.</w:t>
      </w:r>
    </w:p>
    <w:p>
      <w:pPr>
        <w:jc w:val="right"/>
      </w:pPr>
      <w:r>
        <w:t>یعنیملتاجلتابھیہے، یعنی دونوں الگبھینہیںہیں۔ ناشکریتویہہےکہآدمی کو کوئیچیزملے کسی سے اوراسکا وہ اکنالجنہکرے۔اسکو کوئیہمکوکسیسےملے،کوئیچیز ،کوئیہمکوفائدہملے،کچھبھیملےتوہمکو اکنالجنہکریں۔یہہےناشکری۔</w:t>
      </w:r>
    </w:p>
    <w:p>
      <w:r>
        <w:rPr>
          <w:b/>
        </w:rPr>
        <w:t xml:space="preserve">[1:22:21] </w:t>
      </w:r>
      <w:r>
        <w:t>aur negativity yeh hai ke aap nafrat karein doosron se, doosron ko se ghussa karein,</w:t>
      </w:r>
    </w:p>
    <w:p>
      <w:pPr>
        <w:jc w:val="right"/>
      </w:pPr>
      <w:r>
        <w:t>اور نیگیٹیوٹییہہےکہآپ نفرتکریںدوسروںسے ،دوسروںکو سےغصہکریں،</w:t>
      </w:r>
    </w:p>
    <w:p>
      <w:r>
        <w:rPr>
          <w:b/>
        </w:rPr>
        <w:t xml:space="preserve">[1:22:28] </w:t>
      </w:r>
      <w:r>
        <w:t>dusron ko samjhein ke wohi hamare khilaf</w:t>
      </w:r>
    </w:p>
    <w:p>
      <w:pPr>
        <w:jc w:val="right"/>
      </w:pPr>
      <w:r>
        <w:t>دوسروںکو سمجھیںکہوہی ہمارےخلاف</w:t>
      </w:r>
    </w:p>
    <w:p>
      <w:r>
        <w:rPr>
          <w:b/>
        </w:rPr>
        <w:t xml:space="preserve">[1:22:32] </w:t>
      </w:r>
      <w:r>
        <w:t>jo hain baatein hain, woh sab is ka zimmedar wohi hai.</w:t>
      </w:r>
    </w:p>
    <w:p>
      <w:pPr>
        <w:jc w:val="right"/>
      </w:pPr>
      <w:r>
        <w:t>جو ہے باتیںہیں،وہسباسیکاذمہداروہیہے۔</w:t>
      </w:r>
    </w:p>
    <w:p>
      <w:r>
        <w:rPr>
          <w:b/>
        </w:rPr>
        <w:t xml:space="preserve">[1:22:36] </w:t>
      </w:r>
      <w:r>
        <w:t>to negative aadmi jo hai, har har doosre ke bare mein samajhta hai ke yeh qabil nafrat hai. yeh</w:t>
      </w:r>
    </w:p>
    <w:p>
      <w:pPr>
        <w:jc w:val="right"/>
      </w:pPr>
      <w:r>
        <w:t>تو نیگیٹیو آدمیجوہے، ہر ہردوسرےکےبارےمیں سمجھتاہےکہیہ ق ابلنفرتہے۔یہ</w:t>
      </w:r>
    </w:p>
    <w:p>
      <w:r>
        <w:rPr>
          <w:b/>
        </w:rPr>
        <w:t xml:space="preserve">[1:22:47] </w:t>
      </w:r>
      <w:r>
        <w:t>to na shukri mein is mein bahut kaafi yaani mushabihat hai, lekin woh dono ek bhi nahin keh sakta ke woh dono ek hi hain.</w:t>
      </w:r>
    </w:p>
    <w:p>
      <w:pPr>
        <w:jc w:val="right"/>
      </w:pPr>
      <w:r>
        <w:t>تو ن اشکری میں اسمیں بہت کافی یعنی مش ابہتہے، لیکن وہ دونوںایک بھی یہنہیںکہہسکتاکہوہدونوںایکہیہیں۔</w:t>
      </w:r>
    </w:p>
    <w:p>
      <w:r>
        <w:rPr>
          <w:b/>
        </w:rPr>
        <w:t xml:space="preserve">[1:23:01] </w:t>
      </w:r>
      <w:r>
        <w:t>maulana amanullah ne dilli se likha hai: "quran ke chapter 67, versenumber 2 mein hai: khalaqal mauta wal hayat.</w:t>
      </w:r>
    </w:p>
    <w:p>
      <w:pPr>
        <w:jc w:val="right"/>
      </w:pPr>
      <w:r>
        <w:t>مول انا امان اللہنے دلیسےلکھاہے: "قرآنکے چیپٹر 6 7 ،ورسنمبر ٹومیںہے :خلق الموت وال حیات۔</w:t>
      </w:r>
    </w:p>
    <w:p>
      <w:r>
        <w:rPr>
          <w:b/>
        </w:rPr>
        <w:t xml:space="preserve">[1:23:14] </w:t>
      </w:r>
      <w:r>
        <w:t>"is aayat mein maut ke lafz ko pehle kyun bayan kiya gaya hai aur hayat ke lafz ko baad mein? iska sabab kya hai ?</w:t>
      </w:r>
    </w:p>
    <w:p>
      <w:pPr>
        <w:jc w:val="right"/>
      </w:pPr>
      <w:r>
        <w:t>"اس آیتمیں موتکے لفظکو پہلے کیوں بیانکیا گیاہے اور حیاتکےلفظکو بعدمیں ؟ اسکا سببکیاہے ؟</w:t>
      </w:r>
    </w:p>
    <w:p>
      <w:r>
        <w:rPr>
          <w:b/>
        </w:rPr>
        <w:t xml:space="preserve">[1:23:27] </w:t>
      </w:r>
      <w:r>
        <w:t>dekhein, yeh koi yani is tarike ka tarteeb mein is tarah ka farq quran mein aur bhi jagah jagah milega aapko. isko yani iski koi lajjmat dhoondhiye, iski manatiq mat dhoondhiye.</w:t>
      </w:r>
    </w:p>
    <w:p>
      <w:pPr>
        <w:jc w:val="right"/>
      </w:pPr>
      <w:r>
        <w:t>دیکھیں،یہ کوئی یعنی اسطریقےکا ترتیبمیںاسطرحکافرققرآنمیںاوربھی جگہجگہملےگاآپکو ۔ اسکو یعنیاسکیکوئیلاجکمتڈھونڈیے،اسکی منط قمتڈھونڈیے۔</w:t>
      </w:r>
    </w:p>
    <w:p>
      <w:r>
        <w:rPr>
          <w:b/>
        </w:rPr>
        <w:t xml:space="preserve">[1:23:41] </w:t>
      </w:r>
      <w:r>
        <w:t>lekin agar aap isko explain karna chahein to yeh ho gaya aadmi ke aap jab paida nahi hue the to woh bohat haalat thiyaas ki. aur phir paida hone ke baad dobarah maut ki haalat aayegi.</w:t>
      </w:r>
    </w:p>
    <w:p>
      <w:pPr>
        <w:jc w:val="right"/>
      </w:pPr>
      <w:r>
        <w:t>لیکن اگر آپ اسکو ایکسپلینکرناچاہیںتویہہوگیاآدمی کہآپ جبپیدا نہیںہواتھاتووہ بہت حالتتھیاسکی۔ اورپھر پیدا ہونےکےبعددوبارہموتکیحالتآئےگی۔</w:t>
      </w:r>
    </w:p>
    <w:p>
      <w:r>
        <w:rPr>
          <w:b/>
        </w:rPr>
        <w:t xml:space="preserve">[1:23:53] </w:t>
      </w:r>
      <w:r>
        <w:t>to aadmi jo hai, do iske darmiyan hai, do maut ke darmiyan. woh ek maut jabke wajood he nahi tha uska, to woh bhi ek qism ki kya maut thi.</w:t>
      </w:r>
    </w:p>
    <w:p>
      <w:pPr>
        <w:jc w:val="right"/>
      </w:pPr>
      <w:r>
        <w:t>تو آدمیجوہے، دو اسکےدرمیانہے، دو موتکےدرمیانہے۔ وہایکوہموتجبکہوجود ہینہیںتھااسکا ،تووہبھیایکقسم کیکیا موتتھی۔</w:t>
      </w:r>
    </w:p>
    <w:p>
      <w:r>
        <w:rPr>
          <w:b/>
        </w:rPr>
        <w:t xml:space="preserve">[1:24:06] </w:t>
      </w:r>
      <w:r>
        <w:t>phir maut aayegi, woh marega, phir usko zindagi milegi. to yeh taqdeem o taakhir jo hoti hai quran majeed mein, aise aur jagahon jagahon par hai, isko bohot hi manatiqi andaaz mein nahi lena chahiye,</w:t>
      </w:r>
    </w:p>
    <w:p>
      <w:pPr>
        <w:jc w:val="right"/>
      </w:pPr>
      <w:r>
        <w:t>پھر موتآئےگی، وہمرےگا،پھراسکوزندگی ملےگی۔ تویہتقدیموتاخیرجوہوتیہے قرآنمجیدمیں،ایسےاورجگہوںجگہوںپرہے، اسکو بہتہی منط قیاندازمیںنہیںلیناچاہیے،</w:t>
      </w:r>
    </w:p>
    <w:p>
      <w:r>
        <w:rPr>
          <w:b/>
        </w:rPr>
        <w:t xml:space="preserve">[1:24:20] </w:t>
      </w:r>
      <w:r>
        <w:t>balke isko yani iske maani ko le kar ke mafhoom ko le kar sochna chahiye.</w:t>
      </w:r>
    </w:p>
    <w:p>
      <w:pPr>
        <w:jc w:val="right"/>
      </w:pPr>
      <w:r>
        <w:t>بلکہاسکو یعنی اسکے معنیکولےکرکےمفہومکولےکرسوچناچاہیے۔</w:t>
      </w:r>
    </w:p>
    <w:p>
      <w:r>
        <w:rPr>
          <w:b/>
        </w:rPr>
        <w:t xml:space="preserve">[1:24:29] </w:t>
      </w:r>
      <w:r>
        <w:t>mas'ala anjum khan ne dilli se likha hai: "religion is a way of life. is this term right? what is religion? can we also say that islam is a way of life</w:t>
      </w:r>
    </w:p>
    <w:p>
      <w:pPr>
        <w:jc w:val="right"/>
      </w:pPr>
      <w:r>
        <w:t>مس طلت انجم خاننے دلیسےلکھاہے :"ریلیجن از اوےاف لائف۔ "از دس ٹرم رائٹ ؟واٹاز ریلیجن ؟کینوی السو سے دیٹ اسلام از اوےافلائف</w:t>
      </w:r>
    </w:p>
    <w:p>
      <w:r>
        <w:rPr>
          <w:b/>
        </w:rPr>
        <w:t xml:space="preserve">[1:24:46] </w:t>
      </w:r>
      <w:r>
        <w:t>? kyunke mein to yeh zubaan nahi bolta, yeh woh log bolte hain jo political interpreter dete hain islam ka. way of life to aur bhi cheezein hain, bohat cheezein hain.</w:t>
      </w:r>
    </w:p>
    <w:p>
      <w:pPr>
        <w:jc w:val="right"/>
      </w:pPr>
      <w:r>
        <w:t>؟کیونکہمیںتویہزبان نہیںبولتا، یہوہلوگبولتےہیںجو پولیٹیکلانٹرپریشندیتےہیںاسلام کا۔ وےافلائفتو اوربھیچیزیںہیں، بہتچیزیںہیں۔</w:t>
      </w:r>
    </w:p>
    <w:p>
      <w:r>
        <w:rPr>
          <w:b/>
        </w:rPr>
        <w:t xml:space="preserve">[1:24:56] </w:t>
      </w:r>
      <w:r>
        <w:t>religion ko mein samajhta hoon ke religion naam hai god oriented life ka. sahi iska tareeqa hai wohi hai ke aap religion ko kahein, matlab islam, god oriented life, god oriented thinking, god oriented character,</w:t>
      </w:r>
    </w:p>
    <w:p>
      <w:pPr>
        <w:jc w:val="right"/>
      </w:pPr>
      <w:r>
        <w:t>ریلیجن کومیںسمجھتاہوںکہ ریلیجننامہے گاڈاورینٹڈلائفکا۔ صحیحاسکا طریقہہےوہیہکہآپریلیجنکوکہیں، مطلباسلام، گاڈاورینٹڈلائف، گاڈاورینٹڈتھنکنگ، گاڈاورینٹڈکریکٹر،</w:t>
      </w:r>
    </w:p>
    <w:p>
      <w:r>
        <w:rPr>
          <w:b/>
        </w:rPr>
        <w:t xml:space="preserve">[1:25:12] </w:t>
      </w:r>
      <w:r>
        <w:t>iska naam hai islam.</w:t>
      </w:r>
    </w:p>
    <w:p>
      <w:pPr>
        <w:jc w:val="right"/>
      </w:pPr>
      <w:r>
        <w:t>اسکانام ہےاسلام ۔</w:t>
      </w:r>
    </w:p>
    <w:p>
      <w:r>
        <w:rPr>
          <w:b/>
        </w:rPr>
        <w:t xml:space="preserve">[1:25:14] </w:t>
      </w:r>
      <w:r>
        <w:t>way of life jo hai, yeh bohat hi ambiguous term hai. mean li isse baat clear nahi hoti. jab aap khuda se darte hain aur yeh samajhte hain ke mein accountable hoon, allah taala mujhse poocha jayega, to ek aap ki zindagi mein ek ek character aata hai.</w:t>
      </w:r>
    </w:p>
    <w:p>
      <w:pPr>
        <w:jc w:val="right"/>
      </w:pPr>
      <w:r>
        <w:t>وےافلائفجوہے،یہ بہت ہیایمبیگوسٹرمہے۔مین لی اسسےباتکلیئرنہیںہوتی۔ جبآپ خداسےڈرتےہیں اوریہسمجھتےہیںکہمیںاکاؤنٹیبلہوں، اللہ تعالیٰکامجھسےپوچھاجائےگا،تو ایک آپ کیزندگی میںایک ایککریکٹرآتاہے۔</w:t>
      </w:r>
    </w:p>
    <w:p>
      <w:r>
        <w:rPr>
          <w:b/>
        </w:rPr>
        <w:t xml:space="preserve">[1:25:29] </w:t>
      </w:r>
      <w:r>
        <w:t>aap ki bol, aap ki speech, aap ka behaviour, aap ki dealing, har cheez mein ek ek zimmedari ka andaaz paida ho jata hai.</w:t>
      </w:r>
    </w:p>
    <w:p>
      <w:pPr>
        <w:jc w:val="right"/>
      </w:pPr>
      <w:r>
        <w:t>آپ کی بول ،آپ کی سپیچ،آپکا بیہیویئر، آپکیڈیلنگ،ہرچیزمیں ایکایک ذمہداریکااندازپیدا ہوجاتاہے۔</w:t>
      </w:r>
    </w:p>
    <w:p>
      <w:r>
        <w:rPr>
          <w:b/>
        </w:rPr>
        <w:t xml:space="preserve">[1:25:39] </w:t>
      </w:r>
      <w:r>
        <w:t>isko aap koi bhi lafz dijiye, way of life kahiye ya kuch bhi kahiye, lekin mein zahiri taur par yeh nahi bolta ke islam ek zabta hayat hai, kyunke yeh lafz mein isko ambiguous terms samajhta hoon.</w:t>
      </w:r>
    </w:p>
    <w:p>
      <w:pPr>
        <w:jc w:val="right"/>
      </w:pPr>
      <w:r>
        <w:t>اسکوآپکوئیبھیلفظدیجئے،وےافلائفکہیےیاکچھبھیکہیے، لیکن میں ظاہریطورپر یہنہیںبول تا کہاسلام ایکضابطہحیاتہے، کیونکہیہلفظمیں اسکو ایمبیگوس ٹرمسمجھتاہوں۔</w:t>
      </w:r>
    </w:p>
    <w:p>
      <w:r>
        <w:rPr>
          <w:b/>
        </w:rPr>
        <w:t xml:space="preserve">[1:25:55] </w:t>
      </w:r>
      <w:r>
        <w:t>maulana sharq hussain ne dilli se likha hai: "ek sahib ne kaha ke al risala padhte hue jahan islam ko aaj aaj sir no discover karne ka mauqa milta hai,</w:t>
      </w:r>
    </w:p>
    <w:p>
      <w:pPr>
        <w:jc w:val="right"/>
      </w:pPr>
      <w:r>
        <w:t>مول اناشارقحسیننے دلیسےلکھاہے: "ایک صاحبنےکہا کہ الرسالہپڑھتےہوئے جہاں اسلام کو اج اجسر نو ڈسکورکرنے کا موقعملتاہے،</w:t>
      </w:r>
    </w:p>
    <w:p>
      <w:r>
        <w:rPr>
          <w:b/>
        </w:rPr>
        <w:t xml:space="preserve">[1:26:08] </w:t>
      </w:r>
      <w:r>
        <w:t>wahin maazi ke bohat se ulama se bad zani ho jati hai. maulana, isko kaise manage karein taake munfi role ke bajaye musbat role ho ?"</w:t>
      </w:r>
    </w:p>
    <w:p>
      <w:pPr>
        <w:jc w:val="right"/>
      </w:pPr>
      <w:r>
        <w:t>وہیں ماضی کے بہت سے علم اءسے بد زنیہوجاتیہے۔ مولانا،اسکوکیسےمی نجکریں تاکہ من فی رولکےبجائے مث بت رولہو ؟"</w:t>
      </w:r>
    </w:p>
    <w:p>
      <w:r>
        <w:rPr>
          <w:b/>
        </w:rPr>
        <w:t xml:space="preserve">[1:26:21] </w:t>
      </w:r>
      <w:r>
        <w:t>bad zani to be maani lafz hai, yeh to satanic chord hai. meaning bad zani kiya kya cheez hai? islam mein, aur islam mein rethinking baat hoti hai. bad zani ko kehte hain aap rethinking kahiye.</w:t>
      </w:r>
    </w:p>
    <w:p>
      <w:pPr>
        <w:jc w:val="right"/>
      </w:pPr>
      <w:r>
        <w:t>بدزنیتوبےمعنیلفظہے، یہتوسیٹنکورڈہے۔مینیٹک بدزنیکیا کیاچیزہے؟ اسلام میں ،اوراسلام میںری تھنکنگباتہوتیہے۔بدزنیکوکہتےہیںآپ ریتھنکنگکہیے۔</w:t>
      </w:r>
    </w:p>
    <w:p>
      <w:r>
        <w:rPr>
          <w:b/>
        </w:rPr>
        <w:t xml:space="preserve">[1:26:35] </w:t>
      </w:r>
      <w:r>
        <w:t>bad zani to mera ek satanic chord hai, mera satanic lafz hai. mere liye shaitani sabse pehle bad zani thi ke allah taala ke bare mein usne bad zani ki ke khuda ne uske khilaf woh kiya hai.</w:t>
      </w:r>
    </w:p>
    <w:p>
      <w:pPr>
        <w:jc w:val="right"/>
      </w:pPr>
      <w:r>
        <w:t>بدزنیتومیراایکسیٹنکرولہے، میرا سیٹنکلفظہے۔میرےلیے شیطانی سبسےپہلے بدزنیکیتھی کہاللہ تعالیٰکےبارےمیںاسنے بدزنیکیکہ خدانے اسکےخلاف وہکیاہے۔</w:t>
      </w:r>
    </w:p>
    <w:p>
      <w:r>
        <w:rPr>
          <w:b/>
        </w:rPr>
        <w:t xml:space="preserve">[1:26:51] </w:t>
      </w:r>
      <w:r>
        <w:t>yani khuda se bad zan hua shaitan. rab aghbat ni to bad zani ke lafz pehle shaitan bolta tha, to bad zani ka lafz hi galat hai.</w:t>
      </w:r>
    </w:p>
    <w:p>
      <w:pPr>
        <w:jc w:val="right"/>
      </w:pPr>
      <w:r>
        <w:t>یعنیخداسےبدزنہوا شیطان ۔ رب عغبت نی تو بدزنیکےلفظپہلے شیطانبولاتھا، تو بدزنیکالفظہیغلطہے۔</w:t>
      </w:r>
    </w:p>
    <w:p>
      <w:r>
        <w:rPr>
          <w:b/>
        </w:rPr>
        <w:t xml:space="preserve">[1:27:01] </w:t>
      </w:r>
      <w:r>
        <w:t>risala mein agar koi aisi cheez aap dekhte hain jo aap ke mindset ke khilaf hai, to sochiye, isko hawale, isko nikaliye, iske maani nikaliye, ispar discussion kijiye.</w:t>
      </w:r>
    </w:p>
    <w:p>
      <w:pPr>
        <w:jc w:val="right"/>
      </w:pPr>
      <w:r>
        <w:t>رسالہمیںاگر کوئیایسیچیزآپدیکھتےہیں جو آپ کے مائنڈسیٹکےخلاف ہے،توسوچیے، اسکو حوال ے،اسکو نکالی ے، اسکے مطلب نکالی ے،اسپر ڈسکشنکیجئے۔</w:t>
      </w:r>
    </w:p>
    <w:p>
      <w:r>
        <w:rPr>
          <w:b/>
        </w:rPr>
        <w:t xml:space="preserve">[1:27:14] </w:t>
      </w:r>
      <w:r>
        <w:t>bad zani kiya cheez hoti hai? bad zani to ek satanic chord hai,</w:t>
      </w:r>
    </w:p>
    <w:p>
      <w:pPr>
        <w:jc w:val="right"/>
      </w:pPr>
      <w:r>
        <w:t>بدزنیکیاچیزہوتیہے؟ بدزنیتوایکسیٹنکورڈہے،</w:t>
      </w:r>
    </w:p>
    <w:p>
      <w:r>
        <w:rPr>
          <w:b/>
        </w:rPr>
        <w:t xml:space="preserve">[1:27:19] </w:t>
      </w:r>
      <w:r>
        <w:t>mein twaaskoku'ihaqiqatenahinsamajhta.</w:t>
      </w:r>
    </w:p>
    <w:p>
      <w:pPr>
        <w:jc w:val="right"/>
      </w:pPr>
      <w:r>
        <w:t>میں تواسکوکوئیحقیقتنہیںسمجھتا۔</w:t>
      </w:r>
    </w:p>
    <w:p>
      <w:r>
        <w:rPr>
          <w:b/>
        </w:rPr>
        <w:t xml:space="preserve">[1:27:25] </w:t>
      </w:r>
      <w:r>
        <w:t>mysteryogidarsakinnne bangaloreselikhaha: "As every non-Muslim kafar as Muslims generally believe?</w:t>
      </w:r>
    </w:p>
    <w:p>
      <w:pPr>
        <w:jc w:val="right"/>
      </w:pPr>
      <w:r>
        <w:t>مسٹریوگیدرسکننے بینگلورسےلکھاہے: "از ایوری نانمس لم اکافر ایزمسلمز جنرلی بیلیو؟</w:t>
      </w:r>
    </w:p>
    <w:p>
      <w:r>
        <w:rPr>
          <w:b/>
        </w:rPr>
        <w:t xml:space="preserve">[1:27:36] </w:t>
      </w:r>
      <w:r>
        <w:t>Please elaborate on how this general Muslim perception or misconception leads to negative consequences for non-Muslims among non-Muslims.</w:t>
      </w:r>
    </w:p>
    <w:p>
      <w:pPr>
        <w:jc w:val="right"/>
      </w:pPr>
      <w:r>
        <w:t>پلیز الیبوریٹان ہاؤدسجنرل مسلم پرسیپشن اور مس کنسیپشن لیڈزٹونیگیٹیوامیجزاف نانمسلمز امنگمینیمسلمز۔</w:t>
      </w:r>
    </w:p>
    <w:p>
      <w:r>
        <w:rPr>
          <w:b/>
        </w:rPr>
        <w:t xml:space="preserve">[1:27:48] </w:t>
      </w:r>
      <w:r>
        <w:t>"dekhen,aspr meinne ek bahut hi ditelm mein ek artikal chhapaha risalem. hamen haq nahien hai ki ham kisikokafardeklierkaren, yahbat bilashubah batil hai,</w:t>
      </w:r>
    </w:p>
    <w:p>
      <w:pPr>
        <w:jc w:val="right"/>
      </w:pPr>
      <w:r>
        <w:t>"دیکھیں،اسپر میںنےایک بہت ہی ڈیٹیلمیں ایک آرٹیکلچھاپاہے رسالہمیں۔ ہمیںحق نہیںہے کہہمکسیکوکافرڈیکلیئرکریں، یہبات بلاشبہ باطل ہے،</w:t>
      </w:r>
    </w:p>
    <w:p>
      <w:r>
        <w:rPr>
          <w:b/>
        </w:rPr>
        <w:t xml:space="preserve">[1:28:04] </w:t>
      </w:r>
      <w:r>
        <w:t>bilkul nahin .yahjo ek vishn hai ki muslim kafar kyako'iekvishnihalat hai,yah ekvishnihai duaemadvukae kvishn, yaphirapiyahkahen ki sabinsan hain.</w:t>
      </w:r>
    </w:p>
    <w:p>
      <w:pPr>
        <w:jc w:val="right"/>
      </w:pPr>
      <w:r>
        <w:t>بالکل نہیں ۔یہجو ایک ویشنہے کہ مسلم کافر کیایکویشنہیغلطہے،یہ ایکویشنیہہے دعائےمدعوکاایکویشن، یاپھرآپیہکہیںکہسبانسانہیں۔</w:t>
      </w:r>
    </w:p>
    <w:p>
      <w:r>
        <w:rPr>
          <w:b/>
        </w:rPr>
        <w:t xml:space="preserve">[1:28:15] </w:t>
      </w:r>
      <w:r>
        <w:t>to asmeinkhladikhayaha kiquran kinsbttse yahdunya daralinsan hai,darulkufarnahien hai. yahjutqsimkigai hamari fqtkitaabon mein, darulkufaryahbilkul galat hai.</w:t>
      </w:r>
    </w:p>
    <w:p>
      <w:pPr>
        <w:jc w:val="right"/>
      </w:pPr>
      <w:r>
        <w:t>تو اسمیںلکھ ادکھایاہےکہقرآنکینسبتسے یہدنیا دارالانسانہے،دارالکفرنہیںہے۔ یہجوتقسیمکیگئی ہماری فقطکتاب وںمیں، دارالکفر یہبالکل غلطہے۔</w:t>
      </w:r>
    </w:p>
    <w:p>
      <w:r>
        <w:rPr>
          <w:b/>
        </w:rPr>
        <w:t xml:space="preserve">[1:28:27] </w:t>
      </w:r>
      <w:r>
        <w:t>nahikoi darusalam hai,nahikoi darulkufar hai,</w:t>
      </w:r>
    </w:p>
    <w:p>
      <w:pPr>
        <w:jc w:val="right"/>
      </w:pPr>
      <w:r>
        <w:t>نہکوئیدارالسلام ہے،نہکوئیدارالکفرہے،</w:t>
      </w:r>
    </w:p>
    <w:p>
      <w:r>
        <w:rPr>
          <w:b/>
        </w:rPr>
        <w:t xml:space="preserve">[1:28:31] </w:t>
      </w:r>
      <w:r>
        <w:t>dononkatarmghalat hai. darusalamkatrmbadkobana hai, rasulallahnekabhibahshabdastamalnahinkiya, sahabaanekabhibastamalnahinkiyashabd ki darusalamhaiyah aur vahdarulkufarhaiyah.</w:t>
      </w:r>
    </w:p>
    <w:p>
      <w:pPr>
        <w:jc w:val="right"/>
      </w:pPr>
      <w:r>
        <w:t>دونوں کا ٹرمغلطہے۔ دارالسلامکاٹرمبعدکوبناہے، رسولاللہنےکبھییہ لفظاستعمالنہیںکیا، صحابہنےکبھیاستعمالنہیںکیایہلفظ کہدارالسلامہےیہ اور وہدارالکفرہےیہ۔</w:t>
      </w:r>
    </w:p>
    <w:p>
      <w:r>
        <w:rPr>
          <w:b/>
        </w:rPr>
        <w:t xml:space="preserve">[1:28:46] </w:t>
      </w:r>
      <w:r>
        <w:t>to badkelogonneyahtermbanayehain, tomainiskobadatsamajhta hun. yah term hai darulharb, darulkufar, darusalam, yahsab badat yani inveshan hai. inveshan islamseko'itallqiskanahien hai.</w:t>
      </w:r>
    </w:p>
    <w:p>
      <w:pPr>
        <w:jc w:val="right"/>
      </w:pPr>
      <w:r>
        <w:t>تو بعد کےلوگوںنےیہٹرمبنائےہیں،تومیںاسکوبدعتسمجھتاہوں۔ یہجو ٹرمہے دارالحرب ،دارالکفر،دارالسلام،یہسب بدعت یعنی انویشنہے۔انویشن اسلام سےکوئیتعلقاسکانہیںہے۔</w:t>
      </w:r>
    </w:p>
    <w:p>
      <w:r>
        <w:rPr>
          <w:b/>
        </w:rPr>
        <w:t xml:space="preserve">[1:29:00] </w:t>
      </w:r>
      <w:r>
        <w:t>quranmein dekhen,iyahalinsan,iyahalinsan,iyahalinsan ata hai, to iskamaniquran ke nazdeeksabdaralinsan hain, sabinsan hain, sabinsan hain, sabinsan hain.</w:t>
      </w:r>
    </w:p>
    <w:p>
      <w:pPr>
        <w:jc w:val="right"/>
      </w:pPr>
      <w:r>
        <w:t>قرآنمیںدیکھیے،ایہاالانسان،ایہاالانسان،ایہاالانسانآتاہے، تو اسکامعنیقرآنکےنزدیکسبدارال انسانہیں، سب انسانہیں،سبانسانہیں،سبانسان ہیں۔</w:t>
      </w:r>
    </w:p>
    <w:p>
      <w:r>
        <w:rPr>
          <w:b/>
        </w:rPr>
        <w:t xml:space="preserve">[1:29:12] </w:t>
      </w:r>
      <w:r>
        <w:t>rasulallahsalallahu alaihi wasallam aykiyahudike janazekodekhkar keham khadehogae iske rispektmein, to kahagaya ki yah to yahuditha. to apne kahaha ki ali halusalaat nfs an kyavahinsan nahintaha?</w:t>
      </w:r>
    </w:p>
    <w:p>
      <w:pPr>
        <w:jc w:val="right"/>
      </w:pPr>
      <w:r>
        <w:t>رسولاللہصلیاللہعلیہوسلمایکیہودیکےجنازےکودیکھکرکےہم کھڑےہوگئے اسکےریسپیکٹمیں، تو کہاگیا کہیہتویہودیتھا۔ توآپنےکہاہےکہعلی ہالصلوۃنفس اً کیاوہانساننہیںتھا؟</w:t>
      </w:r>
    </w:p>
    <w:p>
      <w:r>
        <w:rPr>
          <w:b/>
        </w:rPr>
        <w:t xml:space="preserve">[1:29:24] </w:t>
      </w:r>
      <w:r>
        <w:t>to sabko apkoinsansamajhanahai. apko mishnkinnstse duaemadvukitqsim hai, mishnkinnstse baqitqleeqkinnstse. dekhen, ektqleeq, ek mishn.</w:t>
      </w:r>
    </w:p>
    <w:p>
      <w:pPr>
        <w:jc w:val="right"/>
      </w:pPr>
      <w:r>
        <w:t>تو سبکوآپکوانسانسمجھناہے۔آپکو مشنکینسب تسے دعائےمدعوکیتقسیمہے،مشنکینسبتسے باقی تخلیقکینسبتسے۔دیکھیں،ایکتخلیق،ایک مشن۔</w:t>
      </w:r>
    </w:p>
    <w:p>
      <w:r>
        <w:rPr>
          <w:b/>
        </w:rPr>
        <w:t xml:space="preserve">[1:29:36] </w:t>
      </w:r>
      <w:r>
        <w:t>mishnkinnstse ham kahin ki hamda'i hain, vahmad'uhain, lekin jtqleeqhai allhtala ki, uskinnsbtse sabinsan</w:t>
      </w:r>
    </w:p>
    <w:p>
      <w:pPr>
        <w:jc w:val="right"/>
      </w:pPr>
      <w:r>
        <w:t>مشنکینسبتسےہمکہیںکہہمداعیہیں،وہمدعوہیں، لیکن جو تخلیقہےاللہتعالیٰکی،اسکینسبتسےسبانسان</w:t>
      </w:r>
    </w:p>
    <w:p>
      <w:r>
        <w:rPr>
          <w:b/>
        </w:rPr>
        <w:t xml:space="preserve">[1:29:41] </w:t>
      </w:r>
      <w:r>
        <w:t>hain. apbhiinsan, vahbhiinsan hain. apkohaqnahikisi kokafardeklierkaren. jojokisi kokafarkahata hai, vahbahuthibadi zimmedarimolletahai, kyunki hadithmein ata hai, ek hadithhai ki jo shakhskisiko kafir, munafiq,</w:t>
      </w:r>
    </w:p>
    <w:p>
      <w:pPr>
        <w:jc w:val="right"/>
      </w:pPr>
      <w:r>
        <w:t>ہیں۔ آپ بھیانسان، وہبھیانسان ہیں۔ آپ کوحق نہیںکسیکوکافرڈیکلیئرکریں۔ جو جوکسیکوکافرکہتاہے، وہ بہت ہیبڑیذمہداریموللیتاہے، کیونکہحدیثمیںآتاہے،ایکحدیثہے کہجو شخص کسی کو کافر ، منافق،</w:t>
      </w:r>
    </w:p>
    <w:p>
      <w:r>
        <w:rPr>
          <w:b/>
        </w:rPr>
        <w:t xml:space="preserve">[1:29:57] </w:t>
      </w:r>
      <w:r>
        <w:t>aisealfaazbole, vahvisanahoh, to isikitaraphlautaaega. to apkesekahskte hain kisiko? aur hadithmein hai ki an allh yqbl at-tubah y</w:t>
      </w:r>
    </w:p>
    <w:p>
      <w:pPr>
        <w:jc w:val="right"/>
      </w:pPr>
      <w:r>
        <w:t>ایسےالفاظبولے، وہویسانہہو،تواسیکیطرفلوٹآئےگا۔ توآپکیسےکہہسکتےہیںکسی کو؟ اورحدیثمیںہےکہ ان اللہ یقبل التوبۃ ی</w:t>
      </w:r>
    </w:p>
    <w:p>
      <w:r>
        <w:rPr>
          <w:b/>
        </w:rPr>
        <w:t xml:space="preserve">[1:30:11] </w:t>
      </w:r>
      <w:r>
        <w:t>ani jabgharghara ata hai mautke waqt, tobtak allh inkitobah qbulkartahai. to apko kyapata hai iska khatmahiksawqthuo? kyapata hai apko?</w:t>
      </w:r>
    </w:p>
    <w:p>
      <w:pPr>
        <w:jc w:val="right"/>
      </w:pPr>
      <w:r>
        <w:t>عنیجبغرغرہآتاہے موتکےوقت، تبتک اللہ انکیتوبہقبولکرتاہے۔ توآپکوکیاپتہہےاسکاخاتمہکسوقتہو ؟ کیا پتہہےآپکو؟</w:t>
      </w:r>
    </w:p>
    <w:p>
      <w:r>
        <w:rPr>
          <w:b/>
        </w:rPr>
        <w:t xml:space="preserve">[1:30:22] </w:t>
      </w:r>
      <w:r>
        <w:t>an allh yqbl at-tubah ani ghargara kahate hain mautke waqt ek khas tarahki awaz aati hai gale se, to adami marjata hai.</w:t>
      </w:r>
    </w:p>
    <w:p>
      <w:pPr>
        <w:jc w:val="right"/>
      </w:pPr>
      <w:r>
        <w:t>ان اللہ یقبل التوبۃ یعنیغرغرہکہتےہیںموتکےوقت ایکخاص طرحکیآوازآتیہےگلےسے، توآدمیمرجاتا ہے۔</w:t>
      </w:r>
    </w:p>
    <w:p>
      <w:r>
        <w:rPr>
          <w:b/>
        </w:rPr>
        <w:t xml:space="preserve">[1:30:31] </w:t>
      </w:r>
      <w:r>
        <w:t>us waqt tak allhtala qbulkartahai toobhako. to apko kahan kahin ki isko kafardeklierkaren?</w:t>
      </w:r>
    </w:p>
    <w:p>
      <w:pPr>
        <w:jc w:val="right"/>
      </w:pPr>
      <w:r>
        <w:t>اس وقت تکاللہتعالیٰقبولکرتاہے توبہکو۔ توآپکوکہاںکہیںکہاسکو کافرڈیکلیئرکریں؟</w:t>
      </w:r>
    </w:p>
    <w:p>
      <w:r>
        <w:rPr>
          <w:b/>
        </w:rPr>
        <w:t xml:space="preserve">[1:30:39] </w:t>
      </w:r>
      <w:r>
        <w:t>apinsan samjhiye, apda'watdijiye, apaskokhairkhwahikijiye, uskelie du'ain kijiye. yah hai apka karne ka kam.</w:t>
      </w:r>
    </w:p>
    <w:p>
      <w:pPr>
        <w:jc w:val="right"/>
      </w:pPr>
      <w:r>
        <w:t>آپ انسان سمجھیے، آپ دعوتدیجئے،آپاسکوخیرخواہیکیجئے،اسکےلیےدعائیںکیجئے۔ یہہےآپکا کرنے کاکام۔</w:t>
      </w:r>
    </w:p>
    <w:p>
      <w:r>
        <w:rPr>
          <w:b/>
        </w:rPr>
        <w:t xml:space="preserve">[1:30:49] </w:t>
      </w:r>
      <w:r>
        <w:t>mus aishane diliselikhaha: "in chapter number seven, verse number one seven of Quran, it is mentioned that Satan said to God: you will not find most of them grateful.</w:t>
      </w:r>
    </w:p>
    <w:p>
      <w:pPr>
        <w:jc w:val="right"/>
      </w:pPr>
      <w:r>
        <w:t>مس عائشہنے دلیسےلکھاہے: "ان چیپٹرنمبر سیون، ورسنمبر 1 7 اف قرآن، اٹاز مینشنڈ دی ٹ سیٹن سیڈٹوگاڈ: یوویلناٹ فائنڈ موسٹاف دیم گریٹفل ۔</w:t>
      </w:r>
    </w:p>
    <w:p>
      <w:r>
        <w:rPr>
          <w:b/>
        </w:rPr>
        <w:t xml:space="preserve">[1:31:07] </w:t>
      </w:r>
      <w:r>
        <w:t>Maulana, kindly explain this. La tajad akthar shakin. Yeh bahut zyada sochne ki baat hai.</w:t>
      </w:r>
    </w:p>
    <w:p>
      <w:pPr>
        <w:jc w:val="right"/>
      </w:pPr>
      <w:r>
        <w:t>"مولانا،کائنڈلیایکسپلیندسورس۔ لا تجد اکثر شاکرین۔ یہبہت زیادہ سوچنےکیباتہے۔</w:t>
      </w:r>
    </w:p>
    <w:p>
      <w:r>
        <w:rPr>
          <w:b/>
        </w:rPr>
        <w:t xml:space="preserve">[1:31:19] </w:t>
      </w:r>
      <w:r>
        <w:t>main jabpadhtahoon yah quran majid mein jo qissahai ablis ka aur adam ka, aur jab allhtala ne banaya usko, aur sajda qbulkiya, yah qissah quran mein kai bar aya hai,</w:t>
      </w:r>
    </w:p>
    <w:p>
      <w:pPr>
        <w:jc w:val="right"/>
      </w:pPr>
      <w:r>
        <w:t>میں جب پڑھتاہوںیہ قرآنمجید میں جو قصہہے ابلیسکا اور آدمکا، اور جب اللہ تعالیٰنےبنایا اسکو،اورسجدہقبولکیا،یہقصہ قرآنمیںکئیبار آیاہے،</w:t>
      </w:r>
    </w:p>
    <w:p>
      <w:r>
        <w:rPr>
          <w:b/>
        </w:rPr>
        <w:t xml:space="preserve">[1:31:34] </w:t>
      </w:r>
      <w:r>
        <w:t>kai bar.</w:t>
      </w:r>
    </w:p>
    <w:p>
      <w:pPr>
        <w:jc w:val="right"/>
      </w:pPr>
      <w:r>
        <w:t>کئیبار۔</w:t>
      </w:r>
    </w:p>
    <w:p>
      <w:r>
        <w:rPr>
          <w:b/>
        </w:rPr>
        <w:t xml:space="preserve">[1:31:37] </w:t>
      </w:r>
      <w:r>
        <w:t>to asmeinsari yani yani is yani harqism kasabaqasmein maujud hai, harqism kasabaq.</w:t>
      </w:r>
    </w:p>
    <w:p>
      <w:pPr>
        <w:jc w:val="right"/>
      </w:pPr>
      <w:r>
        <w:t>تو اسمیں ساری یعنی یعنی اس یعنی ہرقسم کاسبقاسمیںموجود ہے، ہرقسم کاسبق ۔</w:t>
      </w:r>
    </w:p>
    <w:p>
      <w:r>
        <w:rPr>
          <w:b/>
        </w:rPr>
        <w:t xml:space="preserve">[1:31:47] </w:t>
      </w:r>
      <w:r>
        <w:t>misalan isvaaqe kolijiye ki allhtala ne paida kiya jinko, phirpaida kiya insanko. insanko paida kiya tha mttise, jinko paida kiya tha aag se.</w:t>
      </w:r>
    </w:p>
    <w:p>
      <w:pPr>
        <w:jc w:val="right"/>
      </w:pPr>
      <w:r>
        <w:t>مثلاًاسواقعےکولیجئے کہ اللہ تعالیٰنے پیدا کیا جنکو، پھرپیدا کیا انسانکو ۔ انسانکوپیدا کیاتھا مٹیسے ،جنکوپیدا کیاتھا آگسے ۔</w:t>
      </w:r>
    </w:p>
    <w:p>
      <w:r>
        <w:rPr>
          <w:b/>
        </w:rPr>
        <w:t xml:space="preserve">[1:32:02] </w:t>
      </w:r>
      <w:r>
        <w:t>to Allah ta'ala ne kaha tha ke sab log jhuk jaaen Adam ke aagay.</w:t>
      </w:r>
    </w:p>
    <w:p>
      <w:pPr>
        <w:jc w:val="right"/>
      </w:pPr>
      <w:r>
        <w:t>تو اللہتعالیٰنےکہاکہ سب لوگجھکجائیںآدمکےآگے۔</w:t>
      </w:r>
    </w:p>
    <w:p>
      <w:r>
        <w:rPr>
          <w:b/>
        </w:rPr>
        <w:t xml:space="preserve">[1:32:06] </w:t>
      </w:r>
      <w:r>
        <w:t>to malaika jhuk gaye, farishte, aur insaan, aur aur shaitan nahi jhuka, jo ke jinnat tha. to us ne us ko kis sense mein liya? negative sense mein liya ke Allah ta'ala ne Adam ko mujh se bartar bana diya aur mujh se kam, mujhe kam, kam bana diya.</w:t>
      </w:r>
    </w:p>
    <w:p>
      <w:pPr>
        <w:jc w:val="right"/>
      </w:pPr>
      <w:r>
        <w:t>تو ملائکہجھکگئے، فرشتے، اورانسان، اور اور شیطان نہیںجھکا،جوکہ جناتتھا۔ تو اسنے اسکو کسسینسمیںلیا؟نیگیٹیوسینسمیںلیا کہ اللہ تعالیٰنے آدمکومجھسے برتربنادیااورمجھسے کم،مجھےکم ،کمبنادیا۔</w:t>
      </w:r>
    </w:p>
    <w:p>
      <w:r>
        <w:rPr>
          <w:b/>
        </w:rPr>
        <w:t xml:space="preserve">[1:32:27] </w:t>
      </w:r>
      <w:r>
        <w:t>us ne kaha ke us ko paida kiya tune mitti se, aur mujh ko aag se paida kiya, aur main to bartar main tha. us ko kaise bartari de di aap ne? khalaqtani min naari wa khalaqtani min teeni.</w:t>
      </w:r>
    </w:p>
    <w:p>
      <w:pPr>
        <w:jc w:val="right"/>
      </w:pPr>
      <w:r>
        <w:t>اسنےکہاکہاسکوپیدا کیا تونےمٹیسے،اورمجھکو آگسےپیدا کیا،اورمیںتوبرترمیںتھا۔اسکوکیسےبرتریدےدیآپنے؟ خلقمن نارو خلق من تین۔</w:t>
      </w:r>
    </w:p>
    <w:p>
      <w:r>
        <w:rPr>
          <w:b/>
        </w:rPr>
        <w:t xml:space="preserve">[1:32:37] </w:t>
      </w:r>
      <w:r>
        <w:t>yeh kya hai? is par main sochta hoon to us waqt bhi jinnat ko hazaron cheezen mili hui theen.</w:t>
      </w:r>
    </w:p>
    <w:p>
      <w:pPr>
        <w:jc w:val="right"/>
      </w:pPr>
      <w:r>
        <w:t>یہکیاہے؟ اسپرمیںسوچتاہوں تو اسوقت بھی جن اتکو ہزاروںچیزیںملی ہوئیتھیں۔</w:t>
      </w:r>
    </w:p>
    <w:p>
      <w:r>
        <w:rPr>
          <w:b/>
        </w:rPr>
        <w:t xml:space="preserve">[1:32:47] </w:t>
      </w:r>
      <w:r>
        <w:t>yeh jitna power tha jinnat ko, Iblees ek jinnat tha. ke aap Quran mein likha hua hai ke Hazrat Sulaiman jo badshah the, to un ke darbar mein jinnat bhi hua karte the.</w:t>
      </w:r>
    </w:p>
    <w:p>
      <w:pPr>
        <w:jc w:val="right"/>
      </w:pPr>
      <w:r>
        <w:t>یہ جتناپاورتھاجناتکو ، ابلیسایکجناتتھا۔ کہآپقرآنمیںلکھاہواہے کہ حضرتسلیمانجو بادشاہتھے، توانکےدربارمیںجناتبھیہواکرتے تھے۔</w:t>
      </w:r>
    </w:p>
    <w:p>
      <w:r>
        <w:rPr>
          <w:b/>
        </w:rPr>
        <w:t xml:space="preserve">[1:33:00] </w:t>
      </w:r>
      <w:r>
        <w:t>Hazrat Usman ne chaha ke malika Saba ka takht jo hai, woh koi utha kar ke laaye. to Saba ka takht Yemen mein tha, yeh aur yeh khud Jerusalem mein the.</w:t>
      </w:r>
    </w:p>
    <w:p>
      <w:pPr>
        <w:jc w:val="right"/>
      </w:pPr>
      <w:r>
        <w:t>حضرتعثماننےچاہاکہ ملکہ صباکاتختجوہے،وہ کوئی اٹھاکرکےلائے۔ تو صباکاتخت یمنمیںتھا،یہ اور یہخود یروشلممیںتھے۔</w:t>
      </w:r>
    </w:p>
    <w:p>
      <w:r>
        <w:rPr>
          <w:b/>
        </w:rPr>
        <w:t xml:space="preserve">[1:33:14] </w:t>
      </w:r>
      <w:r>
        <w:t>to chahte the ke Yemen se takht utha kar koi laaye aur yeh us ko yahan par yaani Jerusalem mein rakh de.</w:t>
      </w:r>
    </w:p>
    <w:p>
      <w:pPr>
        <w:jc w:val="right"/>
      </w:pPr>
      <w:r>
        <w:t>تو چاہتےتھےکہ یمنسے تختاٹھاکرکوئیلائےاور یہاسکویہاںپر یعنی یروشلممیںرکھ دے۔</w:t>
      </w:r>
    </w:p>
    <w:p>
      <w:r>
        <w:rPr>
          <w:b/>
        </w:rPr>
        <w:t xml:space="preserve">[1:33:22] </w:t>
      </w:r>
      <w:r>
        <w:t>to ek jinnat ne kaha ke main main abhi yaani ek sakaram mein aisa kaam karta hoon. to us ne apna haath badhaya, wahan utha kar ke la kar wahan rakh diya.</w:t>
      </w:r>
    </w:p>
    <w:p>
      <w:pPr>
        <w:jc w:val="right"/>
      </w:pPr>
      <w:r>
        <w:t>توایکجناتنےکہاکہ میں میں ابھی یعنیایکسکرمیں ایساکام کرتاہوں۔ تو اسنےاپناہاتھبڑھایا، وہاںاٹھاکرکےلاکےوہاںرکھدیا۔</w:t>
      </w:r>
    </w:p>
    <w:p>
      <w:r>
        <w:rPr>
          <w:b/>
        </w:rPr>
        <w:t xml:space="preserve">[1:33:33] </w:t>
      </w:r>
      <w:r>
        <w:t>itna power mila hua jinnat ko. ek cheez nahi mili, woh kya? ke Allah ta'ala ne kaha ke tum sab log jo hai, Adam ke aagay jhuk jao.</w:t>
      </w:r>
    </w:p>
    <w:p>
      <w:pPr>
        <w:jc w:val="right"/>
      </w:pPr>
      <w:r>
        <w:t>اتنا پاورملاہواجناتکو ۔ ایکچیزنہیںملی ،وہکیا ؟کہاللہتعالیٰنےکہاکہ تم سبلوگجوہے،آدمکےآگےجھکجاؤ۔</w:t>
      </w:r>
    </w:p>
    <w:p>
      <w:r>
        <w:rPr>
          <w:b/>
        </w:rPr>
        <w:t xml:space="preserve">[1:33:44] </w:t>
      </w:r>
      <w:r>
        <w:t>to</w:t>
      </w:r>
    </w:p>
    <w:p>
      <w:pPr>
        <w:jc w:val="right"/>
      </w:pPr>
      <w:r>
        <w:t>تو</w:t>
      </w:r>
    </w:p>
    <w:p>
      <w:r>
        <w:rPr>
          <w:b/>
        </w:rPr>
        <w:t xml:space="preserve">[1:33:45] </w:t>
      </w:r>
      <w:r>
        <w:t>99 cheezen abhi bhi jinnat ko mili hui theen. ek cheez nahi mili thi, is par woh ghussa ho gaya, negative ho gaya aur nashukra ho gaya. to shukr aur nashukre ka yeh khulasa hai.</w:t>
      </w:r>
    </w:p>
    <w:p>
      <w:pPr>
        <w:jc w:val="right"/>
      </w:pPr>
      <w:r>
        <w:t>9 9چیزیں ابھیبھیجناتکیملی ہوئیتھیں۔ ایکچیزنہیںملیتھی،اسپروہ غصہہوگیا، نیگیٹیوہوگیا اور ناشکراہوگیا۔ تو شکراورناشکریکا یہخلاصہہے۔</w:t>
      </w:r>
    </w:p>
    <w:p>
      <w:r>
        <w:rPr>
          <w:b/>
        </w:rPr>
        <w:t xml:space="preserve">[1:33:58] </w:t>
      </w:r>
      <w:r>
        <w:t>jitne log nashukre ki baaten karte hain, un ko dekhiye, aap abhi bhi un ko 99 cheezen mili hui hongi. ek cheez koi na milegi, usi par nashukre ho jayenge. woh</w:t>
      </w:r>
    </w:p>
    <w:p>
      <w:pPr>
        <w:jc w:val="right"/>
      </w:pPr>
      <w:r>
        <w:t>جتنےلوگ ناشکریکیباتیںکرتےہیں، انکو دیکھیے،آپ ابھیبھیانکو 9 9 چیزیںملیہوئیہوںگی۔ ایکچیز کوئی نہملےگی،اسیپرناشکرےہوجائیںگے۔وہ</w:t>
      </w:r>
    </w:p>
    <w:p>
      <w:r>
        <w:rPr>
          <w:b/>
        </w:rPr>
        <w:t xml:space="preserve">[1:34:10] </w:t>
      </w:r>
      <w:r>
        <w:t>kisi ko bhi dekhiye, aap</w:t>
      </w:r>
    </w:p>
    <w:p>
      <w:pPr>
        <w:jc w:val="right"/>
      </w:pPr>
      <w:r>
        <w:t>کسی کوبھیدیکھیے،آپ</w:t>
      </w:r>
    </w:p>
    <w:p>
      <w:r>
        <w:rPr>
          <w:b/>
        </w:rPr>
        <w:t xml:space="preserve">[1:34:15] </w:t>
      </w:r>
      <w:r>
        <w:t>kisi ko bhi dekhiye, jo bhi nashukre ki baaten karta hai, to kisi ek cheez ko le kar ke woh nashukre ki baaten kar raha hoga. jab ke usi waqt us ko beshumar mili hui hain.</w:t>
      </w:r>
    </w:p>
    <w:p>
      <w:pPr>
        <w:jc w:val="right"/>
      </w:pPr>
      <w:r>
        <w:t>کسی کوبھیدیکھیے،جوبھی ناشکریکیباتیںکرتاہے، تو کسی ایکچیزکولےکرکےوہناشکریکیباتیںکررہاہوگا۔ جب کہاسیوقتاسکوبہتساریملی ہوئیہیں۔</w:t>
      </w:r>
    </w:p>
    <w:p>
      <w:r>
        <w:rPr>
          <w:b/>
        </w:rPr>
        <w:t xml:space="preserve">[1:34:28] </w:t>
      </w:r>
      <w:r>
        <w:t>maslan mujhe ek saahab se mulaqat thi, to woh nashukre ki baaten karne lage ke mere paas ghar nahi, mere paas car nahi, mere paas job nahi. to main ne kaha ke aap khud to aap hain, abhi bhi</w:t>
      </w:r>
    </w:p>
    <w:p>
      <w:pPr>
        <w:jc w:val="right"/>
      </w:pPr>
      <w:r>
        <w:t>مثلاًمجھےایکساتھسےملاقاتتھی، تو وہناشکریکیباتیںکرنےلگےکہمیرےپاسگھرنہیں،میرےپاسکارنہیں،میرےپاسجابنہیں۔ تومیںنےکہاکہآپخود توآپہیں،ابھیبھی</w:t>
      </w:r>
    </w:p>
    <w:p>
      <w:r>
        <w:rPr>
          <w:b/>
        </w:rPr>
        <w:t xml:space="preserve">[1:34:38] </w:t>
      </w:r>
      <w:r>
        <w:t>zuban hai, aap bol rahe hain, aankh hai, aap dekh rahe hain, dimaagh hai, aap soch rahe hain, paon hain, aap chal rahe hain. yeh to har car se zyada qeemti hai, har ghar se zyada qeemti hai.</w:t>
      </w:r>
    </w:p>
    <w:p>
      <w:pPr>
        <w:jc w:val="right"/>
      </w:pPr>
      <w:r>
        <w:t>زبان ہے،آپبولرہےہیں،آنکھہے،آپدیکھرہےہیں،دماغہے،آپسوچرہےہیں، پاؤںہیں،آپچلرہےہیں۔ یہتوہرکارسے زیادہ قیمتیہے،ہرگھرسےزیادہ قیمتیہے۔</w:t>
      </w:r>
    </w:p>
    <w:p>
      <w:r>
        <w:rPr>
          <w:b/>
        </w:rPr>
        <w:t xml:space="preserve">[1:34:49] </w:t>
      </w:r>
      <w:r>
        <w:t>is tarah koi nahi sochta. ek mili hui cheez par focus kar ke woh nashukre mein pad jaata hai, ungrateful ban jaata hai aur 99 mili hui cheezon ko bhool jaata hai.</w:t>
      </w:r>
    </w:p>
    <w:p>
      <w:pPr>
        <w:jc w:val="right"/>
      </w:pPr>
      <w:r>
        <w:t>اسطرحکوئیسوچتانہیں۔ ایک ملی ہوئیچیز پر فوکسکرکےوہ ناش کریمیںپڑجاتاہے، انگریٹفلبنجاتاہے اور 99ملی ہوئیچیزوںکوبھولجاتا ہے۔</w:t>
      </w:r>
    </w:p>
    <w:p>
      <w:r>
        <w:rPr>
          <w:b/>
        </w:rPr>
        <w:t xml:space="preserve">[1:35:02] </w:t>
      </w:r>
      <w:r>
        <w:t>yeh Iblees ne kiya tha.</w:t>
      </w:r>
    </w:p>
    <w:p>
      <w:pPr>
        <w:jc w:val="right"/>
      </w:pPr>
      <w:r>
        <w:t>یہیشیطاننےکیاتھا۔</w:t>
      </w:r>
    </w:p>
    <w:p>
      <w:r>
        <w:rPr>
          <w:b/>
        </w:rPr>
        <w:t xml:space="preserve">[1:35:06] </w:t>
      </w:r>
      <w:r>
        <w:t>to jo aaj jo aaj jo log yeh aisa karein, to Iblees ne jo challenge kiya tha ke bila etda akthar shakin keh yahi nafsiyat mein sab mein paida kar doonga.</w:t>
      </w:r>
    </w:p>
    <w:p>
      <w:pPr>
        <w:jc w:val="right"/>
      </w:pPr>
      <w:r>
        <w:t>تو جو آججو آججولوگ یہ ایساکریں، تو شیطان نے جوچیلنجکیاتھا کہ بلاتجداکثر شاکرینکہ یہی نفسیاتمیںسبمیںپیداکردوںگا۔</w:t>
      </w:r>
    </w:p>
    <w:p>
      <w:r>
        <w:rPr>
          <w:b/>
        </w:rPr>
        <w:t xml:space="preserve">[1:35:19] </w:t>
      </w:r>
      <w:r>
        <w:t>to aap dekhein, saari duniya isi mein isi mein phansi hui hai. yaani Iblees ne aisa logon ko sikhaya ke bas ek cheez par focus karo, baqi cheezon ko bhula do.</w:t>
      </w:r>
    </w:p>
    <w:p>
      <w:pPr>
        <w:jc w:val="right"/>
      </w:pPr>
      <w:r>
        <w:t>توآپدیکھیں،ساری دنیا اسی میں اسیمیںپھنسیہوئیہے۔ یعنیشیطاننےایسالوگوںکوسکھایا کہ بسایکچیز پرفوکسکرو، باقیچیزوںکوبھلادو۔</w:t>
      </w:r>
    </w:p>
    <w:p>
      <w:r>
        <w:rPr>
          <w:b/>
        </w:rPr>
        <w:t xml:space="preserve">[1:35:30] </w:t>
      </w:r>
      <w:r>
        <w:t>to kaisi ajeeb baat hai ke saari duniya Iblees ki pairvi kar rahi hai. jisko bhi dekhiye, saari duniya hamesha Iblees ki pairvi kar rahi hai.</w:t>
      </w:r>
    </w:p>
    <w:p>
      <w:pPr>
        <w:jc w:val="right"/>
      </w:pPr>
      <w:r>
        <w:t>تو کیسیعجیبباتہےکہساریدنیا شیطانکیپیرویکررہیہے۔ جسکوبھیدیکھیے، ساریدنیا ہیشیطانکیپیرویکررہیہے۔</w:t>
      </w:r>
    </w:p>
    <w:p>
      <w:r>
        <w:rPr>
          <w:b/>
        </w:rPr>
        <w:t xml:space="preserve">[1:35:40] </w:t>
      </w:r>
      <w:r>
        <w:t>aur pairvi kya hai? ek na mili hui cheez par focus karna aur 99 mili hui cheez ko bhula dena. yeh Iblees ki sunnat hai aur sab ke log isi isi par chal rahe hain.</w:t>
      </w:r>
    </w:p>
    <w:p>
      <w:pPr>
        <w:jc w:val="right"/>
      </w:pPr>
      <w:r>
        <w:t>اورپیرویکیاہے؟ ایک نہ ملی ہوئیچیزپرفوکسکرنا اور 99ملیہوئیچیزکوبھلادینا۔ یہ شیطانکیسنتہے اور سبکےلوگ اسی اسیپرچلرہےہیں۔</w:t>
      </w:r>
    </w:p>
    <w:p>
      <w:r>
        <w:rPr>
          <w:b/>
        </w:rPr>
        <w:t xml:space="preserve">[1:35:53] </w:t>
      </w:r>
      <w:r>
        <w:t>bahut hi dangerous situation hai, bahut hi risk ki si hai yeh cheez, kyunke Allah ki rehmat se woh insaan mehroom ho jayega jo nashukre mein padega.</w:t>
      </w:r>
    </w:p>
    <w:p>
      <w:pPr>
        <w:jc w:val="right"/>
      </w:pPr>
      <w:r>
        <w:t>بہت ہی ڈینجرسسچوئیشنیہہے، بہتہیرس کی سیہےیہچیز،کیونکہاللہ کیرحمتسے وہانسانمحرومہوجائےگا جوناشکریمیںپڑےگا۔</w:t>
      </w:r>
    </w:p>
    <w:p>
      <w:r>
        <w:rPr>
          <w:b/>
        </w:rPr>
        <w:t xml:space="preserve">[1:36:04] </w:t>
      </w:r>
      <w:r>
        <w:t>Molana Shariq Hussain ne Delhi se likha hai: "Maujooda zamanay ke musalmanon ki theory of conspiracy ne musalmanon ke andar se un analysis power cheen liya hai.</w:t>
      </w:r>
    </w:p>
    <w:p>
      <w:pPr>
        <w:jc w:val="right"/>
      </w:pPr>
      <w:r>
        <w:t>مول انا شارقحسیننے دلیسےلکھاہے: "موجود ہ زمان ےکے مس لمانوںکی تھی وری اف کانسپریسینے مس لمان وںکے اندرسے ان الیسزپاور چھینلیاہے۔</w:t>
      </w:r>
    </w:p>
    <w:p>
      <w:r>
        <w:rPr>
          <w:b/>
        </w:rPr>
        <w:t xml:space="preserve">[1:36:18] </w:t>
      </w:r>
      <w:r>
        <w:t>is theory ki wajah se woh kisi maamle ka analysis karne ke bajaye us ko sazish keh dete hain." Molana sahib, is ki wazahat farmayein.</w:t>
      </w:r>
    </w:p>
    <w:p>
      <w:pPr>
        <w:jc w:val="right"/>
      </w:pPr>
      <w:r>
        <w:t>اس تھی وریکیوجہ سے وہ کسی معاملےکا ان الیسزکرنے کے بجائے اسکو ساز ش کہہدیتےہیں۔" مول اناصاحب،اسکیوضاحتفرمائیں۔</w:t>
      </w:r>
    </w:p>
    <w:p>
      <w:r>
        <w:rPr>
          <w:b/>
        </w:rPr>
        <w:t xml:space="preserve">[1:36:29] </w:t>
      </w:r>
      <w:r>
        <w:t>baat bohat sahi kahi aapne, hundred percent sahi baat hai ke power analysis chheen liya gaya hai. kyun ke jo aadmi saazish ke terms mein soche, to saazish ke terms mein sochna yeh unrealistic hai, yeh ghair haqeeqat pasandana hai. yeh</w:t>
      </w:r>
    </w:p>
    <w:p>
      <w:pPr>
        <w:jc w:val="right"/>
      </w:pPr>
      <w:r>
        <w:t>باتبہت صحیحکہیآپنے، ہنڈرڈپرسنٹصحیحباتہے کہ پاور انالیسزچھینلیاہے۔ کیوں کہ جو آدمی ساز شکےٹرممیںسوچے، تو سازشکےٹرممیںسوچنا یہ انریلسٹکہے،یہ غیر حقیقتپسندانہہے۔یہ</w:t>
      </w:r>
    </w:p>
    <w:p>
      <w:r>
        <w:rPr>
          <w:b/>
        </w:rPr>
        <w:t xml:space="preserve">[1:36:50] </w:t>
      </w:r>
      <w:r>
        <w:t>to analysis to naam hai is baat ka ke aapke andar realistic approach ho, objective ho. jab aap ke andar objective na rahe, jab aap ke andar woh realistic approach na rahe, to aap analysis kaise karenge?</w:t>
      </w:r>
    </w:p>
    <w:p>
      <w:pPr>
        <w:jc w:val="right"/>
      </w:pPr>
      <w:r>
        <w:t>تو انالیسزتونامہےاسباتکا کہآپکےاندر ریلسٹکاپروچہو، اب جیکٹیوٹیہو۔ جبآپ کےاندرابجیکٹیونہرہے، جب آپ کےاندر وہ ریلسٹکاپروچنہرہے،توآپانالیسزکیسےکریںگے؟</w:t>
      </w:r>
    </w:p>
    <w:p>
      <w:r>
        <w:rPr>
          <w:b/>
        </w:rPr>
        <w:t xml:space="preserve">[1:37:07] </w:t>
      </w:r>
      <w:r>
        <w:t>to sab se bada nuqsan yeh hai, aap dekhiye ke jis jab musalman kehte hain ke saazish, saazish, saazish, to unko to koi nuqsan nahi hota. jinke khilaaf saazish ki baatein kar rahe hain, aap humko khud nuqsan hota hai ke hum analysis se mehroom ho jaate hain.</w:t>
      </w:r>
    </w:p>
    <w:p>
      <w:pPr>
        <w:jc w:val="right"/>
      </w:pPr>
      <w:r>
        <w:t>تو سبسےبڑانقصانجوہے، آپدیکھیےکہ جس جب مسلمانکہتےہیںکہساز ش،سازش،سازش،تو انکوتوکوئینقصاننہیںہوتا۔ جنکےخلاف سازشکیباتیںکررہےہیں،آپ ہمکوخود نقصانہوتاہےکہہم انالیسزسےمحرومہوجاتےہیں۔</w:t>
      </w:r>
    </w:p>
    <w:p>
      <w:r>
        <w:rPr>
          <w:b/>
        </w:rPr>
        <w:t xml:space="preserve">[1:37:22] </w:t>
      </w:r>
      <w:r>
        <w:t>tajziya jo kehte hain, tajziya, tajziya se mehroom ho jaate hain. scientific analysis se musalman ek dum hi mehroom hai. mister bhi, bold bhi, dono.</w:t>
      </w:r>
    </w:p>
    <w:p>
      <w:pPr>
        <w:jc w:val="right"/>
      </w:pPr>
      <w:r>
        <w:t>تجزیہجوکہتےہیں،تجزیہ، تجزیہسےمحرومہوجاتےہیں۔ سائنٹیفکانالیسز سے مس لمانایکدمہی محرومہے۔ مسٹربھی،بولڈبھی،دونوں۔</w:t>
      </w:r>
    </w:p>
    <w:p>
      <w:r>
        <w:rPr>
          <w:b/>
        </w:rPr>
        <w:t xml:space="preserve">[1:37:32] </w:t>
      </w:r>
      <w:r>
        <w:t>mere ilm mein ek bhi shakhs nahi hai poore muslim world mein jo jaanta ho ke scientific analysis kya cheez hai. agar hai to aap uska naam bataiye, mujhe uska naam bataiye.</w:t>
      </w:r>
    </w:p>
    <w:p>
      <w:pPr>
        <w:jc w:val="right"/>
      </w:pPr>
      <w:r>
        <w:t>میرےعلممیںایک بھیشخص نہیںہے پورےمسلمورلڈمیں جو جانتاہوکہسائنٹیفکانالیسزکیاچیزہے۔ اگر ہےتوآپاسکانامبتائیے،مجھے اسکانامبت ائیے۔</w:t>
      </w:r>
    </w:p>
    <w:p>
      <w:r>
        <w:rPr>
          <w:b/>
        </w:rPr>
        <w:t xml:space="preserve">[1:37:43] </w:t>
      </w:r>
      <w:r>
        <w:t>poore muslim world mein hamare is group ke bahar ek shakhs nahi hai jo jaanta ho ke scientific analysis kya cheez hai, objective analysis kya cheez hai, realistic approach kya cheez hai. jaante hain nahi bilkul, kyun ke isi mein phanse hue hain. woh</w:t>
      </w:r>
    </w:p>
    <w:p>
      <w:pPr>
        <w:jc w:val="right"/>
      </w:pPr>
      <w:r>
        <w:t>پورےمسلمورلڈمیں ہمارےاسگروپکےباہر ایک شخص نہیںہےجوجانتاہوکہسائنٹیفکانالیسزکیاچیزہے، اب جیکٹوانالیسزکیاچیزہے، ریلسٹکاپروچکیاچیزہے۔جانتےہینہیںبالکل، کیونکہ اسیمیںپھنسےہوئےہیں۔وہ</w:t>
      </w:r>
    </w:p>
    <w:p>
      <w:r>
        <w:rPr>
          <w:b/>
        </w:rPr>
        <w:t xml:space="preserve">[1:37:59] </w:t>
      </w:r>
      <w:r>
        <w:t>agar kisi ko keh rahe ho, koi kaho, koi yeh kahe ke aap galat karein, to uska naam batao, uska aadmi ka, uska naam batao, phir main bataunga aapko ke woh kitna is is ispar poora utarte hain,</w:t>
      </w:r>
    </w:p>
    <w:p>
      <w:pPr>
        <w:jc w:val="right"/>
      </w:pPr>
      <w:r>
        <w:t>اگر کسی کو کہہرہےہو،کوئی کہو،کوئی یہکہےکہآپغلطکریں،تواسکانامبتاؤ،اسکاآدمیکا، اسکانامبتاؤ، پھرمیںبتاؤںگاآپکوکہوہکتنا اس اس اسپرپورااترتےہیں،</w:t>
      </w:r>
    </w:p>
    <w:p>
      <w:r>
        <w:rPr>
          <w:b/>
        </w:rPr>
        <w:t xml:space="preserve">[1:38:12] </w:t>
      </w:r>
      <w:r>
        <w:t>is criteria par. to sab logon ko shaitan ne behka rakha hai, saazish, saazish</w:t>
      </w:r>
    </w:p>
    <w:p>
      <w:pPr>
        <w:jc w:val="right"/>
      </w:pPr>
      <w:r>
        <w:t>اسکرائٹیریاپر۔ توسب لوگوںکوشیطاننےبہکارکھاہے، سازش،سازش</w:t>
      </w:r>
    </w:p>
    <w:p>
      <w:r>
        <w:rPr>
          <w:b/>
        </w:rPr>
        <w:t xml:space="preserve">[1:38:20] </w:t>
      </w:r>
      <w:r>
        <w:t>karke, yani saazish mein wali soch paida karke musalmanon ko itna bada nuqsan pahunchaya hai shaitan ne ke hum tajziya karna yani mehroom ho gaye tajziya karne se.</w:t>
      </w:r>
    </w:p>
    <w:p>
      <w:pPr>
        <w:jc w:val="right"/>
      </w:pPr>
      <w:r>
        <w:t>کرکے، یعنیساز شمیں والی سوچپیدا کرکے مسلمانوںکواتنابڑانقصانپہنچایاہےشیطاننے کہ ہم تجزیہکرنا یعنی محرومہوگئےتجزیہکرنےسے ۔</w:t>
      </w:r>
    </w:p>
    <w:p>
      <w:r>
        <w:rPr>
          <w:b/>
        </w:rPr>
        <w:t xml:space="preserve">[1:38:33] </w:t>
      </w:r>
      <w:r>
        <w:t>to dekhein, tajziya nahi to right planning nahi. tajziya se hi right planning aati hai, right analysis se right planning aati hai, kyun ke musalman right analysis nahi hai to right planning bhi nahi hai.</w:t>
      </w:r>
    </w:p>
    <w:p>
      <w:pPr>
        <w:jc w:val="right"/>
      </w:pPr>
      <w:r>
        <w:t>تودیکھیں،تجزیہنہیںتورائٹپلاننگ نہیں۔ تجزیہ ہیسے رائٹپلاننگآتیہے، رائٹ انالیسزسے رائٹپلاننگآتیہے، کیونکہ مسلمانرائٹ انالیسزنہیںہےتورائٹپلاننگبھینہیںہے۔</w:t>
      </w:r>
    </w:p>
    <w:p>
      <w:r>
        <w:rPr>
          <w:b/>
        </w:rPr>
        <w:t xml:space="preserve">[1:38:46] </w:t>
      </w:r>
      <w:r>
        <w:t>aap dekhein, isi liye do sau baras se musalman kyun tabah ho rahe hain?</w:t>
      </w:r>
    </w:p>
    <w:p>
      <w:pPr>
        <w:jc w:val="right"/>
      </w:pPr>
      <w:r>
        <w:t>آپدیکھیں،اسیلیےدو سوبرسسےمسلمانکیوں تباہہورہےہیں؟</w:t>
      </w:r>
    </w:p>
    <w:p>
      <w:r>
        <w:rPr>
          <w:b/>
        </w:rPr>
        <w:t xml:space="preserve">[1:38:49] </w:t>
      </w:r>
      <w:r>
        <w:t>kyun ke planning nahi kar paate. woh jitne musalmanon ke paas qurbaniyon ke dastaan to hain, humne itne maal kharch kiye, apni itni jaanein qurban karein.</w:t>
      </w:r>
    </w:p>
    <w:p>
      <w:pPr>
        <w:jc w:val="right"/>
      </w:pPr>
      <w:r>
        <w:t>کیونکہپلاننگنہیںکرپاتے۔وہ جتنے مسلمانوںکےپاسقربانیوںکےداستانیںتوہیں، ہمنےاتنے مالخرچکیے،اپنیاتنیجانیںقربانکیں۔</w:t>
      </w:r>
    </w:p>
    <w:p>
      <w:r>
        <w:rPr>
          <w:b/>
        </w:rPr>
        <w:t xml:space="preserve">[1:38:58] </w:t>
      </w:r>
      <w:r>
        <w:t>batao ke mila kya? woh batao, result batao. jitne bhi log active hain idhar udhar, woh qurbaniyan bayan karte hain, woh lekin positive result batao. is positive result kuch bhi nahi, kisi ke paas kehne ke liye.</w:t>
      </w:r>
    </w:p>
    <w:p>
      <w:pPr>
        <w:jc w:val="right"/>
      </w:pPr>
      <w:r>
        <w:t>بتاؤکہملاکیا؟وہبتاؤ، رزلٹبتاؤ۔ جتنے بھیلوگ ایکٹیوہیںادھرادھر،وہ قربانیاںبیانکرتےہیں،وہ لیکن پازیٹیورزلٹبتاؤ۔اس پازیٹیورزلٹکچھبھینہیں،کسیکےپاسکہنےکےلیے۔</w:t>
      </w:r>
    </w:p>
    <w:p>
      <w:r>
        <w:rPr>
          <w:b/>
        </w:rPr>
        <w:t xml:space="preserve">[1:39:16] </w:t>
      </w:r>
      <w:r>
        <w:t>misal ke taur par Palestine mein 48 mein jihad shuru kiya gaya aur ismein itni qurbani di gayi ke main kehta hoon ke itne paisa, jaan, beshumar, beshumar, yani poori muslim history mein itna nahi kiya gaya jitna ke Palestine mein kiya gaya.</w:t>
      </w:r>
    </w:p>
    <w:p>
      <w:pPr>
        <w:jc w:val="right"/>
      </w:pPr>
      <w:r>
        <w:t>مثالکےطورپرفلسطینمیں 4 8میں جہادشروع کیاگیا اوراسمیںاتنی قربانیدیگئیکہ میںکہ تاہوںکہاتنے پیسہ، جان، بےشمار،بےشمار، یعنیپوریمسلمہسٹریمیںاتنانہیں کیاگیاجتناکہ فلسطینمیںکیاگیا۔</w:t>
      </w:r>
    </w:p>
    <w:p>
      <w:r>
        <w:rPr>
          <w:b/>
        </w:rPr>
        <w:t xml:space="preserve">[1:39:33] </w:t>
      </w:r>
      <w:r>
        <w:t>aur result kya hai? kuch bhi nahi, tabahi, tabahi, tabahi, tabahi. kyun? analysis nahi hai.</w:t>
      </w:r>
    </w:p>
    <w:p>
      <w:pPr>
        <w:jc w:val="right"/>
      </w:pPr>
      <w:r>
        <w:t>اور رزلٹکیاہے؟ کچھبھینہیں، تباہی،تباہی،تباہی،تباہی۔ کیوں؟ انالیسزنہیںہے۔</w:t>
      </w:r>
    </w:p>
    <w:p>
      <w:r>
        <w:rPr>
          <w:b/>
        </w:rPr>
        <w:t xml:space="preserve">[1:39:42] </w:t>
      </w:r>
      <w:r>
        <w:t>musalman jo ke jo ke analysis nahi hai, to planning bhi nahi hai. right, right analysis se right planning aati hai aur musalman is se mehroom hain.</w:t>
      </w:r>
    </w:p>
    <w:p>
      <w:pPr>
        <w:jc w:val="right"/>
      </w:pPr>
      <w:r>
        <w:t>مسلمان جوکہ جوکہانالیسزنہیںہے، تو پلاننگبھینہیںہے۔ رائٹ، رائٹانالیسزسےرائٹپلاننگآتیہے اورمسلماناسسےمحرومہیں۔</w:t>
      </w:r>
    </w:p>
    <w:p>
      <w:r>
        <w:rPr>
          <w:b/>
        </w:rPr>
        <w:t xml:space="preserve">[1:39:56] </w:t>
      </w:r>
      <w:r>
        <w:t>is group ke bahar ek bhi shakhs bhi nahi hai. main kehta hoon, main behad nahi kehta hoon ke jo jaanta ho ke what is scientific analysis, koi usko na maanta ho to mujhe naam bataiye us aadmi ka,</w:t>
      </w:r>
    </w:p>
    <w:p>
      <w:pPr>
        <w:jc w:val="right"/>
      </w:pPr>
      <w:r>
        <w:t>اس گروپکےباہر ایک بھیشخص بھینہیںہے۔میں کہتاہوں،میں بےحدنہیںکہتاہوں کہجو جانتاہوکہواٹاز سائنٹیفکانالیسز، کوئیاسکونہمانتاہوتومجھےنامبتائےاساسآدمیکا ،</w:t>
      </w:r>
    </w:p>
    <w:p>
      <w:r>
        <w:rPr>
          <w:b/>
        </w:rPr>
        <w:t xml:space="preserve">[1:40:09] </w:t>
      </w:r>
      <w:r>
        <w:t>phir main bataunga woh woh kitna jaanta hai is cheez ko. Maulana, unka ek sawal aur hai. unhone likha hai: "aajkal musalmanon mein yeh baat bohat aam hai ke zulm karna agar gunah hai to zulm sehna bhi gunah hai." aur hadith mein hai ke zalim badshah ke saamne haq baat bolna afzal hai.</w:t>
      </w:r>
    </w:p>
    <w:p>
      <w:pPr>
        <w:jc w:val="right"/>
      </w:pPr>
      <w:r>
        <w:t>پھرمیںبتاؤںگاوہوہکتناجانتاہے اسچیزکو ۔ مولانا،انکاایکسوال اور ہے۔ انہوںنےلکھاہے: "آجکل مسلمان وںمیں یہ بات بہت عام ہے کہ ظلمکرنا اگر گناہہے تو ظلم سہنابھیگناہہے۔" اور حدیثمیںہے کہ ظالم بادشاہکےسامنے حق باتبول نا افضلہے۔</w:t>
      </w:r>
    </w:p>
    <w:p>
      <w:r>
        <w:rPr>
          <w:b/>
        </w:rPr>
        <w:t xml:space="preserve">[1:40:34] </w:t>
      </w:r>
      <w:r>
        <w:t>isi liye hum authority ko challenge karte hain.</w:t>
      </w:r>
    </w:p>
    <w:p>
      <w:pPr>
        <w:jc w:val="right"/>
      </w:pPr>
      <w:r>
        <w:t>اسیلیےہم اتھارٹیکو چیلنج کرتےہیں۔</w:t>
      </w:r>
    </w:p>
    <w:p>
      <w:r>
        <w:rPr>
          <w:b/>
        </w:rPr>
        <w:t xml:space="preserve">[1:40:38] </w:t>
      </w:r>
      <w:r>
        <w:t>Maulana, iska kya jawab hoga? bilkul jhooti baat hai, jhoothe, jhoothe, jhoota hai. yeh kahan likha hua hai ke zulm sehna gunah hai? kahan likha hua hai? bataiye, yeh to kahin likha hua nahi hai.</w:t>
      </w:r>
    </w:p>
    <w:p>
      <w:pPr>
        <w:jc w:val="right"/>
      </w:pPr>
      <w:r>
        <w:t>مولانا،اسکاکیا جوابہوگا؟بالکل جھوٹیباتہے، جھوٹہے،جھوٹہے،جھوٹہے۔یہ کہاںلکھاہواہےکہظلمسہنا گناہہے؟کہاںلکھاہواہے؟بتائیے، یہتوکہیںلکھاہوانہیںہے۔</w:t>
      </w:r>
    </w:p>
    <w:p>
      <w:r>
        <w:rPr>
          <w:b/>
        </w:rPr>
        <w:t xml:space="preserve">[1:40:51] </w:t>
      </w:r>
      <w:r>
        <w:t>zulm sehna gunah hai, yeh kahan likha hua hai? jis hadith ko note kiya unhone, us hadith ka yeh matlab nahi hai. hadith yeh hai :"afzal al jihad kalimatu al haqqi inda sultanin jaa'ir." dekhein, alfaaz yeh hain, ghaur kijiye is par:</w:t>
      </w:r>
    </w:p>
    <w:p>
      <w:pPr>
        <w:jc w:val="right"/>
      </w:pPr>
      <w:r>
        <w:t>ظلم سہناگناہہے،یہکہاںلکھاہواہے؟ جسحدیثکو نوٹکیا انہوںنے،اسحدیثکایہمطلبنہیںہے۔ حدیثیہہے :"افضل الجہاد کلمۃالحقعند سلطان جائر۔"دیکھیں،الفاظیہہیں،غورکیجئےاسپر:</w:t>
      </w:r>
    </w:p>
    <w:p>
      <w:r>
        <w:rPr>
          <w:b/>
        </w:rPr>
        <w:t xml:space="preserve">[1:41:05] </w:t>
      </w:r>
      <w:r>
        <w:t>"afzal al jihad kalimatu al haqqi inda sultanin jaa'ir." afzal jihad hai zalim sultan ke saamne kalma haq kehna.</w:t>
      </w:r>
    </w:p>
    <w:p>
      <w:pPr>
        <w:jc w:val="right"/>
      </w:pPr>
      <w:r>
        <w:t>"افضل الجہاد کلمۃالحق عند سلطان جائر ۔" افضلجہ ادہے ظالم سلطان کےسامنے کلمہحقکہنا۔</w:t>
      </w:r>
    </w:p>
    <w:p>
      <w:r>
        <w:rPr>
          <w:b/>
        </w:rPr>
        <w:t xml:space="preserve">[1:41:16] </w:t>
      </w:r>
      <w:r>
        <w:t>to is mein ladna kahan hai? ladna kahan se aa gaya? yeh to naseehat hai,</w:t>
      </w:r>
    </w:p>
    <w:p>
      <w:pPr>
        <w:jc w:val="right"/>
      </w:pPr>
      <w:r>
        <w:t>تواسمیںلڑناکہاںہے؟ لڑناکہاںسےآگیا؟ یہتونصیحتہے،</w:t>
      </w:r>
    </w:p>
    <w:p>
      <w:r>
        <w:rPr>
          <w:b/>
        </w:rPr>
        <w:t xml:space="preserve">[1:41:24] </w:t>
      </w:r>
      <w:r>
        <w:t>naseehat is mein hai. jis tarah Musa gaye Firaun ke saamne, unhone kalma haq keh diya, unhone danda to nahi chalaya uske upar</w:t>
      </w:r>
    </w:p>
    <w:p>
      <w:pPr>
        <w:jc w:val="right"/>
      </w:pPr>
      <w:r>
        <w:t>نصیحتاسمیںہے۔ جسحد موسیٰگئےفرعونکےسامنے، انہوںنےکلمہحقکہہدیا، انہوںنےڈنڈاتونہیںچلایااسکےاوپر</w:t>
      </w:r>
    </w:p>
    <w:p>
      <w:r>
        <w:rPr>
          <w:b/>
        </w:rPr>
        <w:t xml:space="preserve">[1:41:31] </w:t>
      </w:r>
      <w:r>
        <w:t>. jo danda unke paas tha, usko Firaun se nahi maarne laga. usko Firaun ko to is mein ladna kahan se nikal aaya?"afzal al jihad kalimatu al haqqi inda sultanin jaa'ir." afzal jihad hai ke tum zalim sultan ke aage sach baat kaho.</w:t>
      </w:r>
    </w:p>
    <w:p>
      <w:pPr>
        <w:jc w:val="right"/>
      </w:pPr>
      <w:r>
        <w:t>۔ جوڈنڈاانکےپاستھا،اسکوفرعونسےنہیںمارنےلگا۔اسکوفرعونکو تو اسمیں لڑناکہاںسےنکلآ یا؟" افضل الجہاد کلمۃالحق عند سلطان جائر۔" افضلجہادہےکہتم ظالمسلطان کےآگے سچبات کہو۔</w:t>
      </w:r>
    </w:p>
    <w:p>
      <w:r>
        <w:rPr>
          <w:b/>
        </w:rPr>
        <w:t xml:space="preserve">[1:41:52] </w:t>
      </w:r>
      <w:r>
        <w:t>totthik hai, aapas mein baat kijiye,</w:t>
      </w:r>
    </w:p>
    <w:p>
      <w:pPr>
        <w:jc w:val="right"/>
      </w:pPr>
      <w:r>
        <w:t>توٹھیکہے،آپسچباتکہیے،</w:t>
      </w:r>
    </w:p>
    <w:p>
      <w:r>
        <w:rPr>
          <w:b/>
        </w:rPr>
        <w:t xml:space="preserve">[1:41:55] </w:t>
      </w:r>
      <w:r>
        <w:t>ja kar kahiye, press mein kahiye, article chhapiye, radio, telephone, radio se kahiye, telephone se kahiye. to bilkul thik hai, is mein jaiz hai, kyunke ladna kahan se hai? is mein ladna woh hai hi nahin.</w:t>
      </w:r>
    </w:p>
    <w:p>
      <w:pPr>
        <w:jc w:val="right"/>
      </w:pPr>
      <w:r>
        <w:t>جاکرکہیے،پریسمیںکہیے،آرٹیکلچھاپیے، ریڈیو،ٹیلیفون، ریڈیوسےکہیے،ٹیلیفونسےکہیے۔ تو بالکلٹھیکہے،اسمیںجائزہے، کیونکہلڑناکہاںسےہے؟اسمیںلڑناتوہےہینہیں۔</w:t>
      </w:r>
    </w:p>
    <w:p>
      <w:r>
        <w:rPr>
          <w:b/>
        </w:rPr>
        <w:t xml:space="preserve">[1:42:09] </w:t>
      </w:r>
      <w:r>
        <w:t>to Quran aur hadith ka hawala den ge, matlab apne apne apne apne apne mind se nikalen ge. yaani Quran yeh jo ayat hai, yeh jo hadith hai, woh to sirf peaceful advice ki baat karti hai.</w:t>
      </w:r>
    </w:p>
    <w:p>
      <w:pPr>
        <w:jc w:val="right"/>
      </w:pPr>
      <w:r>
        <w:t>تو قرآناورحدیثکاحوالہ دیںگے،مطلب اپنے اپنے اپنے اپنے اپنے مائنڈسےنکالیںگے۔ یعنیقرآن یہجو آیت ہے، یہجو حدیثہے، وہتوصرف پیسفلایڈوائسکیباتکرتیہے۔</w:t>
      </w:r>
    </w:p>
    <w:p>
      <w:r>
        <w:rPr>
          <w:b/>
        </w:rPr>
        <w:t xml:space="preserve">[1:42:24] </w:t>
      </w:r>
      <w:r>
        <w:t>aur nikal</w:t>
      </w:r>
    </w:p>
    <w:p>
      <w:pPr>
        <w:jc w:val="right"/>
      </w:pPr>
      <w:r>
        <w:t>اور نکال</w:t>
      </w:r>
    </w:p>
    <w:p>
      <w:r>
        <w:rPr>
          <w:b/>
        </w:rPr>
        <w:t xml:space="preserve">[1:42:25] </w:t>
      </w:r>
      <w:r>
        <w:t>te kya hain? ladai nikalte hain is se. yeh to sarkashi hai, yeh to gunah hai.</w:t>
      </w:r>
    </w:p>
    <w:p>
      <w:pPr>
        <w:jc w:val="right"/>
      </w:pPr>
      <w:r>
        <w:t>تےکیاہیں؟لڑائینکالتےہیںاسسے۔ یہتوسرکشیہے، یہتوگناہہے۔</w:t>
      </w:r>
    </w:p>
    <w:p>
      <w:r>
        <w:rPr>
          <w:b/>
        </w:rPr>
        <w:t xml:space="preserve">[1:42:34] </w:t>
      </w:r>
      <w:r>
        <w:t>Maulana azan koand win ne Dilli se likha hai:</w:t>
      </w:r>
    </w:p>
    <w:p>
      <w:pPr>
        <w:jc w:val="right"/>
      </w:pPr>
      <w:r>
        <w:t>مول انازکوان ندوینے دلیسےلکھاہے:</w:t>
      </w:r>
    </w:p>
    <w:p>
      <w:r>
        <w:rPr>
          <w:b/>
        </w:rPr>
        <w:t xml:space="preserve">[1:42:38] </w:t>
      </w:r>
      <w:r>
        <w:t>"Chapter number 20 of Quran, verse number 115, it has mentioned: 'We made a covenant with Adam before you, but Adam forgot,</w:t>
      </w:r>
    </w:p>
    <w:p>
      <w:pPr>
        <w:jc w:val="right"/>
      </w:pPr>
      <w:r>
        <w:t>"انچیپٹرنمبر 2 0 آف قرآن، ورسنمبر 1 1 5 ،اٹاز مینشن ڈ :'وی میڈ ا کووننٹ ود ایڈمبیفوریو، بٹ ایڈم فار گاٹ،</w:t>
      </w:r>
    </w:p>
    <w:p>
      <w:r>
        <w:rPr>
          <w:b/>
        </w:rPr>
        <w:t xml:space="preserve">[1:42:52] </w:t>
      </w:r>
      <w:r>
        <w:t>and We found him lacking in constancy.' That is azm. What is the meaning of azm, and how one should inculcate this azm in himself?" Azm ka matlab hota hai determination.</w:t>
      </w:r>
    </w:p>
    <w:p>
      <w:pPr>
        <w:jc w:val="right"/>
      </w:pPr>
      <w:r>
        <w:t>اینڈوی فاؤنڈہم ل یکنگ ان کانسٹنسی۔' دیٹاز عزم۔ واٹازدامیننگآف عزم، اینڈہاؤون شوڈ انکل کیٹ دس عزمانہمسیلف؟" عزمکامطلبہوتاہےڈیٹرمینیشن۔</w:t>
      </w:r>
    </w:p>
    <w:p>
      <w:r>
        <w:rPr>
          <w:b/>
        </w:rPr>
        <w:t xml:space="preserve">[1:43:10] </w:t>
      </w:r>
      <w:r>
        <w:t>to is mein insaan ka mizaj bataya gaya hai ke tarah tarah ke jo temptation hote hain, is se temptation se woh azm kho baithta hai.</w:t>
      </w:r>
    </w:p>
    <w:p>
      <w:pPr>
        <w:jc w:val="right"/>
      </w:pPr>
      <w:r>
        <w:t>تو اسمیں انسان کا مزاجبتایاگیاہے کہ طرح طرحکے جوٹیپریشنہوتےہیں،اس سے اسٹیپریشنسے وہ عزمکھوبیٹھتاہے۔</w:t>
      </w:r>
    </w:p>
    <w:p>
      <w:r>
        <w:rPr>
          <w:b/>
        </w:rPr>
        <w:t xml:space="preserve">[1:43:20] </w:t>
      </w:r>
      <w:r>
        <w:t>yeh Hazrat Adam ko kya hua? Allah Ta'ala ne kaha tha ke is darakht ke paas bachein. to sari cheezein mili hui thin un ko is ek darakht ke. is mein un ko hua ke bhai kya hai, kya hai, kya hai?</w:t>
      </w:r>
    </w:p>
    <w:p>
      <w:pPr>
        <w:jc w:val="right"/>
      </w:pPr>
      <w:r>
        <w:t>یہحضرتآدمکوکیاہوا ؟ اللہ تعالینےکہاکہاسدرختکےپاسبچجانا۔ تو ساری چیزیںملیہوئیتھیںانکو اسایک درخت کے۔اسمیں انکو ہوا کہبھئیکیاہے،کیاہے،کیاہے؟</w:t>
      </w:r>
    </w:p>
    <w:p>
      <w:r>
        <w:rPr>
          <w:b/>
        </w:rPr>
        <w:t xml:space="preserve">[1:43:33] </w:t>
      </w:r>
      <w:r>
        <w:t>wahan ja kar ke woh is darakht ka phal kha liya unhon ne. to insaan ke andar jo temptation aata hai, temptation us ki wajah se azm kho baithta hai. woh</w:t>
      </w:r>
    </w:p>
    <w:p>
      <w:pPr>
        <w:jc w:val="right"/>
      </w:pPr>
      <w:r>
        <w:t>وہاںجاکرکےوہ اسدرختکاپھلکھالیاانہوںنے۔ تو انسان کےاندرجو ٹیمپریشنآتاہے،ٹیمپریشن اسکیوجہسےعزمکھوبیٹھتاہے۔وہ</w:t>
      </w:r>
    </w:p>
    <w:p>
      <w:r>
        <w:rPr>
          <w:b/>
        </w:rPr>
        <w:t xml:space="preserve">[1:43:42] </w:t>
      </w:r>
      <w:r>
        <w:t>to yeh bataya gaya hai ke temptation jo hai, bohat hi taqatwar hota hai. is ka muqabla karo, is ko manage karo, nahin to kya hoga? tum bhatak jao ge.</w:t>
      </w:r>
    </w:p>
    <w:p>
      <w:pPr>
        <w:jc w:val="right"/>
      </w:pPr>
      <w:r>
        <w:t>تو یہ بتایاگیاہےکہ ٹیمپریشنجوہے، بہت ہیطاقتورہوتاہے۔ اساسکا مقابلہکرو،اسکومی نجکرو، نہیںتوکیاہوگا؟تم بھٹکجاؤگے۔</w:t>
      </w:r>
    </w:p>
    <w:p>
      <w:r>
        <w:rPr>
          <w:b/>
        </w:rPr>
        <w:t xml:space="preserve">[1:43:54] </w:t>
      </w:r>
      <w:r>
        <w:t>Temptation jab aaye to is ko muqabla karo, is ko manage karo, nahin to bhatak jao ge aur phir Allah ki rehmat se mehroom ho jao ge. to aadmi azm ko kho baithta hai temptation ki wajah se,</w:t>
      </w:r>
    </w:p>
    <w:p>
      <w:pPr>
        <w:jc w:val="right"/>
      </w:pPr>
      <w:r>
        <w:t>ٹیمپریشنجب آئےتواسکومقابلہکرو،اسکومینجکرو، نہیںتوبھٹکجاؤگےاورپھراللہ کیرحمتسےمحرومہوجاؤگے۔ تو آدمی عزمکوکھوبیٹھتاہے ٹیمپریشنکیوجہسے،</w:t>
      </w:r>
    </w:p>
    <w:p>
      <w:r>
        <w:rPr>
          <w:b/>
        </w:rPr>
        <w:t xml:space="preserve">[1:44:08] </w:t>
      </w:r>
      <w:r>
        <w:t>aur is ko control karna chahiye aadmi ko us waqt. aur apne ko, yaani, you to learn the art of temptation management, yeh is ka hal hai.</w:t>
      </w:r>
    </w:p>
    <w:p>
      <w:pPr>
        <w:jc w:val="right"/>
      </w:pPr>
      <w:r>
        <w:t>اوراسکوکنٹرولکرناچاہیےآدمیکواسوقت ۔اور اپنےکو، یعنی ،یوٹولرنداآرٹآف کمپریشنمینجمنٹ، یہاسکا حلہے۔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