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Reason and Islam April 21, 2014</w:t>
      </w:r>
    </w:p>
    <w:p>
      <w:r>
        <w:t>https://youtu.be/snpiJ_AI8wk</w:t>
      </w:r>
    </w:p>
    <w:p>
      <w:r>
        <w:rPr>
          <w:b/>
        </w:rPr>
        <w:t xml:space="preserve">[00:14] </w:t>
      </w:r>
      <w:r>
        <w:t>21 April 2014. An Abi Saeed Al-Khudri qala: Samitu Rasool Allah (SAW) yaqool: "Qasama Allahu al-aqla ala thalathati ajzaa',</w:t>
      </w:r>
    </w:p>
    <w:p>
      <w:pPr>
        <w:jc w:val="right"/>
      </w:pPr>
      <w:r>
        <w:t>21 اپریل 2014۔ عن أبي سعيد الخدري قال: سمعت رسول الله صلى الله عليه وسلم يقول: "قسم الله العقل على ثلاثة أجزاء،</w:t>
      </w:r>
    </w:p>
    <w:p>
      <w:r>
        <w:rPr>
          <w:b/>
        </w:rPr>
        <w:t xml:space="preserve">[00:31] </w:t>
      </w:r>
      <w:r>
        <w:t>fa man kanat fehi fahuwa al-aqil, wa man lam yakun fehi fala aql lahu. Hilyatul Awliya,</w:t>
      </w:r>
    </w:p>
    <w:p>
      <w:pPr>
        <w:jc w:val="right"/>
      </w:pPr>
      <w:r>
        <w:t>فمن كن فيه فهو العاقل، ومن لم يكن فيه فلا عقل له. حسن المعرفة بالله عز وجل، وحسن الطاعة لله عز وجل، وحسن الصبر لله عز وجل." حلیۃ الاولیاء،</w:t>
      </w:r>
    </w:p>
    <w:p>
      <w:r>
        <w:rPr>
          <w:b/>
        </w:rPr>
        <w:t xml:space="preserve">[00:52] </w:t>
      </w:r>
      <w:r>
        <w:t>wa volume number 3, page number 371. Is hadith ka tarjuma hai: Abu Saeed Al-Khudri riwayat karte hain ke unhon ne Rasool Allah (SAW) ko farmate hue suna:</w:t>
      </w:r>
    </w:p>
    <w:p>
      <w:pPr>
        <w:jc w:val="right"/>
      </w:pPr>
      <w:r>
        <w:t>والیوم نمبر 3، پیج نمبر 371۔ اس حدیث کا ترجمہ ہے: ابو سعید الخدری روایت کرتے ہیں کہ انہوں نے رسول اللہ صلی اللہ علیہ وسلم کو فرماتے ہوئے سنا:</w:t>
      </w:r>
    </w:p>
    <w:p>
      <w:r>
        <w:rPr>
          <w:b/>
        </w:rPr>
        <w:t xml:space="preserve">[01:13] </w:t>
      </w:r>
      <w:r>
        <w:t>"Allah taala ne aqal ko teen hisson mein taqseem kiya hai,</w:t>
      </w:r>
    </w:p>
    <w:p>
      <w:pPr>
        <w:jc w:val="right"/>
      </w:pPr>
      <w:r>
        <w:t>"اللہ تعالی نے عقل کو تین حصوں میں تقسیم کیا ہے،</w:t>
      </w:r>
    </w:p>
    <w:p>
      <w:r>
        <w:rPr>
          <w:b/>
        </w:rPr>
        <w:t xml:space="preserve">[01:18] </w:t>
      </w:r>
      <w:r>
        <w:t>to jis ke andar yeh cheez pai jaye woh aqalmand hai, aur jis ke andar na pai jaye us ko kuch bhi aqal nahi hai."</w:t>
      </w:r>
    </w:p>
    <w:p>
      <w:pPr>
        <w:jc w:val="right"/>
      </w:pPr>
      <w:r>
        <w:t>تو جس کے اندر یہ چیز پائی جائے وہ عقلمند ہے، اور جس کے اندر نہ پائی جائے اس کو کچھ بھی عقل نہیں ہے۔"</w:t>
      </w:r>
    </w:p>
    <w:p>
      <w:r>
        <w:rPr>
          <w:b/>
        </w:rPr>
        <w:t xml:space="preserve">[01:31] </w:t>
      </w:r>
      <w:r>
        <w:t>Allah ki behtar marifat, Allah ki behtar itaat, aur Allah ke liye behtar sabr۔</w:t>
      </w:r>
    </w:p>
    <w:p>
      <w:pPr>
        <w:jc w:val="right"/>
      </w:pPr>
      <w:r>
        <w:t>اللہ کی بہتر معرفت، اللہ کی بہتر اطاعت، اور اللہ کے لیے بہتر صبر۔</w:t>
      </w:r>
    </w:p>
    <w:p>
      <w:r>
        <w:rPr>
          <w:b/>
        </w:rPr>
        <w:t xml:space="preserve">[01:46] </w:t>
      </w:r>
      <w:r>
        <w:t>Maulana, is hadith ki wazahat farmayen۔</w:t>
      </w:r>
    </w:p>
    <w:p>
      <w:pPr>
        <w:jc w:val="right"/>
      </w:pPr>
      <w:r>
        <w:t>مولانا، اس حدیث کی وضاحت فرمائیں۔</w:t>
      </w:r>
    </w:p>
    <w:p>
      <w:r>
        <w:rPr>
          <w:b/>
        </w:rPr>
        <w:t xml:space="preserve">[01:51] </w:t>
      </w:r>
      <w:r>
        <w:t>Bismillah hir Rahman nir Raheem.</w:t>
      </w:r>
    </w:p>
    <w:p>
      <w:pPr>
        <w:jc w:val="right"/>
      </w:pPr>
      <w:r>
        <w:t>بسم اللہ الرحمن الرحیم۔</w:t>
      </w:r>
    </w:p>
    <w:p>
      <w:r>
        <w:rPr>
          <w:b/>
        </w:rPr>
        <w:t xml:space="preserve">[01:57] </w:t>
      </w:r>
      <w:r>
        <w:t>Yeh hadith aqal ke bare mein hai, yani mind ke bare mein.</w:t>
      </w:r>
    </w:p>
    <w:p>
      <w:pPr>
        <w:jc w:val="right"/>
      </w:pPr>
      <w:r>
        <w:t>یہ حدیث عقل کے بارے میں ہے، یعنی مائنڈ کے بارے میں۔</w:t>
      </w:r>
    </w:p>
    <w:p>
      <w:r>
        <w:rPr>
          <w:b/>
        </w:rPr>
        <w:t xml:space="preserve">[02:05] </w:t>
      </w:r>
      <w:r>
        <w:t>Aqal</w:t>
      </w:r>
    </w:p>
    <w:p>
      <w:pPr>
        <w:jc w:val="right"/>
      </w:pPr>
      <w:r>
        <w:t>عقل</w:t>
      </w:r>
    </w:p>
    <w:p>
      <w:r>
        <w:rPr>
          <w:b/>
        </w:rPr>
        <w:t xml:space="preserve">[02:09] </w:t>
      </w:r>
      <w:r>
        <w:t>aur hadithon se mein aur hadithon mein yeh baat aayi hai ke insaan ko jo kuch diya gaya us mein aqal sab se bari cheez hai.</w:t>
      </w:r>
    </w:p>
    <w:p>
      <w:pPr>
        <w:jc w:val="right"/>
      </w:pPr>
      <w:r>
        <w:t>اور حدیثوں سے میں اور حدیثوں میں یہ بات آئی ہے کہ انسان کو جو کچھ دیا گیا اس میں عقل سب سے بڑی چیز ہے۔</w:t>
      </w:r>
    </w:p>
    <w:p>
      <w:r>
        <w:rPr>
          <w:b/>
        </w:rPr>
        <w:t xml:space="preserve">[02:24] </w:t>
      </w:r>
      <w:r>
        <w:t>Us mein jo farmaya ke</w:t>
      </w:r>
    </w:p>
    <w:p>
      <w:pPr>
        <w:jc w:val="right"/>
      </w:pPr>
      <w:r>
        <w:t>اس میں جو فرمایا کہ</w:t>
      </w:r>
    </w:p>
    <w:p>
      <w:r>
        <w:rPr>
          <w:b/>
        </w:rPr>
        <w:t xml:space="preserve">[02:29] </w:t>
      </w:r>
      <w:r>
        <w:t>aqal ki teen taqseem hai, to yeh us mein</w:t>
      </w:r>
    </w:p>
    <w:p>
      <w:pPr>
        <w:jc w:val="right"/>
      </w:pPr>
      <w:r>
        <w:t>عقل کی تین تقسیم ہے، تو یہ اس میں</w:t>
      </w:r>
    </w:p>
    <w:p>
      <w:r>
        <w:rPr>
          <w:b/>
        </w:rPr>
        <w:t xml:space="preserve">[02:39] </w:t>
      </w:r>
      <w:r>
        <w:t>aqal ka teen bara istemal hai. Is ka matlab hai ke aqal ke istemal ke teen bare maidan hain.</w:t>
      </w:r>
    </w:p>
    <w:p>
      <w:pPr>
        <w:jc w:val="right"/>
      </w:pPr>
      <w:r>
        <w:t>عقل کا تین بڑا استعمال ہے۔ اس کا مطلب ہے کہ عقل کے استعمال کے تین بڑے میدان ہیں۔</w:t>
      </w:r>
    </w:p>
    <w:p>
      <w:r>
        <w:rPr>
          <w:b/>
        </w:rPr>
        <w:t xml:space="preserve">[02:49] </w:t>
      </w:r>
      <w:r>
        <w:t>to aqal ke istemal ka sab se pehla maidan to Allah ki marifat hai. Dekhiye, aam taur par cheezon ko hum dekh kar jante hain.</w:t>
      </w:r>
    </w:p>
    <w:p>
      <w:pPr>
        <w:jc w:val="right"/>
      </w:pPr>
      <w:r>
        <w:t>تو عقل کے استعمال کا سب سے پہلا میدان تو اللہ کی معرفت ہے۔ دیکھیے، عام طور پر چیزوں کو ہم دیکھ کر جانتے ہیں۔</w:t>
      </w:r>
    </w:p>
    <w:p>
      <w:r>
        <w:rPr>
          <w:b/>
        </w:rPr>
        <w:t xml:space="preserve">[03:06] </w:t>
      </w:r>
      <w:r>
        <w:t>Hamare samne ek pahad ho to hum dekh kar jaan len ke yeh pahad hai. Hamare samne ek darakht ho to hum dekh kar jaan len ke darakht hai.</w:t>
      </w:r>
    </w:p>
    <w:p>
      <w:pPr>
        <w:jc w:val="right"/>
      </w:pPr>
      <w:r>
        <w:t>ہمارے سامنے ایک پہاڑ ہو تو ہم دیکھ کر جان لیں کہ یہ پہاڑ ہے۔ ہمارے سامنے ایک درخت ہو تو ہم دیکھ کر جان لیں کہ درخت ہے۔</w:t>
      </w:r>
    </w:p>
    <w:p>
      <w:r>
        <w:rPr>
          <w:b/>
        </w:rPr>
        <w:t xml:space="preserve">[03:17] </w:t>
      </w:r>
      <w:r>
        <w:t>lekin Allah ghayb mein hai. Allah is tarah se samne nahi hai jis tarah se pahad aur darakht hua karte hain.</w:t>
      </w:r>
    </w:p>
    <w:p>
      <w:pPr>
        <w:jc w:val="right"/>
      </w:pPr>
      <w:r>
        <w:t>لیکن اللہ غیب میں ہے۔ اللہ اس طرح سے سامنے نہیں ہے جس طرح سے پہاڑ اور درخت ہوا کرتے ہیں۔</w:t>
      </w:r>
    </w:p>
    <w:p>
      <w:r>
        <w:rPr>
          <w:b/>
        </w:rPr>
        <w:t xml:space="preserve">[03:28] </w:t>
      </w:r>
      <w:r>
        <w:t>to ghayb mein jo cheez hai us par yaqeen kaise hasil kiya jaye? us ko kaise daryaft kiya jaye? yeh aql ke zariye hota hai.</w:t>
      </w:r>
    </w:p>
    <w:p>
      <w:pPr>
        <w:jc w:val="right"/>
      </w:pPr>
      <w:r>
        <w:t>تو غیب میں جو چیز ہے اس پر یقین کیسے حاصل کیا جائے؟ اس کو کیسے دریافت کیا جائے؟ یہ عقل کے ذریعے ہوتا ہے۔</w:t>
      </w:r>
    </w:p>
    <w:p>
      <w:r>
        <w:rPr>
          <w:b/>
        </w:rPr>
        <w:t xml:space="preserve">[03:39] </w:t>
      </w:r>
      <w:r>
        <w:t>insan tadabbur karta hai, tafakkur karta hai, ta'aqqul karta hai,</w:t>
      </w:r>
    </w:p>
    <w:p>
      <w:pPr>
        <w:jc w:val="right"/>
      </w:pPr>
      <w:r>
        <w:t>انسان تدبر کرتا ہے، تفکر کرتا ہے، تعقل کرتا ہے،</w:t>
      </w:r>
    </w:p>
    <w:p>
      <w:r>
        <w:rPr>
          <w:b/>
        </w:rPr>
        <w:t xml:space="preserve">[03:46] </w:t>
      </w:r>
      <w:r>
        <w:t>yani apne thinking process ko jari karta hai. tab woh Allah ki marifat hasil karta hai. to Allah ki marifat jo hai us ka sara inhisaar is par hai ke aap apne aql ko istemal karen,</w:t>
      </w:r>
    </w:p>
    <w:p>
      <w:pPr>
        <w:jc w:val="right"/>
      </w:pPr>
      <w:r>
        <w:t>یعنی اپنے تھنکنگ پراسیس کو جاری کرتا ہے۔ تب وہ اللہ کی معرفت حاصل کرتا ہے۔ تو اللہ کی معرفت جو ہے اس کا سارا انحصار اس پر ہے کہ آپ اپنے عقل کو استعمال کریں،</w:t>
      </w:r>
    </w:p>
    <w:p>
      <w:r>
        <w:rPr>
          <w:b/>
        </w:rPr>
        <w:t xml:space="preserve">[04:04] </w:t>
      </w:r>
      <w:r>
        <w:t>tadabbur karen, tafakkur karen, apne andar thinking process jo hai jari karen. to woh kaise hota hai? insan ghaur karta hai</w:t>
      </w:r>
    </w:p>
    <w:p>
      <w:pPr>
        <w:jc w:val="right"/>
      </w:pPr>
      <w:r>
        <w:t>تدبر کریں، تفکر کریں، اپنے اندر تھنکنگ پراسیس جو ہے جاری کریں۔ تو وہ کیسے ہوتا ہے؟ انسان غور کرتا ہے</w:t>
      </w:r>
    </w:p>
    <w:p>
      <w:r>
        <w:rPr>
          <w:b/>
        </w:rPr>
        <w:t xml:space="preserve">[04:15] </w:t>
      </w:r>
      <w:r>
        <w:t>apne wajood par, mein kaise paida hua? is kainat par ke yeh kainat kaise bani? is duniya mein beshumar cheezen hain, har cheez mein signs hain, nishaniyan.</w:t>
      </w:r>
    </w:p>
    <w:p>
      <w:pPr>
        <w:jc w:val="right"/>
      </w:pPr>
      <w:r>
        <w:t>اپنے وجود پر، میں کیسے پیدا ہوا؟ اس کائنات پر کہ یہ کائنات کیسے بنی؟ اس دنیا میں بے شمار چیزیں ہیں، ہر چیز میں سائنز ہیں، نشانیاں۔</w:t>
      </w:r>
    </w:p>
    <w:p>
      <w:r>
        <w:rPr>
          <w:b/>
        </w:rPr>
        <w:t xml:space="preserve">[04:32] </w:t>
      </w:r>
      <w:r>
        <w:t>to is par sochta hai woh. is tarah se woh Allah ki marifat hasil karta hai.</w:t>
      </w:r>
    </w:p>
    <w:p>
      <w:pPr>
        <w:jc w:val="right"/>
      </w:pPr>
      <w:r>
        <w:t>تو اس پر سوچتا ہے وہ۔ اس طرح سے وہ اللہ کی معرفت حاصل کرتا ہے۔</w:t>
      </w:r>
    </w:p>
    <w:p>
      <w:r>
        <w:rPr>
          <w:b/>
        </w:rPr>
        <w:t xml:space="preserve">[04:41] </w:t>
      </w:r>
      <w:r>
        <w:t>Allah ki marifat Allah ki takhleeq ke zariye hoti hai. ya to Allah ki kitab par mutala'a kar ke, Quran mein gehrai ke sath mutala'a karen to is mein bhi aap ko Allah ki marifat hasil hogi.</w:t>
      </w:r>
    </w:p>
    <w:p>
      <w:pPr>
        <w:jc w:val="right"/>
      </w:pPr>
      <w:r>
        <w:t>اللہ کی معرفت اللہ کی تخلیق کے ذریعے ہوتی ہے۔ یا تو اللہ کی کتاب پر مطالعہ کر کے، قرآن میں گہرائی کے ساتھ مطالعہ کریں تو اس میں بھی آپ کو اللہ کی معرفت حاصل ہوگی۔</w:t>
      </w:r>
    </w:p>
    <w:p>
      <w:r>
        <w:rPr>
          <w:b/>
        </w:rPr>
        <w:t xml:space="preserve">[04:59] </w:t>
      </w:r>
      <w:r>
        <w:t>aur doosri cheez jo Allah ki takhleeq hai, insan khud Allah ki takhleeq hai, aur aas pas ki tamam cheezen jo hain woh sab Allah ki takhleeq hain.</w:t>
      </w:r>
    </w:p>
    <w:p>
      <w:pPr>
        <w:jc w:val="right"/>
      </w:pPr>
      <w:r>
        <w:t>اور دوسری چیز جو اللہ کی تخلیق ہے، انسان خود اللہ کی تخلیق ہے، اور اس پاس کی تمام چیزیں جو ہیں وہ سب اللہ کی تخلیق ہیں۔</w:t>
      </w:r>
    </w:p>
    <w:p>
      <w:r>
        <w:rPr>
          <w:b/>
        </w:rPr>
        <w:t xml:space="preserve">[05:10] </w:t>
      </w:r>
      <w:r>
        <w:t>to takhleeq mein khalq ka, takhleeq mein khalq ki nishaniyan hain, takhleeq mein khalq ki pehchan hai.</w:t>
      </w:r>
    </w:p>
    <w:p>
      <w:pPr>
        <w:jc w:val="right"/>
      </w:pPr>
      <w:r>
        <w:t>تو تخلیق میں خالق کا، تخلیق میں خالق کی نشانیاں ہیں، تخلیق میں خالق کی پہچان ہے۔</w:t>
      </w:r>
    </w:p>
    <w:p>
      <w:r>
        <w:rPr>
          <w:b/>
        </w:rPr>
        <w:t xml:space="preserve">[05:22] </w:t>
      </w:r>
      <w:r>
        <w:t>takhleeq mein ghaur kar ke insan khalq ko daryaft karta hai. to yeh sab kuch hota hai aql ke zariye se. agar aql na ho to insan soch nahi sakta.</w:t>
      </w:r>
    </w:p>
    <w:p>
      <w:pPr>
        <w:jc w:val="right"/>
      </w:pPr>
      <w:r>
        <w:t>تخلیق میں غور کر کے انسان خالق کو دریافت کرتا ہے۔ تو یہ سب کچھ ہوتا ہے عقل کے ذریعے سے۔ اگر عقل نہ ہو تو انسان سوچ نہیں سکتا۔</w:t>
      </w:r>
    </w:p>
    <w:p>
      <w:r>
        <w:rPr>
          <w:b/>
        </w:rPr>
        <w:t xml:space="preserve">[05:36] </w:t>
      </w:r>
      <w:r>
        <w:t>agar aql na ho to insan nahi soch sakta,</w:t>
      </w:r>
    </w:p>
    <w:p>
      <w:pPr>
        <w:jc w:val="right"/>
      </w:pPr>
      <w:r>
        <w:t>اگر عقل نہ ہو تو انسان نہیں سوچ سکتا،</w:t>
      </w:r>
    </w:p>
    <w:p>
      <w:r>
        <w:rPr>
          <w:b/>
        </w:rPr>
        <w:t xml:space="preserve">[05:40] </w:t>
      </w:r>
      <w:r>
        <w:t>aur nahi sochega to ghayb ki baton ko kaise daryaft karega? isi liye dekhiye, jo animal hain woh sirf un cheezon ko jante hain jis ko woh dekhte hain, kyunke un ke andar sochne ka mada nahi hai insan ki tarah se.</w:t>
      </w:r>
    </w:p>
    <w:p>
      <w:pPr>
        <w:jc w:val="right"/>
      </w:pPr>
      <w:r>
        <w:t>اور نہیں سوچے گا تو غیب کی باتوں کو کیسے دریافت کرے گا؟ اسی لیے دیکھیے، جو اینیمل ہیں وہ صرف ان چیزوں کو جانتے ہیں جس کو وہ دیکھتے ہیں، کیونکہ ان کے اندر سوچنے کا مادہ نہیں ہے انسان کی طرح سے۔</w:t>
      </w:r>
    </w:p>
    <w:p>
      <w:r>
        <w:rPr>
          <w:b/>
        </w:rPr>
        <w:t xml:space="preserve">[06:02] </w:t>
      </w:r>
      <w:r>
        <w:t>insan ko khas taur par aql di gayi hai jo bohat zyada capacities ke andar hai sochne ki, unlimited capacity.</w:t>
      </w:r>
    </w:p>
    <w:p>
      <w:pPr>
        <w:jc w:val="right"/>
      </w:pPr>
      <w:r>
        <w:t>انسان کو خاص طور پر عقل دی گئی ہے جو بہت زیادہ کیپیسٹیز کے اندر ہے سوچنے کی، ان لمیٹڈ کیپیسٹی۔</w:t>
      </w:r>
    </w:p>
    <w:p>
      <w:r>
        <w:rPr>
          <w:b/>
        </w:rPr>
        <w:t xml:space="preserve">[06:18] </w:t>
      </w:r>
      <w:r>
        <w:t>to ek to hai Allah ke bare mein sirf fiqhi andaaz jaan lena,</w:t>
      </w:r>
    </w:p>
    <w:p>
      <w:pPr>
        <w:jc w:val="right"/>
      </w:pPr>
      <w:r>
        <w:t>تو ایک تو ہے اللہ کے بارے میں صرف فقہی انداز جان لینا،</w:t>
      </w:r>
    </w:p>
    <w:p>
      <w:r>
        <w:rPr>
          <w:b/>
        </w:rPr>
        <w:t xml:space="preserve">[06:26] </w:t>
      </w:r>
      <w:r>
        <w:t>fiqhi ya fanni ya qanooni andaaz baja leina. to woh husn marifat nahi hoga, yani woh marifat ki zyada behtar qism nahi hogi.</w:t>
      </w:r>
    </w:p>
    <w:p>
      <w:pPr>
        <w:jc w:val="right"/>
      </w:pPr>
      <w:r>
        <w:t>فقہی یا فنی یا قانونی انداز بجا لینا۔ تو وہ حسن معرفت نہیں ہوگا، یعنی وہ معرفت کی زیادہ بہتر قسم نہیں ہوگی۔</w:t>
      </w:r>
    </w:p>
    <w:p>
      <w:r>
        <w:rPr>
          <w:b/>
        </w:rPr>
        <w:t xml:space="preserve">[06:42] </w:t>
      </w:r>
      <w:r>
        <w:t>Allah ke qanooni daryaft se bohat mamooli daryaft hasil hoti hai,</w:t>
      </w:r>
    </w:p>
    <w:p>
      <w:pPr>
        <w:jc w:val="right"/>
      </w:pPr>
      <w:r>
        <w:t>اللہ کے قانونی دریافت سے بہت معمولی دریافت حاصل ہوتی ہے،</w:t>
      </w:r>
    </w:p>
    <w:p>
      <w:r>
        <w:rPr>
          <w:b/>
        </w:rPr>
        <w:t xml:space="preserve">[06:47] </w:t>
      </w:r>
      <w:r>
        <w:t>lekin jab aap aql ko istemal karte hain to aap ki marifat bohat barh jati hai. woh phir qanooni marifat nahi rehti, balkeh woh discovery ban jati hai.</w:t>
      </w:r>
    </w:p>
    <w:p>
      <w:pPr>
        <w:jc w:val="right"/>
      </w:pPr>
      <w:r>
        <w:t>لیکن جب آپ عقل کو استعمال کرتے ہیں تو آپ کی معرفت بہت بڑھ جاتی ہے۔ وہ پھر قانونی معرفت نہیں رہتی، بلکہ وہ ڈسکوری بن جاتی ہے۔</w:t>
      </w:r>
    </w:p>
    <w:p>
      <w:r>
        <w:rPr>
          <w:b/>
        </w:rPr>
        <w:t xml:space="preserve">[07:04] </w:t>
      </w:r>
      <w:r>
        <w:t>to is se maloom hua ke aql ka istemal kitna zyada zaroori hai.</w:t>
      </w:r>
    </w:p>
    <w:p>
      <w:pPr>
        <w:jc w:val="right"/>
      </w:pPr>
      <w:r>
        <w:t>تو اس سے معلوم ہوا کہ عقل کا استعمال کتنا زیادہ ضروری ہے۔</w:t>
      </w:r>
    </w:p>
    <w:p>
      <w:r>
        <w:rPr>
          <w:b/>
        </w:rPr>
        <w:t xml:space="preserve">[07:12] </w:t>
      </w:r>
      <w:r>
        <w:t>yani aql se aadmi ek ek developed personality banta hai, us ke andar zehni irtqa hota hai, woh cheezon ki gehraiyon ko jaan leta hai.</w:t>
      </w:r>
    </w:p>
    <w:p>
      <w:pPr>
        <w:jc w:val="right"/>
      </w:pPr>
      <w:r>
        <w:t>یعنی عقل سے آدمی ایک ایک ڈیولپڈ پرسنیلٹی بنتا ہے، اس کے اندر ذہنی ارتقاء ہوتا ہے، وہ چیزوں کی گہرائیوں کو جان لیتا ہے۔</w:t>
      </w:r>
    </w:p>
    <w:p>
      <w:r>
        <w:rPr>
          <w:b/>
        </w:rPr>
        <w:t xml:space="preserve">[07:31] </w:t>
      </w:r>
      <w:r>
        <w:t>agar aadmi ke pas aql na ho, ya kam samajh ho us ko, ya woh istemal na kare aql ko, is agar istemal na kare to kya hoga?</w:t>
      </w:r>
    </w:p>
    <w:p>
      <w:pPr>
        <w:jc w:val="right"/>
      </w:pPr>
      <w:r>
        <w:t>اگر آدمی کے پاس عقل نہ ہو، یا کم سمجھ ہو اس کو، یا وہ استعمال نہ کرے عقل کو، اس اگر استعمال نہ کرے تو کیا ہوگا؟</w:t>
      </w:r>
    </w:p>
    <w:p>
      <w:r>
        <w:rPr>
          <w:b/>
        </w:rPr>
        <w:t xml:space="preserve">[07:39] </w:t>
      </w:r>
      <w:r>
        <w:t>cheezen ko un ke zahir ke aitbar se jane ga, yani faiz walon par zahir ke aitbar se. lekin jab woh aql ko istemal karta hai to us ke gehre mani tak woh pahanchta hai.</w:t>
      </w:r>
    </w:p>
    <w:p>
      <w:pPr>
        <w:jc w:val="right"/>
      </w:pPr>
      <w:r>
        <w:t>چیزوں کو ان کے ظاہر کے اعتبار سے جانے گا، یعنی فیض والوں پر ظاہر کے اعتبار سے۔ لیکن جب وہ عقل کو استعمال کرتا ہے تو اس کے گہرے معنی تک وہ پہنچتا ہے۔</w:t>
      </w:r>
    </w:p>
    <w:p>
      <w:r>
        <w:rPr>
          <w:b/>
        </w:rPr>
        <w:t xml:space="preserve">[07:55] </w:t>
      </w:r>
      <w:r>
        <w:t>to bohat hi zyada aham baat hai yeh ke hum Allah ki aala marifat ko agar hasil karna chahte hain to hamein apni aql, aql ko istemal karna hoga.</w:t>
      </w:r>
    </w:p>
    <w:p>
      <w:pPr>
        <w:jc w:val="right"/>
      </w:pPr>
      <w:r>
        <w:t>تو بہت ہی زیادہ اہم بات ہے یہ کہ ہم اللہ کی اعلیٰ معرفت کو اگر حاصل کرنا چاہتے ہیں تو ہمیں اپنی عقل، عقل کو استعمال کرنا ہوگا۔</w:t>
      </w:r>
    </w:p>
    <w:p>
      <w:r>
        <w:rPr>
          <w:b/>
        </w:rPr>
        <w:t xml:space="preserve">[08:10] </w:t>
      </w:r>
      <w:r>
        <w:t>dekhein, yeh jo log kehte hain ke deen ka talluq aql se nahi hai, yeh galat kehte hain. aql jab Allah ki di hui hai to kyun nahi hoga?</w:t>
      </w:r>
    </w:p>
    <w:p>
      <w:pPr>
        <w:jc w:val="right"/>
      </w:pPr>
      <w:r>
        <w:t>دیکھیں، یہ جو لوگ کہتے ہیں کہ دین کا تعلق عقل سے نہیں ہے، یہ غلط کہتے ہیں۔ عقل جب اللہ کی دی ہوئی ہے تو کیوں نہیں ہوگا؟</w:t>
      </w:r>
    </w:p>
    <w:p>
      <w:r>
        <w:rPr>
          <w:b/>
        </w:rPr>
        <w:t xml:space="preserve">[08:23] </w:t>
      </w:r>
      <w:r>
        <w:t>deen Allah ke bheja hua hai, aql Allah ki di hui hai, to kaise hoga? yani ke khwah yani koi talluq aql ka deen se na ho.</w:t>
      </w:r>
    </w:p>
    <w:p>
      <w:pPr>
        <w:jc w:val="right"/>
      </w:pPr>
      <w:r>
        <w:t>دین اللہ کے بھیجا ہوا ہے، عقل اللہ کی دی ہوئی ہے، تو کیسے ہوگا؟ یعنی کہ خواہ یعنی کوئی تعلق عقل کا دین سے نہ ہو۔</w:t>
      </w:r>
    </w:p>
    <w:p>
      <w:r>
        <w:rPr>
          <w:b/>
        </w:rPr>
        <w:t xml:space="preserve">[08:34] </w:t>
      </w:r>
      <w:r>
        <w:t>albatta mein yeh zaroor kahoon ga ke aql ka istemaal hona chahiye</w:t>
      </w:r>
    </w:p>
    <w:p>
      <w:pPr>
        <w:jc w:val="right"/>
      </w:pPr>
      <w:r>
        <w:t>البتہ میں یہ ضرور کہوں گا کہ عقل کا استعمال ہونا چاہیے</w:t>
      </w:r>
    </w:p>
    <w:p>
      <w:r>
        <w:rPr>
          <w:b/>
        </w:rPr>
        <w:t xml:space="preserve">[08:40] </w:t>
      </w:r>
      <w:r>
        <w:t>is ka jo framework hai, is ke mutabiq. framework kya hai? quran framework hai. quran hum ko hudood deta hai ke kis tarah hum sochen.</w:t>
      </w:r>
    </w:p>
    <w:p>
      <w:pPr>
        <w:jc w:val="right"/>
      </w:pPr>
      <w:r>
        <w:t>اس کا جو فریم ورک ہے، اس کے مطابق۔ فریم ورک کیا ہے؟ قرآن فریم ورک ہے۔ قرآن ہم کو حدود دیتا ہے کہ کس طرح ہم سوچیں۔</w:t>
      </w:r>
    </w:p>
    <w:p>
      <w:r>
        <w:rPr>
          <w:b/>
        </w:rPr>
        <w:t xml:space="preserve">[08:51] </w:t>
      </w:r>
      <w:r>
        <w:t>misal ke tor par dekhiye, quran mein hai ke wa ma ooteetum min al-ilmi illa qaleela tum ko ilm qaleel diya gaya hai.</w:t>
      </w:r>
    </w:p>
    <w:p>
      <w:pPr>
        <w:jc w:val="right"/>
      </w:pPr>
      <w:r>
        <w:t>مثال کے طور پر دیکھیے، قرآن میں ہے کہ وما أوتيتم من العلم إلا قليلا تم کو علم قلیل دیا گیا ہے۔</w:t>
      </w:r>
    </w:p>
    <w:p>
      <w:r>
        <w:rPr>
          <w:b/>
        </w:rPr>
        <w:t xml:space="preserve">[08:59] </w:t>
      </w:r>
      <w:r>
        <w:t>ilm qaleel ke mani kya hain? aql ke zariye tumhari rasai ilm qaleel hi tak ho sakti hai,</w:t>
      </w:r>
    </w:p>
    <w:p>
      <w:pPr>
        <w:jc w:val="right"/>
      </w:pPr>
      <w:r>
        <w:t>علم قلیل کے معنی کیا ہیں؟ عقل کے ذریعے تمہاری رسائی علم قلیل ہی تک ہو سکتی ہے،</w:t>
      </w:r>
    </w:p>
    <w:p>
      <w:r>
        <w:rPr>
          <w:b/>
        </w:rPr>
        <w:t xml:space="preserve">[09:08] </w:t>
      </w:r>
      <w:r>
        <w:t>ilm kaseer tak nahi ho sakti. mislan dekhiye, ek hai woh dunya jo space aur time ke andar hai, space aur time ke andar yaani zaman o makan ke andar.</w:t>
      </w:r>
    </w:p>
    <w:p>
      <w:pPr>
        <w:jc w:val="right"/>
      </w:pPr>
      <w:r>
        <w:t>علم کثیر تک نہیں ہو سکتی۔ مثلاً دیکھیے، ایک ہے وہ دنیا جو اسپیس اور ٹائم کے اندر ہے، اسپیس اور ٹائم کے اندر یعنی زمانہ و مکاں کے اندر۔</w:t>
      </w:r>
    </w:p>
    <w:p>
      <w:r>
        <w:rPr>
          <w:b/>
        </w:rPr>
        <w:t xml:space="preserve">[09:23] </w:t>
      </w:r>
      <w:r>
        <w:t>to wahan par hum apni aql ko istemaal kar ke jaan sakte hain baaton ko. lekin ek aur dunya jo beyond space aur time hai,</w:t>
      </w:r>
    </w:p>
    <w:p>
      <w:pPr>
        <w:jc w:val="right"/>
      </w:pPr>
      <w:r>
        <w:t>تو وہاں پر ہم اپنی عقل کو استعمال کر کے جان سکتے ہیں باتوں کو۔ لیکن ایک اور دنیا جو بیونڈ اسپیس اور ٹائم ہے،</w:t>
      </w:r>
    </w:p>
    <w:p>
      <w:r>
        <w:rPr>
          <w:b/>
        </w:rPr>
        <w:t xml:space="preserve">[09:34] </w:t>
      </w:r>
      <w:r>
        <w:t>zaman makan ke bahar hai, to us tak pohnchne ki taqat hamari aql mein nahi hai. to yeh hai quran ka ek.</w:t>
      </w:r>
    </w:p>
    <w:p>
      <w:pPr>
        <w:jc w:val="right"/>
      </w:pPr>
      <w:r>
        <w:t>زمانہ مکاں کے باہر ہے، تو اس تک پہنچنے کی طاقت ہماری عقل میں نہیں ہے۔ تو یہ ہے قرآن کا ایک۔</w:t>
      </w:r>
    </w:p>
    <w:p>
      <w:r>
        <w:rPr>
          <w:b/>
        </w:rPr>
        <w:t xml:space="preserve">[09:46] </w:t>
      </w:r>
      <w:r>
        <w:t>quran mein ek usool bataya gaya hai ke aql ko istemaal zaroor karo tum, lekin space aur time ke andar jo cheezein hain, un ko un ki gehrai tak pohnchne ke liye jo cheez bayan space and time hai, us ko aql se nahi jaan sakte.</w:t>
      </w:r>
    </w:p>
    <w:p>
      <w:pPr>
        <w:jc w:val="right"/>
      </w:pPr>
      <w:r>
        <w:t>قرآن میں ایک اصول بتایا گیا ہے کہ عقل کو استعمال ضرور کرو تم، لیکن اسپیس اور ٹائم کے اندر جو چیزیں ہیں، ان کو ان کی گہرائی تک پہنچنے کے لیے جو چیز بیان اسپیس اینڈ ٹائم ہے، اس کو عقل سے نہیں جان سکتے۔</w:t>
      </w:r>
    </w:p>
    <w:p>
      <w:r>
        <w:rPr>
          <w:b/>
        </w:rPr>
        <w:t xml:space="preserve">[10:03] </w:t>
      </w:r>
      <w:r>
        <w:t>to Allah taala ka wajood bayan space and time hai. to Allah ki zaat kaisi hai, yeh aap nahi jaan sakte.</w:t>
      </w:r>
    </w:p>
    <w:p>
      <w:pPr>
        <w:jc w:val="right"/>
      </w:pPr>
      <w:r>
        <w:t>تو اللہ تعالی کا وجود بیان اسپیس اینڈ ٹائم ہے۔ تو اللہ کی ذات کیسی ہے، یہ آپ نہیں جان سکتے۔</w:t>
      </w:r>
    </w:p>
    <w:p>
      <w:r>
        <w:rPr>
          <w:b/>
        </w:rPr>
        <w:t xml:space="preserve">[10:15] </w:t>
      </w:r>
      <w:r>
        <w:t>Allah ke kamalat ko jaan sakte hain, Allah ki noori ki zaat jaan sakte hain, Allah ki sifat ko jaan sakte hain. to aql ka istemaal deen mein bilashuba nihayat hi zaroori hai.</w:t>
      </w:r>
    </w:p>
    <w:p>
      <w:pPr>
        <w:jc w:val="right"/>
      </w:pPr>
      <w:r>
        <w:t>اللہ کے کمالات کو جان سکتے ہیں، اللہ کی نوری کی ذات جان سکتے ہیں، اللہ کی صفات کو جان سکتے ہیں۔ تو عقل کا استعمال دین میں بلاشبہ نہایت ہی ضروری ہے۔</w:t>
      </w:r>
    </w:p>
    <w:p>
      <w:r>
        <w:rPr>
          <w:b/>
        </w:rPr>
        <w:t xml:space="preserve">[10:25] </w:t>
      </w:r>
      <w:r>
        <w:t>albatta humein jaanna chahiye ke aql ki limitations hain, aql ki hudood hain.</w:t>
      </w:r>
    </w:p>
    <w:p>
      <w:pPr>
        <w:jc w:val="right"/>
      </w:pPr>
      <w:r>
        <w:t>البتہ ہمیں جاننا چاہیے کہ عقل کی لیمیٹیشنز ہیں، عقل کی حدود ہیں۔</w:t>
      </w:r>
    </w:p>
    <w:p>
      <w:r>
        <w:rPr>
          <w:b/>
        </w:rPr>
        <w:t xml:space="preserve">[10:33] </w:t>
      </w:r>
      <w:r>
        <w:t>aisa nahi ke aql jo hai bila had sab kuch jaan sake, yahan tak ke woh bayan space and time ko bhi.</w:t>
      </w:r>
    </w:p>
    <w:p>
      <w:pPr>
        <w:jc w:val="right"/>
      </w:pPr>
      <w:r>
        <w:t>ایسا نہیں کہ عقل جو ہے بلا حد سب کچھ جان سکے، یہاں تک کہ وہ بیان اسپیس اینڈ ٹائم کو بھی۔</w:t>
      </w:r>
    </w:p>
    <w:p>
      <w:r>
        <w:rPr>
          <w:b/>
        </w:rPr>
        <w:t xml:space="preserve">[10:45] </w:t>
      </w:r>
      <w:r>
        <w:t>to yeh hua marifat ke aitbar se aql ke istemaal ka maamla. doosri cheez jo batayi gayi, woh husn ibadat hai.</w:t>
      </w:r>
    </w:p>
    <w:p>
      <w:pPr>
        <w:jc w:val="right"/>
      </w:pPr>
      <w:r>
        <w:t>تو یہ ہوا معرفت کے اعتبار سے عقل کے استعمال کا معاملہ۔ دوسری چیز جو بتائی گئی، وہ حسن عبادت ہے۔</w:t>
      </w:r>
    </w:p>
    <w:p>
      <w:r>
        <w:rPr>
          <w:b/>
        </w:rPr>
        <w:t xml:space="preserve">[10:58] </w:t>
      </w:r>
      <w:r>
        <w:t>dekhiye, yeh Allah taala ne insan ko paida kiya hai, to insan se yeh matloob hai ke woh insan Allah ka abid bane, Allah ka ibadat guzar bane, Allah ki itaat kare.</w:t>
      </w:r>
    </w:p>
    <w:p>
      <w:pPr>
        <w:jc w:val="right"/>
      </w:pPr>
      <w:r>
        <w:t>دیکھیے، یہ اللہ تعالی نے انسان کو پیدا کیا ہے، تو انسان سے یہ مطلوب ہے کہ وہ انسان اللہ کا عابد بنے، اللہ کا عبادت گزار بنے، اللہ کی اطاعت کرے۔</w:t>
      </w:r>
    </w:p>
    <w:p>
      <w:r>
        <w:rPr>
          <w:b/>
        </w:rPr>
        <w:t xml:space="preserve">[11:13] </w:t>
      </w:r>
      <w:r>
        <w:t>to itaat jo hai bilashuba matloob hai. to itaat mein husn paida hoga aql se.</w:t>
      </w:r>
    </w:p>
    <w:p>
      <w:pPr>
        <w:jc w:val="right"/>
      </w:pPr>
      <w:r>
        <w:t>تو اطاعت جو ہے بلاشبہ مطلوب ہے۔ تو اطاعت میں حسن پیدا ہوگا عقل سے۔</w:t>
      </w:r>
    </w:p>
    <w:p>
      <w:r>
        <w:rPr>
          <w:b/>
        </w:rPr>
        <w:t xml:space="preserve">[11:24] </w:t>
      </w:r>
      <w:r>
        <w:t>yaani itaat agar aap karein ge, aql ko istemaal karte hue to itaat mein planning aayegi, itaat mein gehrai aayegi, itaat mein yeh hoga ke aap zyada result oriented andaaz mein itaat kar sakein ge.</w:t>
      </w:r>
    </w:p>
    <w:p>
      <w:pPr>
        <w:jc w:val="right"/>
      </w:pPr>
      <w:r>
        <w:t>یعنی اطاعت اگر آپ کریں گے، عقل کو استعمال کرتے ہوئے تو اطاعت میں پلاننگ آئے گی، اطاعت میں گہرائی آئے گی، اطاعت میں یہ ہوگا کہ آپ زیادہ رزلٹ اوریٹڈ انداز میں اطاعت کر سکیں گے۔</w:t>
      </w:r>
    </w:p>
    <w:p>
      <w:r>
        <w:rPr>
          <w:b/>
        </w:rPr>
        <w:t xml:space="preserve">[11:45] </w:t>
      </w:r>
      <w:r>
        <w:t>yeh sab hoga aql ke istemaal ke zariye se.</w:t>
      </w:r>
    </w:p>
    <w:p>
      <w:pPr>
        <w:jc w:val="right"/>
      </w:pPr>
      <w:r>
        <w:t>یہ سب ہوگا عقل کے استعمال کے ذریعے سے۔</w:t>
      </w:r>
    </w:p>
    <w:p>
      <w:r>
        <w:rPr>
          <w:b/>
        </w:rPr>
        <w:t xml:space="preserve">[11:49] </w:t>
      </w:r>
      <w:r>
        <w:t>to</w:t>
      </w:r>
    </w:p>
    <w:p>
      <w:pPr>
        <w:jc w:val="right"/>
      </w:pPr>
      <w:r>
        <w:t>تو</w:t>
      </w:r>
    </w:p>
    <w:p>
      <w:r>
        <w:rPr>
          <w:b/>
        </w:rPr>
        <w:t xml:space="preserve">[11:52] </w:t>
      </w:r>
      <w:r>
        <w:t>aql jo hai, jis tarah se doosre maamlaat mein zaroori hai, isi tarah se itaat ilahi ke maamle mein zaroori hai.</w:t>
      </w:r>
    </w:p>
    <w:p>
      <w:pPr>
        <w:jc w:val="right"/>
      </w:pPr>
      <w:r>
        <w:t>عقل جو ہے، جس طرح سے دوسرے معاملات میں ضروری ہے، اسی طرح سے اطاعت الہی کے معاملے میں ضروری ہے۔</w:t>
      </w:r>
    </w:p>
    <w:p>
      <w:r>
        <w:rPr>
          <w:b/>
        </w:rPr>
        <w:t xml:space="preserve">[12:06] </w:t>
      </w:r>
      <w:r>
        <w:t>itaat ilahi ke maamle mein is liye zaroori hai ke hum ek aisi dunya mein rehte hain jahan hamare sath doosre log bhi hain. to hum jab aql ko istemaal karein ge to hum jaanein ge ke hamari hudood kya hain, hamari taqat kya hai, doosron ki taqat kya hai, halaat kaise hain,</w:t>
      </w:r>
    </w:p>
    <w:p>
      <w:pPr>
        <w:jc w:val="right"/>
      </w:pPr>
      <w:r>
        <w:t>اطاعت الہی کے معاملے میں اس لیے ضروری ہے کہ ہم ایک ایسی دنیا میں رہتے ہیں جہاں ہمارے ساتھ دوسرے لوگ بھی ہیں۔ تو ہم جب عقل کو استعمال کریں گے تو ہم جانیں گے کہ ہماری حدود کیا ہیں، ہماری طاقت کیا ہے، دوسروں کی طاقت کیا ہے، حالات کیسے ہیں،</w:t>
      </w:r>
    </w:p>
    <w:p>
      <w:r>
        <w:rPr>
          <w:b/>
        </w:rPr>
        <w:t xml:space="preserve">[12:26] </w:t>
      </w:r>
      <w:r>
        <w:t>kis situation mein hum ko Allah ki itaat karna hai, in sab cheezon ko daryaft karein ge.</w:t>
      </w:r>
    </w:p>
    <w:p>
      <w:pPr>
        <w:jc w:val="right"/>
      </w:pPr>
      <w:r>
        <w:t>کس سچویشن میں ہم کو اللہ کی اطاعت کرنا ہے، ان سب چیزوں کو دریافت کریں گے۔</w:t>
      </w:r>
    </w:p>
    <w:p>
      <w:r>
        <w:rPr>
          <w:b/>
        </w:rPr>
        <w:t xml:space="preserve">[12:31] </w:t>
      </w:r>
      <w:r>
        <w:t>nahi to hum is bilkul nadani ki chhalak lagate rahein ge. agar hum aql istemaal nahi karein ge to itaat ilahi ke naam par uchhal kood karein ge,</w:t>
      </w:r>
    </w:p>
    <w:p>
      <w:pPr>
        <w:jc w:val="right"/>
      </w:pPr>
      <w:r>
        <w:t>نہیں تو ہم اس بالکل نادانی کی چھلاک لگاتے رہیں گے۔ اگر ہم عقل استعمال نہیں کریں گے تو اطاعت الہی کے نام پر اچھل کود کریں گے،</w:t>
      </w:r>
    </w:p>
    <w:p>
      <w:r>
        <w:rPr>
          <w:b/>
        </w:rPr>
        <w:t xml:space="preserve">[12:45] </w:t>
      </w:r>
      <w:r>
        <w:t>nadani ki chhalak lagayein ge, aakhir mein shikayat karein ge ke yeh to log zalim hain, log aise hain, log waise hain. to itaat ilahi jo hai, woh achhe tareeqe se karne ke liye, achhe tareeqe ke maani hain ke result oriented andaaz mein karne ke liye,</w:t>
      </w:r>
    </w:p>
    <w:p>
      <w:pPr>
        <w:jc w:val="right"/>
      </w:pPr>
      <w:r>
        <w:t>نادانی کی چھلاک لگائیں گے، آخر میں شکایت کریں گے کہ یہ تو لوگ ظالم ہیں، لوگ ایسے ہیں، لوگ ویسے ہیں۔ تو اطاعت الہی جو ہے، وہ اچھے طریقے سے کرنے کے لیے، اچھے طریقے کے معنی ہیں کہ رزلٹ اوریٹڈ انداز میں کرنے کے لیے،</w:t>
      </w:r>
    </w:p>
    <w:p>
      <w:r>
        <w:rPr>
          <w:b/>
        </w:rPr>
        <w:t xml:space="preserve">[13:04] </w:t>
      </w:r>
      <w:r>
        <w:t>natija khez andaaz mein karne ke liye zaroori hai ke aap aql ko istemaal karein.</w:t>
      </w:r>
    </w:p>
    <w:p>
      <w:pPr>
        <w:jc w:val="right"/>
      </w:pPr>
      <w:r>
        <w:t>نتیجہ خیز انداز میں کرنے کے لیے ضروری ہے کہ آپ عقل کو استعمال کریں۔</w:t>
      </w:r>
    </w:p>
    <w:p>
      <w:r>
        <w:rPr>
          <w:b/>
        </w:rPr>
        <w:t xml:space="preserve">[13:11] </w:t>
      </w:r>
      <w:r>
        <w:t>to yeh bohat hi zaroori hai ke aadmi Allah ke naam par ya Islam ke naam par koi kaam karne ja raha hai to woh apni aql ko istemaal kar ke jaane baaton ko, is ke maal o malah ko jaane.</w:t>
      </w:r>
    </w:p>
    <w:p>
      <w:pPr>
        <w:jc w:val="right"/>
      </w:pPr>
      <w:r>
        <w:t>تو یہ بہت ہی ضروری ہے کہ آدمی اللہ کے نام پر یا اسلام کے نام پر کوئی کام کرنے جا رہا ہے تو وہ اپنی عقل کو استعمال کر کے جانے باتوں کو، اس کے مال و مالحہ کو جانے۔</w:t>
      </w:r>
    </w:p>
    <w:p>
      <w:r>
        <w:rPr>
          <w:b/>
        </w:rPr>
        <w:t xml:space="preserve">[13:25] </w:t>
      </w:r>
      <w:r>
        <w:t>har cheez ka maal o malah hota hai, is ke favor mein kuch cheez hoti hai, is ke against mein kuch cheez hoti hai. is ko janna</w:t>
      </w:r>
    </w:p>
    <w:p>
      <w:pPr>
        <w:jc w:val="right"/>
      </w:pPr>
      <w:r>
        <w:t>ہر چیز کا مال و مالحہ ہوتا ہے، اس کے فیور میں کچھ چیز ہوتی ہے، اس کے اگینسٹ میں کچھ چیز ہوتی ہے۔ اس کو جاننا</w:t>
      </w:r>
    </w:p>
    <w:p>
      <w:r>
        <w:rPr>
          <w:b/>
        </w:rPr>
        <w:t xml:space="preserve">[13:33] </w:t>
      </w:r>
      <w:r>
        <w:t>tab aap sahi planning kar sakte hain. aur jab is tarah se aap aql ko istemal karenge, tab aap ki itaat achhi itaat banegi.</w:t>
      </w:r>
    </w:p>
    <w:p>
      <w:pPr>
        <w:jc w:val="right"/>
      </w:pPr>
      <w:r>
        <w:t>تب آپ صحیح پلاننگ کر سکتے ہیں۔ اور جب اس طرح سے آپ عقل کو استعمال کریں گے، تب آپ کی اطاعت اچھی اطاعت بنے گی۔</w:t>
      </w:r>
    </w:p>
    <w:p>
      <w:r>
        <w:rPr>
          <w:b/>
        </w:rPr>
        <w:t xml:space="preserve">[13:42] </w:t>
      </w:r>
      <w:r>
        <w:t>is mein khair ka pehlu shamil ho jayega, husn itaat ban jayega. woh is tarah dekhiye, sabr, sabr ke mani husn sabr, sabr bohat hi aham cheez hai.</w:t>
      </w:r>
    </w:p>
    <w:p>
      <w:pPr>
        <w:jc w:val="right"/>
      </w:pPr>
      <w:r>
        <w:t>اس میں خیر کا پہلو شامل ہو جائے گا، حسن اطاعت بن جائے گی۔ وہ اس طرح دیکھیے، صبر، صبر کے معنی حسن صبر، صبر بہت ہی اہم چیز ہے۔</w:t>
      </w:r>
    </w:p>
    <w:p>
      <w:r>
        <w:rPr>
          <w:b/>
        </w:rPr>
        <w:t xml:space="preserve">[13:57] </w:t>
      </w:r>
      <w:r>
        <w:t>yani sabr ka mamla aisa hai ke sara ka sara aql se taluq rakhta hai.</w:t>
      </w:r>
    </w:p>
    <w:p>
      <w:pPr>
        <w:jc w:val="right"/>
      </w:pPr>
      <w:r>
        <w:t>یعنی صبر کا معاملہ ایسا ہے کہ سارا کا سارا عقل سے تعلق رکھتا ہے۔</w:t>
      </w:r>
    </w:p>
    <w:p>
      <w:r>
        <w:rPr>
          <w:b/>
        </w:rPr>
        <w:t xml:space="preserve">[14:02] </w:t>
      </w:r>
      <w:r>
        <w:t>sara ka sara agar aap aql ko istemal na karen to aap samjhenge hi ke nahi ke sabr ki ahmiyat kya hai. aql ko istemal na karen to yeh baat hi mustawar ho jayegi ke kya ahmiyat hai sabr ki.</w:t>
      </w:r>
    </w:p>
    <w:p>
      <w:pPr>
        <w:jc w:val="right"/>
      </w:pPr>
      <w:r>
        <w:t>سارا کا سارا اگر آپ عقل کو استعمال نہ کریں تو آپ سمجھیں گے ہی کہ نہیں کہ صبر کی اہمیت کیا ہے۔ عقل کو استعمال نہ کریں تو یہ بات ہی مستوار ہو جائے گی کہ کیا اہمیت ہے صبر کی۔</w:t>
      </w:r>
    </w:p>
    <w:p>
      <w:r>
        <w:rPr>
          <w:b/>
        </w:rPr>
        <w:t xml:space="preserve">[14:22] </w:t>
      </w:r>
      <w:r>
        <w:t>kyun ke is dunya mein hum rehte hain to kisi nateejay ko hum is tarah nahi hasil kar sakte ke bas kood paden, halaat ke</w:t>
      </w:r>
    </w:p>
    <w:p>
      <w:pPr>
        <w:jc w:val="right"/>
      </w:pPr>
      <w:r>
        <w:t>کیونکہ اس دنیا میں ہم رہتے ہیں تو کسی نتیجے کو ہم اس طرح نہیں حاصل کر سکتے کہ بس کود پڑیں، حالات کے</w:t>
      </w:r>
    </w:p>
    <w:p>
      <w:r>
        <w:rPr>
          <w:b/>
        </w:rPr>
        <w:t xml:space="preserve">[14:31] </w:t>
      </w:r>
      <w:r>
        <w:t>halaat ke janglat mein kood paden, ya foran nateejay hasil karna chahen, ya doosron ko dhak kar chahen ke apna rishta bana len.</w:t>
      </w:r>
    </w:p>
    <w:p>
      <w:pPr>
        <w:jc w:val="right"/>
      </w:pPr>
      <w:r>
        <w:t>حالات کے جنگل میں کود پڑیں، یا فوراً نتیجہ حاصل کرنا چاہیں، یا دوسروں کو ڈھک کر چاہیں کہ اپنا رشتہ بنائیں۔</w:t>
      </w:r>
    </w:p>
    <w:p>
      <w:r>
        <w:rPr>
          <w:b/>
        </w:rPr>
        <w:t xml:space="preserve">[14:42] </w:t>
      </w:r>
      <w:r>
        <w:t>ya bohat se pehlu hain jis ki wajah se jis mein sabr ki zaroorat padti hai. kai humein intezar karna padta hai, kai humein doosron ke doosron ke liye duaen karni padti hain,</w:t>
      </w:r>
    </w:p>
    <w:p>
      <w:pPr>
        <w:jc w:val="right"/>
      </w:pPr>
      <w:r>
        <w:t>یا بہت سے پہلو ہیں جس کی وجہ سے جس میں صبر کی ضرورت پڑتی ہے۔ کئی ہمیں انتظار کرنا پڑتا ہے، کئی ہمیں دوسروں کے دوسروں کے لیے دعائیں کرنی پڑتی ہیں،</w:t>
      </w:r>
    </w:p>
    <w:p>
      <w:r>
        <w:rPr>
          <w:b/>
        </w:rPr>
        <w:t xml:space="preserve">[15:00] </w:t>
      </w:r>
      <w:r>
        <w:t>kai yeh janna padta hai ke doosre jo hain, un ki un ki planning kya hai, is ko samjhen aur phir is ke mutabiq hum manage karen apne kaam ko.</w:t>
      </w:r>
    </w:p>
    <w:p>
      <w:pPr>
        <w:jc w:val="right"/>
      </w:pPr>
      <w:r>
        <w:t>کئی یہ جاننا پڑتا ہے کہ دوسرے جو ہیں، ان کی ان کی پلاننگ کیا ہے، اس کو سمجھیں اور پھر اس کے مطابق ہم مینج کریں اپنے کام کو۔</w:t>
      </w:r>
    </w:p>
    <w:p>
      <w:r>
        <w:rPr>
          <w:b/>
        </w:rPr>
        <w:t xml:space="preserve">[15:12] </w:t>
      </w:r>
      <w:r>
        <w:t>to bohat se pehlu hain mamlaat mein, un sab ko hum jaan paate hain sabr ke zariye, un ko hum jaan paate hain aql ke zariye se.</w:t>
      </w:r>
    </w:p>
    <w:p>
      <w:pPr>
        <w:jc w:val="right"/>
      </w:pPr>
      <w:r>
        <w:t>تو بہت سے پہلو ہیں معاملات میں، ان سب کو ہم جان پاتے ہیں صبر کے ذریعے، ان کو ہم جان پاتے ہیں عقل کے ذریعے سے۔</w:t>
      </w:r>
    </w:p>
    <w:p>
      <w:r>
        <w:rPr>
          <w:b/>
        </w:rPr>
        <w:t xml:space="preserve">[15:22] </w:t>
      </w:r>
      <w:r>
        <w:t>to main bataon ke sabr ka matlab hai, sabr ka matlab hai mansoob band amal.</w:t>
      </w:r>
    </w:p>
    <w:p>
      <w:pPr>
        <w:jc w:val="right"/>
      </w:pPr>
      <w:r>
        <w:t>تو میں بتاؤں کہ صبر کا مطلب ہے، صبر کا مطلب ہے منسوب بند عمل۔</w:t>
      </w:r>
    </w:p>
    <w:p>
      <w:r>
        <w:rPr>
          <w:b/>
        </w:rPr>
        <w:t xml:space="preserve">[15:30] </w:t>
      </w:r>
      <w:r>
        <w:t>sabr koi mus, sabr koi purasrar cheez nahi hai. sabr koi purasrar cheez nahi hai, na woh munfa'il cheez hai, na passive attitude hai.</w:t>
      </w:r>
    </w:p>
    <w:p>
      <w:pPr>
        <w:jc w:val="right"/>
      </w:pPr>
      <w:r>
        <w:t>صبر کوئی مس، صبر کوئی پراسرار چیز نہیں ہے۔ صبر کوئی پراسرار چیز نہیں ہے، نہ وہ منفعل چیز ہے، نہ پیسو ایٹیٹیوڈ ہے۔</w:t>
      </w:r>
    </w:p>
    <w:p>
      <w:r>
        <w:rPr>
          <w:b/>
        </w:rPr>
        <w:t xml:space="preserve">[15:44] </w:t>
      </w:r>
      <w:r>
        <w:t>sabr darasal mansoob band amal ka naam hai. aap Allah ki marzi ke mutabiq dunya banana chahte hain, aap Allah ke bashan ko dunya mein chalana chahte hain,</w:t>
      </w:r>
    </w:p>
    <w:p>
      <w:pPr>
        <w:jc w:val="right"/>
      </w:pPr>
      <w:r>
        <w:t>صبر دراصل منسوب بند عمل کا نام ہے۔ آپ اللہ کی مرضی کے مطابق دنیا بنانا چاہتے ہیں، آپ اللہ کے بشن کو دنیا میں چلانا چاہتے ہیں،</w:t>
      </w:r>
    </w:p>
    <w:p>
      <w:r>
        <w:rPr>
          <w:b/>
        </w:rPr>
        <w:t xml:space="preserve">[15:56] </w:t>
      </w:r>
      <w:r>
        <w:t>aap Allah ke tareeqay ko dunya mein raij karna chahte hain. lekin dunya mein doosre bohat se log hain, akele aap hi nahi hain. to un sab pehluon ko jab aap samne rakhenge, aap to jagah jagah aap ko zaroorat padegi ke doosron ka lihaaz karna.</w:t>
      </w:r>
    </w:p>
    <w:p>
      <w:pPr>
        <w:jc w:val="right"/>
      </w:pPr>
      <w:r>
        <w:t>آپ اللہ کے طریقے کو دنیا میں رائج کرنا چاہتے ہیں۔ لیکن دنیا میں دوسرے بہت سے لوگ ہیں، اکیلے آپ ہی نہیں ہیں۔ تو ان سب پہلوؤں کو جب آپ سامنے رکھیں گے، آپ تو جگہ جگہ آپ کو ضرورت پڑے گی کہ دوسروں کا لحاظ کرنا۔</w:t>
      </w:r>
    </w:p>
    <w:p>
      <w:r>
        <w:rPr>
          <w:b/>
        </w:rPr>
        <w:t xml:space="preserve">[16:15] </w:t>
      </w:r>
      <w:r>
        <w:t>aap kahin apne ko control karenge, kahin aap apne ko peechay hatayenge, kahin aap yani apne jazbat ko zahir hone se bachayenge.</w:t>
      </w:r>
    </w:p>
    <w:p>
      <w:pPr>
        <w:jc w:val="right"/>
      </w:pPr>
      <w:r>
        <w:t>آپ کہیں اپنے کو کنٹرول کریں گے، کہیں آپ اپنے کو پیچھے ہٹائیں گے، کہیں آپ یعنی اپنے جذبات کو ظاہر ہونے سے بچائیں گے۔</w:t>
      </w:r>
    </w:p>
    <w:p>
      <w:r>
        <w:rPr>
          <w:b/>
        </w:rPr>
        <w:t xml:space="preserve">[16:28] </w:t>
      </w:r>
      <w:r>
        <w:t>to yeh sab sabr hai. to is ko aaj kal ki zaban mein agar main kahon to is ka matlab hoga sabr naam hai mansoob band amal ka.</w:t>
      </w:r>
    </w:p>
    <w:p>
      <w:pPr>
        <w:jc w:val="right"/>
      </w:pPr>
      <w:r>
        <w:t>تو یہ سب صبر ہے۔ تو اس کو آج کل کی زبان میں اگر میں کہوں تو اس کا مطلب ہوگا صبر نام ہے منسوب بند عمل کا۔</w:t>
      </w:r>
    </w:p>
    <w:p>
      <w:r>
        <w:rPr>
          <w:b/>
        </w:rPr>
        <w:t xml:space="preserve">[16:38] </w:t>
      </w:r>
      <w:r>
        <w:t>to mansoob band amal kaise hota hai? is woh aql ke zariye hota hai.</w:t>
      </w:r>
    </w:p>
    <w:p>
      <w:pPr>
        <w:jc w:val="right"/>
      </w:pPr>
      <w:r>
        <w:t>تو منسوب بند عمل کیسے ہوتا ہے؟ اس وہ عقل کے ذریعے ہوتا ہے۔</w:t>
      </w:r>
    </w:p>
    <w:p>
      <w:r>
        <w:rPr>
          <w:b/>
        </w:rPr>
        <w:t xml:space="preserve">[16:44] </w:t>
      </w:r>
      <w:r>
        <w:t>haiwanat jo hain, woh mansoob band amal nahi kar sakte. koi haiwan mansoob band mansoob yani shaoori taur par mansoob band amal nahi karta.</w:t>
      </w:r>
    </w:p>
    <w:p>
      <w:pPr>
        <w:jc w:val="right"/>
      </w:pPr>
      <w:r>
        <w:t>حیوانات جو ہیں، وہ منسوب بند عمل نہیں کر سکتے۔ کوئی حیوان منسوب بند منسوب یعنی شعوری طور پر منسوب بند عمل نہیں کرتا۔</w:t>
      </w:r>
    </w:p>
    <w:p>
      <w:r>
        <w:rPr>
          <w:b/>
        </w:rPr>
        <w:t xml:space="preserve">[16:56] </w:t>
      </w:r>
      <w:r>
        <w:t>yani plan plan bana kar amal karna yeh yeh nahi aata animal ko, kyun ke is ke paas aql nahi hai.</w:t>
      </w:r>
    </w:p>
    <w:p>
      <w:pPr>
        <w:jc w:val="right"/>
      </w:pPr>
      <w:r>
        <w:t>یعنی پلان پلان بنا کر عمل کرنا یہ یہ نہیں آتا اینیمل کو، کیونکہ اس کے پاس عقل نہیں ہے۔</w:t>
      </w:r>
    </w:p>
    <w:p>
      <w:r>
        <w:rPr>
          <w:b/>
        </w:rPr>
        <w:t xml:space="preserve">[17:04] </w:t>
      </w:r>
      <w:r>
        <w:t>to insan jo hai, jab Allah ke liye kuch karna chahta hai, deen ke liye karna chahta hai, to wahan par is ko aql ko istemal karna hai ta ke achhi planning kare, achha mansooba banaye,</w:t>
      </w:r>
    </w:p>
    <w:p>
      <w:pPr>
        <w:jc w:val="right"/>
      </w:pPr>
      <w:r>
        <w:t>تو انسان جو ہے، جب اللہ کے لیے کچھ کرنا چاہتا ہے، دین کے لیے کرنا چاہتا ہے، تو وہاں پر اس کو عقل کو استعمال کرنا ہے تاکہ اچھی پلاننگ کرے، اچھا منصوبہ بنائے،</w:t>
      </w:r>
    </w:p>
    <w:p>
      <w:r>
        <w:rPr>
          <w:b/>
        </w:rPr>
        <w:t xml:space="preserve">[17:20] </w:t>
      </w:r>
      <w:r>
        <w:t>zyada nateejah khair andaaz mein is ka is ka amal, zyada nateejah khair amal ho.</w:t>
      </w:r>
    </w:p>
    <w:p>
      <w:pPr>
        <w:jc w:val="right"/>
      </w:pPr>
      <w:r>
        <w:t>زیادہ نتیجہ خیز انداز میں اس کا اس کا عمل، زیادہ نتیجہ خیز عمل ہو۔</w:t>
      </w:r>
    </w:p>
    <w:p>
      <w:r>
        <w:rPr>
          <w:b/>
        </w:rPr>
        <w:t xml:space="preserve">[17:29] </w:t>
      </w:r>
      <w:r>
        <w:t>to yeh sab chezen jo hain, in ka taluq hai aql se.</w:t>
      </w:r>
    </w:p>
    <w:p>
      <w:pPr>
        <w:jc w:val="right"/>
      </w:pPr>
      <w:r>
        <w:t>تو یہ سب چیزیں جو ہیں، ان کا تعلق ہے عقل سے۔</w:t>
      </w:r>
    </w:p>
    <w:p>
      <w:r>
        <w:rPr>
          <w:b/>
        </w:rPr>
        <w:t xml:space="preserve">[17:32] </w:t>
      </w:r>
      <w:r>
        <w:t>agar aadmi aql na istemal kare to to kabhi bhi woh nateejah khair amal nahi kar sakta, woh mansoob band amal nahi kar sakta.</w:t>
      </w:r>
    </w:p>
    <w:p>
      <w:pPr>
        <w:jc w:val="right"/>
      </w:pPr>
      <w:r>
        <w:t>اگر آدمی عقل نہ استعمال کرے تو تو کبھی بھی وہ نتیجہ خیز عمل نہیں کر سکتا، وہ منسوب بند عمل نہیں کر سکتا۔</w:t>
      </w:r>
    </w:p>
    <w:p>
      <w:r>
        <w:rPr>
          <w:b/>
        </w:rPr>
        <w:t xml:space="preserve">[17:45] </w:t>
      </w:r>
      <w:r>
        <w:t>aur is dunya mein mansoob band amal hi ka naam amal hai. yani planning ke baghair jo kaam kiya jaye, woh amal hi nahi hai, kyun ke woh to waqt ka ko zaya karna hai, paisay ko zaya karna hai, energy ko zaya karna hai.</w:t>
      </w:r>
    </w:p>
    <w:p>
      <w:pPr>
        <w:jc w:val="right"/>
      </w:pPr>
      <w:r>
        <w:t>اور اس دنیا میں منسوب بند عمل ہی کا نام عمل ہے۔ یعنی پلاننگ کے بغیر جو کام کیا جائے، وہ عمل ہی نہیں ہے، کیونکہ وہ تو وقت کا کو ضائع کرنا ہے، پیسے کو ضائع کرنا ہے، انرجی کو ضائع کرنا ہے۔</w:t>
      </w:r>
    </w:p>
    <w:p>
      <w:r>
        <w:rPr>
          <w:b/>
        </w:rPr>
        <w:t xml:space="preserve">[18:03] </w:t>
      </w:r>
      <w:r>
        <w:t>to jab bhi aap, jab bhi aap koi kaam karna chahen aur is mein aap chahen ke soch samajh kar sahi andaaz mein aap shuru karen, sahi andaaz mein is ko jari karen, sahi andaaz mein aage barhayen is kaam ko, to aql ko istemal karna parta hai.</w:t>
      </w:r>
    </w:p>
    <w:p>
      <w:pPr>
        <w:jc w:val="right"/>
      </w:pPr>
      <w:r>
        <w:t>تو جب بھی آپ، جب بھی آپ کوئی کام کرنا چاہیں اور اس میں آپ چاہیں کہ سوچ سمجھ کر صحیح انداز میں آپ شروع کریں، صحیح انداز میں اس کو جاری کریں، صحیح انداز میں آگے بڑھائیں اس کام کو، تو عقل کو استعمال کرنا پڑتا ہے۔</w:t>
      </w:r>
    </w:p>
    <w:p>
      <w:r>
        <w:rPr>
          <w:b/>
        </w:rPr>
        <w:t xml:space="preserve">[18:23] </w:t>
      </w:r>
      <w:r>
        <w:t>aql jo hai, bohat ghair mamooli salahiyat is ke andar hai</w:t>
      </w:r>
    </w:p>
    <w:p>
      <w:pPr>
        <w:jc w:val="right"/>
      </w:pPr>
      <w:r>
        <w:t>عقل جو ہے، بہت غیر معمولی صلاحیت اس کے اندر ہے</w:t>
      </w:r>
    </w:p>
    <w:p>
      <w:r>
        <w:rPr>
          <w:b/>
        </w:rPr>
        <w:t xml:space="preserve">[18:27] </w:t>
      </w:r>
      <w:r>
        <w:t>sochne ki aur cheezon ko gehrai ke sath janne ki. to aql ka istemal jis tarah se marifat mein khobi paida karta hai,</w:t>
      </w:r>
    </w:p>
    <w:p>
      <w:pPr>
        <w:jc w:val="right"/>
      </w:pPr>
      <w:r>
        <w:t>سوچنے کی اور چیزوں کو گہرائی کے ساتھ جاننے کی۔ تو عقل کا استعمال جس طرح سے معرفت میں خوبی پیدا کرتا ہے،</w:t>
      </w:r>
    </w:p>
    <w:p>
      <w:r>
        <w:rPr>
          <w:b/>
        </w:rPr>
        <w:t xml:space="preserve">[18:41] </w:t>
      </w:r>
      <w:r>
        <w:t>aql ka istemal jis tarah se itaat mein khobi paida karta hai, isi tarah aql ka istemal aap ke mansoobe mein khobi paida karta hai.</w:t>
      </w:r>
    </w:p>
    <w:p>
      <w:pPr>
        <w:jc w:val="right"/>
      </w:pPr>
      <w:r>
        <w:t>عقل کا استعمال جس طرح سے اطاعت میں خوبی پیدا کرتا ہے، اسی طرح عقل کا استعمال آپ کے منصوبے میں خوبی پیدا کرتا ہے۔</w:t>
      </w:r>
    </w:p>
    <w:p>
      <w:r>
        <w:rPr>
          <w:b/>
        </w:rPr>
        <w:t xml:space="preserve">[18:51] </w:t>
      </w:r>
      <w:r>
        <w:t>sabr ka matlab hai mansoob band amal.</w:t>
      </w:r>
    </w:p>
    <w:p>
      <w:pPr>
        <w:jc w:val="right"/>
      </w:pPr>
      <w:r>
        <w:t>صبر کا مطلب ہے منسوب بند عمل۔</w:t>
      </w:r>
    </w:p>
    <w:p>
      <w:r>
        <w:rPr>
          <w:b/>
        </w:rPr>
        <w:t xml:space="preserve">[18:54] </w:t>
      </w:r>
      <w:r>
        <w:t>to aap ka jo mansooba hai, woh ho nahi sakta acha aur natija khez jab tak aap is mein apni aql ko istemal na karein.</w:t>
      </w:r>
    </w:p>
    <w:p>
      <w:pPr>
        <w:jc w:val="right"/>
      </w:pPr>
      <w:r>
        <w:t>تو آپ کا جو منصوبہ ہے، وہ ہو نہیں سکتا اچھا اور نتیجہ خیز جب تک آپ اس میں اپنی عقل کو استعمال نہ کریں۔</w:t>
      </w:r>
    </w:p>
    <w:p>
      <w:r>
        <w:rPr>
          <w:b/>
        </w:rPr>
        <w:t xml:space="preserve">[19:08] </w:t>
      </w:r>
      <w:r>
        <w:t>to aql wohi cheez jis ko hum kehte hain mind, jis ko hum mind kehte hain, usi ko aql kaha jata hai. to mind ke andar sochne ka madah hai, thinking ka madah hai.</w:t>
      </w:r>
    </w:p>
    <w:p>
      <w:pPr>
        <w:jc w:val="right"/>
      </w:pPr>
      <w:r>
        <w:t>تو عقل وہی چیز جس کو ہم کہتے ہیں مائنڈ، جس کو ہم مائنڈ کہتے ہیں، اسی کو عقل کہا جاتا ہے۔ تو مائنڈ کے اندر سوچنے کا مادہ ہے، تھنکنگ کا مادہ ہے۔</w:t>
      </w:r>
    </w:p>
    <w:p>
      <w:r>
        <w:rPr>
          <w:b/>
        </w:rPr>
        <w:t xml:space="preserve">[19:23] </w:t>
      </w:r>
      <w:r>
        <w:t>to mind hi ki satah par think thinking process jari hota hai. thinking process ka matlab hai ke cheezon ke har pehlu par nazar rakhna, har pehlu ko har har pehlu ka lehaz karte hue apne kaam ka naqsha banana.</w:t>
      </w:r>
    </w:p>
    <w:p>
      <w:pPr>
        <w:jc w:val="right"/>
      </w:pPr>
      <w:r>
        <w:t>تو مائنڈ ہی کی سطح پر تھنک تھنکنگ پراسیس جاری ہوتا ہے۔ تھنکنگ پراسیس کا مطلب ہے کہ چیزوں کے ہر پہلو پر نظر رکھنا، ہر پہلو کو ہر ہر پہلو کا لحاظ کرتے ہوئے اپنے کام کا نقشہ بنانا۔</w:t>
      </w:r>
    </w:p>
    <w:p>
      <w:r>
        <w:rPr>
          <w:b/>
        </w:rPr>
        <w:t xml:space="preserve">[19:46] </w:t>
      </w:r>
      <w:r>
        <w:t>in sab ke liye sabr karna parta hai. lekin yani acha sabr jab aap kar payenge, jab cheezon ko aql se result dekhein.</w:t>
      </w:r>
    </w:p>
    <w:p>
      <w:pPr>
        <w:jc w:val="right"/>
      </w:pPr>
      <w:r>
        <w:t>ان سب کے لیے صبر کرنا پڑتا ہے۔ لیکن یعنی اچھا صبر جب آپ کر پائیں گے، جب چیزوں کو عقل سے رزلٹ دیکھیں۔</w:t>
      </w:r>
    </w:p>
    <w:p>
      <w:r>
        <w:rPr>
          <w:b/>
        </w:rPr>
        <w:t xml:space="preserve">[19:58] </w:t>
      </w:r>
      <w:r>
        <w:t>kyun ke dekhiye, bar bar hamein aisa karna parta hai ke hamein yani tahammul karna parta hai, peechay hatna parta hai, bardasht karna parta hai.</w:t>
      </w:r>
    </w:p>
    <w:p>
      <w:pPr>
        <w:jc w:val="right"/>
      </w:pPr>
      <w:r>
        <w:t>کیونکہ دیکھیے، بار بار ہمیں ایسا کرنا پڑتا ہے کہ ہمیں یعنی تحمل کرنا پڑتا ہے، پیچھے ہٹنا پڑتا ہے، برداشت کرنا پڑتا ہے۔</w:t>
      </w:r>
    </w:p>
    <w:p>
      <w:r>
        <w:rPr>
          <w:b/>
        </w:rPr>
        <w:t xml:space="preserve">[20:10] </w:t>
      </w:r>
      <w:r>
        <w:t>to is ki tawjeeh chahiye.</w:t>
      </w:r>
    </w:p>
    <w:p>
      <w:pPr>
        <w:jc w:val="right"/>
      </w:pPr>
      <w:r>
        <w:t>تو اس کی توجیح چاہیے۔</w:t>
      </w:r>
    </w:p>
    <w:p>
      <w:r>
        <w:rPr>
          <w:b/>
        </w:rPr>
        <w:t xml:space="preserve">[20:12] </w:t>
      </w:r>
      <w:r>
        <w:t>aql is ki tawjeeh batati hai. yani aap ek mauqa par farz kijiye ke peechay hatna ka faisla karte hain, aagay barhnay mein aap ko lagta hai ke be natija hoga aap ka aagay barhna.</w:t>
      </w:r>
    </w:p>
    <w:p>
      <w:pPr>
        <w:jc w:val="right"/>
      </w:pPr>
      <w:r>
        <w:t>عقل اس کی توجیح بتاتی ہے۔ یعنی آپ ایک موقع پر فرض کیجئے کہ پیچھے ہٹنا کا فیصلہ کرتے ہیں، آگے بڑھنے میں آپ کو لگتا ہے کہ بے نتیجہ ہوگا آپ کا آگے بڑھنا۔</w:t>
      </w:r>
    </w:p>
    <w:p>
      <w:r>
        <w:rPr>
          <w:b/>
        </w:rPr>
        <w:t xml:space="preserve">[20:27] </w:t>
      </w:r>
      <w:r>
        <w:t>to wahan aql aap ko batati hai kyun aisa zaroori hai. to aql aap ke amal ki tawjeeh karti hai.</w:t>
      </w:r>
    </w:p>
    <w:p>
      <w:pPr>
        <w:jc w:val="right"/>
      </w:pPr>
      <w:r>
        <w:t>تو وہاں عقل آپ کو بتاتی ہے کیوں ایسا ضروری ہے۔ تو عقل آپ کے عمل کی توجیح کرتی ہے۔</w:t>
      </w:r>
    </w:p>
    <w:p>
      <w:r>
        <w:rPr>
          <w:b/>
        </w:rPr>
        <w:t xml:space="preserve">[20:36] </w:t>
      </w:r>
      <w:r>
        <w:t>agar aap aql aap ke mansoobe ki ko explain karti hai,</w:t>
      </w:r>
    </w:p>
    <w:p>
      <w:pPr>
        <w:jc w:val="right"/>
      </w:pPr>
      <w:r>
        <w:t>اگر آپ عقل آپ کے منصوبے کی کو ایکسپلین کرتی ہے،</w:t>
      </w:r>
    </w:p>
    <w:p>
      <w:r>
        <w:rPr>
          <w:b/>
        </w:rPr>
        <w:t xml:space="preserve">[20:41] </w:t>
      </w:r>
      <w:r>
        <w:t>aql aap ki rawish ko justified way mein us ko wazeh karti hai. is tarah se aql ki ahmiyat hai.</w:t>
      </w:r>
    </w:p>
    <w:p>
      <w:pPr>
        <w:jc w:val="right"/>
      </w:pPr>
      <w:r>
        <w:t>عقل آپ کی روش کو جسٹیفائیڈ وے میں اس کو واضح کرتی ہے۔ اس طرح سے عقل کی اہمیت ہے۔</w:t>
      </w:r>
    </w:p>
    <w:p>
      <w:r>
        <w:rPr>
          <w:b/>
        </w:rPr>
        <w:t xml:space="preserve">[20:52] </w:t>
      </w:r>
      <w:r>
        <w:t>to yeh yeh teen jo pehlu hain, yeh deen ke bunyadi pehlu hain: Allah ki marifat, Allah ki itaat, aur Allah ke liye sabr.</w:t>
      </w:r>
    </w:p>
    <w:p>
      <w:pPr>
        <w:jc w:val="right"/>
      </w:pPr>
      <w:r>
        <w:t>تو یہ یہ تین جو پہلو ہیں، یہ دین کے بنیادی پہلو ہیں: اللہ کی معرفت، اللہ کی اطاعت، اور اللہ کے لیے صبر۔</w:t>
      </w:r>
    </w:p>
    <w:p>
      <w:r>
        <w:rPr>
          <w:b/>
        </w:rPr>
        <w:t xml:space="preserve">[21:06] </w:t>
      </w:r>
      <w:r>
        <w:t>yeh teenon bunyadi pehlu hain deen ke</w:t>
      </w:r>
    </w:p>
    <w:p>
      <w:pPr>
        <w:jc w:val="right"/>
      </w:pPr>
      <w:r>
        <w:t>یہ تینوں بنیادی پہلو ہیں دین کے</w:t>
      </w:r>
    </w:p>
    <w:p>
      <w:r>
        <w:rPr>
          <w:b/>
        </w:rPr>
        <w:t xml:space="preserve">[21:09] </w:t>
      </w:r>
      <w:r>
        <w:t>. aur in teeno pehluon mein ziyada mo'asar, ziyada natija khez yahan is waqt hota hai kaam jab aql istemal kiya jaye.</w:t>
      </w:r>
    </w:p>
    <w:p>
      <w:pPr>
        <w:jc w:val="right"/>
      </w:pPr>
      <w:r>
        <w:t>۔ اور ان تینوں پہلوؤں میں زیادہ موثر، زیادہ نتیجہ خیز یہاں اس وقت ہوتا ہے کام جب عقل استعمال کیا جائے۔</w:t>
      </w:r>
    </w:p>
    <w:p>
      <w:r>
        <w:rPr>
          <w:b/>
        </w:rPr>
        <w:t xml:space="preserve">[21:21] </w:t>
      </w:r>
      <w:r>
        <w:t>yahan par dekhein, jo husn ka lafz hai yani behtar, to woh kis mani mein hai? mein samajhta hoon ke natija khez ke mani mein hai.</w:t>
      </w:r>
    </w:p>
    <w:p>
      <w:pPr>
        <w:jc w:val="right"/>
      </w:pPr>
      <w:r>
        <w:t>یہاں پر دیکھیں، جو حسن کا لفظ ہے یعنی بہتر، تو وہ کس معنی میں ہے؟ میں سمجھتا ہوں کہ نتیجہ خیز کے معنی میں ہے۔</w:t>
      </w:r>
    </w:p>
    <w:p>
      <w:r>
        <w:rPr>
          <w:b/>
        </w:rPr>
        <w:t xml:space="preserve">[21:32] </w:t>
      </w:r>
      <w:r>
        <w:t>yani ziyada natija khez banata hai</w:t>
      </w:r>
    </w:p>
    <w:p>
      <w:pPr>
        <w:jc w:val="right"/>
      </w:pPr>
      <w:r>
        <w:t>یعنی زیادہ نتیجہ خیز بناتا ہے</w:t>
      </w:r>
    </w:p>
    <w:p>
      <w:r>
        <w:rPr>
          <w:b/>
        </w:rPr>
        <w:t xml:space="preserve">[21:36] </w:t>
      </w:r>
      <w:r>
        <w:t>aap ki aql. aap jab aql ko istemal karte hain to aap kaam ziyada natija khez ho jata hai. yeh koi yani husn ka lafz yahan jo hai, behtari ke mani mein yeh koi purasrar lafz nahi hai.</w:t>
      </w:r>
    </w:p>
    <w:p>
      <w:pPr>
        <w:jc w:val="right"/>
      </w:pPr>
      <w:r>
        <w:t>آپ کی عقل۔ آپ جب عقل کو استعمال کرتے ہیں تو آپ کام زیادہ نتیجہ خیز ہو جاتا ہے۔ یہ کوئی یعنی حسن کا لفظ یہاں جو ہے، بہتری کے معنی میں یہ کوئی پراسرار لفظ نہیں ہے۔</w:t>
      </w:r>
    </w:p>
    <w:p>
      <w:r>
        <w:rPr>
          <w:b/>
        </w:rPr>
        <w:t xml:space="preserve">[21:53] </w:t>
      </w:r>
      <w:r>
        <w:t>isi mani mein hai ke aap ka kaam ziyada natija khez ho jaye, ziyada mo'asar ho jaye,</w:t>
      </w:r>
    </w:p>
    <w:p>
      <w:pPr>
        <w:jc w:val="right"/>
      </w:pPr>
      <w:r>
        <w:t>اسی معنی میں ہے کہ آپ کا کام زیادہ نتیجہ خیز ہو جائے، زیادہ موثر ہو جائے،</w:t>
      </w:r>
    </w:p>
    <w:p>
      <w:r>
        <w:rPr>
          <w:b/>
        </w:rPr>
        <w:t xml:space="preserve">[22:00] </w:t>
      </w:r>
      <w:r>
        <w:t>aap apne maqsad ko hasil karne ke liye ziyada kargar sabit ho. to yeh sab hota hai aql ke zariye se.</w:t>
      </w:r>
    </w:p>
    <w:p>
      <w:pPr>
        <w:jc w:val="right"/>
      </w:pPr>
      <w:r>
        <w:t>آپ اپنے مقصد کو حاصل کرنے کے لیے زیادہ کارگر ثابت ہو۔ تو یہ سب ہوتا ہے عقل کے ذریعے سے۔</w:t>
      </w:r>
    </w:p>
    <w:p>
      <w:r>
        <w:rPr>
          <w:b/>
        </w:rPr>
        <w:t xml:space="preserve">[22:11] </w:t>
      </w:r>
      <w:r>
        <w:t>to aql ka taluq poore deen se hai. yeh teen jo yahan bataya gaya hai, teen mein sari baat aa jati hai. yani doosre jitne pehlu hain zindagi ke, woh sab isi teen mein shamil hain.</w:t>
      </w:r>
    </w:p>
    <w:p>
      <w:pPr>
        <w:jc w:val="right"/>
      </w:pPr>
      <w:r>
        <w:t>تو عقل کا تعلق پورے دین سے ہے۔ یہ تین جو یہاں بتایا گیا ہے، تین میں ساری بات آ جاتی ہے۔ یعنی دوسرے جتنے پہلو ہیں زندگی کے، وہ سب اسی تین میں شامل ہیں۔</w:t>
      </w:r>
    </w:p>
    <w:p>
      <w:r>
        <w:rPr>
          <w:b/>
        </w:rPr>
        <w:t xml:space="preserve">[22:26] </w:t>
      </w:r>
      <w:r>
        <w:t>yani marifat, itaat, aur sabr hi mein sari cheezein shamil hain. to teen cheezein, teen cheezein nahi balkeh teen hazar cheezein hain.</w:t>
      </w:r>
    </w:p>
    <w:p>
      <w:pPr>
        <w:jc w:val="right"/>
      </w:pPr>
      <w:r>
        <w:t>یعنی معرفت، اطاعت، اور صبر ہی میں ساری چیزیں شامل ہیں۔ تو تین چیزیں، تین چیزیں نہیں بلکہ تین ہزار چیزیں ہیں۔</w:t>
      </w:r>
    </w:p>
    <w:p>
      <w:r>
        <w:rPr>
          <w:b/>
        </w:rPr>
        <w:t xml:space="preserve">[22:41] </w:t>
      </w:r>
      <w:r>
        <w:t>to hum par yeh lazim hai ke hum apne kaam ko ziyada behtar banane ke liye aql ka istemal karein. aur yeh tasawwur bilkul hi be bunyad hai ke deen ka taluq aql se nahi hai, bilkul be bunyad hai.</w:t>
      </w:r>
    </w:p>
    <w:p>
      <w:pPr>
        <w:jc w:val="right"/>
      </w:pPr>
      <w:r>
        <w:t>تو ہم پر یہ لازم ہے کہ ہم اپنے کام کو زیادہ بہتر بنانے کے لیے عقل کا استعمال کریں۔ اور یہ تصور بالکل ہی بے بنیاد ہے کہ دین کا تعلق عقل سے نہیں ہے، بالکل بے بنیاد ہے۔</w:t>
      </w:r>
    </w:p>
    <w:p>
      <w:r>
        <w:rPr>
          <w:b/>
        </w:rPr>
        <w:t xml:space="preserve">[23:01] </w:t>
      </w:r>
      <w:r>
        <w:t>log jante hi nahi ke aqal, ek aqal jo hai, woh to Allah ki rehmat hai. aqal koi hum ne khud se to nahi bana liya hai. khud se insan ne nakhun aur baal ko bhi nahi banaya.</w:t>
      </w:r>
    </w:p>
    <w:p>
      <w:pPr>
        <w:jc w:val="right"/>
      </w:pPr>
      <w:r>
        <w:t>لوگ جانتے ہی نہیں کہ عقل، ایک عقل جو ہے، وہ تو اللہ کی رحمت ہے۔ عقل کوئی ہم نے خود سے تو نہیں بنا لیا ہے۔ خود سے انسان نے ناخن اور بال کو بھی نہیں بنایا۔</w:t>
      </w:r>
    </w:p>
    <w:p>
      <w:r>
        <w:rPr>
          <w:b/>
        </w:rPr>
        <w:t xml:space="preserve">[23:15] </w:t>
      </w:r>
      <w:r>
        <w:t>aqal ko kahan se banaye ga? hamare paas jo nakhun aur baal hain, woh bhi hum ne khud se nahi banaya. to aqal ko insan khud se kaise bana le ga?</w:t>
      </w:r>
    </w:p>
    <w:p>
      <w:pPr>
        <w:jc w:val="right"/>
      </w:pPr>
      <w:r>
        <w:t>عقل کو کہاں سے بنائے گا؟ ہمارے پاس جو ناخن اور بال ہیں، وہ بھی ہم نے خود سے نہیں بنایا۔ تو عقل کو انسان خود سے کیسے بنا لے گا؟</w:t>
      </w:r>
    </w:p>
    <w:p>
      <w:r>
        <w:rPr>
          <w:b/>
        </w:rPr>
        <w:t xml:space="preserve">[23:26] </w:t>
      </w:r>
      <w:r>
        <w:t>to jo aqal Allah ki di hui hai, is ke bare mein yeh kehna hi bilkul ghair mutaliq baat hai ke ke deen ka talluq aqal se nahi hai.</w:t>
      </w:r>
    </w:p>
    <w:p>
      <w:pPr>
        <w:jc w:val="right"/>
      </w:pPr>
      <w:r>
        <w:t>تو جو عقل اللہ کی دی ہوئی ہے، اس کے بارے میں یہ کہنا ہی بالکل غیر متعلق بات ہے کہ کہ دین کا تعلق عقل سے نہیں ہے۔</w:t>
      </w:r>
    </w:p>
    <w:p>
      <w:r>
        <w:rPr>
          <w:b/>
        </w:rPr>
        <w:t xml:space="preserve">[23:37] </w:t>
      </w:r>
      <w:r>
        <w:t>jis tarah Allah taala ne deen ko bheja hai bazariyae wahi, usi tarah hum ko paida kiya aqal ke sath. aqal bhi Allah ki di hui hai aur deen bhi Allah ka diya hua hai.</w:t>
      </w:r>
    </w:p>
    <w:p>
      <w:pPr>
        <w:jc w:val="right"/>
      </w:pPr>
      <w:r>
        <w:t>جس طرح اللہ تعالی نے دین کو بھیجا ہے بذریعہ وحی، اسی طرح ہم کو پیدا کیا عقل کے ساتھ۔ عقل بھی اللہ کی دی ہوئی ہے اور دین بھی اللہ کا دیا ہوا ہے۔</w:t>
      </w:r>
    </w:p>
    <w:p>
      <w:r>
        <w:rPr>
          <w:b/>
        </w:rPr>
        <w:t xml:space="preserve">[23:51] </w:t>
      </w:r>
      <w:r>
        <w:t>to aqal ke muamle mein yeh hai ke istemal to zaroor karna chahiye, lekin aqal ke hudood hain. hudood ke andar istemal karna chahiye aur bohat zyada, bohat zyada hoshamandi ke sath istemal karna chahiye.</w:t>
      </w:r>
    </w:p>
    <w:p>
      <w:pPr>
        <w:jc w:val="right"/>
      </w:pPr>
      <w:r>
        <w:t>تو عقل کے معاملے میں یہ ہے کہ استعمال تو ضرور کرنا چاہیے، لیکن عقل کے حدود ہیں۔ حدود کے اندر استعمال کرنا چاہیے اور بہت زیادہ، بہت زیادہ ہوشمندی کے ساتھ استعمال کرنا چاہیے۔</w:t>
      </w:r>
    </w:p>
    <w:p>
      <w:r>
        <w:rPr>
          <w:b/>
        </w:rPr>
        <w:t xml:space="preserve">[24:09] </w:t>
      </w:r>
      <w:r>
        <w:t>warna aadmi bhag jaye ga idhar udhar. to lekin is andishe se aisa nahi karna chahiye ke aqal ko istemal na kiya j</w:t>
      </w:r>
    </w:p>
    <w:p>
      <w:pPr>
        <w:jc w:val="right"/>
      </w:pPr>
      <w:r>
        <w:t>ورنہ آدمی بھاگ جائے گا ادھر ادھر۔ تو لیکن اس اندیشے سے ایسا نہیں کرنا چاہیے کہ عقل کو استعمال نہ کیا ج</w:t>
      </w:r>
    </w:p>
    <w:p>
      <w:r>
        <w:rPr>
          <w:b/>
        </w:rPr>
        <w:t xml:space="preserve">[24:19] </w:t>
      </w:r>
      <w:r>
        <w:t>aye. agar koi yeh kahe ke aqal se aadmi bhag bhag sakta hai, is liye aqal ka istemal na karo, yeh galat hai. Allah taala ke haan niyat ke aitbar se muamla hota hai.</w:t>
      </w:r>
    </w:p>
    <w:p>
      <w:pPr>
        <w:jc w:val="right"/>
      </w:pPr>
      <w:r>
        <w:t>ائے۔ اگر کوئی یہ کہے کہ عقل سے آدمی بھاگ بھاگ سکتا ہے، اس لیے عقل کا استعمال نہ کرو، یہ غلط ہے۔ اللہ تعالی کے ہاں نیت کے اعتبار سے معاملہ ہوتا ہے۔</w:t>
      </w:r>
    </w:p>
    <w:p>
      <w:r>
        <w:rPr>
          <w:b/>
        </w:rPr>
        <w:t xml:space="preserve">[24:33] </w:t>
      </w:r>
      <w:r>
        <w:t>apni niyat ko durust kijiye. agar aap ki niyat durust hai aur aqal ke istemal mein ghalti kar di to Allah ke haan pakar nahi hogi.</w:t>
      </w:r>
    </w:p>
    <w:p>
      <w:pPr>
        <w:jc w:val="right"/>
      </w:pPr>
      <w:r>
        <w:t>اپنی نیت کو درست کیجئے۔ اگر آپ کی نیت درست ہے اور عقل کے استعمال میں غلطی کر دی تو اللہ کے ہاں پکڑ نہیں ہوگی۔</w:t>
      </w:r>
    </w:p>
    <w:p>
      <w:r>
        <w:rPr>
          <w:b/>
        </w:rPr>
        <w:t xml:space="preserve">[24:44] </w:t>
      </w:r>
      <w:r>
        <w:t>yani agar aap ki niyat durust hai, intention aap ki durust hai aur aap ne aqal ke istemal mein ghalti kar di to harghiz harghiz is ki pakar nahi hogi.</w:t>
      </w:r>
    </w:p>
    <w:p>
      <w:pPr>
        <w:jc w:val="right"/>
      </w:pPr>
      <w:r>
        <w:t>یعنی اگر آپ کی نیت درست ہے، انٹینشن آپ کی درست ہے اور آپ نے عقل کے استعمال میں غلطی کر دی تو ہرگز ہرگز اس کی پکڑ نہیں ہوگی۔</w:t>
      </w:r>
    </w:p>
    <w:p>
      <w:r>
        <w:rPr>
          <w:b/>
        </w:rPr>
        <w:t xml:space="preserve">[24:57] </w:t>
      </w:r>
      <w:r>
        <w:t>harghiz harghiz pakar nahi hogi kyunke pakar to niyat par hoti hai. innamal aamaalu binniyat niyat agar durust hai to Allah taala is ko insan ko is par mawakhza nahi kare ga.</w:t>
      </w:r>
    </w:p>
    <w:p>
      <w:pPr>
        <w:jc w:val="right"/>
      </w:pPr>
      <w:r>
        <w:t>ہرگز ہرگز پکڑ نہیں ہوگی کیونکہ پکڑ تو نیت پر ہوتی ہے۔ إنما الأعمال بالنيات نیت اگر درست ہے تو اللہ تعالی اس کو انسان کو اس پر مواخذہ نہیں کرے گا۔</w:t>
      </w:r>
    </w:p>
    <w:p>
      <w:r>
        <w:rPr>
          <w:b/>
        </w:rPr>
        <w:t xml:space="preserve">[25:12] </w:t>
      </w:r>
      <w:r>
        <w:t>haan, niyat mein futoor hai to zaroor mawakhza hoga.</w:t>
      </w:r>
    </w:p>
    <w:p>
      <w:pPr>
        <w:jc w:val="right"/>
      </w:pPr>
      <w:r>
        <w:t>ہاں، نیت میں فتور ہے تو ضرور مواخذہ ہوگا۔</w:t>
      </w:r>
    </w:p>
    <w:p>
      <w:r>
        <w:rPr>
          <w:b/>
        </w:rPr>
        <w:t xml:space="preserve">[25:19] </w:t>
      </w:r>
      <w:r>
        <w:t>to main samajhta hoon ke aqal ko taraqqi dena, yani yani thinking process ko develop karna, yeh bhi Islam ka juz ek hai.</w:t>
      </w:r>
    </w:p>
    <w:p>
      <w:pPr>
        <w:jc w:val="right"/>
      </w:pPr>
      <w:r>
        <w:t>تو میں سمجھتا ہوں کہ عقل کو ترقی دینا، یعنی یعنی تھنکنگ پراسیس کو ڈیولپ کرنا، یہ بھی اسلام کا جز ایک ہے۔</w:t>
      </w:r>
    </w:p>
    <w:p>
      <w:r>
        <w:rPr>
          <w:b/>
        </w:rPr>
        <w:t xml:space="preserve">[25:31] </w:t>
      </w:r>
      <w:r>
        <w:t>yeh bhi Islam ka juz hai ke aap apni aqal ko apne andar aqli ertaqa paida karein, zehni ertaqa paida karein,</w:t>
      </w:r>
    </w:p>
    <w:p>
      <w:pPr>
        <w:jc w:val="right"/>
      </w:pPr>
      <w:r>
        <w:t>یہ بھی اسلام کا جز ہے کہ آپ اپنی عقل کو اپنے اندر عقلی ارتقاء پیدا کریں، ذہنی ارتقاء پیدا کریں،</w:t>
      </w:r>
    </w:p>
    <w:p>
      <w:r>
        <w:rPr>
          <w:b/>
        </w:rPr>
        <w:t xml:space="preserve">[25:41] </w:t>
      </w:r>
      <w:r>
        <w:t>apni soch ko develop karein taake deen ke mamlaat mein aap ko zyada acha andaaz mein istemal kar sakein. yeh main samajhta hoon ke apne deen ko, apni deeni sargarmiyon ko zyada ba-mani banane ke liye zaroori hai ke aqal ka istemal kiya jaye.</w:t>
      </w:r>
    </w:p>
    <w:p>
      <w:pPr>
        <w:jc w:val="right"/>
      </w:pPr>
      <w:r>
        <w:t>اپنی سوچ کو ڈیولپ کریں تاکہ دین کے معاملات میں آپ کو زیادہ اچھا انداز میں استعمال کر سکیں۔ یہ میں سمجھتا ہوں کہ اپنے دین کو، اپنی دینی سرگرمیوں کو زیادہ بامعنی بنانے کے لیے ضروری ہے کہ عقل کا استعمال کیا جائے۔</w:t>
      </w:r>
    </w:p>
    <w:p>
      <w:r>
        <w:rPr>
          <w:b/>
        </w:rPr>
        <w:t xml:space="preserve">[26:03] </w:t>
      </w:r>
      <w:r>
        <w:t>zyada ba-mani, yani more meaningful banane ke liye zaroori hai ke apni aqal ka istemal kiya jaye.</w:t>
      </w:r>
    </w:p>
    <w:p>
      <w:pPr>
        <w:jc w:val="right"/>
      </w:pPr>
      <w:r>
        <w:t>زیادہ بامعنی، یعنی مور میننگ فل بنانے کے لیے ضروری ہے کہ اپنی عقل کا استعمال کیا جائے۔</w:t>
      </w:r>
    </w:p>
    <w:p>
      <w:r>
        <w:rPr>
          <w:b/>
        </w:rPr>
        <w:t xml:space="preserve">[26:14] </w:t>
      </w:r>
      <w:r>
        <w:t>to meri dua hai ke Allah taala mujh ko aur aap ko tofeeq de ke hum aqal ka istemal karein aur sahi tareeqe se karein.</w:t>
      </w:r>
    </w:p>
    <w:p>
      <w:pPr>
        <w:jc w:val="right"/>
      </w:pPr>
      <w:r>
        <w:t>تو میری دعا ہے کہ اللہ تعالی مجھ کو اور آپ کو توفیق دے کہ ہم عقل کا استعمال کریں اور صحیح طریقے سے کریں۔</w:t>
      </w:r>
    </w:p>
    <w:p>
      <w:r>
        <w:rPr>
          <w:b/>
        </w:rPr>
        <w:t xml:space="preserve">[26:31] </w:t>
      </w:r>
      <w:r>
        <w:t>aqal ka istemal kar ke mazeed shukr ki tofeeq milti hai, mazeed shukr ki tofeeq milti hai, imaan mein izafa hota hai,</w:t>
      </w:r>
    </w:p>
    <w:p>
      <w:pPr>
        <w:jc w:val="right"/>
      </w:pPr>
      <w:r>
        <w:t>عقل کا استعمال کر کے مزید شکریہ کی توفیق ملتی ہے، مزید شکر کی توفیق ملتی ہے، ایمان میں اضافہ ہوتا ہے،</w:t>
      </w:r>
    </w:p>
    <w:p>
      <w:r>
        <w:rPr>
          <w:b/>
        </w:rPr>
        <w:t xml:space="preserve">[26:45] </w:t>
      </w:r>
      <w:r>
        <w:t>rubaniyat barhti hai aadmi ke andar.</w:t>
      </w:r>
    </w:p>
    <w:p>
      <w:pPr>
        <w:jc w:val="right"/>
      </w:pPr>
      <w:r>
        <w:t>ربانیت بڑھتی ہے آدمی کے اندر۔</w:t>
      </w:r>
    </w:p>
    <w:p>
      <w:r>
        <w:rPr>
          <w:b/>
        </w:rPr>
        <w:t xml:space="preserve">[26:49] </w:t>
      </w:r>
      <w:r>
        <w:t>aadmi ki, aadmi ke aamal mein spirit jo hai, zyada aati hai aur aqal ke istemal se.</w:t>
      </w:r>
    </w:p>
    <w:p>
      <w:pPr>
        <w:jc w:val="right"/>
      </w:pPr>
      <w:r>
        <w:t>آدمی کی، آدمی کے اعمال میں اسپرٹ جو ہے، زیادہ آتی ہے اور عقل کے استعمال سے۔</w:t>
      </w:r>
    </w:p>
    <w:p>
      <w:r>
        <w:rPr>
          <w:b/>
        </w:rPr>
        <w:t xml:space="preserve">[27:02] </w:t>
      </w:r>
      <w:r>
        <w:t>to meri dua hai ke Allah taala mujh ko aur aap ko tofeeq de ke hum Allah ki is nemat ko jaanein, Allah ki is nemat ko jo ke us ko aqal kaha jata hai, us ko jaanein aur us ko sahi andaaz mein istemal karein.</w:t>
      </w:r>
    </w:p>
    <w:p>
      <w:pPr>
        <w:jc w:val="right"/>
      </w:pPr>
      <w:r>
        <w:t>تو میری دعا ہے کہ اللہ تعالی مجھ کو اور آپ کو توفیق دے کہ ہم اللہ کی اس نعمت کو جانیں، اللہ کی اس نعمت کو جو کہ اس کو عقل کہا جاتا ہے، اس کو جانیں اور اس کو صحیح انداز میں استعمال کریں۔</w:t>
      </w:r>
    </w:p>
    <w:p>
      <w:r>
        <w:rPr>
          <w:b/>
        </w:rPr>
        <w:t xml:space="preserve">[27:21] </w:t>
      </w:r>
      <w:r>
        <w:t>to dua yeh nahi karna chahiye ke hum aqal ka istemal, yani yeh nahi karna chahiye ke aqal ka istemal chhod dein aap, balke yeh dua karna chahiye ke Khuda aap ko sahi andaaz mein aqal ke istemal ki tofeeq de.</w:t>
      </w:r>
    </w:p>
    <w:p>
      <w:pPr>
        <w:jc w:val="right"/>
      </w:pPr>
      <w:r>
        <w:t>تو دعا یہ نہیں کرنا چاہیے کہ ہم عقل کا استعمال، یعنی یہ نہیں کرنا چاہیے کہ عقل کا استعمال چھوڑ دیں آپ، بلکہ یہ دعا کرنا چاہیے کہ خدا آپ کو صحیح انداز میں عقل کے استعمال کی توفیق دے۔</w:t>
      </w:r>
    </w:p>
    <w:p>
      <w:r>
        <w:rPr>
          <w:b/>
        </w:rPr>
        <w:t xml:space="preserve">[27:37] </w:t>
      </w:r>
      <w:r>
        <w:t>yani sahi tareeqa yeh nahi ke aap aqal ka istemal chhod dein. sahi tareeqa yeh hai ke yeh dua karein ke Allah aap ko tofeeq de ke aap aqal ko sahi andaaz mein istemal kar sakein.</w:t>
      </w:r>
    </w:p>
    <w:p>
      <w:pPr>
        <w:jc w:val="right"/>
      </w:pPr>
      <w:r>
        <w:t>یعنی صحیح طریقہ یہ نہیں کہ آپ عقل کا استعمال چھوڑ دیں۔ صحیح طریقہ یہ ہے کہ یہ دعا کریں کہ اللہ آپ کو توفیق دے کہ آپ عقل کو صحیح انداز میں استعمال کر سکیں۔</w:t>
      </w:r>
    </w:p>
    <w:p>
      <w:r>
        <w:rPr>
          <w:b/>
        </w:rPr>
        <w:t xml:space="preserve">[27:52] </w:t>
      </w:r>
      <w:r>
        <w:t>to yeh hai sahi tarz-e-fikr aur yeh hai aqal ki deen mein ahmiyat.</w:t>
      </w:r>
    </w:p>
    <w:p>
      <w:pPr>
        <w:jc w:val="right"/>
      </w:pPr>
      <w:r>
        <w:t>تو یہ ہے صحیح طرز فکر اور یہ ہے عقل کی دین میں اہمیت۔</w:t>
      </w:r>
    </w:p>
    <w:p>
      <w:r>
        <w:rPr>
          <w:b/>
        </w:rPr>
        <w:t xml:space="preserve">[28:04] </w:t>
      </w:r>
      <w:r>
        <w:t>aqal ki ahmiyat deen mein, us ko kuch kuch sabit karne ke liye daleel ki zaroorat nahi hai, apne aap sabit hai. yani ke aap ko Allah ne aankh di to kaha yeh sabit karna chahiye ke aap aankh ka istemal karein.</w:t>
      </w:r>
    </w:p>
    <w:p>
      <w:pPr>
        <w:jc w:val="right"/>
      </w:pPr>
      <w:r>
        <w:t>عقل کی اہمیت دین میں، اس کو کچھ کچھ ثابت کرنے کے لیے دلیل کی ضرورت نہیں ہے، اپنے آپ ثابت ہے۔ یعنی کہ آپ کو اللہ نے آنکھ دی تو کہا یہ ثابت کرنا چاہیے کہ آپ آنکھ کا استعمال کریں۔</w:t>
      </w:r>
    </w:p>
    <w:p>
      <w:r>
        <w:rPr>
          <w:b/>
        </w:rPr>
        <w:t xml:space="preserve">[28:19] </w:t>
      </w:r>
      <w:r>
        <w:t>Allah ne aap ko kaan diya to kaha is ko daleel sabit karna parega ke aap apne kaan ko istemal karein. Allah ne aap ko paon diya to kaha sabit karna parega ke aap apne paon ko istemal karein.</w:t>
      </w:r>
    </w:p>
    <w:p>
      <w:pPr>
        <w:jc w:val="right"/>
      </w:pPr>
      <w:r>
        <w:t>اللہ نے آپ کو کان دیا تو کہا اس کو دلیل ثابت کرنا پڑے گا کہ آپ اپنے کان کو استعمال کریں۔ اللہ نے آپ کو پاؤں دیا تو کہا ثابت کرنا پڑے گا کہ آپ اپنے پاؤں کو استعمال کریں۔</w:t>
      </w:r>
    </w:p>
    <w:p>
      <w:r>
        <w:rPr>
          <w:b/>
        </w:rPr>
        <w:t xml:space="preserve">[28:31] </w:t>
      </w:r>
      <w:r>
        <w:t>to saare aza aur jism ke saare aza jo aap ko diye gaye hain, un ko aap istemal karte hain aur samajhte hain ke hum sahi kar rahe hain.</w:t>
      </w:r>
    </w:p>
    <w:p>
      <w:pPr>
        <w:jc w:val="right"/>
      </w:pPr>
      <w:r>
        <w:t>تو سارے اعضاء اور جسم کے سارے اعضاء جو آپ کو دیے گئے ہیں، ان کو آپ استعمال کرتے ہیں اور سمجھتے ہیں کہ ہم صحیح کر رہے ہیں۔</w:t>
      </w:r>
    </w:p>
    <w:p>
      <w:r>
        <w:rPr>
          <w:b/>
        </w:rPr>
        <w:t xml:space="preserve">[28:40] </w:t>
      </w:r>
      <w:r>
        <w:t>to isi tarah se aql bhi to hai,</w:t>
      </w:r>
    </w:p>
    <w:p>
      <w:pPr>
        <w:jc w:val="right"/>
      </w:pPr>
      <w:r>
        <w:t>تو اسی طریقے سے عقل بھی تو ہے،</w:t>
      </w:r>
    </w:p>
    <w:p>
      <w:r>
        <w:rPr>
          <w:b/>
        </w:rPr>
        <w:t xml:space="preserve">[28:44] </w:t>
      </w:r>
      <w:r>
        <w:t>aql bhi to isi tarah se hai. to jis tarah aap aankh aur kaan ko istemal karte hain, isi tarah aql ko bhi istemal kijiye.</w:t>
      </w:r>
    </w:p>
    <w:p>
      <w:pPr>
        <w:jc w:val="right"/>
      </w:pPr>
      <w:r>
        <w:t>عقل بھی تو اسی طرح سے ہے۔ تو جس طرح آپ آنکھ اور کان کو استعمال کرتے ہیں، اسی طرح عقل کو بھی استعمال کیجئے۔</w:t>
      </w:r>
    </w:p>
    <w:p>
      <w:r>
        <w:rPr>
          <w:b/>
        </w:rPr>
        <w:t xml:space="preserve">[28:54] </w:t>
      </w:r>
      <w:r>
        <w:t>sirf yeh hai ke aql ke istemal mein aap ko sanjeeda hona chahiye, honesty ke sath istemal karna chahiye.</w:t>
      </w:r>
    </w:p>
    <w:p>
      <w:pPr>
        <w:jc w:val="right"/>
      </w:pPr>
      <w:r>
        <w:t>صرف یہ ہے کہ عقل کے استعمال میں آپ کو سنجیدہ ہونا چاہیے، اونسٹی کے ساتھ استعمال کرنا چاہیے۔</w:t>
      </w:r>
    </w:p>
    <w:p>
      <w:r>
        <w:rPr>
          <w:b/>
        </w:rPr>
        <w:t xml:space="preserve">[29:05] </w:t>
      </w:r>
      <w:r>
        <w:t>to main samajhta hoon ke yeh bohat hi aham taleem hai is hadees mein.</w:t>
      </w:r>
    </w:p>
    <w:p>
      <w:pPr>
        <w:jc w:val="right"/>
      </w:pPr>
      <w:r>
        <w:t>تو میں سمجھتا ہوں کہ یہ بہت ہی اہم تعلیم ہے اس حدیث میں۔</w:t>
      </w:r>
    </w:p>
    <w:p>
      <w:r>
        <w:rPr>
          <w:b/>
        </w:rPr>
        <w:t xml:space="preserve">[29:13] </w:t>
      </w:r>
      <w:r>
        <w:t>is se hamare imaan mein izafa hota hai, hamare dunya ke kaam zyada behtar hone lagte hain aur be faida qism ke jo log idhar udhar apne ko tabah kar rahe hain qurbani ke naam par,</w:t>
      </w:r>
    </w:p>
    <w:p>
      <w:pPr>
        <w:jc w:val="right"/>
      </w:pPr>
      <w:r>
        <w:t>اس سے ہمارے ایمان میں اضافہ ہوتا ہے، ہمارے دنیا کے کام زیادہ بہتر ہونے لگتے ہیں اور بے فائدہ قسم کے جو لوگ ادھر ادھر اپنے کو تباہ کر رہے ہیں قربانی کے نام پر،</w:t>
      </w:r>
    </w:p>
    <w:p>
      <w:r>
        <w:rPr>
          <w:b/>
        </w:rPr>
        <w:t xml:space="preserve">[29:30] </w:t>
      </w:r>
      <w:r>
        <w:t>to woh woh sab khatam ho jata hai.</w:t>
      </w:r>
    </w:p>
    <w:p>
      <w:pPr>
        <w:jc w:val="right"/>
      </w:pPr>
      <w:r>
        <w:t>تو وہ وہ سب ختم ہو جاتا ہے۔</w:t>
      </w:r>
    </w:p>
    <w:p>
      <w:r>
        <w:rPr>
          <w:b/>
        </w:rPr>
        <w:t xml:space="preserve">[29:35] </w:t>
      </w:r>
      <w:r>
        <w:t>mauood zamane mein khaas taur par musalmanon ko yeh baat janni chahiye ke deen mein aql ka istemal bohat zaroori hai, warna un ki deeni koshishen jo hain, raigaan ho jayengi, habat-e-aamal ka shikar ho jayengi.</w:t>
      </w:r>
    </w:p>
    <w:p>
      <w:pPr>
        <w:jc w:val="right"/>
      </w:pPr>
      <w:r>
        <w:t>موعود زمانے میں خاص طور پر مسلمانوں کو یہ بات جاننی چاہیے کہ دین میں عقل کا استعمال بہت ضروری ہے، ورنہ ان کی دینی کوششیں جو ہیں، رائیگاں ہو جائیں گی، حبط اعمال کا شکار ہو جائیں گی۔</w:t>
      </w:r>
    </w:p>
    <w:p>
      <w:r>
        <w:rPr>
          <w:b/>
        </w:rPr>
        <w:t xml:space="preserve">[30:00] </w:t>
      </w:r>
      <w:r>
        <w:t>to Allah taala mujh ko aur aap ko tofeeq de is mamle mein, sahi hidayat de.</w:t>
      </w:r>
    </w:p>
    <w:p>
      <w:pPr>
        <w:jc w:val="right"/>
      </w:pPr>
      <w:r>
        <w:t>تو اللہ تعالی مجھ کو اور آپ کو توفیق دے اس معاملے میں، صحیح ہدایت دے۔</w:t>
      </w:r>
    </w:p>
    <w:p>
      <w:r>
        <w:rPr>
          <w:b/>
        </w:rPr>
        <w:t xml:space="preserve">[30:11] </w:t>
      </w:r>
      <w:r>
        <w:t>assalam o alaikum wa rehmatullah.</w:t>
      </w:r>
    </w:p>
    <w:p>
      <w:pPr>
        <w:jc w:val="right"/>
      </w:pPr>
      <w:r>
        <w:t>السلام علیکم ورحمۃ اللہ.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