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Unity March 15, 2014</w:t>
      </w:r>
    </w:p>
    <w:p>
      <w:r>
        <w:t>https://youtu.be/-xS-eK4zw-k</w:t>
      </w:r>
    </w:p>
    <w:p>
      <w:r>
        <w:rPr>
          <w:b/>
        </w:rPr>
        <w:t xml:space="preserve">[00:13] </w:t>
      </w:r>
      <w:r>
        <w:t>15 March 2014. an anas bin malik yqool: samat rasool Allah sallallahu alaihi wa sallam yaqool: "in ummati la tajma'u ala dalalah,</w:t>
      </w:r>
    </w:p>
    <w:p>
      <w:pPr>
        <w:jc w:val="right"/>
      </w:pPr>
      <w:r>
        <w:t>15 مارچ 2014۔ عن أنس بن مالك يقول: سمعت رسول الله صلى الله عليه وسلم يقول: "إن أمتي لا تجتمع على ضلالة،</w:t>
      </w:r>
    </w:p>
    <w:p>
      <w:r>
        <w:rPr>
          <w:b/>
        </w:rPr>
        <w:t xml:space="preserve">[00:29] </w:t>
      </w:r>
      <w:r>
        <w:t>faiza raaytum ikhtilafan fa alaikum bis sawad al a'zam." ibn majah, hadees number 3950.</w:t>
      </w:r>
    </w:p>
    <w:p>
      <w:pPr>
        <w:jc w:val="right"/>
      </w:pPr>
      <w:r>
        <w:t>فإذا رأيتم اختلافًا فعليكم بالسواد الأعظم." ابن ماجہ، حدیث نمبر 3950۔</w:t>
      </w:r>
    </w:p>
    <w:p>
      <w:r>
        <w:rPr>
          <w:b/>
        </w:rPr>
        <w:t xml:space="preserve">[00:43] </w:t>
      </w:r>
      <w:r>
        <w:t>anas bin malik se riwayat hai, woh kehte hain: maine rasool Allah sallallahu alaihi wa sallam ko farmate hue suna: "meri ummat zalaalat par aktha nahi hogi, to jab tum ikhtilaf dekho to sawad-e-a'zam ko lazim pakdo." Maulana is hadees ki wazahat farmayen.</w:t>
      </w:r>
    </w:p>
    <w:p>
      <w:pPr>
        <w:jc w:val="right"/>
      </w:pPr>
      <w:r>
        <w:t>انس بن مالک سے روایت ہے، وہ کہتے ہیں: میں نے رسول اللہ صلی اللہ علیہ وسلم کو فرماتے ہوئے سنا: "میری امت ذلالت پر اکٹھا نہیں ہوگی، تو جب تم اختلاف دیکھو تو سوادِ اعظم کو لازم پکڑو۔" مولانا اس حدیث کی وضاحت فرمائیں۔</w:t>
      </w:r>
    </w:p>
    <w:p>
      <w:r>
        <w:rPr>
          <w:b/>
        </w:rPr>
        <w:t xml:space="preserve">[01:07] </w:t>
      </w:r>
      <w:r>
        <w:t>bismillah hir rahman nir rahim.</w:t>
      </w:r>
    </w:p>
    <w:p>
      <w:pPr>
        <w:jc w:val="right"/>
      </w:pPr>
      <w:r>
        <w:t>بسم اللہ الرحمن الرحیم۔</w:t>
      </w:r>
    </w:p>
    <w:p>
      <w:r>
        <w:rPr>
          <w:b/>
        </w:rPr>
        <w:t xml:space="preserve">[01:14] </w:t>
      </w:r>
      <w:r>
        <w:t>is hadees ka mafhoom shuruhon mein wazeh nahi hai, aur bohat se logon ne is hadees ka galat istemal kiya hai.</w:t>
      </w:r>
    </w:p>
    <w:p>
      <w:pPr>
        <w:jc w:val="right"/>
      </w:pPr>
      <w:r>
        <w:t>اس حدیث کا مفہوم شرحوں میں واضح نہیں ہے، اور بہت سے لوگوں نے اس حدیث کا غلط استعمال کیا ہے۔</w:t>
      </w:r>
    </w:p>
    <w:p>
      <w:r>
        <w:rPr>
          <w:b/>
        </w:rPr>
        <w:t xml:space="preserve">[01:32] </w:t>
      </w:r>
      <w:r>
        <w:t>dekhen, is hadees mein chand baaton ko samajhne ki zaroorat hai, tab hadees ka mafhoom wazeh hoga.</w:t>
      </w:r>
    </w:p>
    <w:p>
      <w:pPr>
        <w:jc w:val="right"/>
      </w:pPr>
      <w:r>
        <w:t>دیکھیں، اس حدیث میں چند باتوں کو سمجھنے کی ضرورت ہے، تب حدیث کا مفہوم واضح ہوگا۔</w:t>
      </w:r>
    </w:p>
    <w:p>
      <w:r>
        <w:rPr>
          <w:b/>
        </w:rPr>
        <w:t xml:space="preserve">[01:41] </w:t>
      </w:r>
      <w:r>
        <w:t>pehli baat yeh hai ke is hadees ke do tukde hain, dono ka niyat alag alag hai.</w:t>
      </w:r>
    </w:p>
    <w:p>
      <w:pPr>
        <w:jc w:val="right"/>
      </w:pPr>
      <w:r>
        <w:t>پہلی بات یہ ہے کہ اس حدیث کے دو ٹکڑے ہیں، دونوں کا نیت الگ الگ ہے۔</w:t>
      </w:r>
    </w:p>
    <w:p>
      <w:r>
        <w:rPr>
          <w:b/>
        </w:rPr>
        <w:t xml:space="preserve">[01:50] </w:t>
      </w:r>
      <w:r>
        <w:t>pehlay tukde mein farmaya ke ummat-e-muslima zalaalat par</w:t>
      </w:r>
    </w:p>
    <w:p>
      <w:pPr>
        <w:jc w:val="right"/>
      </w:pPr>
      <w:r>
        <w:t>پہلے ٹکڑے میں فرمایا کہ امتِ مسلمہ ذلالت پر</w:t>
      </w:r>
    </w:p>
    <w:p>
      <w:r>
        <w:rPr>
          <w:b/>
        </w:rPr>
        <w:t xml:space="preserve">[02:00] </w:t>
      </w:r>
      <w:r>
        <w:t>mujhtama nahi hogi, gumrahi par mujhtama nahi hogi.</w:t>
      </w:r>
    </w:p>
    <w:p>
      <w:pPr>
        <w:jc w:val="right"/>
      </w:pPr>
      <w:r>
        <w:t>مجتمع نہیں ہوگی، گمراہی پر مجتمع نہیں ہوگی۔</w:t>
      </w:r>
    </w:p>
    <w:p>
      <w:r>
        <w:rPr>
          <w:b/>
        </w:rPr>
        <w:t xml:space="preserve">[02:10] </w:t>
      </w:r>
      <w:r>
        <w:t>dusre hisse mein farmaya ke jab tum ikhtilaf dekho to sawad-e-a'zam ka, yani majority ka, sath do.</w:t>
      </w:r>
    </w:p>
    <w:p>
      <w:pPr>
        <w:jc w:val="right"/>
      </w:pPr>
      <w:r>
        <w:t>دوسرے حصے میں فرمایا کہ جب تم اختلاف دیکھو تو سوادِ اعظم کا، یعنی majority کا، ساتھ دو۔</w:t>
      </w:r>
    </w:p>
    <w:p>
      <w:r>
        <w:rPr>
          <w:b/>
        </w:rPr>
        <w:t xml:space="preserve">[02:23] </w:t>
      </w:r>
      <w:r>
        <w:t>to dekhen, dono ek baat nahi hain yeh. pehlay hisse mein is mamle ke nazri pehlu ko bayan kiya gaya hai, nazri, aur dusre hisse mein is ke mamle ke amli pehlu ko bayan kiya gaya hai.</w:t>
      </w:r>
    </w:p>
    <w:p>
      <w:pPr>
        <w:jc w:val="right"/>
      </w:pPr>
      <w:r>
        <w:t>تو دیکھیں، دونوں ایک بات نہیں ہیں یہ۔ پہلے حصے میں اس معاملے کے نظری پہلو کو بیان کیا گیا ہے، نظری، اور دوسرے حصے میں اس کے معاملے کے عملی پہلو کو بیان کیا گیا ہے۔</w:t>
      </w:r>
    </w:p>
    <w:p>
      <w:r>
        <w:rPr>
          <w:b/>
        </w:rPr>
        <w:t xml:space="preserve">[02:38] </w:t>
      </w:r>
      <w:r>
        <w:t>yeh jawaneb bohat hi zyada zaroori hain, warna hadees wazeh nahi hogi.</w:t>
      </w:r>
    </w:p>
    <w:p>
      <w:pPr>
        <w:jc w:val="right"/>
      </w:pPr>
      <w:r>
        <w:t>یہ جوانب بہت ہی زیادہ ضروری ہیں، ورنہ حدیث واضح نہیں ہوگی۔</w:t>
      </w:r>
    </w:p>
    <w:p>
      <w:r>
        <w:rPr>
          <w:b/>
        </w:rPr>
        <w:t xml:space="preserve">[02:46] </w:t>
      </w:r>
      <w:r>
        <w:t>lekin dono ke mamle mein logon ne sakht ghaltiyan ki hain. pehla jo hissa hai: la tajma'u ummati ala dalalah meri ummat, yani ummat-e-muslima,</w:t>
      </w:r>
    </w:p>
    <w:p>
      <w:pPr>
        <w:jc w:val="right"/>
      </w:pPr>
      <w:r>
        <w:t>لیکن دونوں کے معاملے میں لوگوں نے سخت غلطیاں کی ہیں۔ پہلا جو حصہ ہے: لا تجتمعوا أمتي على ضلالة میری امت، یعنی امتِ مسلمہ،</w:t>
      </w:r>
    </w:p>
    <w:p>
      <w:r>
        <w:rPr>
          <w:b/>
        </w:rPr>
        <w:t xml:space="preserve">[03:01] </w:t>
      </w:r>
      <w:r>
        <w:t>zalaalat par aktha nahi hogi.</w:t>
      </w:r>
    </w:p>
    <w:p>
      <w:pPr>
        <w:jc w:val="right"/>
      </w:pPr>
      <w:r>
        <w:t>ذلالت پر اکٹھا نہیں ہوگی۔</w:t>
      </w:r>
    </w:p>
    <w:p>
      <w:r>
        <w:rPr>
          <w:b/>
        </w:rPr>
        <w:t xml:space="preserve">[03:05] </w:t>
      </w:r>
      <w:r>
        <w:t>iska matlab logon ne yeh samajh liya ke ummat jab kisi issue par mutahid ho jaye to woh issue sahi hoga.</w:t>
      </w:r>
    </w:p>
    <w:p>
      <w:pPr>
        <w:jc w:val="right"/>
      </w:pPr>
      <w:r>
        <w:t>اس کا مطلب لوگوں نے یہ سمجھ لیا کہ امت جب کسی issue پر متحد ہو جائے تو وہ issue صحیح ہوگا۔</w:t>
      </w:r>
    </w:p>
    <w:p>
      <w:r>
        <w:rPr>
          <w:b/>
        </w:rPr>
        <w:t xml:space="preserve">[03:16] </w:t>
      </w:r>
      <w:r>
        <w:t>yani ijtima ko haq ke mani mein le liya. yeh hargiz is hadith ka mafhoom nahi hai. kisi bheed ka mujtami ho jana yeh is baat ka saboot nahi hai ke woh mawqaf jo hai haq hai.</w:t>
      </w:r>
    </w:p>
    <w:p>
      <w:pPr>
        <w:jc w:val="right"/>
      </w:pPr>
      <w:r>
        <w:t>یعنی اجتماع کو حق کے معنی میں لے لیا۔ یہ ہرگز اس حدیث کا مفہوم نہیں ہے۔ کسی بھیڑ کا مجتمع ہو جانا یہ اس بات کا ثبوت نہیں ہے کہ وہ موقف جو ہے حق ہے۔</w:t>
      </w:r>
    </w:p>
    <w:p>
      <w:r>
        <w:rPr>
          <w:b/>
        </w:rPr>
        <w:t xml:space="preserve">[03:35] </w:t>
      </w:r>
      <w:r>
        <w:t>misalan dekhen,</w:t>
      </w:r>
    </w:p>
    <w:p>
      <w:pPr>
        <w:jc w:val="right"/>
      </w:pPr>
      <w:r>
        <w:t>مثلاً دیکھیں،</w:t>
      </w:r>
    </w:p>
    <w:p>
      <w:r>
        <w:rPr>
          <w:b/>
        </w:rPr>
        <w:t xml:space="preserve">[03:38] </w:t>
      </w:r>
      <w:r>
        <w:t>agar haq ho to is tarah ke waqiat kai baar hue hain, aur is mein ummat sakht nakaam hui. misalan dekhen,</w:t>
      </w:r>
    </w:p>
    <w:p>
      <w:pPr>
        <w:jc w:val="right"/>
      </w:pPr>
      <w:r>
        <w:t>اگر حق ہو تو اس طرح کے واقعات کئی بار ہوئے ہیں، اور اس میں امت سخت ناکام ہوئی۔ مثلاً دیکھیں،</w:t>
      </w:r>
    </w:p>
    <w:p>
      <w:r>
        <w:rPr>
          <w:b/>
        </w:rPr>
        <w:t xml:space="preserve">[03:52] </w:t>
      </w:r>
      <w:r>
        <w:t>beesveen sadi ke rub'e awwal mein taqreeban poori ummat jo hai mujtami ho gayi thi khilafat-e-turki ke masle par.</w:t>
      </w:r>
    </w:p>
    <w:p>
      <w:pPr>
        <w:jc w:val="right"/>
      </w:pPr>
      <w:r>
        <w:t>بیسویں صدی کے ربع اول میں تقریباً پوری امت جو ہے مجتمع ہو گئی تھی خلافتِ ترکی کے مسئلے پر۔</w:t>
      </w:r>
    </w:p>
    <w:p>
      <w:r>
        <w:rPr>
          <w:b/>
        </w:rPr>
        <w:t xml:space="preserve">[04:03] </w:t>
      </w:r>
      <w:r>
        <w:t>yani turki khilafat ko bachao, lekin poori ummat ka ijtima turki khilafat ko bacha nahi saka. khilafat khatm ho gayi.</w:t>
      </w:r>
    </w:p>
    <w:p>
      <w:pPr>
        <w:jc w:val="right"/>
      </w:pPr>
      <w:r>
        <w:t>یعنی ترکی خلافت کو بچاؤ، لیکن پوری امت کا اجتماع ترکی خلافت کو بچا نہیں سکا۔ خلافت ختم ہو گئی۔</w:t>
      </w:r>
    </w:p>
    <w:p>
      <w:r>
        <w:rPr>
          <w:b/>
        </w:rPr>
        <w:t xml:space="preserve">[04:16] </w:t>
      </w:r>
      <w:r>
        <w:t>to agar poori ummat ka kisi issue par aktha ho jana yeh haq ki alamat ho to kya Allah ne saath nahi diya in ka?</w:t>
      </w:r>
    </w:p>
    <w:p>
      <w:pPr>
        <w:jc w:val="right"/>
      </w:pPr>
      <w:r>
        <w:t>تو اگر پوری امت کا کسی issue پر اکٹھا ہو جانا یہ حق کی علامت ہو تو کیا اللہ نے ساتھ نہیں دیا ان کا؟</w:t>
      </w:r>
    </w:p>
    <w:p>
      <w:r>
        <w:rPr>
          <w:b/>
        </w:rPr>
        <w:t xml:space="preserve">[04:26] </w:t>
      </w:r>
      <w:r>
        <w:t>halankeh yeh namumkin baat hai. yani poori poori ummat ek sachay issue par aktha ho jaye aur Allah saath na de is ka, yeh to bilkul unthinkable hai.</w:t>
      </w:r>
    </w:p>
    <w:p>
      <w:pPr>
        <w:jc w:val="right"/>
      </w:pPr>
      <w:r>
        <w:t>حالانکہ یہ ناممکن بات ہے۔ یعنی پوری پوری امت ایک سچے issue پر اکٹھا ہو جائے اور اللہ ساتھ نہ دے اس کا، یہ تو بالکل unthinkable ہے۔</w:t>
      </w:r>
    </w:p>
    <w:p>
      <w:r>
        <w:rPr>
          <w:b/>
        </w:rPr>
        <w:t xml:space="preserve">[04:39] </w:t>
      </w:r>
      <w:r>
        <w:t>aise hi dekhen, falasteen ke issue par tamam arab, jitne bhi arab hain, sab mutahid hain.</w:t>
      </w:r>
    </w:p>
    <w:p>
      <w:pPr>
        <w:jc w:val="right"/>
      </w:pPr>
      <w:r>
        <w:t>ایسے ہی دیکھیں، فلسطین کے issue پر تمام عرب، جتنے بھی عرب ہیں، سب متحد ہیں۔</w:t>
      </w:r>
    </w:p>
    <w:p>
      <w:r>
        <w:rPr>
          <w:b/>
        </w:rPr>
        <w:t xml:space="preserve">[04:46] </w:t>
      </w:r>
      <w:r>
        <w:t>to agar in ka mawqaf durust ho to falasteen mein woh nakaam kyun ho rahe hain? agar in ka mawqaf durust hota zaroor in ko falasteen mein kamyabi hoti.</w:t>
      </w:r>
    </w:p>
    <w:p>
      <w:pPr>
        <w:jc w:val="right"/>
      </w:pPr>
      <w:r>
        <w:t>تو اگر ان کا موقف درست ہو تو فلسطین میں وہ ناکام کیوں ہو رہے ہیں؟ اگر ان کا موقف درست ہوتا ضرور ان کو فلسطین میں کامیابی ہوتی۔</w:t>
      </w:r>
    </w:p>
    <w:p>
      <w:r>
        <w:rPr>
          <w:b/>
        </w:rPr>
        <w:t xml:space="preserve">[04:58] </w:t>
      </w:r>
      <w:r>
        <w:t>aise hi dekhen, maghribi qomon ke baray mein sare musalman, shayad mein hi ek mustasni hoon, yeh samajhte hain ke sab maghribi qomein muslim dushman hain,</w:t>
      </w:r>
    </w:p>
    <w:p>
      <w:pPr>
        <w:jc w:val="right"/>
      </w:pPr>
      <w:r>
        <w:t>ایسے ہی دیکھیں، مغربی قوموں کے بارے میں سارے مسلمان، شاید میں ہی ایک مستثنیٰ ہوں، یہ سمجھتے ہیں کہ سب مغربی قومیں مسلم دشمن ہیں،</w:t>
      </w:r>
    </w:p>
    <w:p>
      <w:r>
        <w:rPr>
          <w:b/>
        </w:rPr>
        <w:t xml:space="preserve">[05:12] </w:t>
      </w:r>
      <w:r>
        <w:t>islam ke khilaf hain.</w:t>
      </w:r>
    </w:p>
    <w:p>
      <w:pPr>
        <w:jc w:val="right"/>
      </w:pPr>
      <w:r>
        <w:t>اسلام کے خلاف ہیں۔</w:t>
      </w:r>
    </w:p>
    <w:p>
      <w:r>
        <w:rPr>
          <w:b/>
        </w:rPr>
        <w:t xml:space="preserve">[05:15] </w:t>
      </w:r>
      <w:r>
        <w:t>to agar yeh mawqaf durust hota to unhein koi taraqqi kyun ho rahi hai? wohi har jagah kyun dominate kar rahe hain? musalman to sirf protest kar rahe hain, complaint kar rahe hain, shikayatein kar rahe hain.</w:t>
      </w:r>
    </w:p>
    <w:p>
      <w:pPr>
        <w:jc w:val="right"/>
      </w:pPr>
      <w:r>
        <w:t>تو اگر یہ موقف درست ہوتا تو انہیں کوئی ترقی کیوں ہو رہی ہے؟ وہی ہر جگہ کیوں dominate کر رہے ہیں؟ مسلمان تو صرف protest کر رہے ہیں، complaint کر رہے ہیں، شکایتیں کر رہے ہیں۔</w:t>
      </w:r>
    </w:p>
    <w:p>
      <w:r>
        <w:rPr>
          <w:b/>
        </w:rPr>
        <w:t xml:space="preserve">[05:30] </w:t>
      </w:r>
      <w:r>
        <w:t>to yeh baat bazahir ghalat hai ke ummat agar kisi issue par ek ho jaye,</w:t>
      </w:r>
    </w:p>
    <w:p>
      <w:pPr>
        <w:jc w:val="right"/>
      </w:pPr>
      <w:r>
        <w:t>تو یہ بات بظاہر غلط ہے کہ امت اگر کسی issue پر ایک ہو جائے،</w:t>
      </w:r>
    </w:p>
    <w:p>
      <w:r>
        <w:rPr>
          <w:b/>
        </w:rPr>
        <w:t xml:space="preserve">[05:45] </w:t>
      </w:r>
      <w:r>
        <w:t>mutahid ho jaye to woh issue mabni bar haq hoga. is se yeh sabit nahi hota. dekhen, sahi baat yeh hai</w:t>
      </w:r>
    </w:p>
    <w:p>
      <w:pPr>
        <w:jc w:val="right"/>
      </w:pPr>
      <w:r>
        <w:t>متحد ہو جائے تو وہ issue مبنی برحق ہوگا۔ اس سے یہ ثابت نہیں ہوتا۔ دیکھیں، صحیح بات یہ ہے</w:t>
      </w:r>
    </w:p>
    <w:p>
      <w:r>
        <w:rPr>
          <w:b/>
        </w:rPr>
        <w:t xml:space="preserve">[05:57] </w:t>
      </w:r>
      <w:r>
        <w:t>ke is hadith ka sahi matlab yeh hai ke aisa kabhi nahi hoga ke sare ke sare log zillat par aktha ho jayen.</w:t>
      </w:r>
    </w:p>
    <w:p>
      <w:pPr>
        <w:jc w:val="right"/>
      </w:pPr>
      <w:r>
        <w:t>کہ اس حدیث کا صحیح مطلب یہ ہے کہ ایسا کبھی نہیں ہوگا کہ سارے کے سارے لوگ ذلالت پر اکٹھا ہو جائیں۔</w:t>
      </w:r>
    </w:p>
    <w:p>
      <w:r>
        <w:rPr>
          <w:b/>
        </w:rPr>
        <w:t xml:space="preserve">[06:09] </w:t>
      </w:r>
      <w:r>
        <w:t>kuch na kuch aise afraad honge jo zillat se bache hue honge.</w:t>
      </w:r>
    </w:p>
    <w:p>
      <w:pPr>
        <w:jc w:val="right"/>
      </w:pPr>
      <w:r>
        <w:t>کچھ نہ کچھ ایسے افراد ہوں گے جو ذلالت سے بچے ہوئے ہوں گے۔</w:t>
      </w:r>
    </w:p>
    <w:p>
      <w:r>
        <w:rPr>
          <w:b/>
        </w:rPr>
        <w:t xml:space="preserve">[06:17] </w:t>
      </w:r>
      <w:r>
        <w:t>is mein istithna par zor hai na ke umoom par.</w:t>
      </w:r>
    </w:p>
    <w:p>
      <w:pPr>
        <w:jc w:val="right"/>
      </w:pPr>
      <w:r>
        <w:t>اس میں استثنیٰ پر زور ہے نہ کہ عموم پر۔</w:t>
      </w:r>
    </w:p>
    <w:p>
      <w:r>
        <w:rPr>
          <w:b/>
        </w:rPr>
        <w:t xml:space="preserve">[06:23] </w:t>
      </w:r>
      <w:r>
        <w:t>yani is mein exception par zor hai na ke rule ka. yani chahe kitna hi zyada bigad aa jaye, kitne zyada baray paimane par logon mein zillat aa jaye, lekin phir bhi ummat ke kuch afraad is se bache hue honge.</w:t>
      </w:r>
    </w:p>
    <w:p>
      <w:pPr>
        <w:jc w:val="right"/>
      </w:pPr>
      <w:r>
        <w:t>یعنی اس میں exception پر زور ہے نہ کہ rule کا۔ یعنی چاہے کتنا ہی زیادہ بگاڑ آ جائے، کتنے زیادہ بڑے پیمانے پر لوگوں میں ذلالت آ جائے، لیکن پھر بھی امت کے کچھ افراد اس سے بچے ہوئے ہوں گے۔</w:t>
      </w:r>
    </w:p>
    <w:p>
      <w:r>
        <w:rPr>
          <w:b/>
        </w:rPr>
        <w:t xml:space="preserve">[06:42] </w:t>
      </w:r>
      <w:r>
        <w:t>yeh ummat ki fazilat ki baat nahi hai.</w:t>
      </w:r>
    </w:p>
    <w:p>
      <w:pPr>
        <w:jc w:val="right"/>
      </w:pPr>
      <w:r>
        <w:t>یہ امت کی فضیلت کی بات نہیں ہے۔</w:t>
      </w:r>
    </w:p>
    <w:p>
      <w:r>
        <w:rPr>
          <w:b/>
        </w:rPr>
        <w:t xml:space="preserve">[06:45] </w:t>
      </w:r>
      <w:r>
        <w:t>is ka matlab nahi ke ummat bohat afzal hai is liye aisa hoga. hargiz nahi. is ka matlab yeh hai ke chunke is ummat ki bana jo hai quran par hai aur sunnat-e-rasool par hai aur woh mehfooz hai, to quran aur sunnat-e-rasool ka mehfooz hona is baat ka zaman ban jayega ke kuch na kuch log zaroor zillat se bach jayenge.</w:t>
      </w:r>
    </w:p>
    <w:p>
      <w:pPr>
        <w:jc w:val="right"/>
      </w:pPr>
      <w:r>
        <w:t>اس کا مطلب نہیں کہ امت بہت افضل ہے اس لیے ایسا ہوگا۔ ہرگز نہیں۔ اس کا مطلب یہ ہے کہ چونکہ اس امت کی بنا جو ہے قرآن پر ہے اور سنت رسول پر ہے اور وہ محفوظ ہے، تو قرآن اور سنت رسول کا محفوظ ہونا اس بات کا ضامن بن جائے گا کہ کچھ نہ کچھ لوگ ضرور ذلالت سے بچ جائیں گے۔</w:t>
      </w:r>
    </w:p>
    <w:p>
      <w:r>
        <w:rPr>
          <w:b/>
        </w:rPr>
        <w:t xml:space="preserve">[07:12] </w:t>
      </w:r>
      <w:r>
        <w:t>agar quran mehfooz na hota, agar sunnat-e-rasool mehfooz na hoti to ek taraf se saat feesad bigad aa sakta tha. lekin quran ka mehfooz hona, sunnat-e-rasool ka mehfooz hona,</w:t>
      </w:r>
    </w:p>
    <w:p>
      <w:pPr>
        <w:jc w:val="right"/>
      </w:pPr>
      <w:r>
        <w:t>اگر قرآن محفوظ نہ ہوتا، اگر سنت رسول محفوظ نہ ہوتی تو ایک طرف سے سات فیصد بگاڑ آ سکتا تھا۔ لیکن قرآن کا محفوظ ہونا، سنت رسول کا محفوظ ہونا،</w:t>
      </w:r>
    </w:p>
    <w:p>
      <w:r>
        <w:rPr>
          <w:b/>
        </w:rPr>
        <w:t xml:space="preserve">[07:26] </w:t>
      </w:r>
      <w:r>
        <w:t>yeh is baat ka ek zaman hai abadi tor par. abadi tor par. ke sare ke sare log bigad ka shikar na hon, kuch log zaroor is se bach jayen.</w:t>
      </w:r>
    </w:p>
    <w:p>
      <w:pPr>
        <w:jc w:val="right"/>
      </w:pPr>
      <w:r>
        <w:t>یہ اس بات کا ایک ضامن ہے ابدی طور پر۔ ابدی طور پر۔ کہ سارے کے سارے لوگ بگاڑ کا شکار نہ ہوں، کچھ لوگ ضرور اس سے بچ جائیں۔</w:t>
      </w:r>
    </w:p>
    <w:p>
      <w:r>
        <w:rPr>
          <w:b/>
        </w:rPr>
        <w:t xml:space="preserve">[07:44] </w:t>
      </w:r>
      <w:r>
        <w:t>to is hadith mein istithna ka zikr hai, umoom ka zikr nahi hai.</w:t>
      </w:r>
    </w:p>
    <w:p>
      <w:pPr>
        <w:jc w:val="right"/>
      </w:pPr>
      <w:r>
        <w:t>تو اس حدیث میں استثنیٰ کا ذکر ہے، عموم کا ذکر نہیں ہے۔</w:t>
      </w:r>
    </w:p>
    <w:p>
      <w:r>
        <w:rPr>
          <w:b/>
        </w:rPr>
        <w:t xml:space="preserve">[07:55] </w:t>
      </w:r>
      <w:r>
        <w:t>aur yeh ek waqia hai, har daur mein baar baar musalmanon mein bigad aaya hai, aaj bhi bigad hai, lekin hamesha kuch log is se bache hue hain.</w:t>
      </w:r>
    </w:p>
    <w:p>
      <w:pPr>
        <w:jc w:val="right"/>
      </w:pPr>
      <w:r>
        <w:t>اور یہ ایک واقعہ ہے، ہر دور میں بار بار مسلمانوں میں بگاڑ آیا ہے، آج بھی بگاڑ ہے، لیکن ہمیشہ کچھ لوگ اس سے بچے ہوئے ہیں۔</w:t>
      </w:r>
    </w:p>
    <w:p>
      <w:r>
        <w:rPr>
          <w:b/>
        </w:rPr>
        <w:t xml:space="preserve">[08:07] </w:t>
      </w:r>
      <w:r>
        <w:t>yani musalmanon mein baar baar bigad aaya hai aur aaj bhi bigad har taraf dekha ja sakta hai. lekin aisa nahi ke saat feesad sare afraad-e-ummat bigad jayen.</w:t>
      </w:r>
    </w:p>
    <w:p>
      <w:pPr>
        <w:jc w:val="right"/>
      </w:pPr>
      <w:r>
        <w:t>یعنی مسلمانوں میں بار بار بگاڑ آیا ہے اور آج بھی بگاڑ ہر طرف دیکھا جا سکتا ہے۔ لیکن ایسا نہیں کہ سات فیصد سارے افرادِ امت بگڑ جائیں۔</w:t>
      </w:r>
    </w:p>
    <w:p>
      <w:r>
        <w:rPr>
          <w:b/>
        </w:rPr>
        <w:t xml:space="preserve">[08:19] </w:t>
      </w:r>
      <w:r>
        <w:t>kuchh nah kuchh log hain jo is se bache hue hain. is ki wajah kya hai? is ki wajah yeh hai ke woh quran se deen-e-saheeh akhaz karne ki position mein hain, sunnat-e-rasool se deen-e-saheeh akhaz karne ki position mein hain.</w:t>
      </w:r>
    </w:p>
    <w:p>
      <w:pPr>
        <w:jc w:val="right"/>
      </w:pPr>
      <w:r>
        <w:t>کچھ نہ کچھ لوگ ہیں جو اس سے بچے ہوئے ہیں۔ اس کی وجہ کیا ہے؟ اس کی وجہ یہ ہے کہ وہ قرآن سے دینِ صحیح اخذ کرنے کی position میں ہیں، سنت رسول سے دینِ صحیح اخذ کرنے کی position میں ہیں۔</w:t>
      </w:r>
    </w:p>
    <w:p>
      <w:r>
        <w:rPr>
          <w:b/>
        </w:rPr>
        <w:t xml:space="preserve">[08:34] </w:t>
      </w:r>
      <w:r>
        <w:t>is bina par.</w:t>
      </w:r>
    </w:p>
    <w:p>
      <w:pPr>
        <w:jc w:val="right"/>
      </w:pPr>
      <w:r>
        <w:t>اس بنا پر۔</w:t>
      </w:r>
    </w:p>
    <w:p>
      <w:r>
        <w:rPr>
          <w:b/>
        </w:rPr>
        <w:t xml:space="preserve">[08:38] </w:t>
      </w:r>
      <w:r>
        <w:t>to lekin quran aur sunnat jo hai sari bheed ko pakad lenge, aisa nahin ho sakta. yeh to hoga.</w:t>
      </w:r>
    </w:p>
    <w:p>
      <w:pPr>
        <w:jc w:val="right"/>
      </w:pPr>
      <w:r>
        <w:t>تو لیکن قرآن اور سنت جو ہے ساری بھیڑ کو پکڑ لیں گے، ایسا نہیں ہو سکتا۔ یہ تو ہوگا۔</w:t>
      </w:r>
    </w:p>
    <w:p>
      <w:r>
        <w:rPr>
          <w:b/>
        </w:rPr>
        <w:t xml:space="preserve">[08:53] </w:t>
      </w:r>
      <w:r>
        <w:t>kuchh afraad ko pakaden ge, kuchh afraad ko bach jayen ge.</w:t>
      </w:r>
    </w:p>
    <w:p>
      <w:pPr>
        <w:jc w:val="right"/>
      </w:pPr>
      <w:r>
        <w:t>کچھ افراد کو پکڑیں گے، کچھ افراد کو بچ جائیں گے۔</w:t>
      </w:r>
    </w:p>
    <w:p>
      <w:r>
        <w:rPr>
          <w:b/>
        </w:rPr>
        <w:t xml:space="preserve">[09:01] </w:t>
      </w:r>
      <w:r>
        <w:t>to is hadith mein bahut hi ahem baat kahi gayi hai lekin woh bilkul sharhon mein hadaf hai. aam taur par yeh samajhte hain ke jab musalmanon ki bheed kisi issue par ekattha ho jaye to woh haq hai.</w:t>
      </w:r>
    </w:p>
    <w:p>
      <w:pPr>
        <w:jc w:val="right"/>
      </w:pPr>
      <w:r>
        <w:t>تو اس حدیث میں بہت ہی اہم بات کہی گئی ہے لیکن وہ بالکل شرحوں میں حذف ہے۔ عام طور پر یہ سمجھتے ہیں کہ جب مسلمانوں کی بھیڑ کسی issue پر اکٹھا ہو جائے تو وہ حق ہے۔</w:t>
      </w:r>
    </w:p>
    <w:p>
      <w:r>
        <w:rPr>
          <w:b/>
        </w:rPr>
        <w:t xml:space="preserve">[09:18] </w:t>
      </w:r>
      <w:r>
        <w:t>kaisa sabit hota hai? yeh bilkul, yani yeh bazahir galat hai. jis ko kehte hain Parima fisi it is strength rejected</w:t>
      </w:r>
    </w:p>
    <w:p>
      <w:pPr>
        <w:jc w:val="right"/>
      </w:pPr>
      <w:r>
        <w:t>کیسا ثابت ہوتا ہے؟ یہ بالکل، یعنی یہ بظاہر غلط ہے۔ جس کو کہتے ہیں Parima fisi it is strength rejected</w:t>
      </w:r>
    </w:p>
    <w:p>
      <w:r>
        <w:rPr>
          <w:b/>
        </w:rPr>
        <w:t xml:space="preserve">[09:32] </w:t>
      </w:r>
      <w:r>
        <w:t>aur is mein sara jo zor hai woh is baat par hai ke ummat ke asaas chuki quran par hain to is asaas ke mehfooz hone ki bina par hamesha kuchh nah kuchh log aise niklen ge jo sachche deen par qaim rahen ge.</w:t>
      </w:r>
    </w:p>
    <w:p>
      <w:pPr>
        <w:jc w:val="right"/>
      </w:pPr>
      <w:r>
        <w:t>اور اس میں سارا جو زور ہے وہ اس بات پر ہے کہ امت کے اثاث چونکہ قرآن پر ہیں تو اس اثاث کے محفوظ ہونے کی بنا پر ہمیشہ کچھ نہ کچھ لوگ ایسے نکلیں گے جو سچے دین پر قائم رہیں گے۔</w:t>
      </w:r>
    </w:p>
    <w:p>
      <w:r>
        <w:rPr>
          <w:b/>
        </w:rPr>
        <w:t xml:space="preserve">[09:51] </w:t>
      </w:r>
      <w:r>
        <w:t>chahe bigad kitna hi aam ho jaye lekin sab ke sab is mein bigad jayen, aisa nahin hoga.</w:t>
      </w:r>
    </w:p>
    <w:p>
      <w:pPr>
        <w:jc w:val="right"/>
      </w:pPr>
      <w:r>
        <w:t>چاہے بگاڑ کتنا ہی عام ہو جائے لیکن سب کے سب اس میں بگڑ جائیں، ایسا نہیں ہوگا۔</w:t>
      </w:r>
    </w:p>
    <w:p>
      <w:r>
        <w:rPr>
          <w:b/>
        </w:rPr>
        <w:t xml:space="preserve">[10:02] </w:t>
      </w:r>
      <w:r>
        <w:t>to ek pehlu yeh hai. doosra pehlu woh hai ke sawad-e-aazam ka itteba karo. sawad-e-aazam ka matlab hai aksariyat, majority.</w:t>
      </w:r>
    </w:p>
    <w:p>
      <w:pPr>
        <w:jc w:val="right"/>
      </w:pPr>
      <w:r>
        <w:t>تو ایک پہلو یہ ہے۔ دوسرا پہلو وہ ہے کہ سوادِ اعظم کا اتباع کرو۔ سوادِ اعظم کا مطلب ہے اکثریت، majority۔</w:t>
      </w:r>
    </w:p>
    <w:p>
      <w:r>
        <w:rPr>
          <w:b/>
        </w:rPr>
        <w:t xml:space="preserve">[10:13] </w:t>
      </w:r>
      <w:r>
        <w:t>yeh yahan itteba ki baat hai, yeh baat nahin ke sawad-e-aazam haq par hoga.</w:t>
      </w:r>
    </w:p>
    <w:p>
      <w:pPr>
        <w:jc w:val="right"/>
      </w:pPr>
      <w:r>
        <w:t>یہ یہاں اتباع کی بات ہے، یہ بات نہیں کہ سوادِ اعظم حق پر ہوگا۔</w:t>
      </w:r>
    </w:p>
    <w:p>
      <w:r>
        <w:rPr>
          <w:b/>
        </w:rPr>
        <w:t xml:space="preserve">[10:22] </w:t>
      </w:r>
      <w:r>
        <w:t>ya sirf is wajah liye ke is ka hargiz yeh matlab nahin ke sawad-e-aazam jo hoga woh haq par hoga.</w:t>
      </w:r>
    </w:p>
    <w:p>
      <w:pPr>
        <w:jc w:val="right"/>
      </w:pPr>
      <w:r>
        <w:t>یا صرف اس وجہ لیے کہ اس کا ہرگز یہ مطلب نہیں کہ سوادِ اعظم جو ہوگا وہ حق پر ہوگا۔</w:t>
      </w:r>
    </w:p>
    <w:p>
      <w:r>
        <w:rPr>
          <w:b/>
        </w:rPr>
        <w:t xml:space="preserve">[10:30] </w:t>
      </w:r>
      <w:r>
        <w:t>nahin. is ka matlab sirf yeh hai ke jab beshtar log</w:t>
      </w:r>
    </w:p>
    <w:p>
      <w:pPr>
        <w:jc w:val="right"/>
      </w:pPr>
      <w:r>
        <w:t>نہیں۔ اس کا مطلب صرف یہ ہے کہ جب بیشتر لوگ</w:t>
      </w:r>
    </w:p>
    <w:p>
      <w:r>
        <w:rPr>
          <w:b/>
        </w:rPr>
        <w:t xml:space="preserve">[10:39] </w:t>
      </w:r>
      <w:r>
        <w:t>kisi amar par mutaffiq ho jayen to wahan par tum un ka bhi saath do. chahe woh tumhein galat nazar aate hon.</w:t>
      </w:r>
    </w:p>
    <w:p>
      <w:pPr>
        <w:jc w:val="right"/>
      </w:pPr>
      <w:r>
        <w:t>کسی امر پر متفق ہو جائیں تو وہاں پر تم ان کا بھی ساتھ دو۔ چاہے وہ تمہیں غلط نظر آتے ہوں۔</w:t>
      </w:r>
    </w:p>
    <w:p>
      <w:r>
        <w:rPr>
          <w:b/>
        </w:rPr>
        <w:t xml:space="preserve">[10:50] </w:t>
      </w:r>
      <w:r>
        <w:t>kyunke al-khilaf shar .</w:t>
      </w:r>
    </w:p>
    <w:p>
      <w:pPr>
        <w:jc w:val="right"/>
      </w:pPr>
      <w:r>
        <w:t>کیونکہ الخلاف شر ۔</w:t>
      </w:r>
    </w:p>
    <w:p>
      <w:r>
        <w:rPr>
          <w:b/>
        </w:rPr>
        <w:t xml:space="preserve">[10:55] </w:t>
      </w:r>
      <w:r>
        <w:t>jaise misaal ke taur par dekhen, ek masjid hai, is ke andar baqayda panch waqt ki namaz qaim hai.</w:t>
      </w:r>
    </w:p>
    <w:p>
      <w:pPr>
        <w:jc w:val="right"/>
      </w:pPr>
      <w:r>
        <w:t>جیسے مثال کے طور پر دیکھیں، ایک مسجد ہے، اس کے اندر باقاعدہ پانچ وقت کی نماز قائم ہے۔</w:t>
      </w:r>
    </w:p>
    <w:p>
      <w:r>
        <w:rPr>
          <w:b/>
        </w:rPr>
        <w:t xml:space="preserve">[11:06] </w:t>
      </w:r>
      <w:r>
        <w:t>ek imam sahab hain, un par sare namaziyon ka ittefaq hai. ab is mein agar chand aadmi yeh samjhen ke yeh ke is imam ke peeche namaz jaiz nahin hai, is mein falan kharabi hai,</w:t>
      </w:r>
    </w:p>
    <w:p>
      <w:pPr>
        <w:jc w:val="right"/>
      </w:pPr>
      <w:r>
        <w:t>ایک امام صاحب ہیں، ان پر سارے نمازیوں کا اتفاق ہے۔ اب اس میں اگر چند آدمی یہ سمجھیں کہ یہ کہ اس امام کے پیچھے نماز جائز نہیں ہے، اس میں فلاں خرابی ہے،</w:t>
      </w:r>
    </w:p>
    <w:p>
      <w:r>
        <w:rPr>
          <w:b/>
        </w:rPr>
        <w:t xml:space="preserve">[11:24] </w:t>
      </w:r>
      <w:r>
        <w:t>to in chand aadmiyon ke liye jaiz nahin hoga ke jamaat chhod den. nahin, woh doosre musalmanon ke sath unhein namaz padhna chahiye.</w:t>
      </w:r>
    </w:p>
    <w:p>
      <w:pPr>
        <w:jc w:val="right"/>
      </w:pPr>
      <w:r>
        <w:t>تو ان چند آدمیوں کے لیے جائز نہیں ہوگا کہ جماعت چھوڑ دیں۔ نہیں، وہ دوسرے مسلمانوں کے ساتھ انہیں نماز پڑھنا چاہیے۔</w:t>
      </w:r>
    </w:p>
    <w:p>
      <w:r>
        <w:rPr>
          <w:b/>
        </w:rPr>
        <w:t xml:space="preserve">[11:35] </w:t>
      </w:r>
      <w:r>
        <w:t>yeh matlab hai is ka. yani doosre hisse mein jis cheez ka zikr hai woh hai ijtimaiyat ko baqi rakhna.</w:t>
      </w:r>
    </w:p>
    <w:p>
      <w:pPr>
        <w:jc w:val="right"/>
      </w:pPr>
      <w:r>
        <w:t>یہ مطلب ہے اس کا۔ یعنی دوسرے حصے میں جس چیز کا ذکر ہے وہ ہے اجتماعیت کو باقی رکھنا۔</w:t>
      </w:r>
    </w:p>
    <w:p>
      <w:r>
        <w:rPr>
          <w:b/>
        </w:rPr>
        <w:t xml:space="preserve">[11:47] </w:t>
      </w:r>
      <w:r>
        <w:t>yani pehle hisse mein zikr tha ke quran o sunnat ke mehfooz hone ki bina par hamesha kuchh nah kuchh afraad bigad se bach jayen ge.</w:t>
      </w:r>
    </w:p>
    <w:p>
      <w:pPr>
        <w:jc w:val="right"/>
      </w:pPr>
      <w:r>
        <w:t>یعنی پہلے حصے میں ذکر تھا کہ قرآن و سنت کے محفوظ ہونے کی بنا پر ہمیشہ کچھ نہ کچھ افراد بگاڑ سے بچ جائیں گے۔</w:t>
      </w:r>
    </w:p>
    <w:p>
      <w:r>
        <w:rPr>
          <w:b/>
        </w:rPr>
        <w:t xml:space="preserve">[11:58] </w:t>
      </w:r>
      <w:r>
        <w:t>woh deen ki saheeh numaindagi karenge. deen ki saheeh numaindagi karenge. aur doosre hisse mein zikr hai ke intishar aur ikhtilaf bahut buri cheez hai.</w:t>
      </w:r>
    </w:p>
    <w:p>
      <w:pPr>
        <w:jc w:val="right"/>
      </w:pPr>
      <w:r>
        <w:t>وہ دین کی صحیح نمائندگی کریں گے۔ دین کی صحیح نمائندگی کریں گے۔ اور دوسرے حصے میں ذکر ہے کہ انتشار اور اختلاف بہت بری چیز ہے۔</w:t>
      </w:r>
    </w:p>
    <w:p>
      <w:r>
        <w:rPr>
          <w:b/>
        </w:rPr>
        <w:t xml:space="preserve">[12:18] </w:t>
      </w:r>
      <w:r>
        <w:t>to intishar ikhtilaf se ummat ko bachane ke liye tum ko aisa karna hai ke agar tum ko ikhtilaf ho majmoo'e se lekin majmoo'e ko tum badalne ki position mein nahin ho,</w:t>
      </w:r>
    </w:p>
    <w:p>
      <w:pPr>
        <w:jc w:val="right"/>
      </w:pPr>
      <w:r>
        <w:t>تو انتشار اختلاف سے امت کو بچانے کے لیے تم کو ایسا کرنا ہے کہ اگر تم کو اختلاف ہو مجموعے سے لیکن مجموعے کو تم بدلنے کی position میں نہیں ہو،</w:t>
      </w:r>
    </w:p>
    <w:p>
      <w:r>
        <w:rPr>
          <w:b/>
        </w:rPr>
        <w:t xml:space="preserve">[12:37] </w:t>
      </w:r>
      <w:r>
        <w:t>yani jo aksariyat hai us ko tum badalne ki position mein nahin ho, to tum apni zaati rai ko amalan moetal kar do.</w:t>
      </w:r>
    </w:p>
    <w:p>
      <w:pPr>
        <w:jc w:val="right"/>
      </w:pPr>
      <w:r>
        <w:t>یعنی جو اکثریت ہے اس کو تم بدلنے کی position میں نہیں ہو، تو تم اپنی ذاتی رائے کو عملاً معطل کر دو۔</w:t>
      </w:r>
    </w:p>
    <w:p>
      <w:r>
        <w:rPr>
          <w:b/>
        </w:rPr>
        <w:t xml:space="preserve">[12:46] </w:t>
      </w:r>
      <w:r>
        <w:t>amalan. zehni taur par nahin. jaise main ne arz kiya ke masjid mein, masjid mein farz kijiye ke beshtar namazi ek imam ke imam par mutaffiq hain.</w:t>
      </w:r>
    </w:p>
    <w:p>
      <w:pPr>
        <w:jc w:val="right"/>
      </w:pPr>
      <w:r>
        <w:t>عملاً۔ ذہنی طور پر نہیں۔ جیسے میں نے عرض کیا کہ مسجد میں، مسجد میں فرض کیجیے کہ بیشتر نمازی ایک امام کے امام پر متفق ہیں۔</w:t>
      </w:r>
    </w:p>
    <w:p>
      <w:r>
        <w:rPr>
          <w:b/>
        </w:rPr>
        <w:t xml:space="preserve">[12:59] </w:t>
      </w:r>
      <w:r>
        <w:t>ab chand aadmi samajhte hain ke is imam ke peeche namaz jaiz nahin hai, to un chand aadmi ko alag hona jaiz nahin hai. kyunke ijtimaiyat muntashir hoti hai. aapas mein jhagde jhagde khade hote hain.</w:t>
      </w:r>
    </w:p>
    <w:p>
      <w:pPr>
        <w:jc w:val="right"/>
      </w:pPr>
      <w:r>
        <w:t>اب چند آدمی سمجھتے ہیں کہ اس امام کے پیچھے نماز جائز نہیں ہے، تو ان چند آدمی کو الگ ہونا جائز نہیں ہے۔ کیونکہ اجتماعیت منتشر ہوتی ہے۔ آپس میں جھگڑے جھگڑے کھڑے ہوتے ہیں۔</w:t>
      </w:r>
    </w:p>
    <w:p>
      <w:r>
        <w:rPr>
          <w:b/>
        </w:rPr>
        <w:t xml:space="preserve">[13:14] </w:t>
      </w:r>
      <w:r>
        <w:t>to hadith ke pehle hisse mein hikmat-e-nazari ki baat hai aur doosre hisse mein hikmat-e-amali ki baat hai.</w:t>
      </w:r>
    </w:p>
    <w:p>
      <w:pPr>
        <w:jc w:val="right"/>
      </w:pPr>
      <w:r>
        <w:t>تو حدیث کے پہلے حصے میں حکمتِ نظری کی بات ہے اور دوسرے حصے میں حکمتِ عملی کی بات ہے۔</w:t>
      </w:r>
    </w:p>
    <w:p>
      <w:r>
        <w:rPr>
          <w:b/>
        </w:rPr>
        <w:t xml:space="preserve">[13:23] </w:t>
      </w:r>
      <w:r>
        <w:t>yani practical wisdom۔ doosre hisse mein practical wisdom ki baat hai aur doosre hisse mein critical wisdom ki baat hai۔</w:t>
      </w:r>
    </w:p>
    <w:p>
      <w:pPr>
        <w:jc w:val="right"/>
      </w:pPr>
      <w:r>
        <w:t>یعنی practical wisdom۔ دوسرے حصے میں practical wisdom کی بات ہے اور دوسرے حصے میں critical wisdom کی بات ہے۔</w:t>
      </w:r>
    </w:p>
    <w:p>
      <w:r>
        <w:rPr>
          <w:b/>
        </w:rPr>
        <w:t xml:space="preserve">[13:33] </w:t>
      </w:r>
      <w:r>
        <w:t>hamesha yaad rakhiye, ek hoti hai critical wisdom, ek hoti hai practical wisdom۔</w:t>
      </w:r>
    </w:p>
    <w:p>
      <w:pPr>
        <w:jc w:val="right"/>
      </w:pPr>
      <w:r>
        <w:t>ہمیشہ یاد رکھیے، ایک ہوتی ہے critical wisdom، ایک ہوتی ہے practical wisdom۔</w:t>
      </w:r>
    </w:p>
    <w:p>
      <w:r>
        <w:rPr>
          <w:b/>
        </w:rPr>
        <w:t xml:space="preserve">[13:41] </w:t>
      </w:r>
      <w:r>
        <w:t>to is hadith mein dono ko alag kar diya gaya۔</w:t>
      </w:r>
    </w:p>
    <w:p>
      <w:pPr>
        <w:jc w:val="right"/>
      </w:pPr>
      <w:r>
        <w:t>تو اس حدیث میں دونوں کو الگ کر دیا گیا۔</w:t>
      </w:r>
    </w:p>
    <w:p>
      <w:r>
        <w:rPr>
          <w:b/>
        </w:rPr>
        <w:t xml:space="preserve">[13:49] </w:t>
      </w:r>
      <w:r>
        <w:t>aur yeh bohat hi zyada aham hadayat hai, bohat zyada aham hadith hai. is mein bohat zabardast formula bata diya gaya۔</w:t>
      </w:r>
    </w:p>
    <w:p>
      <w:pPr>
        <w:jc w:val="right"/>
      </w:pPr>
      <w:r>
        <w:t>اور یہ بہت ہی زیادہ اہم ہدایت ہے، بہت زیادہ اہم حدیث ہے۔ اس میں بہت زبردست فارمولا بتا دیا گیا۔</w:t>
      </w:r>
    </w:p>
    <w:p>
      <w:r>
        <w:rPr>
          <w:b/>
        </w:rPr>
        <w:t xml:space="preserve">[14:03] </w:t>
      </w:r>
      <w:r>
        <w:t>bohat zabardast formula. ke mislan pehle hisse ko leejie aap. logon mein bigaad aa gaya hai. aksar log shikayatein karte hain. arey bhai yeh bigaad hai, woh bigaad hai۔</w:t>
      </w:r>
    </w:p>
    <w:p>
      <w:pPr>
        <w:jc w:val="right"/>
      </w:pPr>
      <w:r>
        <w:t>بہت زبردست فارمولا۔ کہ مثلاً پہلے حصے کو لیجیے آپ۔ لوگوں میں بگاڑ آ گیا ہے۔ اکثر لوگ شکایتیں کرتے ہیں۔ ارے بھئی یہ بگاڑ ہے، وہ بگاڑ ہے۔</w:t>
      </w:r>
    </w:p>
    <w:p>
      <w:r>
        <w:rPr>
          <w:b/>
        </w:rPr>
        <w:t xml:space="preserve">[14:13] </w:t>
      </w:r>
      <w:r>
        <w:t>to sawal shikayatein kyun karte ho? is par shukr ada karo ke Quran o Sunnat mehfooz hain aur hum is position mein hain ke Quran o Sunnat aur hadith deen-e-saheeh ko akhaz kar saken۔</w:t>
      </w:r>
    </w:p>
    <w:p>
      <w:pPr>
        <w:jc w:val="right"/>
      </w:pPr>
      <w:r>
        <w:t>تو سوال شکایتیں کیوں کرتے ہو؟ اس پر شکر ادا کرو کہ قرآن و سنت محفوظ ہیں اور ہم اس position میں ہیں کہ قرآن و سنت اور حدیث دینِ صحیح کو اخذ کر سکیں۔</w:t>
      </w:r>
    </w:p>
    <w:p>
      <w:r>
        <w:rPr>
          <w:b/>
        </w:rPr>
        <w:t xml:space="preserve">[14:26] </w:t>
      </w:r>
      <w:r>
        <w:t>aksar log yahi kehte hain, bohat bigaad hai, bohat ummat mein fasaad hai, yeh hai, woh hai۔</w:t>
      </w:r>
    </w:p>
    <w:p>
      <w:pPr>
        <w:jc w:val="right"/>
      </w:pPr>
      <w:r>
        <w:t>اکثر لوگ یہی کہتے ہیں، بہت بگاڑ ہے، بہت امت میں فساد ہے، یہ ہے، وہ ہے۔</w:t>
      </w:r>
    </w:p>
    <w:p>
      <w:r>
        <w:rPr>
          <w:b/>
        </w:rPr>
        <w:t xml:space="preserve">[14:35] </w:t>
      </w:r>
      <w:r>
        <w:t>to is se kya maani hoga? aap apne andar negative nafsiyat ko janam de rahe hain. apne andar negative thinking ko develop kar rahe hain۔</w:t>
      </w:r>
    </w:p>
    <w:p>
      <w:pPr>
        <w:jc w:val="right"/>
      </w:pPr>
      <w:r>
        <w:t>تو اس سے کیا معنی ہوگا؟ آپ اپنے اندر negative نفسیات کو جنم دے رہے ہیں۔ اپنے اندر negative thinking کو develop کر رہے ہیں۔</w:t>
      </w:r>
    </w:p>
    <w:p>
      <w:r>
        <w:rPr>
          <w:b/>
        </w:rPr>
        <w:t xml:space="preserve">[14:48] </w:t>
      </w:r>
      <w:r>
        <w:t>yeh tareeqa galat hai. aap se shukr khatm ho jata hai۔</w:t>
      </w:r>
    </w:p>
    <w:p>
      <w:pPr>
        <w:jc w:val="right"/>
      </w:pPr>
      <w:r>
        <w:t>یہ طریقہ غلط ہے۔ آپ سے شکر ختم ہو جاتا ہے۔</w:t>
      </w:r>
    </w:p>
    <w:p>
      <w:r>
        <w:rPr>
          <w:b/>
        </w:rPr>
        <w:t xml:space="preserve">[14:55] </w:t>
      </w:r>
      <w:r>
        <w:t>bilfarz agar barhe peymane par ummat mein bigaad aa gaya ho to aap ko shukr karna chahiye ke chahe amalan bigaad aa gaya ho lekin mein zaati taur par abhi bhi mujhe yeh ne'mat haasil hai ke Quran ko parhoon, Sunnat-e-Rasool ko parhoon aur is se mein sachche deen ko haasil karoon۔</w:t>
      </w:r>
    </w:p>
    <w:p>
      <w:pPr>
        <w:jc w:val="right"/>
      </w:pPr>
      <w:r>
        <w:t>بالفرض اگر بڑے پیمانے پر امت میں بگاڑ آ گیا ہو تو آپ کو شکر کرنا چاہیے کہ چاہے عملاً بگاڑ آ گیا ہو لیکن میں ذاتی طور پر ابھی بھی مجھے یہ نعمت حاصل ہے کہ قرآن کو پڑھوں، سنت رسول کو پڑھوں اور اس سے میں سچے دین کو حاصل کروں۔</w:t>
      </w:r>
    </w:p>
    <w:p>
      <w:r>
        <w:rPr>
          <w:b/>
        </w:rPr>
        <w:t xml:space="preserve">[15:19] </w:t>
      </w:r>
      <w:r>
        <w:t>to ajeeb ne'mat hai yeh۔</w:t>
      </w:r>
    </w:p>
    <w:p>
      <w:pPr>
        <w:jc w:val="right"/>
      </w:pPr>
      <w:r>
        <w:t>تو عجیب نعمت ہے یہ۔</w:t>
      </w:r>
    </w:p>
    <w:p>
      <w:r>
        <w:rPr>
          <w:b/>
        </w:rPr>
        <w:t xml:space="preserve">[15:25] </w:t>
      </w:r>
      <w:r>
        <w:t>isi tareeqe se agar</w:t>
      </w:r>
    </w:p>
    <w:p>
      <w:pPr>
        <w:jc w:val="right"/>
      </w:pPr>
      <w:r>
        <w:t>اسی طریقے سے اگر</w:t>
      </w:r>
    </w:p>
    <w:p>
      <w:r>
        <w:rPr>
          <w:b/>
        </w:rPr>
        <w:t xml:space="preserve">[15:30] </w:t>
      </w:r>
      <w:r>
        <w:t>majority jo hai, aksariyat jo hai, kisi issue par ikattha ho jaye to aap samjhein ke yeh ikattha hona unka sahi nahi hai۔</w:t>
      </w:r>
    </w:p>
    <w:p>
      <w:pPr>
        <w:jc w:val="right"/>
      </w:pPr>
      <w:r>
        <w:t>majority جو ہے، اکثریت جو ہے، کسی issue پر اکٹھا ہو جائے تو آپ سمجھیں کہ یہ اکٹھا ہونا ان کا صحیح نہیں ہے۔</w:t>
      </w:r>
    </w:p>
    <w:p>
      <w:r>
        <w:rPr>
          <w:b/>
        </w:rPr>
        <w:t xml:space="preserve">[15:41] </w:t>
      </w:r>
      <w:r>
        <w:t>aap alag jhanda uthayenge to jhanda uthayenge, kya hoga? ikhtilaf paida hoga, takrao paida hoga, bahami, yani bahami nafratein paida hongi۔</w:t>
      </w:r>
    </w:p>
    <w:p>
      <w:pPr>
        <w:jc w:val="right"/>
      </w:pPr>
      <w:r>
        <w:t>آپ الگ جھنڈا اٹھائیں گے تو جھنڈا اٹھائیں گے، کیا ہوگا؟ اختلاف پیدا ہوگا، ٹکراؤ پیدا ہوگا، باہمی، یعنی باہمی نفرتیں پیدا ہوں گی۔</w:t>
      </w:r>
    </w:p>
    <w:p>
      <w:r>
        <w:rPr>
          <w:b/>
        </w:rPr>
        <w:t xml:space="preserve">[15:53] </w:t>
      </w:r>
      <w:r>
        <w:t>to doosre hisse mein yeh bataya gaya hai ke agar kuch afraad samajhte hon ke yeh theek nahi hai to unko alag jhanda nahi uthana chahiye. khamosh hona chahiye۔</w:t>
      </w:r>
    </w:p>
    <w:p>
      <w:pPr>
        <w:jc w:val="right"/>
      </w:pPr>
      <w:r>
        <w:t>تو دوسرے حصے میں یہ بتایا گیا ہے کہ اگر کچھ افراد سمجھتے ہوں کہ یہ ٹھیک نہیں ہے تو ان کو الگ جھنڈا نہیں اٹھانا چاہیے۔ خاموش ہونا چاہیے۔</w:t>
      </w:r>
    </w:p>
    <w:p>
      <w:r>
        <w:rPr>
          <w:b/>
        </w:rPr>
        <w:t xml:space="preserve">[16:04] </w:t>
      </w:r>
      <w:r>
        <w:t>khamosh apne gharon mein baithein. kya zaroorat hai ke koi maidan mein aa kar jhanda uthaye woh؟</w:t>
      </w:r>
    </w:p>
    <w:p>
      <w:pPr>
        <w:jc w:val="right"/>
      </w:pPr>
      <w:r>
        <w:t>خاموش اپنے گھروں میں بیٹھیں۔ کیا ضرورت ہے کہ کوئی میدان میں آ کر جھنڈا اٹھائیں وہ؟</w:t>
      </w:r>
    </w:p>
    <w:p>
      <w:r>
        <w:rPr>
          <w:b/>
        </w:rPr>
        <w:t xml:space="preserve">[16:12] </w:t>
      </w:r>
      <w:r>
        <w:t>yani aisi haalat mein afraad ko ya to</w:t>
      </w:r>
    </w:p>
    <w:p>
      <w:pPr>
        <w:jc w:val="right"/>
      </w:pPr>
      <w:r>
        <w:t>یعنی ایسی حالت میں افراد کو یا تو</w:t>
      </w:r>
    </w:p>
    <w:p>
      <w:r>
        <w:rPr>
          <w:b/>
        </w:rPr>
        <w:t xml:space="preserve">[16:18] </w:t>
      </w:r>
      <w:r>
        <w:t>ya to aksariyat ka saath dena chahiye, nahi to ghar mein baithna chahiye. jaise Hazrat Abdullah Ibn Umar fitne ke zamane mein ghar mein baith gaye the۔</w:t>
      </w:r>
    </w:p>
    <w:p>
      <w:pPr>
        <w:jc w:val="right"/>
      </w:pPr>
      <w:r>
        <w:t>یا تو اکثریت کا ساتھ دینا چاہیے، نہیں تو گھر میں بیٹھنا چاہیے۔ جیسے حضرت عبداللہ ابن عمر فتنے کے زمانے میں گھر میں بیٹھ گئے تھے۔</w:t>
      </w:r>
    </w:p>
    <w:p>
      <w:r>
        <w:rPr>
          <w:b/>
        </w:rPr>
        <w:t xml:space="preserve">[16:31] </w:t>
      </w:r>
      <w:r>
        <w:t>woh sharik nahi hue</w:t>
      </w:r>
    </w:p>
    <w:p>
      <w:pPr>
        <w:jc w:val="right"/>
      </w:pPr>
      <w:r>
        <w:t>وہ شریک نہیں ہوئے</w:t>
      </w:r>
    </w:p>
    <w:p>
      <w:r>
        <w:rPr>
          <w:b/>
        </w:rPr>
        <w:t xml:space="preserve">[16:35] </w:t>
      </w:r>
      <w:r>
        <w:t>doosron ke saath. lekin woh jhanda bhi nahi uthaya. woh apne ghar mein baith gaye۔</w:t>
      </w:r>
    </w:p>
    <w:p>
      <w:pPr>
        <w:jc w:val="right"/>
      </w:pPr>
      <w:r>
        <w:t>دوسروں کے ساتھ۔ لیکن وہ جھنڈا بھی نہیں اٹھایا۔ وہ اپنے گھر میں بیٹھ گئے۔</w:t>
      </w:r>
    </w:p>
    <w:p>
      <w:r>
        <w:rPr>
          <w:b/>
        </w:rPr>
        <w:t xml:space="preserve">[16:44] </w:t>
      </w:r>
      <w:r>
        <w:t>to agar aap dekhein ke bari tadaad logon ki aisi hai jo kisi ek taraf, kisi ek issue par mutahid ho gayi hai aur aap ke khayal se woh issue sahi nahi hai to aap ke liye do mein se ek ka option hai۔</w:t>
      </w:r>
    </w:p>
    <w:p>
      <w:pPr>
        <w:jc w:val="right"/>
      </w:pPr>
      <w:r>
        <w:t>تو اگر آپ دیکھیں کہ بڑی تعداد لوگوں کی ایسی ہے جو کسی ایک طرف، کسی ایک issue پر متحد ہو گئی ہے اور آپ کے خیال سے وہ issue صحیح نہیں ہے تو آپ کے لیے دو میں سے ایک کا option ہے۔</w:t>
      </w:r>
    </w:p>
    <w:p>
      <w:r>
        <w:rPr>
          <w:b/>
        </w:rPr>
        <w:t xml:space="preserve">[17:04] </w:t>
      </w:r>
      <w:r>
        <w:t>ya to is mein sharik ho jayein, active role aap ka na ho, bas sirf shirkat kar lein taake fasaad na, ikhtilaf na barhe۔</w:t>
      </w:r>
    </w:p>
    <w:p>
      <w:pPr>
        <w:jc w:val="right"/>
      </w:pPr>
      <w:r>
        <w:t>یا تو اس میں شریک ہو جائیں، active role آپ کا نہ ہو، بس صرف شرکت کر لیں تاکہ فساد نہ، اختلاف نہ بڑھے۔</w:t>
      </w:r>
    </w:p>
    <w:p>
      <w:r>
        <w:rPr>
          <w:b/>
        </w:rPr>
        <w:t xml:space="preserve">[17:17] </w:t>
      </w:r>
      <w:r>
        <w:t>yani ikhtilaf ko na barhane ke liye sharik ho jayein lekin active na hon. active na hon۔</w:t>
      </w:r>
    </w:p>
    <w:p>
      <w:pPr>
        <w:jc w:val="right"/>
      </w:pPr>
      <w:r>
        <w:t>یعنی اختلاف کو نہ بڑھانے کے لیے شریک ہو جائیں لیکن active نہ ہوں۔ Active نہ ہوں۔</w:t>
      </w:r>
    </w:p>
    <w:p>
      <w:r>
        <w:rPr>
          <w:b/>
        </w:rPr>
        <w:t xml:space="preserve">[17:29] </w:t>
      </w:r>
      <w:r>
        <w:t>aur doosra option yeh hai ke aap ghar mein baithein۔</w:t>
      </w:r>
    </w:p>
    <w:p>
      <w:pPr>
        <w:jc w:val="right"/>
      </w:pPr>
      <w:r>
        <w:t>اور دوسرا option یہ ہے کہ آپ گھر میں بیٹھیں۔</w:t>
      </w:r>
    </w:p>
    <w:p>
      <w:r>
        <w:rPr>
          <w:b/>
        </w:rPr>
        <w:t xml:space="preserve">[17:35] </w:t>
      </w:r>
      <w:r>
        <w:t>bahar niklein hi nahi۔</w:t>
      </w:r>
    </w:p>
    <w:p>
      <w:pPr>
        <w:jc w:val="right"/>
      </w:pPr>
      <w:r>
        <w:t>باہر نکلیں ہی نہیں۔</w:t>
      </w:r>
    </w:p>
    <w:p>
      <w:r>
        <w:rPr>
          <w:b/>
        </w:rPr>
        <w:t xml:space="preserve">[17:39] </w:t>
      </w:r>
      <w:r>
        <w:t>to kitni ajeeb yeh hidayat is ke andar hai lekin jo sharhein ki gayi hain is mein in dono pehluon ka koi zikr nahin.</w:t>
      </w:r>
    </w:p>
    <w:p>
      <w:pPr>
        <w:jc w:val="right"/>
      </w:pPr>
      <w:r>
        <w:t>تو کتنی عجیب یہ ہدایت اس کے اندر ہے لیکن جو شرحیں کی گئی ہیں اس میں ان دونوں پہلوؤں کا کوئی ذکر نہیں۔</w:t>
      </w:r>
    </w:p>
    <w:p>
      <w:r>
        <w:rPr>
          <w:b/>
        </w:rPr>
        <w:t xml:space="preserve">[17:49] </w:t>
      </w:r>
      <w:r>
        <w:t>natija yeh hai ke is rehnumai se musalman mehroom hain. is hadith mein jo rehnumai di gayi hai woh bohat hikmat hai, bohat wisdom hai is ke andar.</w:t>
      </w:r>
    </w:p>
    <w:p>
      <w:pPr>
        <w:jc w:val="right"/>
      </w:pPr>
      <w:r>
        <w:t>نتیجہ یہ ہے کہ اس رہنمائی سے مسلمان محروم ہیں۔ اس حدیث میں جو رہنمائی دی گئی ہے وہ بہت حکمت ہے، بہت wisdom ہے اس کے اندر۔</w:t>
      </w:r>
    </w:p>
    <w:p>
      <w:r>
        <w:rPr>
          <w:b/>
        </w:rPr>
        <w:t xml:space="preserve">[18:01] </w:t>
      </w:r>
      <w:r>
        <w:t>lekin musalman is se mehroom hain.</w:t>
      </w:r>
    </w:p>
    <w:p>
      <w:pPr>
        <w:jc w:val="right"/>
      </w:pPr>
      <w:r>
        <w:t>لیکن مسلمان اس سے محروم ہیں۔</w:t>
      </w:r>
    </w:p>
    <w:p>
      <w:r>
        <w:rPr>
          <w:b/>
        </w:rPr>
        <w:t xml:space="preserve">[18:06] </w:t>
      </w:r>
      <w:r>
        <w:t>yani ummat ke aam bighad ki shakal mein shukr se mehroom ho jate hain ke woh shikayatein karte hain. halanke chahiye ke ummat mein aam bighad aa gaya ho tab bhi is baat ko le kar shukr karein ke deen to mehfooz hai matan mein to hum is se deen akhaz karein ge, is par qaim rahen ge.</w:t>
      </w:r>
    </w:p>
    <w:p>
      <w:pPr>
        <w:jc w:val="right"/>
      </w:pPr>
      <w:r>
        <w:t>یعنی امت کے عمومی بگاڑ کی شکل میں شکر سے محروم ہو جاتے ہیں کہ وہ شکایتیں کرتے ہیں۔ حالانکہ چاہیے کہ امت میں عمومی بگاڑ آ گیا ہو تب بھی اس بات کو لے کر شکر کریں کہ دین تو محفوظ ہے متن میں تو ہم اس سے دین اخذ کریں گے، اس پر قائم رہیں گے۔</w:t>
      </w:r>
    </w:p>
    <w:p>
      <w:r>
        <w:rPr>
          <w:b/>
        </w:rPr>
        <w:t xml:space="preserve">[18:30] </w:t>
      </w:r>
      <w:r>
        <w:t>aise hi agar kisi issue par logon ka ittefaq ho gaya hai aur aap ke nazdeek woh issue sahi nahin hai to aap wahan bhi aap ko jhanda uthana zaroori nahin hai.</w:t>
      </w:r>
    </w:p>
    <w:p>
      <w:pPr>
        <w:jc w:val="right"/>
      </w:pPr>
      <w:r>
        <w:t>ایسے ہی اگر کسی issue پر لوگوں کا اتفاق ہو گیا ہے اور آپ کے نزدیک وہ issue صحیح نہیں ہے تو آپ وہاں بھی آپ کو جھنڈا اٹھانا ضروری نہیں ہے۔</w:t>
      </w:r>
    </w:p>
    <w:p>
      <w:r>
        <w:rPr>
          <w:b/>
        </w:rPr>
        <w:t xml:space="preserve">[18:43] </w:t>
      </w:r>
      <w:r>
        <w:t>aap ya to inactive, yani ek inactive member keh lein, is mein is ke aakhir mein shamil ho jayein.</w:t>
      </w:r>
    </w:p>
    <w:p>
      <w:pPr>
        <w:jc w:val="right"/>
      </w:pPr>
      <w:r>
        <w:t>آپ یا تو inactive، یعنی ایک inactive ممبر کہہ لیں، اس میں اس کے آخر میں شامل ہو جائیں۔</w:t>
      </w:r>
    </w:p>
    <w:p>
      <w:r>
        <w:rPr>
          <w:b/>
        </w:rPr>
        <w:t xml:space="preserve">[18:56] </w:t>
      </w:r>
      <w:r>
        <w:t>nahin to ghar mein baithein. taake taake ikhtilaf, intishar, takrao is ki nobat na aaye.</w:t>
      </w:r>
    </w:p>
    <w:p>
      <w:pPr>
        <w:jc w:val="right"/>
      </w:pPr>
      <w:r>
        <w:t>نہیں تو گھر میں بیٹھیں۔ تاکہ تاکہ اختلاف، انتشار، ٹکراؤ اس کی نوبت نہ آئے۔</w:t>
      </w:r>
    </w:p>
    <w:p>
      <w:r>
        <w:rPr>
          <w:b/>
        </w:rPr>
        <w:t xml:space="preserve">[19:11] </w:t>
      </w:r>
      <w:r>
        <w:t>to yeh hadith mein samajhta hoon ke bohat hi ahem hadith hai. is mein baad ke zamane ke musalmanon ke liye bohat bari rehnumai hai.</w:t>
      </w:r>
    </w:p>
    <w:p>
      <w:pPr>
        <w:jc w:val="right"/>
      </w:pPr>
      <w:r>
        <w:t>تو یہ حدیث میں سمجھتا ہوں کہ بہت ہی اہم حدیث ہے۔ اس میں بعد کے زمانے کے مسلمانوں کے لیے بہت بڑی رہنمائی ہے۔</w:t>
      </w:r>
    </w:p>
    <w:p>
      <w:r>
        <w:rPr>
          <w:b/>
        </w:rPr>
        <w:t xml:space="preserve">[19:24] </w:t>
      </w:r>
      <w:r>
        <w:t>yeh sab halaat zyada tar baad ke daur mein pesh aane wale the. rasool Allah ke baad. yani yeh surat-e-haal jis ka zikr hai is hadith mein is ka taluq rasool Allah ke apne zamane se nahin hai.</w:t>
      </w:r>
    </w:p>
    <w:p>
      <w:pPr>
        <w:jc w:val="right"/>
      </w:pPr>
      <w:r>
        <w:t>یہ سب حالات زیادہ تر بعد کے دور میں پیش آنے والے تھے۔ رسول اللہ کے بعد۔ یعنی یہ صورتحال جس کا ذکر ہے اس حدیث میں اس کا تعلق رسول اللہ کے اپنے زمانے سے نہیں ہے۔</w:t>
      </w:r>
    </w:p>
    <w:p>
      <w:r>
        <w:rPr>
          <w:b/>
        </w:rPr>
        <w:t xml:space="preserve">[19:38] </w:t>
      </w:r>
      <w:r>
        <w:t>baad ke zamane se hai.</w:t>
      </w:r>
    </w:p>
    <w:p>
      <w:pPr>
        <w:jc w:val="right"/>
      </w:pPr>
      <w:r>
        <w:t>بعد کے زمانے سے ہے۔</w:t>
      </w:r>
    </w:p>
    <w:p>
      <w:r>
        <w:rPr>
          <w:b/>
        </w:rPr>
        <w:t xml:space="preserve">[19:42] </w:t>
      </w:r>
      <w:r>
        <w:t>to baad ke zamane mein jo surat-e-haal pesh aane wali thi us ke liye aap ne Allah ki tofeeq se ummat ko rehnumai di hai ke tum ko kya karna chahiye,</w:t>
      </w:r>
    </w:p>
    <w:p>
      <w:pPr>
        <w:jc w:val="right"/>
      </w:pPr>
      <w:r>
        <w:t>تو بعد کے زمانے میں جو صورتحال پیش آنے والی تھی اس کے لیے آپ نے اللہ کی توفیق سے امت کو رہنمائی دی ہے کہ تم کو کیا کرنا چاہیے،</w:t>
      </w:r>
    </w:p>
    <w:p>
      <w:r>
        <w:rPr>
          <w:b/>
        </w:rPr>
        <w:t xml:space="preserve">[19:57] </w:t>
      </w:r>
      <w:r>
        <w:t>kya mauqaf ikhtiyar karna chahiye.</w:t>
      </w:r>
    </w:p>
    <w:p>
      <w:pPr>
        <w:jc w:val="right"/>
      </w:pPr>
      <w:r>
        <w:t>کیا موقف اختیار کرنا چاہیے۔</w:t>
      </w:r>
    </w:p>
    <w:p>
      <w:r>
        <w:rPr>
          <w:b/>
        </w:rPr>
        <w:t xml:space="preserve">[20:03] </w:t>
      </w:r>
      <w:r>
        <w:t>to mein samajhta hoon ke is hadith, hadith mein bohat thi, yani is golden naseehat ki gayi hai.</w:t>
      </w:r>
    </w:p>
    <w:p>
      <w:pPr>
        <w:jc w:val="right"/>
      </w:pPr>
      <w:r>
        <w:t>تو میں سمجھتا ہوں کہ اس حدیث، حدیث میں بہت تھی، یعنی اس گولڈن نصیحت کی گئی ہے۔</w:t>
      </w:r>
    </w:p>
    <w:p>
      <w:r>
        <w:rPr>
          <w:b/>
        </w:rPr>
        <w:t xml:space="preserve">[20:12] </w:t>
      </w:r>
      <w:r>
        <w:t>golden usool bataye gaye hain. lekin ummat bekhabar hai is se.</w:t>
      </w:r>
    </w:p>
    <w:p>
      <w:pPr>
        <w:jc w:val="right"/>
      </w:pPr>
      <w:r>
        <w:t>گولڈن اصول بتائے گئے ہیں۔ لیکن امت بے خبر ہے اس سے۔</w:t>
      </w:r>
    </w:p>
    <w:p>
      <w:r>
        <w:rPr>
          <w:b/>
        </w:rPr>
        <w:t xml:space="preserve">[20:20] </w:t>
      </w:r>
      <w:r>
        <w:t>ya to log galat tashrihat karte hain ya is ko galat mauqaf ke liye istemal karte hain. asal jo rehnumai hai is se ummat bekhabar hai.</w:t>
      </w:r>
    </w:p>
    <w:p>
      <w:pPr>
        <w:jc w:val="right"/>
      </w:pPr>
      <w:r>
        <w:t>یا تو لوگ غلط تشریحات کرتے ہیں یا اس کو غلط موقف کے لیے استعمال کرتے ہیں۔ اصل جو رہنمائی ہے اس سے امت بے خبر ہے۔</w:t>
      </w:r>
    </w:p>
    <w:p>
      <w:r>
        <w:rPr>
          <w:b/>
        </w:rPr>
        <w:t xml:space="preserve">[20:43] </w:t>
      </w:r>
      <w:r>
        <w:t>to is ka relevance mauzu zamane mein bohat zyada hai. is hadith ka jo application hai woh mauzu zamane mein bohat zyada ho gaya hai.</w:t>
      </w:r>
    </w:p>
    <w:p>
      <w:pPr>
        <w:jc w:val="right"/>
      </w:pPr>
      <w:r>
        <w:t>تو اس کا relevance موضوع زمانے میں بہت زیادہ ہے۔ اس حدیث کا جو application ہے وہ موضوع زمانے میں بہت زیادہ ہو گیا ہے۔</w:t>
      </w:r>
    </w:p>
    <w:p>
      <w:r>
        <w:rPr>
          <w:b/>
        </w:rPr>
        <w:t xml:space="preserve">[20:55] </w:t>
      </w:r>
      <w:r>
        <w:t>har muslim mulk mein yeh cheez applicable hai. har muslim mulk mein logon ko is se rehnumai mil rahi hai.</w:t>
      </w:r>
    </w:p>
    <w:p>
      <w:pPr>
        <w:jc w:val="right"/>
      </w:pPr>
      <w:r>
        <w:t>ہر مسلم ملک میں یہ چیز applicable ہے۔ ہر مسلم ملک میں لوگوں کو اس سے رہنمائی مل رہی ہے۔</w:t>
      </w:r>
    </w:p>
    <w:p>
      <w:r>
        <w:rPr>
          <w:b/>
        </w:rPr>
        <w:t xml:space="preserve">[21:10] </w:t>
      </w:r>
      <w:r>
        <w:t>to mein dua karta hoon ke Allah taala</w:t>
      </w:r>
    </w:p>
    <w:p>
      <w:pPr>
        <w:jc w:val="right"/>
      </w:pPr>
      <w:r>
        <w:t>تو میں دعا کرتا ہوں کہ اللہ تعالیٰ</w:t>
      </w:r>
    </w:p>
    <w:p>
      <w:r>
        <w:rPr>
          <w:b/>
        </w:rPr>
        <w:t xml:space="preserve">[21:17] </w:t>
      </w:r>
      <w:r>
        <w:t>musalmanon ko tofeeq de ke is roshni se apni rehnumai hasil kari</w:t>
      </w:r>
    </w:p>
    <w:p>
      <w:pPr>
        <w:jc w:val="right"/>
      </w:pPr>
      <w:r>
        <w:t>مسلمانوں کو توفیق دے کہ اس روشنی سے اپنی رہنمائی حاصل کری</w:t>
      </w:r>
    </w:p>
    <w:p>
      <w:r>
        <w:rPr>
          <w:b/>
        </w:rPr>
        <w:t xml:space="preserve">[21:25] </w:t>
      </w:r>
      <w:r>
        <w:t>n. is hadith mein jo roshni hai is se, is roshni se apne liye rehnumai hasil karein.</w:t>
      </w:r>
    </w:p>
    <w:p>
      <w:pPr>
        <w:jc w:val="right"/>
      </w:pPr>
      <w:r>
        <w:t>ں۔ اس حدیث میں جو روشنی ہے اس سے، اس روشنی سے اپنے لیے رہنمائی حاصل کریں۔</w:t>
      </w:r>
    </w:p>
    <w:p>
      <w:r>
        <w:rPr>
          <w:b/>
        </w:rPr>
        <w:t xml:space="preserve">[21:36] </w:t>
      </w:r>
      <w:r>
        <w:t>aur aaj jo islah matloob hai us islah ka nuskha daryaft karein.</w:t>
      </w:r>
    </w:p>
    <w:p>
      <w:pPr>
        <w:jc w:val="right"/>
      </w:pPr>
      <w:r>
        <w:t>اور آج جو اصلاح مطلوب ہے اس اصلاح کا نسخہ دریافت کریں۔</w:t>
      </w:r>
    </w:p>
    <w:p>
      <w:r>
        <w:rPr>
          <w:b/>
        </w:rPr>
        <w:t xml:space="preserve">[21:48] </w:t>
      </w:r>
      <w:r>
        <w:t>aaj ke musalmanon ke liye har muslim mulk mein, balkeh jo mulk mein majority nahin hai musalmanon ki, phir bhi wahan musalman basta hain to wahan bhi yeh sab baatein hain.</w:t>
      </w:r>
    </w:p>
    <w:p>
      <w:pPr>
        <w:jc w:val="right"/>
      </w:pPr>
      <w:r>
        <w:t>آج کے مسلمانوں کے لیے ہر مسلم ملک میں، بلکہ جو ملک میں majority نہیں ہے مسلمانوں کی، پھر بھی وہاں مسلمان بستے ہیں تو وہاں بھی یہ سب باتیں ہیں۔</w:t>
      </w:r>
    </w:p>
    <w:p>
      <w:r>
        <w:rPr>
          <w:b/>
        </w:rPr>
        <w:t xml:space="preserve">[22:03] </w:t>
      </w:r>
      <w:r>
        <w:t>to chunke aap ab to zamana woh hai ke log har mulk mein phail gaye hain. pehle ki tarah nahin hai ke kuch maqamat par woh hua karte the.</w:t>
      </w:r>
    </w:p>
    <w:p>
      <w:pPr>
        <w:jc w:val="right"/>
      </w:pPr>
      <w:r>
        <w:t>تو چونکہ آپ اب تو زمانہ وہ ہے کہ لوگ ہر ملک میں پھیل گئے ہیں۔ پہلے کی طرح نہیں ہے کہ کچھ مقامات پر وہ ہوا کرتے تھے۔</w:t>
      </w:r>
    </w:p>
    <w:p>
      <w:r>
        <w:rPr>
          <w:b/>
        </w:rPr>
        <w:t xml:space="preserve">[22:14] </w:t>
      </w:r>
      <w:r>
        <w:t>ab sare musalman, ab sare mulkon mein musalman phail gaye hain. to har jagah yeh masail hain. kahin zyada hain, kahin kam hain.</w:t>
      </w:r>
    </w:p>
    <w:p>
      <w:pPr>
        <w:jc w:val="right"/>
      </w:pPr>
      <w:r>
        <w:t>اب سارے مسلمان، اب سارے ملکوں میں مسلمان پھیل گئے ہیں۔ تو ہر جگہ یہ مسائل ہیں۔ کہیں زیادہ ہیں، کہیں کم ہیں۔</w:t>
      </w:r>
    </w:p>
    <w:p>
      <w:r>
        <w:rPr>
          <w:b/>
        </w:rPr>
        <w:t xml:space="preserve">[22:25] </w:t>
      </w:r>
      <w:r>
        <w:t>kahin choti shakal mein hain, kahin bari shakal mein hain. lekin masail hain.</w:t>
      </w:r>
    </w:p>
    <w:p>
      <w:pPr>
        <w:jc w:val="right"/>
      </w:pPr>
      <w:r>
        <w:t>کہیں چھوٹی شکل میں ہیں، کہیں بڑی شکل میں ہیں۔ لیکن مسائل ہیں۔</w:t>
      </w:r>
    </w:p>
    <w:p>
      <w:r>
        <w:rPr>
          <w:b/>
        </w:rPr>
        <w:t xml:space="preserve">[22:34] </w:t>
      </w:r>
      <w:r>
        <w:t>to zarurat hai ke is hadith ko musalmanon ko bataya jaye is ki sahi tashreeh ke sath.</w:t>
      </w:r>
    </w:p>
    <w:p>
      <w:pPr>
        <w:jc w:val="right"/>
      </w:pPr>
      <w:r>
        <w:t>تو ضرورت ہے کہ اس حدیث کو مسلمانوں کو بتایا جائے اس کی صحیح تشریح کے ساتھ۔</w:t>
      </w:r>
    </w:p>
    <w:p>
      <w:r>
        <w:rPr>
          <w:b/>
        </w:rPr>
        <w:t xml:space="preserve">[22:44] </w:t>
      </w:r>
      <w:r>
        <w:t>is ki jo sahi tashreeh hai, is ka jo sahi mansha hai is ko wazeh kar ke musalmanon ko bataya jaye.</w:t>
      </w:r>
    </w:p>
    <w:p>
      <w:pPr>
        <w:jc w:val="right"/>
      </w:pPr>
      <w:r>
        <w:t>اس کی جو صحیح تشریح ہے، اس کا جو صحیح منشا ہے اس کو واضح کر کے مسلمانوں کو بتایا جائے۔</w:t>
      </w:r>
    </w:p>
    <w:p>
      <w:r>
        <w:rPr>
          <w:b/>
        </w:rPr>
        <w:t xml:space="preserve">[22:55] </w:t>
      </w:r>
      <w:r>
        <w:t>isi ek hadith ko agar aaj ke musalman pakad len to sara un ka jo</w:t>
      </w:r>
    </w:p>
    <w:p>
      <w:pPr>
        <w:jc w:val="right"/>
      </w:pPr>
      <w:r>
        <w:t>اسی ایک حدیث کو اگر آج کے مسلمان پکڑ لیں تو سارا ان کا جو</w:t>
      </w:r>
    </w:p>
    <w:p>
      <w:r>
        <w:rPr>
          <w:b/>
        </w:rPr>
        <w:t xml:space="preserve">[23:04] </w:t>
      </w:r>
      <w:r>
        <w:t>bigad hai wo durust ho jaye. Jo tashaddud hai wo khatm ho jaye. Jagah jagah jo bahmi takrao hai wo khatm ho jaye.</w:t>
      </w:r>
    </w:p>
    <w:p>
      <w:pPr>
        <w:jc w:val="right"/>
      </w:pPr>
      <w:r>
        <w:t>بگاڑ ہے وہ درست ہو جائے۔ جو تشدد ہے وہ ختم ہو جائے۔ جگہ جگہ جو باہمی ٹکراؤ ہے وہ ختم ہو جائے۔</w:t>
      </w:r>
    </w:p>
    <w:p>
      <w:r>
        <w:rPr>
          <w:b/>
        </w:rPr>
        <w:t xml:space="preserve">[23:18] </w:t>
      </w:r>
      <w:r>
        <w:t>jagah jagah jo ikhtilaf ummat ki shakalain ban gayi hain wo sab khatm ho jaye.</w:t>
      </w:r>
    </w:p>
    <w:p>
      <w:pPr>
        <w:jc w:val="right"/>
      </w:pPr>
      <w:r>
        <w:t>جگہ جگہ جو اختلاف امت کی شکلیں بن گئی ہیں وہ سب ختم ہو جائے۔</w:t>
      </w:r>
    </w:p>
    <w:p>
      <w:r>
        <w:rPr>
          <w:b/>
        </w:rPr>
        <w:t xml:space="preserve">[23:23] </w:t>
      </w:r>
      <w:r>
        <w:t>dekhiye qaum musalmanon mein ittehad, ittehad-e-millat ka reference nahi aa sakta. Aap hazaron ki tadad mein ittehad-e-millat ka reference karen.</w:t>
      </w:r>
    </w:p>
    <w:p>
      <w:pPr>
        <w:jc w:val="right"/>
      </w:pPr>
      <w:r>
        <w:t>دیکھیے قوم مسلمانوں میں اتحاد، اتحاد ملت کا reference نہیں آ سکتا۔ آپ ہزاروں کی تعداد میں اتحاد ملت کا reference کریں۔</w:t>
      </w:r>
    </w:p>
    <w:p>
      <w:r>
        <w:rPr>
          <w:b/>
        </w:rPr>
        <w:t xml:space="preserve">[23:34] </w:t>
      </w:r>
      <w:r>
        <w:t>is se kuch hone wala nahi hai.</w:t>
      </w:r>
    </w:p>
    <w:p>
      <w:pPr>
        <w:jc w:val="right"/>
      </w:pPr>
      <w:r>
        <w:t>اس سے کچھ ہونے والا نہیں ہے۔</w:t>
      </w:r>
    </w:p>
    <w:p>
      <w:r>
        <w:rPr>
          <w:b/>
        </w:rPr>
        <w:t xml:space="preserve">[23:39] </w:t>
      </w:r>
      <w:r>
        <w:t>ittehad-e-millat conference ka koi bhi talluq ittehad se nahi hai. Ye to ek qism ki leadership hai. Ittehad-e-millat ka nuskhah is hadith mein hai.</w:t>
      </w:r>
    </w:p>
    <w:p>
      <w:pPr>
        <w:jc w:val="right"/>
      </w:pPr>
      <w:r>
        <w:t>اتحاد ملت conference کا کوئی بھی تعلق اتحاد سے نہیں ہے۔ یہ تو ایک قسم کی leadership ہے۔ اتحاد ملت کا نسخہ اس حدیث میں ہے۔</w:t>
      </w:r>
    </w:p>
    <w:p>
      <w:r>
        <w:rPr>
          <w:b/>
        </w:rPr>
        <w:t xml:space="preserve">[23:47] </w:t>
      </w:r>
      <w:r>
        <w:t>is ko batao logon ko.</w:t>
      </w:r>
    </w:p>
    <w:p>
      <w:pPr>
        <w:jc w:val="right"/>
      </w:pPr>
      <w:r>
        <w:t>اس کو بتاؤ لوگوں کو۔</w:t>
      </w:r>
    </w:p>
    <w:p>
      <w:r>
        <w:rPr>
          <w:b/>
        </w:rPr>
        <w:t xml:space="preserve">[23:56] </w:t>
      </w:r>
      <w:r>
        <w:t>aaj kal ek mizaj bana hua hai ittehad-e-millat conference. Main samajhta hoon ke ye leadership hai is ka koi bhi talluq ittehad-e-millat se nahi hai.</w:t>
      </w:r>
    </w:p>
    <w:p>
      <w:pPr>
        <w:jc w:val="right"/>
      </w:pPr>
      <w:r>
        <w:t>آج کل ایک مزاج بنا ہوا ہے اتحاد ملت conference۔ میں سمجھتا ہوں کہ یہ leadership ہے اس کا کوئی بھی تعلق اتحاد ملت سے نہیں ہے۔</w:t>
      </w:r>
    </w:p>
    <w:p>
      <w:r>
        <w:rPr>
          <w:b/>
        </w:rPr>
        <w:t xml:space="preserve">[24:08] </w:t>
      </w:r>
      <w:r>
        <w:t>ittehad-e-millat ke liye zarurat thi ke is shaoor ko paida karen jo is shaoor is is hadith mein diya gaya. Is hadith mein ek shaoor diya gaya hai.</w:t>
      </w:r>
    </w:p>
    <w:p>
      <w:pPr>
        <w:jc w:val="right"/>
      </w:pPr>
      <w:r>
        <w:t>اتحاد ملت کے لیے ضرورت تھی کہ اس شعور کو پیدا کریں جو اس شعور اس اس حدیث میں دیا گیا۔ اس حدیث میں ایک شعور دیا گیا ہے۔</w:t>
      </w:r>
    </w:p>
    <w:p>
      <w:r>
        <w:rPr>
          <w:b/>
        </w:rPr>
        <w:t xml:space="preserve">[24:19] </w:t>
      </w:r>
      <w:r>
        <w:t>shaoor-e-ittehad. Shaoor-e-islaah.</w:t>
      </w:r>
    </w:p>
    <w:p>
      <w:pPr>
        <w:jc w:val="right"/>
      </w:pPr>
      <w:r>
        <w:t>شعور اتحاد۔ شعور اصلاح۔</w:t>
      </w:r>
    </w:p>
    <w:p>
      <w:r>
        <w:rPr>
          <w:b/>
        </w:rPr>
        <w:t xml:space="preserve">[24:29] </w:t>
      </w:r>
      <w:r>
        <w:t>yani mili ijtimaiyat ka ek shaoor. To is shaoor ko phailane ki zarurat hai.</w:t>
      </w:r>
    </w:p>
    <w:p>
      <w:pPr>
        <w:jc w:val="right"/>
      </w:pPr>
      <w:r>
        <w:t>یعنی ملی اجتماعیت کا ایک شعور۔ تو اس شعور کو پھیلانے کی ضرورت ہے۔</w:t>
      </w:r>
    </w:p>
    <w:p>
      <w:r>
        <w:rPr>
          <w:b/>
        </w:rPr>
        <w:t xml:space="preserve">[24:39] </w:t>
      </w:r>
      <w:r>
        <w:t>logon ko, logon ke andar ye shaoor paida karne ki zarurat hai.</w:t>
      </w:r>
    </w:p>
    <w:p>
      <w:pPr>
        <w:jc w:val="right"/>
      </w:pPr>
      <w:r>
        <w:t>لوگوں کو، لوگوں کے اندر یہ شعور پیدا کرنے کی ضرورت ہے۔</w:t>
      </w:r>
    </w:p>
    <w:p>
      <w:r>
        <w:rPr>
          <w:b/>
        </w:rPr>
        <w:t xml:space="preserve">[24:45] </w:t>
      </w:r>
      <w:r>
        <w:t>ye mamla sadkon par nahi hal hota.</w:t>
      </w:r>
    </w:p>
    <w:p>
      <w:pPr>
        <w:jc w:val="right"/>
      </w:pPr>
      <w:r>
        <w:t>یہ معاملہ سڑکوں پر نہیں حل ہوتا۔</w:t>
      </w:r>
    </w:p>
    <w:p>
      <w:r>
        <w:rPr>
          <w:b/>
        </w:rPr>
        <w:t xml:space="preserve">[24:49] </w:t>
      </w:r>
      <w:r>
        <w:t>jalsa gahon mein nahi hal hota. Ye mamla dimagh mein hal hota hai. Logon ke dimagh mein sahi shaoor dala jaye is se masla hal hoga.</w:t>
      </w:r>
    </w:p>
    <w:p>
      <w:pPr>
        <w:jc w:val="right"/>
      </w:pPr>
      <w:r>
        <w:t>جلسہ گاہوں میں نہیں حل ہوتا۔ یہ معاملہ دماغ میں حل ہوتا ہے۔ لوگوں کے دماغ میں صحیح شعور ڈالا جائے اس سے مسئلہ حل ہوگا۔</w:t>
      </w:r>
    </w:p>
    <w:p>
      <w:r>
        <w:rPr>
          <w:b/>
        </w:rPr>
        <w:t xml:space="preserve">[25:11] </w:t>
      </w:r>
      <w:r>
        <w:t>to main dua karta hoon ke Allah taala logon ko</w:t>
      </w:r>
    </w:p>
    <w:p>
      <w:pPr>
        <w:jc w:val="right"/>
      </w:pPr>
      <w:r>
        <w:t>تو میں دعا کرتا ہوں کہ اللہ تعالیٰ لوگوں کو</w:t>
      </w:r>
    </w:p>
    <w:p>
      <w:r>
        <w:rPr>
          <w:b/>
        </w:rPr>
        <w:t xml:space="preserve">[25:17] </w:t>
      </w:r>
      <w:r>
        <w:t>tawfeeq de ke wo is hadith ki spirit ko samjhen. Is hadith jo rehnumai di gayi hai us ko pakaden.</w:t>
      </w:r>
    </w:p>
    <w:p>
      <w:pPr>
        <w:jc w:val="right"/>
      </w:pPr>
      <w:r>
        <w:t>توفیق دے کہ وہ اس حدیث کی spirit کو سمجھیں۔ اس حدیث جو رہنمائی دی گئی ہے اس کو پکڑیں۔</w:t>
      </w:r>
    </w:p>
    <w:p>
      <w:r>
        <w:rPr>
          <w:b/>
        </w:rPr>
        <w:t xml:space="preserve">[25:28] </w:t>
      </w:r>
      <w:r>
        <w:t>is hadith mein ittehad ka jo nuskah bataya gaya hai us ko daryaft karen.</w:t>
      </w:r>
    </w:p>
    <w:p>
      <w:pPr>
        <w:jc w:val="right"/>
      </w:pPr>
      <w:r>
        <w:t>اس حدیث میں اتحاد کا جو نسخہ بتایا گیا ہے اس کو دریافت کریں۔</w:t>
      </w:r>
    </w:p>
    <w:p>
      <w:r>
        <w:rPr>
          <w:b/>
        </w:rPr>
        <w:t xml:space="preserve">[25:37] </w:t>
      </w:r>
      <w:r>
        <w:t>aaj main samajhta hoon ke musalmanon mein isi ki sab se zyada zarurat hai.</w:t>
      </w:r>
    </w:p>
    <w:p>
      <w:pPr>
        <w:jc w:val="right"/>
      </w:pPr>
      <w:r>
        <w:t>آج میں سمجھتا ہوں کہ مسلمانوں میں اسی کی سب سے زیادہ ضرورت ہے۔</w:t>
      </w:r>
    </w:p>
    <w:p>
      <w:r>
        <w:rPr>
          <w:b/>
        </w:rPr>
        <w:t xml:space="preserve">[25:47] </w:t>
      </w:r>
      <w:r>
        <w:t>to main dua karta hoon ke mujh ko aur aap ko aur sab musalmanon ko Allah taala tawfeeq den</w:t>
      </w:r>
    </w:p>
    <w:p>
      <w:pPr>
        <w:jc w:val="right"/>
      </w:pPr>
      <w:r>
        <w:t>تو میں دعا کرتا ہوں کہ مجھ کو اور آپ کو اور سب مسلمانوں کو اللہ تعالیٰ توفیق دیں</w:t>
      </w:r>
    </w:p>
    <w:p>
      <w:r>
        <w:rPr>
          <w:b/>
        </w:rPr>
        <w:t xml:space="preserve">[25:56] </w:t>
      </w:r>
      <w:r>
        <w:t>ke wo is hadith ki rooh ko samjhen. Is hadith ki rehnumai ko janen.</w:t>
      </w:r>
    </w:p>
    <w:p>
      <w:pPr>
        <w:jc w:val="right"/>
      </w:pPr>
      <w:r>
        <w:t>کہ وہ اس حدیث کی روح کو سمجھیں۔ اس حدیث کی رہنمائی کو جانیں۔</w:t>
      </w:r>
    </w:p>
    <w:p>
      <w:r>
        <w:rPr>
          <w:b/>
        </w:rPr>
        <w:t xml:space="preserve">[26:04] </w:t>
      </w:r>
      <w:r>
        <w:t>is hadith ke mutabiq apni mili zindagi ki tanzeem karen.</w:t>
      </w:r>
    </w:p>
    <w:p>
      <w:pPr>
        <w:jc w:val="right"/>
      </w:pPr>
      <w:r>
        <w:t>اس حدیث کے مطابق اپنی ملی زندگی کی تنظیم کریں۔</w:t>
      </w:r>
    </w:p>
    <w:p>
      <w:r>
        <w:rPr>
          <w:b/>
        </w:rPr>
        <w:t xml:space="preserve">[26:15] </w:t>
      </w:r>
      <w:r>
        <w:t>sirf masjidon mein nahi, sirf madrason mein nahi balkeh poori ijtimai zindagi mein bhi.</w:t>
      </w:r>
    </w:p>
    <w:p>
      <w:pPr>
        <w:jc w:val="right"/>
      </w:pPr>
      <w:r>
        <w:t>صرف مسجدوں میں نہیں، صرف مدرسوں میں نہیں بلکہ پوری اجتماعی زندگی میں بھی۔</w:t>
      </w:r>
    </w:p>
    <w:p>
      <w:r>
        <w:rPr>
          <w:b/>
        </w:rPr>
        <w:t xml:space="preserve">[26:24] </w:t>
      </w:r>
      <w:r>
        <w:t>har jagah ye hadith applicable hai. Har jagah ke liye ye hadith qabil-e-intibaq hai.</w:t>
      </w:r>
    </w:p>
    <w:p>
      <w:pPr>
        <w:jc w:val="right"/>
      </w:pPr>
      <w:r>
        <w:t>ہر جگہ یہ حدیث applicable ہے۔ ہر جگہ کے لیے یہ حدیث قابلِ انطباق ہے۔</w:t>
      </w:r>
    </w:p>
    <w:p>
      <w:r>
        <w:rPr>
          <w:b/>
        </w:rPr>
        <w:t xml:space="preserve">[26:42] </w:t>
      </w:r>
      <w:r>
        <w:t>isi bana par hadith ko hikmat kaha gaya hai. wa allamahum ul kitaba wal hikmata hikmat mein wisdom. yeh hikmat, yeh hikmat jo hai, yeh</w:t>
      </w:r>
    </w:p>
    <w:p>
      <w:pPr>
        <w:jc w:val="right"/>
      </w:pPr>
      <w:r>
        <w:t>اسی بنا پر حدیث کو حکمت کہا گیا ہے۔ وَعَلَّمُهُمْ الْكِتَابُ وَالْحِكْمَةَ حکمت میں wisdom۔ یہ حکمت، یہ حکمت جو ہے، یہ</w:t>
      </w:r>
    </w:p>
    <w:p>
      <w:r>
        <w:rPr>
          <w:b/>
        </w:rPr>
        <w:t xml:space="preserve">[26:51] </w:t>
      </w:r>
      <w:r>
        <w:t>hadith jo hai, is mein aik wisdom hai, aik hikmat hai.</w:t>
      </w:r>
    </w:p>
    <w:p>
      <w:pPr>
        <w:jc w:val="right"/>
      </w:pPr>
      <w:r>
        <w:t>حدیث جو ہے، اس میں ایک wisdom ہے، ایک حکمت ہے۔</w:t>
      </w:r>
    </w:p>
    <w:p>
      <w:r>
        <w:rPr>
          <w:b/>
        </w:rPr>
        <w:t xml:space="preserve">[26:58] </w:t>
      </w:r>
      <w:r>
        <w:t>is wisdom ko janne ki zaroorat hai. is wisdom ko janne se ittehad aayega. Conferences se ittehad nahi aaya karta.</w:t>
      </w:r>
    </w:p>
    <w:p>
      <w:pPr>
        <w:jc w:val="right"/>
      </w:pPr>
      <w:r>
        <w:t>اس wisdom کو جاننے کی ضرورت ہے۔ اس wisdom کو جاننے سے اتحاد آئے گا۔ Conferences سے اتحاد نہیں آیا کرتا۔</w:t>
      </w:r>
    </w:p>
    <w:p>
      <w:r>
        <w:rPr>
          <w:b/>
        </w:rPr>
        <w:t xml:space="preserve">[27:14] </w:t>
      </w:r>
      <w:r>
        <w:t>Conferences mein bheed akhatta hoti hai. jaise aati hai waise chali aati hai.</w:t>
      </w:r>
    </w:p>
    <w:p>
      <w:pPr>
        <w:jc w:val="right"/>
      </w:pPr>
      <w:r>
        <w:t>Conferences میں بھیڑ اکٹھا ہوتی ہے۔ جیسے آتی ہے ویسے چلی آتی ہے۔</w:t>
      </w:r>
    </w:p>
    <w:p>
      <w:r>
        <w:rPr>
          <w:b/>
        </w:rPr>
        <w:t xml:space="preserve">[27:22] </w:t>
      </w:r>
      <w:r>
        <w:t>jaise aati hai waise chali aati hai. na is se pehle koi farq, na is ke baad koi farq. lekin agar yeh hadith musalman samajh lein, is hadith mein jo wisdom batai gayi hai, is wisdom ko woh daryaft kar lein,</w:t>
      </w:r>
    </w:p>
    <w:p>
      <w:pPr>
        <w:jc w:val="right"/>
      </w:pPr>
      <w:r>
        <w:t>جیسے آتی ہے ویسے چلی آتی ہے۔ نہ اس سے پہلے کوئی فرق، نہ اس کے بعد کوئی فرق۔ لیکن اگر یہ حدیث مسلمان سمجھ لیں، اس حدیث میں جو wisdom بتائی گئی ہے، اس wisdom کو وہ دریافت کر لیں،</w:t>
      </w:r>
    </w:p>
    <w:p>
      <w:r>
        <w:rPr>
          <w:b/>
        </w:rPr>
        <w:t xml:space="preserve">[27:42] </w:t>
      </w:r>
      <w:r>
        <w:t>is hadith ke mutabiq un ka shaoor ban jaye,</w:t>
      </w:r>
    </w:p>
    <w:p>
      <w:pPr>
        <w:jc w:val="right"/>
      </w:pPr>
      <w:r>
        <w:t>اس حدیث کے مطابق ان کا شعور بن جائے،</w:t>
      </w:r>
    </w:p>
    <w:p>
      <w:r>
        <w:rPr>
          <w:b/>
        </w:rPr>
        <w:t xml:space="preserve">[27:49] </w:t>
      </w:r>
      <w:r>
        <w:t>is hadith ke mutabiq un ke andar zehni bedari aa jaye to phir sara masla apne aap hal ho jayega.</w:t>
      </w:r>
    </w:p>
    <w:p>
      <w:pPr>
        <w:jc w:val="right"/>
      </w:pPr>
      <w:r>
        <w:t>اس حدیث کے مطابق ان کے اندر ذہنی بیداری آ جائے تو پھر سارا مسئلہ اپنے آپ حل ہو جائے گا۔</w:t>
      </w:r>
    </w:p>
    <w:p>
      <w:r>
        <w:rPr>
          <w:b/>
        </w:rPr>
        <w:t xml:space="preserve">[28:05] </w:t>
      </w:r>
      <w:r>
        <w:t>sara masla,</w:t>
      </w:r>
    </w:p>
    <w:p>
      <w:pPr>
        <w:jc w:val="right"/>
      </w:pPr>
      <w:r>
        <w:t>سارا مسئلہ،</w:t>
      </w:r>
    </w:p>
    <w:p>
      <w:r>
        <w:rPr>
          <w:b/>
        </w:rPr>
        <w:t xml:space="preserve">[28:11] </w:t>
      </w:r>
      <w:r>
        <w:t>yani is tarah ke masail ke hal ka nuskha is hadith mein bata</w:t>
      </w:r>
    </w:p>
    <w:p>
      <w:pPr>
        <w:jc w:val="right"/>
      </w:pPr>
      <w:r>
        <w:t>یعنی اس طرح کے مسائل کے حل کا نسخہ اس حدیث میں بت</w:t>
      </w:r>
    </w:p>
    <w:p>
      <w:r>
        <w:rPr>
          <w:b/>
        </w:rPr>
        <w:t xml:space="preserve">[28:15] </w:t>
      </w:r>
      <w:r>
        <w:t>ya gaya hai. baad ke zamane mein jab ke millat mein zawal aa jayega to aisi baatein hongi. to is waqt hum baad ke zamane ke daur mein hain.</w:t>
      </w:r>
    </w:p>
    <w:p>
      <w:pPr>
        <w:jc w:val="right"/>
      </w:pPr>
      <w:r>
        <w:t>ایا گیا ہے۔ بعد کے زمانے میں جب کہ ملت میں زوال آ جائے گا تو ایسی باتیں ہوں گی۔ تو اس وقت ہم بعد کے زمانے کے دور میں ہیں۔</w:t>
      </w:r>
    </w:p>
    <w:p>
      <w:r>
        <w:rPr>
          <w:b/>
        </w:rPr>
        <w:t xml:space="preserve">[28:27] </w:t>
      </w:r>
      <w:r>
        <w:t>is waqt ummat apne baad ke zamane ke daur mein hai.</w:t>
      </w:r>
    </w:p>
    <w:p>
      <w:pPr>
        <w:jc w:val="right"/>
      </w:pPr>
      <w:r>
        <w:t>اس وقت امت اپنے بعد کے زمانے کے دور میں ہے۔</w:t>
      </w:r>
    </w:p>
    <w:p>
      <w:r>
        <w:rPr>
          <w:b/>
        </w:rPr>
        <w:t xml:space="preserve">[28:32] </w:t>
      </w:r>
      <w:r>
        <w:t>to</w:t>
      </w:r>
    </w:p>
    <w:p>
      <w:pPr>
        <w:jc w:val="right"/>
      </w:pPr>
      <w:r>
        <w:t>تو</w:t>
      </w:r>
    </w:p>
    <w:p>
      <w:r>
        <w:rPr>
          <w:b/>
        </w:rPr>
        <w:t xml:space="preserve">[28:34] </w:t>
      </w:r>
      <w:r>
        <w:t>aaj ke lehaz se yeh hadith bohat zyada relevant hai. lekin chunke shuruh mein is ko wazeh nahi kiya logon ne, jo log jalson mein taqreerein karte hain woh is ke ajeeb o ghareeb maani bayan kiya karte hain,</w:t>
      </w:r>
    </w:p>
    <w:p>
      <w:pPr>
        <w:jc w:val="right"/>
      </w:pPr>
      <w:r>
        <w:t>آج کے لحاظ سے یہ حدیث بہت زیادہ relevant ہے۔ لیکن چونکہ شروح میں اس کو واضح نہیں کیا لوگوں نے، جو لوگ جلسوں میں تقریریں کرتے ہیں وہ اس کے عجیب و غریب معنی بیان کیا کرتے ہیں،</w:t>
      </w:r>
    </w:p>
    <w:p>
      <w:r>
        <w:rPr>
          <w:b/>
        </w:rPr>
        <w:t xml:space="preserve">[28:50] </w:t>
      </w:r>
      <w:r>
        <w:t>is wajah se hadith jo hai kitabon mein hai, amal mein nahi hai. yani itna bara yeh nuskha kitabon mein hai, woh amal mein nahi aa</w:t>
      </w:r>
    </w:p>
    <w:p>
      <w:pPr>
        <w:jc w:val="right"/>
      </w:pPr>
      <w:r>
        <w:t>اس وجہ سے حدیث جو ہے کتابوں میں ہے، عمل میں نہیں ہے۔ یعنی اتنا بڑا یہ نسخہ کتابوں میں ہے، وہ عمل میں نہیں آ</w:t>
      </w:r>
    </w:p>
    <w:p>
      <w:r>
        <w:rPr>
          <w:b/>
        </w:rPr>
        <w:t xml:space="preserve">[29:04] </w:t>
      </w:r>
      <w:r>
        <w:t>saka. is tarah ki bohat si hadisein hain jo kitabon mein hain aur amal mein nahi. to Allah taala mujh ko aur aap ko tofeeq de ke hum is hadith ko samjhein aur is par waqe maanon mein amal karein.</w:t>
      </w:r>
    </w:p>
    <w:p>
      <w:pPr>
        <w:jc w:val="right"/>
      </w:pPr>
      <w:r>
        <w:t>سکا۔ اس طرح کی بہت سی حدیثیں ہیں جو کتابوں میں ہیں اور عمل میں نہیں۔ تو اللہ تعالیٰ مجھ کو اور آپ کو توفیق دے کہ ہم اس حدیث کو سمجھیں اور اس پر واقع معنوں میں عمل کریں۔</w:t>
      </w:r>
    </w:p>
    <w:p>
      <w:r>
        <w:rPr>
          <w:b/>
        </w:rPr>
        <w:t xml:space="preserve">[29:27] </w:t>
      </w:r>
      <w:r>
        <w:t>assalam o alaikum wa rahmatullahi wa barakatuh.</w:t>
      </w:r>
    </w:p>
    <w:p>
      <w:pPr>
        <w:jc w:val="right"/>
      </w:pPr>
      <w:r>
        <w:t>السلام علیکم ورحمة الله وبركاته.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