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Conversation on Life and Beyound April 30, 2016</w:t>
      </w:r>
    </w:p>
    <w:p>
      <w:r>
        <w:t>https://youtu.be/JQYiWeopeFA</w:t>
      </w:r>
    </w:p>
    <w:p>
      <w:r>
        <w:rPr>
          <w:b/>
        </w:rPr>
        <w:t xml:space="preserve">[00:13] </w:t>
      </w:r>
      <w:r>
        <w:t>bismillah hir rahman nir rahim. I am Rajat Malhotra. Welcome to the conversation series with Maulana Wahiduddin Khan sahib. The topic for today's theme is "Life and Beyond." Every individual faces questions like, "What is the purpose of one's life?" "What happens when somebody dies?" We'll put up all these questions and many more to Maulana sahib today.</w:t>
      </w:r>
    </w:p>
    <w:p>
      <w:pPr>
        <w:jc w:val="right"/>
      </w:pPr>
      <w:r>
        <w:t>بسم اللہ الرحمن الرحیم۔ I am Rajat Malhotra. Welcome to the conversation series with مولانا ولعبدالدین خان صاحب. The topic for today's theme is "Life and Beyond." Every individual faces questions like, "What is the purpose of one's life?" "What happens when somebody dies?" We'll put up all these questions and many more to مولانا صاحب today.</w:t>
      </w:r>
    </w:p>
    <w:p>
      <w:r>
        <w:rPr>
          <w:b/>
        </w:rPr>
        <w:t xml:space="preserve">[00:40] </w:t>
      </w:r>
      <w:r>
        <w:t>Maulana sahib, my first question is on the origin of life. Semitic belief, or particularly Islam, says that life has been created in a special form, as we see today, by God Almighty.</w:t>
      </w:r>
    </w:p>
    <w:p>
      <w:pPr>
        <w:jc w:val="right"/>
      </w:pPr>
      <w:r>
        <w:t>مولانا صاحب, my first question is on the origin of life. Semitic belief, or particularly Islam, says that life has been created in a special form, as we see today, by God Almighty.</w:t>
      </w:r>
    </w:p>
    <w:p>
      <w:r>
        <w:rPr>
          <w:b/>
        </w:rPr>
        <w:t xml:space="preserve">[00:55] </w:t>
      </w:r>
      <w:r>
        <w:t>However, in 1859, Charles Darwin, in his book "Origin of Species," gave the evolution theory.</w:t>
      </w:r>
    </w:p>
    <w:p>
      <w:pPr>
        <w:jc w:val="right"/>
      </w:pPr>
      <w:r>
        <w:t>However, in 1859, Charles Darwin, in his book "Origin of Species," gave the evolution theory.</w:t>
      </w:r>
    </w:p>
    <w:p>
      <w:r>
        <w:rPr>
          <w:b/>
        </w:rPr>
        <w:t xml:space="preserve">[01:03] </w:t>
      </w:r>
      <w:r>
        <w:t>Many people still believe in this evolution theory. What would you say on the phenomena of life?</w:t>
      </w:r>
    </w:p>
    <w:p>
      <w:pPr>
        <w:jc w:val="right"/>
      </w:pPr>
      <w:r>
        <w:t>Many people still believe in this evolution theory. What would you say on the phenomena of life?</w:t>
      </w:r>
    </w:p>
    <w:p>
      <w:r>
        <w:rPr>
          <w:b/>
        </w:rPr>
        <w:t xml:space="preserve">[01:12] </w:t>
      </w:r>
      <w:r>
        <w:t>dekhiye, main—main is maamle mein jo mazhab ka stand hai, wahi padha hai, aur special theory ko bhi maine kam padha hai.</w:t>
      </w:r>
    </w:p>
    <w:p>
      <w:pPr>
        <w:jc w:val="right"/>
      </w:pPr>
      <w:r>
        <w:t>देखिए, मैं—मैं इस मामले में जो मजहब का स्टैंड है, वही पढ़ा है, और स्पेशल थ्योरी को भी मैंने कम पढ़ा है।</w:t>
      </w:r>
    </w:p>
    <w:p>
      <w:r>
        <w:rPr>
          <w:b/>
        </w:rPr>
        <w:t xml:space="preserve">[01:27] </w:t>
      </w:r>
      <w:r>
        <w:t>main keh sakta hoon ke</w:t>
      </w:r>
    </w:p>
    <w:p>
      <w:pPr>
        <w:jc w:val="right"/>
      </w:pPr>
      <w:r>
        <w:t>मैं कह सकता हूँ कि</w:t>
      </w:r>
    </w:p>
    <w:p>
      <w:r>
        <w:rPr>
          <w:b/>
        </w:rPr>
        <w:t xml:space="preserve">[01:31] </w:t>
      </w:r>
      <w:r>
        <w:t>religion ka jo stand hai, special theory se, wo to apne aap mein</w:t>
      </w:r>
    </w:p>
    <w:p>
      <w:pPr>
        <w:jc w:val="right"/>
      </w:pPr>
      <w:r>
        <w:t>रिलीजन का जो स्टैंड है, स्पेशल थ्योरी से, वो तो अपने आप में</w:t>
      </w:r>
    </w:p>
    <w:p>
      <w:r>
        <w:rPr>
          <w:b/>
        </w:rPr>
        <w:t xml:space="preserve">[01:39] </w:t>
      </w:r>
      <w:r>
        <w:t>sabit hai. lekin evolution theory jo kehti hai ke life evolve hui hai,</w:t>
      </w:r>
    </w:p>
    <w:p>
      <w:pPr>
        <w:jc w:val="right"/>
      </w:pPr>
      <w:r>
        <w:t>साबित है। लेकिन इवोल्यूशन थ्योरी जो कहती है कि लाइफ इवॉल्व हुई है,</w:t>
      </w:r>
    </w:p>
    <w:p>
      <w:r>
        <w:rPr>
          <w:b/>
        </w:rPr>
        <w:t xml:space="preserve">[01:54] </w:t>
      </w:r>
      <w:r>
        <w:t>yeh sirf ek claim hai.</w:t>
      </w:r>
    </w:p>
    <w:p>
      <w:pPr>
        <w:jc w:val="right"/>
      </w:pPr>
      <w:r>
        <w:t>यह सिर्फ एक क्लेम है।</w:t>
      </w:r>
    </w:p>
    <w:p>
      <w:r>
        <w:rPr>
          <w:b/>
        </w:rPr>
        <w:t xml:space="preserve">[01:58] </w:t>
      </w:r>
      <w:r>
        <w:t>claim hai, iska koi proof nahi hai.</w:t>
      </w:r>
    </w:p>
    <w:p>
      <w:pPr>
        <w:jc w:val="right"/>
      </w:pPr>
      <w:r>
        <w:t>क्लेम है, इसका कोई प्रूफ नहीं है।</w:t>
      </w:r>
    </w:p>
    <w:p>
      <w:r>
        <w:rPr>
          <w:b/>
        </w:rPr>
        <w:t xml:space="preserve">[02:02] </w:t>
      </w:r>
      <w:r>
        <w:t>aaj tak jo scholars hain,</w:t>
      </w:r>
    </w:p>
    <w:p>
      <w:pPr>
        <w:jc w:val="right"/>
      </w:pPr>
      <w:r>
        <w:t>आज तक जो स्कॉलर्स हैं,</w:t>
      </w:r>
    </w:p>
    <w:p>
      <w:r>
        <w:rPr>
          <w:b/>
        </w:rPr>
        <w:t xml:space="preserve">[02:08] </w:t>
      </w:r>
      <w:r>
        <w:t>wo yeh kehne ki koshish mein nahi hain ke</w:t>
      </w:r>
    </w:p>
    <w:p>
      <w:pPr>
        <w:jc w:val="right"/>
      </w:pPr>
      <w:r>
        <w:t>वो यह कहने की कोशिश में नहीं हैं कि</w:t>
      </w:r>
    </w:p>
    <w:p>
      <w:r>
        <w:rPr>
          <w:b/>
        </w:rPr>
        <w:t xml:space="preserve">[02:12] </w:t>
      </w:r>
      <w:r>
        <w:t>evolution theory ek</w:t>
      </w:r>
    </w:p>
    <w:p>
      <w:pPr>
        <w:jc w:val="right"/>
      </w:pPr>
      <w:r>
        <w:t>इवोल्यूशन थ्योरी एक</w:t>
      </w:r>
    </w:p>
    <w:p>
      <w:r>
        <w:rPr>
          <w:b/>
        </w:rPr>
        <w:t xml:space="preserve">[02:16] </w:t>
      </w:r>
      <w:r>
        <w:t>scientific fact hai.</w:t>
      </w:r>
    </w:p>
    <w:p>
      <w:pPr>
        <w:jc w:val="right"/>
      </w:pPr>
      <w:r>
        <w:t>साइंटिफिक फैक्ट है।</w:t>
      </w:r>
    </w:p>
    <w:p>
      <w:r>
        <w:rPr>
          <w:b/>
        </w:rPr>
        <w:t xml:space="preserve">[02:19] </w:t>
      </w:r>
      <w:r>
        <w:t>jahan tak main janta hoon, koi bhi shakhs aisa dawah nahi karta.</w:t>
      </w:r>
    </w:p>
    <w:p>
      <w:pPr>
        <w:jc w:val="right"/>
      </w:pPr>
      <w:r>
        <w:t>जहाँ तक मैं जानता हूँ, कोई भी शख्स ऐसा दावा नहीं करता।</w:t>
      </w:r>
    </w:p>
    <w:p>
      <w:r>
        <w:rPr>
          <w:b/>
        </w:rPr>
        <w:t xml:space="preserve">[02:25] </w:t>
      </w:r>
      <w:r>
        <w:t>sahi baat yeh hai ke evolution theory ek workable theory hai,</w:t>
      </w:r>
    </w:p>
    <w:p>
      <w:pPr>
        <w:jc w:val="right"/>
      </w:pPr>
      <w:r>
        <w:t>सही बात यह है कि इवोल्यूशन थ्योरी एक वर्केबल थ्योरी है,</w:t>
      </w:r>
    </w:p>
    <w:p>
      <w:r>
        <w:rPr>
          <w:b/>
        </w:rPr>
        <w:t xml:space="preserve">[02:31] </w:t>
      </w:r>
      <w:r>
        <w:t>scientifically proved theory nahi hai.</w:t>
      </w:r>
    </w:p>
    <w:p>
      <w:pPr>
        <w:jc w:val="right"/>
      </w:pPr>
      <w:r>
        <w:t>साइंटिफिकली प्रूव्ड थ्योरी नहीं है।</w:t>
      </w:r>
    </w:p>
    <w:p>
      <w:r>
        <w:rPr>
          <w:b/>
        </w:rPr>
        <w:t xml:space="preserve">[02:36] </w:t>
      </w:r>
      <w:r>
        <w:t>main ne kafi padha hai is point ko, lekin main ne kisi ek bhi bade scholar ko nahi paya jo</w:t>
      </w:r>
    </w:p>
    <w:p>
      <w:pPr>
        <w:jc w:val="right"/>
      </w:pPr>
      <w:r>
        <w:t>मैंने काफी पढ़ा है इस पॉइंट को, लेकिन मैंने किसी एक भी बड़े स्कॉलर को नहीं पाया जो</w:t>
      </w:r>
    </w:p>
    <w:p>
      <w:r>
        <w:rPr>
          <w:b/>
        </w:rPr>
        <w:t xml:space="preserve">[02:44] </w:t>
      </w:r>
      <w:r>
        <w:t>yeh kahe ke evolution theory ek</w:t>
      </w:r>
    </w:p>
    <w:p>
      <w:pPr>
        <w:jc w:val="right"/>
      </w:pPr>
      <w:r>
        <w:t>यह कहे कि इवोल्यूशन थ्योरी एक</w:t>
      </w:r>
    </w:p>
    <w:p>
      <w:r>
        <w:rPr>
          <w:b/>
        </w:rPr>
        <w:t xml:space="preserve">[02:48] </w:t>
      </w:r>
      <w:r>
        <w:t>scientific fact hai.</w:t>
      </w:r>
    </w:p>
    <w:p>
      <w:pPr>
        <w:jc w:val="right"/>
      </w:pPr>
      <w:r>
        <w:t>साइंटिफिक फैक्ट है।</w:t>
      </w:r>
    </w:p>
    <w:p>
      <w:r>
        <w:rPr>
          <w:b/>
        </w:rPr>
        <w:t xml:space="preserve">[02:52] </w:t>
      </w:r>
      <w:r>
        <w:t>to main samajhta hoon ke abhi bhi</w:t>
      </w:r>
    </w:p>
    <w:p>
      <w:pPr>
        <w:jc w:val="right"/>
      </w:pPr>
      <w:r>
        <w:t>तो मैं समझता हूँ कि अभी भी</w:t>
      </w:r>
    </w:p>
    <w:p>
      <w:r>
        <w:rPr>
          <w:b/>
        </w:rPr>
        <w:t xml:space="preserve">[02:55] </w:t>
      </w:r>
      <w:r>
        <w:t>religion ka jo stand hai, wo qaim hai ke life ek special creation hai.</w:t>
      </w:r>
    </w:p>
    <w:p>
      <w:pPr>
        <w:jc w:val="right"/>
      </w:pPr>
      <w:r>
        <w:t>रिलीजन का जो स्टैंड है, वो कायम है कि लाइफ एक स्पेशल क्रिएशन है।</w:t>
      </w:r>
    </w:p>
    <w:p>
      <w:r>
        <w:rPr>
          <w:b/>
        </w:rPr>
        <w:t xml:space="preserve">[03:03] </w:t>
      </w:r>
      <w:r>
        <w:t>wo jo stand tha Darwin ka,</w:t>
      </w:r>
    </w:p>
    <w:p>
      <w:pPr>
        <w:jc w:val="right"/>
      </w:pPr>
      <w:r>
        <w:t>वो जो स्टैंड था डार्विन का,</w:t>
      </w:r>
    </w:p>
    <w:p>
      <w:r>
        <w:rPr>
          <w:b/>
        </w:rPr>
        <w:t xml:space="preserve">[03:09] </w:t>
      </w:r>
      <w:r>
        <w:t>woh toh ek claim hai, abhi. claim se zyada nahi hai. is maamle mein agar koi padhna chahe, toh main ek kitaab kahunga, padh lijiye aap.</w:t>
      </w:r>
    </w:p>
    <w:p>
      <w:pPr>
        <w:jc w:val="right"/>
      </w:pPr>
      <w:r>
        <w:t>वो तो एक क्लेम है, अभी। क्लेम से ज्यादा नहीं है। इस मामले में अगर कोई पढ़ना चाहे, तो मैं एक किताब कहूँगा, पढ़ लीजिए आप।</w:t>
      </w:r>
    </w:p>
    <w:p>
      <w:r>
        <w:rPr>
          <w:b/>
        </w:rPr>
        <w:t xml:space="preserve">[03:20] </w:t>
      </w:r>
      <w:r>
        <w:t>ek kitaab hai, uska naam hai "revolt against reason." "revolt against reason." iske author ka naam hai loon, l u double n. aap aur bhi peeche padh sakte hain. ek kitaab padhna hai, toh is kitaab ko padh lijiye.</w:t>
      </w:r>
    </w:p>
    <w:p>
      <w:pPr>
        <w:jc w:val="right"/>
      </w:pPr>
      <w:r>
        <w:t>एक किताब है, उसका नाम है "रिवोल्ट अगेंस्ट रीजन।" "रिवोल्ट अगेंस्ट रीजन।" इसके ऑथर का नाम है लून, एल यू डबल एन। आप और भी पीछे पढ़ सकते हैं। एक किताब पढ़ना है, तो इस किताब को पढ़ लीजिए।</w:t>
      </w:r>
    </w:p>
    <w:p>
      <w:r>
        <w:rPr>
          <w:b/>
        </w:rPr>
        <w:t xml:space="preserve">[03:43] </w:t>
      </w:r>
      <w:r>
        <w:t>but maulana sahib, when we talk about the subject "life," the fundamental question that comes in everybody's mind is that, "what is the purpose of one's life?" how would you address this question?</w:t>
      </w:r>
    </w:p>
    <w:p>
      <w:pPr>
        <w:jc w:val="right"/>
      </w:pPr>
      <w:r>
        <w:t>बट مولाना साहब, when we talk about the subject "life," the fundamental question that comes in everybody's mind is that, "What is the purpose of one's life?" How would you address this question?</w:t>
      </w:r>
    </w:p>
    <w:p>
      <w:r>
        <w:rPr>
          <w:b/>
        </w:rPr>
        <w:t xml:space="preserve">[03:58] </w:t>
      </w:r>
      <w:r>
        <w:t>dekhiye, yeh bada—bahut purana question hai yeh.</w:t>
      </w:r>
    </w:p>
    <w:p>
      <w:pPr>
        <w:jc w:val="right"/>
      </w:pPr>
      <w:r>
        <w:t>देखिए, यह बड़ा—बहुत पुराना क्वेश्चन है यह।</w:t>
      </w:r>
    </w:p>
    <w:p>
      <w:r>
        <w:rPr>
          <w:b/>
        </w:rPr>
        <w:t xml:space="preserve">[04:04] </w:t>
      </w:r>
      <w:r>
        <w:t>ek baat toh bahut hi clear hai ke jitne purpose of life bataye gaye poori history mein, unmein se koi bhi purpose</w:t>
      </w:r>
    </w:p>
    <w:p>
      <w:pPr>
        <w:jc w:val="right"/>
      </w:pPr>
      <w:r>
        <w:t>एक बात तो बहुत ही क्लियर है कि जितने पर्पस ऑफ लाइफ बताए गए पूरी हिस्ट्री में, उनमें से कोई भी पर्पस</w:t>
      </w:r>
    </w:p>
    <w:p>
      <w:r>
        <w:rPr>
          <w:b/>
        </w:rPr>
        <w:t xml:space="preserve">[04:17] </w:t>
      </w:r>
      <w:r>
        <w:t>apni vaishnavi ko prove nahi kar saka. sab fail hain, sab fail hain, sab fail hain.</w:t>
      </w:r>
    </w:p>
    <w:p>
      <w:pPr>
        <w:jc w:val="right"/>
      </w:pPr>
      <w:r>
        <w:t>अपनी वैष्णवी को प्रूव नहीं कर सका। सब फेल हैं, सब फेल हैं, सब फेल हैं।</w:t>
      </w:r>
    </w:p>
    <w:p>
      <w:r>
        <w:rPr>
          <w:b/>
        </w:rPr>
        <w:t xml:space="preserve">[04:25] </w:t>
      </w:r>
      <w:r>
        <w:t>daave ki dukaan mein toh log bolte hain</w:t>
      </w:r>
    </w:p>
    <w:p>
      <w:pPr>
        <w:jc w:val="right"/>
      </w:pPr>
      <w:r>
        <w:t>दावे की दुकान में तो लोग बोलते हैं</w:t>
      </w:r>
    </w:p>
    <w:p>
      <w:r>
        <w:rPr>
          <w:b/>
        </w:rPr>
        <w:t xml:space="preserve">[04:30] </w:t>
      </w:r>
      <w:r>
        <w:t>ke, maslan, azaadi jab ka tasavvur duniya mein aaya, toh sab jaaye ke azaadi samanvay hai. lekin aap jaante hain ke azaadi har jagah,</w:t>
      </w:r>
    </w:p>
    <w:p>
      <w:pPr>
        <w:jc w:val="right"/>
      </w:pPr>
      <w:r>
        <w:t>कि, मसलन, आजादी जब का तसव्वुर दुनिया में आया, तो सब जाए कि आजादी समन्वय है। लेकिन आप जानते हैं कि आजादी हर जगह,</w:t>
      </w:r>
    </w:p>
    <w:p>
      <w:r>
        <w:rPr>
          <w:b/>
        </w:rPr>
        <w:t xml:space="preserve">[04:47] </w:t>
      </w:r>
      <w:r>
        <w:t>yaani freedom, har jagah anarchy saabit hui hai. jo concept tha azaadi ka, woh kisi bhi country mein sahi saabit nahi hua.</w:t>
      </w:r>
    </w:p>
    <w:p>
      <w:pPr>
        <w:jc w:val="right"/>
      </w:pPr>
      <w:r>
        <w:t>यानी फ्रीडम, हर जगह अनारकी साबित हुई है। जो कांसेप्ट था आजादी का, वो किसी भी कंट्री में सही साबित नहीं हुआ।</w:t>
      </w:r>
    </w:p>
    <w:p>
      <w:r>
        <w:rPr>
          <w:b/>
        </w:rPr>
        <w:t xml:space="preserve">[04:58] </w:t>
      </w:r>
      <w:r>
        <w:t>aise hi jab communist ka zamana tha, toh tum sochte the communist aakhri—aakhri azaadi hai insaan ke liye. lekin aaj communist jo hai, khud communist log usko chhod chuke hain. toh main samajhta hoon ke jo mazhab ka claim tha ke life ke do part hain:</w:t>
      </w:r>
    </w:p>
    <w:p>
      <w:pPr>
        <w:jc w:val="right"/>
      </w:pPr>
      <w:r>
        <w:t>ऐसे ही जब कम्युनिस्ट का जमाना था, तो तुम सोचते थे कम्युनिस्ट आखिरी—आखिरी आजादी है इंसान के लिए। लेकिन आज कम्युनिस्ट जो है, खुद कम्युनिस्ट लोग उसको छोड़ चुके हैं। तो मैं समझता हूँ कि जो मजहब का क्लेम था कि लाइफ के दो पार्ट हैं:</w:t>
      </w:r>
    </w:p>
    <w:p>
      <w:r>
        <w:rPr>
          <w:b/>
        </w:rPr>
        <w:t xml:space="preserve">[05:22] </w:t>
      </w:r>
      <w:r>
        <w:t>maujooda duniya jo hai, ek preparation ground hai, aur doosri duniya jo hai, woh reward paane ka maqam hai.</w:t>
      </w:r>
    </w:p>
    <w:p>
      <w:pPr>
        <w:jc w:val="right"/>
      </w:pPr>
      <w:r>
        <w:t>मौजूदा दुनिया जो है, एक प्रिपरेशन ग्राउंड है, और दूसरी दुनिया जो है, वो रिवॉर्ड पाने का مقام है।</w:t>
      </w:r>
    </w:p>
    <w:p>
      <w:r>
        <w:rPr>
          <w:b/>
        </w:rPr>
        <w:t xml:space="preserve">[05:33] </w:t>
      </w:r>
      <w:r>
        <w:t>toh main samajhta hoon ke yeh daawa apne upar kaayam hai. koi isko disprove nahi kar saka. but maulana, in this preparatory ground, and as many people say that life is a journey, people offer complain that there are lot of sufferings, there are trials, there is illness, there is poverty, there is death. so a thought comes in peoples mind that god does not exist.</w:t>
      </w:r>
    </w:p>
    <w:p>
      <w:pPr>
        <w:jc w:val="right"/>
      </w:pPr>
      <w:r>
        <w:t>तो मैं समझता हूँ कि यह दावा अपने ऊपर कायम है। कोई इसको डिसप्रूव नहीं कर सका। बट مولाना, इन दिस प्रिपरेट्री ग्राउंड, एंड एज मेनी पीपल से दैट लाइफ इज अ जर्नी, पीपल ऑफर कंप्लेन दैट देयर आर लॉट ऑफ सफरिंग्स, देयर आर ट्रायल्स, देयर इज इलनेस, देयर इज पॉवर्टी, देयर इज डेथ। सो अ थॉट कम्स इन पीपल्स माइंड दैट गॉड डज नॉट एक्सिस्ट।</w:t>
      </w:r>
    </w:p>
    <w:p>
      <w:r>
        <w:rPr>
          <w:b/>
        </w:rPr>
        <w:t xml:space="preserve">[06:01] </w:t>
      </w:r>
      <w:r>
        <w:t>the question is that why there is so much of suffering around? what is the reason? what is the cause of so much of sufferings? dekhiye, suffering ya travel will ke baare mein bahut kuch kaha gaya hai.</w:t>
      </w:r>
    </w:p>
    <w:p>
      <w:pPr>
        <w:jc w:val="right"/>
      </w:pPr>
      <w:r>
        <w:t>द क्वेश्चन इज दैट व्हाई देयर इज सो मच ऑफ सफरिंग अराउंड? व्हाट इज द रीजन? व्हाट इज द कॉज ऑफ सो मच ऑफ सफरिंग्स? देखिए, सफरिंग या ट्रेवल विल के बारे में बहुत कुछ कहा गया है।</w:t>
      </w:r>
    </w:p>
    <w:p>
      <w:r>
        <w:rPr>
          <w:b/>
        </w:rPr>
        <w:t xml:space="preserve">[06:17] </w:t>
      </w:r>
      <w:r>
        <w:t>lekin main samajhta hoon ke woh blessing hai. evil kahiye ya suffering kahiye, woh blessing hai. kyunke jitne bhi bade log hain history mein, jinhone koi bada kaam kiya,</w:t>
      </w:r>
    </w:p>
    <w:p>
      <w:pPr>
        <w:jc w:val="right"/>
      </w:pPr>
      <w:r>
        <w:t>लेकिन मैं समझता हूँ कि वो ब्लेसिंग है। इविल कहिए या सफरिंग कहिए, वो ब्लेसिंग है। क्योंकि जितने भी बड़े लोग हैं हिस्ट्री में, जिन्होंने कोई बड़ा काम किया,</w:t>
      </w:r>
    </w:p>
    <w:p>
      <w:r>
        <w:rPr>
          <w:b/>
        </w:rPr>
        <w:t xml:space="preserve">[06:32] </w:t>
      </w:r>
      <w:r>
        <w:t>sabko suffering ke zamane se pesh aaya. sabko. ismein koi kaay system nahi hai. isse maloom hota hai ke suffering jo hai, woh incentive paida karti hai. suffering ek nickname hai, galat naam hai ek blessing ka.</w:t>
      </w:r>
    </w:p>
    <w:p>
      <w:pPr>
        <w:jc w:val="right"/>
      </w:pPr>
      <w:r>
        <w:t>सबको सफरिंग के जमाने से पेश आया। सबको। इसमें कोई काय सिस्टम नहीं है। इससे मालूम होता है कि सफरिंग जो है, वो इंसेंटिव पैदा करती है। सफरिंग एक निक नेम है, गलत नाम है एक ब्लेसिंग का।</w:t>
      </w:r>
    </w:p>
    <w:p>
      <w:r>
        <w:rPr>
          <w:b/>
        </w:rPr>
        <w:t xml:space="preserve">[06:56] </w:t>
      </w:r>
      <w:r>
        <w:t>mere jaanane mein, maine padha hai, koi ek bhi misaal nahi hai mujhe maloom ke bahut hi achhe haalaat mein jo kehte hain ke "mr.</w:t>
      </w:r>
    </w:p>
    <w:p>
      <w:pPr>
        <w:jc w:val="right"/>
      </w:pPr>
      <w:r>
        <w:t>मेरे जानने में, मैंने पढ़ा है, कोई एक भी मिसाल नहीं है मुझे मालूम कि बहुत ही अच्छे हालात में जो कहते हैं कि "Mr.</w:t>
      </w:r>
    </w:p>
    <w:p>
      <w:r>
        <w:rPr>
          <w:b/>
        </w:rPr>
        <w:t xml:space="preserve">[07:08] </w:t>
      </w:r>
      <w:r>
        <w:t>so and so was born with a silver spoon in his mouth." aisa koi aadmi history mein nahi hai jisne koi bada kaam kiya ho. jinhone bade kaam kiye hain, woh sab wahi hain jo suffering mein paida hue,</w:t>
      </w:r>
    </w:p>
    <w:p>
      <w:pPr>
        <w:jc w:val="right"/>
      </w:pPr>
      <w:r>
        <w:t>So and So was born with a silver spoon in his mouth." ऐसा कोई आदमी हिस्ट्री में नहीं है जिसने कोई बड़ा काम किया हो। जिन्होंने बड़े काम किए हैं, वो सब वही हैं जो सफरिंग में पैदा हुए,</w:t>
      </w:r>
    </w:p>
    <w:p>
      <w:r>
        <w:rPr>
          <w:b/>
        </w:rPr>
        <w:t xml:space="preserve">[07:24] </w:t>
      </w:r>
      <w:r>
        <w:t>travel mein paida hue. kisi ne bahut sahi kaha hai ke "it is not ease but effort, not facility but difficulty that makes man." toh sawaal yeh hai ke log result ko nahi dekhte. bas ek chal pada hai ek baat, suffering. sawaal yeh hai ke usi suffering ke kaam par log paida ho rahe hain. hamare desh mein dekhiye, dr.</w:t>
      </w:r>
    </w:p>
    <w:p>
      <w:pPr>
        <w:jc w:val="right"/>
      </w:pPr>
      <w:r>
        <w:t>ट्रेवल में पैदा हुए। किसी ने बहुत सही कहा है कि "It is not ease but effort, not facility but difficulty that makes man." तो सवाल यह है कि लोग रिजल्ट को नहीं देखते। बस एक चल पड़ा है एक बात, सफरिंग। सवाल यह है कि उसी सफरिंग के काम पर लोग पैदा हो रहे हैं। हमारे देश में देखिए, डॉ.</w:t>
      </w:r>
    </w:p>
    <w:p>
      <w:r>
        <w:rPr>
          <w:b/>
        </w:rPr>
        <w:t xml:space="preserve">[07:54] </w:t>
      </w:r>
      <w:r>
        <w:t>abdul kalam ko suffering mein jeena pada, aur phir woh sabse bade scientist ban gaye.</w:t>
      </w:r>
    </w:p>
    <w:p>
      <w:pPr>
        <w:jc w:val="right"/>
      </w:pPr>
      <w:r>
        <w:t>अब्दुल कलाम को सफरिंग में जीना पड़ा, और फिर वो सबसे बड़े साइंटिस्ट बन गए।</w:t>
      </w:r>
    </w:p>
    <w:p>
      <w:r>
        <w:rPr>
          <w:b/>
        </w:rPr>
        <w:t xml:space="preserve">[08:02] </w:t>
      </w:r>
      <w:r>
        <w:t>dr. ambedkar ko bahut badi museebaton mein facility padi, lekin woh india ke constitution ko banane wale ban gaye.</w:t>
      </w:r>
    </w:p>
    <w:p>
      <w:pPr>
        <w:jc w:val="right"/>
      </w:pPr>
      <w:r>
        <w:t>डॉ. अंबेडकर को बहुत बड़ी मुसीबतों में फैसिलिटी पड़ी, लेकिन वो इंडिया के कॉन्स्टिट्यूशन को बनाने वाले बन गए।</w:t>
      </w:r>
    </w:p>
    <w:p>
      <w:r>
        <w:rPr>
          <w:b/>
        </w:rPr>
        <w:t xml:space="preserve">[08:12] </w:t>
      </w:r>
      <w:r>
        <w:t>khud mahatma gandhi ko south africa mein suffering pesh aayi, lekin woh azaadi ke champion ban gaye. toh suffering jo hai, woh suffering nahi hai. woh aadmi ko motivate karti hai kuch haasil karne ka. aur jahan suffering na ho,</w:t>
      </w:r>
    </w:p>
    <w:p>
      <w:pPr>
        <w:jc w:val="right"/>
      </w:pPr>
      <w:r>
        <w:t>खुद महात्मा गांधी को साउथ अफ्रीका में सफरिंग पेश आई, लेकिन वो आजादी के चैंपियन बन गए। तो सफरिंग जो है, वो सफरिंग नहीं है। वो आदमी को मोटिवेट करती है कुछ हासिल करने का। और जहां सफरिंग न हो,</w:t>
      </w:r>
    </w:p>
    <w:p>
      <w:r>
        <w:rPr>
          <w:b/>
        </w:rPr>
        <w:t xml:space="preserve">[08:33] </w:t>
      </w:r>
      <w:r>
        <w:t>suffering na hona demotivate karta hai aadmi ko, aur suffering hona motivate karta hai. isliye main is theory ko nahi maanta ke</w:t>
      </w:r>
    </w:p>
    <w:p>
      <w:pPr>
        <w:jc w:val="right"/>
      </w:pPr>
      <w:r>
        <w:t>सफरिंग न होना डीमोटिवेट करता है आदमी को, और सफरिंग होना मोटिवेट करता है। इसलिए मैं इस थ्योरी को नहीं मानता कि</w:t>
      </w:r>
    </w:p>
    <w:p>
      <w:r>
        <w:rPr>
          <w:b/>
        </w:rPr>
        <w:t xml:space="preserve">[08:49] </w:t>
      </w:r>
      <w:r>
        <w:t>suffering ya evil koi burai hai. maulana, you said that suffering is a blessing. another extension of suffering is the stress, the tension, and worries that people take. we have also seen recently the phenomena of suicides, and this particularly happening among the famous personali</w:t>
      </w:r>
    </w:p>
    <w:p>
      <w:pPr>
        <w:jc w:val="right"/>
      </w:pPr>
      <w:r>
        <w:t>सफरिंग या इविल कोई बुराई है। مولाना, यू सेड दैट सफरिंग इज अ ब्लेसिंग। अनदर एक्सटेंशन ऑफ सफरिंग इज द स्ट्रेस, द टेंशन, एंड वरीज दैट पीपल टेक। वी हैव आल्सो सीन रिसेंटली द फिनोमिना ऑफ सुसाइड्स, एंड दिस पर्टिकुलरली हैपनिंग अमंग द फेमस पर्सनालि</w:t>
      </w:r>
    </w:p>
    <w:p>
      <w:r>
        <w:rPr>
          <w:b/>
        </w:rPr>
        <w:t xml:space="preserve">[09:11] </w:t>
      </w:r>
      <w:r>
        <w:t>third. We see many Hollywood celebrities committing suicides, and largely it is a result of some sort of tension or stress, which could be attributed to suffering. So why is it that people live in so much of tension and stress, and they take such drastic steps, like they kill themselves?</w:t>
      </w:r>
    </w:p>
    <w:p>
      <w:pPr>
        <w:jc w:val="right"/>
      </w:pPr>
      <w:r>
        <w:t>टीज। वी सॉ मेनी हॉलीवुड सेलिब्रिटीज कमिटिंग सुसाइड्स, एंड लार्जली इट इज अ रिजल्ट ऑफ सम सॉर्ट ऑफ टेंशन और स्ट्रेस, व्हिच कुड बी एट्रिब्यूटेड टू सफरिंग। सो व्हाई इज इट दैट पीपल लिव इन सो मच ऑफ टेंशन एंड स्ट्रेस, एंड दे टेक सच ड्रास्टिक स्टेप्स, लाइक दे किल देमसेल्फ?</w:t>
      </w:r>
    </w:p>
    <w:p>
      <w:r>
        <w:rPr>
          <w:b/>
        </w:rPr>
        <w:t xml:space="preserve">[09:32] </w:t>
      </w:r>
      <w:r>
        <w:t>vaat ija da reejn bihaaind it? dekhiye, yah hai dyu tu anaveyaranes.</w:t>
      </w:r>
    </w:p>
    <w:p>
      <w:pPr>
        <w:jc w:val="right"/>
      </w:pPr>
      <w:r>
        <w:t>व्हाट इज द रीजन बिहाइंड इट? देखिए, यह है ड्यू टू अनवेयरनेस।</w:t>
      </w:r>
    </w:p>
    <w:p>
      <w:r>
        <w:rPr>
          <w:b/>
        </w:rPr>
        <w:t xml:space="preserve">[09:40] </w:t>
      </w:r>
      <w:r>
        <w:t>log jyaadatar jo susaaid karate hain, to vo imoshan men karate hain. jyaada door tak na sochane kee vajah se karate hain. jitane bhee vakt aate hain,</w:t>
      </w:r>
    </w:p>
    <w:p>
      <w:pPr>
        <w:jc w:val="right"/>
      </w:pPr>
      <w:r>
        <w:t>लोग ज्यादातर जो सुसाइड करते हैं, तो वो इमोशन में करते हैं। ज्यादा दूर तक न सोचने की वजह से करते हैं। जितने भी वक्त आते हैं,</w:t>
      </w:r>
    </w:p>
    <w:p>
      <w:r>
        <w:rPr>
          <w:b/>
        </w:rPr>
        <w:t xml:space="preserve">[10:00] </w:t>
      </w:r>
      <w:r>
        <w:t>main nahin samajhata ki unaka brev nechar jaata hai.</w:t>
      </w:r>
    </w:p>
    <w:p>
      <w:pPr>
        <w:jc w:val="right"/>
      </w:pPr>
      <w:r>
        <w:t>मैं नहीं समझता कि उनका ब्रेव नेचर जाता है।</w:t>
      </w:r>
    </w:p>
    <w:p>
      <w:r>
        <w:rPr>
          <w:b/>
        </w:rPr>
        <w:t xml:space="preserve">[10:05] </w:t>
      </w:r>
      <w:r>
        <w:t>nechar par nahin, unakee yaanee naakas edyukeshan par, yaanee naakas treining par jaata hai. main aise logon se mila hoon jo mujhase kahate the ki main susaaid karana chaahata hoon, aur main jindagee nahin jee sakata. lekin mainane apanee kitaaben padhavaee unako,</w:t>
      </w:r>
    </w:p>
    <w:p>
      <w:pPr>
        <w:jc w:val="right"/>
      </w:pPr>
      <w:r>
        <w:t>नेचर पर नहीं, उनकी यानी नाकस एजुकेशन पर, यानी नाकस ट्रेनिंग पर जाता है। मैं ऐसे लोगों से मिला हूं जो मुझसे कहते थे कि मैं सुसाइड करना चाहता हूं, और मैं जिंदगी नहीं जी सकता। लेकिन मैंने अपनी किताबें पढ़वाई उनको,</w:t>
      </w:r>
    </w:p>
    <w:p>
      <w:r>
        <w:rPr>
          <w:b/>
        </w:rPr>
        <w:t xml:space="preserve">[10:31] </w:t>
      </w:r>
      <w:r>
        <w:t>aur usake baad vo kaamayaab hue jindagee men. susaaid karane ka kaam chhod diya unhonne. main samajhata hoon ki hamaaree sosaaitee men ya hamaare jaise edyukeshanistityooshans hain,</w:t>
      </w:r>
    </w:p>
    <w:p>
      <w:pPr>
        <w:jc w:val="right"/>
      </w:pPr>
      <w:r>
        <w:t>और उसके बाद वो कामयाब हुए जिंदगी में। सुसाइड करने का काम छोड़ दिया उन्होंने। मैं समझता हूं कि हमारी सोसाइटी में या हमारे जैसे एजुकेशन इंस्टीट्यूशंस हैं,</w:t>
      </w:r>
    </w:p>
    <w:p>
      <w:r>
        <w:rPr>
          <w:b/>
        </w:rPr>
        <w:t xml:space="preserve">[10:45] </w:t>
      </w:r>
      <w:r>
        <w:t>vo digree to dete hain, digree, lekin vij aaf laaif nahin dete.</w:t>
      </w:r>
    </w:p>
    <w:p>
      <w:pPr>
        <w:jc w:val="right"/>
      </w:pPr>
      <w:r>
        <w:t>वो डिग्री तो देते हैं, डिग्री, लेकिन विज ऑफ लाइफ नहीं देते।</w:t>
      </w:r>
    </w:p>
    <w:p>
      <w:r>
        <w:rPr>
          <w:b/>
        </w:rPr>
        <w:t xml:space="preserve">[10:54] </w:t>
      </w:r>
      <w:r>
        <w:t>hamaare skool, hamaare kolej, hamaare yoonivarsiTee men digreeyaan milatee hain, lekin kaheen bhee mujhe nahin maalom, kaheen bhee aisa hai ki vahaan bataaya jaata ho ki prinsipals aaf laaif kya hai.</w:t>
      </w:r>
    </w:p>
    <w:p>
      <w:pPr>
        <w:jc w:val="right"/>
      </w:pPr>
      <w:r>
        <w:t>हमारे स्कूल, हमारे कॉलेज, हमारे यूनिवर्सिटी में डिग्रियां मिलती हैं, लेकिन कहीं भी मुझे नहीं मालूम, कहीं भी ऐसा है कि वहां बताया जाता हो कि प्रिंसिपल्स ऑफ लाइफ क्या है।</w:t>
      </w:r>
    </w:p>
    <w:p>
      <w:r>
        <w:rPr>
          <w:b/>
        </w:rPr>
        <w:t xml:space="preserve">[11:12] </w:t>
      </w:r>
      <w:r>
        <w:t>main—main hamara jo mission hai, wo yahi hai.</w:t>
      </w:r>
    </w:p>
    <w:p>
      <w:pPr>
        <w:jc w:val="right"/>
      </w:pPr>
      <w:r>
        <w:t>मैं—मैं हमारा जो मिशन है, वो यही है।</w:t>
      </w:r>
    </w:p>
    <w:p>
      <w:r>
        <w:rPr>
          <w:b/>
        </w:rPr>
        <w:t xml:space="preserve">[11:16] </w:t>
      </w:r>
      <w:r>
        <w:t>main logon se kehta hoon ke aap degree to lijiye college mein, lekin hamari kitabein padhiye.</w:t>
      </w:r>
    </w:p>
    <w:p>
      <w:pPr>
        <w:jc w:val="right"/>
      </w:pPr>
      <w:r>
        <w:t>मैं लोगों से कहता हूं कि आप डिग्री तो लीजिए कॉलेज में, लेकिन हमारी किताबें पढ़िए।</w:t>
      </w:r>
    </w:p>
    <w:p>
      <w:r>
        <w:rPr>
          <w:b/>
        </w:rPr>
        <w:t xml:space="preserve">[11:23] </w:t>
      </w:r>
      <w:r>
        <w:t>aur aise hazaron ne, bahut zyada log hain, jinhone hamari kitab padh kar ke yeh kaha ke hum</w:t>
      </w:r>
    </w:p>
    <w:p>
      <w:pPr>
        <w:jc w:val="right"/>
      </w:pPr>
      <w:r>
        <w:t>और ऐसे हजारों ने, बहुत ज्यादा लोग हैं, जिन्होंने हमारी किताब पढ़ कर के ये कहा कि हम</w:t>
      </w:r>
    </w:p>
    <w:p>
      <w:r>
        <w:rPr>
          <w:b/>
        </w:rPr>
        <w:t xml:space="preserve">[11:31] </w:t>
      </w:r>
      <w:r>
        <w:t>to mayoos ho gaye the, zindagi se mayoos ho gaye the.</w:t>
      </w:r>
    </w:p>
    <w:p>
      <w:pPr>
        <w:jc w:val="right"/>
      </w:pPr>
      <w:r>
        <w:t>तो मायूस हो गए थे, जिंदगी से मायूस हो गए थे।</w:t>
      </w:r>
    </w:p>
    <w:p>
      <w:r>
        <w:rPr>
          <w:b/>
        </w:rPr>
        <w:t xml:space="preserve">[11:36] </w:t>
      </w:r>
      <w:r>
        <w:t>lekin aapki kitabein padh chuke hain, wo nai-nai</w:t>
      </w:r>
    </w:p>
    <w:p>
      <w:pPr>
        <w:jc w:val="right"/>
      </w:pPr>
      <w:r>
        <w:t>लेकिन आपकी किताबें पढ़ चुके हैं, वो नई-नई</w:t>
      </w:r>
    </w:p>
    <w:p>
      <w:r>
        <w:rPr>
          <w:b/>
        </w:rPr>
        <w:t xml:space="preserve">[11:41] </w:t>
      </w:r>
      <w:r>
        <w:t>mili. to main zyada samajhta hoon ke ye ye thought management ka mamla hai.</w:t>
      </w:r>
    </w:p>
    <w:p>
      <w:pPr>
        <w:jc w:val="right"/>
      </w:pPr>
      <w:r>
        <w:t>मिली। तो मैं ज्यादा समझता हूं कि ये ये थॉट मैनेजमेंट का मामला है।</w:t>
      </w:r>
    </w:p>
    <w:p>
      <w:r>
        <w:rPr>
          <w:b/>
        </w:rPr>
        <w:t xml:space="preserve">[11:50] </w:t>
      </w:r>
      <w:r>
        <w:t>degree humko art of thought management nahi sikhati.</w:t>
      </w:r>
    </w:p>
    <w:p>
      <w:pPr>
        <w:jc w:val="right"/>
      </w:pPr>
      <w:r>
        <w:t>डिग्री हमको आर्ट ऑफ थॉट मैनेजमेंट नहीं सिखाती।</w:t>
      </w:r>
    </w:p>
    <w:p>
      <w:r>
        <w:rPr>
          <w:b/>
        </w:rPr>
        <w:t xml:space="preserve">[11:56] </w:t>
      </w:r>
      <w:r>
        <w:t>ye inaphormal edyukeshan se hota hai. hamaara mishan inaphormal edyukeshan ka mishan hai. to logon ko kolej men digree rah deejiye, inaphormal edyukeshan deejiye, unako thaaut mainejament karana bataaiye. aur inshaallaah, ye baat khatm ho jaaeg. ye finomina khatm ho jaaega. bat maulana saahab, anadar espakt bihaaind dis tanshan end stres ija dat evaree indiveejual Traise tu fulphil hiz or har dijayar.</w:t>
      </w:r>
    </w:p>
    <w:p>
      <w:pPr>
        <w:jc w:val="right"/>
      </w:pPr>
      <w:r>
        <w:t>ये इनफॉर्मल एजुकेशन से होता है। हमारा मिशन इनफॉर्मल एजुकेशन का मिशन है। तो लोगों को कॉलेज में डिग्री रह दीजिए, इनफॉर्मल एजुकेशन दीजिए, उनको थॉट मैनेजमेंट करना बताइए। और इंशाल्लाह, ये बात खत्म हो जाएगी। ये फिनोमिना खत्म हो जाएगा। बट مولाना साहब, अनदर एस्पेक्ट बिहाइंड दिस टेंशन एंड स्ट्रेस इज दैट एवरी इंडिविजुअल ट्राइस टू फुलफिल हिज और हर डिजायर।</w:t>
      </w:r>
    </w:p>
    <w:p>
      <w:r>
        <w:rPr>
          <w:b/>
        </w:rPr>
        <w:t xml:space="preserve">[12:25] </w:t>
      </w:r>
      <w:r>
        <w:t>du yu think dat a parsana kan fulphil aal hiz dijayars in dis varld? dekhiye, masala dijayar ka nahin hai. hamaaree apanee kaipaseTee ka hai. aise kitane log hain jinhonne apanee dijayar ko poora kiya?</w:t>
      </w:r>
    </w:p>
    <w:p>
      <w:pPr>
        <w:jc w:val="right"/>
      </w:pPr>
      <w:r>
        <w:t>डू यू थिंक दैट अ पर्सन कैन फुलफिल ऑल हिज डिजायर्स इन दिस वर्ल्ड? देखिए, मसला डिजायर का नहीं है। हमारी अपनी कैपेसिटी का है। ऐसे कितने लोग हैं जिन्होंने अपनी डिजायर को पूरा किया?</w:t>
      </w:r>
    </w:p>
    <w:p>
      <w:r>
        <w:rPr>
          <w:b/>
        </w:rPr>
        <w:t xml:space="preserve">[12:44] </w:t>
      </w:r>
      <w:r>
        <w:t>masalan, kuchh logon ne paisa kamaane ka gol banaaya. hamaare desh men vepan, amerika men jo bil gets hain,</w:t>
      </w:r>
    </w:p>
    <w:p>
      <w:pPr>
        <w:jc w:val="right"/>
      </w:pPr>
      <w:r>
        <w:t>मसलन, कुछ लोगों ने पैसा कमाने का गोल बनाया। हमारे देश में वेपन, अमेरिका में जो बिल गेट्स हैं,</w:t>
      </w:r>
    </w:p>
    <w:p>
      <w:r>
        <w:rPr>
          <w:b/>
        </w:rPr>
        <w:t xml:space="preserve">[12:58] </w:t>
      </w:r>
      <w:r>
        <w:t>to unki jo khwahish thi ke mere paas bahut paisa ho, paisa ho gaya unko.</w:t>
      </w:r>
    </w:p>
    <w:p>
      <w:pPr>
        <w:jc w:val="right"/>
      </w:pPr>
      <w:r>
        <w:t>तो उनकी जो ख्वाहिश थी कि मेरे पास बहुत पैसा हो, पैसा हो गया उनको।</w:t>
      </w:r>
    </w:p>
    <w:p>
      <w:r>
        <w:rPr>
          <w:b/>
        </w:rPr>
        <w:t xml:space="preserve">[13:03] </w:t>
      </w:r>
      <w:r>
        <w:t>lekin phir bhi unko mayusi hui, aur unhone apne paise ko NGO mein de diya,</w:t>
      </w:r>
    </w:p>
    <w:p>
      <w:pPr>
        <w:jc w:val="right"/>
      </w:pPr>
      <w:r>
        <w:t>लेकिन फिर भी उनको मायूसी हुई, और उन्होंने अपने पैसे को एनजीओ में दे दिया,</w:t>
      </w:r>
    </w:p>
    <w:p>
      <w:r>
        <w:rPr>
          <w:b/>
        </w:rPr>
        <w:t xml:space="preserve">[13:10] </w:t>
      </w:r>
      <w:r>
        <w:t>yani social welfare mein de diya.</w:t>
      </w:r>
    </w:p>
    <w:p>
      <w:pPr>
        <w:jc w:val="right"/>
      </w:pPr>
      <w:r>
        <w:t>यानी सोशल वेलफेयर में दे दिया।</w:t>
      </w:r>
    </w:p>
    <w:p>
      <w:r>
        <w:rPr>
          <w:b/>
        </w:rPr>
        <w:t xml:space="preserve">[13:15] </w:t>
      </w:r>
      <w:r>
        <w:t>to aisi cheez, main think, desire nahi hai.</w:t>
      </w:r>
    </w:p>
    <w:p>
      <w:pPr>
        <w:jc w:val="right"/>
      </w:pPr>
      <w:r>
        <w:t>तो ऐसी चीज, मैं थिंक, डिजायर नहीं है।</w:t>
      </w:r>
    </w:p>
    <w:p>
      <w:r>
        <w:rPr>
          <w:b/>
        </w:rPr>
        <w:t xml:space="preserve">[13:19] </w:t>
      </w:r>
      <w:r>
        <w:t>har cheez hamari apni capacity ka hai.</w:t>
      </w:r>
    </w:p>
    <w:p>
      <w:pPr>
        <w:jc w:val="right"/>
      </w:pPr>
      <w:r>
        <w:t>हर चीज हमारी अपनी कैपेसिटी का है।</w:t>
      </w:r>
    </w:p>
    <w:p>
      <w:r>
        <w:rPr>
          <w:b/>
        </w:rPr>
        <w:t xml:space="preserve">[13:24] </w:t>
      </w:r>
      <w:r>
        <w:t>kyunki hamari capacity</w:t>
      </w:r>
    </w:p>
    <w:p>
      <w:pPr>
        <w:jc w:val="right"/>
      </w:pPr>
      <w:r>
        <w:t>क्योंकि हमारी कैपेसिटी</w:t>
      </w:r>
    </w:p>
    <w:p>
      <w:r>
        <w:rPr>
          <w:b/>
        </w:rPr>
        <w:t xml:space="preserve">[13:26] </w:t>
      </w:r>
      <w:r>
        <w:t>hoti nahi rehti ke hamare fulfillment ke liye,</w:t>
      </w:r>
    </w:p>
    <w:p>
      <w:pPr>
        <w:jc w:val="right"/>
      </w:pPr>
      <w:r>
        <w:t>होती नहीं रहती कि हमारे फुलफिलमेंट के लिए,</w:t>
      </w:r>
    </w:p>
    <w:p>
      <w:r>
        <w:rPr>
          <w:b/>
        </w:rPr>
        <w:t xml:space="preserve">[13:30] </w:t>
      </w:r>
      <w:r>
        <w:t>yani sab kuch mil jaye, tab bhi hum fulfillment humko nahi milta.</w:t>
      </w:r>
    </w:p>
    <w:p>
      <w:pPr>
        <w:jc w:val="right"/>
      </w:pPr>
      <w:r>
        <w:t>यानी सब कुछ मिल जाए, तब भी हम फुलफिलमेंट हमको नहीं मिलता।</w:t>
      </w:r>
    </w:p>
    <w:p>
      <w:r>
        <w:rPr>
          <w:b/>
        </w:rPr>
        <w:t xml:space="preserve">[13:36] </w:t>
      </w:r>
      <w:r>
        <w:t>hamari capacity itni hai hi nahi ke hum apni desire ko unlimited taur par pura karte rahein.</w:t>
      </w:r>
    </w:p>
    <w:p>
      <w:pPr>
        <w:jc w:val="right"/>
      </w:pPr>
      <w:r>
        <w:t>हमारी कैपेसिटी इतनी है ही नहीं कि हम अपनी डिजायर को अनलिमिटेड तौर पर पूरा करते रहें।</w:t>
      </w:r>
    </w:p>
    <w:p>
      <w:r>
        <w:rPr>
          <w:b/>
        </w:rPr>
        <w:t xml:space="preserve">[13:43] </w:t>
      </w:r>
      <w:r>
        <w:t>kyunki jo creator ka naksha hai, wo ye hai ke is duniya mein aap desire puri nahi kar</w:t>
      </w:r>
    </w:p>
    <w:p>
      <w:pPr>
        <w:jc w:val="right"/>
      </w:pPr>
      <w:r>
        <w:t>क्योंकि जो क्रिएटर का नक्शा है, वो ये है कि इस दुनिया में आप डिजायर पूरी नहीं कर</w:t>
      </w:r>
    </w:p>
    <w:p>
      <w:r>
        <w:rPr>
          <w:b/>
        </w:rPr>
        <w:t xml:space="preserve">[13:51] </w:t>
      </w:r>
      <w:r>
        <w:t>sakte, kyunki aap capacity utni nahi di gayi hai.</w:t>
      </w:r>
    </w:p>
    <w:p>
      <w:pPr>
        <w:jc w:val="right"/>
      </w:pPr>
      <w:r>
        <w:t>सकते, क्योंकि आप कैपेसिटी उतनी नहीं दी गई है।</w:t>
      </w:r>
    </w:p>
    <w:p>
      <w:r>
        <w:rPr>
          <w:b/>
        </w:rPr>
        <w:t xml:space="preserve">[13:54] </w:t>
      </w:r>
      <w:r>
        <w:t>aapko koi cheez aapko pasand ho, lekin aapko itni capacity nahi ke usko zyada time se enjoy karte</w:t>
      </w:r>
    </w:p>
    <w:p>
      <w:pPr>
        <w:jc w:val="right"/>
      </w:pPr>
      <w:r>
        <w:t>आपको कोई चीज आपको पसंद हो, लेकिन आपको इतनी कैपेसिटी नहीं कि उसको ज्यादा टाइम से एंजॉय करते</w:t>
      </w:r>
    </w:p>
    <w:p>
      <w:r>
        <w:rPr>
          <w:b/>
        </w:rPr>
        <w:t xml:space="preserve">[14:03] </w:t>
      </w:r>
      <w:r>
        <w:t>rahein.</w:t>
      </w:r>
    </w:p>
    <w:p>
      <w:pPr>
        <w:jc w:val="right"/>
      </w:pPr>
      <w:r>
        <w:t>रहें।</w:t>
      </w:r>
    </w:p>
    <w:p>
      <w:r>
        <w:rPr>
          <w:b/>
        </w:rPr>
        <w:t xml:space="preserve">[14:06] </w:t>
      </w:r>
      <w:r>
        <w:t>to islaam ke mutaabik, ye duniya apane aap ko taiyaar karane kee duniya hai,</w:t>
      </w:r>
    </w:p>
    <w:p>
      <w:pPr>
        <w:jc w:val="right"/>
      </w:pPr>
      <w:r>
        <w:t>तो इस्लाम के मुताबिक, ये दुनिया अपने आप को तैयार करने की दुनिया है,</w:t>
      </w:r>
    </w:p>
    <w:p>
      <w:r>
        <w:rPr>
          <w:b/>
        </w:rPr>
        <w:t xml:space="preserve">[14:18] </w:t>
      </w:r>
      <w:r>
        <w:t>yaanee preperashan preper karane kee duniya hai. aur isake baad jo duniya hai, vahaan par aapako dijayar ko fulphil karane ka mauka milega. to vo masala ye nahin ki aapake dijayar,</w:t>
      </w:r>
    </w:p>
    <w:p>
      <w:pPr>
        <w:jc w:val="right"/>
      </w:pPr>
      <w:r>
        <w:t>यानी प्रिपरेशन प्रिपेयर करने की दुनिया है। और इसके बाद जो दुनिया है, वहां पर आपको डिजायर को फुलफिल करने का मौका मिलेगा। तो वो मसला ये नहीं कि आपके डिजायर,</w:t>
      </w:r>
    </w:p>
    <w:p>
      <w:r>
        <w:rPr>
          <w:b/>
        </w:rPr>
        <w:t xml:space="preserve">[14:33] </w:t>
      </w:r>
      <w:r>
        <w:t>yu no, kitane log hain jinako ki politikal paavar mila, jinako paisa mila, lekin unako sukoon nahin mila. yaanee paisa paakar nahin hua, politikal paavar paakar nahin mila. kyon?</w:t>
      </w:r>
    </w:p>
    <w:p>
      <w:pPr>
        <w:jc w:val="right"/>
      </w:pPr>
      <w:r>
        <w:t>यू नो, कितने लोग हैं जिनको कि पॉलिटिकल पावर मिला, जिनको पैसा मिला, लेकिन उनको सुकून नहीं मिला। यानी पैसा पाकर नहीं हुआ, पॉलिटिकल पावर पाकर नहीं मिला। क्यों?</w:t>
      </w:r>
    </w:p>
    <w:p>
      <w:r>
        <w:rPr>
          <w:b/>
        </w:rPr>
        <w:t xml:space="preserve">[14:48] </w:t>
      </w:r>
      <w:r>
        <w:t>unakee kaipaseTee hotee nahin thee, jitana ki vo chaahate the. vo to agalee duniya men hoga. So Maulana Sahab, you are saying that because there is not enough capacity, and that is a reason for this phenomena. So can we say that because of lack of this capacity, many people who make lot of achievements are still discontented in life?</w:t>
      </w:r>
    </w:p>
    <w:p>
      <w:pPr>
        <w:jc w:val="right"/>
      </w:pPr>
      <w:r>
        <w:t>उनकी कैपेसिटी होती नहीं थी, जितना कि वो चाहते थे। वो तो अगली दुनिया में होगा। सो مولाना साहब, यू आर सेइंग दैट बिकॉज़ देयर इज नॉट इनफ कैपेसिटी, एंड दैट इज अ रीजन फॉर फॉर दिस फिनोमिना। सो कैन वी से दैट बिकॉज़ ऑफ लैक ऑफ दिस कैपेसिटी, मेनी पीपल हु मेक लॉट ऑफ अचीवमेंट्स आर स्टिल डिसकंटेंटेड इन लाइफ?</w:t>
      </w:r>
    </w:p>
    <w:p>
      <w:r>
        <w:rPr>
          <w:b/>
        </w:rPr>
        <w:t xml:space="preserve">[15:13] </w:t>
      </w:r>
      <w:r>
        <w:t>ija dis da praaim reejn? sahee kaha</w:t>
      </w:r>
    </w:p>
    <w:p>
      <w:pPr>
        <w:jc w:val="right"/>
      </w:pPr>
      <w:r>
        <w:t>इज दिस द प्राइम रीजन? सही कहा</w:t>
      </w:r>
    </w:p>
    <w:p>
      <w:r>
        <w:rPr>
          <w:b/>
        </w:rPr>
        <w:t xml:space="preserve">[15:16] </w:t>
      </w:r>
      <w:r>
        <w:t>hai. main apna ek qissa batata hoon aapko.</w:t>
      </w:r>
    </w:p>
    <w:p>
      <w:pPr>
        <w:jc w:val="right"/>
      </w:pPr>
      <w:r>
        <w:t>है। मैं अपना एक किस्सा बताता हूं आपको।</w:t>
      </w:r>
    </w:p>
    <w:p>
      <w:r>
        <w:rPr>
          <w:b/>
        </w:rPr>
        <w:t xml:space="preserve">[15:21] </w:t>
      </w:r>
      <w:r>
        <w:t>ek baar main gaya kashmir.</w:t>
      </w:r>
    </w:p>
    <w:p>
      <w:pPr>
        <w:jc w:val="right"/>
      </w:pPr>
      <w:r>
        <w:t>एक बार मैं गया कश्मीर।</w:t>
      </w:r>
    </w:p>
    <w:p>
      <w:r>
        <w:rPr>
          <w:b/>
        </w:rPr>
        <w:t xml:space="preserve">[15:24] </w:t>
      </w:r>
      <w:r>
        <w:t>kashmir mein bahut se chashme hain jo pahaad se direct pani aa raha hota hai.</w:t>
      </w:r>
    </w:p>
    <w:p>
      <w:pPr>
        <w:jc w:val="right"/>
      </w:pPr>
      <w:r>
        <w:t>कश्मीर में बहुत से चश्मे हैं जो पहाड़ से डायरेक्ट पानी आ रहा होता है।</w:t>
      </w:r>
    </w:p>
    <w:p>
      <w:r>
        <w:rPr>
          <w:b/>
        </w:rPr>
        <w:t xml:space="preserve">[15:31] </w:t>
      </w:r>
      <w:r>
        <w:t>to aise ek chashme par hum gaye.</w:t>
      </w:r>
    </w:p>
    <w:p>
      <w:pPr>
        <w:jc w:val="right"/>
      </w:pPr>
      <w:r>
        <w:t>तो ऐसे एक चश्मे पर हम गए।</w:t>
      </w:r>
    </w:p>
    <w:p>
      <w:r>
        <w:rPr>
          <w:b/>
        </w:rPr>
        <w:t xml:space="preserve">[15:33] </w:t>
      </w:r>
      <w:r>
        <w:t>hamare sath professor kabla sahib the.</w:t>
      </w:r>
    </w:p>
    <w:p>
      <w:pPr>
        <w:jc w:val="right"/>
      </w:pPr>
      <w:r>
        <w:t>हमारे साथ प्रोफेसर कबला साहब थे।</w:t>
      </w:r>
    </w:p>
    <w:p>
      <w:r>
        <w:rPr>
          <w:b/>
        </w:rPr>
        <w:t xml:space="preserve">[15:38] </w:t>
      </w:r>
      <w:r>
        <w:t>to unke paas glass tha.</w:t>
      </w:r>
    </w:p>
    <w:p>
      <w:pPr>
        <w:jc w:val="right"/>
      </w:pPr>
      <w:r>
        <w:t>तो उनके पास गिलास था।</w:t>
      </w:r>
    </w:p>
    <w:p>
      <w:r>
        <w:rPr>
          <w:b/>
        </w:rPr>
        <w:t xml:space="preserve">[15:42] </w:t>
      </w:r>
      <w:r>
        <w:t>to maine ek chashma jo aa raha tha pahaad se, ek glass pani liya.</w:t>
      </w:r>
    </w:p>
    <w:p>
      <w:pPr>
        <w:jc w:val="right"/>
      </w:pPr>
      <w:r>
        <w:t>तो मैंने एक चश्मा जो आ रहा था पहाड़ से, एक गिलास पानी लिया।</w:t>
      </w:r>
    </w:p>
    <w:p>
      <w:r>
        <w:rPr>
          <w:b/>
        </w:rPr>
        <w:t xml:space="preserve">[15:48] </w:t>
      </w:r>
      <w:r>
        <w:t>maine piya tha, bahut hi acha laga mujhe.</w:t>
      </w:r>
    </w:p>
    <w:p>
      <w:pPr>
        <w:jc w:val="right"/>
      </w:pPr>
      <w:r>
        <w:t>मैंने पिया था, बहुत ही अच्छा लगा मुझे।</w:t>
      </w:r>
    </w:p>
    <w:p>
      <w:r>
        <w:rPr>
          <w:b/>
        </w:rPr>
        <w:t xml:space="preserve">[15:52] </w:t>
      </w:r>
      <w:r>
        <w:t>bahut hi acha.</w:t>
      </w:r>
    </w:p>
    <w:p>
      <w:pPr>
        <w:jc w:val="right"/>
      </w:pPr>
      <w:r>
        <w:t>बहुत ही अच्छा।</w:t>
      </w:r>
    </w:p>
    <w:p>
      <w:r>
        <w:rPr>
          <w:b/>
        </w:rPr>
        <w:t xml:space="preserve">[15:53] </w:t>
      </w:r>
      <w:r>
        <w:t>phir do gilaas, phir teen gilaas, phir chhay gilaas paani pee gaya.</w:t>
      </w:r>
    </w:p>
    <w:p>
      <w:pPr>
        <w:jc w:val="right"/>
      </w:pPr>
      <w:r>
        <w:t>फिर दो गिलास, फिर तीन गिलास, फिर छह गिलास पानी पी गया।</w:t>
      </w:r>
    </w:p>
    <w:p>
      <w:r>
        <w:rPr>
          <w:b/>
        </w:rPr>
        <w:t xml:space="preserve">[15:58] </w:t>
      </w:r>
      <w:r>
        <w:t>uske baad kya hua ke sar mein itna dard shuru hua ke</w:t>
      </w:r>
    </w:p>
    <w:p>
      <w:pPr>
        <w:jc w:val="right"/>
      </w:pPr>
      <w:r>
        <w:t>उसके बाद क्या हुआ कि सर में इतना दर्द शुरू हुआ कि</w:t>
      </w:r>
    </w:p>
    <w:p>
      <w:r>
        <w:rPr>
          <w:b/>
        </w:rPr>
        <w:t xml:space="preserve">[16:02] </w:t>
      </w:r>
      <w:r>
        <w:t>raat ko main so nahin saka.</w:t>
      </w:r>
    </w:p>
    <w:p>
      <w:pPr>
        <w:jc w:val="right"/>
      </w:pPr>
      <w:r>
        <w:t>रात को मैं सो नहीं सका।</w:t>
      </w:r>
    </w:p>
    <w:p>
      <w:r>
        <w:rPr>
          <w:b/>
        </w:rPr>
        <w:t xml:space="preserve">[16:05] </w:t>
      </w:r>
      <w:r>
        <w:t>to hamaaree, yaanee vo cheej to maujood hai jo hame achchhee lagatee hai, lekin hamaaree kaipaseTee nahin ki usaka enajoy karen. ye hai masala.</w:t>
      </w:r>
    </w:p>
    <w:p>
      <w:pPr>
        <w:jc w:val="right"/>
      </w:pPr>
      <w:r>
        <w:t>तो हमारी, यानी वो चीज तो मौजूद है जो हमें अच्छी लगती है, लेकिन हमारी कैपेसिटी नहीं कि उसका एंजॉय करें। ये है मसला।</w:t>
      </w:r>
    </w:p>
    <w:p>
      <w:r>
        <w:rPr>
          <w:b/>
        </w:rPr>
        <w:t xml:space="preserve">[16:17] </w:t>
      </w:r>
      <w:r>
        <w:t>maulana saahab, aaee aalso vaant yu tu edres van espakt, bikoz yu aar taaking abaut maTeerialijm.</w:t>
      </w:r>
    </w:p>
    <w:p>
      <w:pPr>
        <w:jc w:val="right"/>
      </w:pPr>
      <w:r>
        <w:t>مولाना साहब, आई आल्सो वांट यू टू एड्रेस वन एस्पेक्ट, बिकॉज़ यू आर टॉकिंग अबाउट मटेरियलिज्म।</w:t>
      </w:r>
    </w:p>
    <w:p>
      <w:r>
        <w:rPr>
          <w:b/>
        </w:rPr>
        <w:t xml:space="preserve">[16:22] </w:t>
      </w:r>
      <w:r>
        <w:t>Many people say that when it comes to materialism, young people should focus all their energies in acquiring the materialistic things, while the old people should focus on spiritualism. Do you really think that this motto is right, that young for materialism and old for spiritualism?</w:t>
      </w:r>
    </w:p>
    <w:p>
      <w:pPr>
        <w:jc w:val="right"/>
      </w:pPr>
      <w:r>
        <w:t>मेनी पीपल से दैट व्हेन इट कम्स टू मटेरियलिज्म, यंग पीपल शुड फोकस ऑल देयर एनर्जीस इन एक्वायरिंग द मटेरियलिस्टिक थिंग्स, व्हाइल द ओल्ड पीपल शुड फोकस ऑन स्पिरिचुअलिज्म। डू यू रियली थिंक दैट दिस मोटो इज राइट, दैट यंग फॉर मटेरियलिज्म एंड ओल्ड फॉर स्पिरिचुअलिज्म?</w:t>
      </w:r>
    </w:p>
    <w:p>
      <w:r>
        <w:rPr>
          <w:b/>
        </w:rPr>
        <w:t xml:space="preserve">[16:43] </w:t>
      </w:r>
      <w:r>
        <w:t>dekhiye, materialism ka ulta jo hai,</w:t>
      </w:r>
    </w:p>
    <w:p>
      <w:pPr>
        <w:jc w:val="right"/>
      </w:pPr>
      <w:r>
        <w:t>देखिए, मटेरियलिज्म का उल्टा जो है,</w:t>
      </w:r>
    </w:p>
    <w:p>
      <w:r>
        <w:rPr>
          <w:b/>
        </w:rPr>
        <w:t xml:space="preserve">[16:48] </w:t>
      </w:r>
      <w:r>
        <w:t>wisdom hai. wisdom.</w:t>
      </w:r>
    </w:p>
    <w:p>
      <w:pPr>
        <w:jc w:val="right"/>
      </w:pPr>
      <w:r>
        <w:t>विजडम है। विजडम।</w:t>
      </w:r>
    </w:p>
    <w:p>
      <w:r>
        <w:rPr>
          <w:b/>
        </w:rPr>
        <w:t xml:space="preserve">[16:51] </w:t>
      </w:r>
      <w:r>
        <w:t>kitna young logon ya zyada umr ke logon, sabko ye wisdom chahiye.</w:t>
      </w:r>
    </w:p>
    <w:p>
      <w:pPr>
        <w:jc w:val="right"/>
      </w:pPr>
      <w:r>
        <w:t>कितना यंग लोगों या ज्यादा उम्र के लोगों, सबको ये विजडम चाहिए।</w:t>
      </w:r>
    </w:p>
    <w:p>
      <w:r>
        <w:rPr>
          <w:b/>
        </w:rPr>
        <w:t xml:space="preserve">[16:56] </w:t>
      </w:r>
      <w:r>
        <w:t>agar zindagi mein humko wisdom bhi mila, to kuch nahi mila.</w:t>
      </w:r>
    </w:p>
    <w:p>
      <w:pPr>
        <w:jc w:val="right"/>
      </w:pPr>
      <w:r>
        <w:t>अगर जिंदगी में हमको विजडम भी मिला, तो कुछ नहीं मिला।</w:t>
      </w:r>
    </w:p>
    <w:p>
      <w:r>
        <w:rPr>
          <w:b/>
        </w:rPr>
        <w:t xml:space="preserve">[17:02] </w:t>
      </w:r>
      <w:r>
        <w:t>to wo to naujawan ko bhi chahiye wisdom.</w:t>
      </w:r>
    </w:p>
    <w:p>
      <w:pPr>
        <w:jc w:val="right"/>
      </w:pPr>
      <w:r>
        <w:t>तो वो तो नौजवान को भी चाहिए विजडम।</w:t>
      </w:r>
    </w:p>
    <w:p>
      <w:r>
        <w:rPr>
          <w:b/>
        </w:rPr>
        <w:t xml:space="preserve">[17:05] </w:t>
      </w:r>
      <w:r>
        <w:t>sirf padh likh kar rahe hain.</w:t>
      </w:r>
    </w:p>
    <w:p>
      <w:pPr>
        <w:jc w:val="right"/>
      </w:pPr>
      <w:r>
        <w:t>सिर्फ पढ़ लिख कर रहे हैं।</w:t>
      </w:r>
    </w:p>
    <w:p>
      <w:r>
        <w:rPr>
          <w:b/>
        </w:rPr>
        <w:t xml:space="preserve">[17:06] </w:t>
      </w:r>
      <w:r>
        <w:t>agar wisdom nahi hai, to kai to kuch nahi kar sakte.</w:t>
      </w:r>
    </w:p>
    <w:p>
      <w:pPr>
        <w:jc w:val="right"/>
      </w:pPr>
      <w:r>
        <w:t>अगर विजडम नहीं है, तो कई तो कुछ नहीं कर सकते।</w:t>
      </w:r>
    </w:p>
    <w:p>
      <w:r>
        <w:rPr>
          <w:b/>
        </w:rPr>
        <w:t xml:space="preserve">[17:11] </w:t>
      </w:r>
      <w:r>
        <w:t>aap kitna hi padh len, kitni degree haasil kar len, agar aapke paas wisdom nahi hai.</w:t>
      </w:r>
    </w:p>
    <w:p>
      <w:pPr>
        <w:jc w:val="right"/>
      </w:pPr>
      <w:r>
        <w:t>आप कितना ही पढ़ लें, कितनी डिग्री हासिल कर लें, अगर आपके पास विजडम नहीं है।</w:t>
      </w:r>
    </w:p>
    <w:p>
      <w:r>
        <w:rPr>
          <w:b/>
        </w:rPr>
        <w:t xml:space="preserve">[17:18] </w:t>
      </w:r>
      <w:r>
        <w:t>wisdom nahi hai, to aap</w:t>
      </w:r>
    </w:p>
    <w:p>
      <w:pPr>
        <w:jc w:val="right"/>
      </w:pPr>
      <w:r>
        <w:t>विजडम नहीं है, तो आप</w:t>
      </w:r>
    </w:p>
    <w:p>
      <w:r>
        <w:rPr>
          <w:b/>
        </w:rPr>
        <w:t xml:space="preserve">[17:20] </w:t>
      </w:r>
      <w:r>
        <w:t>koi faida nahi utha sakte.</w:t>
      </w:r>
    </w:p>
    <w:p>
      <w:pPr>
        <w:jc w:val="right"/>
      </w:pPr>
      <w:r>
        <w:t>कोई फायदा नहीं उठा सकते।</w:t>
      </w:r>
    </w:p>
    <w:p>
      <w:r>
        <w:rPr>
          <w:b/>
        </w:rPr>
        <w:t xml:space="preserve">[17:25] </w:t>
      </w:r>
      <w:r>
        <w:t>abhi parson ki baat hai, mere paas ek naujawan aaye.</w:t>
      </w:r>
    </w:p>
    <w:p>
      <w:pPr>
        <w:jc w:val="right"/>
      </w:pPr>
      <w:r>
        <w:t>अभी परसों की बात है, मेरे पास एक नौजवान आए।</w:t>
      </w:r>
    </w:p>
    <w:p>
      <w:r>
        <w:rPr>
          <w:b/>
        </w:rPr>
        <w:t xml:space="preserve">[17:29] </w:t>
      </w:r>
      <w:r>
        <w:t>unko</w:t>
      </w:r>
    </w:p>
    <w:p>
      <w:pPr>
        <w:jc w:val="right"/>
      </w:pPr>
      <w:r>
        <w:t>उनको</w:t>
      </w:r>
    </w:p>
    <w:p>
      <w:r>
        <w:rPr>
          <w:b/>
        </w:rPr>
        <w:t xml:space="preserve">[17:30] </w:t>
      </w:r>
      <w:r>
        <w:t>ek service mili hui thi. unhon ne resign kar diya. maine kaha, resign kyon kiya? maine kaha, mujhe america jana hai. to maine kaha, america jayenge kaise?</w:t>
      </w:r>
    </w:p>
    <w:p>
      <w:pPr>
        <w:jc w:val="right"/>
      </w:pPr>
      <w:r>
        <w:t>एक सर्विस मिली हुई थी। उन्होंने रिजाइन कर दिया। मैंने कहा, रिजाइन क्यों किया? मैंने कहा, मुझे अमेरिका जाना है। तो मैंने कहा, अमेरिका जाएंगे कैसे?</w:t>
      </w:r>
    </w:p>
    <w:p>
      <w:r>
        <w:rPr>
          <w:b/>
        </w:rPr>
        <w:t xml:space="preserve">[17:43] </w:t>
      </w:r>
      <w:r>
        <w:t>aap to maine unse english mein kuchh padhvaya. kuchh unka accent bahut hi kharab tha.</w:t>
      </w:r>
    </w:p>
    <w:p>
      <w:pPr>
        <w:jc w:val="right"/>
      </w:pPr>
      <w:r>
        <w:t>आप तो मैंने उनसे इंग्लिश में कुछ पढ़वाया। कुछ उनका एक्सेंट बहुत ही खराब था।</w:t>
      </w:r>
    </w:p>
    <w:p>
      <w:r>
        <w:rPr>
          <w:b/>
        </w:rPr>
        <w:t xml:space="preserve">[17:53] </w:t>
      </w:r>
      <w:r>
        <w:t>maine kaha, is accent ko lekar jo america ke airport utarenge, wahin se aap unwanted ban jayenge.</w:t>
      </w:r>
    </w:p>
    <w:p>
      <w:pPr>
        <w:jc w:val="right"/>
      </w:pPr>
      <w:r>
        <w:t>मैंने कहा, इस एक्सेंट को लेकर जो अमेरिका के एयरपोर्ट उतरेंगे, वहीं से आप अनवांटेड बन जाएंगे।</w:t>
      </w:r>
    </w:p>
    <w:p>
      <w:r>
        <w:rPr>
          <w:b/>
        </w:rPr>
        <w:t xml:space="preserve">[18:01] </w:t>
      </w:r>
      <w:r>
        <w:t>agar aapko America jaana tha, to aapko English school padhna chahiye tha.</w:t>
      </w:r>
    </w:p>
    <w:p>
      <w:pPr>
        <w:jc w:val="right"/>
      </w:pPr>
      <w:r>
        <w:t>अगर आपको अमेरिका जाना था, तो आपको इंग्लिश स्कूल पढ़ना चाहिए था।</w:t>
      </w:r>
    </w:p>
    <w:p>
      <w:r>
        <w:rPr>
          <w:b/>
        </w:rPr>
        <w:t xml:space="preserve">[18:04] </w:t>
      </w:r>
      <w:r>
        <w:t>accent achha banana chahiye tha.</w:t>
      </w:r>
    </w:p>
    <w:p>
      <w:pPr>
        <w:jc w:val="right"/>
      </w:pPr>
      <w:r>
        <w:t>एक्सेंट अच्छा बनाना चाहिए था।</w:t>
      </w:r>
    </w:p>
    <w:p>
      <w:r>
        <w:rPr>
          <w:b/>
        </w:rPr>
        <w:t xml:space="preserve">[18:07] </w:t>
      </w:r>
      <w:r>
        <w:t>English bahut achhi honi chahiye thi aapki.</w:t>
      </w:r>
    </w:p>
    <w:p>
      <w:pPr>
        <w:jc w:val="right"/>
      </w:pPr>
      <w:r>
        <w:t>इंग्लिश बहुत अच्छी होनी चाहिए थी आपकी।</w:t>
      </w:r>
    </w:p>
    <w:p>
      <w:r>
        <w:rPr>
          <w:b/>
        </w:rPr>
        <w:t xml:space="preserve">[18:13] </w:t>
      </w:r>
      <w:r>
        <w:t>aur kai baatein maine kahi.</w:t>
      </w:r>
    </w:p>
    <w:p>
      <w:pPr>
        <w:jc w:val="right"/>
      </w:pPr>
      <w:r>
        <w:t>और कई बातें मैंने कही।</w:t>
      </w:r>
    </w:p>
    <w:p>
      <w:r>
        <w:rPr>
          <w:b/>
        </w:rPr>
        <w:t xml:space="preserve">[18:15] </w:t>
      </w:r>
      <w:r>
        <w:t>आपको वहां कोई देखेगा, तो आप like, आपका स्मार्ट पढ़ नहीं पाएगा।</w:t>
      </w:r>
    </w:p>
    <w:p>
      <w:pPr>
        <w:jc w:val="right"/>
      </w:pPr>
      <w:r>
        <w:t>आपको वहां कोई देखेगा, तो आप लाइक, आपका स्मार्ट पढ़ नहीं पाएगा।</w:t>
      </w:r>
    </w:p>
    <w:p>
      <w:r>
        <w:rPr>
          <w:b/>
        </w:rPr>
        <w:t xml:space="preserve">[18:20] </w:t>
      </w:r>
      <w:r>
        <w:t>aapko to unwanted ban jayenge.</w:t>
      </w:r>
    </w:p>
    <w:p>
      <w:pPr>
        <w:jc w:val="right"/>
      </w:pPr>
      <w:r>
        <w:t>आपको तो अनवांटेड बन जाएंगे।</w:t>
      </w:r>
    </w:p>
    <w:p>
      <w:r>
        <w:rPr>
          <w:b/>
        </w:rPr>
        <w:t xml:space="preserve">[18:23] </w:t>
      </w:r>
      <w:r>
        <w:t>maine kaha ke India mein to sab kuch chalta hai, lekin wahan bahut zyada competition hai.</w:t>
      </w:r>
    </w:p>
    <w:p>
      <w:pPr>
        <w:jc w:val="right"/>
      </w:pPr>
      <w:r>
        <w:t>मैंने कहा कि इंडिया में तो सब कुछ चलता है, लेकिन वहां बहुत ज्यादा कंपटीशन है।</w:t>
      </w:r>
    </w:p>
    <w:p>
      <w:r>
        <w:rPr>
          <w:b/>
        </w:rPr>
        <w:t xml:space="preserve">[18:30] </w:t>
      </w:r>
      <w:r>
        <w:t>bahut zyada competition.</w:t>
      </w:r>
    </w:p>
    <w:p>
      <w:pPr>
        <w:jc w:val="right"/>
      </w:pPr>
      <w:r>
        <w:t>बहुत ज्यादा कंपटीशन।</w:t>
      </w:r>
    </w:p>
    <w:p>
      <w:r>
        <w:rPr>
          <w:b/>
        </w:rPr>
        <w:t xml:space="preserve">[18:32] </w:t>
      </w:r>
      <w:r>
        <w:t>Yahan tak ke Bill Clinton jo the, woh ek chahte the ek service dena ek source ko what</w:t>
      </w:r>
    </w:p>
    <w:p>
      <w:pPr>
        <w:jc w:val="right"/>
      </w:pPr>
      <w:r>
        <w:t>यहां तक कि बिल किलटन जो थे, वो एक चाहते थे एक सर्विस देना एक सॉस को वॉट</w:t>
      </w:r>
    </w:p>
    <w:p>
      <w:r>
        <w:rPr>
          <w:b/>
        </w:rPr>
        <w:t xml:space="preserve">[18:42] </w:t>
      </w:r>
      <w:r>
        <w:t>house mein. udhar aaye the, dekho, usko degree nahi thi.</w:t>
      </w:r>
    </w:p>
    <w:p>
      <w:pPr>
        <w:jc w:val="right"/>
      </w:pPr>
      <w:r>
        <w:t>हाउस में। उधर आए थे, देखो, उसको डिग्री नहीं थी।</w:t>
      </w:r>
    </w:p>
    <w:p>
      <w:r>
        <w:rPr>
          <w:b/>
        </w:rPr>
        <w:t xml:space="preserve">[18:48] </w:t>
      </w:r>
      <w:r>
        <w:t>proper</w:t>
      </w:r>
    </w:p>
    <w:p>
      <w:pPr>
        <w:jc w:val="right"/>
      </w:pPr>
      <w:r>
        <w:t>प्रॉपर</w:t>
      </w:r>
    </w:p>
    <w:p>
      <w:r>
        <w:rPr>
          <w:b/>
        </w:rPr>
        <w:t xml:space="preserve">[18:48] </w:t>
      </w:r>
      <w:r>
        <w:t>degree thi.</w:t>
      </w:r>
    </w:p>
    <w:p>
      <w:pPr>
        <w:jc w:val="right"/>
      </w:pPr>
      <w:r>
        <w:t>डिग्री थी।</w:t>
      </w:r>
    </w:p>
    <w:p>
      <w:r>
        <w:rPr>
          <w:b/>
        </w:rPr>
        <w:t xml:space="preserve">[18:51] </w:t>
      </w:r>
      <w:r>
        <w:t>to maine kaha, aapki planning sahi nahin hai. aap pehle apne aap ko prefer kijiye us competition ko jo aap chahte hain. at present, you are not competent to find a good job in america. ki kya wisdom nahin?</w:t>
      </w:r>
    </w:p>
    <w:p>
      <w:pPr>
        <w:jc w:val="right"/>
      </w:pPr>
      <w:r>
        <w:t>तो मैंने कहा, आपकी प्लानिंग सही नहीं है। आप पहले अपने आप को प्रेफर कीजिए उस कंपटीशन को जो आप चाहते हैं। एट प्रेजेंट, यू आर नॉट कंपट टू फाइंड अ गुड जॉब इन अमेरिका। कि क्या विजडम नहीं?</w:t>
      </w:r>
    </w:p>
    <w:p>
      <w:r>
        <w:rPr>
          <w:b/>
        </w:rPr>
        <w:t xml:space="preserve">[19:09] </w:t>
      </w:r>
      <w:r>
        <w:t>khali materialist banna kaafi nahi hai.</w:t>
      </w:r>
    </w:p>
    <w:p>
      <w:pPr>
        <w:jc w:val="right"/>
      </w:pPr>
      <w:r>
        <w:t>खाली मटेरियलिस्ट बनना काफी नहीं है।</w:t>
      </w:r>
    </w:p>
    <w:p>
      <w:r>
        <w:rPr>
          <w:b/>
        </w:rPr>
        <w:t xml:space="preserve">[19:12] </w:t>
      </w:r>
      <w:r>
        <w:t>aapke paas wisdom honi chahiye.</w:t>
      </w:r>
    </w:p>
    <w:p>
      <w:pPr>
        <w:jc w:val="right"/>
      </w:pPr>
      <w:r>
        <w:t>आपके पास विजडम होनी चाहिए।</w:t>
      </w:r>
    </w:p>
    <w:p>
      <w:r>
        <w:rPr>
          <w:b/>
        </w:rPr>
        <w:t xml:space="preserve">[19:15] </w:t>
      </w:r>
      <w:r>
        <w:t>wisdom. uske baghair aap kaam zindagi mein kamyab ho sakte hain.</w:t>
      </w:r>
    </w:p>
    <w:p>
      <w:pPr>
        <w:jc w:val="right"/>
      </w:pPr>
      <w:r>
        <w:t>विजडम। उसके बगैर आप काम जिंदगी में कामयाब हो सकते हैं।</w:t>
      </w:r>
    </w:p>
    <w:p>
      <w:r>
        <w:rPr>
          <w:b/>
        </w:rPr>
        <w:t xml:space="preserve">[19:22] </w:t>
      </w:r>
      <w:r>
        <w:t>ek sahab aur mile, abhi jaldi.</w:t>
      </w:r>
    </w:p>
    <w:p>
      <w:pPr>
        <w:jc w:val="right"/>
      </w:pPr>
      <w:r>
        <w:t>एक साहब और मिले, अभी जल्दी।</w:t>
      </w:r>
    </w:p>
    <w:p>
      <w:r>
        <w:rPr>
          <w:b/>
        </w:rPr>
        <w:t xml:space="preserve">[19:24] </w:t>
      </w:r>
      <w:r>
        <w:t>unhone bhi ko service chhod kar ke IR ki tayyari kar rahe the.</w:t>
      </w:r>
    </w:p>
    <w:p>
      <w:pPr>
        <w:jc w:val="right"/>
      </w:pPr>
      <w:r>
        <w:t>उन्होंने भी को सर्विस छोड़ कर के आईआर की तैयारी कर रहे थे।</w:t>
      </w:r>
    </w:p>
    <w:p>
      <w:r>
        <w:rPr>
          <w:b/>
        </w:rPr>
        <w:t xml:space="preserve">[19:30] </w:t>
      </w:r>
      <w:r>
        <w:t>wo mujhse baaten to bahut si hoti hain.</w:t>
      </w:r>
    </w:p>
    <w:p>
      <w:pPr>
        <w:jc w:val="right"/>
      </w:pPr>
      <w:r>
        <w:t>वो मुझसे बातें तो बहुत सी होती हैं।</w:t>
      </w:r>
    </w:p>
    <w:p>
      <w:r>
        <w:rPr>
          <w:b/>
        </w:rPr>
        <w:t xml:space="preserve">[19:35] </w:t>
      </w:r>
      <w:r>
        <w:t>yani weak personality thi unke andar.</w:t>
      </w:r>
    </w:p>
    <w:p>
      <w:pPr>
        <w:jc w:val="right"/>
      </w:pPr>
      <w:r>
        <w:t>यानी वीक पर्सनालिटी थी उनके अंदर।</w:t>
      </w:r>
    </w:p>
    <w:p>
      <w:r>
        <w:rPr>
          <w:b/>
        </w:rPr>
        <w:t xml:space="preserve">[19:37] </w:t>
      </w:r>
      <w:r>
        <w:t>strong personality thi.</w:t>
      </w:r>
    </w:p>
    <w:p>
      <w:pPr>
        <w:jc w:val="right"/>
      </w:pPr>
      <w:r>
        <w:t>स्ट्रांग पर्सनालिटी थी।</w:t>
      </w:r>
    </w:p>
    <w:p>
      <w:r>
        <w:rPr>
          <w:b/>
        </w:rPr>
        <w:t xml:space="preserve">[19:39] </w:t>
      </w:r>
      <w:r>
        <w:t>to maine kaha, to aap aapke jo personality hai,</w:t>
      </w:r>
    </w:p>
    <w:p>
      <w:pPr>
        <w:jc w:val="right"/>
      </w:pPr>
      <w:r>
        <w:t>तो मैंने कहा, तो आप आपके जो पर्सनालिटी है,</w:t>
      </w:r>
    </w:p>
    <w:p>
      <w:r>
        <w:rPr>
          <w:b/>
        </w:rPr>
        <w:t xml:space="preserve">[19:42] </w:t>
      </w:r>
      <w:r>
        <w:t>teacher banne mein to chalegi. ias sabse pehle chalegi. koi wisdom nahin. to dekhiye, sabse badi cheez sirf materialism nahin hai,</w:t>
      </w:r>
    </w:p>
    <w:p>
      <w:pPr>
        <w:jc w:val="right"/>
      </w:pPr>
      <w:r>
        <w:t>टीचर बनने में तो चलेगी। आईआर सबसे पहले चलेगी। कोई विजडम नहीं। तो देखिए, सबसे बड़ी चीज सिर्फ मटेरियलिज्म नहीं है,</w:t>
      </w:r>
    </w:p>
    <w:p>
      <w:r>
        <w:rPr>
          <w:b/>
        </w:rPr>
        <w:t xml:space="preserve">[19:55] </w:t>
      </w:r>
      <w:r>
        <w:t>wisdom hai. to wo wisdom aisi cheez hai jo naujwanon ke hona chahiye aur zyada umr ke logon mein.</w:t>
      </w:r>
    </w:p>
    <w:p>
      <w:pPr>
        <w:jc w:val="right"/>
      </w:pPr>
      <w:r>
        <w:t>विजडम है। तो वो विजडम ऐसी चीज है जो नौजवानों के होना चाहिए और ज्यादा उम्र के लोगों में।</w:t>
      </w:r>
    </w:p>
    <w:p>
      <w:r>
        <w:rPr>
          <w:b/>
        </w:rPr>
        <w:t xml:space="preserve">[20:07] </w:t>
      </w:r>
      <w:r>
        <w:t>so Maulana, what would be your advice or the formula that the young people should adopt, so that they can maintain a balance between the material world and the spiritual aspect?</w:t>
      </w:r>
    </w:p>
    <w:p>
      <w:pPr>
        <w:jc w:val="right"/>
      </w:pPr>
      <w:r>
        <w:t>सो مولाना, व्हाट वुड बी योर एडवाइस और द फार्मूला दैट द यंग पीपल शुड अडॉप्ट, सो दैट दे कैन मेंटेन अ बैलेंस बिटवीन द मटेरियल वर्ल्ड एंड द स्पिरिचुअल एस्पेक्ट?</w:t>
      </w:r>
    </w:p>
    <w:p>
      <w:r>
        <w:rPr>
          <w:b/>
        </w:rPr>
        <w:t xml:space="preserve">[20:18] </w:t>
      </w:r>
      <w:r>
        <w:t>how can they strike a balance? dekhiye, balance maine dekhi koi cheez nahin.</w:t>
      </w:r>
    </w:p>
    <w:p>
      <w:pPr>
        <w:jc w:val="right"/>
      </w:pPr>
      <w:r>
        <w:t>हाउ कैन दे स्ट्राइक अ बैलेंस? देखिए, बैलेंस मैंने देखी कोई चीज नहीं।</w:t>
      </w:r>
    </w:p>
    <w:p>
      <w:r>
        <w:rPr>
          <w:b/>
        </w:rPr>
        <w:t xml:space="preserve">[20:25] </w:t>
      </w:r>
      <w:r>
        <w:t>balance ek ek negative word hai. negative. negative word. ek naujwan ko maine dekhi hai ki aajkal jo naujwan hain, wo kya karte hain.</w:t>
      </w:r>
    </w:p>
    <w:p>
      <w:pPr>
        <w:jc w:val="right"/>
      </w:pPr>
      <w:r>
        <w:t>बैलेंस एक एक नेगेटिव वर्ड है। नेगेटिव। नेगेटिव वर्ड। एक नौजवान को मैंने देखी है कि आजकल जो नौजवान हैं, वो क्या करते हैं।</w:t>
      </w:r>
    </w:p>
    <w:p>
      <w:r>
        <w:rPr>
          <w:b/>
        </w:rPr>
        <w:t xml:space="preserve">[20:38] </w:t>
      </w:r>
      <w:r>
        <w:t>yani certificate education ke baad unka kya kya hota hai? tafaquq. tafaquq. tafaquq. main ye kahunga ki aap campus mein jo degree lete hain,</w:t>
      </w:r>
    </w:p>
    <w:p>
      <w:pPr>
        <w:jc w:val="right"/>
      </w:pPr>
      <w:r>
        <w:t>यानी सर्टिफिकेट एजुकेशन के बाद उनका क्या क्या होता है? तफ्फीक। तफ्फीक। तफ्फीक। मैं ये कहूंगा कि आप कैंपस में जो डिग्री लेते हैं,</w:t>
      </w:r>
    </w:p>
    <w:p>
      <w:r>
        <w:rPr>
          <w:b/>
        </w:rPr>
        <w:t xml:space="preserve">[20:54] </w:t>
      </w:r>
      <w:r>
        <w:t>uske alawa campus mein bahar aap zindagi ka zindagi ka principle seekhna hai. library se bade logon se, yani zyada logon ke log business milne se, logon se discuss karne se. ye kya?</w:t>
      </w:r>
    </w:p>
    <w:p>
      <w:pPr>
        <w:jc w:val="right"/>
      </w:pPr>
      <w:r>
        <w:t>उसके अलावा कैंपस में बाहर आपको जिंदगी का जिंदगी का प्रिंसिपल सीखना है। लाइब्रेरी से बड़े लोगों से, यानी ज्यादा लोगों के लोग बिजनेस मिलने से, लोगों से डिस्कस करने से। ये क्या?</w:t>
      </w:r>
    </w:p>
    <w:p>
      <w:r>
        <w:rPr>
          <w:b/>
        </w:rPr>
        <w:t xml:space="preserve">[21:09] </w:t>
      </w:r>
      <w:r>
        <w:t>ye class class mein padhne ke baad sirf tafaquq karta hai. ye hissa zindagi mein kaam kaam bhi nahin ho raha.</w:t>
      </w:r>
    </w:p>
    <w:p>
      <w:pPr>
        <w:jc w:val="right"/>
      </w:pPr>
      <w:r>
        <w:t>ये क्लास क्लास में पढ़ने के बाद सिर्फ तफ्फीक करता है। ये हिस्सा जिंदगी में काम काम भी नहीं हो रहा।</w:t>
      </w:r>
    </w:p>
    <w:p>
      <w:r>
        <w:rPr>
          <w:b/>
        </w:rPr>
        <w:t xml:space="preserve">[21:17] </w:t>
      </w:r>
      <w:r>
        <w:t>campus ke andar aap education lijiye aur campus ke bahar aap wisdom seekhiye. library ke jaakar ke aur experience walon se milkar ke ye karna padega. ye is tarike se kaam karega.</w:t>
      </w:r>
    </w:p>
    <w:p>
      <w:pPr>
        <w:jc w:val="right"/>
      </w:pPr>
      <w:r>
        <w:t>कैंपस के अंदर आप एजुकेशन लीजिए और कैंपस के बाहर आप विजडम सीखिए। लाइब्रेरी के जाकर के और एक्सपीरियंस वालों से मिलकर के ये करना पड़ेगा। ये इस तरीके से काम करेगा।</w:t>
      </w:r>
    </w:p>
    <w:p>
      <w:r>
        <w:rPr>
          <w:b/>
        </w:rPr>
        <w:t xml:space="preserve">[21:37] </w:t>
      </w:r>
      <w:r>
        <w:t>Maulana sahab, my next question is actually linked to a story that you mentioned in one of your articles.</w:t>
      </w:r>
    </w:p>
    <w:p>
      <w:pPr>
        <w:jc w:val="right"/>
      </w:pPr>
      <w:r>
        <w:t>مولाना साहब, माय नेक्स्ट क्वेश्चन इज एक्चुअली लिंक टू अ स्टोरी दैट यू मेंशन इन वन ऑफ योर आर्टिकल्स।</w:t>
      </w:r>
    </w:p>
    <w:p>
      <w:r>
        <w:rPr>
          <w:b/>
        </w:rPr>
        <w:t xml:space="preserve">[21:43] </w:t>
      </w:r>
      <w:r>
        <w:t>and it was a story about a ship getting caught in the in the storm while it was sailing in the atlantic ocean. so you had mentioned in that story that while all the passengers were running for cover, there was a little girl child who was very calmly playing with her doll. so one of the passenger, when he noticed the girl, he approached the girl and said that, "what are you doing</w:t>
      </w:r>
    </w:p>
    <w:p>
      <w:pPr>
        <w:jc w:val="right"/>
      </w:pPr>
      <w:r>
        <w:t>एंड इट वाज अ स्टोरी अबाउट अ शिप गेटिंग कॉट इन द इन द स्टॉर्म व्हाइल इट वाज सेलिंग इन द अटलांटिक ओशन। सो यू हैड मेंशन इन दैट स्टोरी दैट व्हाइल ऑल द पैसेंजर्स वर रनिंग फॉर कवर, देयर वाज अ लिटिल गर्ल चाइल्ड हु वाज वेरी कामली प्लेइंग विद हर डॉल। सो वन ऑफ द पैसेंजर, व्हेन ही नोटिस द गर्ल, ही अप्रोच द गर्ल एंड सेड दैट, "व्हाट आर यू डूइंग</w:t>
      </w:r>
    </w:p>
    <w:p>
      <w:r>
        <w:rPr>
          <w:b/>
        </w:rPr>
        <w:t xml:space="preserve">[22:10] </w:t>
      </w:r>
      <w:r>
        <w:t>here?" so the girl looked up to the man and said that, "what is the matter?" and the man said that, "the ship is caught in the storm and it is about to sink." after hearing this, the girl looked very confidently and said very calmly to that person. she said that, "sir, the captain of this ship is my father and he is not going to let it sink."</w:t>
      </w:r>
    </w:p>
    <w:p>
      <w:pPr>
        <w:jc w:val="right"/>
      </w:pPr>
      <w:r>
        <w:t>हियर?" सो द गर्ल लुक्ड अप टू द मैन एंड सेड दैट, "व्हाट इज द मैटर?" एंड द मैन सेड दैट, "द शिप इज कॉट इन द स्टॉर्म एंड इट इज अबाउट टू सिंक।" आफ्टर हियरिंग दिस, द गर्ल लुक्ड वेरी कॉन्फिडेंटली एंड सेड वेरी कामली टू दैट पर्सन। शी सेड दैट, "सर, द कैप्टन ऑफ दिस शिप इज माय फादर एंड ही इज नॉट गोइंग टू लेट इट सिंक।"</w:t>
      </w:r>
    </w:p>
    <w:p>
      <w:r>
        <w:rPr>
          <w:b/>
        </w:rPr>
        <w:t xml:space="preserve">[22:35] </w:t>
      </w:r>
      <w:r>
        <w:t>so in the end, Maulana sahab, you had linked that story with the lesson that we all should think that God Almighty is the captain of a life and he will not let a life sink. the the question is that how do we develop such strong conviction so that we can, you know, be firm in our path?</w:t>
      </w:r>
    </w:p>
    <w:p>
      <w:pPr>
        <w:jc w:val="right"/>
      </w:pPr>
      <w:r>
        <w:t>सो इन द एंड, مولाना साहब, यू हैड लिंक्ड दैट स्टोरी विद द लेसन दैट वी ऑल शुड थिंक दैट गॉड ऑलमाइटी इज द कैप्टन ऑफ अ लाइफ एंड ही विल नॉट लेट अ लाइफ सिंक। द द क्वेश्चन इज दैट हाउ डू वी डेवलप सच स्ट्रांग कन्विक्शन सो दैट वी कैन, यू नो, बी फर्म इन आवर पाथ?</w:t>
      </w:r>
    </w:p>
    <w:p>
      <w:r>
        <w:rPr>
          <w:b/>
        </w:rPr>
        <w:t xml:space="preserve">[23:00] </w:t>
      </w:r>
      <w:r>
        <w:t>dekhiye, is par maine kafi socha. main is baat par socha hoon ki wo ladki jo thi, nature par thi. ye nature thi jo use bol rahi thi. log jo hain, zyada tar apne nature ko</w:t>
      </w:r>
    </w:p>
    <w:p>
      <w:pPr>
        <w:jc w:val="right"/>
      </w:pPr>
      <w:r>
        <w:t>देखिए, इस पर मैंने काफी सोचा। मैं इस बात पर सोचा हूं कि वो लड़की जो थी, नेचर पर थी। ये नेचर थी जो उसे बोल रही थी। लोग जो हैं, ज्यादातर अपने नेचर को</w:t>
      </w:r>
    </w:p>
    <w:p>
      <w:r>
        <w:rPr>
          <w:b/>
        </w:rPr>
        <w:t xml:space="preserve">[23:14] </w:t>
      </w:r>
      <w:r>
        <w:t>nature ko bigad dete hain. nature ko kaam nahin lete. nature har aadmi ki God owned hoti hai. by nature, everyone is God owned person. to wo ladki ki jo fitrat intact thi, fitrat mehfooz thi,</w:t>
      </w:r>
    </w:p>
    <w:p>
      <w:pPr>
        <w:jc w:val="right"/>
      </w:pPr>
      <w:r>
        <w:t>नेचर को बिगाड़ देते हैं। नेचर को काम नहीं लेते। नेचर हर आदमी की गॉड ओनटेड होती है। बाय नेचर, एवरीवन इज गॉड ओनटेड पर्सन। तो वो लड़की की जो कि फितरत इंटैक्ट थी, फितरत महफूज थी,</w:t>
      </w:r>
    </w:p>
    <w:p>
      <w:r>
        <w:rPr>
          <w:b/>
        </w:rPr>
        <w:t xml:space="preserve">[23:37] </w:t>
      </w:r>
      <w:r>
        <w:t>uski fitrat ne usko ye jawab bataya. agar baad jo bade hone wale log, wo apni fitrat ko mehfooz rakhte hain, wo bhi aise hi kahenge. achha, fitrat ko mehfooz karne ka tarika kya hai?</w:t>
      </w:r>
    </w:p>
    <w:p>
      <w:pPr>
        <w:jc w:val="right"/>
      </w:pPr>
      <w:r>
        <w:t>उसकी फितरत ने उसको ये जवाब बताया। अगर बाद जो बड़े होने वाले लोग, वो अपनी फितरत को महफूज रखते हैं, वो भी ऐसे ही कहेंगे। अच्छा, फितरत को महफूज करने का तरीका क्या है?</w:t>
      </w:r>
    </w:p>
    <w:p>
      <w:r>
        <w:rPr>
          <w:b/>
        </w:rPr>
        <w:t xml:space="preserve">[23:54] </w:t>
      </w:r>
      <w:r>
        <w:t>wahi mujhe maine kaha ki out of campus log jo hain, informal education le. library se, boorhe logon se, tajurba kar logon se,</w:t>
      </w:r>
    </w:p>
    <w:p>
      <w:pPr>
        <w:jc w:val="right"/>
      </w:pPr>
      <w:r>
        <w:t>वही मुझे मैंने कहा कि आउट ऑफ कैंपस लोग जो हैं, इनफॉर्मल एजुकेशन ले। लाइब्रेरी से, बूढ़े लोगों से, तजुर्बाकार लोगों से,</w:t>
      </w:r>
    </w:p>
    <w:p>
      <w:r>
        <w:rPr>
          <w:b/>
        </w:rPr>
        <w:t xml:space="preserve">[24:10] </w:t>
      </w:r>
      <w:r>
        <w:t>zyada padhe-likhe logon se. yani out of campus jo informal education hoti hai, wo iski guarantee hai ki aap fitrat par rahenge. fitrat par rahenge aur koi doosra tarika nahin.</w:t>
      </w:r>
    </w:p>
    <w:p>
      <w:pPr>
        <w:jc w:val="right"/>
      </w:pPr>
      <w:r>
        <w:t>ज्यादा पढ़े-लिखे लोगों से। यानी आउट ऑफ कैंपस जो इनफॉर्मल एजुकेशन होती है, वो इसकी गारंटी है कि आप फितरत पर रहेंगे। फितरत पर रहेंगे और कोई दूसरा तरीका नहीं।</w:t>
      </w:r>
    </w:p>
    <w:p>
      <w:r>
        <w:rPr>
          <w:b/>
        </w:rPr>
        <w:t xml:space="preserve">[24:31] </w:t>
      </w:r>
      <w:r>
        <w:t>bat maulana sahib, the question is that many a times people face trials and there are turbulations in ones life. and it actually shakes the persons faith in god. so how can one regain the confidence in god?</w:t>
      </w:r>
    </w:p>
    <w:p>
      <w:pPr>
        <w:jc w:val="right"/>
      </w:pPr>
      <w:r>
        <w:t>बट مولाना साहब, द क्वेश्चन इज दैट मेनी अ टाइम्स पीपल फेस ट्रायल्स एंड देयर आर टर्बुलेशंस इन वनस लाइफ। एंड इट एक्चुअली शेक्स द पर्सनस फेथ इन गॉड। सो हाउ कैन वन रिगेन द कॉन्फिडेंस इन गॉड?</w:t>
      </w:r>
    </w:p>
    <w:p>
      <w:r>
        <w:rPr>
          <w:b/>
        </w:rPr>
        <w:t xml:space="preserve">[24:44] </w:t>
      </w:r>
      <w:r>
        <w:t>because there is this feeling of guilty that my faith is shaken because i face the particular situation. so what should one do in that situation?</w:t>
      </w:r>
    </w:p>
    <w:p>
      <w:pPr>
        <w:jc w:val="right"/>
      </w:pPr>
      <w:r>
        <w:t>बिकॉज़ देयर इज दिस फीलिंग ऑफ गिल्टी दैट माय फेथ इज शेकन बिकॉज़ आई फेस द पर्टिकुलर सिचुएशन। सो व्हाट शुड वन डू इन दैट सिचुएशन?</w:t>
      </w:r>
    </w:p>
    <w:p>
      <w:r>
        <w:rPr>
          <w:b/>
        </w:rPr>
        <w:t xml:space="preserve">[24:56] </w:t>
      </w:r>
      <w:r>
        <w:t>dekhiye, main to kahunga ke faith hota hi nahin. aise log hain.</w:t>
      </w:r>
    </w:p>
    <w:p>
      <w:pPr>
        <w:jc w:val="right"/>
      </w:pPr>
      <w:r>
        <w:t>देखिए, मैं तो कहूंगा कि फेथ होता ही नहीं। ऐसे लोग हैं।</w:t>
      </w:r>
    </w:p>
    <w:p>
      <w:r>
        <w:rPr>
          <w:b/>
        </w:rPr>
        <w:t xml:space="preserve">[25:02] </w:t>
      </w:r>
      <w:r>
        <w:t>main suni sunai baaton ki baat lete hain ke khuda bhi kahin hai. yaani unka faith jo hai, suni sunai baaton par base karta hai.</w:t>
      </w:r>
    </w:p>
    <w:p>
      <w:pPr>
        <w:jc w:val="right"/>
      </w:pPr>
      <w:r>
        <w:t>मैं सुनी सुनाई बातों की बात लेते हैं कि खुदा भी कहीं है। यानी उनका फेथ जो है, सुनी सुनाई बातों पर बेस करता है।</w:t>
      </w:r>
    </w:p>
    <w:p>
      <w:r>
        <w:rPr>
          <w:b/>
        </w:rPr>
        <w:t xml:space="preserve">[25:13] </w:t>
      </w:r>
      <w:r>
        <w:t>faith woh hai jo discovery ke dwara mile aadmi ko, study ke zariye mile aadmi ko, gehre contemplation ke zariye mile aadmi ko,</w:t>
      </w:r>
    </w:p>
    <w:p>
      <w:pPr>
        <w:jc w:val="right"/>
      </w:pPr>
      <w:r>
        <w:t>फेथ वो है जो डिस्कवरी के द्वारा मिले आदमी को, स्टडी के जरिए मिले आदमी को, गहरे कंटेपशन के जरिए मिले आदमी को,</w:t>
      </w:r>
    </w:p>
    <w:p>
      <w:r>
        <w:rPr>
          <w:b/>
        </w:rPr>
        <w:t xml:space="preserve">[25:27] </w:t>
      </w:r>
      <w:r>
        <w:t>gehre gaur ke zariye mile. toh woh marifat hoga. woh woh hile woh hil nahin sakta. lekin jo jin logon ne is tarah apna is tarah faith nahin paya hai,</w:t>
      </w:r>
    </w:p>
    <w:p>
      <w:pPr>
        <w:jc w:val="right"/>
      </w:pPr>
      <w:r>
        <w:t>गहरे गौर के जरिए मिले। तो वो मारफत होगा। वो वो हिले वो हिल नहीं सकता। लेकिन जो जिन लोगों ने इस तरह अपना इस तरह फेथ नहीं पाया है,</w:t>
      </w:r>
    </w:p>
    <w:p>
      <w:r>
        <w:rPr>
          <w:b/>
        </w:rPr>
        <w:t xml:space="preserve">[25:42] </w:t>
      </w:r>
      <w:r>
        <w:t>bas baba sun liya toh padh liya, toh unka toh aise hi rahega mamla. koi bhi cheez unko hila sakti hai. sir, main bahut zyada zor deta hoon ke out of campus jo informal education hai, woh har aadmi ko lena chahiye.</w:t>
      </w:r>
    </w:p>
    <w:p>
      <w:pPr>
        <w:jc w:val="right"/>
      </w:pPr>
      <w:r>
        <w:t>बस बाबा सुन लिया तो पढ़ लिया, तो उनका तो ऐसे ही रहेगा मामला। कोई भी चीज उनको हिला सकती है। सर, मैं बहुत ज्यादा जोर देता हूं कि आउट ऑफ कैंपस जो इनफॉर्मल एजुकेशन है, वो हर आदमी को लेना चाहिए।</w:t>
      </w:r>
    </w:p>
    <w:p>
      <w:r>
        <w:rPr>
          <w:b/>
        </w:rPr>
        <w:t xml:space="preserve">[26:04] </w:t>
      </w:r>
      <w:r>
        <w:t>So Maulana, what according to you is the formula for leading a God-oriented life? Study or contemplation. Ye badtameezi hai hamare</w:t>
      </w:r>
    </w:p>
    <w:p>
      <w:pPr>
        <w:jc w:val="right"/>
      </w:pPr>
      <w:r>
        <w:t>सो मौलाना, व्हाट अकॉर्डिंग टू यू इज द फार्मूला फॉर लीडिंग अ गॉड ओरिएंटेड लाइफ? स्टडी और कंटेपशन। ये बदतमीजी है हमारे</w:t>
      </w:r>
    </w:p>
    <w:p>
      <w:r>
        <w:rPr>
          <w:b/>
        </w:rPr>
        <w:t xml:space="preserve">[26:18] </w:t>
      </w:r>
      <w:r>
        <w:t>modern ecosystem ki.</w:t>
      </w:r>
    </w:p>
    <w:p>
      <w:pPr>
        <w:jc w:val="right"/>
      </w:pPr>
      <w:r>
        <w:t>मॉडर्न इकोसिस्टम की।</w:t>
      </w:r>
    </w:p>
    <w:p>
      <w:r>
        <w:rPr>
          <w:b/>
        </w:rPr>
        <w:t xml:space="preserve">[26:20] </w:t>
      </w:r>
      <w:r>
        <w:t>hai nahi. sara focus hota hai kis par?</w:t>
      </w:r>
    </w:p>
    <w:p>
      <w:pPr>
        <w:jc w:val="right"/>
      </w:pPr>
      <w:r>
        <w:t>है नहीं। सारा फोकस होता है किस पर?</w:t>
      </w:r>
    </w:p>
    <w:p>
      <w:r>
        <w:rPr>
          <w:b/>
        </w:rPr>
        <w:t xml:space="preserve">[26:23] </w:t>
      </w:r>
      <w:r>
        <w:t>kisi ke tarike se degree le lein aur phir job le lein.</w:t>
      </w:r>
    </w:p>
    <w:p>
      <w:pPr>
        <w:jc w:val="right"/>
      </w:pPr>
      <w:r>
        <w:t>किसी के तरीके से डिग्री ले लें और फिर जॉब ले लें।</w:t>
      </w:r>
    </w:p>
    <w:p>
      <w:r>
        <w:rPr>
          <w:b/>
        </w:rPr>
        <w:t xml:space="preserve">[26:29] </w:t>
      </w:r>
      <w:r>
        <w:t>bas degree aur job.</w:t>
      </w:r>
    </w:p>
    <w:p>
      <w:pPr>
        <w:jc w:val="right"/>
      </w:pPr>
      <w:r>
        <w:t>बस डिग्री और जॉब।</w:t>
      </w:r>
    </w:p>
    <w:p>
      <w:r>
        <w:rPr>
          <w:b/>
        </w:rPr>
        <w:t xml:space="preserve">[26:30] </w:t>
      </w:r>
      <w:r>
        <w:t>degree aur job.</w:t>
      </w:r>
    </w:p>
    <w:p>
      <w:pPr>
        <w:jc w:val="right"/>
      </w:pPr>
      <w:r>
        <w:t>डिग्री और जॉब।</w:t>
      </w:r>
    </w:p>
    <w:p>
      <w:r>
        <w:rPr>
          <w:b/>
        </w:rPr>
        <w:t xml:space="preserve">[26:32] </w:t>
      </w:r>
      <w:r>
        <w:t>ye hai hi nahi ki hum</w:t>
      </w:r>
    </w:p>
    <w:p>
      <w:pPr>
        <w:jc w:val="right"/>
      </w:pPr>
      <w:r>
        <w:t>ये है ही नहीं कि हम</w:t>
      </w:r>
    </w:p>
    <w:p>
      <w:r>
        <w:rPr>
          <w:b/>
        </w:rPr>
        <w:t xml:space="preserve">[26:35] </w:t>
      </w:r>
      <w:r>
        <w:t>intellectual development karein, apna wisdom badhayein, apni apni</w:t>
      </w:r>
    </w:p>
    <w:p>
      <w:pPr>
        <w:jc w:val="right"/>
      </w:pPr>
      <w:r>
        <w:t>इंटेलेक्चुअल डेवलपमेंट करें, अपना विजडम बढ़ाएं, अपनी अपनी</w:t>
      </w:r>
    </w:p>
    <w:p>
      <w:r>
        <w:rPr>
          <w:b/>
        </w:rPr>
        <w:t xml:space="preserve">[26:43] </w:t>
      </w:r>
      <w:r>
        <w:t>outside campus education</w:t>
      </w:r>
    </w:p>
    <w:p>
      <w:pPr>
        <w:jc w:val="right"/>
      </w:pPr>
      <w:r>
        <w:t>आउटसाइड कैंपस एजुकेशन</w:t>
      </w:r>
    </w:p>
    <w:p>
      <w:r>
        <w:rPr>
          <w:b/>
        </w:rPr>
        <w:t xml:space="preserve">[26:46] </w:t>
      </w:r>
      <w:r>
        <w:t>mein hum waqt lagayein.</w:t>
      </w:r>
    </w:p>
    <w:p>
      <w:pPr>
        <w:jc w:val="right"/>
      </w:pPr>
      <w:r>
        <w:t>में हम वक्त लगाएं।</w:t>
      </w:r>
    </w:p>
    <w:p>
      <w:r>
        <w:rPr>
          <w:b/>
        </w:rPr>
        <w:t xml:space="preserve">[26:52] </w:t>
      </w:r>
      <w:r>
        <w:t>ye ye cheez hai hi nahi.</w:t>
      </w:r>
    </w:p>
    <w:p>
      <w:pPr>
        <w:jc w:val="right"/>
      </w:pPr>
      <w:r>
        <w:t>ये ये चीज है ही नहीं।</w:t>
      </w:r>
    </w:p>
    <w:p>
      <w:r>
        <w:rPr>
          <w:b/>
        </w:rPr>
        <w:t xml:space="preserve">[26:53] </w:t>
      </w:r>
      <w:r>
        <w:t>ye gayab hai.</w:t>
      </w:r>
    </w:p>
    <w:p>
      <w:pPr>
        <w:jc w:val="right"/>
      </w:pPr>
      <w:r>
        <w:t>ये गायब है।</w:t>
      </w:r>
    </w:p>
    <w:p>
      <w:r>
        <w:rPr>
          <w:b/>
        </w:rPr>
        <w:t xml:space="preserve">[26:54] </w:t>
      </w:r>
      <w:r>
        <w:t>ye log sirf forward education jante hain.</w:t>
      </w:r>
    </w:p>
    <w:p>
      <w:pPr>
        <w:jc w:val="right"/>
      </w:pPr>
      <w:r>
        <w:t>ये लोग सिर्फ फॉरवर्ड एजुकेशन जानते हैं।</w:t>
      </w:r>
    </w:p>
    <w:p>
      <w:r>
        <w:rPr>
          <w:b/>
        </w:rPr>
        <w:t xml:space="preserve">[26:57] </w:t>
      </w:r>
      <w:r>
        <w:t>informal education kya thi?</w:t>
      </w:r>
    </w:p>
    <w:p>
      <w:pPr>
        <w:jc w:val="right"/>
      </w:pPr>
      <w:r>
        <w:t>इनफॉर्मल एजुकेशन क्या थी?</w:t>
      </w:r>
    </w:p>
    <w:p>
      <w:r>
        <w:rPr>
          <w:b/>
        </w:rPr>
        <w:t xml:space="preserve">[27:00] </w:t>
      </w:r>
      <w:r>
        <w:t>informal education is waqt dictionary mein reh gaya hai. haqeeqat mein nahin hai.</w:t>
      </w:r>
    </w:p>
    <w:p>
      <w:pPr>
        <w:jc w:val="right"/>
      </w:pPr>
      <w:r>
        <w:t>इनफॉर्मल एजुकेशन इस वक्त डिक्शनरी में रह गया है। हकीकत में नहीं है।</w:t>
      </w:r>
    </w:p>
    <w:p>
      <w:r>
        <w:rPr>
          <w:b/>
        </w:rPr>
        <w:t xml:space="preserve">[27:08] </w:t>
      </w:r>
      <w:r>
        <w:t>maulana sahib, another problem that people face is the distraction that they have in day to day life. so how to deal with distractions? what would be your advice to all those people?</w:t>
      </w:r>
    </w:p>
    <w:p>
      <w:pPr>
        <w:jc w:val="right"/>
      </w:pPr>
      <w:r>
        <w:t>मौलाना साहब, अनदर प्रॉब्लम दैट पीपल फेस इज द डिस्ट्रक्शन दैट दे हैव इन डे टू डे लाइफ। सो हाउ टू डील विद डिस्ट्रक्शंस? व्हाट वुड बी योर एडवाइस टू ऑल दोस पीपल?</w:t>
      </w:r>
    </w:p>
    <w:p>
      <w:r>
        <w:rPr>
          <w:b/>
        </w:rPr>
        <w:t xml:space="preserve">[27:23] </w:t>
      </w:r>
      <w:r>
        <w:t>dekhiye, distraction toh intek food hai.</w:t>
      </w:r>
    </w:p>
    <w:p>
      <w:pPr>
        <w:jc w:val="right"/>
      </w:pPr>
      <w:r>
        <w:t>देखिए, डिस्ट्रक्शन तो इनटेक फूड है।</w:t>
      </w:r>
    </w:p>
    <w:p>
      <w:r>
        <w:rPr>
          <w:b/>
        </w:rPr>
        <w:t xml:space="preserve">[27:31] </w:t>
      </w:r>
      <w:r>
        <w:t>log uski value nahin jante. distraction ki value nahin jante. woh toh internet food hai. agar aaj bahar jana hai, toh waqt bhi nikal lenge. uski value nahin jante. isliye bahut logon ka waqt hota hai, lekin kya karte hain?</w:t>
      </w:r>
    </w:p>
    <w:p>
      <w:pPr>
        <w:jc w:val="right"/>
      </w:pPr>
      <w:r>
        <w:t>लोग उसकी वैल्यू नहीं जानते। डिस्ट्रक्शन की वैल्यू नहीं जानते। वो तो इंटरनेट फूड है। अगर आज बाहर जाना है, तो वक्त भी निकाल लेंगे। उसकी वैल्यू नहीं जानते। इसलिए बहुत लोगों का वक्त होता है, लेकिन क्या करते हैं?</w:t>
      </w:r>
    </w:p>
    <w:p>
      <w:r>
        <w:rPr>
          <w:b/>
        </w:rPr>
        <w:t xml:space="preserve">[27:51] </w:t>
      </w:r>
      <w:r>
        <w:t>tafri mein aur outing mein aur entertainment mein guzaar dete hain.</w:t>
      </w:r>
    </w:p>
    <w:p>
      <w:pPr>
        <w:jc w:val="right"/>
      </w:pPr>
      <w:r>
        <w:t>तफरी में और आउटिंग में और एंटरटेनमेंट में गुजार देते हैं।</w:t>
      </w:r>
    </w:p>
    <w:p>
      <w:r>
        <w:rPr>
          <w:b/>
        </w:rPr>
        <w:t xml:space="preserve">[28:01] </w:t>
      </w:r>
      <w:r>
        <w:t>main nahin samajhta kisi ke paas itna kam time hai ke woh</w:t>
      </w:r>
    </w:p>
    <w:p>
      <w:pPr>
        <w:jc w:val="right"/>
      </w:pPr>
      <w:r>
        <w:t>मैं नहीं समझता किसी के पास इतना कम टाइम है कि वो</w:t>
      </w:r>
    </w:p>
    <w:p>
      <w:r>
        <w:rPr>
          <w:b/>
        </w:rPr>
        <w:t xml:space="preserve">[28:08] </w:t>
      </w:r>
      <w:r>
        <w:t>isme waqt na laga sake. maine main isko nahin manta. maulana sahib, i would like to now come down to the part of death, which everybody has to face. there is a verse in the quran, where god says that, "we have created life and death to find which of you is best in conduct.</w:t>
      </w:r>
    </w:p>
    <w:p>
      <w:pPr>
        <w:jc w:val="right"/>
      </w:pPr>
      <w:r>
        <w:t>इसमें वक्त ना लगा सके। मैंने मैं इसको नहीं मानता। मौलाना साहब, आई वुड लाइक टू नाउ कम डाउन टू द पार्ट ऑफ डेथ, व्हिच एवरीबॉडी हैज़ टू फेस। देयर इज अ वर्स इन द कुरान, वेयर गॉड सेज दैट, "वी हैव क्रिएटेड लाइफ एंड डेथ टू फाइंड व्हिच ऑफ यू इज बेस्ट इन कंडक्ट।</w:t>
      </w:r>
    </w:p>
    <w:p>
      <w:r>
        <w:rPr>
          <w:b/>
        </w:rPr>
        <w:t xml:space="preserve">[28:30] </w:t>
      </w:r>
      <w:r>
        <w:t>" maulana sahib, can you explain briefly what does this verse mean?</w:t>
      </w:r>
    </w:p>
    <w:p>
      <w:pPr>
        <w:jc w:val="right"/>
      </w:pPr>
      <w:r>
        <w:t>" मौलाना साहब, कैन यू एक्सप्लेन ब्रीफली व्हाट डस दिस वर्स मीन?</w:t>
      </w:r>
    </w:p>
    <w:p>
      <w:r>
        <w:rPr>
          <w:b/>
        </w:rPr>
        <w:t xml:space="preserve">[28:38] </w:t>
      </w:r>
      <w:r>
        <w:t>dekhiye, ye jo duniya hai, jis cheez ko log kehte hain evil ya suffering, woh woh training ke papers hain. hum humko train karne ke liye.</w:t>
      </w:r>
    </w:p>
    <w:p>
      <w:pPr>
        <w:jc w:val="right"/>
      </w:pPr>
      <w:r>
        <w:t>देखिए, ये जो दुनिया है, जिस चीज को लोग कहते हैं इविल या सफरिंग, वो वो ट्रेनिंग के पेपर्स हैं। हम मैं हमको ट्रेन करने के लिए।</w:t>
      </w:r>
    </w:p>
    <w:p>
      <w:r>
        <w:rPr>
          <w:b/>
        </w:rPr>
        <w:t xml:space="preserve">[28:51] </w:t>
      </w:r>
      <w:r>
        <w:t>are, hamare andar hamare andar</w:t>
      </w:r>
    </w:p>
    <w:p>
      <w:pPr>
        <w:jc w:val="right"/>
      </w:pPr>
      <w:r>
        <w:t>अरे, हमारे अंदर हमारे अंदर</w:t>
      </w:r>
    </w:p>
    <w:p>
      <w:r>
        <w:rPr>
          <w:b/>
        </w:rPr>
        <w:t xml:space="preserve">[28:57] </w:t>
      </w:r>
      <w:r>
        <w:t>sincerity aaye, hamare andar patience aaye, hamare andar</w:t>
      </w:r>
    </w:p>
    <w:p>
      <w:pPr>
        <w:jc w:val="right"/>
      </w:pPr>
      <w:r>
        <w:t>सिंसियरिटी आए, हमारे अंदर पेशेंस आए, हमारे अंदर</w:t>
      </w:r>
    </w:p>
    <w:p>
      <w:r>
        <w:rPr>
          <w:b/>
        </w:rPr>
        <w:t xml:space="preserve">[29:03] </w:t>
      </w:r>
      <w:r>
        <w:t>tolerance aaye, hamare andar</w:t>
      </w:r>
    </w:p>
    <w:p>
      <w:pPr>
        <w:jc w:val="right"/>
      </w:pPr>
      <w:r>
        <w:t>टॉलरेंस आए, हमारे अंदर</w:t>
      </w:r>
    </w:p>
    <w:p>
      <w:r>
        <w:rPr>
          <w:b/>
        </w:rPr>
        <w:t xml:space="preserve">[29:09] </w:t>
      </w:r>
      <w:r>
        <w:t>wisdom aaye. ye iske liye wo halaat hain, jisko hum suffering kehte hain.</w:t>
      </w:r>
    </w:p>
    <w:p>
      <w:pPr>
        <w:jc w:val="right"/>
      </w:pPr>
      <w:r>
        <w:t>विजडम आए। ये इसके लिए वो हालात हैं, जिसको हम सफरिंग कहते हैं।</w:t>
      </w:r>
    </w:p>
    <w:p>
      <w:r>
        <w:rPr>
          <w:b/>
        </w:rPr>
        <w:t xml:space="preserve">[29:14] </w:t>
      </w:r>
      <w:r>
        <w:t>halaat wo suffering nahi hai.</w:t>
      </w:r>
    </w:p>
    <w:p>
      <w:pPr>
        <w:jc w:val="right"/>
      </w:pPr>
      <w:r>
        <w:t>हालात वो सफरिंग नहीं है।</w:t>
      </w:r>
    </w:p>
    <w:p>
      <w:r>
        <w:rPr>
          <w:b/>
        </w:rPr>
        <w:t xml:space="preserve">[29:16] </w:t>
      </w:r>
      <w:r>
        <w:t>wo sab white training course hain.</w:t>
      </w:r>
    </w:p>
    <w:p>
      <w:pPr>
        <w:jc w:val="right"/>
      </w:pPr>
      <w:r>
        <w:t>वो सब वाइट ट्रेनिंग कोर्स हैं।</w:t>
      </w:r>
    </w:p>
    <w:p>
      <w:r>
        <w:rPr>
          <w:b/>
        </w:rPr>
        <w:t xml:space="preserve">[29:20] </w:t>
      </w:r>
      <w:r>
        <w:t>training course hain.</w:t>
      </w:r>
    </w:p>
    <w:p>
      <w:pPr>
        <w:jc w:val="right"/>
      </w:pPr>
      <w:r>
        <w:t>ट्रेनिंग कोर्स हैं।</w:t>
      </w:r>
    </w:p>
    <w:p>
      <w:r>
        <w:rPr>
          <w:b/>
        </w:rPr>
        <w:t xml:space="preserve">[29:23] </w:t>
      </w:r>
      <w:r>
        <w:t>lekin logon ko is lihaz se main samajhta hoon ke awareness ki kami hai.</w:t>
      </w:r>
    </w:p>
    <w:p>
      <w:pPr>
        <w:jc w:val="right"/>
      </w:pPr>
      <w:r>
        <w:t>लेकिन लोगों को इस लिहाज से मैं समझता हूं कि अवेयरनेस की कमी है।</w:t>
      </w:r>
    </w:p>
    <w:p>
      <w:r>
        <w:rPr>
          <w:b/>
        </w:rPr>
        <w:t xml:space="preserve">[29:30] </w:t>
      </w:r>
      <w:r>
        <w:t>logon ki awareness badhane ki zaroorat hai ke ye jo halaat hain, wo aapko train karne ke liye</w:t>
      </w:r>
    </w:p>
    <w:p>
      <w:pPr>
        <w:jc w:val="right"/>
      </w:pPr>
      <w:r>
        <w:t>लोगों की अवेयरनेस बढ़ाने की जरूरत है कि ये जो हालात हैं, वो आपको ट्रेन करने के लिए</w:t>
      </w:r>
    </w:p>
    <w:p>
      <w:r>
        <w:rPr>
          <w:b/>
        </w:rPr>
        <w:t xml:space="preserve">[29:35] </w:t>
      </w:r>
      <w:r>
        <w:t>hain. Ye jo halaat hain, wo aapko train karne ke liye hain ke aap zyada wisdom aapke andar</w:t>
      </w:r>
    </w:p>
    <w:p>
      <w:pPr>
        <w:jc w:val="right"/>
      </w:pPr>
      <w:r>
        <w:t>हैं। ये जो हालात हैं, वो आपको ट्रेन करने के लिए हैं कि आप ज्यादा विजडम आपके अंदर</w:t>
      </w:r>
    </w:p>
    <w:p>
      <w:r>
        <w:rPr>
          <w:b/>
        </w:rPr>
        <w:t xml:space="preserve">[29:42] </w:t>
      </w:r>
      <w:r>
        <w:t>ho, zyada zyada sincere aap bane,</w:t>
      </w:r>
    </w:p>
    <w:p>
      <w:pPr>
        <w:jc w:val="right"/>
      </w:pPr>
      <w:r>
        <w:t>हो, ज्यादा ज्यादा सिंसियर आप बने,</w:t>
      </w:r>
    </w:p>
    <w:p>
      <w:r>
        <w:rPr>
          <w:b/>
        </w:rPr>
        <w:t xml:space="preserve">[29:47] </w:t>
      </w:r>
      <w:r>
        <w:t>zyada patience aapke andar ho, zyada tolerant aapke andar ho.</w:t>
      </w:r>
    </w:p>
    <w:p>
      <w:pPr>
        <w:jc w:val="right"/>
      </w:pPr>
      <w:r>
        <w:t>ज्यादा पेशेंस आपके अंदर हो, ज्यादा टॉलरेंट आपके अंदर हो।</w:t>
      </w:r>
    </w:p>
    <w:p>
      <w:r>
        <w:rPr>
          <w:b/>
        </w:rPr>
        <w:t xml:space="preserve">[29:52] </w:t>
      </w:r>
      <w:r>
        <w:t>iske liye hai.</w:t>
      </w:r>
    </w:p>
    <w:p>
      <w:pPr>
        <w:jc w:val="right"/>
      </w:pPr>
      <w:r>
        <w:t>इसके लिए है।</w:t>
      </w:r>
    </w:p>
    <w:p>
      <w:r>
        <w:rPr>
          <w:b/>
        </w:rPr>
        <w:t xml:space="preserve">[29:54] </w:t>
      </w:r>
      <w:r>
        <w:t>to log bajaye iske ke unko ye baat batayein, kehte hain ke evil hai, evil hai, evil hai.</w:t>
      </w:r>
    </w:p>
    <w:p>
      <w:pPr>
        <w:jc w:val="right"/>
      </w:pPr>
      <w:r>
        <w:t>तो लोग बजाय इसके कि उनको ये बात बताएं, कहते हैं कि इविल है, इविल है, इविल है।</w:t>
      </w:r>
    </w:p>
    <w:p>
      <w:r>
        <w:rPr>
          <w:b/>
        </w:rPr>
        <w:t xml:space="preserve">[30:00] </w:t>
      </w:r>
      <w:r>
        <w:t>to jin logon ko</w:t>
      </w:r>
    </w:p>
    <w:p>
      <w:pPr>
        <w:jc w:val="right"/>
      </w:pPr>
      <w:r>
        <w:t>तो जिन लोगों को</w:t>
      </w:r>
    </w:p>
    <w:p>
      <w:r>
        <w:rPr>
          <w:b/>
        </w:rPr>
        <w:t xml:space="preserve">[30:03] </w:t>
      </w:r>
      <w:r>
        <w:t>chahiye tha ke wo logon ko train karein, wo unko misguide kar rahe hain.</w:t>
      </w:r>
    </w:p>
    <w:p>
      <w:pPr>
        <w:jc w:val="right"/>
      </w:pPr>
      <w:r>
        <w:t>चाहिए था कि वो लोगों को ट्रेन करें, वो उनको मिसगाइड कर रहे हैं।</w:t>
      </w:r>
    </w:p>
    <w:p>
      <w:r>
        <w:rPr>
          <w:b/>
        </w:rPr>
        <w:t xml:space="preserve">[30:10] </w:t>
      </w:r>
      <w:r>
        <w:t>jo aadmi ye kahe ke ye evil hai, ye suffering hai, wo logon ko misguide kar raha hai.</w:t>
      </w:r>
    </w:p>
    <w:p>
      <w:pPr>
        <w:jc w:val="right"/>
      </w:pPr>
      <w:r>
        <w:t>जो आदमी ये कहे कि ये विल है, ये सफरिंग है, वो लोगों को मिसगाइड कर रहा है।</w:t>
      </w:r>
    </w:p>
    <w:p>
      <w:r>
        <w:rPr>
          <w:b/>
        </w:rPr>
        <w:t xml:space="preserve">[30:16] </w:t>
      </w:r>
      <w:r>
        <w:t>ye kehna chahiye ke</w:t>
      </w:r>
    </w:p>
    <w:p>
      <w:pPr>
        <w:jc w:val="right"/>
      </w:pPr>
      <w:r>
        <w:t>ये कहना चाहिए कि</w:t>
      </w:r>
    </w:p>
    <w:p>
      <w:r>
        <w:rPr>
          <w:b/>
        </w:rPr>
        <w:t xml:space="preserve">[30:19] </w:t>
      </w:r>
      <w:r>
        <w:t>baghair iske aadmi</w:t>
      </w:r>
    </w:p>
    <w:p>
      <w:pPr>
        <w:jc w:val="right"/>
      </w:pPr>
      <w:r>
        <w:t>बगैर इसके आदमी</w:t>
      </w:r>
    </w:p>
    <w:p>
      <w:r>
        <w:rPr>
          <w:b/>
        </w:rPr>
        <w:t xml:space="preserve">[30:22] </w:t>
      </w:r>
      <w:r>
        <w:t>banta nahi. Iske baghair insan banta nahi.</w:t>
      </w:r>
    </w:p>
    <w:p>
      <w:pPr>
        <w:jc w:val="right"/>
      </w:pPr>
      <w:r>
        <w:t>बनता नहीं। इसके बगैर इंसान बनता नहीं।</w:t>
      </w:r>
    </w:p>
    <w:p>
      <w:r>
        <w:rPr>
          <w:b/>
        </w:rPr>
        <w:t xml:space="preserve">[30:27] </w:t>
      </w:r>
      <w:r>
        <w:t>aur</w:t>
      </w:r>
    </w:p>
    <w:p>
      <w:pPr>
        <w:jc w:val="right"/>
      </w:pPr>
      <w:r>
        <w:t>और</w:t>
      </w:r>
    </w:p>
    <w:p>
      <w:r>
        <w:rPr>
          <w:b/>
        </w:rPr>
        <w:t xml:space="preserve">[30:27] </w:t>
      </w:r>
      <w:r>
        <w:t>jo bhi history mein jo bhi log bane hain, bada kaam karne wale, wahi the jin logon ke hard life jinki thi, wahi wahi bane hain.</w:t>
      </w:r>
    </w:p>
    <w:p>
      <w:pPr>
        <w:jc w:val="right"/>
      </w:pPr>
      <w:r>
        <w:t>जो भी हिस्ट्री में जो भी लोग बने हैं, बड़ा काम करने वाले, वही थे जिन लोगों के हार्ड लाइफ जिनकी थी, वही वही बने हैं।</w:t>
      </w:r>
    </w:p>
    <w:p>
      <w:r>
        <w:rPr>
          <w:b/>
        </w:rPr>
        <w:t xml:space="preserve">[30:41] </w:t>
      </w:r>
      <w:r>
        <w:t>toh main sochta hoon ke logon ko logon ke andar awareness paida karne ki zaroorat hai. maulana sahib, talking about death, you had referred a story about a billionaire, who invited a famous evangelist, billy graham. and when billy graham went to meet this billionaire, who was not well, he was assured into the room, where he was lying on the bed.</w:t>
      </w:r>
    </w:p>
    <w:p>
      <w:pPr>
        <w:jc w:val="right"/>
      </w:pPr>
      <w:r>
        <w:t>तो मैं सोचता हूं कि लोगों को लोगों के अंदर अवेयरनेस पैदा करने की जरूरत है। मौलाना साहब, टॉकिंग अबाउट डेथ, यू हैड रेफर्ड अ स्टोरी अबाउट अ बिलियनेयर, हु इनवाइटेड अ फेमस इवेंजलिस्ट, बिली ग्राहम। एंड व्हेन बिली ग्राहम वेंट टू मीट दिस बिलियनेयर, हु वाज नॉट वेल, ही वाज असर्ड इनटू द रूम, वेयर ही वाज लाइंग ऑन द बेड।</w:t>
      </w:r>
    </w:p>
    <w:p>
      <w:r>
        <w:rPr>
          <w:b/>
        </w:rPr>
        <w:t xml:space="preserve">[31:07] </w:t>
      </w:r>
      <w:r>
        <w:t>so this billionaire looks at billy graham and said that, "young man, life has lost all its meaning. and i am going to take a fateful leap in the unknown. can you give me a ray of hope?" every person, maulana sahib, has to face death. and he faces with this question. now, the question that comes in mind is that, "is death really the end of life?" what would you say to that?</w:t>
      </w:r>
    </w:p>
    <w:p>
      <w:pPr>
        <w:jc w:val="right"/>
      </w:pPr>
      <w:r>
        <w:t>सो दिस बिलियनेयर लुक्स एट बिली ग्राहम एंड सेड दैट, "यंग मैन, लाइफ हैज़ लॉस्ट ऑल इट्स मीनिंग। एंड आई एम गोइंग टू टेक अ फेटफुल लीप इन द अननोन। कैन यू गिव मी अ रे ऑफ होप?" एवरी पर्सन, मौलाना साहब, हैज़ टू फेस डेथ। एंड ही फेसेस विद दिस क्वेश्चन। नाउ, द क्वेश्चन दैट कम्स इन माइंड इज दैट, "इज डेथ रियली द एंड ऑफ लाइफ?" व्हाट वुड यू से टू दैट?</w:t>
      </w:r>
    </w:p>
    <w:p>
      <w:r>
        <w:rPr>
          <w:b/>
        </w:rPr>
        <w:t xml:space="preserve">[31:35] </w:t>
      </w:r>
      <w:r>
        <w:t>dekhiye, Billy Graham ne ye sab bataya hai, lekin unhone ye nahi bataya ke khud unhone kya answer</w:t>
      </w:r>
    </w:p>
    <w:p>
      <w:pPr>
        <w:jc w:val="right"/>
      </w:pPr>
      <w:r>
        <w:t>देखिए, बिली ग्राहम ने ये सब बताया है, लेकिन उन्होंने ये नहीं बताया कि खुद उन्होंने क्या आंसर</w:t>
      </w:r>
    </w:p>
    <w:p>
      <w:r>
        <w:rPr>
          <w:b/>
        </w:rPr>
        <w:t xml:space="preserve">[31:44] </w:t>
      </w:r>
      <w:r>
        <w:t>diya hota hai.</w:t>
      </w:r>
    </w:p>
    <w:p>
      <w:pPr>
        <w:jc w:val="right"/>
      </w:pPr>
      <w:r>
        <w:t>दिया होता है।</w:t>
      </w:r>
    </w:p>
    <w:p>
      <w:r>
        <w:rPr>
          <w:b/>
        </w:rPr>
        <w:t xml:space="preserve">[31:45] </w:t>
      </w:r>
      <w:r>
        <w:t>ye likha hai.</w:t>
      </w:r>
    </w:p>
    <w:p>
      <w:pPr>
        <w:jc w:val="right"/>
      </w:pPr>
      <w:r>
        <w:t>ये लिखा है।</w:t>
      </w:r>
    </w:p>
    <w:p>
      <w:r>
        <w:rPr>
          <w:b/>
        </w:rPr>
        <w:t xml:space="preserve">[31:47] </w:t>
      </w:r>
      <w:r>
        <w:t>dekhiye, kis tarah se bataya unhone.</w:t>
      </w:r>
    </w:p>
    <w:p>
      <w:pPr>
        <w:jc w:val="right"/>
      </w:pPr>
      <w:r>
        <w:t>देखिए, किस तरह से बताया उन्होंने।</w:t>
      </w:r>
    </w:p>
    <w:p>
      <w:r>
        <w:rPr>
          <w:b/>
        </w:rPr>
        <w:t xml:space="preserve">[31:49] </w:t>
      </w:r>
      <w:r>
        <w:t>answer iska dena ye tha ke death ko tum</w:t>
      </w:r>
    </w:p>
    <w:p>
      <w:pPr>
        <w:jc w:val="right"/>
      </w:pPr>
      <w:r>
        <w:t>आंसर इसका देना ये था कि डेथ को तुम</w:t>
      </w:r>
    </w:p>
    <w:p>
      <w:r>
        <w:rPr>
          <w:b/>
        </w:rPr>
        <w:t xml:space="preserve">[31:54] </w:t>
      </w:r>
      <w:r>
        <w:t>death ka hai.</w:t>
      </w:r>
    </w:p>
    <w:p>
      <w:pPr>
        <w:jc w:val="right"/>
      </w:pPr>
      <w:r>
        <w:t>डेथ का है।</w:t>
      </w:r>
    </w:p>
    <w:p>
      <w:r>
        <w:rPr>
          <w:b/>
        </w:rPr>
        <w:t xml:space="preserve">[31:55] </w:t>
      </w:r>
      <w:r>
        <w:t>death to ek door hai, jisko ke idhar se udhar dakhil ho jate ho.</w:t>
      </w:r>
    </w:p>
    <w:p>
      <w:pPr>
        <w:jc w:val="right"/>
      </w:pPr>
      <w:r>
        <w:t>डेथ तो एक डोर है, जिसको कि इधर से उधर दाखिल हो जाते हो।</w:t>
      </w:r>
    </w:p>
    <w:p>
      <w:r>
        <w:rPr>
          <w:b/>
        </w:rPr>
        <w:t xml:space="preserve">[32:01] </w:t>
      </w:r>
      <w:r>
        <w:t>to death door.</w:t>
      </w:r>
    </w:p>
    <w:p>
      <w:pPr>
        <w:jc w:val="right"/>
      </w:pPr>
      <w:r>
        <w:t>तो डेथ डोर।</w:t>
      </w:r>
    </w:p>
    <w:p>
      <w:r>
        <w:rPr>
          <w:b/>
        </w:rPr>
        <w:t xml:space="preserve">[32:02] </w:t>
      </w:r>
      <w:r>
        <w:t>to uske liye uske liye apne ko taiyar karo.</w:t>
      </w:r>
    </w:p>
    <w:p>
      <w:pPr>
        <w:jc w:val="right"/>
      </w:pPr>
      <w:r>
        <w:t>तो उसके लिए उसके लिए अपने को तैयार करो।</w:t>
      </w:r>
    </w:p>
    <w:p>
      <w:r>
        <w:rPr>
          <w:b/>
        </w:rPr>
        <w:t xml:space="preserve">[32:07] </w:t>
      </w:r>
      <w:r>
        <w:t>wo to hone hi hona hai.</w:t>
      </w:r>
    </w:p>
    <w:p>
      <w:pPr>
        <w:jc w:val="right"/>
      </w:pPr>
      <w:r>
        <w:t>वो तो होने ही होना है।</w:t>
      </w:r>
    </w:p>
    <w:p>
      <w:r>
        <w:rPr>
          <w:b/>
        </w:rPr>
        <w:t xml:space="preserve">[32:08] </w:t>
      </w:r>
      <w:r>
        <w:t>us dor mein to dakhil hone hi hona hai.</w:t>
      </w:r>
    </w:p>
    <w:p>
      <w:pPr>
        <w:jc w:val="right"/>
      </w:pPr>
      <w:r>
        <w:t>उस डोर में तो दाखिल होने ही होना है।</w:t>
      </w:r>
    </w:p>
    <w:p>
      <w:r>
        <w:rPr>
          <w:b/>
        </w:rPr>
        <w:t xml:space="preserve">[32:10] </w:t>
      </w:r>
      <w:r>
        <w:t>lekin paper hokar dakhil hona hai.</w:t>
      </w:r>
    </w:p>
    <w:p>
      <w:pPr>
        <w:jc w:val="right"/>
      </w:pPr>
      <w:r>
        <w:t>लेकिन पेपर होकर दाखिल होना है।</w:t>
      </w:r>
    </w:p>
    <w:p>
      <w:r>
        <w:rPr>
          <w:b/>
        </w:rPr>
        <w:t xml:space="preserve">[32:14] </w:t>
      </w:r>
      <w:r>
        <w:t>jis tarah se aap dunya mein business karna chahte hain, to aap mba karte hain.</w:t>
      </w:r>
    </w:p>
    <w:p>
      <w:pPr>
        <w:jc w:val="right"/>
      </w:pPr>
      <w:r>
        <w:t>जिस तरह से आप दुनिया में बिजनेस करना चाहते हैं, तो आप एमबीए करते हैं।</w:t>
      </w:r>
    </w:p>
    <w:p>
      <w:r>
        <w:rPr>
          <w:b/>
        </w:rPr>
        <w:t xml:space="preserve">[32:20] </w:t>
      </w:r>
      <w:r>
        <w:t>aap log</w:t>
      </w:r>
    </w:p>
    <w:p>
      <w:pPr>
        <w:jc w:val="right"/>
      </w:pPr>
      <w:r>
        <w:t>आप लोग</w:t>
      </w:r>
    </w:p>
    <w:p>
      <w:r>
        <w:rPr>
          <w:b/>
        </w:rPr>
        <w:t xml:space="preserve">[32:20] </w:t>
      </w:r>
      <w:r>
        <w:t>paper karte hain. To death wo door hai, jisse aap paar hokar doosri duniya mein dakhil hona hai. To uske alawa se aap log paper karo taake us duniya mein tum kaam kaamyaab raho. Ye unhone likha nahi ki aisa maine bataya. Sirf aadha kissa bataya. Agar mujhse poochta wo aadmi to bas yahi kehta.</w:t>
      </w:r>
    </w:p>
    <w:p>
      <w:pPr>
        <w:jc w:val="right"/>
      </w:pPr>
      <w:r>
        <w:t>पेपर करते हैं। तो डेथ वो डोर है, जिससे आप पार होकर दूसरी दुनिया में दाखिल होना है। तो उसके अलावा से आप लोग पेपर करो ताकि उस दुनिया में तुम काम कामयाब रहो। ये उन्होंने लिखा नहीं कि ऐसा मैंने बताया। सिर्फ आधा किस्सा बताया। अगर मुझसे पूछता वो आदमी तो बस यही कहता।</w:t>
      </w:r>
    </w:p>
    <w:p>
      <w:r>
        <w:rPr>
          <w:b/>
        </w:rPr>
        <w:t xml:space="preserve">[32:45] </w:t>
      </w:r>
      <w:r>
        <w:t>But Maulana sahab, many people are scared of dying. They fear death. So how can one overcome the fear of death?</w:t>
      </w:r>
    </w:p>
    <w:p>
      <w:pPr>
        <w:jc w:val="right"/>
      </w:pPr>
      <w:r>
        <w:t>बट मौलाना साहब, मेनी पीपल आर स्केर्ड ऑफ डाइंग। दे फियर डेथ। सो हाउ कैन वन ओवरकम द फियर ऑफ डेथ?</w:t>
      </w:r>
    </w:p>
    <w:p>
      <w:r>
        <w:rPr>
          <w:b/>
        </w:rPr>
        <w:t xml:space="preserve">[32:54] </w:t>
      </w:r>
      <w:r>
        <w:t>We have to accept the reality. Aapko reality ko to accept hi karna padta hai. Ye ek reality hai ki duniya mein aadmi ko ek limited period pe rehna hai. Limited period. Aap eternally nahi reh sakte duniya mein.</w:t>
      </w:r>
    </w:p>
    <w:p>
      <w:pPr>
        <w:jc w:val="right"/>
      </w:pPr>
      <w:r>
        <w:t>वी हैव टू एक्सेप्ट द रियलिटी। आपको रियलिटी को तो एक्सेप्ट ही करना पड़ता है। ये एक रियलिटी है कि दुनिया में आदमी को एक लिमिटेड पीरियड पे रहना है। लिमिटेड पीरियड। आप इटरनली नहीं रह सकते दुनिया में।</w:t>
      </w:r>
    </w:p>
    <w:p>
      <w:r>
        <w:rPr>
          <w:b/>
        </w:rPr>
        <w:t xml:space="preserve">[33:18] </w:t>
      </w:r>
      <w:r>
        <w:t>To ye ye ye fact hai. Ye reality hai. Isko aapko accept karna hoga. Agar aap reality ko accept kar lein, to fear apne aap khatam ho jayega.</w:t>
      </w:r>
    </w:p>
    <w:p>
      <w:pPr>
        <w:jc w:val="right"/>
      </w:pPr>
      <w:r>
        <w:t>तो ये ये ये फैक्ट है। ये रियलिटी है। इसको आपको एक्सेप्ट करना होगा। अगर आप रियलिटी को एक्सेप्ट कर लें, तो फियर अपने आप खत्म हो जाएगा।</w:t>
      </w:r>
    </w:p>
    <w:p>
      <w:r>
        <w:rPr>
          <w:b/>
        </w:rPr>
        <w:t xml:space="preserve">[33:31] </w:t>
      </w:r>
      <w:r>
        <w:t>Fear jo hai, woh non-acceptance ability ki wajah se hai.</w:t>
      </w:r>
    </w:p>
    <w:p>
      <w:pPr>
        <w:jc w:val="right"/>
      </w:pPr>
      <w:r>
        <w:t>फियर जो है, वो नॉन एक्सेप्टेंस एबिलिटी की वजह से है।</w:t>
      </w:r>
    </w:p>
    <w:p>
      <w:r>
        <w:rPr>
          <w:b/>
        </w:rPr>
        <w:t xml:space="preserve">[33:37] </w:t>
      </w:r>
      <w:r>
        <w:t>aur acceptance ability agar ho, phir apne aap khatm.</w:t>
      </w:r>
    </w:p>
    <w:p>
      <w:pPr>
        <w:jc w:val="right"/>
      </w:pPr>
      <w:r>
        <w:t>और एक्सेप्टेंस एबिलिटी अगर हो, फिर अपने आप खत्म।</w:t>
      </w:r>
    </w:p>
    <w:p>
      <w:r>
        <w:rPr>
          <w:b/>
        </w:rPr>
        <w:t xml:space="preserve">[33:40] </w:t>
      </w:r>
      <w:r>
        <w:t>phir wo karega aap jo</w:t>
      </w:r>
    </w:p>
    <w:p>
      <w:pPr>
        <w:jc w:val="right"/>
      </w:pPr>
      <w:r>
        <w:t>फिर वो करेगा आप जो</w:t>
      </w:r>
    </w:p>
    <w:p>
      <w:r>
        <w:rPr>
          <w:b/>
        </w:rPr>
        <w:t xml:space="preserve">[33:43] </w:t>
      </w:r>
      <w:r>
        <w:t>jo reality ka takaza hai.</w:t>
      </w:r>
    </w:p>
    <w:p>
      <w:pPr>
        <w:jc w:val="right"/>
      </w:pPr>
      <w:r>
        <w:t>जो रियलिटी का तकाजा है।</w:t>
      </w:r>
    </w:p>
    <w:p>
      <w:r>
        <w:rPr>
          <w:b/>
        </w:rPr>
        <w:t xml:space="preserve">[33:46] </w:t>
      </w:r>
      <w:r>
        <w:t>yani aap log paper karo.</w:t>
      </w:r>
    </w:p>
    <w:p>
      <w:pPr>
        <w:jc w:val="right"/>
      </w:pPr>
      <w:r>
        <w:t>यानी आप लोग पेपर करो।</w:t>
      </w:r>
    </w:p>
    <w:p>
      <w:r>
        <w:rPr>
          <w:b/>
        </w:rPr>
        <w:t xml:space="preserve">[33:49] </w:t>
      </w:r>
      <w:r>
        <w:t>aap log paper karo.</w:t>
      </w:r>
    </w:p>
    <w:p>
      <w:pPr>
        <w:jc w:val="right"/>
      </w:pPr>
      <w:r>
        <w:t>आप लोग पेपर करो।</w:t>
      </w:r>
    </w:p>
    <w:p>
      <w:r>
        <w:rPr>
          <w:b/>
        </w:rPr>
        <w:t xml:space="preserve">[33:52] </w:t>
      </w:r>
      <w:r>
        <w:t>to ye main kahun ke ye mujhe masla hai.</w:t>
      </w:r>
    </w:p>
    <w:p>
      <w:pPr>
        <w:jc w:val="right"/>
      </w:pPr>
      <w:r>
        <w:t>तो ये मैं कहूं कि ये मुझे मसला है।</w:t>
      </w:r>
    </w:p>
    <w:p>
      <w:r>
        <w:rPr>
          <w:b/>
        </w:rPr>
        <w:t xml:space="preserve">[33:55] </w:t>
      </w:r>
      <w:r>
        <w:t>ye masla hai due to unawareness.</w:t>
      </w:r>
    </w:p>
    <w:p>
      <w:pPr>
        <w:jc w:val="right"/>
      </w:pPr>
      <w:r>
        <w:t>ये मसला है ड्यू टू अनअवेयरनेस।</w:t>
      </w:r>
    </w:p>
    <w:p>
      <w:r>
        <w:rPr>
          <w:b/>
        </w:rPr>
        <w:t xml:space="preserve">[33:58] </w:t>
      </w:r>
      <w:r>
        <w:t>ye koi real masla nahi hai.</w:t>
      </w:r>
    </w:p>
    <w:p>
      <w:pPr>
        <w:jc w:val="right"/>
      </w:pPr>
      <w:r>
        <w:t>ये कोई रियल मसला नहीं है।</w:t>
      </w:r>
    </w:p>
    <w:p>
      <w:r>
        <w:rPr>
          <w:b/>
        </w:rPr>
        <w:t xml:space="preserve">[34:02] </w:t>
      </w:r>
      <w:r>
        <w:t>Also, Maulana, sometimes, you know, we lose our near and dear ones. And we go into grief. So how can those people be given hope when they when they lose their near and dear ones?</w:t>
      </w:r>
    </w:p>
    <w:p>
      <w:pPr>
        <w:jc w:val="right"/>
      </w:pPr>
      <w:r>
        <w:t>आल्सो, मौलाना, समटाइम्स, यू नो, वी लूज आवर नियर एंड डियर वंस। एंड वी गो इनटू ग्रीफ। सो हाउ कैन दोस पीपल बी गिवन होप व्हेन दे व्हेन दे लूज देयर नियर एंड डियर वंस?</w:t>
      </w:r>
    </w:p>
    <w:p>
      <w:r>
        <w:rPr>
          <w:b/>
        </w:rPr>
        <w:t xml:space="preserve">[34:20] </w:t>
      </w:r>
      <w:r>
        <w:t>Bhai, main to Islam ke lihaz se kahunga ki Quran ki ek ayat hai ki agar ek din ye duniya chala jaye aur aap duniya mein maujood hain,</w:t>
      </w:r>
    </w:p>
    <w:p>
      <w:pPr>
        <w:jc w:val="right"/>
      </w:pPr>
      <w:r>
        <w:t>भाई, मैं तो इस्लाम के लिहाज से कहूंगा कि कुरान की एक आयत है कि अगर एक दिन ये दुनिया चला जाए और आप दुनिया में मौजूद हैं,</w:t>
      </w:r>
    </w:p>
    <w:p>
      <w:r>
        <w:rPr>
          <w:b/>
        </w:rPr>
        <w:t xml:space="preserve">[34:40] </w:t>
      </w:r>
      <w:r>
        <w:t>to aap achha amal kijiye. Achha amal kijiye. Achha amal karne ke liye bahut wahan aapko saath wo wo aapko saathi ban jayenge. Uske liye dua kijiye aur apne aap ko jaizta saale banaiye. Jaizta achha banaiye.</w:t>
      </w:r>
    </w:p>
    <w:p>
      <w:pPr>
        <w:jc w:val="right"/>
      </w:pPr>
      <w:r>
        <w:t>तो आप अच्छा अमल कीजिए। अच्छा अमल कीजिए। अच्छा अमल करने के लिए बहुत वहां आपको साथ वो वो आपको साथी बन जाएंगे। उसके लिए दुआ कीजिए और अपने आप को जायजता साले बनाइए। जायजता अच्छा बनाइए।</w:t>
      </w:r>
    </w:p>
    <w:p>
      <w:r>
        <w:rPr>
          <w:b/>
        </w:rPr>
        <w:t xml:space="preserve">[34:58] </w:t>
      </w:r>
      <w:r>
        <w:t>to internal life mein aapka saathi ho jayega. Rone gam karne se to koi fayda nahi hai. Bajaye gam karne ke, apne aap ko prerit karna chahiye. Apne ko taiyar karna chahiye. Agli line. Maulana, when we talk of here after, many people question that nobody has seen here after. So what is this</w:t>
      </w:r>
    </w:p>
    <w:p>
      <w:pPr>
        <w:jc w:val="right"/>
      </w:pPr>
      <w:r>
        <w:t>तो इंटरनल लाइफ में आपका साथी हो जाएगा। रोने गम करने से तो कोई फायदा नहीं है। बजाय गम करने के, अपने आप को प्रेरित करना चाहिए। अपने को तैयार करना चाहिए। अगली लाइन। मौलाना, व्हेन वी टॉक ऑफ हेयर आफ्टर, मेनी पीपल क्वेश्चन दैट नोबडी हैज़ सीन हेयर आफ्टर। सो व्हाट इज दिस</w:t>
      </w:r>
    </w:p>
    <w:p>
      <w:r>
        <w:rPr>
          <w:b/>
        </w:rPr>
        <w:t xml:space="preserve">[35:27] </w:t>
      </w:r>
      <w:r>
        <w:t>here after? Is there here after? Is there life after death? How would you address that question? Dekhiye, dekhne wali baat to ab khatam ho gayi.</w:t>
      </w:r>
    </w:p>
    <w:p>
      <w:pPr>
        <w:jc w:val="right"/>
      </w:pPr>
      <w:r>
        <w:t>हेयर आफ्टर? इज देयर हेयर आफ्टर? इज देयर लाइफ आफ्टर डेथ? हाउ वुड यू एड्रेस दैट क्वेश्चन? देखिए, देखने वाली बात तो अब खत्म हो गई।</w:t>
      </w:r>
    </w:p>
    <w:p>
      <w:r>
        <w:rPr>
          <w:b/>
        </w:rPr>
        <w:t xml:space="preserve">[35:39] </w:t>
      </w:r>
      <w:r>
        <w:t>Yaani science ne sabit kiya hai ki dekhna yaani aisi cheezein maujood hain jo aap dekhte ho. Aap dekhte nahi, lekin wo hain. Wo hain.</w:t>
      </w:r>
    </w:p>
    <w:p>
      <w:pPr>
        <w:jc w:val="right"/>
      </w:pPr>
      <w:r>
        <w:t>यानी साइंस ने साबित किया है कि देखना यानी ऐसी चीजें मौजूद हैं जो आप देखते हो। आप देखते नहीं, लेकिन वो हैं। वो हैं।</w:t>
      </w:r>
    </w:p>
    <w:p>
      <w:r>
        <w:rPr>
          <w:b/>
        </w:rPr>
        <w:t xml:space="preserve">[36:00] </w:t>
      </w:r>
      <w:r>
        <w:t>Ye ek ek ek proof file ban chuka hai ki ye duniya mein aisi cheezein maujood hain jo exist kar rahi hain, lekin hum usko dekhte nahi. Jaise subatomic particle. Ab ek fact hai, ye maana hua ki</w:t>
      </w:r>
    </w:p>
    <w:p>
      <w:pPr>
        <w:jc w:val="right"/>
      </w:pPr>
      <w:r>
        <w:t>ये एक एक एक प्रूफ फाइल बन चुका है कि ये दुनिया में ऐसी चीजें मौजूद हैं जो एक्सिस्ट कर रही हैं, लेकिन हम उसको देखते नहीं। जैसे सब एटॉमिक पार्टिकल। अब एक फैक्ट है, ये माना हुआ कि</w:t>
      </w:r>
    </w:p>
    <w:p>
      <w:r>
        <w:rPr>
          <w:b/>
        </w:rPr>
        <w:t xml:space="preserve">[36:23] </w:t>
      </w:r>
      <w:r>
        <w:t>material jo hai, wo material jo atom ka khatm nahi hota.</w:t>
      </w:r>
    </w:p>
    <w:p>
      <w:pPr>
        <w:jc w:val="right"/>
      </w:pPr>
      <w:r>
        <w:t>मटेरियल जो है, वो मटेरियल जो एटम का खत्म नहीं होता।</w:t>
      </w:r>
    </w:p>
    <w:p>
      <w:r>
        <w:rPr>
          <w:b/>
        </w:rPr>
        <w:t xml:space="preserve">[36:27] </w:t>
      </w:r>
      <w:r>
        <w:t>atom atom ke baad bhi kuch cheezain hain.</w:t>
      </w:r>
    </w:p>
    <w:p>
      <w:pPr>
        <w:jc w:val="right"/>
      </w:pPr>
      <w:r>
        <w:t>एटम एटम के बाद भी कुछ चीजें हैं।</w:t>
      </w:r>
    </w:p>
    <w:p>
      <w:r>
        <w:rPr>
          <w:b/>
        </w:rPr>
        <w:t xml:space="preserve">[36:31] </w:t>
      </w:r>
      <w:r>
        <w:t>us mein se ek cheez hai sub atomic particle.</w:t>
      </w:r>
    </w:p>
    <w:p>
      <w:pPr>
        <w:jc w:val="right"/>
      </w:pPr>
      <w:r>
        <w:t>उसमें से एक चीज है सब एटॉमिक पार्टिकल।</w:t>
      </w:r>
    </w:p>
    <w:p>
      <w:r>
        <w:rPr>
          <w:b/>
        </w:rPr>
        <w:t xml:space="preserve">[36:35] </w:t>
      </w:r>
      <w:r>
        <w:t>lekin sub atomic particle ko aap dekh nahi sakte.</w:t>
      </w:r>
    </w:p>
    <w:p>
      <w:pPr>
        <w:jc w:val="right"/>
      </w:pPr>
      <w:r>
        <w:t>लेकिन सब एटॉमिक पार्टिकल को आप देख नहीं सकते।</w:t>
      </w:r>
    </w:p>
    <w:p>
      <w:r>
        <w:rPr>
          <w:b/>
        </w:rPr>
        <w:t xml:space="preserve">[36:38] </w:t>
      </w:r>
      <w:r>
        <w:t>kisi bhi microscope se, telescope se, naked eyes dekh nahi sakte.</w:t>
      </w:r>
    </w:p>
    <w:p>
      <w:pPr>
        <w:jc w:val="right"/>
      </w:pPr>
      <w:r>
        <w:t>किसी भी माइक्रोस्कोप से, टेलीस्कोप से, नेकेड आइज देख नहीं सकते।</w:t>
      </w:r>
    </w:p>
    <w:p>
      <w:r>
        <w:rPr>
          <w:b/>
        </w:rPr>
        <w:t xml:space="preserve">[36:46] </w:t>
      </w:r>
      <w:r>
        <w:t>sirf ye hai ke kuch kuch effect hain.</w:t>
      </w:r>
    </w:p>
    <w:p>
      <w:pPr>
        <w:jc w:val="right"/>
      </w:pPr>
      <w:r>
        <w:t>सिर्फ ये है कि कुछ कुछ इफेक्ट हैं।</w:t>
      </w:r>
    </w:p>
    <w:p>
      <w:r>
        <w:rPr>
          <w:b/>
        </w:rPr>
        <w:t xml:space="preserve">[36:50] </w:t>
      </w:r>
      <w:r>
        <w:t>us effect ko</w:t>
      </w:r>
    </w:p>
    <w:p>
      <w:pPr>
        <w:jc w:val="right"/>
      </w:pPr>
      <w:r>
        <w:t>उस इफेक्ट को</w:t>
      </w:r>
    </w:p>
    <w:p>
      <w:r>
        <w:rPr>
          <w:b/>
        </w:rPr>
        <w:t xml:space="preserve">[36:52] </w:t>
      </w:r>
      <w:r>
        <w:t>explain karne ke usko explain nahi hota iske baghair ke aap maane ke haan, sub atomic particle hain.</w:t>
      </w:r>
    </w:p>
    <w:p>
      <w:pPr>
        <w:jc w:val="right"/>
      </w:pPr>
      <w:r>
        <w:t>एक्सप्लेन करने के उसको एक्सप्लेन नहीं होता इसके बगैर कि आप माने कि हां, सब एटॉमिक पार्टिकल हैं।</w:t>
      </w:r>
    </w:p>
    <w:p>
      <w:r>
        <w:rPr>
          <w:b/>
        </w:rPr>
        <w:t xml:space="preserve">[37:02] </w:t>
      </w:r>
      <w:r>
        <w:t>to dekhne ki shayad to khatm.</w:t>
      </w:r>
    </w:p>
    <w:p>
      <w:pPr>
        <w:jc w:val="right"/>
      </w:pPr>
      <w:r>
        <w:t>तो देखने की शायद तो खत्म।</w:t>
      </w:r>
    </w:p>
    <w:p>
      <w:r>
        <w:rPr>
          <w:b/>
        </w:rPr>
        <w:t xml:space="preserve">[37:05] </w:t>
      </w:r>
      <w:r>
        <w:t>to life life explain nahi hoti agar aap</w:t>
      </w:r>
    </w:p>
    <w:p>
      <w:pPr>
        <w:jc w:val="right"/>
      </w:pPr>
      <w:r>
        <w:t>तो लाइफ लाइफ एक्सप्लेन नहीं होती अगर आप</w:t>
      </w:r>
    </w:p>
    <w:p>
      <w:r>
        <w:rPr>
          <w:b/>
        </w:rPr>
        <w:t xml:space="preserve">[37:10] </w:t>
      </w:r>
      <w:r>
        <w:t>agli duniya ko na maane. Wahi ye ye jo jahan aag lata hai, paida hota hai aur 50, 60, 70 saal badh jata hai, to bilkul minimalist ban. Minimalist.</w:t>
      </w:r>
    </w:p>
    <w:p>
      <w:pPr>
        <w:jc w:val="right"/>
      </w:pPr>
      <w:r>
        <w:t>अगली दुनिया को ना माने। वही ये ये जो जहां आग लाता है, पैदा होता है और 50, 60, 70 साल बढ़ जाता है, तो बिल्कुल मिनीलिस्ट बन। मिनीलिस्ट।</w:t>
      </w:r>
    </w:p>
    <w:p>
      <w:r>
        <w:rPr>
          <w:b/>
        </w:rPr>
        <w:t xml:space="preserve">[37:27] </w:t>
      </w:r>
      <w:r>
        <w:t>To</w:t>
      </w:r>
    </w:p>
    <w:p>
      <w:pPr>
        <w:jc w:val="right"/>
      </w:pPr>
      <w:r>
        <w:t>तो</w:t>
      </w:r>
    </w:p>
    <w:p>
      <w:r>
        <w:rPr>
          <w:b/>
        </w:rPr>
        <w:t xml:space="preserve">[37:28] </w:t>
      </w:r>
      <w:r>
        <w:t>aapko agar meaningful explanation karna hai zindagi ka, to aapko maanna padega other part of life ko</w:t>
      </w:r>
    </w:p>
    <w:p>
      <w:pPr>
        <w:jc w:val="right"/>
      </w:pPr>
      <w:r>
        <w:t>आपको अगर मीनिंगफुल एक्सप्लेनेशन करना है जिंदगी का, तो आपको मानना पड़ेगा अदर पार्ट ऑफ लाइफ को</w:t>
      </w:r>
    </w:p>
    <w:p>
      <w:r>
        <w:rPr>
          <w:b/>
        </w:rPr>
        <w:t xml:space="preserve">[37:38] </w:t>
      </w:r>
      <w:r>
        <w:t>. To jis tarah se hum</w:t>
      </w:r>
    </w:p>
    <w:p>
      <w:pPr>
        <w:jc w:val="right"/>
      </w:pPr>
      <w:r>
        <w:t>। तो जिस तरह से हम</w:t>
      </w:r>
    </w:p>
    <w:p>
      <w:r>
        <w:rPr>
          <w:b/>
        </w:rPr>
        <w:t xml:space="preserve">[37:43] </w:t>
      </w:r>
      <w:r>
        <w:t>doosri aisi cheezein maante hain, jisko humne kabhi dekha nahi, ye subatomic particle. To usi usi logic se isko maaniye. Same logic ko yahan apply kijiye.</w:t>
      </w:r>
    </w:p>
    <w:p>
      <w:pPr>
        <w:jc w:val="right"/>
      </w:pPr>
      <w:r>
        <w:t>दूसरी ऐसी चीजें मानते हैं, जिसको हमने कभी देखा नहीं, ये सब एटॉमिक पार्टिकल। तो उसी उसी लॉजिक से इसको मानिए। सेम लॉजिक को यहां अप्लाई कीजिए।</w:t>
      </w:r>
    </w:p>
    <w:p>
      <w:r>
        <w:rPr>
          <w:b/>
        </w:rPr>
        <w:t xml:space="preserve">[37:59] </w:t>
      </w:r>
      <w:r>
        <w:t>Wahan par agar subatomic particle ko na maane, to kuch aisi cheezein jo explain nahi hoti. Yahan bhi agar hum yaani doosri zindagi ko na maane, to maujooda zindagi explain nahi hoti. Isse logic ko yahan apply kijiye.</w:t>
      </w:r>
    </w:p>
    <w:p>
      <w:pPr>
        <w:jc w:val="right"/>
      </w:pPr>
      <w:r>
        <w:t>वहां पर अगर सब एटॉमिक पार्टिकल को ना माने, तो कुछ ऐसी चीजें जो एक्सप्लेन नहीं होती। यहां भी अगर हम यानी दूसरी जिंदगी को ना माने, तो मौजूदा जिंदगी एक्सप्लेन नहीं होती। इससे लॉजिक को यहां अप्लाई कीजिए।</w:t>
      </w:r>
    </w:p>
    <w:p>
      <w:r>
        <w:rPr>
          <w:b/>
        </w:rPr>
        <w:t xml:space="preserve">[38:18] </w:t>
      </w:r>
      <w:r>
        <w:t>So Maulana sahab, how can belief in the here after help us in our present life? Main to sochta hoon ki bahut bada ek yaani bahut badi wisdom hai is maamle mein. Kyunki dekhiye, maujooda duniya mein aap dekhte hain ki corruption hai,</w:t>
      </w:r>
    </w:p>
    <w:p>
      <w:pPr>
        <w:jc w:val="right"/>
      </w:pPr>
      <w:r>
        <w:t>सो मौलाना साहब, हाउ कैन बिलीफ इन द हेयर आफ्टर हेल्प अस इन आवर प्रेजेंट लाइफ? मैं तो सोचता हूं कि बहुत बड़ा एक यानी बहुत बड़ी विजडम है इस मामले में। क्योंकि देखिए, मौजूदा दुनिया में आप देखते हैं कि करप्शन है,</w:t>
      </w:r>
    </w:p>
    <w:p>
      <w:r>
        <w:rPr>
          <w:b/>
        </w:rPr>
        <w:t xml:space="preserve">[38:39] </w:t>
      </w:r>
      <w:r>
        <w:t>tarah-tarah ke yaani log dishonesty hai, kya-kya cheezein hain. Kyun?</w:t>
      </w:r>
    </w:p>
    <w:p>
      <w:pPr>
        <w:jc w:val="right"/>
      </w:pPr>
      <w:r>
        <w:t>तरह-तरह के यानी लोग डिसनेस्टी है, क्या-क्या चीजें हैं। क्यों?</w:t>
      </w:r>
    </w:p>
    <w:p>
      <w:r>
        <w:rPr>
          <w:b/>
        </w:rPr>
        <w:t xml:space="preserve">[38:49] </w:t>
      </w:r>
      <w:r>
        <w:t>Isliye ki accountability ka concept nahi hai. Accountability ka concept nahi hai. To here after jo hai, wo aapko accountability ka concept deta hai ki main accountable hoon Lord of the Lords ke saamne. Ye cheez aapko yaani aapko</w:t>
      </w:r>
    </w:p>
    <w:p>
      <w:pPr>
        <w:jc w:val="right"/>
      </w:pPr>
      <w:r>
        <w:t>इसलिए कि अकाउंटेबिलिटी का कांसेप्ट नहीं है। अकाउंटेबिलिटी का कांसेप्ट नहीं है। तो हेयर आफ्टर जो है, वो आपको अकाउंटेबिलिटी का कांसेप्ट देता है कि मैं अकाउंटेबल हूं लॉर्ड ऑफ द लॉर्ड्स के सामने। ये चीज आपको यानी आपको</w:t>
      </w:r>
    </w:p>
    <w:p>
      <w:r>
        <w:rPr>
          <w:b/>
        </w:rPr>
        <w:t xml:space="preserve">[39:14] </w:t>
      </w:r>
      <w:r>
        <w:t>aapko aapko taiyar karti hai ki aap apne andar discipline laayein. Apne andar phir principle ke mutabik zindagi udhaarein. To here after ka aqeedah humko bahut badi cheez deta hai. Wo hai accountability. Concept of accountability. Ye jawabdeh hone ka.</w:t>
      </w:r>
    </w:p>
    <w:p>
      <w:pPr>
        <w:jc w:val="right"/>
      </w:pPr>
      <w:r>
        <w:t>आपको आपको तैयार करती है कि आप अपने अंदर डिसिप्लिन लाएं। अपने अंदर फिर प्रिंसिपल के मुताबिक जिंदगी उधारें। तो हेयर आफ्टर का आकीदा हमको बहुत बड़ी चीज देता है। वो है अकाउंटेबिलिटी। कांसेप्ट ऑफ अकाउंटेबिलिटी। ये जवाबदेह होने का।</w:t>
      </w:r>
    </w:p>
    <w:p>
      <w:r>
        <w:rPr>
          <w:b/>
        </w:rPr>
        <w:t xml:space="preserve">[39:38] </w:t>
      </w:r>
      <w:r>
        <w:t>But Maulana sahab, the challenge that one faces is that we get so much absorbed in our present life, in the work areas that we are involved in, that we get forgetful about the here after. So how can we change this?</w:t>
      </w:r>
    </w:p>
    <w:p>
      <w:pPr>
        <w:jc w:val="right"/>
      </w:pPr>
      <w:r>
        <w:t>बट मौलाना साहब, द चैलेंज दैट वन फेसेस इज दैट वी गेट सो मच अब्सॉर्ब्ड इन आवर प्रेजेंट लाइफ, इन द वर्क एरियाज दैट वी आर इनवॉल्वड इन, दैट वी गेट फॉरगेटफुल अबाउट द हेयर आफ्टर। सो हाउ कैन वी चेंज दिस?</w:t>
      </w:r>
    </w:p>
    <w:p>
      <w:r>
        <w:rPr>
          <w:b/>
        </w:rPr>
        <w:t xml:space="preserve">[39:56] </w:t>
      </w:r>
      <w:r>
        <w:t>Change karne ki zaroorat nahi hai. To rahega awareness badhane ki zaroorat hai. Awareness. Ye masla main I think awareness mein kami ki wajah se. Awareness ko badhaiye. Ye masla apne aap khatam ho jayega. So Maulana sahab, according to you, how can we prepare ourselves better for the here after?</w:t>
      </w:r>
    </w:p>
    <w:p>
      <w:pPr>
        <w:jc w:val="right"/>
      </w:pPr>
      <w:r>
        <w:t>चेंज करने की जरूरत नहीं है। तो रहेगा अवेयरनेस बढ़ाने की जरूरत है। अवेयरनेस। ये मसला मैं आई थिंक अवेयरनेस में कमी की वजह से। अवेयरनेस को बढ़ाइए। ये मसला अपने आप खत्म हो जाएगा। सो मौलाना साहब, अकॉर्डिंग टू यू, हाउ कैन वी प्रिपेयर आवर सेल्स बेटर फॉर द हेयर आफ्टर?</w:t>
      </w:r>
    </w:p>
    <w:p>
      <w:r>
        <w:rPr>
          <w:b/>
        </w:rPr>
        <w:t xml:space="preserve">[40:18] </w:t>
      </w:r>
      <w:r>
        <w:t>what would you advice to all of us?</w:t>
      </w:r>
    </w:p>
    <w:p>
      <w:pPr>
        <w:jc w:val="right"/>
      </w:pPr>
      <w:r>
        <w:t>व्हाट वुड यू एडवाइस टू ऑल ऑफ अस?</w:t>
      </w:r>
    </w:p>
    <w:p>
      <w:r>
        <w:rPr>
          <w:b/>
        </w:rPr>
        <w:t xml:space="preserve">[40:23] </w:t>
      </w:r>
      <w:r>
        <w:t>dekhiye, main sochta hoon ke hamara har ek ke andar ek nature hai. conscious nature hai. reason hai. har ek ke andar hai. usi ko kehte hain nature. nature is the best guide for you. wo jo nature hai har aadmi ke saath, wo best guide hai.</w:t>
      </w:r>
    </w:p>
    <w:p>
      <w:pPr>
        <w:jc w:val="right"/>
      </w:pPr>
      <w:r>
        <w:t>देखिए, मैं सोचता हूं कि हमारा हर एक के अंदर एक नेचर है। कॉन्शियस नेचर है। रीजन है। हर एक के अंदर है। उसी को कहते हैं नेचर। नेचर इज द बेस्ट गाइड फॉर यू। वो जो नेचर है हर आदमी के साथ, वो बेस्ट गाइड है।</w:t>
      </w:r>
    </w:p>
    <w:p>
      <w:r>
        <w:rPr>
          <w:b/>
        </w:rPr>
        <w:t xml:space="preserve">[40:45] </w:t>
      </w:r>
      <w:r>
        <w:t>har mauqe par wo aapko batata hai. to apne nature ko mehfooz rakhiye. apne conscious ko bachaiye. apne jo by birth jo sifaat aapke andar hain, usko zahir rakhiye.</w:t>
      </w:r>
    </w:p>
    <w:p>
      <w:pPr>
        <w:jc w:val="right"/>
      </w:pPr>
      <w:r>
        <w:t>हर मौके पर वो आपको बताता है। तो अपने नेचर को महफूज रखिए। अपने कॉन्शियस को बचाइए। अपने जो बाय बर्थ जो सिफात आपके अंदर है, उसको जाहिर रखिए।</w:t>
      </w:r>
    </w:p>
    <w:p>
      <w:r>
        <w:rPr>
          <w:b/>
        </w:rPr>
        <w:t xml:space="preserve">[41:08] </w:t>
      </w:r>
      <w:r>
        <w:t>to bas wo har aadmi ke ek andar ek self control karne wala ek ek ek factor maujood rahega. aapke nature, aapka conscious, aapki reason, ye sab aapko aapko self control ka</w:t>
      </w:r>
    </w:p>
    <w:p>
      <w:pPr>
        <w:jc w:val="right"/>
      </w:pPr>
      <w:r>
        <w:t>तो बस वो हर आदमी के एक अंदर एक सेल्फ कंट्रोल करने वाला एक एक एक फैक्टर मौजूद रहेगा। आपके नेचर, आपका कॉन्शियस, आपकी रीजन, ये सब आपको आपको सेल्फ कंट्रोल का</w:t>
      </w:r>
    </w:p>
    <w:p>
      <w:r>
        <w:rPr>
          <w:b/>
        </w:rPr>
        <w:t xml:space="preserve">[41:31] </w:t>
      </w:r>
      <w:r>
        <w:t>yaani ka mauqa dete hain. apne aap ko khud control karte rahen. main sochta hoon ki sara mamla yahi hai ki aap insaan ko</w:t>
      </w:r>
    </w:p>
    <w:p>
      <w:pPr>
        <w:jc w:val="right"/>
      </w:pPr>
      <w:r>
        <w:t>यानी का मौका देते हैं। अपने आप को खुद कंट्रोल करते रहें। मैं सोचता हूं कि सारा मामला यही है कि आप इंसान को</w:t>
      </w:r>
    </w:p>
    <w:p>
      <w:r>
        <w:rPr>
          <w:b/>
        </w:rPr>
        <w:t xml:space="preserve">[41:44] </w:t>
      </w:r>
      <w:r>
        <w:t>insaan ke andar awareness badhaen. insaan ko ye koshish karen ki uski apni nature ko mehfooz rakhe. wo</w:t>
      </w:r>
    </w:p>
    <w:p>
      <w:pPr>
        <w:jc w:val="right"/>
      </w:pPr>
      <w:r>
        <w:t>इंसान के अंदर अवेयरनेस बढ़ाएं। इंसान को ये कोशिश करें कि उसकी अपनी नेचर को महफूज रखे। वो</w:t>
      </w:r>
    </w:p>
    <w:p>
      <w:r>
        <w:rPr>
          <w:b/>
        </w:rPr>
        <w:t xml:space="preserve">[41:54] </w:t>
      </w:r>
      <w:r>
        <w:t>nature ko preserve karen. uske baad sab apne aap sab kuch theek ho jayega. Maulana sahib, when we talk about paradise and hell in the hereafter, many people question that how can loving God send people to hell?</w:t>
      </w:r>
    </w:p>
    <w:p>
      <w:pPr>
        <w:jc w:val="right"/>
      </w:pPr>
      <w:r>
        <w:t>नेचर को प्रिजर्व करें। उसके बाद सब अपने आप सब कुछठीक हो जाएगा। मौलाना साहब, व्हेन वी टॉक अबाउट पैराडाइज एंड हेल इन द हेयर आफ्टर, मेनी पीपल क्वेश्चन दैट हाउ कैन लविंग गॉड सेंड पीपल टू हेल?</w:t>
      </w:r>
    </w:p>
    <w:p>
      <w:r>
        <w:rPr>
          <w:b/>
        </w:rPr>
        <w:t xml:space="preserve">[42:11] </w:t>
      </w:r>
      <w:r>
        <w:t>so how would you address or how would you deal with that question? dekhiye, hell asal cheez nahi hai. asal cheez paradise hai.</w:t>
      </w:r>
    </w:p>
    <w:p>
      <w:pPr>
        <w:jc w:val="right"/>
      </w:pPr>
      <w:r>
        <w:t>सो हाउ वुड यू एड्रेस और हाउ वुड यू डील विद दैट क्वेश्चन? देखिए, हेल असल चीज नहीं है। असल चीज पैराडाइज है।</w:t>
      </w:r>
    </w:p>
    <w:p>
      <w:r>
        <w:rPr>
          <w:b/>
        </w:rPr>
        <w:t xml:space="preserve">[42:22] </w:t>
      </w:r>
      <w:r>
        <w:t>hell to is liye</w:t>
      </w:r>
    </w:p>
    <w:p>
      <w:pPr>
        <w:jc w:val="right"/>
      </w:pPr>
      <w:r>
        <w:t>हेल तो इसलिए</w:t>
      </w:r>
    </w:p>
    <w:p>
      <w:r>
        <w:rPr>
          <w:b/>
        </w:rPr>
        <w:t xml:space="preserve">[42:25] </w:t>
      </w:r>
      <w:r>
        <w:t>us ka zikr is liye kiya jata hai ke agar tum is opportunity khoge,</w:t>
      </w:r>
    </w:p>
    <w:p>
      <w:pPr>
        <w:jc w:val="right"/>
      </w:pPr>
      <w:r>
        <w:t>उसका जिक्र इसलिए किया जाता है कि अगर तुम इस अपॉर्चुनिटी खोओगे,</w:t>
      </w:r>
    </w:p>
    <w:p>
      <w:r>
        <w:rPr>
          <w:b/>
        </w:rPr>
        <w:t xml:space="preserve">[42:32] </w:t>
      </w:r>
      <w:r>
        <w:t>yani paradise wala character observe nahi paida karoge, to tum risk loge.</w:t>
      </w:r>
    </w:p>
    <w:p>
      <w:pPr>
        <w:jc w:val="right"/>
      </w:pPr>
      <w:r>
        <w:t>यानी पैराडाइज वाला कैरेक्टर ऑब्जर्व नहीं पैदा करोगे, तो तुम रिस्क लोगे।</w:t>
      </w:r>
    </w:p>
    <w:p>
      <w:r>
        <w:rPr>
          <w:b/>
        </w:rPr>
        <w:t xml:space="preserve">[42:41] </w:t>
      </w:r>
      <w:r>
        <w:t>ek bahut hi badi life.</w:t>
      </w:r>
    </w:p>
    <w:p>
      <w:pPr>
        <w:jc w:val="right"/>
      </w:pPr>
      <w:r>
        <w:t>एक बहुत ही बड़ी लाइफ।</w:t>
      </w:r>
    </w:p>
    <w:p>
      <w:r>
        <w:rPr>
          <w:b/>
        </w:rPr>
        <w:t xml:space="preserve">[42:44] </w:t>
      </w:r>
      <w:r>
        <w:t>to hell ka concept aapko batata hai ki risk hai aapke liye.</w:t>
      </w:r>
    </w:p>
    <w:p>
      <w:pPr>
        <w:jc w:val="right"/>
      </w:pPr>
      <w:r>
        <w:t>तो हेल का कांसेप्ट आपको बताता है कि रिस्क है आपके लिए।</w:t>
      </w:r>
    </w:p>
    <w:p>
      <w:r>
        <w:rPr>
          <w:b/>
        </w:rPr>
        <w:t xml:space="preserve">[42:50] </w:t>
      </w:r>
      <w:r>
        <w:t>risk ki agar aapne aap log taiyar nahi kiya,</w:t>
      </w:r>
    </w:p>
    <w:p>
      <w:pPr>
        <w:jc w:val="right"/>
      </w:pPr>
      <w:r>
        <w:t>रिस्क कि अगर आपने आप लोग तैयार नहीं किया,</w:t>
      </w:r>
    </w:p>
    <w:p>
      <w:r>
        <w:rPr>
          <w:b/>
        </w:rPr>
        <w:t xml:space="preserve">[42:54] </w:t>
      </w:r>
      <w:r>
        <w:t>apne aap ko paradise ke liye</w:t>
      </w:r>
    </w:p>
    <w:p>
      <w:pPr>
        <w:jc w:val="right"/>
      </w:pPr>
      <w:r>
        <w:t>अपने आप को पैराडाइज के लिए</w:t>
      </w:r>
    </w:p>
    <w:p>
      <w:r>
        <w:rPr>
          <w:b/>
        </w:rPr>
        <w:t xml:space="preserve">[42:58] </w:t>
      </w:r>
      <w:r>
        <w:t>ahl nahi banaye, competent nahi banaye,</w:t>
      </w:r>
    </w:p>
    <w:p>
      <w:pPr>
        <w:jc w:val="right"/>
      </w:pPr>
      <w:r>
        <w:t>अहल नहीं बनाए, कॉम्पिटेंट नहीं बनाए,</w:t>
      </w:r>
    </w:p>
    <w:p>
      <w:r>
        <w:rPr>
          <w:b/>
        </w:rPr>
        <w:t xml:space="preserve">[43:02] </w:t>
      </w:r>
      <w:r>
        <w:t>to aapne aap ek risk le rahe hain.</w:t>
      </w:r>
    </w:p>
    <w:p>
      <w:pPr>
        <w:jc w:val="right"/>
      </w:pPr>
      <w:r>
        <w:t>तो आपने आप एक रिस्क ले रहे हैं।</w:t>
      </w:r>
    </w:p>
    <w:p>
      <w:r>
        <w:rPr>
          <w:b/>
        </w:rPr>
        <w:t xml:space="preserve">[43:07] </w:t>
      </w:r>
      <w:r>
        <w:t>to haqeeqat mein wo</w:t>
      </w:r>
    </w:p>
    <w:p>
      <w:pPr>
        <w:jc w:val="right"/>
      </w:pPr>
      <w:r>
        <w:t>तो हकत में वो</w:t>
      </w:r>
    </w:p>
    <w:p>
      <w:r>
        <w:rPr>
          <w:b/>
        </w:rPr>
        <w:t xml:space="preserve">[43:09] </w:t>
      </w:r>
      <w:r>
        <w:t>is baat ko batane ke liye hai.</w:t>
      </w:r>
    </w:p>
    <w:p>
      <w:pPr>
        <w:jc w:val="right"/>
      </w:pPr>
      <w:r>
        <w:t>इस बात को बताने के लिए है।</w:t>
      </w:r>
    </w:p>
    <w:p>
      <w:r>
        <w:rPr>
          <w:b/>
        </w:rPr>
        <w:t xml:space="preserve">[43:12] </w:t>
      </w:r>
      <w:r>
        <w:t>yani Allah taala ko ye manzoor nahi ki wo sabko khamakha hell mein daal de.</w:t>
      </w:r>
    </w:p>
    <w:p>
      <w:pPr>
        <w:jc w:val="right"/>
      </w:pPr>
      <w:r>
        <w:t>यानी अल्लाह ताला को ये मंजूर नहीं कि वो सबको खामखा हेल में डाल दे।</w:t>
      </w:r>
    </w:p>
    <w:p>
      <w:r>
        <w:rPr>
          <w:b/>
        </w:rPr>
        <w:t xml:space="preserve">[43:19] </w:t>
      </w:r>
      <w:r>
        <w:t>Allah taala ki manzil de ki sab log paradise mein jayen.</w:t>
      </w:r>
    </w:p>
    <w:p>
      <w:pPr>
        <w:jc w:val="right"/>
      </w:pPr>
      <w:r>
        <w:t>अल्लाह ताला की मंजिल दे कि सब लोग पैराडाइज में जाएं।</w:t>
      </w:r>
    </w:p>
    <w:p>
      <w:r>
        <w:rPr>
          <w:b/>
        </w:rPr>
        <w:t xml:space="preserve">[43:24] </w:t>
      </w:r>
      <w:r>
        <w:t>aur unko motivate karne ke liye,</w:t>
      </w:r>
    </w:p>
    <w:p>
      <w:pPr>
        <w:jc w:val="right"/>
      </w:pPr>
      <w:r>
        <w:t>और उनको मोटिवेट करने के लिए,</w:t>
      </w:r>
    </w:p>
    <w:p>
      <w:r>
        <w:rPr>
          <w:b/>
        </w:rPr>
        <w:t xml:space="preserve">[43:27] </w:t>
      </w:r>
      <w:r>
        <w:t>motivate karne ke liye ye kaha jata hai ki agar tum aisa nahi karoge, to risk loge. wo bahut hi sakht qism ka. main sochta hoon ki log jo hain,</w:t>
      </w:r>
    </w:p>
    <w:p>
      <w:pPr>
        <w:jc w:val="right"/>
      </w:pPr>
      <w:r>
        <w:t>मोटिवेट करने के लिए ये कहा जाता है कि अगर तुम ऐसा नहीं करोगे, तो रिस्क लोगे। वो बहुत ही सख्त किस्म का। मैं सोचता हूं कि लोग जो हैं,</w:t>
      </w:r>
    </w:p>
    <w:p>
      <w:r>
        <w:rPr>
          <w:b/>
        </w:rPr>
        <w:t xml:space="preserve">[43:42] </w:t>
      </w:r>
      <w:r>
        <w:t>bajaye logon ko chahiye ki logon ko train karen. logon ko zindagi ka haqiqat batayen.</w:t>
      </w:r>
    </w:p>
    <w:p>
      <w:pPr>
        <w:jc w:val="right"/>
      </w:pPr>
      <w:r>
        <w:t>बजाय लोगों को चाहिए कि लोगों को ट्रेन करें। लोगों को जिंदगी का हकत बताएं।</w:t>
      </w:r>
    </w:p>
    <w:p>
      <w:r>
        <w:rPr>
          <w:b/>
        </w:rPr>
        <w:t xml:space="preserve">[43:54] </w:t>
      </w:r>
      <w:r>
        <w:t>uske baad insaan ke andar jo nature hai, wo wo sachchai ka counter part hai. agar aap sachchai ko pesh karen uske samne sahi shakal mein,</w:t>
      </w:r>
    </w:p>
    <w:p>
      <w:pPr>
        <w:jc w:val="right"/>
      </w:pPr>
      <w:r>
        <w:t>उसके बाद इंसान के अंदर जो नेचर है, वो वो सच्चाई का काउंटर पार्ट है। अगर आप सच्चाई को पेश करें उसके सामने सही शक्ल में,</w:t>
      </w:r>
    </w:p>
    <w:p>
      <w:r>
        <w:rPr>
          <w:b/>
        </w:rPr>
        <w:t xml:space="preserve">[44:06] </w:t>
      </w:r>
      <w:r>
        <w:t>to wo usko apna lega. wo maan lega. so Maulana sahib, what do we all need to do to avoid hell and get an entry into paradise?</w:t>
      </w:r>
    </w:p>
    <w:p>
      <w:pPr>
        <w:jc w:val="right"/>
      </w:pPr>
      <w:r>
        <w:t>तो वो उसको अपना लेगा। वो मान लेगा। सो मौलाना साहब, व्हाट डू वी ऑल नीड टू डू टू अवॉइड हेल एंड गेट एन एंट्री इनटू पैराडाइज?</w:t>
      </w:r>
    </w:p>
    <w:p>
      <w:r>
        <w:rPr>
          <w:b/>
        </w:rPr>
        <w:t xml:space="preserve">[44:18] </w:t>
      </w:r>
      <w:r>
        <w:t>how would you address to that question?</w:t>
      </w:r>
    </w:p>
    <w:p>
      <w:pPr>
        <w:jc w:val="right"/>
      </w:pPr>
      <w:r>
        <w:t>हाउ वुड यू एड्रेस टू दैट क्वेश्चन?</w:t>
      </w:r>
    </w:p>
    <w:p>
      <w:r>
        <w:rPr>
          <w:b/>
        </w:rPr>
        <w:t xml:space="preserve">[44:23] </w:t>
      </w:r>
      <w:r>
        <w:t>bhai, duniya mein hum dekhte hain ki aadmi koi bhi cheez jo risk wali ho, use apne ko door rakhta hai.</w:t>
      </w:r>
    </w:p>
    <w:p>
      <w:pPr>
        <w:jc w:val="right"/>
      </w:pPr>
      <w:r>
        <w:t>भाई, दुनिया में हम देखते हैं कि आदमी कोई भी चीज जो रिस्क वाली हो, उसे अपने को दूर रखता है।</w:t>
      </w:r>
    </w:p>
    <w:p>
      <w:r>
        <w:rPr>
          <w:b/>
        </w:rPr>
        <w:t xml:space="preserve">[44:32] </w:t>
      </w:r>
      <w:r>
        <w:t>apne ko door rakhta hai. maslan, har aadmi chahta hai ki mera beta jo hai, achhi education le. achhi education nahi lega, to risk hoga uske liye. zindagi mein bahut baar risk uthana padega. to jis tarah duniya mein aap apne bachchon ko risk se bachate hain, aise aakhirat ke andar bhi insaan ko bachaiye risk se.</w:t>
      </w:r>
    </w:p>
    <w:p>
      <w:pPr>
        <w:jc w:val="right"/>
      </w:pPr>
      <w:r>
        <w:t>अपने को दूर रखता है। मसलन, हर आदमी चाहता है कि मेरा बेटा जो है, अच्छी एजुकेशन ले। अच्छी एजुकेशन नहीं लेगा, तो रिस्क होगा उसके लिए। जिंदगी में बहुत बार रिस्क उठाना पड़ेगा। तो जिस तरह दुनिया में आप अपने बच्चों को रिस्क से बचाते हैं, ऐसे आखत के अंदर भी इंसान को बचाइए रिस्क से।</w:t>
      </w:r>
    </w:p>
    <w:p>
      <w:r>
        <w:rPr>
          <w:b/>
        </w:rPr>
        <w:t xml:space="preserve">[45:02] </w:t>
      </w:r>
      <w:r>
        <w:t>Maulana sahib, thank you so much for taking time out and addressing these important questions. in the end, i would request you to make a dua for all of us, so that we can be on the right path, which lead us to the neighborhood of God. bhai, dekhiye, dua to bahut aam hai. namaz mein har rakat padha jata hai. phir din chala kar. to main apne liye, aap sab logon ke liye dua karta hoon ki humko Allah taala</w:t>
      </w:r>
    </w:p>
    <w:p>
      <w:pPr>
        <w:jc w:val="right"/>
      </w:pPr>
      <w:r>
        <w:t>मौलाना साहब, थैंक यू सो मच फॉर टेकिंग टाइम आउट एंड एड्रेसिंग दीज इंपॉर्टेंट क्वेश्चंस। इन द एंड, आई वुड रिक्वेस्ट यू टू मेक अ दुआ फॉर ऑल ऑफ अस, सो दैट वी कैन बी ऑन द राइट पाथ, व्हिच लीड अस टू द नेबरहुड ऑफ गॉड। भाई, देखिए, दुआ तो बहुत आम है। नमाज में हर रकत पढ़ा जाता है। फिर दिन चलाकर। तो मैं अपने लिए, आप सब लोगों के लिए दुआ करता हूं कि हमको अल्लाह ताला</w:t>
      </w:r>
    </w:p>
    <w:p>
      <w:r>
        <w:rPr>
          <w:b/>
        </w:rPr>
        <w:t xml:space="preserve">[45:31] </w:t>
      </w:r>
      <w:r>
        <w:t>sachchai ki taraf humein guide karen. ek sachche insaan ki taraf duniya mein jiyen. aur sachche insaan kaise hon?</w:t>
      </w:r>
    </w:p>
    <w:p>
      <w:pPr>
        <w:jc w:val="right"/>
      </w:pPr>
      <w:r>
        <w:t>सच्चाई की तरफ हमें गाइड करें। एक सच्चे इंसान की तरफ दुनिया में जिएं। और सच्चे इंसान कैसे हों?</w:t>
      </w:r>
    </w:p>
    <w:p>
      <w:r>
        <w:rPr>
          <w:b/>
        </w:rPr>
        <w:t xml:space="preserve">[45:40] </w:t>
      </w:r>
      <w:r>
        <w:t>aakhirat mein angels humara humko receive karen. ye main dua karta hoon apne liye, aap sab logon ke liye.</w:t>
      </w:r>
    </w:p>
    <w:p>
      <w:pPr>
        <w:jc w:val="right"/>
      </w:pPr>
      <w:r>
        <w:t>आखत में एंजल्स हमारा हमको रिसीव करें। ये मैं दुआ करता हूं अपने लिए, आप सब लोगों के लिए।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