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Remembering Maulana Wahiduddin Khan January 1, 2023</w:t>
      </w:r>
    </w:p>
    <w:p>
      <w:r>
        <w:t>https://youtu.be/-NWNhYW850U</w:t>
      </w:r>
    </w:p>
    <w:p>
      <w:r>
        <w:rPr>
          <w:b/>
        </w:rPr>
        <w:t xml:space="preserve">[00:09] </w:t>
      </w:r>
      <w:r>
        <w:t>assalamualikum. aaj January first naye saal ki pehli tareekh hai. January 1 Maulana Wahiduddin Khan sahib ke janam ki tareekh bhi hai. naye saal ka aaghaz hai, lekin Maulana Wahiduddin Khan sahib naye saal ko is tarah nahi lete the jis tarah hum aajkal logon ko dekhte hain ki woh ek badi gathering karte hain, parties karte hain, hua culture hota hai.</w:t>
      </w:r>
    </w:p>
    <w:p>
      <w:pPr>
        <w:jc w:val="right"/>
      </w:pPr>
      <w:r>
        <w:t>अस्सलामालिकों. आज जनवरी first नए साल की पहली तारीख है. January 1 मुलाना वैदुद्दीन खान साहब के जन्म की तारीख भी है. नए साल का आगाज़ है, लेकिन मुलाना वैदुद्दीन खान साहब नए साल को इस तरह नहीं लेते थे जिस तरह हम आजकल लोगों को देखते हैं कि वह एक बड़ी gathering करते हैं, parties करते हैं, हुआ culture होता है.</w:t>
      </w:r>
    </w:p>
    <w:p>
      <w:r>
        <w:rPr>
          <w:b/>
        </w:rPr>
        <w:t xml:space="preserve">[00:37] </w:t>
      </w:r>
      <w:r>
        <w:t>Maulana Wahiduddin Khan sahib kaha karte the ki is saal ka aakhri din ya naye saal ka pehla din humein is tarah lena chahiye ki humein yeh sochna chahiye ki jo pichhla saal gaya uske usmein planning mein hamari kahan kami reh gayi? humne kya paya aur humne kya khoya?</w:t>
      </w:r>
    </w:p>
    <w:p>
      <w:pPr>
        <w:jc w:val="right"/>
      </w:pPr>
      <w:r>
        <w:t>मनाना वैदुद्दीन खान साहब कहा करते थे कि इस साल का आखिरी दिन या नए साल का पहला दिन हमें इस तरह लेना चाहिए कि हमें यह सोचना चाहिए कि जो पिछला साल गया उसके उसमें planning में हमारी कहां तमी रह गई? हमने क्या पाया और हमने क्या खोया?</w:t>
      </w:r>
    </w:p>
    <w:p>
      <w:r>
        <w:rPr>
          <w:b/>
        </w:rPr>
        <w:t xml:space="preserve">[00:56] </w:t>
      </w:r>
      <w:r>
        <w:t>woh yeh kaha karte the ki humein saal ka aaghaz introspection se shuru karna chahiye aur introspection se hi wisdom ka, wisdom mein izafa hota hai aur insaan apne affairs ko behtar tareeqe se manage kar sakta hai. to aaj January 1 ko naye saal mein hum CPS ki taraf se aap sabke liye yeh dua karte hain ki aane wala saal maarifat se aap sabke liye bhara ho.</w:t>
      </w:r>
    </w:p>
    <w:p>
      <w:pPr>
        <w:jc w:val="right"/>
      </w:pPr>
      <w:r>
        <w:t>वह यह कहा करते थे कि हमें साल का आगाज़ introspection से शुरू करना चाहिए और introspection से ही wisdom का, wisdom में इज़ाफा होता है और इंसान अपने affairs को बेहतर तरीके से manage कर सकता है. तो आज January 1 को नए साल में हम CPS की तरफ से आप सबके लिए यह दुआ करते हैं कि आने वाला साल मारेफ़त से आप सबके लिए भरा हो.</w:t>
      </w:r>
    </w:p>
    <w:p>
      <w:r>
        <w:rPr>
          <w:b/>
        </w:rPr>
        <w:t xml:space="preserve">[01:26] </w:t>
      </w:r>
      <w:r>
        <w:t>Allah taala ki jo blessings hain, wo aap sab par aur aapki family par baarish ki tarah barse. hum sabka intellectual development ho aur aakhirat ke athwaar se hum is zindagi mein kaamyaab rahen. to aaj hum January 1 ko Maulana Wahiduddin Khan sahib ki baaton ki hi charcha karenge professor Fareeda Khanam ke saath. to aaiye unhi se baatcheet karte hain. assalamualikum pa kaise hain? assalamualikum asram. sab theek hai, ab theek hai. ji, Alhamdulillah.</w:t>
      </w:r>
    </w:p>
    <w:p>
      <w:pPr>
        <w:jc w:val="right"/>
      </w:pPr>
      <w:r>
        <w:t>अल्लाह तालाह की जो blessings हैं, वो आप सब पर और आपकी family पर बारिश की तरह बरसे. हम सबका intellectual development हो और आखिरी के अथवार से हम इस ज़िंदगी में कामयाब रहें. तो आज हम January 1 को मराना वैदुद्दीन खान साहब की बातों की ही चर्चा करेंगे professor फरीदा खानम के साथ. तो आइए उन्हीं से बातचीत करते हैं. अस्रमाने कुमापा कैसे हैं? अस्रमाने कुमापा अस्रम. सब ठीक है, अब ठीक है. जी, अनम देरिल्ला.</w:t>
      </w:r>
    </w:p>
    <w:p>
      <w:r>
        <w:rPr>
          <w:b/>
        </w:rPr>
        <w:t xml:space="preserve">[01:56] </w:t>
      </w:r>
      <w:r>
        <w:t>aap sabse pehla sawal kyunki Maulana ki zindagi ko lekar aaj ka program hai, yahi hai ki aap wahan se shuru kijiye ki Maulana ka jo birth tha aur uske baad jo education shuru hone se pehle ka jo period tha, us us period ke bare mein aap hum sabko bataen.</w:t>
      </w:r>
    </w:p>
    <w:p>
      <w:pPr>
        <w:jc w:val="right"/>
      </w:pPr>
      <w:r>
        <w:t>आप सबसे पहला सवाल क्योंकि मलाना की ज़िंदगी को लेकर आज का program है, यही है कि आप वहां से शुरू कीजिए कि मलाना का जो birth था और उसके बाद जो education शुरू होने से पहले का जो period था, उस उस period के बारे में आप हम सबको बताएं.</w:t>
      </w:r>
    </w:p>
    <w:p>
      <w:r>
        <w:rPr>
          <w:b/>
        </w:rPr>
        <w:t xml:space="preserve">[02:16] </w:t>
      </w:r>
      <w:r>
        <w:t>maulana jis din paida hone wale the, to us raat ko hamari dadi ne khab dekha ki ek bachcha hua hai aur ek hathi aaya hai bada sa hathi. vah apni peeth par usko baitha ki lekar chala gaya. ab usi khab mein dadi bol rahi hain. kitna achha bachcha tha aur dadi hathi lekar chala gaya. tez bolte bolte unki aankh khul gayi.</w:t>
      </w:r>
    </w:p>
    <w:p>
      <w:pPr>
        <w:jc w:val="right"/>
      </w:pPr>
      <w:r>
        <w:t>मौलाना जिस दिन पैदा होने वाले थे, तो उस रात को हमारी दादी ने खाब देखा कि एक बच्चा हुआ है और एक हाथी आया है बड़ा सा हाथी. वह अपनी पीठ पर उसको बैठा कि लेकर चला गया. अब उसी खाब में दादी बोल रही हैं. कितना अच्छा बच्चा था और दादी हाथी लेकर चला गया. तेज बोलते बोलते उनकी आंख खुल गई.</w:t>
      </w:r>
    </w:p>
    <w:p>
      <w:r>
        <w:rPr>
          <w:b/>
        </w:rPr>
        <w:t xml:space="preserve">[02:45] </w:t>
      </w:r>
      <w:r>
        <w:t>to yah bahut marana is par sochte rahe khab ka matlab kya hai? to iska matlab yah samajh mein aata hai. unhonne likha hai apni tahriron mein. samane umri mauran likhi nahin puri. vah kahate hain ki itna zyada baaten hain ki kuchh samajh mein nahin aata hai. kaise sari baaten likhi jaen.</w:t>
      </w:r>
    </w:p>
    <w:p>
      <w:pPr>
        <w:jc w:val="right"/>
      </w:pPr>
      <w:r>
        <w:t>तो यह बहुत माराना इस पर सोचते रहे खाब का मतलब क्या है? तो इसका मतलब यह समझ में आता है. उन्होंने लिखा है अपनी तहरीरों में. समाने उम्री मौरान लिखी नहीं पूरी. वह कहते हैं कि इतना ज़्यादा बातें हैं कि कुछ समझ में नहीं आता है. कैसे सारी बातें लिखी जाएं.</w:t>
      </w:r>
    </w:p>
    <w:p>
      <w:r>
        <w:rPr>
          <w:b/>
        </w:rPr>
        <w:t xml:space="preserve">[03:08] </w:t>
      </w:r>
      <w:r>
        <w:t>to misal de diya hai ki jaise bahut sari chidiyan aur aur sabko pakadna aadmi chahe to kab pakad nahin paega? to aise hi vah isliye unhonne jasta jasta baaten likhi hain lekin makmal samane umri nahin likhi.</w:t>
      </w:r>
    </w:p>
    <w:p>
      <w:pPr>
        <w:jc w:val="right"/>
      </w:pPr>
      <w:r>
        <w:t>तो मिसाल दे दिया है कि जैसे बहुत सारी चिड़ियां और और सबको पकड़ना आदमी चाहे तो कब पकड़ नहीं पाएगा? तो ऐसे ही वह इसलिए उन्होंने जस्ता जस्ता बातें लिखी हैं लेकिन मकमल समाने उम्री नहीं लिखी.</w:t>
      </w:r>
    </w:p>
    <w:p>
      <w:r>
        <w:rPr>
          <w:b/>
        </w:rPr>
        <w:t xml:space="preserve">[03:24] </w:t>
      </w:r>
      <w:r>
        <w:t>to usse yah maloom hota hai ki unhonne yah usko samjha ke jo hath khab tha iska matlab yah tha ki khandan ke khol se bahar nikalna aur fitrat ki duniya mein jakar vahan se training hasil karna. kyunki zamana jo tha jo jo tamaddun tha usmein bahut zyada negativity thi.</w:t>
      </w:r>
    </w:p>
    <w:p>
      <w:pPr>
        <w:jc w:val="right"/>
      </w:pPr>
      <w:r>
        <w:t>तो उससे यह मालूम होता है कि उन्होंने यह उसको समझा के जो हाथ खाब था इसका मतलब यह था कि खानदान के खोल से बाहर निकलना और फितरत की दुनिया में जाकर वहां से training हासिल करना. क्योंकि ज़माना जो था जो जो तमत्दुन था उसमें बहुत ज़्यादा negativity थी.</w:t>
      </w:r>
    </w:p>
    <w:p>
      <w:r>
        <w:rPr>
          <w:b/>
        </w:rPr>
        <w:t xml:space="preserve">[03:50] </w:t>
      </w:r>
      <w:r>
        <w:t>log ek dusre ke khilaf khastar par angredon ke khilaf tahricken chala rahe the. to vah nature mein parvarish ka ek vah hai symbolic sense mein ki nature mein parvarish hogi. jisko ham kah sakte hain child of nature. to yah bahut ajib baat hai kyunki hamare abavavajdad swad se nikal kar aae aur badhiya mein jakar kayam kiya.</w:t>
      </w:r>
    </w:p>
    <w:p>
      <w:pPr>
        <w:jc w:val="right"/>
      </w:pPr>
      <w:r>
        <w:t>लोग एक दूसरे के खिलाफ खास्तर पर अंग्रेदों के खिलाफ तहरीखें चला रहे थे. तो वह nature में परवरिश का एक वह है symbolic sense में कि nature में पर्वरिश होगी. जिसको हम कह सकते हैं child of nature. तो यह बहुत अजीब बात है क्योंकि हमारे आबावाज़दाद स्वाद से निकलकर आए और बढ़िया में जाकर क्याम किया.</w:t>
      </w:r>
    </w:p>
    <w:p>
      <w:r>
        <w:rPr>
          <w:b/>
        </w:rPr>
        <w:t xml:space="preserve">[04:20] </w:t>
      </w:r>
      <w:r>
        <w:t>isse pahle to vah jonpur ke pas ek kiradpur shayad jagai. to jonpur ke pas vah thahare hain. to kafi log jo hain dinon tak vahan rahe. lekin beach mein ek saal bahu mein kuchh masala paida ho gaya. to jo bahu thi vo badhiya ki thi.</w:t>
      </w:r>
    </w:p>
    <w:p>
      <w:pPr>
        <w:jc w:val="right"/>
      </w:pPr>
      <w:r>
        <w:t>इससे पहले तो वह जोनपुर के पास एक किरदपुर शायद जगाई. तो जोनपुर के पास वह ठहरे हैं. तो काफी लोग जो हैं दिनों तक वहां रहे. लेकिन beach में एक साल बहु में कुछ मसला पैदा हो गया. तो जो बहु थी वो बढ़िया की थी.</w:t>
      </w:r>
    </w:p>
    <w:p>
      <w:r>
        <w:rPr>
          <w:b/>
        </w:rPr>
        <w:t xml:space="preserve">[04:44] </w:t>
      </w:r>
      <w:r>
        <w:t>to vo vahan chali gai phir unke bad unke husband bhi vahin chale gae aur vahan unhonne azamgarh ka jo court tha usmein mulazmat ki aur phir unhonne kafi ganv vanv kharid li vahan par vahin rahne lage. to yah bahut ajib baat hai morana bahut sochte rahte the ki lahore vahan har afghanistan se nikal kar itne beach mein bade bade shahar aae. lahore aaya, dilli aaya, lucknow aaya.</w:t>
      </w:r>
    </w:p>
    <w:p>
      <w:pPr>
        <w:jc w:val="right"/>
      </w:pPr>
      <w:r>
        <w:t>तो वो वहां चली गई फिर उनके बाद उनके husband भी वहीं चले गए और वहां उन्होंने आज़मगढ़ का जो court था उसमें मुलाज़मत की और फिर उन्होंने काफी गांव वांव खरीद ली वहां पर वहीं रहने लगे. तो यह बहुत अजीब बात है मोराना बहुत सोचते रहते थे कि लाहौर वहां हर Afghanistan से निकल कर इतने beach में बड़े बड़े शहर आए. लाहौर आया, दिल्ली आया, लखनऊ आया.</w:t>
      </w:r>
    </w:p>
    <w:p>
      <w:r>
        <w:rPr>
          <w:b/>
        </w:rPr>
        <w:t xml:space="preserve">[05:13] </w:t>
      </w:r>
      <w:r>
        <w:t>to yah badhiya mein kyon ham log aae ek remote village tha vahan par na koi sadak thi na koi bhi facilities thi. sirf nature tha vahan par ek dariya thi. bag the, khet the. matlab jo hona chahiye sadhan sare tarakki karne ke vo sare vahan par kuchh bhi nahin tha.</w:t>
      </w:r>
    </w:p>
    <w:p>
      <w:pPr>
        <w:jc w:val="right"/>
      </w:pPr>
      <w:r>
        <w:t>तो यह बढ़िया में क्यों हम लोग आए एक remote village था वहां पर ना कोई सड़क थी ना कोई भी facilities थी. सिर्फ nature था वहां पर एक दरिया थी. बाग थे, खेत थे. मतलब जो होना चाहिए साधन सारे तरक्की करने के वो सारे वहां पर कुछ भी नहीं था.</w:t>
      </w:r>
    </w:p>
    <w:p>
      <w:r>
        <w:rPr>
          <w:b/>
        </w:rPr>
        <w:t xml:space="preserve">[05:37] </w:t>
      </w:r>
      <w:r>
        <w:t>yah to bahut bad mein unko samajh mein aaya ki jis tarike se hazrat ismail aleh salam ke zariye se ek race banai gai thi vahan par ek nasl fitrat ke mahol mein kyunki tamadun mein sari kharabiyan hoti hain. to fitrat ke mahol mein ek nasl banai gai aur uske andar vo sari khubiyan thi.</w:t>
      </w:r>
    </w:p>
    <w:p>
      <w:pPr>
        <w:jc w:val="right"/>
      </w:pPr>
      <w:r>
        <w:t>यह तो बहुत बाद में उनको समझ में आया कि जिस तरीके से हजरत इस्माइल अलेह सलाम के जरिए से एक race बनाई गई थी वहां पर एक नस्ल फितरत के माहौल में क्योंकि तमदुन में सारी खराबियां होती हैं. तो फितरत के माहौल में एक नस्ल बनाई गई और उसके अंदर वो सारी खूबियां थी.</w:t>
      </w:r>
    </w:p>
    <w:p>
      <w:r>
        <w:rPr>
          <w:b/>
        </w:rPr>
        <w:t xml:space="preserve">[06:01] </w:t>
      </w:r>
      <w:r>
        <w:t>isi vajah se unhonne rasulallah sarsalam ka pure taur par sath diya aur pahli bar ek tahid parmavani ek inkhilaf vahan aaya. to yahan bhi yahan bhi taqriban usi tarah ka mamla tha. to badhiya jo tha vo bilkul mohabzat duniya se kata hua tha yahan tak ke vahan koi akhbar tak nahin aata tha.</w:t>
      </w:r>
    </w:p>
    <w:p>
      <w:pPr>
        <w:jc w:val="right"/>
      </w:pPr>
      <w:r>
        <w:t>इसी वजह से उन्होंने रसूल्लाह सरसलम का पूरे तौर पर साथ दिया और पहली बार एक तहिद परमवनी एक इन खिलाफ वहां आया. तो यहां भी यहां भी तकरीबन उसी तरह का मामला था. तो बढ़िया जो था वो बिल्कुल मोहब्ज़त दुनिया से कटा हुआ था यहां तक के वहां कोई अखबार तक नहीं आता था.</w:t>
      </w:r>
    </w:p>
    <w:p>
      <w:r>
        <w:rPr>
          <w:b/>
        </w:rPr>
        <w:t xml:space="preserve">[06:28] </w:t>
      </w:r>
      <w:r>
        <w:t>unniss sau sentalis ke jo itne qyamat khed vaqyat ho rahe the uska kuchh maloom nahin tha. bad mein likhte hain maulana ki maine bad mein mujhe sab baaten samajh mein aain jab unhonne bahut sari kitaben vagairah jab padhi shahar mein aae tab unko pata chala. to ek to yah tha ki fitrat thi vahan aur kuchh tha hi nahin vahan par.</w:t>
      </w:r>
    </w:p>
    <w:p>
      <w:pPr>
        <w:jc w:val="right"/>
      </w:pPr>
      <w:r>
        <w:t>उन्नीस सौ सैंतालीस के जो इतने क्यामत खेद वाक्यात हो रहे थे उसका कुछ मालूम नहीं था. बाद में लिखते हैं मौलाना कि मैंने बाद में मुझे सब बातें समझ में आई जब उन्होंने बहुत सारी किताबें वगैरह जब पढ़ी शहर में आए तब उनको पता चला. तो एक तो यह था कि फितरत थी वहां और कुछ था ही नहीं वहां पर.</w:t>
      </w:r>
    </w:p>
    <w:p>
      <w:r>
        <w:rPr>
          <w:b/>
        </w:rPr>
        <w:t xml:space="preserve">[06:52] </w:t>
      </w:r>
      <w:r>
        <w:t>dusre yatini ki maurana shayad taqriban panch saal ke the jab dada ka intqal ho gaya. to dada jo hai vah bahut mante the aur uski vajah se bahut shokh ho gae the. to usmein ek ki pahir mein dekha maine to dada jab vazu karte hain aur apne hath se aise falal karte hain dadi ka to kahate hain ki aap to falal kar rahe hain ham kya karen?</w:t>
      </w:r>
    </w:p>
    <w:p>
      <w:pPr>
        <w:jc w:val="right"/>
      </w:pPr>
      <w:r>
        <w:t>दूसरे यतीनी कि मौराना शायद तकरीबन पांच साल के थे जब दादा का इंतकाल हो गया. तो दादा जो है वह बहुत मानते थे और उसकी वजह से बहुत शोख हो गए थे. तो उसमें एक की पहरीर में देखा मैंने तो दादा जब वजू करते हैं और अपने हाथ से ऐसे फ़ैलाल करते हैं दाढ़ी का तो कहते हैं कि आप तो फ़ैलाल कर रहे हैं हम क्या करें?</w:t>
      </w:r>
    </w:p>
    <w:p>
      <w:r>
        <w:rPr>
          <w:b/>
        </w:rPr>
        <w:t xml:space="preserve">[07:21] </w:t>
      </w:r>
      <w:r>
        <w:t>han to dada kahate hain chalo badhai kya? ham tumhen ko dadi lagva dete hain. to is tarike se shokhi karte the aur khub baaden karte the lekin dada ke dikhal ke bad ekdam khamosh ho gae. dadi kahati hai ki vah bolte hi nahin the kuchh chup baithe rahte the sochte rahte the. to bahar chale jate the kheton mein bagon mein nadi pas pul par baithe rahte the.</w:t>
      </w:r>
    </w:p>
    <w:p>
      <w:pPr>
        <w:jc w:val="right"/>
      </w:pPr>
      <w:r>
        <w:t>हां तो दादा कहते हैं चलो बढ़ाई क्या? हम तुम्हें को दाढ़ी लगवा देते हैं. तो इस तरीके से शोखी करते थे और खूब बादें करते थे लेकिन दादा के दिखाल के बाद एकदम खामोश हो गए. दादी कहती है कि वह बोलते ही नहीं थे कुछ चुप बैठे रहते थे सोचते रहते थे. तो बाहर चले जाते थे खेतों में बागों में नदी पास पुल पर बैठे रहते थे.</w:t>
      </w:r>
    </w:p>
    <w:p>
      <w:r>
        <w:rPr>
          <w:b/>
        </w:rPr>
        <w:t xml:space="preserve">[07:49] </w:t>
      </w:r>
      <w:r>
        <w:t>to ek bar maine pucha tha ki vo kya karte the baith ke? to kah rahe the ki main kuchh talash kar raha tha. to vo vague sense mein vo apne father ko talash karne honge. ab bachcha ko itna samajh mein nahin aata ki father kahan achanak chale gae. lekin vahi jo talash ka jo tha jazba vahi bad mein vo khuda ki talash mein convert ho gaya. to ghar mein kisi chiz se koi dilchaspi nahin thi.</w:t>
      </w:r>
    </w:p>
    <w:p>
      <w:pPr>
        <w:jc w:val="right"/>
      </w:pPr>
      <w:r>
        <w:t>तो एक बार मैंने पुछा था कि वो क्या करते थे बैठ के? तो कह रहे थे कि मैं कुछ तलाश कर रहा था. तो वो vague sense में वो अपने father को तलाश करने होंगे. अब बच्चा को इतना समझ में नहीं आता कि father कहां अचानक चले गए. लेकिन वही जो तलाश का जो था जज़्बा वही बाद में वो खुदा की तलाश में convert हो गया. तो घर में किसी चीज़ से कोई दिलचस्पी नहीं थी.</w:t>
      </w:r>
    </w:p>
    <w:p>
      <w:r>
        <w:rPr>
          <w:b/>
        </w:rPr>
        <w:t xml:space="preserve">[08:19] </w:t>
      </w:r>
      <w:r>
        <w:t>na koi eid mein bhi kapda badalne ko kaha jata naya kapda to kahate badal jaega na. na kisi bhi tarah ka kuchh bas khamoz baithe rahte the, sochte rahte the aur negativity to bilkul shuru se hi nahin thi. ek bar ek bachche ne koi gali di to uska jawab gali se nahin diya bas tum khud kah ke ghar ke andar a gae.</w:t>
      </w:r>
    </w:p>
    <w:p>
      <w:pPr>
        <w:jc w:val="right"/>
      </w:pPr>
      <w:r>
        <w:t>ना कोई ईद में भी कपड़ा बदलने को कहा जाता नया कपड़ा तो कहते बदल जाएगा ना. ना किसी भी तरह का कुछ बस खामोज बैठे रहते थे, सोचते रहते थे और negativity तो बिल्कुल शुरू से ही नहीं थी. एक बार एक बच्चे ने कोई गाली दी तो उसका जवाब गाली से नहीं दिया बस तुम खुद कह के घर के अंदर आ गए.</w:t>
      </w:r>
    </w:p>
    <w:p>
      <w:r>
        <w:rPr>
          <w:b/>
        </w:rPr>
        <w:t xml:space="preserve">[08:44] </w:t>
      </w:r>
      <w:r>
        <w:t>ab dusri jo ek aur tarbiyat hui vah thi kyunki dada ke indir gal ke bad bahut sakht halaat the to dadi jo hain unhonne bakri pali, bhains pali, murgi pali. is tarike se vo apna kam chalati thi. to bakriyan charane ke liye ek ladka tha lekin uske sath vo nikal jate the. to dur dur kheton mein chale jate the. to bakriyan charana us waqt to aise hi shauk mein chale jate the.</w:t>
      </w:r>
    </w:p>
    <w:p>
      <w:pPr>
        <w:jc w:val="right"/>
      </w:pPr>
      <w:r>
        <w:t>अब दूसरी जो एक और तरबीयत हुई वह थी क्योंकि दादा के इंदिर गाल के बाद बहुत सख़्त हालात थे तो दादी जो हैं उन्होंने बकरी पाली, भैंस पाली, मुर्गी पाली. इस तरीके से वो अपना काम चलाती थी. तो बकरियां चराने के लिए एक लड़का था लेकिन उसके साथ वो निकल जाते थे. तो दूर दूर खेतों में चले जाते थे. तो बकरियां चराना उस वक्त तो ऐसे ही शौक में चले जाते थे.</w:t>
      </w:r>
    </w:p>
    <w:p>
      <w:r>
        <w:rPr>
          <w:b/>
        </w:rPr>
        <w:t xml:space="preserve">[09:14] </w:t>
      </w:r>
      <w:r>
        <w:t>lekin bad mein pata chala ki taqriban tamam karambaron ne bakriyan charaengi. to samajh mein nahin aata tha kya iska relevance kya hai? to bad mein jab logon ko sochte bahut zyada the. to bakriyan charane ke matlab fitrat ke mahol mein jana fitrat se fitrat ke jo eternal laws hote hain eternal values hoti hain vo sab imbibe karna. ab fitrat mein tis par maurana bahut zyada zor dete the.</w:t>
      </w:r>
    </w:p>
    <w:p>
      <w:pPr>
        <w:jc w:val="right"/>
      </w:pPr>
      <w:r>
        <w:t>लेकिन बाद में पता चला कि तकरीबन तमाम कारंबरों ने बकरियां चराएंगी. तो समझ में नहीं आता था क्या इसका relevance क्या है? तो बाद में जब लोगों को सोचते बहुत ज़्यादा थे. तो बकरियां चराने के मतलब फितरत के माहौल में जाना फितरत से फितरत के जो eternal laws होते हैं eternal values होती हैं वो सब imbibe करना. अब फितरत में तीस पर मौराना बहुत ज़्यादा ज़ोर देते थे.</w:t>
      </w:r>
    </w:p>
    <w:p>
      <w:r>
        <w:rPr>
          <w:b/>
        </w:rPr>
        <w:t xml:space="preserve">[09:44] </w:t>
      </w:r>
      <w:r>
        <w:t>ab samajh mein aata hai ki jo kuchh unhonne vahan sikha tha jo formative period mein vahan sikha tha usko bahut zyada unki writing mein reflect hota hai. to fitrat mein peace hota hai. fitrat mein nafa bakhshi hoti hai. fitrat mein kisi kism ki negativity nahin hoti. fitrat mein sirf dena hai. agar koi bachcha jo aam ke ped vahan bahut hote the. koi bachcha aam koi patthar marta hai to aam deta hai.</w:t>
      </w:r>
    </w:p>
    <w:p>
      <w:pPr>
        <w:jc w:val="right"/>
      </w:pPr>
      <w:r>
        <w:t>अब समझ में आता है कि जो कुछ उन्होंने वहां सीखा था जो formative period में वहां सीखा था उसको बहुत ज़्यादा उनकी writing में reflect होता है. तो फितरत में peace होता है. फितरत में नफा बक्शी होती है. फितरत में किसी किस्म की negativity नहीं होती. फितरत में सिर्फ देना है. अगर कोई बच्चा जो आम के पेड़ वहां बहुत होते थे. कोई बच्चा आम कोई पत्थर मारता है तो आम देता है.</w:t>
      </w:r>
    </w:p>
    <w:p>
      <w:r>
        <w:rPr>
          <w:b/>
        </w:rPr>
        <w:t xml:space="preserve">[10:12] </w:t>
      </w:r>
      <w:r>
        <w:t>to patthar bhi mare to aam deta hai. to vahan par tit fat tit ka koi jawab nahin koi nahin masla tha. to hawaen chal rahi hain. suraj nikal raha hai time se. time ke bahut pavan the. vahan subah sham jate the aur dekhte the suraj ka time ek hi time mein roz nikalta hai. roz gurub hota hai. to yah sari chizen baith ke vahan dekhte rahte the ghumte rahte the paudhon mein phoolon.</w:t>
      </w:r>
    </w:p>
    <w:p>
      <w:pPr>
        <w:jc w:val="right"/>
      </w:pPr>
      <w:r>
        <w:t>तो पत्थर भी मारे तो आम देता है. तो वहां पर टिट फाट टिट का कोई जवाब नहीं कोई नहीं मसला था. तो हवाएं चल रही हैं. सूरज निकल रहा है time से. Time के बहुत पावन थे. वहां सुबह शाम जाते थे और देखते थे सूरज का time एक ही time में रोज़ निकलता है. रोज़ गुरूब होता है. तो यह सारी चीज़ें बैठ के वहां देखते रहते थे घूमते रहते थे पौधों में फ़ूलों.</w:t>
      </w:r>
    </w:p>
    <w:p>
      <w:r>
        <w:rPr>
          <w:b/>
        </w:rPr>
        <w:t xml:space="preserve">[10:41] </w:t>
      </w:r>
      <w:r>
        <w:t>phool ki kaliyan tod tod kar late bistar par rakh lete. to phool jo hai jab bade ho jate hain to yah sab dimag mein aata ki kaise kali jo hai raat bhar mein phool van gai. to bas bilkul fitrat ke mahol mein hi rahte the aur der der tak vahan nadi jo nadi thi uske purv ek pul tha to vahin par baithe rahte the. vah likhte hain ki is tarike se main khuda ki avadhi duniya se jud gaya.</w:t>
      </w:r>
    </w:p>
    <w:p>
      <w:pPr>
        <w:jc w:val="right"/>
      </w:pPr>
      <w:r>
        <w:t>फ़ूल की कलियां तोड़ तोड़ कर लाते बिस्तर पर रख लेते. तो फ़ूल जो है जब बड़े हो जाते हैं तो यह सब दिमाग में आता कि कैसे कली जो है रात भर में फ़ूल वन गई. तो बस बिल्कुल फितरत के माहौल में ही रहते थे और देर देर तक वहां नदी जो नदी थी उसके पूर्व एक पुल था तो वहीं पर बैठे रहते थे. वह लिखते हैं कि इस तरीके से मैं खुदा की अवधि दुनिया से जुड़ गया.</w:t>
      </w:r>
    </w:p>
    <w:p>
      <w:r>
        <w:rPr>
          <w:b/>
        </w:rPr>
        <w:t xml:space="preserve">[11:09] </w:t>
      </w:r>
      <w:r>
        <w:t>avadhi duniya ke jo eternal usool hote hain na un usoolon ko unhonne socha aur usko apply kiya apni zindagi par aur us par bar bar likha ki hamen nature se kya sabak milta hai? to yah bahut zyada unhonne peaceful jo approach hota hai vah unhonne nature se sikha. to is tarike se yatini se unko bahut zyada fayda hua. vah bahut zyada sanjida ho gae.</w:t>
      </w:r>
    </w:p>
    <w:p>
      <w:pPr>
        <w:jc w:val="right"/>
      </w:pPr>
      <w:r>
        <w:t>अवधि दुनिया के जो eternal उसूल होते हैं ना उन उसूलों को उन्होंने सोचा और उसको apply किया अपनी ज़िंदगी पर और उस पर बार बार लिखा कि हमें nature से क्या सबक मिलता है? तो यह बहुत ज़्यादा उन्होंने peaceful जो approach होता है वह उन्होंने nature से सीखा. तो इस तरीके से यतीनी से उनको बहुत ज़्यादा फ़ायदा हुआ. वह बहुत ज़्यादा संजीदा हो गए.</w:t>
      </w:r>
    </w:p>
    <w:p>
      <w:r>
        <w:rPr>
          <w:b/>
        </w:rPr>
        <w:t xml:space="preserve">[11:36] </w:t>
      </w:r>
      <w:r>
        <w:t>bahut zyada unhonne serious thinking karni shuru kar di. jab aadmi khamosh rahta hai to vah soch raha hota hai. to is tarike se unhonne har kam bagair soche samjhe koi kam nahin karte the. to emotional jo approach hota tha usse bahut dur the vo. jazg allah apa bahut hi amazing childhood period aapne bataya mulana sahab ka. to aap a formative period ki hum baat kar rahe hain.</w:t>
      </w:r>
    </w:p>
    <w:p>
      <w:pPr>
        <w:jc w:val="right"/>
      </w:pPr>
      <w:r>
        <w:t>बहुत ज़्यादा उन्होंने serious thinking करनी शुरू कर दी. जब आदमी खामोश रहता है तो वह सोच रहा होता है. तो इस तरीके से उन्होंने हर काम बगैर सोचे समझे कोई काम नहीं करते थे. तो emotional जो approach होता था उससे बहुत दूर थे वो. जज़ग अल्लाह आपा बहुत ही amazing childhood period आपने बताया मुलाना साहब का. तो आप a formative period की हम बात कर रहे हैं.</w:t>
      </w:r>
    </w:p>
    <w:p>
      <w:r>
        <w:rPr>
          <w:b/>
        </w:rPr>
        <w:t xml:space="preserve">[12:05] </w:t>
      </w:r>
      <w:r>
        <w:t>to us waqt jo unko elementary education mili gaon ke madrasa mein, uske bare mein bhi hum sabko</w:t>
      </w:r>
    </w:p>
    <w:p>
      <w:pPr>
        <w:jc w:val="right"/>
      </w:pPr>
      <w:r>
        <w:t>तो उस वक्त जो उनको elementary education मिली गांव के मदरसा में, उसके बारे में भी हम सबको</w:t>
      </w:r>
    </w:p>
    <w:p>
      <w:r>
        <w:rPr>
          <w:b/>
        </w:rPr>
        <w:t xml:space="preserve">[12:15] </w:t>
      </w:r>
      <w:r>
        <w:t>thoda sa bataiye.</w:t>
      </w:r>
    </w:p>
    <w:p>
      <w:pPr>
        <w:jc w:val="right"/>
      </w:pPr>
      <w:r>
        <w:t>थोड़ा सा बताइए.</w:t>
      </w:r>
    </w:p>
    <w:p>
      <w:r>
        <w:rPr>
          <w:b/>
        </w:rPr>
        <w:t xml:space="preserve">[12:25] </w:t>
      </w:r>
      <w:r>
        <w:t>ab ittefaq yeh maulana ki khushkismati thi ki us zamane mein gaon gaon mein madrasa the.</w:t>
      </w:r>
    </w:p>
    <w:p>
      <w:pPr>
        <w:jc w:val="right"/>
      </w:pPr>
      <w:r>
        <w:t>अब इत्तेफ़ाक़ यह मौराना की खुशकिस्मती थी कि उस जमाने में गांव गांव में mothers से थे.</w:t>
      </w:r>
    </w:p>
    <w:p>
      <w:r>
        <w:rPr>
          <w:b/>
        </w:rPr>
        <w:t xml:space="preserve">[12:36] </w:t>
      </w:r>
      <w:r>
        <w:t>kis tarike se bigadne se bachayen kyunki bahut tezi se jo cultural **********, political ********** ke sath cultural ********** bhi angrezon ka bahut tezi se fail raha tha.</w:t>
      </w:r>
    </w:p>
    <w:p>
      <w:pPr>
        <w:jc w:val="right"/>
      </w:pPr>
      <w:r>
        <w:t>किस तरीके से बिगड़ने से बचाएं क्योंकि बहुत तेजी से जो cultural **********, political ********** के साथ cultural ********** भी अंग्रेज़ों का बहुत तेजी से फ़ैल रहा था.</w:t>
      </w:r>
    </w:p>
    <w:p>
      <w:r>
        <w:rPr>
          <w:b/>
        </w:rPr>
        <w:t xml:space="preserve">[12:50] </w:t>
      </w:r>
      <w:r>
        <w:t>to unhonne socha ki apne bachchon ko kis tarike se bachayen is usko usko atheistic civilization, atheistic culture kahate the kyunki vah bahut zyada jo hai science ke asar se bahut zyada worldly attitude logon ke andar paida hota tha. to is tarike se unhonne ganv ganv shahar shahar mother se kayam kiye.</w:t>
      </w:r>
    </w:p>
    <w:p>
      <w:pPr>
        <w:jc w:val="right"/>
      </w:pPr>
      <w:r>
        <w:t>तो उन्होंने सोचा कि अपने बच्चों को किस तरीके से बचाएं इस उसको उसको atheistic civilization, atheistic culture कहते थे क्योंकि वह बहुत ज़्यादा जो है science के असर से बहुत ज़्यादा worldly attitude लोगों के अंदर पैदा होता था. तो इस तरीके से उन्होंने गांव गांव शहर शहर mother से कायम किए.</w:t>
      </w:r>
    </w:p>
    <w:p>
      <w:r>
        <w:rPr>
          <w:b/>
        </w:rPr>
        <w:t xml:space="preserve">[13:13] </w:t>
      </w:r>
      <w:r>
        <w:t>to us wajah se wahan par hamara jo ek chhota sa gaon tha to wahan bhi ek madrasa ka qayam hua aur bahut achha madrasa qayam hua jo madrasa ke jo bani the Maulana Mohammad Shafi sahab unhi ke wo bete the Maulana Faizur Rehman Islahi. to wahi teacher the us madrasa mein gaon ka jo madrasa tha.</w:t>
      </w:r>
    </w:p>
    <w:p>
      <w:pPr>
        <w:jc w:val="right"/>
      </w:pPr>
      <w:r>
        <w:t>तो उस वजह से वहां पर हमारा जो एक छोटा सा गांव था तो वहां भी एक mothers का कायम हुआ और बहुत अच्छा mothers कायम हुआ जो mothers के जो बानी थे मौराना मोहम्मद शफी साहब उन्हीं के वो बेटे थे मोलाना फैज़ूर रहमान इस्लाही. तो वही teacher थे उस मदरसे में गांव का जो मदरसा था.</w:t>
      </w:r>
    </w:p>
    <w:p>
      <w:r>
        <w:rPr>
          <w:b/>
        </w:rPr>
        <w:t xml:space="preserve">[13:39] </w:t>
      </w:r>
      <w:r>
        <w:t>to Maulana ne us madrasa mein unnis sau tees mein dakhla liya aur wahan par taqreeban aath saal tak unhon ne wahan par padha. us zamane mein bahut achhe teachers hote the mukhlis teachers aur bahut mehnat se bachche padhte the. to wahan par unhon ne urdu farsi ki bhi ittedai darje ki wahan par haasil kar li. to taqreeban aath saal tak us madrasa mein padhte rahe. ji.</w:t>
      </w:r>
    </w:p>
    <w:p>
      <w:pPr>
        <w:jc w:val="right"/>
      </w:pPr>
      <w:r>
        <w:t>तो मोलाना ने उस मदरसे में उन्नीस सौ तीस में दाख ला लिया और वहां पर तकरीबन आठ साल तक उन्होंने वहां पर पढ़ा. उस ज़माने में बहुत अच्छे teachers होते थे मुखलिस teachers और बहुत मेहनत से बच्चे पढ़ते थे. तो वहां पर उन्होंने उर्दू फारसीर भी इत्तेदाई दर्जे की वहां पर हासिल कर ली. तो तकरीबन आठ साल तक उस मदरसे में पढ़ते रहे. जी.</w:t>
      </w:r>
    </w:p>
    <w:p>
      <w:r>
        <w:rPr>
          <w:b/>
        </w:rPr>
        <w:t xml:space="preserve">[14:07] </w:t>
      </w:r>
      <w:r>
        <w:t>uske baad woh wahan par gaye. madrasa tul Islam mein. ji, par aap woh waqt yeh bhi tha aap ne bhi iska zikr bhi kiya ki yeh british period tha aur british period mein jaise hum jaante hain ki bahut saare historical events hue, usmein yeh bhi cheez shaamil hai aap ki Muslims kaafi negatively influence the. jabki Maulana ne apne aap ko us negativity se bacha ke rakha.</w:t>
      </w:r>
    </w:p>
    <w:p>
      <w:pPr>
        <w:jc w:val="right"/>
      </w:pPr>
      <w:r>
        <w:t>उसके बाद वह वहां पर गए. मदरसे तुल इस्लाम में. जी, पर आपा वो वक्त यह भी था आपने भी इसका ज़िक्र भी किया कि यह british period था और british period में जैसे हम जानते हैं कि बहुत सारे historical events हुए, उसमें यह भी चीज़ शामिल है आपा कि मुस्लिमs काफी negatively influence थे. जबकि मुलाना ने अपने आप को उस negativity से बचा के रखा.</w:t>
      </w:r>
    </w:p>
    <w:p>
      <w:r>
        <w:rPr>
          <w:b/>
        </w:rPr>
        <w:t xml:space="preserve">[14:34] </w:t>
      </w:r>
      <w:r>
        <w:t>to uske baare mein bhi bataein ki Maulana kaise influence nahin hue. haalanki jo environment unke aas paas tha, jo log unke aas paas the, woh negative the aur aksar yeh hota hi hai ki aap jo cheez dekhte hain, jo cheez aapke around hoti hai, woh aapko influence karti hai. to Maulana ne apne aap ko kaise bachaya usse? iske baare mein bataein. haan yeh bahut hi bada sawaal hai ki kaise Maulana ne apne aap ko us negativity se bachaya?</w:t>
      </w:r>
    </w:p>
    <w:p>
      <w:pPr>
        <w:jc w:val="right"/>
      </w:pPr>
      <w:r>
        <w:t>तो उसके बारे में भी बताएं कि मुलाना कैसे influence नहीं हुए. हालांकि जो environment उनके आस पास था, जो लोग उनके आस पास थे, वो negative थे और अक्सर यह होता ही है कि आप जो चीज़ देखते हैं, जो चीज़ आपके around होती है, वो आपको influence करती है. तो मोलाना ने अपने आप को कैसे बचाया उससे? इसके बारे में बताएं. हां यह बहुत ही बड़ा सवाल है कि कैसे मोलाना ने अपने आप को उस negativity से बचाया?</w:t>
      </w:r>
    </w:p>
    <w:p>
      <w:r>
        <w:rPr>
          <w:b/>
        </w:rPr>
        <w:t xml:space="preserve">[15:04] </w:t>
      </w:r>
      <w:r>
        <w:t>kyunki charon taraf bas angrezon ke khilaf mahaul tha.</w:t>
      </w:r>
    </w:p>
    <w:p>
      <w:pPr>
        <w:jc w:val="right"/>
      </w:pPr>
      <w:r>
        <w:t>क्योंकि चारों तरफ बस अंग्रेज़ों के खिलाफ माहौल था.</w:t>
      </w:r>
    </w:p>
    <w:p>
      <w:r>
        <w:rPr>
          <w:b/>
        </w:rPr>
        <w:t xml:space="preserve">[15:10] </w:t>
      </w:r>
      <w:r>
        <w:t>jo actively jihad nahi kar pa raha tha woh verbal jihad hi kar raha tha main us zamane</w:t>
      </w:r>
    </w:p>
    <w:p>
      <w:pPr>
        <w:jc w:val="right"/>
      </w:pPr>
      <w:r>
        <w:t>जो actively जिहाद नहीं कर पा रहा था वह verbal जिहाद ही कर रहा था मैं उस जमाने</w:t>
      </w:r>
    </w:p>
    <w:p>
      <w:r>
        <w:rPr>
          <w:b/>
        </w:rPr>
        <w:t xml:space="preserve">[15:17] </w:t>
      </w:r>
      <w:r>
        <w:t>mein akhbarat nikalne lage the to log akhbarat mein masalsal angrezon ke khilaf mazamin likh rahe the to</w:t>
      </w:r>
    </w:p>
    <w:p>
      <w:pPr>
        <w:jc w:val="right"/>
      </w:pPr>
      <w:r>
        <w:t>में अखबारात निकलने लगे थे तो लोग अखबारात में मसलसल अंग्रेज़ों के खिलाफ मज़ामीन लिख रहे थे तो</w:t>
      </w:r>
    </w:p>
    <w:p>
      <w:r>
        <w:rPr>
          <w:b/>
        </w:rPr>
        <w:t xml:space="preserve">[15:23] </w:t>
      </w:r>
      <w:r>
        <w:t>wohi log padhte the lekin jo bahut sa bahut wajah to yeh thi ki woh itna door uskaada</w:t>
      </w:r>
    </w:p>
    <w:p>
      <w:pPr>
        <w:jc w:val="right"/>
      </w:pPr>
      <w:r>
        <w:t>वही लोग पढ़ते थे लेकिन जो बहुत सा बहुत वजह तो यह थी कि वह इतना दूर उसकादा</w:t>
      </w:r>
    </w:p>
    <w:p>
      <w:r>
        <w:rPr>
          <w:b/>
        </w:rPr>
        <w:t xml:space="preserve">[15:30] </w:t>
      </w:r>
      <w:r>
        <w:t>gaon tha ki wahan par koi communication hi nahi tha.</w:t>
      </w:r>
    </w:p>
    <w:p>
      <w:pPr>
        <w:jc w:val="right"/>
      </w:pPr>
      <w:r>
        <w:t>गांव था कि वहां पर कोई communication ही नहीं था.</w:t>
      </w:r>
    </w:p>
    <w:p>
      <w:r>
        <w:rPr>
          <w:b/>
        </w:rPr>
        <w:t xml:space="preserve">[15:37] </w:t>
      </w:r>
      <w:r>
        <w:t>akhbaar tak nahin aata tha. jabki meri mother ke gaon mein akhbaar magazine wagera sab aate the. lekin us gaon mein nahin aata tha kyunki wahan par jo nadi thi usmein us waqt pul bhi nahin tha. pul bhi jab marhala Maulana das pandrah das baarah saal ke the tab woh pul bana. is wajah se bilkul cut off tha rest of the world se.</w:t>
      </w:r>
    </w:p>
    <w:p>
      <w:pPr>
        <w:jc w:val="right"/>
      </w:pPr>
      <w:r>
        <w:t>अखबार तक नहीं आता था. जबकि मेरी mother के गांव में अखबार magazine वगैरह सब आते थे. लेकिन उस गांव में नहीं आता था क्योंकि वहां पर जो नदी थी उसमें उस वक्त पुल भी नहीं था. पुल भी जब मरहाल माराना दस पंद्रह दस बारह साल के थे तब वो पुल बना. इस वजह से बिल्कुल cut off था rest of the world से.</w:t>
      </w:r>
    </w:p>
    <w:p>
      <w:r>
        <w:rPr>
          <w:b/>
        </w:rPr>
        <w:t xml:space="preserve">[16:00] </w:t>
      </w:r>
      <w:r>
        <w:t>to woh zamana aisa tha itna zyada angrezon se nafrat, angrezon ke muqabla karna, angrezon ke khilaaf tareeqe chalana itna zyada tha ki angrezon ka naam sunna nahin pasand karte the.</w:t>
      </w:r>
    </w:p>
    <w:p>
      <w:pPr>
        <w:jc w:val="right"/>
      </w:pPr>
      <w:r>
        <w:t>तो वो जमाना ऐसा था इतना ज़्यादा अंग्रेज़ों से नफरत, अंग्रेज़ों के मुकाबला करना, अंग्रेज़ों के खिलाफ तरीके चलाना इतना ज़्यादा था कि अंग्रेज़ों का नाम सुनना नहीं पसंद करते थे.</w:t>
      </w:r>
    </w:p>
    <w:p>
      <w:r>
        <w:rPr>
          <w:b/>
        </w:rPr>
        <w:t xml:space="preserve">[16:16] </w:t>
      </w:r>
      <w:r>
        <w:t>ek the Mohammad Idris Kandhalvi unke bete the Hafiz Mohammad Ismail itna zyada angrezon ke khilaaf yeh log the khaastaur par ulama tabqa jo hai to usmein jaise unka tamatar angrez laaye the tomato to woh tamatar ka love sunna nahin pasand karte the. to ek din kisi ne keh diya ki is khaane mein tamatar dala hua tha kuch.</w:t>
      </w:r>
    </w:p>
    <w:p>
      <w:pPr>
        <w:jc w:val="right"/>
      </w:pPr>
      <w:r>
        <w:t>एक थे मोहम्मद इदरीश कांदलवी उनके बेटे थे हाफिद मोहम्मद इस्माइल इतना ज़्यादा अंग्रेज़ों के खिलाफ यह लोग थे खासतौर पर उल्लुमा तबका जो है तो उसमें जैसे उनका टमाटर अंग्रेज़ लाए थे tomato तो वो टमाटर का love सुनना नहीं पसंद करते थे. तो एक दिन किसी ने कह दिया कि इस खाने में टमाटर डला हुआ था कुछ.</w:t>
      </w:r>
    </w:p>
    <w:p>
      <w:r>
        <w:rPr>
          <w:b/>
        </w:rPr>
        <w:t xml:space="preserve">[16:43] </w:t>
      </w:r>
      <w:r>
        <w:t>tamatar kehne lage nasraniyat yaani christianity mere ghar mein bhi ghusayi itna zyada gussa hue. to kehte the tamatar ko laal baingan ka ho. to yeh haalat thi logon ki. to ab us jagah mein Maulana manfi soch se paak hona yeh to bilkul khudaai baat lagti hai ki Khuda ne khaas madad kiya.</w:t>
      </w:r>
    </w:p>
    <w:p>
      <w:pPr>
        <w:jc w:val="right"/>
      </w:pPr>
      <w:r>
        <w:t>टमाटर कहने लगे नसरानियत यानी christianity मेरे घर में भी घुसाई इतना ज़्यादा गुस्सा हुए. तो कहते थे टमांडर को लाल बैगन का हो. तो यह हालत थी लोगों की. तो अब उस जगह में मौराना मंफी सोच से पाक होना यह तो बिल्कुल खोदाई बात लगती है कि खोदा ने खास मदद किया.</w:t>
      </w:r>
    </w:p>
    <w:p>
      <w:r>
        <w:rPr>
          <w:b/>
        </w:rPr>
        <w:t xml:space="preserve">[17:07] </w:t>
      </w:r>
      <w:r>
        <w:t>warna to yeh mumkin hi nahin tha kyunki hamare ghar mein khud hi jo Maulana Iqbal Ahmed Sohail the abba ke cousin the. to unhon ne Aligarh Muslim University se MLL bhi kiya tha. ghar ka bhai mahaul tha. bahut saare log English schoolon mein padhe hue hue the. to aur woh khud bhi woh shayar the. Aligarh Muslim University se padh kar aaye jo ki angrezon ne qayam ki thi.</w:t>
      </w:r>
    </w:p>
    <w:p>
      <w:pPr>
        <w:jc w:val="right"/>
      </w:pPr>
      <w:r>
        <w:t>वरना तो यह मुमकिन ही नहीं था क्योंकि हमारे घर में खुद ही जो मौलाना इकबाल अहमद सोहैल थे अब्बा के cousin थे. तो उन्होंने अलीघर मुस्लिम university से MLL भी किया था. घर का भई माहौल था. बहुत सारे लोग english schoolओं में पढ़े हुए हुए थे. तो और वो खुद भी वो शायर थे. अलीघर मुस्लिम university से पढ़ कर आए जो कि अंग्रेज़ों ने कायम की थी.</w:t>
      </w:r>
    </w:p>
    <w:p>
      <w:r>
        <w:rPr>
          <w:b/>
        </w:rPr>
        <w:t xml:space="preserve">[17:34] </w:t>
      </w:r>
      <w:r>
        <w:t>uske baad unke jo sher ek sher Maulana likhte hain ki ajeeb yeh angrezon ke baare mein ajeeb shai hai aap bhi jahan bhi saaya padh gaya kahin bahar loot gayi kahin chaman ujad gaya. to angrezon ko angrezon se university mein padh kar aaye hain. uski wajah se unko itni izzat mili itna muqam mila ek bade vakeel bane woh aur keh rahe ki unki wajah se sab kuch loot jaata hai.</w:t>
      </w:r>
    </w:p>
    <w:p>
      <w:pPr>
        <w:jc w:val="right"/>
      </w:pPr>
      <w:r>
        <w:t>उसके बाद उनके जो शेर एक शेर मालाना लिखते हैं कि अजीब यह अंग्रेज़ों के बारे में अजीब शय है आप भी जहां भी साया पढ़ गया कहीं बाहर लूट गई कहीं चमन उजड़ गया. तो अंग्रेज़ों को अंग्रेज़ों से university में पढ़ कर आए हैं. उसकी वजह से उनको इतनी इज़्ज़त मिली इतना मुकाम मिला एक बड़े वकील बने वह और कह रहे कि उनकी वजह से सब कुछ लूट जाता है.</w:t>
      </w:r>
    </w:p>
    <w:p>
      <w:r>
        <w:rPr>
          <w:b/>
        </w:rPr>
        <w:t xml:space="preserve">[18:03] </w:t>
      </w:r>
      <w:r>
        <w:t>to log musalman jo hai us zamane ki aaj bhi bahut kam nahin hai yeh baat ki apni apni aqal istemal nahin karte. jo akhbaar mein jo padh liya leaders ne jo keh diya takreeron se jo unko samajh mein aaya bas wahi wahi unko maante hain. apni aqal nahin istemal karte woh.</w:t>
      </w:r>
    </w:p>
    <w:p>
      <w:pPr>
        <w:jc w:val="right"/>
      </w:pPr>
      <w:r>
        <w:t>तो लोग मुसलमान जो है उस ज़मानिक आज भी बहुत कम नहीं है यह बात कि अपनी अपनी अक्ल इस्तेमाल नहीं करते. जो अखबारों में जो पढ़ लिया leaderओं ने जो कह दिया तकरीरों से जो उनको समझ में आया बस वही वही उनको मानते हैं. अपनी अक्ल नहीं इस्तेमाल करते वह.</w:t>
      </w:r>
    </w:p>
    <w:p>
      <w:r>
        <w:rPr>
          <w:b/>
        </w:rPr>
        <w:t xml:space="preserve">[18:26] </w:t>
      </w:r>
      <w:r>
        <w:t>to kisi tarah sabak nahin lete jabki Maulana ki zindagi se hum dekhte hain ki har har cheez se woh sabak le rahe hain. to apni suni sunayi baat to maante hi nahin the. hum log kitna bhi koi baat kehte the maante nahin the jab tak ki uski tehqeeq nahin kar lete the aur log jo hai bas leaders ki baat sunte hain, akhbaar mein sunte hain. ek sahiba ne kaha ki akhbaar mein jo chhap gaya woh to sahi hota hai hum to usko maante hain.</w:t>
      </w:r>
    </w:p>
    <w:p>
      <w:pPr>
        <w:jc w:val="right"/>
      </w:pPr>
      <w:r>
        <w:t>तो किसी तरह सबक नहीं लेते जबकि आना की ज़िंदगी से हम देखते हैं कि हर हर चीज़ से वो सबक ले रहे हैं. तो अपनी सुनी सुनाई बात तो मानते ही नहीं थे. हम लोग कितना भी कोई बात कहते थे मानते नहीं थे जब तक कि उसकी तहकीक नहीं कर लेते थे और लोग जो है बस leaderओं की बात सुनते हैं, अखबारों में सुनते हैं. एक साहिबा ने कहा कि अखबार में जो छप गया वह तो सही होता है हम तो उसको मानते हैं.</w:t>
      </w:r>
    </w:p>
    <w:p>
      <w:r>
        <w:rPr>
          <w:b/>
        </w:rPr>
        <w:t xml:space="preserve">[18:52] </w:t>
      </w:r>
      <w:r>
        <w:t>to woh tehqeeq karna jo hai to woh musalman nahin jaante. to is wajah se woh apne judati subah hote hain jo hoti hain bas usi ko maankar aur usi par apni opinion banate hain. jabki angrezon ke zamane mein unnis sau ek mein shagaaliban railway aayi.</w:t>
      </w:r>
    </w:p>
    <w:p>
      <w:pPr>
        <w:jc w:val="right"/>
      </w:pPr>
      <w:r>
        <w:t>तो वह तहकीक करना जो है तो वह मसलमान नहीं जानते. तो इस वजह से वह अपने जुद्दातिता सुबह होते हैं जो होती हैं बस उसी को मानकर और उसी पर अपनी opinion बनाते हैं. जबकि अंग्रेज़ों के ज़माने में उन्नीस सौ एक में शगालीबन railway आई.</w:t>
      </w:r>
    </w:p>
    <w:p>
      <w:r>
        <w:rPr>
          <w:b/>
        </w:rPr>
        <w:t xml:space="preserve">[19:21] </w:t>
      </w:r>
      <w:r>
        <w:t>hamare gaon mein bhi is gaon ke paas hi station tha. to jo uski city bajti thi to gaon tak aati thi uski awaaz. telegraph aaya angrezon ko zamane mein radio aaya, telephone aaya baad mein. to yeh saari cheezein barabar aa rahi thi. to lekin zamane ki tabdeeli se musalman bilkul bekhabar the.</w:t>
      </w:r>
    </w:p>
    <w:p>
      <w:pPr>
        <w:jc w:val="right"/>
      </w:pPr>
      <w:r>
        <w:t>हमारे गांव में भी इस गांव के पास ही station था. तो जो उसकी city बजती थी तो गांव तक आती थी उसकी आवाज़. Telegraph आया अंग्रेज़ों को जमाने में radio आया, telephone आया बाद में. तो यह सारी चीज़ें बराबर आ रही थी. तो लेकिन जमाने की तब्दीली से मुसलमान बिल्कुल बेखबर थे.</w:t>
      </w:r>
    </w:p>
    <w:p>
      <w:r>
        <w:rPr>
          <w:b/>
        </w:rPr>
        <w:t xml:space="preserve">[19:44] </w:t>
      </w:r>
      <w:r>
        <w:t>woh bas usi mein jee rahe the ki woh pehle zamane mein sirf sab kuch jang se hota tha talwar se hota tha. wahi sher sher jo hai na wahi sabse bade masle the. log baithak baithak karte the gharon mein sher shaari hoti thi aur usi se apne raay banate the.</w:t>
      </w:r>
    </w:p>
    <w:p>
      <w:pPr>
        <w:jc w:val="right"/>
      </w:pPr>
      <w:r>
        <w:t>वह बस उसी में जी रहे थे कि वह पहले जमाने में सिर्फ सब कुछ जंग से होता था तलवार से होता था. वही शेर शेर जो है ना वही सबसे बड़े मसले थे. लोग बैदबादी करते थे घरों में शेर शारी होती थी और उसी से अपने राय बनाते थे.</w:t>
      </w:r>
    </w:p>
    <w:p>
      <w:r>
        <w:rPr>
          <w:b/>
        </w:rPr>
        <w:t xml:space="preserve">[20:02] </w:t>
      </w:r>
      <w:r>
        <w:t>to ek sher pehle se chala aa raha tha aankhe shamsheer zand sikka banamas khanaand jo talwar chalata hai usi ka sikka jo hai woh padha jaata hai. matlab usi ka galba hota hai. to tamam musalman jangjui mein jihad mein lage hue the. bas woh sab siyasi hukmarani ko sabse badi cheez samajhte the. to poori tarah conditioning thi.</w:t>
      </w:r>
    </w:p>
    <w:p>
      <w:pPr>
        <w:jc w:val="right"/>
      </w:pPr>
      <w:r>
        <w:t>तो एक शेर पहले से चला आ रहा था आंखे शंशीर जनद सिक्क बनामस खानंद जो तलवार चलाता है उसी का सिक्का जो है वह पढ़ा जाता है. मतलब उसी का गलबा होता है. तो तमाम मुसलमान जंगजुई में जिहाद में लगे हुए थे. बस वो सब सियासी हुकमरानी को सबसे बड़ी चीज़ समझते थे. तो पूरी तरह conditioning थी.</w:t>
      </w:r>
    </w:p>
    <w:p>
      <w:r>
        <w:rPr>
          <w:b/>
        </w:rPr>
        <w:t xml:space="preserve">[20:28] </w:t>
      </w:r>
      <w:r>
        <w:t>conditioning itni zyada thi kyunki jo hamari jo branch jo jaunpur mein reh gayi thi woh to ek family jiyauydin Khan ki gaon mein aayi thi badharia lekin baqi log jo jaunpur mein the to woh usmein se koi angrezon ki fauj mein kaam kar rahe the koi wahan ke Lucknow ke nawab ke fauj mein kaam kar rahe the.</w:t>
      </w:r>
    </w:p>
    <w:p>
      <w:pPr>
        <w:jc w:val="right"/>
      </w:pPr>
      <w:r>
        <w:t>Conditioning इतनी ज़्यादा थी क्योंकि जो हमारी जो branch जो जोनपुर में रह गई थी वो तो एक family ज्याउद्यन खा की गांव में आई थी बधारिया लेकिन बाकी लोग जो जावनपुर में थे तो वह उसमें से कोई अंग्रेज़ों की फौज में काम कर रहे थे कोई वहां के लखनऊ के नवाब के फौज में काम कर रहे थे.</w:t>
      </w:r>
    </w:p>
    <w:p>
      <w:r>
        <w:rPr>
          <w:b/>
        </w:rPr>
        <w:t xml:space="preserve">[20:55] </w:t>
      </w:r>
      <w:r>
        <w:t>to is tarike se woh log sab mulazim the jagah jagah. lekin jab jang azaadi hui angrezon ke khilaaf tareeqe chali to unhon ne sab mulazmat wagera chhodkar sab usi mein lag gaye. to agar woh branch jo hai badharia nahin aayi hoti to Maulana bhi usi mein hote. wahi jo hai tareeqe jo violent tareeqe chal rahi thi woh bhi usi mein shaamil ho jaate hain.</w:t>
      </w:r>
    </w:p>
    <w:p>
      <w:pPr>
        <w:jc w:val="right"/>
      </w:pPr>
      <w:r>
        <w:t>तो इस तरीके से वो लोग सब मुलाज़िम थे जगह जगह. लेकिन जब जंग आज़ादी हुई अंग्रेज़ों के खिलाफ तरीके चली तो उन्होंने सब मलाज मत वगैरह छोड़कर सब उसी में लग गए. तो अगर वह branch जो है बधारिया नहीं आई होती तो मौराना भी उसी में होते. वही जो है तरीके जो violent तरीके चल रही थी वह भी उसी में शामिल हो जाते हैं.</w:t>
      </w:r>
    </w:p>
    <w:p>
      <w:r>
        <w:rPr>
          <w:b/>
        </w:rPr>
        <w:t xml:space="preserve">[21:22] </w:t>
      </w:r>
      <w:r>
        <w:t>lekin wahi Allah taala ka bahut khaas intezaam tha ki bilkul alag rakhla aur bilkul nature ke mahaul mein musbat andaaz mein Maulana ki parvarish hui. to uski wajah se unki jo ekdum musbat andaaz unka jo personality positive personality bani us positive personality ke saath jab unhon ne Quran o Hadees ka study kiya.</w:t>
      </w:r>
    </w:p>
    <w:p>
      <w:pPr>
        <w:jc w:val="right"/>
      </w:pPr>
      <w:r>
        <w:t>लेकिन वही अल्लाह तालाह का बहुत खास इंतज़ाम था कि बिल्कुल अलग रखल और बिल्कुल nature के माहौल में मुस्बत अंदाज़ में मराने की परवरिश हुई. तो उसकी वजह से उनकी जो एकदम मुस्बत अंदाज़ उनका जो personality positive personality बनी उस positive personality के साथ जब उन्होंने कुरानो हदीश का study किया.</w:t>
      </w:r>
    </w:p>
    <w:p>
      <w:r>
        <w:rPr>
          <w:b/>
        </w:rPr>
        <w:t xml:space="preserve">[21:52] </w:t>
      </w:r>
      <w:r>
        <w:t>tab unko bahut tamam kitabein arabi mein padhi ki asal Islam kya hai? kyunki jab madrasa se nikle the to unko kuch samajh mein nahin aaya tha. ki wahan to bas ishtiyaq paida ho gayi thi. kitabein padhne ki, arabi padhne ki, samajhne ki. lekin yeh samajh mein nahin aaya tha ki jo masail hain unka hal kya hai Islam ke paas? unko kis tarah hal kiya jaaye?</w:t>
      </w:r>
    </w:p>
    <w:p>
      <w:pPr>
        <w:jc w:val="right"/>
      </w:pPr>
      <w:r>
        <w:t>तब उनको बहुत तमाम किताबें अरबी में पढ़ी कि असल इस्लाम क्या है? क्योंकि जब मदरसे से निकले थे तो उनको कुछ समझ में नहीं आया था. कि वहां तो बस इस्तेदार पैदा हो गई थी. किताबें पढ़ने की, अरबी पढ़ने की, समझने की. लेकिन यह समझ में नहीं आया था कि जो मासाहिल हैं उनका हल क्या है इस्लाम के पास? उनको किस तरह हल किया जाए?</w:t>
      </w:r>
    </w:p>
    <w:p>
      <w:r>
        <w:rPr>
          <w:b/>
        </w:rPr>
        <w:t xml:space="preserve">[22:20] </w:t>
      </w:r>
      <w:r>
        <w:t>ki jang jang se jihad se to koi masla hal ho nahin raha tha. to yeh fark hua jo usse bilkul jo alag hue na. ji. us mahaul se. ji ji. tabhi saari baatein samajh mein aayi hui. aur aap matlab khud bhi hum ne Maulana ki zindagi mein dekha hai ki bahut zyada emphasize karte the ki ek complaining nature wala insaan mat bano.</w:t>
      </w:r>
    </w:p>
    <w:p>
      <w:pPr>
        <w:jc w:val="right"/>
      </w:pPr>
      <w:r>
        <w:t>कि जंग जंग से जिहाद से तो कोई मसला हल हो नहीं रहा था. तो यह फ़र्क हुआ जो उससे बिल्कुल जो अलग हुए ना. जी. उस माहौल से. जी जी. तभी सारी बातें समझ में आई हुई. और आप मतलब खुद भी हमने मुलाना की ज़िंदगी में देखा है कि बहुत ज़्यादा emphasize करते थे कि एक complaining nature वाला इंसान मत बनो.</w:t>
      </w:r>
    </w:p>
    <w:p>
      <w:r>
        <w:rPr>
          <w:b/>
        </w:rPr>
        <w:t xml:space="preserve">[22:44] </w:t>
      </w:r>
      <w:r>
        <w:t>unhon ne kitab mein likha bhi hai ki ek janne wala Maulana ke paas aaya aur woh kisi doosre shakhs ke baare mein complain karne laga. to Maulana jaisa ki hum jaante hain ki yeh Maulana ne correct kiya usko ki insaan complaint mein aa jaata hai.</w:t>
      </w:r>
    </w:p>
    <w:p>
      <w:pPr>
        <w:jc w:val="right"/>
      </w:pPr>
      <w:r>
        <w:t>उन्होंने किताब में लिखा भी है कि एक जानने वाला मुलाना के पास आया और वह किसी दूसरे शख्स के बारे में complain करने लगा. तो मुलाना जैसा कि हम जानते हैं कि यह मुलाना ने correct किया उसको कि इंसान complaint में आ जाता है.</w:t>
      </w:r>
    </w:p>
    <w:p>
      <w:r>
        <w:rPr>
          <w:b/>
        </w:rPr>
        <w:t xml:space="preserve">[23:14] </w:t>
      </w:r>
      <w:r>
        <w:t>to Maulana ne bahut hi simple andaaz mein usse kaha ki are bhai yahi to test hai aur yeh test har ek insaan ko dena hai. Person who passes this test is the person who saves himself from complaining nature, negativity.</w:t>
      </w:r>
    </w:p>
    <w:p>
      <w:pPr>
        <w:jc w:val="right"/>
      </w:pPr>
      <w:r>
        <w:t>तो मलाना ने बहुत ही simple अंदाज़ में उसे कहा कि अरे भाई यही तो test है और यह test हर एक इंसान को देना है. Person who passes this test is the person who saves himself from complaining nature, negativity.</w:t>
      </w:r>
    </w:p>
    <w:p>
      <w:r>
        <w:rPr>
          <w:b/>
        </w:rPr>
        <w:t xml:space="preserve">[23:29] </w:t>
      </w:r>
      <w:r>
        <w:t>to Maulana ne likha bhi hai, Maulana ne kaha ki heart full of complaints will never be a grateful heart aur complaint ki yeh ek quality hoti hai ki agar ek insaan complaining nature ho to woh ungrateful ho jaata hai. to Maulana ne kaha ki it is like complaint is like a dirt ki agar ek bahut bada tub ho paani ka aur usmein agar aap ek drop dirt bhi daal dein to poora paani ganda ho jaata hai.</w:t>
      </w:r>
    </w:p>
    <w:p>
      <w:pPr>
        <w:jc w:val="right"/>
      </w:pPr>
      <w:r>
        <w:t>तो मलाना ने लिखा भी है, मलाना ने कहा कि heart full of complaints will never be a grateful heart और complaint की यह एक quality होती है कि अगर एक इंसान complaining nature हो तो वह ungrateful हो जाता है. तो मलाना ने कहा कि it is like complaint is like a dirt कि अगर एक बहुत बड़ा tub हो पानी का और उसमें अगर आप एक drop dirt भी डाल दें तो पूरा पानी गंदा हो जाता है.</w:t>
      </w:r>
    </w:p>
    <w:p>
      <w:r>
        <w:rPr>
          <w:b/>
        </w:rPr>
        <w:t xml:space="preserve">[23:58] </w:t>
      </w:r>
      <w:r>
        <w:t>to complaint ki bhi yahi sirf aata ki agar aap complaining nature banenge to aap ungrateful ho jayenge. hai na? Person should be very very sensitive towards this aspect kyunki agar ek insaan grateful hoga to yeh wahi insaan hoga jo jannat ko qualify karega. to bahut badi cheez hai yeh complaining, yeh negative attitude jo aap aapne batai unki zindagi se bhi.</w:t>
      </w:r>
    </w:p>
    <w:p>
      <w:pPr>
        <w:jc w:val="right"/>
      </w:pPr>
      <w:r>
        <w:t>तो complaint की भी यही सिर्फ आता कि अगर आप complaining nature बनेंगे तो आप ungrateful हो जाएंगे. है ना? Person should be very very sensitive towards this aspect क्योंकि अगर एक इंसान grateful होगा तो यह वही इंसान होगा जो जन्नत को qualify करेगा. तो बहुत बड़ी चीज़ है यह complaining, यह negative attitude जो आप आपने बताई उनकी ज़िंदगी से भी.</w:t>
      </w:r>
    </w:p>
    <w:p>
      <w:r>
        <w:rPr>
          <w:b/>
        </w:rPr>
        <w:t xml:space="preserve">[24:22] </w:t>
      </w:r>
      <w:r>
        <w:t>aap yeh ek aisa daur bhi tha Maulana ka janam jaise hum jante hain 01/01/1925 ko hua aur uske baad woh ek environment raha jab political upheaval rahi. British empire ka **********, unke culture ka ********** tha. Ottoman empire jaisa ki hum jante hain 03/03/1924 ko abolish hua. Mughal saltanat khatam ho gayi. to jo Muslim world hai woh ek reactionary world mein jee raha tha.</w:t>
      </w:r>
    </w:p>
    <w:p>
      <w:pPr>
        <w:jc w:val="right"/>
      </w:pPr>
      <w:r>
        <w:t>आप यह एक ऐसा दौर भी था मुलाना का जन्म जैसे हम जानते हैं 01/01/1925 को हुआ और उसके बाद वह एक environment रहा जब political upheaval रही. British empire का **********, उनके culture का ********** था. Ottoman empire जैसा कि हम जानते हैं 03/03/1924 को abolish हुआ. मुगल सल्तनत खत्म हो गई. तो जो मुस्लिम world है वो एक reactionary world में जी रहा था.</w:t>
      </w:r>
    </w:p>
    <w:p>
      <w:r>
        <w:rPr>
          <w:b/>
        </w:rPr>
        <w:t xml:space="preserve">[24:52] </w:t>
      </w:r>
      <w:r>
        <w:t>Maulana ne apni psychology ko us negative us reactionary psychology se kaise apne aap ko bachaya? iske baare mein bataein. har cheez ke baare mein woh sochte the aur result dekhte the. matlab hamara out emotional outburst se to koi result nikalne wala hai nahi. to har cheez woh kehte the ki result oriented hamara action hona chahiye.</w:t>
      </w:r>
    </w:p>
    <w:p>
      <w:pPr>
        <w:jc w:val="right"/>
      </w:pPr>
      <w:r>
        <w:t>मुलाना ने अपनी psychology को उस negative उस reactionary psychology से कैसे अपने आप को बचाया? इसके बारे में बताएं. हर चीज़ के बारे में वह सोचते थे और result देखते थे. मतलब हमारा out emotional outburst से तो कोई result निकलने वाला है नहीं. तो हर चीज़ वो कहते थे कि result oriented हमारा action होना चाहिए.</w:t>
      </w:r>
    </w:p>
    <w:p>
      <w:r>
        <w:rPr>
          <w:b/>
        </w:rPr>
        <w:t xml:space="preserve">[25:18] </w:t>
      </w:r>
      <w:r>
        <w:t>saare log saare hi log bas outburst kar rahe the emotional outburst. to usmein ek misaal jab Maulana Mohammad Ali Johar jinhone Khilafat Tehreek bahut dhoom dhaam se chalai thi. to woh gaye the round table conference mein London. to wahan taqreer karte hue unhone kaha tha either give me freedom or give me two yards place for my grave.</w:t>
      </w:r>
    </w:p>
    <w:p>
      <w:pPr>
        <w:jc w:val="right"/>
      </w:pPr>
      <w:r>
        <w:t>सारे लोग सारे ही लोग बस outburst कर रहे थे emotional outburst. तो उसमें एक मिसाल जब मौलाना मोहम्मद अली जो हर जिन्होंने खिलाफत तहरीक बहुत धूमधाम से चलाई थी. तो वह गए थे round table conference में London. तो वहां तकरीर करते हुए उन्होंने कहा था either give me freedom or give me two yards place for my grave.</w:t>
      </w:r>
    </w:p>
    <w:p>
      <w:r>
        <w:rPr>
          <w:b/>
        </w:rPr>
        <w:t xml:space="preserve">[25:45] </w:t>
      </w:r>
      <w:r>
        <w:t>to yeh tha takht ya dakhta.</w:t>
      </w:r>
    </w:p>
    <w:p>
      <w:pPr>
        <w:jc w:val="right"/>
      </w:pPr>
      <w:r>
        <w:t>तो यह था तख्त या दखता.</w:t>
      </w:r>
    </w:p>
    <w:p>
      <w:r>
        <w:rPr>
          <w:b/>
        </w:rPr>
        <w:t xml:space="preserve">[25:51] </w:t>
      </w:r>
      <w:r>
        <w:t>to is wajah se unka approach bilkul hi alag hota tha.</w:t>
      </w:r>
    </w:p>
    <w:p>
      <w:pPr>
        <w:jc w:val="right"/>
      </w:pPr>
      <w:r>
        <w:t>तो इस वजह से उनका approach बिल्कुल ही अलग होता था.</w:t>
      </w:r>
    </w:p>
    <w:p>
      <w:r>
        <w:rPr>
          <w:b/>
        </w:rPr>
        <w:t xml:space="preserve">[25:58] </w:t>
      </w:r>
      <w:r>
        <w:t>to aise aise zamane mein rahegi dusri hal mein jang ka zamana tha woh nineteen thirty nine mein</w:t>
      </w:r>
    </w:p>
    <w:p>
      <w:pPr>
        <w:jc w:val="right"/>
      </w:pPr>
      <w:r>
        <w:t>तो ऐसे ऐसे ज़माने में रहेगी दूसरी हाल में जंग का ज़माना था वो nineteen thirty nine में</w:t>
      </w:r>
    </w:p>
    <w:p>
      <w:r>
        <w:rPr>
          <w:b/>
        </w:rPr>
        <w:t xml:space="preserve">[26:05] </w:t>
      </w:r>
      <w:r>
        <w:t>Pakistan ki taqveez nineteen forty mein phir Japan par atom bomb dala gaya nineteen forty five sara mulk</w:t>
      </w:r>
    </w:p>
    <w:p>
      <w:pPr>
        <w:jc w:val="right"/>
      </w:pPr>
      <w:r>
        <w:t>Pakistan की तक़बीज nineteen forty में फिर Japan पर atom bomb डाला गया nineteen forty five सारा मुल्क</w:t>
      </w:r>
    </w:p>
    <w:p>
      <w:r>
        <w:rPr>
          <w:b/>
        </w:rPr>
        <w:t xml:space="preserve">[26:12] </w:t>
      </w:r>
      <w:r>
        <w:t>jo hai woh jazbatiyat ki toofan mein ghar tha.</w:t>
      </w:r>
    </w:p>
    <w:p>
      <w:pPr>
        <w:jc w:val="right"/>
      </w:pPr>
      <w:r>
        <w:t>जो है वो जज़्बातियत की तूफान में घर था.</w:t>
      </w:r>
    </w:p>
    <w:p>
      <w:r>
        <w:rPr>
          <w:b/>
        </w:rPr>
        <w:t xml:space="preserve">[26:19] </w:t>
      </w:r>
      <w:r>
        <w:t>to har aadmi jo hai chahta tha ki bas kis tarah ziyad karein kis tarah se angrezon ko</w:t>
      </w:r>
    </w:p>
    <w:p>
      <w:pPr>
        <w:jc w:val="right"/>
      </w:pPr>
      <w:r>
        <w:t>तो हर आदमी जो है चाहता था कि बस किस तरह ज्याद करें किस तरह से अंग्रेज़ों को</w:t>
      </w:r>
    </w:p>
    <w:p>
      <w:r>
        <w:rPr>
          <w:b/>
        </w:rPr>
        <w:t xml:space="preserve">[26:26] </w:t>
      </w:r>
      <w:r>
        <w:t>is mulk se nikalen.</w:t>
      </w:r>
    </w:p>
    <w:p>
      <w:pPr>
        <w:jc w:val="right"/>
      </w:pPr>
      <w:r>
        <w:t>इस मुल्क से निकालें.</w:t>
      </w:r>
    </w:p>
    <w:p>
      <w:r>
        <w:rPr>
          <w:b/>
        </w:rPr>
        <w:t xml:space="preserve">[26:33] </w:t>
      </w:r>
      <w:r>
        <w:t>kyunki se ek sher shayari bhi khoob chal rahi thi us zamane mein.</w:t>
      </w:r>
    </w:p>
    <w:p>
      <w:pPr>
        <w:jc w:val="right"/>
      </w:pPr>
      <w:r>
        <w:t>क्योंकि से एक शेर शायरी भी खूब चल रही थी उस जमाने में.</w:t>
      </w:r>
    </w:p>
    <w:p>
      <w:r>
        <w:rPr>
          <w:b/>
        </w:rPr>
        <w:t xml:space="preserve">[26:40] </w:t>
      </w:r>
      <w:r>
        <w:t>chade jo daar par woh qaum ka sardaar hota hai. tab phansi ke takhte par jo chadh jaaye wahi qaum ka sardaar hota hai. to ab phansi ke takhte par chadh dene se sardaar kaise ban jayega? to yeh sab kuch sochte the ki hamare amal ka nateeja kya hai? to is wajah se woh unka har jo hai jo conclusion jo hai unka different hota tha.</w:t>
      </w:r>
    </w:p>
    <w:p>
      <w:pPr>
        <w:jc w:val="right"/>
      </w:pPr>
      <w:r>
        <w:t>चढ़े जो दार पर वह कौम का सरदार होता है. तब फांसी के तख्ते पर जो चढ़ जाए वही कौम का सरदार होता है. तो अब फांसी के तखते पर चढ़ देने से सरदार कैसे वन जाएगा? तो यह सब कुछ सोचते थे कि हमारे अमल का नतीजा क्या है? तो इस वजह से वह उनका हर जो है जो conclusion जो है उनका different होता था.</w:t>
      </w:r>
    </w:p>
    <w:p>
      <w:r>
        <w:rPr>
          <w:b/>
        </w:rPr>
        <w:t xml:space="preserve">[27:07] </w:t>
      </w:r>
      <w:r>
        <w:t>to wahi wajah thi ki woh bilkul nature mein unki parvarish hui thi. yeh ab samajh mein aata hai nature par bahut likhte the. nature mein parvarish hui thi aur nature ke jo usool the unhone usko apni zindagi par apply kiya.</w:t>
      </w:r>
    </w:p>
    <w:p>
      <w:pPr>
        <w:jc w:val="right"/>
      </w:pPr>
      <w:r>
        <w:t>तो वही वजह थी कि वह बिल्कुल nature में उनकी परवरिश हुई थी. यह अब समझ में आता है nature पर बहुत लिखते थे. Nature में परवरिश हुई थी और nature के जो उसूल थे उन्होंने उसको अपनी ज़िंदगी पर apply किया.</w:t>
      </w:r>
    </w:p>
    <w:p>
      <w:r>
        <w:rPr>
          <w:b/>
        </w:rPr>
        <w:t xml:space="preserve">[27:24] </w:t>
      </w:r>
      <w:r>
        <w:t>apni writing par apply kiya aur usse unhone bahut zyada faida uthaya ki kis tarike se hum jo hai bilkul hi nature mein jo nature hoti hai uske eternal principles hote hai. jaise khaston par profitability par bahut zyada zor diya ki insaan ko profitable hona chahiye.</w:t>
      </w:r>
    </w:p>
    <w:p>
      <w:pPr>
        <w:jc w:val="right"/>
      </w:pPr>
      <w:r>
        <w:t>अपनी writing पर apply किया और उससे उन्होंने बहुत ज़्यादा फ़ायदा उठाया कि किस तरीके से हम जो है बिल्कुल ही nature में जो nature होती है उसके eternal principles होते है. जैसे खास्तों पर profitability पर बहुत ज़्यादा ज़ोर दिया कि इंसान को profitable होना चाहिए.</w:t>
      </w:r>
    </w:p>
    <w:p>
      <w:r>
        <w:rPr>
          <w:b/>
        </w:rPr>
        <w:t xml:space="preserve">[27:46] </w:t>
      </w:r>
      <w:r>
        <w:t>kyunki agar woh kisi ko faida na pahuncha sake to kam se kam usko koi nuksan na pahunchaye aur doosri hai ki as it is thinking. emotional thinking nahi balki as it is thinking. to usko baad mein kehte ki baad mein mujhe samajh mein aaya jab maine sab kaafi mutala kiya ki as it is thinking jo hai wahi scientific thinking hai. to isi tarah nature mein har cheez apni instinct par hoti hai.</w:t>
      </w:r>
    </w:p>
    <w:p>
      <w:pPr>
        <w:jc w:val="right"/>
      </w:pPr>
      <w:r>
        <w:t>क्योंकि अगर वो किसी को फ़ायदा ना पहुंचा सके तो कम से कम उसको कोई नुकसान ना पहुंचाए और दूसरी है कि as it is thinking. Emotional thinking नहीं बल्कि as it is thinking. तो उसको बाद में कहते कि बाद में मुझे समझ में आया जब मैंने सब काफी मताला किया कि as it is thinking जो है वही scientific thinking है. तो इसी तरह nature में हर चीज़ अपनी instinct पर होती है.</w:t>
      </w:r>
    </w:p>
    <w:p>
      <w:r>
        <w:rPr>
          <w:b/>
        </w:rPr>
        <w:t xml:space="preserve">[28:13] </w:t>
      </w:r>
      <w:r>
        <w:t>to woh bilkul jo khuda ne uske andar instinct rakh di usi ke mutabiq woh, woh govern karti hota hai woh cheez. to yeh aise hi insaan ke andar bhi hona chahiye. insaan ko apni fitrat se govern hona chahiye. to fitrat mein hamesha yahi hai ki humko hamesha peaceful course of action humein ek taiyar karna chahiye. to har cheez se misaal lete the.</w:t>
      </w:r>
    </w:p>
    <w:p>
      <w:pPr>
        <w:jc w:val="right"/>
      </w:pPr>
      <w:r>
        <w:t>तो वह बिल्कुल जो खोदा ने उसके अंदर instinct रख दी उसी के मुताबिक वह, वह govern करती होता है वह चीज़. तो यह ऐसे ही इंसान के अंदर भी होना चाहिए. इंसान को अपनी फितरत से govern होना चाहिए. तो फितरत में हमेशा यही है कि हमको हमेशा peaceful course of action हमें एक तैयार करना चाहिए. तो हर चीज़ से मिसाल लेते थे.</w:t>
      </w:r>
    </w:p>
    <w:p>
      <w:r>
        <w:rPr>
          <w:b/>
        </w:rPr>
        <w:t xml:space="preserve">[28:39] </w:t>
      </w:r>
      <w:r>
        <w:t>misal ke taur par ek baar Kashmir gaye wahan par chashme se pani guzar raha tha. to jab pani guzarta hai to chashme mein jagah jagah boulders hote hain. to woh boulders ko todta nahi balki side se nikal jata hai. ji. to us par kehte hain ki takrana nahi hai jahan bhi koi aa jaye to usse takrao nahi balki woh socho ki iska kya haal hai? isko kis tarike se is masle ko hal kiya jaye?</w:t>
      </w:r>
    </w:p>
    <w:p>
      <w:pPr>
        <w:jc w:val="right"/>
      </w:pPr>
      <w:r>
        <w:t>मिसाल के तौर पर एक बार कश्मीर गए वहां पर चश्मे से पानी गुज़र रहा था. तो जब पानी गुज़रता है तो चश्मे में जगह जगह boulders होते हैं. तो वह boulders को तोड़ता नहीं बल्कि side से निकल जाता है. जी. तो उस पर कहते हैं कि टकराना नहीं है जहां भी कोई आ जाए तो उससे टकराओ नहीं बल्कि वह सोचो कि इसका क्या हाल है? इसको किस तरीके से इस मसले को हल किया जाए?</w:t>
      </w:r>
    </w:p>
    <w:p>
      <w:r>
        <w:rPr>
          <w:b/>
        </w:rPr>
        <w:t xml:space="preserve">[29:07] </w:t>
      </w:r>
      <w:r>
        <w:t>to har baat mein think think there must be a better way yeh unhone bilkul usko apna liya tha.</w:t>
      </w:r>
    </w:p>
    <w:p>
      <w:pPr>
        <w:jc w:val="right"/>
      </w:pPr>
      <w:r>
        <w:t>तो हर बात में think think there must be a better way यह उन्होंने बिल्कुल उसको अपना लिया था.</w:t>
      </w:r>
    </w:p>
    <w:p>
      <w:r>
        <w:rPr>
          <w:b/>
        </w:rPr>
        <w:t xml:space="preserve">[29:30] </w:t>
      </w:r>
      <w:r>
        <w:t>har tarah se bilkul tamam log Rasool Allah sallallahu alaihi wasallam dua karte the ki tamam insaan jo hai tamam aurat mard sab bhai bhai hai, sab mard sab auratein hai jab sab sab bhai behan ke tarike se unse talluqat rakhna hai. to sab ek doosre ki khairkhwa banein, ek doosre ki madad karein, ek doosre ke kaam aayein. to yeh sab kuch unhone nature se seekha tha.</w:t>
      </w:r>
    </w:p>
    <w:p>
      <w:pPr>
        <w:jc w:val="right"/>
      </w:pPr>
      <w:r>
        <w:t>हर तरह से बिल्कुल तमाम लोग रसूल्लाह सल्लाह दोआ करते थे कि तमाम इंसान जो है तमाम औरत मर्द सब भाई भाई है, सब मर्द सब औरतें है जब सब सब भाई बहन के तरीके से उनसे तल्लोखात रखना है. तो सब एक दूसरे की खैरखा बने, एक दूसरे की मदद करे, एक दूसरे के काम आए. तो यह सब कुछ उन्होंने nature से सीखा था.</w:t>
      </w:r>
    </w:p>
    <w:p>
      <w:r>
        <w:rPr>
          <w:b/>
        </w:rPr>
        <w:t xml:space="preserve">[29:58] </w:t>
      </w:r>
      <w:r>
        <w:t>to cow ki ek misaal de deti hai ki cow jo hai ghaas charti hai aur uske badle mein doodh deti hai. to mothers and asal mein kya tha ki readers smile Merthi ke readers padhai jaati thi. to usmein is tarah ki bahut sari cheezein hoti thi. ek bahut lambi thi gaay par nazm. ki kal jo ghaas charii thi van mein doodh bani woh gaay ke than mein.</w:t>
      </w:r>
    </w:p>
    <w:p>
      <w:pPr>
        <w:jc w:val="right"/>
      </w:pPr>
      <w:r>
        <w:t>तो cow की एक मिसाल दे देती है कि cow जो है घास छती है और उसके बदले में दूध देती है. तो mothers and असल में क्या था कि readers smile मेरठी के readers पढ़ाई जाती थी. तो उसमें इस तरह की बहुत सारी चीज़ें होती थी. एक बहुत लंबी थी गाय पर नज़्म. कि कल जो घासचरी थी वन में दूध बनी वह गाय के ठन में.</w:t>
      </w:r>
    </w:p>
    <w:p>
      <w:r>
        <w:rPr>
          <w:b/>
        </w:rPr>
        <w:t xml:space="preserve">[30:26] </w:t>
      </w:r>
      <w:r>
        <w:t>to is tarike se har cheez par sochte the aur soch kar apni zindagi ka course mutayyan kiya. to usmein likhte hain ki fitrat hi jo hai meri sabse badi teacher thi, sabse badi molim thi aur usi se maine sab kuch seekha hai.</w:t>
      </w:r>
    </w:p>
    <w:p>
      <w:pPr>
        <w:jc w:val="right"/>
      </w:pPr>
      <w:r>
        <w:t>तो इस तरीके से हर चीज़ पर सोचते थे और सोच कर अपनी ज़िंदगी का course मुतायन किया. तो उसमें लिखते हैं कि फितरत ही जो है मेरी सबसे बड़ी teacher थी, सबसे बड़ी मोलिम थी और उसी से मैंने सब कुछ सीखा है.</w:t>
      </w:r>
    </w:p>
    <w:p>
      <w:r>
        <w:rPr>
          <w:b/>
        </w:rPr>
        <w:t xml:space="preserve">[30:43] </w:t>
      </w:r>
      <w:r>
        <w:t>to us vitran us waqt aur baad mein Quran Wahiduddin Khan ka bahut hi gehra mutala usse unhone apni rai banayi thi, apni soch banayi thi, apni fikr banayi thi na ki akhbaron se aur leaderon ke bayanaat se.</w:t>
      </w:r>
    </w:p>
    <w:p>
      <w:pPr>
        <w:jc w:val="right"/>
      </w:pPr>
      <w:r>
        <w:t>तो उस वितरण उस वक्त और बाद में कुरान वादीश का बहुत ही गहरा मुताला उससे उन्होंने अपनी राय बनाई थी, अपनी सोच बनाई थी, अपनी फ़िक्र बनाई थी ना कि अखबारों से और leaderओं के बयानात से.</w:t>
      </w:r>
    </w:p>
    <w:p>
      <w:r>
        <w:rPr>
          <w:b/>
        </w:rPr>
        <w:t xml:space="preserve">[30:58] </w:t>
      </w:r>
      <w:r>
        <w:t>ji, aap bilkul aapne sahi kaha balki jaise aapne kaha bahut hi scientific mindset tha Maulana ka, bahut hi khula hua zehan aur aapka yahan par ek example dena chahunga aur aap is example ko aap relate kar payenge kyunki Maulana ke saath aapke saath ek ghar mein hi yeh pesh aaya tha. Maulana ne likha bhi hai uske baare mein ki ek time yeh tha ki unke paas ek meter band ka radio set tha.</w:t>
      </w:r>
    </w:p>
    <w:p>
      <w:pPr>
        <w:jc w:val="right"/>
      </w:pPr>
      <w:r>
        <w:t>जी, आप बिल्कुल आपने सही कहा बल्कि जैसे आपने कहा बहुत ही scientific mindset था मुलाना का, बहुत ही खुला हुआ ज़हन और आपका यहां पर एक example देना चाहूंगा और आप इस example को आप relate कर पाएंगे क्योंकि मुलाना के साथ आपके साथ एक घर में ही यह पेश आया था. मुलाना ने लिखा भी है उसके बारे में कि एक time यह था कि उनके पास एक meter band का radio set था.</w:t>
      </w:r>
    </w:p>
    <w:p>
      <w:r>
        <w:rPr>
          <w:b/>
        </w:rPr>
        <w:t xml:space="preserve">[31:26] </w:t>
      </w:r>
      <w:r>
        <w:t>to ek meter band ka radio set jo shuruaati zamane mein jo hota tha aap sab logon ko dhyan hoga ki woh bahut kam frequency par aas paas ka area hi pakadta tha. to sirf Delhi shehar ki information pahunchti thi. phir Maulana ne likha hai ki phir aisa waqt aaya ki char meter band wala radio aapa aapke ghar mein aaya. to Maulana ne kaha ki usse yeh faida hua ki woh doosre mulkon ki transmission ko bhi pakadne laga.</w:t>
      </w:r>
    </w:p>
    <w:p>
      <w:pPr>
        <w:jc w:val="right"/>
      </w:pPr>
      <w:r>
        <w:t>तो एक meter band का radio set जो शुरूआती ज़माने में जो होता था आप सब लोगों को ध्यान होगा कि वह बहुत कम frequency पर आस पास का area ही पकड़ता था. तो सिर्फ दिल्ली शहर की information पहुंचती थी. फिर मुलाना ने लिखा है कि फिर ऐसा वक्त आया कि चार meter band वाला radio आपा आपके घर में आया. तो मुलाना ने कहा कि उससे यह फ़ायदा हुआ कि वह दूसरे मुल्कों की transmission को भी पकड़ने लगा.</w:t>
      </w:r>
    </w:p>
    <w:p>
      <w:r>
        <w:rPr>
          <w:b/>
        </w:rPr>
        <w:t xml:space="preserve">[31:54] </w:t>
      </w:r>
      <w:r>
        <w:t>matlab BBC aur jo bade channels hain, woh aane lage. ab usse yeh hua ki bahut zyada knowledge aur information, woh cheezein milne lagi. to Maulana ne likha ki aisa lag raha tha ki hum ek daulat se mehroom the. lekin woh radio ke char meter band radio ke aane se itna zyada intellectual development hua, itna pata chala ki duniya ke level par kya cheezein ho rahi hain.</w:t>
      </w:r>
    </w:p>
    <w:p>
      <w:pPr>
        <w:jc w:val="right"/>
      </w:pPr>
      <w:r>
        <w:t>मतलब BBC और जो बड़े channels हैं, वह आने लगे. अब उससे यह हुआ कि बहुत ज़्यादा knowledge और information, वह चीज़ें मिलने लगी. तो मुलाना ने लिखा कि ऐसा लग रहा था कि हम एक दौलत से महरोम थे. लेकिन वह radio के चार meter band radio के आने से इतना ज़्यादा intellectual development हुआ, इतना पता चला कि दुनिया के level पर क्या चीज़ें हो रही हैं.</w:t>
      </w:r>
    </w:p>
    <w:p>
      <w:r>
        <w:rPr>
          <w:b/>
        </w:rPr>
        <w:t xml:space="preserve">[32:20] </w:t>
      </w:r>
      <w:r>
        <w:t>to Maulana ne kaha ki Khuda aur insaan ka bhi yahi mamla hai ki Khuda ki infinite blessings insaan tak pahunch rahi hain. ab yeh insaan par depend karta hai ki uska radio set chhota hai ya bada hai. jaise Maulana ke ghar mein char meter band wala bada radio set aaya. to agar aapka radio set chhota hai to aap bahut kam limited level par aap Khuda ki blessings ko hasil kar payenge.</w:t>
      </w:r>
    </w:p>
    <w:p>
      <w:pPr>
        <w:jc w:val="right"/>
      </w:pPr>
      <w:r>
        <w:t>तो मोलाना ने कहा कि खुदा और इंसान का भी यही मामला है कि खुदा की infinite blessings इंसान तक पहुंच रही हैं. अब यह इंसान पर depend करता है कि उसका radio set छोटा है या बड़ा है. जैसे मुनाना के घर में चार meter band वाला बड़ा radio set आया. तो अगर आपका radio set छोटा है तो आप बहुत कम limited level पर आप खुदा की blessings को हासिल कर पाएंगे.</w:t>
      </w:r>
    </w:p>
    <w:p>
      <w:r>
        <w:rPr>
          <w:b/>
        </w:rPr>
        <w:t xml:space="preserve">[32:50] </w:t>
      </w:r>
      <w:r>
        <w:t>lekin agar aapka radio set bada hai to aapka yeh haal hoga ki aap Allah taala ki blessings ke samundar mein aap nahi uthenge. to isiliye yeh bahut zaroori hai ki aap yeh dekhein ki aapka zehan kaisa hai? agar aapka zehan khulla zehan hai to aap Khuda ki blessings ko zyada se zyada pa sakenge.</w:t>
      </w:r>
    </w:p>
    <w:p>
      <w:pPr>
        <w:jc w:val="right"/>
      </w:pPr>
      <w:r>
        <w:t>लेकिन अगर आपका radio set बड़ा है तो आपका यह हाल होगा कि आप अल्लाह तालाह की blessings के समुंदर में आप नहीं उठेंगे. तो इसीलिए यह बहुत ज़रूरी है कि आप यह देखें कि आपका ज़ेहन कैसा है? अगर आपका ज़ेहन खुल्ला ज़ेहन है तो आप खुदा की blessings को ज़्यादा से ज़्यादा पा सकेंगे.</w:t>
      </w:r>
    </w:p>
    <w:p>
      <w:r>
        <w:rPr>
          <w:b/>
        </w:rPr>
        <w:t xml:space="preserve">[33:13] </w:t>
      </w:r>
      <w:r>
        <w:t>lekin agar aap firqa bandi, worldly pleasures, negative psychology mein rahenge to aap apne radio set ko bada nahi kar payenge aur aap Khuda ki blessings ko nahi pa sakenge. to is tarah ka zehan tha ab Maulana ka bahut hi zabardast yeh thrilling baat Maulana ne likhi hai aur aap yahan par main thoda waqt aur lena chahunga kyunki yeh reactionary wali baat jo aapne samjhai yeh bahut important hai.</w:t>
      </w:r>
    </w:p>
    <w:p>
      <w:pPr>
        <w:jc w:val="right"/>
      </w:pPr>
      <w:r>
        <w:t>लेकिन अगर आप फिर का बंदी, worldly pleasures, negative psychology में रहेंगे तो आप अपने radio set को बड़ा नहीं कर पाएंगे और आप खुदा की blessings को नहीं पा सकेंगे. तो इस तरह का ज़ेहन था अबा मुलाना का बहुत ही ज़बरदस्त यह thrilling बात मुलाना ने लिखी है और आप यहां पर मैं थोड़ा वक्त और लेना चाहूंगा क्योंकि यह reactionary वाली बात जो आपने समझाई यह बहुत important है.</w:t>
      </w:r>
    </w:p>
    <w:p>
      <w:r>
        <w:rPr>
          <w:b/>
        </w:rPr>
        <w:t xml:space="preserve">[33:39] </w:t>
      </w:r>
      <w:r>
        <w:t>kyunki aap yahi insaan ka jo ek ravaiya hai woh ek impression bhi deta hai. jaise main aap class se pehle Meheng se baat kar raha tha to maine bataya ki ek haal hi mein ek mail aayi. kai mailen aati hain logon ki jo Maulana se influenced hain. to unhone bahut hi pyari mail bheji unhone likha ki Maulana is so wise, Maulana is so patient, Maulana was so lovable.</w:t>
      </w:r>
    </w:p>
    <w:p>
      <w:pPr>
        <w:jc w:val="right"/>
      </w:pPr>
      <w:r>
        <w:t>क्योंकि आप यही इंसान का जो एक रवैया है वह एक impression भी देता है. जैसे मैं आप class से पहले महंग से बात कर रहा था तो मैंने बताया कि एक हाल ही में एक मेल आई. कई मेलें आती हैं लोगों की जो मुलाना से influenced हैं. तो उन्होंने बहुत ही प्यारी mail भेजी उन्होंने लिखा कि मुलाना is so wise, मुलाना is so patient, मुलाना was so lovable.</w:t>
      </w:r>
    </w:p>
    <w:p>
      <w:r>
        <w:rPr>
          <w:b/>
        </w:rPr>
        <w:t xml:space="preserve">[34:04] </w:t>
      </w:r>
      <w:r>
        <w:t>unke video se hamein itna faida milta hai jo aap log upload karte hain CPS YouTube channel par. to main yeh sochta hoon ki Rasool Allah kitne wonderful honge. to aap unhone Maulana se aise link kiya. ab agar hum yeh sochein ki hamara jo conduct hai, hamara jo behavior hai, usse Islam ke baare mein, profit ke baare mein log impression banate hain.</w:t>
      </w:r>
    </w:p>
    <w:p>
      <w:pPr>
        <w:jc w:val="right"/>
      </w:pPr>
      <w:r>
        <w:t>उनके video से हमें इतना फ़ायदा मिलता है जो आप लोग upload करते हैं CPS YouTube channel पर. तो मैं यह सोचता हूं कि रसूल उल्लाह कितने wonderful होंगे. तो आप उन्होंने मुलाना से ऐसे link किया. अब अगर हम यह सोचें कि हमारा जो conduct है, हमारा जो behavior है, उससे इस्लाम के बारे में, profit के बारे में लोग impression बनाते हैं.</w:t>
      </w:r>
    </w:p>
    <w:p>
      <w:r>
        <w:rPr>
          <w:b/>
        </w:rPr>
        <w:t xml:space="preserve">[34:28] </w:t>
      </w:r>
      <w:r>
        <w:t>agar hamara ravaiya bahut achha hoga to log Islam ke baare mein bhi ek positive opinion banayenge. isko main aise link karunga aap ek baari doctor Sadiya mere ko achaanak yeh baat yaad aa gayi doctor Sadiya Khan London gayi thi to wahan par kuch shadd book fair tha. unko ek kisi cheez ki zaroorat padi. shadd tape ya kuch pin up karne ke ab unhein mil nahi raha tha aur woh bahut zaroori tha. to unhone aake bataya to phir woh dhoondh ne nikli stall mein to wahan pe ek britisher mila.</w:t>
      </w:r>
    </w:p>
    <w:p>
      <w:pPr>
        <w:jc w:val="right"/>
      </w:pPr>
      <w:r>
        <w:t>अगर हमारा रवैया बहुत अच्छा होगा तो लोग इस्लाम के बारे में भी एक positive opinion बनाएंगे. इसको मैं ऐसे link करूंगा आप एक बारी doctor साधिया मेरे को अचानक यह बात याद आ गई doctor साधिया खान London गई थी तो वहां पर कुछ शद् book fair था. उनको एक किसी चीज़ की ज़रूरत पड़ी. शत tape या कुछ pin up करने के अब उन्हें मिल नहीं रहा था और वो बहुत ज़रूरी था. तो उन्होंने आके बताया तो फिर वो ढूंढने निकली stall में तो वहाँ पे एक britisher मिला.</w:t>
      </w:r>
    </w:p>
    <w:p>
      <w:r>
        <w:rPr>
          <w:b/>
        </w:rPr>
        <w:t xml:space="preserve">[34:56] </w:t>
      </w:r>
      <w:r>
        <w:t>to britisher ne out of way ja ke unki madad kari, unko woh cheez provide kari. to doctor sadhia ne kaha ki how can I thank you? to unhone bahut zabardast jawab diya. unhone doctor sajiya ko kaha ki jab aap India lote, to speak good about our country.</w:t>
      </w:r>
    </w:p>
    <w:p>
      <w:pPr>
        <w:jc w:val="right"/>
      </w:pPr>
      <w:r>
        <w:t>तो britisher ने out of way जा के उनकी मदद करी, उनको वह चीज़ provide करी. तो doctor साधिया ने कहा कि how can I thank you? तो उन्होंने बहुत ज़बरदस्त जवाब दिया. उन्होंने doctor साजिया को कहा कि जब आप India लौटे, तो speak good about our country.</w:t>
      </w:r>
    </w:p>
    <w:p>
      <w:r>
        <w:rPr>
          <w:b/>
        </w:rPr>
        <w:t xml:space="preserve">[35:16] </w:t>
      </w:r>
      <w:r>
        <w:t>ab aap sochiye ki unka impression poora change ho gaya ki kaisi country hai, kaise achhe log hain, usi tarike se ek, ek believer ko, ek moment ko waisa hi behave karna, usko reaction, woh reaction afford nahi kar sakta aap. kyunki main khud agar apni zindagi mein dekhta hoon to I was negative about islam, I was negative about profit.</w:t>
      </w:r>
    </w:p>
    <w:p>
      <w:pPr>
        <w:jc w:val="right"/>
      </w:pPr>
      <w:r>
        <w:t>अब आप सोचिए कि उनका impression पूरा change हो गया कि कैसी country है, कैसे अच्छे लोग हैं, उसी तरीके से एक, एक believer को, एक moment को वैसा ही behave करना, उसको reaction, वो reaction afford नहीं कर सकता आप. क्योंकि मैं खुद अगर अपनी ज़िंदगी में देखता हूँ तो I was negative about islam, I was negative about profit.</w:t>
      </w:r>
    </w:p>
    <w:p>
      <w:r>
        <w:rPr>
          <w:b/>
        </w:rPr>
        <w:t xml:space="preserve">[35:37] </w:t>
      </w:r>
      <w:r>
        <w:t>But because of mulana teachings, mulana sabr, patience and wise handling created a different impression in my mind and I went on to do p h d in islam. to yeh reactionary approach jo hai yeh hamein main yeh yeh kahunga ki hamein unsuccessful banati hai, dozakh ki taraf le kar jati hai aur ek positive approach jo mulana sahab ne hamein sikhai woh hamein jannat ki taraf le kar jati hai.</w:t>
      </w:r>
    </w:p>
    <w:p>
      <w:pPr>
        <w:jc w:val="right"/>
      </w:pPr>
      <w:r>
        <w:t>But because of मुलानास teachings, मुलानास सब्र, patience and wise handling created a different impression in my mind and I went on to do p h d in islam. तो यह reactionary approach जो है यह हमें मैं यह यह कहूंगा कि हमें unsuccessful बनाती है, दोझक की तरफ लेकर जाती है और एक positive approach जो मुलाना साहब ने हमें सिखाई वह हमें जन्नत की तरफ लेकर जाती है.</w:t>
      </w:r>
    </w:p>
    <w:p>
      <w:r>
        <w:rPr>
          <w:b/>
        </w:rPr>
        <w:t xml:space="preserve">[36:04] </w:t>
      </w:r>
      <w:r>
        <w:t>to ab main kuch comments padhna chahunga agla sawal lene se pehle. yeh comment bheja hai miss farida kamran ne islamabad Pakistan se. unhone likha hai, mulana sahab was not only a great scholar but was a great light and wisdom in darkness. May Allah give him highest place in janatul firdaose. Ameen. Doctor aslam khan sahab ne saharanpur se likha hai doctor farida you are right.</w:t>
      </w:r>
    </w:p>
    <w:p>
      <w:pPr>
        <w:jc w:val="right"/>
      </w:pPr>
      <w:r>
        <w:t>तो अब मैं कुछ comments पढ़ना चाहूंगा अगला सवाल लेने से पहले. यह comment भेजा है miss फरीदा कामरान ने इस्लामाबाद Pakistan से. उन्होंने लिखा है, मुलाना साहब was not only a great scholar but was a great light and wisdom in darkness. May Allah give him highest place in janetul firdeose. Ameen. Doctor aslam khan साहब ने सहारनपुर से लिखा है doctor फरीदा you are right.</w:t>
      </w:r>
    </w:p>
    <w:p>
      <w:r>
        <w:rPr>
          <w:b/>
        </w:rPr>
        <w:t xml:space="preserve">[36:30] </w:t>
      </w:r>
      <w:r>
        <w:t>Mulana wahiduddin khan always adopted the realistic approach because it is the reality of life. Actually it is a spiritual life. Saiduddin sahab ne likha inhone location mein likhi hai. The famous islamic thinker mulana wahiduddin khan. May allah have mercy on his soul and raise his position in paradise. Ameen. Mohammad irfan rishidhi sahab ne nagpur se likha hai.</w:t>
      </w:r>
    </w:p>
    <w:p>
      <w:pPr>
        <w:jc w:val="right"/>
      </w:pPr>
      <w:r>
        <w:t>मुलाना वैदुद्दीन खान always adopted the realistic approach because it is the reality of life. Actually it is a spiritual life. सैदुद्दीन साहब ने लिखा इन्होंने location में लिखी है. The famous islamic thinker मुलाना वैदुद्दीन खान. May allah have mercy on his soul and raise his position in paradise. अमीन. मोहम्मद इरफान ऋषिधि साहब ने नागपुर से लिखा है.</w:t>
      </w:r>
    </w:p>
    <w:p>
      <w:r>
        <w:rPr>
          <w:b/>
        </w:rPr>
        <w:t xml:space="preserve">[36:56] </w:t>
      </w:r>
      <w:r>
        <w:t>mulana sahib was a great example of simple living and high thinking.</w:t>
      </w:r>
    </w:p>
    <w:p>
      <w:pPr>
        <w:jc w:val="right"/>
      </w:pPr>
      <w:r>
        <w:t>मुलाना साहब was a great example of simple living and high thinking.</w:t>
      </w:r>
    </w:p>
    <w:p>
      <w:r>
        <w:rPr>
          <w:b/>
        </w:rPr>
        <w:t xml:space="preserve">[37:00] </w:t>
      </w:r>
      <w:r>
        <w:t>aap aapne abhi mulana ka bahut achhe se madrasawala period, unka ek padai period bataya.</w:t>
      </w:r>
    </w:p>
    <w:p>
      <w:pPr>
        <w:jc w:val="right"/>
      </w:pPr>
      <w:r>
        <w:t>आप आपने अभी मुलाना का बहुत अच्छे से मद्रसावला period, उनका एक पदाई period बताया.</w:t>
      </w:r>
    </w:p>
    <w:p>
      <w:r>
        <w:rPr>
          <w:b/>
        </w:rPr>
        <w:t xml:space="preserve">[37:04] </w:t>
      </w:r>
      <w:r>
        <w:t>usmein aapne yeh bhi mention kiya tha ki madr madrasatul islah mein unka phir dakhila hua.</w:t>
      </w:r>
    </w:p>
    <w:p>
      <w:pPr>
        <w:jc w:val="right"/>
      </w:pPr>
      <w:r>
        <w:t>उसमें आपने यह भी mention किया था कि मद्र मद्रसतुल इस्लाह में उनका फिर दाखिला हुआ.</w:t>
      </w:r>
    </w:p>
    <w:p>
      <w:r>
        <w:rPr>
          <w:b/>
        </w:rPr>
        <w:t xml:space="preserve">[37:09] </w:t>
      </w:r>
      <w:r>
        <w:t>lekin woh period ke bare mein thoda sa elaborate karke hum sabko bataiye.</w:t>
      </w:r>
    </w:p>
    <w:p>
      <w:pPr>
        <w:jc w:val="right"/>
      </w:pPr>
      <w:r>
        <w:t>लेकिन वह period के बारे में थोड़ा सा elaborate करके हम सबको बताइए.</w:t>
      </w:r>
    </w:p>
    <w:p>
      <w:r>
        <w:rPr>
          <w:b/>
        </w:rPr>
        <w:t xml:space="preserve">[37:13] </w:t>
      </w:r>
      <w:r>
        <w:t>wo kaisa period tha?</w:t>
      </w:r>
    </w:p>
    <w:p>
      <w:pPr>
        <w:jc w:val="right"/>
      </w:pPr>
      <w:r>
        <w:t>वो कैसा period था?</w:t>
      </w:r>
    </w:p>
    <w:p>
      <w:r>
        <w:rPr>
          <w:b/>
        </w:rPr>
        <w:t xml:space="preserve">[37:18] </w:t>
      </w:r>
      <w:r>
        <w:t>kis tarah se socha karte the?</w:t>
      </w:r>
    </w:p>
    <w:p>
      <w:pPr>
        <w:jc w:val="right"/>
      </w:pPr>
      <w:r>
        <w:t>किस तरह से सोचा करते थे?</w:t>
      </w:r>
    </w:p>
    <w:p>
      <w:r>
        <w:rPr>
          <w:b/>
        </w:rPr>
        <w:t xml:space="preserve">[37:22] </w:t>
      </w:r>
      <w:r>
        <w:t>iske bare mein hamein bataye.</w:t>
      </w:r>
    </w:p>
    <w:p>
      <w:pPr>
        <w:jc w:val="right"/>
      </w:pPr>
      <w:r>
        <w:t>इसके बारे में हमें बताएं.</w:t>
      </w:r>
    </w:p>
    <w:p>
      <w:r>
        <w:rPr>
          <w:b/>
        </w:rPr>
        <w:t xml:space="preserve">[37:27] </w:t>
      </w:r>
      <w:r>
        <w:t>to jab gaon ke madarse se farir hue to phir madarse to lisla ek bada madarsa tha aur woh doosre gaon mein tha saraiMeer. to hamare ek molana ke ek uncle the Sufi Abdul Majeed. ji. to unka yeh tha aur us zamane mein yeh soch thi ki khandan mein ek mol bhi hona chahiye. to is soch ke tehat unhone molana ko wahan par madarse mein dakhil karwaya.</w:t>
      </w:r>
    </w:p>
    <w:p>
      <w:pPr>
        <w:jc w:val="right"/>
      </w:pPr>
      <w:r>
        <w:t>तो जब गांव के मदरसे से फारिर हुए तो फिर मदरसे तो लिसला एक बड़ा मदरसा था और वो दूसरे गांव में था सरायमीर. तो हमारे एक मौलाना के एक uncle थे सूफी अब्दुल मज़ीद. जी. तो उनका ये था और उस ज़माने में ये सोच थी कि खानदान में एक मोल भी होना चाहिए. तो इस सोच के तहत उन्होंने मोराना को वहां पर मदरसे में दाखिल करवाया.</w:t>
      </w:r>
    </w:p>
    <w:p>
      <w:r>
        <w:rPr>
          <w:b/>
        </w:rPr>
        <w:t xml:space="preserve">[37:55] </w:t>
      </w:r>
      <w:r>
        <w:t>ab woh ek bahut ittefaq ki baat hai ki woh bahut hi achha madarsa tha aur us madarse mein poora quran main woh madarse ka mahaul jo tha ilmi mahaul tha.</w:t>
      </w:r>
    </w:p>
    <w:p>
      <w:pPr>
        <w:jc w:val="right"/>
      </w:pPr>
      <w:r>
        <w:t>अब वो एक बहुत इत्तेफ़ाक़ की बात है की वो बहुत ही अच्छा मदरसा था और उस मदरसे में पूरा कुरान मैं वह मदर्शे का माहौल जो था इल्मी माहौल था.</w:t>
      </w:r>
    </w:p>
    <w:p>
      <w:r>
        <w:rPr>
          <w:b/>
        </w:rPr>
        <w:t xml:space="preserve">[38:22] </w:t>
      </w:r>
      <w:r>
        <w:t>ilmi discussions hote the achha woh to khana tha. magazine sab tarah tarah ke aate the. to RB magazine aate the tumhara zyada tar RB magazine padha karte the. to RB ki bahut achhi sthedaad ho gayi thi uski wajah se. to likhne ka shuru se hi tha kyunki ab dadi batati hai ki jab chhote the gaon mein kuch nahi rehta tha to koyle se hi deewar par likhne lagte the. to unko likhne ka shuru se tha.</w:t>
      </w:r>
    </w:p>
    <w:p>
      <w:pPr>
        <w:jc w:val="right"/>
      </w:pPr>
      <w:r>
        <w:t>इल्मी discussions होते थे अच्छा वह तो खाना था. Magazine सब तरह तरह के आते थे. तो RB magazine आते थे तुम्हारा ज़्यादातर RB magazine पढ़ा करते थे. तो RB की बहुत अच्छी स्थेदाद हो गई थी उसकी वजह से. तो लिखने का शुरू से ही था क्योंकि अब दादी बताती है कि जब छोटे थे गांव में कुछ नहीं रहता था तो कोयले से ही दीवार पर लिखने लगते थे. तो उनको लिखने का शुरू से था.</w:t>
      </w:r>
    </w:p>
    <w:p>
      <w:r>
        <w:rPr>
          <w:b/>
        </w:rPr>
        <w:t xml:space="preserve">[38:49] </w:t>
      </w:r>
      <w:r>
        <w:t>to jab woh madarse mein gaye to wahan par ek magazine nikalta tha jo haath se kalmi magazine bolte the. haath se likha jata tha woh. haath se likh kar kafiyan banai jati thi. to usmein likhne lage. to jab unke ustaad ne usko article ko padha to unko bulaya aur kaha ki tumhare andar likhne ki achhi salahiyat hai. tum isko aur rakh karoge tum aur mere ko article apne dikha diya karo.</w:t>
      </w:r>
    </w:p>
    <w:p>
      <w:pPr>
        <w:jc w:val="right"/>
      </w:pPr>
      <w:r>
        <w:t>तो जब वो मदरसे में गए तो वहां पर एक magazine निकलता था जो हाथ से कलमी magazine बोलते थे. हाथ से लिखा जाता था वो. हाथ से लिख कर काफियां बनाई जाती थी. तो उसमें लिखने लगे. तो जब उनके उस्ताद ने उसको article को पढ़ा तो उनको बुलाया और कहा कि तुम्हारे अंदर लिखने की अच्छी सलाहियत है. तुम इसको और रखकर करोगे तुम और मेरे को article अपने दिखा दिया करो.</w:t>
      </w:r>
    </w:p>
    <w:p>
      <w:r>
        <w:rPr>
          <w:b/>
        </w:rPr>
        <w:t xml:space="preserve">[39:19] </w:t>
      </w:r>
      <w:r>
        <w:t>to is tarike se wahan par yeh discover hua ki aur likh sakte hain. to woh ek ek ek baal ek poem poem likhi thi poem bhi likhte the kyunki iqbal ahmad suhail jo hai woh bahut achhe shayar the to unki asar se muharana bhi shayari karte the. to ek poem likhi thi maa dekho jab main chalta hoon chand bhi chalne lagta hai woh kitna zyada pyar karta hai mujhko.</w:t>
      </w:r>
    </w:p>
    <w:p>
      <w:pPr>
        <w:jc w:val="right"/>
      </w:pPr>
      <w:r>
        <w:t>तो इस तरीके से वहां पर यह discover हुआ कि और लिख सकते हैं. तो वह एक एक एक बाल एक poem poem लिखी थी poem भी लिखते थे क्योंकि इकबाल अहमद सुहैल जो है वह बहुत अच्छे शायर थे तो उनकी असर से मुहराना भी शायरी करते थे. तो एक poem लिखी थी मां देखो जब मैं चलता हूं चांद भी चलने लगता है वह कितना ज़्यादा प्यार करता है मुझको.</w:t>
      </w:r>
    </w:p>
    <w:p>
      <w:r>
        <w:rPr>
          <w:b/>
        </w:rPr>
        <w:t xml:space="preserve">[39:47] </w:t>
      </w:r>
      <w:r>
        <w:t>to aur unki poems thi lekin baad mein jab zyada zyada talim hasil ki aur unko jab islam ki rediscovery hui to phir unhone saare apne poems ko jala diya. unhone samjha ki iske zariye se hamein barfat tak pahunch nahi pahunch sakte hain. to phir us waqt phir uske baad unhone sher shari band kar di.</w:t>
      </w:r>
    </w:p>
    <w:p>
      <w:pPr>
        <w:jc w:val="right"/>
      </w:pPr>
      <w:r>
        <w:t>तो और उनकी poems थी लेकिन बाद में जब ज़्यादा ज़्यादा तालिम हासिल की और उनको जब इस्लाम की rediscovery हुई तो फिर उन्होंने सारे अपने poems को जला दिया. उन्होंने समझा कि इसके जरिए से हमें बारफत तक पहुंच नहीं पहुंच सकते हैं. तो फिर उस वक्त फिर उसके बाद उन्होंने शेर शारी बंद कर दी.</w:t>
      </w:r>
    </w:p>
    <w:p>
      <w:r>
        <w:rPr>
          <w:b/>
        </w:rPr>
        <w:t xml:space="preserve">[40:16] </w:t>
      </w:r>
      <w:r>
        <w:t>to wahan par ek khaas wahan par jo madrasatul islah mein ek khaas waqia hua jo unki zindagi par bahut asar dala. to maurana meena san islahi jo ke baad mein Pakistan chale gaye the. to woh wahan quran wahi padhate the. to quran mein jo aaya tha wai lail e bile ke khulekhad ab dekho dekho oont ko humne kaise usko paida kiya?</w:t>
      </w:r>
    </w:p>
    <w:p>
      <w:pPr>
        <w:jc w:val="right"/>
      </w:pPr>
      <w:r>
        <w:t>तो वहां पर एक खास वहां पर जो मध्यस्थुल इस्लाम में एक खास वाकिया हुआ जो उनकी ज़िंदगी पर बहुत असर डाला. तो मौरानामीनासन इस्लाही जो के बाद में Pakistan चले गए थे. तो वह वहां कुरान वही पढ़ाते थे. तो कुरान में जो आया था वैलाल ए बिले के खुलेखद अब देखो देखो ऊंट को हमने कैसे उसको पैदा किया?</w:t>
      </w:r>
    </w:p>
    <w:p>
      <w:r>
        <w:rPr>
          <w:b/>
        </w:rPr>
        <w:t xml:space="preserve">[40:43] </w:t>
      </w:r>
      <w:r>
        <w:t>to woh jab ayat aayi to unhone talaba se pucha ki oont ke shum yani phate hote hain ya jude hote hain. to kisi ko bhi samajh mein nahi aaya koi keh raha hai ki phate hote hain koi keh raha hai ki jude hote hain koi to woh us waqt unhone ek poora lecture diya aur unhone kaha ki taqreeban bees talbate hain aur sab guess guess kar rahe the.</w:t>
      </w:r>
    </w:p>
    <w:p>
      <w:pPr>
        <w:jc w:val="right"/>
      </w:pPr>
      <w:r>
        <w:t>तो वो जब आयत आई तो उन्होंने तालाबा से पुछा कि ऊंट के शुम यानी फटे होते हैं या जुड़े होते हैं. तो किसी को भी समझ में नहीं आया कोई कह रहा है कि फटे होते हैं कोई कह रहा है कि जुड़े होते हैं कोई तो वो उस वक्त उन्होंने एक पूरा lecture दिया और उन्होंने कहा कि तकरीबन बीस तलबाते हैं और सब guess guess कर रहे थे.</w:t>
      </w:r>
    </w:p>
    <w:p>
      <w:r>
        <w:rPr>
          <w:b/>
        </w:rPr>
        <w:t xml:space="preserve">[41:09] </w:t>
      </w:r>
      <w:r>
        <w:t>to unhone lecture diya ki dekho agar tum jante apne la adri ko yani main nahi janta to tum apne na janne ko janna bana lete. kehte hain na janna aadha ilm hai. kyunki agar aadmi na jaane yeh jaan le ki main yeh baat nahi janta to kisi se bhi maloom karega kitabe padega apne apne na janne ko janna bana lega.</w:t>
      </w:r>
    </w:p>
    <w:p>
      <w:pPr>
        <w:jc w:val="right"/>
      </w:pPr>
      <w:r>
        <w:t>तो उन्होंने lecture दिया कि देखो अगर तुम जानते अपने ला अदरी को यानी मैं नहीं जानता तो तुम अपने ना जानने को जानना बना लेते. कहते हैं ना जानना आधा इल्म है. क्योंकि अगर आदमी ना जाने यह जान लेगी मैं यह बात नहीं जानता तो किसी से भी मालूम करेगा किताबें पड़ेगा अपने अपने ना जानने को जानना बना लेगा.</w:t>
      </w:r>
    </w:p>
    <w:p>
      <w:r>
        <w:rPr>
          <w:b/>
        </w:rPr>
        <w:t xml:space="preserve">[41:36] </w:t>
      </w:r>
      <w:r>
        <w:t>to bahut sari baatein hamein batai jati hain hamare bade batate hai lekin hum log utna gehrai se pakadte nahi lekin maurana aisa usko pakadte the ki poori zindagi mein usko apply karte the. to kehte hain ki yeh mera munh mazaz van gaya ki har baat ko janu har baat ki tehkeek karu. ek ek baat mamuli mamuli baat bhi sari puchte the.</w:t>
      </w:r>
    </w:p>
    <w:p>
      <w:pPr>
        <w:jc w:val="right"/>
      </w:pPr>
      <w:r>
        <w:t>तो बहुत सारी बातें हमें बताई जाती है हमारे बड़े बताते है लेकिन हम लोग उतना गहराई से पकड़ते नहीं लेकिन मौराना ऐसा उसको पकड़ते थे की पूरी ज़िंदगी में उसको apply करते थे. तो कहते हैं कि यह मेरा मुंह मज़ाज़ वन गया कि हर बात को जानू हर बात की तहकीत करू. एक एक बात मामूली मामूली बात भी सारी पूछते थे.</w:t>
      </w:r>
    </w:p>
    <w:p>
      <w:r>
        <w:rPr>
          <w:b/>
        </w:rPr>
        <w:t xml:space="preserve">[42:01] </w:t>
      </w:r>
      <w:r>
        <w:t>ek baar ek wing commander Yusuf Khan aaye to unse woh jahaz ke bare mein sari maloomat karne lage. unko bahut tayajyub hua ki ek molvi jahaz ke bare mein sari maloomat kar raha hai. unhone times of India mein ek article bhi likha is reference ke saath. to is tarike se woh ek ek baat ko janne ki unke andar bahut beinteha arz paida ho gayi.</w:t>
      </w:r>
    </w:p>
    <w:p>
      <w:pPr>
        <w:jc w:val="right"/>
      </w:pPr>
      <w:r>
        <w:t>एक बार एक wing commander युसूफ खान आए तो उनसे वो जहाज़ के बारे में सारी मालूमात करने लगे. उनको बहुत तयज्युब हुआ कि एक मोलवी जहाज़ के बारे में सारी मालूमात कर रहा है. उन्होंने times of India में एक article भी लिखा इस reference के साथ. तो इस तरीके से वह एक एक बात को जानने की उनके अंदर बहुत बेइंतहा अर्ज पैदा हो गई.</w:t>
      </w:r>
    </w:p>
    <w:p>
      <w:r>
        <w:rPr>
          <w:b/>
        </w:rPr>
        <w:t xml:space="preserve">[42:26] </w:t>
      </w:r>
      <w:r>
        <w:t>to baad mein kehte hain ki yahi cheez jo mere andar ibtidai taur par thi aur naturally thi woh wahi hai jo spirit of enquiry kahi jati hai aur usi ke zariye se science ki tamam taraqqiyan hui hain. misal ke taur par seb ko girte hue sabne dekha hai lekin jab newton ne dekha to woh sochne lag gaya ki seb upar kyun nahi chala gaya? neeche kyun gira?</w:t>
      </w:r>
    </w:p>
    <w:p>
      <w:pPr>
        <w:jc w:val="right"/>
      </w:pPr>
      <w:r>
        <w:t>तो बाद में कहते हैं कि यही चीज़ जो मेरे अंदर इब्तिदायी तौर पर थी और naturally थी वह वही है जो spirit of enquiry कही जाती है और उसी के जरिए से science की तमाम तरक्कियां हुई है. मिसाल के तौर पर सेब को गिरते हुए सबने देखा है लेकिन जब newton ने देखा तो वह सोचने लग गया कि सेब ऊपर क्यों नहीं चला गया? नीचे क्यों गिरा?</w:t>
      </w:r>
    </w:p>
    <w:p>
      <w:r>
        <w:rPr>
          <w:b/>
        </w:rPr>
        <w:t xml:space="preserve">[42:52] </w:t>
      </w:r>
      <w:r>
        <w:t>to yahi hai jab tak hum hamare andar yeh spirit of enquiry paida nahi hogi tab tak hamari maloomat kabhi bhi mukammal nahi ho sakti. to yeh thi ki har cheez ke bare mein janna. yahi isi ne unko bilkul different bana diya. to jo jab baat hote hain ki angrezo ke khilaf kitabe chap rahi hain log angrezo ke khilaf baatein kar rahe hain.</w:t>
      </w:r>
    </w:p>
    <w:p>
      <w:pPr>
        <w:jc w:val="right"/>
      </w:pPr>
      <w:r>
        <w:t>तो यही है जब तक हम हमारे अंदर यह spirit of enquiry पैदा नहीं होगी तब तक हमारी मालूमात कभी भी मुकंबल नहीं हो सकती. तो यह थी कि हर चीज़ के बारे में जानना. यही इसी ने उनको बिल्कुल different बना दिया. तो जो जब बात होते हैं कि अंग्रेज़ों के खिलाफ किताबें चप रही हैं लोग अंग्रेज़ों के खिलाफ बातें कर रहे हैं.</w:t>
      </w:r>
    </w:p>
    <w:p>
      <w:r>
        <w:rPr>
          <w:b/>
        </w:rPr>
        <w:t xml:space="preserve">[43:20] </w:t>
      </w:r>
      <w:r>
        <w:t>usse woh kabhi mutasir nahi hote the. balki khalis ilmi waqiyat ke tehat sochte the. har baat jo hai soch kar us par tahak kar ke tabhi mante the. isi wajah se aap dekhte hain ki itna zyada logon ne khilaf likha maurana ke lekin kabhi bhi koi koi unko real baat likhne ke liye nahi mili. shoshe par likhte rahe ki unke ghar mein to yeh poora central air condition ghar hai.</w:t>
      </w:r>
    </w:p>
    <w:p>
      <w:pPr>
        <w:jc w:val="right"/>
      </w:pPr>
      <w:r>
        <w:t>उससे वह कभी मुतास्सिर नहीं होते थे. बल्कि खालिस इल्मी वाकियात के तहत सोचते थे. हर बात जो है सोच कर उस पर तहक कर के तभी मानते थे. इसी वजह से आप देखते हैं कि इतना ज़्यादा लोगों ने खिलाफ लिखा मौराना के लेकिन कभी भी कोई कोई उनको real बात लिखने के लिए नहीं मिली. शोषे पर लिखते रहे कि उनके घर में तो यह पूरा central air condition घर है.</w:t>
      </w:r>
    </w:p>
    <w:p>
      <w:r>
        <w:rPr>
          <w:b/>
        </w:rPr>
        <w:t xml:space="preserve">[43:50] </w:t>
      </w:r>
      <w:r>
        <w:t>unke ghar mein to alsatian pale hue hain.</w:t>
      </w:r>
    </w:p>
    <w:p>
      <w:pPr>
        <w:jc w:val="right"/>
      </w:pPr>
      <w:r>
        <w:t>उनके घर में तो अल्सेसियन पले हुए हैं.</w:t>
      </w:r>
    </w:p>
    <w:p>
      <w:r>
        <w:rPr>
          <w:b/>
        </w:rPr>
        <w:t xml:space="preserve">[43:57] </w:t>
      </w:r>
      <w:r>
        <w:t>unke ghar mein to woh to bahut boodhe ho gaye ab kisi se milte nahin hain.</w:t>
      </w:r>
    </w:p>
    <w:p>
      <w:pPr>
        <w:jc w:val="right"/>
      </w:pPr>
      <w:r>
        <w:t>उनके घर में तो वह तो बहुत बूढ़े हो गए अब किसी से मिलते नहीं हैं.</w:t>
      </w:r>
    </w:p>
    <w:p>
      <w:r>
        <w:rPr>
          <w:b/>
        </w:rPr>
        <w:t xml:space="preserve">[44:04] </w:t>
      </w:r>
      <w:r>
        <w:t>jabki aakhiri waqt tak maulana ne mulakat ki hai.</w:t>
      </w:r>
    </w:p>
    <w:p>
      <w:pPr>
        <w:jc w:val="right"/>
      </w:pPr>
      <w:r>
        <w:t>जबकि आखिरी वक्त तक मौलाना ने मुलाकात की है.</w:t>
      </w:r>
    </w:p>
    <w:p>
      <w:r>
        <w:rPr>
          <w:b/>
        </w:rPr>
        <w:t xml:space="preserve">[44:11] </w:t>
      </w:r>
      <w:r>
        <w:t>to shosho par tanqiren karte the.</w:t>
      </w:r>
    </w:p>
    <w:p>
      <w:pPr>
        <w:jc w:val="right"/>
      </w:pPr>
      <w:r>
        <w:t>तो शोषों पर तनखीरें करते थे.</w:t>
      </w:r>
    </w:p>
    <w:p>
      <w:r>
        <w:rPr>
          <w:b/>
        </w:rPr>
        <w:t xml:space="preserve">[44:18] </w:t>
      </w:r>
      <w:r>
        <w:t>kyunki wo itna zyada tahqir karke likhte the ki unko koi baat nahin milti thi.</w:t>
      </w:r>
    </w:p>
    <w:p>
      <w:pPr>
        <w:jc w:val="right"/>
      </w:pPr>
      <w:r>
        <w:t>क्योंकि वो इतना ज़्यादा तहखीर करके लिखते थे कि उनको कोई बात नहीं मिलती थी.</w:t>
      </w:r>
    </w:p>
    <w:p>
      <w:r>
        <w:rPr>
          <w:b/>
        </w:rPr>
        <w:t xml:space="preserve">[44:26] </w:t>
      </w:r>
      <w:r>
        <w:t>to yahi ek pehle ki mazaz tha jo unhone us par apni zindagi par apply kiya. apne islam par apply kiya aur islam ko rediscovery banaya. kehte the ki islam ko hamein rediscovery banana hai, na muslims ko islam discover karna hai aur muslims ko islam ko apni rediscovery banana hai. ji, masha Allah. jizaa kallah apa.</w:t>
      </w:r>
    </w:p>
    <w:p>
      <w:pPr>
        <w:jc w:val="right"/>
      </w:pPr>
      <w:r>
        <w:t>तो यही एक पहले की मज़ाज़ था जो उन्होंने उस पर अपनी ज़िंदगी पर apply किया. अपने इस्लाम पर apply किया और इस्लाम को rediscovery बनाया. कहते थे कि इस्लाम को हमें rediscovery बनाना है, ना मुस्लिमs को इस्लाम discover करना है और मुस्लिमs को इस्लाम को अपनी rediscovery बनाना है. जी, माशा अल्लाह. जिज़्ज़ा कल्लाह आपा.</w:t>
      </w:r>
    </w:p>
    <w:p>
      <w:r>
        <w:rPr>
          <w:b/>
        </w:rPr>
        <w:t xml:space="preserve">[44:54] </w:t>
      </w:r>
      <w:r>
        <w:t>aap agla sawal lene se pehle kuch comments padhna chahunga. yeh do comments bheje hain, shad hussain sahab ne srinagar se aur sajid anwar sahab ne dubai se. dono ne likha hai ki very insightful session and may Allah make us follow the example of mulana sahab. May god bless mulana sahab who taught us wisdom. Abu Mashhood sahab ne likha inhone location nahi likha unhone likha hai.</w:t>
      </w:r>
    </w:p>
    <w:p>
      <w:pPr>
        <w:jc w:val="right"/>
      </w:pPr>
      <w:r>
        <w:t>आप अगला सवाल लेने से पहले कुछ comments पढ़ना चाहूंगा. यह दो comments भेजे हैं, शाद हुसैन साहब ने श्रीनगर से और साजिद अनबर साहब ने Dubai से. दोनों ने लिखा है कि very insightful session and may Allah make us follow the example of मुलाना साहब. May god bless मुलाना साहब who taught us wisdom. अबू मशहूद साहब ने लिखा इन्होंने location नहीं लिखा उन्होंने लिखा है.</w:t>
      </w:r>
    </w:p>
    <w:p>
      <w:r>
        <w:rPr>
          <w:b/>
        </w:rPr>
        <w:t xml:space="preserve">[45:24] </w:t>
      </w:r>
      <w:r>
        <w:t>Mulana is aakhri daur mein khuda ki ek nishani the. Qurutulain ka miss Qurutulain ka srinagar se abhi abhi comment aaya hai, kafi lamba comment hai jisko main quickly padh deta hoon. Mulana vedinin khan was a symbol of simple living and high thinking. He was also a great lover and observer of nature.</w:t>
      </w:r>
    </w:p>
    <w:p>
      <w:pPr>
        <w:jc w:val="right"/>
      </w:pPr>
      <w:r>
        <w:t>मुलाना इस आखिरी दौर में खुदा की एक निशानी थे. कुरुतुलेन का miss कुरुतुलेन का श्रीनगर से अभी अभी comment आया है, काफी लंबा comment है जिसको मैं quickly पढ़ देता हूँ. मुलाना वेदिनीन खान was a symbol of simple living and high thinking. He was also a great lover and observer of nature.</w:t>
      </w:r>
    </w:p>
    <w:p>
      <w:r>
        <w:rPr>
          <w:b/>
        </w:rPr>
        <w:t xml:space="preserve">[45:52] </w:t>
      </w:r>
      <w:r>
        <w:t>In his writings, conversations, and lectures, he would always focus on observing and exploring nature to understand this vast universe and the greatness of its creator. Let me also accept that I was highly impressed by his subtle humor when having an informal chat after Sunday's lectures.</w:t>
      </w:r>
    </w:p>
    <w:p>
      <w:pPr>
        <w:jc w:val="right"/>
      </w:pPr>
      <w:r>
        <w:t>In his writings, conversations, and lectures, he would always focus on observing and exploring nature to understand this vast universe and the greatness of its creator. Let me also accept that I was highly impressed by his subtle humor when having an informal chat after Sunday's lectures.</w:t>
      </w:r>
    </w:p>
    <w:p>
      <w:r>
        <w:rPr>
          <w:b/>
        </w:rPr>
        <w:t xml:space="preserve">[46:11] </w:t>
      </w:r>
      <w:r>
        <w:t>He has left a treasure of knowledge, wisdom, and reason in his writings and lecture that has transformed generations and will continue to revolutionize and educate in future. It was he was a great scientific Islamic thinker and I'm highly thankful to almighty for being in constant touch with him and get my concept of religion completely revolutionized. One can go on talking about him for hours together.</w:t>
      </w:r>
    </w:p>
    <w:p>
      <w:pPr>
        <w:jc w:val="right"/>
      </w:pPr>
      <w:r>
        <w:t>He has left a treasure of knowledge, wisdom, and reason in his writings and lecture that has transformed generations and will continue to revolutionize and educate in future. It was he was a great scientific Islamic thinker and I'm highly thankful to almighty for being in constant touch with him and get my concept of religion completely revolutionized. One can go on talking about him for hours together.</w:t>
      </w:r>
    </w:p>
    <w:p>
      <w:r>
        <w:rPr>
          <w:b/>
        </w:rPr>
        <w:t xml:space="preserve">[46:39] </w:t>
      </w:r>
      <w:r>
        <w:t>thank you for remembering mulana sahib.</w:t>
      </w:r>
    </w:p>
    <w:p>
      <w:pPr>
        <w:jc w:val="right"/>
      </w:pPr>
      <w:r>
        <w:t>Thank you for remembering मुलाना साहब.</w:t>
      </w:r>
    </w:p>
    <w:p>
      <w:r>
        <w:rPr>
          <w:b/>
        </w:rPr>
        <w:t xml:space="preserve">[46:44] </w:t>
      </w:r>
      <w:r>
        <w:t>may his soul rest in eternal peace.</w:t>
      </w:r>
    </w:p>
    <w:p>
      <w:pPr>
        <w:jc w:val="right"/>
      </w:pPr>
      <w:r>
        <w:t>May his soul rest in eternal peace.</w:t>
      </w:r>
    </w:p>
    <w:p>
      <w:r>
        <w:rPr>
          <w:b/>
        </w:rPr>
        <w:t xml:space="preserve">[46:50] </w:t>
      </w:r>
      <w:r>
        <w:t>Aapka agla sawal main yeh Quran ki ayat ke hawale se bhi puchna chahunga jo Al-Qiyama mein seventy</w:t>
      </w:r>
    </w:p>
    <w:p>
      <w:pPr>
        <w:jc w:val="right"/>
      </w:pPr>
      <w:r>
        <w:t>अपा अगला सवाल मैं यह कुरान की आयात के हवाले से भी पूछना चाहूंगा जो अलकिआमा में seventy</w:t>
      </w:r>
    </w:p>
    <w:p>
      <w:r>
        <w:rPr>
          <w:b/>
        </w:rPr>
        <w:t xml:space="preserve">[46:55] </w:t>
      </w:r>
      <w:r>
        <w:t>fifth verse hai that a god oriented person is one who takes lessons, who learns lessons aur aap</w:t>
      </w:r>
    </w:p>
    <w:p>
      <w:pPr>
        <w:jc w:val="right"/>
      </w:pPr>
      <w:r>
        <w:t>fifth verse है that a god oriented person is one who takes lessons, who learns lessons और आप</w:t>
      </w:r>
    </w:p>
    <w:p>
      <w:r>
        <w:rPr>
          <w:b/>
        </w:rPr>
        <w:t xml:space="preserve">[47:01] </w:t>
      </w:r>
      <w:r>
        <w:t>jaisa ki hum jante hain ki malana ke ghar ke paas ek ek tree hai jisko woh spiritual</w:t>
      </w:r>
    </w:p>
    <w:p>
      <w:pPr>
        <w:jc w:val="right"/>
      </w:pPr>
      <w:r>
        <w:t>जैसा कि हम जानते हैं कि मलाना के घर के पास एक एक tree है जिसको वह spiritual</w:t>
      </w:r>
    </w:p>
    <w:p>
      <w:r>
        <w:rPr>
          <w:b/>
        </w:rPr>
        <w:t xml:space="preserve">[47:06] </w:t>
      </w:r>
      <w:r>
        <w:t>tree kahan karte the aur abhi bhi woh ped maujood hai.</w:t>
      </w:r>
    </w:p>
    <w:p>
      <w:pPr>
        <w:jc w:val="right"/>
      </w:pPr>
      <w:r>
        <w:t>tree कहां करते थे और अभी भी वह पेड़ मौजूद है.</w:t>
      </w:r>
    </w:p>
    <w:p>
      <w:r>
        <w:rPr>
          <w:b/>
        </w:rPr>
        <w:t xml:space="preserve">[47:12] </w:t>
      </w:r>
      <w:r>
        <w:t>Us usse woh use kaha karte the ke source source of learning hai. Unhone kai articles mein, lectures mein bhi spiritual tree ka zikr kiya hai. Toh aap us ped ke bare mein bataye hum sabko us spiritual tree ke bare mein. Aksar wahan spiritual tree ke paas baithte the. Ab tree toh tree tha lekin usse unhone itni marifat hasil ki ke woh usko spiritual tree kehne lage.</w:t>
      </w:r>
    </w:p>
    <w:p>
      <w:pPr>
        <w:jc w:val="right"/>
      </w:pPr>
      <w:r>
        <w:t>उस उससे वह उसे कहा करते थे कि source source of learning है. उन्होंने कई articles में, lectures में भी spiritual tree का ज़िक्र किया है. तो आप उस पेड़ के बारे में बताएं हम सबको उस spiritual tree के बारे में. अक्सर वहां spiritual tree के पास बैठते थे. अब tree तो tree था लेकिन उससे उन्होंने इतनी मार्फत हासिल की कि वह उसको spiritual tree कहने लगे.</w:t>
      </w:r>
    </w:p>
    <w:p>
      <w:r>
        <w:rPr>
          <w:b/>
        </w:rPr>
        <w:t xml:space="preserve">[47:42] </w:t>
      </w:r>
      <w:r>
        <w:t>Toh us spiritual tree par kabootar ne apna maosla banaya, anda diya, bachcha diya. Toh hamari ek maid thi usne woh usko bhaga diya. Anda toot gaya aur woh usko bhaga diya kabootar ko. Unko itni takleef hui itni takleef hui ke bahut dinon tak wahan par baithna hi chhod diya.</w:t>
      </w:r>
    </w:p>
    <w:p>
      <w:pPr>
        <w:jc w:val="right"/>
      </w:pPr>
      <w:r>
        <w:t>तो उस spiritual tree पर कबूतर ने अपना मौसला बनाया, अंडा दिया, बच्चा दिया. तो हमारी एक maid थी उसने वो उसको भगा दिया. अंडा टूट गया और वह उसको भगा दिया कबूतर को. उनको इतनी तकलीफ हुई इतनी तकलीफ हुई कि बहुत दिनों तक वहां पर बैठना ही छोड़ दिया.</w:t>
      </w:r>
    </w:p>
    <w:p>
      <w:r>
        <w:rPr>
          <w:b/>
        </w:rPr>
        <w:t xml:space="preserve">[48:08] </w:t>
      </w:r>
      <w:r>
        <w:t>Toh yeh itna zyada unko us spiritual tree se dilchaspi thi. Toh asal mein yeh woh aisa kai drakht aise hote hain ke khazan mein sari pattiyan jhad jati hain sirf thund reh jata hai khali branches. Toh aisa wahi isi tarah se woh bhi tha. Phir barish hui par saath mein woh dobara sara usmein hari hari pattiyan phool sab aa gaye.</w:t>
      </w:r>
    </w:p>
    <w:p>
      <w:pPr>
        <w:jc w:val="right"/>
      </w:pPr>
      <w:r>
        <w:t>तो यह इतना ज़्यादा उनको उस spiritual tree से दिलचस्पी थी. तो असल में यह वह ऐसा कई दरख्त ऐसे होते हैं कि ख़ज़ा में सारी पत्तियां झड़ जाती है सिर्फ ठुंड रह जाता है खाली branches. तो ऐसा वही इसी तरह से वह भी था. फिर बारिश हुई पर साथ में वह दोबारा सारा उसमें हरी हरी पत्तियां फ़ूल सब आ गए.</w:t>
      </w:r>
    </w:p>
    <w:p>
      <w:r>
        <w:rPr>
          <w:b/>
        </w:rPr>
        <w:t xml:space="preserve">[48:35] </w:t>
      </w:r>
      <w:r>
        <w:t>Us woh jo tree hai usmein do ped hain neeche ek bel bhi lagi hui hai toh do tarah ke phool usmein aate hai toh bahut zyada usmein phool aate hai. Toh usse unhone bahut sare sabak nikale ke isi tarike se insan jaise matlab ped ko jab pani mila toh sarsab jo shadaab ho gaya toh isi tarike se insan hai. Toh insan ki bhi jo spiritual life hai usko bhi inverted commas mein pani chahiye.</w:t>
      </w:r>
    </w:p>
    <w:p>
      <w:pPr>
        <w:jc w:val="right"/>
      </w:pPr>
      <w:r>
        <w:t>उस वह जो tree है उसमें दो पेड़ है नीचे एक बेल भी लगी हुई है तो दो तरह के फ़ूल उसमें आते है तो बहुत ज़्यादा उसमें फ़ूल आते है. तो उससे उन्होंने बहुत सारे सबक निकाले कि इसी तरीके से इंसान जैसे मतलब पेड़ को जब पानी मिला तो सरसब जो शादाब हो गया तो इसी तरीके से इंसान है. तो इंसान की भी जो spiritual life है उसको भी inverted कामाज में पानी चाहिए.</w:t>
      </w:r>
    </w:p>
    <w:p>
      <w:r>
        <w:rPr>
          <w:b/>
        </w:rPr>
        <w:t xml:space="preserve">[49:04] </w:t>
      </w:r>
      <w:r>
        <w:t>Toh pani jo hai woh divine inspiration hai marifat hai. Toh usi jab usko marifat hasil karta hai woh tadabbur se, tafakkur se, gaurfikr se toh usko Khuda se ek rabt qayam hota hai spiritual connection Khuda se qayam ho jata hai. Toh usi mein woh tarah tarah ki duaen nikalti hain. Toh Khuda ko aadmi jab yaad karta hai toh usko duaen tarah tarah ki nikalti hain.</w:t>
      </w:r>
    </w:p>
    <w:p>
      <w:pPr>
        <w:jc w:val="right"/>
      </w:pPr>
      <w:r>
        <w:t>तो पानी जो है वह divine inspiration है मारफा है. तो उसी जब उसको मारफात हासिल करता है वह तदब्बुर से, तफकुर से, गौरफीक्र से तो उसको खोदा से एक रब्द कायम होता है spiritual connection खोदा से कायम हो जाता है. तो उसी में वह तरह तरह की दुआएं निकलती हैं. तो खोदा को आदमी जब याद करता है तो उसको दुआएं तरह तरह की निकलती हैं.</w:t>
      </w:r>
    </w:p>
    <w:p>
      <w:r>
        <w:rPr>
          <w:b/>
        </w:rPr>
        <w:t xml:space="preserve">[49:31] </w:t>
      </w:r>
      <w:r>
        <w:t>Toh usi mein ek dua likhte hain ke main ek sukha hua drakht hoon. Tu apne faizan-e-rehmat se mujhko ek shadaab drakht bana de. Toh yeh duaen asal mein hoti hain jo insan ko Khuda se connect karti hain. Ji. Jisko Quran mein kaha gaya hai kunu rabbaniyin, Rab wale bano. Toh yeh matlab ek reference point hota hai ke is tarike se insan Khuda ko yaad karta hai.</w:t>
      </w:r>
    </w:p>
    <w:p>
      <w:pPr>
        <w:jc w:val="right"/>
      </w:pPr>
      <w:r>
        <w:t>तो उसी में एक दुआ लिखते हैं कि मैं एक सूखा हुआ दरख्त हूं. तू अपने फैदान रहमत से मुझको एक शादा दरख्त बना दे. तो यह दुआएं असल में होती है जो इंसान को खुदा से connect करती है. जी. जिसको पुरान में कहा गया है कूनू रब्बानी इन, रब वाले बनो. तो यह मतलब एक reference point होता है कि इस तरीके से इंसान खुदा को याद करता है.</w:t>
      </w:r>
    </w:p>
    <w:p>
      <w:r>
        <w:rPr>
          <w:b/>
        </w:rPr>
        <w:t xml:space="preserve">[50:01] </w:t>
      </w:r>
      <w:r>
        <w:t>Phir usko duaen uske nikalti hain. Duaen log samajhte hain duaen jo hai woh kuch rate hue alfaaz hote hain. Toh rate hue alfaaz mein woh spirit nahi hoti. Toh is wajah se hamein chahiye ke hum apni zuban mein bhi duaen karein kyunke woh woh soulful duaen jo hai na woh apni zuban mein hi nikalti hain aur us woh Khuda ke yahan woh woh hi dua accept hogi jo spirit se bhari hui dua ho.</w:t>
      </w:r>
    </w:p>
    <w:p>
      <w:pPr>
        <w:jc w:val="right"/>
      </w:pPr>
      <w:r>
        <w:t>फिर उसको दुआएं उसके निकलती है. दुआएं लोग समझते है दुआएं जो है वो कुछ रटे हुए अल्फाज़ होते है. तो रटे हुए अल्फाज़ में वो spirit नहीं होती. तो इस वजह से हमें चाहिए कि हम अपनी ज़बान में भी दुआएं करें क्योंकि वो वो soulful दुआएं जो है ना वो अपनी ज़बान में ही निकलती है और उस वो खुदा के यहां वो वो ही दुआ accept होगी जो spirit से भरी हुई दुआ हो.</w:t>
      </w:r>
    </w:p>
    <w:p>
      <w:r>
        <w:rPr>
          <w:b/>
        </w:rPr>
        <w:t xml:space="preserve">[50:30] </w:t>
      </w:r>
      <w:r>
        <w:t>Ji. Achha aap kyunke spiritual tree ki baat kar rahe hain aap. Agla example doctor Nagma Siddiqui ne bheja hai. Woh bhi ped ke hawale se yeh hai ke Maulana ki zindagi mein ek yeh bhi bada interesting waqia hua tha ke woh chahte the ke ek aam ka ped unke wahan par aangan mein lag jaye. Toh kuch aisa hua ke woh paanch saal ka ped jiski life paanch saal thi, woh unhone kahin se mangwaya aur lagwaya.</w:t>
      </w:r>
    </w:p>
    <w:p>
      <w:pPr>
        <w:jc w:val="right"/>
      </w:pPr>
      <w:r>
        <w:t>जी. अच्छा आप क्योंकि spiritual tree की बात कर रहे हैं आप. अगला example doctor नगमा सिद्धिकी ने भेजा है. वह भी पेड़ के हवाले से यह है कि मलाना की ज़िंदगी में एक यह भी बड़ा interesting वाक्या हुआ था कि वह चाहते थे कि एक आम का पेड़ उनके वहां पर आंगन में लग जाए. तो कुछ ऐसा हुआ कि वह पांच साल का पेड़ जिसकी life पांच साल थी, वह उन्होंने कहीं से मंगवाया और लगवाया.</w:t>
      </w:r>
    </w:p>
    <w:p>
      <w:r>
        <w:rPr>
          <w:b/>
        </w:rPr>
        <w:t xml:space="preserve">[50:59] </w:t>
      </w:r>
      <w:r>
        <w:t>Lekin woh shayad sookh gaya. Woh woh kissa kya hai aap? Woh uske bare mein bataye hum sabko. Asal mein jo aam ka baat toh ghar ke bahar tha. Walking distance par hi tha. Ji. Lekin ab unhone socha ke ek aam ka ped hamare ghar ke andar bhi hona chahiye. Toh agar woh gutli lagate hain aam ka toh woh toh bahut time hota hai taqreeban paanch das saal mein woh bada ped banta.</w:t>
      </w:r>
    </w:p>
    <w:p>
      <w:pPr>
        <w:jc w:val="right"/>
      </w:pPr>
      <w:r>
        <w:t>लेकिन वह शायद सूख गया. वह वह किस्सा क्या है आप? वह उसके बारे में बताएं हम सबको. असल में जो आम का बात तो घर के बाहर था. Walking distance पर ही था. जी. लेकिन अब उन्होंने सोचा कि एक आम का पेड़ हमारे घर के अंदर भी होना चाहिए. तो अगर वह गुठली लगाते हैं आम का तो वह तो बहुत time होता है तकरीबन पांच दस साल में वह बड़ा पेड़ बनता.</w:t>
      </w:r>
    </w:p>
    <w:p>
      <w:r>
        <w:rPr>
          <w:b/>
        </w:rPr>
        <w:t xml:space="preserve">[51:28] </w:t>
      </w:r>
      <w:r>
        <w:t>Toh unhone socha ke ek Khudwa ke bag se la ke andar lagwa de ped aur do din mein woh tayyar ho jayega. Bade shauk se do teen mazdoor lagaye gaye aur unhone khoda ek, ek ped jo ki paanch saal us par ho chuke the bada ped ho gaya tha. Toh woh khod kar unhone apne aangan mein lagwaya aur bade betabi se intezar karte rahe ke kal hara bhara ped ghar mein aangan mein dikhai dega. Ji.</w:t>
      </w:r>
    </w:p>
    <w:p>
      <w:pPr>
        <w:jc w:val="right"/>
      </w:pPr>
      <w:r>
        <w:t>तो उन्होंने सोचा कि एक खुदवा के बाग से ला के अंदर लगवा दे पेड़ और दो दिन में वो तैयार हो जाएगा. बड़े शौक से दो तीन मज़दूर लगाए गए और उन्होंने खोदा एक, एक पेड़ जो कि पांच साल उस पर हो चुके थे बड़ा पेड़ हो गया था. तो वह खोद कर उन्होंने अपने आंगन में लगवाया और बड़े बेताबी से इंतज़ार करते रहे कि कल हरा भरा पेड़ घर में आंगन में दिखाई देगा. जी.</w:t>
      </w:r>
    </w:p>
    <w:p>
      <w:r>
        <w:rPr>
          <w:b/>
        </w:rPr>
        <w:t xml:space="preserve">[51:57] </w:t>
      </w:r>
      <w:r>
        <w:t>Toh dekhiye woh sookhne lag gaya. Pehle din thoda kam sukha hua tha. Dusre din woh bilkul hi sookh gaya. Toh isse unko bahut hi jo shock laga na usse unhone bahut zabardast lesson liya ke haqeeqat pasandi ka lesson ke ek cheez jo nature mein paanch saal mein tayyar hogi woh hum do din mein nahi tayyar kar sakte.</w:t>
      </w:r>
    </w:p>
    <w:p>
      <w:pPr>
        <w:jc w:val="right"/>
      </w:pPr>
      <w:r>
        <w:t>तो देखिए वह सूखने लग गया. पहले दिन थोड़ा कम सूखा हुआ था. दूसरे दिन वह बिल्कुल ही सूख गया. तो इससे उनको बहुत ही जो शाक लगा ना उससे उन्होंने बहुत ज़बरदस्त lesson लिया कि हकीकत पसंदी का lesson कि एक चीज़ जो nature में पांच साल में तैयार होगी वह हम दो दिन में नहीं तैयार कर सकते.</w:t>
      </w:r>
    </w:p>
    <w:p>
      <w:r>
        <w:rPr>
          <w:b/>
        </w:rPr>
        <w:t xml:space="preserve">[52:20] </w:t>
      </w:r>
      <w:r>
        <w:t>Toh isi tarike se haqeeqat pasandi ko unhone bar bar apni writings mein likha hai ke Musalman jo hai tarike chalate hain dhuaadhaar tarike hain woh samajhte hain ke do din mein dhuaadhaar tarike se bahut bar bar dhuaadhaar tarike chalti rehti hain lekin woh hamesha kaha ke hamesha result oriented action hona chahiye. Ji. Emotional outburst ke tehat hamein koi kaam nahi karna chahiye.</w:t>
      </w:r>
    </w:p>
    <w:p>
      <w:pPr>
        <w:jc w:val="right"/>
      </w:pPr>
      <w:r>
        <w:t>तो इसी तरीके से हकीकत पसंदी को उन्होंने बार बार अपनी writings में लिखा है कि मुसलमान जो है तरीके चलाते हैं धुआधार तरीके हैं वह समझते हैं कि दो दिन में धुआधार तरीके से बहुत बार बार धुआधार तरीके चलती रहती हैं लेकिन वह हमेशा कहा कि हमेशा result oriented action होना चाहिए. जी. Emotional outburst के तहत हमें कोई काम नहीं करना चाहिए.</w:t>
      </w:r>
    </w:p>
    <w:p>
      <w:r>
        <w:rPr>
          <w:b/>
        </w:rPr>
        <w:t xml:space="preserve">[52:46] </w:t>
      </w:r>
      <w:r>
        <w:t>Zindagi bhar kabhi bhi emotional outburst ke tehat koi kaam nahi kiya. Ek baar ek Burmi the Maulana ke class mein classmate. Toh jab Burma mein jo tehreek chali, Musalmanon ne jo tehreek chalayi thi apni alag state banane ki, toh woh unhone kaha chaliye aap bhi Burma chaliye hum log usmein shamil ho jayenge. Jo tehreek wahan chal rahi hai azaadi ki.</w:t>
      </w:r>
    </w:p>
    <w:p>
      <w:pPr>
        <w:jc w:val="right"/>
      </w:pPr>
      <w:r>
        <w:t>ज़िंदगी भर कभी भी emotional outburst के तहत कोई काम नहीं किया. एक बार एक बर्मी थे मौराना के class में classmate. तो जब बर्मा में जो तहरीक चली, मुसलमानों ने जो तहरीक चलाई थी अपनी अलग state बनाने की, तो वह उन्होंने कहा चलिए आप भी बर्मा चलिए हम लोग उसमें शाबिल हो जाएंगे. जो तैरीक वहां चल रही है आज़ादी की.</w:t>
      </w:r>
    </w:p>
    <w:p>
      <w:r>
        <w:rPr>
          <w:b/>
        </w:rPr>
        <w:t xml:space="preserve">[53:15] </w:t>
      </w:r>
      <w:r>
        <w:t>Toh unko bahut Maulana samjhaya yeh sab bilkul galat baat hai. Magar unki samajh mein nahi aaya woh chale gaye phir pata nahi unka kya woh hua. Woh toh tehreek bilkul sarasar nakaam ho gayi.</w:t>
      </w:r>
    </w:p>
    <w:p>
      <w:pPr>
        <w:jc w:val="right"/>
      </w:pPr>
      <w:r>
        <w:t>तो उनको बहुत मोरानान समझाया यह सब बिल्कुल गलत बात है. मगर उनकी समझ में नहीं आया वह चले गए फिर पता नहीं उनका क्या वह हुआ. वह तो तैरीक बिल्कुल सरासर नाकाम हो गई.</w:t>
      </w:r>
    </w:p>
    <w:p>
      <w:r>
        <w:rPr>
          <w:b/>
        </w:rPr>
        <w:t xml:space="preserve">[53:26] </w:t>
      </w:r>
      <w:r>
        <w:t>Toh Maulana ne kabhi bhi is tarike ke tehreek mein shamil nahi hue balki hamesha unke khilaf likha kyunke haqeeqat pasandi ka jo lesson unko nature mein mila tha toh jo kuch bhi unko nature mein lesson mila usko unhone apply kiya apni zindagi par, apni writings par. Usi ki wajah se unki har cheez mein haqeeqat pasandi jhalakti hai.</w:t>
      </w:r>
    </w:p>
    <w:p>
      <w:pPr>
        <w:jc w:val="right"/>
      </w:pPr>
      <w:r>
        <w:t>तो माना ने कभी भी इस तरीके के तैरीके में शामिल नहीं हुए बल्कि हमेशा उनके खिलाफ लिखा क्योंकि हकीकत पसंदी का जो lesson उनको nature में मिला था तो जो कुछ भी उनको nature में lesson मिला उसको उन्होंने apply किया अपनी ज़िंदगी पर, अपनी writings पर. उसी की वजह से उनकी हर चीज़ में हकीकत पसंदी झलकती है.</w:t>
      </w:r>
    </w:p>
    <w:p>
      <w:r>
        <w:rPr>
          <w:b/>
        </w:rPr>
        <w:t xml:space="preserve">[53:53] </w:t>
      </w:r>
      <w:r>
        <w:t>Har cheez mein result dekhte the ke is kaam ka result kya hai? Ji. Asha Allah. Aap yeh sawal Delhi se Maulana Farhad Umri sahib ne bheja hai. Unhone likha hai Maulana ne marifat par bahut zyada zor diya hai. Mera sawal yeh hai ke marifat kya hai aur woh itni zaroori kyun hai? Iske bare mein bataye. Marifat kehte hain realization of god. Ji.</w:t>
      </w:r>
    </w:p>
    <w:p>
      <w:pPr>
        <w:jc w:val="right"/>
      </w:pPr>
      <w:r>
        <w:t>हर चीज़ में result देखते थे कि इस काम का result क्या है? जी. आशा अल्लाह. आप यह सवाल दिल्ली से मुलाना फराद उम्री साहब ने भेजा है. उन्होंने लिखा है मुलाना ने मारेफत पर बहुत ज़्यादा ज़ोर दिया है. मेरा सवाल यह है कि मारेफत क्या है और वह इतनी ज़रूरी क्यों है? इसके बारे में आप बताएं. मारेफत कहते हैं realization of god. जी.</w:t>
      </w:r>
    </w:p>
    <w:p>
      <w:r>
        <w:rPr>
          <w:b/>
        </w:rPr>
        <w:t xml:space="preserve">[54:20] </w:t>
      </w:r>
      <w:r>
        <w:t>Toh ek toh level ibaadat ka woh hai jo hum rasmi ibaadat karte hain humne kuch duaen yaad kar li usko padh dete hain aur ek hai ke spirit ke saath ibaadat. Toh jab spirit ke saath ibaadat hoti hai us waqt hamein Khuda se connection qayam hota hai. Toh usi ko marifat kehte hain.</w:t>
      </w:r>
    </w:p>
    <w:p>
      <w:pPr>
        <w:jc w:val="right"/>
      </w:pPr>
      <w:r>
        <w:t>तो एक तो level एबादत का वह है जो हम रस्मी एबादत करते हैं हमने कुछ दुआएं याद कर ली उसको पढ़ देते हैं और एक है कि spirit के साथ एबादत. तो जब spirit के साथ एबादत होती है उस वक्त हमें खुदा से connection कायम होता है. तो उसी को मार्फत कहते हैं.</w:t>
      </w:r>
    </w:p>
    <w:p>
      <w:r>
        <w:rPr>
          <w:b/>
        </w:rPr>
        <w:t xml:space="preserve">[54:40] </w:t>
      </w:r>
      <w:r>
        <w:t>Toh marifat hasil karna bahut zyada zaroori hai kyunke wahan na keh rahe the ke jin logon ko marifat hasil nahi hogi unko Khuda ke pados mein jannat jo ke Khuda ka pados hai wahan jagah nahi mil sakti.</w:t>
      </w:r>
    </w:p>
    <w:p>
      <w:pPr>
        <w:jc w:val="right"/>
      </w:pPr>
      <w:r>
        <w:t>तो मार्फत हासिल करना बहुत ज़्यादा ज़रूरी है क्योंकि वहां ना कह रहे थे कि जिन लोगों को मार्फत हासिल नहीं होगी उनको खुदा के पड़ोस में जन्नत जो कि खुदा का पड़ोस है वहां जगह नहीं मिल सकती.</w:t>
      </w:r>
    </w:p>
    <w:p>
      <w:r>
        <w:rPr>
          <w:b/>
        </w:rPr>
        <w:t xml:space="preserve">[54:54] </w:t>
      </w:r>
      <w:r>
        <w:t>yahi criterion hai ki hum khuda ke marfat hasil karen aur khuda ke marfat tabhi hasil hogi jab</w:t>
      </w:r>
    </w:p>
    <w:p>
      <w:pPr>
        <w:jc w:val="right"/>
      </w:pPr>
      <w:r>
        <w:t>यही criterion है कि हम खुदा के मारफत हासिल करें और खुदा के मारफत तभी हासिल होगी जब</w:t>
      </w:r>
    </w:p>
    <w:p>
      <w:r>
        <w:rPr>
          <w:b/>
        </w:rPr>
        <w:t xml:space="preserve">[55:01] </w:t>
      </w:r>
      <w:r>
        <w:t>hum bahut hi zyada dil ke sath hoda ki yaad karen, hoda ki jo spirit ke sath hoda</w:t>
      </w:r>
    </w:p>
    <w:p>
      <w:pPr>
        <w:jc w:val="right"/>
      </w:pPr>
      <w:r>
        <w:t>हम बहुत ही ज़्यादा दिल के साथ होदा की याद करें, होदा की जो spirit के साथ होदा</w:t>
      </w:r>
    </w:p>
    <w:p>
      <w:r>
        <w:rPr>
          <w:b/>
        </w:rPr>
        <w:t xml:space="preserve">[55:08] </w:t>
      </w:r>
      <w:r>
        <w:t>ki yeh vadat karen aur pure khuroos ke sath, khushu khuju ke sath tab hamein hoda ki marfat</w:t>
      </w:r>
    </w:p>
    <w:p>
      <w:pPr>
        <w:jc w:val="right"/>
      </w:pPr>
      <w:r>
        <w:t>की यह वादत करें और पूरे खुरूस के साथ, खुशू खुजू के साथ तब हमें होदा की मार्फत</w:t>
      </w:r>
    </w:p>
    <w:p>
      <w:r>
        <w:rPr>
          <w:b/>
        </w:rPr>
        <w:t xml:space="preserve">[55:15] </w:t>
      </w:r>
      <w:r>
        <w:t>hasil hogi aur khuda ki marfat hasil karne ke liye distraction se bachne ko bahut zyada maurana kehte</w:t>
      </w:r>
    </w:p>
    <w:p>
      <w:pPr>
        <w:jc w:val="right"/>
      </w:pPr>
      <w:r>
        <w:t>हासिल होगी और खुदा की मारफत हासिल करने के लिए distraction से बचने को बहुत ज़्यादा मौराना कहते</w:t>
      </w:r>
    </w:p>
    <w:p>
      <w:r>
        <w:rPr>
          <w:b/>
        </w:rPr>
        <w:t xml:space="preserve">[55:22] </w:t>
      </w:r>
      <w:r>
        <w:t>the ki hamein distraction se bachna hai kyunki jab tak hum concentrate nahin karenge kisi ek point par</w:t>
      </w:r>
    </w:p>
    <w:p>
      <w:pPr>
        <w:jc w:val="right"/>
      </w:pPr>
      <w:r>
        <w:t>थे कि हमें distraction से बचना है क्योंकि जब तक हम concentrate नहीं करेंगे किसी एक point पर</w:t>
      </w:r>
    </w:p>
    <w:p>
      <w:r>
        <w:rPr>
          <w:b/>
        </w:rPr>
        <w:t xml:space="preserve">[55:29] </w:t>
      </w:r>
      <w:r>
        <w:t>tab tak hamein kuch hasil nahin hoga.</w:t>
      </w:r>
    </w:p>
    <w:p>
      <w:pPr>
        <w:jc w:val="right"/>
      </w:pPr>
      <w:r>
        <w:t>तब तक हमें कुछ हासिल नहीं होगा.</w:t>
      </w:r>
    </w:p>
    <w:p>
      <w:r>
        <w:rPr>
          <w:b/>
        </w:rPr>
        <w:t xml:space="preserve">[55:36] </w:t>
      </w:r>
      <w:r>
        <w:t>Toh hamein Khuda ki baaton par concentrate karna hai, Khuda ko yaad karna hai, apne har kaam Khuda ki marzi ke mutabiq karna hai. Tab hamein Khuda ki madad milegi aur Khuda ke farishton ki madad milegi. Tabhi hamare andar jo hai spirituality paida hogi aur hum Khuda ki marifat hamein hasil hogi aur tabhi hum Khuda ke deserving candidate banenge jannat mein jaane ke liye.</w:t>
      </w:r>
    </w:p>
    <w:p>
      <w:pPr>
        <w:jc w:val="right"/>
      </w:pPr>
      <w:r>
        <w:t>तो हमें खुदा की बातों पर concentrate करना है, खुदा को याद करना है, अपने हर काम खुदा की मर्ज़ी के मुताबिक करना है. तब हमें खुदा की मदद मिलेगी और खुदा के फरिश्तों की मदद मिलेगी. तभी हमारे अंदर जो है spirituality पैदा होगी और हम खुदा की मार्फत हमें हासिल होगी और तभी हम खुदा के deserving candidate बनेंगे जन्नत में जाने के लिए.</w:t>
      </w:r>
    </w:p>
    <w:p>
      <w:r>
        <w:rPr>
          <w:b/>
        </w:rPr>
        <w:t xml:space="preserve">[56:06] </w:t>
      </w:r>
      <w:r>
        <w:t>Maroo kitab hai marifat. Maulana ne poori kitab is par likhi hai. Bahut hi important kitab hai. Usko aap logon ko padhiye. Ji aur aap ek yeh cheez bhi hai ke rozmarra zindagi mein lessons nikalna, chhoti chhoti cheezon se yeh nahi ke ek bahut bada koi incident ho toh usi se aap lesson nikal sakte hain. Marifat tabhi develop hoti hai jab hum usko link kar sakein.</w:t>
      </w:r>
    </w:p>
    <w:p>
      <w:pPr>
        <w:jc w:val="right"/>
      </w:pPr>
      <w:r>
        <w:t>मारू किताब है मारफत. मोरानंद पूरी किताब इस पर लिखी है. बहुत ही important किताब है. उसको आप लोगों को पढ़िए. जी और आपा एक यह चीज़ भी है कि रोज़मर्रा ज़िंदगी में lessons निकालना, छोटी छोटी चीज़ों से यह नहीं कि एक बहुत बड़ा कोई incident हो तो उसी से आप lesson निकाल सकते हैं. मारेफत तभी develop होती है जब हम उसको link कर सकें.</w:t>
      </w:r>
    </w:p>
    <w:p>
      <w:r>
        <w:rPr>
          <w:b/>
        </w:rPr>
        <w:t xml:space="preserve">[56:32] </w:t>
      </w:r>
      <w:r>
        <w:t>Daily example se jaise Maulana ne Discovering God mein ek bada achha example diya hai aap ke ek Australian magazine education magazine mein ek ek ek article tha jo Indian youths ko address kar raha tha aur kyunke universities hoti hain foreign universities woh students ko attract karti hain.</w:t>
      </w:r>
    </w:p>
    <w:p>
      <w:pPr>
        <w:jc w:val="right"/>
      </w:pPr>
      <w:r>
        <w:t>Daily example से जैसे मुलाना ने Discovering God में एक बड़ा अच्छा example दिया है आपा कि एक Australian magazine education magazine में एक एक एक article था जो Indian youths को address कर रहा था और क्योंकि universities होती हैं foreign universities वह students को attract करती हैं.</w:t>
      </w:r>
    </w:p>
    <w:p>
      <w:r>
        <w:rPr>
          <w:b/>
        </w:rPr>
        <w:t xml:space="preserve">[56:53] </w:t>
      </w:r>
      <w:r>
        <w:t>Toh usmein unhone dikhaya australian magazine mein ek bada sa world map aur usmein unhone dikhaya ke white mein India ko dikhaya white color mein aur at a distance of thousand miles unhone Australia ka map dikhaya green color mein aur unhone indian youth ko address karte hue kaha ke you are here, matlab jahan white color tha aur green color ki taraf dikhaya, likha ke your future lies there.</w:t>
      </w:r>
    </w:p>
    <w:p>
      <w:pPr>
        <w:jc w:val="right"/>
      </w:pPr>
      <w:r>
        <w:t>तो उसमें उन्होंने दिखाया australian magazine में एक बड़ा सा world map और उसमें उन्होंने दिखाया कि white में India को दिखाया white color में और at a distance of thousand miles उन्होंने Australia का map दिखाया green color में और उन्होंने indian youth को address करते हुए कहा कि you are here, मतलब जहा white color था और green color की तरफ दिखाया, लिखा कि your future lies there.</w:t>
      </w:r>
    </w:p>
    <w:p>
      <w:r>
        <w:rPr>
          <w:b/>
        </w:rPr>
        <w:t xml:space="preserve">[57:19] </w:t>
      </w:r>
      <w:r>
        <w:t>to Maulana ne kaha ke all of a sudden mere zehan mein baat aayi ke maut se pehle hum is duniya mein hain. We are in this world but hamara future jo eternal future hai that lies in the hereafter. So we should be concerned not about this world but we should be concerned about our eternal future which lies in the hereafter. To maarifat yahi hai ke hum usko roz jo hai hum lessons derive kar saken.</w:t>
      </w:r>
    </w:p>
    <w:p>
      <w:pPr>
        <w:jc w:val="right"/>
      </w:pPr>
      <w:r>
        <w:t>तो मुलाना ने कहा कि all of a sudden मेरे ज़हन में बात आई कि मौत से पहले हम इस दुनिया में हैं. We are in this world but हमारा future जो eternal future है that lies in the hereafter. So we should be concerned not about this world but we should be concerned about our eternal future which lies in the hereafter. तो मारेफत यही है कि हम उसको रोज़ जो है हम lessons derive कर सकें.</w:t>
      </w:r>
    </w:p>
    <w:p>
      <w:r>
        <w:rPr>
          <w:b/>
        </w:rPr>
        <w:t xml:space="preserve">[57:45] </w:t>
      </w:r>
      <w:r>
        <w:t>hamari jo zindagi ke aas paas jo environment hai usse hum kya lessons nikal sakte hain? As spiritual food. Lekin woh tabhi ho sakta hai jab hamari muzbat approach ho, hamara reactionary attitude na ho aur hamare andar ek doosre ke liye khair khwahi wali ek ek attitude ho, tabhi hum maarifat apne andar develop kar sakte hain.</w:t>
      </w:r>
    </w:p>
    <w:p>
      <w:pPr>
        <w:jc w:val="right"/>
      </w:pPr>
      <w:r>
        <w:t>हमारी जो ज़िंदगी के आसपास जो environment है उससे हम क्या lessons निकाल सकते हैं? As spiritual food. लेकिन वह तभी हो सकता है जब हमारी मुज़बत approach हो, हमारा reactionary attitude ना हो और हमारे अंदर एक दूसरे के लिए खैर ख्वाही वाली एक एक attitude हो, तभी हम मारेफत अपने अंदर develop कर सकते हैं.</w:t>
      </w:r>
    </w:p>
    <w:p>
      <w:r>
        <w:rPr>
          <w:b/>
        </w:rPr>
        <w:t xml:space="preserve">[58:07] </w:t>
      </w:r>
      <w:r>
        <w:t>aap yeh aakhri sawal aaj ke program ka ke Maulana haq ki talash ke liye nikle aur kai stages se woh guzre. To aap main chahunga ke aap kuch un stages ke bare mein batate hue is session ko aap khatam karen. Aaj sari baaten to nahi ho sakti. Hum aapko phir se request karenge ke iske kuch aur episodes bhi aap karen.</w:t>
      </w:r>
    </w:p>
    <w:p>
      <w:pPr>
        <w:jc w:val="right"/>
      </w:pPr>
      <w:r>
        <w:t>आप यह आखिरी सवाल आज के program का कि मुलाना हक की तलाश के लिए निकले और कई stages से वह गुज़रे. तो आप मैं चाहूंगा कि आप कुछ उन stages के बारे में बताते हुए इस session को आप खत्म करें. आज सारी बातें तो नहीं हो सकती. हम आपको फिर से request करेंगे कि इसके कुछ और episodes भी आप करें.</w:t>
      </w:r>
    </w:p>
    <w:p>
      <w:r>
        <w:rPr>
          <w:b/>
        </w:rPr>
        <w:t xml:space="preserve">[58:32] </w:t>
      </w:r>
      <w:r>
        <w:t>par aaj session ke khatam hone ke lihaz se yeh aakhri sawal mera aapke liye. To asal mein jo pehle aaya hai ke woh aisa halaat the wahan ke ke bahar to siyasi mahol tha poora poori poori muslim world mein siyasi mahol tha aur ghar ke andar wahi sher shayari yahi sab mahol tha.</w:t>
      </w:r>
    </w:p>
    <w:p>
      <w:pPr>
        <w:jc w:val="right"/>
      </w:pPr>
      <w:r>
        <w:t>पर आज session के खत्म होने के लिहाज से यह आखिरी सवाल मेरा आपके लिए. तो असल में जो पहले आया है कि वह ऐसा हालात थे वहां के कि बाहर तो सियासी माहौल था पूरा पूरी पूरी मुस्लिम world में सियासी माहौल था और घर के अंदर वही शेर शायरी यही सब माहौल था.</w:t>
      </w:r>
    </w:p>
    <w:p>
      <w:r>
        <w:rPr>
          <w:b/>
        </w:rPr>
        <w:t xml:space="preserve">[59:01] </w:t>
      </w:r>
      <w:r>
        <w:t>to asal jo marfat wala deen jo hai na woh kahin nahi tha. To jab madarse se nikle, jab madarse tul islah se jab nikle, to unko laga ke madarse tul islam mein ek kha ek ek cheez hai jisko nazm quran kehte hain. To Maulana hamiduddin Farahi ne yeh tasabur yeh theory di thi nazm quran ki.</w:t>
      </w:r>
    </w:p>
    <w:p>
      <w:pPr>
        <w:jc w:val="right"/>
      </w:pPr>
      <w:r>
        <w:t>तो असल जो मार्फत वाला दीन जो है ना वह कहीं नहीं था. तो जब मदरसे से निकले, जब मदरसे तुल इस्लाह से जब निकले, तो उनको लगा कि मदरसे तुल इस्लाम में एक खा एक एक चीज़ है जिसको नज़म कुरान कहते हैं. तो मोराना हमेदुद्दीन फराही ने यह तसबूर यह theory दी थी नज़्म कुरान की.</w:t>
      </w:r>
    </w:p>
    <w:p>
      <w:r>
        <w:rPr>
          <w:b/>
        </w:rPr>
        <w:t xml:space="preserve">[59:27] </w:t>
      </w:r>
      <w:r>
        <w:t>to unhone kaha ke nazm quran jo hai woh fahamm quran ki kaleed hai. Yaani quran ki har verse jo hai apni pichli verse ya apni uske baad aane wali verse se related hai. To yahi isi par woh madarse mein baqada har dam bahas hoti thi.</w:t>
      </w:r>
    </w:p>
    <w:p>
      <w:pPr>
        <w:jc w:val="right"/>
      </w:pPr>
      <w:r>
        <w:t>तो उन्होंने कहा कि नज़्म कुरान जो है वह फहम्म कुरान की कलीद है. यानी कुरान की हर verse जो है अपनी पिछली वर्ष या अपनी उसके बाद आने वाली वर्ष से related है. तो यही इसी पर वो mother से मैं बाकादा हर दम बहस होती थी.</w:t>
      </w:r>
    </w:p>
    <w:p>
      <w:r>
        <w:rPr>
          <w:b/>
        </w:rPr>
        <w:t xml:space="preserve">[59:47] </w:t>
      </w:r>
      <w:r>
        <w:t>to yeh sari cheezen relevance aur irrelevance talash karte karte aur logon ko lagta tha bahut hi fascinating idea lagta tha ke yeh is tarike se hum quran ko samajh sakte hain. Ke uska kya relevance hai pichli verse se aur agli verse se. To woh kehte the tamam verse se pichli verse agli verse se related hai. To lekin jab bahar nikle to unko laga us waqt unko lagta tha ke jo kuch woh samajh rahe hai wahi wahi awikkat hai.</w:t>
      </w:r>
    </w:p>
    <w:p>
      <w:pPr>
        <w:jc w:val="right"/>
      </w:pPr>
      <w:r>
        <w:t>तो यह सारी चीज़ें relevance और irrelevance तलाश करते करते और लोगों को लगता था बहुत ही fascinating idea लगता था कि यह इस तरीके से हम कुरान को समझ सकते हैं. कि उसका क्या relevance है पिछली verse से और अगली verse से. तो वह कहते थे तमाम वर्ष से पिछली वर्ष अगली वर्ष से related है. तो लेकिन जब बाहर निकले तो उनको लगा उस वक्त उनको लगता था कि जो कुछ वह समझ रहे है वही वही अविक्कत है.</w:t>
      </w:r>
    </w:p>
    <w:p>
      <w:r>
        <w:rPr>
          <w:b/>
        </w:rPr>
        <w:t xml:space="preserve">[1:00:17] </w:t>
      </w:r>
      <w:r>
        <w:t>lekin jab bahar nikle to unko laga ke misteron ki duniya mein ek mol bhi bankar main reh gaya aur jo nai duniya thi jo log ghar mein bhi jo log english educated log the bahar bhi the to woh jo tarah tarah ke jo sawalaat poochte the usse koi jawab nahi ban pata tha. Matlab quran ka relevance maujooda jo halaat hai usse kya hai?</w:t>
      </w:r>
    </w:p>
    <w:p>
      <w:pPr>
        <w:jc w:val="right"/>
      </w:pPr>
      <w:r>
        <w:t>लेकिन जब बाहर निकले तो उनको लगा कि misterओं की दुनिया में एक मोल भी बनकर मैं रह गया और जो नई दुनिया थी जो लोग घर में भी जो लोग english educated लोग थे बाहर भी थे तो वो जो तरह तरह के जो सवालात पूछते थे उसे कोई जवाब नहीं वन पाता था. मतलब कुरान का relevance मौजूदा जो हालात है उससे क्या है?</w:t>
      </w:r>
    </w:p>
    <w:p>
      <w:r>
        <w:rPr>
          <w:b/>
        </w:rPr>
        <w:t xml:space="preserve">[1:00:44] </w:t>
      </w:r>
      <w:r>
        <w:t>woh unko samajh mein nahi aata tha. To bahut hi confusion ka shikar ho gaya. Bahut dinon tak matlab namaz roza to kar rahe the lekin woh samajh nahi pa rahe the ke is mazhab ka hamari duniya se taluq kya hai? To kharji duniya se iska kya rabt hai? Woh rabt par woh poora madarse hi qaim tha na? To jo external world hai bahar ki duniya hai uske jo masail hai usse uska kya taluq hai?</w:t>
      </w:r>
    </w:p>
    <w:p>
      <w:pPr>
        <w:jc w:val="right"/>
      </w:pPr>
      <w:r>
        <w:t>वह उनको समझ में नहीं आता था. तो बहुत ही confusion का शिकार हो गया. बहुत दिनों तक मतलब नमाज़ रोज़ा तो कर रहे थे लेकिन वह समझ नहीं पा रहे थे कि इस मज़हब का हमारी दुनिया से ताल्लुक क्या है? तो खार जी दुनिया से इसका क्या रब्त है? वो रब्त पर वो पूरा mother से ही कायम था ना? तो जो external world है बाहर की दुनिया है उसके जो मसाल है उससे उसका क्या ताल्लुक है?</w:t>
      </w:r>
    </w:p>
    <w:p>
      <w:r>
        <w:rPr>
          <w:b/>
        </w:rPr>
        <w:t xml:space="preserve">[1:01:14] </w:t>
      </w:r>
      <w:r>
        <w:t>jo jadidiyat sailab hua hai jo atheism ka sailab aur western culture ka sailab. To yeh iska hal hamare paas kya hai? To woh usmein kuch unhone wahan se nahi seekha. To bahut zyada pareshan ho gaye the yahan tak ke ek article mein likha. Mazhabi jo tabqa tha ke usne koi hal pesh nahi kiya ke jo hamare sare masail hain uska hal kya hai? Quran ke Quran kya hal batata hai?</w:t>
      </w:r>
    </w:p>
    <w:p>
      <w:pPr>
        <w:jc w:val="right"/>
      </w:pPr>
      <w:r>
        <w:t>जो जदियत सैलाब हुआ है जो atheism का सैलाब और western culture का सैलाब. तो यह इसका हल हमारे पास क्या है? तो वह उसमें कुछ उन्होंने वहां से नहीं सीखा. तो बहुत ज़्यादा परेशान हो गए थे यहां तक कि एक article में लिखा. मज़हबी जो तबका था कि उसने कोई हल पेश नहीं किया कि जो हमारे सारे मसाल हैं उसका हल क्या है? पुरान के पुरान क्या हाल बताता है?</w:t>
      </w:r>
    </w:p>
    <w:p>
      <w:r>
        <w:rPr>
          <w:b/>
        </w:rPr>
        <w:t xml:space="preserve">[1:01:43] </w:t>
      </w:r>
      <w:r>
        <w:t>to usi par unhon ne ek article mein likha tha ki mazhabi tabqe ne apni aql ko mazhab ke</w:t>
      </w:r>
    </w:p>
    <w:p>
      <w:pPr>
        <w:jc w:val="right"/>
      </w:pPr>
      <w:r>
        <w:t>तो उसी पर उन्होंने एक article में लिखा था कि मज़हबी तबके ने अपनी अक्ल को मज़हब के</w:t>
      </w:r>
    </w:p>
    <w:p>
      <w:r>
        <w:rPr>
          <w:b/>
        </w:rPr>
        <w:t xml:space="preserve">[1:01:53] </w:t>
      </w:r>
      <w:r>
        <w:t>dibbe mein band karke dayar e aasmani ko parcel kar diya hai.</w:t>
      </w:r>
    </w:p>
    <w:p>
      <w:pPr>
        <w:jc w:val="right"/>
      </w:pPr>
      <w:r>
        <w:t>डिब्बे में बंद करके दयार ए आसमानी को parcel कर दिया है.</w:t>
      </w:r>
    </w:p>
    <w:p>
      <w:r>
        <w:rPr>
          <w:b/>
        </w:rPr>
        <w:t xml:space="preserve">[1:02:04] </w:t>
      </w:r>
      <w:r>
        <w:t>yaani wo apne aankhal ka koi istemal nahi karte.</w:t>
      </w:r>
    </w:p>
    <w:p>
      <w:pPr>
        <w:jc w:val="right"/>
      </w:pPr>
      <w:r>
        <w:t>यानी वो अपने आंखल का कोई इस्तेमाल नहीं करते.</w:t>
      </w:r>
    </w:p>
    <w:p>
      <w:r>
        <w:rPr>
          <w:b/>
        </w:rPr>
        <w:t xml:space="preserve">[1:02:15] </w:t>
      </w:r>
      <w:r>
        <w:t>bas jo riwayati taur par chala aa raha hai jo taswoor bas usi mein wo rehte hain.</w:t>
      </w:r>
    </w:p>
    <w:p>
      <w:pPr>
        <w:jc w:val="right"/>
      </w:pPr>
      <w:r>
        <w:t>बस जो रिवायती तौर पर चला आ रहा है जो तस्वूर बस उसी में वो रहते हैं.</w:t>
      </w:r>
    </w:p>
    <w:p>
      <w:r>
        <w:rPr>
          <w:b/>
        </w:rPr>
        <w:t xml:space="preserve">[1:02:26] </w:t>
      </w:r>
      <w:r>
        <w:t>aur kuch nahi sochte ki jo hamare masal hai unko halka se kiya jaye.</w:t>
      </w:r>
    </w:p>
    <w:p>
      <w:pPr>
        <w:jc w:val="right"/>
      </w:pPr>
      <w:r>
        <w:t>और कुछ नहीं सोचते कि जो हमारे मसाल है उनको हल्का से किया जाए.</w:t>
      </w:r>
    </w:p>
    <w:p>
      <w:r>
        <w:rPr>
          <w:b/>
        </w:rPr>
        <w:t xml:space="preserve">[1:02:37] </w:t>
      </w:r>
      <w:r>
        <w:t>woh nikal pade ghar se kahin jungle mein ja rahe hain kahin sehra mein ja rahe hain. Paidal chal rahe hain. Na saath mein khana na pani alag sookh raha hai chale ja rahe hain aur har dam yeh sher padhte the. Hoda-wan tu kab aayega main kab tak tere aane ka intezar karoon? Yahi padhte padhte lahore chale gaye. Jeb mein paisa nahi shayad pandrah rupya tha gyarah rupay ka ticket mila tha shahganz se. Shahganz tak paidal gaye.</w:t>
      </w:r>
    </w:p>
    <w:p>
      <w:pPr>
        <w:jc w:val="right"/>
      </w:pPr>
      <w:r>
        <w:t>वो निकल पड़े घर से कहीं जंगल में जा रहे हैं कहीं सेहरा में जा रहे हैं. पैदल चल रहे हैं. ना साथ में खाना ना पानी अलग सूख रहा है चले जा रहे हैं और हर दम यह share पड़ते थे. होदावन तू कब आएगा मैं कब तक तेरे आने का इंतज़ार करूं? यही पढ़ते पढ़ते लाहौर चले गए. जेब में पैसा नहीं शायद पंद्रह रुपया था ग्यारह रुपए का ticket मिला था शाहगंज से. शाहगंज तक पैदल गए.</w:t>
      </w:r>
    </w:p>
    <w:p>
      <w:r>
        <w:rPr>
          <w:b/>
        </w:rPr>
        <w:t xml:space="preserve">[1:03:06] </w:t>
      </w:r>
      <w:r>
        <w:t>paidal badhiya se char paanch station hain wahan tak paidal gaye. To phir uske baad shahganz se ticket liya. To usmein yeh sher padh rahe the. Us zamane mein sher shayari ka bahut zyada zor tha. Chala hai shauq bekhabar junoon mein jaaniye kidhar na koi manzil-e-safar na qaid kuch muqam ki.</w:t>
      </w:r>
    </w:p>
    <w:p>
      <w:pPr>
        <w:jc w:val="right"/>
      </w:pPr>
      <w:r>
        <w:t>पैदल बढ़िया से चार पांच station है वहां तक पैदल गए. तो और फिर उसके बाद शाघन से ticket लिया. तो उसमें यह शेर पढ़ रहे थे. उस जमाने में शेर शायरी का बहुत ज़्यादा ज़ोर था. चला है शौक बेखबर जुनू में जानिए किधर ना कोई मनजिले सफर ना कैद कुछ मुकाम की.</w:t>
      </w:r>
    </w:p>
    <w:p>
      <w:r>
        <w:rPr>
          <w:b/>
        </w:rPr>
        <w:t xml:space="preserve">[1:03:34] </w:t>
      </w:r>
      <w:r>
        <w:t>to is tarike se gaadi mein baith gaye jeb mein paisa bhi nahi tha. Phir wahan jab pahunche to wahan kuch samajh mein nahi aaya ke ab kya karne kidhar jaen? To wahan par aisa laga ke kahin koi engine shunting kar raha tha. To aisa jeech raha tha ke use main khoob jaaun. To phir uske baad lag usmein likhte hain. Kuch kaafi cheezen likhi hain Maulana ne mukammal biography nahi hai lekin kaafi cheezen likhi hain.</w:t>
      </w:r>
    </w:p>
    <w:p>
      <w:pPr>
        <w:jc w:val="right"/>
      </w:pPr>
      <w:r>
        <w:t>तो इस तरीके से गाड़ी में बैठ गए जेब में पैसा भी नहीं था. फिर वहां जब पहुंचे तो वहां कुछ समझ में नहीं आया कि अब क्या करने किधर जाएं? तो वहां पर ऐसा लगा कि कहीं कोई engine shunting कर रहा था. तो ऐसा जीचा रहा था कि उसे मैं खूद जाए. तो फिर उसके बाद लग उसमें लिखते हैं. कुछ काफी चीज़ें लिखी हैं मौरान ने मुकंबल biography नहीं है लेकिन काफी चीज़ें लिखी हैं.</w:t>
      </w:r>
    </w:p>
    <w:p>
      <w:r>
        <w:rPr>
          <w:b/>
        </w:rPr>
        <w:t xml:space="preserve">[1:04:02] </w:t>
      </w:r>
      <w:r>
        <w:t>to aisa unko laga ke jaise koi pakad ke unko kheench raha hai. To phir wahan se station se bahar nikle. Ab aise hi sadak par chal rahe the koi jaan na pehchan. Ab koi naujawan kahin ja raha tha. Suit boot, mein suited booted to usse poocha to aap kya kaam karte hain? To usne kaha main kisi bank mein kaam karta hoon keh ke chala gaya.</w:t>
      </w:r>
    </w:p>
    <w:p>
      <w:pPr>
        <w:jc w:val="right"/>
      </w:pPr>
      <w:r>
        <w:t>तो ऐसा उनको लगा कि जैसे कोई पकड़ के उनको खींच रहा है. तो फिर वहां से station से बाहर निकले. अब ऐसे ही सड़क पर चल रहे थे कोई जान न पहचान. अब कोई नौजवान कहीं जा रहा था. Suit boot, मैं suited booted तो उससे पुछा तो आप क्या काम करते हैं? तो उसने कहा मैं किसी bank में काम करता हूं कह के चला गया.</w:t>
      </w:r>
    </w:p>
    <w:p>
      <w:r>
        <w:rPr>
          <w:b/>
        </w:rPr>
        <w:t xml:space="preserve">[1:04:27] </w:t>
      </w:r>
      <w:r>
        <w:t>phir dekha to wahan ek masjid thi uska naam tha Australia masjid. To woh koi Muhammad Bakhsh Australia gaye the wahan se aaye the to unhone ek masjid banayi thi dekhiye railway station ke paas thi. To wahan apna saman-saman rakha phir paidal chalna shuru kar diya. To phir Allah Muhammad Iqbal ka makan samne aaya Mehar road par phir wahan wahi Khuda-wand to kab aayega?</w:t>
      </w:r>
    </w:p>
    <w:p>
      <w:pPr>
        <w:jc w:val="right"/>
      </w:pPr>
      <w:r>
        <w:t>फिर देखा तो वहां एक मस्जिद थी उसका नाम था Australia मस्जिद. तो वह कोई मोहम्मद बक्श Australia गए थे वहां से आए थे तो उन्होंने एक मस्जिद बनाई थी देखिए railway station के पास थी. तो वहां अपना सामान्मान रखा फिर पैदल चलना शुरू कर दिया. तो फिर अल्लाह माह इकबाल का मकान सामने आया मेहोर road पर फिर वहां वही खुदाबंद तो कब आएगा?</w:t>
      </w:r>
    </w:p>
    <w:p>
      <w:r>
        <w:rPr>
          <w:b/>
        </w:rPr>
        <w:t xml:space="preserve">[1:04:55] </w:t>
      </w:r>
      <w:r>
        <w:t>khudaband to kab aayega?</w:t>
      </w:r>
    </w:p>
    <w:p>
      <w:pPr>
        <w:jc w:val="right"/>
      </w:pPr>
      <w:r>
        <w:t>खुदाबंद तो कब आएगा?</w:t>
      </w:r>
    </w:p>
    <w:p>
      <w:r>
        <w:rPr>
          <w:b/>
        </w:rPr>
        <w:t xml:space="preserve">[1:05:03] </w:t>
      </w:r>
      <w:r>
        <w:t>yahi kahe ki chalte chale ja rahe the jab bahut pyas lagi to ek nal dekha to nal</w:t>
      </w:r>
    </w:p>
    <w:p>
      <w:pPr>
        <w:jc w:val="right"/>
      </w:pPr>
      <w:r>
        <w:t>यही कहे कि चलते चले जा रहे थे जब बहुत प्यास लगी तो एक नल देखा तो नल</w:t>
      </w:r>
    </w:p>
    <w:p>
      <w:r>
        <w:rPr>
          <w:b/>
        </w:rPr>
        <w:t xml:space="preserve">[1:05:11] </w:t>
      </w:r>
      <w:r>
        <w:t>chalaya hand pump pani nahi nikal raha tha.</w:t>
      </w:r>
    </w:p>
    <w:p>
      <w:pPr>
        <w:jc w:val="right"/>
      </w:pPr>
      <w:r>
        <w:t>चलाया hand pump पानी नहीं निकल रहा था.</w:t>
      </w:r>
    </w:p>
    <w:p>
      <w:r>
        <w:rPr>
          <w:b/>
        </w:rPr>
        <w:t xml:space="preserve">[1:05:19] </w:t>
      </w:r>
      <w:r>
        <w:t>woh toti wahan ki band thi aur woh pani jo hai masjid ke hauz mein jata tha.</w:t>
      </w:r>
    </w:p>
    <w:p>
      <w:pPr>
        <w:jc w:val="right"/>
      </w:pPr>
      <w:r>
        <w:t>वह टोटी वहां की बंद थी और वह पानी जो है मस्जिद के हौज में जाता था.</w:t>
      </w:r>
    </w:p>
    <w:p>
      <w:r>
        <w:rPr>
          <w:b/>
        </w:rPr>
        <w:t xml:space="preserve">[1:05:28] </w:t>
      </w:r>
      <w:r>
        <w:t>to das pandrah din wahan unhone apne paas rakha phir woh tailor the. To woh ek tailoring shop thi wahan par mall road par jo ki jiska Quaid-e-Azam kahi jati hai. To wahan par tailoring shop mein ek bahut bada sa hota hai B.Lila Ram and Sons ka board laga hua tha. Woh wahan gaye ke inko kuch tailor ka tailoring ka kuch kaam waam dilaye.</w:t>
      </w:r>
    </w:p>
    <w:p>
      <w:pPr>
        <w:jc w:val="right"/>
      </w:pPr>
      <w:r>
        <w:t>तो दस पंद्रह दिन वहां उन्होंने अपने पास रखा फिर वो tailor थे. तो वो एक tailoring shop थी वहां पर माल road पर जो कि जिसका अक्षारा काद्याज़म कही जाती है. तो वहां पर tailoring shop में एक बहुत बड़ा सा होता है b लीला राम and sons का board लगा हुआ था. वह वहां गए कि इनको कुछ tailor का tailoring का कुछ काम वाम दिलाए.</w:t>
      </w:r>
    </w:p>
    <w:p>
      <w:r>
        <w:rPr>
          <w:b/>
        </w:rPr>
        <w:t xml:space="preserve">[1:05:53] </w:t>
      </w:r>
      <w:r>
        <w:t>to wahan par ek tailor master se baat hui to usne shakal dekhi to kaha ke yeh to koi achhe khandan ka ladka hai. Yeh lag raha hai kuch ghar se naraz hokar bhag aaya hai. To isko ticket paisa diya paisa to tha hi nahi. Paisa diya phir kaha ke le jakar isko station par baitha do. Ticket khareed ke ghar chala jaye. To is tarike se woh ghar wapas aaye. Lekin woh jo jazba tha woh wahi baqi raha ke Khuda-wand tu kab aayega?</w:t>
      </w:r>
    </w:p>
    <w:p>
      <w:pPr>
        <w:jc w:val="right"/>
      </w:pPr>
      <w:r>
        <w:t>तो वहां पर एक tailor master से बात हुई तो उसने शक्ल देखी तो कहा कि यह तो कोई अच्छे खानदान का लड़का है. यह लग रहा है कुछ घर से नाराज़ होकर भाग आया है. तो इसको ticket पैसा दिया पैसा तो था ही नहीं. पैसा दिया फिर कहा कि ले जाकर इसको station पर बैठा दो. Ticket खरीद के घर चला जाए. तो इस तरीके से वह घर वापस आए. लेकिन वह जो जज़्बा था वह वही बाकी रहा कि खुदाबंद तू कब आएगा?</w:t>
      </w:r>
    </w:p>
    <w:p>
      <w:r>
        <w:rPr>
          <w:b/>
        </w:rPr>
        <w:t xml:space="preserve">[1:06:22] </w:t>
      </w:r>
      <w:r>
        <w:t>Khuda-wand tu kab aayega? Phir unhone kahin padha ke Swami Vivekananda to phir uske baad wahan se jab wapas aaye to Kerala ke station par wahan unko ek padri mila.</w:t>
      </w:r>
    </w:p>
    <w:p>
      <w:pPr>
        <w:jc w:val="right"/>
      </w:pPr>
      <w:r>
        <w:t>खुदाबंद तू कब आएगा? फिर उन्होंने कहीं पढ़ा कि स्वामी विवेकानंद तो फिर उसके बाद वहां से जब वापस आए तो केरला के station पर वहां उनको एक पादरी मिला.</w:t>
      </w:r>
    </w:p>
    <w:p>
      <w:r>
        <w:rPr>
          <w:b/>
        </w:rPr>
        <w:t xml:space="preserve">[1:06:52] </w:t>
      </w:r>
      <w:r>
        <w:t>padri kaafi usne apni Christianity ke bare mein baatchit ki. Phir jab baatchit karne ke baad woh jaate hue na ek pamphlet de gaya. To pamphlet bahut achha chapa hua tha. To woh yahan se unko idea mila ke hum bhi aisa hi karen ke Islam ke bare mein Islam ko introduce karne ke liye chhote chhote khoobsurat pamphlet hamare paas leaflet hamare paas hona chahiye.</w:t>
      </w:r>
    </w:p>
    <w:p>
      <w:pPr>
        <w:jc w:val="right"/>
      </w:pPr>
      <w:r>
        <w:t>पादरी काफी उसने अपनी christianity के बारे में बातचीत की. फिर जब बातचीत करने के बाद वो जाते हुए ना एक pamphlet दे गया. तो pamphlet बहुत अच्छा छपा हुआ था. तो वो यहां से उनको idea मिला कि हम भी ऐसा ही करें कि इस्लाम के बारे में इस्लाम को introduce करने के लिए छोटे छोटे खूबसूरत pamphlet हमारे पास leaflet हमारे पास होना चाहिए.</w:t>
      </w:r>
    </w:p>
    <w:p>
      <w:r>
        <w:rPr>
          <w:b/>
        </w:rPr>
        <w:t xml:space="preserve">[1:07:19] </w:t>
      </w:r>
      <w:r>
        <w:t>to is tarike se woh dawat ka idea dawat ka idea to poore mahol mein kahin tha hi nahi. To yahan se unko idea mila ke dawat ko is tarike se literature ke zariye se hamein karna chahiye. To yeh sab baad mein materialize hua lekin woh idea aaya us waqt unko samajh mein. To phir wahan se aane ke baad yeh sara jo sab ghoome uske baad unhone phir padhai shuru ki.</w:t>
      </w:r>
    </w:p>
    <w:p>
      <w:pPr>
        <w:jc w:val="right"/>
      </w:pPr>
      <w:r>
        <w:t>तो इस तरीके से वो दावत का idea दावत का idea तो पूरे माहौल में कहीं था ही नहीं. तो यहां से उनको idea मिला कि दावत को इस तरीके से literature के जरिए से हमें करना चाहिए. तो यह सब बाद में materialize हुआ लेकिन वह idea आया उस वक्त उनको समझ में. तो फिर वहां से आने के बाद ये सारा जो सब घूमे उसके बाद उन्होंने फिर पढ़ाई शुरू की.</w:t>
      </w:r>
    </w:p>
    <w:p>
      <w:r>
        <w:rPr>
          <w:b/>
        </w:rPr>
        <w:t xml:space="preserve">[1:07:44] </w:t>
      </w:r>
      <w:r>
        <w:t>to woh jab ghoomne phirne se jab unko jisko riyazat kalb bolte hain Sufism mein. To wahan abhi kuch unko ashrafi bakhsh koi jawab nahi mila. To phir unhone padhna shuru kiya. To pehle to sari arabi kitaben padh dali. Tafsir ki, hadith ki, jo bhi kitaben available thi library mein phir unhone angrezi padhna shuru kiya.</w:t>
      </w:r>
    </w:p>
    <w:p>
      <w:pPr>
        <w:jc w:val="right"/>
      </w:pPr>
      <w:r>
        <w:t>तो वो जब घूमने फिरने से जब उनको जिसको रियाजत कलब्ज बोलते हैं सुफिज़िम में. तो वहां अभी कुछ उनको अशफी बक्स कोई जवाब नहीं मिला. तो फिर उन्होंने पढ़ना शुरू किया. तो पहले तो सारी अरबी किताबें पढ़ डाली. तफ्सीर की, हदीश की, जो भी किताबें available थी library में फिर उन्होंने अंग्रेज़ी पढ़ना शुरू किया.</w:t>
      </w:r>
    </w:p>
    <w:p>
      <w:r>
        <w:rPr>
          <w:b/>
        </w:rPr>
        <w:t xml:space="preserve">[1:08:09] </w:t>
      </w:r>
      <w:r>
        <w:t>yeh to uske baad unko jo hai samajh na aaya ki islam ka jo jo unhon ne jo madarshe</w:t>
      </w:r>
    </w:p>
    <w:p>
      <w:pPr>
        <w:jc w:val="right"/>
      </w:pPr>
      <w:r>
        <w:t>यह तो उसके बाद उनको जो है समझ ना आया कि इस्लाम का जो जो उन्होंने जो मदर्शे</w:t>
      </w:r>
    </w:p>
    <w:p>
      <w:r>
        <w:rPr>
          <w:b/>
        </w:rPr>
        <w:t xml:space="preserve">[1:08:15] </w:t>
      </w:r>
      <w:r>
        <w:t>mein yeh islam mila tha aur ab jo unhon ne arbi kitabon se islam padha aur angrezi padhi tab</w:t>
      </w:r>
    </w:p>
    <w:p>
      <w:pPr>
        <w:jc w:val="right"/>
      </w:pPr>
      <w:r>
        <w:t>में यह इस्लाम मिला था और अब जो उन्होंने अरबी किताबों से इस्लाम पढ़ा और अंग्रेज़ी पढ़ी तब</w:t>
      </w:r>
    </w:p>
    <w:p>
      <w:r>
        <w:rPr>
          <w:b/>
        </w:rPr>
        <w:t xml:space="preserve">[1:08:22] </w:t>
      </w:r>
      <w:r>
        <w:t>jaker unko islam ki discovery hui aur phir uske baad unhon ne ek maa hakim abdul hai abdul hakim</w:t>
      </w:r>
    </w:p>
    <w:p>
      <w:pPr>
        <w:jc w:val="right"/>
      </w:pPr>
      <w:r>
        <w:t>जाकर उनको इस्लाम की discovery हुई और फिर उसके बाद उन्होंने एक मां हकीम अब्दुल है अब्दुल हकीम</w:t>
      </w:r>
    </w:p>
    <w:p>
      <w:r>
        <w:rPr>
          <w:b/>
        </w:rPr>
        <w:t xml:space="preserve">[1:08:29] </w:t>
      </w:r>
      <w:r>
        <w:t>ansari ek the to unke hath par unhon ne dobara jakar is kalma pada aur dobara islam ko bool</w:t>
      </w:r>
    </w:p>
    <w:p>
      <w:pPr>
        <w:jc w:val="right"/>
      </w:pPr>
      <w:r>
        <w:t>अंसारी एक थे तो उनके हाथ पर उन्होंने दोबारा जाकर इस कलमा पड़ा और दोबारा इस्लाम को बूल</w:t>
      </w:r>
    </w:p>
    <w:p>
      <w:r>
        <w:rPr>
          <w:b/>
        </w:rPr>
        <w:t xml:space="preserve">[1:08:35] </w:t>
      </w:r>
      <w:r>
        <w:t>kiya kyunki beach mein jo confusion ka shikar ho gaye the to uski wajah se aur ek beach</w:t>
      </w:r>
    </w:p>
    <w:p>
      <w:pPr>
        <w:jc w:val="right"/>
      </w:pPr>
      <w:r>
        <w:t>किया क्योंकि beach में जो confusion का शिकार हो गए थे तो उसकी वजह से और एक beach</w:t>
      </w:r>
    </w:p>
    <w:p>
      <w:r>
        <w:rPr>
          <w:b/>
        </w:rPr>
        <w:t xml:space="preserve">[1:08:42] </w:t>
      </w:r>
      <w:r>
        <w:t>mein woh papita ka ped bhi tha masjid mein.</w:t>
      </w:r>
    </w:p>
    <w:p>
      <w:pPr>
        <w:jc w:val="right"/>
      </w:pPr>
      <w:r>
        <w:t>में वह पपीता का पेड़ भी था मस्जिद में.</w:t>
      </w:r>
    </w:p>
    <w:p>
      <w:r>
        <w:rPr>
          <w:b/>
        </w:rPr>
        <w:t xml:space="preserve">[1:08:49] </w:t>
      </w:r>
      <w:r>
        <w:t>wahan jaakar rote the ke Khuda man tu kab aayega? Aansuon ke saath. Yeh kitaben bhi unhone aansuon ke saath padhi thi. To is tarike se Khuda ki maarifat mili unko unko dil mein unko sukoon mila aur unko laga ke Islam ko unhone jaan liya hai.</w:t>
      </w:r>
    </w:p>
    <w:p>
      <w:pPr>
        <w:jc w:val="right"/>
      </w:pPr>
      <w:r>
        <w:t>वहां जाकर रोते थे कि खुदा मन तू कब आएगा? आंसुओं के साथ. यह किताबें भी उन्होंने आंसुओं के साथ पढ़ी थी. तो इस तरीके से खुदा की मार्फत मिली उनको उनको दिल में उनको सुकून मिला और उनको लगा कि इस्लाम को उन्होंने जान लिया है.</w:t>
      </w:r>
    </w:p>
    <w:p>
      <w:r>
        <w:rPr>
          <w:b/>
        </w:rPr>
        <w:t xml:space="preserve">[1:09:07] </w:t>
      </w:r>
      <w:r>
        <w:t>unki taleem to unhon ne kabhi kitabe padhna study karna yeh to hamesha sari zindagi ek student ki life</w:t>
      </w:r>
    </w:p>
    <w:p>
      <w:pPr>
        <w:jc w:val="right"/>
      </w:pPr>
      <w:r>
        <w:t>उनकी तालीम तो उन्होंने कभी किताबें पढ़ना study करना यह तो हमेशा सारी ज़िंदगी एक student की life</w:t>
      </w:r>
    </w:p>
    <w:p>
      <w:r>
        <w:rPr>
          <w:b/>
        </w:rPr>
        <w:t xml:space="preserve">[1:09:14] </w:t>
      </w:r>
      <w:r>
        <w:t>jiya lekin wahan se unko ek woh ho gaya ki hame ilm ke zariye se aur fikr ke</w:t>
      </w:r>
    </w:p>
    <w:p>
      <w:pPr>
        <w:jc w:val="right"/>
      </w:pPr>
      <w:r>
        <w:t>जिया लेकिन वहां से उनको एक वह हो गया कि हमें इल्म के जरिए से और फ़िक्र के</w:t>
      </w:r>
    </w:p>
    <w:p>
      <w:r>
        <w:rPr>
          <w:b/>
        </w:rPr>
        <w:t xml:space="preserve">[1:09:21] </w:t>
      </w:r>
      <w:r>
        <w:t>zariye se hamko islam ka jo hai sahi islam hamko saccha islam jo hai milega hamko jisse duniya</w:t>
      </w:r>
    </w:p>
    <w:p>
      <w:pPr>
        <w:jc w:val="right"/>
      </w:pPr>
      <w:r>
        <w:t>जरिए से हमको इस्लाम का जो है सही इस्लाम हमको सच्चा इस्लाम जो है मिलेगा हमको जिससे दुनिया</w:t>
      </w:r>
    </w:p>
    <w:p>
      <w:r>
        <w:rPr>
          <w:b/>
        </w:rPr>
        <w:t xml:space="preserve">[1:09:28] </w:t>
      </w:r>
      <w:r>
        <w:t>ke bhi masal hal honge aur agraat mein khuda ke marfat ke zariye se jannat mein jagah milegi</w:t>
      </w:r>
    </w:p>
    <w:p>
      <w:pPr>
        <w:jc w:val="right"/>
      </w:pPr>
      <w:r>
        <w:t>के भी मसाल हल होंगे और आगरात में खुदा के मार्फत के जरिए से जन्नत में जगह मिलेगी</w:t>
      </w:r>
    </w:p>
    <w:p>
      <w:r>
        <w:rPr>
          <w:b/>
        </w:rPr>
        <w:t xml:space="preserve">[1:09:35] </w:t>
      </w:r>
      <w:r>
        <w:t>to yeh hamko wahan se clear ho gaya.</w:t>
      </w:r>
    </w:p>
    <w:p>
      <w:pPr>
        <w:jc w:val="right"/>
      </w:pPr>
      <w:r>
        <w:t>तो यह हमको वहां से clear हो गया.</w:t>
      </w:r>
    </w:p>
    <w:p>
      <w:r>
        <w:rPr>
          <w:b/>
        </w:rPr>
        <w:t xml:space="preserve">[1:09:43] </w:t>
      </w:r>
      <w:r>
        <w:t>ji. ab ideology jo hai hum phir doosre session mein karenge. ji. inshallah, jaza kallu apa aaj Maulana Wahiduddin Khan sahab ki janm ki tareekh par aapne hum sabko intellectually recharge kar diya aur aap main yahi kahunga ki sahi mayne mein to hum CPS member tabhi kahlayenge jab hum Maulana ki teachings ko positively follow karenge.</w:t>
      </w:r>
    </w:p>
    <w:p>
      <w:pPr>
        <w:jc w:val="right"/>
      </w:pPr>
      <w:r>
        <w:t>जी. अब ideology जो है हम फिर दूसरे session में करेंगे. जी. इंशालाह, जज़ा कल्ला आपा आज मुलाना वैदुद्दीन खान साहब की जन्म की तारीख पर आपने हम सबको intellectually recharge कर दिया और आप मैं यही कहूंगा कि सही मायने में तो हम CPS member तभी कहलाएंगे जब हम मुलाना की teachings को positively follow करेंगे.</w:t>
      </w:r>
    </w:p>
    <w:p>
      <w:r>
        <w:rPr>
          <w:b/>
        </w:rPr>
        <w:t xml:space="preserve">[1:10:08] </w:t>
      </w:r>
      <w:r>
        <w:t>aur jo unhone target diya hai hum sabko ki globally as one united CPS team we are able to present the peaceful and the spiritual message of quran to entire mankind. tabhi hum sahi mayne mein CPS members karayenge. jaza kalapa thank you so much for doing this amazing session today.</w:t>
      </w:r>
    </w:p>
    <w:p>
      <w:pPr>
        <w:jc w:val="right"/>
      </w:pPr>
      <w:r>
        <w:t>और जो उन्होंने target दिया है हम सबको कि globally as one united CPS team we are able to present the peaceful and the spiritual message of कुरान to entire mankind. तभी हम सही मायने में CPS members कराएंगे. जज़ा कलापा thank you so much for doing this amazing session today.</w:t>
      </w:r>
    </w:p>
    <w:p>
      <w:r>
        <w:rPr>
          <w:b/>
        </w:rPr>
        <w:t xml:space="preserve">[1:10:32] </w:t>
      </w:r>
      <w:r>
        <w:t>so before we end today's session one important release of Maulana Wahiduddin Khan sahab book today on 01/01/2023. this is a relaunch of the book the life of Muhammad wisdom and spiritual legacy of the prophet by Maulana Wahiduddin Khan. yeh translation professor Fareeda Khanam ne hi kiya hai.</w:t>
      </w:r>
    </w:p>
    <w:p>
      <w:pPr>
        <w:jc w:val="right"/>
      </w:pPr>
      <w:r>
        <w:t>So before we end today's session one important release of मुलाना वैदुद्दीन खान साहब book today on 01/01/2023. This is a relaunch of the book the life of मुहम्मद wisdom and spiritual legacy of the prophet by मुलाना वैदुद्दीन खान. यह translation professor फरीदा खानम ने ही किया है.</w:t>
      </w:r>
    </w:p>
    <w:p>
      <w:r>
        <w:rPr>
          <w:b/>
        </w:rPr>
        <w:t xml:space="preserve">[1:10:57] </w:t>
      </w:r>
      <w:r>
        <w:t>yeh kitab kai aur languages mein bhi available hai jaise french, urdu, marathi. to isko naye andaaz mein doctor Saniestain Khan sahab ne publish kiya hai, to main unhi se request karunga ki woh isko launch karein aaj ke din. doctor sahab.</w:t>
      </w:r>
    </w:p>
    <w:p>
      <w:pPr>
        <w:jc w:val="right"/>
      </w:pPr>
      <w:r>
        <w:t>यह किताब कई और languages में भी available है जैसे french, urdu, मराठी. तो इसको नए अंदाज़ में doctor सानीस्टैन खान साहब ने publish किया है, तो मैं उन्हीं से request करूंगा कि वह इसको launch करें आज के दिन. Doctor साहब.</w:t>
      </w:r>
    </w:p>
    <w:p>
      <w:r>
        <w:rPr>
          <w:b/>
        </w:rPr>
        <w:t xml:space="preserve">[1:11:18] </w:t>
      </w:r>
      <w:r>
        <w:t>miss Millahi Ramani Rahim, mujhe bahut khushi ho rahi hai is kitab ko launch karte hue The Life of Wisdom and Spiritual Legacy of the Prophet.</w:t>
      </w:r>
    </w:p>
    <w:p>
      <w:pPr>
        <w:jc w:val="right"/>
      </w:pPr>
      <w:r>
        <w:t>Miss मिल्लाही रमानी रहीम, मुझे बहुत ख़ुशी हो रही है इस किताब को launch करते हुए The Life of Wisdom and Spiritual Legacy of the Prophet.</w:t>
      </w:r>
    </w:p>
    <w:p>
      <w:r>
        <w:rPr>
          <w:b/>
        </w:rPr>
        <w:t xml:space="preserve">[1:11:31] </w:t>
      </w:r>
      <w:r>
        <w:t>yeh kitab pehle urdu mein shahi hui thi pragambar e ke naam se phir prophet of revolution ke</w:t>
      </w:r>
    </w:p>
    <w:p>
      <w:pPr>
        <w:jc w:val="right"/>
      </w:pPr>
      <w:r>
        <w:t>यह किताब पहले उर्दू में शाही हुई थी प्रागंबर ए के नाम से फिर prophet of revolution के</w:t>
      </w:r>
    </w:p>
    <w:p>
      <w:r>
        <w:rPr>
          <w:b/>
        </w:rPr>
        <w:t xml:space="preserve">[1:11:38] </w:t>
      </w:r>
      <w:r>
        <w:t>naam se aap ne translation kiya and this is one of the earliest books eighties mein yeh kitab</w:t>
      </w:r>
    </w:p>
    <w:p>
      <w:pPr>
        <w:jc w:val="right"/>
      </w:pPr>
      <w:r>
        <w:t>नाम से आप ने translation किया and this is one of the earliest books eighties में यह किताब</w:t>
      </w:r>
    </w:p>
    <w:p>
      <w:r>
        <w:rPr>
          <w:b/>
        </w:rPr>
        <w:t xml:space="preserve">[1:11:45] </w:t>
      </w:r>
      <w:r>
        <w:t>maulane likhi thi aur urdu kitab pragambar e ankilaah par bhi award mila tha seedhat award aur jab</w:t>
      </w:r>
    </w:p>
    <w:p>
      <w:pPr>
        <w:jc w:val="right"/>
      </w:pPr>
      <w:r>
        <w:t>मौलाने लिखी थी और उर्दू किताब प्रागंबर ए अंकिलाह पर भी award मिला था सीधत award और जब</w:t>
      </w:r>
    </w:p>
    <w:p>
      <w:r>
        <w:rPr>
          <w:b/>
        </w:rPr>
        <w:t xml:space="preserve">[1:11:53] </w:t>
      </w:r>
      <w:r>
        <w:t>english translation hua to english translation par bhi seedhat award mila, pakistan se aur yeh bahut hi ahum</w:t>
      </w:r>
    </w:p>
    <w:p>
      <w:pPr>
        <w:jc w:val="right"/>
      </w:pPr>
      <w:r>
        <w:t>English translation हुआ तो English translation पर भी सीधत award मिला, Pakistan से और यह बहुत ही अहम्</w:t>
      </w:r>
    </w:p>
    <w:p>
      <w:r>
        <w:rPr>
          <w:b/>
        </w:rPr>
        <w:t xml:space="preserve">[1:12:00] </w:t>
      </w:r>
      <w:r>
        <w:t>kitab hai is lihaz se ki jo aam tareeka hai seerat ki kitabon ka woh yeh hota hai</w:t>
      </w:r>
    </w:p>
    <w:p>
      <w:pPr>
        <w:jc w:val="right"/>
      </w:pPr>
      <w:r>
        <w:t>किताब है इस लिहाज से कि जो आम तरीका है सीरत की किताबों का वह यह होता है</w:t>
      </w:r>
    </w:p>
    <w:p>
      <w:r>
        <w:rPr>
          <w:b/>
        </w:rPr>
        <w:t xml:space="preserve">[1:12:08] </w:t>
      </w:r>
      <w:r>
        <w:t>ki us mein purana jo pattern hai seerat nigari ka woh yeh hai ki waqiyat khaastour se jo jangi</w:t>
      </w:r>
    </w:p>
    <w:p>
      <w:pPr>
        <w:jc w:val="right"/>
      </w:pPr>
      <w:r>
        <w:t>कि उसमें पुराना जो pattern है सीरत निगारी का वह यह है कि वाकयात खासतौर से जो जंगी</w:t>
      </w:r>
    </w:p>
    <w:p>
      <w:r>
        <w:rPr>
          <w:b/>
        </w:rPr>
        <w:t xml:space="preserve">[1:12:15] </w:t>
      </w:r>
      <w:r>
        <w:t>waqiyat hote hain.</w:t>
      </w:r>
    </w:p>
    <w:p>
      <w:pPr>
        <w:jc w:val="right"/>
      </w:pPr>
      <w:r>
        <w:t>वाकयात होते हैं.</w:t>
      </w:r>
    </w:p>
    <w:p>
      <w:r>
        <w:rPr>
          <w:b/>
        </w:rPr>
        <w:t xml:space="preserve">[1:12:23] </w:t>
      </w:r>
      <w:r>
        <w:t>ji. chunki us zamane mein jo kitabein likhi jati thi woh journals aur kings wagera ki likhi jati ji. to wahi pattern seerat ki kitabon par bhi mein bhi aa gaya. to behtar kitabein jab aap padhenge seerat ki profit ki biography ki to usmein yahi pattern hoga ki usmein saare woh waqiyat hain jo conflict se pailluk hua aur information hai yani ek tareeke se.</w:t>
      </w:r>
    </w:p>
    <w:p>
      <w:pPr>
        <w:jc w:val="right"/>
      </w:pPr>
      <w:r>
        <w:t>जी. चूंकि उस ज़माने में जो किताबें लिखी जाती थी वह journals और kings वगैरह की लिखी जाती जी. तो वही pattern सीरथ की किताबों पर भी में भी आ गया. तो बेहतर किताबें जब आप पढ़ेंगे सीरथ की profit की biography की तो उसमें यही pattern होगा कि उसमें सारे वो वाक्यात हैं जो conflict से पैल्लुक हुआ और information है यानी एक तरीके से.</w:t>
      </w:r>
    </w:p>
    <w:p>
      <w:r>
        <w:rPr>
          <w:b/>
        </w:rPr>
        <w:t xml:space="preserve">[1:12:49] </w:t>
      </w:r>
      <w:r>
        <w:t>lekin Maulana ki yeh jo kitab hai the life of Muhammad, yeh ek alag tarah ki kitab hai. usmein Maulana ne prophet ke mission ko. ji. wazeh kiya hai. ji. jo thodi bahut conflict wagera hua wahan woh sab ek vyakti cheez thi. ji.</w:t>
      </w:r>
    </w:p>
    <w:p>
      <w:pPr>
        <w:jc w:val="right"/>
      </w:pPr>
      <w:r>
        <w:t>लेकिन मौलाना की यह जो किताब है the life of मोहम्मद, यह एक अलग तरह की किताब है. इसमें मौलाना ने prophet के mission को. जी. वाज़े किया है. जी. जो थोड़ी बहुत conflict वगैरह हुआ वहां वो सब एक व्यक्ति चीज़ थी. जी.</w:t>
      </w:r>
    </w:p>
    <w:p>
      <w:r>
        <w:rPr>
          <w:b/>
        </w:rPr>
        <w:t xml:space="preserve">[1:13:08] </w:t>
      </w:r>
      <w:r>
        <w:t>yani lekin jo mission tha profit ka, dawat aur marefat commission usko wazeh hi aaya bahut hi acche andaaz mein usmein kai aisi baatein hain jisse Sullah Sallam ki jo mission tha. ji. us par focus. main ek hadith jo main abhi dekh raha tha. ji.</w:t>
      </w:r>
    </w:p>
    <w:p>
      <w:pPr>
        <w:jc w:val="right"/>
      </w:pPr>
      <w:r>
        <w:t>यानी लेकिन जो mission था profit का, दावत और मारेफत commission उसको वाज़िक ही आया बहुत ही अच्छे अंदाज़ में इसमें कई ऐसी बातें हैं जिससे सूल्लाह सल्लम की जो mission था. जी. उस पर focus. मैं एक हदीश जो मैं अभी देख रहा था. जी.</w:t>
      </w:r>
    </w:p>
    <w:p>
      <w:r>
        <w:rPr>
          <w:b/>
        </w:rPr>
        <w:t xml:space="preserve">[1:13:30] </w:t>
      </w:r>
      <w:r>
        <w:t>jo farsullah Sallam ki life ko bahut acche andaaz mein summarize karti hai woh main padhta hoon.</w:t>
      </w:r>
    </w:p>
    <w:p>
      <w:pPr>
        <w:jc w:val="right"/>
      </w:pPr>
      <w:r>
        <w:t>जो फ़रसूल्ला सल्लम की life को बहुत अच्छे अंदाज़ में summarize करती है वह मैं पढ़ता हूं.</w:t>
      </w:r>
    </w:p>
    <w:p>
      <w:r>
        <w:rPr>
          <w:b/>
        </w:rPr>
        <w:t xml:space="preserve">[1:13:40] </w:t>
      </w:r>
      <w:r>
        <w:t>yeh adhees hai nine things the lord has commanded me, fear of god in private and in public,</w:t>
      </w:r>
    </w:p>
    <w:p>
      <w:pPr>
        <w:jc w:val="right"/>
      </w:pPr>
      <w:r>
        <w:t>यह अधीस है nine things the lord has commanded me, fear of god in private and in public,</w:t>
      </w:r>
    </w:p>
    <w:p>
      <w:r>
        <w:rPr>
          <w:b/>
        </w:rPr>
        <w:t xml:space="preserve">[1:13:46] </w:t>
      </w:r>
      <w:r>
        <w:t>justness, justness whether in anger or in calmness, moderation in both poverty and affluence, that I should join</w:t>
      </w:r>
    </w:p>
    <w:p>
      <w:pPr>
        <w:jc w:val="right"/>
      </w:pPr>
      <w:r>
        <w:t>justness, justness whether in anger or in calmness, moderation in both poverty and affluence, that I should join</w:t>
      </w:r>
    </w:p>
    <w:p>
      <w:r>
        <w:rPr>
          <w:b/>
        </w:rPr>
        <w:t xml:space="preserve">[1:13:53] </w:t>
      </w:r>
      <w:r>
        <w:t>hands with those who break away from me and give to those who deprive me and forgive those</w:t>
      </w:r>
    </w:p>
    <w:p>
      <w:pPr>
        <w:jc w:val="right"/>
      </w:pPr>
      <w:r>
        <w:t>hands with those who break away from me and give to those who deprive me and forgive those</w:t>
      </w:r>
    </w:p>
    <w:p>
      <w:r>
        <w:rPr>
          <w:b/>
        </w:rPr>
        <w:t xml:space="preserve">[1:14:00] </w:t>
      </w:r>
      <w:r>
        <w:t>who wrong me and that my silence should be meditation and my words remembrance of god and my</w:t>
      </w:r>
    </w:p>
    <w:p>
      <w:pPr>
        <w:jc w:val="right"/>
      </w:pPr>
      <w:r>
        <w:t>who wrong me and that my silence should be meditation and my words remembrance of God and my</w:t>
      </w:r>
    </w:p>
    <w:p>
      <w:r>
        <w:rPr>
          <w:b/>
        </w:rPr>
        <w:t xml:space="preserve">[1:14:07] </w:t>
      </w:r>
      <w:r>
        <w:t>vision keen observation.</w:t>
      </w:r>
    </w:p>
    <w:p>
      <w:pPr>
        <w:jc w:val="right"/>
      </w:pPr>
      <w:r>
        <w:t>vision keen observation.</w:t>
      </w:r>
    </w:p>
    <w:p>
      <w:r>
        <w:rPr>
          <w:b/>
        </w:rPr>
        <w:t xml:space="preserve">[1:14:14] </w:t>
      </w:r>
      <w:r>
        <w:t>ji. isse andaaza hota hai ki yeh kitab kis nauyyit ki hai aur jo Rasullah Sallam ka mission tha, navati mission, woh is kitab se bazeh hota hai. to Lataala jaza khair de jin logon ne isko publish karne mein paavan kiya. ok. thank you so much, doctor sahab. so we will end today's session. we'll be back next Sunday at 10:30AM. thank you.</w:t>
      </w:r>
    </w:p>
    <w:p>
      <w:pPr>
        <w:jc w:val="right"/>
      </w:pPr>
      <w:r>
        <w:t>जी. इससे अंदाज़ा होता है कि यह किताब किस नौयित की है और जो रसूल्ला सल्लम का mission था, नावती mission, वह इस किताब से बाज़े होता है. तो लताला जज़ा खैर दे जिन लोगों ने इसको publish करने में पावन किया. Ok. Thank you so much, doctor साहब. So we will end today's session. We'll be back next Sunday at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