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in Falsehood 25 Jan 2009</w:t>
      </w:r>
    </w:p>
    <w:p>
      <w:r>
        <w:t>https://youtu.be/Qt8VwwonU9k</w:t>
      </w:r>
    </w:p>
    <w:p>
      <w:r>
        <w:rPr>
          <w:b/>
        </w:rPr>
        <w:t xml:space="preserve">[00:34] </w:t>
      </w:r>
      <w:r>
        <w:t>aaj ki</w:t>
      </w:r>
    </w:p>
    <w:p>
      <w:pPr>
        <w:jc w:val="right"/>
      </w:pPr>
      <w:r>
        <w:t>آج کی</w:t>
      </w:r>
    </w:p>
    <w:p>
      <w:r>
        <w:rPr>
          <w:b/>
        </w:rPr>
        <w:t xml:space="preserve">[00:38] </w:t>
      </w:r>
      <w:r>
        <w:t>talk ke liye jo theme hai woh hai "living in falsehood".</w:t>
      </w:r>
    </w:p>
    <w:p>
      <w:pPr>
        <w:jc w:val="right"/>
      </w:pPr>
      <w:r>
        <w:t>ٹاک کے لیے جو تھیم ہے وہ ہے "لیونگ ان فالس ہڈ"۔</w:t>
      </w:r>
    </w:p>
    <w:p>
      <w:r>
        <w:rPr>
          <w:b/>
        </w:rPr>
        <w:t xml:space="preserve">[00:51] </w:t>
      </w:r>
      <w:r>
        <w:t>falsehood mein jeena,</w:t>
      </w:r>
    </w:p>
    <w:p>
      <w:pPr>
        <w:jc w:val="right"/>
      </w:pPr>
      <w:r>
        <w:t>فالس ہڈ میں جینا،</w:t>
      </w:r>
    </w:p>
    <w:p>
      <w:r>
        <w:rPr>
          <w:b/>
        </w:rPr>
        <w:t xml:space="preserve">[00:57] </w:t>
      </w:r>
      <w:r>
        <w:t>gair haqeeqi cheezon mein jeena.</w:t>
      </w:r>
    </w:p>
    <w:p>
      <w:pPr>
        <w:jc w:val="right"/>
      </w:pPr>
      <w:r>
        <w:t>غیر حقیقی چیزوں میں جینا۔</w:t>
      </w:r>
    </w:p>
    <w:p>
      <w:r>
        <w:rPr>
          <w:b/>
        </w:rPr>
        <w:t xml:space="preserve">[01:03] </w:t>
      </w:r>
      <w:r>
        <w:t>mera yeh tajurba hai ki bahut zyada badi majority logon ki kisi na kisi aitbaar se falsehood mein jeeti hai,</w:t>
      </w:r>
    </w:p>
    <w:p>
      <w:pPr>
        <w:jc w:val="right"/>
      </w:pPr>
      <w:r>
        <w:t>میرا یہ تجربہ ہے کہ بہت زیادہ بڑی میجورٹی لوگوں کی کسی نہ کسی اعتبار سے فالس ہڈ میں جیتی ہے،</w:t>
      </w:r>
    </w:p>
    <w:p>
      <w:r>
        <w:rPr>
          <w:b/>
        </w:rPr>
        <w:t xml:space="preserve">[01:18] </w:t>
      </w:r>
      <w:r>
        <w:t>balki shayad saare hi log. isi liye aakhir mein sab ko frustration hona hota hai.</w:t>
      </w:r>
    </w:p>
    <w:p>
      <w:pPr>
        <w:jc w:val="right"/>
      </w:pPr>
      <w:r>
        <w:t>بلکہ شاید سارے ہی لوگ۔ اسی لیے آخر میں سب کو فرسٹریشن ہونا ہوتا ہے۔</w:t>
      </w:r>
    </w:p>
    <w:p>
      <w:r>
        <w:rPr>
          <w:b/>
        </w:rPr>
        <w:t xml:space="preserve">[01:28] </w:t>
      </w:r>
      <w:r>
        <w:t>jab aap apni zindagi start karte hain to ek falsehood qism ka ek goal bana lete hain apna, ek criterion ki aisa hona chahiye.</w:t>
      </w:r>
    </w:p>
    <w:p>
      <w:pPr>
        <w:jc w:val="right"/>
      </w:pPr>
      <w:r>
        <w:t>جب آپ اپنی زندگی سٹارٹ کرتے ہیں تو ایک فالس قسم کا ایک گول بنا لیتے ہیں اپنا، ایک کرائٹیرین کہ ایسا ہونا چاہیے۔</w:t>
      </w:r>
    </w:p>
    <w:p>
      <w:r>
        <w:rPr>
          <w:b/>
        </w:rPr>
        <w:t xml:space="preserve">[01:42] </w:t>
      </w:r>
      <w:r>
        <w:t>woh hota nahi kabhi bhi. to phir aakhir mein sab ko, ji, sab ko frustration mein marna padta hai.</w:t>
      </w:r>
    </w:p>
    <w:p>
      <w:pPr>
        <w:jc w:val="right"/>
      </w:pPr>
      <w:r>
        <w:t>وہ ہوتا نہیں کبھی بھی۔ تو پھر آخر میں سب کو، جی، سب کو فرسٹریشن میں مرنا پڑتا ہے۔</w:t>
      </w:r>
    </w:p>
    <w:p>
      <w:r>
        <w:rPr>
          <w:b/>
        </w:rPr>
        <w:t xml:space="preserve">[01:55] </w:t>
      </w:r>
      <w:r>
        <w:t>ek cheez maine Quran ko padhkar yeh paayi hai ki Quran mein shuru hi mein saare examples set kar diye gaye the.</w:t>
      </w:r>
    </w:p>
    <w:p>
      <w:pPr>
        <w:jc w:val="right"/>
      </w:pPr>
      <w:r>
        <w:t>ایک چیز میں نے قرآن کو پڑھ کر یہ پائی ہے کہ قرآن میں شروع ہی میں سارے ایگزامپل سیٹ کر دیے گئے تھے۔</w:t>
      </w:r>
    </w:p>
    <w:p>
      <w:r>
        <w:rPr>
          <w:b/>
        </w:rPr>
        <w:t xml:space="preserve">[02:05] </w:t>
      </w:r>
      <w:r>
        <w:t>saare examples. jaise yeh baat jo main kar raha hoon ki "living in falsehood", iska example bhi set kar diya gaya shuru mein.</w:t>
      </w:r>
    </w:p>
    <w:p>
      <w:pPr>
        <w:jc w:val="right"/>
      </w:pPr>
      <w:r>
        <w:t>سارے ایگزامپل۔ جیسے یہ بات جو میں کر رہا ہوں کہ "لیونگ ان فالس ہڈ"، اس کا ایگزامپل بھی سیٹ کر دیا گیا شروع میں۔</w:t>
      </w:r>
    </w:p>
    <w:p>
      <w:r>
        <w:rPr>
          <w:b/>
        </w:rPr>
        <w:t xml:space="preserve">[02:15] </w:t>
      </w:r>
      <w:r>
        <w:t>aap jaante hain ki Allah taala ne pehla insan yani Adam ko banaya to unko jannat mein rakha, aur yeh kaha ki wahan par ek darakht hai,</w:t>
      </w:r>
    </w:p>
    <w:p>
      <w:pPr>
        <w:jc w:val="right"/>
      </w:pPr>
      <w:r>
        <w:t>آپ جانتے ہیں کہ اللہ تعالی نے پہلا انسان یعنی آدم کو بنایا تو ان کو جنت میں رکھا، اور یہ کہا کہ وہاں پر ایک درخت ہے،</w:t>
      </w:r>
    </w:p>
    <w:p>
      <w:r>
        <w:rPr>
          <w:b/>
        </w:rPr>
        <w:t xml:space="preserve">[02:32] </w:t>
      </w:r>
      <w:r>
        <w:t>ek</w:t>
      </w:r>
    </w:p>
    <w:p>
      <w:pPr>
        <w:jc w:val="right"/>
      </w:pPr>
      <w:r>
        <w:t>ایک</w:t>
      </w:r>
    </w:p>
    <w:p>
      <w:r>
        <w:rPr>
          <w:b/>
        </w:rPr>
        <w:t xml:space="preserve">[02:35] </w:t>
      </w:r>
      <w:r>
        <w:t>is ka phal mat khana,</w:t>
      </w:r>
    </w:p>
    <w:p>
      <w:pPr>
        <w:jc w:val="right"/>
      </w:pPr>
      <w:r>
        <w:t>اس کا پھل مت کھانا،</w:t>
      </w:r>
    </w:p>
    <w:p>
      <w:r>
        <w:rPr>
          <w:b/>
        </w:rPr>
        <w:t xml:space="preserve">[02:39] </w:t>
      </w:r>
      <w:r>
        <w:t>is ke qareeb mat jana. jo kehte hain "forbidden tree".</w:t>
      </w:r>
    </w:p>
    <w:p>
      <w:pPr>
        <w:jc w:val="right"/>
      </w:pPr>
      <w:r>
        <w:t>اس کے قریب مت جانا۔ جو کہتے ہیں "فاربیڈن ٹری"۔</w:t>
      </w:r>
    </w:p>
    <w:p>
      <w:r>
        <w:rPr>
          <w:b/>
        </w:rPr>
        <w:t xml:space="preserve">[02:46] </w:t>
      </w:r>
      <w:r>
        <w:t>to jannat mein sab kuch un ke liye khula hua tha, lekin ek forbidden tree tha, shajar mamnooa.</w:t>
      </w:r>
    </w:p>
    <w:p>
      <w:pPr>
        <w:jc w:val="right"/>
      </w:pPr>
      <w:r>
        <w:t>تو جنت میں سب کچھ ان کے لیے کھلا ہوا تھا، لیکن ایک فاربیڈن ٹری تھا، شجر ممنوعہ۔</w:t>
      </w:r>
    </w:p>
    <w:p>
      <w:r>
        <w:rPr>
          <w:b/>
        </w:rPr>
        <w:t xml:space="preserve">[02:56] </w:t>
      </w:r>
      <w:r>
        <w:t>to kya hua? wahan par un ko shaitan ne</w:t>
      </w:r>
    </w:p>
    <w:p>
      <w:pPr>
        <w:jc w:val="right"/>
      </w:pPr>
      <w:r>
        <w:t>تو کیا ہوا؟ وہاں پر ان کو شیطان نے</w:t>
      </w:r>
    </w:p>
    <w:p>
      <w:r>
        <w:rPr>
          <w:b/>
        </w:rPr>
        <w:t xml:space="preserve">[03:04] </w:t>
      </w:r>
      <w:r>
        <w:t>ek ek qism ke false hood mein mubtala kiya.</w:t>
      </w:r>
    </w:p>
    <w:p>
      <w:pPr>
        <w:jc w:val="right"/>
      </w:pPr>
      <w:r>
        <w:t>ایک ایک قسم کے فالس ہڈ میں مبتلا کیا۔</w:t>
      </w:r>
    </w:p>
    <w:p>
      <w:r>
        <w:rPr>
          <w:b/>
        </w:rPr>
        <w:t xml:space="preserve">[03:10] </w:t>
      </w:r>
      <w:r>
        <w:t>us ne kaha ke yeh jo forbidden tree hai, woh to eternal tree hai.</w:t>
      </w:r>
    </w:p>
    <w:p>
      <w:pPr>
        <w:jc w:val="right"/>
      </w:pPr>
      <w:r>
        <w:t>اس نے کہا کہ یہ جو فاربیڈن ٹری ہے، وہ تو ایٹرنل ٹری ہے۔</w:t>
      </w:r>
    </w:p>
    <w:p>
      <w:r>
        <w:rPr>
          <w:b/>
        </w:rPr>
        <w:t xml:space="preserve">[03:19] </w:t>
      </w:r>
      <w:r>
        <w:t>yani is ka phal agar tum kha lo ge to tum ko eternity mil jaye gi.</w:t>
      </w:r>
    </w:p>
    <w:p>
      <w:pPr>
        <w:jc w:val="right"/>
      </w:pPr>
      <w:r>
        <w:t>یعنی اس کا پھل اگر تم کھا لو گے تو تم کو ایٹرنیٹی مل جائے گی۔</w:t>
      </w:r>
    </w:p>
    <w:p>
      <w:r>
        <w:rPr>
          <w:b/>
        </w:rPr>
        <w:t xml:space="preserve">[03:29] </w:t>
      </w:r>
      <w:r>
        <w:t>yeh quran mein bataya gaya hai, wa bil qaa la yabla. aisi kamyabi jo kabhi khatam na ho.</w:t>
      </w:r>
    </w:p>
    <w:p>
      <w:pPr>
        <w:jc w:val="right"/>
      </w:pPr>
      <w:r>
        <w:t>یہ قرآن میں بتایا گیا ہے، وبلک لا یبلا۔ ایسی کامیابی جو کبھی ختم نہ ہو۔</w:t>
      </w:r>
    </w:p>
    <w:p>
      <w:r>
        <w:rPr>
          <w:b/>
        </w:rPr>
        <w:t xml:space="preserve">[03:40] </w:t>
      </w:r>
      <w:r>
        <w:t>to yeh ek ek false hopes theen un ki. is mein parre woh aur kha liya is ka. to kya hua?</w:t>
      </w:r>
    </w:p>
    <w:p>
      <w:pPr>
        <w:jc w:val="right"/>
      </w:pPr>
      <w:r>
        <w:t>تو یہ ایک ایک فالس ہوپس تھیں ان کی۔ اس میں پڑے وہ اور کھا لیا اس کا۔ تو کیا ہوا؟</w:t>
      </w:r>
    </w:p>
    <w:p>
      <w:r>
        <w:rPr>
          <w:b/>
        </w:rPr>
        <w:t xml:space="preserve">[03:49] </w:t>
      </w:r>
      <w:r>
        <w:t>jannat se un ko nikalna para. mein batata hoon ke yeh pehla tajurba tha insan ki zindagi mein, insan ki history mein. aap jante hain ke insan ki jo history hai, woh shuru hoti hai Adam se.</w:t>
      </w:r>
    </w:p>
    <w:p>
      <w:pPr>
        <w:jc w:val="right"/>
      </w:pPr>
      <w:r>
        <w:t>جنت سے ان کو نکلنا پڑا۔ میں بتاتا ہوں کہ یہ پہلا تجربہ تھا انسان کی زندگی میں، انسان کی ہسٹری میں۔ آپ جانتے ہیں کہ انسان کی جو ہسٹری ہے، وہ شروع ہوتی ہے آدم سے۔</w:t>
      </w:r>
    </w:p>
    <w:p>
      <w:r>
        <w:rPr>
          <w:b/>
        </w:rPr>
        <w:t xml:space="preserve">[04:06] </w:t>
      </w:r>
      <w:r>
        <w:t>to ek dam shuru hi mein yeh example set kar diya gaya ke false hopes mein mein na jeena, false hope, false hood mein na jeena.</w:t>
      </w:r>
    </w:p>
    <w:p>
      <w:pPr>
        <w:jc w:val="right"/>
      </w:pPr>
      <w:r>
        <w:t>تو ایک دم شروع ہی میں یہ ایگزامپل سیٹ کر دیا گیا کہ فالس ہوپس میں میں نہ جینا، فالس ہوپ، فالس ہڈ میں نہ جینا۔</w:t>
      </w:r>
    </w:p>
    <w:p>
      <w:r>
        <w:rPr>
          <w:b/>
        </w:rPr>
        <w:t xml:space="preserve">[04:18] </w:t>
      </w:r>
      <w:r>
        <w:t>lekin ajeeb baat hai ke shaitan ne logon ko, poori poori nasal ko, false hood mein mubtala kar diya. saare log kisi na kisi aitbar se false hood mein jeete hain,</w:t>
      </w:r>
    </w:p>
    <w:p>
      <w:pPr>
        <w:jc w:val="right"/>
      </w:pPr>
      <w:r>
        <w:t>لیکن عجیب بات ہے کہ شیطان نے لوگوں کو، پوری پوری نسل کو، فالس ہڈ میں مبتلا کر دیا۔ سارے لوگ کسی نہ کسی اعتبار سے فالس ہڈ میں جیتے ہیں،</w:t>
      </w:r>
    </w:p>
    <w:p>
      <w:r>
        <w:rPr>
          <w:b/>
        </w:rPr>
        <w:t xml:space="preserve">[04:31] </w:t>
      </w:r>
      <w:r>
        <w:t>aur aakhri nateeja kya hota hai? frustration.</w:t>
      </w:r>
    </w:p>
    <w:p>
      <w:pPr>
        <w:jc w:val="right"/>
      </w:pPr>
      <w:r>
        <w:t>اور آخری نتیجہ کیا ہوتا ہے؟ فرسٹریشن۔</w:t>
      </w:r>
    </w:p>
    <w:p>
      <w:r>
        <w:rPr>
          <w:b/>
        </w:rPr>
        <w:t xml:space="preserve">[04:37] </w:t>
      </w:r>
      <w:r>
        <w:t>to aaj mein isi ke baray mein kuch kehna chahta hoon.</w:t>
      </w:r>
    </w:p>
    <w:p>
      <w:pPr>
        <w:jc w:val="right"/>
      </w:pPr>
      <w:r>
        <w:t>تو آج میں اسی کے بارے میں کچھ کہنا چاہتا ہوں۔</w:t>
      </w:r>
    </w:p>
    <w:p>
      <w:r>
        <w:rPr>
          <w:b/>
        </w:rPr>
        <w:t xml:space="preserve">[04:45] </w:t>
      </w:r>
      <w:r>
        <w:t>mera jo tajurba hai, woh yeh hai ke dekhein, har aadmi ke apne alag alag halaat hote hain.</w:t>
      </w:r>
    </w:p>
    <w:p>
      <w:pPr>
        <w:jc w:val="right"/>
      </w:pPr>
      <w:r>
        <w:t>میرا جو تجربہ ہے، وہ یہ ہے کہ دیکھیں، ہر آدمی کے اپنے الگ الگ حالات ہوتے ہیں۔</w:t>
      </w:r>
    </w:p>
    <w:p>
      <w:r>
        <w:rPr>
          <w:b/>
        </w:rPr>
        <w:t xml:space="preserve">[04:57] </w:t>
      </w:r>
      <w:r>
        <w:t>har aadmi different situation mein jeeta hai, to apne apne halaat ke lehaz se is ka</w:t>
      </w:r>
    </w:p>
    <w:p>
      <w:pPr>
        <w:jc w:val="right"/>
      </w:pPr>
      <w:r>
        <w:t>ہر آدمی ڈفرنٹ سچویشن میں جیتا ہے، تو اپنے اپنے حالات کے لحاظ سے اس کا</w:t>
      </w:r>
    </w:p>
    <w:p>
      <w:r>
        <w:rPr>
          <w:b/>
        </w:rPr>
        <w:t xml:space="preserve">[05:09] </w:t>
      </w:r>
      <w:r>
        <w:t>is ka false hood banta hai. apne apne halaat ke lehaz se</w:t>
      </w:r>
    </w:p>
    <w:p>
      <w:pPr>
        <w:jc w:val="right"/>
      </w:pPr>
      <w:r>
        <w:t>اس کا فالس ہڈ بنتا ہے۔ اپنے اپنے حالات کے لحاظ سے</w:t>
      </w:r>
    </w:p>
    <w:p>
      <w:r>
        <w:rPr>
          <w:b/>
        </w:rPr>
        <w:t xml:space="preserve">[05:14] </w:t>
      </w:r>
      <w:r>
        <w:t>har aadmi ko sab se zyada jo cheez sochna chahiye, woh yeh hai ke is ke andar realistic approach ho. agar sahi maano mein realistic approach ho to woh aadmi ko bachaye ga false hood se,</w:t>
      </w:r>
    </w:p>
    <w:p>
      <w:pPr>
        <w:jc w:val="right"/>
      </w:pPr>
      <w:r>
        <w:t>ہر آدمی کو سب سے زیادہ جو چیز سوچنا چاہیے، وہ یہ ہے کہ اس کے اندر ریلسٹک اپروچ ہو۔ اگر صحیح معنوں میں ریلسٹک اپروچ ہو تو وہ آدمی کو بچائے گا فالس ہڈ سے،</w:t>
      </w:r>
    </w:p>
    <w:p>
      <w:r>
        <w:rPr>
          <w:b/>
        </w:rPr>
        <w:t xml:space="preserve">[05:29] </w:t>
      </w:r>
      <w:r>
        <w:t>jo ke hota nahi.</w:t>
      </w:r>
    </w:p>
    <w:p>
      <w:pPr>
        <w:jc w:val="right"/>
      </w:pPr>
      <w:r>
        <w:t>جو کہ ہوتا نہیں۔</w:t>
      </w:r>
    </w:p>
    <w:p>
      <w:r>
        <w:rPr>
          <w:b/>
        </w:rPr>
        <w:t xml:space="preserve">[05:33] </w:t>
      </w:r>
      <w:r>
        <w:t>is par ek kitab likhi hai Bertrand Russell ne. Bertrand Russell ne bhi yeh baat kahi hai ke log false hood mein jeete hain.</w:t>
      </w:r>
    </w:p>
    <w:p>
      <w:pPr>
        <w:jc w:val="right"/>
      </w:pPr>
      <w:r>
        <w:t>اس پر ایک کتاب لکھی ہے برٹن ڈسل نے۔ برٹن ڈسل نے بھی یہ بات کہی ہے کہ لوگ فالس ہڈ میں جیتے ہیں۔</w:t>
      </w:r>
    </w:p>
    <w:p>
      <w:r>
        <w:rPr>
          <w:b/>
        </w:rPr>
        <w:t xml:space="preserve">[05:45] </w:t>
      </w:r>
      <w:r>
        <w:t>to us ne ek misaal di hai ke Plato jo tha, us ne ek ideal state ka ek khaka banaya. us mein us ne mard ko superior jagah di aur aurat ko kam jagah di.</w:t>
      </w:r>
    </w:p>
    <w:p>
      <w:pPr>
        <w:jc w:val="right"/>
      </w:pPr>
      <w:r>
        <w:t>تو اس نے ایک مثال دی ہے کہ پلیٹو جو تھا، اس نے ایک آئیڈیل اسٹیٹ کا ایک خاکہ بنایا۔ اس میں اس نے مرد کو سپیریئر جگہ دی اور عورت کو کم جگہ دی۔</w:t>
      </w:r>
    </w:p>
    <w:p>
      <w:r>
        <w:rPr>
          <w:b/>
        </w:rPr>
        <w:t xml:space="preserve">[06:03] </w:t>
      </w:r>
      <w:r>
        <w:t>to us ka proof us ne yeh diya, Plato ne, ke aurat ke munh mein kam daant hote hain.</w:t>
      </w:r>
    </w:p>
    <w:p>
      <w:pPr>
        <w:jc w:val="right"/>
      </w:pPr>
      <w:r>
        <w:t>تو اس کا پروف اس نے یہ دیا، پلیٹو نے، کہ عورت کے منہ میں کم دانت ہوتے ہیں۔</w:t>
      </w:r>
    </w:p>
    <w:p>
      <w:r>
        <w:rPr>
          <w:b/>
        </w:rPr>
        <w:t xml:space="preserve">[06:12] </w:t>
      </w:r>
      <w:r>
        <w:t>yani mard ke munh mein zyada daant hote hain, aurat ke munh mein kam daant hote hain. to Bertrand Russell ne likha hai ke us ki do biwiyan theen. kisi biwi se kehta ke apna munh kholo, us ka daant ginta.</w:t>
      </w:r>
    </w:p>
    <w:p>
      <w:pPr>
        <w:jc w:val="right"/>
      </w:pPr>
      <w:r>
        <w:t>یعنی مرد کے منہ میں زیادہ دانت ہوتے ہیں، عورت کے منہ میں کم دانت ہوتے ہیں۔ تو برٹن ڈسل نے لکھا ہے کہ اس کی دو بیویاں تھیں۔ کسی بیوی سے کہتا کہ اپنا منہ کھولو، اس کا دانت گنتا۔</w:t>
      </w:r>
    </w:p>
    <w:p>
      <w:r>
        <w:rPr>
          <w:b/>
        </w:rPr>
        <w:t xml:space="preserve">[06:27] </w:t>
      </w:r>
      <w:r>
        <w:t>to maloom hota hai ke aurat aur mard ke daant barabar hote hain, yani 32 daant, 32 daant aurat ke munh mein aur mard ke munh mein.</w:t>
      </w:r>
    </w:p>
    <w:p>
      <w:pPr>
        <w:jc w:val="right"/>
      </w:pPr>
      <w:r>
        <w:t>تو معلوم ہوتا ہے کہ عورت اور مرد کے دانت برابر ہوتے ہیں، یعنی 32 دانت، 32 دانت عورت کے منہ میں اور مرد کے منہ میں۔</w:t>
      </w:r>
    </w:p>
    <w:p>
      <w:r>
        <w:rPr>
          <w:b/>
        </w:rPr>
        <w:t xml:space="preserve">[06:39] </w:t>
      </w:r>
      <w:r>
        <w:t>to us ne ek misaal di hai ke kis tarah se aadmi ek unrealistic approach ikhtiyar karta hai, yani khud sakhta tor par ek ek</w:t>
      </w:r>
    </w:p>
    <w:p>
      <w:pPr>
        <w:jc w:val="right"/>
      </w:pPr>
      <w:r>
        <w:t>تو اس نے ایک مثال دی ہے کہ کس طرح سے آدمی ایک ان ریلسٹک ایک اپروچ اختیار کرتا ہے، یعنی خود ساختہ طور پر ایک ایک</w:t>
      </w:r>
    </w:p>
    <w:p>
      <w:r>
        <w:rPr>
          <w:b/>
        </w:rPr>
        <w:t xml:space="preserve">[06:56] </w:t>
      </w:r>
      <w:r>
        <w:t>aik khayal apne dil mein qaim kar leta hai, aur is par phir woh apni zindagi ko aage barhata hai. yeh baar baar hua hai.</w:t>
      </w:r>
    </w:p>
    <w:p>
      <w:pPr>
        <w:jc w:val="right"/>
      </w:pPr>
      <w:r>
        <w:t>ایک خیال اپنے دل میں قائم کر لیتا ہے، اور اس پر پھر وہ اپنی زندگی کو آگے بڑھاتا ہے۔ یہ بار بار ہوا ہے۔</w:t>
      </w:r>
    </w:p>
    <w:p>
      <w:r>
        <w:rPr>
          <w:b/>
        </w:rPr>
        <w:t xml:space="preserve">[07:09] </w:t>
      </w:r>
      <w:r>
        <w:t>jaise mein misaal doon karl marx ki. kaha jata hai, yaani gaal brait ne likha hai ke karl marx ke jo jo thought the, us ki jo theory thi,</w:t>
      </w:r>
    </w:p>
    <w:p>
      <w:pPr>
        <w:jc w:val="right"/>
      </w:pPr>
      <w:r>
        <w:t>جیسے میں مثال دوں کارل مارس کی۔ کہا جاتا ہے، یعنی گال بریت نے لکھا ہے کہ کارل مارس کے جو جو تھاٹ تھے، اس کی جو تھیوری تھی،</w:t>
      </w:r>
    </w:p>
    <w:p>
      <w:r>
        <w:rPr>
          <w:b/>
        </w:rPr>
        <w:t xml:space="preserve">[07:23] </w:t>
      </w:r>
      <w:r>
        <w:t>jitna history mein phaili, kisi bhi history mein kabhi bhi kisi aadmi ki theory itna na phaili.</w:t>
      </w:r>
    </w:p>
    <w:p>
      <w:pPr>
        <w:jc w:val="right"/>
      </w:pPr>
      <w:r>
        <w:t>جتنا ہسٹری میں پھیلی، کسی بھی ہسٹری میں کبھی بھی کسی آدمی کی تھیوری اتنا نہ پھیلی۔</w:t>
      </w:r>
    </w:p>
    <w:p>
      <w:r>
        <w:rPr>
          <w:b/>
        </w:rPr>
        <w:t xml:space="preserve">[07:30] </w:t>
      </w:r>
      <w:r>
        <w:t>us ki ideology jo thi, sab zyada dunya mein phaili. aur mein khud apne bachpan mein, apni naujawani ke waqt mein janta hoon ke saare jo pehle ke log the, woh isi dhang pe sochte the.</w:t>
      </w:r>
    </w:p>
    <w:p>
      <w:pPr>
        <w:jc w:val="right"/>
      </w:pPr>
      <w:r>
        <w:t>اس کی آئیڈیالوجی جو تھی، سب زیادہ دنیا میں پھیلی۔ اور میں خود اپنے بچپن میں، اپنی نوجوانی کے وقت میں جانتا ہوں کہ سارے جو پہلے کے لوگ تھے، وہ اسی ڈھنگ پہ سوچتے تھے۔</w:t>
      </w:r>
    </w:p>
    <w:p>
      <w:r>
        <w:rPr>
          <w:b/>
        </w:rPr>
        <w:t xml:space="preserve">[07:45] </w:t>
      </w:r>
      <w:r>
        <w:t>yaani socialist, socialistic thinking. sab log, sab log, sab log. woh kya tha? that was also a kind of falsehood yaani aik false ideology banai us ne, aur woh itna logon ko is mein,</w:t>
      </w:r>
    </w:p>
    <w:p>
      <w:pPr>
        <w:jc w:val="right"/>
      </w:pPr>
      <w:r>
        <w:t>یعنی سوشلسٹ، سوشلسٹک تھنکنگ۔ سب لوگ، سب لوگ، سب لوگ۔ وہ کیا تھا؟ That was also a kind of falsehood یعنی ایک فالس آئیڈیالوجی بنائی اس نے، اور وہ اتنا لوگوں کو اس میں،</w:t>
      </w:r>
    </w:p>
    <w:p>
      <w:r>
        <w:rPr>
          <w:b/>
        </w:rPr>
        <w:t xml:space="preserve">[08:04] </w:t>
      </w:r>
      <w:r>
        <w:t>yaani itna zyada log attract hue ke isi dhang par sochne lagay. woh kya tha?</w:t>
      </w:r>
    </w:p>
    <w:p>
      <w:pPr>
        <w:jc w:val="right"/>
      </w:pPr>
      <w:r>
        <w:t>یعنی اتنا زیادہ لوگ اٹریکٹ ہوئے کہ اسی ڈھنگ پر سوچنے لگے۔ وہ کیا تھا؟</w:t>
      </w:r>
    </w:p>
    <w:p>
      <w:r>
        <w:rPr>
          <w:b/>
        </w:rPr>
        <w:t xml:space="preserve">[08:12] </w:t>
      </w:r>
      <w:r>
        <w:t>ke dunya mein hamesha se insan dekhta aaya hai ke dunya mein exploitation hai. exploitation. to us ne exploitation ka yeh solution bataya ke private economy ko khatam kar diya j</w:t>
      </w:r>
    </w:p>
    <w:p>
      <w:pPr>
        <w:jc w:val="right"/>
      </w:pPr>
      <w:r>
        <w:t>کہ دنیا میں ہمیشہ سے انسان دیکھتا آیا ہے کہ دنیا میں ایکسپلائٹیشن ہے۔ ایکسپلائٹیشن۔ تو اس نے ایکسپلائٹیشن کا یہ سولیوشن بتایا کہ پرائیویٹ اکانومی کو ختم کر دیا ج</w:t>
      </w:r>
    </w:p>
    <w:p>
      <w:r>
        <w:rPr>
          <w:b/>
        </w:rPr>
        <w:t xml:space="preserve">[08:31] </w:t>
      </w:r>
      <w:r>
        <w:t>aye. is ka us ki theory yeh thi ke aik individual jo hai, jab us ke hath mein koi property aati hai, koi industry aati hai,</w:t>
      </w:r>
    </w:p>
    <w:p>
      <w:pPr>
        <w:jc w:val="right"/>
      </w:pPr>
      <w:r>
        <w:t>ائے۔ اس کا اس کی تھیوری یہ تھی کہ ایک انڈیویجول جو ہے، جب اس کے ہاتھ میں کوئی پراپرٹی آتی ہے، کوئی انڈسٹری آتی ہے،</w:t>
      </w:r>
    </w:p>
    <w:p>
      <w:r>
        <w:rPr>
          <w:b/>
        </w:rPr>
        <w:t xml:space="preserve">[08:45] </w:t>
      </w:r>
      <w:r>
        <w:t>koi bhi ikhtiyar aata hai, to woh exploit karta hai doosron ko. to private economy khatam kar diya jaye aur socialist economy lai jaye dunya mein.</w:t>
      </w:r>
    </w:p>
    <w:p>
      <w:pPr>
        <w:jc w:val="right"/>
      </w:pPr>
      <w:r>
        <w:t>کوئی بھی اختیار آتا ہے، تو وہ ایکسپلائٹ کرتا ہے دوسروں کو۔ تو پرائیویٹ اکانومی ختم کر دیا جائے اور سوشلسٹ اکانومی لائی جائے دنیا میں۔</w:t>
      </w:r>
    </w:p>
    <w:p>
      <w:r>
        <w:rPr>
          <w:b/>
        </w:rPr>
        <w:t xml:space="preserve">[08:55] </w:t>
      </w:r>
      <w:r>
        <w:t>yaani aik ke qabze mein na ho, sab ke qabze mein ho.</w:t>
      </w:r>
    </w:p>
    <w:p>
      <w:pPr>
        <w:jc w:val="right"/>
      </w:pPr>
      <w:r>
        <w:t>یعنی ایک کے قبضے میں نہ ہو، سب کے قبضے میں ہو۔</w:t>
      </w:r>
    </w:p>
    <w:p>
      <w:r>
        <w:rPr>
          <w:b/>
        </w:rPr>
        <w:t xml:space="preserve">[09:00] </w:t>
      </w:r>
      <w:r>
        <w:t>ab logon ko bara acha laga yeh ke cheezain jo hain, sab aik ke qabze mein na hon, sab ke qabze mein hon. lekin sab log kya mil kar ke koi nizam chalayen gay?</w:t>
      </w:r>
    </w:p>
    <w:p>
      <w:pPr>
        <w:jc w:val="right"/>
      </w:pPr>
      <w:r>
        <w:t>اب لوگوں کو بڑا اچھا لگا یہ کہ چیزیں جو ہیں، سب ایک کے قبضے میں نہ ہوں، سب کے قبضے میں ہوں۔ لیکن سب لوگ کیا مل کر کے کوئی نظام چلائیں گے؟</w:t>
      </w:r>
    </w:p>
    <w:p>
      <w:r>
        <w:rPr>
          <w:b/>
        </w:rPr>
        <w:t xml:space="preserve">[09:12] </w:t>
      </w:r>
      <w:r>
        <w:t>kese sab ke qabze mein kese aa sakta hai? to kya hua ke jo jo government hai, jo state hai, un ke hath mein dena para.</w:t>
      </w:r>
    </w:p>
    <w:p>
      <w:pPr>
        <w:jc w:val="right"/>
      </w:pPr>
      <w:r>
        <w:t>کیسے سب کے قبضے میں کیسے آ سکتا ہے؟ تو کیا ہوا کہ جو جو گورنمنٹ ہے، جو اسٹیٹ ہے، ان کے ہاتھ میں دینا پڑا۔</w:t>
      </w:r>
    </w:p>
    <w:p>
      <w:r>
        <w:rPr>
          <w:b/>
        </w:rPr>
        <w:t xml:space="preserve">[09:25] </w:t>
      </w:r>
      <w:r>
        <w:t>to logon se cheen kar ke kya kiya gaya? state ke ya government ke qabze mein de diya gaya. to dekhiye ke yeh yeh tha state economy,</w:t>
      </w:r>
    </w:p>
    <w:p>
      <w:pPr>
        <w:jc w:val="right"/>
      </w:pPr>
      <w:r>
        <w:t>تو لوگوں سے چھین کر کے کیا کیا گیا؟ اسٹیٹ کے یا گورنمنٹ کے قبضے میں دے دیا گیا۔ تو دیکھیے کہ یہ یہ تھا اسٹیٹ اکانومی،</w:t>
      </w:r>
    </w:p>
    <w:p>
      <w:r>
        <w:rPr>
          <w:b/>
        </w:rPr>
        <w:t xml:space="preserve">[09:39] </w:t>
      </w:r>
      <w:r>
        <w:t>aur us ne naam kya de diya? socialist economy. that was wrong nomenclature to aik khoobsurat, aik beautiful word bol kar ke aadmi idhar se udhar aadmi ka khayal kar deta hai.</w:t>
      </w:r>
    </w:p>
    <w:p>
      <w:pPr>
        <w:jc w:val="right"/>
      </w:pPr>
      <w:r>
        <w:t>اور اس نے نام کیا دے دیا؟ سوشلسٹ اکانومی۔ That was wrong nomenclature تو ایک خوبصورت، ایک بیوٹی فل ورڈ بول کر کے آدمی ادھر سے ادھر آدمی کا خیال کر دیتا ہے۔</w:t>
      </w:r>
    </w:p>
    <w:p>
      <w:r>
        <w:rPr>
          <w:b/>
        </w:rPr>
        <w:t xml:space="preserve">[09:52] </w:t>
      </w:r>
      <w:r>
        <w:t>yaani falsehood mein kyun jeete hain log</w:t>
      </w:r>
    </w:p>
    <w:p>
      <w:pPr>
        <w:jc w:val="right"/>
      </w:pPr>
      <w:r>
        <w:t>یعنی فالس ہڈ میں کیوں جیتے ہیں لوگ</w:t>
      </w:r>
    </w:p>
    <w:p>
      <w:r>
        <w:rPr>
          <w:b/>
        </w:rPr>
        <w:t xml:space="preserve">[09:54] </w:t>
      </w:r>
      <w:r>
        <w:t>? ke logon ko aik beautiful word mil jata hai ke jo hone wala tha, woh to state economy thi. yaani bureaucracy jo hai, us ke qabze mein sab cheezain aa jayen,</w:t>
      </w:r>
    </w:p>
    <w:p>
      <w:pPr>
        <w:jc w:val="right"/>
      </w:pPr>
      <w:r>
        <w:t>؟ کہ لوگوں کو ایک بیوٹی فل ورڈ مل جاتا ہے کہ جو ہونے والا تھا، وہ تو اسٹیٹ اکانومی تھی۔ یعنی بیوروکریسی جو ہے، اس کے قبضے میں سب چیزیں آ جائیں،</w:t>
      </w:r>
    </w:p>
    <w:p>
      <w:r>
        <w:rPr>
          <w:b/>
        </w:rPr>
        <w:t xml:space="preserve">[10:08] </w:t>
      </w:r>
      <w:r>
        <w:t>lekin us ka naam de diya us ne kya hai? socialist economy. to is tarah se log falsehood mein jeete hain.</w:t>
      </w:r>
    </w:p>
    <w:p>
      <w:pPr>
        <w:jc w:val="right"/>
      </w:pPr>
      <w:r>
        <w:t>لیکن اس کا نام دے دیا اس نے کیا ہے؟ سوشلسٹ اکانومی۔ تو اس طرح سے لوگ فالس ہڈ میں جیتے ہیں۔</w:t>
      </w:r>
    </w:p>
    <w:p>
      <w:r>
        <w:rPr>
          <w:b/>
        </w:rPr>
        <w:t xml:space="preserve">[10:22] </w:t>
      </w:r>
      <w:r>
        <w:t>jitnay bhi aap dekhen, kisi bhi history ke jo jo bhi log hain, sab falsehood mein jeete hue milen ge aap ko.</w:t>
      </w:r>
    </w:p>
    <w:p>
      <w:pPr>
        <w:jc w:val="right"/>
      </w:pPr>
      <w:r>
        <w:t>جتنے بھی آپ دیکھیں، کسی بھی ہسٹری کے جو جو بھی لوگ ہیں، سب فالس ہڈ میں جیتے ہوئے ملیں گے آپ کو۔</w:t>
      </w:r>
    </w:p>
    <w:p>
      <w:r>
        <w:rPr>
          <w:b/>
        </w:rPr>
        <w:t xml:space="preserve">[10:32] </w:t>
      </w:r>
      <w:r>
        <w:t>jaise colonialism ka jo daur tha, colonial jo period tha, us zamane mein jagah jagah lead nationalist leader uthay.</w:t>
      </w:r>
    </w:p>
    <w:p>
      <w:pPr>
        <w:jc w:val="right"/>
      </w:pPr>
      <w:r>
        <w:t>جیسے کلونیلزم کا جو دور تھا، کلونیل جو پیریڈ تھا، اس زمانے میں جگہ جگہ لیڈ نیشنلسٹ لیڈر اٹھے۔</w:t>
      </w:r>
    </w:p>
    <w:p>
      <w:r>
        <w:rPr>
          <w:b/>
        </w:rPr>
        <w:t xml:space="preserve">[10:43] </w:t>
      </w:r>
      <w:r>
        <w:t>har mulk mein jahan jahan colonial powers rule kar rahi theen, wahan nationalist log uthay. un ka nara kya tha?</w:t>
      </w:r>
    </w:p>
    <w:p>
      <w:pPr>
        <w:jc w:val="right"/>
      </w:pPr>
      <w:r>
        <w:t>ہر ملک میں جہاں جہاں کلونیل پاورز رول کر رہی تھیں، وہاں نیشنلسٹ لوگ اٹھے۔ ان کا نعرہ کیا تھا؟</w:t>
      </w:r>
    </w:p>
    <w:p>
      <w:r>
        <w:rPr>
          <w:b/>
        </w:rPr>
        <w:t xml:space="preserve">[10:53] </w:t>
      </w:r>
      <w:r>
        <w:t>"freedom, slavery or freedom? choose between the two." "slavery or freedom? choose between the two." ab logon ko bara acha laga, aur yeh leader bohat zyada popular ho gaye.</w:t>
      </w:r>
    </w:p>
    <w:p>
      <w:pPr>
        <w:jc w:val="right"/>
      </w:pPr>
      <w:r>
        <w:t>"Freedom, slavery or freedom? Choose between the two." "Slavery or freedom? Choose between the two." اب لوگوں کو بڑا اچھا لگا، اور یہ لیڈر بہت زیادہ پاپولر ہو گئے۔</w:t>
      </w:r>
    </w:p>
    <w:p>
      <w:r>
        <w:rPr>
          <w:b/>
        </w:rPr>
        <w:t xml:space="preserve">[11:06] </w:t>
      </w:r>
      <w:r>
        <w:t>lekin result kya tha?</w:t>
      </w:r>
    </w:p>
    <w:p>
      <w:pPr>
        <w:jc w:val="right"/>
      </w:pPr>
      <w:r>
        <w:t>لیکن رزلٹ کیا تھا؟</w:t>
      </w:r>
    </w:p>
    <w:p>
      <w:r>
        <w:rPr>
          <w:b/>
        </w:rPr>
        <w:t xml:space="preserve">[11:10] </w:t>
      </w:r>
      <w:r>
        <w:t>result yeh tha ke foreign rule ki jagah indigenus rule, home rule. yeh slavery aur freedom ka mamla nahi tha.</w:t>
      </w:r>
    </w:p>
    <w:p>
      <w:pPr>
        <w:jc w:val="right"/>
      </w:pPr>
      <w:r>
        <w:t>رزلٹ یہ تھا کہ فارن رول کی جگہ انڈجنس رول، ہوم رول۔ یہ سلیوری اور فریڈم کا معاملہ نہیں تھا۔</w:t>
      </w:r>
    </w:p>
    <w:p>
      <w:r>
        <w:rPr>
          <w:b/>
        </w:rPr>
        <w:t xml:space="preserve">[11:21] </w:t>
      </w:r>
      <w:r>
        <w:t>yeh tha ke foreigners rule karen ya apne desh ke log rule karen. to ab bhi wahi hai, aik janta jo hai, woh rule karti hai.</w:t>
      </w:r>
    </w:p>
    <w:p>
      <w:pPr>
        <w:jc w:val="right"/>
      </w:pPr>
      <w:r>
        <w:t>یہ تھا کہ فارنرز رول کریں یا اپنے دیش کے لوگ رول کریں۔ تو اب بھی وہی ہے، ایک جنتا جو ہے، وہ رول کرتی ہے۔</w:t>
      </w:r>
    </w:p>
    <w:p>
      <w:r>
        <w:rPr>
          <w:b/>
        </w:rPr>
        <w:t xml:space="preserve">[11:30] </w:t>
      </w:r>
      <w:r>
        <w:t>pehlay bhi, pehlay bhi rule karti thi. saath dush to nahi mil kar rule kar raha hai.</w:t>
      </w:r>
    </w:p>
    <w:p>
      <w:pPr>
        <w:jc w:val="right"/>
      </w:pPr>
      <w:r>
        <w:t>پہلے بھی، پہلے بھی رول کرتی تھی۔ ساتھ دیش تو نہیں مل کر رول کر رہا ہے۔</w:t>
      </w:r>
    </w:p>
    <w:p>
      <w:r>
        <w:rPr>
          <w:b/>
        </w:rPr>
        <w:t xml:space="preserve">[11:37] </w:t>
      </w:r>
      <w:r>
        <w:t>wo log jo power rakhte hain woh kam hotay hain, wohi rule karte hain. aur reduce ho kar aakhir mein bureaucracy rule karne lagti hai.</w:t>
      </w:r>
    </w:p>
    <w:p>
      <w:pPr>
        <w:jc w:val="right"/>
      </w:pPr>
      <w:r>
        <w:t>ون پرسن سے بھی کم وہ لوگ ہوتے ہیں جن کے پاس پاور ہوتا ہے، وہی رول کرتے ہیں۔ اور ریڈیوس ہو کر آخر میں بیوروکریسی رول کرنے لگتی ہے۔</w:t>
      </w:r>
    </w:p>
    <w:p>
      <w:r>
        <w:rPr>
          <w:b/>
        </w:rPr>
        <w:t xml:space="preserve">[11:49] </w:t>
      </w:r>
      <w:r>
        <w:t>to "Slavery or freedom? Choose between the two." galat tha. yaani foreign rule ya mulki rule, is mein choice tha.</w:t>
      </w:r>
    </w:p>
    <w:p>
      <w:pPr>
        <w:jc w:val="right"/>
      </w:pPr>
      <w:r>
        <w:t>تو "Slavery or freedom? Choose between the two." غلط تھا۔ یعنی فارن رول یا ملکی رول، اس میں چوائس تھا۔</w:t>
      </w:r>
    </w:p>
    <w:p>
      <w:r>
        <w:rPr>
          <w:b/>
        </w:rPr>
        <w:t xml:space="preserve">[12:02] </w:t>
      </w:r>
      <w:r>
        <w:t>ab sab log attract ho kar is ki taraf daud pade.</w:t>
      </w:r>
    </w:p>
    <w:p>
      <w:pPr>
        <w:jc w:val="right"/>
      </w:pPr>
      <w:r>
        <w:t>اب سب لوگ اٹریکٹ ہو کر اس کی طرف دوڑ پڑے۔</w:t>
      </w:r>
    </w:p>
    <w:p>
      <w:r>
        <w:rPr>
          <w:b/>
        </w:rPr>
        <w:t xml:space="preserve">[12:07] </w:t>
      </w:r>
      <w:r>
        <w:t>to hamesha aisa hua ke aadmi ek ek ek beautiful idea banata hai jo realistic nahi hota, aur is mein woh jeene lagta hai.</w:t>
      </w:r>
    </w:p>
    <w:p>
      <w:pPr>
        <w:jc w:val="right"/>
      </w:pPr>
      <w:r>
        <w:t>تو ہمیشہ ایسا ہوا کہ آدمی ایک ایک ایک بیوٹی فل آئیڈیا بناتا ہے جو ریلسٹک نہیں ہوتا، اور اس میں وہ جینے لگتا ہے۔</w:t>
      </w:r>
    </w:p>
    <w:p>
      <w:r>
        <w:rPr>
          <w:b/>
        </w:rPr>
        <w:t xml:space="preserve">[12:26] </w:t>
      </w:r>
      <w:r>
        <w:t>main samajhta hoon ke sab se zyada, yaani buri misaal jo hai, woh yeh hai ke yeh duniya hamein mili hai test ke liye.</w:t>
      </w:r>
    </w:p>
    <w:p>
      <w:pPr>
        <w:jc w:val="right"/>
      </w:pPr>
      <w:r>
        <w:t>میں سمجھتا ہوں کہ سب سے زیادہ، یعنی بری مثال جو ہے، وہ یہ ہے کہ یہ دنیا ہمیں ملی ہے ٹیسٹ کے لیے۔</w:t>
      </w:r>
    </w:p>
    <w:p>
      <w:r>
        <w:rPr>
          <w:b/>
        </w:rPr>
        <w:t xml:space="preserve">[12:37] </w:t>
      </w:r>
      <w:r>
        <w:t>hum is ko samajh lete hain, yeh reward. The worst example of living in falsehood is to take test items as reward items.</w:t>
      </w:r>
    </w:p>
    <w:p>
      <w:pPr>
        <w:jc w:val="right"/>
      </w:pPr>
      <w:r>
        <w:t>ہم اس کو سمجھ لیتے ہیں، یہ ریوارڈ۔ The worst example of living in falsehood is to take test items as reward items.</w:t>
      </w:r>
    </w:p>
    <w:p>
      <w:r>
        <w:rPr>
          <w:b/>
        </w:rPr>
        <w:t xml:space="preserve">[12:58] </w:t>
      </w:r>
      <w:r>
        <w:t>duniya mein jo kuch bhi hai, chahe ek sui taaza ho, ek building ho ya car ho ya family ho ya friends hon, kuch bhi ho, kuch bhi ho, kuch bhi ho, woh sab test papers hain.</w:t>
      </w:r>
    </w:p>
    <w:p>
      <w:pPr>
        <w:jc w:val="right"/>
      </w:pPr>
      <w:r>
        <w:t>دنیا میں جو کچھ بھی ہے، چاہے ایک سوئی تازہ ہو، ایک بلڈنگ ہو یا کار ہو یا فیملی ہو یا فرینڈز ہوں، کچھ بھی ہو، کچھ بھی ہو، کچھ بھی ہو، وہ سب ٹیسٹ پیپرز ہیں۔</w:t>
      </w:r>
    </w:p>
    <w:p>
      <w:r>
        <w:rPr>
          <w:b/>
        </w:rPr>
        <w:t xml:space="preserve">[13:11] </w:t>
      </w:r>
      <w:r>
        <w:t>yaani imtehan ke samaan. h</w:t>
      </w:r>
    </w:p>
    <w:p>
      <w:pPr>
        <w:jc w:val="right"/>
      </w:pPr>
      <w:r>
        <w:t>یعنی امتحان کے سامان۔ ہ</w:t>
      </w:r>
    </w:p>
    <w:p>
      <w:r>
        <w:rPr>
          <w:b/>
        </w:rPr>
        <w:t xml:space="preserve">[13:15] </w:t>
      </w:r>
      <w:r>
        <w:t>maare apne jo yeh jo wajood hai, hamara yeh jo hamara body hai ya hamari yeh mind hai, is ke sath jo kuch bhi hai, woh sab test papers hain, imtehan ke samaan.</w:t>
      </w:r>
    </w:p>
    <w:p>
      <w:pPr>
        <w:jc w:val="right"/>
      </w:pPr>
      <w:r>
        <w:t>مارے اپنے جو یہ جو وجود ہے، ہمارا یہ جو ہمارا باڈی ہے یا ہماری یہ مائنڈ ہے، اس کے ساتھ جو کچھ بھی ہے، وہ سب ٹیسٹ پیپرز ہیں، امتحان کے سامان۔</w:t>
      </w:r>
    </w:p>
    <w:p>
      <w:r>
        <w:rPr>
          <w:b/>
        </w:rPr>
        <w:t xml:space="preserve">[13:29] </w:t>
      </w:r>
      <w:r>
        <w:t>lekin hum kya samajh lete hain is ko ke Khuda ne bara fazal kiya mere upar, Khuda ne bara inaam kiya mere upar.</w:t>
      </w:r>
    </w:p>
    <w:p>
      <w:pPr>
        <w:jc w:val="right"/>
      </w:pPr>
      <w:r>
        <w:t>لیکن ہم کیا سمجھ لیتے ہیں اس کو کہ خدا نے بڑا فضل کیا میرے اوپر، خدا نے بڑا انعام کیا میرے اوپر۔</w:t>
      </w:r>
    </w:p>
    <w:p>
      <w:r>
        <w:rPr>
          <w:b/>
        </w:rPr>
        <w:t xml:space="preserve">[13:37] </w:t>
      </w:r>
      <w:r>
        <w:t>koi bhi cheez fazal nahi hai, chahe aulad ho, chahe building ho, chahe business ho ya job ho, koi fazal nahi hai.</w:t>
      </w:r>
    </w:p>
    <w:p>
      <w:pPr>
        <w:jc w:val="right"/>
      </w:pPr>
      <w:r>
        <w:t>کوئی بھی چیز فضل نہیں ہے، چاہے اولاد ہو، چاہے بلڈنگ ہو، چاہے بزنس ہو یا جاب ہو، کوئی فضل نہیں ہے۔</w:t>
      </w:r>
    </w:p>
    <w:p>
      <w:r>
        <w:rPr>
          <w:b/>
        </w:rPr>
        <w:t xml:space="preserve">[13:46] </w:t>
      </w:r>
      <w:r>
        <w:t>woh sab test papers hain. ab jab aap is ko samajh lein, fazal aur inaam, blessing, to kya hota hai?</w:t>
      </w:r>
    </w:p>
    <w:p>
      <w:pPr>
        <w:jc w:val="right"/>
      </w:pPr>
      <w:r>
        <w:t>وہ سب ٹیسٹ پیپرز ہیں۔ اب جب آپ اس کو سمجھ لیں، فضل اور انعام، بلیسنگ، تو کیا ہوتا ہے؟</w:t>
      </w:r>
    </w:p>
    <w:p>
      <w:r>
        <w:rPr>
          <w:b/>
        </w:rPr>
        <w:t xml:space="preserve">[13:58] </w:t>
      </w:r>
      <w:r>
        <w:t>phir pride aati hai, phir arrogance aata hai, phir har cheez mein aadmi abnormal ho jata hai.</w:t>
      </w:r>
    </w:p>
    <w:p>
      <w:pPr>
        <w:jc w:val="right"/>
      </w:pPr>
      <w:r>
        <w:t>پھر پرائیڈ آتی ہے، پھر اروگنس آتا ہے، پھر ہر چیز میں آدمی ابنارمل ہو جاتا ہے۔</w:t>
      </w:r>
    </w:p>
    <w:p>
      <w:r>
        <w:rPr>
          <w:b/>
        </w:rPr>
        <w:t xml:space="preserve">[14:09] </w:t>
      </w:r>
      <w:r>
        <w:t>aur agar aap yeh samjhein ke yeh to Khuda ki taraf se test papers hain, imtehan ke samaan hain, to aap ke andar kya hoga?</w:t>
      </w:r>
    </w:p>
    <w:p>
      <w:pPr>
        <w:jc w:val="right"/>
      </w:pPr>
      <w:r>
        <w:t>اور اگر آپ یہ سمجھیں کہ یہ تو خدا کی طرف سے ٹیسٹ پیپرز ہیں، امتحان کے سامان ہیں، تو آپ کے اندر کیا ہوگا؟</w:t>
      </w:r>
    </w:p>
    <w:p>
      <w:r>
        <w:rPr>
          <w:b/>
        </w:rPr>
        <w:t xml:space="preserve">[14:18] </w:t>
      </w:r>
      <w:r>
        <w:t>modesty aayegi, nimrata aayegi.</w:t>
      </w:r>
    </w:p>
    <w:p>
      <w:pPr>
        <w:jc w:val="right"/>
      </w:pPr>
      <w:r>
        <w:t>ماڈیسٹی آئے گی، نمرتہ آئے گی۔</w:t>
      </w:r>
    </w:p>
    <w:p>
      <w:r>
        <w:rPr>
          <w:b/>
        </w:rPr>
        <w:t xml:space="preserve">[14:24] </w:t>
      </w:r>
      <w:r>
        <w:t>apne ko aap kuch bhi, kuch bhi nahi samjhenge.</w:t>
      </w:r>
    </w:p>
    <w:p>
      <w:pPr>
        <w:jc w:val="right"/>
      </w:pPr>
      <w:r>
        <w:t>اپنے کو آپ کچھ بھی، کچھ بھی نہیں سمجھیں گے۔</w:t>
      </w:r>
    </w:p>
    <w:p>
      <w:r>
        <w:rPr>
          <w:b/>
        </w:rPr>
        <w:t xml:space="preserve">[14:27] </w:t>
      </w:r>
      <w:r>
        <w:t>to poori history mein, main samajhta hoon ke poori history mein sab se zyada, yaani jo worst kind of yeh hai, yaani falsehood ka, woh yahi hai.</w:t>
      </w:r>
    </w:p>
    <w:p>
      <w:pPr>
        <w:jc w:val="right"/>
      </w:pPr>
      <w:r>
        <w:t>تو پوری ہسٹری میں، میں سمجھتا ہوں کہ پوری ہسٹری میں سب سے زیادہ، یعنی جو ورسٹ کائنڈ آف یہ ہے، یعنی فالس ہڈ کا، وہ یہی ہے۔</w:t>
      </w:r>
    </w:p>
    <w:p>
      <w:r>
        <w:rPr>
          <w:b/>
        </w:rPr>
        <w:t xml:space="preserve">[14:45] </w:t>
      </w:r>
      <w:r>
        <w:t>agar main yeh kahoon to yeh graduation nahi hoga ke the worst example of living in falsehood is to take test papers as reward test items as reward items.</w:t>
      </w:r>
    </w:p>
    <w:p>
      <w:pPr>
        <w:jc w:val="right"/>
      </w:pPr>
      <w:r>
        <w:t>اگر میں یہ کہوں تو یہ گریجویشن نہیں ہوگا کہ the worst example of living in falsehood is to take test papers as as reward پہ ٹیسٹ آئٹمز ایز ریوارڈ آئٹمز۔</w:t>
      </w:r>
    </w:p>
    <w:p>
      <w:r>
        <w:rPr>
          <w:b/>
        </w:rPr>
        <w:t xml:space="preserve">[15:11] </w:t>
      </w:r>
      <w:r>
        <w:t>saari history ke jo evils hain, woh isi liye paida hui hain</w:t>
      </w:r>
    </w:p>
    <w:p>
      <w:pPr>
        <w:jc w:val="right"/>
      </w:pPr>
      <w:r>
        <w:t>ساری ہسٹری کے جو ایولز ہیں، وہ اسی لیے پیدا ہوئی ہیں</w:t>
      </w:r>
    </w:p>
    <w:p>
      <w:r>
        <w:rPr>
          <w:b/>
        </w:rPr>
        <w:t xml:space="preserve">[15:17] </w:t>
      </w:r>
      <w:r>
        <w:t>ke hum yeh nahi samajh samajh paye ke yeh sab Khuda ke Khuda ki taraf se diya gaya hai hamara imtehan lene ke liye, hamara test lene ke liye.</w:t>
      </w:r>
    </w:p>
    <w:p>
      <w:pPr>
        <w:jc w:val="right"/>
      </w:pPr>
      <w:r>
        <w:t>کہ ہم یہ نہیں سمجھ سمجھ پائے کہ یہ سب خدا کے خدا کی طرف سے دیا گیا ہے ہمارا امتحان لینے کے لیے، ہمارا ٹیسٹ لینے کے لیے۔</w:t>
      </w:r>
    </w:p>
    <w:p>
      <w:r>
        <w:rPr>
          <w:b/>
        </w:rPr>
        <w:t xml:space="preserve">[15:29] </w:t>
      </w:r>
      <w:r>
        <w:t>to aadmi agar yeh samjhe to bohat hi cautious rahega, har waqt woh apne ko responsible samjhega, accountable samjhega.</w:t>
      </w:r>
    </w:p>
    <w:p>
      <w:pPr>
        <w:jc w:val="right"/>
      </w:pPr>
      <w:r>
        <w:t>تو آدمی اگر یہ سمجھے تو بہت ہی کاشس رہے گا، ہر وقت وہ اپنے کو ریسپانسبل سمجھے گا، اکاؤنٹیبل سمجھے گا۔</w:t>
      </w:r>
    </w:p>
    <w:p>
      <w:r>
        <w:rPr>
          <w:b/>
        </w:rPr>
        <w:t xml:space="preserve">[15:40] </w:t>
      </w:r>
      <w:r>
        <w:t>saare actions is ke theek theek chalenge, aur jab aap samjhenge, samajh lein is ko blessing, reward, to phir ek dam aap ka aap ki soch badal jati hai, aap ka lifestyle badal jata hai, aap ka behavior badal jata hai.</w:t>
      </w:r>
    </w:p>
    <w:p>
      <w:pPr>
        <w:jc w:val="right"/>
      </w:pPr>
      <w:r>
        <w:t>سارے ایکشنز اس کے ٹھیک ٹھیک چلیں گے، اور جب آپ سمجھیں گے، سمجھ لیں اس کو بلیسنگ، ریوارڈ، تو پھر ایک دم آپ کا آپ کی سوچ بدل جاتی ہے، آپ کا لائف اسٹائل بدل جاتا ہے، آپ کا بیہیویئر بدل جاتا ہے۔</w:t>
      </w:r>
    </w:p>
    <w:p>
      <w:r>
        <w:rPr>
          <w:b/>
        </w:rPr>
        <w:t xml:space="preserve">[15:59] </w:t>
      </w:r>
      <w:r>
        <w:t>to main samajhta hoon ke living in falsehood, jo main keh raha hoon, is ki sab se zyada, yaani buri misaal poori history mein yahi hai ke logon ne test items ko reward item samajh liya.</w:t>
      </w:r>
    </w:p>
    <w:p>
      <w:pPr>
        <w:jc w:val="right"/>
      </w:pPr>
      <w:r>
        <w:t>تو میں سمجھتا ہوں کہ لیونگ ان فالس ہڈ، جو میں کہہ رہا ہوں، اس کی سب سے زیادہ، یعنی بری مثال پوری ہسٹری میں یہی ہے کہ لوگوں نے ٹیسٹ آئٹمز کو ریوارڈ آئٹم سمجھ لیا۔</w:t>
      </w:r>
    </w:p>
    <w:p>
      <w:r>
        <w:rPr>
          <w:b/>
        </w:rPr>
        <w:t xml:space="preserve">[16:20] </w:t>
      </w:r>
      <w:r>
        <w:t>to yeh jo is ki jitna bhi main sochta hoon, har har misaal mein mujhe yahi dikhai padta hai.</w:t>
      </w:r>
    </w:p>
    <w:p>
      <w:pPr>
        <w:jc w:val="right"/>
      </w:pPr>
      <w:r>
        <w:t>تو یہ جو اس کی جتنا بھی میں سوچتا ہوں، ہر ہر مثال میں مجھے یہی دکھائی پڑتا ہے۔</w:t>
      </w:r>
    </w:p>
    <w:p>
      <w:r>
        <w:rPr>
          <w:b/>
        </w:rPr>
        <w:t xml:space="preserve">[16:31] </w:t>
      </w:r>
      <w:r>
        <w:t>jaise Obama sahib, jo America ke sadar bane hain, to un ki pehli speech jo hai, main ne suni TV par.</w:t>
      </w:r>
    </w:p>
    <w:p>
      <w:pPr>
        <w:jc w:val="right"/>
      </w:pPr>
      <w:r>
        <w:t>جیسے اوباما صاحب، جو امریکہ کے صدر بنے ہیں، تو ان کی پہلی سپیچ جو ہے، میں نے سنی ٹی وی پر۔</w:t>
      </w:r>
    </w:p>
    <w:p>
      <w:r>
        <w:rPr>
          <w:b/>
        </w:rPr>
        <w:t xml:space="preserve">[16:43] </w:t>
      </w:r>
      <w:r>
        <w:t>aam taur par tv nahi dekhta mein, is ko maine suna, isi speech ko.</w:t>
      </w:r>
    </w:p>
    <w:p>
      <w:pPr>
        <w:jc w:val="right"/>
      </w:pPr>
      <w:r>
        <w:t>عام طور پر ٹی وی نہیں دیکھتا میں، اس کو میں نے سنا، اسی سپیچ کو۔</w:t>
      </w:r>
    </w:p>
    <w:p>
      <w:r>
        <w:rPr>
          <w:b/>
        </w:rPr>
        <w:t xml:space="preserve">[16:48] </w:t>
      </w:r>
      <w:r>
        <w:t>to unhon ne apni yeh speech jo shuru ki, to pehla sentence un ke munh se nikla ke "The change has come to America." maine kaha ke "The change has come to America." jo hai, yeh to falsehood mein jeena hai.</w:t>
      </w:r>
    </w:p>
    <w:p>
      <w:pPr>
        <w:jc w:val="right"/>
      </w:pPr>
      <w:r>
        <w:t>تو انہوں نے اپنی یہ سپیچ جو شروع کی، تو پہلا سینٹنس ان کے منہ سے نکلا کہ "The change has come to America." میں نے کہا کہ "The change has come to America." جو ہے، یہ تو فالس ہڈ میں جینا ہے۔</w:t>
      </w:r>
    </w:p>
    <w:p>
      <w:r>
        <w:rPr>
          <w:b/>
        </w:rPr>
        <w:t xml:space="preserve">[17:04] </w:t>
      </w:r>
      <w:r>
        <w:t>sahih baat yeh hai ke "The change has come to American presidency."</w:t>
      </w:r>
    </w:p>
    <w:p>
      <w:pPr>
        <w:jc w:val="right"/>
      </w:pPr>
      <w:r>
        <w:t>صحیح بات یہ ہے کہ "The change has come to American presidency."</w:t>
      </w:r>
    </w:p>
    <w:p>
      <w:r>
        <w:rPr>
          <w:b/>
        </w:rPr>
        <w:t xml:space="preserve">[17:11] </w:t>
      </w:r>
      <w:r>
        <w:t>yani is din jo baat hui thi, woh yeh thi ke white house mein</w:t>
      </w:r>
    </w:p>
    <w:p>
      <w:pPr>
        <w:jc w:val="right"/>
      </w:pPr>
      <w:r>
        <w:t>یعنی اس دن جو بات ہوئی تھی، وہ یہ تھی کہ وائٹ ہاؤس میں</w:t>
      </w:r>
    </w:p>
    <w:p>
      <w:r>
        <w:rPr>
          <w:b/>
        </w:rPr>
        <w:t xml:space="preserve">[17:15] </w:t>
      </w:r>
      <w:r>
        <w:t>ab tak white president hua karta tha, ab aik black president aa gaya hai. yeh nahi to hua, baqi jo hona hai, woh to bohat door ki baat hai.</w:t>
      </w:r>
    </w:p>
    <w:p>
      <w:pPr>
        <w:jc w:val="right"/>
      </w:pPr>
      <w:r>
        <w:t>اب تک وائٹ پریزیڈنٹ ہوا کرتا تھا، اب ایک بلیک پریزیڈنٹ آ گیا ہے۔ یہ نہیں تو ہوا، باقی جو ہونا ہے، وہ تو بہت دور کی بات ہے۔</w:t>
      </w:r>
    </w:p>
    <w:p>
      <w:r>
        <w:rPr>
          <w:b/>
        </w:rPr>
        <w:t xml:space="preserve">[17:27] </w:t>
      </w:r>
      <w:r>
        <w:t>ab main samajhta hoon ke koi bhi president chaar saal, paanch saal ki muddat mein kabhi bhi koi bara change nahi la sakta hai. change lane ke liye bohat ziyada kaam karna parta hai.</w:t>
      </w:r>
    </w:p>
    <w:p>
      <w:pPr>
        <w:jc w:val="right"/>
      </w:pPr>
      <w:r>
        <w:t>اب میں سمجھتا ہوں کہ کوئی بھی پریزیڈنٹ چار سال، پانچ سال کی مدت میں کبھی بھی کوئی بڑا چینج نہیں لا سکتا ہے۔ چینج لانے کے لیے بہت زیادہ کام کرنا پڑتا ہے۔</w:t>
      </w:r>
    </w:p>
    <w:p>
      <w:r>
        <w:rPr>
          <w:b/>
        </w:rPr>
        <w:t xml:space="preserve">[17:40] </w:t>
      </w:r>
      <w:r>
        <w:t>aap stage par speech de sakte hain ke "The change has come to America." lekin America mein change lane ke liye aik bohat lamba period darkar hai, aur bohat lambi sincerity darkar hai.</w:t>
      </w:r>
    </w:p>
    <w:p>
      <w:pPr>
        <w:jc w:val="right"/>
      </w:pPr>
      <w:r>
        <w:t>آپ اسٹیج پر سپیچ دے سکتے ہیں کہ "The change has come to America." لیکن امریکہ میں چینج لانے کے لیے ایک بہت لمبا پیریڈ درکار ہے، اور بہت لمبی سنسریٹی درکار ہے۔</w:t>
      </w:r>
    </w:p>
    <w:p>
      <w:r>
        <w:rPr>
          <w:b/>
        </w:rPr>
        <w:t xml:space="preserve">[17:55] </w:t>
      </w:r>
      <w:r>
        <w:t>bohat zabardast aik team darkar hai, bohat sari conditions darkar hain.</w:t>
      </w:r>
    </w:p>
    <w:p>
      <w:pPr>
        <w:jc w:val="right"/>
      </w:pPr>
      <w:r>
        <w:t>بہت زبردست ایک ٹیم درکار ہے، بہت ساری کنڈیشنز درکار ہیں۔</w:t>
      </w:r>
    </w:p>
    <w:p>
      <w:r>
        <w:rPr>
          <w:b/>
        </w:rPr>
        <w:t xml:space="preserve">[18:02] </w:t>
      </w:r>
      <w:r>
        <w:t>ab dekhen, hamare prime minister sahib, itna bara uhda un ko hai, aur aap jante hain ke un ko abhi operation hua hai, aur paanch, yani un ki woh block ho gayi thi,</w:t>
      </w:r>
    </w:p>
    <w:p>
      <w:pPr>
        <w:jc w:val="right"/>
      </w:pPr>
      <w:r>
        <w:t>اب دیکھیں، ہمارے پرائم منسٹر صاحب، اتنا بڑا عہدہ ان کو ہے، اور آپ جانتے ہیں کہ ان کو ابھی آپریشن ہوا ہے، اور پانچ، یعنی ان کی وہ بلاک ہو گئی تھی،</w:t>
      </w:r>
    </w:p>
    <w:p>
      <w:r>
        <w:rPr>
          <w:b/>
        </w:rPr>
        <w:t xml:space="preserve">[18:16] </w:t>
      </w:r>
      <w:r>
        <w:t>aur gyarah ghante operation hota raha.</w:t>
      </w:r>
    </w:p>
    <w:p>
      <w:pPr>
        <w:jc w:val="right"/>
      </w:pPr>
      <w:r>
        <w:t>اور گیارہ گھنٹے آپریشن ہوتا رہا۔</w:t>
      </w:r>
    </w:p>
    <w:p>
      <w:r>
        <w:rPr>
          <w:b/>
        </w:rPr>
        <w:t xml:space="preserve">[18:21] </w:t>
      </w:r>
      <w:r>
        <w:t>to itne sare disadvantage hain, itne sare, yani aisi cheezen hain jis par hamein koi, koi, koi hamein control nahi hai.</w:t>
      </w:r>
    </w:p>
    <w:p>
      <w:pPr>
        <w:jc w:val="right"/>
      </w:pPr>
      <w:r>
        <w:t>تو اتنے سارے ڈس ایڈوانٹیج ہیں، اتنے سارے، یعنی ایسی چیزیں ہیں جس پر ہمیں کوئی، کوئی، کوئی ہمیں کنٹرول نہیں ہے۔</w:t>
      </w:r>
    </w:p>
    <w:p>
      <w:r>
        <w:rPr>
          <w:b/>
        </w:rPr>
        <w:t xml:space="preserve">[18:32] </w:t>
      </w:r>
      <w:r>
        <w:t>to yeh bolna ke America mein change aa gaya hai, yeh yeh falsehood mein jeena hai. aap yeh keh sakte hain ke main America mein change lana chahta hoon, yeh to keh sakte hain aap, lekin America mein change aa gaya, yeh to bohat hi falsehood mein jeena hai.</w:t>
      </w:r>
    </w:p>
    <w:p>
      <w:pPr>
        <w:jc w:val="right"/>
      </w:pPr>
      <w:r>
        <w:t>تو یہ بولنا کہ امریکہ میں چینج آ گیا ہے، یہ یہ فالس ہڈ میں جینا ہے۔ آپ یہ کہہ سکتے ہیں کہ میں امریکہ میں چینج لانا چاہتا ہوں، یہ تو کہہ سکتے ہیں آپ، لیکن امریکہ میں چینج آ گیا، یہ تو بہت ہی فالس ہڈ میں جینا ہے۔</w:t>
      </w:r>
    </w:p>
    <w:p>
      <w:r>
        <w:rPr>
          <w:b/>
        </w:rPr>
        <w:t xml:space="preserve">[18:52] </w:t>
      </w:r>
      <w:r>
        <w:t>aisi dekhen, abhi hamare muslim parchon mein aik cheez aayi thi, aap ne dekha hoga, yani jo shoe culture, joota culture.</w:t>
      </w:r>
    </w:p>
    <w:p>
      <w:pPr>
        <w:jc w:val="right"/>
      </w:pPr>
      <w:r>
        <w:t>ایسی دیکھیں، ابھی ہمارے مسلم پرچوں میں ایک چیز آئی تھی، آپ نے دیکھا ہوگا، یعنی جو شو کلچر، جوتا کلچر۔</w:t>
      </w:r>
    </w:p>
    <w:p>
      <w:r>
        <w:rPr>
          <w:b/>
        </w:rPr>
        <w:t xml:space="preserve">[19:03] </w:t>
      </w:r>
      <w:r>
        <w:t>Iraq mein Bush sahib jab gaye the to aik Iraqi journalist ne apna pans joota nikala aur phenka un ki taraf.</w:t>
      </w:r>
    </w:p>
    <w:p>
      <w:pPr>
        <w:jc w:val="right"/>
      </w:pPr>
      <w:r>
        <w:t>عراق میں بش صاحب جب گئے تھے تو ایک عراقی جرنلسٹ نے اپنا پانس جوتا نکالا اور پھینکا ان کی طرف۔</w:t>
      </w:r>
    </w:p>
    <w:p>
      <w:r>
        <w:rPr>
          <w:b/>
        </w:rPr>
        <w:t xml:space="preserve">[19:13] </w:t>
      </w:r>
      <w:r>
        <w:t>ab sari muslim dunya khush ho gayi, excluding my self. mujhe to sharam aayi ke kya yeh Islam hai?</w:t>
      </w:r>
    </w:p>
    <w:p>
      <w:pPr>
        <w:jc w:val="right"/>
      </w:pPr>
      <w:r>
        <w:t>اب ساری مسلم دنیا خوش ہوگئی، ایکسکلوڈنگ مائی سیلف۔ مجھے تو شرم آئی کہ کیا یہ اسلام ہے؟</w:t>
      </w:r>
    </w:p>
    <w:p>
      <w:r>
        <w:rPr>
          <w:b/>
        </w:rPr>
        <w:t xml:space="preserve">[19:22] </w:t>
      </w:r>
      <w:r>
        <w:t>yahan tak ke aik Arab sheikh ne one billion dollar ka is ko inaam ailaan kar diya, aur woh joota culture chala itna ke hamare India tak pahunch gaya.</w:t>
      </w:r>
    </w:p>
    <w:p>
      <w:pPr>
        <w:jc w:val="right"/>
      </w:pPr>
      <w:r>
        <w:t>یہاں تک کہ ایک عرب شیخ نے ون بلین ڈالر کا اس کو انعام اعلان کر دیا، اور وہ جوتا کلچر چلا اتنا کہ ہمارے انڈیا تک پہنچ گیا۔</w:t>
      </w:r>
    </w:p>
    <w:p>
      <w:r>
        <w:rPr>
          <w:b/>
        </w:rPr>
        <w:t xml:space="preserve">[19:32] </w:t>
      </w:r>
      <w:r>
        <w:t>woh mere paas kuch parche hain, aap dekh sakte hain mere daftar mein aa kar ke. is mein jagah jagah joota phenk rahe hain woh, aur bare fakhr ke sath keh rahe hain.</w:t>
      </w:r>
    </w:p>
    <w:p>
      <w:pPr>
        <w:jc w:val="right"/>
      </w:pPr>
      <w:r>
        <w:t>وہ میرے پاس کچھ پرچے ہیں، آپ دیکھ سکتے ہیں میرے دفتر میں آ کر کے۔ اس میں جگہ جگہ جوتا پھینک رہے ہیں وہ، اور بڑے فخر کے ساتھ کہہ رہے ہیں۔</w:t>
      </w:r>
    </w:p>
    <w:p>
      <w:r>
        <w:rPr>
          <w:b/>
        </w:rPr>
        <w:t xml:space="preserve">[19:44] </w:t>
      </w:r>
      <w:r>
        <w:t>aik parche mein likha hua tha, jootay ke tasweeren de kar ke ke "shoe</w:t>
      </w:r>
    </w:p>
    <w:p>
      <w:pPr>
        <w:jc w:val="right"/>
      </w:pPr>
      <w:r>
        <w:t>ایک پرچے میں لکھا ہوا تھا، جوتے کے تصویریں دے کر کے کہ "shoe</w:t>
      </w:r>
    </w:p>
    <w:p>
      <w:r>
        <w:rPr>
          <w:b/>
        </w:rPr>
        <w:t xml:space="preserve">[19:54] </w:t>
      </w:r>
      <w:r>
        <w:t>made a history"</w:t>
      </w:r>
    </w:p>
    <w:p>
      <w:pPr>
        <w:jc w:val="right"/>
      </w:pPr>
      <w:r>
        <w:t>made a history"</w:t>
      </w:r>
    </w:p>
    <w:p>
      <w:r>
        <w:rPr>
          <w:b/>
        </w:rPr>
        <w:t xml:space="preserve">[19:59] </w:t>
      </w:r>
      <w:r>
        <w:t>aisa kuch tha ke jooton ne aik tareekh bana di. ab jooton ka dher laga hua hai, ab jis ko joota maar raha hai, woh to Washington mein hai, woh to Paris mein hai, woh to London mein hai.</w:t>
      </w:r>
    </w:p>
    <w:p>
      <w:pPr>
        <w:jc w:val="right"/>
      </w:pPr>
      <w:r>
        <w:t>ایسا کچھ تھا کہ جوتوں نے ایک تاریخ بنا دی۔ اب جوتوں کا ڈھیر لگا ہوا ہے، اب جس کو جوتا مار رہا ہے، وہ تو واشنگٹن میں ہے، وہ تو پیرس میں ہے، وہ تو لندن میں ہے۔</w:t>
      </w:r>
    </w:p>
    <w:p>
      <w:r>
        <w:rPr>
          <w:b/>
        </w:rPr>
        <w:t xml:space="preserve">[20:13] </w:t>
      </w:r>
      <w:r>
        <w:t>yahan joota phenk phenk kar aap keh rahe hain ke joote ne history bana di. to history kya banai? Islam ki image kharab ki.</w:t>
      </w:r>
    </w:p>
    <w:p>
      <w:pPr>
        <w:jc w:val="right"/>
      </w:pPr>
      <w:r>
        <w:t>یہاں جوتا پھینک پھینک کر آپ کہہ رہے ہیں کہ جوتے نے ہسٹری بنا دی۔ تو ہسٹری کیا بنائی؟ اسلام کی امیج خراب کی۔</w:t>
      </w:r>
    </w:p>
    <w:p>
      <w:r>
        <w:rPr>
          <w:b/>
        </w:rPr>
        <w:t xml:space="preserve">[20:24] </w:t>
      </w:r>
      <w:r>
        <w:t>yani jootay ne history koi nahi banai,</w:t>
      </w:r>
    </w:p>
    <w:p>
      <w:pPr>
        <w:jc w:val="right"/>
      </w:pPr>
      <w:r>
        <w:t>یعنی جوتے نے ہسٹری کوئی نہیں بنائی،</w:t>
      </w:r>
    </w:p>
    <w:p>
      <w:r>
        <w:rPr>
          <w:b/>
        </w:rPr>
        <w:t xml:space="preserve">[20:29] </w:t>
      </w:r>
      <w:r>
        <w:t>sirf yeh hai ke joota culture jo aap ne chalaya, is se Islam ki image kharab hui. history kuch bhi nahi bani,</w:t>
      </w:r>
    </w:p>
    <w:p>
      <w:pPr>
        <w:jc w:val="right"/>
      </w:pPr>
      <w:r>
        <w:t>صرف یہ ہے کہ جوتا کلچر جو آپ نے چلایا، اس سے اسلام کی امیج خراب ہوئی۔ ہسٹری کچھ بھی نہیں بنی،</w:t>
      </w:r>
    </w:p>
    <w:p>
      <w:r>
        <w:rPr>
          <w:b/>
        </w:rPr>
        <w:t xml:space="preserve">[20:37] </w:t>
      </w:r>
      <w:r>
        <w:t>kisi ko koi nuksan nahi pahuncha, kisi ka aik aik baal bhi nahi toota. to yeh bhi living in falsehood ki misaal hai ke joota phenk kar aap samajhte hain ke aap ne dushman ko, yani, aur is dushman ko, yani, crush kar diya.</w:t>
      </w:r>
    </w:p>
    <w:p>
      <w:pPr>
        <w:jc w:val="right"/>
      </w:pPr>
      <w:r>
        <w:t>کسی کو کوئی نقصان نہیں پہنچا، کسی کا ایک ایک بال بھی نہیں ٹوٹا۔ تو یہ بھی لیونگ ان فالس ہڈ کی مثال ہے کہ جوتا پھینک کر آپ سمجھتے ہیں کہ آپ نے دشمن کو، یعنی، اور اس دشمن کو، یعنی، کرش کر دیا۔</w:t>
      </w:r>
    </w:p>
    <w:p>
      <w:r>
        <w:rPr>
          <w:b/>
        </w:rPr>
        <w:t xml:space="preserve">[20:59] </w:t>
      </w:r>
      <w:r>
        <w:t>to yeh bhi living in falsehood ki misaal hai.</w:t>
      </w:r>
    </w:p>
    <w:p>
      <w:pPr>
        <w:jc w:val="right"/>
      </w:pPr>
      <w:r>
        <w:t>تو یہ بھی لیونگ ان فالس ہڈ کی مثال ہے۔</w:t>
      </w:r>
    </w:p>
    <w:p>
      <w:r>
        <w:rPr>
          <w:b/>
        </w:rPr>
        <w:t xml:space="preserve">[21:04] </w:t>
      </w:r>
      <w:r>
        <w:t>to mein samajhta hoon ke hum logon ko aur sab ko is aitbaar se apne ko jaanchana chahiye ke hum kahin falsehood mein to nahin jee rahe.</w:t>
      </w:r>
    </w:p>
    <w:p>
      <w:pPr>
        <w:jc w:val="right"/>
      </w:pPr>
      <w:r>
        <w:t>تو میں سمجھتا ہوں کہ ہم لوگوں کو اور سب کو اس اعتبار سے اپنے کو جانچنا چاہیے کہ ہم کہیں فالس ہڈ میں تو نہیں جی رہے۔</w:t>
      </w:r>
    </w:p>
    <w:p>
      <w:r>
        <w:rPr>
          <w:b/>
        </w:rPr>
        <w:t xml:space="preserve">[21:17] </w:t>
      </w:r>
      <w:r>
        <w:t>abhi mein ek book ki misaal dena chahta hoon, yeh ke yeh book hai cosmology par, ek book chhapi hai.</w:t>
      </w:r>
    </w:p>
    <w:p>
      <w:pPr>
        <w:jc w:val="right"/>
      </w:pPr>
      <w:r>
        <w:t>ابھی میں ایک بک کی مثال دینا چاہتا ہوں، یہ کہ یہ بک ہے کاسمولوجی پر، ایک بک چھپی ہے۔</w:t>
      </w:r>
    </w:p>
    <w:p>
      <w:r>
        <w:rPr>
          <w:b/>
        </w:rPr>
        <w:t xml:space="preserve">[21:29] </w:t>
      </w:r>
      <w:r>
        <w:t>is mein ek scientist, hamare desh ke hain, woh unki kitaab hai yeh.</w:t>
      </w:r>
    </w:p>
    <w:p>
      <w:pPr>
        <w:jc w:val="right"/>
      </w:pPr>
      <w:r>
        <w:t>اس میں ایک سائنٹسٹ، ہمارے دیش کے ہیں، وہ ان کی کتاب ہے یہ۔</w:t>
      </w:r>
    </w:p>
    <w:p>
      <w:r>
        <w:rPr>
          <w:b/>
        </w:rPr>
        <w:t xml:space="preserve">[21:39] </w:t>
      </w:r>
      <w:r>
        <w:t>to unhon ne dikhaya hai ke universe mein unhon ne study ki kaafi, to unhon ne kaha hai ke is mein oneness hai, universal oneness ka word use kiya unhon ne</w:t>
      </w:r>
    </w:p>
    <w:p>
      <w:pPr>
        <w:jc w:val="right"/>
      </w:pPr>
      <w:r>
        <w:t>تو انہوں نے دکھایا ہے کہ یونیورس میں انہوں نے اسٹڈی کی کافی، تو انہوں نے کہا ہے کہ اس میں وننس ہے، یونیورسل وننس کا ورڈ یوز کیا انہوں نے</w:t>
      </w:r>
    </w:p>
    <w:p>
      <w:r>
        <w:rPr>
          <w:b/>
        </w:rPr>
        <w:t xml:space="preserve">[21:53] </w:t>
      </w:r>
      <w:r>
        <w:t>. yaani kainaat mein ek oneness hai, ek wahdat hai, universal oneness. apni oneness se kya nikala unhon ne?</w:t>
      </w:r>
    </w:p>
    <w:p>
      <w:pPr>
        <w:jc w:val="right"/>
      </w:pPr>
      <w:r>
        <w:t>۔ یعنی کائنات میں ایک وننس ہے، ایک وحدت ہے، یونیورسل وننس۔ اپنی وننس سے کیا نکالا انہوں نے؟</w:t>
      </w:r>
    </w:p>
    <w:p>
      <w:r>
        <w:rPr>
          <w:b/>
        </w:rPr>
        <w:t xml:space="preserve">[22:05] </w:t>
      </w:r>
      <w:r>
        <w:t>modism. yaani universe mein jab oneness hai to goya ke yeh support, scientific support hai is theory ke liye, jis ko kehte hain woh modism.</w:t>
      </w:r>
    </w:p>
    <w:p>
      <w:pPr>
        <w:jc w:val="right"/>
      </w:pPr>
      <w:r>
        <w:t>ماڈیزم۔ یعنی یونیورس میں جب وننس ہے تو گویا کہ یہ سپورٹ، سائنٹیفک سپورٹ ہے اس تھیوری کے لیے، جس کو کہتے ہیں وہ ماڈیزم۔</w:t>
      </w:r>
    </w:p>
    <w:p>
      <w:r>
        <w:rPr>
          <w:b/>
        </w:rPr>
        <w:t xml:space="preserve">[22:20] </w:t>
      </w:r>
      <w:r>
        <w:t>to yeh sab falsehood hai.</w:t>
      </w:r>
    </w:p>
    <w:p>
      <w:pPr>
        <w:jc w:val="right"/>
      </w:pPr>
      <w:r>
        <w:t>تو یہ سب فالس ہڈ ہے۔</w:t>
      </w:r>
    </w:p>
    <w:p>
      <w:r>
        <w:rPr>
          <w:b/>
        </w:rPr>
        <w:t xml:space="preserve">[22:24] </w:t>
      </w:r>
      <w:r>
        <w:t>jo cheez proof hui hai is kitaab mein, woh kya hai? woh universal oneness nahin, woh universal design hai.</w:t>
      </w:r>
    </w:p>
    <w:p>
      <w:pPr>
        <w:jc w:val="right"/>
      </w:pPr>
      <w:r>
        <w:t>جو چیز پروف ہوئی ہے اس کتاب میں، وہ کیا ہے؟ وہ یونیورسل وننس نہیں، وہ یونیورسل ڈیزائن ہے۔</w:t>
      </w:r>
    </w:p>
    <w:p>
      <w:r>
        <w:rPr>
          <w:b/>
        </w:rPr>
        <w:t xml:space="preserve">[22:34] </w:t>
      </w:r>
      <w:r>
        <w:t>universe mein be-pnah design hai, be-pnah harmony hai, be-pnah wisdom hai. yeh saabit hua hai.</w:t>
      </w:r>
    </w:p>
    <w:p>
      <w:pPr>
        <w:jc w:val="right"/>
      </w:pPr>
      <w:r>
        <w:t>یونیورس میں بے پناہ ڈیزائن ہے، بے پناہ ہارمونی ہے، بے پناہ وزڈم ہے۔ یہ ثابت ہوا ہے۔</w:t>
      </w:r>
    </w:p>
    <w:p>
      <w:r>
        <w:rPr>
          <w:b/>
        </w:rPr>
        <w:t xml:space="preserve">[22:44] </w:t>
      </w:r>
      <w:r>
        <w:t>jaise mein ek example deta hoon jo is kitaab mein hai ke galaxy jo hai hamari, us ke baray mein</w:t>
      </w:r>
    </w:p>
    <w:p>
      <w:pPr>
        <w:jc w:val="right"/>
      </w:pPr>
      <w:r>
        <w:t>جیسے میں ایک ایگزامپل دیتا ہوں جو اس کتاب میں ہے کہ گلیکسی جو ہے ہماری، اس کے بارے میں</w:t>
      </w:r>
    </w:p>
    <w:p>
      <w:r>
        <w:rPr>
          <w:b/>
        </w:rPr>
        <w:t xml:space="preserve">[22:51] </w:t>
      </w:r>
      <w:r>
        <w:t>unhon ne bataya hai ke 1990 mein, yaani 1990 mein, pehli baar yeh mumkin hua Hubble telescope ke zariye se ke bohat door tak hum dekh saken.</w:t>
      </w:r>
    </w:p>
    <w:p>
      <w:pPr>
        <w:jc w:val="right"/>
      </w:pPr>
      <w:r>
        <w:t>انہوں نے بتایا ہے کہ 1990 میں، یعنی 1990 میں، پہلی بار یہ ممکن ہوا ہبل ٹیلیسکوپ کے ذریعے سے کہ بہت دور تک ہم دیکھ سکیں۔</w:t>
      </w:r>
    </w:p>
    <w:p>
      <w:r>
        <w:rPr>
          <w:b/>
        </w:rPr>
        <w:t xml:space="preserve">[23:05] </w:t>
      </w:r>
      <w:r>
        <w:t>is se pehle jo telescope lagaya gaya tha, ke Galileo ne jo telescope is ko istemaal kiya tha, woh to ab ek ek khilona lagta hai aaj ke lihaaz se.</w:t>
      </w:r>
    </w:p>
    <w:p>
      <w:pPr>
        <w:jc w:val="right"/>
      </w:pPr>
      <w:r>
        <w:t>اس سے پہلے جو ٹیلیسکوپ لگایا گیا تھا، کہ گلیلیو نے جو ٹیلیسکوپ اس کو استعمال کیا تھا، وہ تو اب ایک ایک کھلونا لگتا ہے آج کے لحاظ سے۔</w:t>
      </w:r>
    </w:p>
    <w:p>
      <w:r>
        <w:rPr>
          <w:b/>
        </w:rPr>
        <w:t xml:space="preserve">[23:17] </w:t>
      </w:r>
      <w:r>
        <w:t>ek ek khilone jaisa hai woh telescope.</w:t>
      </w:r>
    </w:p>
    <w:p>
      <w:pPr>
        <w:jc w:val="right"/>
      </w:pPr>
      <w:r>
        <w:t>ایک ایک کھلونے جیسا ہے وہ ٹیلیسکوپ۔</w:t>
      </w:r>
    </w:p>
    <w:p>
      <w:r>
        <w:rPr>
          <w:b/>
        </w:rPr>
        <w:t xml:space="preserve">[23:21] </w:t>
      </w:r>
      <w:r>
        <w:t>ab jo telescope banaya gaya hai, is se bohat aage ka hai. aur Hubble telescope jo America ne upar bheja hai, to woh to bohat hi zabardast hai.</w:t>
      </w:r>
    </w:p>
    <w:p>
      <w:pPr>
        <w:jc w:val="right"/>
      </w:pPr>
      <w:r>
        <w:t>اب جو ٹیلیسکوپ بنایا گیا ہے، اس سے بہت آگے کا ہے۔ اور ہبل ٹیلیسکوپ جو امریکہ نے اوپر بھیجا ہے، تو وہ تو بہت ہی زبردست ہے۔</w:t>
      </w:r>
    </w:p>
    <w:p>
      <w:r>
        <w:rPr>
          <w:b/>
        </w:rPr>
        <w:t xml:space="preserve">[23:33] </w:t>
      </w:r>
      <w:r>
        <w:t>yaani ek badi bus ke barabar hai is ka size, woh saaray charhso meel upar woh rotate kar rahi hai woh zameen ke upar,</w:t>
      </w:r>
    </w:p>
    <w:p>
      <w:pPr>
        <w:jc w:val="right"/>
      </w:pPr>
      <w:r>
        <w:t>یعنی ایک بڑی بس کے برابر ہے اس کا سائز، وہ ساڑھے چار سو میل اوپر وہ روٹیٹ کر رہی ہے وہ زمین کے اوپر،</w:t>
      </w:r>
    </w:p>
    <w:p>
      <w:r>
        <w:rPr>
          <w:b/>
        </w:rPr>
        <w:t xml:space="preserve">[23:48] </w:t>
      </w:r>
      <w:r>
        <w:t>aur woh bohat door tak dekh sakti hai, bohat door tak. to is ne jo photo liya hai galaxy ka, jo hamare galaxy, jis ko hum Milky Way kehte hain,</w:t>
      </w:r>
    </w:p>
    <w:p>
      <w:pPr>
        <w:jc w:val="right"/>
      </w:pPr>
      <w:r>
        <w:t>اور وہ بہت دور تک دیکھ سکتی ہے، بہت دور تک۔ تو اس نے جو فوٹو لیا ہے گلیکسی کا، جو ہمارے گلیکسی، جس کو ہم ملکی وے کہتے ہیں،</w:t>
      </w:r>
    </w:p>
    <w:p>
      <w:r>
        <w:rPr>
          <w:b/>
        </w:rPr>
        <w:t xml:space="preserve">[24:01] </w:t>
      </w:r>
      <w:r>
        <w:t>jis mein hamara solar system hai,</w:t>
      </w:r>
    </w:p>
    <w:p>
      <w:pPr>
        <w:jc w:val="right"/>
      </w:pPr>
      <w:r>
        <w:t>جس میں ہمارا سولر سسٹم ہے،</w:t>
      </w:r>
    </w:p>
    <w:p>
      <w:r>
        <w:rPr>
          <w:b/>
        </w:rPr>
        <w:t xml:space="preserve">[24:04] </w:t>
      </w:r>
      <w:r>
        <w:t>yaani universe mein more than 100 million billion b se, more than 100 billion, us ke mutabiq 125 billion galaxy hain.</w:t>
      </w:r>
    </w:p>
    <w:p>
      <w:pPr>
        <w:jc w:val="right"/>
      </w:pPr>
      <w:r>
        <w:t>یعنی یونیورس میں مور دین 100 ملین بلین بی سے، مور دین 100 بلین، اس کے مطابق 125 بلین گلیکسی ہیں۔</w:t>
      </w:r>
    </w:p>
    <w:p>
      <w:r>
        <w:rPr>
          <w:b/>
        </w:rPr>
        <w:t xml:space="preserve">[24:19] </w:t>
      </w:r>
      <w:r>
        <w:t>bohat hi badi badi har galaxy mein billion billion stars hain. to jo hamari nearest galaxy hai, jis ko hum Milky Way kehte hain, jis mein isi mein hamara solar system hai,</w:t>
      </w:r>
    </w:p>
    <w:p>
      <w:pPr>
        <w:jc w:val="right"/>
      </w:pPr>
      <w:r>
        <w:t>بہت ہی بڑی بڑی ہر گلیکسی میں بلین بلین اسٹارز ہیں۔ تو جو ہماری نیئرسٹ گلیکسی ہے، جس کو ہم ملکی وے کہتے ہیں، جس میں اسی میں ہمارا سولر سسٹم ہے،</w:t>
      </w:r>
    </w:p>
    <w:p>
      <w:r>
        <w:rPr>
          <w:b/>
        </w:rPr>
        <w:t xml:space="preserve">[24:33] </w:t>
      </w:r>
      <w:r>
        <w:t>jis mein unhon ne bataya hai ke</w:t>
      </w:r>
    </w:p>
    <w:p>
      <w:pPr>
        <w:jc w:val="right"/>
      </w:pPr>
      <w:r>
        <w:t>جس میں انہوں نے بتایا ہے کہ</w:t>
      </w:r>
    </w:p>
    <w:p>
      <w:r>
        <w:rPr>
          <w:b/>
        </w:rPr>
        <w:t xml:space="preserve">[24:37] </w:t>
      </w:r>
      <w:r>
        <w:t>yeh jo galaxy hamari hai, is ka jo diameter hai, woh ek lakh light years hai.</w:t>
      </w:r>
    </w:p>
    <w:p>
      <w:pPr>
        <w:jc w:val="right"/>
      </w:pPr>
      <w:r>
        <w:t>یہ جو گلیکسی ہماری ہے، اس کا جو ڈائی میٹر ہے، وہ ایک لاکھ لائٹ ایئرز ہے۔</w:t>
      </w:r>
    </w:p>
    <w:p>
      <w:r>
        <w:rPr>
          <w:b/>
        </w:rPr>
        <w:t xml:space="preserve">[24:48] </w:t>
      </w:r>
      <w:r>
        <w:t>ghor kijiye ke ek lakh light years kitna zyada bada diameter is ka banta hai, aur is ke andar do so billion se zyada stars hain, bohat hi bade bade.</w:t>
      </w:r>
    </w:p>
    <w:p>
      <w:pPr>
        <w:jc w:val="right"/>
      </w:pPr>
      <w:r>
        <w:t>غور کیجئے کہ ایک لاکھ لائٹ ایئرز کتنا زیادہ بڑا ڈائی میٹر اس کا بنتا ہے، اور اس کے اندر دو سو بلین سے زیادہ اسٹارز ہیں، بہت ہی بڑے بڑے۔</w:t>
      </w:r>
    </w:p>
    <w:p>
      <w:r>
        <w:rPr>
          <w:b/>
        </w:rPr>
        <w:t xml:space="preserve">[25:04] </w:t>
      </w:r>
      <w:r>
        <w:t>is mein hamara yeh solar system hai, is mein unhon ne bataya hai ke</w:t>
      </w:r>
    </w:p>
    <w:p>
      <w:pPr>
        <w:jc w:val="right"/>
      </w:pPr>
      <w:r>
        <w:t>اس میں ہمارا یہ سولر سسٹم ہے، اس میں انہوں نے بتایا ہے کہ</w:t>
      </w:r>
    </w:p>
    <w:p>
      <w:r>
        <w:rPr>
          <w:b/>
        </w:rPr>
        <w:t xml:space="preserve">[25:12] </w:t>
      </w:r>
      <w:r>
        <w:t>ke is ka jo center hai is galaxy ka, woh bohat hi hot hai, bohat hi garam. is center mein agar hamara solar system hota to hum is mein jee nahin sakte thay.</w:t>
      </w:r>
    </w:p>
    <w:p>
      <w:pPr>
        <w:jc w:val="right"/>
      </w:pPr>
      <w:r>
        <w:t>کہ اس کا جو سینٹر ہے اس گلیکسی کا، وہ بہت ہی ہاٹ ہے، بہت ہی گرم۔ اس سینٹر میں اگر ہمارا سولر سسٹم ہوتا تو ہم اس میں جی نہیں سکتے تھے۔</w:t>
      </w:r>
    </w:p>
    <w:p>
      <w:r>
        <w:rPr>
          <w:b/>
        </w:rPr>
        <w:t xml:space="preserve">[25:29] </w:t>
      </w:r>
      <w:r>
        <w:t>to woh ek corner par hai hamara solar system,</w:t>
      </w:r>
    </w:p>
    <w:p>
      <w:pPr>
        <w:jc w:val="right"/>
      </w:pPr>
      <w:r>
        <w:t>تو وہ ایک کارنر پر ہے ہمارا سولر سسٹم،</w:t>
      </w:r>
    </w:p>
    <w:p>
      <w:r>
        <w:rPr>
          <w:b/>
        </w:rPr>
        <w:t xml:space="preserve">[25:32] </w:t>
      </w:r>
      <w:r>
        <w:t>jis mein yeh dekhiye photo diya gaya, yeh aap dekh sakte hain neechay.</w:t>
      </w:r>
    </w:p>
    <w:p>
      <w:pPr>
        <w:jc w:val="right"/>
      </w:pPr>
      <w:r>
        <w:t>جس میں یہ دیکھیے فوٹو دیا گیا، یہ آپ دیکھ سکتے ہیں نیچے۔</w:t>
      </w:r>
    </w:p>
    <w:p>
      <w:r>
        <w:rPr>
          <w:b/>
        </w:rPr>
        <w:t xml:space="preserve">[25:38] </w:t>
      </w:r>
      <w:r>
        <w:t>is galaxy ke center mein hamara solar system nahi hai, ek corner par hai, ek dam extreme corner par. is wajah se hum yahan par aaram se reh rahe hain.</w:t>
      </w:r>
    </w:p>
    <w:p>
      <w:pPr>
        <w:jc w:val="right"/>
      </w:pPr>
      <w:r>
        <w:t>اس گلیکسی کے سینٹر میں ہمارا سولر سسٹم نہیں ہے، ایک کارنر پر ہے، ایک دم ایکسٹریم کارنر پر۔ اس وجہ سے ہم یہاں پر آرام سے رہ رہے ہیں۔</w:t>
      </w:r>
    </w:p>
    <w:p>
      <w:r>
        <w:rPr>
          <w:b/>
        </w:rPr>
        <w:t xml:space="preserve">[25:51] </w:t>
      </w:r>
      <w:r>
        <w:t>agar woh beech mein hota, jahan ke bohat hi ziyada, yani yani jo hamare tolerable nahi hai, itni zabardast qisam ki heat wahan hoti hai, to life ka wajood hi na hota.</w:t>
      </w:r>
    </w:p>
    <w:p>
      <w:pPr>
        <w:jc w:val="right"/>
      </w:pPr>
      <w:r>
        <w:t>اگر وہ بیچ میں ہوتا، جہاں کہ بہت ہی زیادہ، یعنی یعنی جو ہمارے ٹولریبل نہیں ہے، اتنی زبردست قسم کی ہیٹ وہاں ہوتی ہے، تو لائف کا وجود ہی نہ ہوتا۔</w:t>
      </w:r>
    </w:p>
    <w:p>
      <w:r>
        <w:rPr>
          <w:b/>
        </w:rPr>
        <w:t xml:space="preserve">[26:07] </w:t>
      </w:r>
      <w:r>
        <w:t>yeh ab dekhiye, yeh oneness ka proof hai ya ke design ka proof hai. aisi bohat sari cheezein is kitab ke andar hain,</w:t>
      </w:r>
    </w:p>
    <w:p>
      <w:pPr>
        <w:jc w:val="right"/>
      </w:pPr>
      <w:r>
        <w:t>یہ اب دیکھیں، یہ وننس کا پروف ہے یا کہ ڈیزائن کا پروف ہے۔ ایسی بہت ساری چیزیں اس کتاب کے اندر ہیں،</w:t>
      </w:r>
    </w:p>
    <w:p>
      <w:r>
        <w:rPr>
          <w:b/>
        </w:rPr>
        <w:t xml:space="preserve">[26:18] </w:t>
      </w:r>
      <w:r>
        <w:t>woh sari cheezein le kar ke yeh kehte hain ke universal oneness paai jaati hai. yahan oneness nahi hai, oneness bhi ho sakti hai, lekin asli cheez hai design.</w:t>
      </w:r>
    </w:p>
    <w:p>
      <w:pPr>
        <w:jc w:val="right"/>
      </w:pPr>
      <w:r>
        <w:t>وہ ساری چیزیں لے کر کے یہ کہتے ہیں کہ یونیورسل وننس پائی جاتی ہے۔ یہاں وننس نہیں ہے، وننس بھی ہو سکتی ہے، لیکن اصلی چیز ہے ڈیزائن۔</w:t>
      </w:r>
    </w:p>
    <w:p>
      <w:r>
        <w:rPr>
          <w:b/>
        </w:rPr>
        <w:t xml:space="preserve">[26:28] </w:t>
      </w:r>
      <w:r>
        <w:t>oneness ka matlab to yeh hai ke ek single power control kar rahi hai poori universe ko.</w:t>
      </w:r>
    </w:p>
    <w:p>
      <w:pPr>
        <w:jc w:val="right"/>
      </w:pPr>
      <w:r>
        <w:t>وننس کا مطلب تو یہ ہے کہ ایک سنگل پاور کنٹرول کر رہی ہے پوری یونیورس کو۔</w:t>
      </w:r>
    </w:p>
    <w:p>
      <w:r>
        <w:rPr>
          <w:b/>
        </w:rPr>
        <w:t xml:space="preserve">[26:36] </w:t>
      </w:r>
      <w:r>
        <w:t>yani agar oneness hai to is sense mein hai ke ek hi power hai, jis ko ke doosre scientist ne kaha hai, yani single string theory.</w:t>
      </w:r>
    </w:p>
    <w:p>
      <w:pPr>
        <w:jc w:val="right"/>
      </w:pPr>
      <w:r>
        <w:t>یعنی اگر وننس ہے تو اس سینس میں ہے کہ ایک ہی پاور ہے، جس کو کہ دوسرے سائنٹسٹ نے کہا ہے، یعنی سنگل اسٹرنگ تھیوری۔</w:t>
      </w:r>
    </w:p>
    <w:p>
      <w:r>
        <w:rPr>
          <w:b/>
        </w:rPr>
        <w:t xml:space="preserve">[26:47] </w:t>
      </w:r>
      <w:r>
        <w:t>to poora universe ek power ke control mein hai, is sense mein oneness hai.</w:t>
      </w:r>
    </w:p>
    <w:p>
      <w:pPr>
        <w:jc w:val="right"/>
      </w:pPr>
      <w:r>
        <w:t>تو پورا یونیورس ایک پاور کے کنٹرول میں ہے، اس سینس میں وننس ہے۔</w:t>
      </w:r>
    </w:p>
    <w:p>
      <w:r>
        <w:rPr>
          <w:b/>
        </w:rPr>
        <w:t xml:space="preserve">[26:54] </w:t>
      </w:r>
      <w:r>
        <w:t>aur doosra jo cheez nikalti hai, woh hai ke bohat hi universe jo hai, bohat hi well designed hai, bohat hi ziyada is ke andar designed hai, bohat ziyada harmony hai, bohat ziyada wisdom hai, yani intelligent wisdom hai, intelligently designed hai.</w:t>
      </w:r>
    </w:p>
    <w:p>
      <w:pPr>
        <w:jc w:val="right"/>
      </w:pPr>
      <w:r>
        <w:t>اور دوسرا جو چیز نکلتی ہے، وہ ہے کہ بہت ہی یونیورس جو ہے، بہت ہی ویل ڈیزائنڈ ہے، بہت ہی زیادہ اس کے اندر ڈیزائنڈ ہے، بہت زیادہ ہارمونی ہے، بہت زیادہ وزڈم ہے، یعنی انٹیلیجنٹ وزڈم ہے، انٹیلیجنٹلی ڈیزائنڈ ہے۔</w:t>
      </w:r>
    </w:p>
    <w:p>
      <w:r>
        <w:rPr>
          <w:b/>
        </w:rPr>
        <w:t xml:space="preserve">[27:10] </w:t>
      </w:r>
      <w:r>
        <w:t>warna aap sochiye ke yeh ek kaise aisa possible hua ke is ke ek kinare hamara solar system ho.</w:t>
      </w:r>
    </w:p>
    <w:p>
      <w:pPr>
        <w:jc w:val="right"/>
      </w:pPr>
      <w:r>
        <w:t>ورنہ آپ سوچیے کہ یہ ایک کیسے ایسا پاسیبل ہوا کہ اس کے ایک کنارے ہمارا سولر سسٹم ہو۔</w:t>
      </w:r>
    </w:p>
    <w:p>
      <w:r>
        <w:rPr>
          <w:b/>
        </w:rPr>
        <w:t xml:space="preserve">[27:20] </w:t>
      </w:r>
      <w:r>
        <w:t>yeh to jaise ke kisi ne soch kar ke aisa kiya hai, planning kar ke aisa kiya hai. to intelligent planning hai, intelligent design hai.</w:t>
      </w:r>
    </w:p>
    <w:p>
      <w:pPr>
        <w:jc w:val="right"/>
      </w:pPr>
      <w:r>
        <w:t>یہ تو جیسے کہ کسی نے سوچ کر کے ایسا کیا ہے، پلاننگ کر کے ایسا کیا ہے۔ تو انٹیلیجنٹ پلاننگ ہے، انٹیلیجنٹ ڈیزائن ہے۔</w:t>
      </w:r>
    </w:p>
    <w:p>
      <w:r>
        <w:rPr>
          <w:b/>
        </w:rPr>
        <w:t xml:space="preserve">[27:31] </w:t>
      </w:r>
      <w:r>
        <w:t>oneness keh kar ke is ko ek ek deviation hai, oneness kehna. oneness keh kar ke woh le gaye kahan? monism par. ab khush ho rahe hain ke monism ka jo concept hai, woh science se proof ho gaya.</w:t>
      </w:r>
    </w:p>
    <w:p>
      <w:pPr>
        <w:jc w:val="right"/>
      </w:pPr>
      <w:r>
        <w:t>وننس کہہ کر کے اس کو ایک ایک ڈیوی ایشن ہے، وننس کہنا۔ وننس کہہ کر کے وہ لے گئے کہاں؟ ماڈیزم پر۔ اب خوش ہو رہے ہیں کہ ماڈیزم کا جو کانسیپٹ ہے، وہ سائنس سے پروف ہو گیا۔</w:t>
      </w:r>
    </w:p>
    <w:p>
      <w:r>
        <w:rPr>
          <w:b/>
        </w:rPr>
        <w:t xml:space="preserve">[27:44] </w:t>
      </w:r>
      <w:r>
        <w:t>science se kahan proof hua?</w:t>
      </w:r>
    </w:p>
    <w:p>
      <w:pPr>
        <w:jc w:val="right"/>
      </w:pPr>
      <w:r>
        <w:t>سائنس سے کہاں پروف ہوا؟</w:t>
      </w:r>
    </w:p>
    <w:p>
      <w:r>
        <w:rPr>
          <w:b/>
        </w:rPr>
        <w:t xml:space="preserve">[27:47] </w:t>
      </w:r>
      <w:r>
        <w:t>aap ke false, yani aap ne falsely is se nikala. to is kitab mein aisi bohat sari cheezein hain jo batati hain ke universe mein bohat design hai, bohat harmony hai, bohat wisdom hai.</w:t>
      </w:r>
    </w:p>
    <w:p>
      <w:pPr>
        <w:jc w:val="right"/>
      </w:pPr>
      <w:r>
        <w:t>آپ کے فالس، یعنی آپ نے فالسلی اس سے نکالا۔ تو اس کتاب میں ایسی بہت ساری چیزیں ہیں جو بتاتی ہیں کہ یونیورس میں بہت ڈیزائن ہے، بہت ہارمونی ہے، بہت وزڈم ہے۔</w:t>
      </w:r>
    </w:p>
    <w:p>
      <w:r>
        <w:rPr>
          <w:b/>
        </w:rPr>
        <w:t xml:space="preserve">[28:05] </w:t>
      </w:r>
      <w:r>
        <w:t>poori poori universe ek intelligent, yani design ka proof hai, intelligent planning ka proof hai.</w:t>
      </w:r>
    </w:p>
    <w:p>
      <w:pPr>
        <w:jc w:val="right"/>
      </w:pPr>
      <w:r>
        <w:t>پوری پوری یونیورس ایک انٹیلیجنٹ، یعنی ڈیزائن کا پروف ہے، انٹیلیجنٹ پلاننگ کا پروف ہے۔</w:t>
      </w:r>
    </w:p>
    <w:p>
      <w:r>
        <w:rPr>
          <w:b/>
        </w:rPr>
        <w:t xml:space="preserve">[28:17] </w:t>
      </w:r>
      <w:r>
        <w:t>to aap yeh dekhiye, yeh jo monistic concept hai, woh bhi ek falsehood mein jeena hai, ideological falsehood.</w:t>
      </w:r>
    </w:p>
    <w:p>
      <w:pPr>
        <w:jc w:val="right"/>
      </w:pPr>
      <w:r>
        <w:t>تو آپ یہ دیکھیے، یہ جو مانسٹک کانسیپٹ ہے، وہ بھی ایک فالس ہڈ میں جینا ہے، آئیڈیالوجیکل فالس ہڈ۔</w:t>
      </w:r>
    </w:p>
    <w:p>
      <w:r>
        <w:rPr>
          <w:b/>
        </w:rPr>
        <w:t xml:space="preserve">[28:29] </w:t>
      </w:r>
      <w:r>
        <w:t>monism ka jo concept hai, woh ek philosophical concept hai, woh scientific concept nahi hai.</w:t>
      </w:r>
    </w:p>
    <w:p>
      <w:pPr>
        <w:jc w:val="right"/>
      </w:pPr>
      <w:r>
        <w:t>ماڈیزم کا جو کانسیپٹ ہے، وہ ایک فلاسفیکل کانسیپٹ ہے، وہ سائنٹیفک کانسیپٹ نہیں ہے۔</w:t>
      </w:r>
    </w:p>
    <w:p>
      <w:r>
        <w:rPr>
          <w:b/>
        </w:rPr>
        <w:t xml:space="preserve">[28:39] </w:t>
      </w:r>
      <w:r>
        <w:t>philosophy mein aap jante hain ke speculation par bohat cheezein chalti hain, speculation yani qayas par, aur science mein yani observation par, aur</w:t>
      </w:r>
    </w:p>
    <w:p>
      <w:pPr>
        <w:jc w:val="right"/>
      </w:pPr>
      <w:r>
        <w:t>فلاسفی میں آپ جانتے ہیں کہ اسپیکولیشن پر بہت چیزیں چلتی ہیں، اسپیکولیشن یعنی قیاس پر، اور سائنس میں یعنی ابزرویشن پر، اور</w:t>
      </w:r>
    </w:p>
    <w:p>
      <w:r>
        <w:rPr>
          <w:b/>
        </w:rPr>
        <w:t xml:space="preserve">[28:54] </w:t>
      </w:r>
      <w:r>
        <w:t>cheezein jo mathematically jo proof ho sakein, un par chalta hai science mein ke jo nazariyat hote hain.</w:t>
      </w:r>
    </w:p>
    <w:p>
      <w:pPr>
        <w:jc w:val="right"/>
      </w:pPr>
      <w:r>
        <w:t>چیزیں جو میتھمیٹیکلی جو پروف ہو سکیں، ان پر چلتا ہے سائنس میں کہ جو نظریات ہوتے ہیں۔</w:t>
      </w:r>
    </w:p>
    <w:p>
      <w:r>
        <w:rPr>
          <w:b/>
        </w:rPr>
        <w:t xml:space="preserve">[29:03] </w:t>
      </w:r>
      <w:r>
        <w:t>to yeh jo daawa kiya gaya ke monism jo concept hai, woh science se proof hota hai, yeh bilkul ek false daawa hai.</w:t>
      </w:r>
    </w:p>
    <w:p>
      <w:pPr>
        <w:jc w:val="right"/>
      </w:pPr>
      <w:r>
        <w:t>تو یہ جو دعویٰ کیا گیا کہ ماڈیزم جو کانسیپٹ ہے، وہ سائنس سے پروف ہوتا ہے، یہ بالکل ایک فالس دعویٰ ہے۔</w:t>
      </w:r>
    </w:p>
    <w:p>
      <w:r>
        <w:rPr>
          <w:b/>
        </w:rPr>
        <w:t xml:space="preserve">[29:14] </w:t>
      </w:r>
      <w:r>
        <w:t>aur is tareeqe se ke is ko unhon ne, is ko yani jo design thi, jo planning thi, jo intelligent, is mein har taraf jo intelligence dikhai deta tha, us ko reduce kar ke oneness banaya.</w:t>
      </w:r>
    </w:p>
    <w:p>
      <w:pPr>
        <w:jc w:val="right"/>
      </w:pPr>
      <w:r>
        <w:t>اور اس طریقے سے کہ اس کو انہوں نے، اس کو یعنی جو ڈیزائن تھی، جو پلاننگ تھی، جو انٹیلیجنٹ، اس میں ہر طرف جو انٹیلیجنس دکھائی دیتا تھا، اس کو ریڈیوس کر کے وننس بنایا۔</w:t>
      </w:r>
    </w:p>
    <w:p>
      <w:r>
        <w:rPr>
          <w:b/>
        </w:rPr>
        <w:t xml:space="preserve">[29:27] </w:t>
      </w:r>
      <w:r>
        <w:t>oneness se phir monism nikaal liya.</w:t>
      </w:r>
    </w:p>
    <w:p>
      <w:pPr>
        <w:jc w:val="right"/>
      </w:pPr>
      <w:r>
        <w:t>وننس سے پھر ماڈیزم نکال لیا۔</w:t>
      </w:r>
    </w:p>
    <w:p>
      <w:r>
        <w:rPr>
          <w:b/>
        </w:rPr>
        <w:t xml:space="preserve">[29:31] </w:t>
      </w:r>
      <w:r>
        <w:t>yeh to aise hi hai jaise ke jaise ek ostrich ke baray mein kaha tha, sturmer ke baray mein ke woh</w:t>
      </w:r>
    </w:p>
    <w:p>
      <w:pPr>
        <w:jc w:val="right"/>
      </w:pPr>
      <w:r>
        <w:t>یہ تو ایسے ہی ہے جیسے کہ جیسے ایک اوسٹرس کے بارے میں کہا تھا، سترمر کے بارے میں کہ وہ</w:t>
      </w:r>
    </w:p>
    <w:p>
      <w:r>
        <w:rPr>
          <w:b/>
        </w:rPr>
        <w:t xml:space="preserve">[29:41] </w:t>
      </w:r>
      <w:r>
        <w:t>jab desert mein hota hai aur storm dekhta hai ke aa raha hai to aankh band kar liya. to aankh band karne se to bach nahi jayega storm se.</w:t>
      </w:r>
    </w:p>
    <w:p>
      <w:pPr>
        <w:jc w:val="right"/>
      </w:pPr>
      <w:r>
        <w:t>جب ڈیزرٹ میں ہوتا ہے اور اسٹارم دیکھتا ہے کہ آ رہا ہے تو آنکھ بند کر لیا۔ تو آنکھ بند کرنے سے تو بچ نہیں جائے گا اسٹارم سے۔</w:t>
      </w:r>
    </w:p>
    <w:p>
      <w:r>
        <w:rPr>
          <w:b/>
        </w:rPr>
        <w:t xml:space="preserve">[29:50] </w:t>
      </w:r>
      <w:r>
        <w:t>woh to ek ek ek false belief bana lein hum aur kahein ke dekho yeh scientifically proof ho gaya, to is se proof nahi ho jayega.</w:t>
      </w:r>
    </w:p>
    <w:p>
      <w:pPr>
        <w:jc w:val="right"/>
      </w:pPr>
      <w:r>
        <w:t>وہ تو ایک ایک ایک فالس بیلیف بنا لیں ہم اور کہیں کہ دیکھو یہ سائنٹیفیکلی پروف ہو گیا، تو اس سے پروف نہیں ہو جائے گا۔</w:t>
      </w:r>
    </w:p>
    <w:p>
      <w:r>
        <w:rPr>
          <w:b/>
        </w:rPr>
        <w:t xml:space="preserve">[30:01] </w:t>
      </w:r>
      <w:r>
        <w:t>haqeeqat to apni jagah rahe gi.</w:t>
      </w:r>
    </w:p>
    <w:p>
      <w:pPr>
        <w:jc w:val="right"/>
      </w:pPr>
      <w:r>
        <w:t>حقیقت تو اپنی جگہ رہے گی۔</w:t>
      </w:r>
    </w:p>
    <w:p>
      <w:r>
        <w:rPr>
          <w:b/>
        </w:rPr>
        <w:t xml:space="preserve">[30:07] </w:t>
      </w:r>
      <w:r>
        <w:t>to yeh kitab mujhe aik sahib ne di, bohat hi khush ho kar ke dekhiye, is mein modernism jo hai, is ko unhon ne scientifically prove kar diya hai. hai na ke kuch bhi nahi? is se jo cheez prove hui hai, woh yeh ke universe ke peechay aik mind hai, aik intelligence hai, aik zehanat hai.</w:t>
      </w:r>
    </w:p>
    <w:p>
      <w:pPr>
        <w:jc w:val="right"/>
      </w:pPr>
      <w:r>
        <w:t>تو یہ کتاب مجھے ایک صاحب نے دی، بہت ہی خوش ہو کر کہ دیکھیے، اس میں ماڈیزم جو ہے، اس کو انہوں نے سائنٹیفیکلی پروف کر دیا ہے۔ ہے نا کہ کچھ بھی نہیں؟ اس سے جو چیز پروف ہوئی ہے، وہ یہ کہ یونیورس کے پیچھے ایک مائنڈ ہے، ایک انٹیلیجنس ہے، ایک ذہانت ہے۔</w:t>
      </w:r>
    </w:p>
    <w:p>
      <w:r>
        <w:rPr>
          <w:b/>
        </w:rPr>
        <w:t xml:space="preserve">[30:27] </w:t>
      </w:r>
      <w:r>
        <w:t>main bas bataon ke bohat acha word diya tha Sir James Jeans ne ke universe ke peechay aik aik mathematical mind hai.</w:t>
      </w:r>
    </w:p>
    <w:p>
      <w:pPr>
        <w:jc w:val="right"/>
      </w:pPr>
      <w:r>
        <w:t>میں بس بتاؤں کہ بہت اچھا ورڈ دیا تھا سر جیمز جینز نے کہ یونیورس کے پیچھے ایک ایک میتھمیٹیکل مائنڈ ہے۔</w:t>
      </w:r>
    </w:p>
    <w:p>
      <w:r>
        <w:rPr>
          <w:b/>
        </w:rPr>
        <w:t xml:space="preserve">[30:38] </w:t>
      </w:r>
      <w:r>
        <w:t>har cheez bohat hi well calculated hai.</w:t>
      </w:r>
    </w:p>
    <w:p>
      <w:pPr>
        <w:jc w:val="right"/>
      </w:pPr>
      <w:r>
        <w:t>ہر چیز بہت ہی ویل کیلکولیٹڈ ہے۔</w:t>
      </w:r>
    </w:p>
    <w:p>
      <w:r>
        <w:rPr>
          <w:b/>
        </w:rPr>
        <w:t xml:space="preserve">[30:42] </w:t>
      </w:r>
      <w:r>
        <w:t>jis cheez ka bhi study ki jati hai universe ke mein, har cheez bohat hi well calculated milti hai, bohat hi well designed hoti hai, bohat hi well planned hoti hai.</w:t>
      </w:r>
    </w:p>
    <w:p>
      <w:pPr>
        <w:jc w:val="right"/>
      </w:pPr>
      <w:r>
        <w:t>جس چیز کا بھی اسٹڈی کی جاتی ہے یونیورس کے میں، ہر چیز بہت ہی ویل کیلکولیٹڈ ملتی ہے، بہت ہی ویل ڈیزائنڈ ہوتی ہے، بہت ہی ویل پلانڈ ہوتی ہے۔</w:t>
      </w:r>
    </w:p>
    <w:p>
      <w:r>
        <w:rPr>
          <w:b/>
        </w:rPr>
        <w:t xml:space="preserve">[30:52] </w:t>
      </w:r>
      <w:r>
        <w:t>to simply oneness nahi hai, yeh yeh to design hai, yeh to zehanat hai, yeh to wisdom hai.</w:t>
      </w:r>
    </w:p>
    <w:p>
      <w:pPr>
        <w:jc w:val="right"/>
      </w:pPr>
      <w:r>
        <w:t>تو سمپلی وننس نہیں ہے، یہ یہ تو ڈیزائن ہے، یہ تو ذہانت ہے، یہ تو وزڈم ہے۔</w:t>
      </w:r>
    </w:p>
    <w:p>
      <w:r>
        <w:rPr>
          <w:b/>
        </w:rPr>
        <w:t xml:space="preserve">[31:01] </w:t>
      </w:r>
      <w:r>
        <w:t>to yeh hamein, hamein har shakhs ko yeh karna hai ke woh falsehood mein na jiye. dekhiye, falsehood ki koi aik qism nahi hai.</w:t>
      </w:r>
    </w:p>
    <w:p>
      <w:pPr>
        <w:jc w:val="right"/>
      </w:pPr>
      <w:r>
        <w:t>تو یہ ہمیں، ہمیں ہر شخص کو یہ کرنا ہے کہ وہ فالس ہڈ میں نہ جیے۔ دیکھیں، فالس ہڈ کی کوئی ایک قسم نہیں ہے۔</w:t>
      </w:r>
    </w:p>
    <w:p>
      <w:r>
        <w:rPr>
          <w:b/>
        </w:rPr>
        <w:t xml:space="preserve">[31:14] </w:t>
      </w:r>
      <w:r>
        <w:t>yani aap family mein bhi aik falsehood mein jee sakte hain, society mein bhi, aur apne koi bhi jo activity aap ki hai, us mein aap falsehood mein jee sakte hain.</w:t>
      </w:r>
    </w:p>
    <w:p>
      <w:pPr>
        <w:jc w:val="right"/>
      </w:pPr>
      <w:r>
        <w:t>یعنی آپ فیملی میں بھی ایک فالس ہڈ میں جی سکتے ہیں، سوسائٹی میں بھی، اور اپنے کوئی بھی جو ایکٹیویٹی آپ کی ہے، اس میں آپ فالس ہڈ میں جی سکتے ہیں۔</w:t>
      </w:r>
    </w:p>
    <w:p>
      <w:r>
        <w:rPr>
          <w:b/>
        </w:rPr>
        <w:t xml:space="preserve">[31:31] </w:t>
      </w:r>
      <w:r>
        <w:t>to living in falsehood aik bohat hi common phenomenon hai, is ka taluq har cheez se hai. main khud apne baray mein keh sakta hoon ke bohat se falsehood mein main jeeta tha,</w:t>
      </w:r>
    </w:p>
    <w:p>
      <w:pPr>
        <w:jc w:val="right"/>
      </w:pPr>
      <w:r>
        <w:t>تو لیونگ ان فالس ہڈ ایک بہت ہی کامن فیناومینا ہے، اس کا تعلق ہر چیز سے ہے۔ میں خود اپنے بارے میں کہہ سکتا ہوں کہ بہت سے فالس ہڈ میں میں جیتا تھا،</w:t>
      </w:r>
    </w:p>
    <w:p>
      <w:r>
        <w:rPr>
          <w:b/>
        </w:rPr>
        <w:t xml:space="preserve">[31:47] </w:t>
      </w:r>
      <w:r>
        <w:t>jo main apni de-connection kar ke khatam kiya. is ko jaisay aik baat par aap log shayad bohat lagay ga ke kitna stupid tha bachpan mein.</w:t>
      </w:r>
    </w:p>
    <w:p>
      <w:pPr>
        <w:jc w:val="right"/>
      </w:pPr>
      <w:r>
        <w:t>جو میں اپنی ڈی کنیکشن کر کے ختم کیا۔ اس کو جیسے ایک بات پر آپ لوگ شاید بہت لگے گا کہ کتنا اسٹیپڈ تھا بچپن میں۔</w:t>
      </w:r>
    </w:p>
    <w:p>
      <w:r>
        <w:rPr>
          <w:b/>
        </w:rPr>
        <w:t xml:space="preserve">[31:57] </w:t>
      </w:r>
      <w:r>
        <w:t>main gaon mein paida hua,</w:t>
      </w:r>
    </w:p>
    <w:p>
      <w:pPr>
        <w:jc w:val="right"/>
      </w:pPr>
      <w:r>
        <w:t>میں گاؤں میں پیدا ہوا،</w:t>
      </w:r>
    </w:p>
    <w:p>
      <w:r>
        <w:rPr>
          <w:b/>
        </w:rPr>
        <w:t xml:space="preserve">[32:00] </w:t>
      </w:r>
      <w:r>
        <w:t>us waqt main sirf urdu zaban janta tha. to aik kitab hua karti thi, Alauddin ka chiragh, us zamane mein.</w:t>
      </w:r>
    </w:p>
    <w:p>
      <w:pPr>
        <w:jc w:val="right"/>
      </w:pPr>
      <w:r>
        <w:t>اس وقت میں صرف اردو زبان جانتا تھا۔ تو ایک کتاب ہوا کرتی تھی، علاؤ الدین کا چراغ، اس زمانے میں۔</w:t>
      </w:r>
    </w:p>
    <w:p>
      <w:r>
        <w:rPr>
          <w:b/>
        </w:rPr>
        <w:t xml:space="preserve">[32:12] </w:t>
      </w:r>
      <w:r>
        <w:t>ab to mujhe pata nahi ke log parhte hain ke nahi parhte is ko. yeh English mein bhi hai, woh Alauddin, English mein Alauddin kehte hain, aur urdu mein, Arabic mein Alauddin kehte hain.</w:t>
      </w:r>
    </w:p>
    <w:p>
      <w:pPr>
        <w:jc w:val="right"/>
      </w:pPr>
      <w:r>
        <w:t>اب تو مجھے پتہ نہیں کہ لوگ پڑھتے ہیں کہ نہیں پڑھتے اس کو۔ یہ انگلش میں بھی ہے، وہ علاؤ الدین، انگلش میں علاؤ الدین کہتے ہیں، اور اردو میں، عربک میں علاؤ الدین کہتے ہیں۔</w:t>
      </w:r>
    </w:p>
    <w:p>
      <w:r>
        <w:rPr>
          <w:b/>
        </w:rPr>
        <w:t xml:space="preserve">[32:24] </w:t>
      </w:r>
      <w:r>
        <w:t>to Alauddin, lamp of Alauddin, English mein. to main us zamane mein jab parha, main ne Alauddin ka chiragh wali kitab jo hai, is mein yeh hota hai ke aik aik aik chiragh hota hai, aik lamp.</w:t>
      </w:r>
    </w:p>
    <w:p>
      <w:pPr>
        <w:jc w:val="right"/>
      </w:pPr>
      <w:r>
        <w:t>تو علاؤ الدین، لیمپ آف علاؤ الدین، انگلش میں۔ تو میں اس زمانے میں جب پڑھا، میں نے علاؤ الدین کا چراغ والی کتاب جو ہے، اس میں یہ ہوتا ہے کہ ایک ایک ایک چراغ ہوتا ہے، ایک لیمپ۔</w:t>
      </w:r>
    </w:p>
    <w:p>
      <w:r>
        <w:rPr>
          <w:b/>
        </w:rPr>
        <w:t xml:space="preserve">[32:40] </w:t>
      </w:r>
      <w:r>
        <w:t>to is ko aik khaas tarike se woh kuch kiya jata hai, to achaanak aik jin aa jata hai, aur jin jo hai, sab kuch kar</w:t>
      </w:r>
    </w:p>
    <w:p>
      <w:pPr>
        <w:jc w:val="right"/>
      </w:pPr>
      <w:r>
        <w:t>تو اس کو ایک خاص طریقے سے وہ کچھ کیا جاتا ہے، تو اچانک ایک دیو آ جاتا ہے، اور دیو جو ہے، سب کچھ کر</w:t>
      </w:r>
    </w:p>
    <w:p>
      <w:r>
        <w:rPr>
          <w:b/>
        </w:rPr>
        <w:t xml:space="preserve">[32:53] </w:t>
      </w:r>
      <w:r>
        <w:t>sakta hai. woh agar woh kahe ke tum is ko hamare paon utha lao, to hamare paon utha laye ga. woh kuch bhi, woh kahe ke tum white house ko utha lao, to utha vice utha laye ga, woh de de ga ja kar ke.</w:t>
      </w:r>
    </w:p>
    <w:p>
      <w:pPr>
        <w:jc w:val="right"/>
      </w:pPr>
      <w:r>
        <w:t>سکتا ہے۔ وہ اگر وہ کہے کہ تم اس کو ہمارے پاؤں اٹھا لاؤ، تو ہمارے پاؤں اٹھا لائے گا۔ وہ کچھ بھی، وہ کہے کہ تم وائٹ ہاؤس کو اٹھا لاؤ، تو اٹھا وائس اٹھا لے گا، وہ دے دے گا جا کر کے۔</w:t>
      </w:r>
    </w:p>
    <w:p>
      <w:r>
        <w:rPr>
          <w:b/>
        </w:rPr>
        <w:t xml:space="preserve">[33:05] </w:t>
      </w:r>
      <w:r>
        <w:t>to aisa jin aa jata hai, kehta hai ke bolo kya hukum hai tumhara? to main samajhta tha ke main kisi din Alauddin ka aik chiragh paalon ga kahin, yani sincerely main samajhta tha aisa bachpan mein aur nawjawaani ki umar tak.</w:t>
      </w:r>
    </w:p>
    <w:p>
      <w:pPr>
        <w:jc w:val="right"/>
      </w:pPr>
      <w:r>
        <w:t>تو ایسا دیو آ جاتا ہے، کہتا ہے کہ بولو کیا حکم ہے تمہارا؟ تو میں سمجھتا تھا کہ میں کسی دن علاؤ الدین کا ایک چراغ پالوں گا کہیں، یعنی سنسیرلی میں سمجھتا تھا ایسا بچپن میں اور نوجوانی کی عمر تک۔</w:t>
      </w:r>
    </w:p>
    <w:p>
      <w:r>
        <w:rPr>
          <w:b/>
        </w:rPr>
        <w:t xml:space="preserve">[33:22] </w:t>
      </w:r>
      <w:r>
        <w:t>to that was falsehood, living in falsehood. aisi bohat sari cheezein meri zindagi mein theen ke main us zamane ki kitabein parh kar ke, us zamane ki society mein sun kar ke yeh samajhta tha, maslan angrezon ke baray mein,</w:t>
      </w:r>
    </w:p>
    <w:p>
      <w:pPr>
        <w:jc w:val="right"/>
      </w:pPr>
      <w:r>
        <w:t>تو دیٹ واز فالس ہڈ، لیونگ ان فالس ہڈ۔ ایسی بہت ساری چیزیں میری زندگی میں تھیں کہ میں اس زمانے کی کتابیں پڑھ کر کے، اس زمانے کی سوسائٹی میں سن کر کے یہ سمجھتا تھا، مثلاً انگریزوں کے بارے میں،</w:t>
      </w:r>
    </w:p>
    <w:p>
      <w:r>
        <w:rPr>
          <w:b/>
        </w:rPr>
        <w:t xml:space="preserve">[33:42] </w:t>
      </w:r>
      <w:r>
        <w:t>hamare zamane mein jo chapti thi jo cheezein hain, angrezon ke baray mein sirf un ka zulm chupta tha aur kuch nahi,</w:t>
      </w:r>
    </w:p>
    <w:p>
      <w:pPr>
        <w:jc w:val="right"/>
      </w:pPr>
      <w:r>
        <w:t>ہمارے زمانے میں جو چھپتی تھی جو چیزیں ہیں، انگریزوں کے بارے میں صرف ان کا ظلم چھپتا تھا اور کچھ نہیں،</w:t>
      </w:r>
    </w:p>
    <w:p>
      <w:r>
        <w:rPr>
          <w:b/>
        </w:rPr>
        <w:t xml:space="preserve">[33:51] </w:t>
      </w:r>
      <w:r>
        <w:t>kuch bhi nahi. hum kuch jante nahi thay science ke ke angrez aik zalim log hain aur India mein zulm kar rahe hain.</w:t>
      </w:r>
    </w:p>
    <w:p>
      <w:pPr>
        <w:jc w:val="right"/>
      </w:pPr>
      <w:r>
        <w:t>کچھ بھی نہیں۔ ہم کچھ جانتے نہیں تھے سائنس کے کہ انگریز ایک ظالم لوگ ہیں اور انڈیا میں ظلم کر رہے ہیں۔</w:t>
      </w:r>
    </w:p>
    <w:p>
      <w:r>
        <w:rPr>
          <w:b/>
        </w:rPr>
        <w:t xml:space="preserve">[34:02] </w:t>
      </w:r>
      <w:r>
        <w:t>to aik aik sahib ka shair tha ke "jahal bhi hai, marz bhi hai, qahd bhi hai, waba bhi hai, aap hain door, aap ne qissa gham suna bhi hai."</w:t>
      </w:r>
    </w:p>
    <w:p>
      <w:pPr>
        <w:jc w:val="right"/>
      </w:pPr>
      <w:r>
        <w:t>تو ایک ایک صاحب کا شعر تھا کہ "جہل بھی ہے، مرض بھی ہے، قہد بھی ہے، وبا بھی ہے، آپ ہیں دور، آپ نے قصہ غم سنا بھی ہے۔"</w:t>
      </w:r>
    </w:p>
    <w:p>
      <w:r>
        <w:rPr>
          <w:b/>
        </w:rPr>
        <w:t xml:space="preserve">[34:14] </w:t>
      </w:r>
      <w:r>
        <w:t>goya India jo hai, kya hai jahalat se, bimari se aur ghurbat se aur problems bhara hua hai, aur wahan London mein baithe hue aap ko kya khabar?</w:t>
      </w:r>
    </w:p>
    <w:p>
      <w:pPr>
        <w:jc w:val="right"/>
      </w:pPr>
      <w:r>
        <w:t>گویا انڈیا جو ہے، کیا ہے جہالت سے، بیماری سے اور غربت سے اور پرابلمز بھرا ہوا ہے، اور وہاں لندن میں بیٹھے ہوئے آپ کو کیا خبر؟</w:t>
      </w:r>
    </w:p>
    <w:p>
      <w:r>
        <w:rPr>
          <w:b/>
        </w:rPr>
        <w:t xml:space="preserve">[34:25] </w:t>
      </w:r>
      <w:r>
        <w:t>haan, bilkul aik haqana baat thi, lekin main is ko maan maan maan gaya tha. gaon mein rehta tha, main bahar ki dunya se mujhe koi khabar nahi thi, koi kuch cheezein parhta tha jo wahan par available theen.</w:t>
      </w:r>
    </w:p>
    <w:p>
      <w:pPr>
        <w:jc w:val="right"/>
      </w:pPr>
      <w:r>
        <w:t>ہاں، بالکل ایک حقانہ بات تھی، لیکن میں اس کو مان مان مان گیا تھا۔ گاؤں میں رہتا تھا، میں باہر کی دنیا سے مجھے کوئی خبر نہیں تھی، کوئی کچھ چیزیں پڑھتا تھا جو وہاں پر اویلیبل تھیں۔</w:t>
      </w:r>
    </w:p>
    <w:p>
      <w:r>
        <w:rPr>
          <w:b/>
        </w:rPr>
        <w:t xml:space="preserve">[34:39] </w:t>
      </w:r>
      <w:r>
        <w:t>to main apne ko le kar bhi kehta hoon ke aadmi falsehood mein jeeta hai,</w:t>
      </w:r>
    </w:p>
    <w:p>
      <w:pPr>
        <w:jc w:val="right"/>
      </w:pPr>
      <w:r>
        <w:t>تو میں اپنے کو لے کر بھی کہتا ہوں کہ آدمی فالس ہڈ میں جیتا ہے،</w:t>
      </w:r>
    </w:p>
    <w:p>
      <w:r>
        <w:rPr>
          <w:b/>
        </w:rPr>
        <w:t xml:space="preserve">[34:45] </w:t>
      </w:r>
      <w:r>
        <w:t>khud apni family ke baray mein falsehood mein tha. ajeeb ajeeb qism ke mere dimagh mein ideas thay apni apni khud family ke baray mein jo baad ko toot gaye.</w:t>
      </w:r>
    </w:p>
    <w:p>
      <w:pPr>
        <w:jc w:val="right"/>
      </w:pPr>
      <w:r>
        <w:t>خود اپنی فیملی کے بارے میں فالس ہڈ میں تھا۔ عجیب عجیب قسم کے میرے دماغ میں آئیڈیاز تھے اپنی اپنی خود فیملی کے بارے میں جو بعد کو ٹوٹ گئے۔</w:t>
      </w:r>
    </w:p>
    <w:p>
      <w:r>
        <w:rPr>
          <w:b/>
        </w:rPr>
        <w:t xml:space="preserve">[34:56] </w:t>
      </w:r>
      <w:r>
        <w:t>to chuna ke mera mizaj khuda ke fazl se yeh hai ke main hamesha re-assess karta hoon, revise karta hoon, muhasba karta hoon, apni galtiyon ko dhoondta hoon,</w:t>
      </w:r>
    </w:p>
    <w:p>
      <w:pPr>
        <w:jc w:val="right"/>
      </w:pPr>
      <w:r>
        <w:t>تو چونکہ میرا مزاج خدا کے فضل سے یہ ہے کہ میں ہمیشہ ری اسس کرتا ہوں، ریوائز کرتا ہوں، محاسبہ کرتا ہوں، اپنی غلطیوں کو ڈھونڈتا ہوں،</w:t>
      </w:r>
    </w:p>
    <w:p>
      <w:r>
        <w:rPr>
          <w:b/>
        </w:rPr>
        <w:t xml:space="preserve">[35:08] </w:t>
      </w:r>
      <w:r>
        <w:t>main khud apni galtiyon ko dhoond dhoond ke nikalta hoon,</w:t>
      </w:r>
    </w:p>
    <w:p>
      <w:pPr>
        <w:jc w:val="right"/>
      </w:pPr>
      <w:r>
        <w:t>میں خود اپنی غلطیوں کو ڈھونڈ ڈھونڈ کے نکالتا ہوں،</w:t>
      </w:r>
    </w:p>
    <w:p>
      <w:r>
        <w:rPr>
          <w:b/>
        </w:rPr>
        <w:t xml:space="preserve">[35:13] </w:t>
      </w:r>
      <w:r>
        <w:t>to main un cheezon ko chhaanta rehta hoon. is tarah main apni de-conditioning karta hoon. to har aadmi ko bohat hi sincerely apne bare mein yeh karna parega, ek process,</w:t>
      </w:r>
    </w:p>
    <w:p>
      <w:pPr>
        <w:jc w:val="right"/>
      </w:pPr>
      <w:r>
        <w:t>تو میں ان چیزوں کو چھانٹتا رہتا ہوں۔ اس طرح میں اپنی ڈی کنڈیشننگ کرتا ہوں۔ تو ہر آدمی کو بہت ہی سنسیرلی اپنے بارے میں یہ کرنا پڑے گا، ایک پروسیس،</w:t>
      </w:r>
    </w:p>
    <w:p>
      <w:r>
        <w:rPr>
          <w:b/>
        </w:rPr>
        <w:t xml:space="preserve">[35:27] </w:t>
      </w:r>
      <w:r>
        <w:t>process of de-conditioning chalana parega taake falsehood mein na jiye. woh</w:t>
      </w:r>
    </w:p>
    <w:p>
      <w:pPr>
        <w:jc w:val="right"/>
      </w:pPr>
      <w:r>
        <w:t>پروسیس آف ڈی کنڈیشننگ چلانا پڑے گا تاکہ فالس ہڈ میں نہ جیے۔ وہ</w:t>
      </w:r>
    </w:p>
    <w:p>
      <w:r>
        <w:rPr>
          <w:b/>
        </w:rPr>
        <w:t xml:space="preserve">[35:34] </w:t>
      </w:r>
      <w:r>
        <w:t>kyunke dekhiye, zindagi jo hai, bohat hi zyada, bohat hi thodi hai.</w:t>
      </w:r>
    </w:p>
    <w:p>
      <w:pPr>
        <w:jc w:val="right"/>
      </w:pPr>
      <w:r>
        <w:t>کیونکہ دیکھیے، زندگی جو ہے، بہت ہی زیادہ، بہت ہی تھوڑی ہے۔</w:t>
      </w:r>
    </w:p>
    <w:p>
      <w:r>
        <w:rPr>
          <w:b/>
        </w:rPr>
        <w:t xml:space="preserve">[35:41] </w:t>
      </w:r>
      <w:r>
        <w:t>ek bohat hi temporary period hai jis mein hum dunya mein aaye hain, pachas saal, 60 saal, 70 saal, 80 saal, is ke baad khatam ho jana hai, aur phir hum chale aate hain eternity mein, eternity mein.</w:t>
      </w:r>
    </w:p>
    <w:p>
      <w:pPr>
        <w:jc w:val="right"/>
      </w:pPr>
      <w:r>
        <w:t>ایک بہت ہی ٹیمپری پیریڈ ہے جس میں ہم دنیا میں آئے ہیں، پچاس سال، 60 سال، 70 سال، 80 سال، اس کے بعد ختم ہو جانا ہے، اور پھر ہم چلے آتے ہیں ایٹرنیٹی میں، ایٹرنیٹی میں۔</w:t>
      </w:r>
    </w:p>
    <w:p>
      <w:r>
        <w:rPr>
          <w:b/>
        </w:rPr>
        <w:t xml:space="preserve">[35:55] </w:t>
      </w:r>
      <w:r>
        <w:t>aur phir, aur yeh wapsi nahi hoti hai. maut hamesha point of no return ki satah par aati hai.</w:t>
      </w:r>
    </w:p>
    <w:p>
      <w:pPr>
        <w:jc w:val="right"/>
      </w:pPr>
      <w:r>
        <w:t>اور پھر، اور یہ واپسی نہیں ہوتی ہے۔ موت ہمیشہ پوائنٹ آف نو ریٹرن کی سطح پر آتی ہے۔</w:t>
      </w:r>
    </w:p>
    <w:p>
      <w:r>
        <w:rPr>
          <w:b/>
        </w:rPr>
        <w:t xml:space="preserve">[36:05] </w:t>
      </w:r>
      <w:r>
        <w:t>to agar hum falsehood mein jee rahe hain aur koi tayyari nahi ki hum ne aage ke liye, to kya hoga?</w:t>
      </w:r>
    </w:p>
    <w:p>
      <w:pPr>
        <w:jc w:val="right"/>
      </w:pPr>
      <w:r>
        <w:t>تو اگر ہم فالس ہڈ میں جی رہے ہیں اور کوئی تیاری نہیں کی ہم نے آگے کے لیے، تو کیا ہوگا؟</w:t>
      </w:r>
    </w:p>
    <w:p>
      <w:r>
        <w:rPr>
          <w:b/>
        </w:rPr>
        <w:t xml:space="preserve">[36:16] </w:t>
      </w:r>
      <w:r>
        <w:t>kuch yaani ek ajeeb o ghareeb soorat-e-haal paida ho jayegi ke hamare apne is jo hamara jo wajood hai, is ke sath sab kuch chhoot chuka hoga, sab kuch chhoot chuka hoga.</w:t>
      </w:r>
    </w:p>
    <w:p>
      <w:pPr>
        <w:jc w:val="right"/>
      </w:pPr>
      <w:r>
        <w:t>کچھ یعنی ایک عجیب و غریب صورتحال پیدا ہو جائے گی کہ ہمارے اپنے اس جو ہمارا جو وجود ہے، اس کے ساتھ سب کچھ چھوٹ چکا ہوگا، سب کچھ چھوٹ چکا ہوگا۔</w:t>
      </w:r>
    </w:p>
    <w:p>
      <w:r>
        <w:rPr>
          <w:b/>
        </w:rPr>
        <w:t xml:space="preserve">[36:30] </w:t>
      </w:r>
      <w:r>
        <w:t>yeh sab kyun hota hai?</w:t>
      </w:r>
    </w:p>
    <w:p>
      <w:pPr>
        <w:jc w:val="right"/>
      </w:pPr>
      <w:r>
        <w:t>یہ سب کیوں ہوتا ہے؟</w:t>
      </w:r>
    </w:p>
    <w:p>
      <w:r>
        <w:rPr>
          <w:b/>
        </w:rPr>
        <w:t xml:space="preserve">[36:33] </w:t>
      </w:r>
      <w:r>
        <w:t>chahe chhote mamlaat hon, bade mamlaat hon, hamesha koi ek false belief paida kar leta hai apne andar, aadmi ek wishful thinking paida kar leta hai.</w:t>
      </w:r>
    </w:p>
    <w:p>
      <w:pPr>
        <w:jc w:val="right"/>
      </w:pPr>
      <w:r>
        <w:t>چاہے چھوٹے معاملات ہوں، بڑے معاملات ہوں، ہمیشہ کوئی ایک فالس بیلیف پیدا کر لیتا ہے اپنے اندر، آدمی ایک وش فل تھنکنگ پیدا کر لیتا ہے۔</w:t>
      </w:r>
    </w:p>
    <w:p>
      <w:r>
        <w:rPr>
          <w:b/>
        </w:rPr>
        <w:t xml:space="preserve">[36:46] </w:t>
      </w:r>
      <w:r>
        <w:t>ek maine ek article padha tha ek baar, is ka title tha ke "False Hopes Business".</w:t>
      </w:r>
    </w:p>
    <w:p>
      <w:pPr>
        <w:jc w:val="right"/>
      </w:pPr>
      <w:r>
        <w:t>ایک میں نے ایک آرٹیکل پڑھا تھا ایک بار، اس کا ٹائٹل تھا کہ "فالس ہوپس بزنس"۔</w:t>
      </w:r>
    </w:p>
    <w:p>
      <w:r>
        <w:rPr>
          <w:b/>
        </w:rPr>
        <w:t xml:space="preserve">[36:56] </w:t>
      </w:r>
      <w:r>
        <w:t>False Hopes Business</w:t>
      </w:r>
    </w:p>
    <w:p>
      <w:pPr>
        <w:jc w:val="right"/>
      </w:pPr>
      <w:r>
        <w:t>فالس ہوپس بزنس</w:t>
      </w:r>
    </w:p>
    <w:p>
      <w:r>
        <w:rPr>
          <w:b/>
        </w:rPr>
        <w:t xml:space="preserve">[37:00] </w:t>
      </w:r>
      <w:r>
        <w:t>, jis mein unhon ne dikhaya tha ke yeh aadmi jo hai,</w:t>
      </w:r>
    </w:p>
    <w:p>
      <w:pPr>
        <w:jc w:val="right"/>
      </w:pPr>
      <w:r>
        <w:t>، جس میں انہوں نے دکھایا تھا کہ یہ آدمی جو ہے،</w:t>
      </w:r>
    </w:p>
    <w:p>
      <w:r>
        <w:rPr>
          <w:b/>
        </w:rPr>
        <w:t xml:space="preserve">[37:11] </w:t>
      </w:r>
      <w:r>
        <w:t>ek false hope bana leta hai, aur log is ka business chala dete hain. jaise aaj kal chala hua hai ke aap aaiye, main aap ki stress door kar doonga, aaiye, main aap ka tension door kar doonga.</w:t>
      </w:r>
    </w:p>
    <w:p>
      <w:pPr>
        <w:jc w:val="right"/>
      </w:pPr>
      <w:r>
        <w:t>ایک فالس ہوپ بنا لیتا ہے، اور لوگ اس کا بزنس چلا دیتے ہیں۔ جیسے آج کل چلا ہوا ہے کہ آپ آئیے، میں آپ کی اسٹریس دور کر دوں گا، آئیے، میں آپ کا ٹینشن دور کر دوں گا۔</w:t>
      </w:r>
    </w:p>
    <w:p>
      <w:r>
        <w:rPr>
          <w:b/>
        </w:rPr>
        <w:t xml:space="preserve">[37:26] </w:t>
      </w:r>
      <w:r>
        <w:t>ab aadmi jata hai is mein, ab milta kuch bhi nahi hai.</w:t>
      </w:r>
    </w:p>
    <w:p>
      <w:pPr>
        <w:jc w:val="right"/>
      </w:pPr>
      <w:r>
        <w:t>اب آدمی جاتا ہے اس میں، اب ملتا کچھ بھی نہیں ہے۔</w:t>
      </w:r>
    </w:p>
    <w:p>
      <w:r>
        <w:rPr>
          <w:b/>
        </w:rPr>
        <w:t xml:space="preserve">[37:30] </w:t>
      </w:r>
      <w:r>
        <w:t>aaiye, main aap ko dhani bana doonga, aap ka business kaamyaab ho jayega. bohat se center khule hue hain, aadmi wahan jata hai barkat lene ke liye, aashirwad lene ke liye, apne kaam banane ke liye.</w:t>
      </w:r>
    </w:p>
    <w:p>
      <w:pPr>
        <w:jc w:val="right"/>
      </w:pPr>
      <w:r>
        <w:t>آئیے، میں آپ کو دھنی بنا دوں گا، آپ کا بزنس کامیاب ہو جائے گا۔ بہت سے سینٹر کھلے ہوئے ہیں، آدمی وہاں جاتا ہے برکت لینے کے لیے، آشیراباد لینے کے لیے، اپنے کام بنانے کے لیے۔</w:t>
      </w:r>
    </w:p>
    <w:p>
      <w:r>
        <w:rPr>
          <w:b/>
        </w:rPr>
        <w:t xml:space="preserve">[37:45] </w:t>
      </w:r>
      <w:r>
        <w:t>to is ko is ne likha tha ke yeh sab jo hai, yeh false hope business hai. is ne to khair poore mazhab ko kaha tha ke mazhab poora ka poora false hope business hai, lekin main samajhta hoon ke mazhab ka jo reduced form hai, woh is par apply hota hai.</w:t>
      </w:r>
    </w:p>
    <w:p>
      <w:pPr>
        <w:jc w:val="right"/>
      </w:pPr>
      <w:r>
        <w:t>تو اس کو اس نے لکھا تھا کہ یہ سب جو ہے، یہ فالس ہوپ بزنس ہے۔ اس نے تو خیر پورے مذہب کو کہا تھا کہ مذہب پورا کا پورا فالس ہوپ بزنس ہے، لیکن میں سمجھتا ہوں کہ مذہب کا جو ریڈیوسڈ فارم ہے، وہ اس پر اپلائی ہوتا ہے۔</w:t>
      </w:r>
    </w:p>
    <w:p>
      <w:r>
        <w:rPr>
          <w:b/>
        </w:rPr>
        <w:t xml:space="preserve">[38:00] </w:t>
      </w:r>
      <w:r>
        <w:t>mazhab ka ek reduced form dunya mein hai, isi ko le kar woh samajhte hain ke isi ka naam mazhab hai. kal mein ek bohat dilchasp item tha, hum radio par, ek shayad aap mein se kisi ne suna ho ke South mein ek mandir hai.</w:t>
      </w:r>
    </w:p>
    <w:p>
      <w:pPr>
        <w:jc w:val="right"/>
      </w:pPr>
      <w:r>
        <w:t>مذہب کا ایک ریڈیوسڈ فارم دنیا میں ہے، اسی کو لے کر وہ سمجھتے ہیں کہ اسی کا نام مذہب ہے۔ کل میں ایک بہت دلچسپ آئٹم تھا، ہم ریڈیو پر، ایک شاید آپ میں سے کسی نے سنا ہو کہ ساؤتھ میں ایک مندر ہے۔</w:t>
      </w:r>
    </w:p>
    <w:p>
      <w:r>
        <w:rPr>
          <w:b/>
        </w:rPr>
        <w:t xml:space="preserve">[38:19] </w:t>
      </w:r>
      <w:r>
        <w:t>aap jante hain ke mandiron mein chiraghe charhaye jaate hain, to ek mandir mein hawai jahaz charhate hain. hawai jahaz yaani sach much hi aisa ek mandir hai,</w:t>
      </w:r>
    </w:p>
    <w:p>
      <w:pPr>
        <w:jc w:val="right"/>
      </w:pPr>
      <w:r>
        <w:t>آپ جانتے ہیں کہ مندروں میں چراغے چڑھائے جاتے ہیں، تو ایک مندر میں ہوائی جہاز چڑھاتے ہیں۔ ہوائی جہاز یعنی سچ مچ ہی ایسا ایک مندر ہے،</w:t>
      </w:r>
    </w:p>
    <w:p>
      <w:r>
        <w:rPr>
          <w:b/>
        </w:rPr>
        <w:t xml:space="preserve">[38:29] </w:t>
      </w:r>
      <w:r>
        <w:t>yaani hawai jahaz ka model hota hai, woh real hawai jahaz nahi. to haan, woh shayad Punjab mein ghaliban hai, woh mandir. haan, Punjab mein hai, woh Gurdwara ghaliban hai.</w:t>
      </w:r>
    </w:p>
    <w:p>
      <w:pPr>
        <w:jc w:val="right"/>
      </w:pPr>
      <w:r>
        <w:t>یعنی ہوائی جہاز کا ماڈل ہوتا ہے، وہ ریئل ہوائی جہاز نہیں۔ تو ہاں، وہ شاید پنجاب میں غالباً ہے، وہ مندر۔ ہاں، پنجاب میں ہے، وہ گردوارہ غالباً ہے۔</w:t>
      </w:r>
    </w:p>
    <w:p>
      <w:r>
        <w:rPr>
          <w:b/>
        </w:rPr>
        <w:t xml:space="preserve">[38:40] </w:t>
      </w:r>
      <w:r>
        <w:t>kal maine suna radio mein ke ek Punjab mein ek Gurdwara hai jis mein hawai jahaz charhate hain. woh to kya hai? wahan ek ek craze hai ke mujhe bahar jana hai, hawai jahaz charh kar ke mujhe foreign jana hai.</w:t>
      </w:r>
    </w:p>
    <w:p>
      <w:pPr>
        <w:jc w:val="right"/>
      </w:pPr>
      <w:r>
        <w:t>کل میں نے سنا ریڈیو میں کہ ایک پنجاب میں ایک گردوارہ ہے جس میں ہوائی جہاز چڑھاتے ہیں۔ وہ تو کیا ہے؟ وہاں ایک ایک کریز ہے کہ مجھے باہر جانا ہے، ہوائی جہاز چڑھ کر کے مجھے فارن جانا ہے۔</w:t>
      </w:r>
    </w:p>
    <w:p>
      <w:r>
        <w:rPr>
          <w:b/>
        </w:rPr>
        <w:t xml:space="preserve">[38:55] </w:t>
      </w:r>
      <w:r>
        <w:t>to ek model hawai jahaz ka bikta hai, baqayda wahan dukanein lagi hui hain, khareedte hain, ja ke charhate hain mandir mein. to samajhte hain ke is ki wajah se hamein yaani air travel ka mauqa milega, aur hum foreign chale jayenge.</w:t>
      </w:r>
    </w:p>
    <w:p>
      <w:pPr>
        <w:jc w:val="right"/>
      </w:pPr>
      <w:r>
        <w:t>تو ایک ماڈل ہوائی جہاز کا بکتا ہے، باقاعدہ وہاں دکانیں لگی ہوئی ہیں، خریدتے ہیں، جا کے چڑھاتے ہیں مندر میں۔ تو سمجھتے ہیں کہ اس کی وجہ سے ہمیں یعنی ایئر ٹریول کا موقع ملے گا، اور ہم فارن چلے جائیں گے۔</w:t>
      </w:r>
    </w:p>
    <w:p>
      <w:r>
        <w:rPr>
          <w:b/>
        </w:rPr>
        <w:t xml:space="preserve">[39:12] </w:t>
      </w:r>
      <w:r>
        <w:t>jis mein likha bataya tha kal is mein ke ke agar koi ek aadmi ko mauqa mil jata hai to samajhta hai ke is ki wajah se mujhe mauqa mila, haalanke is se koi ta'alluq is ka nahi hota.</w:t>
      </w:r>
    </w:p>
    <w:p>
      <w:pPr>
        <w:jc w:val="right"/>
      </w:pPr>
      <w:r>
        <w:t>جس میں لکھا بتایا تھا کل اس میں کہ کہ اگر کوئی ایک آدمی کو موقع مل جاتا ہے تو سمجھتا ہے کہ اس کی وجہ سے مجھے موقع ملا، حالانکہ اس سے کوئی تعلق اس کا نہیں ہوتا۔</w:t>
      </w:r>
    </w:p>
    <w:p>
      <w:r>
        <w:rPr>
          <w:b/>
        </w:rPr>
        <w:t xml:space="preserve">[39:24] </w:t>
      </w:r>
      <w:r>
        <w:t>majority un ki hoti hai jo bahar nahi ja paate. to ek adhe jaate hain, to ek adhe waise bhi ja rahe hain jo nahi charhate hawai jahaz, tab bhi.</w:t>
      </w:r>
    </w:p>
    <w:p>
      <w:pPr>
        <w:jc w:val="right"/>
      </w:pPr>
      <w:r>
        <w:t>میجورٹی ان کی ہوتی ہے جو باہر نہیں جا پاتے۔ تو ایک ادھ جاتے ہیں، تو ایک ادھ ویسے بھی جا رہے ہیں جو نہیں چڑھاتے ہوائی جہاز، تب بھی۔</w:t>
      </w:r>
    </w:p>
    <w:p>
      <w:r>
        <w:rPr>
          <w:b/>
        </w:rPr>
        <w:t xml:space="preserve">[39:32] </w:t>
      </w:r>
      <w:r>
        <w:t>to false hope business, is mandir mein, is gurudware mein, agar tum hawai jahaz ka hawai jahaz charha do to tum ko foreign safar karne ka mauqa mil jayega.</w:t>
      </w:r>
    </w:p>
    <w:p>
      <w:pPr>
        <w:jc w:val="right"/>
      </w:pPr>
      <w:r>
        <w:t>تو فالس ہوپ بزنس، اس مندر میں، اس گردوارے میں، اگر تم ہوائی جہاز کا ہوائی جہاز چڑھا دو تو تم کو فارن سفر کرنے کا موقع مل جائے گا۔</w:t>
      </w:r>
    </w:p>
    <w:p>
      <w:r>
        <w:rPr>
          <w:b/>
        </w:rPr>
        <w:t xml:space="preserve">[39:46] </w:t>
      </w:r>
      <w:r>
        <w:t>to is mein likha tha ke is qism ki sankron cheezen hain jo false hope business hain.</w:t>
      </w:r>
    </w:p>
    <w:p>
      <w:pPr>
        <w:jc w:val="right"/>
      </w:pPr>
      <w:r>
        <w:t>تو اس میں لکھا تھا کہ اس قسم کی سینکڑوں چیزیں ہیں جو فالس ہوپ بزنس ہیں۔</w:t>
      </w:r>
    </w:p>
    <w:p>
      <w:r>
        <w:rPr>
          <w:b/>
        </w:rPr>
        <w:t xml:space="preserve">[39:52] </w:t>
      </w:r>
      <w:r>
        <w:t>logon ko yani jhooti aarzuwein hain, jhooti ummeedon mein logon ke dilon mein hain, aur woh kehte hain ke aao, hum woh ummeedon ko poora kar denge.</w:t>
      </w:r>
    </w:p>
    <w:p>
      <w:pPr>
        <w:jc w:val="right"/>
      </w:pPr>
      <w:r>
        <w:t>لوگوں کو یعنی جھوٹی آرزوئیں ہیں، جھوٹی امیدوں میں لوگوں کے دلوں میں ہیں، اور وہ کہتے ہیں کہ آؤ، ہم وہ امیدوں کو پورا کر دیں گے۔</w:t>
      </w:r>
    </w:p>
    <w:p>
      <w:r>
        <w:rPr>
          <w:b/>
        </w:rPr>
        <w:t xml:space="preserve">[40:03] </w:t>
      </w:r>
      <w:r>
        <w:t>is mein bataya tha ke false hope business dunya mein sab se bara business hai, aur waqai yeh waqea hai. bilkul log chale ja rahe hain, chale ja rahe hain, lekin sab se zyada jo serious baat hai, woh yeh hai ke aisa aisi zindagi hamein pahunchati hai kahan?</w:t>
      </w:r>
    </w:p>
    <w:p>
      <w:pPr>
        <w:jc w:val="right"/>
      </w:pPr>
      <w:r>
        <w:t>اس میں بتایا تھا کہ فالس ہوپ بزنس دنیا میں سب سے بڑا بزنس ہے، اور واقعی یہ واقعہ ہے۔ بالکل لوگ چلے جا رہے ہیں، چلے جا رہے ہیں، لیکن سب سے زیادہ جو سیریس بات ہے، وہ یہ ہے کہ ایسا ایسی زندگی ہمیں پہنچاتی ہے کہاں؟</w:t>
      </w:r>
    </w:p>
    <w:p>
      <w:r>
        <w:rPr>
          <w:b/>
        </w:rPr>
        <w:t xml:space="preserve">[40:22] </w:t>
      </w:r>
      <w:r>
        <w:t>aakhirat mein hamein aakhir mein pahunchna hai, wahan to kuch kaam nahi aayega. yeh sab, yeh sab se kuch kaam nahi aayenge.</w:t>
      </w:r>
    </w:p>
    <w:p>
      <w:pPr>
        <w:jc w:val="right"/>
      </w:pPr>
      <w:r>
        <w:t>آخرت میں ہمیں آخر میں پہنچنا ہے، وہاں تو کچھ کام نہیں آئے گا۔ یہ سب، یہ سب سے کچھ کام نہیں آئیں گے۔</w:t>
      </w:r>
    </w:p>
    <w:p>
      <w:r>
        <w:rPr>
          <w:b/>
        </w:rPr>
        <w:t xml:space="preserve">[40:33] </w:t>
      </w:r>
      <w:r>
        <w:t>to zaroori hai ke hamare andar realistic approach ho, scientific approach ho, aur apne aap, apna, apne aap ko revise karna jaane hain.</w:t>
      </w:r>
    </w:p>
    <w:p>
      <w:pPr>
        <w:jc w:val="right"/>
      </w:pPr>
      <w:r>
        <w:t>تو ضروری ہے کہ ہمارے اندر ریلسٹک اپروچ ہو، سائنٹیفک اپروچ ہو، اور اپنے آپ، اپنا، اپنے آپ کو ریوائز کرنا جانے ہیں۔</w:t>
      </w:r>
    </w:p>
    <w:p>
      <w:r>
        <w:rPr>
          <w:b/>
        </w:rPr>
        <w:t xml:space="preserve">[40:43] </w:t>
      </w:r>
      <w:r>
        <w:t>hum</w:t>
      </w:r>
    </w:p>
    <w:p>
      <w:pPr>
        <w:jc w:val="right"/>
      </w:pPr>
      <w:r>
        <w:t>ہم</w:t>
      </w:r>
    </w:p>
    <w:p>
      <w:r>
        <w:rPr>
          <w:b/>
        </w:rPr>
        <w:t xml:space="preserve">[40:45] </w:t>
      </w:r>
      <w:r>
        <w:t>har waqt apne ko revise karte rahen, har waqt apne ko reassess karte rahen.</w:t>
      </w:r>
    </w:p>
    <w:p>
      <w:pPr>
        <w:jc w:val="right"/>
      </w:pPr>
      <w:r>
        <w:t>ہر وقت اپنے کو ریوائز کرتے رہیں، ہر وقت اپنے کو ری اسس کرتے رہیں۔</w:t>
      </w:r>
    </w:p>
    <w:p>
      <w:r>
        <w:rPr>
          <w:b/>
        </w:rPr>
        <w:t xml:space="preserve">[40:53] </w:t>
      </w:r>
      <w:r>
        <w:t>yani yeh rozana ka ek kaam hai, apne ko reassess karna. mere paas ek sahib ka telephone aaya, bhagalpur se, parson ki baat hai.</w:t>
      </w:r>
    </w:p>
    <w:p>
      <w:pPr>
        <w:jc w:val="right"/>
      </w:pPr>
      <w:r>
        <w:t>یعنی یہ روزانہ کا ایک کام ہے، اپنے کو ری اسس کرنا۔ میرے پاس ایک صاحب کا ٹیلی فون آیا، بھاگل پور سے، پرسوں کی بات ہے۔</w:t>
      </w:r>
    </w:p>
    <w:p>
      <w:r>
        <w:rPr>
          <w:b/>
        </w:rPr>
        <w:t xml:space="preserve">[41:05] </w:t>
      </w:r>
      <w:r>
        <w:t>to unhon ne kaha ke main aap ka magazine padhta hoon, aap ki kitaben padhta hoon, aur batayein mujhe kya karna hai. to maine kaha aap ek diary maintain kijiye</w:t>
      </w:r>
    </w:p>
    <w:p>
      <w:pPr>
        <w:jc w:val="right"/>
      </w:pPr>
      <w:r>
        <w:t>تو انہوں نے کہا کہ میں آپ کا میگزین پڑھتا ہوں، آپ کی کتابیں پڑھتا ہوں، اور بتائیں مجھے کیا کرنا ہے۔ تو میں نے کہا آپ ایک ڈائری مینٹین کیجئے</w:t>
      </w:r>
    </w:p>
    <w:p>
      <w:r>
        <w:rPr>
          <w:b/>
        </w:rPr>
        <w:t xml:space="preserve">[41:14] </w:t>
      </w:r>
      <w:r>
        <w:t>, woh bees saal ke the, woh abhi bees saal ke hain. daily apna kuch is mein likha kijiye, kya khoya, kya paya.</w:t>
      </w:r>
    </w:p>
    <w:p>
      <w:pPr>
        <w:jc w:val="right"/>
      </w:pPr>
      <w:r>
        <w:t>، وہ بیس سال کے تھے، وہ ابھی بیس سال کے ہیں۔ ڈیلی اپنا کچھ اس میں لکھا کیجئے، کیا کھویا، کیا پایا۔</w:t>
      </w:r>
    </w:p>
    <w:p>
      <w:r>
        <w:rPr>
          <w:b/>
        </w:rPr>
        <w:t xml:space="preserve">[41:23] </w:t>
      </w:r>
      <w:r>
        <w:t>aaj to maine misaal di un ko ke France ka ek badshah tha, woh diary diary rakhta tha, to har din kuch na kuch is mein likhta tha.</w:t>
      </w:r>
    </w:p>
    <w:p>
      <w:pPr>
        <w:jc w:val="right"/>
      </w:pPr>
      <w:r>
        <w:t>آج تو میں نے مثال دی ان کو کہ فرانس کا ایک بادشاہ تھا، وہ ڈائری ڈائری رکھتا تھا، تو ہر دن کچھ نہ کچھ اس میں لکھتا تھا۔</w:t>
      </w:r>
    </w:p>
    <w:p>
      <w:r>
        <w:rPr>
          <w:b/>
        </w:rPr>
        <w:t xml:space="preserve">[41:35] </w:t>
      </w:r>
      <w:r>
        <w:t>to to us zamane mein aap jante hain ke king log jo the, shikar ke liye jaya karte the,</w:t>
      </w:r>
    </w:p>
    <w:p>
      <w:pPr>
        <w:jc w:val="right"/>
      </w:pPr>
      <w:r>
        <w:t>تو تو اس زمانے میں آپ جانتے ہیں کہ کنگ لوگ جو تھے، شکار کے لیے جایا کرتے تھے،</w:t>
      </w:r>
    </w:p>
    <w:p>
      <w:r>
        <w:rPr>
          <w:b/>
        </w:rPr>
        <w:t xml:space="preserve">[41:42] </w:t>
      </w:r>
      <w:r>
        <w:t>bhale entertainment ka koi zariya nahi tha aaj kal ke tareeqe se, to shikar ke liye jate the. to ek din gaya woh shikar ke liye, to kuch mila nahi, koi yani shikar nahi mila.</w:t>
      </w:r>
    </w:p>
    <w:p>
      <w:pPr>
        <w:jc w:val="right"/>
      </w:pPr>
      <w:r>
        <w:t>بھلے انٹرٹینمنٹ کا کوئی ذریعہ نہیں تھا آج کل کے طریقے سے، تو شکار کے لیے جاتے تھے۔ تو ایک دن گیا وہ شکار کے لیے، تو کچھ ملا نہیں، کوئی یعنی شکار نہیں ملا۔</w:t>
      </w:r>
    </w:p>
    <w:p>
      <w:r>
        <w:rPr>
          <w:b/>
        </w:rPr>
        <w:t xml:space="preserve">[41:56] </w:t>
      </w:r>
      <w:r>
        <w:t>to us din diary mein us ne likha "nothing", sirf "nothing", matlab aaj maine kuch nahi paya. to maine kaha aaj is tarah kaise jab aap diary maintain karenge to apna muhasba hoga</w:t>
      </w:r>
    </w:p>
    <w:p>
      <w:pPr>
        <w:jc w:val="right"/>
      </w:pPr>
      <w:r>
        <w:t>تو اس دن ڈائری میں اس نے لکھا "نتھنگ"، صرف "نتھنگ"، مطلب آج میں نے کچھ نہیں پایا۔ تو میں نے کہا آج اس طرح کیسے جب آپ ڈائری مینٹین کریں گے تو اپنا محاسبہ ہوگا</w:t>
      </w:r>
    </w:p>
    <w:p>
      <w:r>
        <w:rPr>
          <w:b/>
        </w:rPr>
        <w:t xml:space="preserve">[42:12] </w:t>
      </w:r>
      <w:r>
        <w:t>ke to aap jab dekhenge is ke page ulat kar ke to aap apna aap ko jajchenge ke hamari kab kis din kya paya tha, kis din kya khoya tha.</w:t>
      </w:r>
    </w:p>
    <w:p>
      <w:pPr>
        <w:jc w:val="right"/>
      </w:pPr>
      <w:r>
        <w:t>کہ تو آپ جب دیکھیں گے اس کے پیج الٹ کر کے تو آپ اپنا آپ کو جانچیں گے کہ ہماری کب کس دن کیا پایا تھا، کس دن کیا کھویا تھا۔</w:t>
      </w:r>
    </w:p>
    <w:p>
      <w:r>
        <w:rPr>
          <w:b/>
        </w:rPr>
        <w:t xml:space="preserve">[42:24] </w:t>
      </w:r>
      <w:r>
        <w:t>to woh kya kehte hain ke meri umar to bees saal hai, kya aap bees saal jab the tab diary rakhte the? aap matlab mujh se aap keh rahe hain bees saal diary rakhne ke liye, to aap kya bees saal mein jab the to rakhte the diary?</w:t>
      </w:r>
    </w:p>
    <w:p>
      <w:pPr>
        <w:jc w:val="right"/>
      </w:pPr>
      <w:r>
        <w:t>تو وہ کیا کہتے ہیں کہ میری عمر تو بیس سال ہے، کیا آپ بیس سال جب تھے تب ڈائری رکھتے تھے؟ آپ مطلب مجھ سے آپ کہہ رہے ہیں بیس سال ڈائری رکھنے کے لیے، تو آپ کیا بیس سال میں جب تھے تو رکھتے تھے ڈائری؟</w:t>
      </w:r>
    </w:p>
    <w:p>
      <w:r>
        <w:rPr>
          <w:b/>
        </w:rPr>
        <w:t xml:space="preserve">[42:40] </w:t>
      </w:r>
      <w:r>
        <w:t>maine kaha ke badqismati se mujhe koi batane wala nahi tha, aap ko to ek batane wala mil gaya hai.</w:t>
      </w:r>
    </w:p>
    <w:p>
      <w:pPr>
        <w:jc w:val="right"/>
      </w:pPr>
      <w:r>
        <w:t>میں نے کہا کہ بدقسمتی سے مجھے کوئی بتانے والا نہیں تھا، آپ کو تو ایک بتانے والا مل گیا ہے۔</w:t>
      </w:r>
    </w:p>
    <w:p>
      <w:r>
        <w:rPr>
          <w:b/>
        </w:rPr>
        <w:t xml:space="preserve">[42:49] </w:t>
      </w:r>
      <w:r>
        <w:t>agar koi batata mujhe bees saal ki umar mein to main zaroor diary rakhta tha, lekin meri maine to discover karna pada ke ke diary bhi ek tareeqa hai ke rakha jaye.</w:t>
      </w:r>
    </w:p>
    <w:p>
      <w:pPr>
        <w:jc w:val="right"/>
      </w:pPr>
      <w:r>
        <w:t>اگر کوئی بتاتا مجھے بیس سال کی عمر میں تو میں ضرور ڈائری رکھتا تھا، لیکن میری میں نے تو ڈسکور کرنا پڑا کہ کہ ڈائری بھی ایک طریقہ ہے کہ رکھا جائے۔</w:t>
      </w:r>
    </w:p>
    <w:p>
      <w:r>
        <w:rPr>
          <w:b/>
        </w:rPr>
        <w:t xml:space="preserve">[43:00] </w:t>
      </w:r>
      <w:r>
        <w:t>aap jante hain ke western log jo hain, woh aksar diary rakhte hain, hamare eastern domon pe diary ki riwaj kam hai.</w:t>
      </w:r>
    </w:p>
    <w:p>
      <w:pPr>
        <w:jc w:val="right"/>
      </w:pPr>
      <w:r>
        <w:t>آپ جانتے ہیں کہ ویسٹرن لوگ جو ہیں، وہ اکثر ڈائری رکھتے ہیں، ہمارے ایسٹر ڈوموں پہ ڈائری کی رواج کم ہے۔</w:t>
      </w:r>
    </w:p>
    <w:p>
      <w:r>
        <w:rPr>
          <w:b/>
        </w:rPr>
        <w:t xml:space="preserve">[43:07] </w:t>
      </w:r>
      <w:r>
        <w:t>to jaise hi maine padha, foran maine diary rakhna shuru kar diya. ab mere paas adhuri shakal mein to bahut pehle ki diaryan hain, lekin baqayda shakal mein 98, 83 se diary hai meri, yani har din, har din ki diary 83 se, 1983 se,</w:t>
      </w:r>
    </w:p>
    <w:p>
      <w:pPr>
        <w:jc w:val="right"/>
      </w:pPr>
      <w:r>
        <w:t>تو جیسے ہی میں نے پڑھا، فوراً میں نے ڈائری رکھنا شروع کر دیا۔ اب میرے پاس ادھوری شکل میں تو بہت پہلے کی ڈائریاں ہیں، لیکن باقاعدہ شکل میں 98، 83 سے ڈائری ہے میری، یعنی ہر دن، ہر دن کی ڈائری 83 سے، 1983 سے،</w:t>
      </w:r>
    </w:p>
    <w:p>
      <w:r>
        <w:rPr>
          <w:b/>
        </w:rPr>
        <w:t xml:space="preserve">[43:26] </w:t>
      </w:r>
      <w:r>
        <w:t>aur woh aise fragmentary way mein to pehle bhi likhta tha. main</w:t>
      </w:r>
    </w:p>
    <w:p>
      <w:pPr>
        <w:jc w:val="right"/>
      </w:pPr>
      <w:r>
        <w:t>اور وہ ایسے فریگمنٹری وے میں تو پہلے بھی لکھتا تھا۔ میں</w:t>
      </w:r>
    </w:p>
    <w:p>
      <w:r>
        <w:rPr>
          <w:b/>
        </w:rPr>
        <w:t xml:space="preserve">[43:31] </w:t>
      </w:r>
      <w:r>
        <w:t>to kaise aaj anokhe log hote hain ke ek aadmi unhein bata raha hai ke diary rakho to poochte hain ke bees saal jab aap the to aap aap kya diary maintain karte the?</w:t>
      </w:r>
    </w:p>
    <w:p>
      <w:pPr>
        <w:jc w:val="right"/>
      </w:pPr>
      <w:r>
        <w:t>تو کیسے آج انوکھے لوگ ہوتے ہیں کہ ایک آدمی انہیں بتا رہا ہے کہ ڈائری رکھو تو پوچھتے ہیں کہ بیس سال جب آپ تھے تو آپ آپ کیا ڈائری مینٹین کرتے تھے؟</w:t>
      </w:r>
    </w:p>
    <w:p>
      <w:r>
        <w:rPr>
          <w:b/>
        </w:rPr>
        <w:t xml:space="preserve">[43:40] </w:t>
      </w:r>
      <w:r>
        <w:t>aap yeh nahi sochte ke Khuda ka shukar hai ke mujhe bees saal mein ek batane wala mil gaya, kisi aur ko to mila nahi.</w:t>
      </w:r>
    </w:p>
    <w:p>
      <w:pPr>
        <w:jc w:val="right"/>
      </w:pPr>
      <w:r>
        <w:t>آپ یہ نہیں سوچتے کہ خدا کا شکر ہے کہ مجھے بیس سال میں ایک بتانے والا مل گیا، کسی اور کو تو ملا نہیں۔</w:t>
      </w:r>
    </w:p>
    <w:p>
      <w:r>
        <w:rPr>
          <w:b/>
        </w:rPr>
        <w:t xml:space="preserve">[43:52] </w:t>
      </w:r>
      <w:r>
        <w:t>to logon ko apne bare mein tareef sunna bara acha lagta hai, agar koi criticize kare to bohat bura lagta hai. woh</w:t>
      </w:r>
    </w:p>
    <w:p>
      <w:pPr>
        <w:jc w:val="right"/>
      </w:pPr>
      <w:r>
        <w:t>تو لوگوں کو اپنے بارے میں تعریف سننا بڑا اچھا لگتا ہے، اگر کوئی کریٹیسائز کرے تو بہت برا لگتا ہے۔ وہ</w:t>
      </w:r>
    </w:p>
    <w:p>
      <w:r>
        <w:rPr>
          <w:b/>
        </w:rPr>
        <w:t xml:space="preserve">[44:02] </w:t>
      </w:r>
      <w:r>
        <w:t>to apne ko, woh yani apna muhasba nahi kar paate.</w:t>
      </w:r>
    </w:p>
    <w:p>
      <w:pPr>
        <w:jc w:val="right"/>
      </w:pPr>
      <w:r>
        <w:t>تو اپنے کو، وہ یعنی اپنا محاسبہ نہیں کر پاتے۔</w:t>
      </w:r>
    </w:p>
    <w:p>
      <w:r>
        <w:rPr>
          <w:b/>
        </w:rPr>
        <w:t xml:space="preserve">[44:11] </w:t>
      </w:r>
      <w:r>
        <w:t>yani jis cheez ko hum kehte hain introspection, us ko arabi mein kehte hain muhasba, urdu mein kaha jata hai ehtesab, yani apne aap ke bare mein sochna, apni galtiyon ko dhoond kar nikalna, apni islaah karna,</w:t>
      </w:r>
    </w:p>
    <w:p>
      <w:pPr>
        <w:jc w:val="right"/>
      </w:pPr>
      <w:r>
        <w:t>یعنی جس چیز کو ہم کہتے ہیں انٹراسپیکشن، اس کو عربی میں کہتے ہیں محاسبہ، اردو میں کہا جاتا ہے احتساب، یعنی اپنے آپ کے بارے میں سوچنا، اپنی غلطیوں کو ڈھونڈ کر نکالنا، اپنی اصلاح کرنا،</w:t>
      </w:r>
    </w:p>
    <w:p>
      <w:r>
        <w:rPr>
          <w:b/>
        </w:rPr>
        <w:t xml:space="preserve">[44:26] </w:t>
      </w:r>
      <w:r>
        <w:t>yeh hai.</w:t>
      </w:r>
    </w:p>
    <w:p>
      <w:pPr>
        <w:jc w:val="right"/>
      </w:pPr>
      <w:r>
        <w:t>یہ ہے۔</w:t>
      </w:r>
    </w:p>
    <w:p>
      <w:r>
        <w:rPr>
          <w:b/>
        </w:rPr>
        <w:t xml:space="preserve">[44:30] </w:t>
      </w:r>
      <w:r>
        <w:t>to mein Khuda ke fazl se har din apni galtiyon ko nikalta rehta hoon. Aaj ki baat mein bata doon, aaj hi ki baat, ek qissa maine bataya tha aap ko ke Rampur ka ek ek ek ek ladka tha, us ko cycle chahiye thi, bicycle, be baps kehta tha.</w:t>
      </w:r>
    </w:p>
    <w:p>
      <w:pPr>
        <w:jc w:val="right"/>
      </w:pPr>
      <w:r>
        <w:t>تو میں خدا کے فضل سے ہر دن اپنی غلطیوں کو نکالتا رہتا ہوں۔ آج کی بات میں بتا دوں، آج ہی کی بات، ایک قصہ میں نے بتایا تھا آپ کو کہ رام پور کا ایک ایک ایک ایک لڑکا تھا، اس کو سائیکل چاہیے تھی، بائیسکل، بے باپس کہتا تھا۔</w:t>
      </w:r>
    </w:p>
    <w:p>
      <w:r>
        <w:rPr>
          <w:b/>
        </w:rPr>
        <w:t xml:space="preserve">[44:50] </w:t>
      </w:r>
      <w:r>
        <w:t>to woh kehta tha ke mein school teacher hoon, mere paas paisa kahan hai bicycle kharidne ke liye? Kai baar kaha, kai baar kaha, kai baar kaha.</w:t>
      </w:r>
    </w:p>
    <w:p>
      <w:pPr>
        <w:jc w:val="right"/>
      </w:pPr>
      <w:r>
        <w:t>تو وہ کہتا تھا کہ میں اسکول ٹیچر ہوں، میرے پاس پیسہ کہاں ہے بائیسکل خریدنے کے لیے؟ کئی بار کہا، کئی بار کہا، کئی بار کہا۔</w:t>
      </w:r>
    </w:p>
    <w:p>
      <w:r>
        <w:rPr>
          <w:b/>
        </w:rPr>
        <w:t xml:space="preserve">[45:00] </w:t>
      </w:r>
      <w:r>
        <w:t>to ek din jab kaha to woh ghussa ho gaya baap ke mein nahi bicycle kharid sakta, ab kahoge to mein tum maroonga tum ko.</w:t>
      </w:r>
    </w:p>
    <w:p>
      <w:pPr>
        <w:jc w:val="right"/>
      </w:pPr>
      <w:r>
        <w:t>تو ایک دن جب کہا تو وہ غصہ ہو گیا باپ کہ میں نہیں بائیسکل خرید سکتا، اب کہو گے تو میں تم ماروں گا تم کو۔</w:t>
      </w:r>
    </w:p>
    <w:p>
      <w:r>
        <w:rPr>
          <w:b/>
        </w:rPr>
        <w:t xml:space="preserve">[45:11] </w:t>
      </w:r>
      <w:r>
        <w:t>to bete ne kaha ke aap hi to hamare baap hain, aap se na kahein to kis se kahein? Yeh qissa mein bohat dinon se batata hoon,</w:t>
      </w:r>
    </w:p>
    <w:p>
      <w:pPr>
        <w:jc w:val="right"/>
      </w:pPr>
      <w:r>
        <w:t>تو بیٹے نے کہا کہ آپ ہی تو ہمارے باپ ہیں، آپ سے نہ کہیں تو کس سے کہیں؟ یہ قصہ میں بہت دنوں سے بتاتا ہوں،</w:t>
      </w:r>
    </w:p>
    <w:p>
      <w:r>
        <w:rPr>
          <w:b/>
        </w:rPr>
        <w:t xml:space="preserve">[45:22] </w:t>
      </w:r>
      <w:r>
        <w:t>mujhe kam az kam mein batata hoon ke yani chaalees saal se zyada ho gaye honge jab yeh qissa maloom hua tha.</w:t>
      </w:r>
    </w:p>
    <w:p>
      <w:pPr>
        <w:jc w:val="right"/>
      </w:pPr>
      <w:r>
        <w:t>مجھے کم از کم میں بتاتا ہوں کہ یعنی چالیس سال سے زیادہ ہو گئے ہوں گے جب یہ قصہ معلوم ہوا تھا۔</w:t>
      </w:r>
    </w:p>
    <w:p>
      <w:r>
        <w:rPr>
          <w:b/>
        </w:rPr>
        <w:t xml:space="preserve">[45:31] </w:t>
      </w:r>
      <w:r>
        <w:t>Aaj maine discover kiya is mein ke is mein mein ek ghalti kar raha tha.</w:t>
      </w:r>
    </w:p>
    <w:p>
      <w:pPr>
        <w:jc w:val="right"/>
      </w:pPr>
      <w:r>
        <w:t>آج میں نے ڈسکور کیا اس میں کہ اس میں میں ایک غلطی کر رہا تھا۔</w:t>
      </w:r>
    </w:p>
    <w:p>
      <w:r>
        <w:rPr>
          <w:b/>
        </w:rPr>
        <w:t xml:space="preserve">[45:37] </w:t>
      </w:r>
      <w:r>
        <w:t>Woh kya? Mein is qisse ko batata tha is bete ke hawale se ke beta apna haq samajhta tha baap ke upar jab us ne kaha ke aap hi to hamare baap hain, aap se na kahein to kis se kahein?</w:t>
      </w:r>
    </w:p>
    <w:p>
      <w:pPr>
        <w:jc w:val="right"/>
      </w:pPr>
      <w:r>
        <w:t>وہ کیا؟ میں اس قصے کو بتاتا تھا اس بیٹے کے حوالے سے کہ بیٹا اپنا حق سمجھتا تھا باپ کے اوپر جب اس نے کہا کہ آپ ہی تو ہمارے باپ ہیں، آپ سے نہ کہیں تو کس سے کہیں؟</w:t>
      </w:r>
    </w:p>
    <w:p>
      <w:r>
        <w:rPr>
          <w:b/>
        </w:rPr>
        <w:t xml:space="preserve">[45:52] </w:t>
      </w:r>
      <w:r>
        <w:t>To bete ne koi haq samjha ke mera haq hai baap ke upar. To maine kaha ke Khudaaya, jo baat aaj hi ki baat thi ke maine kaha Khudaaya, is bete ne, is is ladke ne jo baat bator haq kahi thi, us ko bator as kehta hoon ke aap ke upar mera koi haq nahi hai.</w:t>
      </w:r>
    </w:p>
    <w:p>
      <w:pPr>
        <w:jc w:val="right"/>
      </w:pPr>
      <w:r>
        <w:t>تو بیٹے نے کوئی حق سمجھا کہ میرا حق ہے باپ کے اوپر۔ تو میں نے کہا کہ خدایا، جو بات آج ہی کی بات تھی کہ میں نے کہا خدایا، اس بیٹے نے، اس اس لڑکے نے جو بات بطور حق کہی تھی، اس کو بطور ایز کہتا ہوں کہ آپ کے اوپر میرا کوئی حق نہیں ہے۔</w:t>
      </w:r>
    </w:p>
    <w:p>
      <w:r>
        <w:rPr>
          <w:b/>
        </w:rPr>
        <w:t xml:space="preserve">[46:17] </w:t>
      </w:r>
      <w:r>
        <w:t>Yeh meri aaj ki discovery hai ke is waqe ko mein kam az kam chaalees saal se logon ko batata rehta hoon. Yeh dua hai ke jab bete ne is tarah keh diya ke aap hi to hamare baap hain, aap se na kahein to kis se kahein?</w:t>
      </w:r>
    </w:p>
    <w:p>
      <w:pPr>
        <w:jc w:val="right"/>
      </w:pPr>
      <w:r>
        <w:t>یہ میری آج کی ڈسکوری ہے کہ اس واقعے کو میں کم از کم چالیس سال سے لوگوں کو بتاتا رہتا ہوں۔ یہ دعا ہے کہ جب بیٹے نے اس طرح کہہ دیا کہ آپ ہی تو ہمارے باپ ہیں، آپ سے نہ کہیں تو کس سے کہیں؟</w:t>
      </w:r>
    </w:p>
    <w:p>
      <w:r>
        <w:rPr>
          <w:b/>
        </w:rPr>
        <w:t xml:space="preserve">[46:32] </w:t>
      </w:r>
      <w:r>
        <w:t>To phir baap ne us ko bike se kharid kar de diya. To aaj maine socha ke mein ghalt kehta tha kyunke bete ne bator haq kaha tha apne baap se</w:t>
      </w:r>
    </w:p>
    <w:p>
      <w:pPr>
        <w:jc w:val="right"/>
      </w:pPr>
      <w:r>
        <w:t>تو پھر باپ نے اس کو بائیک سے خرید کر دے دیا۔ تو آج میں نے سوچا کہ میں غلط کہتا تھا کیونکہ بیٹے نے بطور حق کہا تھا اپنے باپ سے</w:t>
      </w:r>
    </w:p>
    <w:p>
      <w:r>
        <w:rPr>
          <w:b/>
        </w:rPr>
        <w:t xml:space="preserve">[46:46] </w:t>
      </w:r>
      <w:r>
        <w:t>, lekin mera koi haq nahi Khuda ke upar. Mein ek helpless insan hoon, apni helplessness ke hawale se mein keh sakta hoon Khuda se right ke reference mein nahi.</w:t>
      </w:r>
    </w:p>
    <w:p>
      <w:pPr>
        <w:jc w:val="right"/>
      </w:pPr>
      <w:r>
        <w:t>، لیکن میرا کوئی حق نہیں خدا کے اوپر۔ میں ایک ہیلپ لیس انسان ہوں، اپنی ہیلپ لیسنس کے حوالے سے میں کہہ سکتا ہوں خدا سے رائٹ کے ریفرنس میں نہیں۔</w:t>
      </w:r>
    </w:p>
    <w:p>
      <w:r>
        <w:rPr>
          <w:b/>
        </w:rPr>
        <w:t xml:space="preserve">[47:01] </w:t>
      </w:r>
      <w:r>
        <w:t>Yani bete ne baat kahi thi ek right ke taur par.</w:t>
      </w:r>
    </w:p>
    <w:p>
      <w:pPr>
        <w:jc w:val="right"/>
      </w:pPr>
      <w:r>
        <w:t>یعنی بیٹے نے بات کہی تھی ایک رائٹ کے طور پر۔</w:t>
      </w:r>
    </w:p>
    <w:p>
      <w:r>
        <w:rPr>
          <w:b/>
        </w:rPr>
        <w:t xml:space="preserve">[47:08] </w:t>
      </w:r>
      <w:r>
        <w:t>Mein aaj mujhe samajh aaya ke nahi, mujhe kehna chahiye apni helplessness ke hawale se, ages ke hawale se, right ke hawale se nahi.</w:t>
      </w:r>
    </w:p>
    <w:p>
      <w:pPr>
        <w:jc w:val="right"/>
      </w:pPr>
      <w:r>
        <w:t>میں آج مجھے سمجھ آیا کہ نہیں، مجھے کہنا چاہیے اپنی ہیلپ لیسنس کے حوالے سے، ایجز کے حوالے سے، رائٹ کے حوالے سے نہیں۔</w:t>
      </w:r>
    </w:p>
    <w:p>
      <w:r>
        <w:rPr>
          <w:b/>
        </w:rPr>
        <w:t xml:space="preserve">[47:21] </w:t>
      </w:r>
      <w:r>
        <w:t>Is tarah se mein apna introspection karta rehta hoon aur khud apni galtiyon ko dhoondta rehta hoon.</w:t>
      </w:r>
    </w:p>
    <w:p>
      <w:pPr>
        <w:jc w:val="right"/>
      </w:pPr>
      <w:r>
        <w:t>اس طرح سے میں اپنا انٹراسپیکشن کرتا رہتا ہوں اور خود اپنی غلطیوں کو ڈھونڈتا رہتا ہوں۔</w:t>
      </w:r>
    </w:p>
    <w:p>
      <w:r>
        <w:rPr>
          <w:b/>
        </w:rPr>
        <w:t xml:space="preserve">[47:31] </w:t>
      </w:r>
      <w:r>
        <w:t>To behal mera yeh tajruba hai ke har aadmi kahin na kahin false hotel mein jeeta hai. Aur us kitaab ko jab mein padha to maine kaha dekh kitni bari fallacy hai ke kainat mein ek cheez hai jis ko hum keh sakte hain ke design, intelligent design, intelligent planning, us ko reduce kar ke unhon ne varnish banaya, phir varnish ko root kar ke bodies banaya.</w:t>
      </w:r>
    </w:p>
    <w:p>
      <w:pPr>
        <w:jc w:val="right"/>
      </w:pPr>
      <w:r>
        <w:t>تو بہرحال میرا یہ تجربہ ہے کہ ہر آدمی کہیں نہ کہیں فالس ہوٹ میں جیتا ہے۔ اور اس کتاب کو جب میں پڑھا تو میں نے کہا دیکھ کتنی بڑی فلیسی ہے کہ کائنات میں ایک چیز ہے جس کو ہم کہہ سکتے ہیں کہ ڈیزائن، انٹیلیجنٹ ڈیزائن، انٹیلیجنٹ پلاننگ، اس کو ریڈیوس کر کے انہوں نے ورنیس بنایا، پھر ورنیس کو روٹ کر کے باڈیز بنایا۔</w:t>
      </w:r>
    </w:p>
    <w:p>
      <w:r>
        <w:rPr>
          <w:b/>
        </w:rPr>
        <w:t xml:space="preserve">[48:00] </w:t>
      </w:r>
      <w:r>
        <w:t>To yeh hai ideological false hotel. Isi tarah se har aadmi apni zindagi mein, apne ghar mein, apni society mein, apni institution mein, har jagah false hotel mein jeeta hai.</w:t>
      </w:r>
    </w:p>
    <w:p>
      <w:pPr>
        <w:jc w:val="right"/>
      </w:pPr>
      <w:r>
        <w:t>تو یہ ہے آئیڈیالوجیکل فالس ہوٹ۔ اسی طریقے سے ہر آدمی اپنی زندگی میں، اپنے گھر میں، اپنی سوسائٹی میں، اپنی انسٹیٹیوشن میں، ہر جگہ فالس ہوٹ میں جیتا ہے۔</w:t>
      </w:r>
    </w:p>
    <w:p>
      <w:r>
        <w:rPr>
          <w:b/>
        </w:rPr>
        <w:t xml:space="preserve">[48:17] </w:t>
      </w:r>
      <w:r>
        <w:t>Mere paas ek sahib ka telephone aaya, ek adh mahine pehle, do mahine pehle ki baat hai, kisi school mein woh principal the. Woh</w:t>
      </w:r>
    </w:p>
    <w:p>
      <w:pPr>
        <w:jc w:val="right"/>
      </w:pPr>
      <w:r>
        <w:t>میرے پاس ایک صاحب کا ٹیلی فون آیا، ایک ادھ مہینے پہلے، دو مہینے پہلے کی بات ہے، کسی اسکول میں وہ پرنسپل تھے۔ وہ</w:t>
      </w:r>
    </w:p>
    <w:p>
      <w:r>
        <w:rPr>
          <w:b/>
        </w:rPr>
        <w:t xml:space="preserve">[48:26] </w:t>
      </w:r>
      <w:r>
        <w:t>ab wahan ke jo authorities hain, un se lad gaye. Woh un ko unhon ne suspend kar diya. Ab mere paas telephone aaya, maine kaha ke aap ja ke maafii mangiye un se.</w:t>
      </w:r>
    </w:p>
    <w:p>
      <w:pPr>
        <w:jc w:val="right"/>
      </w:pPr>
      <w:r>
        <w:t>اب وہاں کے جو اتھارٹیز ہیں، ان سے لڑ گئے۔ وہ ان کو انہوں نے سسپینڈ کر دیا۔ اب میرے پاس ٹیلی فون آیا، میں نے کہا کہ آپ جا کے معافی مانگیے ان سے۔</w:t>
      </w:r>
    </w:p>
    <w:p>
      <w:r>
        <w:rPr>
          <w:b/>
        </w:rPr>
        <w:t xml:space="preserve">[48:41] </w:t>
      </w:r>
      <w:r>
        <w:t>Jis cheez ko jo aap lade, woh aap ne argument dikhaya ke woh aap ka ego tha jis se aap takra gaye. Agar modesty hoti to aap aisa na karte.</w:t>
      </w:r>
    </w:p>
    <w:p>
      <w:pPr>
        <w:jc w:val="right"/>
      </w:pPr>
      <w:r>
        <w:t>جس چیز کو جو آپ لڑے، وہ آپ نے ارگنٹ دکھایا کہ وہ آپ کا ایگو تھا جس سے آپ ٹکرا گئے۔ اگر مڈیسٹی ہوتی تو آپ ایسا نہ کرتے۔</w:t>
      </w:r>
    </w:p>
    <w:p>
      <w:r>
        <w:rPr>
          <w:b/>
        </w:rPr>
        <w:t xml:space="preserve">[48:54] </w:t>
      </w:r>
      <w:r>
        <w:t>To bohat samjhaya un ko ja kar ke, unhon ne waqai maafii mangi. Aur ab, ab, ab woh doosri mein dobara principal bana liye gaye, pehle se zyada achi halat mein, izzat ke sath reh rahe hain.</w:t>
      </w:r>
    </w:p>
    <w:p>
      <w:pPr>
        <w:jc w:val="right"/>
      </w:pPr>
      <w:r>
        <w:t>تو بہت سمجھایا ان کو جا کر کے، انہوں نے واقعی معافی مانگی۔ اور اب، اب، اب وہ دوسری میں دوبارہ پرنسپل بنا لیے گئے، پہلے سے زیادہ اچھی حالت میں، عزت کے ساتھ رہ رہے ہیں۔</w:t>
      </w:r>
    </w:p>
    <w:p>
      <w:r>
        <w:rPr>
          <w:b/>
        </w:rPr>
        <w:t xml:space="preserve">[49:05] </w:t>
      </w:r>
      <w:r>
        <w:t>Aap to ek false hotel tha, mera ego, meri badai, meri qabliyat, meri degree. To har aadmi kahin na kahin false hotel mein jee raha hai, kahin na kahin.</w:t>
      </w:r>
    </w:p>
    <w:p>
      <w:pPr>
        <w:jc w:val="right"/>
      </w:pPr>
      <w:r>
        <w:t>آپ تو ایک فالس ہوٹ تھا، میرا ایگو، میری بڑائی، میری قابلیت، میری ڈگری۔ تو ہر آدمی کہیں نہ کہیں فالس ہوٹ میں جی رہا ہے، کہیں نہ کہیں۔</w:t>
      </w:r>
    </w:p>
    <w:p>
      <w:r>
        <w:rPr>
          <w:b/>
        </w:rPr>
        <w:t xml:space="preserve">[49:18] </w:t>
      </w:r>
      <w:r>
        <w:t>Mera tajruba yeh hai ke shayad hi koi exception ho is mein ke koi aadmi false hotel mein na jeeta ho.</w:t>
      </w:r>
    </w:p>
    <w:p>
      <w:pPr>
        <w:jc w:val="right"/>
      </w:pPr>
      <w:r>
        <w:t>میرا تجربہ یہ ہے کہ شاید ہی کوئی ایکسیپشن ہو اس میں کہ کوئی آدمی فالس ہوٹ میں نہ جیتا ہو۔</w:t>
      </w:r>
    </w:p>
    <w:p>
      <w:r>
        <w:rPr>
          <w:b/>
        </w:rPr>
        <w:t xml:space="preserve">[49:27] </w:t>
      </w:r>
      <w:r>
        <w:t>aik sahib thay banaras mein, bara smart aadmi tha. woh ab bhi meri aankhon ke samne un ka woh hai, bohat smart aur bohat hi acha color tha un ka, complexion bohat acha tha.</w:t>
      </w:r>
    </w:p>
    <w:p>
      <w:pPr>
        <w:jc w:val="right"/>
      </w:pPr>
      <w:r>
        <w:t>ایک صاحب تھے بنارس میں، بڑا اسمارٹ آدمی تھا۔ وہ اب بھی میری آنکھوں کے سامنے ان کا وہ ہے، بہت اسمارٹ اور بہت ہی اچھا کلر تھا ان کا، کمپلیکشن بہت اچھا تھا۔</w:t>
      </w:r>
    </w:p>
    <w:p>
      <w:r>
        <w:rPr>
          <w:b/>
        </w:rPr>
        <w:t xml:space="preserve">[49:40] </w:t>
      </w:r>
      <w:r>
        <w:t>aur lagta tha ke aadmi to yani health ka pahar hai. is ke baad jante hain kia hua?</w:t>
      </w:r>
    </w:p>
    <w:p>
      <w:pPr>
        <w:jc w:val="right"/>
      </w:pPr>
      <w:r>
        <w:t>اور لگتا تھا کہ آدمی تو یعنی ہیلتھ کا پہاڑ ہے۔ اس کے بعد جانتے ہیں کیا ہوا؟</w:t>
      </w:r>
    </w:p>
    <w:p>
      <w:r>
        <w:rPr>
          <w:b/>
        </w:rPr>
        <w:t xml:space="preserve">[49:48] </w:t>
      </w:r>
      <w:r>
        <w:t>achanak brain hemorrhage hua, mar gaye. nojawan jawani ko unhon ne mar gaye. ab woh itna un ko tha ke woh baat nahi karte thay kisi se.</w:t>
      </w:r>
    </w:p>
    <w:p>
      <w:pPr>
        <w:jc w:val="right"/>
      </w:pPr>
      <w:r>
        <w:t>اچانک برین ہیمریج ہوا، مر گئے۔ نوجوان جوانی کو انہوں نے مر گئے۔ اب وہ اتنا ان کو تھا کہ وہ بات نہیں کرتے تھے کسی سے۔</w:t>
      </w:r>
    </w:p>
    <w:p>
      <w:r>
        <w:rPr>
          <w:b/>
        </w:rPr>
        <w:t xml:space="preserve">[49:59] </w:t>
      </w:r>
      <w:r>
        <w:t>yani woh jo smart thay, bohat healthy thay, bilkul jis ko kehte hain surkh o safed un ka chehra tha, meri aankhon ke samne un ka chehra hai.</w:t>
      </w:r>
    </w:p>
    <w:p>
      <w:pPr>
        <w:jc w:val="right"/>
      </w:pPr>
      <w:r>
        <w:t>یعنی وہ جو اسمارٹ تھے، بہت ہیلدی تھے، بالکل جس کو کہتے ہیں سرخ و سفید ان کا چہرہ تھا، میری آنکھوں کے سامنے ان کا چہرہ ہے۔</w:t>
      </w:r>
    </w:p>
    <w:p>
      <w:r>
        <w:rPr>
          <w:b/>
        </w:rPr>
        <w:t xml:space="preserve">[50:11] </w:t>
      </w:r>
      <w:r>
        <w:t>achanak brain hemorrhage hua aur khatam ho gaye.</w:t>
      </w:r>
    </w:p>
    <w:p>
      <w:pPr>
        <w:jc w:val="right"/>
      </w:pPr>
      <w:r>
        <w:t>اچانک برین ہیمریج ہوا اور ختم ہو گئے۔</w:t>
      </w:r>
    </w:p>
    <w:p>
      <w:r>
        <w:rPr>
          <w:b/>
        </w:rPr>
        <w:t xml:space="preserve">[50:15] </w:t>
      </w:r>
      <w:r>
        <w:t>to kisi bhi cheez mein aadmi jo yani, yani yeh bhi aik false hope ki aik qism thi ke jo health tumhare qabze mein nahi hai, is mein tum jeena chahte ho, is par tum ne apni بڑai ki buniyad rakhi hui hai.</w:t>
      </w:r>
    </w:p>
    <w:p>
      <w:pPr>
        <w:jc w:val="right"/>
      </w:pPr>
      <w:r>
        <w:t>تو کسی بھی چیز میں آدمی جو یعنی، یعنی یہ بھی ایک فالس ہوٹ کی ایک قسم تھی کہ جو ہیلتھ تمہارے قبضے میں نہیں ہے، اس میں تم جینا چاہتے ہو، اس پر تم نے اپنی بڑائی کی بنیاد رکھی ہوئی ہے۔</w:t>
      </w:r>
    </w:p>
    <w:p>
      <w:r>
        <w:rPr>
          <w:b/>
        </w:rPr>
        <w:t xml:space="preserve">[50:34] </w:t>
      </w:r>
      <w:r>
        <w:t>to different qism ke false hope hotay hain jis mein aadmi jeeta rehta hai.</w:t>
      </w:r>
    </w:p>
    <w:p>
      <w:pPr>
        <w:jc w:val="right"/>
      </w:pPr>
      <w:r>
        <w:t>تو ڈفرنٹ قسم کے فالس ہوٹ ہوتے ہیں جس میں آدمی جیتا رہتا ہے۔</w:t>
      </w:r>
    </w:p>
    <w:p>
      <w:r>
        <w:rPr>
          <w:b/>
        </w:rPr>
        <w:t xml:space="preserve">[50:41] </w:t>
      </w:r>
      <w:r>
        <w:t>to yeh living in false hope ka jo maine aaj theme banai, woh bohat hi comprehensive theme hai, yani zindagi ke sare aspect ko cover karti hai.</w:t>
      </w:r>
    </w:p>
    <w:p>
      <w:pPr>
        <w:jc w:val="right"/>
      </w:pPr>
      <w:r>
        <w:t>تو یہ لیونگ ان فالس ہوٹ کا جو میں نے آج تھیم بنائی، وہ بہت ہی کمپرہنسیو تھیم ہے، یعنی زندگی کے سارے اسپیکٹ کو کور کرتی ہے۔</w:t>
      </w:r>
    </w:p>
    <w:p>
      <w:r>
        <w:rPr>
          <w:b/>
        </w:rPr>
        <w:t xml:space="preserve">[50:54] </w:t>
      </w:r>
      <w:r>
        <w:t>ajeeb ajeeb qism ke log khayalat bana lete hain, ajeeb ajeeb qism ke. hamare gaon mein aik sahib thay, hum logon ko chacha kaha karte thay.</w:t>
      </w:r>
    </w:p>
    <w:p>
      <w:pPr>
        <w:jc w:val="right"/>
      </w:pPr>
      <w:r>
        <w:t>عجیب عجیب قسم کے لوگ خیالات بنا لیتے ہیں، عجیب عجیب قسم کے۔ ہمارے گاؤں میں ایک صاحب تھے، ہم لوگوں کو چچا کہا کرتے تھے۔</w:t>
      </w:r>
    </w:p>
    <w:p>
      <w:r>
        <w:rPr>
          <w:b/>
        </w:rPr>
        <w:t xml:space="preserve">[51:08] </w:t>
      </w:r>
      <w:r>
        <w:t>to hamare gaon mein jab pehli bar woh tube well lagane ki baat hui ke wahan electricity aaye aur tube well lagaya jaye, to woh hamare jo baray bhai thay, un ke pas aaye.</w:t>
      </w:r>
    </w:p>
    <w:p>
      <w:pPr>
        <w:jc w:val="right"/>
      </w:pPr>
      <w:r>
        <w:t>تو ہمارے گاؤں میں جب پہلی بار وہ ٹیوب بل لگانے کی بات ہوئی کہ وہاں الیکٹریسٹی آئے اور ٹیوب بل لگایا جائے، تو وہ ہمارے جو بڑے بھائی تھے، ان کے پاس آئے۔</w:t>
      </w:r>
    </w:p>
    <w:p>
      <w:r>
        <w:rPr>
          <w:b/>
        </w:rPr>
        <w:t xml:space="preserve">[51:21] </w:t>
      </w:r>
      <w:r>
        <w:t>to un ko babu kehte thay log. babu, kal khetiya jal jai, matlab neeche se pani jab nikala jaye ga to woh pani jahan khet ko cheez siyahi karenge, yani irrigation ke liye istemal karenge, is neeche ke pani ko to sare sab jal jaye ga, sab khet aur sab cheezein.</w:t>
      </w:r>
    </w:p>
    <w:p>
      <w:pPr>
        <w:jc w:val="right"/>
      </w:pPr>
      <w:r>
        <w:t>تو ان کو بابو کہتے تھے لوگ۔ بابو، کل کھیتیہ جل جائی، مطلب نیچے سے پانی جب نکالا جائے گا تو وہ پانی جہاں کھیت کو چیز سیاہی کریں گے، یعنی اریگیشن کے لیے استعمال کریں گے، اس نیچے کے پانی کو تو سارے سب جل جائے گا، سب کھیت اور سب چیزیں۔</w:t>
      </w:r>
    </w:p>
    <w:p>
      <w:r>
        <w:rPr>
          <w:b/>
        </w:rPr>
        <w:t xml:space="preserve">[51:43] </w:t>
      </w:r>
      <w:r>
        <w:t>to unhon ne kaha, babu, kal kal khetiya jal jai.</w:t>
      </w:r>
    </w:p>
    <w:p>
      <w:pPr>
        <w:jc w:val="right"/>
      </w:pPr>
      <w:r>
        <w:t>تو انہوں نے کہا، بابو، کل کل کھیتیہ جل جائی۔</w:t>
      </w:r>
    </w:p>
    <w:p>
      <w:r>
        <w:rPr>
          <w:b/>
        </w:rPr>
        <w:t xml:space="preserve">[51:47] </w:t>
      </w:r>
      <w:r>
        <w:t>ab is mein un ko aik isi mein jee rahe thay ke oper ka jo pani hai, woh to pani hai, baqi neeche jo hai, woh woh poison hai, kia cheez hai, pata nahi.</w:t>
      </w:r>
    </w:p>
    <w:p>
      <w:pPr>
        <w:jc w:val="right"/>
      </w:pPr>
      <w:r>
        <w:t>اب اس میں ان کو ایک اسی میں جی رہے تھے کہ اوپر کا جو پانی ہے، وہ تو پانی ہے، باقی نیچے جو ہے، وہ وہ پوائزن ہے، کیا چیز ہے، پتہ نہیں۔</w:t>
      </w:r>
    </w:p>
    <w:p>
      <w:r>
        <w:rPr>
          <w:b/>
        </w:rPr>
        <w:t xml:space="preserve">[51:59] </w:t>
      </w:r>
      <w:r>
        <w:t>ajeeb ajeeb qism ke log khayalat bana lete hain aur apna apna islaah nahi karte. is mein parhe likhe log bhi itne hi zyada jeete hain false hope mein jitna ke jahil log.</w:t>
      </w:r>
    </w:p>
    <w:p>
      <w:pPr>
        <w:jc w:val="right"/>
      </w:pPr>
      <w:r>
        <w:t>عجیب عجیب قسم کے لوگ خیالات بنا لیتے ہیں اور اپنا اپنا اصلاح نہیں کرتے۔ اس میں پڑھے لکھے لوگ بھی اتنے ہی زیادہ جیتے ہیں فالس ہوٹ میں جتنا کہ جاہل لوگ۔</w:t>
      </w:r>
    </w:p>
    <w:p>
      <w:r>
        <w:rPr>
          <w:b/>
        </w:rPr>
        <w:t xml:space="preserve">[52:12] </w:t>
      </w:r>
      <w:r>
        <w:t>mera tajurba yeh hai,</w:t>
      </w:r>
    </w:p>
    <w:p>
      <w:pPr>
        <w:jc w:val="right"/>
      </w:pPr>
      <w:r>
        <w:t>میرا تجربہ یہ ہے،</w:t>
      </w:r>
    </w:p>
    <w:p>
      <w:r>
        <w:rPr>
          <w:b/>
        </w:rPr>
        <w:t xml:space="preserve">[52:16] </w:t>
      </w:r>
      <w:r>
        <w:t>parhe likhe logon ka false hope kam nahi hai. is ki aik misaal maine di aap ko ke jis cheez se monotheism sabit ho raha hai, us se monotheism nikal liya.</w:t>
      </w:r>
    </w:p>
    <w:p>
      <w:pPr>
        <w:jc w:val="right"/>
      </w:pPr>
      <w:r>
        <w:t>پڑھے لکھے لوگوں کا فالس ہوٹ کم نہیں ہے۔ اس کی ایک مثال میں نے دی آپ کو کہ جس چیز سے مانیتھیزم ثابت ہو رہا ہے، اس سے مانیتھیزم نکال لیا۔</w:t>
      </w:r>
    </w:p>
    <w:p>
      <w:r>
        <w:rPr>
          <w:b/>
        </w:rPr>
        <w:t xml:space="preserve">[52:29] </w:t>
      </w:r>
      <w:r>
        <w:t>monotheism ka matlab hai ke Khuda hai jo shaoor rakhta hai, jo sochta hai, jo planning karta hai, jo sustainer hai, jo creator hai.</w:t>
      </w:r>
    </w:p>
    <w:p>
      <w:pPr>
        <w:jc w:val="right"/>
      </w:pPr>
      <w:r>
        <w:t>مانیتھیزم کا مطلب ہے کہ خدا ہے جو شعور رکھتا ہے، جو سوچتا ہے، جو پلاننگ کرتا ہے، جو سسٹینر ہے، جو کریٹ کرتا ہے۔</w:t>
      </w:r>
    </w:p>
    <w:p>
      <w:r>
        <w:rPr>
          <w:b/>
        </w:rPr>
        <w:t xml:space="preserve">[52:40] </w:t>
      </w:r>
      <w:r>
        <w:t>to monotheism ka matlab hai aik aisa Khuda. aur monotheism ka matlab kia hai?</w:t>
      </w:r>
    </w:p>
    <w:p>
      <w:pPr>
        <w:jc w:val="right"/>
      </w:pPr>
      <w:r>
        <w:t>تو مانیتھیزم کا مطلب ہے ایک ایسا خدا۔ اور مانیتھیزم کا مطلب کیا ہے؟</w:t>
      </w:r>
    </w:p>
    <w:p>
      <w:r>
        <w:rPr>
          <w:b/>
        </w:rPr>
        <w:t xml:space="preserve">[52:45] </w:t>
      </w:r>
      <w:r>
        <w:t>just like spirit, just like gravity. to kia aap samajhte hain ke aik aisa Khuda jo mein jis ko jo just like gravity ho, woh aik intelligent universe bana sakta hai?</w:t>
      </w:r>
    </w:p>
    <w:p>
      <w:pPr>
        <w:jc w:val="right"/>
      </w:pPr>
      <w:r>
        <w:t>جسٹ لائک اسپرٹ، جسٹ لائک گریویٹی۔ تو کیا آپ سمجھتے ہیں کہ ایک ایسا خدا جو میں جس کو جو جسٹ لائک گریویٹی ہو، وہ ایک انٹیلیجنٹ یونیورس بنا سکتا ہے؟</w:t>
      </w:r>
    </w:p>
    <w:p>
      <w:r>
        <w:rPr>
          <w:b/>
        </w:rPr>
        <w:t xml:space="preserve">[52:59] </w:t>
      </w:r>
      <w:r>
        <w:t>us ke pas to mind hi nahi. yani philosophers is ko kehte hain spirit ya idea, jis ko hum monotheism kehte hain.</w:t>
      </w:r>
    </w:p>
    <w:p>
      <w:pPr>
        <w:jc w:val="right"/>
      </w:pPr>
      <w:r>
        <w:t>اس کے پاس تو مائنڈ ہی نہیں۔ یعنی فلاسفرز اس کو کہتے ہیں اسپرٹ یا آئیڈیا، جس کو ہم مانیتھیزم کہتے ہیں۔</w:t>
      </w:r>
    </w:p>
    <w:p>
      <w:r>
        <w:rPr>
          <w:b/>
        </w:rPr>
        <w:t xml:space="preserve">[53:08] </w:t>
      </w:r>
      <w:r>
        <w:t>waqt mein haqiqatan mein, yani philosophical concept hai.</w:t>
      </w:r>
    </w:p>
    <w:p>
      <w:pPr>
        <w:jc w:val="right"/>
      </w:pPr>
      <w:r>
        <w:t>وقت میں حقیقتاً میں، یعنی فلاسفیکل کانسیپٹ ہے۔</w:t>
      </w:r>
    </w:p>
    <w:p>
      <w:r>
        <w:rPr>
          <w:b/>
        </w:rPr>
        <w:t xml:space="preserve">[53:13] </w:t>
      </w:r>
      <w:r>
        <w:t>to philosophers jo Khuda ke baray mein bolte thay, woh kehte thay ke Khuda jo hai, woh aik spirit hai, aik idea hai. to kia aik spirit ya idea ke pas mind hota hai?</w:t>
      </w:r>
    </w:p>
    <w:p>
      <w:pPr>
        <w:jc w:val="right"/>
      </w:pPr>
      <w:r>
        <w:t>تو فلاسفرز جو خدا کے بارے میں بولتے تھے، وہ کہتے تھے کہ خدا جو ہے، وہ ایک اسپرٹ ہے، ایک آئیڈیا ہے۔ تو کیا ایک اسپرٹ یا آئیڈیا کے پاس مائنڈ ہوتا ہے؟</w:t>
      </w:r>
    </w:p>
    <w:p>
      <w:r>
        <w:rPr>
          <w:b/>
        </w:rPr>
        <w:t xml:space="preserve">[53:26] </w:t>
      </w:r>
      <w:r>
        <w:t>to yeh jo design hai universe mein, woh it requires a great mind.</w:t>
      </w:r>
    </w:p>
    <w:p>
      <w:pPr>
        <w:jc w:val="right"/>
      </w:pPr>
      <w:r>
        <w:t>تو یہ جو ڈیزائن ہے یونیورس میں، وہ اٹ ریکوائرڈس ا گریٹ مائنڈ۔</w:t>
      </w:r>
    </w:p>
    <w:p>
      <w:r>
        <w:rPr>
          <w:b/>
        </w:rPr>
        <w:t xml:space="preserve">[53:34] </w:t>
      </w:r>
      <w:r>
        <w:t>without a great mind, you cannot yani think about universe of this kind.</w:t>
      </w:r>
    </w:p>
    <w:p>
      <w:pPr>
        <w:jc w:val="right"/>
      </w:pPr>
      <w:r>
        <w:t>ودا آؤٹ ا گریٹ مائنڈ، یو کین ناٹ یعنی تھنک اباؤٹ یونیورس آف دس کائنڈ۔</w:t>
      </w:r>
    </w:p>
    <w:p>
      <w:r>
        <w:rPr>
          <w:b/>
        </w:rPr>
        <w:t xml:space="preserve">[53:46] </w:t>
      </w:r>
      <w:r>
        <w:t>to monotheism aur modern ka jo concept hai, is mein yeh farq hai ke monotheism mein Khuda aik aik zinda Khuda, aik aik aik principal Khuda, aik aisa Khuda jo sochta hai, jo bolta hai,</w:t>
      </w:r>
    </w:p>
    <w:p>
      <w:pPr>
        <w:jc w:val="right"/>
      </w:pPr>
      <w:r>
        <w:t>تو مانیتھیزم اور ماڈرن کا جو کانسیپٹ ہے، اس میں یہ فرق ہے کہ مانیتھیزم میں خدا ایک ایک زندہ خدا، ایک ایک ایک پرنسپل خدا، ایک ایسا خدا جو سوچتا ہے، جو بولتا ہے،</w:t>
      </w:r>
    </w:p>
    <w:p>
      <w:r>
        <w:rPr>
          <w:b/>
        </w:rPr>
        <w:t xml:space="preserve">[54:01] </w:t>
      </w:r>
      <w:r>
        <w:t>jo sustainer hai, jo control karta hai, jo plan karta hai, ek aisa Khuda.</w:t>
      </w:r>
    </w:p>
    <w:p>
      <w:pPr>
        <w:jc w:val="right"/>
      </w:pPr>
      <w:r>
        <w:t>جو سسٹینر ہے، جو کنٹرول کرتا ہے، جو پلان کرتا ہے، ایک ایسا خدا۔</w:t>
      </w:r>
    </w:p>
    <w:p>
      <w:r>
        <w:rPr>
          <w:b/>
        </w:rPr>
        <w:t xml:space="preserve">[54:07] </w:t>
      </w:r>
      <w:r>
        <w:t>aur marizm mein jo Khuda hai, woh ek aisa Khuda hai jo jiska jo form less hai, cosmic rays ki tarah ya creavity ki tarah se hai, woh ek ek ek ek ek idea ke taur par hai.</w:t>
      </w:r>
    </w:p>
    <w:p>
      <w:pPr>
        <w:jc w:val="right"/>
      </w:pPr>
      <w:r>
        <w:t>اور ماریزم میں جو خدا ہے، وہ ایک ایسا خدا ہے جو جس کا جو فارم لیس ہے، کاسمک ریز کی طرح یا کریوٹی کی طرح سے ہے، وہ ایک ایک ایک ایک ایک آئیڈیا کے طور پر ہے۔</w:t>
      </w:r>
    </w:p>
    <w:p>
      <w:r>
        <w:rPr>
          <w:b/>
        </w:rPr>
        <w:t xml:space="preserve">[54:21] </w:t>
      </w:r>
      <w:r>
        <w:t>to aisa Khuda kahan se ek create karaye ga aisi universe ko? Jis Khuda ke paas mind na ho, woh ek planning ke sath, ek design ke sath kaise universe create kar sakta hai?</w:t>
      </w:r>
    </w:p>
    <w:p>
      <w:pPr>
        <w:jc w:val="right"/>
      </w:pPr>
      <w:r>
        <w:t>تو ایسا خدا کہاں سے ایک کریٹ کرائے گا ایسی یونیورس کو؟ جس خدا کے پاس مائنڈ نہ ہو، وہ ایک پلاننگ کے ساتھ، ایک ڈیزائن کے ساتھ کیسے یونیورس کریٹ کر سکتا ہے؟</w:t>
      </w:r>
    </w:p>
    <w:p>
      <w:r>
        <w:rPr>
          <w:b/>
        </w:rPr>
        <w:t xml:space="preserve">[54:35] </w:t>
      </w:r>
      <w:r>
        <w:t>lekin log false hope mein jee rahe hain, lakhon lakh log aadmi isi false hope mein jee rahe hain. To false hope ki bahut si qismein hain, bahut si qismein hain.</w:t>
      </w:r>
    </w:p>
    <w:p>
      <w:pPr>
        <w:jc w:val="right"/>
      </w:pPr>
      <w:r>
        <w:t>لیکن لوگ فالس ہوٹ میں جی رہے ہیں، لاکھوں لاکھ لوگ آدمی اسی فالس ہوٹ میں جی رہے ہیں۔ تو فالس ہوٹ کی بہت سی قسمیں ہیں، بہت سی قسمیں ہیں۔</w:t>
      </w:r>
    </w:p>
    <w:p>
      <w:r>
        <w:rPr>
          <w:b/>
        </w:rPr>
        <w:t xml:space="preserve">[54:48] </w:t>
      </w:r>
      <w:r>
        <w:t>main ek bar Hyderabad gaya to main wahan se aa raha tha to hawai jahaz mein do aadmi sawar hue</w:t>
      </w:r>
    </w:p>
    <w:p>
      <w:pPr>
        <w:jc w:val="right"/>
      </w:pPr>
      <w:r>
        <w:t>میں ایک بار حیدرآباد گیا تو میں وہاں سے آ رہا تھا تو ہوائی جہاز میں دو آدمی سوار ہوئے</w:t>
      </w:r>
    </w:p>
    <w:p>
      <w:r>
        <w:rPr>
          <w:b/>
        </w:rPr>
        <w:t xml:space="preserve">[54:56] </w:t>
      </w:r>
      <w:r>
        <w:t>Dilli aane ke liye. Woh dono mein se ek aadmi se meri jan pehchan thi. To main ne poocha ke kahan ja rahe hain aap log?</w:t>
      </w:r>
    </w:p>
    <w:p>
      <w:pPr>
        <w:jc w:val="right"/>
      </w:pPr>
      <w:r>
        <w:t>دلی آنے کے لیے۔ وہ دونوں میں سے ایک آدمی سے میری جان پہچان تھی۔ تو میں نے پوچھا کہ کہاں جا رہے ہیں آپ لوگ؟</w:t>
      </w:r>
    </w:p>
    <w:p>
      <w:r>
        <w:rPr>
          <w:b/>
        </w:rPr>
        <w:t xml:space="preserve">[55:04] </w:t>
      </w:r>
      <w:r>
        <w:t>to unhon ne kaha ke Hyderabad se Dilli aaye thay, woh Ajmer jaane ke liye. Dilli se Ajmer ja kar koi deg charhayen ge wahan. Aap ko shayad maloom ho ke wahan degein charti hain.</w:t>
      </w:r>
    </w:p>
    <w:p>
      <w:pPr>
        <w:jc w:val="right"/>
      </w:pPr>
      <w:r>
        <w:t>تو انہوں نے کہا کہ حیدرآباد سے دلی آئے تھے، وہ اجمیر جانے کے لیے۔ دلی سے اجمیر جا کر کوئی دیگ چڑھائیں گے وہاں۔ آپ کو شاید معلوم ہو کہ وہاں دیگیں چڑھتی ہیں۔</w:t>
      </w:r>
    </w:p>
    <w:p>
      <w:r>
        <w:rPr>
          <w:b/>
        </w:rPr>
        <w:t xml:space="preserve">[55:15] </w:t>
      </w:r>
      <w:r>
        <w:t>koi murad poori ho jaye to deg charhai jati hai. To choti deg woh bari deg hoti hai. To woh un ka ek property ka muqadma tha, property ka case tha Hyderabad</w:t>
      </w:r>
    </w:p>
    <w:p>
      <w:pPr>
        <w:jc w:val="right"/>
      </w:pPr>
      <w:r>
        <w:t>کوئی مراد پوری ہو جائے تو دیگ چڑھائی جاتی ہے۔ تو چھوٹی دیگ وہ بڑی دیگ ہوتی ہے۔ تو وہ ان کا ایک پراپرٹی کا مقدمہ تھا، پراپرٹی کا کیس تھا حیدرآباد</w:t>
      </w:r>
    </w:p>
    <w:p>
      <w:r>
        <w:rPr>
          <w:b/>
        </w:rPr>
        <w:t xml:space="preserve">[55:28] </w:t>
      </w:r>
      <w:r>
        <w:t>mein. To unhon ne mannat mani thi ke agar main case mein jeet jaon to main Ajmer ja kar ke choti deg charhaon ga. To woh jeet gaye.</w:t>
      </w:r>
    </w:p>
    <w:p>
      <w:pPr>
        <w:jc w:val="right"/>
      </w:pPr>
      <w:r>
        <w:t>میں۔ تو انہوں نے منت مانی تھی کہ اگر میں کیس میں جیت جاؤں تو میں اجمیر جا کر کے چھوٹی دیگ چڑھاؤں گا۔ تو وہ جیت گئے۔</w:t>
      </w:r>
    </w:p>
    <w:p>
      <w:r>
        <w:rPr>
          <w:b/>
        </w:rPr>
        <w:t xml:space="preserve">[55:39] </w:t>
      </w:r>
      <w:r>
        <w:t>to jo property wala aadmi tha aur un ka jo wakeel tha, do aadmi aaye thay Hyderabad se, hawai jahaz se aaye Dilli, phir yahan se Ajmer gaye.</w:t>
      </w:r>
    </w:p>
    <w:p>
      <w:pPr>
        <w:jc w:val="right"/>
      </w:pPr>
      <w:r>
        <w:t>تو جو پراپرٹی والا آدمی تھا اور ان کا جو وکیل تھا، دو آدمی آئے تھے حیدرآباد سے، ہوائی جہاز سے آئے دلی، پھر یہاں سے اجمیر گئے۔</w:t>
      </w:r>
    </w:p>
    <w:p>
      <w:r>
        <w:rPr>
          <w:b/>
        </w:rPr>
        <w:t xml:space="preserve">[55:49] </w:t>
      </w:r>
      <w:r>
        <w:t>wahan pe deg charhai unhon ne. Yeh kya tha? Yeh we living in false hope.</w:t>
      </w:r>
    </w:p>
    <w:p>
      <w:pPr>
        <w:jc w:val="right"/>
      </w:pPr>
      <w:r>
        <w:t>وہاں پہ دیگ چڑھائی انہوں نے۔ یہ کیا تھا؟ یہ وی لیونگ ان فالس ہوٹ۔</w:t>
      </w:r>
    </w:p>
    <w:p>
      <w:r>
        <w:rPr>
          <w:b/>
        </w:rPr>
        <w:t xml:space="preserve">[55:55] </w:t>
      </w:r>
      <w:r>
        <w:t>koi ek aaj aaj meri koi taqat nahi hai ke woh aap ko case jita de, kuch nahi. Yeh sab false hope business hai.</w:t>
      </w:r>
    </w:p>
    <w:p>
      <w:pPr>
        <w:jc w:val="right"/>
      </w:pPr>
      <w:r>
        <w:t>کوئی ایک آج آج میری کوئی طاقت نہیں ہے کہ وہ آپ کو کیس جتا دے، کچھ نہیں۔ یہ سب فالس ہوپ بزنس ہے۔</w:t>
      </w:r>
    </w:p>
    <w:p>
      <w:r>
        <w:rPr>
          <w:b/>
        </w:rPr>
        <w:t xml:space="preserve">[56:04] </w:t>
      </w:r>
      <w:r>
        <w:t>jitni dargahain hain, woh false hope business ka center hai. Jitni dargahain khuli hui hain, woh sab false hopes business ka center hai.</w:t>
      </w:r>
    </w:p>
    <w:p>
      <w:pPr>
        <w:jc w:val="right"/>
      </w:pPr>
      <w:r>
        <w:t>جتنی درگاہیں ہیں، وہ فالس ہوپ بزنس کا سینٹر ہے۔ جتنی درگاہیں کھلی ہوئی ہیں، وہ سب فالس ہوپس بزنس کا سینٹر ہے۔</w:t>
      </w:r>
    </w:p>
    <w:p>
      <w:r>
        <w:rPr>
          <w:b/>
        </w:rPr>
        <w:t xml:space="preserve">[56:18] </w:t>
      </w:r>
      <w:r>
        <w:t>to sare log, jis ko bhi main dekhta hoon, kahin na kahin woh kisi na kisi false hope mein mubtala hai, kisi wishful thinking mein mubtala hai.</w:t>
      </w:r>
    </w:p>
    <w:p>
      <w:pPr>
        <w:jc w:val="right"/>
      </w:pPr>
      <w:r>
        <w:t>تو سارے لوگ، جس کو بھی میں دیکھتا ہوں، کہیں نہ کہیں وہ کسی نہ کسی فالس ہوپ میں مبتلا ہے، کسی وش فل تھنکنگ میں مبتلا ہے۔</w:t>
      </w:r>
    </w:p>
    <w:p>
      <w:r>
        <w:rPr>
          <w:b/>
        </w:rPr>
        <w:t xml:space="preserve">[56:30] </w:t>
      </w:r>
      <w:r>
        <w:t>sahi maano mein realistic approach kahin paya nahi jata.</w:t>
      </w:r>
    </w:p>
    <w:p>
      <w:pPr>
        <w:jc w:val="right"/>
      </w:pPr>
      <w:r>
        <w:t>صحیح معنوں میں ریلسٹک اپروچ کہیں پایا نہیں جاتا۔</w:t>
      </w:r>
    </w:p>
    <w:p>
      <w:r>
        <w:rPr>
          <w:b/>
        </w:rPr>
        <w:t xml:space="preserve">[56:36] </w:t>
      </w:r>
      <w:r>
        <w:t>to hum sab ko chahiye ke hum is se bahar niklein. Yeh bohat hi zyada yaani serious baat hai.</w:t>
      </w:r>
    </w:p>
    <w:p>
      <w:pPr>
        <w:jc w:val="right"/>
      </w:pPr>
      <w:r>
        <w:t>تو ہم سب کو چاہیے کہ ہم اس سے باہر نکلیں۔ یہ بہت ہی زیادہ یعنی سیریس بات ہے۔</w:t>
      </w:r>
    </w:p>
    <w:p>
      <w:r>
        <w:rPr>
          <w:b/>
        </w:rPr>
        <w:t xml:space="preserve">[56:46] </w:t>
      </w:r>
      <w:r>
        <w:t>kyun ke akhir mein jab hum end ko pohnchen ge, hamari zindagi to wahan log aaye to kuch bhi nahi tha, yeh to kuch bhi nahi tha.</w:t>
      </w:r>
    </w:p>
    <w:p>
      <w:pPr>
        <w:jc w:val="right"/>
      </w:pPr>
      <w:r>
        <w:t>کیونکہ آخر میں جب ہم اینڈ کو پہنچیں گے، ہماری زندگی تو وہاں لوگ آئے تو کچھ بھی نہیں تھا، یہ تو کچھ بھی نہیں تھا۔</w:t>
      </w:r>
    </w:p>
    <w:p>
      <w:r>
        <w:rPr>
          <w:b/>
        </w:rPr>
        <w:t xml:space="preserve">[56:57] </w:t>
      </w:r>
      <w:r>
        <w:t>to humein is muamle ko bohat hi seriously lena chahiye,</w:t>
      </w:r>
    </w:p>
    <w:p>
      <w:pPr>
        <w:jc w:val="right"/>
      </w:pPr>
      <w:r>
        <w:t>تو ہمیں اس معاملے کو بہت ہی سیریسلی لینا چاہیے،</w:t>
      </w:r>
    </w:p>
    <w:p>
      <w:r>
        <w:rPr>
          <w:b/>
        </w:rPr>
        <w:t xml:space="preserve">[57:02] </w:t>
      </w:r>
      <w:r>
        <w:t>bohat zyada</w:t>
      </w:r>
    </w:p>
    <w:p>
      <w:pPr>
        <w:jc w:val="right"/>
      </w:pPr>
      <w:r>
        <w:t>بہت زیادہ</w:t>
      </w:r>
    </w:p>
    <w:p>
      <w:r>
        <w:rPr>
          <w:b/>
        </w:rPr>
        <w:t xml:space="preserve">[57:08] </w:t>
      </w:r>
      <w:r>
        <w:t>sochna chahiye, revise karna chahiye, introspection karna chahiye. Kyun ke is ki jo price hai, woh bohat hi zyada mehngi price hai</w:t>
      </w:r>
    </w:p>
    <w:p>
      <w:pPr>
        <w:jc w:val="right"/>
      </w:pPr>
      <w:r>
        <w:t>سوچنا چاہیے، ریوائز کرنا چاہیے، انٹراسپیکشن کرنا چاہیے۔ کیونکہ اس کی جو پرائس ہے، وہ بہت ہی زیادہ مہنگی پرائس ہے</w:t>
      </w:r>
    </w:p>
    <w:p>
      <w:r>
        <w:rPr>
          <w:b/>
        </w:rPr>
        <w:t xml:space="preserve">[57:21] </w:t>
      </w:r>
      <w:r>
        <w:t>ke end mein ja kar ke zindagi bilkul</w:t>
      </w:r>
    </w:p>
    <w:p>
      <w:pPr>
        <w:jc w:val="right"/>
      </w:pPr>
      <w:r>
        <w:t>کہ اینڈ میں جا کر کے زندگی بالکل</w:t>
      </w:r>
    </w:p>
    <w:p>
      <w:r>
        <w:rPr>
          <w:b/>
        </w:rPr>
        <w:t xml:space="preserve">[57:26] </w:t>
      </w:r>
      <w:r>
        <w:t>yaani ek dam maloom ho ke hum humein to kuch bhi nahi mila, hum to nakaam rahe, hum to koi success hasil nahi kar sake.</w:t>
      </w:r>
    </w:p>
    <w:p>
      <w:pPr>
        <w:jc w:val="right"/>
      </w:pPr>
      <w:r>
        <w:t>یعنی ایک دم معلوم ہو کہ ہم ہمیں تو کچھ بھی نہیں ملا، ہم تو ناکام رہے، ہم تو کوئی سکسیس حاصل نہیں کر سکے۔</w:t>
      </w:r>
    </w:p>
    <w:p>
      <w:r>
        <w:rPr>
          <w:b/>
        </w:rPr>
        <w:t xml:space="preserve">[57:39] </w:t>
      </w:r>
      <w:r>
        <w:t>to aaj main yahi kehna chahta tha ke false hopes mein jeena chhod dijiye aur haqeeqaton mein jeena seekhiye, realities mein jeena seekhiye.</w:t>
      </w:r>
    </w:p>
    <w:p>
      <w:pPr>
        <w:jc w:val="right"/>
      </w:pPr>
      <w:r>
        <w:t>تو آج میں یہی کہنا چاہتا تھا کہ فالس ہوپس میں جینا چھوڑ دیجئے اور حقیقتوں میں جینا سیکھیے، ریلیٹیز میں جینا سیکھیے۔</w:t>
      </w:r>
    </w:p>
    <w:p>
      <w:r>
        <w:rPr>
          <w:b/>
        </w:rPr>
        <w:t xml:space="preserve">[57:57] </w:t>
      </w:r>
      <w:r>
        <w:t>aqool qawli haza wastaghfirullah li wa lakum ajmaeen</w:t>
      </w:r>
    </w:p>
    <w:p>
      <w:pPr>
        <w:jc w:val="right"/>
      </w:pPr>
      <w:r>
        <w:t>أقول قولي هذا واستغفراللہ لي ولكم اجمعین</w:t>
      </w:r>
    </w:p>
    <w:p>
      <w:r>
        <w:rPr>
          <w:b/>
        </w:rPr>
        <w:t xml:space="preserve">[58:16] </w:t>
      </w:r>
      <w:r>
        <w:t>. This question is from Mr. Anwar Iqbal. Shoe throwing was an act of showing the anger towards injustice.</w:t>
      </w:r>
    </w:p>
    <w:p>
      <w:pPr>
        <w:jc w:val="right"/>
      </w:pPr>
      <w:r>
        <w:t>۔ This question is from Mr. Anwar Iqbal. Shoe throwing was an act of showing the anger towards injustice.</w:t>
      </w:r>
    </w:p>
    <w:p>
      <w:r>
        <w:rPr>
          <w:b/>
        </w:rPr>
        <w:t xml:space="preserve">[58:27] </w:t>
      </w:r>
      <w:r>
        <w:t>A start. What is your comment on this?</w:t>
      </w:r>
    </w:p>
    <w:p>
      <w:pPr>
        <w:jc w:val="right"/>
      </w:pPr>
      <w:r>
        <w:t>A start. What is your comment on this?</w:t>
      </w:r>
    </w:p>
    <w:p>
      <w:r>
        <w:rPr>
          <w:b/>
        </w:rPr>
        <w:t xml:space="preserve">[58:34] </w:t>
      </w:r>
      <w:r>
        <w:t>I think it is a</w:t>
      </w:r>
    </w:p>
    <w:p>
      <w:pPr>
        <w:jc w:val="right"/>
      </w:pPr>
      <w:r>
        <w:t>I think it is a</w:t>
      </w:r>
    </w:p>
    <w:p>
      <w:r>
        <w:rPr>
          <w:b/>
        </w:rPr>
        <w:t xml:space="preserve">[58:40] </w:t>
      </w:r>
      <w:r>
        <w:t>wrong explanation. Because when you throw your shoe, there is no one who is there.</w:t>
      </w:r>
    </w:p>
    <w:p>
      <w:pPr>
        <w:jc w:val="right"/>
      </w:pPr>
      <w:r>
        <w:t>wrong explanation. Because when you throw your shoe, there is no one who is there.</w:t>
      </w:r>
    </w:p>
    <w:p>
      <w:r>
        <w:rPr>
          <w:b/>
        </w:rPr>
        <w:t xml:space="preserve">[58:54] </w:t>
      </w:r>
      <w:r>
        <w:t>We are doing injustice. It is simply throwing in the vacuum. So how you can say that shoe throwing is against injustice?</w:t>
      </w:r>
    </w:p>
    <w:p>
      <w:pPr>
        <w:jc w:val="right"/>
      </w:pPr>
      <w:r>
        <w:t>We are doing injustice. It is simply throwing in the vacuum. So how you can say that shoe throwing is against injustice?</w:t>
      </w:r>
    </w:p>
    <w:p>
      <w:r>
        <w:rPr>
          <w:b/>
        </w:rPr>
        <w:t xml:space="preserve">[59:07] </w:t>
      </w:r>
      <w:r>
        <w:t>It is throwing against nothing.</w:t>
      </w:r>
    </w:p>
    <w:p>
      <w:pPr>
        <w:jc w:val="right"/>
      </w:pPr>
      <w:r>
        <w:t>It is throwing against nothing.</w:t>
      </w:r>
    </w:p>
    <w:p>
      <w:r>
        <w:rPr>
          <w:b/>
        </w:rPr>
        <w:t xml:space="preserve">[59:15] </w:t>
      </w:r>
      <w:r>
        <w:t>Your anger must target the injustice, but injustice was not there.</w:t>
      </w:r>
    </w:p>
    <w:p>
      <w:pPr>
        <w:jc w:val="right"/>
      </w:pPr>
      <w:r>
        <w:t>Your anger must target the injustice, but injustice was not there.</w:t>
      </w:r>
    </w:p>
    <w:p>
      <w:r>
        <w:rPr>
          <w:b/>
        </w:rPr>
        <w:t xml:space="preserve">[59:22] </w:t>
      </w:r>
      <w:r>
        <w:t>So it is simply a shoe only to—it is a, I think it is a wrong practice.</w:t>
      </w:r>
    </w:p>
    <w:p>
      <w:pPr>
        <w:jc w:val="right"/>
      </w:pPr>
      <w:r>
        <w:t>So it is simply a shoe only to—it is a, I think it is a wrong practice.</w:t>
      </w:r>
    </w:p>
    <w:p>
      <w:r>
        <w:rPr>
          <w:b/>
        </w:rPr>
        <w:t xml:space="preserve">[59:35] </w:t>
      </w:r>
      <w:r>
        <w:t>Then you are a Muslim. Your claim is that you are following Islamic principles.</w:t>
      </w:r>
    </w:p>
    <w:p>
      <w:pPr>
        <w:jc w:val="right"/>
      </w:pPr>
      <w:r>
        <w:t>Then you are a Muslim. Your claim is that you are following Islamic principles.</w:t>
      </w:r>
    </w:p>
    <w:p>
      <w:r>
        <w:rPr>
          <w:b/>
        </w:rPr>
        <w:t xml:space="preserve">[59:48] </w:t>
      </w:r>
      <w:r>
        <w:t>And in Islam, it is wrong to engage in practices like this.</w:t>
      </w:r>
    </w:p>
    <w:p>
      <w:pPr>
        <w:jc w:val="right"/>
      </w:pPr>
      <w:r>
        <w:t>And in Islam, it is wrong to engage in practices like this.</w:t>
      </w:r>
    </w:p>
    <w:p>
      <w:r>
        <w:rPr>
          <w:b/>
        </w:rPr>
        <w:t xml:space="preserve">[59:56] </w:t>
      </w:r>
      <w:r>
        <w:t>It is shameful. It is shameful. Why? In Islam, there is a very well-known criterion.</w:t>
      </w:r>
    </w:p>
    <w:p>
      <w:pPr>
        <w:jc w:val="right"/>
      </w:pPr>
      <w:r>
        <w:t>It is shameful. It is shameful. Why? In Islam, there is a very well-known criterion.</w:t>
      </w:r>
    </w:p>
    <w:p>
      <w:r>
        <w:rPr>
          <w:b/>
        </w:rPr>
        <w:t xml:space="preserve">[1:00:05] </w:t>
      </w:r>
      <w:r>
        <w:t>That is prophetic pattern. You have to prove that this shoe throwing was according to the prophetic pattern.</w:t>
      </w:r>
    </w:p>
    <w:p>
      <w:pPr>
        <w:jc w:val="right"/>
      </w:pPr>
      <w:r>
        <w:t>That is prophetic pattern. You have to prove that this shoe throwing was according to the prophetic pattern.</w:t>
      </w:r>
    </w:p>
    <w:p>
      <w:r>
        <w:rPr>
          <w:b/>
        </w:rPr>
        <w:t xml:space="preserve">[1:00:18] </w:t>
      </w:r>
      <w:r>
        <w:t>There were so many, so many atrocities against the Proph</w:t>
      </w:r>
    </w:p>
    <w:p>
      <w:pPr>
        <w:jc w:val="right"/>
      </w:pPr>
      <w:r>
        <w:t>There were so many, so many atrocities against the Proph</w:t>
      </w:r>
    </w:p>
    <w:p>
      <w:r>
        <w:rPr>
          <w:b/>
        </w:rPr>
        <w:t xml:space="preserve">[1:00:22] </w:t>
      </w:r>
      <w:r>
        <w:t>et. There were so many conspiracies against the Prophet. But the Prophet never—I mean, never—the Prophet was never engaged in such practices.</w:t>
      </w:r>
    </w:p>
    <w:p>
      <w:pPr>
        <w:jc w:val="right"/>
      </w:pPr>
      <w:r>
        <w:t>et. There were so many conspiracies against the Prophet. But the Prophet never—I mean, never—the Prophet was never engaged in such practices.</w:t>
      </w:r>
    </w:p>
    <w:p>
      <w:r>
        <w:rPr>
          <w:b/>
        </w:rPr>
        <w:t xml:space="preserve">[1:00:37] </w:t>
      </w:r>
      <w:r>
        <w:t>So</w:t>
      </w:r>
    </w:p>
    <w:p>
      <w:pPr>
        <w:jc w:val="right"/>
      </w:pPr>
      <w:r>
        <w:t>So</w:t>
      </w:r>
    </w:p>
    <w:p>
      <w:r>
        <w:rPr>
          <w:b/>
        </w:rPr>
        <w:t xml:space="preserve">[1:00:40] </w:t>
      </w:r>
      <w:r>
        <w:t>for a Muslim, the only way to follow some practices—</w:t>
      </w:r>
    </w:p>
    <w:p>
      <w:pPr>
        <w:jc w:val="right"/>
      </w:pPr>
      <w:r>
        <w:t>for a Muslim, the only way to follow some practices—</w:t>
      </w:r>
    </w:p>
    <w:p>
      <w:r>
        <w:rPr>
          <w:b/>
        </w:rPr>
        <w:t xml:space="preserve">[1:00:51] </w:t>
      </w:r>
      <w:r>
        <w:t>so a Muslim must follow the pattern of the Prophet of Islam. You have no choice. You cannot say that we are showing our anger.</w:t>
      </w:r>
    </w:p>
    <w:p>
      <w:pPr>
        <w:jc w:val="right"/>
      </w:pPr>
      <w:r>
        <w:t>so a Muslim must follow the pattern of the Prophet of Islam. You have no choice. You cannot say that we are showing our anger.</w:t>
      </w:r>
    </w:p>
    <w:p>
      <w:r>
        <w:rPr>
          <w:b/>
        </w:rPr>
        <w:t xml:space="preserve">[1:01:04] </w:t>
      </w:r>
      <w:r>
        <w:t>You have to refer to some practices by the Prophet of Islam. Otherwise, you are wrong.</w:t>
      </w:r>
    </w:p>
    <w:p>
      <w:pPr>
        <w:jc w:val="right"/>
      </w:pPr>
      <w:r>
        <w:t>You have to refer to some practices by the Prophet of Islam. Otherwise, you are wrong.</w:t>
      </w:r>
    </w:p>
    <w:p>
      <w:r>
        <w:rPr>
          <w:b/>
        </w:rPr>
        <w:t xml:space="preserve">[1:01:15] </w:t>
      </w:r>
      <w:r>
        <w:t>If you have no reference in the life of the Prophet of Islam of such kind, then you are wrong.</w:t>
      </w:r>
    </w:p>
    <w:p>
      <w:pPr>
        <w:jc w:val="right"/>
      </w:pPr>
      <w:r>
        <w:t>If you have no reference in the life of the Prophet of Islam of such kind, then you are wrong.</w:t>
      </w:r>
    </w:p>
    <w:p>
      <w:r>
        <w:rPr>
          <w:b/>
        </w:rPr>
        <w:t xml:space="preserve">[1:01:21] </w:t>
      </w:r>
      <w:r>
        <w:t>So first of all, you have to know what is the criterion. Your words are not criterion. Your sentiments are not the criterion.</w:t>
      </w:r>
    </w:p>
    <w:p>
      <w:pPr>
        <w:jc w:val="right"/>
      </w:pPr>
      <w:r>
        <w:t>So first of all, you have to know what is the criterion. Your words are not criterion. Your sentiments are not the criterion.</w:t>
      </w:r>
    </w:p>
    <w:p>
      <w:r>
        <w:rPr>
          <w:b/>
        </w:rPr>
        <w:t xml:space="preserve">[1:01:30] </w:t>
      </w:r>
      <w:r>
        <w:t>The Prophet's pattern is the criterion. So when I apply this practice on the prophetic pattern, I can say that it was wrong, completely wrong.</w:t>
      </w:r>
    </w:p>
    <w:p>
      <w:pPr>
        <w:jc w:val="right"/>
      </w:pPr>
      <w:r>
        <w:t>The Prophet's pattern is the criterion. So when I apply this practice on the prophetic pattern, I can say that it was wrong, completely wrong.</w:t>
      </w:r>
    </w:p>
    <w:p>
      <w:r>
        <w:rPr>
          <w:b/>
        </w:rPr>
        <w:t xml:space="preserve">[1:01:44] </w:t>
      </w:r>
      <w:r>
        <w:t>Because the Prophet never practiced like this.</w:t>
      </w:r>
    </w:p>
    <w:p>
      <w:pPr>
        <w:jc w:val="right"/>
      </w:pPr>
      <w:r>
        <w:t>Because the Prophet never practiced like this.</w:t>
      </w:r>
    </w:p>
    <w:p>
      <w:r>
        <w:rPr>
          <w:b/>
        </w:rPr>
        <w:t xml:space="preserve">[1:01:52] </w:t>
      </w:r>
      <w:r>
        <w:t>This question is from Mr. O.P. Sikka. Maulana sahib, oneness se writer ki murad kahin yeh to nahin ke material world, that is from atoms or sub particles to huge huge universes,</w:t>
      </w:r>
    </w:p>
    <w:p>
      <w:pPr>
        <w:jc w:val="right"/>
      </w:pPr>
      <w:r>
        <w:t>This question is from Mr. OP Sikka. مولانا صاحب، وننس سے رائٹر کی مراد کہیں یہ تو نہیں کہ مٹیریل ورلڈ، دیٹ از فرام ایٹمز اور سب پارٹیکلز ٹو ہیوج ہیوج یونیورسز،</w:t>
      </w:r>
    </w:p>
    <w:p>
      <w:r>
        <w:rPr>
          <w:b/>
        </w:rPr>
        <w:t xml:space="preserve">[1:02:09] </w:t>
      </w:r>
      <w:r>
        <w:t>everything physical is the off shoot of the same source? Yes, you are right.</w:t>
      </w:r>
    </w:p>
    <w:p>
      <w:pPr>
        <w:jc w:val="right"/>
      </w:pPr>
      <w:r>
        <w:t>ایوری تھنگ فزیکل از دی اف شوٹ اف دا سیم سورس؟ یس، یو آر رائٹ۔</w:t>
      </w:r>
    </w:p>
    <w:p>
      <w:r>
        <w:rPr>
          <w:b/>
        </w:rPr>
        <w:t xml:space="preserve">[1:02:19] </w:t>
      </w:r>
      <w:r>
        <w:t>In this sense, there is oneness.</w:t>
      </w:r>
    </w:p>
    <w:p>
      <w:pPr>
        <w:jc w:val="right"/>
      </w:pPr>
      <w:r>
        <w:t>ان دس سینس، دیر از وننس۔</w:t>
      </w:r>
    </w:p>
    <w:p>
      <w:r>
        <w:rPr>
          <w:b/>
        </w:rPr>
        <w:t xml:space="preserve">[1:02:21] </w:t>
      </w:r>
      <w:r>
        <w:t>But the other question is how? But there is also a design. It is simply a oneness. There is design, great design.</w:t>
      </w:r>
    </w:p>
    <w:p>
      <w:pPr>
        <w:jc w:val="right"/>
      </w:pPr>
      <w:r>
        <w:t>بٹ دی ادر کوئسچن از ہاؤ؟ بٹ دیر از السو ا ڈیزائن۔ اٹ از سمپلی ا وننس۔ دیر از ڈیزائن، گریٹ ڈیزائن۔</w:t>
      </w:r>
    </w:p>
    <w:p>
      <w:r>
        <w:rPr>
          <w:b/>
        </w:rPr>
        <w:t xml:space="preserve">[1:02:35] </w:t>
      </w:r>
      <w:r>
        <w:t>it is true that there is a oneness in this sense. every thing comprises by atom. but then we see design, planning.</w:t>
      </w:r>
    </w:p>
    <w:p>
      <w:pPr>
        <w:jc w:val="right"/>
      </w:pPr>
      <w:r>
        <w:t>اٹ از ٹرو دیٹ دیر از ا وننس ان دس سینس۔ ایوری تھنگ کمپائز بائے ایٹم۔ بٹ دین وی سی ڈیزائن، پلاننگ۔</w:t>
      </w:r>
    </w:p>
    <w:p>
      <w:r>
        <w:rPr>
          <w:b/>
        </w:rPr>
        <w:t xml:space="preserve">[1:02:47] </w:t>
      </w:r>
      <w:r>
        <w:t>so you have to explain this aspect of the universe.</w:t>
      </w:r>
    </w:p>
    <w:p>
      <w:pPr>
        <w:jc w:val="right"/>
      </w:pPr>
      <w:r>
        <w:t>سو یو ہیو ٹو ایکسپلین دس اسپیکٹ اف دا یونیورس۔</w:t>
      </w:r>
    </w:p>
    <w:p>
      <w:r>
        <w:rPr>
          <w:b/>
        </w:rPr>
        <w:t xml:space="preserve">[1:02:50] </w:t>
      </w:r>
      <w:r>
        <w:t>simply referring the oneness is not enough.</w:t>
      </w:r>
    </w:p>
    <w:p>
      <w:pPr>
        <w:jc w:val="right"/>
      </w:pPr>
      <w:r>
        <w:t>سمپلی ریفرنگ دا وننس از ناٹ انف۔</w:t>
      </w:r>
    </w:p>
    <w:p>
      <w:r>
        <w:rPr>
          <w:b/>
        </w:rPr>
        <w:t xml:space="preserve">[1:02:57] </w:t>
      </w:r>
      <w:r>
        <w:t>This question is from Miss Saima Shiravani. How can we practice realism in our day-to-day life?</w:t>
      </w:r>
    </w:p>
    <w:p>
      <w:pPr>
        <w:jc w:val="right"/>
      </w:pPr>
      <w:r>
        <w:t>This question is from Miss Saima Shiravani. How can we practice realism in our day-to-day life?</w:t>
      </w:r>
    </w:p>
    <w:p>
      <w:r>
        <w:rPr>
          <w:b/>
        </w:rPr>
        <w:t xml:space="preserve">[1:03:10] </w:t>
      </w:r>
      <w:r>
        <w:t>They are the easiest form. Because when you</w:t>
      </w:r>
    </w:p>
    <w:p>
      <w:pPr>
        <w:jc w:val="right"/>
      </w:pPr>
      <w:r>
        <w:t>They are the easiest form. Because when you</w:t>
      </w:r>
    </w:p>
    <w:p>
      <w:r>
        <w:rPr>
          <w:b/>
        </w:rPr>
        <w:t xml:space="preserve">[1:03:21] </w:t>
      </w:r>
      <w:r>
        <w:t>adopt, when you deviate from the realistic path, it is most difficult.</w:t>
      </w:r>
    </w:p>
    <w:p>
      <w:pPr>
        <w:jc w:val="right"/>
      </w:pPr>
      <w:r>
        <w:t>adopt, when you deviate from the realistic path, it is most difficult.</w:t>
      </w:r>
    </w:p>
    <w:p>
      <w:r>
        <w:rPr>
          <w:b/>
        </w:rPr>
        <w:t xml:space="preserve">[1:03:32] </w:t>
      </w:r>
      <w:r>
        <w:t>Because at that time, you follow your sentiments, your emotions. And when you follow realism, then you follow your reason.</w:t>
      </w:r>
    </w:p>
    <w:p>
      <w:pPr>
        <w:jc w:val="right"/>
      </w:pPr>
      <w:r>
        <w:t>Because at that time, you follow your sentiments, your emotions. And when you follow realism, then you follow your reason.</w:t>
      </w:r>
    </w:p>
    <w:p>
      <w:r>
        <w:rPr>
          <w:b/>
        </w:rPr>
        <w:t xml:space="preserve">[1:03:44] </w:t>
      </w:r>
      <w:r>
        <w:t>So I think that to follow reason is the easiest path. And to follow anger and emotions, that is a difficult task.</w:t>
      </w:r>
    </w:p>
    <w:p>
      <w:pPr>
        <w:jc w:val="right"/>
      </w:pPr>
      <w:r>
        <w:t>So I think that to follow reason is the easiest path. And to follow anger and emotions, that is a difficult task.</w:t>
      </w:r>
    </w:p>
    <w:p>
      <w:r>
        <w:rPr>
          <w:b/>
        </w:rPr>
        <w:t xml:space="preserve">[1:03:57] </w:t>
      </w:r>
      <w:r>
        <w:t>According to my experience,</w:t>
      </w:r>
    </w:p>
    <w:p>
      <w:pPr>
        <w:jc w:val="right"/>
      </w:pPr>
      <w:r>
        <w:t>According to my experience,</w:t>
      </w:r>
    </w:p>
    <w:p>
      <w:r>
        <w:rPr>
          <w:b/>
        </w:rPr>
        <w:t xml:space="preserve">[1:04:03] </w:t>
      </w:r>
      <w:r>
        <w:t>according to my experience, to follow the reason is the easiest path. And to follow your emotions is a difficult task. Because you have to see the result</w:t>
      </w:r>
    </w:p>
    <w:p>
      <w:pPr>
        <w:jc w:val="right"/>
      </w:pPr>
      <w:r>
        <w:t>according to my experience, to follow the reason is the easiest path. And to follow your emotions is a difficult task. Because you have to see the result</w:t>
      </w:r>
    </w:p>
    <w:p>
      <w:r>
        <w:rPr>
          <w:b/>
        </w:rPr>
        <w:t xml:space="preserve">[1:04:14] </w:t>
      </w:r>
      <w:r>
        <w:t>. You have to see the end. If you follow your anger, your sentiments, your emotions, that will lead to a very disastrous end.</w:t>
      </w:r>
    </w:p>
    <w:p>
      <w:pPr>
        <w:jc w:val="right"/>
      </w:pPr>
      <w:r>
        <w:t>. You have to see the end. If you follow your anger, your sentiments, your emotions, that will lead to a very disastrous end.</w:t>
      </w:r>
    </w:p>
    <w:p>
      <w:r>
        <w:rPr>
          <w:b/>
        </w:rPr>
        <w:t xml:space="preserve">[1:04:25] </w:t>
      </w:r>
      <w:r>
        <w:t>And when you follow your reason, it will lead to a very constructive result.</w:t>
      </w:r>
    </w:p>
    <w:p>
      <w:pPr>
        <w:jc w:val="right"/>
      </w:pPr>
      <w:r>
        <w:t>And when you follow your reason, it will lead to a very constructive result.</w:t>
      </w:r>
    </w:p>
    <w:p>
      <w:r>
        <w:rPr>
          <w:b/>
        </w:rPr>
        <w:t xml:space="preserve">[1:04:34] </w:t>
      </w:r>
      <w:r>
        <w:t>So which one is the easier? Which one is the difficult? You can understand.</w:t>
      </w:r>
    </w:p>
    <w:p>
      <w:pPr>
        <w:jc w:val="right"/>
      </w:pPr>
      <w:r>
        <w:t>So which one is the easier? Which one is the difficult? You can understand.</w:t>
      </w:r>
    </w:p>
    <w:p>
      <w:r>
        <w:rPr>
          <w:b/>
        </w:rPr>
        <w:t xml:space="preserve">[1:04:42] </w:t>
      </w:r>
      <w:r>
        <w:t>Second question is, Maulana sahib, would it still be considered a sin or selling falsehood if someone is depressed and we are trying to motivate the person by giving him or her a little false hope or a dream to make him recover from his or her stage?</w:t>
      </w:r>
    </w:p>
    <w:p>
      <w:pPr>
        <w:jc w:val="right"/>
      </w:pPr>
      <w:r>
        <w:t>Second question is, مولانا صاحب, would it still be considered a sin or selling falsehood if someone is depressed and we are trying to motivate the person by giving him or her a little false hope or a dream to make him recover from his or her stage?</w:t>
      </w:r>
    </w:p>
    <w:p>
      <w:r>
        <w:rPr>
          <w:b/>
        </w:rPr>
        <w:t xml:space="preserve">[1:05:05] </w:t>
      </w:r>
      <w:r>
        <w:t>There is a hostage habit.</w:t>
      </w:r>
    </w:p>
    <w:p>
      <w:pPr>
        <w:jc w:val="right"/>
      </w:pPr>
      <w:r>
        <w:t>There is a hostage habit.</w:t>
      </w:r>
    </w:p>
    <w:p>
      <w:r>
        <w:rPr>
          <w:b/>
        </w:rPr>
        <w:t xml:space="preserve">[1:05:08] </w:t>
      </w:r>
      <w:r>
        <w:t>It is not a solution. Hostage behavior is not a solution. So how you can follow the hostage habit,</w:t>
      </w:r>
    </w:p>
    <w:p>
      <w:pPr>
        <w:jc w:val="right"/>
      </w:pPr>
      <w:r>
        <w:t>It is not a solution. Hostage behavior is not a solution. So how you can follow the hostage habit,</w:t>
      </w:r>
    </w:p>
    <w:p>
      <w:r>
        <w:rPr>
          <w:b/>
        </w:rPr>
        <w:t xml:space="preserve">[1:05:23] </w:t>
      </w:r>
      <w:r>
        <w:t>which is not a solution? So I am against this kind of thinking.</w:t>
      </w:r>
    </w:p>
    <w:p>
      <w:pPr>
        <w:jc w:val="right"/>
      </w:pPr>
      <w:r>
        <w:t>which is not a solution? So I am against this kind of thinking.</w:t>
      </w:r>
    </w:p>
    <w:p>
      <w:r>
        <w:rPr>
          <w:b/>
        </w:rPr>
        <w:t xml:space="preserve">[1:05:32] </w:t>
      </w:r>
      <w:r>
        <w:t>I cannot endorse this kind of thinking.</w:t>
      </w:r>
    </w:p>
    <w:p>
      <w:pPr>
        <w:jc w:val="right"/>
      </w:pPr>
      <w:r>
        <w:t>I cannot endorse this kind of thinking.</w:t>
      </w:r>
    </w:p>
    <w:p>
      <w:r>
        <w:rPr>
          <w:b/>
        </w:rPr>
        <w:t xml:space="preserve">[1:05:38] </w:t>
      </w:r>
      <w:r>
        <w:t>This question is from Mr. Shah Nawaz Khan. Maulana, as you have said that everyone is living in false hope.</w:t>
      </w:r>
    </w:p>
    <w:p>
      <w:pPr>
        <w:jc w:val="right"/>
      </w:pPr>
      <w:r>
        <w:t>This question is from Mr. Shah Nawaz Khan. مولانا، ایز یو ہیو سیڈ دیٹ ایوری ون از لیونگ ان فالس ہوٹ۔</w:t>
      </w:r>
    </w:p>
    <w:p>
      <w:r>
        <w:rPr>
          <w:b/>
        </w:rPr>
        <w:t xml:space="preserve">[1:05:48] </w:t>
      </w:r>
      <w:r>
        <w:t>but because we are human beings, we want assurances and re-assurances. which means that false hope is human beings way to exist.</w:t>
      </w:r>
    </w:p>
    <w:p>
      <w:pPr>
        <w:jc w:val="right"/>
      </w:pPr>
      <w:r>
        <w:t>بٹ بیکاز وی آر ہیومن بینگز، وی وانٹ ایشورنسز اینڈ ری ایشورنسز۔ وچ مینز دیٹ فالس ہوٹ از ہیومن بینگز وے ٹو ایگزسٹ۔</w:t>
      </w:r>
    </w:p>
    <w:p>
      <w:r>
        <w:rPr>
          <w:b/>
        </w:rPr>
        <w:t xml:space="preserve">[1:05:59] </w:t>
      </w:r>
      <w:r>
        <w:t>Kindly comment.</w:t>
      </w:r>
    </w:p>
    <w:p>
      <w:pPr>
        <w:jc w:val="right"/>
      </w:pPr>
      <w:r>
        <w:t>کائنڈلی کمنٹ۔</w:t>
      </w:r>
    </w:p>
    <w:p>
      <w:r>
        <w:rPr>
          <w:b/>
        </w:rPr>
        <w:t xml:space="preserve">[1:06:02] </w:t>
      </w:r>
      <w:r>
        <w:t>I admit that falsehood is a part of nature. But for a temporary period, it is for a temporary period.</w:t>
      </w:r>
    </w:p>
    <w:p>
      <w:pPr>
        <w:jc w:val="right"/>
      </w:pPr>
      <w:r>
        <w:t>I admit that falsehood is a part of nature. But for a temporary period, it is for a temporary period.</w:t>
      </w:r>
    </w:p>
    <w:p>
      <w:r>
        <w:rPr>
          <w:b/>
        </w:rPr>
        <w:t xml:space="preserve">[1:06:15] </w:t>
      </w:r>
      <w:r>
        <w:t>You have to re-examine yourself. You have to revise yourself. You have to reassess yourself. You have to go to introspection. So find out your falsehood thing, your false thinking.</w:t>
      </w:r>
    </w:p>
    <w:p>
      <w:pPr>
        <w:jc w:val="right"/>
      </w:pPr>
      <w:r>
        <w:t>You have to re-examine yourself. You have to revise yourself. You have to reassess yourself. You have to go to introspection. So find out your falsehood thing, your false thinking.</w:t>
      </w:r>
    </w:p>
    <w:p>
      <w:r>
        <w:rPr>
          <w:b/>
        </w:rPr>
        <w:t xml:space="preserve">[1:06:31] </w:t>
      </w:r>
      <w:r>
        <w:t>We are under trial. So we are under test. So this was the planning of God Alm</w:t>
      </w:r>
    </w:p>
    <w:p>
      <w:pPr>
        <w:jc w:val="right"/>
      </w:pPr>
      <w:r>
        <w:t>We are under trial. So we are under test. So this was the planning of God Alm</w:t>
      </w:r>
    </w:p>
    <w:p>
      <w:r>
        <w:rPr>
          <w:b/>
        </w:rPr>
        <w:t xml:space="preserve">[1:06:43] </w:t>
      </w:r>
      <w:r>
        <w:t>ighty. So due to this kind of planning, we are prone to fall into falsehood. But God has given us reason.</w:t>
      </w:r>
    </w:p>
    <w:p>
      <w:pPr>
        <w:jc w:val="right"/>
      </w:pPr>
      <w:r>
        <w:t>ighty. So due to this kind of planning, we are prone to fall into falsehood. But God has given us reason.</w:t>
      </w:r>
    </w:p>
    <w:p>
      <w:r>
        <w:rPr>
          <w:b/>
        </w:rPr>
        <w:t xml:space="preserve">[1:06:54] </w:t>
      </w:r>
      <w:r>
        <w:t>And by reason, we can reason out things. We can understand things. And we can abandon all those kinds of falsehoods.</w:t>
      </w:r>
    </w:p>
    <w:p>
      <w:pPr>
        <w:jc w:val="right"/>
      </w:pPr>
      <w:r>
        <w:t>And by reason, we can reason out things. We can understand things. And we can abandon all those kinds of falsehoods.</w:t>
      </w:r>
    </w:p>
    <w:p>
      <w:r>
        <w:rPr>
          <w:b/>
        </w:rPr>
        <w:t xml:space="preserve">[1:07:06] </w:t>
      </w:r>
      <w:r>
        <w:t>It is our test.</w:t>
      </w:r>
    </w:p>
    <w:p>
      <w:pPr>
        <w:jc w:val="right"/>
      </w:pPr>
      <w:r>
        <w:t>It is our test.</w:t>
      </w:r>
    </w:p>
    <w:p>
      <w:r>
        <w:rPr>
          <w:b/>
        </w:rPr>
        <w:t xml:space="preserve">[1:07:08] </w:t>
      </w:r>
      <w:r>
        <w:t>If you fail to examine your behavior, then you</w:t>
      </w:r>
    </w:p>
    <w:p>
      <w:pPr>
        <w:jc w:val="right"/>
      </w:pPr>
      <w:r>
        <w:t>If you fail to examine your behavior, then you</w:t>
      </w:r>
    </w:p>
    <w:p>
      <w:r>
        <w:rPr>
          <w:b/>
        </w:rPr>
        <w:t xml:space="preserve">[1:07:18] </w:t>
      </w:r>
      <w:r>
        <w:t>fail your test. So it is yourright that we are compelled to fall in falsehood for some time.</w:t>
      </w:r>
    </w:p>
    <w:p>
      <w:pPr>
        <w:jc w:val="right"/>
      </w:pPr>
      <w:r>
        <w:t>fail your test. So it is yourright that we are compelled to fall in falsehood for some time.</w:t>
      </w:r>
    </w:p>
    <w:p>
      <w:r>
        <w:rPr>
          <w:b/>
        </w:rPr>
        <w:t xml:space="preserve">[1:07:33] </w:t>
      </w:r>
      <w:r>
        <w:t>But we have reason. We have logic.</w:t>
      </w:r>
    </w:p>
    <w:p>
      <w:pPr>
        <w:jc w:val="right"/>
      </w:pPr>
      <w:r>
        <w:t>But we have reason. We have logic.</w:t>
      </w:r>
    </w:p>
    <w:p>
      <w:r>
        <w:rPr>
          <w:b/>
        </w:rPr>
        <w:t xml:space="preserve">[1:07:36] </w:t>
      </w:r>
      <w:r>
        <w:t>We can reconsider. We can reassess things. We can find out our faults. So you have to practice.</w:t>
      </w:r>
    </w:p>
    <w:p>
      <w:pPr>
        <w:jc w:val="right"/>
      </w:pPr>
      <w:r>
        <w:t>We can reconsider. We can reassess things. We can find out our faults. So you have to practice.</w:t>
      </w:r>
    </w:p>
    <w:p>
      <w:r>
        <w:rPr>
          <w:b/>
        </w:rPr>
        <w:t xml:space="preserve">[1:07:46] </w:t>
      </w:r>
      <w:r>
        <w:t>You have to exercise this faculty. You have to reason out things.</w:t>
      </w:r>
    </w:p>
    <w:p>
      <w:pPr>
        <w:jc w:val="right"/>
      </w:pPr>
      <w:r>
        <w:t>You have to exercise this faculty. You have to reason out things.</w:t>
      </w:r>
    </w:p>
    <w:p>
      <w:r>
        <w:rPr>
          <w:b/>
        </w:rPr>
        <w:t xml:space="preserve">[1:07:55] </w:t>
      </w:r>
      <w:r>
        <w:t>And this is the way, according to the Divine Plan, according to the Krishna Plan of God. This is theright way of living in this world.</w:t>
      </w:r>
    </w:p>
    <w:p>
      <w:pPr>
        <w:jc w:val="right"/>
      </w:pPr>
      <w:r>
        <w:t>And this is the way, according to the Divine Plan, according to the Krishna Plan of God. This is theright way of living in this world.</w:t>
      </w:r>
    </w:p>
    <w:p>
      <w:r>
        <w:rPr>
          <w:b/>
        </w:rPr>
        <w:t xml:space="preserve">[1:08:08] </w:t>
      </w:r>
      <w:r>
        <w:t>This question is from Mr. Khalid Ansari. Maulana, could you give some scientific arguments or examples to prove that monotheism is a rational theory, whereas monism fails to get supportive evidence when it comes to scientific criteria?</w:t>
      </w:r>
    </w:p>
    <w:p>
      <w:pPr>
        <w:jc w:val="right"/>
      </w:pPr>
      <w:r>
        <w:t>This question is from Mr. Khalid Ansari. مولانا، کڈ یو گیو سم سائنٹیفک ارگیومنٹس اور ایگزیمپلز ٹو پروف دیٹ مونوتھیزم از اے ریشنل تھیوری، ویر ایز مونزم فیلز ٹو گیٹ سپورٹیو ایویڈنس وین اٹ کمز ٹو سائنٹیفک کرائٹیریا؟</w:t>
      </w:r>
    </w:p>
    <w:p>
      <w:r>
        <w:rPr>
          <w:b/>
        </w:rPr>
        <w:t xml:space="preserve">[1:08:33] </w:t>
      </w:r>
      <w:r>
        <w:t>First of all, you have to know what is monotheism and what is monism.</w:t>
      </w:r>
    </w:p>
    <w:p>
      <w:pPr>
        <w:jc w:val="right"/>
      </w:pPr>
      <w:r>
        <w:t>First of all, you have to know what is monotheism and what is monism.</w:t>
      </w:r>
    </w:p>
    <w:p>
      <w:r>
        <w:rPr>
          <w:b/>
        </w:rPr>
        <w:t xml:space="preserve">[1:08:38] </w:t>
      </w:r>
      <w:r>
        <w:t>Monotheism believes in a personal God. God is a person. But in monism, they believe in an impersonal God,</w:t>
      </w:r>
    </w:p>
    <w:p>
      <w:pPr>
        <w:jc w:val="right"/>
      </w:pPr>
      <w:r>
        <w:t>Monotheism believes in a personal God. God is a person. But in monism, they believe in an impersonal God,</w:t>
      </w:r>
    </w:p>
    <w:p>
      <w:r>
        <w:rPr>
          <w:b/>
        </w:rPr>
        <w:t xml:space="preserve">[1:08:52] </w:t>
      </w:r>
      <w:r>
        <w:t>a God who has no personality, just like He is like a spirit, just like gravity.</w:t>
      </w:r>
    </w:p>
    <w:p>
      <w:pPr>
        <w:jc w:val="right"/>
      </w:pPr>
      <w:r>
        <w:t>a God who has no personality, just like He is like a spirit, just like gravity.</w:t>
      </w:r>
    </w:p>
    <w:p>
      <w:r>
        <w:rPr>
          <w:b/>
        </w:rPr>
        <w:t xml:space="preserve">[1:09:01] </w:t>
      </w:r>
      <w:r>
        <w:t>So when we see in our universe that there are rational activities, there is logic, there is design.</w:t>
      </w:r>
    </w:p>
    <w:p>
      <w:pPr>
        <w:jc w:val="right"/>
      </w:pPr>
      <w:r>
        <w:t>So when we see in our universe that there are rational activities, there is logic, there is design.</w:t>
      </w:r>
    </w:p>
    <w:p>
      <w:r>
        <w:rPr>
          <w:b/>
        </w:rPr>
        <w:t xml:space="preserve">[1:09:10] </w:t>
      </w:r>
      <w:r>
        <w:t>So a God who has no mind, no intelligence, no intention, so how this kind of God can create the present universe?</w:t>
      </w:r>
    </w:p>
    <w:p>
      <w:pPr>
        <w:jc w:val="right"/>
      </w:pPr>
      <w:r>
        <w:t>So a God who has no mind, no intelligence, no intention, so how this kind of God can create the present universe?</w:t>
      </w:r>
    </w:p>
    <w:p>
      <w:r>
        <w:rPr>
          <w:b/>
        </w:rPr>
        <w:t xml:space="preserve">[1:09:24] </w:t>
      </w:r>
      <w:r>
        <w:t>This is the basic question. Gravity cannot create a solar system.</w:t>
      </w:r>
    </w:p>
    <w:p>
      <w:pPr>
        <w:jc w:val="right"/>
      </w:pPr>
      <w:r>
        <w:t>This is the basic question. Gravity cannot create a solar system.</w:t>
      </w:r>
    </w:p>
    <w:p>
      <w:r>
        <w:rPr>
          <w:b/>
        </w:rPr>
        <w:t xml:space="preserve">[1:09:31] </w:t>
      </w:r>
      <w:r>
        <w:t>It requires a mind, a personal God. Otherwise, you cannot explain this universe.</w:t>
      </w:r>
    </w:p>
    <w:p>
      <w:pPr>
        <w:jc w:val="right"/>
      </w:pPr>
      <w:r>
        <w:t>It requires a mind, a personal God. Otherwise, you cannot explain this universe.</w:t>
      </w:r>
    </w:p>
    <w:p>
      <w:r>
        <w:rPr>
          <w:b/>
        </w:rPr>
        <w:t xml:space="preserve">[1:09:43] </w:t>
      </w:r>
      <w:r>
        <w:t>So this is the basic question. Science has discovered a universe which is very, very well designed, well planned. So that kind of concept that is based on monistic concept cannot explain this kind of universe.</w:t>
      </w:r>
    </w:p>
    <w:p>
      <w:pPr>
        <w:jc w:val="right"/>
      </w:pPr>
      <w:r>
        <w:t>So this is the basic question. Science has discovered a universe which is very, very well designed, well planned. So that kind of concept that is based on monistic concept cannot explain this kind of universe.</w:t>
      </w:r>
    </w:p>
    <w:p>
      <w:r>
        <w:rPr>
          <w:b/>
        </w:rPr>
        <w:t xml:space="preserve">[1:10:01] </w:t>
      </w:r>
      <w:r>
        <w:t>It's very clear. A God who has no form, no mind, no intention, no capacity of planning, how this kind of God can create this universe?</w:t>
      </w:r>
    </w:p>
    <w:p>
      <w:pPr>
        <w:jc w:val="right"/>
      </w:pPr>
      <w:r>
        <w:t>It's very clear. A God who has no form, no mind, no intention, no capacity of planning, how this kind of God can create this universe?</w:t>
      </w:r>
    </w:p>
    <w:p>
      <w:r>
        <w:rPr>
          <w:b/>
        </w:rPr>
        <w:t xml:space="preserve">[1:10:15] </w:t>
      </w:r>
      <w:r>
        <w:t>It requires a mind, a super mind. Then we can explain this kind of universe which is well planned, well designed.</w:t>
      </w:r>
    </w:p>
    <w:p>
      <w:pPr>
        <w:jc w:val="right"/>
      </w:pPr>
      <w:r>
        <w:t>It requires a mind, a super mind. Then we can explain this kind of universe which is well planned, well designed.</w:t>
      </w:r>
    </w:p>
    <w:p>
      <w:r>
        <w:rPr>
          <w:b/>
        </w:rPr>
        <w:t xml:space="preserve">[1:10:28] </w:t>
      </w:r>
      <w:r>
        <w:t>This is the main difference</w:t>
      </w:r>
    </w:p>
    <w:p>
      <w:pPr>
        <w:jc w:val="right"/>
      </w:pPr>
      <w:r>
        <w:t>This is the main difference</w:t>
      </w:r>
    </w:p>
    <w:p>
      <w:r>
        <w:rPr>
          <w:b/>
        </w:rPr>
        <w:t xml:space="preserve">[1:10:30] </w:t>
      </w:r>
      <w:r>
        <w:t>. Monism is simply a philosophical concept. It is not a scientific concept. But monotheism is a scientific concept.</w:t>
      </w:r>
    </w:p>
    <w:p>
      <w:pPr>
        <w:jc w:val="right"/>
      </w:pPr>
      <w:r>
        <w:t>. Monism is simply a philosophical concept. It is not a scientific concept. But monotheism is a scientific concept.</w:t>
      </w:r>
    </w:p>
    <w:p>
      <w:r>
        <w:rPr>
          <w:b/>
        </w:rPr>
        <w:t xml:space="preserve">[1:10:42] </w:t>
      </w:r>
      <w:r>
        <w:t>According to my knowledge, my study, monism is simply a philosophical assumption. But monotheism is based on scientific calculations, scientific discoveries.</w:t>
      </w:r>
    </w:p>
    <w:p>
      <w:pPr>
        <w:jc w:val="right"/>
      </w:pPr>
      <w:r>
        <w:t>According to my knowledge, my study, monism is simply a philosophical assumption. But monotheism is based on scientific calculations, scientific discoveries.</w:t>
      </w:r>
    </w:p>
    <w:p>
      <w:r>
        <w:rPr>
          <w:b/>
        </w:rPr>
        <w:t xml:space="preserve">[1:10:55] </w:t>
      </w:r>
      <w:r>
        <w:t>Because science has discovered—in accordance to scientific discovery, our world is a well-designed world</w:t>
      </w:r>
    </w:p>
    <w:p>
      <w:pPr>
        <w:jc w:val="right"/>
      </w:pPr>
      <w:r>
        <w:t>Because science has discovered—in accordance to scientific discovery, our world is a well-designed world</w:t>
      </w:r>
    </w:p>
    <w:p>
      <w:r>
        <w:rPr>
          <w:b/>
        </w:rPr>
        <w:t xml:space="preserve">[1:11:06] </w:t>
      </w:r>
      <w:r>
        <w:t>. So</w:t>
      </w:r>
    </w:p>
    <w:p>
      <w:pPr>
        <w:jc w:val="right"/>
      </w:pPr>
      <w:r>
        <w:t>. So</w:t>
      </w:r>
    </w:p>
    <w:p>
      <w:r>
        <w:rPr>
          <w:b/>
        </w:rPr>
        <w:t xml:space="preserve">[1:11:10] </w:t>
      </w:r>
      <w:r>
        <w:t>it provides a supportive base to monotheism. This is my</w:t>
      </w:r>
    </w:p>
    <w:p>
      <w:pPr>
        <w:jc w:val="right"/>
      </w:pPr>
      <w:r>
        <w:t>it provides a supportive base to monotheism. This is my</w:t>
      </w:r>
    </w:p>
    <w:p>
      <w:r>
        <w:rPr>
          <w:b/>
        </w:rPr>
        <w:t xml:space="preserve">[1:11:20] </w:t>
      </w:r>
      <w:r>
        <w:t>experience and this is my study in this regard. This question is from Dr. Farida Khanam. haan, have you ever experienced the presence of God?</w:t>
      </w:r>
    </w:p>
    <w:p>
      <w:pPr>
        <w:jc w:val="right"/>
      </w:pPr>
      <w:r>
        <w:t>experience and this is my study in this regard. This question is from Dr. Farida Khanam. ہاں، have you ever experienced the presence of God?</w:t>
      </w:r>
    </w:p>
    <w:p>
      <w:r>
        <w:rPr>
          <w:b/>
        </w:rPr>
        <w:t xml:space="preserve">[1:11:33] </w:t>
      </w:r>
      <w:r>
        <w:t>Please share with us your experience.</w:t>
      </w:r>
    </w:p>
    <w:p>
      <w:pPr>
        <w:jc w:val="right"/>
      </w:pPr>
      <w:r>
        <w:t>Please share with us your experience.</w:t>
      </w:r>
    </w:p>
    <w:p>
      <w:r>
        <w:rPr>
          <w:b/>
        </w:rPr>
        <w:t xml:space="preserve">[1:11:38] </w:t>
      </w:r>
      <w:r>
        <w:t>Yes, I can say that every day I experience the presence of God. But you know it is a psychological experience. I cannot give a demonstration.</w:t>
      </w:r>
    </w:p>
    <w:p>
      <w:pPr>
        <w:jc w:val="right"/>
      </w:pPr>
      <w:r>
        <w:t>Yes, I can say that every day I experience the presence of God. But you know it is a psychological experience. I cannot give a demonstration.</w:t>
      </w:r>
    </w:p>
    <w:p>
      <w:r>
        <w:rPr>
          <w:b/>
        </w:rPr>
        <w:t xml:space="preserve">[1:11:52] </w:t>
      </w:r>
      <w:r>
        <w:t>Every day, I can say every moment I feel that I am living in the presence of God. The presence of God, for me, is a unique reality.</w:t>
      </w:r>
    </w:p>
    <w:p>
      <w:pPr>
        <w:jc w:val="right"/>
      </w:pPr>
      <w:r>
        <w:t>Every day, I can say every moment I feel that I am living in the presence of God. The presence of God, for me, is a unique reality.</w:t>
      </w:r>
    </w:p>
    <w:p>
      <w:r>
        <w:rPr>
          <w:b/>
        </w:rPr>
        <w:t xml:space="preserve">[1:12:06] </w:t>
      </w:r>
      <w:r>
        <w:t>Just like the presence of this building is a reality. So for me, the presence of God is a reality.</w:t>
      </w:r>
    </w:p>
    <w:p>
      <w:pPr>
        <w:jc w:val="right"/>
      </w:pPr>
      <w:r>
        <w:t>Just like the presence of this building is a reality. So for me, the presence of God is a reality.</w:t>
      </w:r>
    </w:p>
    <w:p>
      <w:r>
        <w:rPr>
          <w:b/>
        </w:rPr>
        <w:t xml:space="preserve">[1:12:16] </w:t>
      </w:r>
      <w:r>
        <w:t>But you know it is a psychological experience. I cannot give a demonstration. And you know all those things on which we believe that are psychological.</w:t>
      </w:r>
    </w:p>
    <w:p>
      <w:pPr>
        <w:jc w:val="right"/>
      </w:pPr>
      <w:r>
        <w:t>But you know it is a psychological experience. I cannot give a demonstration. And you know all those things on which we believe that are psychological.</w:t>
      </w:r>
    </w:p>
    <w:p>
      <w:r>
        <w:rPr>
          <w:b/>
        </w:rPr>
        <w:t xml:space="preserve">[1:12:30] </w:t>
      </w:r>
      <w:r>
        <w:t>Everything is—in the last resort, everything is psychological.</w:t>
      </w:r>
    </w:p>
    <w:p>
      <w:pPr>
        <w:jc w:val="right"/>
      </w:pPr>
      <w:r>
        <w:t>Everything is—in the last resort, everything is psychological.</w:t>
      </w:r>
    </w:p>
    <w:p>
      <w:r>
        <w:rPr>
          <w:b/>
        </w:rPr>
        <w:t xml:space="preserve">[1:12:36] </w:t>
      </w:r>
      <w:r>
        <w:t>When I say that she is my mother, that is psychological. But I am seeing her body, and I am seeing her soul.</w:t>
      </w:r>
    </w:p>
    <w:p>
      <w:pPr>
        <w:jc w:val="right"/>
      </w:pPr>
      <w:r>
        <w:t>When I say that she is my mother, that is psychological. But I am seeing her body, and I am seeing her soul.</w:t>
      </w:r>
    </w:p>
    <w:p>
      <w:r>
        <w:rPr>
          <w:b/>
        </w:rPr>
        <w:t xml:space="preserve">[1:12:46] </w:t>
      </w:r>
      <w:r>
        <w:t>And the real mother lies in the soul and not simply the body.</w:t>
      </w:r>
    </w:p>
    <w:p>
      <w:pPr>
        <w:jc w:val="right"/>
      </w:pPr>
      <w:r>
        <w:t>And the real mother lies in the soul and not simply the body.</w:t>
      </w:r>
    </w:p>
    <w:p>
      <w:r>
        <w:rPr>
          <w:b/>
        </w:rPr>
        <w:t xml:space="preserve">[1:12:52] </w:t>
      </w:r>
      <w:r>
        <w:t>So everything is psychological in the last resort. So God is also psychological</w:t>
      </w:r>
    </w:p>
    <w:p>
      <w:pPr>
        <w:jc w:val="right"/>
      </w:pPr>
      <w:r>
        <w:t>So everything is psychological in the last resort. So God is also psychological</w:t>
      </w:r>
    </w:p>
    <w:p>
      <w:r>
        <w:rPr>
          <w:b/>
        </w:rPr>
        <w:t xml:space="preserve">[1:13:00] </w:t>
      </w:r>
      <w:r>
        <w:t>for me. Because you know in this world, we can see things according to the time and space.</w:t>
      </w:r>
    </w:p>
    <w:p>
      <w:pPr>
        <w:jc w:val="right"/>
      </w:pPr>
      <w:r>
        <w:t>for me. Because you know in this world, we can see things according to the time and space.</w:t>
      </w:r>
    </w:p>
    <w:p>
      <w:r>
        <w:rPr>
          <w:b/>
        </w:rPr>
        <w:t xml:space="preserve">[1:13:12] </w:t>
      </w:r>
      <w:r>
        <w:t>And to see God is quite a different experience. We have to go beyond the space and beyond the time.</w:t>
      </w:r>
    </w:p>
    <w:p>
      <w:pPr>
        <w:jc w:val="right"/>
      </w:pPr>
      <w:r>
        <w:t>And to see God is quite a different experience. We have to go beyond the space and beyond the time.</w:t>
      </w:r>
    </w:p>
    <w:p>
      <w:r>
        <w:rPr>
          <w:b/>
        </w:rPr>
        <w:t xml:space="preserve">[1:13:22] </w:t>
      </w:r>
      <w:r>
        <w:t>So in this world, that is the pre-death period, we can see God by our psychological eye. But in the post-death period, we can see God by our physical eye.</w:t>
      </w:r>
    </w:p>
    <w:p>
      <w:pPr>
        <w:jc w:val="right"/>
      </w:pPr>
      <w:r>
        <w:t>So in this world, that is the pre-death period, we can see God by our psychological eye. But in the post-death period, we can see God by our physical eye.</w:t>
      </w:r>
    </w:p>
    <w:p>
      <w:r>
        <w:rPr>
          <w:b/>
        </w:rPr>
        <w:t xml:space="preserve">[1:13:35] </w:t>
      </w:r>
      <w:r>
        <w:t>Because in that period of life, we can see beyond the time. This is the difference.</w:t>
      </w:r>
    </w:p>
    <w:p>
      <w:pPr>
        <w:jc w:val="right"/>
      </w:pPr>
      <w:r>
        <w:t>Because in that period of life, we can see beyond the time. This is the difference.</w:t>
      </w:r>
    </w:p>
    <w:p>
      <w:r>
        <w:rPr>
          <w:b/>
        </w:rPr>
        <w:t xml:space="preserve">[1:13:43] </w:t>
      </w:r>
      <w:r>
        <w:t>So in the pre-death period, you can see God psychologically. But in the post-death period, you can see God physically.</w:t>
      </w:r>
    </w:p>
    <w:p>
      <w:pPr>
        <w:jc w:val="right"/>
      </w:pPr>
      <w:r>
        <w:t>So in the pre-death period, you can see God psychologically. But in the post-death period, you can see God physically.</w:t>
      </w:r>
    </w:p>
    <w:p>
      <w:r>
        <w:rPr>
          <w:b/>
        </w:rPr>
        <w:t xml:space="preserve">[1:13:55] </w:t>
      </w:r>
      <w:r>
        <w:t>I think this is a quite scientific idea.</w:t>
      </w:r>
    </w:p>
    <w:p>
      <w:pPr>
        <w:jc w:val="right"/>
      </w:pPr>
      <w:r>
        <w:t>I think this is a quite scientific idea.</w:t>
      </w:r>
    </w:p>
    <w:p>
      <w:r>
        <w:rPr>
          <w:b/>
        </w:rPr>
        <w:t xml:space="preserve">[1:14:01] </w:t>
      </w:r>
      <w:r>
        <w:t>Quite scientific. It is not philosophical. It is scientific according to my experience and according to my study.</w:t>
      </w:r>
    </w:p>
    <w:p>
      <w:pPr>
        <w:jc w:val="right"/>
      </w:pPr>
      <w:r>
        <w:t>Quite scientific. It is not philosophical. It is scientific according to my experience and according to my study.</w:t>
      </w:r>
    </w:p>
    <w:p>
      <w:r>
        <w:rPr>
          <w:b/>
        </w:rPr>
        <w:t xml:space="preserve">[1:14:10] </w:t>
      </w:r>
      <w:r>
        <w:t>This question is from Dr. Anwar Jamal.</w:t>
      </w:r>
    </w:p>
    <w:p>
      <w:pPr>
        <w:jc w:val="right"/>
      </w:pPr>
      <w:r>
        <w:t>This question is from Dr. Anwar Jamal.</w:t>
      </w:r>
    </w:p>
    <w:p>
      <w:r>
        <w:rPr>
          <w:b/>
        </w:rPr>
        <w:t xml:space="preserve">[1:14:15] </w:t>
      </w:r>
      <w:r>
        <w:t>maulana, aap ne al risala august 2008 mein likha hai ke inaam ko muzim se alag kar dena aaj ke insaan ki tragedy hai.</w:t>
      </w:r>
    </w:p>
    <w:p>
      <w:pPr>
        <w:jc w:val="right"/>
      </w:pPr>
      <w:r>
        <w:t>مولانا، آپ نے الرسالہ اگست 2008 میں لکھا ہے کہ انعام کو منیم سے الگ کر دینا آج کے انسان کی ٹریجڈی ہے۔</w:t>
      </w:r>
    </w:p>
    <w:p>
      <w:r>
        <w:rPr>
          <w:b/>
        </w:rPr>
        <w:t xml:space="preserve">[1:14:25] </w:t>
      </w:r>
      <w:r>
        <w:t>december 2008 mein likha hai ke aadmi kisi cheez ko na to inaam samjhe aur na hi saza, balke test paper samjhe.</w:t>
      </w:r>
    </w:p>
    <w:p>
      <w:pPr>
        <w:jc w:val="right"/>
      </w:pPr>
      <w:r>
        <w:t>دسمبر 2008 میں لکھا ہے کہ آدمی کسی چیز کو نہ تو انعام سمجھے اور نہ ہی سزا، بلکہ ٹیسٹ پیپر سمجھے۔</w:t>
      </w:r>
    </w:p>
    <w:p>
      <w:r>
        <w:rPr>
          <w:b/>
        </w:rPr>
        <w:t xml:space="preserve">[1:14:36] </w:t>
      </w:r>
      <w:r>
        <w:t>kya dono mein takrao nahi hai?</w:t>
      </w:r>
    </w:p>
    <w:p>
      <w:pPr>
        <w:jc w:val="right"/>
      </w:pPr>
      <w:r>
        <w:t>کیا دونوں میں ٹکراؤ نہیں ہے؟</w:t>
      </w:r>
    </w:p>
    <w:p>
      <w:r>
        <w:rPr>
          <w:b/>
        </w:rPr>
        <w:t xml:space="preserve">[1:14:39] </w:t>
      </w:r>
      <w:r>
        <w:t>kya quran shareef mein aisi ayatein nahi hain jis mein khuda ne insaan ke upar apne inaam karne aur dunya mein hi use saza dene ka zikr kiya hai?</w:t>
      </w:r>
    </w:p>
    <w:p>
      <w:pPr>
        <w:jc w:val="right"/>
      </w:pPr>
      <w:r>
        <w:t>کیا قرآن شریف میں ایسی آیتیں نہیں ہیں جس میں خدا نے انسان کے اوپر اپنے انعام کرنے اور دنیا میں ہی اسے سزا دینے کا ذکر کیا ہے؟</w:t>
      </w:r>
    </w:p>
    <w:p>
      <w:r>
        <w:rPr>
          <w:b/>
        </w:rPr>
        <w:t xml:space="preserve">[1:14:55] </w:t>
      </w:r>
      <w:r>
        <w:t>clear nahi. koi sawal aap se mil lijiye baat ko. aap is ke baad aaj ya kisi din. yeh sawal clear nahi hai.</w:t>
      </w:r>
    </w:p>
    <w:p>
      <w:pPr>
        <w:jc w:val="right"/>
      </w:pPr>
      <w:r>
        <w:t>کلیئر نہیں۔ کوئی سوال آپ سے مل لیجئے بات کو۔ آپ اس کے بعد آج یا کسی دن۔ یہ سوال کلیئر نہیں ہے۔</w:t>
      </w:r>
    </w:p>
    <w:p>
      <w:r>
        <w:rPr>
          <w:b/>
        </w:rPr>
        <w:t xml:space="preserve">[1:15:06] </w:t>
      </w:r>
      <w:r>
        <w:t>haan. This</w:t>
      </w:r>
    </w:p>
    <w:p>
      <w:pPr>
        <w:jc w:val="right"/>
      </w:pPr>
      <w:r>
        <w:t>ہاں۔ This</w:t>
      </w:r>
    </w:p>
    <w:p>
      <w:r>
        <w:rPr>
          <w:b/>
        </w:rPr>
        <w:t xml:space="preserve">[1:15:08] </w:t>
      </w:r>
      <w:r>
        <w:t>question is from Miss Najma Siddiqui. Maulana, how do you use your diaries which you are writing from a very long time?</w:t>
      </w:r>
    </w:p>
    <w:p>
      <w:pPr>
        <w:jc w:val="right"/>
      </w:pPr>
      <w:r>
        <w:t>question is from Miss Najma Siddiqui. مولانا، how do you use your diaries which you are writing from a very long time?</w:t>
      </w:r>
    </w:p>
    <w:p>
      <w:r>
        <w:rPr>
          <w:b/>
        </w:rPr>
        <w:t xml:space="preserve">[1:15:25] </w:t>
      </w:r>
      <w:r>
        <w:t>When I was in my childhood, I was not aware that diary is a practice.</w:t>
      </w:r>
    </w:p>
    <w:p>
      <w:pPr>
        <w:jc w:val="right"/>
      </w:pPr>
      <w:r>
        <w:t>When I was in my childhood, I was not aware that diary is a practice.</w:t>
      </w:r>
    </w:p>
    <w:p>
      <w:r>
        <w:rPr>
          <w:b/>
        </w:rPr>
        <w:t xml:space="preserve">[1:15:34] </w:t>
      </w:r>
      <w:r>
        <w:t>When I read</w:t>
      </w:r>
    </w:p>
    <w:p>
      <w:pPr>
        <w:jc w:val="right"/>
      </w:pPr>
      <w:r>
        <w:t>When I read</w:t>
      </w:r>
    </w:p>
    <w:p>
      <w:r>
        <w:rPr>
          <w:b/>
        </w:rPr>
        <w:t xml:space="preserve">[1:15:40] </w:t>
      </w:r>
      <w:r>
        <w:t>those books that deal about Western thought, I found that in the Western world, people generally maintain diaries. It is generally a practice in the Western world.</w:t>
      </w:r>
    </w:p>
    <w:p>
      <w:pPr>
        <w:jc w:val="right"/>
      </w:pPr>
      <w:r>
        <w:t>those books that deal about Western thought, I found that in the Western world, people generally maintain diaries. It is generally a practice in the Western world.</w:t>
      </w:r>
    </w:p>
    <w:p>
      <w:r>
        <w:rPr>
          <w:b/>
        </w:rPr>
        <w:t xml:space="preserve">[1:15:51] </w:t>
      </w:r>
      <w:r>
        <w:t>But in the Eastern world, there was not. So I always—I am very, very inquisitive nature.</w:t>
      </w:r>
    </w:p>
    <w:p>
      <w:pPr>
        <w:jc w:val="right"/>
      </w:pPr>
      <w:r>
        <w:t>But in the Eastern world, there was not. So I always—I am very, very inquisitive nature.</w:t>
      </w:r>
    </w:p>
    <w:p>
      <w:r>
        <w:rPr>
          <w:b/>
        </w:rPr>
        <w:t xml:space="preserve">[1:16:02] </w:t>
      </w:r>
      <w:r>
        <w:t>So when I read this, I adopted this. If you visit my library, I can see so many books like diaries.</w:t>
      </w:r>
    </w:p>
    <w:p>
      <w:pPr>
        <w:jc w:val="right"/>
      </w:pPr>
      <w:r>
        <w:t>So when I read this, I adopted this. If you visit my library, I can see so many books like diaries.</w:t>
      </w:r>
    </w:p>
    <w:p>
      <w:r>
        <w:rPr>
          <w:b/>
        </w:rPr>
        <w:t xml:space="preserve">[1:16:16] </w:t>
      </w:r>
      <w:r>
        <w:t>So when I was in youth age, I used to write at random, not very regularly.</w:t>
      </w:r>
    </w:p>
    <w:p>
      <w:pPr>
        <w:jc w:val="right"/>
      </w:pPr>
      <w:r>
        <w:t>So when I was in youth age, I used to write at random, not very regularly.</w:t>
      </w:r>
    </w:p>
    <w:p>
      <w:r>
        <w:rPr>
          <w:b/>
        </w:rPr>
        <w:t xml:space="preserve">[1:16:29] </w:t>
      </w:r>
      <w:r>
        <w:t>But since 1983, I began maintaining diaries regularly.</w:t>
      </w:r>
    </w:p>
    <w:p>
      <w:pPr>
        <w:jc w:val="right"/>
      </w:pPr>
      <w:r>
        <w:t>But since 1983, I began maintaining diaries regularly.</w:t>
      </w:r>
    </w:p>
    <w:p>
      <w:r>
        <w:rPr>
          <w:b/>
        </w:rPr>
        <w:t xml:space="preserve">[1:16:38] </w:t>
      </w:r>
      <w:r>
        <w:t>So every day, I write at least one page.</w:t>
      </w:r>
    </w:p>
    <w:p>
      <w:pPr>
        <w:jc w:val="right"/>
      </w:pPr>
      <w:r>
        <w:t>So every day, I write at least one page.</w:t>
      </w:r>
    </w:p>
    <w:p>
      <w:r>
        <w:rPr>
          <w:b/>
        </w:rPr>
        <w:t xml:space="preserve">[1:16:44] </w:t>
      </w:r>
      <w:r>
        <w:t>In this page, I write about my experience, about my reading, about my observations. So anything that is new for me at that day.</w:t>
      </w:r>
    </w:p>
    <w:p>
      <w:pPr>
        <w:jc w:val="right"/>
      </w:pPr>
      <w:r>
        <w:t>In this page, I write about my experience, about my reading, about my observations. So anything that is new for me at that day.</w:t>
      </w:r>
    </w:p>
    <w:p>
      <w:r>
        <w:rPr>
          <w:b/>
        </w:rPr>
        <w:t xml:space="preserve">[1:16:57] </w:t>
      </w:r>
      <w:r>
        <w:t>For example, I referred to one experience today, referring to that boy.</w:t>
      </w:r>
    </w:p>
    <w:p>
      <w:pPr>
        <w:jc w:val="right"/>
      </w:pPr>
      <w:r>
        <w:t>For example, I referred to one experience today, referring to that boy.</w:t>
      </w:r>
    </w:p>
    <w:p>
      <w:r>
        <w:rPr>
          <w:b/>
        </w:rPr>
        <w:t xml:space="preserve">[1:17:03] </w:t>
      </w:r>
      <w:r>
        <w:t>He said that "aap hi to hamare baap hain" . But today, I discovered that</w:t>
      </w:r>
    </w:p>
    <w:p>
      <w:pPr>
        <w:jc w:val="right"/>
      </w:pPr>
      <w:r>
        <w:t>He said that "آپ ہی تو ہمارے باپ ہیں"۔ But today, I discovered that</w:t>
      </w:r>
    </w:p>
    <w:p>
      <w:r>
        <w:rPr>
          <w:b/>
        </w:rPr>
        <w:t xml:space="preserve">[1:17:10] </w:t>
      </w:r>
      <w:r>
        <w:t>beta jo kaha tha, woh haq ke taur par kaha tha. Yani right ke taur par. Beta samajhta tha ke baap ko mera right hai ke woh mujhe de paye. Sake.</w:t>
      </w:r>
    </w:p>
    <w:p>
      <w:pPr>
        <w:jc w:val="right"/>
      </w:pPr>
      <w:r>
        <w:t>بیٹا جو کہا تھا، وہ حق کے طور پر کہا تھا۔ یعنی رائٹ کے طور پر۔ بیٹا سمجھتا تھا کہ باپ کو میرا رائٹ ہے کہ وہ مجھے دے پائے سکے۔</w:t>
      </w:r>
    </w:p>
    <w:p>
      <w:r>
        <w:rPr>
          <w:b/>
        </w:rPr>
        <w:t xml:space="preserve">[1:17:22] </w:t>
      </w:r>
      <w:r>
        <w:t>Aaj mein ne discover kiya ke ek banda mein yeh nahi kahega, mujhe keh sakta ke Khuda ka mera right hai Khuda ke upar.</w:t>
      </w:r>
    </w:p>
    <w:p>
      <w:pPr>
        <w:jc w:val="right"/>
      </w:pPr>
      <w:r>
        <w:t>آج میں نے ڈسکور کیا کہ ایک بندہ میں یہ نہیں کہے گا، مجھے کہہ سکتا کہ خدا کا میرا رائٹ ہے خدا کے اوپر۔</w:t>
      </w:r>
    </w:p>
    <w:p>
      <w:r>
        <w:rPr>
          <w:b/>
        </w:rPr>
        <w:t xml:space="preserve">[1:17:33] </w:t>
      </w:r>
      <w:r>
        <w:t>To mere paas refer karne ke liye right nahi hai, balkeh mera helplessness hai. To jis cheez ko bete ne ek right ko refer kar ke kaha baap se, us ko mein ek banda sirf apne helplessness ko refer kar ke keh sakta hoon.</w:t>
      </w:r>
    </w:p>
    <w:p>
      <w:pPr>
        <w:jc w:val="right"/>
      </w:pPr>
      <w:r>
        <w:t>تو میرے پاس ریفر کرنے کے لیے رائٹ نہیں ہے، بلکہ میرا ہیلپلیسنس ہے۔ تو جس چیز کو بیٹے نے ایک رائٹ کو ریفر کر کے کہا باپ سے، اس کو میں ایک بندہ صرف اپنے ہیلپلیسنس کو ریفر کر کے کہہ سکتا ہوں۔</w:t>
      </w:r>
    </w:p>
    <w:p>
      <w:r>
        <w:rPr>
          <w:b/>
        </w:rPr>
        <w:t xml:space="preserve">[1:17:50] </w:t>
      </w:r>
      <w:r>
        <w:t>Yani us ko yeh meri aaj ki discovery hai. Us ko mein likhoon ga, inshallah, diary mein. To</w:t>
      </w:r>
    </w:p>
    <w:p>
      <w:pPr>
        <w:jc w:val="right"/>
      </w:pPr>
      <w:r>
        <w:t>یعنی اس کو یہ میری آج کی ڈسکوری ہے۔ اس کو میں لکھوں گا، انشاءاللہ، ڈائری میں۔ تو</w:t>
      </w:r>
    </w:p>
    <w:p>
      <w:r>
        <w:rPr>
          <w:b/>
        </w:rPr>
        <w:t xml:space="preserve">[1:17:57] </w:t>
      </w:r>
      <w:r>
        <w:t>Is tarah se mein har din koi ek baat jo mujhe milti hai, bator experience, bator finding, bator discovery, us ko mein likhta hoon diary mein.</w:t>
      </w:r>
    </w:p>
    <w:p>
      <w:pPr>
        <w:jc w:val="right"/>
      </w:pPr>
      <w:r>
        <w:t>اس طرح سے میں ہر دن کوئی ایک بات جو مجھے ملتی ہے، بطور ایکسپیرینس، بطور فائنڈنگ، بطور ڈسکوری، اس کو میں لکھتا ہوں ڈائری میں۔</w:t>
      </w:r>
    </w:p>
    <w:p>
      <w:r>
        <w:rPr>
          <w:b/>
        </w:rPr>
        <w:t xml:space="preserve">[1:18:07] </w:t>
      </w:r>
      <w:r>
        <w:t>Kabhi psychological experience, some time it is psychological experience, some time it is a, it is a, yani rational discovery, some time, some time it is a piece of knowledge.</w:t>
      </w:r>
    </w:p>
    <w:p>
      <w:pPr>
        <w:jc w:val="right"/>
      </w:pPr>
      <w:r>
        <w:t>کبھی سائیکلوجیکل ایکسپیرینس، سم ٹائم اٹ از سائیکلوجیکل ایکسپیرینس، سم ٹائم اٹ از اے، اٹ از اے، یعنی ریشنل ڈسکوری، سم ٹائم، سم ٹائم اٹ از اے پیس اف نالج۔</w:t>
      </w:r>
    </w:p>
    <w:p>
      <w:r>
        <w:rPr>
          <w:b/>
        </w:rPr>
        <w:t xml:space="preserve">[1:18:21] </w:t>
      </w:r>
      <w:r>
        <w:t>I refer from some book.</w:t>
      </w:r>
    </w:p>
    <w:p>
      <w:pPr>
        <w:jc w:val="right"/>
      </w:pPr>
      <w:r>
        <w:t>ائی افرن فرام سم بک۔</w:t>
      </w:r>
    </w:p>
    <w:p>
      <w:r>
        <w:rPr>
          <w:b/>
        </w:rPr>
        <w:t xml:space="preserve">[1:18:24] </w:t>
      </w:r>
      <w:r>
        <w:t>So every day, I write some lines in my discovery, in my diary. I am maintaining this kind of writing, diary writing, since 1983.</w:t>
      </w:r>
    </w:p>
    <w:p>
      <w:pPr>
        <w:jc w:val="right"/>
      </w:pPr>
      <w:r>
        <w:t>سو ایوری ڈے، ائی رائٹ سم لائنز ان مائی ڈسکوری، ان مائی ڈائری۔ ائی ایم مینٹیننگ دس کائنڈ اف رائٹنگ، ڈائری رائٹنگ، سنس 1983۔</w:t>
      </w:r>
    </w:p>
    <w:p>
      <w:r>
        <w:rPr>
          <w:b/>
        </w:rPr>
        <w:t xml:space="preserve">[1:18:42] </w:t>
      </w:r>
      <w:r>
        <w:t>Aur second question is can terrorism be also considered as false hope business</w:t>
      </w:r>
    </w:p>
    <w:p>
      <w:pPr>
        <w:jc w:val="right"/>
      </w:pPr>
      <w:r>
        <w:t>اور سیکنڈ کوسچن از can terrorism be also considered as false hope business</w:t>
      </w:r>
    </w:p>
    <w:p>
      <w:r>
        <w:rPr>
          <w:b/>
        </w:rPr>
        <w:t xml:space="preserve">[1:18:52] </w:t>
      </w:r>
      <w:r>
        <w:t>? Certainly, it is false hope business. So supers false hope business because these people, yani believe that so they can, yani achieve some result.</w:t>
      </w:r>
    </w:p>
    <w:p>
      <w:pPr>
        <w:jc w:val="right"/>
      </w:pPr>
      <w:r>
        <w:t>? Certainly, it is false hope business. So supers false hope business because these people, یعنی believe that so they can, یعنی achieve some result.</w:t>
      </w:r>
    </w:p>
    <w:p>
      <w:r>
        <w:rPr>
          <w:b/>
        </w:rPr>
        <w:t xml:space="preserve">[1:19:09] </w:t>
      </w:r>
      <w:r>
        <w:t>And you know that they fail to achieve anything that is positive, that is positive result.</w:t>
      </w:r>
    </w:p>
    <w:p>
      <w:pPr>
        <w:jc w:val="right"/>
      </w:pPr>
      <w:r>
        <w:t>And you know that they fail to achieve anything that is positive, that is positive result.</w:t>
      </w:r>
    </w:p>
    <w:p>
      <w:r>
        <w:rPr>
          <w:b/>
        </w:rPr>
        <w:t xml:space="preserve">[1:19:20] </w:t>
      </w:r>
      <w:r>
        <w:t>Terrorism only leads to disaster, complete disaster. They believe that we are heading to some positive result.</w:t>
      </w:r>
    </w:p>
    <w:p>
      <w:pPr>
        <w:jc w:val="right"/>
      </w:pPr>
      <w:r>
        <w:t>Terrorism only leads to disaster, complete disaster. They believe that we are heading to some positive result.</w:t>
      </w:r>
    </w:p>
    <w:p>
      <w:r>
        <w:rPr>
          <w:b/>
        </w:rPr>
        <w:t xml:space="preserve">[1:19:31] </w:t>
      </w:r>
      <w:r>
        <w:t>So it is super false hope business.</w:t>
      </w:r>
    </w:p>
    <w:p>
      <w:pPr>
        <w:jc w:val="right"/>
      </w:pPr>
      <w:r>
        <w:t>So it is super false hope business.</w:t>
      </w:r>
    </w:p>
    <w:p>
      <w:r>
        <w:rPr>
          <w:b/>
        </w:rPr>
        <w:t xml:space="preserve">[1:19:37] </w:t>
      </w:r>
      <w:r>
        <w:t>This question is from Mr. Yamin Bakri. The followers of Islam believe that Islam is the best religion.</w:t>
      </w:r>
    </w:p>
    <w:p>
      <w:pPr>
        <w:jc w:val="right"/>
      </w:pPr>
      <w:r>
        <w:t>This question is from Mr. Yamin Bakri. The followers of Islam believe that Islam is the best religion.</w:t>
      </w:r>
    </w:p>
    <w:p>
      <w:r>
        <w:rPr>
          <w:b/>
        </w:rPr>
        <w:t xml:space="preserve">[1:19:48] </w:t>
      </w:r>
      <w:r>
        <w:t>But every day, I come across Muslims who do bad things and engage themselves in falsehood. How do you explain this phenomenon?</w:t>
      </w:r>
    </w:p>
    <w:p>
      <w:pPr>
        <w:jc w:val="right"/>
      </w:pPr>
      <w:r>
        <w:t>But every day, I come across Muslims who do bad things and engage themselves in falsehood. How do you explain this phenomenon?</w:t>
      </w:r>
    </w:p>
    <w:p>
      <w:r>
        <w:rPr>
          <w:b/>
        </w:rPr>
        <w:t xml:space="preserve">[1:20:03] </w:t>
      </w:r>
      <w:r>
        <w:t>This part I believe is wrong. Islam is not the best religion. No. Islam is a preserved religion. This is also a falsehood.</w:t>
      </w:r>
    </w:p>
    <w:p>
      <w:pPr>
        <w:jc w:val="right"/>
      </w:pPr>
      <w:r>
        <w:t>This part I believe is wrong. Islam is not the best religion. No. Islam is a preserved religion. This is also a falsehood.</w:t>
      </w:r>
    </w:p>
    <w:p>
      <w:r>
        <w:rPr>
          <w:b/>
        </w:rPr>
        <w:t xml:space="preserve">[1:20:14] </w:t>
      </w:r>
      <w:r>
        <w:t>We are also living in falsehood to believe that Islam is the best religion.</w:t>
      </w:r>
    </w:p>
    <w:p>
      <w:pPr>
        <w:jc w:val="right"/>
      </w:pPr>
      <w:r>
        <w:t>We are also living in falsehood to believe that Islam is the best religion.</w:t>
      </w:r>
    </w:p>
    <w:p>
      <w:r>
        <w:rPr>
          <w:b/>
        </w:rPr>
        <w:t xml:space="preserve">[1:20:19] </w:t>
      </w:r>
      <w:r>
        <w:t>No, not at all. Islam is a preserved religion. Every religion was best originally.</w:t>
      </w:r>
    </w:p>
    <w:p>
      <w:pPr>
        <w:jc w:val="right"/>
      </w:pPr>
      <w:r>
        <w:t>No, not at all. Islam is a preserved religion. Every religion was best originally.</w:t>
      </w:r>
    </w:p>
    <w:p>
      <w:r>
        <w:rPr>
          <w:b/>
        </w:rPr>
        <w:t xml:space="preserve">[1:20:31] </w:t>
      </w:r>
      <w:r>
        <w:t>In different religions, there is no such division that it is good, it is bad. No. Every religion that was sent by God was as best as your religion.</w:t>
      </w:r>
    </w:p>
    <w:p>
      <w:pPr>
        <w:jc w:val="right"/>
      </w:pPr>
      <w:r>
        <w:t>In different religions, there is no such division that it is good, it is bad. No. Every religion that was sent by God was as best as your religion.</w:t>
      </w:r>
    </w:p>
    <w:p>
      <w:r>
        <w:rPr>
          <w:b/>
        </w:rPr>
        <w:t xml:space="preserve">[1:20:47] </w:t>
      </w:r>
      <w:r>
        <w:t>The only difference is that Islam is a preserved religion. In Islam, the sacred book of Islam is the Quran.</w:t>
      </w:r>
    </w:p>
    <w:p>
      <w:pPr>
        <w:jc w:val="right"/>
      </w:pPr>
      <w:r>
        <w:t>The only difference is that Islam is a preserved religion. In Islam, the sacred book of Islam is the Quran.</w:t>
      </w:r>
    </w:p>
    <w:p>
      <w:r>
        <w:rPr>
          <w:b/>
        </w:rPr>
        <w:t xml:space="preserve">[1:20:57] </w:t>
      </w:r>
      <w:r>
        <w:t>And the Quran is a preserved book. It's a language. It's a text. Everything is preserved. So this is the only difference.</w:t>
      </w:r>
    </w:p>
    <w:p>
      <w:pPr>
        <w:jc w:val="right"/>
      </w:pPr>
      <w:r>
        <w:t>And the Quran is a preserved book. It's a language. It's a text. Everything is preserved. So this is the only difference.</w:t>
      </w:r>
    </w:p>
    <w:p>
      <w:r>
        <w:rPr>
          <w:b/>
        </w:rPr>
        <w:t xml:space="preserve">[1:21:07] </w:t>
      </w:r>
      <w:r>
        <w:t>And the second thing is that what does the second ask? That they are engaging themselves in falsehood, so. So</w:t>
      </w:r>
    </w:p>
    <w:p>
      <w:pPr>
        <w:jc w:val="right"/>
      </w:pPr>
      <w:r>
        <w:t>And the second thing is that what does the second ask? That they are engaging themselves in falsehood, so. So</w:t>
      </w:r>
    </w:p>
    <w:p>
      <w:r>
        <w:rPr>
          <w:b/>
        </w:rPr>
        <w:t xml:space="preserve">[1:21:17] </w:t>
      </w:r>
      <w:r>
        <w:t>I have described, I have answered this question several times that you have to differentiate between Islam and Muslims. Both are different.</w:t>
      </w:r>
    </w:p>
    <w:p>
      <w:pPr>
        <w:jc w:val="right"/>
      </w:pPr>
      <w:r>
        <w:t>I have described, I have answered this question several times that you have to differentiate between Islam and Muslims. Both are different.</w:t>
      </w:r>
    </w:p>
    <w:p>
      <w:r>
        <w:rPr>
          <w:b/>
        </w:rPr>
        <w:t xml:space="preserve">[1:21:28] </w:t>
      </w:r>
      <w:r>
        <w:t>You have to differentiate Islam and Muslims. You have to judge Muslims in the light of Islamic teachings and not vice versa. Muslims are not the criterion.</w:t>
      </w:r>
    </w:p>
    <w:p>
      <w:pPr>
        <w:jc w:val="right"/>
      </w:pPr>
      <w:r>
        <w:t>You have to differentiate Islam and Muslims. You have to judge Muslims in the light of Islamic teachings and not vice versa. Muslims are not the criterion.</w:t>
      </w:r>
    </w:p>
    <w:p>
      <w:r>
        <w:rPr>
          <w:b/>
        </w:rPr>
        <w:t xml:space="preserve">[1:21:38] </w:t>
      </w:r>
      <w:r>
        <w:t>Islam is the criterion. Islam is an ideology. Muslims are a group.</w:t>
      </w:r>
    </w:p>
    <w:p>
      <w:pPr>
        <w:jc w:val="right"/>
      </w:pPr>
      <w:r>
        <w:t>Islam is the criterion. Islam is an ideology. Muslims are a group.</w:t>
      </w:r>
    </w:p>
    <w:p>
      <w:r>
        <w:rPr>
          <w:b/>
        </w:rPr>
        <w:t xml:space="preserve">[1:21:45] </w:t>
      </w:r>
      <w:r>
        <w:t>So present Muslims are,</w:t>
      </w:r>
    </w:p>
    <w:p>
      <w:pPr>
        <w:jc w:val="right"/>
      </w:pPr>
      <w:r>
        <w:t>So present Muslims are,</w:t>
      </w:r>
    </w:p>
    <w:p>
      <w:r>
        <w:rPr>
          <w:b/>
        </w:rPr>
        <w:t xml:space="preserve">[1:21:49] </w:t>
      </w:r>
      <w:r>
        <w:t>you know, have deviated from the Islamic path. So what Muslims are doing, that is not Islam.</w:t>
      </w:r>
    </w:p>
    <w:p>
      <w:pPr>
        <w:jc w:val="right"/>
      </w:pPr>
      <w:r>
        <w:t>you know, have deviated from the Islamic path. So what Muslims are doing, that is not Islam.</w:t>
      </w:r>
    </w:p>
    <w:p>
      <w:r>
        <w:rPr>
          <w:b/>
        </w:rPr>
        <w:t xml:space="preserve">[1:21:59] </w:t>
      </w:r>
      <w:r>
        <w:t>If you want to know what is Islam, you can read the Quran and Hadith and the Sira of the Prophet of Islam.</w:t>
      </w:r>
    </w:p>
    <w:p>
      <w:pPr>
        <w:jc w:val="right"/>
      </w:pPr>
      <w:r>
        <w:t>If you want to know what is Islam, you can read the Quran and Hadith and the Sira of the Prophet of Islam.</w:t>
      </w:r>
    </w:p>
    <w:p>
      <w:r>
        <w:rPr>
          <w:b/>
        </w:rPr>
        <w:t xml:space="preserve">[1:22:10] </w:t>
      </w:r>
      <w:r>
        <w:t>So you have to apply here the law of differentiation.</w:t>
      </w:r>
    </w:p>
    <w:p>
      <w:pPr>
        <w:jc w:val="right"/>
      </w:pPr>
      <w:r>
        <w:t>So you have to apply here the law of differentiation.</w:t>
      </w:r>
    </w:p>
    <w:p>
      <w:r>
        <w:rPr>
          <w:b/>
        </w:rPr>
        <w:t xml:space="preserve">[1:22:14] </w:t>
      </w:r>
      <w:r>
        <w:t>Then you can understand your question.</w:t>
      </w:r>
    </w:p>
    <w:p>
      <w:pPr>
        <w:jc w:val="right"/>
      </w:pPr>
      <w:r>
        <w:t>Then you can understand your question.</w:t>
      </w:r>
    </w:p>
    <w:p>
      <w:r>
        <w:rPr>
          <w:b/>
        </w:rPr>
        <w:t xml:space="preserve">[1:22:22] </w:t>
      </w:r>
      <w:r>
        <w:t>This question is from Mr. Munsef Kamali. Being faced by the cruel reality of life, we common people begin to live in the shades of false hopes.</w:t>
      </w:r>
    </w:p>
    <w:p>
      <w:pPr>
        <w:jc w:val="right"/>
      </w:pPr>
      <w:r>
        <w:t>This question is from Mr. Munsef Kamali. Being faced by the cruel reality of life, we common people begin to live in the shades of false hopes.</w:t>
      </w:r>
    </w:p>
    <w:p>
      <w:r>
        <w:rPr>
          <w:b/>
        </w:rPr>
        <w:t xml:space="preserve">[1:22:35] </w:t>
      </w:r>
      <w:r>
        <w:t>But this approach does not provide theright solution to the problem, or we can say no solution at all.</w:t>
      </w:r>
    </w:p>
    <w:p>
      <w:pPr>
        <w:jc w:val="right"/>
      </w:pPr>
      <w:r>
        <w:t>But this approach does not provide theright solution to the problem, or we can say no solution at all.</w:t>
      </w:r>
    </w:p>
    <w:p>
      <w:r>
        <w:rPr>
          <w:b/>
        </w:rPr>
        <w:t xml:space="preserve">[1:22:43] </w:t>
      </w:r>
      <w:r>
        <w:t>Thank you for your kind advice. As an advice, apart from maintaining diary, what should be done in this regard?</w:t>
      </w:r>
    </w:p>
    <w:p>
      <w:pPr>
        <w:jc w:val="right"/>
      </w:pPr>
      <w:r>
        <w:t>Thank you for your kind advice. As an advice, apart from maintaining diary, what should be done in this regard?</w:t>
      </w:r>
    </w:p>
    <w:p>
      <w:r>
        <w:rPr>
          <w:b/>
        </w:rPr>
        <w:t xml:space="preserve">[1:22:53] </w:t>
      </w:r>
      <w:r>
        <w:t>introspection. Every time you have to go to introspection, to reassessment.</w:t>
      </w:r>
    </w:p>
    <w:p>
      <w:pPr>
        <w:jc w:val="right"/>
      </w:pPr>
      <w:r>
        <w:t>انٹروسپیکشن۔ Every time you have to go to introspection, to reassessment.</w:t>
      </w:r>
    </w:p>
    <w:p>
      <w:r>
        <w:rPr>
          <w:b/>
        </w:rPr>
        <w:t xml:space="preserve">[1:23:01] </w:t>
      </w:r>
      <w:r>
        <w:t>If you are not ready to reassess your life, to revise yourself, then you cannot find theright path.</w:t>
      </w:r>
    </w:p>
    <w:p>
      <w:pPr>
        <w:jc w:val="right"/>
      </w:pPr>
      <w:r>
        <w:t>If you are not ready to reassess your life, to revise yourself, then you cannot find theright path.</w:t>
      </w:r>
    </w:p>
    <w:p>
      <w:r>
        <w:rPr>
          <w:b/>
        </w:rPr>
        <w:t xml:space="preserve">[1:23:15] </w:t>
      </w:r>
      <w:r>
        <w:t>So revision, reassessment, and introspection is the</w:t>
      </w:r>
    </w:p>
    <w:p>
      <w:pPr>
        <w:jc w:val="right"/>
      </w:pPr>
      <w:r>
        <w:t>So revision, reassessment, and introspection is the</w:t>
      </w:r>
    </w:p>
    <w:p>
      <w:r>
        <w:rPr>
          <w:b/>
        </w:rPr>
        <w:t xml:space="preserve">[1:23:23] </w:t>
      </w:r>
      <w:r>
        <w:t>most important aspect of life.</w:t>
      </w:r>
    </w:p>
    <w:p>
      <w:pPr>
        <w:jc w:val="right"/>
      </w:pPr>
      <w:r>
        <w:t>most important aspect of life.</w:t>
      </w:r>
    </w:p>
    <w:p>
      <w:r>
        <w:rPr>
          <w:b/>
        </w:rPr>
        <w:t xml:space="preserve">[1:23:33] </w:t>
      </w:r>
      <w:r>
        <w:t>This question, I mean that you have to</w:t>
      </w:r>
    </w:p>
    <w:p>
      <w:pPr>
        <w:jc w:val="right"/>
      </w:pPr>
      <w:r>
        <w:t>This question, I mean that you have to</w:t>
      </w:r>
    </w:p>
    <w:p>
      <w:r>
        <w:rPr>
          <w:b/>
        </w:rPr>
        <w:t xml:space="preserve">[1:23:39] </w:t>
      </w:r>
      <w:r>
        <w:t>welcome criticism.</w:t>
      </w:r>
    </w:p>
    <w:p>
      <w:pPr>
        <w:jc w:val="right"/>
      </w:pPr>
      <w:r>
        <w:t>welcome criticism.</w:t>
      </w:r>
    </w:p>
    <w:p>
      <w:r>
        <w:rPr>
          <w:b/>
        </w:rPr>
        <w:t xml:space="preserve">[1:23:44] </w:t>
      </w:r>
      <w:r>
        <w:t>Umar ibn Khattab was the second caliph of Islam. He said,</w:t>
      </w:r>
    </w:p>
    <w:p>
      <w:pPr>
        <w:jc w:val="right"/>
      </w:pPr>
      <w:r>
        <w:t>Umar ibn Khattab was the second caliph of Islam. He said,</w:t>
      </w:r>
    </w:p>
    <w:p>
      <w:r>
        <w:rPr>
          <w:b/>
        </w:rPr>
        <w:t xml:space="preserve">[1:23:53] </w:t>
      </w:r>
      <w:r>
        <w:t>rehmahullah alaa</w:t>
      </w:r>
    </w:p>
    <w:p>
      <w:pPr>
        <w:jc w:val="right"/>
      </w:pPr>
      <w:r>
        <w:t>رحمہ اللہ اعلیٰ</w:t>
      </w:r>
    </w:p>
    <w:p>
      <w:r>
        <w:rPr>
          <w:b/>
        </w:rPr>
        <w:t xml:space="preserve">[1:24:00] </w:t>
      </w:r>
      <w:r>
        <w:t>There is a hadith: Al momin mirat al momin Believer is a mirror for believer.</w:t>
      </w:r>
    </w:p>
    <w:p>
      <w:pPr>
        <w:jc w:val="right"/>
      </w:pPr>
      <w:r>
        <w:t>There is a hadith: المومن مرات المومن Believer is a mirror for believer.</w:t>
      </w:r>
    </w:p>
    <w:p>
      <w:r>
        <w:rPr>
          <w:b/>
        </w:rPr>
        <w:t xml:space="preserve">[1:24:09] </w:t>
      </w:r>
      <w:r>
        <w:t>When you see your face in a mirror, it tells you everything about your face. If there is a spot, the mirror will tell you that here is a spot.</w:t>
      </w:r>
    </w:p>
    <w:p>
      <w:pPr>
        <w:jc w:val="right"/>
      </w:pPr>
      <w:r>
        <w:t>When you see your face in a mirror, it tells you everything about your face. If there is a spot, the mirror will tell you that here is a spot.</w:t>
      </w:r>
    </w:p>
    <w:p>
      <w:r>
        <w:rPr>
          <w:b/>
        </w:rPr>
        <w:t xml:space="preserve">[1:24:20] </w:t>
      </w:r>
      <w:r>
        <w:t>So it is a hadith: Al momin mirat al momin A believer is a mirror for the other believer.</w:t>
      </w:r>
    </w:p>
    <w:p>
      <w:pPr>
        <w:jc w:val="right"/>
      </w:pPr>
      <w:r>
        <w:t>So it is a hadith: المومن مراد المومن A believer is a mirror for the other believer.</w:t>
      </w:r>
    </w:p>
    <w:p>
      <w:r>
        <w:rPr>
          <w:b/>
        </w:rPr>
        <w:t xml:space="preserve">[1:24:29] </w:t>
      </w:r>
      <w:r>
        <w:t>But this kind of, this kind of culture can be maintained in such a society where people are ready to accept your criticism</w:t>
      </w:r>
    </w:p>
    <w:p>
      <w:pPr>
        <w:jc w:val="right"/>
      </w:pPr>
      <w:r>
        <w:t>But this kind of, this kind of culture can be maintained in such a society where people are ready to accept your criticism</w:t>
      </w:r>
    </w:p>
    <w:p>
      <w:r>
        <w:rPr>
          <w:b/>
        </w:rPr>
        <w:t xml:space="preserve">[1:24:41] </w:t>
      </w:r>
      <w:r>
        <w:t>. So Umar ibn Khattab said that</w:t>
      </w:r>
    </w:p>
    <w:p>
      <w:pPr>
        <w:jc w:val="right"/>
      </w:pPr>
      <w:r>
        <w:t>. So Umar ibn Khattab said that</w:t>
      </w:r>
    </w:p>
    <w:p>
      <w:r>
        <w:rPr>
          <w:b/>
        </w:rPr>
        <w:t xml:space="preserve">[1:24:48] </w:t>
      </w:r>
      <w:r>
        <w:t>rehmahullah alaa He is a blessed person. Yani Allah us par reham kare jo mere aib ka tohfa mujhe bheje.</w:t>
      </w:r>
    </w:p>
    <w:p>
      <w:pPr>
        <w:jc w:val="right"/>
      </w:pPr>
      <w:r>
        <w:t>رحمہ اللہ اعلیٰ He is a blessed person. یعنی اللہ اس پر رحم کرے جو میرے عیب کا تحفہ مجھے بھیجے۔</w:t>
      </w:r>
    </w:p>
    <w:p>
      <w:r>
        <w:rPr>
          <w:b/>
        </w:rPr>
        <w:t xml:space="preserve">[1:24:58] </w:t>
      </w:r>
      <w:r>
        <w:t>Who sent the gift of my shortcomings. He is a blessed person. So it is, it is, it is a spirit of receptivity.</w:t>
      </w:r>
    </w:p>
    <w:p>
      <w:pPr>
        <w:jc w:val="right"/>
      </w:pPr>
      <w:r>
        <w:t>Who sent the gift of my shortcomings. He is a blessed person. So it is, it is, it is a spirit of receptivity.</w:t>
      </w:r>
    </w:p>
    <w:p>
      <w:r>
        <w:rPr>
          <w:b/>
        </w:rPr>
        <w:t xml:space="preserve">[1:25:09] </w:t>
      </w:r>
      <w:r>
        <w:t>You have to be receptive.</w:t>
      </w:r>
    </w:p>
    <w:p>
      <w:pPr>
        <w:jc w:val="right"/>
      </w:pPr>
      <w:r>
        <w:t>You have to be receptive.</w:t>
      </w:r>
    </w:p>
    <w:p>
      <w:r>
        <w:rPr>
          <w:b/>
        </w:rPr>
        <w:t xml:space="preserve">[1:25:12] </w:t>
      </w:r>
      <w:r>
        <w:t>You have to welcome the criticism. That is a very easy process. Then you can maintain diary properly.</w:t>
      </w:r>
    </w:p>
    <w:p>
      <w:pPr>
        <w:jc w:val="right"/>
      </w:pPr>
      <w:r>
        <w:t>You have to welcome the criticism. That is a very easy process. Then you can maintain diary properly.</w:t>
      </w:r>
    </w:p>
    <w:p>
      <w:r>
        <w:rPr>
          <w:b/>
        </w:rPr>
        <w:t xml:space="preserve">[1:25:23] </w:t>
      </w:r>
      <w:r>
        <w:t>If you are not ready to accept the criticism, then you cannot maintain a good diary. Diary is also a muhasabah, introspection.</w:t>
      </w:r>
    </w:p>
    <w:p>
      <w:pPr>
        <w:jc w:val="right"/>
      </w:pPr>
      <w:r>
        <w:t>If you are not ready to accept the criticism, then you cannot maintain a good diary. Diary is also a محاسبہ, introspection.</w:t>
      </w:r>
    </w:p>
    <w:p>
      <w:r>
        <w:rPr>
          <w:b/>
        </w:rPr>
        <w:t xml:space="preserve">[1:25:34] </w:t>
      </w:r>
      <w:r>
        <w:t>Diary is a way of introspection.</w:t>
      </w:r>
    </w:p>
    <w:p>
      <w:pPr>
        <w:jc w:val="right"/>
      </w:pPr>
      <w:r>
        <w:t>Diary is a way of introspection.</w:t>
      </w:r>
    </w:p>
    <w:p>
      <w:r>
        <w:rPr>
          <w:b/>
        </w:rPr>
        <w:t xml:space="preserve">[1:25:40] </w:t>
      </w:r>
      <w:r>
        <w:t>So the best way to self-correction is to accept the criticism, to welcome the criticism, like Umar ibn Khattab.</w:t>
      </w:r>
    </w:p>
    <w:p>
      <w:pPr>
        <w:jc w:val="right"/>
      </w:pPr>
      <w:r>
        <w:t>So the best way to self-correction is to accept the criticism, to welcome the criticism, like Umar ibn Khattab.</w:t>
      </w:r>
    </w:p>
    <w:p>
      <w:r>
        <w:rPr>
          <w:b/>
        </w:rPr>
        <w:t xml:space="preserve">[1:25:55] </w:t>
      </w:r>
      <w:r>
        <w:t>This question is from Dr. Anwar Jamal. Maulana, aap ne sachai ki talash mein likha hai ke kainat ki paidaish ka amal bees neel saal pehle shuru hua tha,</w:t>
      </w:r>
    </w:p>
    <w:p>
      <w:pPr>
        <w:jc w:val="right"/>
      </w:pPr>
      <w:r>
        <w:t>This question is from Dr. Anwar Jamal. مولانا، آپ نے سچائی کی تلاش میں لکھا ہے کہ کائنات کی پیدائش کا عمل بیس نیل سال پہلے شروع ہوا تھا،</w:t>
      </w:r>
    </w:p>
    <w:p>
      <w:r>
        <w:rPr>
          <w:b/>
        </w:rPr>
        <w:t xml:space="preserve">[1:26:09] </w:t>
      </w:r>
      <w:r>
        <w:t>jabke aaj apni galaxy ke diameter ko hi kai sau karod light years ka bataya hai. Kainat ki takhleeq ke amal ki shuruaat andazan kitni muddat pehle hui thi?</w:t>
      </w:r>
    </w:p>
    <w:p>
      <w:pPr>
        <w:jc w:val="right"/>
      </w:pPr>
      <w:r>
        <w:t>جبکہ آج اپنی گیلیکسی کے ڈائی میٹر کو ہی کئی سو کروڑ لائٹ ایئرز کا بتایا ہے۔ کائنات کی تخلیق کے عمل کی شروعات اندازاً کتنی مدت پہلے ہوئی تھی؟</w:t>
      </w:r>
    </w:p>
    <w:p>
      <w:r>
        <w:rPr>
          <w:b/>
        </w:rPr>
        <w:t xml:space="preserve">[1:26:23] </w:t>
      </w:r>
      <w:r>
        <w:t>Ab woh kitab jo hai, meri is se pehle ki hai, yani Hubble telescope se pehle ki hai. Usko mujhe revise karna hai. Yeh toh 1990 mein shuru hua hai, yeh yeh woh us se bohat pehle ki kitab hai.</w:t>
      </w:r>
    </w:p>
    <w:p>
      <w:pPr>
        <w:jc w:val="right"/>
      </w:pPr>
      <w:r>
        <w:t>اب وہ کتاب جو ہے، میری اس سے پہلے کی ہے، یعنی ہبل ٹیلیسکوپ سے پہلے کی ہے۔ اس کو مجھے ریوائز کرنا ہے۔ یہ تو 1990 میں شروع ہوا ہے، یہ یہ وہ اس سے بہت پہلے کی کتاب ہے۔</w:t>
      </w:r>
    </w:p>
    <w:p>
      <w:r>
        <w:rPr>
          <w:b/>
        </w:rPr>
        <w:t xml:space="preserve">[1:26:36] </w:t>
      </w:r>
      <w:r>
        <w:t>Toh usko mujhe revise karna hai. Pehle ki jo jo knowledge thi, us par kitab likhi thi maine. Ab jo knowledge aayi hai Hubble telescope ke paas, inshallah us par mujhe likhna hai, revise karna hai.</w:t>
      </w:r>
    </w:p>
    <w:p>
      <w:pPr>
        <w:jc w:val="right"/>
      </w:pPr>
      <w:r>
        <w:t>تو اس کو مجھے ریوائز کرنا ہے۔ پہلے کی جو جو نالج تھی، اس پر کتاب لکھی تھی میں نے۔ اب جو نالج آئی ہے ہبل ٹیلیسکوپ کے پاس، انشاءاللہ اس پر مجھے لکھنا ہے، ریوائز کرنا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