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Character of A Dayee January 29, 2014</w:t>
      </w:r>
    </w:p>
    <w:p>
      <w:r>
        <w:t>https://youtu.be/HiPTrIHGmTE</w:t>
      </w:r>
    </w:p>
    <w:p>
      <w:r>
        <w:rPr>
          <w:b/>
        </w:rPr>
        <w:t xml:space="preserve">[00:14] </w:t>
      </w:r>
      <w:r>
        <w:t>Surah Saad, ayat number 86. Qul ma asalukum alaihi min ajrin wa ma ana minal mutakallifeen. Kaho ke main is par tum se koi ajr nahi mangta,</w:t>
      </w:r>
    </w:p>
    <w:p>
      <w:pPr>
        <w:jc w:val="right"/>
      </w:pPr>
      <w:r>
        <w:t>سورہ صاد، آیت نمبر 86۔ قُلْ مَا أَسْأَلُكُمْ عَلَيْهِ مِنْ أَجْرٍ وَمَا أَنَا مِنَ الْمُتَكَلِّفِينَ کہو کہ میں اس پر تم سے کوئی اجر نہیں مانگتا،</w:t>
      </w:r>
    </w:p>
    <w:p>
      <w:r>
        <w:rPr>
          <w:b/>
        </w:rPr>
        <w:t xml:space="preserve">[00:31] </w:t>
      </w:r>
      <w:r>
        <w:t>aur na main takalluf karne walon mein se hoon. Maulana is ayat ki wazahat farmayein.</w:t>
      </w:r>
    </w:p>
    <w:p>
      <w:pPr>
        <w:jc w:val="right"/>
      </w:pPr>
      <w:r>
        <w:t>اور نہ میں تکلف کرنے والوں میں سے ہوں۔ مولانا اس آیت کی وضاحت فرمائیں۔</w:t>
      </w:r>
    </w:p>
    <w:p>
      <w:r>
        <w:rPr>
          <w:b/>
        </w:rPr>
        <w:t xml:space="preserve">[00:40] </w:t>
      </w:r>
      <w:r>
        <w:t>Bismillah hir rehman nir rahim.</w:t>
      </w:r>
    </w:p>
    <w:p>
      <w:pPr>
        <w:jc w:val="right"/>
      </w:pPr>
      <w:r>
        <w:t>بسم اللہ الرحمن الرحیم۔</w:t>
      </w:r>
    </w:p>
    <w:p>
      <w:r>
        <w:rPr>
          <w:b/>
        </w:rPr>
        <w:t xml:space="preserve">[00:47] </w:t>
      </w:r>
      <w:r>
        <w:t>Surah Saad ki yeh jo ayat hai</w:t>
      </w:r>
    </w:p>
    <w:p>
      <w:pPr>
        <w:jc w:val="right"/>
      </w:pPr>
      <w:r>
        <w:t>سورہ صاد کی یہ جو آیت ہے</w:t>
      </w:r>
    </w:p>
    <w:p>
      <w:r>
        <w:rPr>
          <w:b/>
        </w:rPr>
        <w:t xml:space="preserve">[00:53] </w:t>
      </w:r>
      <w:r>
        <w:t>Qul la asalukum alaihi min ajrin wa ma ana minal mutakallifeen</w:t>
      </w:r>
    </w:p>
    <w:p>
      <w:pPr>
        <w:jc w:val="right"/>
      </w:pPr>
      <w:r>
        <w:t>قُلْ لَا أَسْأَلُكُمْ عَلَيْهِ مِنْ أَجْرٍ وَمَا أَنَا مِنَ الْمُتَكَلِّفِينَ</w:t>
      </w:r>
    </w:p>
    <w:p>
      <w:r>
        <w:rPr>
          <w:b/>
        </w:rPr>
        <w:t xml:space="preserve">[01:03] </w:t>
      </w:r>
      <w:r>
        <w:t>isko maine bohat si tasweeron mein dekha, magar koi baat wazeh nahi hui. Phir ghor karte karte Allah taala ne iske mazmoon ko khola, ab main isi ko bayan karna chahta hoon.</w:t>
      </w:r>
    </w:p>
    <w:p>
      <w:pPr>
        <w:jc w:val="right"/>
      </w:pPr>
      <w:r>
        <w:t>اس کو میں نے بہت سی تصویروں میں دیکھا، مگر کوئی بات واضح نہیں ہوئی۔ پھر غور کرتے کرتے اللہ تعالیٰ نے اس کے مضمون کو کھولا، اب میں اسی کو بیان کرنا چاہتا ہوں۔</w:t>
      </w:r>
    </w:p>
    <w:p>
      <w:r>
        <w:rPr>
          <w:b/>
        </w:rPr>
        <w:t xml:space="preserve">[01:18] </w:t>
      </w:r>
      <w:r>
        <w:t>Dekhiye is ayat ka jo lafzi tarjuma hai woh toh yeh hai ke paighambar ki zuban se yeh baat hai ke kaho, yani apne mukhatebeen se kaho ke main tum se is kaam par koi ajr nahi chahta, ajr ka matlab wages,</w:t>
      </w:r>
    </w:p>
    <w:p>
      <w:pPr>
        <w:jc w:val="right"/>
      </w:pPr>
      <w:r>
        <w:t>دیکھئے اس آیت کا جو لفظی ترجمہ ہے وہ تو یہ ہے کہ پیغمبر کی زبان سے یہ بات ہے کہ کہو، یعنی اپنے مخاطبین سے کہو کہ میں تم سے اس کام پر کوئی اجر نہیں چاہتا، اجر کا مطلب wages،</w:t>
      </w:r>
    </w:p>
    <w:p>
      <w:r>
        <w:rPr>
          <w:b/>
        </w:rPr>
        <w:t xml:space="preserve">[01:41] </w:t>
      </w:r>
      <w:r>
        <w:t>is par koi ajr, koi wages nahi chahta, aur main koi mutakallif aadmi nahi hoon.</w:t>
      </w:r>
    </w:p>
    <w:p>
      <w:pPr>
        <w:jc w:val="right"/>
      </w:pPr>
      <w:r>
        <w:t>اس پر کوئی اجر، کوئی wages نہیں چاہتا، اور میں کوئی متکلف آدمی نہیں ہوں۔</w:t>
      </w:r>
    </w:p>
    <w:p>
      <w:r>
        <w:rPr>
          <w:b/>
        </w:rPr>
        <w:t xml:space="preserve">[01:53] </w:t>
      </w:r>
      <w:r>
        <w:t>is aayat ko is waqt aap samajh payenge jab aap</w:t>
      </w:r>
    </w:p>
    <w:p>
      <w:pPr>
        <w:jc w:val="right"/>
      </w:pPr>
      <w:r>
        <w:t>اس آیت کو اس وقت آپ سمجھ پائیں گے جب آپ</w:t>
      </w:r>
    </w:p>
    <w:p>
      <w:r>
        <w:rPr>
          <w:b/>
        </w:rPr>
        <w:t xml:space="preserve">[01:59] </w:t>
      </w:r>
      <w:r>
        <w:t>is ki gehrai mein utar kar use dekhen. asal mein yeh jo do hissa hai is aayat ka,</w:t>
      </w:r>
    </w:p>
    <w:p>
      <w:pPr>
        <w:jc w:val="right"/>
      </w:pPr>
      <w:r>
        <w:t>اس کی گہرائی میں اتر کر اسے دیکھیں۔ اصل میں یہ جو دو حصہ ہے اس آیت کا،</w:t>
      </w:r>
    </w:p>
    <w:p>
      <w:r>
        <w:rPr>
          <w:b/>
        </w:rPr>
        <w:t xml:space="preserve">[02:08] </w:t>
      </w:r>
      <w:r>
        <w:t>to ek hi haqeeqat ke do pehluon ko bayan kiya gaya hai. pehla tukda aur doosra tukda dono alag alag nahi hain, ek hi haqeeqat ke do pehlu hain.</w:t>
      </w:r>
    </w:p>
    <w:p>
      <w:pPr>
        <w:jc w:val="right"/>
      </w:pPr>
      <w:r>
        <w:t>تو ایک ہی حقیقت کے دو پہلوؤں کو بیان کیا گیا ہے۔ پہلا ٹکڑا اور دوسرا ٹکڑا دونوں الگ الگ نہیں ہیں، ایک ہی حقیقت کے دو پہلو ہیں۔</w:t>
      </w:r>
    </w:p>
    <w:p>
      <w:r>
        <w:rPr>
          <w:b/>
        </w:rPr>
        <w:t xml:space="preserve">[02:24] </w:t>
      </w:r>
      <w:r>
        <w:t>pehla jo hissa hai ke kaho ke main tum se koi ajr nahi chahta, to yeh batata hai ke yeh ek selfless person ka kaam hai.</w:t>
      </w:r>
    </w:p>
    <w:p>
      <w:pPr>
        <w:jc w:val="right"/>
      </w:pPr>
      <w:r>
        <w:t>پہلا جو حصہ ہے کہ کہو کہ میں تم سے کوئی اجر نہیں چاہتا، تو یہ بتاتا ہے کہ یہ ایک selfless person کا کام ہے۔</w:t>
      </w:r>
    </w:p>
    <w:p>
      <w:r>
        <w:rPr>
          <w:b/>
        </w:rPr>
        <w:t xml:space="preserve">[02:39] </w:t>
      </w:r>
      <w:r>
        <w:t>yani peghambar bata raha hai ke main tum se mujhe koi wages nahi lena hai, koi badla nahi lena hai, koi shohrat nahi lena hai tum se.</w:t>
      </w:r>
    </w:p>
    <w:p>
      <w:pPr>
        <w:jc w:val="right"/>
      </w:pPr>
      <w:r>
        <w:t>یعنی پیغمبر بتا رہا ہے کہ میں تم سے مجھے کوئی wages نہیں لینا ہے، کوئی بدلہ نہیں لینا ہے، کوئی شہرت نہیں لینا ہے تم سے۔</w:t>
      </w:r>
    </w:p>
    <w:p>
      <w:r>
        <w:rPr>
          <w:b/>
        </w:rPr>
        <w:t xml:space="preserve">[02:51] </w:t>
      </w:r>
      <w:r>
        <w:t>koi tumhari taraf se mujhe koi</w:t>
      </w:r>
    </w:p>
    <w:p>
      <w:pPr>
        <w:jc w:val="right"/>
      </w:pPr>
      <w:r>
        <w:t>کوئی تمہاری طرف سے مجھے کوئی</w:t>
      </w:r>
    </w:p>
    <w:p>
      <w:r>
        <w:rPr>
          <w:b/>
        </w:rPr>
        <w:t xml:space="preserve">[02:57] </w:t>
      </w:r>
      <w:r>
        <w:t>kisi cheez ki umeed nahi rakh raha hoon main, tum yeh mujhe doge, woh mujhe doge.</w:t>
      </w:r>
    </w:p>
    <w:p>
      <w:pPr>
        <w:jc w:val="right"/>
      </w:pPr>
      <w:r>
        <w:t>کسی چیز کی امید نہیں رکھ رہا ہوں میں، تم یہ مجھے دو گے، وہ مجھے دو گے۔</w:t>
      </w:r>
    </w:p>
    <w:p>
      <w:r>
        <w:rPr>
          <w:b/>
        </w:rPr>
        <w:t xml:space="preserve">[03:03] </w:t>
      </w:r>
      <w:r>
        <w:t>to ya pehle lafz mein yeh baat kahi gayi ke peghambar ka jo kaam hai woh</w:t>
      </w:r>
    </w:p>
    <w:p>
      <w:pPr>
        <w:jc w:val="right"/>
      </w:pPr>
      <w:r>
        <w:t>تو یا پہلے لفظ میں یہ بات کہی گئی کہ پیغمبر کا جو کام ہے وہ</w:t>
      </w:r>
    </w:p>
    <w:p>
      <w:r>
        <w:rPr>
          <w:b/>
        </w:rPr>
        <w:t xml:space="preserve">[03:17] </w:t>
      </w:r>
      <w:r>
        <w:t>is umeed mein nahi hai ke madu ki taraf se ya mukhateb ki taraf se is ko koi return milega. is maqsad se nahi hai.</w:t>
      </w:r>
    </w:p>
    <w:p>
      <w:pPr>
        <w:jc w:val="right"/>
      </w:pPr>
      <w:r>
        <w:t>اس امید میں نہیں ہے کہ مدعو کی طرف سے یا مخاطب کی طرف سے اس کو کوئی return ملے گا۔ اس مقصد سے نہیں ہے۔</w:t>
      </w:r>
    </w:p>
    <w:p>
      <w:r>
        <w:rPr>
          <w:b/>
        </w:rPr>
        <w:t xml:space="preserve">[03:29] </w:t>
      </w:r>
      <w:r>
        <w:t>doosra jo tukda hai woh isi hi ki wazahat hai, woh is se alag nahi hai. main mutakallif nahi hoon.</w:t>
      </w:r>
    </w:p>
    <w:p>
      <w:pPr>
        <w:jc w:val="right"/>
      </w:pPr>
      <w:r>
        <w:t>دوسرا جو ٹکڑا ہے وہ اسی ہی کی وضاحت ہے، وہ اس سے الگ نہیں ہے۔ میں متکلف نہیں ہوں۔</w:t>
      </w:r>
    </w:p>
    <w:p>
      <w:r>
        <w:rPr>
          <w:b/>
        </w:rPr>
        <w:t xml:space="preserve">[03:40] </w:t>
      </w:r>
      <w:r>
        <w:t>mutakallif ka matlab kya hai? lafzi maani hain tasannu karne wala. yani pretender, pretend karne wala,</w:t>
      </w:r>
    </w:p>
    <w:p>
      <w:pPr>
        <w:jc w:val="right"/>
      </w:pPr>
      <w:r>
        <w:t>متکلف کا مطلب کیا ہے؟ لفظی معنی ہیں تسنع کرنے والا۔ یعنی pretender، pretend کرنے والا،</w:t>
      </w:r>
    </w:p>
    <w:p>
      <w:r>
        <w:rPr>
          <w:b/>
        </w:rPr>
        <w:t xml:space="preserve">[03:54] </w:t>
      </w:r>
      <w:r>
        <w:t>tasannu karne wala.</w:t>
      </w:r>
    </w:p>
    <w:p>
      <w:pPr>
        <w:jc w:val="right"/>
      </w:pPr>
      <w:r>
        <w:t>تسنع کرنے والا۔</w:t>
      </w:r>
    </w:p>
    <w:p>
      <w:r>
        <w:rPr>
          <w:b/>
        </w:rPr>
        <w:t xml:space="preserve">[03:57] </w:t>
      </w:r>
      <w:r>
        <w:t>lekin in alfaaz ko aaj kal ke term mein badlen tab samajh mein aayega is ka matlab kya hai. aaj kal ke term mein hum badlen to is ka matlab yeh hoga ke main koi professional nahi hoon.</w:t>
      </w:r>
    </w:p>
    <w:p>
      <w:pPr>
        <w:jc w:val="right"/>
      </w:pPr>
      <w:r>
        <w:t>لیکن ان الفاظ کو آج کل کے term میں بدلیں تب سمجھ میں آئے گا اس کا مطلب کیا ہے۔ آج کل کے term میں ہم بدلیں تو اس کا مطلب یہ ہوگا کہ میں کوئی professional نہیں ہوں۔</w:t>
      </w:r>
    </w:p>
    <w:p>
      <w:r>
        <w:rPr>
          <w:b/>
        </w:rPr>
        <w:t xml:space="preserve">[04:13] </w:t>
      </w:r>
      <w:r>
        <w:t>yani sahi tarah lafz jo modern terminology mein is ke liye hai woh yeh hai ke main koi professional nahi hoon.</w:t>
      </w:r>
    </w:p>
    <w:p>
      <w:pPr>
        <w:jc w:val="right"/>
      </w:pPr>
      <w:r>
        <w:t>یعنی صحیح طرح لفظ جو modern terminology میں اس کے لیے ہے وہ یہ ہے کہ میں کوئی professional نہیں ہوں۔</w:t>
      </w:r>
    </w:p>
    <w:p>
      <w:r>
        <w:rPr>
          <w:b/>
        </w:rPr>
        <w:t xml:space="preserve">[04:24] </w:t>
      </w:r>
      <w:r>
        <w:t>dekhiye aadmi jo kuch karta hai to us ki do shakalain hoti hain. ek hai profession, ek hai mission. to profession ka maqsad hota hai kuch maal hasil karna, kuch faida hasil karna,</w:t>
      </w:r>
    </w:p>
    <w:p>
      <w:pPr>
        <w:jc w:val="right"/>
      </w:pPr>
      <w:r>
        <w:t>دیکھئے آدمی جو کچھ کرتا ہے تو اس کی دو شکلیں ہوتی ہیں۔ ایک ہے profession، ایک ہے mission۔ تو profession کا مقصد ہوتا ہے کچھ مال حاصل کرنا، کچھ فائدہ حاصل کرنا،</w:t>
      </w:r>
    </w:p>
    <w:p>
      <w:r>
        <w:rPr>
          <w:b/>
        </w:rPr>
        <w:t xml:space="preserve">[04:42] </w:t>
      </w:r>
      <w:r>
        <w:t>livelihood jis ko kehte hain is ko hasil karna. yani maashi maqsad ke liye hota hai profession.</w:t>
      </w:r>
    </w:p>
    <w:p>
      <w:pPr>
        <w:jc w:val="right"/>
      </w:pPr>
      <w:r>
        <w:t>livelihood جس کو کہتے ہیں اس کو حاصل کرنا۔ یعنی معاشی مقصد کے لیے ہوتا ہے profession۔</w:t>
      </w:r>
    </w:p>
    <w:p>
      <w:r>
        <w:rPr>
          <w:b/>
        </w:rPr>
        <w:t xml:space="preserve">[04:52] </w:t>
      </w:r>
      <w:r>
        <w:t>jo bhi aadmi kaam, jo bhi aadmi kisi kaam ko bator profession karta hai to us se woh koi maashi faida maqsood hota hai is ka.</w:t>
      </w:r>
    </w:p>
    <w:p>
      <w:pPr>
        <w:jc w:val="right"/>
      </w:pPr>
      <w:r>
        <w:t>جو بھی آدمی کام، جو بھی آدمی کسی کام کو بطور profession کرتا ہے تو اس سے وہ کوئی معاشی فائدہ مقصود ہوتا ہے اس کا۔</w:t>
      </w:r>
    </w:p>
    <w:p>
      <w:r>
        <w:rPr>
          <w:b/>
        </w:rPr>
        <w:t xml:space="preserve">[05:01] </w:t>
      </w:r>
      <w:r>
        <w:t>koi engineer hai, koi doctor hai, koi dukandar hai, koi expert hai kisi cheez ka, yeh sab profession hai.</w:t>
      </w:r>
    </w:p>
    <w:p>
      <w:pPr>
        <w:jc w:val="right"/>
      </w:pPr>
      <w:r>
        <w:t>کوئی انجینئر ہے، کوئی ڈاکٹر ہے، کوئی دکاندار ہے، کوئی expert ہے کسی چیز کا، یہ سب profession ہے۔</w:t>
      </w:r>
    </w:p>
    <w:p>
      <w:r>
        <w:rPr>
          <w:b/>
        </w:rPr>
        <w:t xml:space="preserve">[05:12] </w:t>
      </w:r>
      <w:r>
        <w:t>to har profession is liye hota hai ke market se is ko kuch mile. kuch eikhtisadi faida, kuch maashi faida.</w:t>
      </w:r>
    </w:p>
    <w:p>
      <w:pPr>
        <w:jc w:val="right"/>
      </w:pPr>
      <w:r>
        <w:t>تو ہر profession اس لیے ہوتا ہے کہ market سے اس کو کچھ ملے۔ کچھ اقتصادی فائدہ، کچھ معاشی فائدہ۔</w:t>
      </w:r>
    </w:p>
    <w:p>
      <w:r>
        <w:rPr>
          <w:b/>
        </w:rPr>
        <w:t xml:space="preserve">[05:24] </w:t>
      </w:r>
      <w:r>
        <w:t>taake woh apni livelihood ko poora kar sake. lekin mission ki nafsiyat doosri hoti hai. mission karta hai aadmi apne maqsad ke taur par.</w:t>
      </w:r>
    </w:p>
    <w:p>
      <w:pPr>
        <w:jc w:val="right"/>
      </w:pPr>
      <w:r>
        <w:t>تاکہ وہ اپنی livelihood کو پورا کر سکے۔ لیکن mission کی نفسیات دوسری ہوتی ہے۔ Mission کرتا ہے آدمی اپنے مقصد کے طور پر۔</w:t>
      </w:r>
    </w:p>
    <w:p>
      <w:r>
        <w:rPr>
          <w:b/>
        </w:rPr>
        <w:t xml:space="preserve">[05:34] </w:t>
      </w:r>
      <w:r>
        <w:t>mission ki spirit yeh hai ke ek aadmi ne socha zindagi kya hai, zindagi ka maqsad kya hai, insaan ki kamyabi ka raaz kya hai,</w:t>
      </w:r>
    </w:p>
    <w:p>
      <w:pPr>
        <w:jc w:val="right"/>
      </w:pPr>
      <w:r>
        <w:t>Mission کی spirit یہ ہے کہ ایک آدمی نے سوچا زندگی کیا ہے، زندگی کا مقصد کیا ہے، انسان کی کامیابی کا راز کیا ہے،</w:t>
      </w:r>
    </w:p>
    <w:p>
      <w:r>
        <w:rPr>
          <w:b/>
        </w:rPr>
        <w:t xml:space="preserve">[05:50] </w:t>
      </w:r>
      <w:r>
        <w:t>insaan kahan se aaya hai, kahan jaane wala hai, is sab ko kehte hain maqsad hayat. in cheezon par socha, socha, socha,</w:t>
      </w:r>
    </w:p>
    <w:p>
      <w:pPr>
        <w:jc w:val="right"/>
      </w:pPr>
      <w:r>
        <w:t>انسان کہاں سے آیا ہے، کہاں جانے والا ہے، اس سب کو کہتے ہیں مقصد حیات۔ ان چیزوں پر سوچا، سوچا، سوچا،</w:t>
      </w:r>
    </w:p>
    <w:p>
      <w:r>
        <w:rPr>
          <w:b/>
        </w:rPr>
        <w:t xml:space="preserve">[06:01] </w:t>
      </w:r>
      <w:r>
        <w:t>us ne peghambaron ke kalam ko padha, Allah ki kitab ko padha, phir us par khuli ek baat.</w:t>
      </w:r>
    </w:p>
    <w:p>
      <w:pPr>
        <w:jc w:val="right"/>
      </w:pPr>
      <w:r>
        <w:t>اس نے پیغمبروں کے کلام کو پڑھا، اللہ کی کتاب کو پڑھا، پھر اس پر کھلی ایک بات۔</w:t>
      </w:r>
    </w:p>
    <w:p>
      <w:r>
        <w:rPr>
          <w:b/>
        </w:rPr>
        <w:t xml:space="preserve">[06:10] </w:t>
      </w:r>
      <w:r>
        <w:t>ke yeh hai maqsad hayat, yeh hai insaan ki nijaat ka rasta, yeh hai insaan ke liye sirat e mustaqeem.</w:t>
      </w:r>
    </w:p>
    <w:p>
      <w:pPr>
        <w:jc w:val="right"/>
      </w:pPr>
      <w:r>
        <w:t>کہ یہ ہے مقصد حیات، یہ ہے انسان کی نجات کا راستہ، یہ ہے انسان کے لیے صراط مستقیم۔</w:t>
      </w:r>
    </w:p>
    <w:p>
      <w:r>
        <w:rPr>
          <w:b/>
        </w:rPr>
        <w:t xml:space="preserve">[06:20] </w:t>
      </w:r>
      <w:r>
        <w:t>phir is par woh khara ho gaya. logon ko batane ke liye woh khara ho gaya. to us ko kehte hain mission.</w:t>
      </w:r>
    </w:p>
    <w:p>
      <w:pPr>
        <w:jc w:val="right"/>
      </w:pPr>
      <w:r>
        <w:t>پھر اس پر وہ کھڑا ہو گیا۔ لوگوں کو بتانے کے لیے وہ کھڑا ہو گیا۔ تو اس کو کہتے ہیں mission۔</w:t>
      </w:r>
    </w:p>
    <w:p>
      <w:r>
        <w:rPr>
          <w:b/>
        </w:rPr>
        <w:t xml:space="preserve">[06:29] </w:t>
      </w:r>
      <w:r>
        <w:t>to jo aadmi bator mission koi kaam kare us se us ki koi duniyavi gharz nahi hoti hai. woh to sirf logon ko un ke apne maqsad ke liye, un ke apne zindagi ke faiday ke liye, yeh bata jis cheez ko samajhta hai ke logon ka faida is mein hai, us ko batane ke liye khara hua hua hai.</w:t>
      </w:r>
    </w:p>
    <w:p>
      <w:pPr>
        <w:jc w:val="right"/>
      </w:pPr>
      <w:r>
        <w:t>تو جو آدمی بطور mission کوئی کام کرے اس سے اس کی کوئی دنیاوی غرض نہیں ہوتی ہے۔ وہ تو صرف لوگوں کو ان کے اپنے مقصد کے لیے، ان کے اپنے زندگی کے فائدے کے لیے، یہ بتا جس چیز کو سمجھتا ہے کہ لوگوں کا فائدہ اس میں ہے، اس کو بتانے کے لیے کھڑا ہوا ہوا ہے۔</w:t>
      </w:r>
    </w:p>
    <w:p>
      <w:r>
        <w:rPr>
          <w:b/>
        </w:rPr>
        <w:t xml:space="preserve">[06:54] </w:t>
      </w:r>
      <w:r>
        <w:t>to ek hai profession, ek hai mission.</w:t>
      </w:r>
    </w:p>
    <w:p>
      <w:pPr>
        <w:jc w:val="right"/>
      </w:pPr>
      <w:r>
        <w:t>تو ایک ہے profession، ایک ہے mission۔</w:t>
      </w:r>
    </w:p>
    <w:p>
      <w:r>
        <w:rPr>
          <w:b/>
        </w:rPr>
        <w:t xml:space="preserve">[06:58] </w:t>
      </w:r>
      <w:r>
        <w:t>to is ayat ko agar hum lafz badal kar kahein to yeh hoga ke mein ne is kaam ko bator profession ikhtiyar nahi kiya hai.</w:t>
      </w:r>
    </w:p>
    <w:p>
      <w:pPr>
        <w:jc w:val="right"/>
      </w:pPr>
      <w:r>
        <w:t>تو اس آیت کو اگر ہم لفظ بدل کر کہیں تو یہ ہوگا کہ میں نے اس کام کو بطور profession اختیار نہیں کیا ہے۔</w:t>
      </w:r>
    </w:p>
    <w:p>
      <w:r>
        <w:rPr>
          <w:b/>
        </w:rPr>
        <w:t xml:space="preserve">[07:08] </w:t>
      </w:r>
      <w:r>
        <w:t>yeh meri zindagi ka mission hai.</w:t>
      </w:r>
    </w:p>
    <w:p>
      <w:pPr>
        <w:jc w:val="right"/>
      </w:pPr>
      <w:r>
        <w:t>یہ میری زندگی کا mission ہے۔</w:t>
      </w:r>
    </w:p>
    <w:p>
      <w:r>
        <w:rPr>
          <w:b/>
        </w:rPr>
        <w:t xml:space="preserve">[07:12] </w:t>
      </w:r>
      <w:r>
        <w:t>meri zindagi ka mission hai. kyun ke pretender, yani masnooi tor par karna ya pretend karna, yeh jo karta hai woh kaun karta hai?</w:t>
      </w:r>
    </w:p>
    <w:p>
      <w:pPr>
        <w:jc w:val="right"/>
      </w:pPr>
      <w:r>
        <w:t>میری زندگی کا mission ہے۔ کیوں کہ pretender، یعنی مصنوعی طور پر کرنا یا pretend کرنا، یہ جو کرتا ہے وہ کون کرتا ہے؟</w:t>
      </w:r>
    </w:p>
    <w:p>
      <w:r>
        <w:rPr>
          <w:b/>
        </w:rPr>
        <w:t xml:space="preserve">[07:24] </w:t>
      </w:r>
      <w:r>
        <w:t>woh</w:t>
      </w:r>
    </w:p>
    <w:p>
      <w:pPr>
        <w:jc w:val="right"/>
      </w:pPr>
      <w:r>
        <w:t>وہ</w:t>
      </w:r>
    </w:p>
    <w:p>
      <w:r>
        <w:rPr>
          <w:b/>
        </w:rPr>
        <w:t xml:space="preserve">[07:25] </w:t>
      </w:r>
      <w:r>
        <w:t>y to jo professional ho.</w:t>
      </w:r>
    </w:p>
    <w:p>
      <w:pPr>
        <w:jc w:val="right"/>
      </w:pPr>
      <w:r>
        <w:t>ی تو جو professional ہو۔</w:t>
      </w:r>
    </w:p>
    <w:p>
      <w:r>
        <w:rPr>
          <w:b/>
        </w:rPr>
        <w:t xml:space="preserve">[07:30] </w:t>
      </w:r>
      <w:r>
        <w:t>us ko professional kiya karta hai? woh market ko dekhta hai. market ko dekh kar ke woh tay karta hai ke falan kaam agar mein karoon to mujh ko mali faida hoga.</w:t>
      </w:r>
    </w:p>
    <w:p>
      <w:pPr>
        <w:jc w:val="right"/>
      </w:pPr>
      <w:r>
        <w:t>اس کو professional کیا کرتا ہے؟ وہ market کو دیکھتا ہے۔ Market کو دیکھ کر کے وہ طے کرتا ہے کہ فلاں کام اگر میں کروں تو مجھ کو مالی فائدہ ہوگا۔</w:t>
      </w:r>
    </w:p>
    <w:p>
      <w:r>
        <w:rPr>
          <w:b/>
        </w:rPr>
        <w:t xml:space="preserve">[07:43] </w:t>
      </w:r>
      <w:r>
        <w:t>to is kaam ki woh education leta hai, is mein woh expert banta hai, us ki technique seekhta hai. phir us ko ikhtiyar kar ke woh market mein baith jata hai.</w:t>
      </w:r>
    </w:p>
    <w:p>
      <w:pPr>
        <w:jc w:val="right"/>
      </w:pPr>
      <w:r>
        <w:t>تو اس کام کی وہ education لیتا ہے، اس میں وہ expert بنتا ہے، اس کی تکنیک سیکھتا ہے۔ پھر اس کو اختیار کر کے وہ market میں بیٹھ جاتا ہے۔</w:t>
      </w:r>
    </w:p>
    <w:p>
      <w:r>
        <w:rPr>
          <w:b/>
        </w:rPr>
        <w:t xml:space="preserve">[07:55] </w:t>
      </w:r>
      <w:r>
        <w:t>aur us ko mali faida milne lagta hai. yeh hai profession ka tareeqa. ab mission ka tareeqa doosra hai. mission ka tareeqa to zindagi ki ideology ko daryaft karne ke liye hota hai.</w:t>
      </w:r>
    </w:p>
    <w:p>
      <w:pPr>
        <w:jc w:val="right"/>
      </w:pPr>
      <w:r>
        <w:t>اور اس کو مالی فائدہ ملنے لگتا ہے۔ یہ ہے profession کا طریقہ۔ اب mission کا طریقہ دوسرا ہے۔ Mission کا طریقہ تو زندگی کی ideology کو دریافت کرنے کے لیے ہوتا ہے۔</w:t>
      </w:r>
    </w:p>
    <w:p>
      <w:r>
        <w:rPr>
          <w:b/>
        </w:rPr>
        <w:t xml:space="preserve">[08:09] </w:t>
      </w:r>
      <w:r>
        <w:t>zindagi ki sirat-e-mustaqeem paane ke liye hota hai. to prophet yeh keh raha hai, paighambar yeh keh raha hai apne mad'u se, apne mukhatebeen se ke tum mere muamle ko samjho.</w:t>
      </w:r>
    </w:p>
    <w:p>
      <w:pPr>
        <w:jc w:val="right"/>
      </w:pPr>
      <w:r>
        <w:t>زندگی کی صراط مستقیم پانے کے لیے ہوتا ہے۔ تو prophet یہ کہہ رہا ہے، پیغمبر یہ کہہ رہا ہے اپنے مدعو سے، اپنے مخاطبین سے کہ تم میرے معاملے کو سمجھو۔</w:t>
      </w:r>
    </w:p>
    <w:p>
      <w:r>
        <w:rPr>
          <w:b/>
        </w:rPr>
        <w:t xml:space="preserve">[08:26] </w:t>
      </w:r>
      <w:r>
        <w:t>mein koi mali faiday ke liye, leadership ke liye, kisi zaati maqsad ke liye nahi khara ho gaya hoon.</w:t>
      </w:r>
    </w:p>
    <w:p>
      <w:pPr>
        <w:jc w:val="right"/>
      </w:pPr>
      <w:r>
        <w:t>میں کوئی مالی فائدے کے لیے، leadership کے لیے، کسی ذاتی مقصد کے لیے نہیں کھڑا ہو گیا ہوں۔</w:t>
      </w:r>
    </w:p>
    <w:p>
      <w:r>
        <w:rPr>
          <w:b/>
        </w:rPr>
        <w:t xml:space="preserve">[08:37] </w:t>
      </w:r>
      <w:r>
        <w:t>to isi ko kaha gaya hai ke in lafzon mein ke mein koi ajr nahi chahta, yani mein professional nahi hoon. mujh ko tum professional samajh kar mat mere rabrah phere le.</w:t>
      </w:r>
    </w:p>
    <w:p>
      <w:pPr>
        <w:jc w:val="right"/>
      </w:pPr>
      <w:r>
        <w:t>تو اسی کو کہا گیا ہے کہ ان لفظوں میں کہ میں کوئی اجر نہیں چاہتا، یعنی میں professional نہیں ہوں۔ مجھ کو تم professional سمجھ کر مت میرے رابراہو پھیرے لے۔</w:t>
      </w:r>
    </w:p>
    <w:p>
      <w:r>
        <w:rPr>
          <w:b/>
        </w:rPr>
        <w:t xml:space="preserve">[08:51] </w:t>
      </w:r>
      <w:r>
        <w:t>mera to yeh mission hai.</w:t>
      </w:r>
    </w:p>
    <w:p>
      <w:pPr>
        <w:jc w:val="right"/>
      </w:pPr>
      <w:r>
        <w:t>میرا تو یہ mission ہے۔</w:t>
      </w:r>
    </w:p>
    <w:p>
      <w:r>
        <w:rPr>
          <w:b/>
        </w:rPr>
        <w:t xml:space="preserve">[08:57] </w:t>
      </w:r>
      <w:r>
        <w:t>bator mission mein tumhare darmiyan</w:t>
      </w:r>
    </w:p>
    <w:p>
      <w:pPr>
        <w:jc w:val="right"/>
      </w:pPr>
      <w:r>
        <w:t>بطور mission میں تمہارے درمیان</w:t>
      </w:r>
    </w:p>
    <w:p>
      <w:r>
        <w:rPr>
          <w:b/>
        </w:rPr>
        <w:t xml:space="preserve">[08:59] </w:t>
      </w:r>
      <w:r>
        <w:t>kaam kar raha hoon. yeh khudai mission hai, yeh insani mission hai, yeh maqsad-e-hayat ka mission hai, yeh insaan ki nijat kis mein hai is ko batane ka mission hai.</w:t>
      </w:r>
    </w:p>
    <w:p>
      <w:pPr>
        <w:jc w:val="right"/>
      </w:pPr>
      <w:r>
        <w:t>کام کر رہا ہوں۔ یہ خدائی mission ہے، یہ انسانی mission ہے، یہ مقصد حیات کا mission ہے، یہ انسان کی نجات کس میں ہے اس کو بتانے کا mission ہے۔</w:t>
      </w:r>
    </w:p>
    <w:p>
      <w:r>
        <w:rPr>
          <w:b/>
        </w:rPr>
        <w:t xml:space="preserve">[09:16] </w:t>
      </w:r>
      <w:r>
        <w:t>yeh hai matlab is ka. to yeh sirf ek paighambar ki baat nahi hai. paighambar dekhiye model hota hai baad ke logon ke liye jo da'i ka kaam karein.</w:t>
      </w:r>
    </w:p>
    <w:p>
      <w:pPr>
        <w:jc w:val="right"/>
      </w:pPr>
      <w:r>
        <w:t>یہ ہے مطلب اس کا۔ تو یہ صرف ایک پیغمبر کی بات نہیں ہے۔ پیغمبر دیکھئے model ہوتا ہے بعد کے لوگوں کے لیے جو داعی کا کام کریں۔</w:t>
      </w:r>
    </w:p>
    <w:p>
      <w:r>
        <w:rPr>
          <w:b/>
        </w:rPr>
        <w:t xml:space="preserve">[09:29] </w:t>
      </w:r>
      <w:r>
        <w:t>paighambar bhi ek da'i hota hai. da'in ila allahi bi iznihi wa siradan muneera to paighambar bhi ek da'i hota hai.</w:t>
      </w:r>
    </w:p>
    <w:p>
      <w:pPr>
        <w:jc w:val="right"/>
      </w:pPr>
      <w:r>
        <w:t>پیغمبر بھی ایک داعی ہوتا ہے۔ دَاعٍ إِلَى اللَّهِ بِإِذْنِهِ وَصِرَادًا مُنِيرًا تو پیغمبر بھی ایک داعی ہوتا ہے۔</w:t>
      </w:r>
    </w:p>
    <w:p>
      <w:r>
        <w:rPr>
          <w:b/>
        </w:rPr>
        <w:t xml:space="preserve">[09:40] </w:t>
      </w:r>
      <w:r>
        <w:t>to paighambar ke baad jo log dawat ka kaam karein, jo da'i ka role ada karne ke liye khare hon, un ke liye bhi yahi hai.</w:t>
      </w:r>
    </w:p>
    <w:p>
      <w:pPr>
        <w:jc w:val="right"/>
      </w:pPr>
      <w:r>
        <w:t>تو پیغمبر کے بعد جو لوگ دعوت کا کام کریں، جو داعی کا رول ادا کرنے کے لیے کھڑے ہوں، ان کے لیے بھی یہی ہے۔</w:t>
      </w:r>
    </w:p>
    <w:p>
      <w:r>
        <w:rPr>
          <w:b/>
        </w:rPr>
        <w:t xml:space="preserve">[09:53] </w:t>
      </w:r>
      <w:r>
        <w:t>un ka bhi yahi hona chahiye tareeqa.</w:t>
      </w:r>
    </w:p>
    <w:p>
      <w:pPr>
        <w:jc w:val="right"/>
      </w:pPr>
      <w:r>
        <w:t>ان کا بھی یہی ہونا چاہیے طریقہ۔</w:t>
      </w:r>
    </w:p>
    <w:p>
      <w:r>
        <w:rPr>
          <w:b/>
        </w:rPr>
        <w:t xml:space="preserve">[09:57] </w:t>
      </w:r>
      <w:r>
        <w:t>har da'i ka har ka yahi mizaj hona chahiye, yeh soch honi chahiye.</w:t>
      </w:r>
    </w:p>
    <w:p>
      <w:pPr>
        <w:jc w:val="right"/>
      </w:pPr>
      <w:r>
        <w:t>ہر داعی کا ہر کا یہی مزاج ہونا چاہیے، یہ سوچ ہونی چاہیے۔</w:t>
      </w:r>
    </w:p>
    <w:p>
      <w:r>
        <w:rPr>
          <w:b/>
        </w:rPr>
        <w:t xml:space="preserve">[10:07] </w:t>
      </w:r>
      <w:r>
        <w:t>yeh us ki zindagi ka tareeqa hona chahiye ke woh profession ko mission mein na milaye.</w:t>
      </w:r>
    </w:p>
    <w:p>
      <w:pPr>
        <w:jc w:val="right"/>
      </w:pPr>
      <w:r>
        <w:t>یہ اس کی زندگی کا طریقہ ہونا چاہیے کہ وہ profession کو mission میں نہ ملائے۔</w:t>
      </w:r>
    </w:p>
    <w:p>
      <w:r>
        <w:rPr>
          <w:b/>
        </w:rPr>
        <w:t xml:space="preserve">[10:17] </w:t>
      </w:r>
      <w:r>
        <w:t>profession agar us ko kuch hasil karna hai, mali maqsad us ka kahe ghar chalane ke liye, apna kharch chalane ke liye to woh alag cheez hai.</w:t>
      </w:r>
    </w:p>
    <w:p>
      <w:pPr>
        <w:jc w:val="right"/>
      </w:pPr>
      <w:r>
        <w:t>Profession اگر اس کو کچھ حاصل کرنا ہے، مالی مقصد اس کا کہے گھر چلانے کے لیے، اپنا خرچ چلانے کے لیے تو وہ الگ چیز ہے۔</w:t>
      </w:r>
    </w:p>
    <w:p>
      <w:r>
        <w:rPr>
          <w:b/>
        </w:rPr>
        <w:t xml:space="preserve">[10:30] </w:t>
      </w:r>
      <w:r>
        <w:t>sadah tor par aap kuch kar sakte hain. apni sadah zarooraton ko poora karne ke liye aap kuch kar sakte hain. woh ek alag cheez hai. jaise kai paighambar the jo koi na koi kaam bhi karte the apni</w:t>
      </w:r>
    </w:p>
    <w:p>
      <w:pPr>
        <w:jc w:val="right"/>
      </w:pPr>
      <w:r>
        <w:t>سادہ طور پر آپ کچھ کر سکتے ہیں۔ اپنی سادہ ضرورتوں کو پورا کرنے کے لیے آپ کچھ کر سکتے ہیں۔ وہ ایک الگ چیز ہے۔ جیسے کئی پیغمبر تھے جو کوئی نہ کوئی کام بھی کرتے تھے اپنی</w:t>
      </w:r>
    </w:p>
    <w:p>
      <w:r>
        <w:rPr>
          <w:b/>
        </w:rPr>
        <w:t xml:space="preserve">[10:47] </w:t>
      </w:r>
      <w:r>
        <w:t>zindagi ki zarooriyat poori karne ke liye, woh alag cheez hota tha. to profession ko urdu mein kehte hain pesha.</w:t>
      </w:r>
    </w:p>
    <w:p>
      <w:pPr>
        <w:jc w:val="right"/>
      </w:pPr>
      <w:r>
        <w:t>زندگی کی ضروریات پوری کرنے کے لیے، وہ الگ چیز ہوتا تھا۔ تو profession کو اردو میں کہتے ہیں پیشہ۔</w:t>
      </w:r>
    </w:p>
    <w:p>
      <w:r>
        <w:rPr>
          <w:b/>
        </w:rPr>
        <w:t xml:space="preserve">[10:57] </w:t>
      </w:r>
      <w:r>
        <w:t>jis cheez ko hum profession kehte hain angrezi mein usi ka naam urdu mein pesha hai. yaani yeh mera koi pesha nahi hai. ek kamai ka maqsad is se nahi hai mera.</w:t>
      </w:r>
    </w:p>
    <w:p>
      <w:pPr>
        <w:jc w:val="right"/>
      </w:pPr>
      <w:r>
        <w:t>جس چیز کو ہم profession کہتے ہیں انگریزی میں اسی کا نام اردو میں پیشہ ہے۔ یعنی یہ میرا کوئی پیشہ نہیں ہے۔ ایک کمائی کا مقصد اس سے نہیں ہے میرا۔</w:t>
      </w:r>
    </w:p>
    <w:p>
      <w:r>
        <w:rPr>
          <w:b/>
        </w:rPr>
        <w:t xml:space="preserve">[11:10] </w:t>
      </w:r>
      <w:r>
        <w:t>maali zarooraton ko poora karne ke liye maine aisa nahi kiya maine. Pottery to profession hoti hai.</w:t>
      </w:r>
    </w:p>
    <w:p>
      <w:pPr>
        <w:jc w:val="right"/>
      </w:pPr>
      <w:r>
        <w:t>مالی ضرورتوں کو پورا کرنے کے لیے میں نے ایسا نہیں کیا میں نے۔ Pottery تو profession ہوتی ہے۔</w:t>
      </w:r>
    </w:p>
    <w:p>
      <w:r>
        <w:rPr>
          <w:b/>
        </w:rPr>
        <w:t xml:space="preserve">[11:16] </w:t>
      </w:r>
      <w:r>
        <w:t>kuch log paisa kamane ke liye koi hunar seekhte hain. engineer ya doctor bante hain. Politician bhi ek profession hota hai.</w:t>
      </w:r>
    </w:p>
    <w:p>
      <w:pPr>
        <w:jc w:val="right"/>
      </w:pPr>
      <w:r>
        <w:t>کچھ لوگ پیسہ کمانے کے لیے کوئی ہنر سیکھتے ہیں۔ انجینئر یا ڈاکٹر بنتے ہیں۔ Politician بھی ایک profession ہوتا ہے۔</w:t>
      </w:r>
    </w:p>
    <w:p>
      <w:r>
        <w:rPr>
          <w:b/>
        </w:rPr>
        <w:t xml:space="preserve">[11:30] </w:t>
      </w:r>
      <w:r>
        <w:t>Politician professional hota hai. jis tarah doosre log kisi aur cheez ko apna profession banate</w:t>
      </w:r>
    </w:p>
    <w:p>
      <w:pPr>
        <w:jc w:val="right"/>
      </w:pPr>
      <w:r>
        <w:t>Politician professional ہوتا ہے۔ جس طرح دوسرے لوگ کسی اور چیز کو اپنا profession بناتے</w:t>
      </w:r>
    </w:p>
    <w:p>
      <w:r>
        <w:rPr>
          <w:b/>
        </w:rPr>
        <w:t xml:space="preserve">[11:38] </w:t>
      </w:r>
      <w:r>
        <w:t>hain, aise hi politician politician ko apna profession banata hai. to politician aur leadership bhi ek profession hai. lekin mission mukammal taur par is se alag cheez hai.</w:t>
      </w:r>
    </w:p>
    <w:p>
      <w:pPr>
        <w:jc w:val="right"/>
      </w:pPr>
      <w:r>
        <w:t>ہیں، ایسے ہی politician politician کو اپنا profession بناتا ہے۔ تو politician اور leadership بھی ایک profession ہے۔ لیکن mission مکمل طور پر اس سے الگ چیز ہے۔</w:t>
      </w:r>
    </w:p>
    <w:p>
      <w:r>
        <w:rPr>
          <w:b/>
        </w:rPr>
        <w:t xml:space="preserve">[11:50] </w:t>
      </w:r>
      <w:r>
        <w:t>Mission jo hai uska talluq apni zaat se bhi hai, doosron se bhi hai.</w:t>
      </w:r>
    </w:p>
    <w:p>
      <w:pPr>
        <w:jc w:val="right"/>
      </w:pPr>
      <w:r>
        <w:t>Mission جو ہے اس کا تعلق اپنی ذات سے بھی ہے، دوسروں سے بھی ہے۔</w:t>
      </w:r>
    </w:p>
    <w:p>
      <w:r>
        <w:rPr>
          <w:b/>
        </w:rPr>
        <w:t xml:space="preserve">[11:58] </w:t>
      </w:r>
      <w:r>
        <w:t>yaani daai jis cheez ko khud apne liye samajhta hai ki isi mein nijaat hai, isi mein meri falah hai, isi mein meri dunya aur aakhirat ki kamyabi hai, khud apne liye, isi ko woh doosron ko batata hai.</w:t>
      </w:r>
    </w:p>
    <w:p>
      <w:pPr>
        <w:jc w:val="right"/>
      </w:pPr>
      <w:r>
        <w:t>یعنی داعی جس چیز کو خود اپنے لیے سمجھتا ہے کہ اسی میں نجات ہے، اسی میں میری فلاح ہے، اسی میں میری دنیا اور آخرت کی کامیابی ہے، خود اپنے لیے، اسی کو وہ دوسروں کو بتاتا ہے۔</w:t>
      </w:r>
    </w:p>
    <w:p>
      <w:r>
        <w:rPr>
          <w:b/>
        </w:rPr>
        <w:t xml:space="preserve">[12:22] </w:t>
      </w:r>
      <w:r>
        <w:t>isi ko woh doosron ko batata hai.</w:t>
      </w:r>
    </w:p>
    <w:p>
      <w:pPr>
        <w:jc w:val="right"/>
      </w:pPr>
      <w:r>
        <w:t>اسی کو وہ دوسروں کو بتاتا ہے۔</w:t>
      </w:r>
    </w:p>
    <w:p>
      <w:r>
        <w:rPr>
          <w:b/>
        </w:rPr>
        <w:t xml:space="preserve">[12:25] </w:t>
      </w:r>
      <w:r>
        <w:t>to yeh bohat hi ahim baat hai jis ko har daai ko jaanna chahiye.</w:t>
      </w:r>
    </w:p>
    <w:p>
      <w:pPr>
        <w:jc w:val="right"/>
      </w:pPr>
      <w:r>
        <w:t>تو یہ بہت ہی اہم بات ہے جس کو ہر داعی کو جاننا چاہیے۔</w:t>
      </w:r>
    </w:p>
    <w:p>
      <w:r>
        <w:rPr>
          <w:b/>
        </w:rPr>
        <w:t xml:space="preserve">[12:35] </w:t>
      </w:r>
      <w:r>
        <w:t>aur is mein yeh baat bhi hai ki dawat ke kaam mein adna darje mein bhi yeh baat nahi honi chahiye ki fareeqe saani samjhe ki hum kuch is se lena chahte hain.</w:t>
      </w:r>
    </w:p>
    <w:p>
      <w:pPr>
        <w:jc w:val="right"/>
      </w:pPr>
      <w:r>
        <w:t>اور اس میں یہ بات بھی ہے کہ دعوت کے کام میں ادنیٰ درجے میں بھی یہ بات نہیں ہونی چاہیے کہ فریق ثانی سمجھے کہ ہم کچھ اس سے لینا چاہتے ہیں۔</w:t>
      </w:r>
    </w:p>
    <w:p>
      <w:r>
        <w:rPr>
          <w:b/>
        </w:rPr>
        <w:t xml:space="preserve">[12:49] </w:t>
      </w:r>
      <w:r>
        <w:t>la asalakum alaihi bin al-ajr ka mahaul bane.</w:t>
      </w:r>
    </w:p>
    <w:p>
      <w:pPr>
        <w:jc w:val="right"/>
      </w:pPr>
      <w:r>
        <w:t>لَا عَسَلَكُمْ عَلَيْهِ بِنَ الْعِجْرِ کا ماحول بنے۔</w:t>
      </w:r>
    </w:p>
    <w:p>
      <w:r>
        <w:rPr>
          <w:b/>
        </w:rPr>
        <w:t xml:space="preserve">[12:53] </w:t>
      </w:r>
      <w:r>
        <w:t>ki aap chahte hain is se koi stage dein, log aap ko, log aap ko leader banayein, log aap ko donation dein, log aap ko taawun karein.</w:t>
      </w:r>
    </w:p>
    <w:p>
      <w:pPr>
        <w:jc w:val="right"/>
      </w:pPr>
      <w:r>
        <w:t>کہ آپ چاہتے ہیں اس سے کوئی stage دیں، لوگ آپ کو، لوگ آپ کو leader بنائیں، لوگ آپ کو donation دیں، لوگ آپ کو تعاون کریں۔</w:t>
      </w:r>
    </w:p>
    <w:p>
      <w:r>
        <w:rPr>
          <w:b/>
        </w:rPr>
        <w:t xml:space="preserve">[13:05] </w:t>
      </w:r>
      <w:r>
        <w:t>is qism ka koi jazba adna darje mein bhi nahi hona chahiye. daai ka saara inhisaar Allah par hota hai.</w:t>
      </w:r>
    </w:p>
    <w:p>
      <w:pPr>
        <w:jc w:val="right"/>
      </w:pPr>
      <w:r>
        <w:t>اس قسم کا کوئی جذبہ ادنیٰ درجے میں بھی نہیں ہونا چاہیے۔ داعی کا سارا انحصار اللہ پر ہوتا ہے۔</w:t>
      </w:r>
    </w:p>
    <w:p>
      <w:r>
        <w:rPr>
          <w:b/>
        </w:rPr>
        <w:t xml:space="preserve">[13:14] </w:t>
      </w:r>
      <w:r>
        <w:t>insaan se nahi. agar aap logon se yeh chahein ki woh aap ko donation dein, woh aap ko stage dein, woh aap ko apna leader manein, woh aap ke liye bheed ikhatta karein,</w:t>
      </w:r>
    </w:p>
    <w:p>
      <w:pPr>
        <w:jc w:val="right"/>
      </w:pPr>
      <w:r>
        <w:t>انسان سے نہیں۔ اگر آپ لوگوں سے یہ چاہیں کہ وہ آپ کو donation دیں، وہ آپ کو stage دیں، وہ آپ کو اپنا leader مانیں، وہ آپ کے لیے بھیڑ اکٹھا کریں،</w:t>
      </w:r>
    </w:p>
    <w:p>
      <w:r>
        <w:rPr>
          <w:b/>
        </w:rPr>
        <w:t xml:space="preserve">[13:30] </w:t>
      </w:r>
      <w:r>
        <w:t>woh aap ki popularity mein izafa karein, un sab cheezon ko agar aap chahein to aap daai nahi hain.</w:t>
      </w:r>
    </w:p>
    <w:p>
      <w:pPr>
        <w:jc w:val="right"/>
      </w:pPr>
      <w:r>
        <w:t>وہ آپ کی popularity میں اضافہ کریں، ان سب چیزوں کو اگر آپ چاہیں تو آپ داعی نہیں ہیں۔</w:t>
      </w:r>
    </w:p>
    <w:p>
      <w:r>
        <w:rPr>
          <w:b/>
        </w:rPr>
        <w:t xml:space="preserve">[13:38] </w:t>
      </w:r>
      <w:r>
        <w:t>phir aap jo kaam kar rahe hain woh profession ki nawiyat ka hai, woh pesha hai, woh dawat nahi hai. dawat ke kaam mein ya mission ke kaam mein, dawat ek mission hai.</w:t>
      </w:r>
    </w:p>
    <w:p>
      <w:pPr>
        <w:jc w:val="right"/>
      </w:pPr>
      <w:r>
        <w:t>پھر آپ جو کام کر رہے ہیں وہ profession کی نوعیت کا ہے، وہ پیشہ ہے، وہ دعوت نہیں ہے۔ دعوت کے کام میں یا mission کے کام میں، دعوت ایک mission ہے۔</w:t>
      </w:r>
    </w:p>
    <w:p>
      <w:r>
        <w:rPr>
          <w:b/>
        </w:rPr>
        <w:t xml:space="preserve">[13:53] </w:t>
      </w:r>
      <w:r>
        <w:t>dawat koi pesha nahi hai.</w:t>
      </w:r>
    </w:p>
    <w:p>
      <w:pPr>
        <w:jc w:val="right"/>
      </w:pPr>
      <w:r>
        <w:t>دعوت کوئی پیشہ نہیں ہے۔</w:t>
      </w:r>
    </w:p>
    <w:p>
      <w:r>
        <w:rPr>
          <w:b/>
        </w:rPr>
        <w:t xml:space="preserve">[13:58] </w:t>
      </w:r>
      <w:r>
        <w:t>dawat-e-Allah jo hai woh koi profession nahi hai, woh mission hai.</w:t>
      </w:r>
    </w:p>
    <w:p>
      <w:pPr>
        <w:jc w:val="right"/>
      </w:pPr>
      <w:r>
        <w:t>دعوتِ اللہ جو ہے وہ کوئی profession نہیں ہے، وہ mission ہے۔</w:t>
      </w:r>
    </w:p>
    <w:p>
      <w:r>
        <w:rPr>
          <w:b/>
        </w:rPr>
        <w:t xml:space="preserve">[14:04] </w:t>
      </w:r>
      <w:r>
        <w:t>is liye daai ke liye lazmi taur par zaroori hai ki woh is qism ka jazba bilkul is ke dil mein na ho. ki logon se is ko kuch mile.</w:t>
      </w:r>
    </w:p>
    <w:p>
      <w:pPr>
        <w:jc w:val="right"/>
      </w:pPr>
      <w:r>
        <w:t>اس لیے داعی کے لیے لازمی طور پر ضروری ہے کہ وہ اس قسم کا جذبہ بالکل اس کے دل میں نہ ہو۔ کہ لوگوں سے اس کو کچھ ملے۔</w:t>
      </w:r>
    </w:p>
    <w:p>
      <w:r>
        <w:rPr>
          <w:b/>
        </w:rPr>
        <w:t xml:space="preserve">[14:16] </w:t>
      </w:r>
      <w:r>
        <w:t>siyasi faida, maali faida, shohrat ka faida, stage ka faida, koi bhi faida is ke dil mein bilkul na ho.</w:t>
      </w:r>
    </w:p>
    <w:p>
      <w:pPr>
        <w:jc w:val="right"/>
      </w:pPr>
      <w:r>
        <w:t>سیاسی فائدہ، مالی فائدہ، شہرت کا فائدہ، stage کا فائدہ، کوئی بھی فائدہ اس کے دل میں بالکل نہ ہو۔</w:t>
      </w:r>
    </w:p>
    <w:p>
      <w:r>
        <w:rPr>
          <w:b/>
        </w:rPr>
        <w:t xml:space="preserve">[14:31] </w:t>
      </w:r>
      <w:r>
        <w:t>bas woh Allah se umeed rakhe. yaani Allah insaanon ko raghib karega, insaan is ko kuch is ki madad kar sakte hain.</w:t>
      </w:r>
    </w:p>
    <w:p>
      <w:pPr>
        <w:jc w:val="right"/>
      </w:pPr>
      <w:r>
        <w:t>بس وہ اللہ سے امید رکھے۔ یعنی اللہ انسانوں کو راغب کرے گا، انسان اس کو کچھ اس کی مدد کر سکتے ہیں۔</w:t>
      </w:r>
    </w:p>
    <w:p>
      <w:r>
        <w:rPr>
          <w:b/>
        </w:rPr>
        <w:t xml:space="preserve">[14:41] </w:t>
      </w:r>
      <w:r>
        <w:t>lekin khud daai ka jazba yeh hona chahiye ki use sirf Allah se lena hai. insaan se use umeed rakhni hi nahi hai.</w:t>
      </w:r>
    </w:p>
    <w:p>
      <w:pPr>
        <w:jc w:val="right"/>
      </w:pPr>
      <w:r>
        <w:t>لیکن خود داعی کا جذبہ یہ ہونا چاہیے کہ اسے صرف اللہ سے لینا ہے۔ انسان سے اسے امید رکھنی ہی نہیں ہے۔</w:t>
      </w:r>
    </w:p>
    <w:p>
      <w:r>
        <w:rPr>
          <w:b/>
        </w:rPr>
        <w:t xml:space="preserve">[14:52] </w:t>
      </w:r>
      <w:r>
        <w:t>agar insaan is ke mission mein hissa lene ke liye, is ke mission mein hissa daar banne ke liye, is ke mission mein shamil ho kar Allah ki raza paane ke liye koi nusrat karein is ki, koi madad karein is ki to woh alag cheez hai.</w:t>
      </w:r>
    </w:p>
    <w:p>
      <w:pPr>
        <w:jc w:val="right"/>
      </w:pPr>
      <w:r>
        <w:t>اگر انسان اس کے mission میں حصہ لینے کے لیے، اس کے mission میں حصہ دار بننے کے لیے، اس کے mission میں شامل ہو کر اللہ کی رضا پانے کے لیے کوئی نصرت کریں اس کی، کوئی مدد کریں اس کی تو وہ الگ چیز ہے۔</w:t>
      </w:r>
    </w:p>
    <w:p>
      <w:r>
        <w:rPr>
          <w:b/>
        </w:rPr>
        <w:t xml:space="preserve">[15:12] </w:t>
      </w:r>
      <w:r>
        <w:t>yaani log agar daai ki madad karein apne jazbe ke tehat to woh alag cheez hai. woh durust hai.</w:t>
      </w:r>
    </w:p>
    <w:p>
      <w:pPr>
        <w:jc w:val="right"/>
      </w:pPr>
      <w:r>
        <w:t>یعنی لوگ اگر داعی کی مدد کریں اپنے جذبے کے تحت تو وہ الگ چیز ہے۔ وہ درست ہے۔</w:t>
      </w:r>
    </w:p>
    <w:p>
      <w:r>
        <w:rPr>
          <w:b/>
        </w:rPr>
        <w:t xml:space="preserve">[15:22] </w:t>
      </w:r>
      <w:r>
        <w:t>lekin daai ki niyat, daai ki apni khwahish hargiz hargiz yeh nahi honi chahiye ke woh logon ki taraf se is ko koi return milay.</w:t>
      </w:r>
    </w:p>
    <w:p>
      <w:pPr>
        <w:jc w:val="right"/>
      </w:pPr>
      <w:r>
        <w:t>لیکن داعی کی نیت، داعی کی اپنی خواہش ہرگز ہرگز یہ نہیں ہونی چاہیے کہ وہ لوگوں کی طرف سے اس کو کوئی return ملے۔</w:t>
      </w:r>
    </w:p>
    <w:p>
      <w:r>
        <w:rPr>
          <w:b/>
        </w:rPr>
        <w:t xml:space="preserve">[15:33] </w:t>
      </w:r>
      <w:r>
        <w:t>daai ko khud nahi chahna chahiye ke usay logon ki taraf se koi return milay. agar aisa ho to woh aadmi daai nahi hai.</w:t>
      </w:r>
    </w:p>
    <w:p>
      <w:pPr>
        <w:jc w:val="right"/>
      </w:pPr>
      <w:r>
        <w:t>داعی کو خود نہیں چاہنا چاہیے کہ اسے لوگوں کی طرف سے کوئی return ملے۔ اگر ایسا ہو تو وہ آدمی داعی نہیں ہے۔</w:t>
      </w:r>
    </w:p>
    <w:p>
      <w:r>
        <w:rPr>
          <w:b/>
        </w:rPr>
        <w:t xml:space="preserve">[15:42] </w:t>
      </w:r>
      <w:r>
        <w:t>woh woh maani mission nahi hai balkay woh maani profession hai.</w:t>
      </w:r>
    </w:p>
    <w:p>
      <w:pPr>
        <w:jc w:val="right"/>
      </w:pPr>
      <w:r>
        <w:t>وہ وہ معنی mission نہیں ہے بلکہ وہ معنی profession ہے۔</w:t>
      </w:r>
    </w:p>
    <w:p>
      <w:r>
        <w:rPr>
          <w:b/>
        </w:rPr>
        <w:t xml:space="preserve">[15:50] </w:t>
      </w:r>
      <w:r>
        <w:t>daai ko mukammal maano mein maani mission hona chahiye. adna darjay mein bhi is ko maani profession nahi hona chahiye.</w:t>
      </w:r>
    </w:p>
    <w:p>
      <w:pPr>
        <w:jc w:val="right"/>
      </w:pPr>
      <w:r>
        <w:t>داعی کو مکمل معنوں میں معنی mission ہونا چاہیے۔ ادنیٰ درجے میں بھی اس کو معنی profession نہیں ہونا چاہیے۔</w:t>
      </w:r>
    </w:p>
    <w:p>
      <w:r>
        <w:rPr>
          <w:b/>
        </w:rPr>
        <w:t xml:space="preserve">[16:00] </w:t>
      </w:r>
      <w:r>
        <w:t>tab hi woh daai hai. to har peghambar ka yahi tareeqa hota tha. to peghambar jo hain daai ke liye role model hain.</w:t>
      </w:r>
    </w:p>
    <w:p>
      <w:pPr>
        <w:jc w:val="right"/>
      </w:pPr>
      <w:r>
        <w:t>تب ہی وہ داعی ہے۔ تو ہر پیغمبر کا یہی طریقہ ہوتا تھا۔ تو پیغمبر جو ہیں داعی کے لیے رول ماڈل ہیں۔</w:t>
      </w:r>
    </w:p>
    <w:p>
      <w:r>
        <w:rPr>
          <w:b/>
        </w:rPr>
        <w:t xml:space="preserve">[16:13] </w:t>
      </w:r>
      <w:r>
        <w:t>to daai jo utha dawat ke liye us ko peghambar ke rastay par chalna chahiye. dekhiye agar aisa na ho to dawat hi us ki ghair mu'assir ho jaye gi.</w:t>
      </w:r>
    </w:p>
    <w:p>
      <w:pPr>
        <w:jc w:val="right"/>
      </w:pPr>
      <w:r>
        <w:t>تو داعی جو اٹھا دعوت کے لیے اس کو پیغمبر کے راستے پر چلنا چاہیے۔ دیکھئے اگر ایسا نہ ہو تو دعوت ہی اس کی غیر مؤثر ہو جائے گی۔</w:t>
      </w:r>
    </w:p>
    <w:p>
      <w:r>
        <w:rPr>
          <w:b/>
        </w:rPr>
        <w:t xml:space="preserve">[16:30] </w:t>
      </w:r>
      <w:r>
        <w:t>agar zara bhi logon ko yeh shakk ho jaye ke daai un se koi return chahta hai, un se kuch yaani faida lena chahta hai to sari dawat ka kaam jo hai bid'at ban jaye ga.</w:t>
      </w:r>
    </w:p>
    <w:p>
      <w:pPr>
        <w:jc w:val="right"/>
      </w:pPr>
      <w:r>
        <w:t>اگر ذرا بھی لوگوں کو یہ شک ہو جائے کہ داعی ان سے کوئی return چاہتا ہے، ان سے کچھ یعنی فائدہ لینا چاہتا ہے تو ساری دعوت کا کام جو ہے بدعت بن جائے گا۔</w:t>
      </w:r>
    </w:p>
    <w:p>
      <w:r>
        <w:rPr>
          <w:b/>
        </w:rPr>
        <w:t xml:space="preserve">[16:46] </w:t>
      </w:r>
      <w:r>
        <w:t>dawat ke kaam mein agar daai apnay mafaad ko shamil kar de to phir us ka to us ka kaam khwah us ka naam daawti ho, khwah woh dawat ke unwan se kar raha ho woh</w:t>
      </w:r>
    </w:p>
    <w:p>
      <w:pPr>
        <w:jc w:val="right"/>
      </w:pPr>
      <w:r>
        <w:t>دعوت کے کام میں اگر داعی اپنے مفاد کو شامل کر دے تو پھر اس کا تو اس کا کام خواہ اس کا نام دعوتی ہو، خواہ وہ دعوت کے عنوان سے کر رہا ہو وہ</w:t>
      </w:r>
    </w:p>
    <w:p>
      <w:r>
        <w:rPr>
          <w:b/>
        </w:rPr>
        <w:t xml:space="preserve">[16:59] </w:t>
      </w:r>
      <w:r>
        <w:t>kaam, phir bhi woh profession ban jaye ga. mission nahi rahe ga woh.</w:t>
      </w:r>
    </w:p>
    <w:p>
      <w:pPr>
        <w:jc w:val="right"/>
      </w:pPr>
      <w:r>
        <w:t>کام، پھر بھی وہ profession بن جائے گا۔ Mission نہیں رہے گا وہ۔</w:t>
      </w:r>
    </w:p>
    <w:p>
      <w:r>
        <w:rPr>
          <w:b/>
        </w:rPr>
        <w:t xml:space="preserve">[17:10] </w:t>
      </w:r>
      <w:r>
        <w:t>to yeh hai woh baat jo is aayat mein kahi gayi hai.</w:t>
      </w:r>
    </w:p>
    <w:p>
      <w:pPr>
        <w:jc w:val="right"/>
      </w:pPr>
      <w:r>
        <w:t>تو یہ ہے وہ بات جو اس آیت میں کہی گئی ہے۔</w:t>
      </w:r>
    </w:p>
    <w:p>
      <w:r>
        <w:rPr>
          <w:b/>
        </w:rPr>
        <w:t xml:space="preserve">[17:20] </w:t>
      </w:r>
      <w:r>
        <w:t>sahaba bhi yahi bhi ka bhi yahi khayal tha. sahaba kehtay hain ke نُهِينَ عَنِ التَّقَلُّبِ</w:t>
      </w:r>
    </w:p>
    <w:p>
      <w:pPr>
        <w:jc w:val="right"/>
      </w:pPr>
      <w:r>
        <w:t>صحابہ بھی یہی بھی کا بھی یہی خیال تھا۔ صحابہ کہتے ہیں کہ نُهِينَ عَنِ التَّقَلُّبِ</w:t>
      </w:r>
    </w:p>
    <w:p>
      <w:r>
        <w:rPr>
          <w:b/>
        </w:rPr>
        <w:t xml:space="preserve">[17:29] </w:t>
      </w:r>
      <w:r>
        <w:t>hum ko mana kiya gaya hai takalluf se. yaani masnooi tareeqa ikhtiyar karne se. kyun ke dekhiye masnooi tareeqa jo hai woh aap ki sachai ko doubt ful bana deta hai.</w:t>
      </w:r>
    </w:p>
    <w:p>
      <w:pPr>
        <w:jc w:val="right"/>
      </w:pPr>
      <w:r>
        <w:t>ہم کو منع کیا گیا ہے تکلف سے۔ یعنی مصنوعی طریقہ اختیار کرنے سے۔ کیوں کہ دیکھئے مصنوعی طریقہ جو ہے وہ آپ کی سچائی کو ڈاؤٹ فل بنا دیتا ہے۔</w:t>
      </w:r>
    </w:p>
    <w:p>
      <w:r>
        <w:rPr>
          <w:b/>
        </w:rPr>
        <w:t xml:space="preserve">[17:47] </w:t>
      </w:r>
      <w:r>
        <w:t>misal ke tor par aap ke dil mein kuch hai, lip service ke tor par aap kuch kahein. aap banawati tor par akhlaq dikhaein, halankay haqeeqat mein aap ba-akhlaq na hon.</w:t>
      </w:r>
    </w:p>
    <w:p>
      <w:pPr>
        <w:jc w:val="right"/>
      </w:pPr>
      <w:r>
        <w:t>مثلاً آپ کے دل میں کچھ ہے، lip service کے طور پر آپ کچھ کہیں۔ آپ بناوٹی طور پر اخلاق دکھائیں، حالانکہ حقیقت میں آپ بااخلاق نہ ہوں۔</w:t>
      </w:r>
    </w:p>
    <w:p>
      <w:r>
        <w:rPr>
          <w:b/>
        </w:rPr>
        <w:t xml:space="preserve">[18:02] </w:t>
      </w:r>
      <w:r>
        <w:t>aap banawati tor par logon ki khair khwahi zahir karein, halankay haqeeqat mein aap khair khwahi na hon, aap ke andar na ho.</w:t>
      </w:r>
    </w:p>
    <w:p>
      <w:pPr>
        <w:jc w:val="right"/>
      </w:pPr>
      <w:r>
        <w:t>آپ بناوٹی طور پر لوگوں کی خیر خواہی ظاہر کریں، حالانکہ حقیقت میں آپ خیر خواہی نہ ہوں، آپ کے اندر نہ ہو۔</w:t>
      </w:r>
    </w:p>
    <w:p>
      <w:r>
        <w:rPr>
          <w:b/>
        </w:rPr>
        <w:t xml:space="preserve">[18:13] </w:t>
      </w:r>
      <w:r>
        <w:t>to banawati tor par, bator lip service ke agar aap kaam karein to woh cheez jo hai aap ke daai honay ko mushtabah kar de gi.</w:t>
      </w:r>
    </w:p>
    <w:p>
      <w:pPr>
        <w:jc w:val="right"/>
      </w:pPr>
      <w:r>
        <w:t>تو بناوٹی طور پر، بطور lip service کے اگر آپ کام کریں تو وہ چیز جو ہے آپ کے داعی ہونے کو مشتبہ کر دے گی۔</w:t>
      </w:r>
    </w:p>
    <w:p>
      <w:r>
        <w:rPr>
          <w:b/>
        </w:rPr>
        <w:t xml:space="preserve">[18:30] </w:t>
      </w:r>
      <w:r>
        <w:t>aap ka daai hona doubt ful ho jaye ga. to daai ko adna darjay mein bhi mutakallif nahi hona chahiye.</w:t>
      </w:r>
    </w:p>
    <w:p>
      <w:pPr>
        <w:jc w:val="right"/>
      </w:pPr>
      <w:r>
        <w:t>آپ کا داعی ہونا ڈاؤٹ فل ہو جائے گا۔ تو داعی کو ادنیٰ درجے میں بھی متکلف نہیں ہونا چاہیے۔</w:t>
      </w:r>
    </w:p>
    <w:p>
      <w:r>
        <w:rPr>
          <w:b/>
        </w:rPr>
        <w:t xml:space="preserve">[18:42] </w:t>
      </w:r>
      <w:r>
        <w:t>yaani adna darjay mein bhi us ke andar woh cheez nahi honi chahiye jo kisi profession mein hoti hai. kai dunya talab mein hoti hai, kai dunya daar mein hoti hai.</w:t>
      </w:r>
    </w:p>
    <w:p>
      <w:pPr>
        <w:jc w:val="right"/>
      </w:pPr>
      <w:r>
        <w:t>یعنی ادنیٰ درجے میں بھی اس کے اندر وہ چیز نہیں ہونی چاہیے جو کسی profession میں ہوتی ہے۔ کئی دنیا طلب میں ہوتی ہے، کئی دنیا دار میں ہوتی ہے۔</w:t>
      </w:r>
    </w:p>
    <w:p>
      <w:r>
        <w:rPr>
          <w:b/>
        </w:rPr>
        <w:t xml:space="preserve">[18:53] </w:t>
      </w:r>
      <w:r>
        <w:t>aisay insaan ke andar hoti hai jo dunya ke faiday chahein.</w:t>
      </w:r>
    </w:p>
    <w:p>
      <w:pPr>
        <w:jc w:val="right"/>
      </w:pPr>
      <w:r>
        <w:t>ایسے انسان کے اندر ہوتی ہے جو دنیا کے فائدے چاہیں۔</w:t>
      </w:r>
    </w:p>
    <w:p>
      <w:r>
        <w:rPr>
          <w:b/>
        </w:rPr>
        <w:t xml:space="preserve">[19:03] </w:t>
      </w:r>
      <w:r>
        <w:t>yeh bohat zaroori hai. yaani is ko agar hum kahein ke dawat ka yeh missionary culture kya hai, is ko is aayat mein bata diya gaya hai.</w:t>
      </w:r>
    </w:p>
    <w:p>
      <w:pPr>
        <w:jc w:val="right"/>
      </w:pPr>
      <w:r>
        <w:t>یہ بہت ضروری ہے۔ یعنی اس کو اگر ہم کہیں کہ دعوت کا یہ missionary culture کیا ہے، اس کو اس آیت میں بتا دیا گیا ہے۔</w:t>
      </w:r>
    </w:p>
    <w:p>
      <w:r>
        <w:rPr>
          <w:b/>
        </w:rPr>
        <w:t xml:space="preserve">[19:16] </w:t>
      </w:r>
      <w:r>
        <w:t>yaani daai ka culture kya hona chahiye? daai ka tarz-e-hayat kya hona chahiye?</w:t>
      </w:r>
    </w:p>
    <w:p>
      <w:pPr>
        <w:jc w:val="right"/>
      </w:pPr>
      <w:r>
        <w:t>یعنی داعی کا culture کیا ہونا چاہیے؟ داعی کا طرز حیات کیا ہونا چاہیے؟</w:t>
      </w:r>
    </w:p>
    <w:p>
      <w:r>
        <w:rPr>
          <w:b/>
        </w:rPr>
        <w:t xml:space="preserve">[19:22] </w:t>
      </w:r>
      <w:r>
        <w:t>daai ka kirdaar kya hona chahiye?</w:t>
      </w:r>
    </w:p>
    <w:p>
      <w:pPr>
        <w:jc w:val="right"/>
      </w:pPr>
      <w:r>
        <w:t>داعی کا کردار کیا ہونا چاہیے؟</w:t>
      </w:r>
    </w:p>
    <w:p>
      <w:r>
        <w:rPr>
          <w:b/>
        </w:rPr>
        <w:t xml:space="preserve">[19:27] </w:t>
      </w:r>
      <w:r>
        <w:t>daai ki image kaisi banni chahiye logon ke darmiyan? yeh sab is mein bata diya gaya hai.</w:t>
      </w:r>
    </w:p>
    <w:p>
      <w:pPr>
        <w:jc w:val="right"/>
      </w:pPr>
      <w:r>
        <w:t>داعی کی image کیسی بننی چاہیے لوگوں کے درمیان؟ یہ سب اس میں بتا دیا گیا ہے۔</w:t>
      </w:r>
    </w:p>
    <w:p>
      <w:r>
        <w:rPr>
          <w:b/>
        </w:rPr>
        <w:t xml:space="preserve">[19:35] </w:t>
      </w:r>
      <w:r>
        <w:t>bohat yaani warna yeh to mahajjat bhi nahi hoga. to bohat ziyada zaroori hai ke daai ki jo image banay woh hargiz professional ki image na ho.</w:t>
      </w:r>
    </w:p>
    <w:p>
      <w:pPr>
        <w:jc w:val="right"/>
      </w:pPr>
      <w:r>
        <w:t>بہت یعنی ورنہ یہ تو مہجت بھی نہیں ہوگا۔ تو بہت زیادہ ضروری ہے کہ داعی کی جو image بنے وہ ہرگز professional کی image نہ ہو۔</w:t>
      </w:r>
    </w:p>
    <w:p>
      <w:r>
        <w:rPr>
          <w:b/>
        </w:rPr>
        <w:t xml:space="preserve">[19:51] </w:t>
      </w:r>
      <w:r>
        <w:t>hata ke daai agar chahe ke majma is ke liye taliyan bajaye, majma is ke liye bheer kare, majma is ki tareefein kare, majma is ki wah wah kare,</w:t>
      </w:r>
    </w:p>
    <w:p>
      <w:pPr>
        <w:jc w:val="right"/>
      </w:pPr>
      <w:r>
        <w:t>حتیٰ کہ داعی اگر چاہے کہ مجمع اس کے لیے تالیاں بجائے، مجمع اس کے لیے بھیڑ کرے، مجمع اس کی تعریفیں کرے، مجمع اس کی واہ واہ کرے،</w:t>
      </w:r>
    </w:p>
    <w:p>
      <w:r>
        <w:rPr>
          <w:b/>
        </w:rPr>
        <w:t xml:space="preserve">[20:07] </w:t>
      </w:r>
      <w:r>
        <w:t>majma is ko stage de. is qism ki koi bhi khwahish jo</w:t>
      </w:r>
    </w:p>
    <w:p>
      <w:pPr>
        <w:jc w:val="right"/>
      </w:pPr>
      <w:r>
        <w:t>مجمع اس کو stage دے۔ اس قسم کی کوئی بھی خواہش جو</w:t>
      </w:r>
    </w:p>
    <w:p>
      <w:r>
        <w:rPr>
          <w:b/>
        </w:rPr>
        <w:t xml:space="preserve">[20:21] </w:t>
      </w:r>
      <w:r>
        <w:t>ajr ka sawal kiya mana ho.</w:t>
      </w:r>
    </w:p>
    <w:p>
      <w:pPr>
        <w:jc w:val="right"/>
      </w:pPr>
      <w:r>
        <w:t>اجر کا سوال کیا مانا ہو۔</w:t>
      </w:r>
    </w:p>
    <w:p>
      <w:r>
        <w:rPr>
          <w:b/>
        </w:rPr>
        <w:t xml:space="preserve">[20:28] </w:t>
      </w:r>
      <w:r>
        <w:t>yani jis ke andar profession ki bo aati ho. to wo daai ko mukammal tor par chhod dena hai.</w:t>
      </w:r>
    </w:p>
    <w:p>
      <w:pPr>
        <w:jc w:val="right"/>
      </w:pPr>
      <w:r>
        <w:t>یعنی جس کے اندر profession کی بو آتی ہو۔ تو وہ داعی کو مکمل طور پر چھوڑ دینا ہے۔</w:t>
      </w:r>
    </w:p>
    <w:p>
      <w:r>
        <w:rPr>
          <w:b/>
        </w:rPr>
        <w:t xml:space="preserve">[20:41] </w:t>
      </w:r>
      <w:r>
        <w:t>daai ko aakhri had tak yani bashar banna hai. aakhri had tak. adna darje mein, yani jo cheez adna darje mein bhi shifa paida karti ho, us se daai ko bachna hai.</w:t>
      </w:r>
    </w:p>
    <w:p>
      <w:pPr>
        <w:jc w:val="right"/>
      </w:pPr>
      <w:r>
        <w:t>داعی کو آخری حد تک معنی بشر بننا ہے۔ آخری حد تک۔ ادنیٰ درجے میں، یعنی جو چیز ادنیٰ درجے میں بھی شفا پیدا کرتی ہو، اس سے داعی کو بچنا ہے۔</w:t>
      </w:r>
    </w:p>
    <w:p>
      <w:r>
        <w:rPr>
          <w:b/>
        </w:rPr>
        <w:t xml:space="preserve">[20:57] </w:t>
      </w:r>
      <w:r>
        <w:t>aakhri had tak bachna hai.</w:t>
      </w:r>
    </w:p>
    <w:p>
      <w:pPr>
        <w:jc w:val="right"/>
      </w:pPr>
      <w:r>
        <w:t>آخری حد تک بچنا ہے۔</w:t>
      </w:r>
    </w:p>
    <w:p>
      <w:r>
        <w:rPr>
          <w:b/>
        </w:rPr>
        <w:t xml:space="preserve">[21:03] </w:t>
      </w:r>
      <w:r>
        <w:t>yani dil mein bhi wo baat nahi honi chahiye jis se is aayat mein mana kiya gaya hai.</w:t>
      </w:r>
    </w:p>
    <w:p>
      <w:pPr>
        <w:jc w:val="right"/>
      </w:pPr>
      <w:r>
        <w:t>یعنی دل میں بھی وہ بات نہیں ہونی چاہیے جس سے اس آیت میں منع کیا گیا ہے۔</w:t>
      </w:r>
    </w:p>
    <w:p>
      <w:r>
        <w:rPr>
          <w:b/>
        </w:rPr>
        <w:t xml:space="preserve">[21:14] </w:t>
      </w:r>
      <w:r>
        <w:t>to is aayat mein daai ka kirdaar, daai ka character, daai ki fitrat batai gayi hai. to aayat mein to</w:t>
      </w:r>
    </w:p>
    <w:p>
      <w:pPr>
        <w:jc w:val="right"/>
      </w:pPr>
      <w:r>
        <w:t>تو اس آیت میں داعی کا کردار، داعی کا character، داعی کی فطرت بتائی گئی ہے۔ تو آیت میں تو</w:t>
      </w:r>
    </w:p>
    <w:p>
      <w:r>
        <w:rPr>
          <w:b/>
        </w:rPr>
        <w:t xml:space="preserve">[21:28] </w:t>
      </w:r>
      <w:r>
        <w:t>bataur-e-zaahir nabi ki zabaan se ye baat kahi gayi hai.</w:t>
      </w:r>
    </w:p>
    <w:p>
      <w:pPr>
        <w:jc w:val="right"/>
      </w:pPr>
      <w:r>
        <w:t>بظاہر نبی کی زبان سے یہ بات کہی گئی ہے۔</w:t>
      </w:r>
    </w:p>
    <w:p>
      <w:r>
        <w:rPr>
          <w:b/>
        </w:rPr>
        <w:t xml:space="preserve">[21:32] </w:t>
      </w:r>
      <w:r>
        <w:t>lekin nabi ek role model hota hai har daai ke liye. nabi ke baad jo log dawat ka kaam karein un sab ke liye nabi ka tareeqa hi mustanad tareeqa hai.</w:t>
      </w:r>
    </w:p>
    <w:p>
      <w:pPr>
        <w:jc w:val="right"/>
      </w:pPr>
      <w:r>
        <w:t>لیکن نبی ایک رول ماڈل ہوتا ہے ہر داعی کے لیے۔ نبی کے بعد جو لوگ دعوت کا کام کریں ان سب کے لیے نبی کا طریقہ ہی مستند طریقہ ہے۔</w:t>
      </w:r>
    </w:p>
    <w:p>
      <w:r>
        <w:rPr>
          <w:b/>
        </w:rPr>
        <w:t xml:space="preserve">[21:47] </w:t>
      </w:r>
      <w:r>
        <w:t>isi ko follow karna hai. jo daai nabi ke tareeqe ko follow na kare wo daai hi nahi.</w:t>
      </w:r>
    </w:p>
    <w:p>
      <w:pPr>
        <w:jc w:val="right"/>
      </w:pPr>
      <w:r>
        <w:t>اسی کو follow کرنا ہے۔ جو داعی نبی کے طریقے کو follow نہ کرے وہ داعی ہی نہیں۔</w:t>
      </w:r>
    </w:p>
    <w:p>
      <w:r>
        <w:rPr>
          <w:b/>
        </w:rPr>
        <w:t xml:space="preserve">[21:57] </w:t>
      </w:r>
      <w:r>
        <w:t>us ko Allah taala ke haan daai ka inaam nahi milega.</w:t>
      </w:r>
    </w:p>
    <w:p>
      <w:pPr>
        <w:jc w:val="right"/>
      </w:pPr>
      <w:r>
        <w:t>اس کو اللہ تعالیٰ کے ہاں داعی کا انعام نہیں ملے گا۔</w:t>
      </w:r>
    </w:p>
    <w:p>
      <w:r>
        <w:rPr>
          <w:b/>
        </w:rPr>
        <w:t xml:space="preserve">[22:05] </w:t>
      </w:r>
      <w:r>
        <w:t>daai ka jo ka bada darja hai, daai ke liye bohat inaamaat hain. daai ke liye Allah ke haan jannat hai. magar daai wahi hai jo mukammal tor par paighambar ke role model ko apnaye.</w:t>
      </w:r>
    </w:p>
    <w:p>
      <w:pPr>
        <w:jc w:val="right"/>
      </w:pPr>
      <w:r>
        <w:t>داعی کا جو کا بڑا درجہ ہے، داعی کے لیے بہت انعامات ہیں۔ داعی کے لیے اللہ کے ہاں جنت ہے۔ مگر داعی وہی ہے جو مکمل طور پر پیغمبر کے رول ماڈل کو اپنائے۔</w:t>
      </w:r>
    </w:p>
    <w:p>
      <w:r>
        <w:rPr>
          <w:b/>
        </w:rPr>
        <w:t xml:space="preserve">[22:23] </w:t>
      </w:r>
      <w:r>
        <w:t>jo mukammal tor par paighambar ke tareeqe par chale.</w:t>
      </w:r>
    </w:p>
    <w:p>
      <w:pPr>
        <w:jc w:val="right"/>
      </w:pPr>
      <w:r>
        <w:t>جو مکمل طور پر پیغمبر کے طریقے پر چلے۔</w:t>
      </w:r>
    </w:p>
    <w:p>
      <w:r>
        <w:rPr>
          <w:b/>
        </w:rPr>
        <w:t xml:space="preserve">[22:27] </w:t>
      </w:r>
      <w:r>
        <w:t>wo yahi hai is aayat ki roshni mein ke wo hargiz hargiz bator-e-profession is ne dawat ka kaam ikhtiyaar na kiya ho.</w:t>
      </w:r>
    </w:p>
    <w:p>
      <w:pPr>
        <w:jc w:val="right"/>
      </w:pPr>
      <w:r>
        <w:t>وہ یہی ہے اس آیت کی روشنی میں کہ وہ ہرگز ہرگز بطور profession اس نے دعوت کا کام اختیار نہ کیا ہو۔</w:t>
      </w:r>
    </w:p>
    <w:p>
      <w:r>
        <w:rPr>
          <w:b/>
        </w:rPr>
        <w:t xml:space="preserve">[22:37] </w:t>
      </w:r>
      <w:r>
        <w:t>balkeh bator-e-mission ikhtiyaar kiya ho. dekhiye profession ko aap wasee tar maano mein lijiye. profession mein is se bhi ye shamil nahi hai ke aap maal chahein, wages chahein.</w:t>
      </w:r>
    </w:p>
    <w:p>
      <w:pPr>
        <w:jc w:val="right"/>
      </w:pPr>
      <w:r>
        <w:t>بلکہ بطور mission اختیار کیا ہو۔ دیکھئے profession کو آپ وسیع تر معنی میں لیجیے۔ profession میں اس سے بھی یہ شامل نہیں ہے کہ آپ مال چاہیں، wages چاہیں۔</w:t>
      </w:r>
    </w:p>
    <w:p>
      <w:r>
        <w:rPr>
          <w:b/>
        </w:rPr>
        <w:t xml:space="preserve">[22:52] </w:t>
      </w:r>
      <w:r>
        <w:t>nahi. aap agar logon ki taraf se popularity chahein, logon ki taraf se wah wah chahein, logon ki taraf se taaliyan chahein, logon ki taraf se bheed chahein,</w:t>
      </w:r>
    </w:p>
    <w:p>
      <w:pPr>
        <w:jc w:val="right"/>
      </w:pPr>
      <w:r>
        <w:t>نہیں۔ آپ اگر لوگوں کی طرف سے popularity چاہیں، لوگوں کی طرف سے واہ واہ چاہیں، لوگوں کی طرف سے تالیاں چاہیں، لوگوں کی طرف سے بھیڑ چاہیں،</w:t>
      </w:r>
    </w:p>
    <w:p>
      <w:r>
        <w:rPr>
          <w:b/>
        </w:rPr>
        <w:t xml:space="preserve">[23:07] </w:t>
      </w:r>
      <w:r>
        <w:t>logon ki taraf se tareef chahein. ye sab cheez profession mein shamil hai. ye sab profession ke taqaaze hain.</w:t>
      </w:r>
    </w:p>
    <w:p>
      <w:pPr>
        <w:jc w:val="right"/>
      </w:pPr>
      <w:r>
        <w:t>لوگوں کی طرف سے تعریف چاہیں۔ یہ سب چیز profession میں شامل ہے۔ یہ سب profession کے تقاضے ہیں۔</w:t>
      </w:r>
    </w:p>
    <w:p>
      <w:r>
        <w:rPr>
          <w:b/>
        </w:rPr>
        <w:t xml:space="preserve">[23:19] </w:t>
      </w:r>
      <w:r>
        <w:t>jo aadmi kisi cheez ko bator-e-profession ikhtiyaar karta hai us ke andar ye baatein laazmi hoti hain. maslan koi shakhs politician ko bator-e-profession ikhtiyaar kare to wo chahega ke mere jalse mein khoob bheed ho.</w:t>
      </w:r>
    </w:p>
    <w:p>
      <w:pPr>
        <w:jc w:val="right"/>
      </w:pPr>
      <w:r>
        <w:t>جو آدمی کسی چیز کو بطور profession اختیار کرتا ہے اس کے اندر یہ باتیں لازمی ہوتی ہیں۔ مثلاً کوئی شخص politician کو بطور profession اختیار کرے تو وہ چاہے گا کہ میرے جلسے میں خوب بھیڑ ہو۔</w:t>
      </w:r>
    </w:p>
    <w:p>
      <w:r>
        <w:rPr>
          <w:b/>
        </w:rPr>
        <w:t xml:space="preserve">[23:33] </w:t>
      </w:r>
      <w:r>
        <w:t>mere jalse mein meri taqreer sun kar log taaliyan bajayein. meri</w:t>
      </w:r>
    </w:p>
    <w:p>
      <w:pPr>
        <w:jc w:val="right"/>
      </w:pPr>
      <w:r>
        <w:t>میرے جلسے میں میری تقریر سن کر لوگ تالیاں بجائیں۔ میری</w:t>
      </w:r>
    </w:p>
    <w:p>
      <w:r>
        <w:rPr>
          <w:b/>
        </w:rPr>
        <w:t xml:space="preserve">[23:40] </w:t>
      </w:r>
      <w:r>
        <w:t>baatein media mein khoob aayein. ye sab wo chahega wo.</w:t>
      </w:r>
    </w:p>
    <w:p>
      <w:pPr>
        <w:jc w:val="right"/>
      </w:pPr>
      <w:r>
        <w:t>باتیں میڈیا میں خوب آئیں۔ یہ سب وہ چاہے گا وہ۔</w:t>
      </w:r>
    </w:p>
    <w:p>
      <w:r>
        <w:rPr>
          <w:b/>
        </w:rPr>
        <w:t xml:space="preserve">[23:46] </w:t>
      </w:r>
      <w:r>
        <w:t>to ye professional ke taqaaze hain. lekin jo mission wala aadmi hota hai us ko is se koi dilchaspi nahi. us ko dilchaspi is se hoti hai ke Allah taala ke haan us ko daai ka darja mile.</w:t>
      </w:r>
    </w:p>
    <w:p>
      <w:pPr>
        <w:jc w:val="right"/>
      </w:pPr>
      <w:r>
        <w:t>تو یہ professional کے تقاضے ہیں۔ لیکن جو mission والا آدمی ہوتا ہے اس کو اس سے کوئی دلچسپی نہیں۔ اس کو دلچسپی اس سے ہوتی ہے کہ اللہ تعالیٰ کے ہاں اس کو داعی کا درجہ ملے۔</w:t>
      </w:r>
    </w:p>
    <w:p>
      <w:r>
        <w:rPr>
          <w:b/>
        </w:rPr>
        <w:t xml:space="preserve">[24:05] </w:t>
      </w:r>
      <w:r>
        <w:t>to is ka sole person ye hota hai ke jo Allah ki baat hai wo Allah ke bando tak pahunche. is ke liye wo khair khwaahi karta hai,</w:t>
      </w:r>
    </w:p>
    <w:p>
      <w:pPr>
        <w:jc w:val="right"/>
      </w:pPr>
      <w:r>
        <w:t>تو اس کا sole person یہ ہوتا ہے کہ جو اللہ کی بات ہے وہ اللہ کے بندوں تک پہنچے۔ اس کے لیے وہ خیر خواہی کرتا ہے،</w:t>
      </w:r>
    </w:p>
    <w:p>
      <w:r>
        <w:rPr>
          <w:b/>
        </w:rPr>
        <w:t xml:space="preserve">[24:15] </w:t>
      </w:r>
      <w:r>
        <w:t>wo sanjeedgi ke saath apni baat logon ke saamne rakhta hai. wo pur aman tor par apna kaam karta hai. har mauqe ko wo istemaal karta hai.</w:t>
      </w:r>
    </w:p>
    <w:p>
      <w:pPr>
        <w:jc w:val="right"/>
      </w:pPr>
      <w:r>
        <w:t>وہ سنجیدگی کے ساتھ اپنی بات لوگوں کے سامنے رکھتا ہے۔ وہ پرامن طور پر اپنا کام کرتا ہے۔ ہر موقع کو وہ استعمال کرتا ہے۔</w:t>
      </w:r>
    </w:p>
    <w:p>
      <w:r>
        <w:rPr>
          <w:b/>
        </w:rPr>
        <w:t xml:space="preserve">[24:27] </w:t>
      </w:r>
      <w:r>
        <w:t>ye sab baatein hoti hain.</w:t>
      </w:r>
    </w:p>
    <w:p>
      <w:pPr>
        <w:jc w:val="right"/>
      </w:pPr>
      <w:r>
        <w:t>یہ سب باتیں ہوتی ہیں۔</w:t>
      </w:r>
    </w:p>
    <w:p>
      <w:r>
        <w:rPr>
          <w:b/>
        </w:rPr>
        <w:t xml:space="preserve">[24:34] </w:t>
      </w:r>
      <w:r>
        <w:t>to main samajhta hoon ke is mein jo do lafz aaye hain ke main ajr nahi ka sawal nahi karta tum se aur main mutakallif nahi ho</w:t>
      </w:r>
    </w:p>
    <w:p>
      <w:pPr>
        <w:jc w:val="right"/>
      </w:pPr>
      <w:r>
        <w:t>تو میں سمجھتا ہوں کہ اس میں جو دو لفظ آئے ہیں کہ میں اجر نہیں کا سوال نہیں کرتا تم سے اور میں متکلف نہیں ہ</w:t>
      </w:r>
    </w:p>
    <w:p>
      <w:r>
        <w:rPr>
          <w:b/>
        </w:rPr>
        <w:t xml:space="preserve">[24:45] </w:t>
      </w:r>
      <w:r>
        <w:t>on, is ko us waqt tak hum nahi samajh paayein ge jab tak is ko modern idiom mein badlein. modern language mein badlein.</w:t>
      </w:r>
    </w:p>
    <w:p>
      <w:pPr>
        <w:jc w:val="right"/>
      </w:pPr>
      <w:r>
        <w:t>وں، اس کو اس وقت تک ہم نہیں سمجھ پائیں گے جبکہ اس کو modern idiom میں بدلیں۔ Modern language میں بدلیں۔</w:t>
      </w:r>
    </w:p>
    <w:p>
      <w:r>
        <w:rPr>
          <w:b/>
        </w:rPr>
        <w:t xml:space="preserve">[24:56] </w:t>
      </w:r>
      <w:r>
        <w:t>yani apni qabil-e-fehm zaban mein badlein. jab mein lafz badalne ki baat karta hoon to is ka matlab yeh hota hai ke aap apni qabil-e-fehm zaban mein is ko badlein.</w:t>
      </w:r>
    </w:p>
    <w:p>
      <w:pPr>
        <w:jc w:val="right"/>
      </w:pPr>
      <w:r>
        <w:t>یعنی اپنی قابلِ فہم زبان میں بدلیں۔ جب میں لفظ بدلنے کی بات کرتا ہوں تو اس کا مطلب یہ ہوتا ہے کہ آپ اپنی قابلِ فہم زبان میں اس کو بدلیں۔</w:t>
      </w:r>
    </w:p>
    <w:p>
      <w:r>
        <w:rPr>
          <w:b/>
        </w:rPr>
        <w:t xml:space="preserve">[25:08] </w:t>
      </w:r>
      <w:r>
        <w:t>tab ja kar ke woh aap ke mind ko address karega. tab ja kar woh baat aap ko samajh mein aayegi.</w:t>
      </w:r>
    </w:p>
    <w:p>
      <w:pPr>
        <w:jc w:val="right"/>
      </w:pPr>
      <w:r>
        <w:t>تب جا کر کے وہ آپ کے mind کو address کرے گا۔ تب جا کر وہ بات آپ کو سمجھ میں آئے گی۔</w:t>
      </w:r>
    </w:p>
    <w:p>
      <w:r>
        <w:rPr>
          <w:b/>
        </w:rPr>
        <w:t xml:space="preserve">[25:14] </w:t>
      </w:r>
      <w:r>
        <w:t>tab ja kar woh baat aap ke liye understandable banegi. to woh yahi hai. modern idiom mein badalna yahi hai ayat ka.</w:t>
      </w:r>
    </w:p>
    <w:p>
      <w:pPr>
        <w:jc w:val="right"/>
      </w:pPr>
      <w:r>
        <w:t>تب جا کر وہ بات آپ کے لیے understandable بنے گی۔ تو وہ یہی ہے۔ Modern idiom میں بدلنا یہی ہے آیت کا۔</w:t>
      </w:r>
    </w:p>
    <w:p>
      <w:r>
        <w:rPr>
          <w:b/>
        </w:rPr>
        <w:t xml:space="preserve">[25:26] </w:t>
      </w:r>
      <w:r>
        <w:t>ke aap is se is ki sharah is tarah karein. ke peghambar ne jo kaha tha is ka matlab yeh tha ke mein koi ma'ani profession nahi hoon.</w:t>
      </w:r>
    </w:p>
    <w:p>
      <w:pPr>
        <w:jc w:val="right"/>
      </w:pPr>
      <w:r>
        <w:t>کہ آپ اس سے اس کی شرح اس طرح کریں۔ کہ پیغمبر نے جو کہا تھا اس کا مطلب یہ تھا کہ میں کوئی معنی profession نہیں ہوں۔</w:t>
      </w:r>
    </w:p>
    <w:p>
      <w:r>
        <w:rPr>
          <w:b/>
        </w:rPr>
        <w:t xml:space="preserve">[25:39] </w:t>
      </w:r>
      <w:r>
        <w:t>mein to ma'ani mission hoon.</w:t>
      </w:r>
    </w:p>
    <w:p>
      <w:pPr>
        <w:jc w:val="right"/>
      </w:pPr>
      <w:r>
        <w:t>میں تو معنی mission ہوں۔</w:t>
      </w:r>
    </w:p>
    <w:p>
      <w:r>
        <w:rPr>
          <w:b/>
        </w:rPr>
        <w:t xml:space="preserve">[25:44] </w:t>
      </w:r>
      <w:r>
        <w:t>mein ne bator pesha nahi is kaam ko ikhtiyar kiya hai. balkeh bator maqsad is kaam ko ikhtiyar kiya hai.</w:t>
      </w:r>
    </w:p>
    <w:p>
      <w:pPr>
        <w:jc w:val="right"/>
      </w:pPr>
      <w:r>
        <w:t>میں نے بطور پیشہ نہیں اس کام کو اختیار کیا ہے۔ بلکہ بطور مقصد اس کام کو اختیار کیا ہے۔</w:t>
      </w:r>
    </w:p>
    <w:p>
      <w:r>
        <w:rPr>
          <w:b/>
        </w:rPr>
        <w:t xml:space="preserve">[25:52] </w:t>
      </w:r>
      <w:r>
        <w:t>mujhe apne kisi zaati faide ke liye yeh kaam nahi karna hai. mein to Allah ke hukum ke taur par is kaam ko kar raha hoon.</w:t>
      </w:r>
    </w:p>
    <w:p>
      <w:pPr>
        <w:jc w:val="right"/>
      </w:pPr>
      <w:r>
        <w:t>مجھے اپنے کسی ذاتی فائدے کے لیے یہ کام نہیں کرنا ہے۔ میں تو اللہ کے حکم کے طور پر اس کام کو کر رہا ہوں۔</w:t>
      </w:r>
    </w:p>
    <w:p>
      <w:r>
        <w:rPr>
          <w:b/>
        </w:rPr>
        <w:t xml:space="preserve">[26:02] </w:t>
      </w:r>
      <w:r>
        <w:t>mera nishana dunya nahi hai, mera nishana akhirat hai. mera sole concern yeh hai ke Allah ka paigham Allah ke bando tak pohnche.</w:t>
      </w:r>
    </w:p>
    <w:p>
      <w:pPr>
        <w:jc w:val="right"/>
      </w:pPr>
      <w:r>
        <w:t>میرا نشانہ دنیا نہیں ہے، میرا نشانہ آخرت ہے۔ میرا sole concern یہ ہے کہ اللہ کا پیغام اللہ کے بندوں تک پہنچے۔</w:t>
      </w:r>
    </w:p>
    <w:p>
      <w:r>
        <w:rPr>
          <w:b/>
        </w:rPr>
        <w:t xml:space="preserve">[26:18] </w:t>
      </w:r>
      <w:r>
        <w:t>to da'i ke kirdaar ko samajhne ke liye yeh ayat bohat zyada aham hai.</w:t>
      </w:r>
    </w:p>
    <w:p>
      <w:pPr>
        <w:jc w:val="right"/>
      </w:pPr>
      <w:r>
        <w:t>تو داعی کے کردار کو سمجھنے کے لیے یہ آیت بہت زیادہ اہم ہے۔</w:t>
      </w:r>
    </w:p>
    <w:p>
      <w:r>
        <w:rPr>
          <w:b/>
        </w:rPr>
        <w:t xml:space="preserve">[26:31] </w:t>
      </w:r>
      <w:r>
        <w:t>is se da'i ki poori</w:t>
      </w:r>
    </w:p>
    <w:p>
      <w:pPr>
        <w:jc w:val="right"/>
      </w:pPr>
      <w:r>
        <w:t>اس سے داعی کی پوری</w:t>
      </w:r>
    </w:p>
    <w:p>
      <w:r>
        <w:rPr>
          <w:b/>
        </w:rPr>
        <w:t xml:space="preserve">[26:36] </w:t>
      </w:r>
      <w:r>
        <w:t>shakhsiyat maloom hoti hai.</w:t>
      </w:r>
    </w:p>
    <w:p>
      <w:pPr>
        <w:jc w:val="right"/>
      </w:pPr>
      <w:r>
        <w:t>شخصیت معلوم ہوتی ہے۔</w:t>
      </w:r>
    </w:p>
    <w:p>
      <w:r>
        <w:rPr>
          <w:b/>
        </w:rPr>
        <w:t xml:space="preserve">[26:44] </w:t>
      </w:r>
      <w:r>
        <w:t>is se maloom hota hai ke dawat ka culture kya cheez hai. yani apni haqeeqat ke aitbar se dawat ka culture kya cheez hai.</w:t>
      </w:r>
    </w:p>
    <w:p>
      <w:pPr>
        <w:jc w:val="right"/>
      </w:pPr>
      <w:r>
        <w:t>اس سے معلوم ہوتا ہے کہ دعوت کا culture کیا چیز ہے۔ یعنی اپنی حقیقت کے اعتبار سے دعوت کا culture کیا چیز ہے۔</w:t>
      </w:r>
    </w:p>
    <w:p>
      <w:r>
        <w:rPr>
          <w:b/>
        </w:rPr>
        <w:t xml:space="preserve">[26:59] </w:t>
      </w:r>
      <w:r>
        <w:t>jab tak aadmi is baat ko na samjhe woh dawat-e-Allah ka kaam mutlub andaaz mein nahi kar sakta.</w:t>
      </w:r>
    </w:p>
    <w:p>
      <w:pPr>
        <w:jc w:val="right"/>
      </w:pPr>
      <w:r>
        <w:t>جب تک آدمی اس بات کو نہ سمجھے وہ دعوتِ اللہ کا کام مطلوب انداز میں نہیں کر سکتا۔</w:t>
      </w:r>
    </w:p>
    <w:p>
      <w:r>
        <w:rPr>
          <w:b/>
        </w:rPr>
        <w:t xml:space="preserve">[27:09] </w:t>
      </w:r>
      <w:r>
        <w:t>aur phir jab mutlub andaaz mein nahi karega to Allah ki madad nahi aayegi.</w:t>
      </w:r>
    </w:p>
    <w:p>
      <w:pPr>
        <w:jc w:val="right"/>
      </w:pPr>
      <w:r>
        <w:t>اور پھر جب مطلوب انداز میں نہیں کرے گا تو اللہ کی مدد نہیں آئے گی۔</w:t>
      </w:r>
    </w:p>
    <w:p>
      <w:r>
        <w:rPr>
          <w:b/>
        </w:rPr>
        <w:t xml:space="preserve">[27:14] </w:t>
      </w:r>
      <w:r>
        <w:t>dekhiye dawat ka kaam haqeeqi ma'ano mein is waqt kamyab hota hai jabke Allah ki madad shamil haal ho jaye is ke. to jab aap peghambar ke role model ke mutabiq karein ge tab hi Allah ki madad aayegi.</w:t>
      </w:r>
    </w:p>
    <w:p>
      <w:pPr>
        <w:jc w:val="right"/>
      </w:pPr>
      <w:r>
        <w:t>دیکھئے دعوت کا کام حقیقی معنوں میں اس وقت کامیاب ہوتا ہے جبکہ اللہ کی مدد شامل حال ہو جائے اس کے۔ تو جب آپ پیغمبر کے رول ماڈل کے مطابق کریں گے تب ہی اللہ کی مدد آئے گی۔</w:t>
      </w:r>
    </w:p>
    <w:p>
      <w:r>
        <w:rPr>
          <w:b/>
        </w:rPr>
        <w:t xml:space="preserve">[27:28] </w:t>
      </w:r>
      <w:r>
        <w:t>warna Allah ki madad nahi aayegi.</w:t>
      </w:r>
    </w:p>
    <w:p>
      <w:pPr>
        <w:jc w:val="right"/>
      </w:pPr>
      <w:r>
        <w:t>ورنہ اللہ کی مدد نہیں آئے گی۔</w:t>
      </w:r>
    </w:p>
    <w:p>
      <w:r>
        <w:rPr>
          <w:b/>
        </w:rPr>
        <w:t xml:space="preserve">[27:32] </w:t>
      </w:r>
      <w:r>
        <w:t>hata ke agar bil farz log taliyan baja rahe hon aap ki baaton par, aap ko stage mil raha ho, aap ko crowd mil raha ho, mali sahayog mil raha ho, tab bhi yeh bas wajah hai ke aap ko Allah ki madad mil rahi hai.</w:t>
      </w:r>
    </w:p>
    <w:p>
      <w:pPr>
        <w:jc w:val="right"/>
      </w:pPr>
      <w:r>
        <w:t>حتیٰ کہ اگر بالفرض لوگ تالیاں بجا رہے ہوں آپ کی باتوں پر، آپ کو stage مل رہا ہو، آپ کو crowd مل رہا ہو، مالی تعاون مل رہا ہو، تب بھی یہ بس وجہ ہے کہ آپ کو اللہ کی مدد مل رہی ہے۔</w:t>
      </w:r>
    </w:p>
    <w:p>
      <w:r>
        <w:rPr>
          <w:b/>
        </w:rPr>
        <w:t xml:space="preserve">[27:46] </w:t>
      </w:r>
      <w:r>
        <w:t>yeh Allah ki madad nahi hai.</w:t>
      </w:r>
    </w:p>
    <w:p>
      <w:pPr>
        <w:jc w:val="right"/>
      </w:pPr>
      <w:r>
        <w:t>یہ اللہ کی مدد نہیں ہے۔</w:t>
      </w:r>
    </w:p>
    <w:p>
      <w:r>
        <w:rPr>
          <w:b/>
        </w:rPr>
        <w:t xml:space="preserve">[27:50] </w:t>
      </w:r>
      <w:r>
        <w:t>Allah ki madad ka ta'alluq in cheezon se nahi hai.</w:t>
      </w:r>
    </w:p>
    <w:p>
      <w:pPr>
        <w:jc w:val="right"/>
      </w:pPr>
      <w:r>
        <w:t>اللہ کی مدد کا تعلق ان چیزوں سے نہیں ہے۔</w:t>
      </w:r>
    </w:p>
    <w:p>
      <w:r>
        <w:rPr>
          <w:b/>
        </w:rPr>
        <w:t xml:space="preserve">[27:56] </w:t>
      </w:r>
      <w:r>
        <w:t>yeh to dawat-e-Allah se alag ek cheez hai. dawat-e-Allah ko ki kamyabi ko janchne ka tareeqa sirf yeh hai ke is se logo ko sachai mil rahi ho.</w:t>
      </w:r>
    </w:p>
    <w:p>
      <w:pPr>
        <w:jc w:val="right"/>
      </w:pPr>
      <w:r>
        <w:t>یہ تو دعوتِ اللہ سے الگ ایک چیز ہے۔ دعوتِ اللہ کو کی کامیابی کو جانچنے کا طریقہ صرف یہ ہے کہ اس سے لوگوں کو سچائی مل رہی ہو۔</w:t>
      </w:r>
    </w:p>
    <w:p>
      <w:r>
        <w:rPr>
          <w:b/>
        </w:rPr>
        <w:t xml:space="preserve">[28:13] </w:t>
      </w:r>
      <w:r>
        <w:t>logo ke dil mein Allah ki mohabbat aa rahi ho. logo ke dil mein Allah ka khauf aa raha ho. log jannat ke haris ban rahe hon. yeh sab kamyabi ka meyar hai.</w:t>
      </w:r>
    </w:p>
    <w:p>
      <w:pPr>
        <w:jc w:val="right"/>
      </w:pPr>
      <w:r>
        <w:t>لوگوں کے دلوں میں اللہ کی محبت آ رہی ہو۔ لوگوں کے دلوں میں اللہ کا خوف آ رہا ہو۔ لوگ جنت کے حریص بن رہے ہوں۔ یہ سب کامیابی کا معیار ہے۔</w:t>
      </w:r>
    </w:p>
    <w:p>
      <w:r>
        <w:rPr>
          <w:b/>
        </w:rPr>
        <w:t xml:space="preserve">[28:25] </w:t>
      </w:r>
      <w:r>
        <w:t>to dawat ki kamyabi ka meyar logo ki bheed, logo ki taliyan, logo ka donation, logo ka stage yeh sab nahi hai.</w:t>
      </w:r>
    </w:p>
    <w:p>
      <w:pPr>
        <w:jc w:val="right"/>
      </w:pPr>
      <w:r>
        <w:t>تو دعوت کی کامیابی کا معیار لوگوں کی بھیڑ، لوگوں کی تالیاں، لوگوں کا donation، لوگوں کا stage یہ سب نہیں ہے۔</w:t>
      </w:r>
    </w:p>
    <w:p>
      <w:r>
        <w:rPr>
          <w:b/>
        </w:rPr>
        <w:t xml:space="preserve">[28:35] </w:t>
      </w:r>
      <w:r>
        <w:t>dawat ki kamyabi ka meyar yeh hai ke logo ko sachai mil rahi ho. log rabbani ban rahe hon.</w:t>
      </w:r>
    </w:p>
    <w:p>
      <w:pPr>
        <w:jc w:val="right"/>
      </w:pPr>
      <w:r>
        <w:t>دعوت کی کامیابی کا معیار یہ ہے کہ لوگوں کو سچائی مل رہی ہو۔ لوگ ربانی بن رہے ہوں۔</w:t>
      </w:r>
    </w:p>
    <w:p>
      <w:r>
        <w:rPr>
          <w:b/>
        </w:rPr>
        <w:t xml:space="preserve">[28:48] </w:t>
      </w:r>
      <w:r>
        <w:t>logo ke andar yeh jazba paida hota ho ke woh apna tazkiya karein, apne ko madhahqa shakhsiyat banayein taake un ko jannat mein dakhla milay. yeh hai criterion dawat ka.</w:t>
      </w:r>
    </w:p>
    <w:p>
      <w:pPr>
        <w:jc w:val="right"/>
      </w:pPr>
      <w:r>
        <w:t>لوگوں کے اندر یہ جذبہ پیدا ہوتا ہو کہ وہ اپنا تزکیہ کریں، اپنے کو مدحقہ شخصیت بنائیں تاکہ ان کو جنت میں داخلہ ملے۔ یہ ہے criterion دعوت کا۔</w:t>
      </w:r>
    </w:p>
    <w:p>
      <w:r>
        <w:rPr>
          <w:b/>
        </w:rPr>
        <w:t xml:space="preserve">[29:00] </w:t>
      </w:r>
      <w:r>
        <w:t>yeh hai criterion dawat-e-mission ka.</w:t>
      </w:r>
    </w:p>
    <w:p>
      <w:pPr>
        <w:jc w:val="right"/>
      </w:pPr>
      <w:r>
        <w:t>یہ ہے criterion دعوتِ mission کا۔</w:t>
      </w:r>
    </w:p>
    <w:p>
      <w:r>
        <w:rPr>
          <w:b/>
        </w:rPr>
        <w:t xml:space="preserve">[29:09] </w:t>
      </w:r>
      <w:r>
        <w:t>to is mukhtasar ayat mein yeh sari baatein ghaur karne se maloom hoti hain.</w:t>
      </w:r>
    </w:p>
    <w:p>
      <w:pPr>
        <w:jc w:val="right"/>
      </w:pPr>
      <w:r>
        <w:t>تو اس مختصر آیت میں یہ ساری باتیں غور کرنے سے معلوم ہوتی ہیں۔</w:t>
      </w:r>
    </w:p>
    <w:p>
      <w:r>
        <w:rPr>
          <w:b/>
        </w:rPr>
        <w:t xml:space="preserve">[29:17] </w:t>
      </w:r>
      <w:r>
        <w:t>meri dua hai ke Allah taala mujh ko aur aap ko tofeeq de ke hum aap is raaz ko samjhein aur apne ko sacha daai banayein.</w:t>
      </w:r>
    </w:p>
    <w:p>
      <w:pPr>
        <w:jc w:val="right"/>
      </w:pPr>
      <w:r>
        <w:t>میری دعا ہے کہ اللہ تعالیٰ مجھ کو اور آپ کو توفیق دے کہ ہم آپ اس راز کو سمجھیں اور اپنے کو سچا داعی بنائیں۔</w:t>
      </w:r>
    </w:p>
    <w:p>
      <w:r>
        <w:rPr>
          <w:b/>
        </w:rPr>
        <w:t xml:space="preserve">[29:30] </w:t>
      </w:r>
      <w:r>
        <w:t>Assalam o alaikum wa rehmatullah.</w:t>
      </w:r>
    </w:p>
    <w:p>
      <w:pPr>
        <w:jc w:val="right"/>
      </w:pPr>
      <w:r>
        <w:t>السلام علیکم ورحمتہ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