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Discovery of God IIC Prog (Maulana Talk) November 2, 2019</w:t>
      </w:r>
    </w:p>
    <w:p>
      <w:r>
        <w:t>https://youtu.be/u24tYGW6tCM</w:t>
      </w:r>
    </w:p>
    <w:p>
      <w:r>
        <w:rPr>
          <w:b/>
        </w:rPr>
        <w:t xml:space="preserve">[00:14] </w:t>
      </w:r>
      <w:r>
        <w:t>Bismillah Rehman e Rahim.</w:t>
      </w:r>
    </w:p>
    <w:p>
      <w:pPr>
        <w:jc w:val="right"/>
      </w:pPr>
      <w:r>
        <w:t>بسم اللہ الرحمن الرحیم۔</w:t>
      </w:r>
    </w:p>
    <w:p>
      <w:r>
        <w:rPr>
          <w:b/>
        </w:rPr>
        <w:t xml:space="preserve">[00:21] </w:t>
      </w:r>
      <w:r>
        <w:t>aaj ka jo topic hai,</w:t>
      </w:r>
    </w:p>
    <w:p>
      <w:pPr>
        <w:jc w:val="right"/>
      </w:pPr>
      <w:r>
        <w:t>آج کا جو ٹاپک ہے،</w:t>
      </w:r>
    </w:p>
    <w:p>
      <w:r>
        <w:rPr>
          <w:b/>
        </w:rPr>
        <w:t xml:space="preserve">[00:25] </w:t>
      </w:r>
      <w:r>
        <w:t>is ko mein ek hadith se shuru karta hoon.</w:t>
      </w:r>
    </w:p>
    <w:p>
      <w:pPr>
        <w:jc w:val="right"/>
      </w:pPr>
      <w:r>
        <w:t>اس کو میں ایک حدیث سے شروع کرتا ہوں۔</w:t>
      </w:r>
    </w:p>
    <w:p>
      <w:r>
        <w:rPr>
          <w:b/>
        </w:rPr>
        <w:t xml:space="preserve">[00:32] </w:t>
      </w:r>
      <w:r>
        <w:t>dekhiye, ek hadith aati hai, agarche hamare jo muhaddis log hain, is ko zyada authentic nahi mante, lekin mein mani ke aitbar se is ko bohat hi perfectly right samajhta hoon.</w:t>
      </w:r>
    </w:p>
    <w:p>
      <w:pPr>
        <w:jc w:val="right"/>
      </w:pPr>
      <w:r>
        <w:t>دیکھیے، ایک حدیث آتی ہے، اگرچہ ہمارے جو محدث لوگ ہیں، اس کو زیادہ اتھینٹک نہیں مانتے، لیکن میں معنی کے اعتبار سے اس کو بہت ہی پرفیکٹلی رائٹ سمجھتا ہوں۔</w:t>
      </w:r>
    </w:p>
    <w:p>
      <w:r>
        <w:rPr>
          <w:b/>
        </w:rPr>
        <w:t xml:space="preserve">[00:55] </w:t>
      </w:r>
      <w:r>
        <w:t>is ke shub hai yeh:</w:t>
      </w:r>
    </w:p>
    <w:p>
      <w:pPr>
        <w:jc w:val="right"/>
      </w:pPr>
      <w:r>
        <w:t>اس کے شعب یہ ہیں:</w:t>
      </w:r>
    </w:p>
    <w:p>
      <w:r>
        <w:rPr>
          <w:b/>
        </w:rPr>
        <w:t xml:space="preserve">[01:02] </w:t>
      </w:r>
      <w:r>
        <w:t>kuntu kanzam makhfiya fa anwartu an araf, fa khalaqtul khalq yani God ne kaha ke mein ek hidden treasure tha,</w:t>
      </w:r>
    </w:p>
    <w:p>
      <w:pPr>
        <w:jc w:val="right"/>
      </w:pPr>
      <w:r>
        <w:t>كنت کنزم مخفیہ فہو انور فخلق الخلق یعنی گاڈ نے کہا کہ میں ایک ہڈن ٹریڈر تھا،</w:t>
      </w:r>
    </w:p>
    <w:p>
      <w:r>
        <w:rPr>
          <w:b/>
        </w:rPr>
        <w:t xml:space="preserve">[01:22] </w:t>
      </w:r>
      <w:r>
        <w:t>phir mein ne chaha ke</w:t>
      </w:r>
    </w:p>
    <w:p>
      <w:pPr>
        <w:jc w:val="right"/>
      </w:pPr>
      <w:r>
        <w:t>پھر میں نے چاہا کہ</w:t>
      </w:r>
    </w:p>
    <w:p>
      <w:r>
        <w:rPr>
          <w:b/>
        </w:rPr>
        <w:t xml:space="preserve">[01:26] </w:t>
      </w:r>
      <w:r>
        <w:t>ke mein log is ko jaanein,</w:t>
      </w:r>
    </w:p>
    <w:p>
      <w:pPr>
        <w:jc w:val="right"/>
      </w:pPr>
      <w:r>
        <w:t>کہ میں لوگ اس کو جانیں،</w:t>
      </w:r>
    </w:p>
    <w:p>
      <w:r>
        <w:rPr>
          <w:b/>
        </w:rPr>
        <w:t xml:space="preserve">[01:36] </w:t>
      </w:r>
      <w:r>
        <w:t>to mein ne creation ko paida kiya.</w:t>
      </w:r>
    </w:p>
    <w:p>
      <w:pPr>
        <w:jc w:val="right"/>
      </w:pPr>
      <w:r>
        <w:t>تو میں نے کریشن کو پیدا کیا۔</w:t>
      </w:r>
    </w:p>
    <w:p>
      <w:r>
        <w:rPr>
          <w:b/>
        </w:rPr>
        <w:t xml:space="preserve">[01:44] </w:t>
      </w:r>
      <w:r>
        <w:t>is hadith ko samajhne ke liye aap ko ek baat mein arz karunga ke</w:t>
      </w:r>
    </w:p>
    <w:p>
      <w:pPr>
        <w:jc w:val="right"/>
      </w:pPr>
      <w:r>
        <w:t>اس حدیث کو سمجھنے کے لیے آپ کو ایک بات میں عرض کروں گا کہ</w:t>
      </w:r>
    </w:p>
    <w:p>
      <w:r>
        <w:rPr>
          <w:b/>
        </w:rPr>
        <w:t xml:space="preserve">[01:53] </w:t>
      </w:r>
      <w:r>
        <w:t>log yeh</w:t>
      </w:r>
    </w:p>
    <w:p>
      <w:pPr>
        <w:jc w:val="right"/>
      </w:pPr>
      <w:r>
        <w:t>لوگ یہ</w:t>
      </w:r>
    </w:p>
    <w:p>
      <w:r>
        <w:rPr>
          <w:b/>
        </w:rPr>
        <w:t xml:space="preserve">[01:56] </w:t>
      </w:r>
      <w:r>
        <w:t>poochte hain ke God agar hai to woh dikhai kyun nahi deta?</w:t>
      </w:r>
    </w:p>
    <w:p>
      <w:pPr>
        <w:jc w:val="right"/>
      </w:pPr>
      <w:r>
        <w:t>پوچھتے ہیں کہ گاڈ اگر ہے تو وہ دکھائی کیوں نہیں دیتا؟</w:t>
      </w:r>
    </w:p>
    <w:p>
      <w:r>
        <w:rPr>
          <w:b/>
        </w:rPr>
        <w:t xml:space="preserve">[02:05] </w:t>
      </w:r>
      <w:r>
        <w:t>to yeh myth quantum physics ne tod diya hai, kyunke myth ne, kyunke quantum physics se sabit hua hai ke ek cheez apna existence rakhti hai, lekin woh dikhai nahi deti.</w:t>
      </w:r>
    </w:p>
    <w:p>
      <w:pPr>
        <w:jc w:val="right"/>
      </w:pPr>
      <w:r>
        <w:t>تو یہ متھ کوانٹم فزکس نے توڑ دیا ہے، کیونکہ متھ نے، کیونکہ کوانٹم فزکس سے ثابت ہوا ہے کہ ایک چیز اپنا ایگزسٹنس رکھتی ہے، لیکن وہ دکھائی نہیں دیتی۔</w:t>
      </w:r>
    </w:p>
    <w:p>
      <w:r>
        <w:rPr>
          <w:b/>
        </w:rPr>
        <w:t xml:space="preserve">[02:25] </w:t>
      </w:r>
      <w:r>
        <w:t>yeh bohat ajeeb baat hai.</w:t>
      </w:r>
    </w:p>
    <w:p>
      <w:pPr>
        <w:jc w:val="right"/>
      </w:pPr>
      <w:r>
        <w:t>یہ بہت عجیب بات ہے۔</w:t>
      </w:r>
    </w:p>
    <w:p>
      <w:r>
        <w:rPr>
          <w:b/>
        </w:rPr>
        <w:t xml:space="preserve">[02:30] </w:t>
      </w:r>
      <w:r>
        <w:t>to yeh jo hai ke mein ne chaha ke log mujhe jaanein,</w:t>
      </w:r>
    </w:p>
    <w:p>
      <w:pPr>
        <w:jc w:val="right"/>
      </w:pPr>
      <w:r>
        <w:t>تو یہ جو ہے کہ میں چاہا کہ لوگ مجھے جانیں،</w:t>
      </w:r>
    </w:p>
    <w:p>
      <w:r>
        <w:rPr>
          <w:b/>
        </w:rPr>
        <w:t xml:space="preserve">[02:42] </w:t>
      </w:r>
      <w:r>
        <w:t>yani hidden hone ke bawajood,</w:t>
      </w:r>
    </w:p>
    <w:p>
      <w:pPr>
        <w:jc w:val="right"/>
      </w:pPr>
      <w:r>
        <w:t>یعنی ہڈن ہونے کے باوجود،</w:t>
      </w:r>
    </w:p>
    <w:p>
      <w:r>
        <w:rPr>
          <w:b/>
        </w:rPr>
        <w:t xml:space="preserve">[02:47] </w:t>
      </w:r>
      <w:r>
        <w:t>to mein ne is pe bohat socha ke aisa kyun hai ke creator ne apne ko chupa kar rakha hai.</w:t>
      </w:r>
    </w:p>
    <w:p>
      <w:pPr>
        <w:jc w:val="right"/>
      </w:pPr>
      <w:r>
        <w:t>تو میں نے اس پہ بہت سوچا کہ ایسا کیوں ہے کہ کریٹر نے اپنے کو چھپا کر رکھا ہے۔</w:t>
      </w:r>
    </w:p>
    <w:p>
      <w:r>
        <w:rPr>
          <w:b/>
        </w:rPr>
        <w:t xml:space="preserve">[02:55] </w:t>
      </w:r>
      <w:r>
        <w:t>is ki wajah yeh hai ke creator ko</w:t>
      </w:r>
    </w:p>
    <w:p>
      <w:pPr>
        <w:jc w:val="right"/>
      </w:pPr>
      <w:r>
        <w:t>اس کی وجہ یہ ہے کہ کریٹر کو</w:t>
      </w:r>
    </w:p>
    <w:p>
      <w:r>
        <w:rPr>
          <w:b/>
        </w:rPr>
        <w:t xml:space="preserve">[03:02] </w:t>
      </w:r>
      <w:r>
        <w:t>manna ya is ko discover karna ek bohat bada reward hai. Is is ka woh reward hai paradise, eternal paradise.</w:t>
      </w:r>
    </w:p>
    <w:p>
      <w:pPr>
        <w:jc w:val="right"/>
      </w:pPr>
      <w:r>
        <w:t>ماننا یا اس کو ڈسکور کرنا ایک بہت بڑا ریوارڈ ہے۔ اس اس کا وہ ریوارڈ ہے پیراڈائز، ایٹرنل پیراڈائز۔</w:t>
      </w:r>
    </w:p>
    <w:p>
      <w:r>
        <w:rPr>
          <w:b/>
        </w:rPr>
        <w:t xml:space="preserve">[03:18] </w:t>
      </w:r>
      <w:r>
        <w:t>to God ne paradise ki price yeh rakhi ke dekhe baghair aadmi God ko, yani creator of paradise ko, discover kare.</w:t>
      </w:r>
    </w:p>
    <w:p>
      <w:pPr>
        <w:jc w:val="right"/>
      </w:pPr>
      <w:r>
        <w:t>تو گاڈ نے پیراڈائز کی پرائس یہ رکھی کہ دیکھے بغیر آدمی گاڈ کو، یعنی کریٹر آف پیراڈائز کو، ڈسکور کرے۔</w:t>
      </w:r>
    </w:p>
    <w:p>
      <w:r>
        <w:rPr>
          <w:b/>
        </w:rPr>
        <w:t xml:space="preserve">[03:39] </w:t>
      </w:r>
      <w:r>
        <w:t>to is hidden treasure, is hidden treasure ko, is hidden khazane ko dekh, discover karna yahi paradise ki price hai.</w:t>
      </w:r>
    </w:p>
    <w:p>
      <w:pPr>
        <w:jc w:val="right"/>
      </w:pPr>
      <w:r>
        <w:t>تو اس ہڈن ٹریزر، اس ہڈن ٹریزر کو، اس ہڈن خزانے کو دیکھ، ڈسکور کرنا یہی پیراڈائز کی پرائس ہے۔</w:t>
      </w:r>
    </w:p>
    <w:p>
      <w:r>
        <w:rPr>
          <w:b/>
        </w:rPr>
        <w:t xml:space="preserve">[03:57] </w:t>
      </w:r>
      <w:r>
        <w:t>to mein yeh arz karna chahunga ke God ne jo method rakha hai, method woh hai,</w:t>
      </w:r>
    </w:p>
    <w:p>
      <w:pPr>
        <w:jc w:val="right"/>
      </w:pPr>
      <w:r>
        <w:t>تو میں یہ عرض کرنا چاہوں گا کہ گاڈ نے جو میتھڈ رکھا ہے، میتھڈ وہ ہے،</w:t>
      </w:r>
    </w:p>
    <w:p>
      <w:r>
        <w:rPr>
          <w:b/>
        </w:rPr>
        <w:t xml:space="preserve">[04:14] </w:t>
      </w:r>
      <w:r>
        <w:t>woh hai shauq. har cheez mein shauq se cheezein jaani jaati hain.</w:t>
      </w:r>
    </w:p>
    <w:p>
      <w:pPr>
        <w:jc w:val="right"/>
      </w:pPr>
      <w:r>
        <w:t>وہ ہے شوق۔ ہر چیز میں شوق سے چیزیں جانی جاتی ہیں۔</w:t>
      </w:r>
    </w:p>
    <w:p>
      <w:r>
        <w:rPr>
          <w:b/>
        </w:rPr>
        <w:t xml:space="preserve">[04:24] </w:t>
      </w:r>
      <w:r>
        <w:t>misalan dekhein, teen sau saal pehle newton ka zamana tha, toh kaha jaata hai ke woh</w:t>
      </w:r>
    </w:p>
    <w:p>
      <w:pPr>
        <w:jc w:val="right"/>
      </w:pPr>
      <w:r>
        <w:t>مثلاً دیکھیں، تین سو سال پہلے نیوٹن کا زمانہ تھا، تو کہا جاتا ہے کہ وہ</w:t>
      </w:r>
    </w:p>
    <w:p>
      <w:r>
        <w:rPr>
          <w:b/>
        </w:rPr>
        <w:t xml:space="preserve">[04:37] </w:t>
      </w:r>
      <w:r>
        <w:t>apne garden mein baitha hua tha, ek saib ke saaye ke neeche.</w:t>
      </w:r>
    </w:p>
    <w:p>
      <w:pPr>
        <w:jc w:val="right"/>
      </w:pPr>
      <w:r>
        <w:t>اپنے گارڈن میں بیٹھا ہوا تھا، ایک سیب کے سائے کے نیچے۔</w:t>
      </w:r>
    </w:p>
    <w:p>
      <w:r>
        <w:rPr>
          <w:b/>
        </w:rPr>
        <w:t xml:space="preserve">[04:49] </w:t>
      </w:r>
      <w:r>
        <w:t>toh upar se ek ek saib gira, woh by chance us ke sar par gira.</w:t>
      </w:r>
    </w:p>
    <w:p>
      <w:pPr>
        <w:jc w:val="right"/>
      </w:pPr>
      <w:r>
        <w:t>تو اوپر سے ایک ایک سیب گرا، وہ بائی چانس اس کے سر پر گرا۔</w:t>
      </w:r>
    </w:p>
    <w:p>
      <w:r>
        <w:rPr>
          <w:b/>
        </w:rPr>
        <w:t xml:space="preserve">[05:00] </w:t>
      </w:r>
      <w:r>
        <w:t>toh that was apple shock for Newton yaani newton sochne laga ke yeh yeh saib jo hai, mere sar par kyun gira?</w:t>
      </w:r>
    </w:p>
    <w:p>
      <w:pPr>
        <w:jc w:val="right"/>
      </w:pPr>
      <w:r>
        <w:t>تو that was apple shock for Newton یعنی نیوٹن سوچنے لگا کہ یہ یہ سیب جو ہے، میرے سر پر کیوں گرا؟</w:t>
      </w:r>
    </w:p>
    <w:p>
      <w:r>
        <w:rPr>
          <w:b/>
        </w:rPr>
        <w:t xml:space="preserve">[05:19] </w:t>
      </w:r>
      <w:r>
        <w:t>toh that was a shock yaani creator ne dekha ke</w:t>
      </w:r>
    </w:p>
    <w:p>
      <w:pPr>
        <w:jc w:val="right"/>
      </w:pPr>
      <w:r>
        <w:t>تو that was apple shock یعنی کریٹر نے دیکھا کہ</w:t>
      </w:r>
    </w:p>
    <w:p>
      <w:r>
        <w:rPr>
          <w:b/>
        </w:rPr>
        <w:t xml:space="preserve">[05:31] </w:t>
      </w:r>
      <w:r>
        <w:t>million nahin, billion years guzar rahe hain aur insaan ek bohat bari reality se bekhabar hai, woh hai gravitation,</w:t>
      </w:r>
    </w:p>
    <w:p>
      <w:pPr>
        <w:jc w:val="right"/>
      </w:pPr>
      <w:r>
        <w:t>ملین نہیں، بلین ایئرز گزر رہے ہیں اور انسان ایک بہت بڑی ریلیٹی سے بے خبر ہے، وہ ہے گریویٹیشن،</w:t>
      </w:r>
    </w:p>
    <w:p>
      <w:r>
        <w:rPr>
          <w:b/>
        </w:rPr>
        <w:t xml:space="preserve">[05:45] </w:t>
      </w:r>
      <w:r>
        <w:t>law of gravitation.</w:t>
      </w:r>
    </w:p>
    <w:p>
      <w:pPr>
        <w:jc w:val="right"/>
      </w:pPr>
      <w:r>
        <w:t>لاء آف گریویٹیشن۔</w:t>
      </w:r>
    </w:p>
    <w:p>
      <w:r>
        <w:rPr>
          <w:b/>
        </w:rPr>
        <w:t xml:space="preserve">[05:50] </w:t>
      </w:r>
      <w:r>
        <w:t>aap jante hain ke gravitation kehti hai wohi blessing hai. gravitation agar na ho toh hum aap yahan baith nahin sakte, kyunke buildingen darakht ke patte ki tarah uren gi,</w:t>
      </w:r>
    </w:p>
    <w:p>
      <w:pPr>
        <w:jc w:val="right"/>
      </w:pPr>
      <w:r>
        <w:t>آپ جانتے ہیں کہ گریویٹیشن کہتی ہے وہی بلیسنگ ہے۔ گریویٹیشن اگر نہ ہو تو ہم آپ یہاں بیٹھ نہیں سکتے، کیونکہ بلڈنگیں درخت کے پتے کی طرح اڑیں گی،</w:t>
      </w:r>
    </w:p>
    <w:p>
      <w:r>
        <w:rPr>
          <w:b/>
        </w:rPr>
        <w:t xml:space="preserve">[06:10] </w:t>
      </w:r>
      <w:r>
        <w:t>stability khatam ho jayegi.</w:t>
      </w:r>
    </w:p>
    <w:p>
      <w:pPr>
        <w:jc w:val="right"/>
      </w:pPr>
      <w:r>
        <w:t>اسٹیبلٹی ختم ہو جائے گی۔</w:t>
      </w:r>
    </w:p>
    <w:p>
      <w:r>
        <w:rPr>
          <w:b/>
        </w:rPr>
        <w:t xml:space="preserve">[06:14] </w:t>
      </w:r>
      <w:r>
        <w:t>toh zameen par jo hum dekhte hain, stability woh sab ek blessing hai, grati ki shakal mein.</w:t>
      </w:r>
    </w:p>
    <w:p>
      <w:pPr>
        <w:jc w:val="right"/>
      </w:pPr>
      <w:r>
        <w:t>تو زمین پر جو ہم دیکھتے ہیں، اسٹیبلٹی وہ سب ایک بلیسنگ ہے، گریٹی کی شکل میں۔</w:t>
      </w:r>
    </w:p>
    <w:p>
      <w:r>
        <w:rPr>
          <w:b/>
        </w:rPr>
        <w:t xml:space="preserve">[06:25] </w:t>
      </w:r>
      <w:r>
        <w:t>toh god ne dekha ke insaan itni bari cheez se bekhabar hai,</w:t>
      </w:r>
    </w:p>
    <w:p>
      <w:pPr>
        <w:jc w:val="right"/>
      </w:pPr>
      <w:r>
        <w:t>تو گاڈ نے دیکھا کہ انسان اتنی بڑی چیز سے بے خبر ہے،</w:t>
      </w:r>
    </w:p>
    <w:p>
      <w:r>
        <w:rPr>
          <w:b/>
        </w:rPr>
        <w:t xml:space="preserve">[06:29] </w:t>
      </w:r>
      <w:r>
        <w:t>toh us ne kya kiya ke newton ke sar par saib gira.</w:t>
      </w:r>
    </w:p>
    <w:p>
      <w:pPr>
        <w:jc w:val="right"/>
      </w:pPr>
      <w:r>
        <w:t>تو اس نے کیا کیا کہ نیوٹن کے سر پر سیب گرا۔</w:t>
      </w:r>
    </w:p>
    <w:p>
      <w:r>
        <w:rPr>
          <w:b/>
        </w:rPr>
        <w:t xml:space="preserve">[06:40] </w:t>
      </w:r>
      <w:r>
        <w:t>that was</w:t>
      </w:r>
    </w:p>
    <w:p>
      <w:pPr>
        <w:jc w:val="right"/>
      </w:pPr>
      <w:r>
        <w:t>that was</w:t>
      </w:r>
    </w:p>
    <w:p>
      <w:r>
        <w:rPr>
          <w:b/>
        </w:rPr>
        <w:t xml:space="preserve">[06:47] </w:t>
      </w:r>
      <w:r>
        <w:t>that was shocking reminder</w:t>
      </w:r>
    </w:p>
    <w:p>
      <w:pPr>
        <w:jc w:val="right"/>
      </w:pPr>
      <w:r>
        <w:t>that was shocking reminder</w:t>
      </w:r>
    </w:p>
    <w:p>
      <w:r>
        <w:rPr>
          <w:b/>
        </w:rPr>
        <w:t xml:space="preserve">[06:53] </w:t>
      </w:r>
      <w:r>
        <w:t>apple shock, isi liye mein is ko kehta hoon apple shock.</w:t>
      </w:r>
    </w:p>
    <w:p>
      <w:pPr>
        <w:jc w:val="right"/>
      </w:pPr>
      <w:r>
        <w:t>ایپل شاک، اسی لیے میں اس کو کہتا ہوں ایپل شاک۔</w:t>
      </w:r>
    </w:p>
    <w:p>
      <w:r>
        <w:rPr>
          <w:b/>
        </w:rPr>
        <w:t xml:space="preserve">[07:01] </w:t>
      </w:r>
      <w:r>
        <w:t>toh history mein kya hua ke chunke god aankhon se dikhai nahin deta tha, toh bohat se log aise parde shakk karne lage ke god hai ke nahin, god hai ke nahin.</w:t>
      </w:r>
    </w:p>
    <w:p>
      <w:pPr>
        <w:jc w:val="right"/>
      </w:pPr>
      <w:r>
        <w:t>تو ہسٹری میں کیا ہوا کہ چونکہ گاڈ آنکھوں سے دکھائی نہیں دیتا تھا، تو بہت سے لوگ ایسے پردے شک کرنے لگے کہ گاڈ ہے کہ نہیں، گاڈ ہے کہ نہیں۔</w:t>
      </w:r>
    </w:p>
    <w:p>
      <w:r>
        <w:rPr>
          <w:b/>
        </w:rPr>
        <w:t xml:space="preserve">[07:23] </w:t>
      </w:r>
      <w:r>
        <w:t>toh bohat saal guzar gaye,</w:t>
      </w:r>
    </w:p>
    <w:p>
      <w:pPr>
        <w:jc w:val="right"/>
      </w:pPr>
      <w:r>
        <w:t>تو بہت سال گزر گئے،</w:t>
      </w:r>
    </w:p>
    <w:p>
      <w:r>
        <w:rPr>
          <w:b/>
        </w:rPr>
        <w:t xml:space="preserve">[07:27] </w:t>
      </w:r>
      <w:r>
        <w:t>yahan tak ke mein samajhta hoon ke jo waqia hua, total century ke first quarter mein, big bang. big bang was also shock,</w:t>
      </w:r>
    </w:p>
    <w:p>
      <w:pPr>
        <w:jc w:val="right"/>
      </w:pPr>
      <w:r>
        <w:t>یہاں تک کہ میں سمجھتا ہوں کہ جو واقعہ ہوا، ٹوٹل سینچری کے فرسٹ کوارٹر میں، بگ بینگ۔ بگ بینگ واز السو شاک،</w:t>
      </w:r>
    </w:p>
    <w:p>
      <w:r>
        <w:rPr>
          <w:b/>
        </w:rPr>
        <w:t xml:space="preserve">[07:41] </w:t>
      </w:r>
      <w:r>
        <w:t>bank shock, is liye ke big big bang ke baad in scientist community, scientific community ne jab is par research ki,</w:t>
      </w:r>
    </w:p>
    <w:p>
      <w:pPr>
        <w:jc w:val="right"/>
      </w:pPr>
      <w:r>
        <w:t>بینک شاک، اس لیے کہ بگ بگ بینگ کے بعد ان سائنٹسٹ کمیونٹی، سائنٹیفک کمیونٹی نے جب اس پر ریسرچ کی،</w:t>
      </w:r>
    </w:p>
    <w:p>
      <w:r>
        <w:rPr>
          <w:b/>
        </w:rPr>
        <w:t xml:space="preserve">[07:55] </w:t>
      </w:r>
      <w:r>
        <w:t>toh woh is pahunche is par ke</w:t>
      </w:r>
    </w:p>
    <w:p>
      <w:pPr>
        <w:jc w:val="right"/>
      </w:pPr>
      <w:r>
        <w:t>تو وہ اس پہنچے اس پر کہ</w:t>
      </w:r>
    </w:p>
    <w:p>
      <w:r>
        <w:rPr>
          <w:b/>
        </w:rPr>
        <w:t xml:space="preserve">[08:04] </w:t>
      </w:r>
      <w:r>
        <w:t>taqreeban 13 billion saal pehle, 13 billion saal pehle,</w:t>
      </w:r>
    </w:p>
    <w:p>
      <w:pPr>
        <w:jc w:val="right"/>
      </w:pPr>
      <w:r>
        <w:t>تقریباً 13 بلین سال پہلے، 13 بلین سال پہلے،</w:t>
      </w:r>
    </w:p>
    <w:p>
      <w:r>
        <w:rPr>
          <w:b/>
        </w:rPr>
        <w:t xml:space="preserve">[08:14] </w:t>
      </w:r>
      <w:r>
        <w:t>ek</w:t>
      </w:r>
    </w:p>
    <w:p>
      <w:pPr>
        <w:jc w:val="right"/>
      </w:pPr>
      <w:r>
        <w:t>ایک</w:t>
      </w:r>
    </w:p>
    <w:p>
      <w:r>
        <w:rPr>
          <w:b/>
        </w:rPr>
        <w:t xml:space="preserve">[08:18] </w:t>
      </w:r>
      <w:r>
        <w:t>space mein ek cosmic ball zahir hua.</w:t>
      </w:r>
    </w:p>
    <w:p>
      <w:pPr>
        <w:jc w:val="right"/>
      </w:pPr>
      <w:r>
        <w:t>اسپیس میں ایک کاسمک بال ظاہر ہوا۔</w:t>
      </w:r>
    </w:p>
    <w:p>
      <w:r>
        <w:rPr>
          <w:b/>
        </w:rPr>
        <w:t xml:space="preserve">[08:24] </w:t>
      </w:r>
      <w:r>
        <w:t>is cosmic ball mein woh tamam particle the jo is universe ko banane wale hain,</w:t>
      </w:r>
    </w:p>
    <w:p>
      <w:pPr>
        <w:jc w:val="right"/>
      </w:pPr>
      <w:r>
        <w:t>اس کاسمک بال میں وہ تمام پارٹیکل تھے جو اس یونیورس کو بنانے والے ہیں،</w:t>
      </w:r>
    </w:p>
    <w:p>
      <w:r>
        <w:rPr>
          <w:b/>
        </w:rPr>
        <w:t xml:space="preserve">[08:38] </w:t>
      </w:r>
      <w:r>
        <w:t>poori universe ke particle.</w:t>
      </w:r>
    </w:p>
    <w:p>
      <w:pPr>
        <w:jc w:val="right"/>
      </w:pPr>
      <w:r>
        <w:t>پوری یونیورس کے پارٹیکل۔</w:t>
      </w:r>
    </w:p>
    <w:p>
      <w:r>
        <w:rPr>
          <w:b/>
        </w:rPr>
        <w:t xml:space="preserve">[08:44] </w:t>
      </w:r>
      <w:r>
        <w:t>to yeh pehla creation tha, aur yeh bohat hi zyada compact thay, is ke particle,</w:t>
      </w:r>
    </w:p>
    <w:p>
      <w:pPr>
        <w:jc w:val="right"/>
      </w:pPr>
      <w:r>
        <w:t>تو یہ پہلا کریشن تھا، اور یہ بہت ہی زیادہ کمپیکٹ تھے، اس کے پارٹیکل،</w:t>
      </w:r>
    </w:p>
    <w:p>
      <w:r>
        <w:rPr>
          <w:b/>
        </w:rPr>
        <w:t xml:space="preserve">[08:54] </w:t>
      </w:r>
      <w:r>
        <w:t>is ke is ke particle extremely compact thay,</w:t>
      </w:r>
    </w:p>
    <w:p>
      <w:pPr>
        <w:jc w:val="right"/>
      </w:pPr>
      <w:r>
        <w:t>اس کے اس کے پارٹیکل ایکسٹریملی کمپیکٹ تھے،</w:t>
      </w:r>
    </w:p>
    <w:p>
      <w:r>
        <w:rPr>
          <w:b/>
        </w:rPr>
        <w:t xml:space="preserve">[09:01] </w:t>
      </w:r>
      <w:r>
        <w:t>in mein explosion nahi ho sakta tha, lekin hua. 13 billion saal pehle ek bohat bara explosion hua,</w:t>
      </w:r>
    </w:p>
    <w:p>
      <w:pPr>
        <w:jc w:val="right"/>
      </w:pPr>
      <w:r>
        <w:t>ان میں ایکسپلوژن نہیں ہو سکتا تھا، لیکن ہوا۔ 13 بلین سال پہلے ایک بہت بڑا ایکسپلوژن ہوا،</w:t>
      </w:r>
    </w:p>
    <w:p>
      <w:r>
        <w:rPr>
          <w:b/>
        </w:rPr>
        <w:t xml:space="preserve">[09:14] </w:t>
      </w:r>
      <w:r>
        <w:t>to jitnay particle thay, woh bohat hi zyada</w:t>
      </w:r>
    </w:p>
    <w:p>
      <w:pPr>
        <w:jc w:val="right"/>
      </w:pPr>
      <w:r>
        <w:t>تو جتنے پارٹیکل تھے، وہ بہت ہی زیادہ</w:t>
      </w:r>
    </w:p>
    <w:p>
      <w:r>
        <w:rPr>
          <w:b/>
        </w:rPr>
        <w:t xml:space="preserve">[09:23] </w:t>
      </w:r>
      <w:r>
        <w:t>tezi se</w:t>
      </w:r>
    </w:p>
    <w:p>
      <w:pPr>
        <w:jc w:val="right"/>
      </w:pPr>
      <w:r>
        <w:t>تیزی سے</w:t>
      </w:r>
    </w:p>
    <w:p>
      <w:r>
        <w:rPr>
          <w:b/>
        </w:rPr>
        <w:t xml:space="preserve">[09:26] </w:t>
      </w:r>
      <w:r>
        <w:t>niklay aur poori universe mein phailnay lagay, bohat zyada, yani</w:t>
      </w:r>
    </w:p>
    <w:p>
      <w:pPr>
        <w:jc w:val="right"/>
      </w:pPr>
      <w:r>
        <w:t>نکلے اور پورے یونیورس میں پھیلنے لگے، بہت زیادہ، یعنی</w:t>
      </w:r>
    </w:p>
    <w:p>
      <w:r>
        <w:rPr>
          <w:b/>
        </w:rPr>
        <w:t xml:space="preserve">[09:37] </w:t>
      </w:r>
      <w:r>
        <w:t>bohat hi zyada taiz speed se.</w:t>
      </w:r>
    </w:p>
    <w:p>
      <w:pPr>
        <w:jc w:val="right"/>
      </w:pPr>
      <w:r>
        <w:t>بہت ہی زیادہ تیز سپیڈ سے۔</w:t>
      </w:r>
    </w:p>
    <w:p>
      <w:r>
        <w:rPr>
          <w:b/>
        </w:rPr>
        <w:t xml:space="preserve">[09:43] </w:t>
      </w:r>
      <w:r>
        <w:t>lekin science batati hai ke</w:t>
      </w:r>
    </w:p>
    <w:p>
      <w:pPr>
        <w:jc w:val="right"/>
      </w:pPr>
      <w:r>
        <w:t>لیکن سائنس بتاتی ہے کہ</w:t>
      </w:r>
    </w:p>
    <w:p>
      <w:r>
        <w:rPr>
          <w:b/>
        </w:rPr>
        <w:t xml:space="preserve">[09:53] </w:t>
      </w:r>
      <w:r>
        <w:t>within a second ke is ki speed kam kam ho gayi.</w:t>
      </w:r>
    </w:p>
    <w:p>
      <w:pPr>
        <w:jc w:val="right"/>
      </w:pPr>
      <w:r>
        <w:t>ود ان اے سیکنڈ کہ اس کی سپیڈ کم کم ہو گئی۔</w:t>
      </w:r>
    </w:p>
    <w:p>
      <w:r>
        <w:rPr>
          <w:b/>
        </w:rPr>
        <w:t xml:space="preserve">[10:05] </w:t>
      </w:r>
      <w:r>
        <w:t>to yeh speed jo hai, kaise kam ho gayi, is ki koi explanation nahi aaj tak.</w:t>
      </w:r>
    </w:p>
    <w:p>
      <w:pPr>
        <w:jc w:val="right"/>
      </w:pPr>
      <w:r>
        <w:t>تو یہ سپیڈ جو ہے، کیسے کم ہو گئی، اس کی کوئی ایکسپلینیشن نہیں آج تک۔</w:t>
      </w:r>
    </w:p>
    <w:p>
      <w:r>
        <w:rPr>
          <w:b/>
        </w:rPr>
        <w:t xml:space="preserve">[10:15] </w:t>
      </w:r>
      <w:r>
        <w:t>is ke siwa kiya maane ke ek ek superpower thi jis ne is ki speed ko kam kiya. agar yeh speed kam na hoti to universe na banti, to yeh saaray particle space mein bikhar jatay.</w:t>
      </w:r>
    </w:p>
    <w:p>
      <w:pPr>
        <w:jc w:val="right"/>
      </w:pPr>
      <w:r>
        <w:t>اس کے سوا کیا مانے کہ ایک ایک سپر پاور تھی جس نے اس کی سپیڈ کو کم کیا۔ اگر یہ سپیڈ کم نہ ہوتی تو یونیورس نہ بنتی، تو یہ سارے پارٹیکل اسپیس میں بکھر جاتے۔</w:t>
      </w:r>
    </w:p>
    <w:p>
      <w:r>
        <w:rPr>
          <w:b/>
        </w:rPr>
        <w:t xml:space="preserve">[10:34] </w:t>
      </w:r>
      <w:r>
        <w:t>yeh pehla shakk tha jis ne insaan ko majboor kiya ke woh soche ke yahan koi superpower hai.</w:t>
      </w:r>
    </w:p>
    <w:p>
      <w:pPr>
        <w:jc w:val="right"/>
      </w:pPr>
      <w:r>
        <w:t>یہ پہلا شک تھا جس نے انسان کو مجبور کیا کہ وہ سوچے کہ یہاں کوئی سپر پاور ہے۔</w:t>
      </w:r>
    </w:p>
    <w:p>
      <w:r>
        <w:rPr>
          <w:b/>
        </w:rPr>
        <w:t xml:space="preserve">[10:47] </w:t>
      </w:r>
      <w:r>
        <w:t>phir aap jantay hain ke yeh jo latest theory hai,</w:t>
      </w:r>
    </w:p>
    <w:p>
      <w:pPr>
        <w:jc w:val="right"/>
      </w:pPr>
      <w:r>
        <w:t>پھر آپ جانتے ہیں کہ یہ جو لیٹسٹ تھیوری ہے،</w:t>
      </w:r>
    </w:p>
    <w:p>
      <w:r>
        <w:rPr>
          <w:b/>
        </w:rPr>
        <w:t xml:space="preserve">[10:55] </w:t>
      </w:r>
      <w:r>
        <w:t>latest theory</w:t>
      </w:r>
    </w:p>
    <w:p>
      <w:pPr>
        <w:jc w:val="right"/>
      </w:pPr>
      <w:r>
        <w:t>لیٹسٹ تھیوری</w:t>
      </w:r>
    </w:p>
    <w:p>
      <w:r>
        <w:rPr>
          <w:b/>
        </w:rPr>
        <w:t xml:space="preserve">[10:59] </w:t>
      </w:r>
      <w:r>
        <w:t>jo insaan ne discover ki hai,</w:t>
      </w:r>
    </w:p>
    <w:p>
      <w:pPr>
        <w:jc w:val="right"/>
      </w:pPr>
      <w:r>
        <w:t>جو انسان نے ڈسکور کی ہے،</w:t>
      </w:r>
    </w:p>
    <w:p>
      <w:r>
        <w:rPr>
          <w:b/>
        </w:rPr>
        <w:t xml:space="preserve">[11:07] </w:t>
      </w:r>
      <w:r>
        <w:t>quantum physics. quantum physics is myth ko khatam karti hai ke koi cheez agar apna existence is ka hai to woh humain dikhai dena chahiye.</w:t>
      </w:r>
    </w:p>
    <w:p>
      <w:pPr>
        <w:jc w:val="right"/>
      </w:pPr>
      <w:r>
        <w:t>کوانٹم فزکس۔ کوانٹم فزکس اس متھ کو ختم کرتی ہے کہ کوئی چیز اگر اپنا ایگزسٹنس اس کا ہے تو وہ ہمیں دکھائی دینا چاہیے۔</w:t>
      </w:r>
    </w:p>
    <w:p>
      <w:r>
        <w:rPr>
          <w:b/>
        </w:rPr>
        <w:t xml:space="preserve">[11:28] </w:t>
      </w:r>
      <w:r>
        <w:t>France ke ek</w:t>
      </w:r>
    </w:p>
    <w:p>
      <w:pPr>
        <w:jc w:val="right"/>
      </w:pPr>
      <w:r>
        <w:t>فرانس کے ایک</w:t>
      </w:r>
    </w:p>
    <w:p>
      <w:r>
        <w:rPr>
          <w:b/>
        </w:rPr>
        <w:t xml:space="preserve">[11:34] </w:t>
      </w:r>
      <w:r>
        <w:t>philosopher ne yeh kaha tha ke I think therefore I exist lekin quantum physics is se aagay jati hai.</w:t>
      </w:r>
    </w:p>
    <w:p>
      <w:pPr>
        <w:jc w:val="right"/>
      </w:pPr>
      <w:r>
        <w:t>پریسفر نے یہ کہا تھا کہ I think therefore I exist لیکن کوانٹم فزکس اس سے آگے جاتی ہے۔</w:t>
      </w:r>
    </w:p>
    <w:p>
      <w:r>
        <w:rPr>
          <w:b/>
        </w:rPr>
        <w:t xml:space="preserve">[11:47] </w:t>
      </w:r>
      <w:r>
        <w:t>quantum physics yeh batati hai ke matter jo hai, matter</w:t>
      </w:r>
    </w:p>
    <w:p>
      <w:pPr>
        <w:jc w:val="right"/>
      </w:pPr>
      <w:r>
        <w:t>کوانٹم فزکس یہ بتاتی ہے کہ میٹر جو ہے، میٹر</w:t>
      </w:r>
    </w:p>
    <w:p>
      <w:r>
        <w:rPr>
          <w:b/>
        </w:rPr>
        <w:t xml:space="preserve">[11:55] </w:t>
      </w:r>
      <w:r>
        <w:t>ka jo aakhri</w:t>
      </w:r>
    </w:p>
    <w:p>
      <w:pPr>
        <w:jc w:val="right"/>
      </w:pPr>
      <w:r>
        <w:t>کا جو آخری</w:t>
      </w:r>
    </w:p>
    <w:p>
      <w:r>
        <w:rPr>
          <w:b/>
        </w:rPr>
        <w:t xml:space="preserve">[12:00] </w:t>
      </w:r>
      <w:r>
        <w:t>part hai, aakhri woh totally</w:t>
      </w:r>
    </w:p>
    <w:p>
      <w:pPr>
        <w:jc w:val="right"/>
      </w:pPr>
      <w:r>
        <w:t>پارٹ ہے، آخری وہ ٹوٹلی</w:t>
      </w:r>
    </w:p>
    <w:p>
      <w:r>
        <w:rPr>
          <w:b/>
        </w:rPr>
        <w:t xml:space="preserve">[12:06] </w:t>
      </w:r>
      <w:r>
        <w:t>unobservable hai, totally unobservable</w:t>
      </w:r>
    </w:p>
    <w:p>
      <w:pPr>
        <w:jc w:val="right"/>
      </w:pPr>
      <w:r>
        <w:t>ان ابزریبل ہے، ٹوٹلی ان ابزریبل</w:t>
      </w:r>
    </w:p>
    <w:p>
      <w:r>
        <w:rPr>
          <w:b/>
        </w:rPr>
        <w:t xml:space="preserve">[12:11] </w:t>
      </w:r>
      <w:r>
        <w:t>hai. is ko kehtay hain</w:t>
      </w:r>
    </w:p>
    <w:p>
      <w:pPr>
        <w:jc w:val="right"/>
      </w:pPr>
      <w:r>
        <w:t>ہے۔ اس کو کہتے ہیں</w:t>
      </w:r>
    </w:p>
    <w:p>
      <w:r>
        <w:rPr>
          <w:b/>
        </w:rPr>
        <w:t xml:space="preserve">[12:17] </w:t>
      </w:r>
      <w:r>
        <w:t>sub atomic particle. yani atom ko agar aap is ko tortay jayen, tortay jayen, tortay jayen to aakhir mein aata hai sub atomic particle.</w:t>
      </w:r>
    </w:p>
    <w:p>
      <w:pPr>
        <w:jc w:val="right"/>
      </w:pPr>
      <w:r>
        <w:t>سب ایٹمک پارٹیکل۔ یعنی ایٹم کو اگر آپ اس کو توڑتے جائیں، توڑتے جائیں، توڑتے جائیں تو آخر میں آتا ہے سب ایٹمک پارٹیکل۔</w:t>
      </w:r>
    </w:p>
    <w:p>
      <w:r>
        <w:rPr>
          <w:b/>
        </w:rPr>
        <w:t xml:space="preserve">[12:32] </w:t>
      </w:r>
      <w:r>
        <w:t>sab sab atomic particle observable nahi hai,</w:t>
      </w:r>
    </w:p>
    <w:p>
      <w:pPr>
        <w:jc w:val="right"/>
      </w:pPr>
      <w:r>
        <w:t>سب سب ایٹمک پارٹیکل ابزریبل نہیں ہے،</w:t>
      </w:r>
    </w:p>
    <w:p>
      <w:r>
        <w:rPr>
          <w:b/>
        </w:rPr>
        <w:t xml:space="preserve">[12:39] </w:t>
      </w:r>
      <w:r>
        <w:t>is ko aap door bhi, khud bhi, se bhi nahi dekh sakte. phir hum kaise jante hain is ko?</w:t>
      </w:r>
    </w:p>
    <w:p>
      <w:pPr>
        <w:jc w:val="right"/>
      </w:pPr>
      <w:r>
        <w:t>اس کو آپ دور بھی، خود بھی، سے بھی نہیں دیکھ سکتے۔ پھر ہم کیسے جانتے ہیں اس کو؟</w:t>
      </w:r>
    </w:p>
    <w:p>
      <w:r>
        <w:rPr>
          <w:b/>
        </w:rPr>
        <w:t xml:space="preserve">[12:49] </w:t>
      </w:r>
      <w:r>
        <w:t>kaise hum mante hain ke sab atomic particle yahan par hai? woh hai</w:t>
      </w:r>
    </w:p>
    <w:p>
      <w:pPr>
        <w:jc w:val="right"/>
      </w:pPr>
      <w:r>
        <w:t>کیسے ہم مانتے ہیں کہ سب ایٹمک پارٹیکل یہاں پر ہے؟ وہ ہے</w:t>
      </w:r>
    </w:p>
    <w:p>
      <w:r>
        <w:rPr>
          <w:b/>
        </w:rPr>
        <w:t xml:space="preserve">[12:58] </w:t>
      </w:r>
      <w:r>
        <w:t>effect se, effect. yani sab atomic particle ka effect. woh kaise?</w:t>
      </w:r>
    </w:p>
    <w:p>
      <w:pPr>
        <w:jc w:val="right"/>
      </w:pPr>
      <w:r>
        <w:t>ایفیکٹ سے، ایفیکٹ۔ یعنی سب ایٹمک پارٹیکل کا ایفیکٹ۔ وہ کیسے؟</w:t>
      </w:r>
    </w:p>
    <w:p>
      <w:r>
        <w:rPr>
          <w:b/>
        </w:rPr>
        <w:t xml:space="preserve">[13:08] </w:t>
      </w:r>
      <w:r>
        <w:t>kyun ke sab atomic particle agarche khud observable nahi hai, woh is ko aap dekh nahi sakte, lekin woh rotate karta hai, bohat hi tezi ke sath rotate karta hai.</w:t>
      </w:r>
    </w:p>
    <w:p>
      <w:pPr>
        <w:jc w:val="right"/>
      </w:pPr>
      <w:r>
        <w:t>کیونکہ سب ایٹمک پارٹیکل اگرچہ خود ابزریبل نہیں ہے، وہ اس کو آپ دیکھ نہیں سکتے، لیکن وہ روٹیٹ کرتا ہے، بہت ہی تیزی کے ساتھ روٹیٹ کرتا ہے۔</w:t>
      </w:r>
    </w:p>
    <w:p>
      <w:r>
        <w:rPr>
          <w:b/>
        </w:rPr>
        <w:t xml:space="preserve">[13:24] </w:t>
      </w:r>
      <w:r>
        <w:t>to during rotation woh heat generate karta hai, heat generate karta hai. yeh heat jo hai, detectable hai.</w:t>
      </w:r>
    </w:p>
    <w:p>
      <w:pPr>
        <w:jc w:val="right"/>
      </w:pPr>
      <w:r>
        <w:t>تو ڈیورنگ روٹیشن وہ ہیٹ جنریٹ کرتا ہے، ہیٹ جنریٹ کرتا ہے۔ یہ ہیٹ جو ہے، ڈیٹیکٹیبل ہے۔</w:t>
      </w:r>
    </w:p>
    <w:p>
      <w:r>
        <w:rPr>
          <w:b/>
        </w:rPr>
        <w:t xml:space="preserve">[13:37] </w:t>
      </w:r>
      <w:r>
        <w:t>is heat ko hum detect karte hain, agarche hum dekhte nahi hain.</w:t>
      </w:r>
    </w:p>
    <w:p>
      <w:pPr>
        <w:jc w:val="right"/>
      </w:pPr>
      <w:r>
        <w:t>اس ہیٹ کو ہم ڈیٹیکٹ کرتے ہیں، اگرچہ ہم دیکھتے نہیں ہیں۔</w:t>
      </w:r>
    </w:p>
    <w:p>
      <w:r>
        <w:rPr>
          <w:b/>
        </w:rPr>
        <w:t xml:space="preserve">[13:48] </w:t>
      </w:r>
      <w:r>
        <w:t>to ab yeh maan liya gaya hai science mein ke sab atomic particle ka exist karte hain, woh</w:t>
      </w:r>
    </w:p>
    <w:p>
      <w:pPr>
        <w:jc w:val="right"/>
      </w:pPr>
      <w:r>
        <w:t>تو اب یہ مان لیا گیا ہے سائنس میں کہ سب ایٹمک پارٹیکل کا ایگزسٹ کرتے ہیں، وہ</w:t>
      </w:r>
    </w:p>
    <w:p>
      <w:r>
        <w:rPr>
          <w:b/>
        </w:rPr>
        <w:t xml:space="preserve">[14:00] </w:t>
      </w:r>
      <w:r>
        <w:t>in ka existence, agarche aaj tak kisi ne dekha nahi hai. is ko is ki heat se yeh infer kiya gaya hai, infer</w:t>
      </w:r>
    </w:p>
    <w:p>
      <w:pPr>
        <w:jc w:val="right"/>
      </w:pPr>
      <w:r>
        <w:t>ان کا ایگزسٹنس، اگرچہ آج تک کسی نے دیکھا نہیں ہے۔ اس کو اس کی ہیٹ سے یہ انفر کیا گیا ہے، انفر</w:t>
      </w:r>
    </w:p>
    <w:p>
      <w:r>
        <w:rPr>
          <w:b/>
        </w:rPr>
        <w:t xml:space="preserve">[14:13] </w:t>
      </w:r>
      <w:r>
        <w:t>by by by the way of inference. hum yeh mante hain ke yahan ek ek bohat hi</w:t>
      </w:r>
    </w:p>
    <w:p>
      <w:pPr>
        <w:jc w:val="right"/>
      </w:pPr>
      <w:r>
        <w:t>بائے بائے بائے دا وے آف انفرنس۔ ہم یہ مانتے ہیں کہ یہاں ایک ایک بہت ہی</w:t>
      </w:r>
    </w:p>
    <w:p>
      <w:r>
        <w:rPr>
          <w:b/>
        </w:rPr>
        <w:t xml:space="preserve">[14:26] </w:t>
      </w:r>
      <w:r>
        <w:t>chota particle maujood hai.</w:t>
      </w:r>
    </w:p>
    <w:p>
      <w:pPr>
        <w:jc w:val="right"/>
      </w:pPr>
      <w:r>
        <w:t>چھوٹا پارٹیکل موجود ہے۔</w:t>
      </w:r>
    </w:p>
    <w:p>
      <w:r>
        <w:rPr>
          <w:b/>
        </w:rPr>
        <w:t xml:space="preserve">[14:31] </w:t>
      </w:r>
      <w:r>
        <w:t>to is se yeh myth khatam ho gaya ke Khuda agar hai, God agar hai to dikhai kyun nahi deta? God agar hai to woh dikhai kyun nahi deta?</w:t>
      </w:r>
    </w:p>
    <w:p>
      <w:pPr>
        <w:jc w:val="right"/>
      </w:pPr>
      <w:r>
        <w:t>تو اس سے یہ متھ ختم ہو گیا کہ خدا اگر ہے، گاڈ اگر ہے تو دکھائی کیوں نہیں دیتا؟ گاڈ اگر ہے تو وہ دکھائی کیوں نہیں دیتا؟</w:t>
      </w:r>
    </w:p>
    <w:p>
      <w:r>
        <w:rPr>
          <w:b/>
        </w:rPr>
        <w:t xml:space="preserve">[14:47] </w:t>
      </w:r>
      <w:r>
        <w:t>to main samajhta hoon ke is zamane mein, 20 century mein</w:t>
      </w:r>
    </w:p>
    <w:p>
      <w:pPr>
        <w:jc w:val="right"/>
      </w:pPr>
      <w:r>
        <w:t>تو میں سمجھتا ہوں کہ اس زمانے میں، 20 سینچری میں</w:t>
      </w:r>
    </w:p>
    <w:p>
      <w:r>
        <w:rPr>
          <w:b/>
        </w:rPr>
        <w:t xml:space="preserve">[14:51] </w:t>
      </w:r>
      <w:r>
        <w:t>, yeh do theories jo hain aur bohat si baatein hain, ek big bang aur doosri quantum physics mein, pichli tamam myth ko khatam kar diya hai.</w:t>
      </w:r>
    </w:p>
    <w:p>
      <w:pPr>
        <w:jc w:val="right"/>
      </w:pPr>
      <w:r>
        <w:t>، یہ دو تھیوریز جو ہیں اور بہت سی باتیں ہیں، ایک بگ بینگ اور دوسری کوانٹم فزکس میں، پچھلی تمام متھ کو ختم کر دیا ہے۔</w:t>
      </w:r>
    </w:p>
    <w:p>
      <w:r>
        <w:rPr>
          <w:b/>
        </w:rPr>
        <w:t xml:space="preserve">[15:09] </w:t>
      </w:r>
      <w:r>
        <w:t>woh jo kaha jata tha ke Khuda hai to dikhai de, Khuda hai to hum janein is ko</w:t>
      </w:r>
    </w:p>
    <w:p>
      <w:pPr>
        <w:jc w:val="right"/>
      </w:pPr>
      <w:r>
        <w:t>وہ جو کہا جاتا تھا کہ خدا ہے تو دکھائی دے، خدا ہے تو ہم جانیں اس کو</w:t>
      </w:r>
    </w:p>
    <w:p>
      <w:r>
        <w:rPr>
          <w:b/>
        </w:rPr>
        <w:t xml:space="preserve">[15:16] </w:t>
      </w:r>
      <w:r>
        <w:t>. to hum khud science mein, jo jis ko hum kehte hain physical science, material science, woh bhi dikhai de rahi thi. is ka bhi mamla wahi hai.</w:t>
      </w:r>
    </w:p>
    <w:p>
      <w:pPr>
        <w:jc w:val="right"/>
      </w:pPr>
      <w:r>
        <w:t>۔ تو ہم خود سائنس میں، جو جس کو ہم کہتے ہیں فزیکل سائنس، مٹیریل سائنس، وہ بھی دکھائی دے رہی تھی۔ اس کا بھی معاملہ وہی ہے۔</w:t>
      </w:r>
    </w:p>
    <w:p>
      <w:r>
        <w:rPr>
          <w:b/>
        </w:rPr>
        <w:t xml:space="preserve">[15:33] </w:t>
      </w:r>
      <w:r>
        <w:t>aap ko maloom hai ke ek zamane mein ek kitaab chhapi thi, "in seed universe".</w:t>
      </w:r>
    </w:p>
    <w:p>
      <w:pPr>
        <w:jc w:val="right"/>
      </w:pPr>
      <w:r>
        <w:t>آپ کو معلوم ہے کہ ایک زمانے میں ایک کتاب چھپی تھی، "ان سیڈ یونیورس"۔</w:t>
      </w:r>
    </w:p>
    <w:p>
      <w:r>
        <w:rPr>
          <w:b/>
        </w:rPr>
        <w:t xml:space="preserve">[15:47] </w:t>
      </w:r>
      <w:r>
        <w:t>woh aghaz ki baat thi. ab quantum physics ne is ko bohat zyada strong evidence ke sath is ko prove kar diya hai.</w:t>
      </w:r>
    </w:p>
    <w:p>
      <w:pPr>
        <w:jc w:val="right"/>
      </w:pPr>
      <w:r>
        <w:t>وہ آغاز کی بات تھی۔ اب کوانٹم فزکس نے اس کو بہت زیادہ سٹرانگ ایویڈنس کے ساتھ اس کو پروف کر دیا ہے۔</w:t>
      </w:r>
    </w:p>
    <w:p>
      <w:r>
        <w:rPr>
          <w:b/>
        </w:rPr>
        <w:t xml:space="preserve">[16:04] </w:t>
      </w:r>
      <w:r>
        <w:t>to main samajhta hoon ke</w:t>
      </w:r>
    </w:p>
    <w:p>
      <w:pPr>
        <w:jc w:val="right"/>
      </w:pPr>
      <w:r>
        <w:t>تو میں سمجھتا ہوں کہ</w:t>
      </w:r>
    </w:p>
    <w:p>
      <w:r>
        <w:rPr>
          <w:b/>
        </w:rPr>
        <w:t xml:space="preserve">[16:08] </w:t>
      </w:r>
      <w:r>
        <w:t>woh jo hadith thi, kunt kuntu makhfiyan fa a'babtu an u'rafa fa khalaqtu al khalqa li u'rafah yeh koi waqti baat nahi thi, yeh historical statement tha,</w:t>
      </w:r>
    </w:p>
    <w:p>
      <w:pPr>
        <w:jc w:val="right"/>
      </w:pPr>
      <w:r>
        <w:t>وہ جو حدیث تھی، كنت کرد مخفیہ فابطان عرفہ فخر الخلق یہ کوئی وقتی بات نہیں تھی، یہ ہسٹوریکل سٹیٹمنٹ تھا،</w:t>
      </w:r>
    </w:p>
    <w:p>
      <w:r>
        <w:rPr>
          <w:b/>
        </w:rPr>
        <w:t xml:space="preserve">[16:22] </w:t>
      </w:r>
      <w:r>
        <w:t>poori history ko le kar ek statement tha ke Khuda ne dekha ke mere wajood par woh shakk kar rahe ho.</w:t>
      </w:r>
    </w:p>
    <w:p>
      <w:pPr>
        <w:jc w:val="right"/>
      </w:pPr>
      <w:r>
        <w:t>پوری ہسٹری کو لے کر ایک سٹیٹمنٹ تھا کہ خدا نے دیکھا کہ میرے وجود پر وہ شک کر رہے ہو۔</w:t>
      </w:r>
    </w:p>
    <w:p>
      <w:r>
        <w:rPr>
          <w:b/>
        </w:rPr>
        <w:t xml:space="preserve">[16:35] </w:t>
      </w:r>
      <w:r>
        <w:t>to aise bare bare waqiat Khuda ne kiye. is mein se do ka maine reference diya aap ko, ek to quantum physics aur doosre big bang.</w:t>
      </w:r>
    </w:p>
    <w:p>
      <w:pPr>
        <w:jc w:val="right"/>
      </w:pPr>
      <w:r>
        <w:t>تو ایسے بڑے بڑے واقعات خدا نے کیے۔ اس میں سے دو کا میں نے ریفرنس دیا آپ کو، ایک تو کوانٹم فزکس اور دوسرے بگ بینگ۔</w:t>
      </w:r>
    </w:p>
    <w:p>
      <w:r>
        <w:rPr>
          <w:b/>
        </w:rPr>
        <w:t xml:space="preserve">[16:51] </w:t>
      </w:r>
      <w:r>
        <w:t>uske baad ek compressor ki wajah se hua tha ki hum</w:t>
      </w:r>
    </w:p>
    <w:p>
      <w:pPr>
        <w:jc w:val="right"/>
      </w:pPr>
      <w:r>
        <w:t>اس کے بعد ایک کمپریسر کی وجہ سے ہوا تھا کہ ہم</w:t>
      </w:r>
    </w:p>
    <w:p>
      <w:r>
        <w:rPr>
          <w:b/>
        </w:rPr>
        <w:t xml:space="preserve">[16:55] </w:t>
      </w:r>
      <w:r>
        <w:t>khud material world, universe ko, khud physical world ko</w:t>
      </w:r>
    </w:p>
    <w:p>
      <w:pPr>
        <w:jc w:val="right"/>
      </w:pPr>
      <w:r>
        <w:t>خود مٹیریل ورلڈ، یونیورس کو، خود فزیکل ورلڈ کو</w:t>
      </w:r>
    </w:p>
    <w:p>
      <w:r>
        <w:rPr>
          <w:b/>
        </w:rPr>
        <w:t xml:space="preserve">[17:03] </w:t>
      </w:r>
      <w:r>
        <w:t>bhi nahi maan sakte agar hum is usool ko na maane ki</w:t>
      </w:r>
    </w:p>
    <w:p>
      <w:pPr>
        <w:jc w:val="right"/>
      </w:pPr>
      <w:r>
        <w:t>بھی نہیں مان سکتے اگر ہم اس اصول کو نہ مانیں کہ</w:t>
      </w:r>
    </w:p>
    <w:p>
      <w:r>
        <w:rPr>
          <w:b/>
        </w:rPr>
        <w:t xml:space="preserve">[17:10] </w:t>
      </w:r>
      <w:r>
        <w:t>aakhri darje mein koi cheez bhi dikhai nahi deti, hatta ki material bhi nahi, matter bhi nahi.</w:t>
      </w:r>
    </w:p>
    <w:p>
      <w:pPr>
        <w:jc w:val="right"/>
      </w:pPr>
      <w:r>
        <w:t>آخری درجے میں کوئی چیز بھی دکھائی نہیں دیتی، حتی کہ مٹیریل بھی نہیں، میٹر بھی نہیں۔</w:t>
      </w:r>
    </w:p>
    <w:p>
      <w:r>
        <w:rPr>
          <w:b/>
        </w:rPr>
        <w:t xml:space="preserve">[17:22] </w:t>
      </w:r>
      <w:r>
        <w:t>yahan aa kar main samajhta hoon ke ab kisi sincere aadmi ke liye yeh mauqa nahi raha ke woh shakk kare gaad almighty ke existence ko.</w:t>
      </w:r>
    </w:p>
    <w:p>
      <w:pPr>
        <w:jc w:val="right"/>
      </w:pPr>
      <w:r>
        <w:t>یہاں آ کر میں سمجھتا ہوں کہ اب کسی سنسیر آدمی کے لیے یہ موقع نہیں رہا کہ وہ شک کرے گاڈ ال وائٹی کے ایگزسٹنس کو۔</w:t>
      </w:r>
    </w:p>
    <w:p>
      <w:r>
        <w:rPr>
          <w:b/>
        </w:rPr>
        <w:t xml:space="preserve">[17:42] </w:t>
      </w:r>
      <w:r>
        <w:t>yeh ajeeb baat hai ke main seeker paida hua, I am a seeker</w:t>
      </w:r>
    </w:p>
    <w:p>
      <w:pPr>
        <w:jc w:val="right"/>
      </w:pPr>
      <w:r>
        <w:t>یہ عجیب بات ہے کہ میں سیکھر پیدا ہوا، I am a seeker</w:t>
      </w:r>
    </w:p>
    <w:p>
      <w:r>
        <w:rPr>
          <w:b/>
        </w:rPr>
        <w:t xml:space="preserve">[17:53] </w:t>
      </w:r>
      <w:r>
        <w:t>to mujhe chhota tha, naujawani ke umar mein, tab se meri spirit of seeking jo hai, bohat hi strong mein andar maujood thi.</w:t>
      </w:r>
    </w:p>
    <w:p>
      <w:pPr>
        <w:jc w:val="right"/>
      </w:pPr>
      <w:r>
        <w:t>تو مجھے چھوٹا تھا، نوجوانی کے عمر میں، تب سے میری اسپیٹ آف سیکنگ جو ہے، بہت ہی سٹرانگ میں اندر موجود تھی۔</w:t>
      </w:r>
    </w:p>
    <w:p>
      <w:r>
        <w:rPr>
          <w:b/>
        </w:rPr>
        <w:t xml:space="preserve">[18:06] </w:t>
      </w:r>
      <w:r>
        <w:t>mein bohat idhar udhar janglon mein kahan kahan gaya, aur mein aap ko arz karoon ke mein Kanyakumari bhi gaya is zamane mein,</w:t>
      </w:r>
    </w:p>
    <w:p>
      <w:pPr>
        <w:jc w:val="right"/>
      </w:pPr>
      <w:r>
        <w:t>میں بہت ادھر ادھر جنگلوں میں کہاں کہاں گیا، اور میں آپ کو عرض کروں کہ میں کنہ کنواری بھی گیا اس زمانے میں،</w:t>
      </w:r>
    </w:p>
    <w:p>
      <w:r>
        <w:rPr>
          <w:b/>
        </w:rPr>
        <w:t xml:space="preserve">[18:19] </w:t>
      </w:r>
      <w:r>
        <w:t>shayad 1940 mein ya 41 mein.</w:t>
      </w:r>
    </w:p>
    <w:p>
      <w:pPr>
        <w:jc w:val="right"/>
      </w:pPr>
      <w:r>
        <w:t>شاید 1940 میں یا 41 میں۔</w:t>
      </w:r>
    </w:p>
    <w:p>
      <w:r>
        <w:rPr>
          <w:b/>
        </w:rPr>
        <w:t xml:space="preserve">[18:25] </w:t>
      </w:r>
      <w:r>
        <w:t>Kanyakumari aap jante hain ke woh jagah hai south mein jo pehle wahan sirf samandar tha aur ek rock thi,</w:t>
      </w:r>
    </w:p>
    <w:p>
      <w:pPr>
        <w:jc w:val="right"/>
      </w:pPr>
      <w:r>
        <w:t>کنہ کنواری آپ جانتے ہیں کہ وہ جگہ ہے ساؤتھ میں جو پہلے وہاں صرف سمندر تھا اور ایک راک تھی،</w:t>
      </w:r>
    </w:p>
    <w:p>
      <w:r>
        <w:rPr>
          <w:b/>
        </w:rPr>
        <w:t xml:space="preserve">[18:38] </w:t>
      </w:r>
      <w:r>
        <w:t>bas aur kuch nahi tha.</w:t>
      </w:r>
    </w:p>
    <w:p>
      <w:pPr>
        <w:jc w:val="right"/>
      </w:pPr>
      <w:r>
        <w:t>بس اور کچھ نہیں تھا۔</w:t>
      </w:r>
    </w:p>
    <w:p>
      <w:r>
        <w:rPr>
          <w:b/>
        </w:rPr>
        <w:t xml:space="preserve">[18:41] </w:t>
      </w:r>
      <w:r>
        <w:t>is zamane mein Swami Vivekanand wahan gaye, Peer gaye, aur ja kar us rock par unhon ne</w:t>
      </w:r>
    </w:p>
    <w:p>
      <w:pPr>
        <w:jc w:val="right"/>
      </w:pPr>
      <w:r>
        <w:t>اس زمانے میں سوامی ویکن وہاں گئے، پیر کر گئے، اور جا کر اس راک پر انہوں نے</w:t>
      </w:r>
    </w:p>
    <w:p>
      <w:r>
        <w:rPr>
          <w:b/>
        </w:rPr>
        <w:t xml:space="preserve">[18:56] </w:t>
      </w:r>
      <w:r>
        <w:t>us waqt koi building wahan nahi thi, kuch bhi nahi tha, sirf rock thi aur aas paas samandar tha.</w:t>
      </w:r>
    </w:p>
    <w:p>
      <w:pPr>
        <w:jc w:val="right"/>
      </w:pPr>
      <w:r>
        <w:t>اس وقت کوئی بلڈنگ وہاں نہیں تھی، کچھ بھی نہیں تھا، صرف راک تھی اور اس پاس سمندر تھا۔</w:t>
      </w:r>
    </w:p>
    <w:p>
      <w:r>
        <w:rPr>
          <w:b/>
        </w:rPr>
        <w:t xml:space="preserve">[19:06] </w:t>
      </w:r>
      <w:r>
        <w:t>idhar Indian Sea aur idhar Arabian Sea, us waqt gaye the woh. to mujhe yeh shauq hua ke Swami Vivekanand wahan gaye the, woh kya hoga wahan par.</w:t>
      </w:r>
    </w:p>
    <w:p>
      <w:pPr>
        <w:jc w:val="right"/>
      </w:pPr>
      <w:r>
        <w:t>ادھر انڈین سی اور ادھر عریبین سی، اس وقت گئے تھے وہ۔ تو مجھے یہ شوق ہوا کہ سوامی ویکن وہاں گئے تھے، وہ کیا ہوگا وہاں پر۔</w:t>
      </w:r>
    </w:p>
    <w:p>
      <w:r>
        <w:rPr>
          <w:b/>
        </w:rPr>
        <w:t xml:space="preserve">[19:24] </w:t>
      </w:r>
      <w:r>
        <w:t>to mein us waqt Aligarh mein rehta tha,</w:t>
      </w:r>
    </w:p>
    <w:p>
      <w:pPr>
        <w:jc w:val="right"/>
      </w:pPr>
      <w:r>
        <w:t>تو میں اس وقت ال اکبر میں رہتا تھا،</w:t>
      </w:r>
    </w:p>
    <w:p>
      <w:r>
        <w:rPr>
          <w:b/>
        </w:rPr>
        <w:t xml:space="preserve">[19:29] </w:t>
      </w:r>
      <w:r>
        <w:t>mein safar kar ke wahan pahuncha, aur jab mein pahuncha wahan par to mein ne dekha ke wahan par sirf ret hai, desert hai, us ke baad samandar hai, aur us ke baad ek ek track rock hai,</w:t>
      </w:r>
    </w:p>
    <w:p>
      <w:pPr>
        <w:jc w:val="right"/>
      </w:pPr>
      <w:r>
        <w:t>میں سفر کر کے وہاں پہنچا، اور جب میں پہنچا وہاں پر تو میں نے دیکھا کہ وہاں پر صرف ریت ہے، ڈیزرٹ ہے، اس کے بعد سمندر ہے، اور اس کے بعد ایک ایک ٹریک راک ہے،</w:t>
      </w:r>
    </w:p>
    <w:p>
      <w:r>
        <w:rPr>
          <w:b/>
        </w:rPr>
        <w:t xml:space="preserve">[19:46] </w:t>
      </w:r>
      <w:r>
        <w:t>bas wahan na koi building hai, na koi insan hai, na kuch hai, na kuch hai. mein akela wahan aa kar baitha, woh sham tak baitha raha, suraj doobne tak,</w:t>
      </w:r>
    </w:p>
    <w:p>
      <w:pPr>
        <w:jc w:val="right"/>
      </w:pPr>
      <w:r>
        <w:t>بس وہاں نہ کوئی بلڈنگ ہے، نہ کوئی انسان ہے، نہ کچھ ہے، نہ کچھ ہے۔ میں اکیلا وہاں آ کر بیٹھا، وہ شام تک بیٹھا رہا، سورج ڈوبنے تک،</w:t>
      </w:r>
    </w:p>
    <w:p>
      <w:r>
        <w:rPr>
          <w:b/>
        </w:rPr>
        <w:t xml:space="preserve">[19:58] </w:t>
      </w:r>
      <w:r>
        <w:t>yahan tak ke suraj doob gaya to wapas aaya. mein yeh woh dauran tha jab ke woh</w:t>
      </w:r>
    </w:p>
    <w:p>
      <w:pPr>
        <w:jc w:val="right"/>
      </w:pPr>
      <w:r>
        <w:t>یہاں تک کہ سورج ڈوب گیا تو واپس آیا۔ میں یہ وہ دوران تھا جب کہ وہ</w:t>
      </w:r>
    </w:p>
    <w:p>
      <w:r>
        <w:rPr>
          <w:b/>
        </w:rPr>
        <w:t xml:space="preserve">[20:10] </w:t>
      </w:r>
      <w:r>
        <w:t>seeking ka ishq tha mera. mujhe yaad hai ke Aligarh mein UP mein, mein ek din Deoband nikla apne ghar se,</w:t>
      </w:r>
    </w:p>
    <w:p>
      <w:pPr>
        <w:jc w:val="right"/>
      </w:pPr>
      <w:r>
        <w:t>سیکھنگ کا عشق تھا میرا۔ مجھے یاد ہے کہ ال اکبر میں یو پی میں، میں ایک دن دیون اوار نکلا اپنے گھر سے،</w:t>
      </w:r>
    </w:p>
    <w:p>
      <w:r>
        <w:rPr>
          <w:b/>
        </w:rPr>
        <w:t xml:space="preserve">[20:27] </w:t>
      </w:r>
      <w:r>
        <w:t>mere bare bhai wahan rehte the, to wahan mein bhi tha. to nikla aur koi na kuch bhi mere mind mein nahi tha.</w:t>
      </w:r>
    </w:p>
    <w:p>
      <w:pPr>
        <w:jc w:val="right"/>
      </w:pPr>
      <w:r>
        <w:t>میرے بڑے بھائی وہاں رہتے تھے، تو وہاں میں بھی تھا۔ تو نکلا اور کوئی نہ کچھ بھی میرے مائنڈ میں نہیں تھا۔</w:t>
      </w:r>
    </w:p>
    <w:p>
      <w:r>
        <w:rPr>
          <w:b/>
        </w:rPr>
        <w:t xml:space="preserve">[20:40] </w:t>
      </w:r>
      <w:r>
        <w:t>to chalte hue mein pahuncha Aligarh ki jama masjid mein, woh us waqt woh woh bhi ek sunsaan thi, koi nahi tha wahan par.</w:t>
      </w:r>
    </w:p>
    <w:p>
      <w:pPr>
        <w:jc w:val="right"/>
      </w:pPr>
      <w:r>
        <w:t>تو چلتے ہوئے میں پہنچا ال اکبر کی جامع مسجد میں، وہ اس وقت وہ وہ بھی ایک سنسان تھی، کوئی نہیں تھا وہاں پر۔</w:t>
      </w:r>
    </w:p>
    <w:p>
      <w:r>
        <w:rPr>
          <w:b/>
        </w:rPr>
        <w:t xml:space="preserve">[20:55] </w:t>
      </w:r>
      <w:r>
        <w:t>us ke andar dakhil hua mein to koi insan wahan nahi tha, bara sa</w:t>
      </w:r>
    </w:p>
    <w:p>
      <w:pPr>
        <w:jc w:val="right"/>
      </w:pPr>
      <w:r>
        <w:t>اس کے اندر داخل ہوا میں تو کوئی انسان وہاں نہیں تھا، بڑا سا</w:t>
      </w:r>
    </w:p>
    <w:p>
      <w:r>
        <w:rPr>
          <w:b/>
        </w:rPr>
        <w:t xml:space="preserve">[21:07] </w:t>
      </w:r>
      <w:r>
        <w:t>angan tha,</w:t>
      </w:r>
    </w:p>
    <w:p>
      <w:pPr>
        <w:jc w:val="right"/>
      </w:pPr>
      <w:r>
        <w:t>انگن تھا،</w:t>
      </w:r>
    </w:p>
    <w:p>
      <w:r>
        <w:rPr>
          <w:b/>
        </w:rPr>
        <w:t xml:space="preserve">[21:10] </w:t>
      </w:r>
      <w:r>
        <w:t>us mein gaya. to wahan par mein ne dekha ke papita jo hota hai, papita, papite ke bohat se pear the wahan par.</w:t>
      </w:r>
    </w:p>
    <w:p>
      <w:pPr>
        <w:jc w:val="right"/>
      </w:pPr>
      <w:r>
        <w:t>اس میں گیا۔ تو وہاں پر میں نے دیکھا کہ پپیتا جو ہوتا ہے، پپیتا، پپیتے کے بہت سے پیڑ تھے وہاں پر۔</w:t>
      </w:r>
    </w:p>
    <w:p>
      <w:r>
        <w:rPr>
          <w:b/>
        </w:rPr>
        <w:t xml:space="preserve">[21:21] </w:t>
      </w:r>
      <w:r>
        <w:t>aap jante honge ke papite mein bohat phool nikalte hain, bohat phool nikalte hain, aur woh itne nazuk hote hain ke hawa chale tab bhi girte rehte hain.</w:t>
      </w:r>
    </w:p>
    <w:p>
      <w:pPr>
        <w:jc w:val="right"/>
      </w:pPr>
      <w:r>
        <w:t>آپ جانتے ہوں گے کہ پپیتے میں بہت پھول نکلتے ہیں، بہت پھول نکلتے ہیں، اور وہ اتنے نازک ہوتے ہیں کہ ہوا چلے تب بھی گرتے رہتے ہیں۔</w:t>
      </w:r>
    </w:p>
    <w:p>
      <w:r>
        <w:rPr>
          <w:b/>
        </w:rPr>
        <w:t xml:space="preserve">[21:35] </w:t>
      </w:r>
      <w:r>
        <w:t>to papite ke pear the, us ke upar phool the, aur phool barabar chhad rahe the, mamooli hawa bhi chale to jhat rehte the.</w:t>
      </w:r>
    </w:p>
    <w:p>
      <w:pPr>
        <w:jc w:val="right"/>
      </w:pPr>
      <w:r>
        <w:t>تو پپیتے کے پیڑ تھے، اس کے اوپر پھول تھے، اور پھول برابر چھڑ رہے تھے، معمولی ہوا بھی چلے تو جھٹ رہتے تھے۔</w:t>
      </w:r>
    </w:p>
    <w:p>
      <w:r>
        <w:rPr>
          <w:b/>
        </w:rPr>
        <w:t xml:space="preserve">[21:48] </w:t>
      </w:r>
      <w:r>
        <w:t>woh</w:t>
      </w:r>
    </w:p>
    <w:p>
      <w:pPr>
        <w:jc w:val="right"/>
      </w:pPr>
      <w:r>
        <w:t>وہ</w:t>
      </w:r>
    </w:p>
    <w:p>
      <w:r>
        <w:rPr>
          <w:b/>
        </w:rPr>
        <w:t xml:space="preserve">[21:50] </w:t>
      </w:r>
      <w:r>
        <w:t>us ke neeche mein khada ho gaya. yeh pehla din tha meri zindagi ka, pehla ke jab mein us ke neeche khada tha, aur mein yeh haal yeh tha ke upar se phool jhad rahe the, aur neeche meri aankhon se aansu barabar tapak rahe the.</w:t>
      </w:r>
    </w:p>
    <w:p>
      <w:pPr>
        <w:jc w:val="right"/>
      </w:pPr>
      <w:r>
        <w:t>اس کے نیچے میں کھڑا ہو گیا۔ یہ پہلا دن تھا میری زندگی کا، پہلا کہ جب میں اس کے نیچے کھڑا تھا، اور میں یہ حال یہ تھا کہ اوپر سے پھول جھڑ رہے تھے، اور نیچے میری آنکھوں سے آنسو برابر ٹپک رہے تھے۔</w:t>
      </w:r>
    </w:p>
    <w:p>
      <w:r>
        <w:rPr>
          <w:b/>
        </w:rPr>
        <w:t xml:space="preserve">[22:12] </w:t>
      </w:r>
      <w:r>
        <w:t>to is haal mein meri zuban se nikla, "Khawand to kab aayega?</w:t>
      </w:r>
    </w:p>
    <w:p>
      <w:pPr>
        <w:jc w:val="right"/>
      </w:pPr>
      <w:r>
        <w:t>تو اس حال میں میری زبان سے نکلا، "خداوند تو کب آئے گا؟</w:t>
      </w:r>
    </w:p>
    <w:p>
      <w:r>
        <w:rPr>
          <w:b/>
        </w:rPr>
        <w:t xml:space="preserve">[22:19] </w:t>
      </w:r>
      <w:r>
        <w:t>mein kab tak tere aane ka intezar karoon?" ek deewani ki tarah, "Khawand to kab aayega?</w:t>
      </w:r>
    </w:p>
    <w:p>
      <w:pPr>
        <w:jc w:val="right"/>
      </w:pPr>
      <w:r>
        <w:t>میں کب تک تیرے آنے کا انتظار کروں؟" ایک دیوانی کی طرح، "خداوند تو کب آئے گا؟</w:t>
      </w:r>
    </w:p>
    <w:p>
      <w:r>
        <w:rPr>
          <w:b/>
        </w:rPr>
        <w:t xml:space="preserve">[22:30] </w:t>
      </w:r>
      <w:r>
        <w:t>mein kab tak tere aane ka intezar karoon?" isi halat mein mein bohat idhar jata tha,</w:t>
      </w:r>
    </w:p>
    <w:p>
      <w:pPr>
        <w:jc w:val="right"/>
      </w:pPr>
      <w:r>
        <w:t>میں کب تک تیرے آنے کا انتظار کروں؟" اسی حالت میں میں بہت ادھر جاتا تھا،</w:t>
      </w:r>
    </w:p>
    <w:p>
      <w:r>
        <w:rPr>
          <w:b/>
        </w:rPr>
        <w:t xml:space="preserve">[22:38] </w:t>
      </w:r>
      <w:r>
        <w:t>jangal mein gaya, pahadon mein gaya, kinh kanwari gaya, mumabi gaya, lahore gaya, aur kahan kahan gaya.</w:t>
      </w:r>
    </w:p>
    <w:p>
      <w:pPr>
        <w:jc w:val="right"/>
      </w:pPr>
      <w:r>
        <w:t>جنگل میں گیا، پہاڑوں میں گیا، کنہ کنواری گیا، ممبئی گیا، لاہور گیا، اور کہاں کہاں گیا۔</w:t>
      </w:r>
    </w:p>
    <w:p>
      <w:r>
        <w:rPr>
          <w:b/>
        </w:rPr>
        <w:t xml:space="preserve">[22:53] </w:t>
      </w:r>
      <w:r>
        <w:t>is zamane mein mera yeh haal tha ke main idhar udhar jata tha, aur meri zuban par yeh shair hota tha,</w:t>
      </w:r>
    </w:p>
    <w:p>
      <w:pPr>
        <w:jc w:val="right"/>
      </w:pPr>
      <w:r>
        <w:t>اس زمانے میں میرا یہ حال تھا کہ میں ادھر ادھر جاتا تھا، اور میری زبان پر یہ شعر ہوتا تھا،</w:t>
      </w:r>
    </w:p>
    <w:p>
      <w:r>
        <w:rPr>
          <w:b/>
        </w:rPr>
        <w:t xml:space="preserve">[23:01] </w:t>
      </w:r>
      <w:r>
        <w:t>"chala hai shauq be khabar, junoon mein janiye kidhar, na koi manzil safar, na qaid kuch maqam ki." is tarah bhadakta raha, bhadakta raha,</w:t>
      </w:r>
    </w:p>
    <w:p>
      <w:pPr>
        <w:jc w:val="right"/>
      </w:pPr>
      <w:r>
        <w:t>"چلا ہے شوق بے خبر، جنوں میں جانیے کدھر، نہ کوئی منزل سفر، نہ قید کچھ مقام کی۔" اس طرح بھڑکتا رہا، بھڑکتا رہا،</w:t>
      </w:r>
    </w:p>
    <w:p>
      <w:r>
        <w:rPr>
          <w:b/>
        </w:rPr>
        <w:t xml:space="preserve">[23:15] </w:t>
      </w:r>
      <w:r>
        <w:t>yahan tak ke Allah rab ul alameen ne mujhe abdul jalwa dikhaya, aur main nan believer se believer ban gaya.</w:t>
      </w:r>
    </w:p>
    <w:p>
      <w:pPr>
        <w:jc w:val="right"/>
      </w:pPr>
      <w:r>
        <w:t>یہاں تک کہ اللہ رب العالمین نے مجھے عبدالجلوا دکھایا، اور میں نان بیلیور سے بیلیور بن گیا۔</w:t>
      </w:r>
    </w:p>
    <w:p>
      <w:r>
        <w:rPr>
          <w:b/>
        </w:rPr>
        <w:t xml:space="preserve">[23:32] </w:t>
      </w:r>
      <w:r>
        <w:t>ab yeh mera mission hai,</w:t>
      </w:r>
    </w:p>
    <w:p>
      <w:pPr>
        <w:jc w:val="right"/>
      </w:pPr>
      <w:r>
        <w:t>اب یہ میرا مشن ہے،</w:t>
      </w:r>
    </w:p>
    <w:p>
      <w:r>
        <w:rPr>
          <w:b/>
        </w:rPr>
        <w:t xml:space="preserve">[23:37] </w:t>
      </w:r>
      <w:r>
        <w:t>yeh mission mera mission hai ke dunya ko god al waity se aware karun, yahi mera mission hai.</w:t>
      </w:r>
    </w:p>
    <w:p>
      <w:pPr>
        <w:jc w:val="right"/>
      </w:pPr>
      <w:r>
        <w:t>یہ مشن میرا مشن ہے کہ دنیا کو گاڈ ال وائٹی سے اویر کراؤں، یہی میرا مشن ہے۔</w:t>
      </w:r>
    </w:p>
    <w:p>
      <w:r>
        <w:rPr>
          <w:b/>
        </w:rPr>
        <w:t xml:space="preserve">[23:49] </w:t>
      </w:r>
      <w:r>
        <w:t>to is par 1943 mein main baitha tha, lucknow mein ek jagah, to achaanak meri zuban se nikla, "god arises."</w:t>
      </w:r>
    </w:p>
    <w:p>
      <w:pPr>
        <w:jc w:val="right"/>
      </w:pPr>
      <w:r>
        <w:t>تو اس پر 1943 میں میں بیٹھا تھا، لکھنو میں ایک جگہ، تو اچانک میری زبان سے نکلا، "گاڈ ارائزز۔"</w:t>
      </w:r>
    </w:p>
    <w:p>
      <w:r>
        <w:rPr>
          <w:b/>
        </w:rPr>
        <w:t xml:space="preserve">[24:03] </w:t>
      </w:r>
      <w:r>
        <w:t>yeh waqt jo is waqt ki baat hai jab ke dickson ne kaha tha ke "god is dead." to mere mind mein aaya ke mujhe ek kitab likhna hai, "god arises." to us waqt maine ek kitab likhi thi jo chhap chuki hai, kai language mein,</w:t>
      </w:r>
    </w:p>
    <w:p>
      <w:pPr>
        <w:jc w:val="right"/>
      </w:pPr>
      <w:r>
        <w:t>یہ وقت جو اس وقت کی بات ہے جب کہ ڈکشن نے کہا تھا کہ "گاڈ از ڈیڈ۔" تو میرے مائنڈ میں آیا کہ مجھے ایک کتاب لکھنا ہے، "گاڈ ارائزز۔" تو اس وقت میں نے ایک کتاب لکھی تھی جو چھپ چکی ہے، کئی لینگویج میں،</w:t>
      </w:r>
    </w:p>
    <w:p>
      <w:r>
        <w:rPr>
          <w:b/>
        </w:rPr>
        <w:t xml:space="preserve">[24:23] </w:t>
      </w:r>
      <w:r>
        <w:t>kai language mein.</w:t>
      </w:r>
    </w:p>
    <w:p>
      <w:pPr>
        <w:jc w:val="right"/>
      </w:pPr>
      <w:r>
        <w:t>کئی لینگویج میں۔</w:t>
      </w:r>
    </w:p>
    <w:p>
      <w:r>
        <w:rPr>
          <w:b/>
        </w:rPr>
        <w:t xml:space="preserve">[24:25] </w:t>
      </w:r>
      <w:r>
        <w:t>woh hamare, hamara jo institution hai, wahan se aap different language mein is ko dekh sakte hain.</w:t>
      </w:r>
    </w:p>
    <w:p>
      <w:pPr>
        <w:jc w:val="right"/>
      </w:pPr>
      <w:r>
        <w:t>وہ ہمارے، ہمارا جو انسٹیٹیوشن ہے، وہاں سے آپ ڈفرنٹ لینگویج میں اس کو دیکھ سکتے ہیں۔</w:t>
      </w:r>
    </w:p>
    <w:p>
      <w:r>
        <w:rPr>
          <w:b/>
        </w:rPr>
        <w:t xml:space="preserve">[24:38] </w:t>
      </w:r>
      <w:r>
        <w:t>to main aap logon ko yeh dawat deta hoon ke aap</w:t>
      </w:r>
    </w:p>
    <w:p>
      <w:pPr>
        <w:jc w:val="right"/>
      </w:pPr>
      <w:r>
        <w:t>تو میں آپ لوگوں کو یہ دعوت دیتا ہوں کہ آپ</w:t>
      </w:r>
    </w:p>
    <w:p>
      <w:r>
        <w:rPr>
          <w:b/>
        </w:rPr>
        <w:t xml:space="preserve">[24:48] </w:t>
      </w:r>
      <w:r>
        <w:t>38 brand se pehle seeker baniye, 38 brand se pehle seeker baniye,</w:t>
      </w:r>
    </w:p>
    <w:p>
      <w:pPr>
        <w:jc w:val="right"/>
      </w:pPr>
      <w:r>
        <w:t>38 برنڈ سے پہلے سیکھر بنیے، 38 برنڈ سے پہلے سیکھر بنیے،</w:t>
      </w:r>
    </w:p>
    <w:p>
      <w:r>
        <w:rPr>
          <w:b/>
        </w:rPr>
        <w:t xml:space="preserve">[24:57] </w:t>
      </w:r>
      <w:r>
        <w:t>jaisa ke main bana. main Khuda ka inkar se pehle Khuda ko manane wala bana, aur bohat hi sincere aadmi ki tarah main is ko talash karta raha.</w:t>
      </w:r>
    </w:p>
    <w:p>
      <w:pPr>
        <w:jc w:val="right"/>
      </w:pPr>
      <w:r>
        <w:t>جیسا کہ میں بنا۔ میں خدا کا انکار سے پہلے خدا کو ماننے والا بنا، اور بہت ہی سنسیر آدمی کی طرح میں اس کو تلاش کرتا رہا۔</w:t>
      </w:r>
    </w:p>
    <w:p>
      <w:r>
        <w:rPr>
          <w:b/>
        </w:rPr>
        <w:t xml:space="preserve">[25:15] </w:t>
      </w:r>
      <w:r>
        <w:t>to aap zaroor payenge agar aap sachche seeker banenge, inshallah. jazakum Allah.</w:t>
      </w:r>
    </w:p>
    <w:p>
      <w:pPr>
        <w:jc w:val="right"/>
      </w:pPr>
      <w:r>
        <w:t>تو آپ ضرور پائیں گے اگر آپ سچے سیکھر بنیں گے، انشاءاللہ۔ جزاکم اللہ۔</w:t>
      </w:r>
    </w:p>
    <w:p>
      <w:r>
        <w:rPr>
          <w:b/>
        </w:rPr>
        <w:t xml:space="preserve">[25:24] </w:t>
      </w:r>
      <w:r>
        <w:t>assalam o alaikum wa rehmatullah</w:t>
      </w:r>
    </w:p>
    <w:p>
      <w:pPr>
        <w:jc w:val="right"/>
      </w:pPr>
      <w:r>
        <w:t>السلام علیکم ورحمۃ اللہ</w:t>
      </w:r>
    </w:p>
    <w:p>
      <w:r>
        <w:rPr>
          <w:b/>
        </w:rPr>
        <w:t xml:space="preserve">[25:40] </w:t>
      </w:r>
      <w:r>
        <w:t>Jazak Allah Maulana. It was a completely thrilling idea to understand that how, in order to make us embark on a journey of realization, God created compulsion through incidents like the Big Bang and quantum physics, so that man couldn't continue his intellectual journey.</w:t>
      </w:r>
    </w:p>
    <w:p>
      <w:pPr>
        <w:jc w:val="right"/>
      </w:pPr>
      <w:r>
        <w:t>جزاک اللہ مولانا۔ It was a completely thrilling idea to understand that how, in order to make us embark on a journey of realization, God created compulsion through incidents like the Big Bang and quantum physics, so that man couldn't continue his intellectual journey.</w:t>
      </w:r>
    </w:p>
    <w:p>
      <w:r>
        <w:rPr>
          <w:b/>
        </w:rPr>
        <w:t xml:space="preserve">[25:57] </w:t>
      </w:r>
      <w:r>
        <w:t>With this, we will now begin to take the questions for this session. All of you would have received a similar form.</w:t>
      </w:r>
    </w:p>
    <w:p>
      <w:pPr>
        <w:jc w:val="right"/>
      </w:pPr>
      <w:r>
        <w:t>With this, we will now begin to take the questions for this session. All of you would have received a similar form.</w:t>
      </w:r>
    </w:p>
    <w:p>
      <w:r>
        <w:rPr>
          <w:b/>
        </w:rPr>
        <w:t xml:space="preserve">[26:06] </w:t>
      </w:r>
      <w:r>
        <w:t>Please fill in your question and hand it over to the CPS volunteer who we would see standing next to you. Even if you don't have a question, I would still request you to please fill in your contact details so that we can keep you updated.</w:t>
      </w:r>
    </w:p>
    <w:p>
      <w:pPr>
        <w:jc w:val="right"/>
      </w:pPr>
      <w:r>
        <w:t>Please fill in your question and hand it over to the CPS volunteer who we would see standing next to you. Even if you don't have a question, I would still request you to please fill in your contact details so that we can keep you updated.</w:t>
      </w:r>
    </w:p>
    <w:p>
      <w:r>
        <w:rPr>
          <w:b/>
        </w:rPr>
        <w:t xml:space="preserve">[26:18] </w:t>
      </w:r>
      <w:r>
        <w:t>For our online viewers, I would request them to kindly send in their questions at info@cpsglobal.org, and please do mention your location.</w:t>
      </w:r>
    </w:p>
    <w:p>
      <w:pPr>
        <w:jc w:val="right"/>
      </w:pPr>
      <w:r>
        <w:t>For our online viewers, I would request them to kindly send in their questions at info@cpsglobal.org, and please do mention your location.</w:t>
      </w:r>
    </w:p>
    <w:p>
      <w:r>
        <w:rPr>
          <w:b/>
        </w:rPr>
        <w:t xml:space="preserve">[26:26] </w:t>
      </w:r>
      <w:r>
        <w:t>The question and answers will be moderated by Dr. Rajat. okay, thank you so much raziya.</w:t>
      </w:r>
    </w:p>
    <w:p>
      <w:pPr>
        <w:jc w:val="right"/>
      </w:pPr>
      <w:r>
        <w:t>The question and answers will be moderated by Dr. Rajat. اوکے، تھینک یو سو مچ رازیہ۔</w:t>
      </w:r>
    </w:p>
    <w:p>
      <w:r>
        <w:rPr>
          <w:b/>
        </w:rPr>
        <w:t xml:space="preserve">[26:33] </w:t>
      </w:r>
      <w:r>
        <w:t>Maulana sahib, questions aa rahe hain online bhi aur kuch yahan ke bhi questions hain. to hum aap se yeh sawal karna chahenge, yeh question kiya hai sambhal noorain ne jo maujood hain is waqt yahan pe.</w:t>
      </w:r>
    </w:p>
    <w:p>
      <w:pPr>
        <w:jc w:val="right"/>
      </w:pPr>
      <w:r>
        <w:t>مولانا صاحب، کویسچنز آ رہے ہیں آن لائن بھی اور کچھ یہاں کے بھی کویسچنز ہیں۔ تو ہم آپ سے یہ سوال کرنا چاہیں گے، یہ کویسچن کیا ہے سنبھول نورین نے جو موجود ہیں اس وقت یہاں پہ۔</w:t>
      </w:r>
    </w:p>
    <w:p>
      <w:r>
        <w:rPr>
          <w:b/>
        </w:rPr>
        <w:t xml:space="preserve">[26:51] </w:t>
      </w:r>
      <w:r>
        <w:t>un ka sawal hai ke I need to know if the tilawat we do, specially for the intention of sending the same to our departed, reaches to them.</w:t>
      </w:r>
    </w:p>
    <w:p>
      <w:pPr>
        <w:jc w:val="right"/>
      </w:pPr>
      <w:r>
        <w:t>ان کا سوال ہے کہ I need to know if the تلاوت we do, specially for the intention of sending the same to our departed, reaches to them.</w:t>
      </w:r>
    </w:p>
    <w:p>
      <w:r>
        <w:rPr>
          <w:b/>
        </w:rPr>
        <w:t xml:space="preserve">[27:04] </w:t>
      </w:r>
      <w:r>
        <w:t>Does it do any good to them? Does it help in shedding their sins, and will it benefit, or will it only benefit us?</w:t>
      </w:r>
    </w:p>
    <w:p>
      <w:pPr>
        <w:jc w:val="right"/>
      </w:pPr>
      <w:r>
        <w:t>Does it do any good to them? Does it help in shedding their sins, and will it benefit, or will it only benefit us?</w:t>
      </w:r>
    </w:p>
    <w:p>
      <w:r>
        <w:rPr>
          <w:b/>
        </w:rPr>
        <w:t xml:space="preserve">[27:13] </w:t>
      </w:r>
      <w:r>
        <w:t>is ke baray mein batayen.</w:t>
      </w:r>
    </w:p>
    <w:p>
      <w:pPr>
        <w:jc w:val="right"/>
      </w:pPr>
      <w:r>
        <w:t>اس کے بارے میں بتائیں۔</w:t>
      </w:r>
    </w:p>
    <w:p>
      <w:r>
        <w:rPr>
          <w:b/>
        </w:rPr>
        <w:t xml:space="preserve">[27:17] </w:t>
      </w:r>
      <w:r>
        <w:t>dekhen, yeh Musalmanon ka culture hai. maine bohat parha hai, bohat parha hai. yeh</w:t>
      </w:r>
    </w:p>
    <w:p>
      <w:pPr>
        <w:jc w:val="right"/>
      </w:pPr>
      <w:r>
        <w:t>دیکھیں، یہ مسلمانوں کا کلچر ہے۔ میں نے بہت پڑھا ہے، بہت پڑھا ہے۔ یہ</w:t>
      </w:r>
    </w:p>
    <w:p>
      <w:r>
        <w:rPr>
          <w:b/>
        </w:rPr>
        <w:t xml:space="preserve">[27:29] </w:t>
      </w:r>
      <w:r>
        <w:t>musalmanon ka culture hai, yeh kahin na quran mein hai, na hadith mein hai ke tilawat kare to is tilawat ka sawab pohnchega is dead insan ko.</w:t>
      </w:r>
    </w:p>
    <w:p>
      <w:pPr>
        <w:jc w:val="right"/>
      </w:pPr>
      <w:r>
        <w:t>مسلمانوں کا کلچر ہے، یہ کہیں نہ قرآن میں ہے، نہ حدیث میں ہے کہ تلاوت کرے تو اس تلاوت کا ثواب پہنچے گا اس ڈیڈ انسان کو۔</w:t>
      </w:r>
    </w:p>
    <w:p>
      <w:r>
        <w:rPr>
          <w:b/>
        </w:rPr>
        <w:t xml:space="preserve">[27:41] </w:t>
      </w:r>
      <w:r>
        <w:t>aisa koi na quran mein hai, na hadith mein hai.</w:t>
      </w:r>
    </w:p>
    <w:p>
      <w:pPr>
        <w:jc w:val="right"/>
      </w:pPr>
      <w:r>
        <w:t>ایسا کوئی نہ قرآن میں ہے، نہ حدیث میں ہے۔</w:t>
      </w:r>
    </w:p>
    <w:p>
      <w:r>
        <w:rPr>
          <w:b/>
        </w:rPr>
        <w:t xml:space="preserve">[27:47] </w:t>
      </w:r>
      <w:r>
        <w:t>hadith mein aata hai ke kisi death ke baad kisi ko sirf ek cheez pohnchti hai, woh uska apna amal.</w:t>
      </w:r>
    </w:p>
    <w:p>
      <w:pPr>
        <w:jc w:val="right"/>
      </w:pPr>
      <w:r>
        <w:t>حدیث میں آتا ہے کہ کسی ڈیتھ کے بعد کسی کو صرف ایک چیز پہنچتی ہے، وہ اس کا اپنا عمل۔</w:t>
      </w:r>
    </w:p>
    <w:p>
      <w:r>
        <w:rPr>
          <w:b/>
        </w:rPr>
        <w:t xml:space="preserve">[28:00] </w:t>
      </w:r>
      <w:r>
        <w:t>woh amal bhi woh jis ki us ne niyat ki ho,</w:t>
      </w:r>
    </w:p>
    <w:p>
      <w:pPr>
        <w:jc w:val="right"/>
      </w:pPr>
      <w:r>
        <w:t>وہ عمل بھی وہ جس کی اس نے نیت کی ہو،</w:t>
      </w:r>
    </w:p>
    <w:p>
      <w:r>
        <w:rPr>
          <w:b/>
        </w:rPr>
        <w:t xml:space="preserve">[28:05] </w:t>
      </w:r>
      <w:r>
        <w:t>misalan koi woh road banwa de aur us par log chalen, logon ko uska aaram mile, to us se us ko sawab mil sakta hai.</w:t>
      </w:r>
    </w:p>
    <w:p>
      <w:pPr>
        <w:jc w:val="right"/>
      </w:pPr>
      <w:r>
        <w:t>مثلاً کوئی وہ روڈ بنوا دے اور اس پر لوگ چلیں، لوگوں کو اس کا آرام ملے، تو اس سے اس کو ثواب مل سکتا ہے۔</w:t>
      </w:r>
    </w:p>
    <w:p>
      <w:r>
        <w:rPr>
          <w:b/>
        </w:rPr>
        <w:t xml:space="preserve">[28:20] </w:t>
      </w:r>
      <w:r>
        <w:t>baqi sirf jo log mante hain, jo to woh kahin mujhe is quran mein nahi mila, na hadith mein mila.</w:t>
      </w:r>
    </w:p>
    <w:p>
      <w:pPr>
        <w:jc w:val="right"/>
      </w:pPr>
      <w:r>
        <w:t>باقی صرف جو لوگ مانتے ہیں، جو تو وہ کہیں مجھے اس قرآن میں نہیں ملا، نہ حدیث میں ملا۔</w:t>
      </w:r>
    </w:p>
    <w:p>
      <w:r>
        <w:rPr>
          <w:b/>
        </w:rPr>
        <w:t xml:space="preserve">[28:33] </w:t>
      </w:r>
      <w:r>
        <w:t>maulana sahib, yeh sawal bheja hai maulana iqbal umri ne jo program ko chennai se dekh rahe hain. unhon ne aapse poocha hai ke are there any stages for a person for the discovery of god?</w:t>
      </w:r>
    </w:p>
    <w:p>
      <w:pPr>
        <w:jc w:val="right"/>
      </w:pPr>
      <w:r>
        <w:t>مولانا صاحب، یہ سوال بھیجا ہے مولانا اقبال عمری نے جو پروگرام کو چنئی سے دیکھ رہے ہیں۔ انہوں نے آپ سے پوچھا ہے کہ Are there any stages for a person for the discovery of God?</w:t>
      </w:r>
    </w:p>
    <w:p>
      <w:r>
        <w:rPr>
          <w:b/>
        </w:rPr>
        <w:t xml:space="preserve">[28:47] </w:t>
      </w:r>
      <w:r>
        <w:t>how can we discover god in our daily life? is ke bare mein bataein. mein to har waqt paat</w:t>
      </w:r>
    </w:p>
    <w:p>
      <w:pPr>
        <w:jc w:val="right"/>
      </w:pPr>
      <w:r>
        <w:t>How can we discover God in our daily life? اس کے بارے میں بتائیں۔ میں تو ہر وقت پات</w:t>
      </w:r>
    </w:p>
    <w:p>
      <w:r>
        <w:rPr>
          <w:b/>
        </w:rPr>
        <w:t xml:space="preserve">[28:57] </w:t>
      </w:r>
      <w:r>
        <w:t>a hoon ke mein bol raha hoon aur meri awaz</w:t>
      </w:r>
    </w:p>
    <w:p>
      <w:pPr>
        <w:jc w:val="right"/>
      </w:pPr>
      <w:r>
        <w:t>ا ہوں کہ میں بول رہا ہوں اور میری آواز</w:t>
      </w:r>
    </w:p>
    <w:p>
      <w:r>
        <w:rPr>
          <w:b/>
        </w:rPr>
        <w:t xml:space="preserve">[29:04] </w:t>
      </w:r>
      <w:r>
        <w:t>na sirf aap tak pohnch rahi hai balkeh sari dunya mein pohnch rahi hai. samajhta hoon ke yeh creator ka kamal hai.</w:t>
      </w:r>
    </w:p>
    <w:p>
      <w:pPr>
        <w:jc w:val="right"/>
      </w:pPr>
      <w:r>
        <w:t>نہ صرف آپ تک پہنچ رہی ہے بلکہ ساری دنیا میں پہنچ رہی ہے۔ سمجھتا ہوں کہ یہ کریٹر کا کمال ہے۔</w:t>
      </w:r>
    </w:p>
    <w:p>
      <w:r>
        <w:rPr>
          <w:b/>
        </w:rPr>
        <w:t xml:space="preserve">[29:15] </w:t>
      </w:r>
      <w:r>
        <w:t>us ne nature ne nature mein aise cheezen rakh di theen,</w:t>
      </w:r>
    </w:p>
    <w:p>
      <w:pPr>
        <w:jc w:val="right"/>
      </w:pPr>
      <w:r>
        <w:t>اس نے نیچر نے نیچر میں ایسے چیزیں رکھ دی تھیں،</w:t>
      </w:r>
    </w:p>
    <w:p>
      <w:r>
        <w:rPr>
          <w:b/>
        </w:rPr>
        <w:t xml:space="preserve">[29:23] </w:t>
      </w:r>
      <w:r>
        <w:t>laws of nature, un ko insan ne discover kiya aur discover kar ke us ne communication ka ek poora nizam banaya.</w:t>
      </w:r>
    </w:p>
    <w:p>
      <w:pPr>
        <w:jc w:val="right"/>
      </w:pPr>
      <w:r>
        <w:t>لاز آف نیچر، ان کو انسان نے ڈسکور کیا اور ڈسکور کر کے اس نے کمیونیکیشن کا ایک پورا نظام بنایا۔</w:t>
      </w:r>
    </w:p>
    <w:p>
      <w:r>
        <w:rPr>
          <w:b/>
        </w:rPr>
        <w:t xml:space="preserve">[29:33] </w:t>
      </w:r>
      <w:r>
        <w:t>to jo kuch bhi dunya mein hai, chahe hawai jahaz ho, ek car ho, ek computer ho, yeh sab god almighty ki blessing hai.</w:t>
      </w:r>
    </w:p>
    <w:p>
      <w:pPr>
        <w:jc w:val="right"/>
      </w:pPr>
      <w:r>
        <w:t>تو جو کچھ بھی دنیا میں ہے، چاہے ہوائی جہاز ہو، ایک کار ہو، ایک کمپیوٹر ہو، یہ سب گاڈ ال وائٹی کی بلیسنگ ہے۔</w:t>
      </w:r>
    </w:p>
    <w:p>
      <w:r>
        <w:rPr>
          <w:b/>
        </w:rPr>
        <w:t xml:space="preserve">[29:45] </w:t>
      </w:r>
      <w:r>
        <w:t>to jab mein us ko istemal karta hoon ya mein kisi bhi tareeqe se us ko dekhta hoon to mein god ko dekhta hoon,</w:t>
      </w:r>
    </w:p>
    <w:p>
      <w:pPr>
        <w:jc w:val="right"/>
      </w:pPr>
      <w:r>
        <w:t>تو جب میں اس کو استعمال کرتا ہوں یا میں کسی بھی طریقے سے اس کو دیکھتا ہوں تو میں گاڈ کو دیکھتا ہوں،</w:t>
      </w:r>
    </w:p>
    <w:p>
      <w:r>
        <w:rPr>
          <w:b/>
        </w:rPr>
        <w:t xml:space="preserve">[29:57] </w:t>
      </w:r>
      <w:r>
        <w:t>god ke communication ke through god ko. ya wohi, ab wohi mein formula apply karta hoon jo</w:t>
      </w:r>
    </w:p>
    <w:p>
      <w:pPr>
        <w:jc w:val="right"/>
      </w:pPr>
      <w:r>
        <w:t>گاڈ کے کیشن کے تھرو گاڈ کو۔ یا وہی، اب وہی میں فارمولا اپلائی کرتا ہوں جو</w:t>
      </w:r>
    </w:p>
    <w:p>
      <w:r>
        <w:rPr>
          <w:b/>
        </w:rPr>
        <w:t xml:space="preserve">[30:08] </w:t>
      </w:r>
      <w:r>
        <w:t>quantum physics mein apply hota hai, yani effect se reality ko janna.</w:t>
      </w:r>
    </w:p>
    <w:p>
      <w:pPr>
        <w:jc w:val="right"/>
      </w:pPr>
      <w:r>
        <w:t>کوانٹم فزکس میں اپلائی ہوتا ہے، یعنی ایفیکٹ سے ریلیٹی کو جاننا۔</w:t>
      </w:r>
    </w:p>
    <w:p>
      <w:r>
        <w:rPr>
          <w:b/>
        </w:rPr>
        <w:t xml:space="preserve">[30:18] </w:t>
      </w:r>
      <w:r>
        <w:t>to yeh sab cheezen jo effect hain, woh khuda ka creation hai.</w:t>
      </w:r>
    </w:p>
    <w:p>
      <w:pPr>
        <w:jc w:val="right"/>
      </w:pPr>
      <w:r>
        <w:t>تو یہ سب چیزیں جو ایفیکٹ ہیں، وہ خدا کا کریشن ہے۔</w:t>
      </w:r>
    </w:p>
    <w:p>
      <w:r>
        <w:rPr>
          <w:b/>
        </w:rPr>
        <w:t xml:space="preserve">[30:26] </w:t>
      </w:r>
      <w:r>
        <w:t>to through inference mein janta hoon, yeh meri, yeh meri discovery hai. maulana, doctor merchant sahib ne ek question bheja hai, unhon ne likha hai:</w:t>
      </w:r>
    </w:p>
    <w:p>
      <w:pPr>
        <w:jc w:val="right"/>
      </w:pPr>
      <w:r>
        <w:t>تو تھرو انفرنس میں جانتا ہوں، یہ میری، یہ میری ڈسکوری ہے۔ مولانا، ڈاکٹر مرچنٹ صاحب نے ایک کویسچن بھیجا ہے، انہوں نے لکھا ہے:</w:t>
      </w:r>
    </w:p>
    <w:p>
      <w:r>
        <w:rPr>
          <w:b/>
        </w:rPr>
        <w:t xml:space="preserve">[30:41] </w:t>
      </w:r>
      <w:r>
        <w:t>"thanks a lot for an enlightening talk by all the three speakers. it is said god is closer to me than i am to myself.</w:t>
      </w:r>
    </w:p>
    <w:p>
      <w:pPr>
        <w:jc w:val="right"/>
      </w:pPr>
      <w:r>
        <w:t>"Thanks a lot for an enlightening talk by all the three speakers. It is said God is closer to me than I am to myself.</w:t>
      </w:r>
    </w:p>
    <w:p>
      <w:r>
        <w:rPr>
          <w:b/>
        </w:rPr>
        <w:t xml:space="preserve">[30:52] </w:t>
      </w:r>
      <w:r>
        <w:t>so then why am i far from god?</w:t>
      </w:r>
    </w:p>
    <w:p>
      <w:pPr>
        <w:jc w:val="right"/>
      </w:pPr>
      <w:r>
        <w:t>So then why am I far from God?</w:t>
      </w:r>
    </w:p>
    <w:p>
      <w:r>
        <w:rPr>
          <w:b/>
        </w:rPr>
        <w:t xml:space="preserve">[30:56] </w:t>
      </w:r>
      <w:r>
        <w:t>what is the reason that a man is far from god, even though god is so close to us?" dekhen, is myth ko mein jis ka mein arz kiya abhi ke quantum physics ne khatam kar diya ke ek cheez aap se paas bhi ho aur door bhi ho.</w:t>
      </w:r>
    </w:p>
    <w:p>
      <w:pPr>
        <w:jc w:val="right"/>
      </w:pPr>
      <w:r>
        <w:t>What is the reason that a man is far from God, even though God is so close to us?" دیکھیں، اس متھ کو میں جس کا میں عرض کیا ابھی کہ کوانٹم فزکس نے ختم کر دیا کہ ایک چیز آپ سے پاس بھی ہو اور دور بھی ہو۔</w:t>
      </w:r>
    </w:p>
    <w:p>
      <w:r>
        <w:rPr>
          <w:b/>
        </w:rPr>
        <w:t xml:space="preserve">[31:21] </w:t>
      </w:r>
      <w:r>
        <w:t>kyun ke jaisa ke mein ne arz kiya ke quantum physics yeh manti hai</w:t>
      </w:r>
    </w:p>
    <w:p>
      <w:pPr>
        <w:jc w:val="right"/>
      </w:pPr>
      <w:r>
        <w:t>کیونکہ جیسا کہ میں نے عرض کیا کہ کوانٹم فزکس یہ مانتی ہے</w:t>
      </w:r>
    </w:p>
    <w:p>
      <w:r>
        <w:rPr>
          <w:b/>
        </w:rPr>
        <w:t xml:space="preserve">[31:27] </w:t>
      </w:r>
      <w:r>
        <w:t>ke ek cheez exist kar rahi hai jo hai. sub atomic particle. to sub atomic particle hum dekhte nahi, magar humein manna padta hai ke woh exist kar raha hai, is liye ke hum us ke effect ko detect karte hain.</w:t>
      </w:r>
    </w:p>
    <w:p>
      <w:pPr>
        <w:jc w:val="right"/>
      </w:pPr>
      <w:r>
        <w:t>کہ ایک چیز ایگزسٹ کر رہی ہے جو ہے۔ سب ایٹمک پارٹیکل۔ تو سب ایٹمک پارٹیکل ہم دیکھتے نہیں، مگر ہمیں ماننا پڑتا ہے کہ وہ ایگزسٹ کر رہا ہے، اس لیے کہ ہم اس کے ایفیکٹ کو ڈیٹیکٹ کرتے ہیں۔</w:t>
      </w:r>
    </w:p>
    <w:p>
      <w:r>
        <w:rPr>
          <w:b/>
        </w:rPr>
        <w:t xml:space="preserve">[31:45] </w:t>
      </w:r>
      <w:r>
        <w:t>to god ka jo existence hai, woh hum us ke creation ke through jante hain.</w:t>
      </w:r>
    </w:p>
    <w:p>
      <w:pPr>
        <w:jc w:val="right"/>
      </w:pPr>
      <w:r>
        <w:t>تو گاڈ کا جو ایگزسٹنس ہے، وہ ہم اس کے کریشن کے تھرو جانتے ہیں۔</w:t>
      </w:r>
    </w:p>
    <w:p>
      <w:r>
        <w:rPr>
          <w:b/>
        </w:rPr>
        <w:t xml:space="preserve">[31:54] </w:t>
      </w:r>
      <w:r>
        <w:t>creation, creation ko hum jante hain, us ke through infer karte hain hum ke god maujood hai. yeh to ab ek aisi law of nature ka jo universal law hai, yeh applicable hai jis tareeqe se universe par is tarah woh applicable hai god almighty par.</w:t>
      </w:r>
    </w:p>
    <w:p>
      <w:pPr>
        <w:jc w:val="right"/>
      </w:pPr>
      <w:r>
        <w:t>کریشن، کریشن کو ہم جانتے ہیں، اس کے تھرو انفر کرتے ہیں ہم کہ گاڈ موجود ہے۔ یہ تو اب ایک ایسی لا وجد کا جو یونیورسل لا ہے، یہ ایپلیکیبل ہے جس طریقے سے یونیورس پر اس طرح وہ ایپلیکیبل ہے گاڈ ال وائٹی پر۔</w:t>
      </w:r>
    </w:p>
    <w:p>
      <w:r>
        <w:rPr>
          <w:b/>
        </w:rPr>
        <w:t xml:space="preserve">[32:22] </w:t>
      </w:r>
      <w:r>
        <w:t>maulana, yeh sawal subhash verma ji ka hai. unhon ne aap se poocha hai ke "When did humans begin to pray?" is ke bare mein bataein.</w:t>
      </w:r>
    </w:p>
    <w:p>
      <w:pPr>
        <w:jc w:val="right"/>
      </w:pPr>
      <w:r>
        <w:t>مولانا، یہ سوال سبھاش ورما جی کا ہے۔ انہوں نے آپ سے پوچھا ہے کہ "When did humans begin to pray?" اس کے بارے میں بتائیں۔</w:t>
      </w:r>
    </w:p>
    <w:p>
      <w:r>
        <w:rPr>
          <w:b/>
        </w:rPr>
        <w:t xml:space="preserve">[32:34] </w:t>
      </w:r>
      <w:r>
        <w:t>dekhein, maine ek kitab padhi thi bohat pehle ke is kitab ka title tha ke "Gyan ka aaghaz kab hua?" "Gyan ka aaghaz kab hua?"</w:t>
      </w:r>
    </w:p>
    <w:p>
      <w:pPr>
        <w:jc w:val="right"/>
      </w:pPr>
      <w:r>
        <w:t>دیکھیں، میں نے ایک کتاب پڑھی تھی بہت پہلے کہ اس کتاب کا ٹائٹل تھا کہ "ज्ञान کا آغاز کب ہوا؟" "ज्ञान کا آغاز کب ہوا؟"</w:t>
      </w:r>
    </w:p>
    <w:p>
      <w:r>
        <w:rPr>
          <w:b/>
        </w:rPr>
        <w:t xml:space="preserve">[32:52] </w:t>
      </w:r>
      <w:r>
        <w:t>is mein likha tha ke jab insan is zameen par aaya aur yahan par shuru ke zamane mein jis ko hum kehte hain stone age, yeh stone age ki baat hai,</w:t>
      </w:r>
    </w:p>
    <w:p>
      <w:pPr>
        <w:jc w:val="right"/>
      </w:pPr>
      <w:r>
        <w:t>اس میں لکھا تھا کہ جب انسان اس زمین پر آیا اور یہاں پر شروع کے زمانے میں جس کو ہم کہتے ہیں اسٹون ایج، یہ اسٹون ایج کی بات ہے،</w:t>
      </w:r>
    </w:p>
    <w:p>
      <w:r>
        <w:rPr>
          <w:b/>
        </w:rPr>
        <w:t xml:space="preserve">[33:07] </w:t>
      </w:r>
      <w:r>
        <w:t>to do aadmi kisi baat par ghussa ho gaye. yaani pathar un ke hathon mein tha, to dono ne ek doosre ko pathar se mara.</w:t>
      </w:r>
    </w:p>
    <w:p>
      <w:pPr>
        <w:jc w:val="right"/>
      </w:pPr>
      <w:r>
        <w:t>تو دو آدمی کسی بات پر غصہ ہو گئے۔ یعنی پتھر ان کے ہاتھوں میں تھا، تو دونوں نے ایک دوسرے کو پتھر سے مارا۔</w:t>
      </w:r>
    </w:p>
    <w:p>
      <w:r>
        <w:rPr>
          <w:b/>
        </w:rPr>
        <w:t xml:space="preserve">[33:20] </w:t>
      </w:r>
      <w:r>
        <w:t>un ke paas wahi tha. yeh baat hai stone age ki. to jab woh pathar takraya to sparking hui.</w:t>
      </w:r>
    </w:p>
    <w:p>
      <w:pPr>
        <w:jc w:val="right"/>
      </w:pPr>
      <w:r>
        <w:t>ان کے پاس وہی تھا۔ یہ بات ہے اسٹون ایج کی۔ تو جب وہ پتھر ٹکرایا تو اسپارکنگ ہوئی۔</w:t>
      </w:r>
    </w:p>
    <w:p>
      <w:r>
        <w:rPr>
          <w:b/>
        </w:rPr>
        <w:t xml:space="preserve">[33:32] </w:t>
      </w:r>
      <w:r>
        <w:t>jab sparking hui to dono ke ghussa khatam ho gaye. woh lage dekhne ke is pathar mein kahin koi hai, aag aag hai koi. to dono ke dono pathar ko le kar sparking ko talash karne lage.</w:t>
      </w:r>
    </w:p>
    <w:p>
      <w:pPr>
        <w:jc w:val="right"/>
      </w:pPr>
      <w:r>
        <w:t>جب اسپارکنگ ہوئی تو دونوں کے غصہ ختم ہو گئے۔ وہ لگے دیکھنے کہ اس پتھر میں کہیں کوئی ہے، آگ آگ ہے کوئی۔ تو دونوں کے دونوں پتھر کو لے کر اسپارکنگ کو تلاش کرنے لگے۔</w:t>
      </w:r>
    </w:p>
    <w:p>
      <w:r>
        <w:rPr>
          <w:b/>
        </w:rPr>
        <w:t xml:space="preserve">[33:49] </w:t>
      </w:r>
      <w:r>
        <w:t>aaj hum jante hain ke khud pathar mein sparking nahi thi, balkeh hawa mein oxygen hai, is ke takrane se sparking hoti hai.</w:t>
      </w:r>
    </w:p>
    <w:p>
      <w:pPr>
        <w:jc w:val="right"/>
      </w:pPr>
      <w:r>
        <w:t>آج ہم جانتے ہیں کہ خود پتھر میں اسپارکنگ نہیں تھی، بلکہ ہوا میں آکسیجن ہے، اس کے ٹکرانے سے اسپارکنگ ہوتی ہے۔</w:t>
      </w:r>
    </w:p>
    <w:p>
      <w:r>
        <w:rPr>
          <w:b/>
        </w:rPr>
        <w:t xml:space="preserve">[34:04] </w:t>
      </w:r>
      <w:r>
        <w:t>to yahan se shuru hua sochna. is kitab mein yeh bataya gaya tha ke yahan se sochna shuru hua.</w:t>
      </w:r>
    </w:p>
    <w:p>
      <w:pPr>
        <w:jc w:val="right"/>
      </w:pPr>
      <w:r>
        <w:t>تو یہاں سے شروع ہوا سوچنا۔ اس کتاب میں یہ بتایا گیا تھا کہ یہاں سے سوچنا شروع ہوا۔</w:t>
      </w:r>
    </w:p>
    <w:p>
      <w:r>
        <w:rPr>
          <w:b/>
        </w:rPr>
        <w:t xml:space="preserve">[34:16] </w:t>
      </w:r>
      <w:r>
        <w:t>to is ne yahan tak pohancha ke koi koi hasti mujh se bari hai. koi hasti mujh se bari hai.</w:t>
      </w:r>
    </w:p>
    <w:p>
      <w:pPr>
        <w:jc w:val="right"/>
      </w:pPr>
      <w:r>
        <w:t>تو اس نے یہاں تک پہنچا کہ کوئی کوئی ہستی مجھ سے بڑی ہے۔ کوئی ہستی مجھ سے بڑی ہے۔</w:t>
      </w:r>
    </w:p>
    <w:p>
      <w:r>
        <w:rPr>
          <w:b/>
        </w:rPr>
        <w:t xml:space="preserve">[34:27] </w:t>
      </w:r>
      <w:r>
        <w:t>yahan se ibadat ka tasawwur paida hua. yeh secular interpretation hai. lekin jo mazhabi interpretation hai Islam ke mutabiq, yeh to yeh hai ke paighambar aaye,</w:t>
      </w:r>
    </w:p>
    <w:p>
      <w:pPr>
        <w:jc w:val="right"/>
      </w:pPr>
      <w:r>
        <w:t>یہاں سے عبادت کا تصور پیدا ہوا۔ یہ سیکولر انٹرپریٹیشن ہے۔ لیکن جو مذہبی انٹرپریٹیشن ہے اسلام کے مطابق، یہ تو یہ ہے کہ پیغمبر آئے،</w:t>
      </w:r>
    </w:p>
    <w:p>
      <w:r>
        <w:rPr>
          <w:b/>
        </w:rPr>
        <w:t xml:space="preserve">[34:40] </w:t>
      </w:r>
      <w:r>
        <w:t>prophet aaye, unhon ne bataya ke ek God hai, us ki parastish karo. woh malik hai tumhara.</w:t>
      </w:r>
    </w:p>
    <w:p>
      <w:pPr>
        <w:jc w:val="right"/>
      </w:pPr>
      <w:r>
        <w:t>پرافٹ آئے، انہوں نے بتایا کہ ایک گاڈ ہے، اس کی پرستش کرو۔ وہ مالک ہے تمہارا۔</w:t>
      </w:r>
    </w:p>
    <w:p>
      <w:r>
        <w:rPr>
          <w:b/>
        </w:rPr>
        <w:t xml:space="preserve">[34:50] </w:t>
      </w:r>
      <w:r>
        <w:t>to secular interpretation mein to woh hai, aur jo mazhabi interpretation hai us mein bhi yahi hai.</w:t>
      </w:r>
    </w:p>
    <w:p>
      <w:pPr>
        <w:jc w:val="right"/>
      </w:pPr>
      <w:r>
        <w:t>تو سیکولر انٹرپریٹیشن میں تو وہ ہے، اور جو مذہبی انٹرپریٹیشن ہے اس میں بھی یہی ہے۔</w:t>
      </w:r>
    </w:p>
    <w:p>
      <w:r>
        <w:rPr>
          <w:b/>
        </w:rPr>
        <w:t xml:space="preserve">[35:00] </w:t>
      </w:r>
      <w:r>
        <w:t>maulana, this question is from Miss priya malik. unhon ne aap se poocha hai "What is the concept of God as per Islam?" is ke bare mein bataein.</w:t>
      </w:r>
    </w:p>
    <w:p>
      <w:pPr>
        <w:jc w:val="right"/>
      </w:pPr>
      <w:r>
        <w:t>مولانا، this question is from Miss پریا ملک۔ انہوں نے آپ سے پوچھا ہے "What is the concept of God as per Islam?" اس کے بارے میں بتائیں۔</w:t>
      </w:r>
    </w:p>
    <w:p>
      <w:r>
        <w:rPr>
          <w:b/>
        </w:rPr>
        <w:t xml:space="preserve">[35:11] </w:t>
      </w:r>
      <w:r>
        <w:t>woh to wahi hai jo maine arz kiya. pehle woh belief tha, belief. ab mere nazdeek scientific discoveries jo hui hain, is mein yeh cheez reality ban chuki hai.</w:t>
      </w:r>
    </w:p>
    <w:p>
      <w:pPr>
        <w:jc w:val="right"/>
      </w:pPr>
      <w:r>
        <w:t>وہ تو وہی ہے جو میں نے عرض کیا۔ پہلے وہ بیلیف تھا، بیلیف۔ اب میرے نزدیک سائنسی ڈسکوریز جو ہوئی ہیں، اس میں یہ چیز ریلیٹی بن چکی ہے۔</w:t>
      </w:r>
    </w:p>
    <w:p>
      <w:r>
        <w:rPr>
          <w:b/>
        </w:rPr>
        <w:t xml:space="preserve">[35:25] </w:t>
      </w:r>
      <w:r>
        <w:t>mera jo manna hai, jo maine arz kiya, woh scientific language mein Islami ka belief tha, woh scientific language mein.</w:t>
      </w:r>
    </w:p>
    <w:p>
      <w:pPr>
        <w:jc w:val="right"/>
      </w:pPr>
      <w:r>
        <w:t>میرا جو ماننا ہے، جو میں نے عرض کیا، وہ سائنٹیفک لینگویج میں اسلامی کا بیلیف تھا، وہ سائنٹیفک لینگویج میں۔</w:t>
      </w:r>
    </w:p>
    <w:p>
      <w:r>
        <w:rPr>
          <w:b/>
        </w:rPr>
        <w:t xml:space="preserve">[35:37] </w:t>
      </w:r>
      <w:r>
        <w:t>is par maine ek kitab likhi hai jo "Discovery of God" aur bohat si kitabein meri hain is mozu par. to main samajhta hoon ke nietzsche ne jo kaha tha ke "God is dead,</w:t>
      </w:r>
    </w:p>
    <w:p>
      <w:pPr>
        <w:jc w:val="right"/>
      </w:pPr>
      <w:r>
        <w:t>اس پر میں نے ایک کتاب لکھی ہے جو "ڈسکوری آف گاڈ" اور بہت سی کتابیں میری ہیں اس موضوع پر۔ تو میں سمجھتا ہوں کہ نٹسے نے جو کہا تھا کہ "God is dead,</w:t>
      </w:r>
    </w:p>
    <w:p>
      <w:r>
        <w:rPr>
          <w:b/>
        </w:rPr>
        <w:t xml:space="preserve">[35:51] </w:t>
      </w:r>
      <w:r>
        <w:t>that was a challenge."</w:t>
      </w:r>
    </w:p>
    <w:p>
      <w:pPr>
        <w:jc w:val="right"/>
      </w:pPr>
      <w:r>
        <w:t>that was a challenge."</w:t>
      </w:r>
    </w:p>
    <w:p>
      <w:r>
        <w:rPr>
          <w:b/>
        </w:rPr>
        <w:t xml:space="preserve">[35:53] </w:t>
      </w:r>
      <w:r>
        <w:t>ab is woh challenge ka jawab diya ja chuka hai. aur bohat si scientific theories hain, un mein se do ka maine samajh diya aap ko ke ek tha big bang aur doosra hai quantum physics.</w:t>
      </w:r>
    </w:p>
    <w:p>
      <w:pPr>
        <w:jc w:val="right"/>
      </w:pPr>
      <w:r>
        <w:t>اب اس وہ چیلنج کا جواب دیا جا چکا ہے۔ اور بہت سی سائنٹیفک تھیوریز ہیں، ان میں سے دو کا میں نے سمجھ دیا آپ کو کہ ایک تھا بگ بینگ اور دوسرا ہے کوانٹم فزکس۔</w:t>
      </w:r>
    </w:p>
    <w:p>
      <w:r>
        <w:rPr>
          <w:b/>
        </w:rPr>
        <w:t xml:space="preserve">[36:12] </w:t>
      </w:r>
      <w:r>
        <w:t>koi bhi shakhs jo sincere ho, uska study kare. main khud apne bare mein bataoon aap ko ke bhai jo study thi na, woh yahi se</w:t>
      </w:r>
    </w:p>
    <w:p>
      <w:pPr>
        <w:jc w:val="right"/>
      </w:pPr>
      <w:r>
        <w:t>کوئی بھی شخص جو سنسیر ہو، اس کا اسٹڈی کرے۔ میں خود اپنے بارے میں بتاؤں آپ کو کہ بھئی جو اسٹڈی تھی نا، وہ یہی سے</w:t>
      </w:r>
    </w:p>
    <w:p>
      <w:r>
        <w:rPr>
          <w:b/>
        </w:rPr>
        <w:t xml:space="preserve">[36:22] </w:t>
      </w:r>
      <w:r>
        <w:t>thi ke main pehle Khuda ko nahi manta tha. Khuda hai to mujhe dikhai dena chahiye. main khud apne bachpan mein aisa hi tha.</w:t>
      </w:r>
    </w:p>
    <w:p>
      <w:pPr>
        <w:jc w:val="right"/>
      </w:pPr>
      <w:r>
        <w:t>تھی کہ میں پہلے خدا کو نہیں مانتا تھا۔ خدا ہے تو مجھے دکھائی دینا چاہیے۔ میں خود اپنے بچپن میں ایسا ہی تھا۔</w:t>
      </w:r>
    </w:p>
    <w:p>
      <w:r>
        <w:rPr>
          <w:b/>
        </w:rPr>
        <w:t xml:space="preserve">[36:34] </w:t>
      </w:r>
      <w:r>
        <w:t>to meri jo seeking spirit jaagi hai, woh yahi se jaagi hai ke Khuda hai to mujhe janna chahiye ke Khuda hai.</w:t>
      </w:r>
    </w:p>
    <w:p>
      <w:pPr>
        <w:jc w:val="right"/>
      </w:pPr>
      <w:r>
        <w:t>تو میری جو سیکھنگ سپرٹ جاگی ہے، وہ یہی سے جاگی ہے کہ خدا ہے تو مجھے جاننا چاہیے کہ خدا ہے۔</w:t>
      </w:r>
    </w:p>
    <w:p>
      <w:r>
        <w:rPr>
          <w:b/>
        </w:rPr>
        <w:t xml:space="preserve">[36:45] </w:t>
      </w:r>
      <w:r>
        <w:t>to jo woh awaz mere andar se nikli, "Khawand, tu kab aaye</w:t>
      </w:r>
    </w:p>
    <w:p>
      <w:pPr>
        <w:jc w:val="right"/>
      </w:pPr>
      <w:r>
        <w:t>تو جو وہ آواز میرے اندر سے نکلی، "خداوند، تو کب آئے</w:t>
      </w:r>
    </w:p>
    <w:p>
      <w:r>
        <w:rPr>
          <w:b/>
        </w:rPr>
        <w:t xml:space="preserve">[36:50] </w:t>
      </w:r>
      <w:r>
        <w:t>ga? main kab tak tere aane ka intezar karoon?" to meri mere andar jo ek insan hai, woh bol pada tha.</w:t>
      </w:r>
    </w:p>
    <w:p>
      <w:pPr>
        <w:jc w:val="right"/>
      </w:pPr>
      <w:r>
        <w:t>گا؟ میں کب تک تیرے آنے کا انتظار کروں؟" تو میری میرے اندر جو ایک انسان ہے، وہ بول پڑا تھا۔</w:t>
      </w:r>
    </w:p>
    <w:p>
      <w:r>
        <w:rPr>
          <w:b/>
        </w:rPr>
        <w:t xml:space="preserve">[37:01] </w:t>
      </w:r>
      <w:r>
        <w:t>to meri starting yahan se shuru hui hai. Maulana, agla sawal Mr. mohit mehta ne kiya hai, woh Ahmedabad se program dekh rahe hain.</w:t>
      </w:r>
    </w:p>
    <w:p>
      <w:pPr>
        <w:jc w:val="right"/>
      </w:pPr>
      <w:r>
        <w:t>تو میری اسٹارٹنگ یہاں سے شروع ہوئی ہے۔ مولانا، اگلا سوال مسٹر موہت مہتا نے کیا ہے، وہ احمد آباد سے پروگرام دیکھ رہے ہیں۔</w:t>
      </w:r>
    </w:p>
    <w:p>
      <w:r>
        <w:rPr>
          <w:b/>
        </w:rPr>
        <w:t xml:space="preserve">[37:11] </w:t>
      </w:r>
      <w:r>
        <w:t>unhon ne likha hai ke "People often say that we should get into spirituality after fulfilling our duties."</w:t>
      </w:r>
    </w:p>
    <w:p>
      <w:pPr>
        <w:jc w:val="right"/>
      </w:pPr>
      <w:r>
        <w:t>انہوں نے لکھا ہے کہ "People often say that we should get into spirituality after fulfilling our duties.</w:t>
      </w:r>
    </w:p>
    <w:p>
      <w:r>
        <w:rPr>
          <w:b/>
        </w:rPr>
        <w:t xml:space="preserve">[37:21] </w:t>
      </w:r>
      <w:r>
        <w:t>" Maulana, my question is, is this thinking correct? Is there any age for which spirituality should be allowed in our life?</w:t>
      </w:r>
    </w:p>
    <w:p>
      <w:pPr>
        <w:jc w:val="right"/>
      </w:pPr>
      <w:r>
        <w:t>" مولانا، my question is, is this thinking correct? Is there any age for which spirituality should be allowed in our life?</w:t>
      </w:r>
    </w:p>
    <w:p>
      <w:r>
        <w:rPr>
          <w:b/>
        </w:rPr>
        <w:t xml:space="preserve">[37:31] </w:t>
      </w:r>
      <w:r>
        <w:t>Nahi, main to is ko nahi manunga. Kyun ke maine jo meri jo discovery hai, woh to yeh hai ke spirituality aik aik higher truth hai.</w:t>
      </w:r>
    </w:p>
    <w:p>
      <w:pPr>
        <w:jc w:val="right"/>
      </w:pPr>
      <w:r>
        <w:t>نہیں، میں تو اس کو نہیں مانوں گا۔ کیونکہ میں نے جو میری جو ڈسکوری ہے، وہ تو یہ ہے کہ سپرچوٹی ایک ایک ہائر ٹروتھ ہے۔</w:t>
      </w:r>
    </w:p>
    <w:p>
      <w:r>
        <w:rPr>
          <w:b/>
        </w:rPr>
        <w:t xml:space="preserve">[37:45] </w:t>
      </w:r>
      <w:r>
        <w:t>Agar higher truth na ho to meri zindagi mein aik higher sachai ke taur par kaise sabit ho sakti hai?</w:t>
      </w:r>
    </w:p>
    <w:p>
      <w:pPr>
        <w:jc w:val="right"/>
      </w:pPr>
      <w:r>
        <w:t>اگر ہائر ٹروتھ نہ ہو تو میری زندگی میں ایک ہائر سچائی کے طور پر کیسے ثابت ہو سکتی ہے؟</w:t>
      </w:r>
    </w:p>
    <w:p>
      <w:r>
        <w:rPr>
          <w:b/>
        </w:rPr>
        <w:t xml:space="preserve">[37:55] </w:t>
      </w:r>
      <w:r>
        <w:t>To duty ko poora karna yeh aik result hai, yeh asal nahi hai. Agar main sach much spiritual person ban jaon, agar mujhe is reality ki discovery ho jaye, reality ki,</w:t>
      </w:r>
    </w:p>
    <w:p>
      <w:pPr>
        <w:jc w:val="right"/>
      </w:pPr>
      <w:r>
        <w:t>تو ڈیوٹی کو پورا کرنا یہ ایک رزلٹ ہے، یہ اصل نہیں ہے۔ اگر میں سچ مچ سپرچول پرسن بن جاؤں، اگر مجھے اس ریلیٹی کی ڈسکوری ہو جائے، ریلیٹی کی،</w:t>
      </w:r>
    </w:p>
    <w:p>
      <w:r>
        <w:rPr>
          <w:b/>
        </w:rPr>
        <w:t xml:space="preserve">[38:09] </w:t>
      </w:r>
      <w:r>
        <w:t>To main duty ka tasawwur bhi zaroor aye ga mere andar.</w:t>
      </w:r>
    </w:p>
    <w:p>
      <w:pPr>
        <w:jc w:val="right"/>
      </w:pPr>
      <w:r>
        <w:t>تو میں ڈیوٹی کا تصور بھی ضرور آئے گا میرے اندر۔</w:t>
      </w:r>
    </w:p>
    <w:p>
      <w:r>
        <w:rPr>
          <w:b/>
        </w:rPr>
        <w:t xml:space="preserve">[38:14] </w:t>
      </w:r>
      <w:r>
        <w:t>Duty aap ka aik kartab hai, aap ka aik behavior hai. Is se alag nahi, nahi hai.</w:t>
      </w:r>
    </w:p>
    <w:p>
      <w:pPr>
        <w:jc w:val="right"/>
      </w:pPr>
      <w:r>
        <w:t>ڈیوٹی آپ کا ایک کرتب ہے، آپ کا ایک بیہیویئر ہے۔ اس سے الگ نہیں، نہیں ہے۔</w:t>
      </w:r>
    </w:p>
    <w:p>
      <w:r>
        <w:rPr>
          <w:b/>
        </w:rPr>
        <w:t xml:space="preserve">[38:29] </w:t>
      </w:r>
      <w:r>
        <w:t>Woh to aik higher duty, higher truth. Spirituality ko higher truth hona chahiye, warna woh kuch bhi nahi hai, nothing hai.</w:t>
      </w:r>
    </w:p>
    <w:p>
      <w:pPr>
        <w:jc w:val="right"/>
      </w:pPr>
      <w:r>
        <w:t>وہ تو ایک ہائر ڈیوٹی، ہائر ٹروتھ۔ سپرچوٹی کو ہائر ٹروتھ ہونا چاہیے، ورنہ وہ کچھ بھی نہیں ہے، نتھنگ ہے۔</w:t>
      </w:r>
    </w:p>
    <w:p>
      <w:r>
        <w:rPr>
          <w:b/>
        </w:rPr>
        <w:t xml:space="preserve">[38:41] </w:t>
      </w:r>
      <w:r>
        <w:t>To main manta hoon ke spirituality higher truth hai. Tabhi main is ko is ke aage apne ko surrender karta hoon.</w:t>
      </w:r>
    </w:p>
    <w:p>
      <w:pPr>
        <w:jc w:val="right"/>
      </w:pPr>
      <w:r>
        <w:t>تو میں مانتا ہوں کہ سپرچوٹی ہائر ٹروتھ ہے۔ تبھی میں اس کو اس کے آگے اپنے کو سرینڈر کرتا ہوں۔</w:t>
      </w:r>
    </w:p>
    <w:p>
      <w:r>
        <w:rPr>
          <w:b/>
        </w:rPr>
        <w:t xml:space="preserve">[38:57] </w:t>
      </w:r>
      <w:r>
        <w:t>Maulana, agla sawal kya hai Professor S S Bhakri sahib ne. Unho ne likha hai "The means by which we live have distanced the ends for which we live.</w:t>
      </w:r>
    </w:p>
    <w:p>
      <w:pPr>
        <w:jc w:val="right"/>
      </w:pPr>
      <w:r>
        <w:t>مولانا، اگلا سوال کیا ہے پروفیسر ایس ایس بھاکری صاحب نے۔ انہوں نے لکھا ہے "The means by which we live have distanced the ends for which we live.</w:t>
      </w:r>
    </w:p>
    <w:p>
      <w:r>
        <w:rPr>
          <w:b/>
        </w:rPr>
        <w:t xml:space="preserve">[39:11] </w:t>
      </w:r>
      <w:r>
        <w:t>Our scientific power has outrun our spiritual power. We have guided missiles, but misguided men.</w:t>
      </w:r>
    </w:p>
    <w:p>
      <w:pPr>
        <w:jc w:val="right"/>
      </w:pPr>
      <w:r>
        <w:t>Our scientific power has outrun our spiritual power. We have guided missiles, but misguided men.</w:t>
      </w:r>
    </w:p>
    <w:p>
      <w:r>
        <w:rPr>
          <w:b/>
        </w:rPr>
        <w:t xml:space="preserve">[39:21] </w:t>
      </w:r>
      <w:r>
        <w:t>How do we create a sane world?" Har scientist zaroor woh spiritual person hota hai.</w:t>
      </w:r>
    </w:p>
    <w:p>
      <w:pPr>
        <w:jc w:val="right"/>
      </w:pPr>
      <w:r>
        <w:t>How do we create a sane world?" ہر سائنٹسٹ ضرور وہ سپرچول پرسن ہوتا ہے۔</w:t>
      </w:r>
    </w:p>
    <w:p>
      <w:r>
        <w:rPr>
          <w:b/>
        </w:rPr>
        <w:t xml:space="preserve">[39:30] </w:t>
      </w:r>
      <w:r>
        <w:t>Aik higher reality us ko pursue karta hai woh.</w:t>
      </w:r>
    </w:p>
    <w:p>
      <w:pPr>
        <w:jc w:val="right"/>
      </w:pPr>
      <w:r>
        <w:t>ایک ہائر ریلیٹی اس کو پرسو کرتا ہے وہ۔</w:t>
      </w:r>
    </w:p>
    <w:p>
      <w:r>
        <w:rPr>
          <w:b/>
        </w:rPr>
        <w:t xml:space="preserve">[39:34] </w:t>
      </w:r>
      <w:r>
        <w:t>Maine science ki kitabein bohat zyada padhi hain, lekin kahin na kahin woh scientist kisi apne se bari cheez ko manta hai, apne se bari cheez ko.</w:t>
      </w:r>
    </w:p>
    <w:p>
      <w:pPr>
        <w:jc w:val="right"/>
      </w:pPr>
      <w:r>
        <w:t>میں نے سائنس کی کتابیں بہت زیادہ پڑھی ہیں، لیکن کہیں نہ کہیں وہ سائنٹسٹ کسی اپنے سے بڑی چیز کو مانتا ہے، اپنے سے بڑی چیز کو۔</w:t>
      </w:r>
    </w:p>
    <w:p>
      <w:r>
        <w:rPr>
          <w:b/>
        </w:rPr>
        <w:t xml:space="preserve">[39:46] </w:t>
      </w:r>
      <w:r>
        <w:t>Yeh na manay to phir woh apni pursuit ko continue nahi kar sakta.</w:t>
      </w:r>
    </w:p>
    <w:p>
      <w:pPr>
        <w:jc w:val="right"/>
      </w:pPr>
      <w:r>
        <w:t>یہ نہ مانے تو پھر وہ اپنی پرسوٹ کو کنٹینیو نہیں کر سکتا۔</w:t>
      </w:r>
    </w:p>
    <w:p>
      <w:r>
        <w:rPr>
          <w:b/>
        </w:rPr>
        <w:t xml:space="preserve">[39:57] </w:t>
      </w:r>
      <w:r>
        <w:t>Maulana, agla sawal kya hai</w:t>
      </w:r>
    </w:p>
    <w:p>
      <w:pPr>
        <w:jc w:val="right"/>
      </w:pPr>
      <w:r>
        <w:t>مولانا، اگلا سوال کیا ہے</w:t>
      </w:r>
    </w:p>
    <w:p>
      <w:r>
        <w:rPr>
          <w:b/>
        </w:rPr>
        <w:t xml:space="preserve">[39:59] </w:t>
      </w:r>
      <w:r>
        <w:t>? Is par aik kitab mein refer karunga jo bohat hi mujhe pasand hai. Sir James Jeans ki kitab "Mysterious Universe".</w:t>
      </w:r>
    </w:p>
    <w:p>
      <w:pPr>
        <w:jc w:val="right"/>
      </w:pPr>
      <w:r>
        <w:t>؟ اس پر ایک کتاب میں ریفر کروں گا جو بہت ہی مجھے پسند ہے۔ سر جیمز دینز کی کتاب "مسٹیریس یونیورس"۔</w:t>
      </w:r>
    </w:p>
    <w:p>
      <w:r>
        <w:rPr>
          <w:b/>
        </w:rPr>
        <w:t xml:space="preserve">[40:10] </w:t>
      </w:r>
      <w:r>
        <w:t>"Mysterious Universe".</w:t>
      </w:r>
    </w:p>
    <w:p>
      <w:pPr>
        <w:jc w:val="right"/>
      </w:pPr>
      <w:r>
        <w:t>"مسٹیریس یونیورس"۔</w:t>
      </w:r>
    </w:p>
    <w:p>
      <w:r>
        <w:rPr>
          <w:b/>
        </w:rPr>
        <w:t xml:space="preserve">[40:17] </w:t>
      </w:r>
      <w:r>
        <w:t>Maulana, Mr K Sathyamurti ji ne sawal bheja hai. Unho ne likha hai "My opinion is religion is nothing, there is no God.</w:t>
      </w:r>
    </w:p>
    <w:p>
      <w:pPr>
        <w:jc w:val="right"/>
      </w:pPr>
      <w:r>
        <w:t>مولانا، مسٹر کے ستیہ مورتی جی نے سوال بھیجا ہے۔ انہوں نے لکھا ہے "My opinion is religion is nothing, there is no God.</w:t>
      </w:r>
    </w:p>
    <w:p>
      <w:r>
        <w:rPr>
          <w:b/>
        </w:rPr>
        <w:t xml:space="preserve">[40:29] </w:t>
      </w:r>
      <w:r>
        <w:t>Man created God. Have you read the book 'Peace of Mind' which is by an American rabbi, Joshua L.</w:t>
      </w:r>
    </w:p>
    <w:p>
      <w:pPr>
        <w:jc w:val="right"/>
      </w:pPr>
      <w:r>
        <w:t>Man created God. Have you read the book 'Peace of Mind' which is by an American rabbi, Joshua L.</w:t>
      </w:r>
    </w:p>
    <w:p>
      <w:r>
        <w:rPr>
          <w:b/>
        </w:rPr>
        <w:t xml:space="preserve">[40:38] </w:t>
      </w:r>
      <w:r>
        <w:t>Liepmann?" "In Peace of Mind." "In Peace of Mind."</w:t>
      </w:r>
    </w:p>
    <w:p>
      <w:pPr>
        <w:jc w:val="right"/>
      </w:pPr>
      <w:r>
        <w:t>Liepmann?" "ان پیس آف مائنڈ۔" "ان پیس آف مائنڈ۔"</w:t>
      </w:r>
    </w:p>
    <w:p>
      <w:r>
        <w:rPr>
          <w:b/>
        </w:rPr>
        <w:t xml:space="preserve">[40:45] </w:t>
      </w:r>
      <w:r>
        <w:t>Dekhein, yeh aik baat mein arz karunga ke humanity ka jo subject hai, us mein bohat zyada aik ganjahish hoti hai naye naye ideas nikalne ki.</w:t>
      </w:r>
    </w:p>
    <w:p>
      <w:pPr>
        <w:jc w:val="right"/>
      </w:pPr>
      <w:r>
        <w:t>دیکھیں، یہ ایک بات میں عرض کروں گا کہ ہیومینٹی کا جو سبجیکٹ ہے، اس میں بہت زیادہ ایک گنجائش ہوتی ہے نئے نئے آئیڈیاز نکالنے کی۔</w:t>
      </w:r>
    </w:p>
    <w:p>
      <w:r>
        <w:rPr>
          <w:b/>
        </w:rPr>
        <w:t xml:space="preserve">[41:02] </w:t>
      </w:r>
      <w:r>
        <w:t>Jab master sciences jo hain, us mein aap ko yeh mauqa nahi hota, lekin humanities mein</w:t>
      </w:r>
    </w:p>
    <w:p>
      <w:pPr>
        <w:jc w:val="right"/>
      </w:pPr>
      <w:r>
        <w:t>جب ماسٹر سائنسز جو ہیں، اس میں آپ کو یہ موقع نہیں ہوتا، لیکن ہیومینٹیز میں</w:t>
      </w:r>
    </w:p>
    <w:p>
      <w:r>
        <w:rPr>
          <w:b/>
        </w:rPr>
        <w:t xml:space="preserve">[41:08] </w:t>
      </w:r>
      <w:r>
        <w:t>Mauqa hota hai ke yeh sab kitabein jo likhi gayi hain, woh humanities ke, yani ke is mind se likhi gayi hain.</w:t>
      </w:r>
    </w:p>
    <w:p>
      <w:pPr>
        <w:jc w:val="right"/>
      </w:pPr>
      <w:r>
        <w:t>موقع ہوتا ہے کہ یہ سب کتابیں جو لکھی گئی ہیں، وہ ہیومینٹیز کے، یعنی کہ اس مائنڈ سے لکھی گئی ہیں۔</w:t>
      </w:r>
    </w:p>
    <w:p>
      <w:r>
        <w:rPr>
          <w:b/>
        </w:rPr>
        <w:t xml:space="preserve">[41:21] </w:t>
      </w:r>
      <w:r>
        <w:t>Woh to humanities ka jo jo way of thinking hota hai, us mein koi mathematical calculation possible nahi hota.</w:t>
      </w:r>
    </w:p>
    <w:p>
      <w:pPr>
        <w:jc w:val="right"/>
      </w:pPr>
      <w:r>
        <w:t>وہ تو ہیومینٹیز کا جو جو وے آف تھنکنگ ہوتا ہے، اس میں کوئی میتھمیٹیکل کیلکولیشن پاسیبل نہیں ہوتا۔</w:t>
      </w:r>
    </w:p>
    <w:p>
      <w:r>
        <w:rPr>
          <w:b/>
        </w:rPr>
        <w:t xml:space="preserve">[41:34] </w:t>
      </w:r>
      <w:r>
        <w:t>To us mein kuch bhi aap rakh bana lijiyay.\</w:t>
      </w:r>
    </w:p>
    <w:p>
      <w:pPr>
        <w:jc w:val="right"/>
      </w:pPr>
      <w:r>
        <w:t>تو اس میں کچھ بھی آپ رکھ بنا لیجیے۔</w:t>
      </w:r>
    </w:p>
    <w:p>
      <w:r>
        <w:rPr>
          <w:b/>
        </w:rPr>
        <w:t xml:space="preserve">[41:39] </w:t>
      </w:r>
      <w:r>
        <w:t>mein ne aisi bohat kitabein parhi hain to woh influencer, woh sab influencer argument par chalti hain.</w:t>
      </w:r>
    </w:p>
    <w:p>
      <w:pPr>
        <w:jc w:val="right"/>
      </w:pPr>
      <w:r>
        <w:t>میں نے ایسی بہت کتابیں پڑھی ہیں تو وہ انفلوئنسر، وہ سب انفلوئنسر آرگومنٹ پر چلتی ہیں۔</w:t>
      </w:r>
    </w:p>
    <w:p>
      <w:r>
        <w:rPr>
          <w:b/>
        </w:rPr>
        <w:t xml:space="preserve">[41:50] </w:t>
      </w:r>
      <w:r>
        <w:t>humanities par jo kitabein hoti hain.</w:t>
      </w:r>
    </w:p>
    <w:p>
      <w:pPr>
        <w:jc w:val="right"/>
      </w:pPr>
      <w:r>
        <w:t>ہیومینٹیز پر جو کتابیں ہوتی ہیں۔</w:t>
      </w:r>
    </w:p>
    <w:p>
      <w:r>
        <w:rPr>
          <w:b/>
        </w:rPr>
        <w:t xml:space="preserve">[41:56] </w:t>
      </w:r>
      <w:r>
        <w:t>to humanities mein jo chahe likhiye aur jo chahe argument kijiye. So you know we've also come to the end of time and there are many questions but we will be around and Maulana sahib will also be around for interaction</w:t>
      </w:r>
    </w:p>
    <w:p>
      <w:pPr>
        <w:jc w:val="right"/>
      </w:pPr>
      <w:r>
        <w:t>تو ہیومینٹیز میں جو چاہے لکھیے اور جو چاہے آرگومنٹ کیجیے۔ So you know we've also come to the end of time and there are many questions but we will be around and مولانا صاحب will also be around for interaction</w:t>
      </w:r>
    </w:p>
    <w:p>
      <w:r>
        <w:rPr>
          <w:b/>
        </w:rPr>
        <w:t xml:space="preserve">[42:09] </w:t>
      </w:r>
      <w:r>
        <w:t>so I would want to take one last question and this question is addressed to Miss Mariya Khan and the question has been asked by Dr.</w:t>
      </w:r>
    </w:p>
    <w:p>
      <w:pPr>
        <w:jc w:val="right"/>
      </w:pPr>
      <w:r>
        <w:t>so I would want to take one last question and this question is addressed to Miss Mariya Khan and the question has been asked by Dr.</w:t>
      </w:r>
    </w:p>
    <w:p>
      <w:r>
        <w:rPr>
          <w:b/>
        </w:rPr>
        <w:t xml:space="preserve">[42:18] </w:t>
      </w:r>
      <w:r>
        <w:t>Farida Khanum. She has written "My question is addressed to Mariya that your presentation of your spiritual journey was thrilling.</w:t>
      </w:r>
    </w:p>
    <w:p>
      <w:pPr>
        <w:jc w:val="right"/>
      </w:pPr>
      <w:r>
        <w:t>Farida Khanum. She has written "My question is addressed to Mariya that your presentation of your spiritual journey was thrilling.</w:t>
      </w:r>
    </w:p>
    <w:p>
      <w:r>
        <w:rPr>
          <w:b/>
        </w:rPr>
        <w:t xml:space="preserve">[42:29] </w:t>
      </w:r>
      <w:r>
        <w:t>I want to ask you how at such a young age you were able to discover God</w:t>
      </w:r>
    </w:p>
    <w:p>
      <w:pPr>
        <w:jc w:val="right"/>
      </w:pPr>
      <w:r>
        <w:t>I want to ask you how at such a young age you were able to discover God</w:t>
      </w:r>
    </w:p>
    <w:p>
      <w:r>
        <w:rPr>
          <w:b/>
        </w:rPr>
        <w:t xml:space="preserve">[42:36] </w:t>
      </w:r>
      <w:r>
        <w:t>. This is something rarest of the rare. Could you please explain in brief?"</w:t>
      </w:r>
    </w:p>
    <w:p>
      <w:pPr>
        <w:jc w:val="right"/>
      </w:pPr>
      <w:r>
        <w:t>. This is something rarest of the rare. Could you please explain in brief?"</w:t>
      </w:r>
    </w:p>
    <w:p>
      <w:r>
        <w:rPr>
          <w:b/>
        </w:rPr>
        <w:t xml:space="preserve">[42:46] </w:t>
      </w:r>
      <w:r>
        <w:t>So I would like to say that somebody asked Maulana "Does spirituality have an age?" So I will say that spirituality does not have an age and when a person is young he needs he or she needs spirituality the most.</w:t>
      </w:r>
    </w:p>
    <w:p>
      <w:pPr>
        <w:jc w:val="right"/>
      </w:pPr>
      <w:r>
        <w:t>So I would like to say that somebody asked مولانا "Does spirituality have an age?" So I will say that spirituality does not have an age and when a person is young he needs he or she needs spirituality the most.</w:t>
      </w:r>
    </w:p>
    <w:p>
      <w:r>
        <w:rPr>
          <w:b/>
        </w:rPr>
        <w:t xml:space="preserve">[43:04] </w:t>
      </w:r>
      <w:r>
        <w:t>I</w:t>
      </w:r>
    </w:p>
    <w:p>
      <w:pPr>
        <w:jc w:val="right"/>
      </w:pPr>
      <w:r>
        <w:t>I</w:t>
      </w:r>
    </w:p>
    <w:p>
      <w:r>
        <w:rPr>
          <w:b/>
        </w:rPr>
        <w:t xml:space="preserve">[43:05] </w:t>
      </w:r>
      <w:r>
        <w:t>think those are the moments when you face a lot of convulsions, you face a lot of tumultuous events, and you cannot explain anything.</w:t>
      </w:r>
    </w:p>
    <w:p>
      <w:pPr>
        <w:jc w:val="right"/>
      </w:pPr>
      <w:r>
        <w:t>think those are the moments when you face a lot of convulsions, you face a lot of tumultuous events, and you cannot explain anything.</w:t>
      </w:r>
    </w:p>
    <w:p>
      <w:r>
        <w:rPr>
          <w:b/>
        </w:rPr>
        <w:t xml:space="preserve">[43:15] </w:t>
      </w:r>
      <w:r>
        <w:t>And those are the most important moments when you need guidance, spiritual guidance. Guidance which can change you, guidance which can address your mind.</w:t>
      </w:r>
    </w:p>
    <w:p>
      <w:pPr>
        <w:jc w:val="right"/>
      </w:pPr>
      <w:r>
        <w:t>And those are the most important moments when you need guidance, spiritual guidance. Guidance which can change you, guidance which can address your mind.</w:t>
      </w:r>
    </w:p>
    <w:p>
      <w:r>
        <w:rPr>
          <w:b/>
        </w:rPr>
        <w:t xml:space="preserve">[43:23] </w:t>
      </w:r>
      <w:r>
        <w:t>You have a lot of doubts, a lot of questions. So we have interacted with a lot of students and they are so inquisitive and they are so curious about religion and spirituality.</w:t>
      </w:r>
    </w:p>
    <w:p>
      <w:pPr>
        <w:jc w:val="right"/>
      </w:pPr>
      <w:r>
        <w:t>You have a lot of doubts, a lot of questions. So we have interacted with a lot of students and they are so inquisitive and they are so curious about religion and spirituality.</w:t>
      </w:r>
    </w:p>
    <w:p>
      <w:r>
        <w:rPr>
          <w:b/>
        </w:rPr>
        <w:t xml:space="preserve">[43:34] </w:t>
      </w:r>
      <w:r>
        <w:t>So I think today the youth needs spirituality and we need a spirituality that helps us in our lives.</w:t>
      </w:r>
    </w:p>
    <w:p>
      <w:pPr>
        <w:jc w:val="right"/>
      </w:pPr>
      <w:r>
        <w:t>So I think today the youth needs spirituality and we need a spirituality that helps us in our lives.</w:t>
      </w:r>
    </w:p>
    <w:p>
      <w:r>
        <w:rPr>
          <w:b/>
        </w:rPr>
        <w:t xml:space="preserve">[43:43] </w:t>
      </w:r>
      <w:r>
        <w:t>So Sir said that religion is nothing, God is nothing. But I would say that my experience has told me that religion and spirituality have helped me.</w:t>
      </w:r>
    </w:p>
    <w:p>
      <w:pPr>
        <w:jc w:val="right"/>
      </w:pPr>
      <w:r>
        <w:t>So Sir said that religion is nothing, God is nothing. But I would say that my experience has told me that religion and spirituality have helped me.</w:t>
      </w:r>
    </w:p>
    <w:p>
      <w:r>
        <w:rPr>
          <w:b/>
        </w:rPr>
        <w:t xml:space="preserve">[43:53] </w:t>
      </w:r>
      <w:r>
        <w:t>Therefore it is something for me.</w:t>
      </w:r>
    </w:p>
    <w:p>
      <w:pPr>
        <w:jc w:val="right"/>
      </w:pPr>
      <w:r>
        <w:t>Therefore it is something for me.</w:t>
      </w:r>
    </w:p>
    <w:p>
      <w:r>
        <w:rPr>
          <w:b/>
        </w:rPr>
        <w:t xml:space="preserve">[43:56] </w:t>
      </w:r>
      <w:r>
        <w:t>And I think from my own experience, from the outcome, from the results that I have got from following spirituality, I can say that spirituality is very important.</w:t>
      </w:r>
    </w:p>
    <w:p>
      <w:pPr>
        <w:jc w:val="right"/>
      </w:pPr>
      <w:r>
        <w:t>And I think from my own experience, from the outcome, from the results that I have got from following spirituality, I can say that spirituality is very important.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