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Shukr Acknowledgment of God's Blessings April 21, 2020</w:t>
      </w:r>
    </w:p>
    <w:p>
      <w:r>
        <w:t>https://youtu.be/3iGMucsQXNk</w:t>
      </w:r>
    </w:p>
    <w:p>
      <w:r>
        <w:rPr>
          <w:b/>
        </w:rPr>
        <w:t xml:space="preserve">[00:14] </w:t>
      </w:r>
      <w:r>
        <w:t>bismillah al-rahman al-rahim.</w:t>
      </w:r>
    </w:p>
    <w:p>
      <w:pPr>
        <w:jc w:val="right"/>
      </w:pPr>
      <w:r>
        <w:t>بسم اللہ الرحمن الرحیم۔</w:t>
      </w:r>
    </w:p>
    <w:p>
      <w:r>
        <w:rPr>
          <w:b/>
        </w:rPr>
        <w:t xml:space="preserve">[00:21] </w:t>
      </w:r>
      <w:r>
        <w:t>aaj subah mere zehan mein ek sawal aaya. maine socha ke main 1967</w:t>
      </w:r>
    </w:p>
    <w:p>
      <w:pPr>
        <w:jc w:val="right"/>
      </w:pPr>
      <w:r>
        <w:t>آج صبح میرے ذہن میں ایک سوال آیا۔ میں نے سوچا کہ میں 1967</w:t>
      </w:r>
    </w:p>
    <w:p>
      <w:r>
        <w:rPr>
          <w:b/>
        </w:rPr>
        <w:t xml:space="preserve">[00:41] </w:t>
      </w:r>
      <w:r>
        <w:t>mein pehla hua jahaz ka safar kiya tha. is waqt se ab tak mujhe bohat baar mauqa mila hai ke India mein aur India ke bahar hua jahaz ka safar karoon.</w:t>
      </w:r>
    </w:p>
    <w:p>
      <w:pPr>
        <w:jc w:val="right"/>
      </w:pPr>
      <w:r>
        <w:t>میں پہلا ہوا جہاز کا سفر کیا تھا۔ اس وقت سے اب تک مجھے بہت بار موقع ملا ہے کہ انڈیا میں اور انڈیا کے باہر ہوا جہاز کا سفر کروں۔</w:t>
      </w:r>
    </w:p>
    <w:p>
      <w:r>
        <w:rPr>
          <w:b/>
        </w:rPr>
        <w:t xml:space="preserve">[00:59] </w:t>
      </w:r>
      <w:r>
        <w:t>lekin ek ajeeb baat hai ke main jab bhi jahaz mein baithta tha to mujhe ek ajeeb ehsas hota tha,</w:t>
      </w:r>
    </w:p>
    <w:p>
      <w:pPr>
        <w:jc w:val="right"/>
      </w:pPr>
      <w:r>
        <w:t>لیکن ایک عجیب بات ہے کہ میں جب بھی جہاز میں بیٹھتا تھا تو مجھے ایک عجیب احساس ہوتا تھا،</w:t>
      </w:r>
    </w:p>
    <w:p>
      <w:r>
        <w:rPr>
          <w:b/>
        </w:rPr>
        <w:t xml:space="preserve">[01:11] </w:t>
      </w:r>
      <w:r>
        <w:t>har baar pehla ehsas, ke yeh hua jahaz kaisi ajeeb nemat hai.</w:t>
      </w:r>
    </w:p>
    <w:p>
      <w:pPr>
        <w:jc w:val="right"/>
      </w:pPr>
      <w:r>
        <w:t>ہر بار پہلا احساس، کہ یہ ہوا جہاز کیسی عجیب نعمت ہے۔</w:t>
      </w:r>
    </w:p>
    <w:p>
      <w:r>
        <w:rPr>
          <w:b/>
        </w:rPr>
        <w:t xml:space="preserve">[01:22] </w:t>
      </w:r>
      <w:r>
        <w:t>lekin logon ko, main dekhta tha ke logon ko is ka kuch bhi ehsas nahi, bas un ko apni seat se matlab tha bas.</w:t>
      </w:r>
    </w:p>
    <w:p>
      <w:pPr>
        <w:jc w:val="right"/>
      </w:pPr>
      <w:r>
        <w:t>لیکن لوگوں کو، میں دیکھتا تھا کہ لوگوں کو اس کا کچھ بھی احساس نہیں، بس ان کو اپنی سیٹ سے مطلب تھا بس۔</w:t>
      </w:r>
    </w:p>
    <w:p>
      <w:r>
        <w:rPr>
          <w:b/>
        </w:rPr>
        <w:t xml:space="preserve">[01:35] </w:t>
      </w:r>
      <w:r>
        <w:t>to unconsciously mujhe yeh ehsas rehta tha ke agar dene wala use pakre aur chheen le hua jahaz to logon ka haal kya hoga.</w:t>
      </w:r>
    </w:p>
    <w:p>
      <w:pPr>
        <w:jc w:val="right"/>
      </w:pPr>
      <w:r>
        <w:t>تو انکانسسلی مجھے یہ احساس رہتا تھا کہ اگر دینے والا اسے پکڑے اور چھین لے ہوا جہاز تو لوگوں کا حال کیا ہوگا۔</w:t>
      </w:r>
    </w:p>
    <w:p>
      <w:r>
        <w:rPr>
          <w:b/>
        </w:rPr>
        <w:t xml:space="preserve">[01:53] </w:t>
      </w:r>
      <w:r>
        <w:t>to us waqt yeh unconsciously hota tha yeh.</w:t>
      </w:r>
    </w:p>
    <w:p>
      <w:pPr>
        <w:jc w:val="right"/>
      </w:pPr>
      <w:r>
        <w:t>تو اس وقت یہ انکانسسلی ہوتا تھا یہ۔</w:t>
      </w:r>
    </w:p>
    <w:p>
      <w:r>
        <w:rPr>
          <w:b/>
        </w:rPr>
        <w:t xml:space="preserve">[02:01] </w:t>
      </w:r>
      <w:r>
        <w:t>ab waqia koi waqia ban gaya hai.</w:t>
      </w:r>
    </w:p>
    <w:p>
      <w:pPr>
        <w:jc w:val="right"/>
      </w:pPr>
      <w:r>
        <w:t>اب واقعہ کوئی واقعہ بن گیا ہے۔</w:t>
      </w:r>
    </w:p>
    <w:p>
      <w:r>
        <w:rPr>
          <w:b/>
        </w:rPr>
        <w:t xml:space="preserve">[02:06] </w:t>
      </w:r>
      <w:r>
        <w:t>allah rab ul alameen ne</w:t>
      </w:r>
    </w:p>
    <w:p>
      <w:pPr>
        <w:jc w:val="right"/>
      </w:pPr>
      <w:r>
        <w:t>اللہ رب العالمین نے</w:t>
      </w:r>
    </w:p>
    <w:p>
      <w:r>
        <w:rPr>
          <w:b/>
        </w:rPr>
        <w:t xml:space="preserve">[02:12] </w:t>
      </w:r>
      <w:r>
        <w:t>logon se is nemat ko chheen liya hai</w:t>
      </w:r>
    </w:p>
    <w:p>
      <w:pPr>
        <w:jc w:val="right"/>
      </w:pPr>
      <w:r>
        <w:t>لوگوں سے اس نعمت کو چھین لیا ہے</w:t>
      </w:r>
    </w:p>
    <w:p>
      <w:r>
        <w:rPr>
          <w:b/>
        </w:rPr>
        <w:t xml:space="preserve">[02:19] </w:t>
      </w:r>
      <w:r>
        <w:t>to logon ka ajeeb bura haal hai.</w:t>
      </w:r>
    </w:p>
    <w:p>
      <w:pPr>
        <w:jc w:val="right"/>
      </w:pPr>
      <w:r>
        <w:t>تو لوگوں کا عجیب برا حال ہے۔</w:t>
      </w:r>
    </w:p>
    <w:p>
      <w:r>
        <w:rPr>
          <w:b/>
        </w:rPr>
        <w:t xml:space="preserve">[02:27] </w:t>
      </w:r>
      <w:r>
        <w:t>yeh ehsas mera har cheez ke bare mein hota tha, sirf hawa jahaz nahi, har nemat, mislan computer</w:t>
      </w:r>
    </w:p>
    <w:p>
      <w:pPr>
        <w:jc w:val="right"/>
      </w:pPr>
      <w:r>
        <w:t>یہ احساس میرا ہر چیز کے بارے میں ہوتا تھا، صرف ہوا جہاز نہیں، ہر نعمت، مثلاً کمپیوٹر</w:t>
      </w:r>
    </w:p>
    <w:p>
      <w:r>
        <w:rPr>
          <w:b/>
        </w:rPr>
        <w:t xml:space="preserve">[02:39] </w:t>
      </w:r>
      <w:r>
        <w:t>aur doosri cheezen.</w:t>
      </w:r>
    </w:p>
    <w:p>
      <w:pPr>
        <w:jc w:val="right"/>
      </w:pPr>
      <w:r>
        <w:t>اور دوسری چیزیں۔</w:t>
      </w:r>
    </w:p>
    <w:p>
      <w:r>
        <w:rPr>
          <w:b/>
        </w:rPr>
        <w:t xml:space="preserve">[02:46] </w:t>
      </w:r>
      <w:r>
        <w:t>loha.</w:t>
      </w:r>
    </w:p>
    <w:p>
      <w:pPr>
        <w:jc w:val="right"/>
      </w:pPr>
      <w:r>
        <w:t>لوہا۔</w:t>
      </w:r>
    </w:p>
    <w:p>
      <w:r>
        <w:rPr>
          <w:b/>
        </w:rPr>
        <w:t xml:space="preserve">[02:50] </w:t>
      </w:r>
      <w:r>
        <w:t>agar loha na ho to na pul bane, na motor street buildingen banein.</w:t>
      </w:r>
    </w:p>
    <w:p>
      <w:pPr>
        <w:jc w:val="right"/>
      </w:pPr>
      <w:r>
        <w:t>اگر لوہا نہ ہو تو نہ پل بنے، نہ موٹر سٹریٹ بلڈنگیں بنیں۔</w:t>
      </w:r>
    </w:p>
    <w:p>
      <w:r>
        <w:rPr>
          <w:b/>
        </w:rPr>
        <w:t xml:space="preserve">[03:01] </w:t>
      </w:r>
      <w:r>
        <w:t>to mein sochta tha ke</w:t>
      </w:r>
    </w:p>
    <w:p>
      <w:pPr>
        <w:jc w:val="right"/>
      </w:pPr>
      <w:r>
        <w:t>تو میں سوچتا تھا کہ</w:t>
      </w:r>
    </w:p>
    <w:p>
      <w:r>
        <w:rPr>
          <w:b/>
        </w:rPr>
        <w:t xml:space="preserve">[03:11] </w:t>
      </w:r>
      <w:r>
        <w:t>yeh kitni bari nemat hai, kitni bari nemat hai. yeh mein pata tha ke log kisi ko, kam az kam mein ne apne tajrube mein,</w:t>
      </w:r>
    </w:p>
    <w:p>
      <w:pPr>
        <w:jc w:val="right"/>
      </w:pPr>
      <w:r>
        <w:t>یہ کتنی بڑی نعمت ہے، کتنی بڑی نعمت ہے۔ یہ میں پاتا تھا کہ لوگ کسی کو، کم از کم میں نے اپنے تجربے میں،</w:t>
      </w:r>
    </w:p>
    <w:p>
      <w:r>
        <w:rPr>
          <w:b/>
        </w:rPr>
        <w:t xml:space="preserve">[03:25] </w:t>
      </w:r>
      <w:r>
        <w:t>shayad is poori muddat mein koi ek insan nahi paya</w:t>
      </w:r>
    </w:p>
    <w:p>
      <w:pPr>
        <w:jc w:val="right"/>
      </w:pPr>
      <w:r>
        <w:t>شاید اس پوری مدت میں کوئی ایک انسان نہیں پایا</w:t>
      </w:r>
    </w:p>
    <w:p>
      <w:r>
        <w:rPr>
          <w:b/>
        </w:rPr>
        <w:t xml:space="preserve">[03:32] </w:t>
      </w:r>
      <w:r>
        <w:t>jo is ka waqe' matlab mein</w:t>
      </w:r>
    </w:p>
    <w:p>
      <w:pPr>
        <w:jc w:val="right"/>
      </w:pPr>
      <w:r>
        <w:t>جو اس کا واقع معنی میں</w:t>
      </w:r>
    </w:p>
    <w:p>
      <w:r>
        <w:rPr>
          <w:b/>
        </w:rPr>
        <w:t xml:space="preserve">[03:38] </w:t>
      </w:r>
      <w:r>
        <w:t>is nemat ka etraf karta ho.</w:t>
      </w:r>
    </w:p>
    <w:p>
      <w:pPr>
        <w:jc w:val="right"/>
      </w:pPr>
      <w:r>
        <w:t>اس نعمت کا اعتراف کرتا ہو۔</w:t>
      </w:r>
    </w:p>
    <w:p>
      <w:r>
        <w:rPr>
          <w:b/>
        </w:rPr>
        <w:t xml:space="preserve">[03:44] </w:t>
      </w:r>
      <w:r>
        <w:t>arabi mein is ko shukr kehte hain, shukr.</w:t>
      </w:r>
    </w:p>
    <w:p>
      <w:pPr>
        <w:jc w:val="right"/>
      </w:pPr>
      <w:r>
        <w:t>عربی میں اس کو شکر کہتے ہیں، شکر۔</w:t>
      </w:r>
    </w:p>
    <w:p>
      <w:r>
        <w:rPr>
          <w:b/>
        </w:rPr>
        <w:t xml:space="preserve">[03:51] </w:t>
      </w:r>
      <w:r>
        <w:t>english mein is ko acknowledgement. yani insan acknowledge kare ke mujhe is ki dene wala ne yeh set di hai.</w:t>
      </w:r>
    </w:p>
    <w:p>
      <w:pPr>
        <w:jc w:val="right"/>
      </w:pPr>
      <w:r>
        <w:t>انگلش میں اس کو acknowledgement۔ یعنی انسان acknowledge کرے کہ مجھے اس کی دینے والا نے یہ سیٹ دی ہے۔</w:t>
      </w:r>
    </w:p>
    <w:p>
      <w:r>
        <w:rPr>
          <w:b/>
        </w:rPr>
        <w:t xml:space="preserve">[04:05] </w:t>
      </w:r>
      <w:r>
        <w:t>to yeh poori muddat se jab se yeh nematen allah ne di hain insan ko</w:t>
      </w:r>
    </w:p>
    <w:p>
      <w:pPr>
        <w:jc w:val="right"/>
      </w:pPr>
      <w:r>
        <w:t>تو یہ پوری مدت سے جب سے یہ نعمتیں اللہ نے دی ہیں انسان کو</w:t>
      </w:r>
    </w:p>
    <w:p>
      <w:r>
        <w:rPr>
          <w:b/>
        </w:rPr>
        <w:t xml:space="preserve">[04:13] </w:t>
      </w:r>
      <w:r>
        <w:t>, insan khoob khoob istemal kar raha hai. aisi hazaron nematen hain. lekin shukr nahi,</w:t>
      </w:r>
    </w:p>
    <w:p>
      <w:pPr>
        <w:jc w:val="right"/>
      </w:pPr>
      <w:r>
        <w:t>، انسان خوب خوب استعمال کر رہا ہے۔ ایسی ہزاروں نعمتیں ہیں۔ لیکن شکر نہیں،</w:t>
      </w:r>
    </w:p>
    <w:p>
      <w:r>
        <w:rPr>
          <w:b/>
        </w:rPr>
        <w:t xml:space="preserve">[04:27] </w:t>
      </w:r>
      <w:r>
        <w:t>shukr nahi.</w:t>
      </w:r>
    </w:p>
    <w:p>
      <w:pPr>
        <w:jc w:val="right"/>
      </w:pPr>
      <w:r>
        <w:t>شکر نہیں۔</w:t>
      </w:r>
    </w:p>
    <w:p>
      <w:r>
        <w:rPr>
          <w:b/>
        </w:rPr>
        <w:t xml:space="preserve">[04:33] </w:t>
      </w:r>
      <w:r>
        <w:t>yani kam az kam mera ehsas yeh hota tha ke kisi ke chehre par shukr, shukr ke ma'ni hote hain etraf, acknowledgement.</w:t>
      </w:r>
    </w:p>
    <w:p>
      <w:pPr>
        <w:jc w:val="right"/>
      </w:pPr>
      <w:r>
        <w:t>یعنی کم از کم میرا احساس یہ ہوتا تھا کہ کسی کے چہرے پر شکر، شکر کے معنی ہوتے ہیں اعتراف، acknowledgement۔</w:t>
      </w:r>
    </w:p>
    <w:p>
      <w:r>
        <w:rPr>
          <w:b/>
        </w:rPr>
        <w:t xml:space="preserve">[04:50] </w:t>
      </w:r>
      <w:r>
        <w:t>to aaj kal jo crisis aaya hai, mein samajhta hoon isi nashukri ki warning hai.</w:t>
      </w:r>
    </w:p>
    <w:p>
      <w:pPr>
        <w:jc w:val="right"/>
      </w:pPr>
      <w:r>
        <w:t>تو آج کل جو کرائسس آیا ہے، میں سمجھتا ہوں اسی ناشکری کی وارننگ ہے۔</w:t>
      </w:r>
    </w:p>
    <w:p>
      <w:r>
        <w:rPr>
          <w:b/>
        </w:rPr>
        <w:t xml:space="preserve">[05:02] </w:t>
      </w:r>
      <w:r>
        <w:t>lan shaqartum la azeedannakum</w:t>
      </w:r>
    </w:p>
    <w:p>
      <w:pPr>
        <w:jc w:val="right"/>
      </w:pPr>
      <w:r>
        <w:t>لَنْ شَكَرْتُمْ لَا زِيدَنَّكُمْ</w:t>
      </w:r>
    </w:p>
    <w:p>
      <w:r>
        <w:rPr>
          <w:b/>
        </w:rPr>
        <w:t xml:space="preserve">[05:08] </w:t>
      </w:r>
      <w:r>
        <w:t>agar shukr karo to hum zaid den ge. is ka ulta bhi hai ke shukr nahi karoge to diya hua chheen jayega.</w:t>
      </w:r>
    </w:p>
    <w:p>
      <w:pPr>
        <w:jc w:val="right"/>
      </w:pPr>
      <w:r>
        <w:t>اگر شکر کرو تو ہم ضائع دیں گے۔ اس کا الٹا بھی ہے کہ شکر نہیں کرو گے تو دیا ہوا چھن جائے گا۔</w:t>
      </w:r>
    </w:p>
    <w:p>
      <w:r>
        <w:rPr>
          <w:b/>
        </w:rPr>
        <w:t xml:space="preserve">[05:23] </w:t>
      </w:r>
      <w:r>
        <w:t>mein aaj bhi dekhta hoon ke jab yeh nematen waqti taur par saji hui hain,</w:t>
      </w:r>
    </w:p>
    <w:p>
      <w:pPr>
        <w:jc w:val="right"/>
      </w:pPr>
      <w:r>
        <w:t>میں آج بھی دیکھتا ہوں کہ جب یہ نعمتیں وقتی طور پر سجی ہوئی ہیں،</w:t>
      </w:r>
    </w:p>
    <w:p>
      <w:r>
        <w:rPr>
          <w:b/>
        </w:rPr>
        <w:t xml:space="preserve">[05:30] </w:t>
      </w:r>
      <w:r>
        <w:t>log shikayaten to karte hain lekin koi lauta nahi ke ya allah aap gunahon maaf farma, hum ne kitni bari ghalti ki ke teri nematon ka hum ne shukr nahi kiya.</w:t>
      </w:r>
    </w:p>
    <w:p>
      <w:pPr>
        <w:jc w:val="right"/>
      </w:pPr>
      <w:r>
        <w:t>لوگ شکایتیں تو کرتے ہیں لیکن کوئی لوٹتا نہیں کہ یا اللہ آپ گناہوں معاف فرما، ہم نے کتنی بڑی غلطی کی کہ تیری نعمتوں کا ہم نے شکر نہیں کیا۔</w:t>
      </w:r>
    </w:p>
    <w:p>
      <w:r>
        <w:rPr>
          <w:b/>
        </w:rPr>
        <w:t xml:space="preserve">[05:49] </w:t>
      </w:r>
      <w:r>
        <w:t>asal cheez jo aaj matloob hai in halaton mein, jo crisis aaya hai, ke log yeh ehsas karein ke hum se kitni bari ghalti hogi aur maafi mangein allah taala se.</w:t>
      </w:r>
    </w:p>
    <w:p>
      <w:pPr>
        <w:jc w:val="right"/>
      </w:pPr>
      <w:r>
        <w:t>اصل چیز جو آج مطلوب ہے ان حالات میں، جو کرائسس آیا ہے، کہ لوگ یہ احساس کریں کہ ہم سے کتنی بڑی غلطی ہوگی اور معافی مانگیں اللہ تعالیٰ سے۔</w:t>
      </w:r>
    </w:p>
    <w:p>
      <w:r>
        <w:rPr>
          <w:b/>
        </w:rPr>
        <w:t xml:space="preserve">[06:16] </w:t>
      </w:r>
      <w:r>
        <w:t>taake allah taala laute, allah rab ul alameen laute.</w:t>
      </w:r>
    </w:p>
    <w:p>
      <w:pPr>
        <w:jc w:val="right"/>
      </w:pPr>
      <w:r>
        <w:t>تاکہ اللہ تعالیٰ لوٹے، اللہ رب العالمین لوٹے۔</w:t>
      </w:r>
    </w:p>
    <w:p>
      <w:r>
        <w:rPr>
          <w:b/>
        </w:rPr>
        <w:t xml:space="preserve">[06:27] </w:t>
      </w:r>
      <w:r>
        <w:t>to mein aap logon ko yeh kahoon ga ke aap log</w:t>
      </w:r>
    </w:p>
    <w:p>
      <w:pPr>
        <w:jc w:val="right"/>
      </w:pPr>
      <w:r>
        <w:t>تو میں آپ لوگوں کو یہ کہوں گا کہ آپ لوگ</w:t>
      </w:r>
    </w:p>
    <w:p>
      <w:r>
        <w:rPr>
          <w:b/>
        </w:rPr>
        <w:t xml:space="preserve">[06:37] </w:t>
      </w:r>
      <w:r>
        <w:t>rethinking paida kijiye apne andar, rethinking. phir se sochna.</w:t>
      </w:r>
    </w:p>
    <w:p>
      <w:pPr>
        <w:jc w:val="right"/>
      </w:pPr>
      <w:r>
        <w:t>ری تھنکنگ پیدا کیجیے اپنے اندر، ری تھنکنگ۔ پھر سے سوچنا۔</w:t>
      </w:r>
    </w:p>
    <w:p>
      <w:r>
        <w:rPr>
          <w:b/>
        </w:rPr>
        <w:t xml:space="preserve">[06:48] </w:t>
      </w:r>
      <w:r>
        <w:t>mislan aik martaba mein hua jahaz mein safar kar raha tha,</w:t>
      </w:r>
    </w:p>
    <w:p>
      <w:pPr>
        <w:jc w:val="right"/>
      </w:pPr>
      <w:r>
        <w:t>مثلاً ایک مرتبہ میں ہوا جہاز میں سفر کر رہا تھا،</w:t>
      </w:r>
    </w:p>
    <w:p>
      <w:r>
        <w:rPr>
          <w:b/>
        </w:rPr>
        <w:t xml:space="preserve">[06:55] </w:t>
      </w:r>
      <w:r>
        <w:t>baith kar first class ka tha, to first class ke aik passenger jahaz mein jab baithe to bara shor o ghul karna shuru kiya unhon ne, kyunke un ki seat jo thi asal, us seat mein koi doosra baith gaya tha.</w:t>
      </w:r>
    </w:p>
    <w:p>
      <w:pPr>
        <w:jc w:val="right"/>
      </w:pPr>
      <w:r>
        <w:t>بیٹھ کر فرسٹ کلاس کا تھا، تو فرسٹ کلاس کے ایک پیسنجر جہاز میں جب بیٹھے تو بڑا شور و غل کرنا شروع کیا انہوں نے، کیونکہ ان کی سیٹ جو تھی اصل، اس سیٹ میں کوئی دوسرا بیٹھ گیا تھا۔</w:t>
      </w:r>
    </w:p>
    <w:p>
      <w:r>
        <w:rPr>
          <w:b/>
        </w:rPr>
        <w:t xml:space="preserve">[07:15] </w:t>
      </w:r>
      <w:r>
        <w:t>to aap sochen log</w:t>
      </w:r>
    </w:p>
    <w:p>
      <w:pPr>
        <w:jc w:val="right"/>
      </w:pPr>
      <w:r>
        <w:t>تو آپ سوچیں لوگ</w:t>
      </w:r>
    </w:p>
    <w:p>
      <w:r>
        <w:rPr>
          <w:b/>
        </w:rPr>
        <w:t xml:space="preserve">[07:20] </w:t>
      </w:r>
      <w:r>
        <w:t>ke itni lambi muddat se hum Allah ki nematton se faida utha rahe hain lekin true sense mein kabhi hum ne iqrar hi nahi kiya.</w:t>
      </w:r>
    </w:p>
    <w:p>
      <w:pPr>
        <w:jc w:val="right"/>
      </w:pPr>
      <w:r>
        <w:t>کہ اتنی لمبی مدت سے ہم اللہ کی نعمتوں سے فائدہ اٹھا رہے ہیں لیکن ٹرو سینس میں کبھی ہم نے اقرار ہی نہیں کیا۔</w:t>
      </w:r>
    </w:p>
    <w:p>
      <w:r>
        <w:rPr>
          <w:b/>
        </w:rPr>
        <w:t xml:space="preserve">[07:33] </w:t>
      </w:r>
      <w:r>
        <w:t>agar log true sense mein, true sense mein shukr karen, yani acknowledge karen to mujhe yaqeen hai ke yeh halaat bohat jaldi idhar badal jayenge,</w:t>
      </w:r>
    </w:p>
    <w:p>
      <w:pPr>
        <w:jc w:val="right"/>
      </w:pPr>
      <w:r>
        <w:t>اگر لوگ ٹرو سینس میں، ٹرو سینس میں شکر کریں، یعنی acknowledge کریں تو مجھے یقین ہے کہ یہ حالات بہت جلدی ادھر بدل جائیں گے،</w:t>
      </w:r>
    </w:p>
    <w:p>
      <w:r>
        <w:rPr>
          <w:b/>
        </w:rPr>
        <w:t xml:space="preserve">[07:50] </w:t>
      </w:r>
      <w:r>
        <w:t>bohat jaldi badal jayenge.</w:t>
      </w:r>
    </w:p>
    <w:p>
      <w:pPr>
        <w:jc w:val="right"/>
      </w:pPr>
      <w:r>
        <w:t>بہت جلدی بدل جائیں گے۔</w:t>
      </w:r>
    </w:p>
    <w:p>
      <w:r>
        <w:rPr>
          <w:b/>
        </w:rPr>
        <w:t xml:space="preserve">[07:54] </w:t>
      </w:r>
      <w:r>
        <w:t>kyunke yeh to warning hai, yaad dehani hai.</w:t>
      </w:r>
    </w:p>
    <w:p>
      <w:pPr>
        <w:jc w:val="right"/>
      </w:pPr>
      <w:r>
        <w:t>کیونکہ یہ تو وارننگ ہے، یاد دہانی ہے۔</w:t>
      </w:r>
    </w:p>
    <w:p>
      <w:r>
        <w:rPr>
          <w:b/>
        </w:rPr>
        <w:t xml:space="preserve">[08:06] </w:t>
      </w:r>
      <w:r>
        <w:t>to mein dekhta hoon ke log, log jo hain, bohat si gustakhana tor par is ke</w:t>
      </w:r>
    </w:p>
    <w:p>
      <w:pPr>
        <w:jc w:val="right"/>
      </w:pPr>
      <w:r>
        <w:t>تو میں دیکھتا ہوں کہ لوگ، لوگ جو ہیں، بہت سی گستاخانہ طور پر اس کے</w:t>
      </w:r>
    </w:p>
    <w:p>
      <w:r>
        <w:rPr>
          <w:b/>
        </w:rPr>
        <w:t xml:space="preserve">[08:19] </w:t>
      </w:r>
      <w:r>
        <w:t>asbab batate hain, yeh sab woh sab. mein samajhta hoon ke asal sabab yeh hai ke insaan ne khaliq ki nematton ko khoob khoob istemal kiya lekin us ko iqrar hi nahi kiya, etiraf nahi kiya,</w:t>
      </w:r>
    </w:p>
    <w:p>
      <w:pPr>
        <w:jc w:val="right"/>
      </w:pPr>
      <w:r>
        <w:t>اسباب بتاتے ہیں، یہ سب وہ سب۔ میں سمجھتا ہوں کہ اصل سبب یہ ہے کہ انسان نے خالق کی نعمتوں کو خوب خوب استعمال کیا لیکن اس کو اقرار ہی نہیں کیا، اعتراف نہیں کیا،</w:t>
      </w:r>
    </w:p>
    <w:p>
      <w:r>
        <w:rPr>
          <w:b/>
        </w:rPr>
        <w:t xml:space="preserve">[08:38] </w:t>
      </w:r>
      <w:r>
        <w:t>us ka shukr nahi ada kiya.</w:t>
      </w:r>
    </w:p>
    <w:p>
      <w:pPr>
        <w:jc w:val="right"/>
      </w:pPr>
      <w:r>
        <w:t>اس کا شکر نہیں ادا کیا۔</w:t>
      </w:r>
    </w:p>
    <w:p>
      <w:r>
        <w:rPr>
          <w:b/>
        </w:rPr>
        <w:t xml:space="preserve">[08:44] </w:t>
      </w:r>
      <w:r>
        <w:t>to meri dua hai ke Allah taala hum ko tofeeq de ke pichli ghaltiyon ko hum islah karen.</w:t>
      </w:r>
    </w:p>
    <w:p>
      <w:pPr>
        <w:jc w:val="right"/>
      </w:pPr>
      <w:r>
        <w:t>تو میری دعا ہے کہ اللہ تعالیٰ ہم کو توفیق دے کہ پچھلی غلطیوں کو ہم اصلاح کریں۔</w:t>
      </w:r>
    </w:p>
    <w:p>
      <w:r>
        <w:rPr>
          <w:b/>
        </w:rPr>
        <w:t xml:space="preserve">[08:57] </w:t>
      </w:r>
      <w:r>
        <w:t>isi islah se hamare halaat inshallah durust honge. mein isi dua par apni baat ko khatam karta hoon aur aap logon ko dawat deta hoon ke aap</w:t>
      </w:r>
    </w:p>
    <w:p>
      <w:pPr>
        <w:jc w:val="right"/>
      </w:pPr>
      <w:r>
        <w:t>اسی اصلاح سے ہمارے حالات انشاءاللہ درست ہوں گے۔ میں اسی دعا پر اپنی بات کو ختم کرتا ہوں اور آپ لوگوں کو دعوت دیتا ہوں کہ آپ</w:t>
      </w:r>
    </w:p>
    <w:p>
      <w:r>
        <w:rPr>
          <w:b/>
        </w:rPr>
        <w:t xml:space="preserve">[09:18] </w:t>
      </w:r>
      <w:r>
        <w:t>is pe izhar-e-khayal karen</w:t>
      </w:r>
    </w:p>
    <w:p>
      <w:pPr>
        <w:jc w:val="right"/>
      </w:pPr>
      <w:r>
        <w:t>اس پہ اظہار خیال کریں</w:t>
      </w:r>
    </w:p>
    <w:p>
      <w:r>
        <w:rPr>
          <w:b/>
        </w:rPr>
        <w:t xml:space="preserve">[09:25] </w:t>
      </w:r>
      <w:r>
        <w:t>jaisa ke hota hai.</w:t>
      </w:r>
    </w:p>
    <w:p>
      <w:pPr>
        <w:jc w:val="right"/>
      </w:pPr>
      <w:r>
        <w:t>جیسا کہ ہوتا ہے۔</w:t>
      </w:r>
    </w:p>
    <w:p>
      <w:r>
        <w:rPr>
          <w:b/>
        </w:rPr>
        <w:t xml:space="preserve">[09:41] </w:t>
      </w:r>
      <w:r>
        <w:t>Maulana sahib, aik sawal aaya hai aap ke liye.</w:t>
      </w:r>
    </w:p>
    <w:p>
      <w:pPr>
        <w:jc w:val="right"/>
      </w:pPr>
      <w:r>
        <w:t>مولانا صاحب، ایک سوال آیا ہے آپ کے لیے۔</w:t>
      </w:r>
    </w:p>
    <w:p>
      <w:r>
        <w:rPr>
          <w:b/>
        </w:rPr>
        <w:t xml:space="preserve">[09:47] </w:t>
      </w:r>
      <w:r>
        <w:t>Bashir Ahmed ka. Maulana sahib se poochna tha, Quran mein aik jagah hai ke jo bhi museebat tum par aati hai woh tumhare apne aamal se aati hai.</w:t>
      </w:r>
    </w:p>
    <w:p>
      <w:pPr>
        <w:jc w:val="right"/>
      </w:pPr>
      <w:r>
        <w:t>بشیر احمد کا۔ مولانا صاحب سے پوچھنا تھا، قرآن میں ایک جگہ ہے کہ جو بھی مصیبت تم پر آتی ہے وہ تمہارے اپنے اعمال سے آتی ہے۔</w:t>
      </w:r>
    </w:p>
    <w:p>
      <w:r>
        <w:rPr>
          <w:b/>
        </w:rPr>
        <w:t xml:space="preserve">[10:01] </w:t>
      </w:r>
      <w:r>
        <w:t>doosri jagah hai ke jo bhi museebat tum par aati hai Khuda ke hukum se aati hai, jis ko hum ne pehle hi likh diya hai. to is ki kya tafseer hai?</w:t>
      </w:r>
    </w:p>
    <w:p>
      <w:pPr>
        <w:jc w:val="right"/>
      </w:pPr>
      <w:r>
        <w:t>دوسری جگہ ہے کہ جو بھی مصیبت تم پر آتی ہے خدا کے حکم سے آتی ہے، جس کو ہم نے پہلے ہی لکھ دیا ہے۔ تو اس کی کیا تفسیر ہے؟</w:t>
      </w:r>
    </w:p>
    <w:p>
      <w:r>
        <w:rPr>
          <w:b/>
        </w:rPr>
        <w:t xml:space="preserve">[10:12] </w:t>
      </w:r>
      <w:r>
        <w:t>donon mein koi takrao nahi hai.</w:t>
      </w:r>
    </w:p>
    <w:p>
      <w:pPr>
        <w:jc w:val="right"/>
      </w:pPr>
      <w:r>
        <w:t>دونوں میں کوئی ٹکراؤ نہیں ہے۔</w:t>
      </w:r>
    </w:p>
    <w:p>
      <w:r>
        <w:rPr>
          <w:b/>
        </w:rPr>
        <w:t xml:space="preserve">[10:17] </w:t>
      </w:r>
      <w:r>
        <w:t>kyunke hukum kya hai? Allah ka qanoon.</w:t>
      </w:r>
    </w:p>
    <w:p>
      <w:pPr>
        <w:jc w:val="right"/>
      </w:pPr>
      <w:r>
        <w:t>کیونکہ حکم کیا ہے؟ اللہ کا قانون۔</w:t>
      </w:r>
    </w:p>
    <w:p>
      <w:r>
        <w:rPr>
          <w:b/>
        </w:rPr>
        <w:t xml:space="preserve">[10:26] </w:t>
      </w:r>
      <w:r>
        <w:t>aik jagah us ko hukum ke lafz mein hai, doosri jagah us ko</w:t>
      </w:r>
    </w:p>
    <w:p>
      <w:pPr>
        <w:jc w:val="right"/>
      </w:pPr>
      <w:r>
        <w:t>ایک جگہ اس کو حکم کے لفظ میں ہے، دوسری جگہ اس کو</w:t>
      </w:r>
    </w:p>
    <w:p>
      <w:r>
        <w:rPr>
          <w:b/>
        </w:rPr>
        <w:t xml:space="preserve">[10:35] </w:t>
      </w:r>
      <w:r>
        <w:t>doosre lafz mein hai. lekin donon ka khulasa yahi hai ke yeh Allah ka qanoon hai ke shukr karo to nemat mein izafa hoga aur shukr na karo to nemat chhin jayegi.</w:t>
      </w:r>
    </w:p>
    <w:p>
      <w:pPr>
        <w:jc w:val="right"/>
      </w:pPr>
      <w:r>
        <w:t>دوسرے لفظ میں ہے۔ لیکن دونوں کا خلاصہ یہی ہے کہ یہ اللہ کا قانون ہے کہ شکر کرو تو نعمت میں اضافہ ہوگا اور شکر نہ کرو تو نعمت چھن جائے گی۔</w:t>
      </w:r>
    </w:p>
    <w:p>
      <w:r>
        <w:rPr>
          <w:b/>
        </w:rPr>
        <w:t xml:space="preserve">[10:54] </w:t>
      </w:r>
      <w:r>
        <w:t>pehlay reminder aayega, phir aur ziyada</w:t>
      </w:r>
    </w:p>
    <w:p>
      <w:pPr>
        <w:jc w:val="right"/>
      </w:pPr>
      <w:r>
        <w:t>پہلے ریمائنڈر آئے گا، پھر اور زیادہ</w:t>
      </w:r>
    </w:p>
    <w:p>
      <w:r>
        <w:rPr>
          <w:b/>
        </w:rPr>
        <w:t xml:space="preserve">[11:03] </w:t>
      </w:r>
      <w:r>
        <w:t>baaten hongi.</w:t>
      </w:r>
    </w:p>
    <w:p>
      <w:pPr>
        <w:jc w:val="right"/>
      </w:pPr>
      <w:r>
        <w:t>باتیں ہوں گی۔</w:t>
      </w:r>
    </w:p>
    <w:p>
      <w:r>
        <w:rPr>
          <w:b/>
        </w:rPr>
        <w:t xml:space="preserve">[11:13] </w:t>
      </w:r>
      <w:r>
        <w:t>aur sahib riyaz bhat sahib aap se poochte hain, maulana sahib assalam o alaikum, kya hum yeh jaan lein ke hum Allah ki un nematoun ka shukr karna bhool gaye, is liye temporarily yeh hum se chhin gayi hain taake hum shukr ki taraf loten aur Allah in mein izafa kare?</w:t>
      </w:r>
    </w:p>
    <w:p>
      <w:pPr>
        <w:jc w:val="right"/>
      </w:pPr>
      <w:r>
        <w:t>اور صاحب ریاض بھٹ صاحب آپ سے پوچھتے ہیں، مولانا صاحب السلام علیکم، کیا ہم یہ جان لیں کہ ہم اللہ کی ان نعمتوں کا شکر کرنا بھول گئے، اس لیے ٹیمپورریلی یہ ہم سے چھن گئی ہیں تاکہ ہم شکر کی طرف لوٹیں اور اللہ ان میں اضافہ کرے؟</w:t>
      </w:r>
    </w:p>
    <w:p>
      <w:r>
        <w:rPr>
          <w:b/>
        </w:rPr>
        <w:t xml:space="preserve">[11:38] </w:t>
      </w:r>
      <w:r>
        <w:t>dekhein mere nazdeek to baat yahi hai ke chounke hamesha Allah ke jo hukum hai woh aasman o ilm ke parde mein aata hai, aise aasman se tapakta nahin.</w:t>
      </w:r>
    </w:p>
    <w:p>
      <w:pPr>
        <w:jc w:val="right"/>
      </w:pPr>
      <w:r>
        <w:t>دیکھیں میرے نزدیک تو بات یہی ہے کہ چونکہ ہمیشہ اللہ کے جو حکم ہے وہ آسمان و علم کے پردے میں آتا ہے، ایسے آسمان سے ٹپکتا نہیں۔</w:t>
      </w:r>
    </w:p>
    <w:p>
      <w:r>
        <w:rPr>
          <w:b/>
        </w:rPr>
        <w:t xml:space="preserve">[11:59] </w:t>
      </w:r>
      <w:r>
        <w:t>to insaan samajhta hai ke falan sabab falan sabab.</w:t>
      </w:r>
    </w:p>
    <w:p>
      <w:pPr>
        <w:jc w:val="right"/>
      </w:pPr>
      <w:r>
        <w:t>تو انسان سمجھتا ہے کہ فلاں سبب فلاں سبب۔</w:t>
      </w:r>
    </w:p>
    <w:p>
      <w:r>
        <w:rPr>
          <w:b/>
        </w:rPr>
        <w:t xml:space="preserve">[12:05] </w:t>
      </w:r>
      <w:r>
        <w:t>to agar is ko liya jaye</w:t>
      </w:r>
    </w:p>
    <w:p>
      <w:pPr>
        <w:jc w:val="right"/>
      </w:pPr>
      <w:r>
        <w:t>تو اگر اس کو لیا جائے</w:t>
      </w:r>
    </w:p>
    <w:p>
      <w:r>
        <w:rPr>
          <w:b/>
        </w:rPr>
        <w:t xml:space="preserve">[12:10] </w:t>
      </w:r>
      <w:r>
        <w:t>gehrai ke aitbar se to jo wahan aaye ke hukum se woh wahi hai asbab ul ilal ke tehat.</w:t>
      </w:r>
    </w:p>
    <w:p>
      <w:pPr>
        <w:jc w:val="right"/>
      </w:pPr>
      <w:r>
        <w:t>گہرائی کے اعتبار سے تو جو وہاں آئے کہ حکم سے وہ وہی ہے اسباب العلل کے تحت۔</w:t>
      </w:r>
    </w:p>
    <w:p>
      <w:r>
        <w:rPr>
          <w:b/>
        </w:rPr>
        <w:t xml:space="preserve">[12:25] </w:t>
      </w:r>
      <w:r>
        <w:t>aur woh reminder hota hai, sahi maanon mein woh reminder hota hai ke aye insaan apni ghalti ko durust karo.</w:t>
      </w:r>
    </w:p>
    <w:p>
      <w:pPr>
        <w:jc w:val="right"/>
      </w:pPr>
      <w:r>
        <w:t>اور وہ ریمائنڈر ہوتا ہے، صحیح معنوں میں وہ ریمائنڈر ہوتا ہے کہ اے انسان اپنی غلطی کو درست کرو۔</w:t>
      </w:r>
    </w:p>
    <w:p>
      <w:r>
        <w:rPr>
          <w:b/>
        </w:rPr>
        <w:t xml:space="preserve">[12:43] </w:t>
      </w:r>
      <w:r>
        <w:t>Muhammad Masood Ansari Kolkata se likhte hain, assalam o alaikum maulana. jaisa ke hum logon ne parha hai ke Allah ki yaad hi mein diloun ko sukoon milta hai.</w:t>
      </w:r>
    </w:p>
    <w:p>
      <w:pPr>
        <w:jc w:val="right"/>
      </w:pPr>
      <w:r>
        <w:t>محمد مسعود انصاری کلکتہ سے لکھتے ہیں، السلام علیکم مولانا۔ جیسا کہ ہم لوگوں نے پڑھا ہے کہ اللہ کی یاد ہی میں دلوں کو سکون ملتا ہے۔</w:t>
      </w:r>
    </w:p>
    <w:p>
      <w:r>
        <w:rPr>
          <w:b/>
        </w:rPr>
        <w:t xml:space="preserve">[12:56] </w:t>
      </w:r>
      <w:r>
        <w:t>is ke bawajood namaz parhne, Quran ki tilawat o azkar karne ke bawajood bhi hamare diloun mein be sukooni ki kaifiyat kyun rehti hai?</w:t>
      </w:r>
    </w:p>
    <w:p>
      <w:pPr>
        <w:jc w:val="right"/>
      </w:pPr>
      <w:r>
        <w:t>اس کے باوجود نماز پڑھنے، قرآن کی تلاوت و اذکار کرنے کے باوجود بھی ہمارے دلوں میں بے سکونی کی کیفیت کیوں رہتی ہے؟</w:t>
      </w:r>
    </w:p>
    <w:p>
      <w:r>
        <w:rPr>
          <w:b/>
        </w:rPr>
        <w:t xml:space="preserve">[13:06] </w:t>
      </w:r>
      <w:r>
        <w:t>is ki kya wajah hai? baraye meharbani.</w:t>
      </w:r>
    </w:p>
    <w:p>
      <w:pPr>
        <w:jc w:val="right"/>
      </w:pPr>
      <w:r>
        <w:t>اس کی کیا وجہ ہے؟ برائے مہربانی۔</w:t>
      </w:r>
    </w:p>
    <w:p>
      <w:r>
        <w:rPr>
          <w:b/>
        </w:rPr>
        <w:t xml:space="preserve">[13:10] </w:t>
      </w:r>
      <w:r>
        <w:t>aap ne namaz ko form ke maani mein le liya. form. to yeh form ke maani mein nahin hai.</w:t>
      </w:r>
    </w:p>
    <w:p>
      <w:pPr>
        <w:jc w:val="right"/>
      </w:pPr>
      <w:r>
        <w:t>آپ نے نماز کو فارم کے معنی میں لے لیا۔ فارم۔ تو یہ فارم کے معنی میں نہیں ہے۔</w:t>
      </w:r>
    </w:p>
    <w:p>
      <w:r>
        <w:rPr>
          <w:b/>
        </w:rPr>
        <w:t xml:space="preserve">[13:22] </w:t>
      </w:r>
      <w:r>
        <w:t>haqeeqat ke maani mein hai. agar aap namaz ko is ki real spirit ke sath ada karein to yaqeenan wahi hoga jo likha hua hai.</w:t>
      </w:r>
    </w:p>
    <w:p>
      <w:pPr>
        <w:jc w:val="right"/>
      </w:pPr>
      <w:r>
        <w:t>حقیقت کے معنی میں ہے۔ اگر آپ نماز کو اس کی ریئل اسپرٹ کے ساتھ ادا کریں تو یقیناً وہی ہوگا جو لکھا ہوا ہے۔</w:t>
      </w:r>
    </w:p>
    <w:p>
      <w:r>
        <w:rPr>
          <w:b/>
        </w:rPr>
        <w:t xml:space="preserve">[13:47] </w:t>
      </w:r>
      <w:r>
        <w:t>maulana sahib, studio malhotra ka ek comment hai. maulana thank you for telling us a very important point today.</w:t>
      </w:r>
    </w:p>
    <w:p>
      <w:pPr>
        <w:jc w:val="right"/>
      </w:pPr>
      <w:r>
        <w:t>مولانا صاحب، اسٹوڈیو ملخوترا کا ایک کمنٹ ہے۔ مولانا Thank you for telling us a very important point today.</w:t>
      </w:r>
    </w:p>
    <w:p>
      <w:r>
        <w:rPr>
          <w:b/>
        </w:rPr>
        <w:t xml:space="preserve">[13:56] </w:t>
      </w:r>
      <w:r>
        <w:t>that if we are not thankful for the blessings, then God will take away His blessings. sahi hai, yeh baat sahi hai.</w:t>
      </w:r>
    </w:p>
    <w:p>
      <w:pPr>
        <w:jc w:val="right"/>
      </w:pPr>
      <w:r>
        <w:t>That if we are not thankful for the blessings, then God will take away His blessings. صحیح ہے، یہ بات صحیح ہے۔</w:t>
      </w:r>
    </w:p>
    <w:p>
      <w:r>
        <w:rPr>
          <w:b/>
        </w:rPr>
        <w:t xml:space="preserve">[14:07] </w:t>
      </w:r>
      <w:r>
        <w:t>Mahboob bhai Mumbai se poochte hain, maulana aap hum ko yeh lesson diya hai ke har insaan ek library hota hai aur har insaan se seekhna hai.</w:t>
      </w:r>
    </w:p>
    <w:p>
      <w:pPr>
        <w:jc w:val="right"/>
      </w:pPr>
      <w:r>
        <w:t>محبوب بھائی ممبئی سے پوچھتے ہیں، مولانا آپ ہم کو یہ لیسن دیا ہے کہ ہر انسان ایک لائبریری ہوتا ہے اور ہر انسان سے سیکھنا ہے۔</w:t>
      </w:r>
    </w:p>
    <w:p>
      <w:r>
        <w:rPr>
          <w:b/>
        </w:rPr>
        <w:t xml:space="preserve">[14:22] </w:t>
      </w:r>
      <w:r>
        <w:t>mera sawal hai, ek insaan ko jab hum kam waqt ke liye milte hain aur is insaan mein negativity ke ilawa kuch nahin hota to hum us se kya seekhein?</w:t>
      </w:r>
    </w:p>
    <w:p>
      <w:pPr>
        <w:jc w:val="right"/>
      </w:pPr>
      <w:r>
        <w:t>میرا سوال ہے، ایک انسان کو جب ہم کم وقت کے لیے ملتے ہیں اور اس انسان میں نیگیٹیوٹی کے علاوہ کچھ نہیں ہوتا تو ہم اس سے کیا سیکھیں؟</w:t>
      </w:r>
    </w:p>
    <w:p>
      <w:r>
        <w:rPr>
          <w:b/>
        </w:rPr>
        <w:t xml:space="preserve">[14:39] </w:t>
      </w:r>
      <w:r>
        <w:t>kya us se aur badi narazgi nahin hoti hai?</w:t>
      </w:r>
    </w:p>
    <w:p>
      <w:pPr>
        <w:jc w:val="right"/>
      </w:pPr>
      <w:r>
        <w:t>کیا اس سے اور بڑی ناراضی نہیں ہوتی ہے؟</w:t>
      </w:r>
    </w:p>
    <w:p>
      <w:r>
        <w:rPr>
          <w:b/>
        </w:rPr>
        <w:t xml:space="preserve">[14:49] </w:t>
      </w:r>
      <w:r>
        <w:t>hazrat Saadi jo Persian ke bohat bade hakim shayar the, unhon ne un se poocha gaya ke adab az kiya bakhti?</w:t>
      </w:r>
    </w:p>
    <w:p>
      <w:pPr>
        <w:jc w:val="right"/>
      </w:pPr>
      <w:r>
        <w:t>حضرت سعدی جو پرشین کے بہت بڑے حکیم شاعر تھے، انہوں نے ان سے پوچھا گیا کہ ادب از کیا بختی؟</w:t>
      </w:r>
    </w:p>
    <w:p>
      <w:r>
        <w:rPr>
          <w:b/>
        </w:rPr>
        <w:t xml:space="preserve">[15:03] </w:t>
      </w:r>
      <w:r>
        <w:t>woh guft az be adaba ke adab kis se seekha ho? tum ne adab kis</w:t>
      </w:r>
    </w:p>
    <w:p>
      <w:pPr>
        <w:jc w:val="right"/>
      </w:pPr>
      <w:r>
        <w:t>وہ گفت از بے ادبا کہ ادب کس سے سیکھا ہو؟ تم نے ادب کس</w:t>
      </w:r>
    </w:p>
    <w:p>
      <w:r>
        <w:rPr>
          <w:b/>
        </w:rPr>
        <w:t xml:space="preserve">[15:12] </w:t>
      </w:r>
      <w:r>
        <w:t>se seekha? to unhon ne kaha ke be adabon se. ke jo be adab log jo kar rahe the, us ko unhon ne chhod diya.</w:t>
      </w:r>
    </w:p>
    <w:p>
      <w:pPr>
        <w:jc w:val="right"/>
      </w:pPr>
      <w:r>
        <w:t>سے سیکھا؟ تو انہوں نے کہا کہ بے ادبوں سے۔ کہ جو بے ادب لوگ جو کر رہے تھے، اس کو انہوں نے چھوڑ دیا۔</w:t>
      </w:r>
    </w:p>
    <w:p>
      <w:r>
        <w:rPr>
          <w:b/>
        </w:rPr>
        <w:t xml:space="preserve">[15:23] </w:t>
      </w:r>
      <w:r>
        <w:t>seekhna ka matlab yeh hai ke isi ghalti ko pakrein aap aur us ko chhod dein. to is sense mein to aap saanp se bhi seekh sakte hain.</w:t>
      </w:r>
    </w:p>
    <w:p>
      <w:pPr>
        <w:jc w:val="right"/>
      </w:pPr>
      <w:r>
        <w:t>سیکھنا کا مطلب یہ ہے کہ اسی غلطی کو پکڑیں آپ اور اس کو چھوڑ دیں۔ تو اس سینس میں تو آپ سانپ سے بھی سیکھ سکتے ہیں۔</w:t>
      </w:r>
    </w:p>
    <w:p>
      <w:r>
        <w:rPr>
          <w:b/>
        </w:rPr>
        <w:t xml:space="preserve">[15:45] </w:t>
      </w:r>
      <w:r>
        <w:t>Sabina Ali ne aap se poocha hai, Kolkata se, maulana aaj mere samne ek bohat badi baat khuli hai</w:t>
      </w:r>
    </w:p>
    <w:p>
      <w:pPr>
        <w:jc w:val="right"/>
      </w:pPr>
      <w:r>
        <w:t>سبینہ علی نے آپ سے پوچھا ہے، کلکتہ سے، مولانا آج میرے سامنے ایک بہت بڑی بات کھلی ہے</w:t>
      </w:r>
    </w:p>
    <w:p>
      <w:r>
        <w:rPr>
          <w:b/>
        </w:rPr>
        <w:t xml:space="preserve">[15:59] </w:t>
      </w:r>
      <w:r>
        <w:t>ke agar hum shukr karte hain to Allah humein aur bhi zyada deta hai aur jab hum shukr nahin karte to woh nemat hum se chhin chhin jati hai.</w:t>
      </w:r>
    </w:p>
    <w:p>
      <w:pPr>
        <w:jc w:val="right"/>
      </w:pPr>
      <w:r>
        <w:t>کہ اگر ہم شکر کرتے ہیں تو اللہ ہمیں اور بھی زیادہ دیتا ہے اور جب ہم شکر نہیں کرتے تو وہ نعمت ہم سے چھین چھن جاتی ہے۔</w:t>
      </w:r>
    </w:p>
    <w:p>
      <w:r>
        <w:rPr>
          <w:b/>
        </w:rPr>
        <w:t xml:space="preserve">[16:12] </w:t>
      </w:r>
      <w:r>
        <w:t>aaj jo halaat coronavirus se paida hue hain, woh hamari be etirafi ki wajah se hai.</w:t>
      </w:r>
    </w:p>
    <w:p>
      <w:pPr>
        <w:jc w:val="right"/>
      </w:pPr>
      <w:r>
        <w:t>آج جو حالات کرونو وائرس سے پیدا ہوئے ہیں، وہ ہماری بے اعترافی کی وجہ سے ہے۔</w:t>
      </w:r>
    </w:p>
    <w:p>
      <w:r>
        <w:rPr>
          <w:b/>
        </w:rPr>
        <w:t xml:space="preserve">[16:25] </w:t>
      </w:r>
      <w:r>
        <w:t>sahi hai, bilkul sahi baat hai. bilkul sahi baat hai. abhi jo hai woh to warning hai, abhi sahi maanon mein chhana nahin hai.</w:t>
      </w:r>
    </w:p>
    <w:p>
      <w:pPr>
        <w:jc w:val="right"/>
      </w:pPr>
      <w:r>
        <w:t>صحیح ہے، بالکل صحیح بات ہے۔ بالکل صحیح بات ہے۔ ابھی جو ہے وہ تو وارننگ ہے، ابھی صحیح معنوں میں چھنا نہیں ہے۔</w:t>
      </w:r>
    </w:p>
    <w:p>
      <w:r>
        <w:rPr>
          <w:b/>
        </w:rPr>
        <w:t xml:space="preserve">[16:38] </w:t>
      </w:r>
      <w:r>
        <w:t>abhi warning hai.</w:t>
      </w:r>
    </w:p>
    <w:p>
      <w:pPr>
        <w:jc w:val="right"/>
      </w:pPr>
      <w:r>
        <w:t>ابھی وارننگ ہے۔</w:t>
      </w:r>
    </w:p>
    <w:p>
      <w:r>
        <w:rPr>
          <w:b/>
        </w:rPr>
        <w:t xml:space="preserve">[16:43] </w:t>
      </w:r>
      <w:r>
        <w:t>chhanna to bohat bari baat hoti hai. abhi warning di gayi hai.</w:t>
      </w:r>
    </w:p>
    <w:p>
      <w:pPr>
        <w:jc w:val="right"/>
      </w:pPr>
      <w:r>
        <w:t>چھننا تو بہت بڑی بات ہوتی ہے۔ ابھی وارننگ دی گئی ہے۔</w:t>
      </w:r>
    </w:p>
    <w:p>
      <w:r>
        <w:rPr>
          <w:b/>
        </w:rPr>
        <w:t xml:space="preserve">[16:53] </w:t>
      </w:r>
      <w:r>
        <w:t>maulana iqbal umri likhte hain, nashukri kya hai? mun'im ko daryaft na karna nashukri hai.</w:t>
      </w:r>
    </w:p>
    <w:p>
      <w:pPr>
        <w:jc w:val="right"/>
      </w:pPr>
      <w:r>
        <w:t>مولانا اقبال عمری لکھتے ہیں، ناشکری کیا ہے؟ منعم کو دریافت نہ کرنا ناشکری ہے۔</w:t>
      </w:r>
    </w:p>
    <w:p>
      <w:r>
        <w:rPr>
          <w:b/>
        </w:rPr>
        <w:t xml:space="preserve">[17:02] </w:t>
      </w:r>
      <w:r>
        <w:t>mile hue ki qadar na karna nashukri hai. mile hue par razi na rehna nashukri hai. aur kya ho sakta hai, maulana?</w:t>
      </w:r>
    </w:p>
    <w:p>
      <w:pPr>
        <w:jc w:val="right"/>
      </w:pPr>
      <w:r>
        <w:t>ملے ہوئے کی قدر نہ کرنا ناشکری ہے۔ ملے ہوئے پر راضی نہ رہنا ناشکری ہے۔ اور کیا ہو سکتا ہے، مولانا؟</w:t>
      </w:r>
    </w:p>
    <w:p>
      <w:r>
        <w:rPr>
          <w:b/>
        </w:rPr>
        <w:t xml:space="preserve">[17:13] </w:t>
      </w:r>
      <w:r>
        <w:t>yahi matlab hai, bas yahi matlab hai.</w:t>
      </w:r>
    </w:p>
    <w:p>
      <w:pPr>
        <w:jc w:val="right"/>
      </w:pPr>
      <w:r>
        <w:t>یہی مطلب ہے، بس یہی مطلب ہے۔</w:t>
      </w:r>
    </w:p>
    <w:p>
      <w:r>
        <w:rPr>
          <w:b/>
        </w:rPr>
        <w:t xml:space="preserve">[17:20] </w:t>
      </w:r>
      <w:r>
        <w:t>lekin mili hui cheez kabhi chhoti bhi ho sakti hai, kabhi bari ho sakti hai.</w:t>
      </w:r>
    </w:p>
    <w:p>
      <w:pPr>
        <w:jc w:val="right"/>
      </w:pPr>
      <w:r>
        <w:t>لیکن ملی ہوئی چیز کبھی چھوٹی بھی ہو سکتی ہے، کبھی بڑی ہو سکتی ہے۔</w:t>
      </w:r>
    </w:p>
    <w:p>
      <w:r>
        <w:rPr>
          <w:b/>
        </w:rPr>
        <w:t xml:space="preserve">[17:30] </w:t>
      </w:r>
      <w:r>
        <w:t>aisa nahi ke koi hawa yeh pahad aap ko diya jaye to us ko aap samjhein. chhoti chhoti cheez ka bhi iqrar, iqrar karna.</w:t>
      </w:r>
    </w:p>
    <w:p>
      <w:pPr>
        <w:jc w:val="right"/>
      </w:pPr>
      <w:r>
        <w:t>ایسا نہیں کہ کوئی ہوا یہ پہاڑ آپ کو دیا جائے تو اس کو آپ سمجھیں۔ چھوٹی چھوٹی چیز کا بھی اقرار، اقرار کرنا۔</w:t>
      </w:r>
    </w:p>
    <w:p>
      <w:r>
        <w:rPr>
          <w:b/>
        </w:rPr>
        <w:t xml:space="preserve">[17:45] </w:t>
      </w:r>
      <w:r>
        <w:t>shukr guzar hai, iqrar karna. etiraf karna.</w:t>
      </w:r>
    </w:p>
    <w:p>
      <w:pPr>
        <w:jc w:val="right"/>
      </w:pPr>
      <w:r>
        <w:t>شکر گزار ہے، اقرار کرنا۔ اعتراف کرنا۔</w:t>
      </w:r>
    </w:p>
    <w:p>
      <w:r>
        <w:rPr>
          <w:b/>
        </w:rPr>
        <w:t xml:space="preserve">[17:57] </w:t>
      </w:r>
      <w:r>
        <w:t>aamir mori aap se poochte hain, assalam o alaikum maulana. How can we derive the item of shukr in a negative experience?</w:t>
      </w:r>
    </w:p>
    <w:p>
      <w:pPr>
        <w:jc w:val="right"/>
      </w:pPr>
      <w:r>
        <w:t>عامر موری آپ سے پوچھتے ہیں، السلام علیکم مولانا۔ How can we derive the item of shukr in a negative experience?</w:t>
      </w:r>
    </w:p>
    <w:p>
      <w:r>
        <w:rPr>
          <w:b/>
        </w:rPr>
        <w:t xml:space="preserve">[18:11] </w:t>
      </w:r>
      <w:r>
        <w:t>main ne to sari zindagi sab se zyada in logon se seekha hai jinho ne mere sath negative sulook kiya. sab se zyada.</w:t>
      </w:r>
    </w:p>
    <w:p>
      <w:pPr>
        <w:jc w:val="right"/>
      </w:pPr>
      <w:r>
        <w:t>میں نے تو ساری زندگی سب سے زیادہ ان لوگوں سے سیکھا ہے جنہوں نے میرے ساتھ نیگیٹیو سلوک کیا۔ سب سے زیادہ۔</w:t>
      </w:r>
    </w:p>
    <w:p>
      <w:r>
        <w:rPr>
          <w:b/>
        </w:rPr>
        <w:t xml:space="preserve">[18:25] </w:t>
      </w:r>
      <w:r>
        <w:t>is mamle mein positive negative ka sabak seekhne ke liye koi farq nahi hai. positive sulook mein bhi sabak hota hai, negative sulook mein bhi sabak hota hai.</w:t>
      </w:r>
    </w:p>
    <w:p>
      <w:pPr>
        <w:jc w:val="right"/>
      </w:pPr>
      <w:r>
        <w:t>اس معاملے میں پازیٹیو نیگیٹیو کا سبق سیکھنے کے لیے کوئی فرق نہیں ہے۔ پازیٹیو سلوک میں بھی سبق ہوتا ہے، نیگیٹیو سلوک میں بھی سبق ہوتا ہے۔</w:t>
      </w:r>
    </w:p>
    <w:p>
      <w:r>
        <w:rPr>
          <w:b/>
        </w:rPr>
        <w:t xml:space="preserve">[18:42] </w:t>
      </w:r>
      <w:r>
        <w:t>muhammad mujeeb likhte hain, mere allah bestow the blessings of health on maulana.</w:t>
      </w:r>
    </w:p>
    <w:p>
      <w:pPr>
        <w:jc w:val="right"/>
      </w:pPr>
      <w:r>
        <w:t>محمد مجیب لکھتے ہیں، میرے اللہ bestow the blessings of health on مولانا۔</w:t>
      </w:r>
    </w:p>
    <w:p>
      <w:r>
        <w:rPr>
          <w:b/>
        </w:rPr>
        <w:t xml:space="preserve">[18:58] </w:t>
      </w:r>
      <w:r>
        <w:t>masha allah. masha allah.</w:t>
      </w:r>
    </w:p>
    <w:p>
      <w:pPr>
        <w:jc w:val="right"/>
      </w:pPr>
      <w:r>
        <w:t>ماشاءاللہ۔ ماشاءاللہ۔</w:t>
      </w:r>
    </w:p>
    <w:p>
      <w:r>
        <w:rPr>
          <w:b/>
        </w:rPr>
        <w:t xml:space="preserve">[19:02] </w:t>
      </w:r>
      <w:r>
        <w:t>aliza qadir kehte hain, it is said if we recite surah rahman daily, we can say thanks to allah for every blessing.</w:t>
      </w:r>
    </w:p>
    <w:p>
      <w:pPr>
        <w:jc w:val="right"/>
      </w:pPr>
      <w:r>
        <w:t>علیزہ قادر کہتے ہیں، it is said if we recite Surah Rahman daily, we can say thanks to Allah for every blessing.</w:t>
      </w:r>
    </w:p>
    <w:p>
      <w:r>
        <w:rPr>
          <w:b/>
        </w:rPr>
        <w:t xml:space="preserve">[19:18] </w:t>
      </w:r>
      <w:r>
        <w:t>is this true? nahi, sirf recite karne ka koi faida nahi hai. tadabbur ka faida hai, tadabbur.</w:t>
      </w:r>
    </w:p>
    <w:p>
      <w:pPr>
        <w:jc w:val="right"/>
      </w:pPr>
      <w:r>
        <w:t>Is this true? نہیں، صرف recite کرنے کا کوئی فائدہ نہیں ہے۔ تدبر کا فائدہ ہے، تدبر۔</w:t>
      </w:r>
    </w:p>
    <w:p>
      <w:r>
        <w:rPr>
          <w:b/>
        </w:rPr>
        <w:t xml:space="preserve">[19:30] </w:t>
      </w:r>
      <w:r>
        <w:t>tadabbur ki jo quran mein sirf be sabab se recite karna, woh to koi cheez nahi hai. tadabbur, ghor o fikr.</w:t>
      </w:r>
    </w:p>
    <w:p>
      <w:pPr>
        <w:jc w:val="right"/>
      </w:pPr>
      <w:r>
        <w:t>تدبر کی جو قرآن میں صرف بے سبب سے recite کرنا، وہ تو کوئی چیز نہیں ہے۔ تدبر، غور و فکر۔</w:t>
      </w:r>
    </w:p>
    <w:p>
      <w:r>
        <w:rPr>
          <w:b/>
        </w:rPr>
        <w:t xml:space="preserve">[19:45] </w:t>
      </w:r>
      <w:r>
        <w:t>is ka faida hai. sawad ka matlab yeh hai ke is se lesson nikalna, is se sabak nikalna. aur sabak ko apni zindagi mein ikhtiyar karna, yahi faida hai.</w:t>
      </w:r>
    </w:p>
    <w:p>
      <w:pPr>
        <w:jc w:val="right"/>
      </w:pPr>
      <w:r>
        <w:t>اس کا فائدہ ہے۔ سواد کا معنی یہ ہے کہ اس سے لیسن نکالنا، اس سے سبق نکالنا۔ اور سبق کو اپنی زندگی میں اختیار کرنا، یہی فائدہ ہے۔</w:t>
      </w:r>
    </w:p>
    <w:p>
      <w:r>
        <w:rPr>
          <w:b/>
        </w:rPr>
        <w:t xml:space="preserve">[20:04] </w:t>
      </w:r>
      <w:r>
        <w:t>ahmad rizwan likhte hain, assalam o alaikum maulana. kisi ke hath bait karne kaisa hai?</w:t>
      </w:r>
    </w:p>
    <w:p>
      <w:pPr>
        <w:jc w:val="right"/>
      </w:pPr>
      <w:r>
        <w:t>احمد رضوان لکھتے ہیں، السلام علیکم مولانا۔ کسی کے ہاتھ بیعت کرنا کیسا ہے؟</w:t>
      </w:r>
    </w:p>
    <w:p>
      <w:r>
        <w:rPr>
          <w:b/>
        </w:rPr>
        <w:t xml:space="preserve">[20:14] </w:t>
      </w:r>
      <w:r>
        <w:t>yeh dubai se likh rahe hain. hmm. kisi ke hath par bait karne kaisa hai? jo log yeh kaam karte hain, un se poochiye.</w:t>
      </w:r>
    </w:p>
    <w:p>
      <w:pPr>
        <w:jc w:val="right"/>
      </w:pPr>
      <w:r>
        <w:t>یہ دبئی سے لکھ رہے ہیں۔ ہمم۔ کسی کے ہاتھ پر بیعت کرنا کیسا ہے؟ جو لوگ یہ کام کرتے ہیں، ان سے پوچھیے۔</w:t>
      </w:r>
    </w:p>
    <w:p>
      <w:r>
        <w:rPr>
          <w:b/>
        </w:rPr>
        <w:t xml:space="preserve">[20:25] </w:t>
      </w:r>
      <w:r>
        <w:t>main to yeh kaam karta nahi.</w:t>
      </w:r>
    </w:p>
    <w:p>
      <w:pPr>
        <w:jc w:val="right"/>
      </w:pPr>
      <w:r>
        <w:t>میں تو یہ کام کرتا نہیں۔</w:t>
      </w:r>
    </w:p>
    <w:p>
      <w:r>
        <w:rPr>
          <w:b/>
        </w:rPr>
        <w:t xml:space="preserve">[20:32] </w:t>
      </w:r>
      <w:r>
        <w:t>main to quran ko parhiye, study kijiye, ghor o fikr kijiye, is ki dawat deta hoon.</w:t>
      </w:r>
    </w:p>
    <w:p>
      <w:pPr>
        <w:jc w:val="right"/>
      </w:pPr>
      <w:r>
        <w:t>میں تو قرآن کو پڑھئے، اسٹڈی کیجئے، غور و فکر کیجئے، اس کی دعوت دیتا ہوں۔</w:t>
      </w:r>
    </w:p>
    <w:p>
      <w:r>
        <w:rPr>
          <w:b/>
        </w:rPr>
        <w:t xml:space="preserve">[20:45] </w:t>
      </w:r>
      <w:r>
        <w:t>firdous sharif ka ek comment hai, allah ki rehmaten aap par, hazrat. bohat aala tareen naseehat hai aap ki.</w:t>
      </w:r>
    </w:p>
    <w:p>
      <w:pPr>
        <w:jc w:val="right"/>
      </w:pPr>
      <w:r>
        <w:t>فردوس شریف کا ایک کمنٹ ہے، اللہ کی رحمتیں آپ پر، حضرت۔ بہت اعلیٰ ترین نصیحت ہے آپ کی۔</w:t>
      </w:r>
    </w:p>
    <w:p>
      <w:r>
        <w:rPr>
          <w:b/>
        </w:rPr>
        <w:t xml:space="preserve">[20:57] </w:t>
      </w:r>
      <w:r>
        <w:t>allah ka fazal</w:t>
      </w:r>
    </w:p>
    <w:p>
      <w:pPr>
        <w:jc w:val="right"/>
      </w:pPr>
      <w:r>
        <w:t>اللہ کا فضل</w:t>
      </w:r>
    </w:p>
    <w:p>
      <w:r>
        <w:rPr>
          <w:b/>
        </w:rPr>
        <w:t xml:space="preserve">[21:01] </w:t>
      </w:r>
      <w:r>
        <w:t>hai. subhan allah. dubai se likh rahe hain. masha allah. jazakum allah.</w:t>
      </w:r>
    </w:p>
    <w:p>
      <w:pPr>
        <w:jc w:val="right"/>
      </w:pPr>
      <w:r>
        <w:t>ہے۔ سبحان اللہ۔ دبئی سے لکھ رہے ہیں۔ ماشاءاللہ۔ جزاکم اللہ۔</w:t>
      </w:r>
    </w:p>
    <w:p>
      <w:r>
        <w:rPr>
          <w:b/>
        </w:rPr>
        <w:t xml:space="preserve">[21:13] </w:t>
      </w:r>
      <w:r>
        <w:t>abid jaan likhte hain, maulana sahib assalam o alaikum. maujooda halaat mein musalman ko kya karna chahiye?</w:t>
      </w:r>
    </w:p>
    <w:p>
      <w:pPr>
        <w:jc w:val="right"/>
      </w:pPr>
      <w:r>
        <w:t>عابد جان لکھتے ہیں، مولانا صاحب السلام علیکم۔ موجودہ حالات میں مسلمان کو کیا کرنا چاہیے؟</w:t>
      </w:r>
    </w:p>
    <w:p>
      <w:r>
        <w:rPr>
          <w:b/>
        </w:rPr>
        <w:t xml:space="preserve">[21:30] </w:t>
      </w:r>
      <w:r>
        <w:t>introspection. apna muhasba. introspection, dua. khoob dua kijiye.</w:t>
      </w:r>
    </w:p>
    <w:p>
      <w:pPr>
        <w:jc w:val="right"/>
      </w:pPr>
      <w:r>
        <w:t>انٹروسپیکشن۔ اپنا محاسبہ۔ انٹروسپیکشن، دعا۔ خوب دعا کیجئے۔</w:t>
      </w:r>
    </w:p>
    <w:p>
      <w:r>
        <w:rPr>
          <w:b/>
        </w:rPr>
        <w:t xml:space="preserve">[21:44] </w:t>
      </w:r>
      <w:r>
        <w:t>khoob zyada ghore o fikr kijiye. khoob khoob zyada quran ka mutala kijiye. aur introspection kijiye.</w:t>
      </w:r>
    </w:p>
    <w:p>
      <w:pPr>
        <w:jc w:val="right"/>
      </w:pPr>
      <w:r>
        <w:t>خوب زیادہ غور و فکر کیجئے۔ خوب خوب زیادہ قرآن کا مطالعہ کیجئے۔ اور انٹروسپیکشن کیجئے۔</w:t>
      </w:r>
    </w:p>
    <w:p>
      <w:r>
        <w:rPr>
          <w:b/>
        </w:rPr>
        <w:t xml:space="preserve">[21:55] </w:t>
      </w:r>
      <w:r>
        <w:t>Where we are wrong. Introspection ka matlab hai ke aadmi soche, where we are wrong. Where I misdid a bus.</w:t>
      </w:r>
    </w:p>
    <w:p>
      <w:pPr>
        <w:jc w:val="right"/>
      </w:pPr>
      <w:r>
        <w:t>Where we are wrong. انٹروسپیکشن کا مطلب ہے کہ آدمی سوچے، where we are wrong. Where I misdid a bus.</w:t>
      </w:r>
    </w:p>
    <w:p>
      <w:r>
        <w:rPr>
          <w:b/>
        </w:rPr>
        <w:t xml:space="preserve">[22:12] </w:t>
      </w:r>
      <w:r>
        <w:t>rizwana asad likhti hain pakistan se, ke meri teen betiyan hain aur main chahti hoon ke aap meri betiyon ke liye aur meri mother ke liye kuch naseehat farmayein.</w:t>
      </w:r>
    </w:p>
    <w:p>
      <w:pPr>
        <w:jc w:val="right"/>
      </w:pPr>
      <w:r>
        <w:t>رضوانہ اسد لکھتی ہیں پاکستان سے، کہ میری تین بیٹیاں ہیں اور میں چاہتی ہوں کہ آپ میری بیٹیوں کے لیے اور میری مدر کے لیے کچھ نصیحت فرمائیں۔</w:t>
      </w:r>
    </w:p>
    <w:p>
      <w:r>
        <w:rPr>
          <w:b/>
        </w:rPr>
        <w:t xml:space="preserve">[22:32] </w:t>
      </w:r>
      <w:r>
        <w:t>main dua karta hoon ke aap ki betiyan khoob taraqqi karein. Allah ke raaste par chalein.</w:t>
      </w:r>
    </w:p>
    <w:p>
      <w:pPr>
        <w:jc w:val="right"/>
      </w:pPr>
      <w:r>
        <w:t>میں دعا کرتا ہوں کہ آپ کی بیٹیاں خوب ترقی کریں۔ اللہ کے راستے پر چلیں۔</w:t>
      </w:r>
    </w:p>
    <w:p>
      <w:r>
        <w:rPr>
          <w:b/>
        </w:rPr>
        <w:t xml:space="preserve">[22:44] </w:t>
      </w:r>
      <w:r>
        <w:t>aur deeni kitabon ka study karein.</w:t>
      </w:r>
    </w:p>
    <w:p>
      <w:pPr>
        <w:jc w:val="right"/>
      </w:pPr>
      <w:r>
        <w:t>اور دینی کتابوں کا اسٹڈی کریں۔</w:t>
      </w:r>
    </w:p>
    <w:p>
      <w:r>
        <w:rPr>
          <w:b/>
        </w:rPr>
        <w:t xml:space="preserve">[22:54] </w:t>
      </w:r>
      <w:r>
        <w:t>ali raza likhte hain, assalam o alaikum Maulana.</w:t>
      </w:r>
    </w:p>
    <w:p>
      <w:pPr>
        <w:jc w:val="right"/>
      </w:pPr>
      <w:r>
        <w:t>علی رضا لکھتے ہیں، السلام علیکم مولانا۔</w:t>
      </w:r>
    </w:p>
    <w:p>
      <w:r>
        <w:rPr>
          <w:b/>
        </w:rPr>
        <w:t xml:space="preserve">[22:58] </w:t>
      </w:r>
      <w:r>
        <w:t>agar koi shakhs riwayati fikr se hat kar deen ka ilm haasil karna chahe to woh kya kare? by study.</w:t>
      </w:r>
    </w:p>
    <w:p>
      <w:pPr>
        <w:jc w:val="right"/>
      </w:pPr>
      <w:r>
        <w:t>اگر کوئی شخص روایتی فکر سے ہٹ کر دین کا علم حاصل کرنا چاہے تو وہ کیا کرے؟ بائی اسٹڈی۔</w:t>
      </w:r>
    </w:p>
    <w:p>
      <w:r>
        <w:rPr>
          <w:b/>
        </w:rPr>
        <w:t xml:space="preserve">[23:09] </w:t>
      </w:r>
      <w:r>
        <w:t>ghore o fikr, mutala. yeh kijiye. sarwat farhan kehte hain, assalam o alaikum</w:t>
      </w:r>
    </w:p>
    <w:p>
      <w:pPr>
        <w:jc w:val="right"/>
      </w:pPr>
      <w:r>
        <w:t>غور و فکر، مطالعہ۔ یہ کیجئے۔ ثروت فرحان کہتے ہیں، السلام علیکم</w:t>
      </w:r>
    </w:p>
    <w:p>
      <w:r>
        <w:rPr>
          <w:b/>
        </w:rPr>
        <w:t xml:space="preserve">[23:22] </w:t>
      </w:r>
      <w:r>
        <w:t>dear Maulana sahib. My question is that agar hum shukr karein to hum aage kaise badhein?</w:t>
      </w:r>
    </w:p>
    <w:p>
      <w:pPr>
        <w:jc w:val="right"/>
      </w:pPr>
      <w:r>
        <w:t>ڈیئر مولانا صاحب۔ My question is that اگر ہم شکر کریں تو ہم آگے کیسے بڑھیں؟</w:t>
      </w:r>
    </w:p>
    <w:p>
      <w:r>
        <w:rPr>
          <w:b/>
        </w:rPr>
        <w:t xml:space="preserve">[23:35] </w:t>
      </w:r>
      <w:r>
        <w:t>shukr karne ke maani ghore o fikr karna. jab ghore o fikr karenge to Allah ki madad hogi. Allah ki madad se sab raaste khulte chale jayenge.</w:t>
      </w:r>
    </w:p>
    <w:p>
      <w:pPr>
        <w:jc w:val="right"/>
      </w:pPr>
      <w:r>
        <w:t>شکر کرنے کے معنی غور و فکر کرنا۔ جب غور و فکر کریں گے تو اللہ کی مدد ہوگی۔ اللہ کی مدد سے سب راستے کھلتے چلے جائیں گے۔</w:t>
      </w:r>
    </w:p>
    <w:p>
      <w:r>
        <w:rPr>
          <w:b/>
        </w:rPr>
        <w:t xml:space="preserve">[23:53] </w:t>
      </w:r>
      <w:r>
        <w:t>muzaffar ahmed likhte hain, assalam o alaikum. How can I make myself obedient to my Lord?</w:t>
      </w:r>
    </w:p>
    <w:p>
      <w:pPr>
        <w:jc w:val="right"/>
      </w:pPr>
      <w:r>
        <w:t>مظفر احمد لکھتے ہیں، السلام علیکم۔ How can I make myself obedient to my Lord?</w:t>
      </w:r>
    </w:p>
    <w:p>
      <w:r>
        <w:rPr>
          <w:b/>
        </w:rPr>
        <w:t xml:space="preserve">[24:03] </w:t>
      </w:r>
      <w:r>
        <w:t>main jo quran o hadees se jo baat mile, us ko mamool maaniye. us par chaliye, us ko follow kijiye.</w:t>
      </w:r>
    </w:p>
    <w:p>
      <w:pPr>
        <w:jc w:val="right"/>
      </w:pPr>
      <w:r>
        <w:t>میں جو قرآن و حدیث سے جو بات ملے، اس کو معمول مانیے۔ اس پر چلیے، اس کو فالو کیجئے۔</w:t>
      </w:r>
    </w:p>
    <w:p>
      <w:r>
        <w:rPr>
          <w:b/>
        </w:rPr>
        <w:t xml:space="preserve">[24:19] </w:t>
      </w:r>
      <w:r>
        <w:t>Maulana iqbal umri likhte hain,</w:t>
      </w:r>
    </w:p>
    <w:p>
      <w:pPr>
        <w:jc w:val="right"/>
      </w:pPr>
      <w:r>
        <w:t>مولانا اقبال عمری لکھتے ہیں،</w:t>
      </w:r>
    </w:p>
    <w:p>
      <w:r>
        <w:rPr>
          <w:b/>
        </w:rPr>
        <w:t xml:space="preserve">[24:21] </w:t>
      </w:r>
      <w:r>
        <w:t>Maulana aap ne apni zindagi ka shajar mamnooa, aap ki zindagi ka shajar mamnooa kya hai? kaise jaana?</w:t>
      </w:r>
    </w:p>
    <w:p>
      <w:pPr>
        <w:jc w:val="right"/>
      </w:pPr>
      <w:r>
        <w:t>مولانا آپ نے اپنی زندگی کا شجر ممنوعہ، آپ کی زندگی کا شجر ممنوعہ کیا ہے؟ کیسے جانا؟</w:t>
      </w:r>
    </w:p>
    <w:p>
      <w:r>
        <w:rPr>
          <w:b/>
        </w:rPr>
        <w:t xml:space="preserve">[24:32] </w:t>
      </w:r>
      <w:r>
        <w:t>Maulana shajar mamnooa, discoverable item maloom hota hai. us ko janne ka kya tareeqa hai? negative thinking.</w:t>
      </w:r>
    </w:p>
    <w:p>
      <w:pPr>
        <w:jc w:val="right"/>
      </w:pPr>
      <w:r>
        <w:t>مولانا شجر ممنوعہ، ڈسکوریبل آئٹم معلوم ہوتا ہے۔ اس کو جاننے کا کیا طریقہ ہے؟ نیگیٹیو تھنکنگ۔</w:t>
      </w:r>
    </w:p>
    <w:p>
      <w:r>
        <w:rPr>
          <w:b/>
        </w:rPr>
        <w:t xml:space="preserve">[24:43] </w:t>
      </w:r>
      <w:r>
        <w:t>main is negative thinking se hamesha bohat door rehta hoon.</w:t>
      </w:r>
    </w:p>
    <w:p>
      <w:pPr>
        <w:jc w:val="right"/>
      </w:pPr>
      <w:r>
        <w:t>میں اس نیگیٹیو تھنکنگ سے ہمیشہ بہت دور رہتا ہوں۔</w:t>
      </w:r>
    </w:p>
    <w:p>
      <w:r>
        <w:rPr>
          <w:b/>
        </w:rPr>
        <w:t xml:space="preserve">[24:53] </w:t>
      </w:r>
      <w:r>
        <w:t>main jab chhota tha, chhota to gaon mein rehta tha. gaon mein ladke gaadi play karte the. to kisi bachche ne mujhe gaadi de di.</w:t>
      </w:r>
    </w:p>
    <w:p>
      <w:pPr>
        <w:jc w:val="right"/>
      </w:pPr>
      <w:r>
        <w:t>میں جب چھوٹا تھا، چھوٹا تو گاؤں میں رہتا تھا۔ گاؤں میں لڑکے گاڑی گریج کرتے تھے۔ تو کسی بچے نے مجھے گاڑی دے دی۔</w:t>
      </w:r>
    </w:p>
    <w:p>
      <w:r>
        <w:rPr>
          <w:b/>
        </w:rPr>
        <w:t xml:space="preserve">[25:06] </w:t>
      </w:r>
      <w:r>
        <w:t>aise hi woh un ka koi, un ke nazdeek koi, us sense mein nahi ke galat baat hai.</w:t>
      </w:r>
    </w:p>
    <w:p>
      <w:pPr>
        <w:jc w:val="right"/>
      </w:pPr>
      <w:r>
        <w:t>ایسے ہی وہ ان کا کوئی، ان کے نزدیک کوئی، اس سینس میں نہیں کہ غلط بات ہے۔</w:t>
      </w:r>
    </w:p>
    <w:p>
      <w:r>
        <w:rPr>
          <w:b/>
        </w:rPr>
        <w:t xml:space="preserve">[25:15] </w:t>
      </w:r>
      <w:r>
        <w:t>woh to woh bhi nikalta hai, woh bhi nikalta hai.</w:t>
      </w:r>
    </w:p>
    <w:p>
      <w:pPr>
        <w:jc w:val="right"/>
      </w:pPr>
      <w:r>
        <w:t>وہ تو وہ بھی نکلتا ہے، وہ بھی نکلتا ہے۔</w:t>
      </w:r>
    </w:p>
    <w:p>
      <w:r>
        <w:rPr>
          <w:b/>
        </w:rPr>
        <w:t xml:space="preserve">[25:19] </w:t>
      </w:r>
      <w:r>
        <w:t>to jab us ne gaadi di to main apne ghar ke darwaze par khada hua tha. to maine kaha ke tum khud, tum khud ghar ghar kar ke chale gaye.</w:t>
      </w:r>
    </w:p>
    <w:p>
      <w:pPr>
        <w:jc w:val="right"/>
      </w:pPr>
      <w:r>
        <w:t>تو جب اس نے گاڑی دی تو میں اپنے گھر کے دروازے پر کھڑا ہوا تھا۔ تو میں نے کہا کہ تم خود، تم خود گھر گھر کر کے چلے گئے۔</w:t>
      </w:r>
    </w:p>
    <w:p>
      <w:r>
        <w:rPr>
          <w:b/>
        </w:rPr>
        <w:t xml:space="preserve">[25:32] </w:t>
      </w:r>
      <w:r>
        <w:t>bas.</w:t>
      </w:r>
    </w:p>
    <w:p>
      <w:pPr>
        <w:jc w:val="right"/>
      </w:pPr>
      <w:r>
        <w:t>بس۔</w:t>
      </w:r>
    </w:p>
    <w:p>
      <w:r>
        <w:rPr>
          <w:b/>
        </w:rPr>
        <w:t xml:space="preserve">[25:41] </w:t>
      </w:r>
      <w:r>
        <w:t>mateen tahir sukkur, kashmir se likhte hain, If I am not wrong, I would like to say that the life of a believer revolves between sabr and shukr.</w:t>
      </w:r>
    </w:p>
    <w:p>
      <w:pPr>
        <w:jc w:val="right"/>
      </w:pPr>
      <w:r>
        <w:t>متین طاہر سکھور، کاشمیر سے لکھتے ہیں، If I am not wrong, I would like to say that the life of a believer revolves between صبر and شکر.</w:t>
      </w:r>
    </w:p>
    <w:p>
      <w:r>
        <w:rPr>
          <w:b/>
        </w:rPr>
        <w:t xml:space="preserve">[25:58] </w:t>
      </w:r>
      <w:r>
        <w:t>bilkul sahi baat hai. sahi farmaya aap ne.</w:t>
      </w:r>
    </w:p>
    <w:p>
      <w:pPr>
        <w:jc w:val="right"/>
      </w:pPr>
      <w:r>
        <w:t>بالکل صحیح بات ہے۔ صحیح فرمایا آپ نے۔</w:t>
      </w:r>
    </w:p>
    <w:p>
      <w:r>
        <w:rPr>
          <w:b/>
        </w:rPr>
        <w:t xml:space="preserve">[26:15] </w:t>
      </w:r>
      <w:r>
        <w:t>professor najma siddiqui likhti hain, Maulana Thank you very much for reminding us again and again and in different ways, with different examples,</w:t>
      </w:r>
    </w:p>
    <w:p>
      <w:pPr>
        <w:jc w:val="right"/>
      </w:pPr>
      <w:r>
        <w:t>پروفیسر نجمہ صدیقی لکھتی ہیں، مولانا Thank you very much for reminding us again and again and in different ways, with different examples,</w:t>
      </w:r>
    </w:p>
    <w:p>
      <w:r>
        <w:rPr>
          <w:b/>
        </w:rPr>
        <w:t xml:space="preserve">[26:29] </w:t>
      </w:r>
      <w:r>
        <w:t>to acknowledge Allah's blessings in the true sense of the word. And His warning, if we don't do that.</w:t>
      </w:r>
    </w:p>
    <w:p>
      <w:pPr>
        <w:jc w:val="right"/>
      </w:pPr>
      <w:r>
        <w:t>to acknowledge Allah's blessings in the true sense of the word. And His warning, if we don't do that.</w:t>
      </w:r>
    </w:p>
    <w:p>
      <w:r>
        <w:rPr>
          <w:b/>
        </w:rPr>
        <w:t xml:space="preserve">[26:40] </w:t>
      </w:r>
      <w:r>
        <w:t>jazak Allah.</w:t>
      </w:r>
    </w:p>
    <w:p>
      <w:pPr>
        <w:jc w:val="right"/>
      </w:pPr>
      <w:r>
        <w:t>جزاک اللہ۔</w:t>
      </w:r>
    </w:p>
    <w:p>
      <w:r>
        <w:rPr>
          <w:b/>
        </w:rPr>
        <w:t xml:space="preserve">[26:44] </w:t>
      </w:r>
      <w:r>
        <w:t>mashallah.</w:t>
      </w:r>
    </w:p>
    <w:p>
      <w:pPr>
        <w:jc w:val="right"/>
      </w:pPr>
      <w:r>
        <w:t>ماشاءاللہ۔</w:t>
      </w:r>
    </w:p>
    <w:p>
      <w:r>
        <w:rPr>
          <w:b/>
        </w:rPr>
        <w:t xml:space="preserve">[27:01] </w:t>
      </w:r>
      <w:r>
        <w:t>Alaskar Khan likhte hain, Assalam o Alaikum Maulana. I am from Anfal. What is the difference between nafs and rooh?</w:t>
      </w:r>
    </w:p>
    <w:p>
      <w:pPr>
        <w:jc w:val="right"/>
      </w:pPr>
      <w:r>
        <w:t>العسکر خان لکھتے ہیں، السلام علیکم مولانا۔ I am from انفال. What is the difference between نفس and روح?</w:t>
      </w:r>
    </w:p>
    <w:p>
      <w:r>
        <w:rPr>
          <w:b/>
        </w:rPr>
        <w:t xml:space="preserve">[27:11] </w:t>
      </w:r>
      <w:r>
        <w:t>But both these words are translated as soul or spirit in English. Hum to.</w:t>
      </w:r>
    </w:p>
    <w:p>
      <w:pPr>
        <w:jc w:val="right"/>
      </w:pPr>
      <w:r>
        <w:t>But both these words are translated as soul or spirit in English. ہم تو۔</w:t>
      </w:r>
    </w:p>
    <w:p>
      <w:r>
        <w:rPr>
          <w:b/>
        </w:rPr>
        <w:t xml:space="preserve">[27:20] </w:t>
      </w:r>
      <w:r>
        <w:t>wo keh rahe hain nafs aur rooh dono alag alag lafz hain. Haan, nafs aur rooh ke dono alag alag mani hain.</w:t>
      </w:r>
    </w:p>
    <w:p>
      <w:pPr>
        <w:jc w:val="right"/>
      </w:pPr>
      <w:r>
        <w:t>وہ کہہ رہے ہیں نفس اور روح دونوں الگ الگ لفظ ہیں۔ ہاں، نفس اور روح کے دونوں الگ الگ معنی ہیں۔</w:t>
      </w:r>
    </w:p>
    <w:p>
      <w:r>
        <w:rPr>
          <w:b/>
        </w:rPr>
        <w:t xml:space="preserve">[27:30] </w:t>
      </w:r>
      <w:r>
        <w:t>Angrezi mein to is ko keh rahe hain ke wo soul translate karte hain ya spirit translate karte hain. Dono to qareeb qareeb aik hi hain.</w:t>
      </w:r>
    </w:p>
    <w:p>
      <w:pPr>
        <w:jc w:val="right"/>
      </w:pPr>
      <w:r>
        <w:t>انگریزی میں تو اس کو کہہ رہے ہیں کہ وہ soul ٹرانسلیٹ کرتے ہیں یا spirit ٹرانسلیٹ کرتے ہیں۔ دونوں تو قریب قریب ایک ہی ہیں۔</w:t>
      </w:r>
    </w:p>
    <w:p>
      <w:r>
        <w:rPr>
          <w:b/>
        </w:rPr>
        <w:t xml:space="preserve">[27:41] </w:t>
      </w:r>
      <w:r>
        <w:t>Qareeb qareeb aik hi hain.</w:t>
      </w:r>
    </w:p>
    <w:p>
      <w:pPr>
        <w:jc w:val="right"/>
      </w:pPr>
      <w:r>
        <w:t>قریب قریب ایک ہی ہیں۔</w:t>
      </w:r>
    </w:p>
    <w:p>
      <w:r>
        <w:rPr>
          <w:b/>
        </w:rPr>
        <w:t xml:space="preserve">[27:48] </w:t>
      </w:r>
      <w:r>
        <w:t>Ounida Khalid Chaudhry ka aik comment hai,</w:t>
      </w:r>
    </w:p>
    <w:p>
      <w:pPr>
        <w:jc w:val="right"/>
      </w:pPr>
      <w:r>
        <w:t>اونیدہ خالد چوہدری کا ایک کمنٹ ہے،</w:t>
      </w:r>
    </w:p>
    <w:p>
      <w:r>
        <w:rPr>
          <w:b/>
        </w:rPr>
        <w:t xml:space="preserve">[27:53] </w:t>
      </w:r>
      <w:r>
        <w:t>Thank you Maulana for writing such amazing books, especially the Safar Namaz that you wrote.</w:t>
      </w:r>
    </w:p>
    <w:p>
      <w:pPr>
        <w:jc w:val="right"/>
      </w:pPr>
      <w:r>
        <w:t>تھینک یو مولانا فار رائٹنگ سچ امیزنگ بکس، اسپیشلی دی سفر نماز دیٹ یو روٹ۔</w:t>
      </w:r>
    </w:p>
    <w:p>
      <w:r>
        <w:rPr>
          <w:b/>
        </w:rPr>
        <w:t xml:space="preserve">[28:03] </w:t>
      </w:r>
      <w:r>
        <w:t>Really help me de condition my mind. May Allah bless you with good health.</w:t>
      </w:r>
    </w:p>
    <w:p>
      <w:pPr>
        <w:jc w:val="right"/>
      </w:pPr>
      <w:r>
        <w:t>ریلی ہیلپ می ڈی کنڈیشن مائی مائنڈ۔ میں اللہ بلیس یو ود گڈ ہیلتھ۔</w:t>
      </w:r>
    </w:p>
    <w:p>
      <w:r>
        <w:rPr>
          <w:b/>
        </w:rPr>
        <w:t xml:space="preserve">[28:15] </w:t>
      </w:r>
      <w:r>
        <w:t>Inshallah.</w:t>
      </w:r>
    </w:p>
    <w:p>
      <w:pPr>
        <w:jc w:val="right"/>
      </w:pPr>
      <w:r>
        <w:t>انشاءاللہ۔</w:t>
      </w:r>
    </w:p>
    <w:p>
      <w:r>
        <w:rPr>
          <w:b/>
        </w:rPr>
        <w:t xml:space="preserve">[28:18] </w:t>
      </w:r>
      <w:r>
        <w:t>Riaz Bhatt likhte hain, Once the blessings are restored, what will be the best expression of acknowledgement of Allah?</w:t>
      </w:r>
    </w:p>
    <w:p>
      <w:pPr>
        <w:jc w:val="right"/>
      </w:pPr>
      <w:r>
        <w:t>रियाज भट्ट लिखते हैं, वंस द ब्लेसिंग्स आर रिस्टोर्ड, व्हाट विल बी द बेस्ट एक्सप्रेशन ऑफ एक्नॉलेजमेंट ऑफ अल्लाह?</w:t>
      </w:r>
    </w:p>
    <w:p>
      <w:r>
        <w:rPr>
          <w:b/>
        </w:rPr>
        <w:t xml:space="preserve">[28:32] </w:t>
      </w:r>
      <w:r>
        <w:t>Sahi hai. Theek hai. Wo blessings jo withheld ho gayi hain, Allah ne wapas le li hain, wo jab restore kar dega to phir hum kis tarah se Allah ka ko acknowledge karein?</w:t>
      </w:r>
    </w:p>
    <w:p>
      <w:pPr>
        <w:jc w:val="right"/>
      </w:pPr>
      <w:r>
        <w:t>صحیح ہے۔ ٹھیک ہے۔ वो ब्लेसिंग्स जो विधेल्ड हो गई हैं, अल्लाह ने वापस ले ली हैं, वो जब रिस्टोर कर देगा तो फिर हम किस तरीके से अल्लाह का को एक्नॉलेज करें?</w:t>
      </w:r>
    </w:p>
    <w:p>
      <w:r>
        <w:rPr>
          <w:b/>
        </w:rPr>
        <w:t xml:space="preserve">[28:47] </w:t>
      </w:r>
      <w:r>
        <w:t>Ab Quran ka baqayda jab study karenge to rai apne aap khud hi aayegi. Apne aap.</w:t>
      </w:r>
    </w:p>
    <w:p>
      <w:pPr>
        <w:jc w:val="right"/>
      </w:pPr>
      <w:r>
        <w:t>اب قرآن کا باقاعدہ جب اسٹڈی کریں گے تو رائے اپنے آپ خود ہی آئے گی۔ اپنے آپ۔</w:t>
      </w:r>
    </w:p>
    <w:p>
      <w:r>
        <w:rPr>
          <w:b/>
        </w:rPr>
        <w:t xml:space="preserve">[29:08] </w:t>
      </w:r>
      <w:r>
        <w:t>Maulana Farad Ahmed likhte hain,</w:t>
      </w:r>
    </w:p>
    <w:p>
      <w:pPr>
        <w:jc w:val="right"/>
      </w:pPr>
      <w:r>
        <w:t>मौलाना फराद अहमद लिखते हैं,</w:t>
      </w:r>
    </w:p>
    <w:p>
      <w:r>
        <w:rPr>
          <w:b/>
        </w:rPr>
        <w:t xml:space="preserve">[29:15] </w:t>
      </w:r>
      <w:r>
        <w:t>How can I come near to God or becoming far from God? Is there any way to know it?</w:t>
      </w:r>
    </w:p>
    <w:p>
      <w:pPr>
        <w:jc w:val="right"/>
      </w:pPr>
      <w:r>
        <w:t>How can I come near to God or becoming far from God? Is there any way to know it?</w:t>
      </w:r>
    </w:p>
    <w:p>
      <w:r>
        <w:rPr>
          <w:b/>
        </w:rPr>
        <w:t xml:space="preserve">[29:26] </w:t>
      </w:r>
      <w:r>
        <w:t>Ghaur o fikr se, Quran ke mutale se, Hadees ke mutale se. Doctor Safeena Tabassum likhti hain, Aaj jo seekh aap ne di, wo mind ko jhanjhodne wali hai.</w:t>
      </w:r>
    </w:p>
    <w:p>
      <w:pPr>
        <w:jc w:val="right"/>
      </w:pPr>
      <w:r>
        <w:t>غور و فکر سے، قرآن کے مطالعے سے، حدیث کے مطالعے سے۔ डॉक्टर सफीना तबस्सुम लिखती हैं, آج جو سیکھ آپ نے دی، وہ مائنڈ کو جھنجھوڑنے والی ہے۔</w:t>
      </w:r>
    </w:p>
    <w:p>
      <w:r>
        <w:rPr>
          <w:b/>
        </w:rPr>
        <w:t xml:space="preserve">[29:42] </w:t>
      </w:r>
      <w:r>
        <w:t>Itiraf mein kami hi is pareshani ki wajah hai. Bahut wazeh ho gaya, jazak Allah.</w:t>
      </w:r>
    </w:p>
    <w:p>
      <w:pPr>
        <w:jc w:val="right"/>
      </w:pPr>
      <w:r>
        <w:t>اعتراف میں کمی ہی اس پریشانی کی وجہ ہے۔ بہت واضح ہو گیا، جزاک اللہ۔</w:t>
      </w:r>
    </w:p>
    <w:p>
      <w:r>
        <w:rPr>
          <w:b/>
        </w:rPr>
        <w:t xml:space="preserve">[29:54] </w:t>
      </w:r>
      <w:r>
        <w:t>Mashallah. Ahmed Rizwan likhte hain, UAE se, How to gain Raza of Allah?</w:t>
      </w:r>
    </w:p>
    <w:p>
      <w:pPr>
        <w:jc w:val="right"/>
      </w:pPr>
      <w:r>
        <w:t>ماشاءاللہ۔ अहमद रिजवान लिखते हैं, यूएई से, How to gain رضا آف اللہ؟</w:t>
      </w:r>
    </w:p>
    <w:p>
      <w:r>
        <w:rPr>
          <w:b/>
        </w:rPr>
        <w:t xml:space="preserve">[30:05] </w:t>
      </w:r>
      <w:r>
        <w:t>Allah ki raza kaise hasil karein? Quran padhiye, phir dhoondhiye.</w:t>
      </w:r>
    </w:p>
    <w:p>
      <w:pPr>
        <w:jc w:val="right"/>
      </w:pPr>
      <w:r>
        <w:t>اللہ کی رضا کیسے حاصل کریں؟ قرآن پڑھیے، پھر ڈھونڈیے۔</w:t>
      </w:r>
    </w:p>
    <w:p>
      <w:r>
        <w:rPr>
          <w:b/>
        </w:rPr>
        <w:t xml:space="preserve">[30:12] </w:t>
      </w:r>
      <w:r>
        <w:t>Quran padhiye aur dhoondhiye.</w:t>
      </w:r>
    </w:p>
    <w:p>
      <w:pPr>
        <w:jc w:val="right"/>
      </w:pPr>
      <w:r>
        <w:t>قرآن پڑھیے اور ڈھونڈیے۔</w:t>
      </w:r>
    </w:p>
    <w:p>
      <w:r>
        <w:rPr>
          <w:b/>
        </w:rPr>
        <w:t xml:space="preserve">[30:17] </w:t>
      </w:r>
      <w:r>
        <w:t>Doctor Rajat Malhotra likhte hain, Maulana, How can a person estimate his or her potential?</w:t>
      </w:r>
    </w:p>
    <w:p>
      <w:pPr>
        <w:jc w:val="right"/>
      </w:pPr>
      <w:r>
        <w:t>डॉक्टर रजत मल्होत्रा लिखते हैं, मौलाना, How can a person estimate his or her potential?</w:t>
      </w:r>
    </w:p>
    <w:p>
      <w:r>
        <w:rPr>
          <w:b/>
        </w:rPr>
        <w:t xml:space="preserve">[30:26] </w:t>
      </w:r>
      <w:r>
        <w:t>Is there an objective way of doing so</w:t>
      </w:r>
    </w:p>
    <w:p>
      <w:pPr>
        <w:jc w:val="right"/>
      </w:pPr>
      <w:r>
        <w:t>Is there an objective way of doing so</w:t>
      </w:r>
    </w:p>
    <w:p>
      <w:r>
        <w:rPr>
          <w:b/>
        </w:rPr>
        <w:t xml:space="preserve">[30:32] </w:t>
      </w:r>
      <w:r>
        <w:t>? Bhai dekhiye, yeh bahut hi deep question hai. Aur aadmi study ke zariye, ghaur o fikr ke zariye, tadabbur ke zariye pata hai.</w:t>
      </w:r>
    </w:p>
    <w:p>
      <w:pPr>
        <w:jc w:val="right"/>
      </w:pPr>
      <w:r>
        <w:t>? بھئی دیکھیے، یہ بہت ہی ڈیپ کوسچن ہے۔ اور آدمی اسٹڈی کے ذریعے، غور و فکر کے ذریعے، تدبر کے ذریعے پاتا ہے۔</w:t>
      </w:r>
    </w:p>
    <w:p>
      <w:r>
        <w:rPr>
          <w:b/>
        </w:rPr>
        <w:t xml:space="preserve">[30:47] </w:t>
      </w:r>
      <w:r>
        <w:t>Koi dohra rasta is ke liye nahi hai.</w:t>
      </w:r>
    </w:p>
    <w:p>
      <w:pPr>
        <w:jc w:val="right"/>
      </w:pPr>
      <w:r>
        <w:t>کوئی دوہرا راستہ اس کے لیے نہیں ہے۔</w:t>
      </w:r>
    </w:p>
    <w:p>
      <w:r>
        <w:rPr>
          <w:b/>
        </w:rPr>
        <w:t xml:space="preserve">[30:53] </w:t>
      </w:r>
      <w:r>
        <w:t>bashir ahmad kalu likhte hain,</w:t>
      </w:r>
    </w:p>
    <w:p>
      <w:pPr>
        <w:jc w:val="right"/>
      </w:pPr>
      <w:r>
        <w:t>बशीर अहमद कालू लिखते हैं,</w:t>
      </w:r>
    </w:p>
    <w:p>
      <w:r>
        <w:rPr>
          <w:b/>
        </w:rPr>
        <w:t xml:space="preserve">[30:56] </w:t>
      </w:r>
      <w:r>
        <w:t>maulana sahib ne na sirf rohaniyat ko islam mein daryaft kiya balkeh is ko logon tak bhi pohanchaya.</w:t>
      </w:r>
    </w:p>
    <w:p>
      <w:pPr>
        <w:jc w:val="right"/>
      </w:pPr>
      <w:r>
        <w:t>مولانا صاحب نے نہ صرف روحانیت کو اسلام میں دریافت کیا بلکہ اس کو لوگوں تک بھی پہنچایا۔</w:t>
      </w:r>
    </w:p>
    <w:p>
      <w:r>
        <w:rPr>
          <w:b/>
        </w:rPr>
        <w:t xml:space="preserve">[31:05] </w:t>
      </w:r>
      <w:r>
        <w:t>mujhe to ab islam mein aik aala tareen lazzat mehsoos hoti hai. yeh is wajah se ke maine maulana sahib ki urdu ki bohat si kitabein parhi hain.</w:t>
      </w:r>
    </w:p>
    <w:p>
      <w:pPr>
        <w:jc w:val="right"/>
      </w:pPr>
      <w:r>
        <w:t>مجھے تو اب اسلام میں ایک اعلیٰ ترین لذت محسوس ہوتی ہے۔ یہ اس وجہ سے کہ میں نے مولانا صاحب کی اردو کی بہت سی کتابیں پڑھی ہیں۔</w:t>
      </w:r>
    </w:p>
    <w:p>
      <w:r>
        <w:rPr>
          <w:b/>
        </w:rPr>
        <w:t xml:space="preserve">[31:16] </w:t>
      </w:r>
      <w:r>
        <w:t>khuda maulana sahib ko ajr azeem ata farmaye.</w:t>
      </w:r>
    </w:p>
    <w:p>
      <w:pPr>
        <w:jc w:val="right"/>
      </w:pPr>
      <w:r>
        <w:t>خدا مولانا صاحب کو اجر عظیم عطا فرمائے۔</w:t>
      </w:r>
    </w:p>
    <w:p>
      <w:r>
        <w:rPr>
          <w:b/>
        </w:rPr>
        <w:t xml:space="preserve">[31:22] </w:t>
      </w:r>
      <w:r>
        <w:t>to bohat khushi ki baat hai. allah taala aap ko mazeed taraqqi ata farmaye.</w:t>
      </w:r>
    </w:p>
    <w:p>
      <w:pPr>
        <w:jc w:val="right"/>
      </w:pPr>
      <w:r>
        <w:t>تو بہت خوشی کی بات ہے۔ اللہ تعالیٰ آپ کو مزید ترقی عطا فرمائے۔</w:t>
      </w:r>
    </w:p>
    <w:p>
      <w:r>
        <w:rPr>
          <w:b/>
        </w:rPr>
        <w:t xml:space="preserve">[31:36] </w:t>
      </w:r>
      <w:r>
        <w:t>aamir mori sahib poochte hain, maulana, How important is it to have a guide in the journey of God realization?</w:t>
      </w:r>
    </w:p>
    <w:p>
      <w:pPr>
        <w:jc w:val="right"/>
      </w:pPr>
      <w:r>
        <w:t>आमिर मोरी साहब पूछते हैं, मौलाना, How important is it to have a guide in the journey of God realization?</w:t>
      </w:r>
    </w:p>
    <w:p>
      <w:r>
        <w:rPr>
          <w:b/>
        </w:rPr>
        <w:t xml:space="preserve">[31:47] </w:t>
      </w:r>
      <w:r>
        <w:t>In the journey of God realization, what is the role of a mentor in helping someone to build his spiritual personality?</w:t>
      </w:r>
    </w:p>
    <w:p>
      <w:pPr>
        <w:jc w:val="right"/>
      </w:pPr>
      <w:r>
        <w:t>In the journey of God realization, what is the role of a mentor in helping someone to build his spiritual personality?</w:t>
      </w:r>
    </w:p>
    <w:p>
      <w:r>
        <w:rPr>
          <w:b/>
        </w:rPr>
        <w:t xml:space="preserve">[31:59] </w:t>
      </w:r>
      <w:r>
        <w:t>sab se important cheez hai dua aur quran ki study. bas. adnan sami likhte hain, maujooda halaat mein musalmanon ka jo haal hai, us ki zimmedaar konsa tabqa hai?</w:t>
      </w:r>
    </w:p>
    <w:p>
      <w:pPr>
        <w:jc w:val="right"/>
      </w:pPr>
      <w:r>
        <w:t>سب سے امپورٹنٹ چیز ہے دعا اور قرآن کی اسٹڈی۔ بس۔ अदनान समी लिखते हैं, موجودہ حالات میں مسلمانوں کا جو حال ہے، اس کی ذمہ دار کون سا طبقہ ہے؟</w:t>
      </w:r>
    </w:p>
    <w:p>
      <w:r>
        <w:rPr>
          <w:b/>
        </w:rPr>
        <w:t xml:space="preserve">[32:18] </w:t>
      </w:r>
      <w:r>
        <w:t>khud musalman. koi doosra nahin.</w:t>
      </w:r>
    </w:p>
    <w:p>
      <w:pPr>
        <w:jc w:val="right"/>
      </w:pPr>
      <w:r>
        <w:t>خود مسلمان۔ کوئی دوسرا نہیں۔</w:t>
      </w:r>
    </w:p>
    <w:p>
      <w:r>
        <w:rPr>
          <w:b/>
        </w:rPr>
        <w:t xml:space="preserve">[32:25] </w:t>
      </w:r>
      <w:r>
        <w:t>sochiye, doosre ko bura mat keh dijiye. apna muhasba kijiye. rehmat dhoondiye.</w:t>
      </w:r>
    </w:p>
    <w:p>
      <w:pPr>
        <w:jc w:val="right"/>
      </w:pPr>
      <w:r>
        <w:t>سوچیے، دوسرے کو بلا مت دیجئے۔ اپنا محاسبہ کیجئے۔ رحمت ڈھونڈیے۔</w:t>
      </w:r>
    </w:p>
    <w:p>
      <w:r>
        <w:rPr>
          <w:b/>
        </w:rPr>
        <w:t xml:space="preserve">[32:36] </w:t>
      </w:r>
      <w:r>
        <w:t>doosre ko bura kehne se koi faida nahin.</w:t>
      </w:r>
    </w:p>
    <w:p>
      <w:pPr>
        <w:jc w:val="right"/>
      </w:pPr>
      <w:r>
        <w:t>دوسرے کو بلا دینے سے کوئی فائدہ نہیں۔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