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America A Case of Spiritual Starvaltion July 7, 2011</w:t>
      </w:r>
    </w:p>
    <w:p>
      <w:r>
        <w:t>https://youtu.be/N8JYD2P3QYE</w:t>
      </w:r>
    </w:p>
    <w:p>
      <w:r>
        <w:rPr>
          <w:b/>
        </w:rPr>
        <w:t xml:space="preserve">[00:36] </w:t>
      </w:r>
      <w:r>
        <w:t>aaj ka topic hai: america ke khilaf spiritual starvation.</w:t>
      </w:r>
    </w:p>
    <w:p>
      <w:pPr>
        <w:jc w:val="right"/>
      </w:pPr>
      <w:r>
        <w:t>آج کا ٹاپک ہے: امریکہ کے خلاف سپریچول سٹارویشن۔</w:t>
      </w:r>
    </w:p>
    <w:p>
      <w:r>
        <w:rPr>
          <w:b/>
        </w:rPr>
        <w:t xml:space="preserve">[00:49] </w:t>
      </w:r>
      <w:r>
        <w:t>main abhi june ke mahine mein america, yani north america gaya tha. wahan par main teen haftay raha, to bohat sare experience hue,</w:t>
      </w:r>
    </w:p>
    <w:p>
      <w:pPr>
        <w:jc w:val="right"/>
      </w:pPr>
      <w:r>
        <w:t>میں ابھی جون کے مہینے میں امریکہ، یعنی نارتھ امریکہ گیا تھا۔ وہاں پر میں تین ہفتے رہا، تو بہت سارے ایکسپیرینس ہوئے،</w:t>
      </w:r>
    </w:p>
    <w:p>
      <w:r>
        <w:rPr>
          <w:b/>
        </w:rPr>
        <w:t xml:space="preserve">[01:08] </w:t>
      </w:r>
      <w:r>
        <w:t>bohat se logon se mila, institutions mein gaya, kai programs kiye. mera aakhri taassur yeh tha</w:t>
      </w:r>
    </w:p>
    <w:p>
      <w:pPr>
        <w:jc w:val="right"/>
      </w:pPr>
      <w:r>
        <w:t>بہت سے لوگوں سے ملا، انسٹیٹیوشنز میں گیا، کئی پروگرام کیے۔ میرا آخری تاثر یہ تھا</w:t>
      </w:r>
    </w:p>
    <w:p>
      <w:r>
        <w:rPr>
          <w:b/>
        </w:rPr>
        <w:t xml:space="preserve">[01:22] </w:t>
      </w:r>
      <w:r>
        <w:t>america ke baray mein ke technologically they are strong, but spirituality, but spiritually they are, they are weak.</w:t>
      </w:r>
    </w:p>
    <w:p>
      <w:pPr>
        <w:jc w:val="right"/>
      </w:pPr>
      <w:r>
        <w:t>امریکہ کے بارے میں کہ ٹیکنالوجیکلی دے آر اسٹرانگ، بٹ سپریچولٹی، بٹ سپریچولی دے آر، دے آر ویک۔</w:t>
      </w:r>
    </w:p>
    <w:p>
      <w:r>
        <w:rPr>
          <w:b/>
        </w:rPr>
        <w:t xml:space="preserve">[01:36] </w:t>
      </w:r>
      <w:r>
        <w:t>yani spiritual sense mein, spiritual ka matlab mera dekhein, intellectually spiritual, spiritual mein dekhein, koi mysterious cheez nahin hai.</w:t>
      </w:r>
    </w:p>
    <w:p>
      <w:pPr>
        <w:jc w:val="right"/>
      </w:pPr>
      <w:r>
        <w:t>یعنی سپریچول سینس میں، سپریچول کا مطلب میرا دیکھیں، انٹلیکچولی سپریچول، سپریچول میں دیکھیں، کوئی مسٹیریس چیز نہیں ہے۔</w:t>
      </w:r>
    </w:p>
    <w:p>
      <w:r>
        <w:rPr>
          <w:b/>
        </w:rPr>
        <w:t xml:space="preserve">[01:48] </w:t>
      </w:r>
      <w:r>
        <w:t>to main kahunga ke yani technologically they are strong, but intellectually they are weak.</w:t>
      </w:r>
    </w:p>
    <w:p>
      <w:pPr>
        <w:jc w:val="right"/>
      </w:pPr>
      <w:r>
        <w:t>تو میں کہوں گا کہ یعنی ٹیکنالوجیکلی دے آر اسٹرانگ، بٹ انٹلیکچولی دے آر ویک۔</w:t>
      </w:r>
    </w:p>
    <w:p>
      <w:r>
        <w:rPr>
          <w:b/>
        </w:rPr>
        <w:t xml:space="preserve">[01:58] </w:t>
      </w:r>
      <w:r>
        <w:t>yeh bohat bara statement hai, lekin main apna tajurba yahi hai mera america ke baray mein.</w:t>
      </w:r>
    </w:p>
    <w:p>
      <w:pPr>
        <w:jc w:val="right"/>
      </w:pPr>
      <w:r>
        <w:t>یہ بہت بڑا سٹیٹمنٹ ہے، لیکن میں اپنا تجربہ یہی ہے میرا امریکہ کے بارے میں۔</w:t>
      </w:r>
    </w:p>
    <w:p>
      <w:r>
        <w:rPr>
          <w:b/>
        </w:rPr>
        <w:t xml:space="preserve">[02:08] </w:t>
      </w:r>
      <w:r>
        <w:t>main bohat sochta tha ke america ne aik aisi policy kyun ikhtiyar ki jo practicable nahin thi, chalne wali nahin thi.</w:t>
      </w:r>
    </w:p>
    <w:p>
      <w:pPr>
        <w:jc w:val="right"/>
      </w:pPr>
      <w:r>
        <w:t>میں بہت سوچتا تھا کہ امریکہ نے ایک ایسی پالیسی کیوں اختیار کی جو پریکٹیکیبل نہیں تھی، چلنے والی نہیں تھی۔</w:t>
      </w:r>
    </w:p>
    <w:p>
      <w:r>
        <w:rPr>
          <w:b/>
        </w:rPr>
        <w:t xml:space="preserve">[02:22] </w:t>
      </w:r>
      <w:r>
        <w:t>to wahan kafi interaction hua, is se meri samajh mein baat aayi.</w:t>
      </w:r>
    </w:p>
    <w:p>
      <w:pPr>
        <w:jc w:val="right"/>
      </w:pPr>
      <w:r>
        <w:t>تو وہاں کافی انٹریکشن ہوا، اس سے میری سمجھ میں بات آئی۔</w:t>
      </w:r>
    </w:p>
    <w:p>
      <w:r>
        <w:rPr>
          <w:b/>
        </w:rPr>
        <w:t xml:space="preserve">[02:28] </w:t>
      </w:r>
      <w:r>
        <w:t>dekhiye, first world war aur second world war ke beech mein america ki policy thi: "the business of america is business".</w:t>
      </w:r>
    </w:p>
    <w:p>
      <w:pPr>
        <w:jc w:val="right"/>
      </w:pPr>
      <w:r>
        <w:t>دیکھیے، فرسٹ ورلڈ وار اور سیکنڈ ورلڈ وار کے بیچ میں امریکہ کی پالیسی تھی: "دا بزنس آف امریکہ از بزنس"۔</w:t>
      </w:r>
    </w:p>
    <w:p>
      <w:r>
        <w:rPr>
          <w:b/>
        </w:rPr>
        <w:t xml:space="preserve">[02:41] </w:t>
      </w:r>
      <w:r>
        <w:t>lekin second world war ke baad unhon ne aik aur target rakha apna: "the business of america is global leadership".</w:t>
      </w:r>
    </w:p>
    <w:p>
      <w:pPr>
        <w:jc w:val="right"/>
      </w:pPr>
      <w:r>
        <w:t>لیکن سیکنڈ ورلڈ وار کے بعد انہوں نے ایک اور ٹارگٹ رکھا اپنا: "دا بزنس آف امریکہ از گلوبل لیڈرشپ"۔</w:t>
      </w:r>
    </w:p>
    <w:p>
      <w:r>
        <w:rPr>
          <w:b/>
        </w:rPr>
        <w:t xml:space="preserve">[02:55] </w:t>
      </w:r>
      <w:r>
        <w:t>main samajhta hoon ke yeh koi wisdom ki baat nahin thi, kyunke dekhiye, main aksar kaha karta hoon ke "politics is art of the possible".</w:t>
      </w:r>
    </w:p>
    <w:p>
      <w:pPr>
        <w:jc w:val="right"/>
      </w:pPr>
      <w:r>
        <w:t>میں سمجھتا ہوں کہ یہ کوئی وزڈم کی بات نہیں تھی، کیونکہ دیکھیے، میں اکثر کہا کرتا ہوں کہ "پولیٹکس از آرٹ آف دا پوسیبل"۔</w:t>
      </w:r>
    </w:p>
    <w:p>
      <w:r>
        <w:rPr>
          <w:b/>
        </w:rPr>
        <w:t xml:space="preserve">[03:10] </w:t>
      </w:r>
      <w:r>
        <w:t>is duniya mein koi bhi cheez, chahe politics ho ya non political, jo affairs hain, un ka mamla ho,</w:t>
      </w:r>
    </w:p>
    <w:p>
      <w:pPr>
        <w:jc w:val="right"/>
      </w:pPr>
      <w:r>
        <w:t>اس دنیا میں کوئی بھی چیز، چاہے پولیٹکس ہو یا نان پولیٹیکل، جو افیئرز ہیں، ان کا معاملہ ہو،</w:t>
      </w:r>
    </w:p>
    <w:p>
      <w:r>
        <w:rPr>
          <w:b/>
        </w:rPr>
        <w:t xml:space="preserve">[03:22] </w:t>
      </w:r>
      <w:r>
        <w:t>aap ko sab se pehle yeh dekhna parta hai ke practically what is possible and what is not possible.</w:t>
      </w:r>
    </w:p>
    <w:p>
      <w:pPr>
        <w:jc w:val="right"/>
      </w:pPr>
      <w:r>
        <w:t>آپ کو سب سے پہلے یہ دیکھنا پڑتا ہے کہ پریکٹیکلی واٹ از پاسیبل اینڈ واٹ از ناٹ پاسیبل۔</w:t>
      </w:r>
    </w:p>
    <w:p>
      <w:r>
        <w:rPr>
          <w:b/>
        </w:rPr>
        <w:t xml:space="preserve">[03:33] </w:t>
      </w:r>
      <w:r>
        <w:t>jo yeh na dekha hai, isi ko mein kehta hoon ke woh wisdom se khaali hai. to dekhiye, business of America is business, yeh poori tarah possible tha.</w:t>
      </w:r>
    </w:p>
    <w:p>
      <w:pPr>
        <w:jc w:val="right"/>
      </w:pPr>
      <w:r>
        <w:t>جو یہ نہ دیکھا ہے، اسی کو میں کہتا ہوں کہ وہ وزڈم سے خالی ہے۔ تو دیکھیے، بزنس آف امریکہ از بزنس، یہ پوری طرح پاسیبل تھا۔</w:t>
      </w:r>
    </w:p>
    <w:p>
      <w:r>
        <w:rPr>
          <w:b/>
        </w:rPr>
        <w:t xml:space="preserve">[03:46] </w:t>
      </w:r>
      <w:r>
        <w:t>kyun possible ka matlab yeh hai? is mein aap ka kisi se takrao nahi hota,</w:t>
      </w:r>
    </w:p>
    <w:p>
      <w:pPr>
        <w:jc w:val="right"/>
      </w:pPr>
      <w:r>
        <w:t>کیوں پاسیبل کا مطلب یہ ہے؟ اس میں آپ کا کسی سے ٹکراؤ نہیں ہوتا،</w:t>
      </w:r>
    </w:p>
    <w:p>
      <w:r>
        <w:rPr>
          <w:b/>
        </w:rPr>
        <w:t xml:space="preserve">[03:55] </w:t>
      </w:r>
      <w:r>
        <w:t>yeh give and take ka maamla hota hai. yaani aap duniya ko ek cheez de rahe hain, duniya se ek cheez le rahe hain, khareedna aur bechna, to woh is mein koi sawaal nahi hai impossible hone ka.</w:t>
      </w:r>
    </w:p>
    <w:p>
      <w:pPr>
        <w:jc w:val="right"/>
      </w:pPr>
      <w:r>
        <w:t>یہ گیو اینڈ ٹیک کا معاملہ ہوتا ہے۔ یعنی آپ دنیا کو ایک چیز دے رہے ہیں، دنیا سے ایک چیز لے رہے ہیں، خریدنا اور بیچنا، تو وہ اس میں کوئی سوال نہیں ہے امپاسیبل ہونے کا۔</w:t>
      </w:r>
    </w:p>
    <w:p>
      <w:r>
        <w:rPr>
          <w:b/>
        </w:rPr>
        <w:t xml:space="preserve">[04:13] </w:t>
      </w:r>
      <w:r>
        <w:t>to khoob successful tha America,</w:t>
      </w:r>
    </w:p>
    <w:p>
      <w:pPr>
        <w:jc w:val="right"/>
      </w:pPr>
      <w:r>
        <w:t>تو خوب سکسیس فل تھا امریکہ،</w:t>
      </w:r>
    </w:p>
    <w:p>
      <w:r>
        <w:rPr>
          <w:b/>
        </w:rPr>
        <w:t xml:space="preserve">[04:16] </w:t>
      </w:r>
      <w:r>
        <w:t>jaise Japan successful hai. lekin world leadership, yeh yeh chalne wali cheez nahi hai, kyunke dekhiye, world leadership hamesha kya karti hai?</w:t>
      </w:r>
    </w:p>
    <w:p>
      <w:pPr>
        <w:jc w:val="right"/>
      </w:pPr>
      <w:r>
        <w:t>جیسے جاپان سکسیس فل ہے۔ لیکن ورلڈ لیڈرشپ، یہ یہ چلنے والی چیز نہیں ہے، کیونکہ دیکھیں، ورلڈ لیڈرشپ ہمیشہ کیا کرتی ہے؟</w:t>
      </w:r>
    </w:p>
    <w:p>
      <w:r>
        <w:rPr>
          <w:b/>
        </w:rPr>
        <w:t xml:space="preserve">[04:28] </w:t>
      </w:r>
      <w:r>
        <w:t>opposition paida karti hai. hamesha world leadership ka jo concept hai, is mein implicit hai opposition.</w:t>
      </w:r>
    </w:p>
    <w:p>
      <w:pPr>
        <w:jc w:val="right"/>
      </w:pPr>
      <w:r>
        <w:t>اپوزیشن پیدا کرتی ہے۔ ہمیشہ ورلڈ لیڈرشپ کا جو کانسیپٹ ہے، اس میں ایمپلیسٹ ہے اپوزیشن۔</w:t>
      </w:r>
    </w:p>
    <w:p>
      <w:r>
        <w:rPr>
          <w:b/>
        </w:rPr>
        <w:t xml:space="preserve">[04:39] </w:t>
      </w:r>
      <w:r>
        <w:t>jab aap chahenge, yaani superiority haasil karna, ya aap chahenge doosron ke upar aap ko bartari ho ya dabdaba ho, aap chaudhri banein duniya ke, to kya hoga?</w:t>
      </w:r>
    </w:p>
    <w:p>
      <w:pPr>
        <w:jc w:val="right"/>
      </w:pPr>
      <w:r>
        <w:t>جب آپ چاہیں گے، یعنی سپیریرٹی حاصل کرنا، یا آپ چاہیں گے دوسروں کے اوپر آپ کو برتری ہو یا دبدبہ ہو، آپ چوہدری بنیں دنیا کے، تو کیا ہوگا؟</w:t>
      </w:r>
    </w:p>
    <w:p>
      <w:r>
        <w:rPr>
          <w:b/>
        </w:rPr>
        <w:t xml:space="preserve">[04:56] </w:t>
      </w:r>
      <w:r>
        <w:t>yahi hoga ke rivalry aayegi, opposition aayegi, doosra negative, doosra react karega. wahi hua</w:t>
      </w:r>
    </w:p>
    <w:p>
      <w:pPr>
        <w:jc w:val="right"/>
      </w:pPr>
      <w:r>
        <w:t>یہی ہوگا کہ رائیولری آئے گی، اپوزیشن آئے گی، دوسرا نیگیٹیو، دوسرا ری ایکٹ کرے گا۔ وہی ہوا</w:t>
      </w:r>
    </w:p>
    <w:p>
      <w:r>
        <w:rPr>
          <w:b/>
        </w:rPr>
        <w:t xml:space="preserve">[05:06] </w:t>
      </w:r>
      <w:r>
        <w:t>duniya mein. aap kahin bhi jaiye, America ke khilaaf logon ke andar negative feeling hai, sirf Muslim countries mein nahi, har jagah. pehle nahi tha aisa,</w:t>
      </w:r>
    </w:p>
    <w:p>
      <w:pPr>
        <w:jc w:val="right"/>
      </w:pPr>
      <w:r>
        <w:t>دنیا میں۔ آپ کہیں بھی جائیے، امریکہ کے خلاف لوگوں کے اندر نیگیٹیو فیلنگ ہے، صرف مسلم کنٹریز میں نہیں، ہر جگہ۔ پہلے نہیں تھا ایسا،</w:t>
      </w:r>
    </w:p>
    <w:p>
      <w:r>
        <w:rPr>
          <w:b/>
        </w:rPr>
        <w:t xml:space="preserve">[05:18] </w:t>
      </w:r>
      <w:r>
        <w:t>second world war se pehle aisa nahi tha. kyun? kabhi bhi koi bhi aadmi afford nahi kar sakta hai ke global leadership ka woh target rakhe aur us ko duniya ki taraf se opposition na mile.</w:t>
      </w:r>
    </w:p>
    <w:p>
      <w:pPr>
        <w:jc w:val="right"/>
      </w:pPr>
      <w:r>
        <w:t>سیکنڈ ورلڈ وار سے پہلے ایسا نہیں تھا۔ کیوں؟ کبھی بھی کوئی بھی آدمی افورڈ نہیں کر سکتا ہے کہ گلوبل لیڈرشپ کا وہ ٹارگٹ رکھے اور اس کو دنیا کی طرف سے اپوزیشن نہ ملے۔</w:t>
      </w:r>
    </w:p>
    <w:p>
      <w:r>
        <w:rPr>
          <w:b/>
        </w:rPr>
        <w:t xml:space="preserve">[05:41] </w:t>
      </w:r>
      <w:r>
        <w:t>yeh nahi ho sakta hai.</w:t>
      </w:r>
    </w:p>
    <w:p>
      <w:pPr>
        <w:jc w:val="right"/>
      </w:pPr>
      <w:r>
        <w:t>یہ نہیں ہو سکتا ہے۔</w:t>
      </w:r>
    </w:p>
    <w:p>
      <w:r>
        <w:rPr>
          <w:b/>
        </w:rPr>
        <w:t xml:space="preserve">[05:47] </w:t>
      </w:r>
      <w:r>
        <w:t>to aap dekhiye, pehle world second world war se pehle America khoob taraqqi kar raha tha, lekin second world war ke baad jo hai, barabar us ki economy jo hai,</w:t>
      </w:r>
    </w:p>
    <w:p>
      <w:pPr>
        <w:jc w:val="right"/>
      </w:pPr>
      <w:r>
        <w:t>تو آپ دیکھیے، پہلے ورلڈ سیکنڈ ورلڈ وار سے پہلے امریکہ خوب ترقی کر رہا تھا، لیکن سیکنڈ ورلڈ وار کے بعد جو ہے، برابر اس کی اکانومی جو ہے،</w:t>
      </w:r>
    </w:p>
    <w:p>
      <w:r>
        <w:rPr>
          <w:b/>
        </w:rPr>
        <w:t xml:space="preserve">[06:01] </w:t>
      </w:r>
      <w:r>
        <w:t>down ho rahi hai.</w:t>
      </w:r>
    </w:p>
    <w:p>
      <w:pPr>
        <w:jc w:val="right"/>
      </w:pPr>
      <w:r>
        <w:t>ڈاؤن ہو رہی ہے۔</w:t>
      </w:r>
    </w:p>
    <w:p>
      <w:r>
        <w:rPr>
          <w:b/>
        </w:rPr>
        <w:t xml:space="preserve">[06:05] </w:t>
      </w:r>
      <w:r>
        <w:t>to mein yeh baat is liye keh raha hoon ke mein bohat logon se mila aur logon se mein sirf ek baat bohat poocha karta hoon, yahan India mein bhi aur bahar bhi ke apna koi experience bataiye.</w:t>
      </w:r>
    </w:p>
    <w:p>
      <w:pPr>
        <w:jc w:val="right"/>
      </w:pPr>
      <w:r>
        <w:t>تو میں یہ بات اس لیے کہہ رہا ہوں کہ میں بہت لوگوں سے ملا اور لوگوں سے میں صرف ایک بات بہت پوچھا کرتا ہوں، یہاں انڈیا میں بھی اور باہر بھی کہ اپنا کوئی ایکسپیرینس بتائیے۔</w:t>
      </w:r>
    </w:p>
    <w:p>
      <w:r>
        <w:rPr>
          <w:b/>
        </w:rPr>
        <w:t xml:space="preserve">[06:18] </w:t>
      </w:r>
      <w:r>
        <w:t>to aap yaqeen kijiye ke do hafte, teen teen hafte ke douran ek bhi shakhs nahi mila jo koi, jis ke paas koi wisdom ho share karne ke liye.</w:t>
      </w:r>
    </w:p>
    <w:p>
      <w:pPr>
        <w:jc w:val="right"/>
      </w:pPr>
      <w:r>
        <w:t>تو آپ یقین کیجئے کہ دو ہفتے، تین تین ہفتے کے دوران ایک بھی شخص نہیں ملا جو کوئی، جس کے پاس کوئی وزڈم ہو شیئر کرنے کے لیے۔</w:t>
      </w:r>
    </w:p>
    <w:p>
      <w:r>
        <w:rPr>
          <w:b/>
        </w:rPr>
        <w:t xml:space="preserve">[06:29] </w:t>
      </w:r>
      <w:r>
        <w:t>experience kya hai? yaani intellectual wisdom,</w:t>
      </w:r>
    </w:p>
    <w:p>
      <w:pPr>
        <w:jc w:val="right"/>
      </w:pPr>
      <w:r>
        <w:t>ایکسپیرینس کیا ہے؟ یعنی انٹلیکچول وزڈم،</w:t>
      </w:r>
    </w:p>
    <w:p>
      <w:r>
        <w:rPr>
          <w:b/>
        </w:rPr>
        <w:t xml:space="preserve">[06:36] </w:t>
      </w:r>
      <w:r>
        <w:t>spiritual experience, meaningful lesson, yeh mein poohta hoon logon ko. aise</w:t>
      </w:r>
    </w:p>
    <w:p>
      <w:pPr>
        <w:jc w:val="right"/>
      </w:pPr>
      <w:r>
        <w:t>سپریچول ایکسپیرینس، میننگ فل لیسن، یہ میں پوچھتا ہوں لوگوں کو۔ ایسے</w:t>
      </w:r>
    </w:p>
    <w:p>
      <w:r>
        <w:rPr>
          <w:b/>
        </w:rPr>
        <w:t xml:space="preserve">[06:44] </w:t>
      </w:r>
      <w:r>
        <w:t>hamesha mein jaanna chahta hoon ke kisi ke paas koi intellectual wisdom ho, us ko share kare. us ke paas koi spiritual experience ho, us ko share kare.</w:t>
      </w:r>
    </w:p>
    <w:p>
      <w:pPr>
        <w:jc w:val="right"/>
      </w:pPr>
      <w:r>
        <w:t>ہمیشہ میں جاننا چاہتا ہوں کہ کسی کے پاس کوئی انٹلیکچول وزڈم ہو، اس کو شیئر کرے۔ اس کے پاس کوئی سپریچول ایکسپیرینس ہو، اس کو شیئر کرے۔</w:t>
      </w:r>
    </w:p>
    <w:p>
      <w:r>
        <w:rPr>
          <w:b/>
        </w:rPr>
        <w:t xml:space="preserve">[06:53] </w:t>
      </w:r>
      <w:r>
        <w:t>aur us ke paas koi meaningful lesson ho, us ko share kare. kisi ke paas kuch nahi.</w:t>
      </w:r>
    </w:p>
    <w:p>
      <w:pPr>
        <w:jc w:val="right"/>
      </w:pPr>
      <w:r>
        <w:t>اور اس کے پاس کوئی میننگ فل لیسن ہو، اس کو شیئر کرے۔ کسی کے پاس کچھ نہیں۔</w:t>
      </w:r>
    </w:p>
    <w:p>
      <w:r>
        <w:rPr>
          <w:b/>
        </w:rPr>
        <w:t xml:space="preserve">[07:02] </w:t>
      </w:r>
      <w:r>
        <w:t>agar dekhne mein log khoob lagta hai ke khoob well dressed hain, un ke ghar bohat achhe hain, bohat hi well furnished hain, har cheez bohat achhi hai, bohat achhi caron par daud rahe hain, un se baat kijiye to kuch nahi milta.</w:t>
      </w:r>
    </w:p>
    <w:p>
      <w:pPr>
        <w:jc w:val="right"/>
      </w:pPr>
      <w:r>
        <w:t>اگر دیکھنے میں لوگ خوب لگتا ہے کہ خوب ویل ڈریسڈ ہیں، ان کے گھر بہت اچھے ہیں، بہت ہی ویل فرنشڈ ہیں، ہر چیز بہت اچھی ہے، بہت اچھی کاروں پر دوڑ رہے ہیں، ان سے بات کیجئے تو کچھ نہیں ملتا۔</w:t>
      </w:r>
    </w:p>
    <w:p>
      <w:r>
        <w:rPr>
          <w:b/>
        </w:rPr>
        <w:t xml:space="preserve">[07:22] </w:t>
      </w:r>
      <w:r>
        <w:t>jaise aap dekhiye, ek ek Muslim jo wahan rehte hain 25 saal se, mujh se unhone poocha ke apna koi experience bataiye.</w:t>
      </w:r>
    </w:p>
    <w:p>
      <w:pPr>
        <w:jc w:val="right"/>
      </w:pPr>
      <w:r>
        <w:t>جیسے آپ دیکھیے، ایک ایک مسلم جو وہاں رہتے ہیں 25 سال سے، مجھ سے انہوں نے پوچھا کہ اپنا کوئی ایکسپیرینس بتائیے۔</w:t>
      </w:r>
    </w:p>
    <w:p>
      <w:r>
        <w:rPr>
          <w:b/>
        </w:rPr>
        <w:t xml:space="preserve">[07:35] </w:t>
      </w:r>
      <w:r>
        <w:t>to un ke paas kya tha batane ke liye? ke September 11 se pehle hum khoob aazadana rehte the, ab woh azaadi nahi hai. yeh koi experience nahi hai, yeh to shikayat hai.</w:t>
      </w:r>
    </w:p>
    <w:p>
      <w:pPr>
        <w:jc w:val="right"/>
      </w:pPr>
      <w:r>
        <w:t>تو ان کے پاس کیا تھا بتانے کے لیے؟ کہ ستمبر 11 سے پہلے ہم خوب آزادانہ رہتے تھے، اب وہ آزادی نہیں ہے۔ یہ کوئی ایکسپیرینس نہیں ہے، یہ تو شکایت ہے۔</w:t>
      </w:r>
    </w:p>
    <w:p>
      <w:r>
        <w:rPr>
          <w:b/>
        </w:rPr>
        <w:t xml:space="preserve">[07:48] </w:t>
      </w:r>
      <w:r>
        <w:t>experience naam hai positive experience ka, complaint ka naam experience nahi hai. agar aap ke paas koi positive baat kehne ke liye nahi hai to aap ke paas koi experience bhi nahi hai.</w:t>
      </w:r>
    </w:p>
    <w:p>
      <w:pPr>
        <w:jc w:val="right"/>
      </w:pPr>
      <w:r>
        <w:t>ایکسپیرینس نام ہے پازیٹیو ایکسپیرینس کا، کمپلینٹ کا نام ایکسپیرینس نہیں ہے۔ اگر آپ کے پاس کوئی پازیٹیو بات کہنے کے لیے نہیں ہے تو آپ کے پاس کوئی ایکسپیرینس بھی نہیں ہے۔</w:t>
      </w:r>
    </w:p>
    <w:p>
      <w:r>
        <w:rPr>
          <w:b/>
        </w:rPr>
        <w:t xml:space="preserve">[08:04] </w:t>
      </w:r>
      <w:r>
        <w:t>ek Hindu se mulaqat hui, woh 16 saal se wahan rahe hain, 16 saal se, aur achhi degree un ke paas hai, achha job hai. un se mein ne poocha, experience bataiye.</w:t>
      </w:r>
    </w:p>
    <w:p>
      <w:pPr>
        <w:jc w:val="right"/>
      </w:pPr>
      <w:r>
        <w:t>ایک ہندو سے ملاقات ہوئی، وہ 16 سال سے وہاں رہے ہیں، 16 سال سے، اور اچھی ڈگری ان کے پاس ہے، اچھا جاب ہے۔ ان سے میں نے پوچھا، ایکسپیرینس بتائیے۔</w:t>
      </w:r>
    </w:p>
    <w:p>
      <w:r>
        <w:rPr>
          <w:b/>
        </w:rPr>
        <w:t xml:space="preserve">[08:20] </w:t>
      </w:r>
      <w:r>
        <w:t>to kai baar poochna pada, tab kya kehte hain? woh ghar ki yaad bohat aati hai. yaani India se gaye the wahan, woh 16 saal se wahan par hain, to ghar ki yaad bohat aati hai.</w:t>
      </w:r>
    </w:p>
    <w:p>
      <w:pPr>
        <w:jc w:val="right"/>
      </w:pPr>
      <w:r>
        <w:t>تو کئی بار پوچھنا پڑا، تب کیا کہتے ہیں؟ وہ گھر کی یاد بہت آتی ہے۔ یعنی انڈیا سے گئے تھے وہاں، وہ 16 سال سے وہاں پر ہیں، تو گھر کی یاد بہت آتی ہے۔</w:t>
      </w:r>
    </w:p>
    <w:p>
      <w:r>
        <w:rPr>
          <w:b/>
        </w:rPr>
        <w:t xml:space="preserve">[08:32] </w:t>
      </w:r>
      <w:r>
        <w:t>yeh koi experience nahi hai, yeh to home sikh hain, aap is ko mani aap, yeh to koi baat nahi hai, yeh to ek childish baat hai.</w:t>
      </w:r>
    </w:p>
    <w:p>
      <w:pPr>
        <w:jc w:val="right"/>
      </w:pPr>
      <w:r>
        <w:t>یہ کوئی ایکسپیرینس نہیں ہے، یہ تو ہوم سکھ ہیں، آپ اس کو معنی آپ، یہ تو کوئی بات نہیں ہے، یہ تو ایک چائلڈش بات ہے۔</w:t>
      </w:r>
    </w:p>
    <w:p>
      <w:r>
        <w:rPr>
          <w:b/>
        </w:rPr>
        <w:t xml:space="preserve">[08:43] </w:t>
      </w:r>
      <w:r>
        <w:t>aisi wahan par jahan hum thehra tha, mein wahan par bohat bara ek complex hai, woh senior citizen ka, is mein sab christian log hotay hain, senior log, bohat bara banaya hua hai, bohat kaafi is mein lawn waghera hai, buildingen hain.</w:t>
      </w:r>
    </w:p>
    <w:p>
      <w:pPr>
        <w:jc w:val="right"/>
      </w:pPr>
      <w:r>
        <w:t>ایسی وہاں پر جہاں ہم ٹھہرا تھا، میں وہاں پر بہت بڑا ایک کمپلیکس ہے، وہ سینئر سٹیزن کا، اس میں سب کرسچن لوگ ہوتے ہیں، سینئر لوگ، بہت بڑا بنایا ہوا ہے، بہت کافی اس میں لان وغیرہ ہے، بلڈنگیں ہیں۔</w:t>
      </w:r>
    </w:p>
    <w:p>
      <w:r>
        <w:rPr>
          <w:b/>
        </w:rPr>
        <w:t xml:space="preserve">[09:00] </w:t>
      </w:r>
      <w:r>
        <w:t>to hamari jo team thi, jo hum log gaye thay, hum log ath aadmi hotay thay, aur wahan ke log milaye jayen to bohat ziyada hotay thay. to</w:t>
      </w:r>
    </w:p>
    <w:p>
      <w:pPr>
        <w:jc w:val="right"/>
      </w:pPr>
      <w:r>
        <w:t>تو ہماری جو ٹیم تھی، جو ہم لوگ گئے تھے، ہم لوگ اٹھ آدمی ہوتے تھے، اور وہاں کے لوگ ملائے جائیں تو بہت زیادہ ہوتے تھے۔ تو</w:t>
      </w:r>
    </w:p>
    <w:p>
      <w:r>
        <w:rPr>
          <w:b/>
        </w:rPr>
        <w:t xml:space="preserve">[09:10] </w:t>
      </w:r>
      <w:r>
        <w:t>hamaray aik member wahan walk kartay huay wahan chalay gaye, us kay andar to foran aik aadmi aaya wahan se to kahay, us ko unhon ne kaha kiya?</w:t>
      </w:r>
    </w:p>
    <w:p>
      <w:pPr>
        <w:jc w:val="right"/>
      </w:pPr>
      <w:r>
        <w:t>ہمارے ایک ممبر وہاں واک کرتے ہوئے وہاں چلے گئے، اس کے اندر تو فوراً ایک آدمی آیا وہاں سے تو کہے، اس کو انہوں نے کہا کیا؟</w:t>
      </w:r>
    </w:p>
    <w:p>
      <w:r>
        <w:rPr>
          <w:b/>
        </w:rPr>
        <w:t xml:space="preserve">[09:20] </w:t>
      </w:r>
      <w:r>
        <w:t>"This is a private property." Bas yahi kehne ka tha is se. Woh poochta hai ke bhai, aik aadmi aaya, bahir ka desh ka hai, American nahi hai, us se kuch share karo, us se kuch baat karo, kuch learning barhao.</w:t>
      </w:r>
    </w:p>
    <w:p>
      <w:pPr>
        <w:jc w:val="right"/>
      </w:pPr>
      <w:r>
        <w:t>"دس از ا پرائیویٹ پراپرٹی"۔ بس یہی کہنے کا تھا اس سے۔ وہ پوچھتا ہے کہ بھئی، ایک آدمی آیا، باہر کا دیش کا ہے، امریکن نہیں ہے، اس سے کچھ شیئر کرو، اس سے کچھ بات کرو، کچھ لرننگ بڑھاؤ۔</w:t>
      </w:r>
    </w:p>
    <w:p>
      <w:r>
        <w:rPr>
          <w:b/>
        </w:rPr>
        <w:t xml:space="preserve">[09:39] </w:t>
      </w:r>
      <w:r>
        <w:t>hum ko to koi mil jata hai to hum foran us se learning barhane ki koshish kartay hain. us ko pata yeh tha ke yeh trust passer, us ko is ne sirf trust passer ke roop mein dekha, bas.</w:t>
      </w:r>
    </w:p>
    <w:p>
      <w:pPr>
        <w:jc w:val="right"/>
      </w:pPr>
      <w:r>
        <w:t>ہم کو تو کوئی مل جاتا ہے تو ہم فوراً اس سے لرننگ بڑھانے کی کوشش کرتے ہیں۔ اس کو پتہ یہ تھا کہ یہ ٹرسٹ پاس، اس کو اس نے صرف ٹرسٹ پاسر کے روپ میں دیکھا، بس۔</w:t>
      </w:r>
    </w:p>
    <w:p>
      <w:r>
        <w:rPr>
          <w:b/>
        </w:rPr>
        <w:t xml:space="preserve">[09:52] </w:t>
      </w:r>
      <w:r>
        <w:t>halankay us ko dekhna chahiye ke bhai, aik aik non american hai, us ke paas bohat kuch hoga, us se hum seekhein, kuch bhi nahi.</w:t>
      </w:r>
    </w:p>
    <w:p>
      <w:pPr>
        <w:jc w:val="right"/>
      </w:pPr>
      <w:r>
        <w:t>حالانکہ اس کو دیکھنا چاہیے کہ بھئی، ایک ایک نان امریکن ہے، اس کے پاس بہت کچھ ہوگا، اس سے ہم سیکھیں، کچھ بھی نہیں۔</w:t>
      </w:r>
    </w:p>
    <w:p>
      <w:r>
        <w:rPr>
          <w:b/>
        </w:rPr>
        <w:t xml:space="preserve">[10:04] </w:t>
      </w:r>
      <w:r>
        <w:t>to christian ho, chahay hindu ho, chahay muslim ho, sab ka yeh haal hai.</w:t>
      </w:r>
    </w:p>
    <w:p>
      <w:pPr>
        <w:jc w:val="right"/>
      </w:pPr>
      <w:r>
        <w:t>تو کرسچن ہو، چاہے ہندو ہو، چاہے مسلم ہو، سب کا یہ حال ہے۔</w:t>
      </w:r>
    </w:p>
    <w:p>
      <w:r>
        <w:rPr>
          <w:b/>
        </w:rPr>
        <w:t xml:space="preserve">[10:12] </w:t>
      </w:r>
      <w:r>
        <w:t>to yeh is se mujhe aik bohat bari baat samajh aayi, bohat bari baat samajh aayi.</w:t>
      </w:r>
    </w:p>
    <w:p>
      <w:pPr>
        <w:jc w:val="right"/>
      </w:pPr>
      <w:r>
        <w:t>تو یہ اس سے مجھے ایک بہت بڑی بات سمجھ آئی، بہت بڑی بات سمجھ آئی۔</w:t>
      </w:r>
    </w:p>
    <w:p>
      <w:r>
        <w:rPr>
          <w:b/>
        </w:rPr>
        <w:t xml:space="preserve">[10:21] </w:t>
      </w:r>
      <w:r>
        <w:t>dekhein, quran mein riba ke baray mein, yani interest ke baray mein, aik ayat hai: "yamahqullahur riba". yani Allah riba ko,</w:t>
      </w:r>
    </w:p>
    <w:p>
      <w:pPr>
        <w:jc w:val="right"/>
      </w:pPr>
      <w:r>
        <w:t>دیکھیں، قرآن میں ربا کے بارے میں، یعنی انٹرسٹ کے بارے میں، ایک آیت ہے: "یمک اللہ الربا"۔ یعنی اللہ ربا کو،</w:t>
      </w:r>
    </w:p>
    <w:p>
      <w:r>
        <w:rPr>
          <w:b/>
        </w:rPr>
        <w:t xml:space="preserve">[10:37] </w:t>
      </w:r>
      <w:r>
        <w:t>yahan mahq jo lafz hai, mahq, mahq mani nuqsan, yani ghatna, ghat, ghat, riba ko ghatata hai, Allah riba ko ghatata hai, us ko batil karta hai.</w:t>
      </w:r>
    </w:p>
    <w:p>
      <w:pPr>
        <w:jc w:val="right"/>
      </w:pPr>
      <w:r>
        <w:t>یہاں محک جو لفظ ہے، محک، محک معنی نقصان، یعنی گھٹنا، گھٹ، گھٹ، ربا کو گھٹاتا ہے، اللہ ربا کو گھٹاتا ہے، اس کو باطل کرتا ہے۔</w:t>
      </w:r>
    </w:p>
    <w:p>
      <w:r>
        <w:rPr>
          <w:b/>
        </w:rPr>
        <w:t xml:space="preserve">[10:51] </w:t>
      </w:r>
      <w:r>
        <w:t>to yeh masla bohat dinon se tha mere zehen ke is liye ghatata hai</w:t>
      </w:r>
    </w:p>
    <w:p>
      <w:pPr>
        <w:jc w:val="right"/>
      </w:pPr>
      <w:r>
        <w:t>تو یہ مسئلہ بہت دنوں سے تھا میرے ذہن کہ اس لیے گھٹاتا ہے</w:t>
      </w:r>
    </w:p>
    <w:p>
      <w:r>
        <w:rPr>
          <w:b/>
        </w:rPr>
        <w:t xml:space="preserve">[10:58] </w:t>
      </w:r>
      <w:r>
        <w:t>ke kon sa nuqsan paish aata hai riba based economy mein.</w:t>
      </w:r>
    </w:p>
    <w:p>
      <w:pPr>
        <w:jc w:val="right"/>
      </w:pPr>
      <w:r>
        <w:t>کہ کون سا نقصان پیش آتا ہے ربا بیسڈ اکانومی میں۔</w:t>
      </w:r>
    </w:p>
    <w:p>
      <w:r>
        <w:rPr>
          <w:b/>
        </w:rPr>
        <w:t xml:space="preserve">[11:06] </w:t>
      </w:r>
      <w:r>
        <w:t>to sari tafseeron mein jo likha rehta hai, woh sirf likha rehta hai, woh yani is mein economic term mein to matlab economy flush nahi kare gi, economy tabah ho jaye gi,</w:t>
      </w:r>
    </w:p>
    <w:p>
      <w:pPr>
        <w:jc w:val="right"/>
      </w:pPr>
      <w:r>
        <w:t>تو ساری تفسیروں میں جو لکھا رہتا ہے، وہ صرف لکھا رہتا ہے، وہ یعنی اس میں اکانومک ٹرم میں تو مطلب اکانومی فلش نہیں کرے گی، اکانومی تباہ ہو جائے گی،</w:t>
      </w:r>
    </w:p>
    <w:p>
      <w:r>
        <w:rPr>
          <w:b/>
        </w:rPr>
        <w:t xml:space="preserve">[11:19] </w:t>
      </w:r>
      <w:r>
        <w:t>yeh likha rehta hai. to jab mein logon se baat karta tha to koi is ko mannay ko tayyar nahi hota tha. aaj ka insan</w:t>
      </w:r>
    </w:p>
    <w:p>
      <w:pPr>
        <w:jc w:val="right"/>
      </w:pPr>
      <w:r>
        <w:t>یہ لکھا رہتا ہے۔ تو جب میں لوگوں سے بات کرتا تھا تو کوئی اس کو ماننے کو تیار نہیں ہوتا تھا۔ آج کا انسان</w:t>
      </w:r>
    </w:p>
    <w:p>
      <w:r>
        <w:rPr>
          <w:b/>
        </w:rPr>
        <w:t xml:space="preserve">[11:28] </w:t>
      </w:r>
      <w:r>
        <w:t>woh kehta tha ke aap kehtay hain ke riba jo hai, is mein nuqsan hai, is mein eqtissadiyat ghatati hain, is mein maashi, maashi zindagi tabah hoti hai.</w:t>
      </w:r>
    </w:p>
    <w:p>
      <w:pPr>
        <w:jc w:val="right"/>
      </w:pPr>
      <w:r>
        <w:t>وہ کہتا تھا کہ آپ کہتے ہیں کہ ربا جو ہے، اس میں نقصان ہے، اس میں اقتصادیات گھٹتی ہیں، اس میں معاشی، معاشی زندگی تباہ ہوتی ہے۔</w:t>
      </w:r>
    </w:p>
    <w:p>
      <w:r>
        <w:rPr>
          <w:b/>
        </w:rPr>
        <w:t xml:space="preserve">[11:39] </w:t>
      </w:r>
      <w:r>
        <w:t>to aisa ho kahan raha hai? hum dekhiye, khoob taraqqi kar rahay hain, hamari cities ko dekhiye, hamaray sharon ko dekhiye, hamara infrastructure dekhiye, sab bankon par chalta hai,</w:t>
      </w:r>
    </w:p>
    <w:p>
      <w:pPr>
        <w:jc w:val="right"/>
      </w:pPr>
      <w:r>
        <w:t>تو ایسا ہو کہاں رہا ہے؟ ہم دیکھیے، خوب ترقی کر رہے ہیں، ہماری سٹیز کو دیکھیے، ہمارے شہروں کو دیکھیے، ہمارا انفراسٹرکچر دیکھیے، سب بینکوں پر چلتا ہے،</w:t>
      </w:r>
    </w:p>
    <w:p>
      <w:r>
        <w:rPr>
          <w:b/>
        </w:rPr>
        <w:t xml:space="preserve">[11:54] </w:t>
      </w:r>
      <w:r>
        <w:t>bankon par chalta hai.</w:t>
      </w:r>
    </w:p>
    <w:p>
      <w:pPr>
        <w:jc w:val="right"/>
      </w:pPr>
      <w:r>
        <w:t>بینکوں پر چلتا ہے۔</w:t>
      </w:r>
    </w:p>
    <w:p>
      <w:r>
        <w:rPr>
          <w:b/>
        </w:rPr>
        <w:t xml:space="preserve">[11:56] </w:t>
      </w:r>
      <w:r>
        <w:t>agar bank na ho to yeh, yeh, yeh taraqqi hi na ho, kyunke in taraqqiyon ke liye bohat bara investment chahiye.</w:t>
      </w:r>
    </w:p>
    <w:p>
      <w:pPr>
        <w:jc w:val="right"/>
      </w:pPr>
      <w:r>
        <w:t>اگر بینک نہ ہو تو یہ، یہ، یہ ترقی ہی نہ ہو، کیونکہ ان ترقیوں کے لیے بہت بڑا انویسٹمنٹ چاہیے۔</w:t>
      </w:r>
    </w:p>
    <w:p>
      <w:r>
        <w:rPr>
          <w:b/>
        </w:rPr>
        <w:t xml:space="preserve">[12:09] </w:t>
      </w:r>
      <w:r>
        <w:t>car ki factory ya aviation ki factory, aap apnay ghar ke paisay nahi chala saktay, is ke liye aap bohat phir amount chahiye. to woh, woh bank deta hai aap ko, woh, woh riba par deta hai, interest par.</w:t>
      </w:r>
    </w:p>
    <w:p>
      <w:pPr>
        <w:jc w:val="right"/>
      </w:pPr>
      <w:r>
        <w:t>کار کی فیکٹری یا ایوی ایشن کی فیکٹری، آپ اپنے گھر کے پیسے نہیں چلا سکتے، اس کے لیے آپ بہت پھر اماؤنٹ چاہیے۔ تو وہ، وہ بینک دیتا ہے آپ کو، وہ، وہ ربا پر دیتا ہے، انٹرسٹ پر۔</w:t>
      </w:r>
    </w:p>
    <w:p>
      <w:r>
        <w:rPr>
          <w:b/>
        </w:rPr>
        <w:t xml:space="preserve">[12:22] </w:t>
      </w:r>
      <w:r>
        <w:t>to khair, yeh baat kisi ke samajh mein nahi aati thi ke riba ka jo nizam hai, woh yeh eqtissadi aitbar se is mein nuqsan hai.</w:t>
      </w:r>
    </w:p>
    <w:p>
      <w:pPr>
        <w:jc w:val="right"/>
      </w:pPr>
      <w:r>
        <w:t>تو خیر، یہ بات کسی کے سمجھ میں نہیں آتی تھی کہ ربا کا جو نظام ہے، وہ یہ اقتصادی اعتبار سے اس میں نقصان ہے۔</w:t>
      </w:r>
    </w:p>
    <w:p>
      <w:r>
        <w:rPr>
          <w:b/>
        </w:rPr>
        <w:t xml:space="preserve">[12:38] </w:t>
      </w:r>
      <w:r>
        <w:t>is bar mujhe bohat bari baat daryaft hui ke mahq ka matlab kiya? mahq ke mani dekhiye, mahq jo hai, meem bara hai, qaf, mahq ke lafzi mani hotay hain nuqsan.</w:t>
      </w:r>
    </w:p>
    <w:p>
      <w:pPr>
        <w:jc w:val="right"/>
      </w:pPr>
      <w:r>
        <w:t>اس بار مجھے بہت بڑی بات دریافت ہوئی کہ محک کا مطلب کیا؟ محک کے معنی دیکھیے، محک جو ہے، میم بڑا ہے، قاف، محک کے لفظی معنی ہوتے ہیں نقصان۔</w:t>
      </w:r>
    </w:p>
    <w:p>
      <w:r>
        <w:rPr>
          <w:b/>
        </w:rPr>
        <w:t xml:space="preserve">[12:52] </w:t>
      </w:r>
      <w:r>
        <w:t>to aik hai, in aik hai economic nuqsan, eqtissadi nuqsan, yeh hum jantay thay.</w:t>
      </w:r>
    </w:p>
    <w:p>
      <w:pPr>
        <w:jc w:val="right"/>
      </w:pPr>
      <w:r>
        <w:t>تو ایک ہے، ان ایک ہے اکنامک نقصان، اقتصادی نقصان، یہ ہم جانتے تھے۔</w:t>
      </w:r>
    </w:p>
    <w:p>
      <w:r>
        <w:rPr>
          <w:b/>
        </w:rPr>
        <w:t xml:space="preserve">[13:01] </w:t>
      </w:r>
      <w:r>
        <w:t>is bar mein ne daryaft kiya ke aik aur nuqsan hai, woh kiya hai? woh hai intellectual nuqsan. intellectual nuqsan,</w:t>
      </w:r>
    </w:p>
    <w:p>
      <w:pPr>
        <w:jc w:val="right"/>
      </w:pPr>
      <w:r>
        <w:t>اس بار میں نے دریافت کیا کہ ایک اور نقصان ہے، وہ کیا ہے؟ وہ ہے انٹلیکچول نقصان۔ انٹلیکچول نقصان،</w:t>
      </w:r>
    </w:p>
    <w:p>
      <w:r>
        <w:rPr>
          <w:b/>
        </w:rPr>
        <w:t xml:space="preserve">[13:12] </w:t>
      </w:r>
      <w:r>
        <w:t>woh kaise? dekhiye, jab mein america nahi gaya tha, ab to mein taqreeban 14 bar gaya hoon wahan par.</w:t>
      </w:r>
    </w:p>
    <w:p>
      <w:pPr>
        <w:jc w:val="right"/>
      </w:pPr>
      <w:r>
        <w:t>وہ کیسے؟ دیکھیے، جب میں امریکہ نہیں گیا تھا، اب تو میں تقریباً 14 بار گیا ہوں وہاں پر۔</w:t>
      </w:r>
    </w:p>
    <w:p>
      <w:r>
        <w:rPr>
          <w:b/>
        </w:rPr>
        <w:t xml:space="preserve">[13:25] </w:t>
      </w:r>
      <w:r>
        <w:t>jab nahi gaya tha wahan to 1967 mein dili aya hoon. is waqt mein nahi gaya tha, mein</w:t>
      </w:r>
    </w:p>
    <w:p>
      <w:pPr>
        <w:jc w:val="right"/>
      </w:pPr>
      <w:r>
        <w:t>جب نہیں گیا تھا وہاں تو 1967 میں دلی آیا ہوں۔ اس وقت میں نہیں گیا تھا، میں</w:t>
      </w:r>
    </w:p>
    <w:p>
      <w:r>
        <w:rPr>
          <w:b/>
        </w:rPr>
        <w:t xml:space="preserve">[13:34] </w:t>
      </w:r>
      <w:r>
        <w:t>to 67 se mein dili mein hoon. to yahan par ek parcha nikla karta tha, milap urdu mein, is ka jo editor tha, ranbir,</w:t>
      </w:r>
    </w:p>
    <w:p>
      <w:pPr>
        <w:jc w:val="right"/>
      </w:pPr>
      <w:r>
        <w:t>تو 67 سے میں دلی میں ہوں۔ تو یہاں پر ایک پرچہ نکلا کرتا تھا، ملاپ اردو میں، اس کا جو ایڈیٹر تھا، رنبیر،</w:t>
      </w:r>
    </w:p>
    <w:p>
      <w:r>
        <w:rPr>
          <w:b/>
        </w:rPr>
        <w:t xml:space="preserve">[13:48] </w:t>
      </w:r>
      <w:r>
        <w:t>woh amreeka gaye, un ka koi beta waghera wahan tha. wapsi ke baad unhon ne ek article likha tha apne akhbar milap mein, us ko maine parha.</w:t>
      </w:r>
    </w:p>
    <w:p>
      <w:pPr>
        <w:jc w:val="right"/>
      </w:pPr>
      <w:r>
        <w:t>وہ امریکہ گئے، ان کا کوئی بیٹا وغیرہ وہاں تھا۔ واپسی کے بعد انہوں نے ایک آرٹیکل لکھا تھا اپنے اخبار ملاپ میں، اس کو میں نے پڑھا۔</w:t>
      </w:r>
    </w:p>
    <w:p>
      <w:r>
        <w:rPr>
          <w:b/>
        </w:rPr>
        <w:t xml:space="preserve">[14:01] </w:t>
      </w:r>
      <w:r>
        <w:t>تو اس میں لکھا انہوں نے کہ امریکہ میں ہر آدمی قرضدار ہوتا ہے، ہر حالت میں don't</w:t>
      </w:r>
    </w:p>
    <w:p>
      <w:pPr>
        <w:jc w:val="right"/>
      </w:pPr>
      <w:r>
        <w:t>تو اس میں لکھا انہوں نے کہ امریکہ میں ہر آدمی قرضدار ہوتا ہے، ہر حالت میں ڈونٹ</w:t>
      </w:r>
    </w:p>
    <w:p>
      <w:r>
        <w:rPr>
          <w:b/>
        </w:rPr>
        <w:t xml:space="preserve">[14:08] </w:t>
      </w:r>
      <w:r>
        <w:t>hota hai, kyunki wahan par jo jaate hain to</w:t>
      </w:r>
    </w:p>
    <w:p>
      <w:pPr>
        <w:jc w:val="right"/>
      </w:pPr>
      <w:r>
        <w:t>ہوتا ہے، کیونکہ وہاں پر جو جاتے ہیں تو</w:t>
      </w:r>
    </w:p>
    <w:p>
      <w:r>
        <w:rPr>
          <w:b/>
        </w:rPr>
        <w:t xml:space="preserve">[14:14] </w:t>
      </w:r>
      <w:r>
        <w:t>وہ car loan، house loan، fridge loan، education loan، سب loan، loan لے کر کے وہ اپنی زندگی</w:t>
      </w:r>
    </w:p>
    <w:p>
      <w:pPr>
        <w:jc w:val="right"/>
      </w:pPr>
      <w:r>
        <w:t>وہ کار لون، ہاؤس لون، فریج لون، ایجوکیشن لون، سب لون، لون لے کر کے وہ اپنی زندگی</w:t>
      </w:r>
    </w:p>
    <w:p>
      <w:r>
        <w:rPr>
          <w:b/>
        </w:rPr>
        <w:t xml:space="preserve">[14:24] </w:t>
      </w:r>
      <w:r>
        <w:t>establish karte hain aur phir kama kar uski installment mein uska dete rehte hain.</w:t>
      </w:r>
    </w:p>
    <w:p>
      <w:pPr>
        <w:jc w:val="right"/>
      </w:pPr>
      <w:r>
        <w:t>اسٹیبلش کرتے ہیں اور پھر کما کر اس کی انسٹالمنٹ میں اس کا دیتے رہتے ہیں۔</w:t>
      </w:r>
    </w:p>
    <w:p>
      <w:r>
        <w:rPr>
          <w:b/>
        </w:rPr>
        <w:t xml:space="preserve">[14:31] </w:t>
      </w:r>
      <w:r>
        <w:t>to unhon ne likha tha ke yani negative sense mein liya tha unhon ne ke yeh kaisi zindagi hai ke har aadmi qarz mein hai, hajjaj bhi qarz mein hai, sab loan mein phansay hue hain.</w:t>
      </w:r>
    </w:p>
    <w:p>
      <w:pPr>
        <w:jc w:val="right"/>
      </w:pPr>
      <w:r>
        <w:t>تو انہوں نے لکھا تھا کہ یعنی نیگیٹیو سینس میں لیا تھا انہوں نے کہ یہ کیسی زندگی ہے کہ ہر آدمی قرض میں ہے، حجاج بھی قرض میں ہے، سب لون میں پھنسے ہوئے ہیں۔</w:t>
      </w:r>
    </w:p>
    <w:p>
      <w:r>
        <w:rPr>
          <w:b/>
        </w:rPr>
        <w:t xml:space="preserve">[14:43] </w:t>
      </w:r>
      <w:r>
        <w:t>to yeh jab pehli baar mein gaya amreeka, pehli baar ghaleban 1980 mein, to maine yeh baat kahi to kisi ne dhyan nahi diya is ko.</w:t>
      </w:r>
    </w:p>
    <w:p>
      <w:pPr>
        <w:jc w:val="right"/>
      </w:pPr>
      <w:r>
        <w:t>تو یہ جب پہلی بار میں گیا امریکہ، پہلی بار غالباً 1980 میں، تو میں نے یہ بات کہی تو کسی نے دھیان نہیں دیا اس کو۔</w:t>
      </w:r>
    </w:p>
    <w:p>
      <w:r>
        <w:rPr>
          <w:b/>
        </w:rPr>
        <w:t xml:space="preserve">[14:54] </w:t>
      </w:r>
      <w:r>
        <w:t>misalan ek naujawan mujhe aaya tha, mujhe side seeing ke liye,</w:t>
      </w:r>
    </w:p>
    <w:p>
      <w:pPr>
        <w:jc w:val="right"/>
      </w:pPr>
      <w:r>
        <w:t>مثلاً ایک نوجوان مجھے آیا تھا، مجھے سائیڈ سینگ کے لیے،</w:t>
      </w:r>
    </w:p>
    <w:p>
      <w:r>
        <w:rPr>
          <w:b/>
        </w:rPr>
        <w:t xml:space="preserve">[15:00] </w:t>
      </w:r>
      <w:r>
        <w:t>bohat bari nai car pe baith kar aaya tha woh. to</w:t>
      </w:r>
    </w:p>
    <w:p>
      <w:pPr>
        <w:jc w:val="right"/>
      </w:pPr>
      <w:r>
        <w:t>بہت بڑی نئی کار پہ بیٹھ کر آیا تھا وہ۔ تو</w:t>
      </w:r>
    </w:p>
    <w:p>
      <w:r>
        <w:rPr>
          <w:b/>
        </w:rPr>
        <w:t xml:space="preserve">[15:08] </w:t>
      </w:r>
      <w:r>
        <w:t>ke aap ko mein le chala hoon side seeing ke liye. to baat baad mein pata chala ke yeh car jo hai, loan par hai. phir pata chala ke is ke paas jo ghar hai, woh bhi loan par, har cheez loan par hai.</w:t>
      </w:r>
    </w:p>
    <w:p>
      <w:pPr>
        <w:jc w:val="right"/>
      </w:pPr>
      <w:r>
        <w:t>کہ آپ کو میں لے چلا ہوں سائیڈ سینگ کے لیے۔ تو بات بعد میں پتہ چلا کہ یہ کار جو ہے، لون پر ہے۔ پھر پتہ چلا کہ اس کے پاس جو گھر ہے، وہ بھی لون پر، ہر چیز لون پر ہے۔</w:t>
      </w:r>
    </w:p>
    <w:p>
      <w:r>
        <w:rPr>
          <w:b/>
        </w:rPr>
        <w:t xml:space="preserve">[15:22] </w:t>
      </w:r>
      <w:r>
        <w:t>to maine unhein kaha ke bhai, yeh kaisi zindagi hai ke aap loan mein phansay hue hain? to us ne reticulate kiya meri baat ko</w:t>
      </w:r>
    </w:p>
    <w:p>
      <w:pPr>
        <w:jc w:val="right"/>
      </w:pPr>
      <w:r>
        <w:t>تو میں نے انہیں کہا کہ بھئی، یہ کیسی زندگی ہے کہ آپ لون میں پھنسے ہوئے ہیں؟ تو اس نے ریٹیکول کیا میری بات کو</w:t>
      </w:r>
    </w:p>
    <w:p>
      <w:r>
        <w:rPr>
          <w:b/>
        </w:rPr>
        <w:t xml:space="preserve">[15:30] </w:t>
      </w:r>
      <w:r>
        <w:t>ke aap puranay zamanay ke aadmi hain, aap ko samajh baat nahi aati hai. yahan par jo banking ka nizam hai, woh to hamaray liye ek bohat bari blessing hai, kyunke aaj hum ne job shuru kiya,</w:t>
      </w:r>
    </w:p>
    <w:p>
      <w:pPr>
        <w:jc w:val="right"/>
      </w:pPr>
      <w:r>
        <w:t>کہ آپ پرانے زمانے کے آدمی ہیں، آپ کو سمجھ بات نہیں آتی ہے۔ یہاں پر جو بینکنگ کا نظام ہے، وہ تو ہمارے لیے ایک بہت بڑی بلیسنگ ہے، کیونکہ آج ہم نے جاب شروع کیا،</w:t>
      </w:r>
    </w:p>
    <w:p>
      <w:r>
        <w:rPr>
          <w:b/>
        </w:rPr>
        <w:t xml:space="preserve">[15:44] </w:t>
      </w:r>
      <w:r>
        <w:t>aaj hum is portion, is portion mein nahi hain ke hamaray paas ghar bhi ho, acha furniture bhi ho, car bhi ho, har che</w:t>
      </w:r>
    </w:p>
    <w:p>
      <w:pPr>
        <w:jc w:val="right"/>
      </w:pPr>
      <w:r>
        <w:t>آج ہم اس پورشن، اس پورشن میں نہیں ہیں کہ ہمارے پاس گھر بھی ہو، اچھا فرنیچر بھی ہو، کار بھی ہو، ہر چ</w:t>
      </w:r>
    </w:p>
    <w:p>
      <w:r>
        <w:rPr>
          <w:b/>
        </w:rPr>
        <w:t xml:space="preserve">[15:52] </w:t>
      </w:r>
      <w:r>
        <w:t>ez ho. to hum kya karte hain ke job milte hi bank yeh hum ko offer karta hai ke aap loan par sab cheez le lain.</w:t>
      </w:r>
    </w:p>
    <w:p>
      <w:pPr>
        <w:jc w:val="right"/>
      </w:pPr>
      <w:r>
        <w:t>یز ہو۔ تو ہم کیا کرتے ہیں کہ جاب ملتے ہی بینک یہ ہم کو آفر کرتا ہے کہ آپ لون پر سب چیز لے لیں۔</w:t>
      </w:r>
    </w:p>
    <w:p>
      <w:r>
        <w:rPr>
          <w:b/>
        </w:rPr>
        <w:t xml:space="preserve">[16:03] </w:t>
      </w:r>
      <w:r>
        <w:t>to foran hamaray paas sab cheez ho jati hai aur phir hum is ko installment mein is ko detay rehtay hain, is ko. aur india waghera mein kya hota hai ke zindagi ke oopar kamao, boorha hotay hotay itna paisa aap ke paas aye ga ke aap acha ghar bana saken.</w:t>
      </w:r>
    </w:p>
    <w:p>
      <w:pPr>
        <w:jc w:val="right"/>
      </w:pPr>
      <w:r>
        <w:t>تو فوراً ہمارے پاس سب چیز ہو جاتی ہے اور پھر ہم اس کو انسٹالمنٹ میں اس کو دیتے رہتے ہیں، اس کو۔ اور انڈیا وغیرہ میں کیا ہوتا ہے کہ زندگی کے اوپر کماؤ، بوڑھا ہوتے ہوتے اتنا پیسہ آپ کے پاس آئے گا کہ آپ اچھا گھر بنا سکیں۔</w:t>
      </w:r>
    </w:p>
    <w:p>
      <w:r>
        <w:rPr>
          <w:b/>
        </w:rPr>
        <w:t xml:space="preserve">[16:21] </w:t>
      </w:r>
      <w:r>
        <w:t>to</w:t>
      </w:r>
    </w:p>
    <w:p>
      <w:pPr>
        <w:jc w:val="right"/>
      </w:pPr>
      <w:r>
        <w:t>تو</w:t>
      </w:r>
    </w:p>
    <w:p>
      <w:r>
        <w:rPr>
          <w:b/>
        </w:rPr>
        <w:t xml:space="preserve">[16:23] </w:t>
      </w:r>
      <w:r>
        <w:t>goya ke aap apni kamai ko khud aap is se enjoy nahi kar patay, aap ke betay enjoy karte hain. yahan yeh hai ke ab hum kamain aur sath sath hum enjoy bhi karain.</w:t>
      </w:r>
    </w:p>
    <w:p>
      <w:pPr>
        <w:jc w:val="right"/>
      </w:pPr>
      <w:r>
        <w:t>گویا کہ آپ اپنی کمائی کو خود آپ اس سے انجوائے نہیں کر پاتے، آپ کے بیٹے انجوائے کرتے ہیں۔ یہاں یہ ہے کہ اب ہم کمائیں اور ساتھ ساتھ ہم انجوائے بھی کریں۔</w:t>
      </w:r>
    </w:p>
    <w:p>
      <w:r>
        <w:rPr>
          <w:b/>
        </w:rPr>
        <w:t xml:space="preserve">[16:35] </w:t>
      </w:r>
      <w:r>
        <w:t>to ghraz hai ke meri baat kisi samajh mein nahi aati thi. to us waqt mein is ka jawab nahi de paya tha. 1980 mein is baar kya hua ke is baar mein bohat se gharon mein gaya,</w:t>
      </w:r>
    </w:p>
    <w:p>
      <w:pPr>
        <w:jc w:val="right"/>
      </w:pPr>
      <w:r>
        <w:t>تو غرض ہے کہ میری بات کسی سمجھ میں نہیں آتی تھی۔ تو اس وقت میں اس کا جواب نہیں دے پایا تھا۔ 1980 میں اس بار کیا ہوا کہ اس بار میں بہت سے گھروں میں گیا،</w:t>
      </w:r>
    </w:p>
    <w:p>
      <w:r>
        <w:rPr>
          <w:b/>
        </w:rPr>
        <w:t xml:space="preserve">[16:48] </w:t>
      </w:r>
      <w:r>
        <w:t>bohat qareeb se dekha.</w:t>
      </w:r>
    </w:p>
    <w:p>
      <w:pPr>
        <w:jc w:val="right"/>
      </w:pPr>
      <w:r>
        <w:t>بہت قریب سے دیکھا۔</w:t>
      </w:r>
    </w:p>
    <w:p>
      <w:r>
        <w:rPr>
          <w:b/>
        </w:rPr>
        <w:t xml:space="preserve">[16:50] </w:t>
      </w:r>
      <w:r>
        <w:t>to maloom kya hua ke log jo hain, bank se loan le letay hain aur phir raat din kamatay hain installment denay ke liye.</w:t>
      </w:r>
    </w:p>
    <w:p>
      <w:pPr>
        <w:jc w:val="right"/>
      </w:pPr>
      <w:r>
        <w:t>تو معلوم کیا ہوا کہ لوگ جو ہیں، بینک سے لون لے لیتے ہیں اور پھر رات دن کماتے ہیں انسٹالمنٹ دینے کے لیے۔</w:t>
      </w:r>
    </w:p>
    <w:p>
      <w:r>
        <w:rPr>
          <w:b/>
        </w:rPr>
        <w:t xml:space="preserve">[17:02] </w:t>
      </w:r>
      <w:r>
        <w:t>koi ek shift karta hai, koi do shift karta hai, koi teen shift karta hai, koi business mein hota hai, involve rehta hai, kyunke is ke sar pe yeh sawal hai ke mujhe loan ada karna hai.</w:t>
      </w:r>
    </w:p>
    <w:p>
      <w:pPr>
        <w:jc w:val="right"/>
      </w:pPr>
      <w:r>
        <w:t>کوئی ایک شفٹ کرتا ہے، کوئی دو شفٹ کرتا ہے، کوئی تین شفٹ کرتا ہے، کوئی بزنس میں ہوتا ہے، انوالو رہتا ہے، کیونکہ اس کے سر پہ یہ سوال ہے کہ مجھے لون ادا کرنا ہے۔</w:t>
      </w:r>
    </w:p>
    <w:p>
      <w:r>
        <w:rPr>
          <w:b/>
        </w:rPr>
        <w:t xml:space="preserve">[17:14] </w:t>
      </w:r>
      <w:r>
        <w:t>to aadmi ka koi doosra kaam hi nahi hai ke woh loan par paisa le, phir ghar, car, har cheez banaye aur zindagi bhar kama kar is ka loan is deta rahay.</w:t>
      </w:r>
    </w:p>
    <w:p>
      <w:pPr>
        <w:jc w:val="right"/>
      </w:pPr>
      <w:r>
        <w:t>تو آدمی کا کوئی دوسرا کام ہی نہیں ہے کہ وہ لون پر پیسہ لے، پھر گھر، کار، ہر چیز بنائے اور زندگی بھر کما کر اس کا لون اس دیتا رہے۔</w:t>
      </w:r>
    </w:p>
    <w:p>
      <w:r>
        <w:rPr>
          <w:b/>
        </w:rPr>
        <w:t xml:space="preserve">[17:30] </w:t>
      </w:r>
      <w:r>
        <w:t>koi doosri is ki, koi is ki koi activity nahi. misalan group log gharon mein, mein ne akhbar nahi dekhe, kitaben nahi dekhen, koi nahi dekha ke koi academic discussion kisi ghar mein ho raha hai,</w:t>
      </w:r>
    </w:p>
    <w:p>
      <w:pPr>
        <w:jc w:val="right"/>
      </w:pPr>
      <w:r>
        <w:t>کوئی دوسری اس کی، کوئی اس کی کوئی ایکٹیویٹی نہیں۔ مثلاً گروپ لوگ گھروں میں، میں نے اخبار نہیں دیکھے، کتابیں نہیں دیکھیں، کوئی نہیں دیکھا کہ کوئی اکیڈمک ڈسکشن کسی گھر میں ہو رہا ہے،</w:t>
      </w:r>
    </w:p>
    <w:p>
      <w:r>
        <w:rPr>
          <w:b/>
        </w:rPr>
        <w:t xml:space="preserve">[17:44] </w:t>
      </w:r>
      <w:r>
        <w:t>kuch nahi. yani koi ilmi zindagi nahi hai is ki, intellectual life nahi hai is ki. bas kamana, loan dena, kamana aur paise dena.</w:t>
      </w:r>
    </w:p>
    <w:p>
      <w:pPr>
        <w:jc w:val="right"/>
      </w:pPr>
      <w:r>
        <w:t>کچھ نہیں۔ یعنی کوئی علمی زندگی نہیں ہے اس کی، انٹلیکچول لائف نہیں ہے اس کی۔ بس کمانا، لون دینا، کمانا اور پیسے دینا۔</w:t>
      </w:r>
    </w:p>
    <w:p>
      <w:r>
        <w:rPr>
          <w:b/>
        </w:rPr>
        <w:t xml:space="preserve">[17:56] </w:t>
      </w:r>
      <w:r>
        <w:t>tab maine samjha ke yeh one sided development hai. yani hamara jo physical aspect hai zindagi ka, is ko to hum feed kar rahay hain, jo intellectual aspect hai, is ko hum feed hi nahi kar rahay.</w:t>
      </w:r>
    </w:p>
    <w:p>
      <w:pPr>
        <w:jc w:val="right"/>
      </w:pPr>
      <w:r>
        <w:t>تب میں نے سمجھا کہ یہ ون سائیڈڈ ڈیولپمنٹ ہے۔ یعنی ہمارا جو فزیکل اسپیکٹ ہے زندگی کا، اس کو تو ہم فیڈ کر رہے ہیں، جو انٹلیکچول اسپیکٹ ہے، اس کو ہم فیڈ ہی نہیں کر رہے۔</w:t>
      </w:r>
    </w:p>
    <w:p>
      <w:r>
        <w:rPr>
          <w:b/>
        </w:rPr>
        <w:t xml:space="preserve">[18:13] </w:t>
      </w:r>
      <w:r>
        <w:t>bohat ajeeb cheez mujhe daryaft hui,</w:t>
      </w:r>
    </w:p>
    <w:p>
      <w:pPr>
        <w:jc w:val="right"/>
      </w:pPr>
      <w:r>
        <w:t>بہت عجیب چیز مجھے دریافت ہوئی،</w:t>
      </w:r>
    </w:p>
    <w:p>
      <w:r>
        <w:rPr>
          <w:b/>
        </w:rPr>
        <w:t xml:space="preserve">[18:18] </w:t>
      </w:r>
      <w:r>
        <w:t>bohat ajeeb cheez.</w:t>
      </w:r>
    </w:p>
    <w:p>
      <w:pPr>
        <w:jc w:val="right"/>
      </w:pPr>
      <w:r>
        <w:t>بہت عجیب چیز۔</w:t>
      </w:r>
    </w:p>
    <w:p>
      <w:r>
        <w:rPr>
          <w:b/>
        </w:rPr>
        <w:t xml:space="preserve">[18:23] </w:t>
      </w:r>
      <w:r>
        <w:t>yani jism ko well dress bana rahe hain, khoob kha pi ke ke tandrust ho rahe hain, ghar ko khoobsurat furniture se saja rahe hain, ghar acha le rahe hain.</w:t>
      </w:r>
    </w:p>
    <w:p>
      <w:pPr>
        <w:jc w:val="right"/>
      </w:pPr>
      <w:r>
        <w:t>یعنی جسم کو ویل ڈریس بنا رہے ہیں، خوب کھاپی کے کے تندرست ہو رہے ہیں، گھر کو خوبصورت فرنیچر سے سجا رہے ہیں، گھر اچھا لے رہے ہیں۔</w:t>
      </w:r>
    </w:p>
    <w:p>
      <w:r>
        <w:rPr>
          <w:b/>
        </w:rPr>
        <w:t xml:space="preserve">[18:36] </w:t>
      </w:r>
      <w:r>
        <w:t>to apne physical aspect jo hamari life ka hai, us ko to hum feed kar rahe hain. aur jo doosra aspect hai, intellectual aspect, woh hai starvation mein para hua.</w:t>
      </w:r>
    </w:p>
    <w:p>
      <w:pPr>
        <w:jc w:val="right"/>
      </w:pPr>
      <w:r>
        <w:t>تو اپنے فزیکل اسپیکٹ جو ہماری لائف کا ہے، اس کو تو ہم فیڈ کر رہے ہیں۔ اور جو دوسرا اسپیکٹ ہے، انٹلیکچول اسپیکٹ، وہ ہے اسٹارویشن میں پڑا ہوا۔</w:t>
      </w:r>
    </w:p>
    <w:p>
      <w:r>
        <w:rPr>
          <w:b/>
        </w:rPr>
        <w:t xml:space="preserve">[18:47] </w:t>
      </w:r>
      <w:r>
        <w:t>kyun? is ke liye zaroorat hai ke aap study karen, is ke liye zaroorat hai ke aap ghor o fikr karen, zaroorat hai ke aap logon se exchange karen.</w:t>
      </w:r>
    </w:p>
    <w:p>
      <w:pPr>
        <w:jc w:val="right"/>
      </w:pPr>
      <w:r>
        <w:t>کیوں؟ اس کے لیے ضرورت ہے کہ آپ اسٹڈی کریں، اس کے لیے ضرورت ہے کہ آپ غور و فکر کریں، ضرورت ہے کہ آپ لوگوں سے ایکسچینج کریں۔</w:t>
      </w:r>
    </w:p>
    <w:p>
      <w:r>
        <w:rPr>
          <w:b/>
        </w:rPr>
        <w:t xml:space="preserve">[18:59] </w:t>
      </w:r>
      <w:r>
        <w:t>wahan koi exchange nahi karta,</w:t>
      </w:r>
    </w:p>
    <w:p>
      <w:pPr>
        <w:jc w:val="right"/>
      </w:pPr>
      <w:r>
        <w:t>وہاں کوئی ایکسچینج نہیں کرتا،</w:t>
      </w:r>
    </w:p>
    <w:p>
      <w:r>
        <w:rPr>
          <w:b/>
        </w:rPr>
        <w:t xml:space="preserve">[19:01] </w:t>
      </w:r>
      <w:r>
        <w:t>saara mechanical mechanization hai. aap ko farz kiye khareedna hai bazaar se, koi milk lena hai, aap juice lena hai, yeh na woh.</w:t>
      </w:r>
    </w:p>
    <w:p>
      <w:pPr>
        <w:jc w:val="right"/>
      </w:pPr>
      <w:r>
        <w:t>سارا مکینیکل میکنائزیشن ہے۔ آپ کو فرض کیے خریدنا ہے بازار سے، کوئی ملک لینا ہے، آپ جوس لینا ہے، یہ نہ وہ۔</w:t>
      </w:r>
    </w:p>
    <w:p>
      <w:r>
        <w:rPr>
          <w:b/>
        </w:rPr>
        <w:t xml:space="preserve">[19:11] </w:t>
      </w:r>
      <w:r>
        <w:t>to aap jab button dabaiye, paisa daal diye, is ke baad woh nikla chala aa raha hai. aadmi se koi baat cheet aap ki nahi. yani aap jab khareedne ke jayen aur wahan aik dukandar baitha hua ho, us se exchange aap ka ho, to aap ko is mein learning hoti hai.</w:t>
      </w:r>
    </w:p>
    <w:p>
      <w:pPr>
        <w:jc w:val="right"/>
      </w:pPr>
      <w:r>
        <w:t>تو آپ جب بٹن دبائیے، پیسہ ڈال دیے، اس کے بعد وہ نکلا چلا آ رہا ہے۔ آدمی سے کوئی بات چیت آپ کی نہیں۔ یعنی آپ جب خریدنے کے جائیں اور وہاں ایک دکاندار بیٹھا ہوا ہو، اس سے ایکسچینج آپ کا ہو، تو آپ کو اس میں لرننگ ہوتی ہے۔</w:t>
      </w:r>
    </w:p>
    <w:p>
      <w:r>
        <w:rPr>
          <w:b/>
        </w:rPr>
        <w:t xml:space="preserve">[19:26] </w:t>
      </w:r>
      <w:r>
        <w:t>learning to wahan par har jagah button dabana hai, bas</w:t>
      </w:r>
    </w:p>
    <w:p>
      <w:pPr>
        <w:jc w:val="right"/>
      </w:pPr>
      <w:r>
        <w:t>لرننگ تو وہاں پر ہر جگہ بٹن دبانا ہے، بس</w:t>
      </w:r>
    </w:p>
    <w:p>
      <w:r>
        <w:rPr>
          <w:b/>
        </w:rPr>
        <w:t xml:space="preserve">[19:32] </w:t>
      </w:r>
      <w:r>
        <w:t>button dabana hai aur dollar daalna hai, daalna hai. insaan se koi matlab nahi. to is to dekhiye, intellectual development ke jo khaas source hain, woh kya kya hain?</w:t>
      </w:r>
    </w:p>
    <w:p>
      <w:pPr>
        <w:jc w:val="right"/>
      </w:pPr>
      <w:r>
        <w:t>بٹن دبانا ہے اور ڈالر ڈالنا ہے، ڈالنا ہے۔ انسان سے کوئی مطلب نہیں۔ تو اس تو دیکھیے، انٹلیکچول ڈیولپمنٹ کے جو خاص سورس ہیں، وہ کیا کیا ہیں؟</w:t>
      </w:r>
    </w:p>
    <w:p>
      <w:r>
        <w:rPr>
          <w:b/>
        </w:rPr>
        <w:t xml:space="preserve">[19:47] </w:t>
      </w:r>
      <w:r>
        <w:t>number one study, number do nature mein observation, contemplation, observe karna, logon se exchange karna, logon se dis</w:t>
      </w:r>
    </w:p>
    <w:p>
      <w:pPr>
        <w:jc w:val="right"/>
      </w:pPr>
      <w:r>
        <w:t>نمبر ون اسٹڈی، نمبر دو نیچر میں ابزرویشن، کنٹمپلیشن، ابزرو کرنا، لوگوں سے ایکسچینج کرنا، لوگوں سے ڈس</w:t>
      </w:r>
    </w:p>
    <w:p>
      <w:r>
        <w:rPr>
          <w:b/>
        </w:rPr>
        <w:t xml:space="preserve">[19:59] </w:t>
      </w:r>
      <w:r>
        <w:t>cussion karna. yeh saari cheezen jo hain, aap ko intellectual development ke liye zaroori hain. lekin wahan yeh khatam hai, woh hai hi nahi. yahan par bas dollar kamao aur material saaman khoob bharo apne ghar mein.</w:t>
      </w:r>
    </w:p>
    <w:p>
      <w:pPr>
        <w:jc w:val="right"/>
      </w:pPr>
      <w:r>
        <w:t>کشن کرنا۔ یہ ساری چیزیں جو ہیں، آپ کو انٹلیکچول ڈیولپمنٹ کے لیے ضروری ہیں۔ لیکن وہاں یہ ختم ہے، وہ ہے ہی نہیں۔ یہاں پر بس ڈالر کماؤ اور مٹیریل سامان خوب بھرو اپنے گھر میں۔</w:t>
      </w:r>
    </w:p>
    <w:p>
      <w:r>
        <w:rPr>
          <w:b/>
        </w:rPr>
        <w:t xml:space="preserve">[20:15] </w:t>
      </w:r>
      <w:r>
        <w:t>to physically they are strong, but intellectually they are weak. yeh mera un ka baray mein rai thi.</w:t>
      </w:r>
    </w:p>
    <w:p>
      <w:pPr>
        <w:jc w:val="right"/>
      </w:pPr>
      <w:r>
        <w:t>تو فزیکلی دے آر اسٹرانگ، بٹ انٹلیکچولی دے آر ویک۔ یہ میرا ان کا بارے میں رائے تھی۔</w:t>
      </w:r>
    </w:p>
    <w:p>
      <w:r>
        <w:rPr>
          <w:b/>
        </w:rPr>
        <w:t xml:space="preserve">[20:28] </w:t>
      </w:r>
      <w:r>
        <w:t>ab dekhen ke jis se main baat karta tha to koi wisdom ki baat nahi bata pata tha. misaal ke tor par dekhen, wahan ke jo bhi hindu hain, chahe musalman hon, dono ka haal kya hai?</w:t>
      </w:r>
    </w:p>
    <w:p>
      <w:pPr>
        <w:jc w:val="right"/>
      </w:pPr>
      <w:r>
        <w:t>اب دیکھیں کہ جس سے میں بات کرتا تھا تو کوئی وزڈم کی بات نہیں بتا پاتا تھا۔ مثال کے طور پر دیکھیں، وہاں کے جو بھی ہندو ہیں، چاہے مسلمان ہوں، دونوں کا حال کیا ہے؟</w:t>
      </w:r>
    </w:p>
    <w:p>
      <w:r>
        <w:rPr>
          <w:b/>
        </w:rPr>
        <w:t xml:space="preserve">[20:42] </w:t>
      </w:r>
      <w:r>
        <w:t>unhon ne aik apne liye aik pride bana rakha hai, pride ke america ko hum ne develop kiya hai. jis se bhi milen, wahan par aap hum ne develop kiya.</w:t>
      </w:r>
    </w:p>
    <w:p>
      <w:pPr>
        <w:jc w:val="right"/>
      </w:pPr>
      <w:r>
        <w:t>انہوں نے ایک اپنے لیے ایک پرائیڈ بنا رکھا ہے، پرائیڈ کہ امریکہ کو ہم نے ڈیولپ کیا ہے۔ جس سے بھی ملیں، وہاں پر آپ ہم نے ڈیولپ کیا۔</w:t>
      </w:r>
    </w:p>
    <w:p>
      <w:r>
        <w:rPr>
          <w:b/>
        </w:rPr>
        <w:t xml:space="preserve">[20:53] </w:t>
      </w:r>
      <w:r>
        <w:t>kyun? bahir ke log aaye, wahan un ko job diya gaya, har jagah woh kaam karte hain. jahan bhi jaiye, woh aap ko bahir ke log milenge kaam karte hue.</w:t>
      </w:r>
    </w:p>
    <w:p>
      <w:pPr>
        <w:jc w:val="right"/>
      </w:pPr>
      <w:r>
        <w:t>کیوں؟ باہر کے لوگ آئے، وہاں ان کو جاب دیا گیا، ہر جگہ وہ کام کرتے ہیں۔ جہاں بھی جائیے، وہ آپ کو باہر کے لوگ ملیں گے کام کرتے ہوئے۔</w:t>
      </w:r>
    </w:p>
    <w:p>
      <w:r>
        <w:rPr>
          <w:b/>
        </w:rPr>
        <w:t xml:space="preserve">[21:04] </w:t>
      </w:r>
      <w:r>
        <w:t>to kehte hain ke hum ne to develop kiya america ko. to main ne un se poocha, kai logon se ke aap apne mulk ko kyun develop nahi kar paye?</w:t>
      </w:r>
    </w:p>
    <w:p>
      <w:pPr>
        <w:jc w:val="right"/>
      </w:pPr>
      <w:r>
        <w:t>تو کہتے ہیں کہ ہم نے تو ڈیولپ کیا امریکہ کو۔ تو میں نے ان سے پوچھا، کئی لوگوں سے کہ آپ اپنے ملک کو کیوں ڈیولپ نہیں کر پائے؟</w:t>
      </w:r>
    </w:p>
    <w:p>
      <w:r>
        <w:rPr>
          <w:b/>
        </w:rPr>
        <w:t xml:space="preserve">[21:14] </w:t>
      </w:r>
      <w:r>
        <w:t>jahan se aap aaye hain, woh mulk to under developed hai, to wahan kyun nahi kar paye aap?</w:t>
      </w:r>
    </w:p>
    <w:p>
      <w:pPr>
        <w:jc w:val="right"/>
      </w:pPr>
      <w:r>
        <w:t>جہاں سے آپ آئے ہیں، وہ ملک تو انڈر ڈیولپڈ ہے، تو وہاں کیوں نہیں کر پائے آپ؟</w:t>
      </w:r>
    </w:p>
    <w:p>
      <w:r>
        <w:rPr>
          <w:b/>
        </w:rPr>
        <w:t xml:space="preserve">[21:23] </w:t>
      </w:r>
      <w:r>
        <w:t>to unhon ne un ka kaha tha ke immigrant logon ne develop kiya hai. main ne kaha ke nahi, aap galat kehte hain. mister immigrant ne develop nahi kiya, mister incentive ne develop kiya hai.</w:t>
      </w:r>
    </w:p>
    <w:p>
      <w:pPr>
        <w:jc w:val="right"/>
      </w:pPr>
      <w:r>
        <w:t>تو انہوں نے ان کا کہا تھا کہ امیگرینٹ لوگوں نے ڈیولپ کیا ہے۔ میں نے کہا کہ نہیں، آپ غلط کہتے ہیں۔ مسٹر امیگرینٹ نے ڈیولپ نہیں کیا، مسٹر انسنٹیو نے ڈیولپ کیا ہے۔</w:t>
      </w:r>
    </w:p>
    <w:p>
      <w:r>
        <w:rPr>
          <w:b/>
        </w:rPr>
        <w:t xml:space="preserve">[21:35] </w:t>
      </w:r>
      <w:r>
        <w:t>aap ke apne desh mein incentive nahi tha, kyun ke wahan corruption hai, nepotism hai. wahan aap ko yeh yaqeen nahi hota ke main agar mehnat karun to mujhe merit ki bunyaad par liya jayega.</w:t>
      </w:r>
    </w:p>
    <w:p>
      <w:pPr>
        <w:jc w:val="right"/>
      </w:pPr>
      <w:r>
        <w:t>آپ کے اپنے દેશ میں انسنٹیو نہیں تھا، کیونکہ وہاں کرپشن ہے، نیپوٹزم ہے۔ وہاں آپ کو یہ یقین نہیں ہوتا کہ میں اگر محنت کروں تو مجھے میرٹ کی بنیاد پر لیا جائے گا۔</w:t>
      </w:r>
    </w:p>
    <w:p>
      <w:r>
        <w:rPr>
          <w:b/>
        </w:rPr>
        <w:t xml:space="preserve">[21:51] </w:t>
      </w:r>
      <w:r>
        <w:t>ab wahan par itna sakht hai maamla ke sirf merit chalta hai, bas. to har aadmi ke andar aik incentive jaga hua hai ke main mehnat karunga to mujhe is ka result milega.</w:t>
      </w:r>
    </w:p>
    <w:p>
      <w:pPr>
        <w:jc w:val="right"/>
      </w:pPr>
      <w:r>
        <w:t>اب وہاں پر اتنا سخت ہے معاملہ کہ صرف میرٹ چلتا ہے، بس۔ تو ہر آدمی کے اندر ایک انسنٹیو جگہ ہوا ہے کہ میں محنت کروں گا تو مجھے اس کا رزلٹ ملے گا۔</w:t>
      </w:r>
    </w:p>
    <w:p>
      <w:r>
        <w:rPr>
          <w:b/>
        </w:rPr>
        <w:t xml:space="preserve">[22:07] </w:t>
      </w:r>
      <w:r>
        <w:t>isi liye dekhen, wahan aik black jo hai, woh president ban gaya, aik black president ban gaya. kyun?</w:t>
      </w:r>
    </w:p>
    <w:p>
      <w:pPr>
        <w:jc w:val="right"/>
      </w:pPr>
      <w:r>
        <w:t>اسی لیے دیکھیں، وہاں ایک بلیک جو ہے، وہ پریزیڈنٹ بن گیا، ایک بلیک پریزیڈنٹ بن گیا۔ کیوں؟</w:t>
      </w:r>
    </w:p>
    <w:p>
      <w:r>
        <w:rPr>
          <w:b/>
        </w:rPr>
        <w:t xml:space="preserve">[22:16] </w:t>
      </w:r>
      <w:r>
        <w:t>us ne competence dikhaya.</w:t>
      </w:r>
    </w:p>
    <w:p>
      <w:pPr>
        <w:jc w:val="right"/>
      </w:pPr>
      <w:r>
        <w:t>اس نے کمپیٹنس دکھایا۔</w:t>
      </w:r>
    </w:p>
    <w:p>
      <w:r>
        <w:rPr>
          <w:b/>
        </w:rPr>
        <w:t xml:space="preserve">[22:20] </w:t>
      </w:r>
      <w:r>
        <w:t>to jin mulkon se yeh log gaye hain, un mulkon mein haal kya hai ke wahan par merit jo hai, woh is ki koi hesiyat hi nahi. aap ka source ho, aap kisi ke bete damad hon, kuch aap rishwat dena jante hon to aap ko taraqqi hogi, nahi to nahi hogi.</w:t>
      </w:r>
    </w:p>
    <w:p>
      <w:pPr>
        <w:jc w:val="right"/>
      </w:pPr>
      <w:r>
        <w:t>تو جن ملکوں سے یہ لوگ گئے ہیں، ان ملکوں میں حال کیا ہے کہ وہاں پر میرٹ جو ہے، وہ اس کی کوئی حیثیت ہی نہیں۔ آپ کا سورس ہو، آپ کسی کے بیٹے داماد ہوں، کچھ آپ رشوت دینا جانتے ہوں تو آپ کو ترقی ہوگی، نہیں تو نہیں ہوگی۔</w:t>
      </w:r>
    </w:p>
    <w:p>
      <w:r>
        <w:rPr>
          <w:b/>
        </w:rPr>
        <w:t xml:space="preserve">[22:37] </w:t>
      </w:r>
      <w:r>
        <w:t>america mein sab kuch bhi nahi, sirf merit, sirf merit, sirf merit. to jab bahir ke log wahan aaye to un ko bas bohat incentive mila</w:t>
      </w:r>
    </w:p>
    <w:p>
      <w:pPr>
        <w:jc w:val="right"/>
      </w:pPr>
      <w:r>
        <w:t>امریکہ میں سب کچھ بھی نہیں، صرف میرٹ، صرف میرٹ، صرف میرٹ۔ تو جب باہر کے لوگ وہاں آئے تو ان کو بس بہت انسنٹیو ملا</w:t>
      </w:r>
    </w:p>
    <w:p>
      <w:r>
        <w:rPr>
          <w:b/>
        </w:rPr>
        <w:t xml:space="preserve">[22:48] </w:t>
      </w:r>
      <w:r>
        <w:t>۔ arey bhai, yahan to hum agar mehnat karen to hum sab kuch pa sakte hain. to main ne kaha ke dekhiye, mister immigrant ne taraqqi nahi di hai america ko, mister incentive ne taraqqi di hai.</w:t>
      </w:r>
    </w:p>
    <w:p>
      <w:pPr>
        <w:jc w:val="right"/>
      </w:pPr>
      <w:r>
        <w:t>۔ ارے بھئی، یہاں تو ہم اگر محنت کریں تو ہم سب کچھ پا سکتے ہیں۔ تو میں نے کہا کہ دیکھیے، مسٹر امیگرینٹ نے ترقی نہیں دی ہے امریکہ کو، مسٹر انسنٹیو نے ترقی دی ہے۔</w:t>
      </w:r>
    </w:p>
    <w:p>
      <w:r>
        <w:rPr>
          <w:b/>
        </w:rPr>
        <w:t xml:space="preserve">[23:04] </w:t>
      </w:r>
      <w:r>
        <w:t>ab dekhen, yeh ke is tareeqe se alag kar ke dekhna, woh log jante nahin thay. mujhe to koi aadmi mila nahin jo is tarah alag kar ke jaane, sab isi fakhr mein jee rahe hain ke immigrant logon ne taraqqi diya hai.</w:t>
      </w:r>
    </w:p>
    <w:p>
      <w:pPr>
        <w:jc w:val="right"/>
      </w:pPr>
      <w:r>
        <w:t>اب دیکھیں، یہ کہ اس طریقے سے الگ کر کے دیکھنا، وہ لوگ جانتے نہیں تھے۔ مجھے تو کوئی آدمی ملا نہیں جو اس طرح الگ کر کے جانے، سب اسی فخر میں جی رہے ہیں کہ امیگرینٹ لوگوں نے ترقی دیا ہے۔</w:t>
      </w:r>
    </w:p>
    <w:p>
      <w:r>
        <w:rPr>
          <w:b/>
        </w:rPr>
        <w:t xml:space="preserve">[23:18] </w:t>
      </w:r>
      <w:r>
        <w:t>immigrant logon ne taraqqi nahin diya, unhon ne jo system banaye hain, jo incentive based hai, usay log hero bana.</w:t>
      </w:r>
    </w:p>
    <w:p>
      <w:pPr>
        <w:jc w:val="right"/>
      </w:pPr>
      <w:r>
        <w:t>امیگرینٹ لوگوں نے ترقی نہیں دیا، انہوں نے جو سسٹم بنائے ہیں، جو انسنٹیو بیسڈ ہے، اسے لوگ ہیرو بنا دیا۔</w:t>
      </w:r>
    </w:p>
    <w:p>
      <w:r>
        <w:rPr>
          <w:b/>
        </w:rPr>
        <w:t xml:space="preserve">[23:26] </w:t>
      </w:r>
      <w:r>
        <w:t>yahan pe India mein logon ko aisa kar diya, abhi hero hero ban jayenge log. India mein koi koi koi value nahin hai merit ki.</w:t>
      </w:r>
    </w:p>
    <w:p>
      <w:pPr>
        <w:jc w:val="right"/>
      </w:pPr>
      <w:r>
        <w:t>یہاں پہ انڈیا میں لوگوں کو ایسا کر دیا، ابھی ہیرو ہیرو بن جائیں گے لوگ۔ انڈیا میں کوئی کوئی کوئی ویلیو نہیں ہے میرٹ کی۔</w:t>
      </w:r>
    </w:p>
    <w:p>
      <w:r>
        <w:rPr>
          <w:b/>
        </w:rPr>
        <w:t xml:space="preserve">[23:36] </w:t>
      </w:r>
      <w:r>
        <w:t>yahan to bas yeh hai ke aap kisi minister sahab ke bete hon, kisi ke damad hon, koi safari sahab ke paas ho ya rishwat dene ke paise hon, to bas sab kuch mil jayega aap ko, warna kuch nahin milega.</w:t>
      </w:r>
    </w:p>
    <w:p>
      <w:pPr>
        <w:jc w:val="right"/>
      </w:pPr>
      <w:r>
        <w:t>یہاں تو بس یہ ہے کہ آپ کسی منسٹر صاحب کے بیٹے ہوں، کسی کے داماد ہوں، کوئی سفاری صاحب کے پاس ہو یا رشوت دینے کے پیسے ہوں، تو بس سب کچھ مل جائے گا آپ کو، ورنہ کچھ نہیں ملے گا۔</w:t>
      </w:r>
    </w:p>
    <w:p>
      <w:r>
        <w:rPr>
          <w:b/>
        </w:rPr>
        <w:t xml:space="preserve">[23:51] </w:t>
      </w:r>
      <w:r>
        <w:t>agar India mein yeh ho jaye ke koi rishwat nahin, koi corruption nahin, koi nepotism nahin, kisi ka kuch nahin suna jayega, prime minister bhi safari sahab nahin suna jayega, kuch nahin suna jayega,</w:t>
      </w:r>
    </w:p>
    <w:p>
      <w:pPr>
        <w:jc w:val="right"/>
      </w:pPr>
      <w:r>
        <w:t>اگر انڈیا میں یہ ہو جائے کہ کوئی رشوت نہیں، کوئی کرپشن نہیں، کوئی نیپوٹزم نہیں، کسی کا کچھ نہیں سنا جائے گا، پرائم منسٹر بھی سفاری صاحب نہیں سنا جائے گا، کچھ نہیں سنا جائے گا،</w:t>
      </w:r>
    </w:p>
    <w:p>
      <w:r>
        <w:rPr>
          <w:b/>
        </w:rPr>
        <w:t xml:space="preserve">[24:05] </w:t>
      </w:r>
      <w:r>
        <w:t>merit suni jayegi, bas. to aap dekhen ke India jo hai, ek giant ban jaye.</w:t>
      </w:r>
    </w:p>
    <w:p>
      <w:pPr>
        <w:jc w:val="right"/>
      </w:pPr>
      <w:r>
        <w:t>میرٹ سنی جائے گی، بس۔ تو آپ دیکھیں کہ انڈیا جو ہے، ایک جائنٹ بن جائے۔</w:t>
      </w:r>
    </w:p>
    <w:p>
      <w:r>
        <w:rPr>
          <w:b/>
        </w:rPr>
        <w:t xml:space="preserve">[24:15] </w:t>
      </w:r>
      <w:r>
        <w:t>to America mein yeh cheez hai, wahan merit ke sath koi cheez wahan pe chalti nahin,</w:t>
      </w:r>
    </w:p>
    <w:p>
      <w:pPr>
        <w:jc w:val="right"/>
      </w:pPr>
      <w:r>
        <w:t>تو امریکہ میں یہ چیز ہے، وہاں میرٹ کے ساتھ کوئی چیز وہاں پہ چلتی نہیں،</w:t>
      </w:r>
    </w:p>
    <w:p>
      <w:r>
        <w:rPr>
          <w:b/>
        </w:rPr>
        <w:t xml:space="preserve">[24:24] </w:t>
      </w:r>
      <w:r>
        <w:t>sirf to us ne logon ko incentive diya. ab bataen ke yeh baat nahin jante hain log? har aadmi yahi bolta hai ke immigrant ne taraqqi diya hai,</w:t>
      </w:r>
    </w:p>
    <w:p>
      <w:pPr>
        <w:jc w:val="right"/>
      </w:pPr>
      <w:r>
        <w:t>صرف تو اس نے لوگوں کو انسنٹیو دیا۔ اب بتائیں کہ یہ بات نہیں جانتے ہیں لوگ؟ ہر آدمی یہی بولتا ہے کہ امیگرینٹ نے ترقی دیا ہے،</w:t>
      </w:r>
    </w:p>
    <w:p>
      <w:r>
        <w:rPr>
          <w:b/>
        </w:rPr>
        <w:t xml:space="preserve">[24:35] </w:t>
      </w:r>
      <w:r>
        <w:t>halankay sachai yeh hai ke Mr. Immigrant ne taraqqi nahin diya hai, Mr. Incentive ne taraqqi diya hai.</w:t>
      </w:r>
    </w:p>
    <w:p>
      <w:pPr>
        <w:jc w:val="right"/>
      </w:pPr>
      <w:r>
        <w:t>حالانکہ سچائی یہ ہے کہ مسٹر امیگرینٹ نے ترقی نہیں دیا ہے، مسٹر انسنٹیو نے ترقی دیا ہے۔</w:t>
      </w:r>
    </w:p>
    <w:p>
      <w:r>
        <w:rPr>
          <w:b/>
        </w:rPr>
        <w:t xml:space="preserve">[24:48] </w:t>
      </w:r>
      <w:r>
        <w:t>to log jo hain, wahan ka mamla kya hai</w:t>
      </w:r>
    </w:p>
    <w:p>
      <w:pPr>
        <w:jc w:val="right"/>
      </w:pPr>
      <w:r>
        <w:t>تو لوگ جو ہیں، وہاں کا معاملہ کیا ہے</w:t>
      </w:r>
    </w:p>
    <w:p>
      <w:r>
        <w:rPr>
          <w:b/>
        </w:rPr>
        <w:t xml:space="preserve">[24:56] </w:t>
      </w:r>
      <w:r>
        <w:t>ke woh</w:t>
      </w:r>
    </w:p>
    <w:p>
      <w:pPr>
        <w:jc w:val="right"/>
      </w:pPr>
      <w:r>
        <w:t>کہ وہ</w:t>
      </w:r>
    </w:p>
    <w:p>
      <w:r>
        <w:rPr>
          <w:b/>
        </w:rPr>
        <w:t xml:space="preserve">[25:00] </w:t>
      </w:r>
      <w:r>
        <w:t>yani they are strong physically, but they are weak spiritually yani intellectually. is se maine is hadees, is ayat ko samjha, muhaq ruba jo ayat Quran majeed mein hai ke ruba se ruba ko kaha ke ruba mein nuqsan</w:t>
      </w:r>
    </w:p>
    <w:p>
      <w:pPr>
        <w:jc w:val="right"/>
      </w:pPr>
      <w:r>
        <w:t>یعنی دے آر اسٹرانگ فزیکلی، بٹ دے آر ویک اسپریچولی یعنی انٹلیکچولی۔ اس سے میں نے اس حدیث، اس آیت کو سمجھا، محق رباع جو آیت قرآن مجید میں ہے کہ رباع سے رباع کو کہا کہ رباع میں نقصان</w:t>
      </w:r>
    </w:p>
    <w:p>
      <w:r>
        <w:rPr>
          <w:b/>
        </w:rPr>
        <w:t xml:space="preserve">[25:21] </w:t>
      </w:r>
      <w:r>
        <w:t>hai. nuqsan log samajhte hain ke eikhtisadi nuqsan, ek economic term mein nuqsan nahin, woh bhi ek pehlu is ka hai.</w:t>
      </w:r>
    </w:p>
    <w:p>
      <w:pPr>
        <w:jc w:val="right"/>
      </w:pPr>
      <w:r>
        <w:t>ہے۔ نقصان لوگ سمجھتے ہیں کہ اقتصادی نقصان، ایک ایکانومک ٹرم میں نقصان نہیں، وہ بھی ایک پہلو اس کا ہے۔</w:t>
      </w:r>
    </w:p>
    <w:p>
      <w:r>
        <w:rPr>
          <w:b/>
        </w:rPr>
        <w:t xml:space="preserve">[25:29] </w:t>
      </w:r>
      <w:r>
        <w:t>lekin is se doosra pehlu yeh hai ke intellectual nuqsan, intellectual development ruk jata hai. ab ghor kijiye, jab aap ka yeh haal ho ke aap ne har cheez ke liye loan le rakha hai aur bas kamana kamana, isi mein phanse hue hain aap,</w:t>
      </w:r>
    </w:p>
    <w:p>
      <w:pPr>
        <w:jc w:val="right"/>
      </w:pPr>
      <w:r>
        <w:t>لیکن اس سے دوسرا پہلو یہ ہے کہ انٹلیکچول نقصان، انٹلیکچول ڈیولپمنٹ رک جاتا ہے۔ اب غور کیجئے، جب آپ کا یہ حال ہو کہ آپ نے ہر چیز کے لیے لون لے رکھا ہے اور بس کمانا کمانا، اسی میں پھنسے ہوئے ہیں آپ،</w:t>
      </w:r>
    </w:p>
    <w:p>
      <w:r>
        <w:rPr>
          <w:b/>
        </w:rPr>
        <w:t xml:space="preserve">[25:48] </w:t>
      </w:r>
      <w:r>
        <w:t>to na aap sochenge, na aap study karenge, na aap contemplation aap ke andar hoga, kuch bhi nahin hoga siwaye kamane kamane kamane.</w:t>
      </w:r>
    </w:p>
    <w:p>
      <w:pPr>
        <w:jc w:val="right"/>
      </w:pPr>
      <w:r>
        <w:t>تو نہ آپ سوچیں گے، نہ آپ اسٹڈی کریں گے، نہ آپ کنٹمپلیشن آپ کے اندر ہوگا، کچھ بھی نہیں ہوگا سوائے کمانے کمانے کمانے۔</w:t>
      </w:r>
    </w:p>
    <w:p>
      <w:r>
        <w:rPr>
          <w:b/>
        </w:rPr>
        <w:t xml:space="preserve">[25:57] </w:t>
      </w:r>
      <w:r>
        <w:t>kyun? jab wahan jab baat karta tha main to jo is ka profession hai, us par to khoob bol sakta tha, woh jo is ka profession hai, woh khoob bol sakta tha, woh.</w:t>
      </w:r>
    </w:p>
    <w:p>
      <w:pPr>
        <w:jc w:val="right"/>
      </w:pPr>
      <w:r>
        <w:t>کیوں؟ جب وہاں جب بات کرتا تھا میں تو جو اس کا پروفیشن ہے، اس پر تو خوب بول سکتا تھا، وہ جو اس کا پروفیشن ہے، وہ خوب بول سکتا تھا، وہ۔</w:t>
      </w:r>
    </w:p>
    <w:p>
      <w:r>
        <w:rPr>
          <w:b/>
        </w:rPr>
        <w:t xml:space="preserve">[26:08] </w:t>
      </w:r>
      <w:r>
        <w:t>lekin jo intellectual subject hai, us par kuch bhi is ke paas kehne ke liye nahin tha.</w:t>
      </w:r>
    </w:p>
    <w:p>
      <w:pPr>
        <w:jc w:val="right"/>
      </w:pPr>
      <w:r>
        <w:t>لیکن جو انٹلیکچول سبجیکٹ ہے، اس پر کچھ بھی اس کے پاس کہنے کے لیے نہیں تھا۔</w:t>
      </w:r>
    </w:p>
    <w:p>
      <w:r>
        <w:rPr>
          <w:b/>
        </w:rPr>
        <w:t xml:space="preserve">[26:15] </w:t>
      </w:r>
      <w:r>
        <w:t>jaise main ek apna tajruba batata hoon,</w:t>
      </w:r>
    </w:p>
    <w:p>
      <w:pPr>
        <w:jc w:val="right"/>
      </w:pPr>
      <w:r>
        <w:t>جیسے میں ایک اپنا تجربہ بتاتا ہوں،</w:t>
      </w:r>
    </w:p>
    <w:p>
      <w:r>
        <w:rPr>
          <w:b/>
        </w:rPr>
        <w:t xml:space="preserve">[26:18] </w:t>
      </w:r>
      <w:r>
        <w:t>main Chicago gaya. Chicago jo hai, bohat hi well known city hai America ka, to wahan par Sears Tower hai, jis ki stories hain 103, 103 manzilein hain,</w:t>
      </w:r>
    </w:p>
    <w:p>
      <w:pPr>
        <w:jc w:val="right"/>
      </w:pPr>
      <w:r>
        <w:t>میں شکاگو گیا۔ شکاگو جو ہے، بہت ہی ویل نون سٹی ہے امریکہ کا، تو وہاں پر سیئرس ٹاور ہے، جس کی سٹوریز ہیں 103، 103 منزلیں ہیں،</w:t>
      </w:r>
    </w:p>
    <w:p>
      <w:r>
        <w:rPr>
          <w:b/>
        </w:rPr>
        <w:t xml:space="preserve">[26:35] </w:t>
      </w:r>
      <w:r>
        <w:t>bohat hi ooncha. to maine ek parhe likhe aadmi se poocha ke is ko dekh kar aap ne kya kya sabak liya?</w:t>
      </w:r>
    </w:p>
    <w:p>
      <w:pPr>
        <w:jc w:val="right"/>
      </w:pPr>
      <w:r>
        <w:t>بہت ہی اونچا۔ تو میں نے ایک پڑھے لکھے آدمی سے پوچھا کہ اس کو دیکھ کر آپ نے کیا کیا سبق لیا؟</w:t>
      </w:r>
    </w:p>
    <w:p>
      <w:r>
        <w:rPr>
          <w:b/>
        </w:rPr>
        <w:t xml:space="preserve">[26:48] </w:t>
      </w:r>
      <w:r>
        <w:t>ek parhe likhe aadmi se maine poocha ke is ko dekh kar kya sabak liya aap ne? to idhar udhar ki baaten karne laga woh.</w:t>
      </w:r>
    </w:p>
    <w:p>
      <w:pPr>
        <w:jc w:val="right"/>
      </w:pPr>
      <w:r>
        <w:t>ایک پڑھے لکھے آدمی سے میں نے پوچھا کہ اس کو دیکھ کر کیا سبق لیا آپ نے؟ تو ادھر ادھر کی باتیں کرنے لگا وہ۔</w:t>
      </w:r>
    </w:p>
    <w:p>
      <w:r>
        <w:rPr>
          <w:b/>
        </w:rPr>
        <w:t xml:space="preserve">[26:57] </w:t>
      </w:r>
      <w:r>
        <w:t>maine kaha ke dekhen, maine kya sabak liya hai, batata hoon aap ko.</w:t>
      </w:r>
    </w:p>
    <w:p>
      <w:pPr>
        <w:jc w:val="right"/>
      </w:pPr>
      <w:r>
        <w:t>میں نے کہا کہ دیکھیں، میں نے کیا سبق لیا ہے، بتاتا ہوں آپ کو۔</w:t>
      </w:r>
    </w:p>
    <w:p>
      <w:r>
        <w:rPr>
          <w:b/>
        </w:rPr>
        <w:t xml:space="preserve">[27:03] </w:t>
      </w:r>
      <w:r>
        <w:t>maine sabak yeh liya ke aap ko maloom hai ke September 11 jo hai, 2001 mein New York mein ek waqea hua tha.</w:t>
      </w:r>
    </w:p>
    <w:p>
      <w:pPr>
        <w:jc w:val="right"/>
      </w:pPr>
      <w:r>
        <w:t>میں نے سبق یہ لیا کہ آپ کو معلوم ہے کہ ستمبر 11 جو ہے، 2001 میں نیویارک میں ایک واقعہ ہوا تھا۔</w:t>
      </w:r>
    </w:p>
    <w:p>
      <w:r>
        <w:rPr>
          <w:b/>
        </w:rPr>
        <w:t xml:space="preserve">[27:16] </w:t>
      </w:r>
      <w:r>
        <w:t>New York mein ek World Trade Tower tha, bohat ooncha. main is par bhi charha hoon, ooper ja kar ke neechay ka insaan jo bilkul dwarf dikhai deta tha, woh ek tone building thi.</w:t>
      </w:r>
    </w:p>
    <w:p>
      <w:pPr>
        <w:jc w:val="right"/>
      </w:pPr>
      <w:r>
        <w:t>نیویارک میں ایک ورلڈ ٹریڈ ٹاور تھا، بہت اونچا۔ میں اس پر بھی چڑھا ہوں، اوپر جا کر کے نیچے کا انسان جو بالکل ڈوارک دکھائی دیتا تھا، وہ ایک ٹون بلڈنگ تھی۔</w:t>
      </w:r>
    </w:p>
    <w:p>
      <w:r>
        <w:rPr>
          <w:b/>
        </w:rPr>
        <w:t xml:space="preserve">[27:30] </w:t>
      </w:r>
      <w:r>
        <w:t>woh aaj woh nahin hai kyunke September 11, 2001 mein hua jahaz takra kar us ko destroy kar diya gaya.</w:t>
      </w:r>
    </w:p>
    <w:p>
      <w:pPr>
        <w:jc w:val="right"/>
      </w:pPr>
      <w:r>
        <w:t>وہ آج وہ نہیں ہے کیونکہ ستمبر 11، 2001 میں ہوا جہاز ٹکرا کر اس کو ڈسٹروئے کر دیا گیا۔</w:t>
      </w:r>
    </w:p>
    <w:p>
      <w:r>
        <w:rPr>
          <w:b/>
        </w:rPr>
        <w:t xml:space="preserve">[27:42] </w:t>
      </w:r>
      <w:r>
        <w:t>ab mein jab gaya wahan par, wahan bulba bhi is ka nahi tha.</w:t>
      </w:r>
    </w:p>
    <w:p>
      <w:pPr>
        <w:jc w:val="right"/>
      </w:pPr>
      <w:r>
        <w:t>اب میں جب گیا وہاں پر، وہاں بلبہ بھی اس کا نہیں تھا۔</w:t>
      </w:r>
    </w:p>
    <w:p>
      <w:r>
        <w:rPr>
          <w:b/>
        </w:rPr>
        <w:t xml:space="preserve">[27:46] </w:t>
      </w:r>
      <w:r>
        <w:t>ab is ko ground zero kehte hain, wahan par ground zero. to wahan par 2001 se pehle aik bohat oonchi building khari hui thi, jo america ki glory ka aik goya nishan tha.</w:t>
      </w:r>
    </w:p>
    <w:p>
      <w:pPr>
        <w:jc w:val="right"/>
      </w:pPr>
      <w:r>
        <w:t>اب اس کو گراؤنڈ زیرو کہتے ہیں، وہاں پر گراؤنڈ زیرو۔ تو وہاں پر 2001 سے پہلے ایک بہت اونچی بلڈنگ کھڑی ہوئی تھی، جو امریکہ کی گلوری کا ایک گویا نشان تھا۔</w:t>
      </w:r>
    </w:p>
    <w:p>
      <w:r>
        <w:rPr>
          <w:b/>
        </w:rPr>
        <w:t xml:space="preserve">[28:06] </w:t>
      </w:r>
      <w:r>
        <w:t>to is ko mita diya unhon ne, jo jo america ko dushman samajhte hain, america ko samajhte hain ke bohat bura hai, yeh evil hai, yeh devil hai.</w:t>
      </w:r>
    </w:p>
    <w:p>
      <w:pPr>
        <w:jc w:val="right"/>
      </w:pPr>
      <w:r>
        <w:t>تو اس کو مٹا دیا انہوں نے، جو جو امریکہ کو دشمن سمجھتے ہیں، امریکہ کو سمجھتے ہیں کہ بہت برا ہے، یہ ایول ہے، یہ ڈیول ہے۔</w:t>
      </w:r>
    </w:p>
    <w:p>
      <w:r>
        <w:rPr>
          <w:b/>
        </w:rPr>
        <w:t xml:space="preserve">[28:16] </w:t>
      </w:r>
      <w:r>
        <w:t>to mein jab dekha yahan par Sears Tower ko to mujhe yaad aaya ke British, British jo culture hai, is mein aik kaha jata hai ke agar aik king mar jaye to wahan kehte hain woh ke "The king is dead,</w:t>
      </w:r>
    </w:p>
    <w:p>
      <w:pPr>
        <w:jc w:val="right"/>
      </w:pPr>
      <w:r>
        <w:t>تو میں جب دیکھا یہاں پر سیئرس ٹاور کو تو مجھے یاد آیا کہ برٹش، برٹش جو کلچر ہے، اس میں ایک کہا جاتا ہے کہ اگر ایک کنگ مر جائے تو وہاں کہتے ہیں وہ کہ "دا کنگ از ڈیڈ،</w:t>
      </w:r>
    </w:p>
    <w:p>
      <w:r>
        <w:rPr>
          <w:b/>
        </w:rPr>
        <w:t xml:space="preserve">[28:37] </w:t>
      </w:r>
      <w:r>
        <w:t>"Long live the king" yani badshah to mar gaya, lekin badshahat waqe hai, woh chal rahi hai.</w:t>
      </w:r>
    </w:p>
    <w:p>
      <w:pPr>
        <w:jc w:val="right"/>
      </w:pPr>
      <w:r>
        <w:t>لانگ لیو دا کنگ" یعنی بادشاہ تو مر گیا، لیکن بادشاہت واقع ہے، وہ چل رہی ہے۔ "</w:t>
      </w:r>
    </w:p>
    <w:p>
      <w:r>
        <w:rPr>
          <w:b/>
        </w:rPr>
        <w:t xml:space="preserve">[28:48] </w:t>
      </w:r>
      <w:r>
        <w:t>da king is dead, long live da king" to mein ne kaha ke yahi mujhe yaad aaya yahan par ke aap ne yani jo log america ko samajhte the ke yeh devil hai, new york tower ko aap ne destroy kar diya.</w:t>
      </w:r>
    </w:p>
    <w:p>
      <w:pPr>
        <w:jc w:val="right"/>
      </w:pPr>
      <w:r>
        <w:t>دا کنگ از ڈیڈ، لانگ لیو دا کنگ" تو میں نے کہا کہ یہی مجھے یاد آیا یہاں پر کہ آپ نے یعنی جو لوگ امریکہ کو سمجھتے تھے کہ یہ ڈیول ہے، نیویارک ٹاور کو آپ نے ڈسٹروئے کر دیا۔</w:t>
      </w:r>
    </w:p>
    <w:p>
      <w:r>
        <w:rPr>
          <w:b/>
        </w:rPr>
        <w:t xml:space="preserve">[29:03] </w:t>
      </w:r>
      <w:r>
        <w:t>dekhein, chicago tower phir bhi khara hua hai, isi shan o shaukat ke sath, is se bhi ooncha hai. woh</w:t>
      </w:r>
    </w:p>
    <w:p>
      <w:pPr>
        <w:jc w:val="right"/>
      </w:pPr>
      <w:r>
        <w:t>دیکھیں، شکاگو ٹاور پھر بھی کھڑا ہوا ہے، اسی شان و شوکت کے ساتھ، اس سے بھی اونچا ہے۔ وہ</w:t>
      </w:r>
    </w:p>
    <w:p>
      <w:r>
        <w:rPr>
          <w:b/>
        </w:rPr>
        <w:t xml:space="preserve">[29:09] </w:t>
      </w:r>
      <w:r>
        <w:t>to mein ne kaha ke ke american yani isi ko le kar mein ne kaha ke "American glory is destroyed, American glory is demolished, long live the American glory"</w:t>
      </w:r>
    </w:p>
    <w:p>
      <w:pPr>
        <w:jc w:val="right"/>
      </w:pPr>
      <w:r>
        <w:t>تو میں نے کہا کہ کہ امریکن یعنی اسی کو لے کر میں نے کہا کہ "امریکن گلوری از ڈسٹروئے، امریکن گلوری از ڈیمولشڈ، لانگ لیو دا امریکن گلوری"</w:t>
      </w:r>
    </w:p>
    <w:p>
      <w:r>
        <w:rPr>
          <w:b/>
        </w:rPr>
        <w:t xml:space="preserve">[29:29] </w:t>
      </w:r>
      <w:r>
        <w:t>yani "American glory is demolished, long live the American glory". is se mein ne aik bohat bari cheez daryaft ki,</w:t>
      </w:r>
    </w:p>
    <w:p>
      <w:pPr>
        <w:jc w:val="right"/>
      </w:pPr>
      <w:r>
        <w:t>یعنی "امریکن گلوری از ڈیمولشڈ، لانگ لیو دا امریکن گلوری"۔ اس سے میں نے ایک بہت بڑی چیز دریافت کی،</w:t>
      </w:r>
    </w:p>
    <w:p>
      <w:r>
        <w:rPr>
          <w:b/>
        </w:rPr>
        <w:t xml:space="preserve">[29:38] </w:t>
      </w:r>
      <w:r>
        <w:t>woh yeh hai ke kisi ko aap material nuqsan pohncha kar is ko destroy nahi kar sakte, impossible hai.</w:t>
      </w:r>
    </w:p>
    <w:p>
      <w:pPr>
        <w:jc w:val="right"/>
      </w:pPr>
      <w:r>
        <w:t>وہ یہ ہے کہ کسی کو آپ مٹیریل نقصان پہنچا کر اس کو ڈسٹروئے نہیں کر سکتے، امپاسیبل ہے۔</w:t>
      </w:r>
    </w:p>
    <w:p>
      <w:r>
        <w:rPr>
          <w:b/>
        </w:rPr>
        <w:t xml:space="preserve">[29:49] </w:t>
      </w:r>
      <w:r>
        <w:t>poori tareekh mein mere samne aa gayi. dekhein, tatariyon ne terveen sadi mein musalmanon ke abbas empire ko destroy kiya tha.</w:t>
      </w:r>
    </w:p>
    <w:p>
      <w:pPr>
        <w:jc w:val="right"/>
      </w:pPr>
      <w:r>
        <w:t>پوری تاریخ میں میرے سامنے آ گئی۔ دیکھیں، تاتاریوں نے تیرویں صدی میں مسلمانوں کے عباس ایمپائر کو ڈسٹروئے کیا تھا۔</w:t>
      </w:r>
    </w:p>
    <w:p>
      <w:r>
        <w:rPr>
          <w:b/>
        </w:rPr>
        <w:t xml:space="preserve">[30:00] </w:t>
      </w:r>
      <w:r>
        <w:t>to kya muslim empire destroy ho gaya? phir woh qaim ho gaya? khud tatariyon ko is ne absorb kar liya apne andar.</w:t>
      </w:r>
    </w:p>
    <w:p>
      <w:pPr>
        <w:jc w:val="right"/>
      </w:pPr>
      <w:r>
        <w:t>تو کیا مسلم ایمپائر ڈسٹروئے ہو گیا؟ پھر وہ قائم ہو گیا؟ خود تاتاریوں کو اس نے ابزار کر لیا اپنے اندر۔</w:t>
      </w:r>
    </w:p>
    <w:p>
      <w:r>
        <w:rPr>
          <w:b/>
        </w:rPr>
        <w:t xml:space="preserve">[30:09] </w:t>
      </w:r>
      <w:r>
        <w:t>wahan unhon ne halab se le kar ke samarqand tak masjidon ko dhaya, buildingon ko dhaya, logon ko mara.</w:t>
      </w:r>
    </w:p>
    <w:p>
      <w:pPr>
        <w:jc w:val="right"/>
      </w:pPr>
      <w:r>
        <w:t>وہاں انہوں نے حلف سے لے کر کے صبرقند تک مسجدوں کو ڈھایا، بلڈنگوں کو ڈھایا، لوگوں کو مارا۔</w:t>
      </w:r>
    </w:p>
    <w:p>
      <w:r>
        <w:rPr>
          <w:b/>
        </w:rPr>
        <w:t xml:space="preserve">[30:20] </w:t>
      </w:r>
      <w:r>
        <w:t>lekin bohat jald muslim empire phir qaim ho gaya. aise aap dekhiye, khud america ne japan ko bombarding kar ke tabah kiya,</w:t>
      </w:r>
    </w:p>
    <w:p>
      <w:pPr>
        <w:jc w:val="right"/>
      </w:pPr>
      <w:r>
        <w:t>لیکن بہت جلد مسلم ایمپائر پھر قائم ہو گیا۔ ایسے آپ دیکھیے، خود امریکہ نے جاپان کو بمباڑ پن کر کے تباہ کیا،</w:t>
      </w:r>
    </w:p>
    <w:p>
      <w:r>
        <w:rPr>
          <w:b/>
        </w:rPr>
        <w:t xml:space="preserve">[30:35] </w:t>
      </w:r>
      <w:r>
        <w:t>first second world war mein. aaj japan phir khara hua hai, economic super power bana hua hai. to buildingon ke dhane se ya kahin society bombing karne se aap kisi ko khatam nahi kar sakte.</w:t>
      </w:r>
    </w:p>
    <w:p>
      <w:pPr>
        <w:jc w:val="right"/>
      </w:pPr>
      <w:r>
        <w:t>فرسٹ سیکنڈ ورلڈ وار میں۔ آج جاپان پھر کھڑا ہوا ہے، اکنامک سفر وار بنا ہوا ہے۔ تو بلڈنگوں کے دھانے سے یا کہیں سوسائٹی بمنگ کرنے سے آپ کسی کو ختم نہیں کر سکتے۔</w:t>
      </w:r>
    </w:p>
    <w:p>
      <w:r>
        <w:rPr>
          <w:b/>
        </w:rPr>
        <w:t xml:space="preserve">[30:49] </w:t>
      </w:r>
      <w:r>
        <w:t>kitni bari yeh fallacy hai jis mein log jee rahe hain. society bombing karenge ya koi building utha denge to kya ke aap is ko khatam kar denge?</w:t>
      </w:r>
    </w:p>
    <w:p>
      <w:pPr>
        <w:jc w:val="right"/>
      </w:pPr>
      <w:r>
        <w:t>کتنی بڑی یہ فیلیسی ہے جس میں لوگ جی رہے ہیں۔ سوسائٹی بمنگ کریں گے یا کوئی بلڈنگ اٹھا دیں گے تو کیا کہ آپ اس کو ختم کر دیں گے؟</w:t>
      </w:r>
    </w:p>
    <w:p>
      <w:r>
        <w:rPr>
          <w:b/>
        </w:rPr>
        <w:t xml:space="preserve">[31:02] </w:t>
      </w:r>
      <w:r>
        <w:t>kabhi nahi khatam ho sakta aur na khatam kar paye hain aap. to jab mein chicago tower ke samne khara tha, yeh mujhe yaad aaya british formula "the king is dead, long live the king".</w:t>
      </w:r>
    </w:p>
    <w:p>
      <w:pPr>
        <w:jc w:val="right"/>
      </w:pPr>
      <w:r>
        <w:t>کبھی نہیں ختم ہو سکتا اور نہ ختم کر پائے ہیں آپ۔ تو جب میں شکاگو ٹاور کے سامنے کھڑا تھا، یہ مجھے یاد آیا برٹش فارمولا "دا کنگ از ڈیڈ، لانگ لیو دا کنگ"۔</w:t>
      </w:r>
    </w:p>
    <w:p>
      <w:r>
        <w:rPr>
          <w:b/>
        </w:rPr>
        <w:t xml:space="preserve">[31:19] </w:t>
      </w:r>
      <w:r>
        <w:t>to mein ne kaha ke "American, American glory is demolished, long live the American glory".</w:t>
      </w:r>
    </w:p>
    <w:p>
      <w:pPr>
        <w:jc w:val="right"/>
      </w:pPr>
      <w:r>
        <w:t>تو میں نے کہا کہ "امریکن، امریکن گلوری از ڈیمولشڈ، لانگ لیو دا امریکن گلوری"۔</w:t>
      </w:r>
    </w:p>
    <w:p>
      <w:r>
        <w:rPr>
          <w:b/>
        </w:rPr>
        <w:t xml:space="preserve">[31:28] </w:t>
      </w:r>
      <w:r>
        <w:t>is se mein ne sabak liya ke agar aap kisi ko apna rival samajhte hon to yeh is ko jaan lijiye ke law of nature yeh hai ke aap is ko material nuqsan pohncha kar khatam nahi kar sakte.</w:t>
      </w:r>
    </w:p>
    <w:p>
      <w:pPr>
        <w:jc w:val="right"/>
      </w:pPr>
      <w:r>
        <w:t>اس سے میں نے سبق لیا کہ اگر آپ کسی کو اپنا رائیول سمجھتے ہوں تو یہ اس کو جان لیجئے کہ لاء آف نیچر یہ ہے کہ آپ اس کو مٹیریل نقصان پہنچا کر ختم نہیں کر سکتے۔</w:t>
      </w:r>
    </w:p>
    <w:p>
      <w:r>
        <w:rPr>
          <w:b/>
        </w:rPr>
        <w:t xml:space="preserve">[31:45] </w:t>
      </w:r>
      <w:r>
        <w:t>ise the work ki ahmiyat samajh aayi, the work intellectual work ki ahmiyat samajh aayi.</w:t>
      </w:r>
    </w:p>
    <w:p>
      <w:pPr>
        <w:jc w:val="right"/>
      </w:pPr>
      <w:r>
        <w:t>اسے دا ورک کی اہمیت سمجھ آئی، دا ورک انٹلیکچول ورک کی اہمیت سمجھ آئی۔</w:t>
      </w:r>
    </w:p>
    <w:p>
      <w:r>
        <w:rPr>
          <w:b/>
        </w:rPr>
        <w:t xml:space="preserve">[31:54] </w:t>
      </w:r>
      <w:r>
        <w:t>isi liye aik aik aik European scholar ne Tatariyon ke qisse ko bayan karte hue likha hai ke "the diligence of Muslims have conquered where their arms have failed"</w:t>
      </w:r>
    </w:p>
    <w:p>
      <w:pPr>
        <w:jc w:val="right"/>
      </w:pPr>
      <w:r>
        <w:t>اسی لیے ایک ایک ایک یورپین اسکالر نے تاتاریوں کے قصے کو بیان کرتے ہوئے لکھا ہے کہ "دا ڈیلیجن آف مسلمز ہیو کانکر ویر دیر آرمز ہیو فیڈ"</w:t>
      </w:r>
    </w:p>
    <w:p>
      <w:r>
        <w:rPr>
          <w:b/>
        </w:rPr>
        <w:t xml:space="preserve">[32:11] </w:t>
      </w:r>
      <w:r>
        <w:t>ke musalmanon ke hathyar jahan jo kaam nahi kar sakte the, us ko un ke diligence ne kar diya, yani tatariyon ko fateh kar liya.</w:t>
      </w:r>
    </w:p>
    <w:p>
      <w:pPr>
        <w:jc w:val="right"/>
      </w:pPr>
      <w:r>
        <w:t>کہ مسلمانوں کے ہتھیار جہاں جو کام نہیں کر سکتے تھے، اس کو ان کے ڈیلیجن نے کر دیا، یعنی تاتاریوں کو فتح کر لیا۔</w:t>
      </w:r>
    </w:p>
    <w:p>
      <w:r>
        <w:rPr>
          <w:b/>
        </w:rPr>
        <w:t xml:space="preserve">[32:22] </w:t>
      </w:r>
      <w:r>
        <w:t>to dekhiye, chahe aik individual level par rivalry ho, do aadmi aapas mein ghussa ho jayein aur ladne lagein, to aap is ko physical sense mein koi nuqsan pohncha kar,</w:t>
      </w:r>
    </w:p>
    <w:p>
      <w:pPr>
        <w:jc w:val="right"/>
      </w:pPr>
      <w:r>
        <w:t>تو دیکھیے، چاہے ایک انڈیویجول لیول پر رائیولری ہو، دو آدمی آپس میں غصہ ہو جائیں اور لڑنے لگیں، تو آپ اس کو فزیکل سینس میں کوئی نقصان پہنچا کر کے،</w:t>
      </w:r>
    </w:p>
    <w:p>
      <w:r>
        <w:rPr>
          <w:b/>
        </w:rPr>
        <w:t xml:space="preserve">[32:38] </w:t>
      </w:r>
      <w:r>
        <w:t>physical term mein koi nuqsan pohncha kar, is ko destroy nahi kar sakte. aap chahe ke individual ho, chahe koi community ho, chahe koi nation ho,</w:t>
      </w:r>
    </w:p>
    <w:p>
      <w:pPr>
        <w:jc w:val="right"/>
      </w:pPr>
      <w:r>
        <w:t>فزیکل ٹرم میں کوئی نقصان پہنچا کر، اس کو ڈسٹروئے نہیں کر سکتے۔ آپ چاہے کہ انڈیویجول ہو، چاہے کوئی کمیونٹی ہو، چاہے کوئی نیشن ہو،</w:t>
      </w:r>
    </w:p>
    <w:p>
      <w:r>
        <w:rPr>
          <w:b/>
        </w:rPr>
        <w:t xml:space="preserve">[32:49] </w:t>
      </w:r>
      <w:r>
        <w:t>har physical nuqsan jo hai, aadmi is ko compensate kar leta hai, phir khara ho jata hai, woh jaise ke japan khara ho gaya.</w:t>
      </w:r>
    </w:p>
    <w:p>
      <w:pPr>
        <w:jc w:val="right"/>
      </w:pPr>
      <w:r>
        <w:t>ہر فزیکل نقصان جو ہے، آدمی اس کو کمپنسیٹ کر لیتا ہے، پھر کھڑا ہو جاتا ہے، وہ جیسے کہ جاپان کھڑا ہو گیا۔</w:t>
      </w:r>
    </w:p>
    <w:p>
      <w:r>
        <w:rPr>
          <w:b/>
        </w:rPr>
        <w:t xml:space="preserve">[33:01] </w:t>
      </w:r>
      <w:r>
        <w:t>to aap ke paas koi ideology ho to us se aap us ko zer kar sakte hain. yeh arbon ko rasool Allah sal Allah alihay wasallam ki ideology ne zer kiya, tatariyon ko dobara Islam ki ideology ne zer kiya.</w:t>
      </w:r>
    </w:p>
    <w:p>
      <w:pPr>
        <w:jc w:val="right"/>
      </w:pPr>
      <w:r>
        <w:t>تو آپ کے پاس کوئی آئیڈیالوجی ہو تو اس سے آپ اس کو زیر کر سکتے ہیں۔ یہ عربوں کو رسول اللہ صلی اللہ علیہ وسلم کی آئیڈیالوجی نے زیر کیا، تاتاریوں کو دوبارہ اسلام کی آئیڈیالوجی نے زیر کیا۔</w:t>
      </w:r>
    </w:p>
    <w:p>
      <w:r>
        <w:rPr>
          <w:b/>
        </w:rPr>
        <w:t xml:space="preserve">[33:21] </w:t>
      </w:r>
      <w:r>
        <w:t>to mujhe bilkul futile laga, yeh futile exercise, is se zahir hai bombing kar rahe hain aur tower ko bahar gira rahe hain, is se kuch hone wala nahi hai.</w:t>
      </w:r>
    </w:p>
    <w:p>
      <w:pPr>
        <w:jc w:val="right"/>
      </w:pPr>
      <w:r>
        <w:t>تو مجھے بالکل فیوٹائل لگا، یہ فیوٹائل ایکسرسائز، اس سے ظاہر ہے بمنگ کر رہے ہیں اور ٹاور کو باہر گرا رہے ہیں، اس سے کچھ ہونے والا نہیں ہے۔</w:t>
      </w:r>
    </w:p>
    <w:p>
      <w:r>
        <w:rPr>
          <w:b/>
        </w:rPr>
        <w:t xml:space="preserve">[33:35] </w:t>
      </w:r>
      <w:r>
        <w:t>yeh lesson us ko de kar yeh lesson mila. ek aur bohat bari baat samajh aayi mujhe ke aaj kal dekhiye, America mein kafi log Islam qabool kar rahe hain.</w:t>
      </w:r>
    </w:p>
    <w:p>
      <w:pPr>
        <w:jc w:val="right"/>
      </w:pPr>
      <w:r>
        <w:t>یہ لیسن اس کو دے کر یہ لیسن ملا۔ ایک اور بہت بڑی بات سمجھ آئی مجھے کہ آج کل دیکھیے، امریکہ میں کافی لوگ اسلام قبول کر رہے ہیں۔</w:t>
      </w:r>
    </w:p>
    <w:p>
      <w:r>
        <w:rPr>
          <w:b/>
        </w:rPr>
        <w:t xml:space="preserve">[33:51] </w:t>
      </w:r>
      <w:r>
        <w:t>mein kai aisay logon se mila, kai nau musalmanon se jinhon ne Islam qabool kiya. is se poocha yeh janne ke liye ke Islam kyun qabool kar rahe hain, kya wajah hai?</w:t>
      </w:r>
    </w:p>
    <w:p>
      <w:pPr>
        <w:jc w:val="right"/>
      </w:pPr>
      <w:r>
        <w:t>میں کئی ایسے لوگوں سے ملا، کئی نو مسلموں سے جنہوں نے اسلام قبول کیا۔ اس سے پوچھا یہ جاننے کے لیے کہ اسلام کیوں قبول کر رہے ہیں، کیا وجہ ہے؟</w:t>
      </w:r>
    </w:p>
    <w:p>
      <w:r>
        <w:rPr>
          <w:b/>
        </w:rPr>
        <w:t xml:space="preserve">[34:05] </w:t>
      </w:r>
      <w:r>
        <w:t>to mein jis nateejay pohancha, woh ek woh bhi ek law of nature tha, bohat bara. woh yeh hai, dekhiye, is waqt Islam jo hai, news mein hai lekin negative sense mein hai.</w:t>
      </w:r>
    </w:p>
    <w:p>
      <w:pPr>
        <w:jc w:val="right"/>
      </w:pPr>
      <w:r>
        <w:t>تو میں جس نتیجے پہنچا، وہ ایک وہ بھی ایک لاء آف نیچر تھا، بہت بڑا۔ وہ یہ ہے، دیکھیے، اس وقت اسلام جو ہے، نیوز میں ہے لیکن نیگیٹیو سینس میں ہے۔</w:t>
      </w:r>
    </w:p>
    <w:p>
      <w:r>
        <w:rPr>
          <w:b/>
        </w:rPr>
        <w:t xml:space="preserve">[34:21] </w:t>
      </w:r>
      <w:r>
        <w:t>haan, hamesha yeh khabrein aati hain ke sahib musalman ne afraad society society bombing ki, musalman ne afraad jagah yeh tod phod kiya, musalman ne afraad jagah</w:t>
      </w:r>
    </w:p>
    <w:p>
      <w:pPr>
        <w:jc w:val="right"/>
      </w:pPr>
      <w:r>
        <w:t>ہاں، ہمیشہ یہ خبریں آتی ہیں کہ صاحب مسلمان نے افراد سوسائٹی سوسائٹی بمنگ کی، مسلمان نے افراد جگہ یہ توڑ پھوڑ کیا، مسلمان نے افراد جگہ</w:t>
      </w:r>
    </w:p>
    <w:p>
      <w:r>
        <w:rPr>
          <w:b/>
        </w:rPr>
        <w:t xml:space="preserve">[34:33] </w:t>
      </w:r>
      <w:r>
        <w:t>larai larai ki aur tashaddud kiya waghera. to is mein shakk nahi ke Islam news mein hai lekin negative sense mein news mein hai. phir bhi kuch log Islam qabool kar rahe hain.</w:t>
      </w:r>
    </w:p>
    <w:p>
      <w:pPr>
        <w:jc w:val="right"/>
      </w:pPr>
      <w:r>
        <w:t>لڑائی لڑائی کی اور تشدد کیا وغیرہ۔ تو اس میں شک نہیں کہ اسلام نیوز میں ہے لیکن نیگیٹیو سینس میں نیوز میں ہے۔ پھر بھی کوئی لوگ اسلام قبول کر رہے ہیں۔</w:t>
      </w:r>
    </w:p>
    <w:p>
      <w:r>
        <w:rPr>
          <w:b/>
        </w:rPr>
        <w:t xml:space="preserve">[34:45] </w:t>
      </w:r>
      <w:r>
        <w:t>ek sawal tha mere mind mein</w:t>
      </w:r>
    </w:p>
    <w:p>
      <w:pPr>
        <w:jc w:val="right"/>
      </w:pPr>
      <w:r>
        <w:t>ایک سوال تھا میرے مائنڈ میں</w:t>
      </w:r>
    </w:p>
    <w:p>
      <w:r>
        <w:rPr>
          <w:b/>
        </w:rPr>
        <w:t xml:space="preserve">[34:49] </w:t>
      </w:r>
      <w:r>
        <w:t>to logon se baat cheet kar ke maine andaza kiya, woh yeh ke har negative ka positive hota hai, yeh dunya ka law hai, har negative ka ek positive hota hai.</w:t>
      </w:r>
    </w:p>
    <w:p>
      <w:pPr>
        <w:jc w:val="right"/>
      </w:pPr>
      <w:r>
        <w:t>تو لوگوں سے بات چیت کر کے میں نے اندازہ کیا، وہ یہ کہ ہر نیگیٹیو کا پازیٹیو ہوتا ہے، یہ دنیا کا لاء ہے، ہر نیگیٹیو کا ایک پازیٹیو ہوتا ہے۔</w:t>
      </w:r>
    </w:p>
    <w:p>
      <w:r>
        <w:rPr>
          <w:b/>
        </w:rPr>
        <w:t xml:space="preserve">[35:03] </w:t>
      </w:r>
      <w:r>
        <w:t>to dekhiye, yeh jo musalman kar rahe hain, bilashuba woh ghalat kar rahe hain, woh society bombing aur buildingon ko todna, logon ko marna, is mein koi shakk nahi ke ghalat kaam hai.</w:t>
      </w:r>
    </w:p>
    <w:p>
      <w:pPr>
        <w:jc w:val="right"/>
      </w:pPr>
      <w:r>
        <w:t>تو دیکھیے، یہ جو مسلمان کر رہے ہیں، بلاشبہ وہ غلط کر رہے ہیں، وہ سوسائٹی بمنگ اور بلڈنگوں کو توڑنا، لوگوں کو مارنا، اس میں کوئی شک نہیں کہ غلط کام ہے۔</w:t>
      </w:r>
    </w:p>
    <w:p>
      <w:r>
        <w:rPr>
          <w:b/>
        </w:rPr>
        <w:t xml:space="preserve">[35:17] </w:t>
      </w:r>
      <w:r>
        <w:t>lekin is ka ek positive aspect yeh hai ke isi se Islam news mein aa gaya, news mein aa gaya. aur news kya karti hai?</w:t>
      </w:r>
    </w:p>
    <w:p>
      <w:pPr>
        <w:jc w:val="right"/>
      </w:pPr>
      <w:r>
        <w:t>لیکن اس کا ایک پازیٹیو ایسپیکٹ یہ ہے کہ اسی سے اسلام نیوز میں آ گیا، نیوز میں آ گیا۔ اور نیوز کیا کرتی ہے؟</w:t>
      </w:r>
    </w:p>
    <w:p>
      <w:r>
        <w:rPr>
          <w:b/>
        </w:rPr>
        <w:t xml:space="preserve">[35:30] </w:t>
      </w:r>
      <w:r>
        <w:t>curiosity paida karti hai.</w:t>
      </w:r>
    </w:p>
    <w:p>
      <w:pPr>
        <w:jc w:val="right"/>
      </w:pPr>
      <w:r>
        <w:t>کیوریسٹی پیدا کرتی ہے۔</w:t>
      </w:r>
    </w:p>
    <w:p>
      <w:r>
        <w:rPr>
          <w:b/>
        </w:rPr>
        <w:t xml:space="preserve">[35:35] </w:t>
      </w:r>
      <w:r>
        <w:t>in logon ko yeh logon ke andar yeh soch aa gayi ke bhai yeh Islam kya hai, yeh Quran kya hai?</w:t>
      </w:r>
    </w:p>
    <w:p>
      <w:pPr>
        <w:jc w:val="right"/>
      </w:pPr>
      <w:r>
        <w:t>ان لوگوں کو یہ لوگوں کے اندر یہ سوچ آ گئی کہ بھئی یہ اسلام کیا ہے، یہ قرآن کیا ہے؟</w:t>
      </w:r>
    </w:p>
    <w:p>
      <w:r>
        <w:rPr>
          <w:b/>
        </w:rPr>
        <w:t xml:space="preserve">[35:43] </w:t>
      </w:r>
      <w:r>
        <w:t>yeh kaise log hain ke apne ko khud hi maar rahe hain, society bombing kar rahe hain aur jahaz takra rahe hain tower se, is ko tabah kar rahe hain? yeh kaun log hain?</w:t>
      </w:r>
    </w:p>
    <w:p>
      <w:pPr>
        <w:jc w:val="right"/>
      </w:pPr>
      <w:r>
        <w:t>یہ کیسے لوگ ہیں کہ اپنے کو خود ہی مار رہے ہیں، سوسائٹی بمنگ کر رہے ہیں اور جہاز ٹکرا رہے ہیں ٹاور سے، اس کو تباہ کر رہے ہیں؟ یہ کون لوگ ہیں؟</w:t>
      </w:r>
    </w:p>
    <w:p>
      <w:r>
        <w:rPr>
          <w:b/>
        </w:rPr>
        <w:t xml:space="preserve">[35:53] </w:t>
      </w:r>
      <w:r>
        <w:t>kya in ke aqeeday hain? kya in ka mazhab hai? kya in ki kitab hai? to is cheez ne curiosity paida ki aur log logon ko shauq hua ke parhein Quran ko, parhein Islam ko.</w:t>
      </w:r>
    </w:p>
    <w:p>
      <w:pPr>
        <w:jc w:val="right"/>
      </w:pPr>
      <w:r>
        <w:t>کیا ان کے عقیدے ہیں؟ کیا ان کا مذہب ہے؟ کیا ان کی کتاب ہے؟ تو اس چیز نے کیوریسٹی پیدا کی اور لوگ لوگوں کو شوق ہوا کہ پڑھیں قرآن کو، پڑھیں اسلام کو۔</w:t>
      </w:r>
    </w:p>
    <w:p>
      <w:r>
        <w:rPr>
          <w:b/>
        </w:rPr>
        <w:t xml:space="preserve">[36:13] </w:t>
      </w:r>
      <w:r>
        <w:t>parhein to is negative news ki wajah se dunya bhar mein logon ke andar yeh ek ek spirit of inquiry aa gayi Islam ke baray mein ke pata karo ke Islam hai kiya.</w:t>
      </w:r>
    </w:p>
    <w:p>
      <w:pPr>
        <w:jc w:val="right"/>
      </w:pPr>
      <w:r>
        <w:t>پڑھیں تو اس نیگیٹیو نیوز کی وجہ سے دنیا بھر میں لوگوں کے اندر یہ ایک ایک اسپرٹ آف انکوائری آ گئی اسلام کے بارے میں کہ پتہ کرو کہ اسلام ہے کیا۔</w:t>
      </w:r>
    </w:p>
    <w:p>
      <w:r>
        <w:rPr>
          <w:b/>
        </w:rPr>
        <w:t xml:space="preserve">[36:28] </w:t>
      </w:r>
      <w:r>
        <w:t>to bohat baray paimaanay par log Quran ka</w:t>
      </w:r>
    </w:p>
    <w:p>
      <w:pPr>
        <w:jc w:val="right"/>
      </w:pPr>
      <w:r>
        <w:t>تو بہت بڑے پیمانے پر لوگ قرآن کا</w:t>
      </w:r>
    </w:p>
    <w:p>
      <w:r>
        <w:rPr>
          <w:b/>
        </w:rPr>
        <w:t xml:space="preserve">[36:33] </w:t>
      </w:r>
      <w:r>
        <w:t>mutalea karne ke shauq ho gaye.</w:t>
      </w:r>
    </w:p>
    <w:p>
      <w:pPr>
        <w:jc w:val="right"/>
      </w:pPr>
      <w:r>
        <w:t>مطالعہ کرنے کے شائق ہو گئے۔</w:t>
      </w:r>
    </w:p>
    <w:p>
      <w:r>
        <w:rPr>
          <w:b/>
        </w:rPr>
        <w:t xml:space="preserve">[36:38] </w:t>
      </w:r>
      <w:r>
        <w:t>hamaray saathi wahan America gaye thay jo bohat kafi le gaye thay Quran aur Islamic literature. baray shauq se unhon ne lete thay.</w:t>
      </w:r>
    </w:p>
    <w:p>
      <w:pPr>
        <w:jc w:val="right"/>
      </w:pPr>
      <w:r>
        <w:t>ہمارے ساتھی وہاں امریکہ گئے تھے جو بہت کافی لے گئے تھے قرآن اور اسلامک لٹریچر۔ بڑے شوق سے انہوں نے لیتے تھے۔</w:t>
      </w:r>
    </w:p>
    <w:p>
      <w:r>
        <w:rPr>
          <w:b/>
        </w:rPr>
        <w:t xml:space="preserve">[36:50] </w:t>
      </w:r>
      <w:r>
        <w:t>aur wahan jo Khwaja Kareemuddin sahib hain Philadelphia mein, unhon ne to gaya dawah industry khol di hai. un ka jo bohat bara ghar hai, wahan bohat dawah literature, Quran, Quran hai, dawah literature hai, Islamic literature, yahi sab sargarmian un ke haan hain.</w:t>
      </w:r>
    </w:p>
    <w:p>
      <w:pPr>
        <w:jc w:val="right"/>
      </w:pPr>
      <w:r>
        <w:t>اور وہاں جو خواجہ کریم الدین صاحب ہیں فلیڈلفیا میں، انہوں نے تو گیا دعویٰ انڈسٹری کھول دی ہے۔ ان کا جو بہت بڑا گھر ہے، وہاں بہت دعوت لٹریچر، قرآن، قرآن ہے، دعوتی لٹریچر ہے، اسلامک لٹریچر، یہی سب سرگرمیاں ان کے ہاں ہیں۔</w:t>
      </w:r>
    </w:p>
    <w:p>
      <w:r>
        <w:rPr>
          <w:b/>
        </w:rPr>
        <w:t xml:space="preserve">[37:07] </w:t>
      </w:r>
      <w:r>
        <w:t>bilkul wahan par agar aap dekhein to yeh lafz mujhe wahi samajh mein aaya. mere wahan baitha hua tha in ghar ke aur mein ne wahan jo activities dekhein, misaal ke taur par ek bohat bara truck aaya, hamaray jo truck hotay hain, is ka double truck.</w:t>
      </w:r>
    </w:p>
    <w:p>
      <w:pPr>
        <w:jc w:val="right"/>
      </w:pPr>
      <w:r>
        <w:t>بالکل وہاں پر اگر آپ دیکھیں تو یہ لفظ مجھے وہی سمجھ میں آیا۔ میرے وہاں بیٹھا ہوا تھا ان گھر کے اور میں نے وہاں جو ایکٹیویٹیز دیکھیں، مثلاً ایک بہت بڑا ٹرک آیا، ہمارے جو ٹرک ہوتے ہیں، اس کا ڈبل ٹرک۔</w:t>
      </w:r>
    </w:p>
    <w:p>
      <w:r>
        <w:rPr>
          <w:b/>
        </w:rPr>
        <w:t xml:space="preserve">[37:24] </w:t>
      </w:r>
      <w:r>
        <w:t>mein socha ke woh khara hua in ghar ke aagay, mein ne kaha kya is ke andar aaya hoga? to yahan jo Quran chhupa hai, woh mangaya tha unhon ne India se,</w:t>
      </w:r>
    </w:p>
    <w:p>
      <w:pPr>
        <w:jc w:val="right"/>
      </w:pPr>
      <w:r>
        <w:t>میں سوچا کہ وہ کھڑا ہوا ان گھر کے آگے، میں نے کہا کیا اس کے اندر آیا ہوگا؟ تو یہاں جو قرآن چھپا ہے، وہ منگایا تھا انہوں نے انڈیا سے،</w:t>
      </w:r>
    </w:p>
    <w:p>
      <w:r>
        <w:rPr>
          <w:b/>
        </w:rPr>
        <w:t xml:space="preserve">[37:34] </w:t>
      </w:r>
      <w:r>
        <w:t>800 is is ke bundle thay, 800 bundle. ab woh aaya to woh jo unloading ho rahi thi, woh to shaam ho gayi.</w:t>
      </w:r>
    </w:p>
    <w:p>
      <w:pPr>
        <w:jc w:val="right"/>
      </w:pPr>
      <w:r>
        <w:t>800 اس اس کے بنڈل تھے، 800 بنڈل۔ اب وہ آیا تو وہ جو انلوڈنگ ہو رہی تھی، وہ تو شام ہو گئی۔</w:t>
      </w:r>
    </w:p>
    <w:p>
      <w:r>
        <w:rPr>
          <w:b/>
        </w:rPr>
        <w:t xml:space="preserve">[37:49] </w:t>
      </w:r>
      <w:r>
        <w:t>to ek ek to mein ne kaha ke to aap ne dawah industry khol di hai.</w:t>
      </w:r>
    </w:p>
    <w:p>
      <w:pPr>
        <w:jc w:val="right"/>
      </w:pPr>
      <w:r>
        <w:t>تو ایک ایک تو میں نے کہا کہ تو آپ نے دعویٰ انڈسٹری کھول دی ہے۔</w:t>
      </w:r>
    </w:p>
    <w:p>
      <w:r>
        <w:rPr>
          <w:b/>
        </w:rPr>
        <w:t xml:space="preserve">[37:55] </w:t>
      </w:r>
      <w:r>
        <w:t>woh jatay hain jagah jagah aur bohat shauq se log Quran mangtay hain, bohat ziyada.</w:t>
      </w:r>
    </w:p>
    <w:p>
      <w:pPr>
        <w:jc w:val="right"/>
      </w:pPr>
      <w:r>
        <w:t>وہ جاتے ہیں جگہ جگہ اور بہت شوق سے لوگ قرآن مانگتے ہیں، بہت زیادہ۔</w:t>
      </w:r>
    </w:p>
    <w:p>
      <w:r>
        <w:rPr>
          <w:b/>
        </w:rPr>
        <w:t xml:space="preserve">[38:04] </w:t>
      </w:r>
      <w:r>
        <w:t>to yeh jo hua, yani jo musalmanon ne jihad ke naam par jo tashaddud kiya, wailens kiya, woh bilashubah galat tha.</w:t>
      </w:r>
    </w:p>
    <w:p>
      <w:pPr>
        <w:jc w:val="right"/>
      </w:pPr>
      <w:r>
        <w:t>تو یہ جو ہوا، یعنی جو مسلمانوں نے جہاد کے نام پر جو تشدد کیا، وائیلنس کیا، وہ بلاشبہ غلط تھا۔</w:t>
      </w:r>
    </w:p>
    <w:p>
      <w:r>
        <w:rPr>
          <w:b/>
        </w:rPr>
        <w:t xml:space="preserve">[38:18] </w:t>
      </w:r>
      <w:r>
        <w:t>lekin logon ke andar aik aik aik spirit of inquiry paida ho gayi islam ke bare mein ke bhai yeh aik mazhab kya hai? Lage parhne, lage parhne.</w:t>
      </w:r>
    </w:p>
    <w:p>
      <w:pPr>
        <w:jc w:val="right"/>
      </w:pPr>
      <w:r>
        <w:t>لیکن لوگوں کے اندر ایک ایک ایک اسپرٹ آف انکوائری پیدا ہو گئی اسلام کے بارے میں کہ بھئی یہ ایک مذہب کیا ہے؟ لگے پڑھنے، لگے پڑھنے۔</w:t>
      </w:r>
    </w:p>
    <w:p>
      <w:r>
        <w:rPr>
          <w:b/>
        </w:rPr>
        <w:t xml:space="preserve">[38:29] </w:t>
      </w:r>
      <w:r>
        <w:t>ab jab ise parha unhon ne is ayat ko misaal ke taur par ke "man qatal nafsan bighair nafs fasad fakan qatal naas jameeah"</w:t>
      </w:r>
    </w:p>
    <w:p>
      <w:pPr>
        <w:jc w:val="right"/>
      </w:pPr>
      <w:r>
        <w:t>اب جب اسے پڑھا انہوں نے اس آیت کو مثال کے طور پر کہ "من قتل نفسا بغیر نفس فساد فکن قتل ناس جمیعہ"</w:t>
      </w:r>
    </w:p>
    <w:p>
      <w:r>
        <w:rPr>
          <w:b/>
        </w:rPr>
        <w:t xml:space="preserve">[38:43] </w:t>
      </w:r>
      <w:r>
        <w:t>ke agar koi shakhs aik insaan ko maar dale, kham nahq, to goya ke us ne saare insaanon ko maar dala.</w:t>
      </w:r>
    </w:p>
    <w:p>
      <w:pPr>
        <w:jc w:val="right"/>
      </w:pPr>
      <w:r>
        <w:t>کہ اگر کوئی شخص ایک انسان کو مار ڈالے، خام ناحق، تو گویا کہ اس نے سارے انسانوں کو مار ڈالا۔</w:t>
      </w:r>
    </w:p>
    <w:p>
      <w:r>
        <w:rPr>
          <w:b/>
        </w:rPr>
        <w:t xml:space="preserve">[38:52] </w:t>
      </w:r>
      <w:r>
        <w:t>ab yeh ayat parh kar woh chaunk gaye ke bhai yeh yeh toh quran toh kuch aur keh raha hai, quran toh kuch aur keh raha hai.</w:t>
      </w:r>
    </w:p>
    <w:p>
      <w:pPr>
        <w:jc w:val="right"/>
      </w:pPr>
      <w:r>
        <w:t>اب یہ آیت پڑھ کر وہ چونک گئے کہ بھئی یہ یہ تو قرآن تو کچھ اور کہہ رہا ہے، قرآن تو کچھ اور کہہ رہا ہے۔</w:t>
      </w:r>
    </w:p>
    <w:p>
      <w:r>
        <w:rPr>
          <w:b/>
        </w:rPr>
        <w:t xml:space="preserve">[39:03] </w:t>
      </w:r>
      <w:r>
        <w:t>to yeh musalmanon ka apna fe'l hai, yeh quran ka hukum nahi hai. Yani kitni badi baat ho gayi</w:t>
      </w:r>
    </w:p>
    <w:p>
      <w:pPr>
        <w:jc w:val="right"/>
      </w:pPr>
      <w:r>
        <w:t>تو یہ مسلمانوں کا اپنا فعل ہے، یہ قرآن کا حکم نہیں ہے۔ یعنی کتنی بڑی بات ہو گئی</w:t>
      </w:r>
    </w:p>
    <w:p>
      <w:r>
        <w:rPr>
          <w:b/>
        </w:rPr>
        <w:t xml:space="preserve">[39:12] </w:t>
      </w:r>
      <w:r>
        <w:t>is tareeqe se.</w:t>
      </w:r>
    </w:p>
    <w:p>
      <w:pPr>
        <w:jc w:val="right"/>
      </w:pPr>
      <w:r>
        <w:t>اس طریقے سے۔</w:t>
      </w:r>
    </w:p>
    <w:p>
      <w:r>
        <w:rPr>
          <w:b/>
        </w:rPr>
        <w:t xml:space="preserve">[39:15] </w:t>
      </w:r>
      <w:r>
        <w:t>to jo itna zyada log islam ki taraf aa rahe hain, is ka sabab yeh hai ke</w:t>
      </w:r>
    </w:p>
    <w:p>
      <w:pPr>
        <w:jc w:val="right"/>
      </w:pPr>
      <w:r>
        <w:t>تو جو اتنا زیادہ لوگ اسلام کی طرف آ رہے ہیں، اس کا سبب یہ ہے کہ</w:t>
      </w:r>
    </w:p>
    <w:p>
      <w:r>
        <w:rPr>
          <w:b/>
        </w:rPr>
        <w:t xml:space="preserve">[39:23] </w:t>
      </w:r>
      <w:r>
        <w:t>ke jo waqeat ho rahe hain aaj kal wailens ke, is ne tajassus paida kiya. Aur tajassus se kya hua</w:t>
      </w:r>
    </w:p>
    <w:p>
      <w:pPr>
        <w:jc w:val="right"/>
      </w:pPr>
      <w:r>
        <w:t>کہ جو واقعات ہو رہے ہیں آج کل وائیلنس کے، اس نے تجسس پیدا کیا۔ اور تجسس سے کیا ہوا</w:t>
      </w:r>
    </w:p>
    <w:p>
      <w:r>
        <w:rPr>
          <w:b/>
        </w:rPr>
        <w:t xml:space="preserve">[39:33] </w:t>
      </w:r>
      <w:r>
        <w:t>? Lage woh islami literature parhne aur phir is ne unhon ne islam ko daryaft kar ke us ko qabool kar liya.</w:t>
      </w:r>
    </w:p>
    <w:p>
      <w:pPr>
        <w:jc w:val="right"/>
      </w:pPr>
      <w:r>
        <w:t>؟ لگے وہ اسلامی لٹریچر پڑھنے اور پھر اس نے انہوں نے اسلام کو دریافت کر کے اس کو قبول کر لیا۔</w:t>
      </w:r>
    </w:p>
    <w:p>
      <w:r>
        <w:rPr>
          <w:b/>
        </w:rPr>
        <w:t xml:space="preserve">[39:46] </w:t>
      </w:r>
      <w:r>
        <w:t>to yeh kitni badi baat hai, yeh</w:t>
      </w:r>
    </w:p>
    <w:p>
      <w:pPr>
        <w:jc w:val="right"/>
      </w:pPr>
      <w:r>
        <w:t>تو یہ کتنی بڑی بات ہے، یہ</w:t>
      </w:r>
    </w:p>
    <w:p>
      <w:r>
        <w:rPr>
          <w:b/>
        </w:rPr>
        <w:t xml:space="preserve">[39:50] </w:t>
      </w:r>
      <w:r>
        <w:t>kitni badi baat hai. Yeh</w:t>
      </w:r>
    </w:p>
    <w:p>
      <w:pPr>
        <w:jc w:val="right"/>
      </w:pPr>
      <w:r>
        <w:t>کتنی بڑی بات ہے۔ یہ</w:t>
      </w:r>
    </w:p>
    <w:p>
      <w:r>
        <w:rPr>
          <w:b/>
        </w:rPr>
        <w:t xml:space="preserve">[39:55] </w:t>
      </w:r>
      <w:r>
        <w:t>phir aik baat jo maine wahan par jaani ke america jo hai, global leadership jo chahta tha, to main samajhta hoon ke yeh koi yani positive target nahi tha.</w:t>
      </w:r>
    </w:p>
    <w:p>
      <w:pPr>
        <w:jc w:val="right"/>
      </w:pPr>
      <w:r>
        <w:t>پھر ایک بات جو میں نے وہاں پر جانی کہ امریکہ جو ہے، گلوبل لیڈرشپ جو چاہتا تھا، تو میں سمجھتا ہوں کہ یہ کوئی یعنی پازیٹیو ٹارگٹ نہیں تھا۔</w:t>
      </w:r>
    </w:p>
    <w:p>
      <w:r>
        <w:rPr>
          <w:b/>
        </w:rPr>
        <w:t xml:space="preserve">[40:10] </w:t>
      </w:r>
      <w:r>
        <w:t>yeh america, khud america ke liye, lekin is mein aik bohat bada opportunity nikal aayi, bohat badi</w:t>
      </w:r>
    </w:p>
    <w:p>
      <w:pPr>
        <w:jc w:val="right"/>
      </w:pPr>
      <w:r>
        <w:t>یہ امریکہ، خود امریکہ کے لیے، لیکن اس میں ایک بہت بڑا اپرچونیٹی نکل آئی، بہت بڑی</w:t>
      </w:r>
    </w:p>
    <w:p>
      <w:r>
        <w:rPr>
          <w:b/>
        </w:rPr>
        <w:t xml:space="preserve">[40:19] </w:t>
      </w:r>
      <w:r>
        <w:t>ke america ne apne infrastructure ko bohat barhaya, apne ta'alluqat ko bohat barhaya, billion train dollar kharch kiya aalami satah par apni apna dabdaba qaim karne ke liye.</w:t>
      </w:r>
    </w:p>
    <w:p>
      <w:pPr>
        <w:jc w:val="right"/>
      </w:pPr>
      <w:r>
        <w:t>کہ امریکہ نے اپنے انفراسٹرکچر کو بہت بڑھایا، اپنے تعلقات کو بہت بڑھایا، بلین ٹرین ڈالر خرچ کیا عالمی سطح پر اپنی اپنا دبدبہ قائم کرنے کے لیے۔</w:t>
      </w:r>
    </w:p>
    <w:p>
      <w:r>
        <w:rPr>
          <w:b/>
        </w:rPr>
        <w:t xml:space="preserve">[40:30] </w:t>
      </w:r>
      <w:r>
        <w:t>to kya hua? Khud america ko kya mila? Woh toh alag sawal hai, lekin aik cheez yeh ho gayi ke america jo hai, aik international state ban gaya.</w:t>
      </w:r>
    </w:p>
    <w:p>
      <w:pPr>
        <w:jc w:val="right"/>
      </w:pPr>
      <w:r>
        <w:t>تو کیا ہوا؟ خود امریکہ کو کیا ملا؟ وہ تو الگ سوال ہے، لیکن ایک چیز یہ ہو گئی کہ امریکہ جو ہے، ایک انٹرنیشنل سٹیٹ بن گیا۔</w:t>
      </w:r>
    </w:p>
    <w:p>
      <w:r>
        <w:rPr>
          <w:b/>
        </w:rPr>
        <w:t xml:space="preserve">[40:42] </w:t>
      </w:r>
      <w:r>
        <w:t>yani agar aap ko koi message saari duniya ko dena hai to best jagah is ke liye america hai,</w:t>
      </w:r>
    </w:p>
    <w:p>
      <w:pPr>
        <w:jc w:val="right"/>
      </w:pPr>
      <w:r>
        <w:t>یعنی اگر آپ کو کوئی میسج ساری دنیا کو دینا ہے تو بیسٹ جگہ اس کے لیے امریکہ ہے،</w:t>
      </w:r>
    </w:p>
    <w:p>
      <w:r>
        <w:rPr>
          <w:b/>
        </w:rPr>
        <w:t xml:space="preserve">[40:49] </w:t>
      </w:r>
      <w:r>
        <w:t>kyun ke wahan ka infrastructure itna zabardast hai, duniya mein kahin aisa nahi hai. Aik sahab se baat ho rahi thi, unhon ne bataya ke yahan ke jo jo founder fathers the,</w:t>
      </w:r>
    </w:p>
    <w:p>
      <w:pPr>
        <w:jc w:val="right"/>
      </w:pPr>
      <w:r>
        <w:t>کیونکہ وہاں کا انفراسٹرکچر اتنا زبردست ہے، دنیا میں کہیں ایسا نہیں ہے۔ ایک صاحب سے بات ہو رہی تھی، انہوں نے بتایا کہ یہاں کے جو جو فاؤنڈر فادرز تھے،</w:t>
      </w:r>
    </w:p>
    <w:p>
      <w:r>
        <w:rPr>
          <w:b/>
        </w:rPr>
        <w:t xml:space="preserve">[41:04] </w:t>
      </w:r>
      <w:r>
        <w:t>to unhon ne do cheezon ko sab se zyada important diya, do cheezon ko: communication aur transport.</w:t>
      </w:r>
    </w:p>
    <w:p>
      <w:pPr>
        <w:jc w:val="right"/>
      </w:pPr>
      <w:r>
        <w:t>تو انہوں نے دو چیزوں کو سب سے زیادہ امپورٹنٹ دیا، دو چیزوں کو: کمیونیکیشن اور ٹرانسپورٹ۔</w:t>
      </w:r>
    </w:p>
    <w:p>
      <w:r>
        <w:rPr>
          <w:b/>
        </w:rPr>
        <w:t xml:space="preserve">[41:15] </w:t>
      </w:r>
      <w:r>
        <w:t>founder father jo the, communication aur transport, ya aap keh sakte hain aaj kal zabaan ke infrastructure, to aap behtareen sarkein hain, behtareen communication hai,</w:t>
      </w:r>
    </w:p>
    <w:p>
      <w:pPr>
        <w:jc w:val="right"/>
      </w:pPr>
      <w:r>
        <w:t>فاؤنڈر فادر جو تھے، کمیونیکیشن اور ٹرانسپورٹ، یا آپ کہہ سکتے ہیں آج کل زبان کے انفراسٹرکچر، تو آپ بہترین سڑکیں ہیں، بہترین کمیونیکیشن ہے،</w:t>
      </w:r>
    </w:p>
    <w:p>
      <w:r>
        <w:rPr>
          <w:b/>
        </w:rPr>
        <w:t xml:space="preserve">[41:30] </w:t>
      </w:r>
      <w:r>
        <w:t>yani perfect communication hai. Wahan</w:t>
      </w:r>
    </w:p>
    <w:p>
      <w:pPr>
        <w:jc w:val="right"/>
      </w:pPr>
      <w:r>
        <w:t>یعنی پرفیکٹ کمیونیکیشن ہے۔ وہاں</w:t>
      </w:r>
    </w:p>
    <w:p>
      <w:r>
        <w:rPr>
          <w:b/>
        </w:rPr>
        <w:t xml:space="preserve">[41:34] </w:t>
      </w:r>
      <w:r>
        <w:t>wahan ki sarkon ka haal yeh hai ke main jab bhi kahin nikalta tha to india mein aap jayen to road ke dono taraf ya toh khaali jagah hogi ya bohat se bohat kuch peir honge.</w:t>
      </w:r>
    </w:p>
    <w:p>
      <w:pPr>
        <w:jc w:val="right"/>
      </w:pPr>
      <w:r>
        <w:t>وہاں کی سڑکوں کا حال یہ ہے کہ میں جب بھی کہیں نکلتا تھا تو انڈیا میں آپ جائیں تو روڈ کے دونوں طرف یا تو خالی جگہ ہوگی یا بہت سے بہت کچھ پیڑ ہوں گے۔</w:t>
      </w:r>
    </w:p>
    <w:p>
      <w:r>
        <w:rPr>
          <w:b/>
        </w:rPr>
        <w:t xml:space="preserve">[41:50] </w:t>
      </w:r>
      <w:r>
        <w:t>wahan par dono taraf bagh hote hain, yani sarak ke dono taraf bagh, chaudi sarak hai, bohat umda, aur itna zyada woh log drakht lagate hain ke woh bagh lagta hai dek</w:t>
      </w:r>
    </w:p>
    <w:p>
      <w:pPr>
        <w:jc w:val="right"/>
      </w:pPr>
      <w:r>
        <w:t>وہاں پر دونوں طرف باغ ہوتے ہیں، یعنی سڑک کے دونوں طرف باغ، چوڑی سڑک ہے، بہت عمدہ، اور اتنا زیادہ وہ لوگ درخت لگاتے ہیں کہ وہ باغ لگتا ہے دیک</w:t>
      </w:r>
    </w:p>
    <w:p>
      <w:r>
        <w:rPr>
          <w:b/>
        </w:rPr>
        <w:t xml:space="preserve">[42:03] </w:t>
      </w:r>
      <w:r>
        <w:t>hne mein. Hamare haan toh aka daka kuch drakht lagte hain idhar sarak ke dono taraf. Wahan sarak ke dono taraf bagh hote hain, to kaha ke aap hare bhare bagh ke darmiyan safar karte hain, aur sarkein itni umda hain,</w:t>
      </w:r>
    </w:p>
    <w:p>
      <w:pPr>
        <w:jc w:val="right"/>
      </w:pPr>
      <w:r>
        <w:t>ھنے میں۔ ہمارے ہاں تو اکا دکا کچھ درخت لگتے ہیں ادھر سڑک کے دونوں طرف۔ وہاں سڑک کے دونوں طرف باغ ہوتے ہیں، تو کہا کہ آپ ہرے بھرے باغ کے درمیان سفر کرتے ہیں، اور سڑکیں اتنی عمدہ ہیں،</w:t>
      </w:r>
    </w:p>
    <w:p>
      <w:r>
        <w:rPr>
          <w:b/>
        </w:rPr>
        <w:t xml:space="preserve">[42:17] </w:t>
      </w:r>
      <w:r>
        <w:t>itni umda hain sarkein ke ke car aap ki bilkul dhun dhun dhun chali ja rahi hai, kahin thokar nahi, kahin kuch nahi.</w:t>
      </w:r>
    </w:p>
    <w:p>
      <w:pPr>
        <w:jc w:val="right"/>
      </w:pPr>
      <w:r>
        <w:t>اتنی عمدہ ہیں سڑکیں کہ کہ کار آپ کی بالکل دھن دھن دھن چلی جا رہی ہے، کہیں ٹھوکر نہیں، کہیں کچھ نہیں۔</w:t>
      </w:r>
    </w:p>
    <w:p>
      <w:r>
        <w:rPr>
          <w:b/>
        </w:rPr>
        <w:t xml:space="preserve">[42:27] </w:t>
      </w:r>
      <w:r>
        <w:t>unhon ne ek aur cheez, bohat ajeeb cheez daryaft ki, yaani technological advancement jo un ka hai, us ko bata raha hoon main aap ko, jis ko kehte hain GPS, global positioning system.</w:t>
      </w:r>
    </w:p>
    <w:p>
      <w:pPr>
        <w:jc w:val="right"/>
      </w:pPr>
      <w:r>
        <w:t>انہوں نے ایک اور چیز، بہت عجیب چیز دریافت کی، یعنی ٹیکنالوجیکل ایڈوانسمنٹ جو ان کا ہے، اس کو بتا رہا ہوں میں آپ کو، جس کو کہتے ہیں جی پی ایس، گلوبل پوزیشننگ سسٹم۔</w:t>
      </w:r>
    </w:p>
    <w:p>
      <w:r>
        <w:rPr>
          <w:b/>
        </w:rPr>
        <w:t xml:space="preserve">[42:43] </w:t>
      </w:r>
      <w:r>
        <w:t>to gaari mein ek itni bade se ek device rahe gi, us ko aadmi rakh lega engine ke paas, aur wo bataya jata hai, bataya jata hai,</w:t>
      </w:r>
    </w:p>
    <w:p>
      <w:pPr>
        <w:jc w:val="right"/>
      </w:pPr>
      <w:r>
        <w:t>تو گاڑی میں ایک اتنی بڑے سے ایک ڈیوائس رہے گی، اس کو آدمی رکھ لے گا انجن کے پاس، اور وہ بتایا جاتا ہے، بتایا جاتا ہے،</w:t>
      </w:r>
    </w:p>
    <w:p>
      <w:r>
        <w:rPr>
          <w:b/>
        </w:rPr>
        <w:t xml:space="preserve">[42:55] </w:t>
      </w:r>
      <w:r>
        <w:t>yaani saare America, America jo India ke lihaaz se teen guna hai, teen guna bada hai India ke muqable mein. Aur saare jitni sarkein hain, saare jo ghar hain, saare cities hain, sab is mein bhara hua hai,</w:t>
      </w:r>
    </w:p>
    <w:p>
      <w:pPr>
        <w:jc w:val="right"/>
      </w:pPr>
      <w:r>
        <w:t>یعنی سارے امریکہ، امریکہ جو انڈیا کے لحاظ سے تین گنا ہے، تین گنا بڑا ہے انڈیا کے مقابلے میں۔ اور سارے جتنی سڑکیں ہیں، سارے جو گھر ہیں، سارے سٹیز ہیں، سب اس میں بھرا ہوا ہے،</w:t>
      </w:r>
    </w:p>
    <w:p>
      <w:r>
        <w:rPr>
          <w:b/>
        </w:rPr>
        <w:t xml:space="preserve">[43:10] </w:t>
      </w:r>
      <w:r>
        <w:t>is ka connection hai satellite se. Upar jo satellite hai, us se connection hai. Ab aap gaari chala rahe hain to India mein hum chalte hain, kahin to poochna padta hai.</w:t>
      </w:r>
    </w:p>
    <w:p>
      <w:pPr>
        <w:jc w:val="right"/>
      </w:pPr>
      <w:r>
        <w:t>اس کا کنیکشن ہے سیٹلائٹ سے۔ اوپر جو سیٹلائٹ ہے، اس سے کنیکشن ہے۔ اب آپ گاڑی چلا رہے ہیں تو انڈیا میں ہم چلتے ہیں، کہیں تو پوچھنا پڑتا ہے۔</w:t>
      </w:r>
    </w:p>
    <w:p>
      <w:r>
        <w:rPr>
          <w:b/>
        </w:rPr>
        <w:t xml:space="preserve">[43:24] </w:t>
      </w:r>
      <w:r>
        <w:t>jab main kahin jata hoon to baar baar poochna padta hai, ab yeh road kidhar ja rahi hai, wo road kidhar ja rahi hai. Wahan wahi bolta rehta hai, wo wo device: "keep right, keep left, you are wrong".</w:t>
      </w:r>
    </w:p>
    <w:p>
      <w:pPr>
        <w:jc w:val="right"/>
      </w:pPr>
      <w:r>
        <w:t>جب میں کہیں جاتا ہوں تو بار بار پوچھنا پڑتا ہے، اب یہ روڈ کدھر جا رہی ہے، وہ روڈ کدھر جا رہی ہے۔ وہاں وہی بولتا رہتا ہے، وہ وہ ڈیوائس: "کیپ رائٹ، کیپ لیفٹ، یو آر رونگ"۔</w:t>
      </w:r>
    </w:p>
    <w:p>
      <w:r>
        <w:rPr>
          <w:b/>
        </w:rPr>
        <w:t xml:space="preserve">[43:37] </w:t>
      </w:r>
      <w:r>
        <w:t>agar agar aap galat bard hain, phone bole ga: "you are wrong".</w:t>
      </w:r>
    </w:p>
    <w:p>
      <w:pPr>
        <w:jc w:val="right"/>
      </w:pPr>
      <w:r>
        <w:t>اگر اگر آپ غلط برد ہیں، فون بولے گا: "یو آر رونگ"۔</w:t>
      </w:r>
    </w:p>
    <w:p>
      <w:r>
        <w:rPr>
          <w:b/>
        </w:rPr>
        <w:t xml:space="preserve">[43:43] </w:t>
      </w:r>
      <w:r>
        <w:t>jab aap, yaani wahan par aadmi chalta hai, das ghanta, bees ghanta chalta hai, wahan par car bohat zyada riwaj hai. Chalte chalte aap pahunchein ge maqam par apne, to bole ga: "you have reached your destination".</w:t>
      </w:r>
    </w:p>
    <w:p>
      <w:pPr>
        <w:jc w:val="right"/>
      </w:pPr>
      <w:r>
        <w:t>جب آپ، یعنی وہاں پر آدمی چلتا ہے، دس گھنٹہ، بیس گھنٹہ چلتا ہے، وہاں پر کار بہت زیادہ رواج ہے۔ چلتے چلتے آپ پہنچیں گے مقام پر اپنے، تو بولے گا: "وہ یو ہیو ریچ یور ڈیسٹینیشن"۔</w:t>
      </w:r>
    </w:p>
    <w:p>
      <w:r>
        <w:rPr>
          <w:b/>
        </w:rPr>
        <w:t xml:space="preserve">[43:58] </w:t>
      </w:r>
      <w:r>
        <w:t>aisi wo ghareeb cheez hai, wo GPS, global positioning system. To itni taraqqi di, itni taraqqi di unhon ne.</w:t>
      </w:r>
    </w:p>
    <w:p>
      <w:pPr>
        <w:jc w:val="right"/>
      </w:pPr>
      <w:r>
        <w:t>ایسی وہ غریب چیز ہے، وہ جی پی ایس، گلوبل پوزیشننگ سسٹم۔ تو اتنی ترقی دی، اتنی ترقی دی انہوں نے۔</w:t>
      </w:r>
    </w:p>
    <w:p>
      <w:r>
        <w:rPr>
          <w:b/>
        </w:rPr>
        <w:t xml:space="preserve">[44:10] </w:t>
      </w:r>
      <w:r>
        <w:t>to main ne wahan ke jo hamare saathi hain, jo da'wati mission mein saathi, un se main ne ek baat kahi</w:t>
      </w:r>
    </w:p>
    <w:p>
      <w:pPr>
        <w:jc w:val="right"/>
      </w:pPr>
      <w:r>
        <w:t>تو میں نے وہاں کے جو ہمارے ساتھی ہیں، جو دعوتی مشن میں ساتھی، ان سے میں نے ایک بات کہی</w:t>
      </w:r>
    </w:p>
    <w:p>
      <w:r>
        <w:rPr>
          <w:b/>
        </w:rPr>
        <w:t xml:space="preserve">[44:19] </w:t>
      </w:r>
      <w:r>
        <w:t>ke dekhiye, aap logon ko bohat bari opportunity yahan mili hui hai. Itna jo diaspora hua, musalman jo nikal kar aaye, seven million musalman is waqt America mein hain, seven million</w:t>
      </w:r>
    </w:p>
    <w:p>
      <w:pPr>
        <w:jc w:val="right"/>
      </w:pPr>
      <w:r>
        <w:t>کہ دیکھیے، آپ لوگوں کو بہت بڑی اپرچونیٹی یہاں ملی ہوئی ہے۔ اتنا جو ڈائسپورا ہوا، مسلمان جو نکل کر آئے، سیون ملین مسلمان اس وقت امریکہ میں ہیں، سیون ملین</w:t>
      </w:r>
    </w:p>
    <w:p>
      <w:r>
        <w:rPr>
          <w:b/>
        </w:rPr>
        <w:t xml:space="preserve">[44:33] </w:t>
      </w:r>
      <w:r>
        <w:t>. To main ne kaha ke aap log jo hain, Allah taala ki ek scheme ke tehat yahan aaye hain, wo poora kijiye.</w:t>
      </w:r>
    </w:p>
    <w:p>
      <w:pPr>
        <w:jc w:val="right"/>
      </w:pPr>
      <w:r>
        <w:t>۔ تو میں نے کہا کہ آپ لوگ جو ہیں، اللہ تعالیٰ کی ایک اسکیم کے تحت یہاں آئے ہیں، وہ پورا کیجئے۔</w:t>
      </w:r>
    </w:p>
    <w:p>
      <w:r>
        <w:rPr>
          <w:b/>
        </w:rPr>
        <w:t xml:space="preserve">[44:43] </w:t>
      </w:r>
      <w:r>
        <w:t>to main ne bataya ke dekhein, Quran mein bataya gaya hai ke tamam paighambar mulk qaum ko khitab karte the, yaani qaum ka jo head hota tha, head, aur un ko khitab karte the.</w:t>
      </w:r>
    </w:p>
    <w:p>
      <w:pPr>
        <w:jc w:val="right"/>
      </w:pPr>
      <w:r>
        <w:t>تو میں نے بتایا کہ دیکھیں، قرآن میں بتایا گیا ہے کہ تمام پیغمبر ملک قوم کو خطاب کرتے تھے، یعنی قوم کا جو ہیڈ ہوتا تھا، ہیڈ، اور ان کو خطاب کرتے تھے۔</w:t>
      </w:r>
    </w:p>
    <w:p>
      <w:r>
        <w:rPr>
          <w:b/>
        </w:rPr>
        <w:t xml:space="preserve">[44:57] </w:t>
      </w:r>
      <w:r>
        <w:t>to Islam ka tareeqa kya hai da'wat ka?</w:t>
      </w:r>
    </w:p>
    <w:p>
      <w:pPr>
        <w:jc w:val="right"/>
      </w:pPr>
      <w:r>
        <w:t>تو اسلام کا طریقہ کیا ہے دعوت کا؟</w:t>
      </w:r>
    </w:p>
    <w:p>
      <w:r>
        <w:rPr>
          <w:b/>
        </w:rPr>
        <w:t xml:space="preserve">[45:00] </w:t>
      </w:r>
      <w:r>
        <w:t>yeh da'wat ka tareeqa aaj jo nikla hua hai, jo kehte hain downtrodden logon mein, yeh tareeqa nahi hai. Is ko kehte hain grass root level se kaam karna, wo nahi.</w:t>
      </w:r>
    </w:p>
    <w:p>
      <w:pPr>
        <w:jc w:val="right"/>
      </w:pPr>
      <w:r>
        <w:t>یہ دعوت کا طریقہ آج جو نکلا ہوا ہے، جو کہتے ہیں ڈاؤن ٹراڈن لوگوں میں، یہ طریقہ نہیں ہے۔ اس کو کہتے ہیں گراس روٹ لیول سے کام کرنا، وہ نہیں۔</w:t>
      </w:r>
    </w:p>
    <w:p>
      <w:r>
        <w:rPr>
          <w:b/>
        </w:rPr>
        <w:t xml:space="preserve">[45:09] </w:t>
      </w:r>
      <w:r>
        <w:t>Islam ka tareeqa wo nahi hai. Islam ka tareeqa yeh hai ke jo intellectuals hain, jo intelligentsia hai, jo opinion makers hain, jo lead kar rahe hain qaum ko, us ko khitab karna.</w:t>
      </w:r>
    </w:p>
    <w:p>
      <w:pPr>
        <w:jc w:val="right"/>
      </w:pPr>
      <w:r>
        <w:t>اسلام کا طریقہ وہ نہیں ہے۔ اسلام کا طریقہ یہ ہے کہ جو انٹلیکچولز ہیں، جو انٹیلیجنسیا ہے، جو اوپن میکرز ہیں، جو لیڈ کر رہے ہیں قوم کو، اس کو خطاب کرنا۔</w:t>
      </w:r>
    </w:p>
    <w:p>
      <w:r>
        <w:rPr>
          <w:b/>
        </w:rPr>
        <w:t xml:space="preserve">[45:23] </w:t>
      </w:r>
      <w:r>
        <w:t>downtrodden mein ja kar ke jo log da'waton kaam karte hain, wo Islam ka tareeqa nahi hai.</w:t>
      </w:r>
    </w:p>
    <w:p>
      <w:pPr>
        <w:jc w:val="right"/>
      </w:pPr>
      <w:r>
        <w:t>ڈاؤن ٹراڈن میں جا کر کے جو لوگ دعوتیں کام کرتے ہیں، وہ اسلام کا طریقہ نہیں ہے۔</w:t>
      </w:r>
    </w:p>
    <w:p>
      <w:r>
        <w:rPr>
          <w:b/>
        </w:rPr>
        <w:t xml:space="preserve">[45:29] </w:t>
      </w:r>
      <w:r>
        <w:t>wo wo khud sakhta tareeqa hai. To wo Islam mein tareeqa ooper se neeche aane ka hai. Top ke logon ko aap khitab karein ge, phir phir percolate kar ke da'wat pahunche gi neeche logon tak, neeche se ooper nahi.</w:t>
      </w:r>
    </w:p>
    <w:p>
      <w:pPr>
        <w:jc w:val="right"/>
      </w:pPr>
      <w:r>
        <w:t>وہ وہ خود ساختہ طریقہ ہے۔ تو وہ اسلام میں طریقہ اوپر سے نیچے آنے کا ہے۔ ٹاپ کے لوگوں کو آپ خطاب کریں گے، پھر پھر پریکولیٹ کر کے دعوت پہنچے گی نیچے لوگوں تک، نیچے سے اوپر نہیں۔</w:t>
      </w:r>
    </w:p>
    <w:p>
      <w:r>
        <w:rPr>
          <w:b/>
        </w:rPr>
        <w:t xml:space="preserve">[45:46] </w:t>
      </w:r>
      <w:r>
        <w:t>Islam ka da'wati tareeqa neeche se ooper ka nahi hai, ooper se neeche ka hai. To main ne kaha ke dekhein, America ne America ki wajah se kya hua?</w:t>
      </w:r>
    </w:p>
    <w:p>
      <w:pPr>
        <w:jc w:val="right"/>
      </w:pPr>
      <w:r>
        <w:t>اسلام کا دعوتی طریقہ نیچے سے اوپر کا نہیں ہے، اوپر سے نیچے کا ہے۔ تو میں نے کہا کہ دیکھیں، امریکہ نے امریکہ کی وجہ سے کیا ہوا؟</w:t>
      </w:r>
    </w:p>
    <w:p>
      <w:r>
        <w:rPr>
          <w:b/>
        </w:rPr>
        <w:t xml:space="preserve">[45:59] </w:t>
      </w:r>
      <w:r>
        <w:t>English language international language ban gayi. Communication ka ek international system qaim ho gaya. Saari duniya se ab America ke taluqaat, aap jante hain ke America ka market agar girta hai to saari duniya par asar padta hai.</w:t>
      </w:r>
    </w:p>
    <w:p>
      <w:pPr>
        <w:jc w:val="right"/>
      </w:pPr>
      <w:r>
        <w:t>انگلش لینگویج انٹرنیشنل لینگویج بن گئی۔ کمیونیکیشن کا ایک انٹرنیشنل سسٹم قائم ہو گیا۔ ساری دنیا سے اب امریکہ کے تعلقات، آپ جانتے ہیں کہ امریکہ کا مارکیٹ اگر گرتا ہے تو ساری دنیا پر اثر پڑتا ہے۔</w:t>
      </w:r>
    </w:p>
    <w:p>
      <w:r>
        <w:rPr>
          <w:b/>
        </w:rPr>
        <w:t xml:space="preserve">[46:12] </w:t>
      </w:r>
      <w:r>
        <w:t>is ka America ka market ooper jaye tab bhi asar pare ga, neeche jaye tab bhi asar pare ga. To world state bana hua hai America.</w:t>
      </w:r>
    </w:p>
    <w:p>
      <w:pPr>
        <w:jc w:val="right"/>
      </w:pPr>
      <w:r>
        <w:t>اس کا امریکہ کا مارکیٹ اوپر جائے تب بھی اثر پڑے گا، نیچے جائے تب بھی اثر پڑے گا۔ تو ورلڈ سٹیٹ بنا ہوا ہے امریکہ۔</w:t>
      </w:r>
    </w:p>
    <w:p>
      <w:r>
        <w:rPr>
          <w:b/>
        </w:rPr>
        <w:t xml:space="preserve">[46:23] </w:t>
      </w:r>
      <w:r>
        <w:t>to main ne kaha ke Allah taala ne aap ko bana banaya de diya. Aaj ka mila, aaj ka jo mila hai, wo yeh America hai.</w:t>
      </w:r>
    </w:p>
    <w:p>
      <w:pPr>
        <w:jc w:val="right"/>
      </w:pPr>
      <w:r>
        <w:t>تو میں نے کہا کہ اللہ تعالیٰ نے آپ کو بنا بنایا دے دیا۔ آج کا ملا، آج کا جو ملا ہے، وہ یہ امریکہ ہے۔</w:t>
      </w:r>
    </w:p>
    <w:p>
      <w:r>
        <w:rPr>
          <w:b/>
        </w:rPr>
        <w:t xml:space="preserve">[46:34] </w:t>
      </w:r>
      <w:r>
        <w:t>America aaj ka mila hai. To yahan par Allah taala ne aap ko pahunchaya hai.</w:t>
      </w:r>
    </w:p>
    <w:p>
      <w:pPr>
        <w:jc w:val="right"/>
      </w:pPr>
      <w:r>
        <w:t>امریکہ آج کا ملا ہے۔ تو یہاں پر اللہ تعالیٰ نے آپ کو پہنچایا ہے۔</w:t>
      </w:r>
    </w:p>
    <w:p>
      <w:r>
        <w:rPr>
          <w:b/>
        </w:rPr>
        <w:t xml:space="preserve">[46:40] </w:t>
      </w:r>
      <w:r>
        <w:t>to agar aap chahte hain khud aisa karna ke koi zabaan international zabaan ban jaye, koi mulk jo hai international seat ban jaye, kisi mulk mein itna communication itna acha ho ke ek jagah baith kar saari duniya ko aap khitab kar sakein,</w:t>
      </w:r>
    </w:p>
    <w:p>
      <w:pPr>
        <w:jc w:val="right"/>
      </w:pPr>
      <w:r>
        <w:t>تو اگر آپ چاہتے ہیں خود ایسا کرنا کہ کوئی زبان انٹرنیشنل زبان بن جائے، کوئی ملک جو ہے انٹرنیشنل سیٹ بن جائے، کسی ملک میں اتنا کمیونیکیشن اتنا اچھا ہو کہ ایک جگہ بیٹھ کر ساری دنیا کو آپ خطاب کر سکیں،</w:t>
      </w:r>
    </w:p>
    <w:p>
      <w:r>
        <w:rPr>
          <w:b/>
        </w:rPr>
        <w:t xml:space="preserve">[46:57] </w:t>
      </w:r>
      <w:r>
        <w:t>wahan itne hawa jaate hain, itne duniya bhar se log aate hain.</w:t>
      </w:r>
    </w:p>
    <w:p>
      <w:pPr>
        <w:jc w:val="right"/>
      </w:pPr>
      <w:r>
        <w:t>وہاں اتنے ہوا جاتے ہیں، اتنے دنیا بھر سے لوگ آتے ہیں۔</w:t>
      </w:r>
    </w:p>
    <w:p>
      <w:r>
        <w:rPr>
          <w:b/>
        </w:rPr>
        <w:t xml:space="preserve">[47:02] </w:t>
      </w:r>
      <w:r>
        <w:t>main ek baar baitha hua tha wahan par hotel mein, to bahar shishe se bahar main dekh raha tha to hawa is tarah aati hai jaise chidiyan udti hain faza mein.</w:t>
      </w:r>
    </w:p>
    <w:p>
      <w:pPr>
        <w:jc w:val="right"/>
      </w:pPr>
      <w:r>
        <w:t>میں ایک بار بیٹھا ہوا تھا وہاں پر ہوٹل میں، تو باہر شیشے سے باہر میں دیکھ رہا تھا تو ہوا اس طرح آتی ہے جیسے چڑیاں اڑتی ہیں فضا میں۔</w:t>
      </w:r>
    </w:p>
    <w:p>
      <w:r>
        <w:rPr>
          <w:b/>
        </w:rPr>
        <w:t xml:space="preserve">[47:17] </w:t>
      </w:r>
      <w:r>
        <w:t>ittifaq se woh airport ke paas tha, woh hotel, to main shishe ke bahar dekhta tha to wahan par hua is tarah se aa rahe ja rahe thay jaise ke jaise chidiyaan udti hain fiza mein.</w:t>
      </w:r>
    </w:p>
    <w:p>
      <w:pPr>
        <w:jc w:val="right"/>
      </w:pPr>
      <w:r>
        <w:t>اتفاق سے وہ ایئرپورٹ کے پاس تھا، وہ ہوٹل، تو میں شیشے کے باہر دیکھتا تھا تو وہاں پر ہوا اس طرح سے آ رہے جا رہے تھے جیسے کہ جیسے چڑیاں اڑتی ہیں فضا میں۔</w:t>
      </w:r>
    </w:p>
    <w:p>
      <w:r>
        <w:rPr>
          <w:b/>
        </w:rPr>
        <w:t xml:space="preserve">[47:29] </w:t>
      </w:r>
      <w:r>
        <w:t>itte hawa</w:t>
      </w:r>
    </w:p>
    <w:p>
      <w:pPr>
        <w:jc w:val="right"/>
      </w:pPr>
      <w:r>
        <w:t>اتنے ہوا</w:t>
      </w:r>
    </w:p>
    <w:p>
      <w:r>
        <w:rPr>
          <w:b/>
        </w:rPr>
        <w:t xml:space="preserve">[47:30] </w:t>
      </w:r>
      <w:r>
        <w:t>to beshumar log aate hain, jaate hain, aate hain, jaate hain, aate jaate hain. To maine kaha ke agar aap log chahte hain ke aisa koi aalmi markaz bane to aap nahi kar sakte thay, aap ke liye possible nahi tha.</w:t>
      </w:r>
    </w:p>
    <w:p>
      <w:pPr>
        <w:jc w:val="right"/>
      </w:pPr>
      <w:r>
        <w:t>تو بے شمار لوگ آتے ہیں، جاتے ہیں، آتے ہیں، جاتے ہیں، آتے جاتے ہیں۔ تو میں نے کہا کہ اگر آپ لوگ چاہتے ہیں کہ ایسا کوئی عالمی مرکز بنے تو آپ نہیں کر سکتے تھے، آپ کے لیے پاسیبل نہیں تھا۔</w:t>
      </w:r>
    </w:p>
    <w:p>
      <w:r>
        <w:rPr>
          <w:b/>
        </w:rPr>
        <w:t xml:space="preserve">[47:44] </w:t>
      </w:r>
      <w:r>
        <w:t>To America ne apna jo unka target banaya, unhon ne global leadership ka, us ki wajah se aisa hua. Ab aap is ko yeh opportunity aap ke liye hai, is ko avail kijiye.</w:t>
      </w:r>
    </w:p>
    <w:p>
      <w:pPr>
        <w:jc w:val="right"/>
      </w:pPr>
      <w:r>
        <w:t>تو امریکہ نے اپنا جو ان کا ٹارگٹ بنایا، انہوں نے گلوبل لیڈرشپ کا، اس کی وجہ سے ایسا ہوا۔ اب آپ اس کو یہ اپرچونیٹی آپ کے لیے ہے، اس کو اویل کیجئے۔</w:t>
      </w:r>
    </w:p>
    <w:p>
      <w:r>
        <w:rPr>
          <w:b/>
        </w:rPr>
        <w:t xml:space="preserve">[47:57] </w:t>
      </w:r>
      <w:r>
        <w:t>To maine kaha ke dekhiye,</w:t>
      </w:r>
    </w:p>
    <w:p>
      <w:pPr>
        <w:jc w:val="right"/>
      </w:pPr>
      <w:r>
        <w:t>تو میں نے کہا کہ دیکھیے،</w:t>
      </w:r>
    </w:p>
    <w:p>
      <w:r>
        <w:rPr>
          <w:b/>
        </w:rPr>
        <w:t xml:space="preserve">[48:01] </w:t>
      </w:r>
      <w:r>
        <w:t>jab barish hoti hai barsaat ke zamane mein to barish khamoshi se hoti hai, ailaan nahi hota barish ke saath saath. Ae kisaanon, waqt aa gaya hai fasal lagane ka, apne khet bajao.</w:t>
      </w:r>
    </w:p>
    <w:p>
      <w:pPr>
        <w:jc w:val="right"/>
      </w:pPr>
      <w:r>
        <w:t>جب بارش ہوتی ہے برسات کے زمانے میں تو بارش خاموشی سے ہوتی ہے، اعلان نہیں ہوتا بارش کے ساتھ ساتھ۔ اے کسانوں، وقت آ گیا ہے فصل لگانے کا، اپنے کھیت بجاؤ۔</w:t>
      </w:r>
    </w:p>
    <w:p>
      <w:r>
        <w:rPr>
          <w:b/>
        </w:rPr>
        <w:t xml:space="preserve">[48:18] </w:t>
      </w:r>
      <w:r>
        <w:t>Yeh koi koi barish ailaan nahi karti, aisa yeh kisan ko khud janna parta hai.</w:t>
      </w:r>
    </w:p>
    <w:p>
      <w:pPr>
        <w:jc w:val="right"/>
      </w:pPr>
      <w:r>
        <w:t>یہ کوئی کوئی بارش اعلان نہیں کرتی، ایسا یہ کسان کو خود جاننا پڑتا ہے۔</w:t>
      </w:r>
    </w:p>
    <w:p>
      <w:r>
        <w:rPr>
          <w:b/>
        </w:rPr>
        <w:t xml:space="preserve">[48:26] </w:t>
      </w:r>
      <w:r>
        <w:t>Barish aayegi, pani idhar udhar ho jayega, lekin yeh kisan ko khud daryaft karna hai ke mausam aa gaya agriculture ka, mausam aa gaya khet ki tayari karne ka, khud aap ko daryaft karna hai.</w:t>
      </w:r>
    </w:p>
    <w:p>
      <w:pPr>
        <w:jc w:val="right"/>
      </w:pPr>
      <w:r>
        <w:t>بارش آئے گی، پانی ادھر ادھر ہو جائے گا، لیکن یہ کسان کو خود دریافت کرنا ہے کہ موسم آ گیا ایگریکلچر کا، موسم آ گیا کھیت کی تیاری کرنے کا، خود آپ کو دریافت کرنا ہے۔</w:t>
      </w:r>
    </w:p>
    <w:p>
      <w:r>
        <w:rPr>
          <w:b/>
        </w:rPr>
        <w:t xml:space="preserve">[48:45] </w:t>
      </w:r>
      <w:r>
        <w:t>To maine kaha ke yeh jo hua hai America mein ke world set ban gayi hai, yeh yahan par</w:t>
      </w:r>
    </w:p>
    <w:p>
      <w:pPr>
        <w:jc w:val="right"/>
      </w:pPr>
      <w:r>
        <w:t>تو میں نے کہا کہ یہ جو ہوا ہے امریکہ میں کہ ورلڈ سیٹ بن گئی ہے، یہ یہاں پر</w:t>
      </w:r>
    </w:p>
    <w:p>
      <w:r>
        <w:rPr>
          <w:b/>
        </w:rPr>
        <w:t xml:space="preserve">[48:52] </w:t>
      </w:r>
      <w:r>
        <w:t>To woh khud nahi loudspeaker le kar ke, yani announce karegi ke ae ae daaiyon, ae Musalmanon, aao yahan par.</w:t>
      </w:r>
    </w:p>
    <w:p>
      <w:pPr>
        <w:jc w:val="right"/>
      </w:pPr>
      <w:r>
        <w:t>تو وہ خود نہیں لاؤڈ سپیکر لے کر کے، یعنی اناؤنس کرے گی کہ اے اے داعیوں، اے مسلمانوں، آؤ یہاں پر۔</w:t>
      </w:r>
    </w:p>
    <w:p>
      <w:r>
        <w:rPr>
          <w:b/>
        </w:rPr>
        <w:t xml:space="preserve">[49:02] </w:t>
      </w:r>
      <w:r>
        <w:t>Nahi, aap ko khud daryaft karna padega. To Allah taala ne aap ek taraf yeh kiya ke America ko ek aalmi markaz bana diya aur aap ko yahan pahuncha diya.</w:t>
      </w:r>
    </w:p>
    <w:p>
      <w:pPr>
        <w:jc w:val="right"/>
      </w:pPr>
      <w:r>
        <w:t>نہیں، آپ کو خود دریافت کرنا پڑے گا۔ تو اللہ تعالیٰ نے آپ ایک طرف یہ کیا کہ امریکہ کو ایک عالمی مرکز بنا دیا اور آپ کو یہاں پہنچا دیا۔</w:t>
      </w:r>
    </w:p>
    <w:p>
      <w:r>
        <w:rPr>
          <w:b/>
        </w:rPr>
        <w:t xml:space="preserve">[49:17] </w:t>
      </w:r>
      <w:r>
        <w:t>To aap is ko avail kijiye, nahi to aap Khuda ke pakad jayenge.</w:t>
      </w:r>
    </w:p>
    <w:p>
      <w:pPr>
        <w:jc w:val="right"/>
      </w:pPr>
      <w:r>
        <w:t>تو آپ اس کو اویل کیجئے، نہیں تو آپ خدا کے پکڑ جائیں گے۔</w:t>
      </w:r>
    </w:p>
    <w:p>
      <w:r>
        <w:rPr>
          <w:b/>
        </w:rPr>
        <w:t xml:space="preserve">[49:22] </w:t>
      </w:r>
      <w:r>
        <w:t>Allah taala ke pakad jayenge, aap</w:t>
      </w:r>
    </w:p>
    <w:p>
      <w:pPr>
        <w:jc w:val="right"/>
      </w:pPr>
      <w:r>
        <w:t>اللہ تعالیٰ کے پکڑ جائیں گے، آپ</w:t>
      </w:r>
    </w:p>
    <w:p>
      <w:r>
        <w:rPr>
          <w:b/>
        </w:rPr>
        <w:t xml:space="preserve">[49:27] </w:t>
      </w:r>
      <w:r>
        <w:t>Aap bach nahi sakte. Ek aur bohat ajeeb tajurba wahan hua ke wahan ke jo Musalman hain,</w:t>
      </w:r>
    </w:p>
    <w:p>
      <w:pPr>
        <w:jc w:val="right"/>
      </w:pPr>
      <w:r>
        <w:t>آپ بچ نہیں سکتے۔ ایک اور بہت عجیب تجربہ وہاں ہوا کہ وہاں کے جو مسلمان ہیں،</w:t>
      </w:r>
    </w:p>
    <w:p>
      <w:r>
        <w:rPr>
          <w:b/>
        </w:rPr>
        <w:t xml:space="preserve">[49:37] </w:t>
      </w:r>
      <w:r>
        <w:t>woh isi qism ke woh cheezon muhab jee rahe hain jo yahan India Pakistan mein hote hain. Isi qism</w:t>
      </w:r>
    </w:p>
    <w:p>
      <w:pPr>
        <w:jc w:val="right"/>
      </w:pPr>
      <w:r>
        <w:t>وہ اسی قسم کے وہ چیزوں محاب جی رہے ہیں جو یہاں انڈیا پاکستان میں ہوتے ہیں۔ اسی قسم</w:t>
      </w:r>
    </w:p>
    <w:p>
      <w:r>
        <w:rPr>
          <w:b/>
        </w:rPr>
        <w:t xml:space="preserve">[49:47] </w:t>
      </w:r>
      <w:r>
        <w:t>ki baatein hain. Jaise main ek ek ek tajurba bataoon to wahan par sab tajurbe bohat achhe hue. Ek tajurba thoda sa wahan par kuch unpleasant tha.</w:t>
      </w:r>
    </w:p>
    <w:p>
      <w:pPr>
        <w:jc w:val="right"/>
      </w:pPr>
      <w:r>
        <w:t>کی باتیں ہیں۔ جیسے میں ایک ایک ایک تجربہ بتاؤں تو وہاں پر سب تجربے بہت اچھے ہوئے۔ ایک تجربہ تھوڑا سا وہاں پر کچھ ان پریزنٹ تھا۔</w:t>
      </w:r>
    </w:p>
    <w:p>
      <w:r>
        <w:rPr>
          <w:b/>
        </w:rPr>
        <w:t xml:space="preserve">[49:55] </w:t>
      </w:r>
      <w:r>
        <w:t>Woh ek masjid thi, us mein hamari taqreer hui. Taqreer to poori ho gayi, us mein koi khalal nahi pada.</w:t>
      </w:r>
    </w:p>
    <w:p>
      <w:pPr>
        <w:jc w:val="right"/>
      </w:pPr>
      <w:r>
        <w:t>وہ ایک مسجد تھی، اس میں ہماری تقریر ہوئی۔ تقریر تو پوری ہوگئی، اس میں کوئی خلل نہیں پڑا۔</w:t>
      </w:r>
    </w:p>
    <w:p>
      <w:r>
        <w:rPr>
          <w:b/>
        </w:rPr>
        <w:t xml:space="preserve">[50:08] </w:t>
      </w:r>
      <w:r>
        <w:t>Aakhir mein kya hua ke ek audience mein se ek aadmi door se laga bolne, door door se. To</w:t>
      </w:r>
    </w:p>
    <w:p>
      <w:pPr>
        <w:jc w:val="right"/>
      </w:pPr>
      <w:r>
        <w:t>آخر میں کیا ہوا کہ ایک آڈینس میں سے ایک آدمی دور سے لگا بولنے، دور دور سے۔ تو</w:t>
      </w:r>
    </w:p>
    <w:p>
      <w:r>
        <w:rPr>
          <w:b/>
        </w:rPr>
        <w:t xml:space="preserve">[50:18] </w:t>
      </w:r>
      <w:r>
        <w:t>us ke kisi ne suna nahi, jo aadmi cheer kar rahe thay, unhon ne bhi kuch nahi suna. To woh wahan se chal kar ke bilkul stage par aa gaya aur laga zor se bolne.</w:t>
      </w:r>
    </w:p>
    <w:p>
      <w:pPr>
        <w:jc w:val="right"/>
      </w:pPr>
      <w:r>
        <w:t>اس کے کسی نے سنا نہیں، جو آدمی چیئر کر رہے تھے، انہوں نے بھی کچھ نہیں سنا۔ تو وہ وہاں سے چل کر کے بالکل اسٹیج پر آ گیا اور لگا زور سے بولنے۔</w:t>
      </w:r>
    </w:p>
    <w:p>
      <w:r>
        <w:rPr>
          <w:b/>
        </w:rPr>
        <w:t xml:space="preserve">[50:28] </w:t>
      </w:r>
      <w:r>
        <w:t>Maine ghaur kiya, kaha kya keh raha hai yeh aadmi?</w:t>
      </w:r>
    </w:p>
    <w:p>
      <w:pPr>
        <w:jc w:val="right"/>
      </w:pPr>
      <w:r>
        <w:t>میں نے غور کیا، کہا کیا کہہ رہا ہے یہ آدمی؟</w:t>
      </w:r>
    </w:p>
    <w:p>
      <w:r>
        <w:rPr>
          <w:b/>
        </w:rPr>
        <w:t xml:space="preserve">[50:31] </w:t>
      </w:r>
      <w:r>
        <w:t>To woh keh raha tha mere bare mein, yeh exactly yeh alfaaz thay us ke: "He cited the prophet by name ten times,</w:t>
      </w:r>
    </w:p>
    <w:p>
      <w:pPr>
        <w:jc w:val="right"/>
      </w:pPr>
      <w:r>
        <w:t>تو وہ کہہ رہا تھا میرے بارے میں، یہ ایگزیکٹلی یہ الفاظ تھے اس کے: "ہی سائیٹڈ دی پرافٹ بائی نیم ٹین ٹائمز،</w:t>
      </w:r>
    </w:p>
    <w:p>
      <w:r>
        <w:rPr>
          <w:b/>
        </w:rPr>
        <w:t xml:space="preserve">[50:48] </w:t>
      </w:r>
      <w:r>
        <w:t>but he never said sallallahu alaihi wasallam or peace be upon him". Yeh chala raha tha woh. To khair, us ko imam sahib ne pacify kiya.</w:t>
      </w:r>
    </w:p>
    <w:p>
      <w:pPr>
        <w:jc w:val="right"/>
      </w:pPr>
      <w:r>
        <w:t>بٹ ہی نیور سیڈ صلی اللہ علیہ وسلم اور پیس بی اپان ہم"۔ یہ چلا رہا تھا وہ۔ تو خیر، اس کو امام صاحب نے پیسیفائی کیا۔</w:t>
      </w:r>
    </w:p>
    <w:p>
      <w:r>
        <w:rPr>
          <w:b/>
        </w:rPr>
        <w:t xml:space="preserve">[51:00] </w:t>
      </w:r>
      <w:r>
        <w:t>To main is is tarah ka aur bhi kai wahan par Musalmanon ke bare mein tajurbe hue. To maine socha ke yeh log jo yehin, woh yahin paida hua na, woh ladka tha, woh woh naujawan jo tha, wahin paida hua.</w:t>
      </w:r>
    </w:p>
    <w:p>
      <w:pPr>
        <w:jc w:val="right"/>
      </w:pPr>
      <w:r>
        <w:t>تو میں اس اس طرح کا اور بھی کئی وہاں پر مسلمانوں کے بارے میں تجربے ہوئے۔ تو میں نے سوچا کہ یہ لوگ جو یہیں، وہ یہیں پیدا ہوا نا، وہ لڑکا تھا، وہ وہ نوجوان جو تھا، وہیں پیدا ہوا۔</w:t>
      </w:r>
    </w:p>
    <w:p>
      <w:r>
        <w:rPr>
          <w:b/>
        </w:rPr>
        <w:t xml:space="preserve">[51:14] </w:t>
      </w:r>
      <w:r>
        <w:t>To maine socha ke yeh is qism ki baatein to India aur Pakistan mein chalti hain, yani sentimental hon hain zyada log is maamle mein ke sallallahu alaihi wasallam na kahein to aap ko maarne daudenge.</w:t>
      </w:r>
    </w:p>
    <w:p>
      <w:pPr>
        <w:jc w:val="right"/>
      </w:pPr>
      <w:r>
        <w:t>تو میں نے سوچا کہ یہ اس قسم کی باتیں تو انڈیا اور پاکستان میں چلتی ہیں، یعنی سینٹیمنٹل ہوں ہیں زیادہ لوگ اس معاملے میں کہ صلی اللہ علیہ وسلم نہ کہیں تو آپ کو مارنے دوڑیں گے۔</w:t>
      </w:r>
    </w:p>
    <w:p>
      <w:r>
        <w:rPr>
          <w:b/>
        </w:rPr>
        <w:t xml:space="preserve">[51:27] </w:t>
      </w:r>
      <w:r>
        <w:t>Woh wahan kyun aisa hai?</w:t>
      </w:r>
    </w:p>
    <w:p>
      <w:pPr>
        <w:jc w:val="right"/>
      </w:pPr>
      <w:r>
        <w:t>وہ وہاں کیوں ایسا ہے؟</w:t>
      </w:r>
    </w:p>
    <w:p>
      <w:r>
        <w:rPr>
          <w:b/>
        </w:rPr>
        <w:t xml:space="preserve">[51:30] </w:t>
      </w:r>
      <w:r>
        <w:t>America mein kyun aisa hai? America mein to aadmi Obama bolta hai, aise hi bas koi hux, yaani hux extins nahi kehta koi Obama ko.</w:t>
      </w:r>
    </w:p>
    <w:p>
      <w:pPr>
        <w:jc w:val="right"/>
      </w:pPr>
      <w:r>
        <w:t>امریکہ میں کیوں ایسا ہے؟ امریکہ میں تو آدمی اوباما بولتا ہے، ایسے ہی بس کوئی ہکس، یعنی ہکس ایکسٹینس نہیں کہتا کوئی اوباما کو۔</w:t>
      </w:r>
    </w:p>
    <w:p>
      <w:r>
        <w:rPr>
          <w:b/>
        </w:rPr>
        <w:t xml:space="preserve">[51:43] </w:t>
      </w:r>
      <w:r>
        <w:t>to wahan ka culture doosra hai. to musalman kyun isi isi culture mein abhi jee rahe hain yahan par?</w:t>
      </w:r>
    </w:p>
    <w:p>
      <w:pPr>
        <w:jc w:val="right"/>
      </w:pPr>
      <w:r>
        <w:t>تو وہاں کا کلچر دوسرا ہے۔ تو مسلمان کیوں اسی اسی کلچر میں ابھی جی رہے ہیں یہاں پر؟</w:t>
      </w:r>
    </w:p>
    <w:p>
      <w:r>
        <w:rPr>
          <w:b/>
        </w:rPr>
        <w:t xml:space="preserve">[51:51] </w:t>
      </w:r>
      <w:r>
        <w:t>to maine yeh baat daryaft ki ke ek bahut bada shayad ek aspect hai musalmanon ka jo wahan rehte hain ke unki jo jo generation hai,</w:t>
      </w:r>
    </w:p>
    <w:p>
      <w:pPr>
        <w:jc w:val="right"/>
      </w:pPr>
      <w:r>
        <w:t>تو میں نے یہ بات دریافت کی کہ ایک بہت بڑا شاید ایک اسپیکٹ ہے مسلمانوں کا جو وہاں رہتے ہیں کہ ان کی جو جو جنریشن ہے،</w:t>
      </w:r>
    </w:p>
    <w:p>
      <w:r>
        <w:rPr>
          <w:b/>
        </w:rPr>
        <w:t xml:space="preserve">[52:04] </w:t>
      </w:r>
      <w:r>
        <w:t>wo sach poochhein to wo america mein nahi rehti, wo wo apne gharon mein rehti hai. matlab jin gharon mein paida hui, usi se unka mind banta hai.</w:t>
      </w:r>
    </w:p>
    <w:p>
      <w:pPr>
        <w:jc w:val="right"/>
      </w:pPr>
      <w:r>
        <w:t>وہ سچ پوچھیں تو وہ امریکہ میں نہیں رہتی، وہ وہ اپنے گھروں میں رہتی ہے۔ مطلب جن گھروں میں پیدا ہوئی، اسی سے ان کا مائنڈ بنتا ہے۔</w:t>
      </w:r>
    </w:p>
    <w:p>
      <w:r>
        <w:rPr>
          <w:b/>
        </w:rPr>
        <w:t xml:space="preserve">[52:16] </w:t>
      </w:r>
      <w:r>
        <w:t>kai logon ko mujhe bataya gaya ke america mein paida hui hai,</w:t>
      </w:r>
    </w:p>
    <w:p>
      <w:pPr>
        <w:jc w:val="right"/>
      </w:pPr>
      <w:r>
        <w:t>کئی لوگوں کو مجھے بتایا گیا کہ امریکہ میں پیدا ہوئی ہے،</w:t>
      </w:r>
    </w:p>
    <w:p>
      <w:r>
        <w:rPr>
          <w:b/>
        </w:rPr>
        <w:t xml:space="preserve">[52:19] </w:t>
      </w:r>
      <w:r>
        <w:t>baat kiya to maloom hua ke amriki thinking, amriki amriki soch unki tarah hai hi nahi bilkul. to maine daryaft kiya ke yeh log yahan par hain sirf job lene ke liye jaate hain, wo institutions mein, college, school mein.</w:t>
      </w:r>
    </w:p>
    <w:p>
      <w:pPr>
        <w:jc w:val="right"/>
      </w:pPr>
      <w:r>
        <w:t>بات کیا تو معلوم ہوا کہ امریکی تھنکنگ، امریکی امریکی سوچ ان کی طرح ہے ہی نہیں بالکل۔ تو میں نے دریافت کیا کہ یہ لوگ یہاں پر ہیں صرف جاب لینے کے لیے جاتے ہیں، وہ انسٹیٹیوشنز میں، کالج، اسکول میں۔</w:t>
      </w:r>
    </w:p>
    <w:p>
      <w:r>
        <w:rPr>
          <w:b/>
        </w:rPr>
        <w:t xml:space="preserve">[52:36] </w:t>
      </w:r>
      <w:r>
        <w:t>baqi unka jo soch hai, unka jo wo sab unke gharon mein, unke dada banate hain, unke baap banate hain, unke nana banate hain, unke mamo banate hain, unke bhai banate hain.</w:t>
      </w:r>
    </w:p>
    <w:p>
      <w:pPr>
        <w:jc w:val="right"/>
      </w:pPr>
      <w:r>
        <w:t>باقی ان کا جو سوچ ہے، ان کا جو وہ سب ان کے گھروں میں، ان کے دادا بناتے ہیں، ان کے باپ بناتے ہیں، ان کے نانا بناتے ہیں، ان کے مامو بناتے ہیں، ان کے بھائی بناتے ہیں۔</w:t>
      </w:r>
    </w:p>
    <w:p>
      <w:r>
        <w:rPr>
          <w:b/>
        </w:rPr>
        <w:t xml:space="preserve">[52:46] </w:t>
      </w:r>
      <w:r>
        <w:t>jo yahan se gaye hain, wahi gharon mein charcha rehta hai, usi qism ka wahi biryani chalti hai khane mein unko, aur wahi sallallahu alaihi wasallam wala jo culture chalate hain, wo scientific culture abhi bhi unke haan nahi hai.</w:t>
      </w:r>
    </w:p>
    <w:p>
      <w:pPr>
        <w:jc w:val="right"/>
      </w:pPr>
      <w:r>
        <w:t>جو یہاں سے گئے ہیں، وہی گھروں میں چرچا رہتا ہے، اسی قسم کا وہی بریانی چلتی ہے کھانے میں ان کو، اور وہی صلی اللہ علیہ وسلم والا جو کلچر چلاتے ہیں، وہ سائنٹیفک کلچر ابھی بھی ان کے ہاں نہیں ہے۔</w:t>
      </w:r>
    </w:p>
    <w:p>
      <w:r>
        <w:rPr>
          <w:b/>
        </w:rPr>
        <w:t xml:space="preserve">[53:00] </w:t>
      </w:r>
      <w:r>
        <w:t>main ek saath ek ladke se poocha, ek talib ilm se, kya mamla hai? usne kaha ke hum class mein ikattha hote hain, bahar nikle, sawal alag alag, yaani jo jo hai, wo alag ho jayenge, christian alag ho jayenge, hindu alag ho jayenge, musalman alag ho jayenge,</w:t>
      </w:r>
    </w:p>
    <w:p>
      <w:pPr>
        <w:jc w:val="right"/>
      </w:pPr>
      <w:r>
        <w:t>میں ایک ساتھ ایک لڑکے سے پوچھا، ایک طالب علم سے، کیا معاملہ ہے؟ اس نے کہا کہ ہم کلاس میں اکٹھا ہوتے ہیں، باہر نکلے، سوال الگ الگ، یعنی جو جو ہے، وہ الگ ہو جائیں گے، کرسچن الگ ہو جائیں گے، ہندو الگ ہو جائیں گے، مسلمان الگ ہو جائیں گے،</w:t>
      </w:r>
    </w:p>
    <w:p>
      <w:r>
        <w:rPr>
          <w:b/>
        </w:rPr>
        <w:t xml:space="preserve">[53:16] </w:t>
      </w:r>
      <w:r>
        <w:t>yaani class mein ikatthe hote hain, bahar nikle, alag group ban gaye.</w:t>
      </w:r>
    </w:p>
    <w:p>
      <w:pPr>
        <w:jc w:val="right"/>
      </w:pPr>
      <w:r>
        <w:t>یعنی کلاس میں اکٹھے ہوتے ہیں، باہر نکلے، الگ گروپ بن گئے۔</w:t>
      </w:r>
    </w:p>
    <w:p>
      <w:r>
        <w:rPr>
          <w:b/>
        </w:rPr>
        <w:t xml:space="preserve">[53:21] </w:t>
      </w:r>
      <w:r>
        <w:t>to kaha ke ek hai aadmi ki soch, ek hai professional degree ya job.</w:t>
      </w:r>
    </w:p>
    <w:p>
      <w:pPr>
        <w:jc w:val="right"/>
      </w:pPr>
      <w:r>
        <w:t>تو کہا کہ ایک ہے آدمی کی سوچ، ایک ہے پروفیشنل ڈگری یا جاب۔</w:t>
      </w:r>
    </w:p>
    <w:p>
      <w:r>
        <w:rPr>
          <w:b/>
        </w:rPr>
        <w:t xml:space="preserve">[53:31] </w:t>
      </w:r>
      <w:r>
        <w:t>to job ya profession ke liye wo jata hai wahan par, lekin jo soch hai, uski banti hai gharon mein. to updating aaj aaj ka jo american naujawan jo america mein rehta hai,</w:t>
      </w:r>
    </w:p>
    <w:p>
      <w:pPr>
        <w:jc w:val="right"/>
      </w:pPr>
      <w:r>
        <w:t>تو جاب یا پروفیشن کے لیے وہ جاتا ہے وہاں پر، لیکن جو سوچ ہے، اس کی بنتی ہے گھروں میں۔ تو اپڈیٹنگ آج آج کا جو امریکن نوجوان جو امریکہ میں رہتا ہے،</w:t>
      </w:r>
    </w:p>
    <w:p>
      <w:r>
        <w:rPr>
          <w:b/>
        </w:rPr>
        <w:t xml:space="preserve">[53:45] </w:t>
      </w:r>
      <w:r>
        <w:t>soch ke aitbar se isi backward soch uski hai jo yahan hum dekhte hain.</w:t>
      </w:r>
    </w:p>
    <w:p>
      <w:pPr>
        <w:jc w:val="right"/>
      </w:pPr>
      <w:r>
        <w:t>سوچ کے اعتبار سے اسی بیکورڈ سوچ اس کی ہے جو یہاں ہم دیکھتے ہیں۔</w:t>
      </w:r>
    </w:p>
    <w:p>
      <w:r>
        <w:rPr>
          <w:b/>
        </w:rPr>
        <w:t xml:space="preserve">[53:51] </w:t>
      </w:r>
      <w:r>
        <w:t>bataur kapda acha pehne rahega, wo well dressed rahega, lekin soch ke aitbar se wahi backward backwardness hogi uske andar. wahi backwardness hogi.</w:t>
      </w:r>
    </w:p>
    <w:p>
      <w:pPr>
        <w:jc w:val="right"/>
      </w:pPr>
      <w:r>
        <w:t>بظاہر کپڑا اچھا پہنے رہے گا، وہ ویل ڈریس رہے گا، لیکن سوچ کے اعتبار سے وہی بیکورڈ بیکورڈنس ہوگی اس کے اندر۔ وہی بیکورڈنس ہوگی۔</w:t>
      </w:r>
    </w:p>
    <w:p>
      <w:r>
        <w:rPr>
          <w:b/>
        </w:rPr>
        <w:t xml:space="preserve">[54:02] </w:t>
      </w:r>
      <w:r>
        <w:t>misal ke taur par dekhiye, ek jagah main gaya, musalmanon ka ek ek adara tha, wahan bahut se log the wahan par.</w:t>
      </w:r>
    </w:p>
    <w:p>
      <w:pPr>
        <w:jc w:val="right"/>
      </w:pPr>
      <w:r>
        <w:t>مثلاً دیکھیے، ایک جگہ میں گیا، مسلمانوں کا ایک ایک ادارہ تھا، وہاں بہت سے لوگ تھے وہاں پر۔</w:t>
      </w:r>
    </w:p>
    <w:p>
      <w:r>
        <w:rPr>
          <w:b/>
        </w:rPr>
        <w:t xml:space="preserve">[54:12] </w:t>
      </w:r>
      <w:r>
        <w:t>to maine kaha ke ek bahut hi, yaani ek provocative statement diya maine ke musalman yahan rehte hain america mein, lekin patriotism nahi unke andar sachi ke america ke liye wo patriotic hon.</w:t>
      </w:r>
    </w:p>
    <w:p>
      <w:pPr>
        <w:jc w:val="right"/>
      </w:pPr>
      <w:r>
        <w:t>تو میں نے کہا کہ ایک بہت ہی، یعنی ایک پرووکیٹیو سٹیٹمنٹ دیا میں نے کہ مسلمان یہاں رہتے ہیں امریکہ میں، لیکن پیٹریٹزم نہیں ان کے اندر سچی کہ امریکہ کے لیے وہ پیٹریٹک ہوں۔</w:t>
      </w:r>
    </w:p>
    <w:p>
      <w:r>
        <w:rPr>
          <w:b/>
        </w:rPr>
        <w:t xml:space="preserve">[54:35] </w:t>
      </w:r>
      <w:r>
        <w:t>to unhone kaha ke nahi, aisa kaise kehte hain aap?</w:t>
      </w:r>
    </w:p>
    <w:p>
      <w:pPr>
        <w:jc w:val="right"/>
      </w:pPr>
      <w:r>
        <w:t>تو انہوں نے کہا کہ نہیں، ایسا کیسے کہتے ہیں آپ؟</w:t>
      </w:r>
    </w:p>
    <w:p>
      <w:r>
        <w:rPr>
          <w:b/>
        </w:rPr>
        <w:t xml:space="preserve">[54:40] </w:t>
      </w:r>
      <w:r>
        <w:t>to maine kaha, maine kuch baatein keen, aise to maloom hua ke. to phir unhone kaha ke jo wahan se aaye hain apne deshon se, apne desh se, unka to mamla aisa hai, lekin jo nayi nasal paida hui yahan par, wo is se khali hai.</w:t>
      </w:r>
    </w:p>
    <w:p>
      <w:pPr>
        <w:jc w:val="right"/>
      </w:pPr>
      <w:r>
        <w:t>تو میں نے کہا، میں نے کچھ باتیں کیں، ایسے تو معلوم ہوا کہ۔ تو پھر انہوں نے کہا کہ جو وہاں سے آئے ہیں اپنے دیشوں سے، اپنے دیش سے، ان کا تو معاملہ ایسا ہے، لیکن جو نئی نسل پیدا ہوئی یہاں پر، وہ اس سے خالی ہے۔</w:t>
      </w:r>
    </w:p>
    <w:p>
      <w:r>
        <w:rPr>
          <w:b/>
        </w:rPr>
        <w:t xml:space="preserve">[54:56] </w:t>
      </w:r>
      <w:r>
        <w:t>misal ke taur par maine ek hawala diya hai ke ek ek ek article chhaapa hai, ek Egyptian ka, Egyptian ka, uska title tha "crisis of identity".</w:t>
      </w:r>
    </w:p>
    <w:p>
      <w:pPr>
        <w:jc w:val="right"/>
      </w:pPr>
      <w:r>
        <w:t>مثلاً میں نے ایک حوالہ دیا ہے کہ ایک ایک ایک آرٹیکل چھپا ہے، ایک ایجپشن کا، ایجپشن کا، اس کا ٹائٹل تھا "کرائسس آف آئیڈینٹیٹی"۔</w:t>
      </w:r>
    </w:p>
    <w:p>
      <w:r>
        <w:rPr>
          <w:b/>
        </w:rPr>
        <w:t xml:space="preserve">[55:10] </w:t>
      </w:r>
      <w:r>
        <w:t>"crisis of identity" wo wo kehta hai khud apne bare mein ke main Egypt mein paida hua, wahin parha barha, phir baad ko main USA aa gaya.</w:t>
      </w:r>
    </w:p>
    <w:p>
      <w:pPr>
        <w:jc w:val="right"/>
      </w:pPr>
      <w:r>
        <w:t>"کرائسس آف آئیڈینٹیٹی" وہ وہ کہتا ہے خود اپنے بارے میں کہ میں ایجپٹ میں پیدا ہوا، وہیں پڑھا بڑھا، پھر بعد کو میں یو ایس اے آ گیا۔</w:t>
      </w:r>
    </w:p>
    <w:p>
      <w:r>
        <w:rPr>
          <w:b/>
        </w:rPr>
        <w:t xml:space="preserve">[55:20] </w:t>
      </w:r>
      <w:r>
        <w:t>to agarche main USA ki status solidership le li hai, lekin abhi bhi main sentimental taluq par, abhi to Egypt se hai.</w:t>
      </w:r>
    </w:p>
    <w:p>
      <w:pPr>
        <w:jc w:val="right"/>
      </w:pPr>
      <w:r>
        <w:t>تو اگرچہ میں یو ایس اے کی سٹیٹس سولیڈر سیپ لے لی ہے، لیکن ابھی بھی میں سینٹیمنٹل تعلق پر، ابھی تو ایجپٹ سے ہے۔</w:t>
      </w:r>
    </w:p>
    <w:p>
      <w:r>
        <w:rPr>
          <w:b/>
        </w:rPr>
        <w:t xml:space="preserve">[55:30] </w:t>
      </w:r>
      <w:r>
        <w:t>mujhe chahiye ke main USA se meri hub-ul-watani ho, lekin abhi bhi wo baqi hai Egypt ke sath.</w:t>
      </w:r>
    </w:p>
    <w:p>
      <w:pPr>
        <w:jc w:val="right"/>
      </w:pPr>
      <w:r>
        <w:t>مجھے چاہیے کہ میں یو ایس اے سے میری حب الوطنی ہو، لیکن ابھی بھی وہ باقی ہے ایجپٹ کے ساتھ۔</w:t>
      </w:r>
    </w:p>
    <w:p>
      <w:r>
        <w:rPr>
          <w:b/>
        </w:rPr>
        <w:t xml:space="preserve">[55:38] </w:t>
      </w:r>
      <w:r>
        <w:t>to main do tarah ke is mein jeeta hoon.</w:t>
      </w:r>
    </w:p>
    <w:p>
      <w:pPr>
        <w:jc w:val="right"/>
      </w:pPr>
      <w:r>
        <w:t>تو میں دو طرح کے اس میں جیتا ہوں۔</w:t>
      </w:r>
    </w:p>
    <w:p>
      <w:r>
        <w:rPr>
          <w:b/>
        </w:rPr>
        <w:t xml:space="preserve">[55:43] </w:t>
      </w:r>
      <w:r>
        <w:t>to yeh maine to unhone kaha ke yeh purane logon mein yeh baat hai, lekin naye logon mein nahi, nayi nasal mein. to maine kaha acha laiye. to ek ek naujawan jo hai milaya gaya mujhse, jo wahin paida hua hai, american accent mein bolta hai.</w:t>
      </w:r>
    </w:p>
    <w:p>
      <w:pPr>
        <w:jc w:val="right"/>
      </w:pPr>
      <w:r>
        <w:t>تو یہ میں نے تو انہوں نے کہا کہ یہ پرانے لوگوں میں یہ بات ہے، لیکن نئے لوگوں میں نہیں، نئی نسل میں۔ تو میں نے کہا اچھا لائیے۔ تو ایک ایک نوجوان جو ہے ملایا گیا مجھ سے، جو وہیں پیدا ہوا ہے، امریکن ایکسنٹ میں بولتا ہے۔</w:t>
      </w:r>
    </w:p>
    <w:p>
      <w:r>
        <w:rPr>
          <w:b/>
        </w:rPr>
        <w:t xml:space="preserve">[55:58] </w:t>
      </w:r>
      <w:r>
        <w:t>wo</w:t>
      </w:r>
    </w:p>
    <w:p>
      <w:pPr>
        <w:jc w:val="right"/>
      </w:pPr>
      <w:r>
        <w:t>وہ</w:t>
      </w:r>
    </w:p>
    <w:p>
      <w:r>
        <w:rPr>
          <w:b/>
        </w:rPr>
        <w:t xml:space="preserve">[56:01] </w:t>
      </w:r>
      <w:r>
        <w:t>to mein ne is se poocha ke "do you love america?" to kaha "yes".</w:t>
      </w:r>
    </w:p>
    <w:p>
      <w:pPr>
        <w:jc w:val="right"/>
      </w:pPr>
      <w:r>
        <w:t>تو میں نے اس سے پوچھا کہ "ڈی یو لو امریکہ؟" تو کہا "یس"۔</w:t>
      </w:r>
    </w:p>
    <w:p>
      <w:r>
        <w:rPr>
          <w:b/>
        </w:rPr>
        <w:t xml:space="preserve">[56:11] </w:t>
      </w:r>
      <w:r>
        <w:t>phir mein ne poocha ke aap bataiye ke love ka matlab kya hai? to us ne kaha ke "feeling". mein ne kaha ke "no, love ka matlab hai strong affection".</w:t>
      </w:r>
    </w:p>
    <w:p>
      <w:pPr>
        <w:jc w:val="right"/>
      </w:pPr>
      <w:r>
        <w:t>پھر میں نے پوچھا کہ آپ بتائیے کہ لو کا مطلب کیا ہے؟ تو اس نے کہا کہ "فیلنگ"۔ میں نے کہا کہ "نو، لو کا مطلب ہے سٹرانگ افیکشن"۔</w:t>
      </w:r>
    </w:p>
    <w:p>
      <w:r>
        <w:rPr>
          <w:b/>
        </w:rPr>
        <w:t xml:space="preserve">[56:22] </w:t>
      </w:r>
      <w:r>
        <w:t>to mein ne poocha ke kya strong affection ke sense mein aap love karte hain america se? to woh laga sochne.</w:t>
      </w:r>
    </w:p>
    <w:p>
      <w:pPr>
        <w:jc w:val="right"/>
      </w:pPr>
      <w:r>
        <w:t>تو میں نے پوچھا کہ کیا سٹرانگ افیکشن کے سینس میں آپ لو کرتے ہیں امریکہ سے؟ تو وہ لگا سوچنے۔</w:t>
      </w:r>
    </w:p>
    <w:p>
      <w:r>
        <w:rPr>
          <w:b/>
        </w:rPr>
        <w:t xml:space="preserve">[56:29] </w:t>
      </w:r>
      <w:r>
        <w:t>phir kehta hai "yes, but with some reservation". with some reservation. to mein ne kaha kya hai bhai woh? to bhai ke america jo hai, woh kyun woh intervene karta hai muslim countries mein?</w:t>
      </w:r>
    </w:p>
    <w:p>
      <w:pPr>
        <w:jc w:val="right"/>
      </w:pPr>
      <w:r>
        <w:t>پھر کہتا ہے "یس، بٹ ود سم ریزرویشن"۔ ود سم ریزرویشن۔ تو میں نے کہا کیا ہے بھئی وہ؟ تو بھئی کہ امریکہ جو ہے، وہ کیوں وہ انٹروین کرتا ہے مسلم کنٹریز میں؟</w:t>
      </w:r>
    </w:p>
    <w:p>
      <w:r>
        <w:rPr>
          <w:b/>
        </w:rPr>
        <w:t xml:space="preserve">[56:44] </w:t>
      </w:r>
      <w:r>
        <w:t>woh kyun favor karta hai israel ko? kyun woh embarrassment karta hai iraq mein waghera? to mein ne kaha phir phir phir patriot to kaha hai,</w:t>
      </w:r>
    </w:p>
    <w:p>
      <w:pPr>
        <w:jc w:val="right"/>
      </w:pPr>
      <w:r>
        <w:t>وہ کیوں فیور کرتا ہے اسرائیل کو؟ کیوں وہ ایمبارمنٹ کرتا ہے عراق میں وغیرہ؟ تو میں نے کہا پھر پھر پھر پیٹریٹ تو کہا ہے،</w:t>
      </w:r>
    </w:p>
    <w:p>
      <w:r>
        <w:rPr>
          <w:b/>
        </w:rPr>
        <w:t xml:space="preserve">[56:54] </w:t>
      </w:r>
      <w:r>
        <w:t>patriotism naam hai unconditional taluq ka, conditional ka taluq ka aur patriotism naam nahi hai.</w:t>
      </w:r>
    </w:p>
    <w:p>
      <w:pPr>
        <w:jc w:val="right"/>
      </w:pPr>
      <w:r>
        <w:t>پیٹریٹزم نام ہے ان کنڈیشنل تعلق کا، کنڈیشنل کا تعلق کا اور پیٹریٹزم نام نہیں ہے۔</w:t>
      </w:r>
    </w:p>
    <w:p>
      <w:r>
        <w:rPr>
          <w:b/>
        </w:rPr>
        <w:t xml:space="preserve">[57:05] </w:t>
      </w:r>
      <w:r>
        <w:t>to yeh kyun hai? kyunke amriki muslim job ke liye jata hai, office mein parhne ke liye jata hai, college mein, lekin is ke taluqat sab rehte hain apni family ke sath.</w:t>
      </w:r>
    </w:p>
    <w:p>
      <w:pPr>
        <w:jc w:val="right"/>
      </w:pPr>
      <w:r>
        <w:t>تو یہ کیوں ہے؟ کیونکہ امریکی مسلم جاب کے لیے جاتا ہے، افس میں پڑھنے کے لیے جاتا ہے، کالج میں، لیکن اس کے تعلقات سب رہتے ہیں اپنی فیملی کے ساتھ۔</w:t>
      </w:r>
    </w:p>
    <w:p>
      <w:r>
        <w:rPr>
          <w:b/>
        </w:rPr>
        <w:t xml:space="preserve">[57:22] </w:t>
      </w:r>
      <w:r>
        <w:t>mein ne wahan kisi ko nahi paya jis ke taluqat american society se hon. wohi aap aap aapas mein uthein baithein ge, aapas mein hua karein ge, aapas mein telephone par baatein hoti hain.</w:t>
      </w:r>
    </w:p>
    <w:p>
      <w:pPr>
        <w:jc w:val="right"/>
      </w:pPr>
      <w:r>
        <w:t>میں نے وہاں کسی کو نہیں پایا جس کے تعلقات امریکن سوسائٹی سے ہوں۔ وہی آپ آپ آپس میں اٹھیں بیٹھیں گے، آپس میں ہوا کریں گے، آپس میں ٹیلی فون پر باتیں ہوتی ہیں۔</w:t>
      </w:r>
    </w:p>
    <w:p>
      <w:r>
        <w:rPr>
          <w:b/>
        </w:rPr>
        <w:t xml:space="preserve">[57:35] </w:t>
      </w:r>
      <w:r>
        <w:t>har waqt telephone chalta hai, woh family ke log. ek sahib ghar mein tha, har waqt telephone aata tha un ka, thori thori dair mein, thori thori dair mein.</w:t>
      </w:r>
    </w:p>
    <w:p>
      <w:pPr>
        <w:jc w:val="right"/>
      </w:pPr>
      <w:r>
        <w:t>ہر وقت ٹیلی فون چلتا ہے، وہ فیملی کے لوگ۔ ایک صاحب گھر میں تھا، ہر وقت ٹیلی فون آتا تھا ان کا، تھوڑی تھوڑی دیر میں، تھوڑی تھوڑی دیر میں۔</w:t>
      </w:r>
    </w:p>
    <w:p>
      <w:r>
        <w:rPr>
          <w:b/>
        </w:rPr>
        <w:t xml:space="preserve">[57:44] </w:t>
      </w:r>
      <w:r>
        <w:t>to mein ne poocha bhai kahan se telephone aata hai aap ka? aisa to kaha sahib family ko hote hain telephone.</w:t>
      </w:r>
    </w:p>
    <w:p>
      <w:pPr>
        <w:jc w:val="right"/>
      </w:pPr>
      <w:r>
        <w:t>تو میں نے پوچھا بھئی کہاں سے ٹیلی فون آتا ہے آپ کا؟ ایسا تو کہا صاحب فیملی کو ہوتے ہیں ٹیلی فون۔</w:t>
      </w:r>
    </w:p>
    <w:p>
      <w:r>
        <w:rPr>
          <w:b/>
        </w:rPr>
        <w:t xml:space="preserve">[57:54] </w:t>
      </w:r>
      <w:r>
        <w:t>to</w:t>
      </w:r>
    </w:p>
    <w:p>
      <w:pPr>
        <w:jc w:val="right"/>
      </w:pPr>
      <w:r>
        <w:t>تو</w:t>
      </w:r>
    </w:p>
    <w:p>
      <w:r>
        <w:rPr>
          <w:b/>
        </w:rPr>
        <w:t xml:space="preserve">[57:57] </w:t>
      </w:r>
      <w:r>
        <w:t>america mein reh kar ke mein to jata hoon, to mein ziyada interaction karta hoon, society wahan ki janne ki koshish karta hoon, woh kya hai. wahan ke log jo hain, apne apnon mein rehte hain.</w:t>
      </w:r>
    </w:p>
    <w:p>
      <w:pPr>
        <w:jc w:val="right"/>
      </w:pPr>
      <w:r>
        <w:t>امریکہ میں رہ کر کے میں تو جاتا ہوں، تو میں زیادہ انٹریکشن کرتا ہوں، سوسائٹی وہاں کی جاننے کی کوشش کرتا ہوں، وہ کیا ہے۔ وہاں کے لوگ جو ہیں، اپنے اپنوں میں رہتے ہیں۔</w:t>
      </w:r>
    </w:p>
    <w:p>
      <w:r>
        <w:rPr>
          <w:b/>
        </w:rPr>
        <w:t xml:space="preserve">[58:11] </w:t>
      </w:r>
      <w:r>
        <w:t>to goya jis ko mein ne kaha ke yani intellectual development nahi ho raha hai, to is mein kisi ka exception nahi hai.</w:t>
      </w:r>
    </w:p>
    <w:p>
      <w:pPr>
        <w:jc w:val="right"/>
      </w:pPr>
      <w:r>
        <w:t>تو گویا جس کو میں نے کہا کہ یعنی انٹلیکچول ڈیویلپمنٹ نہیں ہو رہا ہے، تو اس میں کسی کا ایکسیپشن نہیں ہے۔</w:t>
      </w:r>
    </w:p>
    <w:p>
      <w:r>
        <w:rPr>
          <w:b/>
        </w:rPr>
        <w:t xml:space="preserve">[58:19] </w:t>
      </w:r>
      <w:r>
        <w:t>yani christian bhi, hindu bhi, muslim bhi, sab ka ek hi haal hai ke physically they are strong, but intellectually they are weak.</w:t>
      </w:r>
    </w:p>
    <w:p>
      <w:pPr>
        <w:jc w:val="right"/>
      </w:pPr>
      <w:r>
        <w:t>یعنی کرسچن بھی، ہندو بھی، مسلم بھی، سب کا ایک ہی حال ہے کہ فزیکلی دے آر سٹرانگ، بٹ انٹلیکچولی دے آر ویک۔</w:t>
      </w:r>
    </w:p>
    <w:p>
      <w:r>
        <w:rPr>
          <w:b/>
        </w:rPr>
        <w:t xml:space="preserve">[58:32] </w:t>
      </w:r>
      <w:r>
        <w:t>lekin ek positive aspect yeh hai jo hum ne apne sathiyon se kaha ke yahan par dawat ke jo mawaqe hain, international dawat ke mawaqe hain, is ko aap avail kijiye. kyunke is ke nateejay mein jo hua hai ke america jo hai, world set ban gaya hai.</w:t>
      </w:r>
    </w:p>
    <w:p>
      <w:pPr>
        <w:jc w:val="right"/>
      </w:pPr>
      <w:r>
        <w:t>لیکن ایک پازیٹیو اسپیکٹ یہ ہے جو ہم نے اپنے ساتھیوں سے کہا کہ یہاں پر دعوت کے جو مواقع ہیں، انٹرنیشنل دعوت کے مواقع ہیں، اس کو آپ اویل کیجئے۔ کیونکہ اس کے نتیجے میں جو ہوا ہے کہ امریکہ جو ہے، ورلڈ سیٹ بن گیا ہے۔</w:t>
      </w:r>
    </w:p>
    <w:p>
      <w:r>
        <w:rPr>
          <w:b/>
        </w:rPr>
        <w:t xml:space="preserve">[58:45] </w:t>
      </w:r>
      <w:r>
        <w:t>is ko aap avail kijiye, aur Khuda aap ko yahan laya hai to isi, yani isi, isi maqsad ke liye laya hai.</w:t>
      </w:r>
    </w:p>
    <w:p>
      <w:pPr>
        <w:jc w:val="right"/>
      </w:pPr>
      <w:r>
        <w:t>اس کو آپ اویل کیجئے، اور خدا آپ کو یہاں لایا ہے تو اسی، یعنی اسی، اسی مقصد کے لیے لایا ہے۔</w:t>
      </w:r>
    </w:p>
    <w:p>
      <w:r>
        <w:rPr>
          <w:b/>
        </w:rPr>
        <w:t xml:space="preserve">[58:56] </w:t>
      </w:r>
      <w:r>
        <w:t>yeh hai positive aspect, aur Allah ke fazal se wahan ek achi team ban gayi hai. nizam ab jaise dilli mein aap dekhte hain ek team, to USA mein bhi ek team ban gayi hai, bohat hi achi team.</w:t>
      </w:r>
    </w:p>
    <w:p>
      <w:pPr>
        <w:jc w:val="right"/>
      </w:pPr>
      <w:r>
        <w:t>یہ ہے پازیٹیو اسپیکٹ، اور اللہ کے فضل سے وہاں ایک اچھی ٹیم بن گئی ہے۔ نظام اب جیسے دلی میں آپ دیکھتے ہیں ایک ٹیم، تو یو ایس اے میں بھی ایک ٹیم بن گئی ہے، بہت ہی اچھی ٹیم۔</w:t>
      </w:r>
    </w:p>
    <w:p>
      <w:r>
        <w:rPr>
          <w:b/>
        </w:rPr>
        <w:t xml:space="preserve">[59:12] </w:t>
      </w:r>
      <w:r>
        <w:t>to woh woh log kaam kar rahe hain, aur bohat hi khamoshi ke sath, bohat hi sahi tareeqay se kaam kar rahe hain. to meri dua hai ke Allah taala hamare sathiyon ki koshishon ko qabool farmaye,</w:t>
      </w:r>
    </w:p>
    <w:p>
      <w:pPr>
        <w:jc w:val="right"/>
      </w:pPr>
      <w:r>
        <w:t>تو وہ وہ لوگ کام کر رہے ہیں، اور بہت ہی خاموشی کے ساتھ، بہت ہی صحیح طریقے سے کام کر رہے ہیں۔ تو میری دعا ہے کہ اللہ تعالیٰ ہمارے ساتھیوں کی کوششوں کو قبول فرمائے،</w:t>
      </w:r>
    </w:p>
    <w:p>
      <w:r>
        <w:rPr>
          <w:b/>
        </w:rPr>
        <w:t xml:space="preserve">[59:28] </w:t>
      </w:r>
      <w:r>
        <w:t>aur hum ko yeh tofeeq de ke hum aaj ke insan ko Allah ka paigham pohncha sakein. aqool qawli haza wastaghfirullaha lakum ajmaeen.</w:t>
      </w:r>
    </w:p>
    <w:p>
      <w:pPr>
        <w:jc w:val="right"/>
      </w:pPr>
      <w:r>
        <w:t>اور ہم کو یہ توفیق دے کہ ہم آج کے انسان کو اللہ کا پیغام پہنچا سکیں۔ اقول قولیھذا واستغفراللہ لیلکم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