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Conveying The Message of God November 27, 2022</w:t>
      </w:r>
    </w:p>
    <w:p>
      <w:r>
        <w:t>https://youtu.be/1MUWodugLKU</w:t>
      </w:r>
    </w:p>
    <w:p>
      <w:r>
        <w:rPr>
          <w:b/>
        </w:rPr>
        <w:t xml:space="preserve">[00:06] </w:t>
      </w:r>
      <w:r>
        <w:t>assalam walekum. aaj CPS international mein hamare beach mein CPS member Sajid Anwar sahib maujood hain. Sajid Anwar sahib actually do CPS chapters ko represent kar rahe hain. ek CPS Mumbai chapter aur doosra CPS UAE chapter.</w:t>
      </w:r>
    </w:p>
    <w:p>
      <w:pPr>
        <w:jc w:val="right"/>
      </w:pPr>
      <w:r>
        <w:t>अस्सलाम वालेकुम. आज CPS international में हमारे beach में CPS member साजिद अनवर साहब मौजूद हैं. साजेद अनवर साहब actually दो CPS chapters को represent कर रहे हैं. एक CPS Mumbai chapter और दूसरा CPS UAE chapter.</w:t>
      </w:r>
    </w:p>
    <w:p>
      <w:r>
        <w:rPr>
          <w:b/>
        </w:rPr>
        <w:t xml:space="preserve">[00:26] </w:t>
      </w:r>
      <w:r>
        <w:t>Sajid Anwar sahib by education is a mechanical engineer from IIT Kanpur and CPS mission se bohat saalon se juray hue hain. inka introductions Maulana Wahiduddin Khan sahib se inke walid ke zariye hua jo Al Rasala reader thay. Sajid Anwar sahib khud ek seeker ban gaye jab woh education le rahe thay aur baad mein woh phir CPS international se juray.</w:t>
      </w:r>
    </w:p>
    <w:p>
      <w:pPr>
        <w:jc w:val="right"/>
      </w:pPr>
      <w:r>
        <w:t>साजेद अनवर साहब by education is a mechanical engineer from IIT कानपुर and CPS mission से बहुत सालों से जुड़े हुए हैं. इनका introductions मुलाना वैरुद्दीन खान साहब से इनके वालित के ज़रिए हुआ जो अल रसाला reader थे. साजिद अनबर साहब खुद एक seeker वन गए जब वह education ले रहे थे और बाद में वह फिर CPS international से जुड़े.</w:t>
      </w:r>
    </w:p>
    <w:p>
      <w:r>
        <w:rPr>
          <w:b/>
        </w:rPr>
        <w:t xml:space="preserve">[00:55] </w:t>
      </w:r>
      <w:r>
        <w:t>personally mein Sajid bhai ko maine bohat qareeb se dekha hai aur mein keh sakta hoon ke he is a very kind hearted person. mission ke liye maine unhein rote hue dekha hai aur bohat hi active CPS member hain. inke sath inki wife Miss Husna Anwar bhi ek CPS member hain jo CPS ladies group se jurri hui hain.</w:t>
      </w:r>
    </w:p>
    <w:p>
      <w:pPr>
        <w:jc w:val="right"/>
      </w:pPr>
      <w:r>
        <w:t>Personally मैं साजिद भाई को मैंने बहुत करीब से देखा है और मैं कह सकता हूँ कि he is a very kind hearted person. Mission के लिए मैंने उन्हें रोते हुए देखा है और बहुत ही active CPS member हैं. इनके साथ इनकी wife miss हुसना अनवर भी एक CPS member हैं जो CPS ladies group से जुड़ी हुई हैं.</w:t>
      </w:r>
    </w:p>
    <w:p>
      <w:r>
        <w:rPr>
          <w:b/>
        </w:rPr>
        <w:t xml:space="preserve">[01:21] </w:t>
      </w:r>
      <w:r>
        <w:t>Sajid Anwar sahib ne Maulana Wahiduddin Khan sahib ke sath kai travel karein domestic bhi aur international bhi. to aaj hum inse inke experience janenge, CPS activities ke bare mein janenge. to chaliye inse baatcheet karte hain. assalam alaikum. Sajid bhai kaise hain aap? arey Islam villah, bohat hi acha hoon. Allah ka shukr. ji, mashallah aaj aap CPS center mein hain. humein bohat khushi hui and that's why we thought ke is opportunity ko avail kiya jaye.</w:t>
      </w:r>
    </w:p>
    <w:p>
      <w:pPr>
        <w:jc w:val="right"/>
      </w:pPr>
      <w:r>
        <w:t>साजिद अनवर साहब ने मुलाना वैदीदीन खान साहब के साथ कई travel करें domestic भी और international भी. तो आज हम इनसे इनके experience जानेंगे, CPS activities के बारे में जानेंगे. तो चलिए इनसे बातचीत करते हैं. अस्लाम अलिकुम. साजिद भाई कैसे हैं आप? अरे इस्लाम विद्लाह, बहुत ही अच्छा हूं. अल्लाह का शुक्रे. जी, माशालाह आज आप CPS center में हैं. हमें बहुत खुशी हुई and that's why we thought कि इस opportunity को avail किया जाए.</w:t>
      </w:r>
    </w:p>
    <w:p>
      <w:r>
        <w:rPr>
          <w:b/>
        </w:rPr>
        <w:t xml:space="preserve">[01:49] </w:t>
      </w:r>
      <w:r>
        <w:t>bohat sare aap ke experiences hain. aap travel bhi karte hain aur bohat active CPS member hain. aapse bohat kuch seekhne ko bhi milta hai Sajid bhai. to mera sab se pehla sawal jo I am sure sab janna chahenge ke aap ka introduction Maulana Wahiduddin Khan sahib se pehle kaise hua? aur phir aap kaise aap ka CPS international mein aap kaise juray? is ke bare mein aap hum sab ko batayein. shayad.</w:t>
      </w:r>
    </w:p>
    <w:p>
      <w:pPr>
        <w:jc w:val="right"/>
      </w:pPr>
      <w:r>
        <w:t>बहुत सारे आपके experiences हैं. आप travel भी करते हैं और बहुत active CPS member हैं. आपसे बहुत कुछ सीखने को भी मिलता है साजिद भाई. तो मेरा सबसे पहला सवाल जो I am sure सब जानना चाहेंगे कि आप का introduction मुलाना वैदुद्दीन खान साहब से पहले कैसे हुआ? और फिर आप कैसे आपका CPS international में आप कैसे जुड़े? इसके बारे में आप हम सबको बताएं. शायद.</w:t>
      </w:r>
    </w:p>
    <w:p>
      <w:r>
        <w:rPr>
          <w:b/>
        </w:rPr>
        <w:t xml:space="preserve">[02:19] </w:t>
      </w:r>
      <w:r>
        <w:t>assalamu alaikum. rabbishrahli sadri, wa yassirli amri, wahlul uqdatam millissani yafqahu qawli. jaisa rajat ne introduce kiya, mein ek mechanical engineer hoon by profession. to mein apne jo education ka jo zamana tha, jab mein engineering college mein tha, to us waqt kuch waqiyat aise hue wahan par jis ke wajah se mere andar ek seeking spirit jo hai paida ho gayi.</w:t>
      </w:r>
    </w:p>
    <w:p>
      <w:pPr>
        <w:jc w:val="right"/>
      </w:pPr>
      <w:r>
        <w:t>अस्सलामू लेकुन. रब्बेशैली सौदरी, ओएशिली अमरी, वरुलाक्ततम मिल्लीसानी या फौली. जैसा रजत मैंने introduce किया, मैं एक mechanical engineer हूं by profession. तो मैं अपने जो education का जो जमाना था, जब मैं engineering college में था, तो उस वक्त कुछ वाक्यात ऐसे हुए वहां पर जिसके वजह से मेरे अंदर एक seeking spirit जो है पैदा हो गई.</w:t>
      </w:r>
    </w:p>
    <w:p>
      <w:r>
        <w:rPr>
          <w:b/>
        </w:rPr>
        <w:t xml:space="preserve">[02:47] </w:t>
      </w:r>
      <w:r>
        <w:t>ab kyonke engineering college mein to workload kaafi hota hai education ka, to wahan par main uske liye kuch practically kuch kar nahin paaya, lekin jab main wahan se faarigh hokar nikla aur jab maine job join kiya to wahan mere paas kuch waqt extra hote the jo main study ke liye de sakta tha. ji.</w:t>
      </w:r>
    </w:p>
    <w:p>
      <w:pPr>
        <w:jc w:val="right"/>
      </w:pPr>
      <w:r>
        <w:t>अब क्योंकि engineering college में तो workload काफी होता है education का, तो वहां पर मैं उसके लिए कुछ practically कुछ कर नहीं पाया, लेकिन जब मैं वहां से फारी होकर निकला और जब मैंने job join किया तो वहां मेरे पास कुछ वक्त extra होते थे जो मैं study के लिए दे सकता था. जी.</w:t>
      </w:r>
    </w:p>
    <w:p>
      <w:r>
        <w:rPr>
          <w:b/>
        </w:rPr>
        <w:t xml:space="preserve">[03:08] </w:t>
      </w:r>
      <w:r>
        <w:t>to us zamane mein maine as a aap samjhiye ke usko from start from the scratch ke tareeke se maine shuru kiya, existence of god aur reality of life. to maine doosre mazahib ki bhi kuch kitabein maine padhne ki jo hai matlab usmein koshish ki aur urdu ko bhi maine phir se tajziye ke saath padhna shuru kiya jo ki maine kabhi pehle nahin padha tha. ji.</w:t>
      </w:r>
    </w:p>
    <w:p>
      <w:pPr>
        <w:jc w:val="right"/>
      </w:pPr>
      <w:r>
        <w:t>तो उस ज़माने में मैंने as a आप समझिए कि उसको from start from the scratch के तरीके से मैंने शुरू किया, existence of god और reality of life. तो मैंने दूसरे मज़ाहिर की भी कुछ किताबें मैंने पढ़ने की जो है मतलब उसमें कोशिश की और उड़ान को भी मैंने फिर से तजुमे के साथ पढ़ना शुरू किया जो कि मैंने कभी पहले नहीं पढ़ा था. जी.</w:t>
      </w:r>
    </w:p>
    <w:p>
      <w:r>
        <w:rPr>
          <w:b/>
        </w:rPr>
        <w:t xml:space="preserve">[03:35] </w:t>
      </w:r>
      <w:r>
        <w:t>toh jab maine quran ko padhna shuru kiya toh mere zehan mein bahut saare sawalaat bhi uske saath</w:t>
      </w:r>
    </w:p>
    <w:p>
      <w:pPr>
        <w:jc w:val="right"/>
      </w:pPr>
      <w:r>
        <w:t>तो जब मैंने कुरान को पढ़ना शुरू किया तो मेरे ज़ेहन में बहुत सारे सवालात भी उसके साथ</w:t>
      </w:r>
    </w:p>
    <w:p>
      <w:r>
        <w:rPr>
          <w:b/>
        </w:rPr>
        <w:t xml:space="preserve">[03:54] </w:t>
      </w:r>
      <w:r>
        <w:t>paida hote gaye woh arsala mangate the aur main bachpan mein arsala maine dekha tha.</w:t>
      </w:r>
    </w:p>
    <w:p>
      <w:pPr>
        <w:jc w:val="right"/>
      </w:pPr>
      <w:r>
        <w:t>पैदा होते गए वह अरसाला मंगाते थे और मैं बचपन में अरसाला मैंने देखा था.</w:t>
      </w:r>
    </w:p>
    <w:p>
      <w:r>
        <w:rPr>
          <w:b/>
        </w:rPr>
        <w:t xml:space="preserve">[04:14] </w:t>
      </w:r>
      <w:r>
        <w:t>to uske mazmoon jo hain mujhe kaafi jo hai jo hai heart touching lagte the aur logical lagte the. to as an engineering graduate i become so rational and logical. so, mujhe woh mujhe yeh phir ehsaas hua ke Maulana Wahiduddin Khansaah bhi hain jo mere sawaalaat ka jawab de sakte hain. to maine uske liye ek safar kiya Mumbai se Delhi ka. ji. aur yeh 94 ki baat hai.</w:t>
      </w:r>
    </w:p>
    <w:p>
      <w:pPr>
        <w:jc w:val="right"/>
      </w:pPr>
      <w:r>
        <w:t>तो उसके मज़मून जो हैं मुझे काफी जो है जो है heart touching लगते थे और logical लगते थे. तो as an engineering graduate I become so rational and logical. So, मुझे वह मुझे यह फिर एहसास हुआ कि मौलाना विद्युन खांसाह भी हैं जो मेरे सवालात का जवाब दे सकते हैं. तो मैंने उसके लिए एक सफर किया Mumbai से Delhi का. जी. और यह 94 की बात है.</w:t>
      </w:r>
    </w:p>
    <w:p>
      <w:r>
        <w:rPr>
          <w:b/>
        </w:rPr>
        <w:t xml:space="preserve">[04:43] </w:t>
      </w:r>
      <w:r>
        <w:t>us waqt mujhe itna zyada detail bhi nahin pata tha ke Maulana kahan rehte hain exactly. itna pata tha ke Nizamuddin mein hai kahin par woh.</w:t>
      </w:r>
    </w:p>
    <w:p>
      <w:pPr>
        <w:jc w:val="right"/>
      </w:pPr>
      <w:r>
        <w:t>उस वक्त मुझे इतना ज़्यादा detail भी नहीं पता था कि मौलाना कहां रहते हैं exactly. इतना पता था कि नज़ामुद्दीन में है कहीं पर वह.</w:t>
      </w:r>
    </w:p>
    <w:p>
      <w:r>
        <w:rPr>
          <w:b/>
        </w:rPr>
        <w:t xml:space="preserve">[04:51] </w:t>
      </w:r>
      <w:r>
        <w:t>to main Nizamuddin jab pahuncha to phir yahan maine khojkar jo hai ghar ka pata nikaal liya, hary saala ke zariye aur Maulana ke naam ke zariye yaani hamatan matlab ajay hokar jo hai mere saath hi rahe woh lagbhag teen ghante. ji. to yeh meri Maulana se pehli mulaqaat thi.</w:t>
      </w:r>
    </w:p>
    <w:p>
      <w:pPr>
        <w:jc w:val="right"/>
      </w:pPr>
      <w:r>
        <w:t>तो मैं नज़ामुद्दीन जब पहुंचा तो फिर यहां मैंने खोजकर जो है घर का पता निकाल लिया, हर्य साला के जरिए और मौलाना के नाम के जरिए यानी हमातन मतलब अजय होकर जो है मेरे साथ ही रहे वह लगभग तीन घंटे. जी. तो यह मेरी मनाना से पहली मुलाकात थी.</w:t>
      </w:r>
    </w:p>
    <w:p>
      <w:r>
        <w:rPr>
          <w:b/>
        </w:rPr>
        <w:t xml:space="preserve">[05:21] </w:t>
      </w:r>
      <w:r>
        <w:t>mashallah. woh Sajid bhai mujhe Maulana sahab ki kitab se yeh ek line yaad aa gayi ke woh kehte the ke every person is a bond seeker, but every seeker is not a finder. to jab tak sincerity ke saath hum sachchai ko janne ki koshish na karein, to sachchai hamein mil nahin sakti. to aapke andar jo seeking ek, ek kashish thi aur wahi dheere dheere aapko jo hai Maulana sahab ke paas lekar aa gayi.</w:t>
      </w:r>
    </w:p>
    <w:p>
      <w:pPr>
        <w:jc w:val="right"/>
      </w:pPr>
      <w:r>
        <w:t>माशाला. वह साजिद भाई मुझे मनाना साहब की किताब से यह एक line याद आ गई कि वह कहते थे कि every person is a bond seeker, but every seeker is not a finder. तो जब तक sincerity के साथ हम सच्चाई को जानने की कोशिश ना करें, तो सच्चाई हमें मिल नहीं सकती. तो आपके अंदर जो seeking एक, एक कशिश थी और वही धीरे धीरे आपको जो है बोलाना साहब के पास लेकर आ गई.</w:t>
      </w:r>
    </w:p>
    <w:p>
      <w:r>
        <w:rPr>
          <w:b/>
        </w:rPr>
        <w:t xml:space="preserve">[05:51] </w:t>
      </w:r>
      <w:r>
        <w:t>aur phir we all know that how active member you are. to Sajid bhai maine khud bhi dekha hai Bombay mein bhi aap active rahe the jab Rudki mein aapka tabadla hua to wahan par bhi aapne activities shuru kar di. uske baad work aapko different different jagah lekar jaata gaya aur ab aap Dubai mein hain, wahan pe aap bahut senior position mein wahan pe aap kaam kar rahe hain. to wahan pe bhi aap UAE team se jud gaye.</w:t>
      </w:r>
    </w:p>
    <w:p>
      <w:pPr>
        <w:jc w:val="right"/>
      </w:pPr>
      <w:r>
        <w:t>और फिर we all know that how active member you are. तो साजिद भाई मैंने खुद भी देखा है Bombay में भी आप active रहे थे जब रूढ़की में आपका तबादला हुआ तो वहां पर भी आपने activities शुरू कर दी. उसके बाद work आपको different different जगह लेकर जाता गया और अब आप दुबई में हैं, वहाँ पे आप बहुत senior position में वहाँ पे आप काम कर रहे हैं. तो वहाँ पे भी आप UAE team से जुड़ गए.</w:t>
      </w:r>
    </w:p>
    <w:p>
      <w:r>
        <w:rPr>
          <w:b/>
        </w:rPr>
        <w:t xml:space="preserve">[06:20] </w:t>
      </w:r>
      <w:r>
        <w:t>ab wahan pe kaafi activities ho rahi hain. to main aapse yeh jaanna chahunga ke jaise Maulana Wahiduddin Khan sahab ne hum sabko target diya hua hai ke hum sabko quran ka jo message hai, peaceful message hai, woh duniya tak pahunchana. to UAE mein matlab kitni opportunities hain is kaam ko anjaam dene mein? iske baare mein aap hum sabko bataenge. inshallah.</w:t>
      </w:r>
    </w:p>
    <w:p>
      <w:pPr>
        <w:jc w:val="right"/>
      </w:pPr>
      <w:r>
        <w:t>अब वहाँ पे काफी activities हो रही हैं. तो मैं आपसे यह जानना चाहूंगा कि जैसे मुलाना वैदुद्दीन खान साहब ने हम सबको target दिया हुआ है कि हम सबको कुरान का जो message है, peaceful message है, वह दुनिया तक पहुंचाना. तो UAE में मतलब कितनी opportunities हैं इस काम को अंजाम देने में? इसके बारे में आप हम सबको बताएंगे. इंशालाह.</w:t>
      </w:r>
    </w:p>
    <w:p>
      <w:r>
        <w:rPr>
          <w:b/>
        </w:rPr>
        <w:t xml:space="preserve">[06:47] </w:t>
      </w:r>
      <w:r>
        <w:t>to Rajat bhai main apne Maulana ki is mulaqaat ko chuke main bahut mehul manta hoon. to main chahta hoon ke iske baare mein thoda pehle yahan par kuch share karoon. ji. aur phir main inshallah aapke is question par aaunga. to woh jo meri mulaqaat thi Maulana ke saath lagbhag teen ghante ki, woh ek bahut hi yaani unique mulaqaat thi meri kyunke mere din mein bahut saare sawaalaat the. ji.</w:t>
      </w:r>
    </w:p>
    <w:p>
      <w:pPr>
        <w:jc w:val="right"/>
      </w:pPr>
      <w:r>
        <w:t>तो रजत भाई मैं अपने मुलाना कि इस मुलाकात को चुके मैं बहुत मेरुल मानता हूं. तो मैं चाहता हूं कि इसके बारे में थोड़ा पहले यहां पर कुछ share करूं. जी. और फिर मैं इंशालाह आपके इस question पर आऊंगा. तो वह जो मेरी मुलाकात थी मुलाना के साथ लगभग तीन घंटे की, वह एक बहुत ही यानी unique मुलाकात थी मेरी क्योंकि मेरे दिन में बहुत सारे सवालात थे. जी.</w:t>
      </w:r>
    </w:p>
    <w:p>
      <w:r>
        <w:rPr>
          <w:b/>
        </w:rPr>
        <w:t xml:space="preserve">[07:11] </w:t>
      </w:r>
      <w:r>
        <w:t>puran ki study ke baad bhi aur pehle se bhi aur muman ne un tamam sawalaat ka jawab</w:t>
      </w:r>
    </w:p>
    <w:p>
      <w:pPr>
        <w:jc w:val="right"/>
      </w:pPr>
      <w:r>
        <w:t>पुरान की study के बाद भी और पहले से भी और मुमान ने उन तमाम सवालात का जवाब</w:t>
      </w:r>
    </w:p>
    <w:p>
      <w:r>
        <w:rPr>
          <w:b/>
        </w:rPr>
        <w:t xml:space="preserve">[07:18] </w:t>
      </w:r>
      <w:r>
        <w:t>jo hai bahut hi logical aur bahut zyada jo hai matlab satisfactory diya aur main saare jawabad ke</w:t>
      </w:r>
    </w:p>
    <w:p>
      <w:pPr>
        <w:jc w:val="right"/>
      </w:pPr>
      <w:r>
        <w:t>जो है बहुत ही logical और बहुत ज़्यादा जो है मतलब satisfactory दिया और मैं सारे जवाबाद के</w:t>
      </w:r>
    </w:p>
    <w:p>
      <w:r>
        <w:rPr>
          <w:b/>
        </w:rPr>
        <w:t xml:space="preserve">[07:26] </w:t>
      </w:r>
      <w:r>
        <w:t>baad mere paas koi doosra sawal nahi rehta tha yaani usi sawal ko lekar. ji.</w:t>
      </w:r>
    </w:p>
    <w:p>
      <w:pPr>
        <w:jc w:val="right"/>
      </w:pPr>
      <w:r>
        <w:t>बाद मेरे पास कोई दूसरा सवाल नहीं रहता था यानी उसी सवाल को लेकर. जी.</w:t>
      </w:r>
    </w:p>
    <w:p>
      <w:r>
        <w:rPr>
          <w:b/>
        </w:rPr>
        <w:t xml:space="preserve">[07:34] </w:t>
      </w:r>
      <w:r>
        <w:t>har jawab ke baad.</w:t>
      </w:r>
    </w:p>
    <w:p>
      <w:pPr>
        <w:jc w:val="right"/>
      </w:pPr>
      <w:r>
        <w:t>हर जवाब के बाद.</w:t>
      </w:r>
    </w:p>
    <w:p>
      <w:r>
        <w:rPr>
          <w:b/>
        </w:rPr>
        <w:t xml:space="preserve">[07:42] </w:t>
      </w:r>
      <w:r>
        <w:t>toh usmein mujhe ek bahut sari baatein thi usmein. ji.</w:t>
      </w:r>
    </w:p>
    <w:p>
      <w:pPr>
        <w:jc w:val="right"/>
      </w:pPr>
      <w:r>
        <w:t>तो उसमें मुझे एक बहुत सारी बातें थी उसमें. जी.</w:t>
      </w:r>
    </w:p>
    <w:p>
      <w:r>
        <w:rPr>
          <w:b/>
        </w:rPr>
        <w:t xml:space="preserve">[07:50] </w:t>
      </w:r>
      <w:r>
        <w:t>ji. aur bola ke maine bataya kiske baare mein aap kya jaante hain arsala ke baare mein? to maine bataya Maulana ko ke yeh jo hai ek magazine hai aur itna main jaanta hoon. to us waqt jo hai Maulana ka jo response tha woh, woh main share karna chahta hoon aapse. ji. Maulana mila ke phir aapne arsala ke baare mein kuch nahin jaana. kyunke maine jo word use kiya ek magazine hai. to Maulana kaha ke yeh magazine nahin hai, yeh ek mission hai.</w:t>
      </w:r>
    </w:p>
    <w:p>
      <w:pPr>
        <w:jc w:val="right"/>
      </w:pPr>
      <w:r>
        <w:t>जी. और बोला कि मैंने बताया किसके बारे में आप क्या जानते हैं अरेशाला के बारे में? तो मैंने बताया मुनान को कि यह जो है एक magazine है और इतना मैं जानता हूं. तो उस वक्त जो है मुलाना का जो response था वह, वह मैं share करना चाहता हूं आपसे. जी. मुलाना मिला कि फिर आपने हरिशाला के बारे में कुछ नहीं जाना. क्योंकि मैंने जो word use किया एक magazine है. तो मुलाना कहा कि यह magazine नहीं है, यह एक mission है.</w:t>
      </w:r>
    </w:p>
    <w:p>
      <w:r>
        <w:rPr>
          <w:b/>
        </w:rPr>
        <w:t xml:space="preserve">[08:20] </w:t>
      </w:r>
      <w:r>
        <w:t>to phir bhi main zyada baat ko Maulana ke pakad nahin paaya ke yeh Maulana isse kya jo hai mean kar rahe hain. Maulana phir mujhe ek article padhne ke liye diya.</w:t>
      </w:r>
    </w:p>
    <w:p>
      <w:pPr>
        <w:jc w:val="right"/>
      </w:pPr>
      <w:r>
        <w:t>तो फिर भी मैं ज़्यादा बात को मनान के पकड़ नहीं पाया कि यह मनाना इससे क्या जो है mean कर रहे हैं. मनाना फिर मुझे एक article पढ़ने के लिए दिया.</w:t>
      </w:r>
    </w:p>
    <w:p>
      <w:r>
        <w:rPr>
          <w:b/>
        </w:rPr>
        <w:t xml:space="preserve">[08:32] </w:t>
      </w:r>
      <w:r>
        <w:t>woh kisi akhbaar ka article tha lekin mere ilme koi bhi ek insaan aisa nahi hai jisne is</w:t>
      </w:r>
    </w:p>
    <w:p>
      <w:pPr>
        <w:jc w:val="right"/>
      </w:pPr>
      <w:r>
        <w:t>वह किसी अखबार का article था लेकिन मेरे इल्मे कोई भी एक इंसान ऐसा नहीं है जिसने इस</w:t>
      </w:r>
    </w:p>
    <w:p>
      <w:r>
        <w:rPr>
          <w:b/>
        </w:rPr>
        <w:t xml:space="preserve">[08:40] </w:t>
      </w:r>
      <w:r>
        <w:t>article ko padhne ke baad in leaders aib se mulaqaat ki aur is baat ko jo unhone share</w:t>
      </w:r>
    </w:p>
    <w:p>
      <w:pPr>
        <w:jc w:val="right"/>
      </w:pPr>
      <w:r>
        <w:t>article को पढ़ने के बाद इन leaders आएब से मुलाकात की और इस बात को जो उन्होंने share</w:t>
      </w:r>
    </w:p>
    <w:p>
      <w:r>
        <w:rPr>
          <w:b/>
        </w:rPr>
        <w:t xml:space="preserve">[08:49] </w:t>
      </w:r>
      <w:r>
        <w:t>kiya usko woh aage lekar gaye ki jab unke dil mein ek positive aspect hai islam ke bare</w:t>
      </w:r>
    </w:p>
    <w:p>
      <w:pPr>
        <w:jc w:val="right"/>
      </w:pPr>
      <w:r>
        <w:t>किया उसको वह आगे लेकर गए कि जब उनके दिल में एक positive aspect है इस्लाम के बारे</w:t>
      </w:r>
    </w:p>
    <w:p>
      <w:r>
        <w:rPr>
          <w:b/>
        </w:rPr>
        <w:t xml:space="preserve">[08:58] </w:t>
      </w:r>
      <w:r>
        <w:t>mein toh unse aur share karte ho.</w:t>
      </w:r>
    </w:p>
    <w:p>
      <w:pPr>
        <w:jc w:val="right"/>
      </w:pPr>
      <w:r>
        <w:t>में तो उनसे और share करते हो.</w:t>
      </w:r>
    </w:p>
    <w:p>
      <w:r>
        <w:rPr>
          <w:b/>
        </w:rPr>
        <w:t xml:space="preserve">[09:07] </w:t>
      </w:r>
      <w:r>
        <w:t>unke paas jaate hain, unko quran dete hain ya unko aur cheezein batate ho. to yeh mere hil mein kisi ne aisa nahin kiya. ji. kyunke yeh cheez hi hamare andar lacking hai ke hum jo hai jo hai in word of god ko jo aapne bataya na ke kaise spread karna. ji.</w:t>
      </w:r>
    </w:p>
    <w:p>
      <w:pPr>
        <w:jc w:val="right"/>
      </w:pPr>
      <w:r>
        <w:t>उनके पास जाते हैं, उनको कुरान देते हैं या उनको और चीज़ें बताते हो. तो यह मेरे हिल में किसी ने ऐसा नहीं किया. जी. क्योंकि यह चीज़ ही हमारे अंदर lacking है कि हम जो है जो है in word of god को जो आपने बताया ना कि कैसे spread करना. जी.</w:t>
      </w:r>
    </w:p>
    <w:p>
      <w:r>
        <w:rPr>
          <w:b/>
        </w:rPr>
        <w:t xml:space="preserve">[09:23] </w:t>
      </w:r>
      <w:r>
        <w:t>yeh cheez hamare andar lacking hai aur yeh jo magazine hamara hai, yeh usi mission ke liye ki</w:t>
      </w:r>
    </w:p>
    <w:p>
      <w:pPr>
        <w:jc w:val="right"/>
      </w:pPr>
      <w:r>
        <w:t>यह चीज़ हमारे अंदर lacking है और यह जो magazine हमारा है, यह उसी mission के लिए कि</w:t>
      </w:r>
    </w:p>
    <w:p>
      <w:r>
        <w:rPr>
          <w:b/>
        </w:rPr>
        <w:t xml:space="preserve">[09:38] </w:t>
      </w:r>
      <w:r>
        <w:t>hamare andar woh ehsaas paida ho yeh cheez jo hai woh nahi hai jo main samajh raha tha</w:t>
      </w:r>
    </w:p>
    <w:p>
      <w:pPr>
        <w:jc w:val="right"/>
      </w:pPr>
      <w:r>
        <w:t>हमारे अंदर वह एहसास पैदा हो यह चीज़ जो है वह नहीं है जो मैं समझ रहा था</w:t>
      </w:r>
    </w:p>
    <w:p>
      <w:r>
        <w:rPr>
          <w:b/>
        </w:rPr>
        <w:t xml:space="preserve">[09:53] </w:t>
      </w:r>
      <w:r>
        <w:t>ki ek magazine hai aur bas itne hi par finish hai yeh.</w:t>
      </w:r>
    </w:p>
    <w:p>
      <w:pPr>
        <w:jc w:val="right"/>
      </w:pPr>
      <w:r>
        <w:t>कि एक magazine है और बस इतने ही पर finish है यह.</w:t>
      </w:r>
    </w:p>
    <w:p>
      <w:r>
        <w:rPr>
          <w:b/>
        </w:rPr>
        <w:t xml:space="preserve">[10:08] </w:t>
      </w:r>
      <w:r>
        <w:t>ji, namaskar. UAE ke baare mein jo Rajat bhai aapne poocha to UAE jaisa aap sab jaante hain ke UAE jo hai actually to ek chhoti si country hai lekin as a global, real global country aap keh sakte hain kyunke wahan par lagbhag shayad duniya ke saare hi mulk log rehte hain aur baste hain.</w:t>
      </w:r>
    </w:p>
    <w:p>
      <w:pPr>
        <w:jc w:val="right"/>
      </w:pPr>
      <w:r>
        <w:t>जी, नमस्कार. UAE के बारे में जो रजत भाई आपने पुछा तो UAE जैसा आप सब जानते हैं कि UAE जो है actually तो एक छोटी सी country है लेकिन as a global, real global country आप कह सकते हैं क्योंकि वहां पर लगभग शायद दुनिया के सारे ही मुल्के लोग रहते हैं और बसते हैं.</w:t>
      </w:r>
    </w:p>
    <w:p>
      <w:r>
        <w:rPr>
          <w:b/>
        </w:rPr>
        <w:t xml:space="preserve">[10:31] </w:t>
      </w:r>
      <w:r>
        <w:t>doosri jo khoobi hui ki hai ke mere apne jo interactions hain unke duniya mein main keh raha hoon ke raalban duniya ki sabse safe country hai hui aur yeh maine bahut logon se suna hai khaas taur se European se bhi. to yeh ek aisi country hai jahan par log jo afford kar sakte hain, woh chahte hain ke main yahan basoon ya yahan rahoon ya yahan par earning karoon.</w:t>
      </w:r>
    </w:p>
    <w:p>
      <w:pPr>
        <w:jc w:val="right"/>
      </w:pPr>
      <w:r>
        <w:t>दूसरी जो खूबी हुई की है कि मेरे अपने जो interactions हैं उनके दुनियाद में मैं कह रहा हूं कि रालबन दुनिया की सबसे safe country है की हुई और यह मैंने बहुत लोगों से सुना है खास तौर से European से भी. तो यह एक ऐसी country है जहां पर लोग जो afford कर सकते हैं, वह चाहते हैं कि मैं यहां बसूं या यहां रहूं या यहां पर earning करूं.</w:t>
      </w:r>
    </w:p>
    <w:p>
      <w:r>
        <w:rPr>
          <w:b/>
        </w:rPr>
        <w:t xml:space="preserve">[11:01] </w:t>
      </w:r>
      <w:r>
        <w:t>to us aitwaar se yahan par poori duniya ke log aate hain. aise bhi aate hain as a tourist bhi aur wahan par busay hue rehte hain, kaafi din rehte hain wahan par hain. to us angle se hamare liye bahut badi opportunity hai kyunke interactions hote hi hain. business ke bajakar ya tourist as a tourist ya phir kisi aur relation ke bajakar interactions hote hain. jaise for example abhi book fair tha wahan Sharjah mein. ji.</w:t>
      </w:r>
    </w:p>
    <w:p>
      <w:pPr>
        <w:jc w:val="right"/>
      </w:pPr>
      <w:r>
        <w:t>तो उस ऐत्वार से यहां पर पूरी दुनिया के लोग आते हैं. ऐसे भी आते हैं as a tourist भी और वहां पर busए हुए रहते हैं, काफी दिन रहते हैं वहां पर हैं. तो उस angle से हमारे लिए बहुत बड़ी opportunity है क्योंकि interactions होते ही हैं. Business के बजाकर या tourist as a tourist या फिर किसी और relation के बजाकर interactions होते हैं. जैसे for example अभी book fair था वहां शार्जा में. जी.</w:t>
      </w:r>
    </w:p>
    <w:p>
      <w:r>
        <w:rPr>
          <w:b/>
        </w:rPr>
        <w:t xml:space="preserve">[11:27] </w:t>
      </w:r>
      <w:r>
        <w:t>to book fair mein bahut log aaye the aur alag alag country ke bhi the. to jaisa Maulana hamein batate hain ke bhai interaction jo hai woh daawa ki jo hai yaani jo hai ek bahut badi jo hai buniyad hai ke interaction se hi daawa ki activity shuru hoti ji ji. to aap hamein akele kamre mein baithkar to daawa nahin kar sakta. bilkul. to ek insaan chahiye jiske saath main ji. interact karoon.</w:t>
      </w:r>
    </w:p>
    <w:p>
      <w:pPr>
        <w:jc w:val="right"/>
      </w:pPr>
      <w:r>
        <w:t>तो book fair में बहुत लोग आए थे और अलग अलग country के भी थे. तो जैसा मलाना हमें बताते हैं कि भई interaction जो है वह दावा की जो है यानी जो है एक बहुत बड़ी जो है बुनियाद है कि interaction से ही दावा का activity शुरू होती जी जी. तो आप हमें अकेले कमरे में बैठकर तो दावा नहीं कर सकता. बिल्कुल. तो एक इंसान चाहिए जिसके साथ मैं जी. Interact करूं.</w:t>
      </w:r>
    </w:p>
    <w:p>
      <w:r>
        <w:rPr>
          <w:b/>
        </w:rPr>
        <w:t xml:space="preserve">[11:52] </w:t>
      </w:r>
      <w:r>
        <w:t>to yeh jo UAE as a country Allah dara ne ek bahut badi opportunity provide kiya hai jo wahan hain unke liye ke isko avail karein woh ke multilingual, multinational jo society wahan van gayi hai, usmein isko avail karein aur hamare liye CPS ke liye ek bahut badi yaani jo hai plus point kya hai ke hamare paas multilingual language mein quran maujood hai. ji.</w:t>
      </w:r>
    </w:p>
    <w:p>
      <w:pPr>
        <w:jc w:val="right"/>
      </w:pPr>
      <w:r>
        <w:t>तो यह जो UAE as a country अल्लाह दारा ने एक बहुत बड़ी opportunity provide किया है जो वहां हैं उनके लिए कि इसको avail करें वह कि multilingual, multinational जो society वहां वन गई है, उसमें इसको avail करें और हमारे लिए CPS के लिए एक बहुत बड़ी यानी जो है plus point क्या है कि हमारे पास multilingual language में कुरान मौजूद है. जी.</w:t>
      </w:r>
    </w:p>
    <w:p>
      <w:r>
        <w:rPr>
          <w:b/>
        </w:rPr>
        <w:t xml:space="preserve">[12:19] </w:t>
      </w:r>
      <w:r>
        <w:t>to yaani aap samjhiye ke yeh do cheezein ho gayi na. ek hai ke opportunity ka hona aur doosri opportunity use karne ke liye hamare paas tools ka hona. apni mandir tak jaldi aur safely pahunch sakte hain. ji.</w:t>
      </w:r>
    </w:p>
    <w:p>
      <w:pPr>
        <w:jc w:val="right"/>
      </w:pPr>
      <w:r>
        <w:t>तो यानी आप समझिए कि यह दो चीज़ें हो गई ना. एक है कि opportunity का होना और दूसरी opportunity use करने के लिए हमारे पास tools का होना. अपनी मंदिर तक जल्दी और safely पहुंच सकते हैं. जी.</w:t>
      </w:r>
    </w:p>
    <w:p>
      <w:r>
        <w:rPr>
          <w:b/>
        </w:rPr>
        <w:t xml:space="preserve">[12:48] </w:t>
      </w:r>
      <w:r>
        <w:t>to yeh analogy ke zariye main is cheez ko matlab share kar raha hoon ke UAE mein yahi cheezein hain ke UAE mein opportunity hai aur CPS ke paas jo hai woh tools hain, woh means hain jo us opportunity ko avail karne ke liye hamein chahiye. ji. ke matlab aur teesri cheez jo main samajhta hoon ke wahan ki government jo hai is maamle mein bahut hi neutral hai ke woh sabko mauka deti hai.</w:t>
      </w:r>
    </w:p>
    <w:p>
      <w:pPr>
        <w:jc w:val="right"/>
      </w:pPr>
      <w:r>
        <w:t>तो यह analogy के जरिए मैं इस चीज़ को मतलब share कर रहा हूं कि UAE में यही चीज़ें हैं कि UAE में opportunity है और CPS के पास जो है वह tools हैं, वह means हैं जो उस opportunity को avail करने के लिए हमें चाहिए. जी. कि मतलब और तीसरी चीज़ जो मैं समझता हूं कि वहां की government जो है इस मामले में बहुत ही neutral है कि वह सबको मौका देती है.</w:t>
      </w:r>
    </w:p>
    <w:p>
      <w:r>
        <w:rPr>
          <w:b/>
        </w:rPr>
        <w:t xml:space="preserve">[13:17] </w:t>
      </w:r>
      <w:r>
        <w:t>matlab aisa nahin karungi CPS ke liye koi special baat hai. har country ke log jo aate hain, jo peaceful tareeke se apne kisi bhi kaam ko karte hain, jismein country ke doosre logon ko koi, koi disturbance na ho, to yahi government usmein bahut hi supportive hai. ji. aap kijiye usko. aap matlab jaise chahiye aap kijiye. sirf aap kisi ke liye masla na bani. to yeh bhi hamare liye bahut badi positive cheez hai. ji.</w:t>
      </w:r>
    </w:p>
    <w:p>
      <w:pPr>
        <w:jc w:val="right"/>
      </w:pPr>
      <w:r>
        <w:t>मतलब ऐसा नहीं करूंगी CPS के लिए कोई special बात है. हर country के लोग जो आते हैं, जो peaceful तरीके से अपने किसी भी काम को करते हैं, जिसमें country के दूसरे लोगों को कोई, कोई disturbance ना हो, तो यही government उसमें बहुत ही supportive है. जी. आप कीजिए उसको. आप मतलब जैसे चाहिए आप कीजिए. सिर्फ आप किसी के लिए मसला ना बनी. तो यह भी हमारे लिए बहुत बड़ी positive चीज़ है. जी.</w:t>
      </w:r>
    </w:p>
    <w:p>
      <w:r>
        <w:rPr>
          <w:b/>
        </w:rPr>
        <w:t xml:space="preserve">[13:43] </w:t>
      </w:r>
      <w:r>
        <w:t>ke CPS by, by nature, by jo hai definition ek jo hai non issue organization hai. hum to kisi ke liye koi issue banti hi nahin. bilkul. to hum to no problem insaan banakar Maulana ne hamko banaya ke bhai aap no problem baniye. to yeh hamare liye ek aur positive point hai. ji. to in sab wahan in sab angles mein main dekhta hoon to UAE is to spread the word of god is very very good opportunity. ji ji. for all of us.</w:t>
      </w:r>
    </w:p>
    <w:p>
      <w:pPr>
        <w:jc w:val="right"/>
      </w:pPr>
      <w:r>
        <w:t>कि CPS by, by nature, by जो है definition एक जो है non issue organization है. हम तो किसी के लिए कोई issue बनती ही नहीं. बिल्कुल. तो हम तो no problem इंसान बनाकर मुलाने ने हमको बनाया कि भाई आप no problem बनिए. तो यह हमारे लिए एक और positive point है. जी. तो इन सब वहां इन सब angles में मैं देखता हूं तो UAE is to spread the word of god is very very good opportunity. जी जी. For all of us.</w:t>
      </w:r>
    </w:p>
    <w:p>
      <w:r>
        <w:rPr>
          <w:b/>
        </w:rPr>
        <w:t xml:space="preserve">[14:13] </w:t>
      </w:r>
      <w:r>
        <w:t>jeevan milla. balki saajid bhai dekhiye kitna farq hai. koi bhi CPS member ko is se pehchan sakta hai ke uski jo uska jo conversation hai, uski jo soch hai, woh bohat hi mazboot soch hai aur hamesha positive oriented hai. aisa kabhi hota nahi hai ke koi bhi situation jagah absolutely problem free ho. Problems bhi saath mein hoti hain. Lekin jaise Maulana Wahiduddin Khan sahab ne hum sab ko sikhaya hai ke ignore the problem and avail the opportunity.</w:t>
      </w:r>
    </w:p>
    <w:p>
      <w:pPr>
        <w:jc w:val="right"/>
      </w:pPr>
      <w:r>
        <w:t>जीवन मिल्ला. बल्कि साजिद भाई देखिए कितना फ़र्क़ है. कोई भी CPS member को इससे पहचान सकता है कि उसकी जो उसका जो conversation है, उसकी जो सोच है, वह बहुत ही मज़बत सोच है और हमेशा positive oriented है. ऐसा कभी होता नहीं है कि कोई भी situation जगह absolutely problem free हो. Problems भी साथ में होती हैं. लेकिन जैसे मोलाना वैद्युद्दीन खान साहब ने हम सबको सिखाया है कि ignore the problem and avail the opportunity.</w:t>
      </w:r>
    </w:p>
    <w:p>
      <w:r>
        <w:rPr>
          <w:b/>
        </w:rPr>
        <w:t xml:space="preserve">[14:43] </w:t>
      </w:r>
      <w:r>
        <w:t>Saajid bhai ne sirf positive baat kari hai ke wahan opportunities hi opportunities hain and we should avail those opportunities. Toh yeh ek ek true CPS member ki pehchan hai Masha Allah Saajid bhai. That's wonderful to hear those words. Toh Saajid bhai agla sawal yahi aata hai ke aap ne kaha ke opportunities bohat hain. Toh kaise in opportunities ko UAE ki CPS team avail kar rahi hai?</w:t>
      </w:r>
    </w:p>
    <w:p>
      <w:pPr>
        <w:jc w:val="right"/>
      </w:pPr>
      <w:r>
        <w:t>साजिद भाई ने सिर्फ positive बात करी है कि वहाँ opportunities ही opportunities हैं and we should avail those opportunities. तो यह एक एक true CPS member की पहचान है माशा अल्लाह साजिद भाई. That's wonderful to hear those words. तो साजिद भाई अगला सवाल यही आता है कि आपने कहा कि opportunities बहुत हैं. तो कैसे इन opportunities को UAE की CPS team avail कर रही है?</w:t>
      </w:r>
    </w:p>
    <w:p>
      <w:r>
        <w:rPr>
          <w:b/>
        </w:rPr>
        <w:t xml:space="preserve">[15:09] </w:t>
      </w:r>
      <w:r>
        <w:t>Iske bare mein bhi bataein aur logon ko bhi ek idea milta hai ke woh kaise usi best practice ko apne area mein, apni situation ke hisab se phir woh relate kar sakte hain aur usko implement kar sakte hain. Toh thoda sa bataiye ke kaise avail kar rahi hai CPS, UAE team in opportunities ko? Ji, yeh bohat acha question hai Arvaddillah kyunke UAE bohat cheezon mein unique hai toh UAE ki ek uniqueness yeh bhi hai ke wahan jo cities hain woh door door hain.</w:t>
      </w:r>
    </w:p>
    <w:p>
      <w:pPr>
        <w:jc w:val="right"/>
      </w:pPr>
      <w:r>
        <w:t>इसके बारे में भी बताएं और लोगों को भी एक idea मिलता है कि वह कैसे उसी best practice को अपने area में, अपनी situation के हिसाब से फिर वह relate कर सकते हैं और उसको implement कर सकते हैं. तो थोड़ा सा बताइए कि कैसे avail कर रही है CPS, UAE team इन opportunities को? जी, यह बहुत अच्छा question है अरवद्दिल्लाह क्योंकि UAE बहुत चीज़ों में unique है तो UAE की एक uniqueness यह भी है कि वहां जो cities हैं वह दूर दूर हैं.</w:t>
      </w:r>
    </w:p>
    <w:p>
      <w:r>
        <w:rPr>
          <w:b/>
        </w:rPr>
        <w:t xml:space="preserve">[15:37] </w:t>
      </w:r>
      <w:r>
        <w:t>Matlab aise qareeb qareeb nahi hain ke jaise agar Dubai hai toh phir us se laga Sharjah jaye lekin ab udhar bhi jana ho toh dedh ghante ki phir aap ko by road travel karna padega. Toh wahan par hum jo hamari team hai matlab jo bhi us mein teen ya chaar log abhi hum log hain active aur anandillah log jud rahe hain. Toh hum ne aisa kya hai ke wahan par teen chaar tareeqe se hum log da'wa activities kar rahe hain. Ji.</w:t>
      </w:r>
    </w:p>
    <w:p>
      <w:pPr>
        <w:jc w:val="right"/>
      </w:pPr>
      <w:r>
        <w:t>मतलब ऐसे करीब करीब नहीं है कि जैसे अगर Dubai है तो फिर उससे लगा शार जाए लेकिन अब उधर भी जाना हो तो डेढ़ घंटे की फिर आपको by road travel करना पड़ेगा. तो वहां पर हम जो हमारी team है मतलब जो भी उसमें तीन या चार लोग अभी हम लोग हैं active और अनंदिल्ला लोग जुड़ रहे हैं. तो हमने ऐसा क्या है कि वहां पर तीन चार तरीके से हम लोग दावा activities कर रहे हैं. जी.</w:t>
      </w:r>
    </w:p>
    <w:p>
      <w:r>
        <w:rPr>
          <w:b/>
        </w:rPr>
        <w:t xml:space="preserve">[16:07] </w:t>
      </w:r>
      <w:r>
        <w:t>Ek toh wahan par hotels mein Quran ko rakhne ka program. Ji. Aur aap jante hain ke UAE as a like tourist place aur Dubai especially hotels wahan bohat hain. Ji. Matlab hotels, resort aur jo hai leisure places jo hain woh matlab bohat hain. Toh hum logon ne unko approach kiya aur officially approach karte hain hum.</w:t>
      </w:r>
    </w:p>
    <w:p>
      <w:pPr>
        <w:jc w:val="right"/>
      </w:pPr>
      <w:r>
        <w:t>एक तो वहां पर hotels में पुरान को रखने का program. जी. और आप जानते हैं कि UAE as a like tourist place और Dubai especially hotels वहां बहुत हैं. जी. मतलब hotels, resort और जो है leisure places जो हैं वह मतलब बहुत हैं. तो हम लोगों ने उनको approach किया और officially approach करते हैं हम.</w:t>
      </w:r>
    </w:p>
    <w:p>
      <w:r>
        <w:rPr>
          <w:b/>
        </w:rPr>
        <w:t xml:space="preserve">[16:33] </w:t>
      </w:r>
      <w:r>
        <w:t>Matlab baqayde hum email likhte hain unke purchase manager ko aur unke response bhi kafi positive aate hain. Ji. Toh us response ko hum log avail karte hain aur yahan se Doctor Saneel Snehan sahab ke din humein Quran wahan available kara ke rakha hai unhone. Ji. Kafi languages mein. Toh hamare se acha stock rehta hai wahan par.</w:t>
      </w:r>
    </w:p>
    <w:p>
      <w:pPr>
        <w:jc w:val="right"/>
      </w:pPr>
      <w:r>
        <w:t>मतलब बाकायदे हम email लिखते हैं उनके purchase manager को और उनके response भी काफी positive आते हैं. जी. तो उस response को हम लोग avail करते हैं और यहां से Doctor सानील स्नेन साहब के दिन हमें कुरान वहां available करा के रखा है उन्होंने. जी. काफी languages में. तो हमारे से अच्छा stock रहता है वहां पर.</w:t>
      </w:r>
    </w:p>
    <w:p>
      <w:r>
        <w:rPr>
          <w:b/>
        </w:rPr>
        <w:t xml:space="preserve">[16:57] </w:t>
      </w:r>
      <w:r>
        <w:t>Toh jab bhi Quran ka koi matlab positive response aata hai hotel se, toh hamare saathi jo hain, jo wahan ke nazdeek hain us hotel ke, woh unko koshish hum yeh karte hain ke in person pahunchayein. Matlab taake un se kuch interaction bhi ho jaye aur yeh ek activity aisi hai jismein humein wahan kafi jo hai positive response mila hai. Ji. Hotel se aur yeh ache bade bade hotels hain, five star hotels ke chains hain, un se bhi.</w:t>
      </w:r>
    </w:p>
    <w:p>
      <w:pPr>
        <w:jc w:val="right"/>
      </w:pPr>
      <w:r>
        <w:t>तो जब भी कुरान का कोई मतलब positive response आता है hotel से, तो हमारे साथी जो हैं, जो वहां के नज़दीक हैं उस hotel के, वह उनको कोशिश हम यह करते हैं कि in person पहुंचाएं. मतलब ताकि उनसे कुछ interaction भी हो जाए और यह एक activity ऐसी है जिसमें हमें वहां काफी जो है positive response मिला है. जी. Hotel से और यह अच्छे बड़े बड़े hotels हैं, five star hotels के chains हैं, उनसे भी.</w:t>
      </w:r>
    </w:p>
    <w:p>
      <w:r>
        <w:rPr>
          <w:b/>
        </w:rPr>
        <w:t xml:space="preserve">[17:25] </w:t>
      </w:r>
      <w:r>
        <w:t>Doosri jo activity jo hum avail kar rahe hain wahan par, woh hai Quran distribution ke jo request aate hain. Ji.</w:t>
      </w:r>
    </w:p>
    <w:p>
      <w:pPr>
        <w:jc w:val="right"/>
      </w:pPr>
      <w:r>
        <w:t>दूसरी जो activity जो हम avail कर रहे हैं वहां पर, वह है कुरान distribution के जो request आते हैं. जी.</w:t>
      </w:r>
    </w:p>
    <w:p>
      <w:r>
        <w:rPr>
          <w:b/>
        </w:rPr>
        <w:t xml:space="preserve">[17:33] </w:t>
      </w:r>
      <w:r>
        <w:t>Toh jaisa aap sab ko maloom hai ke free Quran request toh sari duniya se aata hai aur har jagah, try karte hain ke us saathi unko khud personally dein.</w:t>
      </w:r>
    </w:p>
    <w:p>
      <w:pPr>
        <w:jc w:val="right"/>
      </w:pPr>
      <w:r>
        <w:t>तो जैसा आप सबको मालूम है कि free कुरान request तो सारी दुनिया से आता है और हर जगह, try करते हैं कि उस साथी उनको खुद personally दें.</w:t>
      </w:r>
    </w:p>
    <w:p>
      <w:r>
        <w:rPr>
          <w:b/>
        </w:rPr>
        <w:t xml:space="preserve">[17:58] </w:t>
      </w:r>
      <w:r>
        <w:t>Taake un se kuch interaction ho sake, un se kuch aur sirf Quran ke ilawa hum kuch kitabein de sake agar hum dekhein ke woh kaise matlab woh kitna seeker hai, kitni seeking spirit hai. Otherwise last option hai ke courier kar dete hain hum, agar kisi tareeqe se nahi mil paate hain. Toh ismein hamare liye kafi hum ne isko jo hai matlab positive paya is method ko aur yeh bohat bari country nahi hai. Toh bohat zyada travel nahi hai. Within two hours se hum log almost kahin pahunch sakte hain. Ji.</w:t>
      </w:r>
    </w:p>
    <w:p>
      <w:pPr>
        <w:jc w:val="right"/>
      </w:pPr>
      <w:r>
        <w:t>ताकि उनसे कुछ interaction हो सके, उनसे कुछ और सिर्फ कुरान के अलावा हम कुछ किताबें दे सके अगर हम देखें कि वह कैसे मतलब वह कितना seeker है, कितनी seeking spirit है. Otherwise last option है कि courier कर देते हैं हम, गुरगर किसी तरीके से नहीं मिल पाते हैं. तो इसमें हमारे लिए काफी हमने इसको जो है मतलब positive पाया इस method को और यही बहुत बड़ी country नहीं है. तो बहुत ज़्यादा travel नहीं है. Within two hours से हम लोग almost कहीं पहुंच सकते हैं. जी.</w:t>
      </w:r>
    </w:p>
    <w:p>
      <w:r>
        <w:rPr>
          <w:b/>
        </w:rPr>
        <w:t xml:space="preserve">[18:27] </w:t>
      </w:r>
      <w:r>
        <w:t>Toh is is method ko apnane ke baad humein kuch saathi aise hi mile jo bole main aap ke saath judna chahta hoon. Aap ke saath meeting karna chahta hoon. Aap ki baaton ko samajhna chahta hoon aur kitabein bhi hum se ji ji. Toh yeh ek doosra jo hai hum wahan par kar rahe hain. Ji. Iske ilawa teesra jo hai woh aap samjhiye usko personal level par. Yeh toh as a team hum log kar rahe hain. Ji. Hotel mein Quran aur free Quran distribution. Ji.</w:t>
      </w:r>
    </w:p>
    <w:p>
      <w:pPr>
        <w:jc w:val="right"/>
      </w:pPr>
      <w:r>
        <w:t>तो इस इस method को अपनाने के बाद हमें कुछ साथी ऐसे ही मिले जो बोले मैं आपके साथ जुड़ना चाहता हूं. आपके साथ meeting करना चाहता हूं. आपकी बातों को समझना चाहता हूं और किताबें भी हमसे जी जी. तो यह एक दूसरा जो है हम वहां पर कर रहे हैं. जी. इसके अलावा तीसरा जो है वह आप समझिए उसको personal level पर. यह तो as a team हम लोग कर रहे हैं. जी. Hotel में कुरान और free कुरान distribution. जी.</w:t>
      </w:r>
    </w:p>
    <w:p>
      <w:r>
        <w:rPr>
          <w:b/>
        </w:rPr>
        <w:t xml:space="preserve">[18:55] </w:t>
      </w:r>
      <w:r>
        <w:t>Personal level ka wahan matlab yeh hai ke jo opportunities aap ko khud avail mil rahi hain, jaise aap ke koi function mein aap ne shirkat ki, jaise shadi hai ya koi aur function hai. Ji. Toh usmein Quran ke distribution ko avail karna ke kisi birthday party mein aap chale gaye ya koi aisi cheez thi jahan par aap as a guest invite the ya as a participant invite the, toh wahan par jo hai is cheez ko hum log avail karte hain as a individual.</w:t>
      </w:r>
    </w:p>
    <w:p>
      <w:pPr>
        <w:jc w:val="right"/>
      </w:pPr>
      <w:r>
        <w:t>Personal level का वहां मतलब यह है कि जो opportunities आपको खुद avail मिल रही है, जैसे आपके कोई function में आपने शिरकत की, जैसे शादी है या कोई और function है. जी. तो उसमें पुरान के distribution को avail करना कि किसी birthday party में आप चले गए या कोई ऐसी चीज़ थी जहां पर आप as a guest invite थे या as a participant invite थे, तो वहां पर जो है इस चीज़ को हम लोग avail करते हैं as a individual.</w:t>
      </w:r>
    </w:p>
    <w:p>
      <w:r>
        <w:rPr>
          <w:b/>
        </w:rPr>
        <w:t xml:space="preserve">[19:25] </w:t>
      </w:r>
      <w:r>
        <w:t>Jaise hamare ek saathi hain wahan par abhi woh ek bohat achi institute India ke SP jayein. Ji. Toh usmein unhone MBA mein dakhla liya jo kis mahine pehle. Toh unka ek session ho raha tha MBA ke course ke topic par koi matlab us course ke andar koi topic par koi discussion tha. Toh unhone Gandhi ji ka ek article Maulana ka jo tha, usko refer karte hue bohat positive baat kahi Gandhi ji ke bare mein as a leadership quality. Ji ji ji ji.</w:t>
      </w:r>
    </w:p>
    <w:p>
      <w:pPr>
        <w:jc w:val="right"/>
      </w:pPr>
      <w:r>
        <w:t>जैसे हमारे एक साथी हैं वहां पर अभी वह एक बहुत अच्छी institute India के SP जाएं. जी. तो उसमें उन्होंने MBA में दाख ला लिया जो किस महीने पहले. तो उनका एक session हो रहा था MBA के course के topic पर कोई मतलब उस course के अंदर कोई topic पर कोई discussion था. तो उन्होंने गांधी जी का एक article मौलाना का जो था, उसको refer करते हुए बहुत positive बात कही गांधी जी के बारे में as a leadership quality. जी जी जी जी.</w:t>
      </w:r>
    </w:p>
    <w:p>
      <w:r>
        <w:rPr>
          <w:b/>
        </w:rPr>
        <w:t xml:space="preserve">[19:50] </w:t>
      </w:r>
      <w:r>
        <w:t>Toh ab woh opportunity unhone zahir unke dhyan mein yeh tha ke is opportunity ko use karoge as a da'wa. Haan haan.</w:t>
      </w:r>
    </w:p>
    <w:p>
      <w:pPr>
        <w:jc w:val="right"/>
      </w:pPr>
      <w:r>
        <w:t>तो अब वह opportunity उन्होंने ज़ाहिर उनके ध्यान में यह था कि इस opportunity को use करोगे ऐसे दावा. हां हां.</w:t>
      </w:r>
    </w:p>
    <w:p>
      <w:r>
        <w:rPr>
          <w:b/>
        </w:rPr>
        <w:t xml:space="preserve">[19:59] </w:t>
      </w:r>
      <w:r>
        <w:t>lekin talife kal ke taur par unhone usko rakha aur toh woh jo faculty thi, CPS member hain</w:t>
      </w:r>
    </w:p>
    <w:p>
      <w:pPr>
        <w:jc w:val="right"/>
      </w:pPr>
      <w:r>
        <w:t>लेकिन तालीफें कल के तौर पर उन्होंने उसको रखा और तो वह जो faculty थी, CPS member हैं</w:t>
      </w:r>
    </w:p>
    <w:p>
      <w:r>
        <w:rPr>
          <w:b/>
        </w:rPr>
        <w:t xml:space="preserve">[20:18] </w:t>
      </w:r>
      <w:r>
        <w:t>wahan par, woh creatively kaise use karte hain.</w:t>
      </w:r>
    </w:p>
    <w:p>
      <w:pPr>
        <w:jc w:val="right"/>
      </w:pPr>
      <w:r>
        <w:t>वहां पर, वह creatively कैसे use करते हैं.</w:t>
      </w:r>
    </w:p>
    <w:p>
      <w:r>
        <w:rPr>
          <w:b/>
        </w:rPr>
        <w:t xml:space="preserve">[20:38] </w:t>
      </w:r>
      <w:r>
        <w:t>Halanki wahan woh toh ek professional course ke liye gaye hue hain lekin is mauke ko unhone use kiya? Nasha Allah. Ji. Chautha jo method hai jo bohat zyada hai usmein Doctor Sahab ka burbar hall hai directly, woh hai exhibition book book fair. Ji. Toh wahan par do book fair hote hain. Ek toh Sharjah mein ek Abu Dhabi mein. Toh Sharjah book fair woh international book fair hai aur lagbhag chaalis saal se ho raha hai woh.</w:t>
      </w:r>
    </w:p>
    <w:p>
      <w:pPr>
        <w:jc w:val="right"/>
      </w:pPr>
      <w:r>
        <w:t>हालांकि वहां वह तो एक professional course के लिए गए हुए हैं लेकिन इस मौके को उन्होंने use किया? नाशालाह. जी. चौथा जो method है जो बहुत ज़्यादा है उसमें Doctor साहिब का बुर्बार hall है directly, वह है exhibition book book fair. जी. तो वहां पर दो book fair होते हैं. एक तो शार्जा में एक अबूजाबी में. तो शार्जा book fair वह international book fair है और लगभग चालीस साल से हो रहा है वह.</w:t>
      </w:r>
    </w:p>
    <w:p>
      <w:r>
        <w:rPr>
          <w:b/>
        </w:rPr>
        <w:t xml:space="preserve">[21:04] </w:t>
      </w:r>
      <w:r>
        <w:t>Toh uski international book fair ki level ki uski jo hai pehchan ho gayi hai. Ji. Toh US se, UK se aur Europe ke doosre country se aur Asia ke bhi doosre countries se wahan par log publishers aate hain UAE government aur GCC countries ke. Toh ek bohat achi opportunity hoti hai hamare liye interaction ke liye aur wahan par Quran distribution ke liye.</w:t>
      </w:r>
    </w:p>
    <w:p>
      <w:pPr>
        <w:jc w:val="right"/>
      </w:pPr>
      <w:r>
        <w:t>तो उसकी international book fair की level की उसकी जो है पहचान हो गई है. जी. तो US से, UK से और Europe के दूसरे country से और Asia के भी दूसरे countries से वहां पर लोग publishers आते हैं UAE government और GCC countries के. तो एक बहुत अच्छी opportunity होती है हमारे लिए interaction के लिए और वहां पर कुरान distribution के लिए.</w:t>
      </w:r>
    </w:p>
    <w:p>
      <w:r>
        <w:rPr>
          <w:b/>
        </w:rPr>
        <w:t xml:space="preserve">[21:30] </w:t>
      </w:r>
      <w:r>
        <w:t>Toh yeh bhi ek jo hai matlab aap samjhiye ke yeh bhi ek method hai. Ji. Aur ek jo hai opportunity hum log use karte hain. Ji. Toh is tareeqe se chal rahi hai aur last ismein jo ki ek bohat hi unique hai jo ki samajh liye ke as not regular but hamare Akbar Ungli sahab jo hain, unke bohat contacts hain wahan par. Toh unhone abhi do mahine ka travel kiya. Ji.</w:t>
      </w:r>
    </w:p>
    <w:p>
      <w:pPr>
        <w:jc w:val="right"/>
      </w:pPr>
      <w:r>
        <w:t>तो यह भी एक जो है मतलब आप समझिए कि यह भी एक method है. जी. और एक जो है opportunity हम लोग use करते हैं. जी. तो इस तरीके से चल रही है और last इसमें जो कि एक बहुत ही unique है जो कि समझ लिए कि as not regular but हमारे अकबर उंगली साहब जो हैं, उनके बहुत contacts हैं वहां पर. तो उन्होंने अभी दो महीने का travel किया. जी.</w:t>
      </w:r>
    </w:p>
    <w:p>
      <w:r>
        <w:rPr>
          <w:b/>
        </w:rPr>
        <w:t xml:space="preserve">[21:58] </w:t>
      </w:r>
      <w:r>
        <w:t>khaastour se in contacts ko revive karne ke liye. nashal.</w:t>
      </w:r>
    </w:p>
    <w:p>
      <w:pPr>
        <w:jc w:val="right"/>
      </w:pPr>
      <w:r>
        <w:t>खास तौर से इन contacts को revive करने के लिए. नाशाल.</w:t>
      </w:r>
    </w:p>
    <w:p>
      <w:r>
        <w:rPr>
          <w:b/>
        </w:rPr>
        <w:t xml:space="preserve">[22:04] </w:t>
      </w:r>
      <w:r>
        <w:t>toh bahut saare umri hazaraaz se woh mile aur kuch jagah mujhe bhi lekar gaye.</w:t>
      </w:r>
    </w:p>
    <w:p>
      <w:pPr>
        <w:jc w:val="right"/>
      </w:pPr>
      <w:r>
        <w:t>तो बहुत सारे उम्री हज़ाराज़ से वह मिले और कुछ जगह मुझे भी लेकर गए.</w:t>
      </w:r>
    </w:p>
    <w:p>
      <w:r>
        <w:rPr>
          <w:b/>
        </w:rPr>
        <w:t xml:space="preserve">[22:10] </w:t>
      </w:r>
      <w:r>
        <w:t>jahan nahin le gaye the to unhon ne unke addresses hum logon ko de diye team ko ke bhai</w:t>
      </w:r>
    </w:p>
    <w:p>
      <w:pPr>
        <w:jc w:val="right"/>
      </w:pPr>
      <w:r>
        <w:t>जहां नहीं ले गए थे तो उन्होंने उनके addresses हम लोगों को दे दिए team को कि भई</w:t>
      </w:r>
    </w:p>
    <w:p>
      <w:r>
        <w:rPr>
          <w:b/>
        </w:rPr>
        <w:t xml:space="preserve">[22:17] </w:t>
      </w:r>
      <w:r>
        <w:t>yeh saathi yahan par hain, in se aap baad mein contact kijiye.</w:t>
      </w:r>
    </w:p>
    <w:p>
      <w:pPr>
        <w:jc w:val="right"/>
      </w:pPr>
      <w:r>
        <w:t>यह साथी यहां पर हैं, इनसे आप बाद में contact कीजिए.</w:t>
      </w:r>
    </w:p>
    <w:p>
      <w:r>
        <w:rPr>
          <w:b/>
        </w:rPr>
        <w:t xml:space="preserve">[22:23] </w:t>
      </w:r>
      <w:r>
        <w:t>to yeh bhi ek method hai. ji.</w:t>
      </w:r>
    </w:p>
    <w:p>
      <w:pPr>
        <w:jc w:val="right"/>
      </w:pPr>
      <w:r>
        <w:t>तो यह भी एक method है. जी.</w:t>
      </w:r>
    </w:p>
    <w:p>
      <w:r>
        <w:rPr>
          <w:b/>
        </w:rPr>
        <w:t xml:space="preserve">[22:29] </w:t>
      </w:r>
      <w:r>
        <w:t>ke koi ek</w:t>
      </w:r>
    </w:p>
    <w:p>
      <w:pPr>
        <w:jc w:val="right"/>
      </w:pPr>
      <w:r>
        <w:t>कि कोई एक</w:t>
      </w:r>
    </w:p>
    <w:p>
      <w:r>
        <w:rPr>
          <w:b/>
        </w:rPr>
        <w:t xml:space="preserve">[22:36] </w:t>
      </w:r>
      <w:r>
        <w:t>koshish kar rahe hain. bohat sahi kaha aap ne in fact shayad bhai aap ko yaad hoga ke Maulana Wahiduddin Khan sahab interaction par itna focus karte the. Kehte the aap interaction kariye just for the sake of interaction. Toh bada acha example bhi dete the ke jab do stones aapas mein takrate hain toh ek teesri cheez emerge hoti hai spark.</w:t>
      </w:r>
    </w:p>
    <w:p>
      <w:pPr>
        <w:jc w:val="right"/>
      </w:pPr>
      <w:r>
        <w:t>कोशिश कर रहे हैं. बहुत सही कहा आपने in fact शायद भाई आपको याद होगा कि मलाना वैद्युद्दीन खान साहब interaction पर इतना focus करते थे. कहते थे आप interaction करिए just for the sake of interaction. तो बड़ा अच्छा example भी देते थे कि जब दो stones आपस में टकराते हैं तो एक तीसरी चीज़ emerge होती है spark.</w:t>
      </w:r>
    </w:p>
    <w:p>
      <w:r>
        <w:rPr>
          <w:b/>
        </w:rPr>
        <w:t xml:space="preserve">[22:57] </w:t>
      </w:r>
      <w:r>
        <w:t>Toh isiliye woh kehte ke jab do minds milte hain toh jo emerge hota hai woh hai ideas, ek bohat acha ta'alluq, bohat si nayi nayi baatein jo aap ek doosre se seekhte hain. Toh isiliye interact for the sake of interaction. bohat emphasize karte the woh is cheez ko. Saal mein bohat se log program dekh rahe hain. In fact interestingly Ras Al Khaimah se Arman Khan sahab bhi hain aur woh ab aap se judna chahte hain. Woh details mang rahe hain aap ki toh main inko zaroor aap ki details de dunga. Sure sure.</w:t>
      </w:r>
    </w:p>
    <w:p>
      <w:pPr>
        <w:jc w:val="right"/>
      </w:pPr>
      <w:r>
        <w:t>तो इसीलिए वह कहते कि जब दो minds मिलते हैं तो जो emerge होता है वह है ideas, एक बहुत अच्छा ताल्लुक, बहुत सी नई नई बातें जो आप एक दूसरे से सीखते हैं. तो इसीलिए interact for the sake of interaction. बहुत emphasize करते थे वो इस चीज़ को. साल में बहुत से लोग program देख रहे हैं. In fact interestingly रसल खेमा से अरमान खान साहब भी हैं और वो अब आपसे जुड़ना चाहते हैं. वो details मांग रहे हैं आपकी तो मैं इनको ज़रूर आपकी details दे दूंगा. Sure sure.</w:t>
      </w:r>
    </w:p>
    <w:p>
      <w:r>
        <w:rPr>
          <w:b/>
        </w:rPr>
        <w:t xml:space="preserve">[23:27] </w:t>
      </w:r>
      <w:r>
        <w:t>Aur Inshallah woh team se jud ke kaam ko aage badha sakte hain. Syed Haseeb Shah Naqvi sahab Pakistan se program dekh rahe hain. Unhone likha hai Maulana Wahiduddin Khan was the representative of god. He always made the relationship between god and man clear among the people. His whole life was about continuing the prophetic mission. Qonain Shaheedi sahab ne likha hai, Assalam Alaikum I do agree with Sajid sahab.</w:t>
      </w:r>
    </w:p>
    <w:p>
      <w:pPr>
        <w:jc w:val="right"/>
      </w:pPr>
      <w:r>
        <w:t>और इन्शालाह वो team से जुड़ के काम आग को आगे बढ़ा सकते हैं. सय्यद हसीब शाह नखवी साहब Pakistan से program देख रहे हैं. उन्होंने लिखा है मुलाना वैदुदीन खान was the representative of god. He always made the relationship between god and man clear among the people. His whole life was about continuing the prophetic mission. कौनैन शहीदी साहब ने लिखा है, अस्सलाम अलेकुम I do agree with साजिद साहब.</w:t>
      </w:r>
    </w:p>
    <w:p>
      <w:r>
        <w:rPr>
          <w:b/>
        </w:rPr>
        <w:t xml:space="preserve">[23:55] </w:t>
      </w:r>
      <w:r>
        <w:t>I had a great interaction with him. Yashad Sharjah se hain. Ji. Accha Mohammad Irfan Rasheedi sahab ne aapse darkhwast kari hai ke aap Sajid Andar sahab koi aisa experience jise aap jisne aap ko bohat mutassir kiya ho, uske bare mein agar aap bata sakein. Maulana Sahab ka koi advice, kuch wisdom wali baat, kuch unke saath travel mein aap ne kuch observe kara hai?</w:t>
      </w:r>
    </w:p>
    <w:p>
      <w:pPr>
        <w:jc w:val="right"/>
      </w:pPr>
      <w:r>
        <w:t>I had a great interaction with him. यशद शार्जा से हैं. जी. अच्छा मोहम्मद इरफान रशिदी साहब ने आपसे दरख्वाज़ करिए कि आप साजिद अंदर साहब कोई ऐसा experience जिसे आप जिसने आपको बहुत मुतस्सिर किया हो, उसके बारे में अगर आप बता सकें. मनाना साहब का कोई advice, कुछ wisdom वाली बात, कोई उनके साथ travel में आपने कुछ observe करा है?</w:t>
      </w:r>
    </w:p>
    <w:p>
      <w:r>
        <w:rPr>
          <w:b/>
        </w:rPr>
        <w:t xml:space="preserve">[24:23] </w:t>
      </w:r>
      <w:r>
        <w:t>Bohat sari cheezein hongi aap ke zehan mein. Koi agar ek foran is waqt kuch agar aa raha hai aap ke mind mein toh woh aap share kar sakte hain. Dekhiye Allah Ta'ala ne mere saath ek bolti main samajhta hoon fusi, main toh samajhta hoon fusi mamla kiya ke Allah ne mera transfer kara diya Ru'd ki job ke liye aur woh bhi ek aisi aise tareeqe se transfer hua jo ke matlab isko main normal nahi bol sakta hoon. Ji.</w:t>
      </w:r>
    </w:p>
    <w:p>
      <w:pPr>
        <w:jc w:val="right"/>
      </w:pPr>
      <w:r>
        <w:t>बहुत सारी चीज़ें होंगी आपके ज़ेहन में. कोई अगर एक फ़ौरन इस वक्त कुछ अगर आ रहा है आपके mind में तो वह आप share कर सकते हैं. देखिए अल्लाह दारा ने मेरे साथ एक बोलती मैं समझता हूं फुसूसी, मैं तो समझता हूं फुसूसी मामला किया कि अल्लाह ने मेरा transfer करा दिया रूढ़ की job के लिए और वह भी एक ऐसी ऐसे तरीके से transfer हुआ जो कि मतलब इसको मैं normal नहीं बोल सकता हूं. जी.</w:t>
      </w:r>
    </w:p>
    <w:p>
      <w:r>
        <w:rPr>
          <w:b/>
        </w:rPr>
        <w:t xml:space="preserve">[24:52] </w:t>
      </w:r>
      <w:r>
        <w:t>Toh maine isko samjha ke Allah ne mujhe khaas taur se bheja hai aur phir us opportunity ko maine apni istizaa't ke mutabiq istemal kiya ke main har Sunday ko travel karke aata tha aur lecture mein baqayda mein attend karta tha. Toh Maulana mujhse poochte the ke bhai aap yeh lecture net par bhi dekh sakte hain, us waqt bhi live ho chuka thi two ji thousand eleven ki baat ji ji. Toh aap travel kyun karte hain?</w:t>
      </w:r>
    </w:p>
    <w:p>
      <w:pPr>
        <w:jc w:val="right"/>
      </w:pPr>
      <w:r>
        <w:t>तो मैंने इसको समझा कि अल्लाह ने मुझे खास तौर से भेजा है और फिर उस opportunity को मैंने अपनी इस्तज़ात के मुताबिक इस्तेमाल किया कि मैं हर Sunday को travel करके आता था और lecture में बाकायदा में attend करता था. तो मोराना मुझसे पूछते थे कि भई आप यह lecture net पर भी देख सकते हैं, उस वक्त भी live हो चुका थी two जी thousand eleven की बात जी जी. तो आप travel क्यों करते हैं?</w:t>
      </w:r>
    </w:p>
    <w:p>
      <w:r>
        <w:rPr>
          <w:b/>
        </w:rPr>
        <w:t xml:space="preserve">[25:19] </w:t>
      </w:r>
      <w:r>
        <w:t>to murane iska matlab yeh nahi tha ke aap mat aaiye lekin unka ek question tha mujhse. to maine murana koi jawab diya hai ke murana main jitna aapke baaton seekhta hoon usse zyada main aapko dekhkar seekhta hoon. achha achha. to main aapko bahut observe karta hoon. to hamara khamosh ho gaya. maine phir mujhe yaar. to ek cheez main aapse share karna chahta hoon abhi. to meri munal se jitni mulaqat hain, sari ki sari learning hai, 100%.</w:t>
      </w:r>
    </w:p>
    <w:p>
      <w:pPr>
        <w:jc w:val="right"/>
      </w:pPr>
      <w:r>
        <w:t>तो मुराने इसका मतलब यह नहीं था कि आप मत आइए लेकिन उनका एक question था मुझसे. तो मैंने मुराना कोई जवाब दिया है कि मुराना मैं जितना आपके बातों सीखता हूं उससे ज़्यादा मैं आपको देखकर सीखता हूं. अच्छा अच्छा. तो मैं आपको बहुत observe करता हूं. तो हमारा खामोश हो गया. मैंने फिर मुझे यार. तो एक चीज़ मैं आपसे share करना चाहता हूं अभी. तो मेरी मुनाल से जितनी मुलाकात हैं, सारी की सारी learning है, 100%.</w:t>
      </w:r>
    </w:p>
    <w:p>
      <w:r>
        <w:rPr>
          <w:b/>
        </w:rPr>
        <w:t xml:space="preserve">[25:47] </w:t>
      </w:r>
      <w:r>
        <w:t>usmein koi bhi aisi mulaqat nahi hai jismein learning na ho. ji. ek safar mera kerala ka hua mulana ke saath, us waqt rajat bhai nahi aa paaye the, kuch mashrooriyat kar jaakar, to ji. aur mujhe iska irim nahi tha.</w:t>
      </w:r>
    </w:p>
    <w:p>
      <w:pPr>
        <w:jc w:val="right"/>
      </w:pPr>
      <w:r>
        <w:t>उसमें कोई भी ऐसी मुलाकात नहीं है जिसमें learning ना हो. जी. एक सफर मेरा केरला का हुआ मुलाना के साथ, उस वक्त रजत भाई नहीं आ पाए थे, कुछ मशरूर्यात कर जाकर, तो जी. और मुझे इसका इर्म नहीं था.</w:t>
      </w:r>
    </w:p>
    <w:p>
      <w:r>
        <w:rPr>
          <w:b/>
        </w:rPr>
        <w:t xml:space="preserve">[26:17] </w:t>
      </w:r>
      <w:r>
        <w:t>ji. ke mulana un cheezon mein itne sensitive hain. to mulana ne mujhe bola ke aap is maamle mein trend nahi hain, is, in cheez, is cheez ke baare mein. ji.</w:t>
      </w:r>
    </w:p>
    <w:p>
      <w:pPr>
        <w:jc w:val="right"/>
      </w:pPr>
      <w:r>
        <w:t>जी. कि मुलाना उन चीज़ों में इतने sensitive हैं. तो मुलाना ने मुझे बोला कि आप इस मामले में trend नहीं है, इस, इन चीज़, इस चीज़ के बारे में. जी.</w:t>
      </w:r>
    </w:p>
    <w:p>
      <w:r>
        <w:rPr>
          <w:b/>
        </w:rPr>
        <w:t xml:space="preserve">[26:46] </w:t>
      </w:r>
      <w:r>
        <w:t>tareeke se mujhe usmein bataya ke aap is cheez ko mamooli samajh rahe hain ya nahi. ji. aapne jo mere saath jo usmein kiya aur Allah ke nazdeek yeh bahut badi cheez hai. to main to bilkul hi hil gaya. matlab meri matlab personality bilkul hi collapse ho gayi ke main jis cheez ko itni chhoti cheez samajh raha hoon, usko mulana itni badi cheez samajhte hain. maine bola ke meri ninety four year ki meri jo image hai, woh iske saath judi hai. aap isko nahi samajh paaye.</w:t>
      </w:r>
    </w:p>
    <w:p>
      <w:pPr>
        <w:jc w:val="right"/>
      </w:pPr>
      <w:r>
        <w:t>तरीके से मुझे उसमें बताया कि आप इस चीज़ को मामूली समझ रहे हैं या नहीं. जी. आपने जो मेरे साथ जो इसमें किया और अल्लाह के नज़दीक यह बहुत बड़ी चीज़ है. तो मैं तो बिल्कुल ही हिल गया. मतलब मेरी मतलब personality बिल्कुल ही collapse हो गई कि मैं जिस चीज़ को इतनी छोटी चीज़ समझ रहा हूं, उसको मुलाना इतनी बड़ी चीज़ समझते हैं. मैंने बोला कि मेरी ninety four year की मेरी जो image है, वह इसके साथ जुड़ी है. आप इसको नहीं समझ पाए.</w:t>
      </w:r>
    </w:p>
    <w:p>
      <w:r>
        <w:rPr>
          <w:b/>
        </w:rPr>
        <w:t xml:space="preserve">[27:16] </w:t>
      </w:r>
      <w:r>
        <w:t>ji.</w:t>
      </w:r>
    </w:p>
    <w:p>
      <w:pPr>
        <w:jc w:val="right"/>
      </w:pPr>
      <w:r>
        <w:t>जी.</w:t>
      </w:r>
    </w:p>
    <w:p>
      <w:r>
        <w:rPr>
          <w:b/>
        </w:rPr>
        <w:t xml:space="preserve">[27:22] </w:t>
      </w:r>
      <w:r>
        <w:t>to Maulana ki training ka jo andaaz tha woh bohat hi unique tha. ji.</w:t>
      </w:r>
    </w:p>
    <w:p>
      <w:pPr>
        <w:jc w:val="right"/>
      </w:pPr>
      <w:r>
        <w:t>तो मुनाना की training का जो अंदाज़ था वह बहुत ही unique था. जी.</w:t>
      </w:r>
    </w:p>
    <w:p>
      <w:r>
        <w:rPr>
          <w:b/>
        </w:rPr>
        <w:t xml:space="preserve">[27:29] </w:t>
      </w:r>
      <w:r>
        <w:t>to woh sahaba ki zindagi aur woh is level ki jo zindagi guzari Maulana ne.</w:t>
      </w:r>
    </w:p>
    <w:p>
      <w:pPr>
        <w:jc w:val="right"/>
      </w:pPr>
      <w:r>
        <w:t>तो वह साहबा की ज़िंदगी और वह इस level की जो ज़िंदगी गुज़ारी मुनाना ने.</w:t>
      </w:r>
    </w:p>
    <w:p>
      <w:r>
        <w:rPr>
          <w:b/>
        </w:rPr>
        <w:t xml:space="preserve">[27:35] </w:t>
      </w:r>
      <w:r>
        <w:t>to saath mein ek aadmi agar rahe to us se mutaasi bhi paida nahin rakh rakhe. lekin hai. ji.</w:t>
      </w:r>
    </w:p>
    <w:p>
      <w:pPr>
        <w:jc w:val="right"/>
      </w:pPr>
      <w:r>
        <w:t>तो साथ में एक आदमी अगर रहे तो उससे मुतासी भी पैदा नहीं रख रखे. लेकिन है. जी.</w:t>
      </w:r>
    </w:p>
    <w:p>
      <w:r>
        <w:rPr>
          <w:b/>
        </w:rPr>
        <w:t xml:space="preserve">[27:42] </w:t>
      </w:r>
      <w:r>
        <w:t>to meri bohat bari learning thi woh ke choti cheez ko bhi choti hum nahin samajh sakte. ji.</w:t>
      </w:r>
    </w:p>
    <w:p>
      <w:pPr>
        <w:jc w:val="right"/>
      </w:pPr>
      <w:r>
        <w:t>तो मेरी बहुत बड़ी learning थी वह कि छोटी चीज़ को भी छोटी हम नहीं समझ सकते. जी.</w:t>
      </w:r>
    </w:p>
    <w:p>
      <w:r>
        <w:rPr>
          <w:b/>
        </w:rPr>
        <w:t xml:space="preserve">[27:48] </w:t>
      </w:r>
      <w:r>
        <w:t>agar woh Allah ke nazdeek barhiye.</w:t>
      </w:r>
    </w:p>
    <w:p>
      <w:pPr>
        <w:jc w:val="right"/>
      </w:pPr>
      <w:r>
        <w:t>अगर वह अल्लाह के नज़दीक बढ़िए.</w:t>
      </w:r>
    </w:p>
    <w:p>
      <w:r>
        <w:rPr>
          <w:b/>
        </w:rPr>
        <w:t xml:space="preserve">[27:55] </w:t>
      </w:r>
      <w:r>
        <w:t>phir usko hum apne mindset se usko chhota samajh lein ya usko less importance de dein. ji. to yeh hamare liye bilkul hi yahi harakat ki baat hai. bas shalu. ji, bahut hi modest hain aap sajid bhai. maine khud dekha hai aapko itne saalon se. sajid bhai jaise maine bataya ke IIT se education unhone hasil kiya aur unke upar bahut responsibilities hain kyunke he is in a senior position.</w:t>
      </w:r>
    </w:p>
    <w:p>
      <w:pPr>
        <w:jc w:val="right"/>
      </w:pPr>
      <w:r>
        <w:t>फिर उसको हम अपने mindset से उसको छोटा समझ लें या उसको less importance दे दें. जी. तो यह हमारे लिए बिल्कुल ही यही हराकत की बात है. बस शालू. जी, बहुत ही modest हैं आप साजिद भाई. मैंने खुद देखा है आपको इतने सालों से. साजिद भाई जैसे मैंने बताया कि IIT से education उन्होंने हासिल किया और उनके ऊपर बहुत responsibilities हैं क्योंकि he is in a senior position.</w:t>
      </w:r>
    </w:p>
    <w:p>
      <w:r>
        <w:rPr>
          <w:b/>
        </w:rPr>
        <w:t xml:space="preserve">[28:24] </w:t>
      </w:r>
      <w:r>
        <w:t>But still kaam ke liye, mission ke liye woh time kaise nikalte hain?</w:t>
      </w:r>
    </w:p>
    <w:p>
      <w:pPr>
        <w:jc w:val="right"/>
      </w:pPr>
      <w:r>
        <w:t>But still काम के लिए, mission के लिए वह time कैसे निकालते हैं?</w:t>
      </w:r>
    </w:p>
    <w:p>
      <w:r>
        <w:rPr>
          <w:b/>
        </w:rPr>
        <w:t xml:space="preserve">[28:28] </w:t>
      </w:r>
      <w:r>
        <w:t>That is really an inspiration and Sajid bhai yeh sirf main hi nahin keh raha jo program dekh</w:t>
      </w:r>
    </w:p>
    <w:p>
      <w:pPr>
        <w:jc w:val="right"/>
      </w:pPr>
      <w:r>
        <w:t>That is really an inspiration and साजिद भाई यह सिर्फ मैं ही नहीं कह रहा जो program देख</w:t>
      </w:r>
    </w:p>
    <w:p>
      <w:r>
        <w:rPr>
          <w:b/>
        </w:rPr>
        <w:t xml:space="preserve">[28:32] </w:t>
      </w:r>
      <w:r>
        <w:t>rahe hain woh bhi keh rahe hain.</w:t>
      </w:r>
    </w:p>
    <w:p>
      <w:pPr>
        <w:jc w:val="right"/>
      </w:pPr>
      <w:r>
        <w:t>रहे हैं वह भी कह रहे हैं.</w:t>
      </w:r>
    </w:p>
    <w:p>
      <w:r>
        <w:rPr>
          <w:b/>
        </w:rPr>
        <w:t xml:space="preserve">[28:37] </w:t>
      </w:r>
      <w:r>
        <w:t>Mohammad Saif Khan sahab Mumbai se dekh rahe hain unhon ne likha hai Masha Allah great session.</w:t>
      </w:r>
    </w:p>
    <w:p>
      <w:pPr>
        <w:jc w:val="right"/>
      </w:pPr>
      <w:r>
        <w:t>मोहम्मद सैफ खान साहब Mumbai से देख रहे उन्होंने लिखा है माशा अल्लाह great session.</w:t>
      </w:r>
    </w:p>
    <w:p>
      <w:r>
        <w:rPr>
          <w:b/>
        </w:rPr>
        <w:t xml:space="preserve">[28:41] </w:t>
      </w:r>
      <w:r>
        <w:t>I am hearing you first time.</w:t>
      </w:r>
    </w:p>
    <w:p>
      <w:pPr>
        <w:jc w:val="right"/>
      </w:pPr>
      <w:r>
        <w:t>I am hearing you first time.</w:t>
      </w:r>
    </w:p>
    <w:p>
      <w:r>
        <w:rPr>
          <w:b/>
        </w:rPr>
        <w:t xml:space="preserve">[28:46] </w:t>
      </w:r>
      <w:r>
        <w:t>You are truly an inspiration Sajid Anwar sir.</w:t>
      </w:r>
    </w:p>
    <w:p>
      <w:pPr>
        <w:jc w:val="right"/>
      </w:pPr>
      <w:r>
        <w:t>You are truly an inspiration साजिद अनवर sir.</w:t>
      </w:r>
    </w:p>
    <w:p>
      <w:r>
        <w:rPr>
          <w:b/>
        </w:rPr>
        <w:t xml:space="preserve">[28:50] </w:t>
      </w:r>
      <w:r>
        <w:t>Miss Fareeda Kamran ne Pakistan se likha hai, Dawa work should be our mission and should be on first priority.</w:t>
      </w:r>
    </w:p>
    <w:p>
      <w:pPr>
        <w:jc w:val="right"/>
      </w:pPr>
      <w:r>
        <w:t>Miss फरीदा कामरान ने Pakistan से लिखा है, दावा work should be our mission and should be on first priority.</w:t>
      </w:r>
    </w:p>
    <w:p>
      <w:r>
        <w:rPr>
          <w:b/>
        </w:rPr>
        <w:t xml:space="preserve">[28:55] </w:t>
      </w:r>
      <w:r>
        <w:t>to jaza kalla sajid bhai aap bahut inspire kar rahe hain hum sabko. main conversation ko aage badhata hoon aapne jis tarah bataya ke UAE mein opportunities hi opportunities hain. bahut positive mahaul hai aur jo tools hain woh kis tarah matlab jo dawa tools hain, jo opportunities ko avail karne ke liye aap log sab milkar istemaal kar rahe hain. to ek cheez jo mind mein aati hai ke koi bhi kaam khud ba khud nahi hota hai, uske liye planning kari jaati hai.</w:t>
      </w:r>
    </w:p>
    <w:p>
      <w:pPr>
        <w:jc w:val="right"/>
      </w:pPr>
      <w:r>
        <w:t>तो जज़ा कल्ला साजिद भाई आप बहुत inspire कर रहे हैं हम सबको. मैं conversation को आगे बढ़ाता हूँ आपने जिस तरह बताया कि UAE में opportunities ही opportunities हैं. बहुत positive माहौल है और जो tools हैं वह किस तरह मतलब जो दावा tools हैं, जो opportunities को avail करने के लिए आप लोग सब मिलकर इस्तेमाल कर रहे हैं. तो एक चीज़ जो mind में आती है कि कोई भी काम खुद ब खुद नहीं होता है, उसके लिए planning करी जाती है.</w:t>
      </w:r>
    </w:p>
    <w:p>
      <w:r>
        <w:rPr>
          <w:b/>
        </w:rPr>
        <w:t xml:space="preserve">[29:24] </w:t>
      </w:r>
      <w:r>
        <w:t>uske liye socha jaata hai aur kai baar aisa hota hai ke aap planning nai kaamyaab hoti hai. to malana kehte the use mayoos mat hoiye. aap sochiye ke kahan aap fail hue, replanning kijiye aur replanning ke saath aap aur acche se aap kaam kar sakte hain. to organize hona bahut zaroori hai. kisi bhi kisi bhi kaam ko success mein lana. to aap log kis tarah organized hain wahan UAE mein?</w:t>
      </w:r>
    </w:p>
    <w:p>
      <w:pPr>
        <w:jc w:val="right"/>
      </w:pPr>
      <w:r>
        <w:t>उसके लिए सोचा जाता है और कई बार ऐसा होता है कि आप planning नई कामयाब होती है. तो मलाना कहते थे उसे मायूस मत होइए. आप सोचिए कि कहाँ आप fail हुए, replanning कीजिए और replanning के साथ आप और अच्छे से आप काम कर सकते हैं. तो organize होना बहुत ज़रूरी है. किसी भी किसी भी काम को success में लाना. तो आप लोग किस तरह organized हैं वहां UAE में?</w:t>
      </w:r>
    </w:p>
    <w:p>
      <w:r>
        <w:rPr>
          <w:b/>
        </w:rPr>
        <w:t xml:space="preserve">[29:51] </w:t>
      </w:r>
      <w:r>
        <w:t>kis tareeke se jo kaam hai woh ek organized manner se hota hai? iske baare mein bhi hum sabko bataein. to wahan par hum log aisa kar rahe hain ke hamari ek team leader hai jo mulana hamesha kaha ke bhai yeh team jo hai jo team kaam kijiye aap log. to jab team hogi to uska koi ek leader bhi hona chahiye. ji. jinke matlab saat matlab jinke mashwaryon aur jinke advice mein hum chalein. to hamari ek bahut hi senior member hai wahan par, seema jalal.</w:t>
      </w:r>
    </w:p>
    <w:p>
      <w:pPr>
        <w:jc w:val="right"/>
      </w:pPr>
      <w:r>
        <w:t>किस तरीके से जो काम है वह एक organized manner से होता है? इसके बारे में भी हम सबको बताएं. तो वहां पर हम लोग ऐसा कर रहे हैं कि हमारी एक team leader है जो मुलाना हमेशा कहा कि भई यह team जो है जो team काम कीजिए आप लोग. तो जब team होगी तो उसका कोई एक leader भी होना चाहिए. जी. जिनके मतलब सात मतलब जिनके मशवर्यपियों और जिनके advice में हम चलें. तो हमारी एक बहुत ही senior member है वहां पर, सीमा जलाल.</w:t>
      </w:r>
    </w:p>
    <w:p>
      <w:r>
        <w:rPr>
          <w:b/>
        </w:rPr>
        <w:t xml:space="preserve">[30:21] </w:t>
      </w:r>
      <w:r>
        <w:t>ji. to woh bahut hi dedicated, bahut hi mukhlis insaan hain aur bahut hi sacrifices hain unki. to woh hamari team leader hain. hum log unke saath milkar unke under mein hum log kaam karte hain aur unke har mashhoore ko hum log bahut ahmiyat dete hain kyunke unka jo khud ka UAE ka experience hai woh khud more than shayad thirty years hai. ji. aur plus dawa ke saath, mulana ke saath unka attachment bhi kaafi lamba hai. ji.</w:t>
      </w:r>
    </w:p>
    <w:p>
      <w:pPr>
        <w:jc w:val="right"/>
      </w:pPr>
      <w:r>
        <w:t>जी. तो वह बहुत ही dedicated, बहुत ही मुखलिस इंसान हैं और बहुत ही sacrifices हैं उनकी. तो वह हमारी team leader हैं. हम लोग उनके साथ मिलकर उनके under में हम लोग काम करते हैं और उनके हर मशहूरे को हम लोग बहुत अहमियत देते हैं क्योंकि उनका जो खुद का UAE का experience है वह खुद more than शायद thirty years है. जी. और plus दावा के साथ, मुराना के साथ उनका attachment भी काफी लंबा है. जी.</w:t>
      </w:r>
    </w:p>
    <w:p>
      <w:r>
        <w:rPr>
          <w:b/>
        </w:rPr>
        <w:t xml:space="preserve">[30:51] </w:t>
      </w:r>
      <w:r>
        <w:t>to unhone mulana ke saath bahut kuch waqt ujara hai aur woh seekha hai. to bahut zyada practical hain woh aur hamare baaki team member jo hain, hum log as a group hum attach hain, humne ek whatsapp group bana rakha hai. ji. usmein hum wahan ke jo activities ko post karte hain, jo kabhi kuch aisi cheezon jo hamein kisi ki mashwari ki zaroorat ho usmein, usko hi post karte hain. ji.</w:t>
      </w:r>
    </w:p>
    <w:p>
      <w:pPr>
        <w:jc w:val="right"/>
      </w:pPr>
      <w:r>
        <w:t>तो उन्होंने मुराना के साथ बहुत कुछ वक्त उजा रहा है और वह सीखा है. तो बहुत ज़्यादा practical हैं वह और हमारे बाकी team member जो हैं, हम लोग as a group हम attach हैं, हमने एक WhatsApp group बना रखा है. जी. उसमें हम वहां के जो activities को post करते हैं, जो कभी कुछ ऐसी चीज़ों जो हमें किसी की मशवरी की ज़रूरत हो उसमें, उसको ही post करते हैं. जी.</w:t>
      </w:r>
    </w:p>
    <w:p>
      <w:r>
        <w:rPr>
          <w:b/>
        </w:rPr>
        <w:t xml:space="preserve">[31:15] </w:t>
      </w:r>
      <w:r>
        <w:t>aur regularly hum log touch mein rehte hain kyunke safar to wahan par every day aur every week shayad thoda mushkil ho jaata hai logon ke apni activities ke liye kar. ji. to humne abhi recently hamare falangdayi kholambe aaye hue the wahan par. ji.</w:t>
      </w:r>
    </w:p>
    <w:p>
      <w:pPr>
        <w:jc w:val="right"/>
      </w:pPr>
      <w:r>
        <w:t>और regularly हम लोग touch में रहते हैं क्योंकि सफर तो वहां पर every day और every week शायद थोड़ा मुश्किल हो जाता है लोगों के अपनी activities के लिए कर. जी. तो हमने अभी recently हमारे फलांगदायी खोलंबे आए हुए थे वहां पर. जी.</w:t>
      </w:r>
    </w:p>
    <w:p>
      <w:r>
        <w:rPr>
          <w:b/>
        </w:rPr>
        <w:t xml:space="preserve">[31:34] </w:t>
      </w:r>
      <w:r>
        <w:t>to unhon ne humein bohat inspire kiya jo ke unka bohat ek, ek bohat bara unki unki wasf to</w:t>
      </w:r>
    </w:p>
    <w:p>
      <w:pPr>
        <w:jc w:val="right"/>
      </w:pPr>
      <w:r>
        <w:t>तो उन्होंने हमें बहुत inspire किया जो कि उनका बहुत एक, एक बहुत बड़ा उनकी उनकी वस्फ तो</w:t>
      </w:r>
    </w:p>
    <w:p>
      <w:r>
        <w:rPr>
          <w:b/>
        </w:rPr>
        <w:t xml:space="preserve">[31:55] </w:t>
      </w:r>
      <w:r>
        <w:t>Inshallah hum ab is ko positively karte rahenge.</w:t>
      </w:r>
    </w:p>
    <w:p>
      <w:pPr>
        <w:jc w:val="right"/>
      </w:pPr>
      <w:r>
        <w:t>इंशालाह हम अब इसको positively करते रहेंगे.</w:t>
      </w:r>
    </w:p>
    <w:p>
      <w:r>
        <w:rPr>
          <w:b/>
        </w:rPr>
        <w:t xml:space="preserve">[32:16] </w:t>
      </w:r>
      <w:r>
        <w:t>to is tareeke se hum log organized way mein kaam kar rahe hain wahan par. ashala. haan. ji. agla sawal lene se pehle kuch aur comments padhna chahunga sajid bhai. mohammad saif khan sahab ne yeh mumbai se likha hai ke aap logon ko, aap logon ka dagat tareeka bilkul waise hi hai jaise asabe rasool ka tha jaiza kalla. mahboob bhai ne aapse request kari hai ek.</w:t>
      </w:r>
    </w:p>
    <w:p>
      <w:pPr>
        <w:jc w:val="right"/>
      </w:pPr>
      <w:r>
        <w:t>तो इस तरीके से हम लोग organized way में काम कर रहे हैं वहां पर. आशाला. हां. जी. अगला सवाल लेने से पहले कुछ और comments पढ़ना चाहूंगा साजिद भाई. मोहम्मद सैफ खान साहब ने यह Mumbai से लिखा है कि आप लोगों को, आप लोगों का दावागत तरीका बिल्कुल वैसे ही है जैसे असाबे रसूल का था जैज़ा कल्ला. महबू भाई ने आपसे request करी है एक.</w:t>
      </w:r>
    </w:p>
    <w:p>
      <w:r>
        <w:rPr>
          <w:b/>
        </w:rPr>
        <w:t xml:space="preserve">[32:42] </w:t>
      </w:r>
      <w:r>
        <w:t>unhone likha hai ke i request, mahboob bhai mumbai se dekh rahe hain. unhone likha hai ke i request sajid sahab to share that incident where an expert shared with him about cell. isse marefat mein izafa hoga. yeh kaun sa experience hai? yeh to mujhe bhi nahi iski jaankari hai. main bhi chahunga ke aap bataein sajan bhai is experience ke baare mein. when i was working in roorkee then i used to travel to delhi to meet molana almost every week.</w:t>
      </w:r>
    </w:p>
    <w:p>
      <w:pPr>
        <w:jc w:val="right"/>
      </w:pPr>
      <w:r>
        <w:t>उन्होंने लिखा है कि I request, महबू भाई Mumbai से देख रहे हैं. उन्होंने लिखा है कि I request साजिद साहब to share that incident where an expert shared with him about cell. इससे मारेफत में इज़ाफा होगा. यह कौन सा experience है? यह तो मुझे भी नहीं इसकी जानकारी है. मैं भी चाहूंगा कि आप बताएं साजन भाई इस experience के बारे में. When I was working in रूढ़की then I used to travel to Delhi to meet मोलाना almost every week.</w:t>
      </w:r>
    </w:p>
    <w:p>
      <w:r>
        <w:rPr>
          <w:b/>
        </w:rPr>
        <w:t xml:space="preserve">[33:12] </w:t>
      </w:r>
      <w:r>
        <w:t>so normally i used to come by by road but that time i took train. ji. because i think there was some program on saturday and i came one day earlier. so ek train chalti hai shatabdi roorkee dehradun to mumbai, dehradun to delhi. to morning shetabdi maine pakdi aur i was in probably executive class.</w:t>
      </w:r>
    </w:p>
    <w:p>
      <w:pPr>
        <w:jc w:val="right"/>
      </w:pPr>
      <w:r>
        <w:t>So normally I used to come by by road but that time I took train. जी. Because I think there was some program on Saturday and I came one day earlier. So एक train चलती है शताब्दी रूढ़ की देहरादून to Mumbai, देहरादून to Delhi. तो morning शेताब्दी मैंने पकड़ी और I was in probably executive class.</w:t>
      </w:r>
    </w:p>
    <w:p>
      <w:r>
        <w:rPr>
          <w:b/>
        </w:rPr>
        <w:t xml:space="preserve">[33:37] </w:t>
      </w:r>
      <w:r>
        <w:t>to mere baaju mein jo hai ek bahut hi jo hai well suited aadmi aakar baithe. to from his appearance i could guess ke he is a very educated qualified person. to maine unse introduce kiya apne aap ko aur tumhari mein pata chala ke he was actually research scholar ji. doing research in germany. ji.</w:t>
      </w:r>
    </w:p>
    <w:p>
      <w:pPr>
        <w:jc w:val="right"/>
      </w:pPr>
      <w:r>
        <w:t>तो मेरे बाजू में जो है एक बहुत ही जो है well suited आदमी आकर बैठे. तो from his appearance I could guess कि he is a very educated qualified person. तो मैंने उनसे introduce किया अपने आप को और तुम्हारी में पता चला कि he was actually research scholar जी. Doing research in Germany. जी.</w:t>
      </w:r>
    </w:p>
    <w:p>
      <w:r>
        <w:rPr>
          <w:b/>
        </w:rPr>
        <w:t xml:space="preserve">[34:02] </w:t>
      </w:r>
      <w:r>
        <w:t>actually from kerala and he came to IIT roorkee to deliver a guest lecture. so now he is going back. ji. to i just curiously asked ke what is your topic of research? so then he told i'm doing research on sale. mhmm. then i then i i was more curious ke doctors go for md, ms, doctors. doing research is something very, like, first time i was introduced to this kind of thing. mhmm.</w:t>
      </w:r>
    </w:p>
    <w:p>
      <w:pPr>
        <w:jc w:val="right"/>
      </w:pPr>
      <w:r>
        <w:t>Actually from केरला and he came to IIT रूर्की to deliver a guest lecture. So now he is going back. जी. तो I just curiously asked कि what is your topic of research? So then he told I'm doing research on sale. Mhmm. Then I then I I was more curious कि doctors go for MD, MS, doctors. Doing research is something very, like, first time I was introduced to this kind of thing. Mhmm.</w:t>
      </w:r>
    </w:p>
    <w:p>
      <w:r>
        <w:rPr>
          <w:b/>
        </w:rPr>
        <w:t xml:space="preserve">[34:30] </w:t>
      </w:r>
      <w:r>
        <w:t>so then it will know there are research institute in germany and they're the one of the best institute in the world. so i'm doing research on cell and that cell works in a, like, our this respiratory system. mhmm. so then it conversation went on. so he told i am basically a syrian catholic, but i don't believe in god. i'm agnostic. so all those thing.</w:t>
      </w:r>
    </w:p>
    <w:p>
      <w:pPr>
        <w:jc w:val="right"/>
      </w:pPr>
      <w:r>
        <w:t>So then it will know there are research institute in Germany and they're the one of the best institute in the world. So I'm doing research on cell and that cell works in a, like, our this respiratory system. Mhmm. So then it conversation went on. So he told I am basically a Syrian Catholic, but I don't believe in God. I'm agnostic. So all those thing.</w:t>
      </w:r>
    </w:p>
    <w:p>
      <w:r>
        <w:rPr>
          <w:b/>
        </w:rPr>
        <w:t xml:space="preserve">[34:57] </w:t>
      </w:r>
      <w:r>
        <w:t>so then during this discussion i told ke then what do you do in the cell? how do you find a live cell? so then he introduced me ke main kaise karta hoon there is big screen, we project a cell of a fly or mosquito which is very basic cell is very near to human cell so then we can correlate. ji. so then he keep on explaining ke how we do research.</w:t>
      </w:r>
    </w:p>
    <w:p>
      <w:pPr>
        <w:jc w:val="right"/>
      </w:pPr>
      <w:r>
        <w:t>So then during this discussion I told कि then what do you do in the cell? How do you find a live cell? So then he introduced me कि मैं कैसे करता हूं there is big screen, we project a cell of a fly or mosquito which is very basic cell is very near to human cell so then we can correlate. जी. So then he keep on explaining कि how we do research.</w:t>
      </w:r>
    </w:p>
    <w:p>
      <w:r>
        <w:rPr>
          <w:b/>
        </w:rPr>
        <w:t xml:space="preserve">[35:26] </w:t>
      </w:r>
      <w:r>
        <w:t>then i introduce myself also ke i am working in a glass company and this and this. so then he told finally ke one cell, even a single cell, your best industry. unhone word use kiya ke qyamat tak. bola ke qyamat tak ki aapki jo sabse advance industry hogi na. ji. woh cell ke ek hisse ko bhi nahi pahunch paayegi. ji.</w:t>
      </w:r>
    </w:p>
    <w:p>
      <w:pPr>
        <w:jc w:val="right"/>
      </w:pPr>
      <w:r>
        <w:t>Then I introduce myself also कि I am working in a glass company and this and this. So then he told finally कि one cell, even a single cell, your best industry. उन्होंने word use किया कि क्यामत तक. बोला कि क्यामत तक की आपकी जो सबसे advance industry होगी ना. जी. वह cell के एक हिस्से को भी नहीं पहुंच पाएगी. जी.</w:t>
      </w:r>
    </w:p>
    <w:p>
      <w:r>
        <w:rPr>
          <w:b/>
        </w:rPr>
        <w:t xml:space="preserve">[35:52] </w:t>
      </w:r>
      <w:r>
        <w:t>so this was something cell kya it's not, it's not tissue, it's not organ, it's only cell. cell. aur uske ek part ko bhi nahi pahunch paayegi. not today's google. ji. the most innovative which you can build up to qyamat. he told like this. zabardast. ji. then i told ke main aapko ek quran ki ek ayat bataoon? maine unko puchha.</w:t>
      </w:r>
    </w:p>
    <w:p>
      <w:pPr>
        <w:jc w:val="right"/>
      </w:pPr>
      <w:r>
        <w:t>So this was something cell क्या It's not, it's not tissue, it's not organ, it's only cell. Cell. और उसके एक part को भी नहीं पहुंच पाएगी. Not today's Google. जी. The most innovative which you can build up to क्यामत. He told like this. ज़बरदस्त. जी. Then I told कि मैं आपको एक कुरान की एक आयत बताऊं? मैंने उनको पुछा.</w:t>
      </w:r>
    </w:p>
    <w:p>
      <w:r>
        <w:rPr>
          <w:b/>
        </w:rPr>
        <w:t xml:space="preserve">[36:20] </w:t>
      </w:r>
      <w:r>
        <w:t>to then, yes, then i told him ke quran mein aisi dawahite hain, lekin main ek aapko yaad batata hoon ke yeh quran mein hai ke agar saare samundar roshnai ban jayein aur apni samundar aur mila lo aur saare dard qalam ban jayein aur tum agar god ki glory likho to bhi khatm nahi hogi. to aap jo bata rahe hain woh god ki glory ka ek chhota sa hissa hai jo aap bata rahe hain. ji.</w:t>
      </w:r>
    </w:p>
    <w:p>
      <w:pPr>
        <w:jc w:val="right"/>
      </w:pPr>
      <w:r>
        <w:t>तो then, yes, then I told him कि कुरान में ऐसी द्वाहिते हैं, लेकिन मैं एक आपको याद बताता हूं कि यह कुरान में है कि अगर सारे समुंदर रुशनाई वन जाएं और अपनी समुंदर और मिला लो और सारे दर्द कलम वन जाएं और तुम अगर god की glory लिखो तो भी खत्म नहीं होगी. तो आप जो बता रहे हैं वह god की glory का एक छोटा सा हिस्सा है जो आप बता रहे हैं. जी.</w:t>
      </w:r>
    </w:p>
    <w:p>
      <w:r>
        <w:rPr>
          <w:b/>
        </w:rPr>
        <w:t xml:space="preserve">[36:49] </w:t>
      </w:r>
      <w:r>
        <w:t>to quran ke mein jab yeh baat aayi hai to yeh to koi insaan keh nahi sakta. ji. itna knowledge ki baat, itni depth ki baat. to bahut mutasir ho gaye woh.</w:t>
      </w:r>
    </w:p>
    <w:p>
      <w:pPr>
        <w:jc w:val="right"/>
      </w:pPr>
      <w:r>
        <w:t>तो कुरान के में जब यह बात आई है तो यह तो कोई इंसान कह नहीं सकता. जी. इतना knowledge की बात, इतनी depth की बात. तो बहुत मुतासिर हो गए वह.</w:t>
      </w:r>
    </w:p>
    <w:p>
      <w:r>
        <w:rPr>
          <w:b/>
        </w:rPr>
        <w:t xml:space="preserve">[37:01] </w:t>
      </w:r>
      <w:r>
        <w:t>halanki usse pehle woh bol rahe the ki main agnostic hoon ji. toh yeh ek waqya tha jo main isko bahut hi vividly matlab main ji.</w:t>
      </w:r>
    </w:p>
    <w:p>
      <w:pPr>
        <w:jc w:val="right"/>
      </w:pPr>
      <w:r>
        <w:t>हालांकि उससे पहले वह बोल रहे थे कि मैं agnostic हूं जी. तो यह एक वाकया था जो मैं इसको बहुत ही vividly मतलब मैं जी.</w:t>
      </w:r>
    </w:p>
    <w:p>
      <w:r>
        <w:rPr>
          <w:b/>
        </w:rPr>
        <w:t xml:space="preserve">[37:27] </w:t>
      </w:r>
      <w:r>
        <w:t>yaad hai aaj tak aur mujhe iske details tak yaad hai ki maine kis tarike se unhone baat ki thi. Even he shared his like detail of his labs and all those. ji ji ji. balki meboob bhai ne abhi likha hai ki I give shahada sajid dhanwar sahib is one of the strongest member of CPSA international who trained, who got trained directly under Maulana Wahiduddin Khan sahib. Mehalla reward him immensely.</w:t>
      </w:r>
    </w:p>
    <w:p>
      <w:pPr>
        <w:jc w:val="right"/>
      </w:pPr>
      <w:r>
        <w:t>याद है आज तक और मुझे इसके details तक याद है कि मैंने किस तरीके से उन्होंने बात की थी. Even he shared his like detail of his labs and all those. जी जी जी. बल्कि मेबूब भाई ने अभी लिखा है कि I give शहादा साजय धनवर साहब is one of the strongest member of CPSA international who trained, who got trained directly under मलाना वैदुद्दीन खान साहब. मेहल्ला reward him immensely.</w:t>
      </w:r>
    </w:p>
    <w:p>
      <w:r>
        <w:rPr>
          <w:b/>
        </w:rPr>
        <w:t xml:space="preserve">[37:52] </w:t>
      </w:r>
      <w:r>
        <w:t>Mohammad Asif sahab ne likha hai interact yeh Kanpur se hain.</w:t>
      </w:r>
    </w:p>
    <w:p>
      <w:pPr>
        <w:jc w:val="right"/>
      </w:pPr>
      <w:r>
        <w:t>मोहम्मद आसिफ साहब ने लिखा है interact यह कानपुर से हैं.</w:t>
      </w:r>
    </w:p>
    <w:p>
      <w:r>
        <w:rPr>
          <w:b/>
        </w:rPr>
        <w:t xml:space="preserve">[37:58] </w:t>
      </w:r>
      <w:r>
        <w:t>Interactive waqai mein bohat ahum pehlu hai.</w:t>
      </w:r>
    </w:p>
    <w:p>
      <w:pPr>
        <w:jc w:val="right"/>
      </w:pPr>
      <w:r>
        <w:t>Interactive वाकई में बहुत अहम् पहलू है.</w:t>
      </w:r>
    </w:p>
    <w:p>
      <w:r>
        <w:rPr>
          <w:b/>
        </w:rPr>
        <w:t xml:space="preserve">[38:04] </w:t>
      </w:r>
      <w:r>
        <w:t>logon tak aap mission le kar jaate hain, positive work le kar jaate hain aur jo logon mein galat fehmiyan</w:t>
      </w:r>
    </w:p>
    <w:p>
      <w:pPr>
        <w:jc w:val="right"/>
      </w:pPr>
      <w:r>
        <w:t>लोगों तक आप mission लेकर जाते हैं, positive work लेकर जाते हैं और जो लोगों में गलत फहमियां</w:t>
      </w:r>
    </w:p>
    <w:p>
      <w:r>
        <w:rPr>
          <w:b/>
        </w:rPr>
        <w:t xml:space="preserve">[38:10] </w:t>
      </w:r>
      <w:r>
        <w:t>hain, use bhi door karna karne ka mauqa milta hai aur yeh Allah ki madad se mumkin hai.</w:t>
      </w:r>
    </w:p>
    <w:p>
      <w:pPr>
        <w:jc w:val="right"/>
      </w:pPr>
      <w:r>
        <w:t>हैं, उसे भी दूर करना करने का मौका मिलता है और यह अल्लाह की मदद से मुमकिन है.</w:t>
      </w:r>
    </w:p>
    <w:p>
      <w:r>
        <w:rPr>
          <w:b/>
        </w:rPr>
        <w:t xml:space="preserve">[38:16] </w:t>
      </w:r>
      <w:r>
        <w:t>Alhamdulillah un ko bohat acha laga aap ka talk aaj sun kar.</w:t>
      </w:r>
    </w:p>
    <w:p>
      <w:pPr>
        <w:jc w:val="right"/>
      </w:pPr>
      <w:r>
        <w:t>अलहम्द उल अल्लाह उनको बहुत अच्छा लगा आपका talk आज सुनकर.</w:t>
      </w:r>
    </w:p>
    <w:p>
      <w:r>
        <w:rPr>
          <w:b/>
        </w:rPr>
        <w:t xml:space="preserve">[38:23] </w:t>
      </w:r>
      <w:r>
        <w:t>Molana Mohammad Yaqoob Umri sahib ne Delhi se likha hai the real introduction of Allah forum is that it is a mission. This is very important point that you narrated from Maulana sahib, jaza kalla. Abdul Khaliq Rekhi sahib ne likha hai, I am hearing from Pakistan. You are doing a good job Sajid bhai. We must take the mission of Maulana sahib throughout the world.</w:t>
      </w:r>
    </w:p>
    <w:p>
      <w:pPr>
        <w:jc w:val="right"/>
      </w:pPr>
      <w:r>
        <w:t>मोलाना मोहम्मद याकूब उम्री साहब ने दिल्ली से लिखा है the real introduction of अल्लाह forum is that it is a mission. This is very important point that you narrated from मोलाना साहब, जज़ा कल्ला. अब्दुल खालिक रेखी साहब ने लिखा है, I am hearing from Pakistan. You are doing a good job साजिद भाई. We must take the mission of मोलाना साहब throughout the world.</w:t>
      </w:r>
    </w:p>
    <w:p>
      <w:r>
        <w:rPr>
          <w:b/>
        </w:rPr>
        <w:t xml:space="preserve">[38:47] </w:t>
      </w:r>
      <w:r>
        <w:t>achha Sajid bhai ek cheez aur bataiye aapne bahut cheezein batai ki wahan par bahut opportunities hain UAE mein aur wahan par kaam bhi bahut ho raha hai. matlab general environment kaisa hai wahan par? Iske baare mein bhi bataein kyunki bahut se logon ki galat fehmiyan bhi hain, logon ke perceptions hain. Aapka kya experience raha? How is the environment there in UAE?</w:t>
      </w:r>
    </w:p>
    <w:p>
      <w:pPr>
        <w:jc w:val="right"/>
      </w:pPr>
      <w:r>
        <w:t>अच्छा साजीद भाई एक चीज़ और बताइए आपने बहुत चीज़ें बताई कि वहां पर बहुत opportunities हैं UAE में और वहां पर काम भी बहुत हो रहा है. मतलब general environment कैसा है वहां पर? इसके बारे में भी बताएं क्योंकि बहुत से लोगों की गलतफहमियां भी हैं, लोगों के perceptions हैं. आपका क्या experience रहा? How is the environment there in UAE?</w:t>
      </w:r>
    </w:p>
    <w:p>
      <w:r>
        <w:rPr>
          <w:b/>
        </w:rPr>
        <w:t xml:space="preserve">[39:13] </w:t>
      </w:r>
      <w:r>
        <w:t>bahut hi achha hai, bahut hi achha hai, bahut hi achha hai. ji. Even jo Arabs hain, dekhiye main kal doctor Sanyashran sahib ke saath mujhe mauka mila baithne ka kaafi lamba aur jab doctor wahan aaye the toh bhi maine unse baat ki thi ki Maulana ke mission ko Arabic mein introduce abhi tak nahi kiya gaya hai.</w:t>
      </w:r>
    </w:p>
    <w:p>
      <w:pPr>
        <w:jc w:val="right"/>
      </w:pPr>
      <w:r>
        <w:t>बहुत ही अच्छा है, बहुत ही अच्छा है, बहुत ही अच्छा है. जी. Even जो अरब्स हैं, देखिए मैं कल doctor संयश्रण साहब के साथ मुझे मौका मिला बैठने का काफी लंबा और जब doctor वहां आए थे तो भी मैंने उनसे बात की थी कि मौलाना के mission को अरबी में introduce अभी तक नहीं किया गया है.</w:t>
      </w:r>
    </w:p>
    <w:p>
      <w:r>
        <w:rPr>
          <w:b/>
        </w:rPr>
        <w:t xml:space="preserve">[39:33] </w:t>
      </w:r>
      <w:r>
        <w:t>yaani Arabic mein literature hamare paas nahi hai aur toh Arab jo hain aaj bhi woh yahi mein education kaafi badh raha hai Arabon mein, lekin uske bawajood jo Arabic language hai, unke Arabic language, woh unke liye, it's like woh usse bahar nahi nikalenge. Agar unko mauka milega Arabic mein baat karne ka toh they, he will not talk to you in English. ji. If you say ki I know Arabic then he will talk to you in Arabic only. toh unke liye Arabic bahut hi close to heart hai.</w:t>
      </w:r>
    </w:p>
    <w:p>
      <w:pPr>
        <w:jc w:val="right"/>
      </w:pPr>
      <w:r>
        <w:t>यानी अरबी में literature हमारे पास नहीं है और तो अरब जो हैं आज भी वह यही में education काफी बढ़ रहा है अरबों में, लेकिन उसके बावजूद जो अरबी language है, उनके Arabic language, वह उनके लिए, it's like वह उससे बाहर नहीं निकलेंगे. अगर उनको मौका मिलेगा अरबिक में बात करने का तो they, he will not talk to you in English. जी. If you say कि I know आर्भिक then he will talk to you in आर्भिक only. तो उनके लिए आर्भिक बहुत ही close to heart है.</w:t>
      </w:r>
    </w:p>
    <w:p>
      <w:r>
        <w:rPr>
          <w:b/>
        </w:rPr>
        <w:t xml:space="preserve">[40:03] </w:t>
      </w:r>
      <w:r>
        <w:t>toh literature agar hum unko English ka dete hain toh woh lete hain aur shayad padhte bhi honge, lekin if we have literature in Arabic then it will be great. toh yeh DocsApp se bahut sanjeedgi se is par already start kar diya unhone, titles bhi choose kiye hain aur shayad kisi ko unhone uske liye engage bhi kiya hua hai. ji. toh woh chal raha hai. toh environment ki jo baat main kahoon toh bahut hi positive environment hai. ji.</w:t>
      </w:r>
    </w:p>
    <w:p>
      <w:pPr>
        <w:jc w:val="right"/>
      </w:pPr>
      <w:r>
        <w:t>तो literature अगर हम उनको English का देते हैं तो वह लेते हैं और शायद पढ़ते भी होंगे, लेकिन if we have literature in Arabic then it will be great. तो यह DocsApp से बहुत संजीदगी से इस पर already start कर दिया उन्होंने, titles भी choose किए हैं और शायद किसी को उन्होंने उसके लिए engage भी किया हुआ है. जी. तो वह चल रहा है. तो environment की जो बात मैं कहूं तो बहुत ही positive environment है. जी.</w:t>
      </w:r>
    </w:p>
    <w:p>
      <w:r>
        <w:rPr>
          <w:b/>
        </w:rPr>
        <w:t xml:space="preserve">[40:32] </w:t>
      </w:r>
      <w:r>
        <w:t>abhi hamare ek mission ke taluq se ek saathiyan wahan mile jo ki Pakistan se hain. ji. aur ek ek shop hai unki chhoti si. log koi badi shop nahi hai lekin woh itna zyada unhone pasand kiya is concept ko Quran ko share karne ka. toh unke bahut saare jo customer hain woh zahire UAE mein toh har country ke log hain aur alag alag religion ke. toh unhone isko opportunity ke taur par istemal karna shuru kar diya. ji.</w:t>
      </w:r>
    </w:p>
    <w:p>
      <w:pPr>
        <w:jc w:val="right"/>
      </w:pPr>
      <w:r>
        <w:t>अभी हमारे एक mission के तालुक्ष से एक साथियां वहां मिले जो कि Pakistan से हैं. जी. और एक एक shop है उनकी छोटी सी. लोग कोई बड़ी shop नहीं है लेकिन वह इतना ज़्यादा उन्होंने पसंद किया इस concept को पुरान को share करने के. तो उनके बहुत सारे जो customer हैं वह ज़ाहिरे UAE में तो हर country के लोग हैं और अलग अलग religion के. तो उन्होंने इसको opportunity के तौर पर इस्तेमाल करना शुरू कर दिया. जी.</w:t>
      </w:r>
    </w:p>
    <w:p>
      <w:r>
        <w:rPr>
          <w:b/>
        </w:rPr>
        <w:t xml:space="preserve">[41:00] </w:t>
      </w:r>
      <w:r>
        <w:t>aur khud ab woh jo hai apne dukaan par Quran rakh rahe hain aur customers ko dekhte hain ki bhai inko Punjabi aati hai, inko Malayalam aati hai, inko kaun sa language aata hai, usmein woh Quran dete hain. toh environment toh mujhe wahan par. bahut achha hai. charon taraf se positive hi ji positive ji ji. koi wahan negativity hai hi nahi. Mashallah.</w:t>
      </w:r>
    </w:p>
    <w:p>
      <w:pPr>
        <w:jc w:val="right"/>
      </w:pPr>
      <w:r>
        <w:t>और खुद अब वह जो है अपने दुकान पर कुरान रख रहे हैं और customers को देखते हैं कि भई इनको पंजाबी आती है, इनको मलयालम आती है, इनको कौन सा language आता है, उसमें वह कुरान देते हैं. तो environment तो मुझे वहां पर. बहुत अच्छा है. चारों तरफ से positive ही जी positive जी जी. कोई वहां negativity है ही नहीं. माशालाह.</w:t>
      </w:r>
    </w:p>
    <w:p>
      <w:r>
        <w:rPr>
          <w:b/>
        </w:rPr>
        <w:t xml:space="preserve">[41:25] </w:t>
      </w:r>
      <w:r>
        <w:t>balki Imran Ahmed sahib ka mujhe bahut achha comment laga unhone bheja hai Delhi se. Imran Ahmed sahib ne likha hai ki Mashallah aap logon ke jazbe aur efforts ko dekhkar aur sunkar yeh ehsaas hota hai ki kisi ke liye kisi post par rehte hue dawah work ke liye koi excuse nahi ho sakta. Very inspirational and motivational jaza karla. yeh bahut important baat hai Sajid bhai.</w:t>
      </w:r>
    </w:p>
    <w:p>
      <w:pPr>
        <w:jc w:val="right"/>
      </w:pPr>
      <w:r>
        <w:t>बल्कि इमरान अहमद साहब का मुझे बहुत अच्छा comment लगा उन्होंने भेजा है दिल्ली से. इमरान अहमद साहब ने लिखा है कि माशालाह आप लोगों के जज़्बे और efforts को देखकर और सुनकर यह एहसास होता है कि किसी के लिए किसी post पर रहते हुए दावा work के लिए कोई excuse नहीं हो सकता. Very inspirational and motivational जज़ा करला. यह बहुत important बात है साजिद भाई.</w:t>
      </w:r>
    </w:p>
    <w:p>
      <w:r>
        <w:rPr>
          <w:b/>
        </w:rPr>
        <w:t xml:space="preserve">[41:51] </w:t>
      </w:r>
      <w:r>
        <w:t>log aksar kehte hain ki main kaam mein bahut busy hoon aur mere paas waqt nahi hai. Ab duniya ke liye toh poora waqt de rahe hain lekin apni jo ki bahut hi limited mehdoood period hai lekin jo unlimited time aane wala hai aakhirat mein uske liye kuch mehnat nahi karte. toh Maulana Wahiduddin Khan sahib hamesha kehte the ya toh one man one mission baniye.</w:t>
      </w:r>
    </w:p>
    <w:p>
      <w:pPr>
        <w:jc w:val="right"/>
      </w:pPr>
      <w:r>
        <w:t>लोग अक्सर कहते हैं कि मैं काम में बहुत busy हूँ और मेरे पास वक्त नहीं है. अब दुनिया के लिए तो पूरा वक्त दे रहे हैं लेकिन अपनी जो कि बहुत ही limited मेहदूत period है लेकिन जो unlimited time आने वाला है आकृत में उसके लिए कुछ मेहनत नहीं करते. तो मोलाना वैदुद्दीन खान साहब हमेशा कहते थे या तो one man one mission बनिए.</w:t>
      </w:r>
    </w:p>
    <w:p>
      <w:r>
        <w:rPr>
          <w:b/>
        </w:rPr>
        <w:t xml:space="preserve">[42:14] </w:t>
      </w:r>
      <w:r>
        <w:t>agar woh nahi ban sakte toh one man two mission baniye ki kaam ke saath rehte hue aap kuch waqt nikaliye aur yeh bilkul manage ho sakta hai. Hum logon ko apni zindagi mein agar hum introspect karein toh bahut saare time stealers hain. TV dekhne lag gaye, kuch gossip karne lag gaye, idhar udhar karne lag gaye.</w:t>
      </w:r>
    </w:p>
    <w:p>
      <w:pPr>
        <w:jc w:val="right"/>
      </w:pPr>
      <w:r>
        <w:t>अगर वो नहीं वन सकते तो one man two mission बनिए कि काम के साथ रहते हुए आप कुछ वक्त निकालिए और यह बिल्कुल manage हो सकता है. हम लोगों को अपनी ज़िंदगी में अगर हम introspect करें तो बहुत सारे time stealers हैं. TV देखने लग गए, कुछ gossip करने लग गए, इधर उधर करने लग गए.</w:t>
      </w:r>
    </w:p>
    <w:p>
      <w:r>
        <w:rPr>
          <w:b/>
        </w:rPr>
        <w:t xml:space="preserve">[42:33] </w:t>
      </w:r>
      <w:r>
        <w:t>aise thoda thoda time nikalne toh bahut waqt nikal jata hai hafte ke level par, mahine ke level par, saal ke level par aur usko agar hum Allah ke raaste agar lagaye toh is duniya mein bhi kamyabi hai aur aakhirat mein bhi kamyabi hai. And you are an example Sajid bhai of this that how you are managing both the things, your work as well as god's work. jaise baat hota hai. hai.</w:t>
      </w:r>
    </w:p>
    <w:p>
      <w:pPr>
        <w:jc w:val="right"/>
      </w:pPr>
      <w:r>
        <w:t>ऐसे थोड़ा थोड़ा time निकालने तो बहुत वक्त निकल जाता है हफ्ते के level पर, महीने के level पर, साल के level पर और उसको अगर हम अल्लाह के रास्ते अगर लगाएं तो इस दुनिया में भी कामयाबी है और आखिरत में भी कामयाबी है. And you are an example साजिद भाई of this that how you are managing both the things, your work as well as god's work. जैसे बात होता है. है.</w:t>
      </w:r>
    </w:p>
    <w:p>
      <w:r>
        <w:rPr>
          <w:b/>
        </w:rPr>
        <w:t xml:space="preserve">[42:58] </w:t>
      </w:r>
      <w:r>
        <w:t>toh jaise aapne boli ki time stealers ko agar hum pahunch le jisko Maulana destruction bolte the doosre ji. lazz toh woh wahi agar hamare woh aaj main samajhta hoon shaitan ka sabse bada har baar shayad destruction hi hai. ji ji. jo hamare time ko kill karta hai aur woh agar safe kar le toh jo aapne bola na ki bahut aur time hamare sabse bada distraction mobile phone hai. usi mein log bahut waqt zyada kar dete hain. Correct.</w:t>
      </w:r>
    </w:p>
    <w:p>
      <w:pPr>
        <w:jc w:val="right"/>
      </w:pPr>
      <w:r>
        <w:t>तो जैसे आपने बोली कि time stealers को अगर हम पहुंचा ले जिसको मौलाना destruction बोलते थे दूसरे जी. लज्ज तो वह वही अगर हमारे वह आज मैं समझता हूं शैतान का सबसे बड़ा हर बार शायद destruction ही है. जी जी. जो हमारे time को kill करता है और वह अगर safe कर लें तो जो आपने बोला ना कि बहुत और time हमारे सबसे बड़ा distraction mobile phone है. उसी में लोग बहुत वक्त ज़्यादा कर देते हैं. Correct.</w:t>
      </w:r>
    </w:p>
    <w:p>
      <w:r>
        <w:rPr>
          <w:b/>
        </w:rPr>
        <w:t xml:space="preserve">[43:23] </w:t>
      </w:r>
      <w:r>
        <w:t>Mohammad Asif sahib ne likha hai Kanpur se, Sajid bhai ko sunkar waqai thrilling experience ho raha hai aur bahut hi seekhne ko mil raha hai. Allah CPS ke fikr ko kamyabi de. Haan. achha Sajid bhai aap travel bhi karte hain. abhi haal hi mein abhi toh UAE ka experience bataya. Sajid bhai ne haal hi mein Nigeria ka safar kiya aur wahan par bhi unke kaafi interactions hue.</w:t>
      </w:r>
    </w:p>
    <w:p>
      <w:pPr>
        <w:jc w:val="right"/>
      </w:pPr>
      <w:r>
        <w:t>मोहम्मद आसे साहब ने लिखा है कानपुर से, साजिद भाई को सुनकर वाकई thrilling experience हो रहा है और बहुत ही सीखने को मिल रहा है. अल्लाह CPS के फ़िक्र को कामयाबी दे. हाँ. अच्छा साजिद भाई आप travel भी करते हैं. अभी हाल ही में अभी तो UAE का experience बताया. साजिद भाई ने हाल ही में Nigeria का सफर किया और वहां पर भी उनके काफी interactions हुए.</w:t>
      </w:r>
    </w:p>
    <w:p>
      <w:r>
        <w:rPr>
          <w:b/>
        </w:rPr>
        <w:t xml:space="preserve">[43:47] </w:t>
      </w:r>
      <w:r>
        <w:t>toh kuch chand sawal main unse Nigeria ke hawale se poochna chahunga ki wahan par kya status hai ki Khuda ka jo word hai woh kis tarah pahunch raha hai, aage badh raha hai. toh uske baare mein bataein Sajid bhai hum sabko. ji, mera Naziriya ka ek safar hua abhi November ke first week mein. ji. aur mera pehla safar tha yeh Africa ki country ka. ji.</w:t>
      </w:r>
    </w:p>
    <w:p>
      <w:pPr>
        <w:jc w:val="right"/>
      </w:pPr>
      <w:r>
        <w:t>तो कुछ चंद सवाल मैं उनसे Nigeria के हवाले से पूछना चाहूंगा कि वहां पर क्या status है कि खुदा का जो word है वह किस तरह पहुंच रहा है, आगे बढ़ रहा है. तो उसके बारे में बताएं साजिद भाई हम सबको. जी, मेरा नाज़िरिया का एक सफर हुआ अभी November के first week में. जी. और मेरा पहला सफर था यह Africa की country का. जी.</w:t>
      </w:r>
    </w:p>
    <w:p>
      <w:r>
        <w:rPr>
          <w:b/>
        </w:rPr>
        <w:t xml:space="preserve">[44:11] </w:t>
      </w:r>
      <w:r>
        <w:t>toh mere liye bhi bilkul nayi jagah thi woh aur usmein chuki mujhe ilm tha ki Naziriya mein Khaja Kalim din sahib hum RCPS ke bahut senior member hain US team ke jo chapter head hain, woh paanch saal wahan shayad rahe the as a teacher. toh unke contacts hain, phir doctor Sanyash meinndra sahib ke contact hain, phir Arum Sheikh sahib ke contacts hain as a business aur dawah dono.</w:t>
      </w:r>
    </w:p>
    <w:p>
      <w:pPr>
        <w:jc w:val="right"/>
      </w:pPr>
      <w:r>
        <w:t>तो मेरे लिए भी बिल्कुल नई जगह थी वह और उसमें चूंकि मुझे इल्म था कि नाज़रिया में खाजा केलिम दिन साहिब हम RCPS के बहुत senior member हैं US team के जो chapter head हैं, वह पांच साल वहां शायद रहे थे as a teacher. तो उनके contacts हैं, फिर doctor सानीश मेंद्र साहब के contact हैं, फिर आरुम शेख साहब के contacts हैं as a business और दावा दोनों.</w:t>
      </w:r>
    </w:p>
    <w:p>
      <w:r>
        <w:rPr>
          <w:b/>
        </w:rPr>
        <w:t xml:space="preserve">[44:35] </w:t>
      </w:r>
      <w:r>
        <w:t>toh maine teeno ko request karke contacts liye jaane se pehle aur wahan pahunchkar maine wahan par contacts ko try kiya. ji. toh Arun dilla kaafi logon se baat hui aur main wahan ki jo rajdhani Abuja mein tha chandjanon, toh kuch saathi hamare Abuja mein bhi mil gaye mujhe, jo wahan par dawah ke kaam se attach hain.</w:t>
      </w:r>
    </w:p>
    <w:p>
      <w:pPr>
        <w:jc w:val="right"/>
      </w:pPr>
      <w:r>
        <w:t>तो मैंने तीनों को request करके contacts लिए जाने से पहले और वहां पहुंचकर मैंने वहां पर contacts को try किया. जी. तो अरुण दिल्ला काफी लोगों से बात हुई और मैं वहां की जो राजधानी अबूजा में था चंद्जनों, तो कुछ साथ ही हमारे अबूजा में भी मिल गए मुझे, जो वहां पर दावत के काम से attach हैं.</w:t>
      </w:r>
    </w:p>
    <w:p>
      <w:r>
        <w:rPr>
          <w:b/>
        </w:rPr>
        <w:t xml:space="preserve">[44:57] </w:t>
      </w:r>
      <w:r>
        <w:t>phir unse mujhe personally milne ka mauka mila, woh aa gaye milne mujhse aur unke saath main jo hai wahan par gaya unke center par jo jo unhone bana rakha hai. toh wahan par do organization aisi hai jo dawah ki field mein bahut hi active hai aur kaafi achha kaam kar rahe hain woh log. ek hai street dawah Nigeria, ek organization hai. ji. doosri organization kaam hai Muslim professionals in dawah.</w:t>
      </w:r>
    </w:p>
    <w:p>
      <w:pPr>
        <w:jc w:val="right"/>
      </w:pPr>
      <w:r>
        <w:t>फिर उनसे मुझे personally मिलने का मौका मिला, वह आ गए मिलने मुझसे और उनके साथ मैं जो है वहां पर गया उनके center पर जो जो उन्होंने बना रखा है. तो वहां पर दो organization ऐसी है जो दावा की field में बहुत ही active है और काफी अच्छा काम कर रहे हैं वह लोग. एक है street दावा नाइजरिया, एक organization है. जी. दूसरी organization काम है मुस्लिम professionals in दावा.</w:t>
      </w:r>
    </w:p>
    <w:p>
      <w:r>
        <w:rPr>
          <w:b/>
        </w:rPr>
        <w:t xml:space="preserve">[45:25] </w:t>
      </w:r>
      <w:r>
        <w:t>achhi baat jo bhoot mujhe pasand aayi ki dono team alag alag hai lekin dono organization alag alag hai sorry lekin dono as a team kaam kar rahe hain. achha. ek hi office share karte hain wahan par aur activities ko jo hai milkar karte hain aur dono ke apne apne expertise hain toh jab mil jaate hain toh dono ka ek doosre se fayda hota hai. ji. aur mere jo experience wahan hue hain woh bahut hi touching experience the, bahut hi touching the.</w:t>
      </w:r>
    </w:p>
    <w:p>
      <w:pPr>
        <w:jc w:val="right"/>
      </w:pPr>
      <w:r>
        <w:t>अच्छी बात जो भूत मुझे पसंद आई कि दोनों team अलग अलग है लेकिन दोनों organization अलग अलग है sorry लेकिन दोनों as a team काम कर रहे हैं. अच्छा. एक ही office share करते हैं वहां पर और activities को जो है मिलकर करते हैं और दोनों के अपने अपने expertise हैं तो जब मिल जाते हैं तो दोनों का एक दूसरे से फ़ायदा होता है. जी. और मेरे जो experience वहां हुए हैं वह बहुत ही touching experience थे, बहुत ही touching थे.</w:t>
      </w:r>
    </w:p>
    <w:p>
      <w:r>
        <w:rPr>
          <w:b/>
        </w:rPr>
        <w:t xml:space="preserve">[45:54] </w:t>
      </w:r>
      <w:r>
        <w:t>matlab mujhe toh Sahaba ke zamane ki cheezein aata gayi. yaani woh experience dekhkar. ji. kyunki Nigeria ek sense mein bahut unique country hai ki wahan extremes hain ya toh ek taraf super rich hain jo itne rich hain ki matlab unimaginable rich hain. ji. aur doosre itne simple aur saade log hain jo ki matlab bahut hi saadgi par zindagi udhaar rahe hain. toh dono wahan par jo hai extreme hai, toh woh extreme mein ek jo mahaul wahan bana hai. ji.</w:t>
      </w:r>
    </w:p>
    <w:p>
      <w:pPr>
        <w:jc w:val="right"/>
      </w:pPr>
      <w:r>
        <w:t>मतलब मुझे तो सहाबा के जमाने की चीज़ें आता गई. यानी वह experience देखकर. जी. क्योंकि Nigeria एक sense में बहुत unique country है कि वहां extremes हैं या तो एक तरफ super reach हैं जो इतने reach हैं कि मतलब unimaginable reach हैं. जी. और दूसरे इतने simple और साधे लोग हैं जो कि मतलब बहुत ही सादगी पर ज़िंदगी उधार रहे हैं. तो दोनों वहां पर जो है extreme है, तो वह extreme में एक जो माहौल वहां बना है. जी.</w:t>
      </w:r>
    </w:p>
    <w:p>
      <w:r>
        <w:rPr>
          <w:b/>
        </w:rPr>
        <w:t xml:space="preserve">[46:24] </w:t>
      </w:r>
      <w:r>
        <w:t>woh ek bohat hi seeking mahaul type ka ban gaya hai.</w:t>
      </w:r>
    </w:p>
    <w:p>
      <w:pPr>
        <w:jc w:val="right"/>
      </w:pPr>
      <w:r>
        <w:t>वह एक बहुत ही seeking माहौल type का वन गया है.</w:t>
      </w:r>
    </w:p>
    <w:p>
      <w:r>
        <w:rPr>
          <w:b/>
        </w:rPr>
        <w:t xml:space="preserve">[46:33] </w:t>
      </w:r>
      <w:r>
        <w:t>aur ek bahut badi advantage hamari CPS ke liye kya hai ki wah English speaking country hai aur</w:t>
      </w:r>
    </w:p>
    <w:p>
      <w:pPr>
        <w:jc w:val="right"/>
      </w:pPr>
      <w:r>
        <w:t>और एक बहुत बड़ी advantage हमारी CPS के लिए क्या है कि वह English speaking country है और</w:t>
      </w:r>
    </w:p>
    <w:p>
      <w:r>
        <w:rPr>
          <w:b/>
        </w:rPr>
        <w:t xml:space="preserve">[46:42] </w:t>
      </w:r>
      <w:r>
        <w:t>English ka jo wahan jo level hai aam, wah India se bhi maine jo paya ki better hai. Ji.</w:t>
      </w:r>
    </w:p>
    <w:p>
      <w:pPr>
        <w:jc w:val="right"/>
      </w:pPr>
      <w:r>
        <w:t>English का जो वहां जो level है आम, वह India से भी मैंने जो पाया कि better है. जी.</w:t>
      </w:r>
    </w:p>
    <w:p>
      <w:r>
        <w:rPr>
          <w:b/>
        </w:rPr>
        <w:t xml:space="preserve">[46:52] </w:t>
      </w:r>
      <w:r>
        <w:t>Whatever the reason I don't know matlab but most of the people at any level of their social</w:t>
      </w:r>
    </w:p>
    <w:p>
      <w:pPr>
        <w:jc w:val="right"/>
      </w:pPr>
      <w:r>
        <w:t>Whatever the reason I don't know मतलब but most of the people at any level of their social</w:t>
      </w:r>
    </w:p>
    <w:p>
      <w:r>
        <w:rPr>
          <w:b/>
        </w:rPr>
        <w:t xml:space="preserve">[47:01] </w:t>
      </w:r>
      <w:r>
        <w:t>status they can speak, understand English very very well.</w:t>
      </w:r>
    </w:p>
    <w:p>
      <w:pPr>
        <w:jc w:val="right"/>
      </w:pPr>
      <w:r>
        <w:t>status they can speak, understand English very very well.</w:t>
      </w:r>
    </w:p>
    <w:p>
      <w:r>
        <w:rPr>
          <w:b/>
        </w:rPr>
        <w:t xml:space="preserve">[47:11] </w:t>
      </w:r>
      <w:r>
        <w:t>So that is another advantage for us.</w:t>
      </w:r>
    </w:p>
    <w:p>
      <w:pPr>
        <w:jc w:val="right"/>
      </w:pPr>
      <w:r>
        <w:t>So that is another advantage for us.</w:t>
      </w:r>
    </w:p>
    <w:p>
      <w:r>
        <w:rPr>
          <w:b/>
        </w:rPr>
        <w:t xml:space="preserve">[47:16] </w:t>
      </w:r>
      <w:r>
        <w:t>We are having like literature in English aur iske kuch mujhe wahan personal experience bhi hue.</w:t>
      </w:r>
    </w:p>
    <w:p>
      <w:pPr>
        <w:jc w:val="right"/>
      </w:pPr>
      <w:r>
        <w:t>We are having like literature in English और इसके कुछ मुझे वहां personal experience भी हुए.</w:t>
      </w:r>
    </w:p>
    <w:p>
      <w:r>
        <w:rPr>
          <w:b/>
        </w:rPr>
        <w:t xml:space="preserve">[47:22] </w:t>
      </w:r>
      <w:r>
        <w:t>Ab English ko lekar jaise hamara English ko Quran hai.</w:t>
      </w:r>
    </w:p>
    <w:p>
      <w:pPr>
        <w:jc w:val="right"/>
      </w:pPr>
      <w:r>
        <w:t>अब English को लेकर जैसे हमारा English को कुरान है.</w:t>
      </w:r>
    </w:p>
    <w:p>
      <w:r>
        <w:rPr>
          <w:b/>
        </w:rPr>
        <w:t xml:space="preserve">[47:27] </w:t>
      </w:r>
      <w:r>
        <w:t>Ab wahan pahunch chuka hai wah. Ji.</w:t>
      </w:r>
    </w:p>
    <w:p>
      <w:pPr>
        <w:jc w:val="right"/>
      </w:pPr>
      <w:r>
        <w:t>अब वहां पहुंच चुका है वह. जी.</w:t>
      </w:r>
    </w:p>
    <w:p>
      <w:r>
        <w:rPr>
          <w:b/>
        </w:rPr>
        <w:t xml:space="preserve">[47:33] </w:t>
      </w:r>
      <w:r>
        <w:t>To ek comment maine dekha hai, matlab mere samne mein bola ki yeh Quran jo hai it's so</w:t>
      </w:r>
    </w:p>
    <w:p>
      <w:pPr>
        <w:jc w:val="right"/>
      </w:pPr>
      <w:r>
        <w:t>तो एक comment मैंने देखा है, मतलब मेरे सामने में बोला कि यह कुरान जो है it's so</w:t>
      </w:r>
    </w:p>
    <w:p>
      <w:r>
        <w:rPr>
          <w:b/>
        </w:rPr>
        <w:t xml:space="preserve">[47:38] </w:t>
      </w:r>
      <w:r>
        <w:t>understandable, so easy to read.</w:t>
      </w:r>
    </w:p>
    <w:p>
      <w:pPr>
        <w:jc w:val="right"/>
      </w:pPr>
      <w:r>
        <w:t>understandable, so easy to read.</w:t>
      </w:r>
    </w:p>
    <w:p>
      <w:r>
        <w:rPr>
          <w:b/>
        </w:rPr>
        <w:t xml:space="preserve">[47:44] </w:t>
      </w:r>
      <w:r>
        <w:t>Aapne usse pehle wala jo diya unhi ko</w:t>
      </w:r>
    </w:p>
    <w:p>
      <w:pPr>
        <w:jc w:val="right"/>
      </w:pPr>
      <w:r>
        <w:t>आपने उससे पहले वाला जो दिया उन्हीं को</w:t>
      </w:r>
    </w:p>
    <w:p>
      <w:r>
        <w:rPr>
          <w:b/>
        </w:rPr>
        <w:t xml:space="preserve">[47:50] </w:t>
      </w:r>
      <w:r>
        <w:t>se hamari mulaqat hui thi. toh ghar gaye the unke. toh humne English translation Maulana ka Quran ka diya unko. toh woh usi waqt Khushwant Singh jaise jaante bahut hi bade intellectual the. usi waqt toh padhne lag gaye.</w:t>
      </w:r>
    </w:p>
    <w:p>
      <w:pPr>
        <w:jc w:val="right"/>
      </w:pPr>
      <w:r>
        <w:t>से हमारी मुलाकात हुई थी. तो घर गए थे उनके. तो हमने english translation मुलाना का कुरान का दिया उनको. तो वो उसी वक्त खुशवन सिंह जैसे जानते बहुत ही बड़े intellectual थे. उसी वक्त तो पढ़ने लग गए.</w:t>
      </w:r>
    </w:p>
    <w:p>
      <w:r>
        <w:rPr>
          <w:b/>
        </w:rPr>
        <w:t xml:space="preserve">[48:18] </w:t>
      </w:r>
      <w:r>
        <w:t>To phir hum log mulakat karke aa gaye.</w:t>
      </w:r>
    </w:p>
    <w:p>
      <w:pPr>
        <w:jc w:val="right"/>
      </w:pPr>
      <w:r>
        <w:t>तो फिर हम लोग मुलाकात करके आ गए.</w:t>
      </w:r>
    </w:p>
    <w:p>
      <w:r>
        <w:rPr>
          <w:b/>
        </w:rPr>
        <w:t xml:space="preserve">[48:23] </w:t>
      </w:r>
      <w:r>
        <w:t>Uske baad unhone uska jawab newspaper ke zariye diya ki unhone baqayda Hindustan Times mein likha ki is</w:t>
      </w:r>
    </w:p>
    <w:p>
      <w:pPr>
        <w:jc w:val="right"/>
      </w:pPr>
      <w:r>
        <w:t>उसके बाद उन्होंने उसका जवाब newspaper के ज़रिए दिया कि उन्होंने बकायदा हिंदुस्तान times में लिखा कि इस</w:t>
      </w:r>
    </w:p>
    <w:p>
      <w:r>
        <w:rPr>
          <w:b/>
        </w:rPr>
        <w:t xml:space="preserve">[48:29] </w:t>
      </w:r>
      <w:r>
        <w:t>Christmas ke mauke pe hum matlab mujhe yeh gift diya gaya aur maine yeh translation by Maulana Wahiduddin</w:t>
      </w:r>
    </w:p>
    <w:p>
      <w:pPr>
        <w:jc w:val="right"/>
      </w:pPr>
      <w:r>
        <w:t>christmas के मौके पे हम मतलब मुझे यह gift दिया गया और मैंने यह translation by मुलाना बैदुद्दीन</w:t>
      </w:r>
    </w:p>
    <w:p>
      <w:r>
        <w:rPr>
          <w:b/>
        </w:rPr>
        <w:t xml:space="preserve">[48:34] </w:t>
      </w:r>
      <w:r>
        <w:t>Khan sahab isko maine padha aur yeh mujhe bahut pasand aaya and I read my favorite passages and</w:t>
      </w:r>
    </w:p>
    <w:p>
      <w:pPr>
        <w:jc w:val="right"/>
      </w:pPr>
      <w:r>
        <w:t>खान साहब इसको मैंने पढ़ा और यह मुझे बहुत पसंद आया and I read my favorite passages and</w:t>
      </w:r>
    </w:p>
    <w:p>
      <w:r>
        <w:rPr>
          <w:b/>
        </w:rPr>
        <w:t xml:space="preserve">[48:40] </w:t>
      </w:r>
      <w:r>
        <w:t>then he wrote Sajid bhai ki I will not only recommend non muslims to read the English translation</w:t>
      </w:r>
    </w:p>
    <w:p>
      <w:pPr>
        <w:jc w:val="right"/>
      </w:pPr>
      <w:r>
        <w:t>then he wrote साजिद भाई कि I will not only recommend non muslims to read the English translation</w:t>
      </w:r>
    </w:p>
    <w:p>
      <w:r>
        <w:rPr>
          <w:b/>
        </w:rPr>
        <w:t xml:space="preserve">[48:45] </w:t>
      </w:r>
      <w:r>
        <w:t>of the Quran, but I will also recommend muslims to read this translation because it is very simple</w:t>
      </w:r>
    </w:p>
    <w:p>
      <w:pPr>
        <w:jc w:val="right"/>
      </w:pPr>
      <w:r>
        <w:t>of the Quran, but I will also recommend muslims to read this translation because it is very simple</w:t>
      </w:r>
    </w:p>
    <w:p>
      <w:r>
        <w:rPr>
          <w:b/>
        </w:rPr>
        <w:t xml:space="preserve">[48:51] </w:t>
      </w:r>
      <w:r>
        <w:t>and easy to understand.</w:t>
      </w:r>
    </w:p>
    <w:p>
      <w:pPr>
        <w:jc w:val="right"/>
      </w:pPr>
      <w:r>
        <w:t>and easy to understand.</w:t>
      </w:r>
    </w:p>
    <w:p>
      <w:r>
        <w:rPr>
          <w:b/>
        </w:rPr>
        <w:t xml:space="preserve">[48:57] </w:t>
      </w:r>
      <w:r>
        <w:t>To Times of India ne jo jab review kara tha to unhone title hi uska yeh diya Sajid</w:t>
      </w:r>
    </w:p>
    <w:p>
      <w:pPr>
        <w:jc w:val="right"/>
      </w:pPr>
      <w:r>
        <w:t>तो Times of India ने जो जब review करा था तो उन्होंने title ही उसका यह दिया साजिद</w:t>
      </w:r>
    </w:p>
    <w:p>
      <w:r>
        <w:rPr>
          <w:b/>
        </w:rPr>
        <w:t xml:space="preserve">[49:04] </w:t>
      </w:r>
      <w:r>
        <w:t>bhai, not lost in translation.</w:t>
      </w:r>
    </w:p>
    <w:p>
      <w:pPr>
        <w:jc w:val="right"/>
      </w:pPr>
      <w:r>
        <w:t>भाई, not lost in translation.</w:t>
      </w:r>
    </w:p>
    <w:p>
      <w:r>
        <w:rPr>
          <w:b/>
        </w:rPr>
        <w:t xml:space="preserve">[49:11] </w:t>
      </w:r>
      <w:r>
        <w:t>To isse pata chalta hai ki jaise aap bata rahe hain ki itna simple, itna aasan ki aap</w:t>
      </w:r>
    </w:p>
    <w:p>
      <w:pPr>
        <w:jc w:val="right"/>
      </w:pPr>
      <w:r>
        <w:t>तो इससे पता चलता है कि जैसे आप बता रहे हैं कि इतना simple, इतना आसान कि आप</w:t>
      </w:r>
    </w:p>
    <w:p>
      <w:r>
        <w:rPr>
          <w:b/>
        </w:rPr>
        <w:t xml:space="preserve">[49:18] </w:t>
      </w:r>
      <w:r>
        <w:t>padhte jaiye, samajhte jaiye, padhte jaiye samajhte jaiye.</w:t>
      </w:r>
    </w:p>
    <w:p>
      <w:pPr>
        <w:jc w:val="right"/>
      </w:pPr>
      <w:r>
        <w:t>पढ़ते जाइए, समझते जाइए, पढ़ते जाइए समझते जाइए.</w:t>
      </w:r>
    </w:p>
    <w:p>
      <w:r>
        <w:rPr>
          <w:b/>
        </w:rPr>
        <w:t xml:space="preserve">[49:25] </w:t>
      </w:r>
      <w:r>
        <w:t>To yeh bahut zyada khasiyat hai is translation ki isiliye zyada bhi hai. Ji.</w:t>
      </w:r>
    </w:p>
    <w:p>
      <w:pPr>
        <w:jc w:val="right"/>
      </w:pPr>
      <w:r>
        <w:t>तो यह बहुत ज़्यादा खासियत है इस translation की इसीलिए ज़्यादा भी है. जी.</w:t>
      </w:r>
    </w:p>
    <w:p>
      <w:r>
        <w:rPr>
          <w:b/>
        </w:rPr>
        <w:t xml:space="preserve">[49:32] </w:t>
      </w:r>
      <w:r>
        <w:t>Duniya bhar mein aur bahut distribute hota hai.</w:t>
      </w:r>
    </w:p>
    <w:p>
      <w:pPr>
        <w:jc w:val="right"/>
      </w:pPr>
      <w:r>
        <w:t>दुनिया भर में और बहुत distribute होता है.</w:t>
      </w:r>
    </w:p>
    <w:p>
      <w:r>
        <w:rPr>
          <w:b/>
        </w:rPr>
        <w:t xml:space="preserve">[49:40] </w:t>
      </w:r>
      <w:r>
        <w:t>Sajid bhai got a golden opportunity to convey the message to a person who was an agnostic. One Quranic verse changed his concept and he and accepted the argument. It is just an example how to avail the opportunities and diya daai. Where there is a will, there is a way. Thank you for sharing the experience.</w:t>
      </w:r>
    </w:p>
    <w:p>
      <w:pPr>
        <w:jc w:val="right"/>
      </w:pPr>
      <w:r>
        <w:t>साजिद भाई got a golden opportunity to convey the message to a person who was an agnostic. One कुरानिक verse changed his concept and he and accepted the argument. It is just an example how to avail the opportunities and दिया दाई. Where there is a will, there is a way. Thank you for sharing the experience.</w:t>
      </w:r>
    </w:p>
    <w:p>
      <w:r>
        <w:rPr>
          <w:b/>
        </w:rPr>
        <w:t xml:space="preserve">[50:03] </w:t>
      </w:r>
      <w:r>
        <w:t>Professor Nazma Siddiqui ne Delhi se likha hai, Masha Allah Sajid sahib you have described the activities of UAE very nicely and clearly. This shows your clarity in thinking and especially focused thinking. Maulana always encourage towards focus thinking. You are inspiring everyone Jaza Kallahu. Maulana Iqbal Umri ne Chennai se likha hai. Al Wisal reading as a mission concept is true.</w:t>
      </w:r>
    </w:p>
    <w:p>
      <w:pPr>
        <w:jc w:val="right"/>
      </w:pPr>
      <w:r>
        <w:t>Professor नजमा सिद्दीकी ने दिल्ली से लिखा है, माशाल्लाह साजिद साहब you have described the activities of UAE very nicely and clearly. This shows your clarity in thinking and especially focused thinking. मुलाना always encourage towards focus thinking. You are inspiring everyone जज़ा कल्ला. बुलाना इकबाल उम्री ने चिन्नई से लिखा है. अल विसाला reading as a mission concept is true.</w:t>
      </w:r>
    </w:p>
    <w:p>
      <w:r>
        <w:rPr>
          <w:b/>
        </w:rPr>
        <w:t xml:space="preserve">[50:32] </w:t>
      </w:r>
      <w:r>
        <w:t>Reading as a magazine concept is an entertainment. Jaza Kallahu Sajid bhai. Miss Fareeda Kamran ne Pakistan se likha hai. Maulana Wahiduddin Khan sahib was full focused in Dawah work and always said make new plans for Dawah work because Dawah work is the only solution for all issues. I connected to Dawah work by Maulana sahib's guidance. Mere Allah grant him highest reward in paradise.</w:t>
      </w:r>
    </w:p>
    <w:p>
      <w:pPr>
        <w:jc w:val="right"/>
      </w:pPr>
      <w:r>
        <w:t>Reading as a magazine concept is an entertainment. जज़ा कल्ला साजिद भाई. Miss फरीदा कामरान ने Pakistan से लिखा है. मुलाना वैदुद्दीन खान साहब was full focused in दावा work and always said make new plans for दावा work because दावा work is the only solution for all issues. I connected to दावा work by मुलाना साहब's guidance. मेरे अलाह grant him highest reward in paradise.</w:t>
      </w:r>
    </w:p>
    <w:p>
      <w:r>
        <w:rPr>
          <w:b/>
        </w:rPr>
        <w:t xml:space="preserve">[51:02] </w:t>
      </w:r>
      <w:r>
        <w:t>to Sajid bhai do sawal ikatthe main poochna chahunga aapse, Nigeria ke hawale se kyunki aap abhi laute hain wahan se kuch waqt pehle ki ek to CPS ki kya activities ho rahi hain aur doosra yeh ki future potential kya hai? kyunki Nigeria ka aapne ek bahut achha example humse share kiya ki English speaking population hai aur wahan par bahut achha breakthrough bhi mil raha hai. to yeh do sawalon ka aap jawab dein.</w:t>
      </w:r>
    </w:p>
    <w:p>
      <w:pPr>
        <w:jc w:val="right"/>
      </w:pPr>
      <w:r>
        <w:t>तो साजिद भाई दो सवाल इकट्ठे मैं पूछना चाहूंगा आपसे, नाइजरा के हवाले से क्योंकि आप अभी लौटे हैं वहां से कुछ वक्त पहले कि एक तो CPS की क्या activities हो रही हैं और दूसरा यह कि future potential क्या है? क्योंकि Nigeria का आपने एक बहुत अच्छा example हमसे share किया कि English speaking population है और वहां पर बहुत अच्छा breakthrough भी मिल रहा है. तो यह दो सवालों का आप जवाब दें.</w:t>
      </w:r>
    </w:p>
    <w:p>
      <w:r>
        <w:rPr>
          <w:b/>
        </w:rPr>
        <w:t xml:space="preserve">[51:30] </w:t>
      </w:r>
      <w:r>
        <w:t>ji, to jaisa maine bataya ki do organization jo milkar kaam kar rahi hain, to main unke office mein gaya tha aur wahan par unke kuch classes bhi chal rahi thi. Training classes bhi karte hain woh apne saathiyon ke liye aur jo log naye log jud jaate hain, jo purane saathi hain sabke saath. to abhi recently woh jo hai CPSA connect hue hain.</w:t>
      </w:r>
    </w:p>
    <w:p>
      <w:pPr>
        <w:jc w:val="right"/>
      </w:pPr>
      <w:r>
        <w:t>जी, तो जैसा मैंने बताया कि दो organization जो मिलकर काम कर रही हैं, तो मैं उनके office में गया था और वहां पर उनके कुछ classes भी चल रही थी. Training classes भी करते हैं वह अपने साथियों के लिए और जो लोग नए लोग जुड़ जाते हैं, जो पुराने साथी हैं सबके साथ. तो अभी recently वह जो है CPSA connect हुए हैं.</w:t>
      </w:r>
    </w:p>
    <w:p>
      <w:r>
        <w:rPr>
          <w:b/>
        </w:rPr>
        <w:t xml:space="preserve">[51:51] </w:t>
      </w:r>
      <w:r>
        <w:t>Period to yaad nahi hai ki kitne din hue aur kaafi woh inspire hain particularly is wajah kar ki hamare paas literature hai. to yeh ek cheez main isko generalize kar raha hoon nazariya wale se ki hamari jo doosri Dawah teamein kaam kar rahi hain duniya mein, ya filhaal ke saath kar rahi hain aur waqt de rahi hain aur bane de rahi hain.</w:t>
      </w:r>
    </w:p>
    <w:p>
      <w:pPr>
        <w:jc w:val="right"/>
      </w:pPr>
      <w:r>
        <w:t>Period तो याद नहीं है कि कितने दिन हुए और काफी वह inspire हैं particularly इस वजह कर कि हमारे पास literature है. तो यह एक चीज़ मैं इसको generalize कर रहा हूं नज़रिक्या वाले से कि हमारी जो दूसरी दावती teamएं काम कर रही हैं दुनिया में, या फ़िलहाल के साथ कर रही हैं और वक्त दे रही हैं और बने दे रही हैं.</w:t>
      </w:r>
    </w:p>
    <w:p>
      <w:r>
        <w:rPr>
          <w:b/>
        </w:rPr>
        <w:t xml:space="preserve">[52:15] </w:t>
      </w:r>
      <w:r>
        <w:t>lekin unke paas woh tools nahi hain jo hamare paas Allah Dawa Mahia ki aur Maulana ki aur mission ki jo team ke koshishon se jo hamare paas aaj available hain. to yeh itni badi cheez hai ki woh unke liye bahut zabardast cheez ban gayi ki Quran ka translation jab unko mila, to unke liye ek samjhiye ek, aap samjhiye explosion jaisa ho gaya ji.</w:t>
      </w:r>
    </w:p>
    <w:p>
      <w:pPr>
        <w:jc w:val="right"/>
      </w:pPr>
      <w:r>
        <w:t>लेकिन उनके पास वह tools नहीं है जो हमारे पास अल्लादार्ण माहिया की और मोलाने की और mission की जो team के कोशिशों से जो हमारे पास आज available हैं. तो यह इतनी बड़ी चीज़ है कि वह उनके लिए बहुत ज़बरदस्त चीज़ वन गई कि कुरान का translation जब उनको मिला, तो उनके लिए एक समझिए एक, आप समझिए explosion जैसा हो गया जी.</w:t>
      </w:r>
    </w:p>
    <w:p>
      <w:r>
        <w:rPr>
          <w:b/>
        </w:rPr>
        <w:t xml:space="preserve">[52:39] </w:t>
      </w:r>
      <w:r>
        <w:t>ki jo kaam woh kar rahe the pehle, woh unko verbal hi karna padta tha ki woh jaate the, milte the, explain karte the baaton ko. ji. lekin ab woh Quran ka translation dekar unka sara kuch ho jata hai, sirf add on unko karna padta hai. to yeh woh cheez unhon ne khud batayi ki isse humein bahut fayda hua hai aur ab uske saath jo literature jo add ho raha hai jaise fir uska humal Discover Islam, tabhi unko yeh bhi mil gaya hai.</w:t>
      </w:r>
    </w:p>
    <w:p>
      <w:pPr>
        <w:jc w:val="right"/>
      </w:pPr>
      <w:r>
        <w:t>कि जो काम वह कर रहे थे पहले, वह उनको verbal ही करना पड़ता था कि वह जाते थे, मिलते थे, explain करते थे बातों को. जी. लेकिन अब वह कुरान का translation देकर उनका सारा कुछ हो जाता है, सिर्फ add on उनको करना पड़ता है. तो यह वह चीज़ उन्होंने खुद बताई कि इससे हमें बहुत फ़ायदा हुआ है और अब उसके साथ जो literature जो add हो रहा है जैसे फिर उसका हमल Discover Islam, तभी उनको यह भी मिल गया है.</w:t>
      </w:r>
    </w:p>
    <w:p>
      <w:r>
        <w:rPr>
          <w:b/>
        </w:rPr>
        <w:t xml:space="preserve">[53:06] </w:t>
      </w:r>
      <w:r>
        <w:t>maine kuch apne UAE ke experience share kiye unse ki UAE mein hum log iske saath kuch aur kitabein jo wahan ke Auqaf ne approve kiye hain, woh bhi hum share karte hain. ji. to us saalon se bhi unhon ne bataya ki zaroor to isko bhi aap humein provide karein. ji. to yeh CPS ka wahan par aur woh log bahut achhe se connected hain. woh Haroon Sheikh se aapse connected hain. Doctor Sani se aapse connected hain.</w:t>
      </w:r>
    </w:p>
    <w:p>
      <w:pPr>
        <w:jc w:val="right"/>
      </w:pPr>
      <w:r>
        <w:t>मैंने कुछ अपने UAE के experience share किए उनसे कि UAE में हम लोग इसके साथ कुछ और किताबें जो वहां के औकाफ ने approve किए हैं, वह भी हम share करते हैं. जी. तो उस सालों से भी उन्होंने बताया कि ज़रूर तो इसको भी आप हमें provide करें. जी. तो यह CPS का वहां पर और वह लोग बहुत अच्छे से connected हैं. वह हरुण शेख से आप से connected हैं. Doctor सानी से आप से connected हैं.</w:t>
      </w:r>
    </w:p>
    <w:p>
      <w:r>
        <w:rPr>
          <w:b/>
        </w:rPr>
        <w:t xml:space="preserve">[53:29] </w:t>
      </w:r>
      <w:r>
        <w:t>to inse achhe se connected hain aur regular touch mein aur apni cheezein jo hain woh humse CPS se lete rehte hain. ji. to CPS ke liye aaj se yani aap samjhiye ki hum CPS, Muslim Professional Dawah aur Street Dawah in Nigeria as a team hum log jo hain kaam kar rahe hain. aasha karte hain. aisa samajh sakte hain. main to wahan first time gaya lekin mujhe feel hi nahi hua ki main ek outsider. ji ji.</w:t>
      </w:r>
    </w:p>
    <w:p>
      <w:pPr>
        <w:jc w:val="right"/>
      </w:pPr>
      <w:r>
        <w:t>तो इनसे अच्छे से connected हैं और regular touch में और अपनी चीज़ें जो हैं वह हमसे CPS से लेते रहते हैं. जी. तो CPS के लिए आज से यानी आप समझिए कि हम CPS, मुस्लिम professional दावा और street दावा in Nigeria as a team हम लोग जो हैं काम कर रहे हैं. आशा करते हैं. ऐसा समझ सकते हैं. मैं तो वहां first time गया लेकिन मुझे feel ही नहीं हुआ कि मैं एक outsider. जी जी.</w:t>
      </w:r>
    </w:p>
    <w:p>
      <w:r>
        <w:rPr>
          <w:b/>
        </w:rPr>
        <w:t xml:space="preserve">[53:53] </w:t>
      </w:r>
      <w:r>
        <w:t>to main and I was feeling at home with them and unhon ne bhi itna waqt diya aur phir kahan kahan lekar gaye wahan? Abuja ki center mosque of Abuja jo hai wahan ki bahut famous hai. to wahin par unka office usi masjid ke andar aur usi mein sari activity karte hain. to main unke saath tha lagbhag din bhar aur Imam side se bhi mila. to matlab I was I was feeling ki I am just with CPS member. Allahu Akbar hai. ji ji. I am their CPS member. ji.</w:t>
      </w:r>
    </w:p>
    <w:p>
      <w:pPr>
        <w:jc w:val="right"/>
      </w:pPr>
      <w:r>
        <w:t>तो मैं and I was feeling at home with them and उन्होंने भी इतना वक्त दिया और फिर कहां कहां लेकर गए वहां? Abujah की center mosque of Abujah जो है वहां की बहुत famous है. तो वहीं पर उनका office उसी मस्जिद के अंदर और उसी में सारी activity करते हैं. तो मैं उनके साथ था लगभग दिन भर और इमाम side से भी मिला. तो मतलब I was I was feeling कि I am just with CPS member. अलहाम पर है. जी जी. I am their CPS member. जी.</w:t>
      </w:r>
    </w:p>
    <w:p>
      <w:r>
        <w:rPr>
          <w:b/>
        </w:rPr>
        <w:t xml:space="preserve">[54:21] </w:t>
      </w:r>
      <w:r>
        <w:t>achha, doosri cheez jo aapne poochni hai ki woh future, to future to main samajhta hoon ki bahut hi zyada bright hai. ji. Nigeria mein. to one of the thing which I told basically dono cheezein jo main bataya, ek to wahan ke log nature par hain. Because of whatever economic compulsion aur jo bhi hai, to they are very easy to like converse with. ji. Very easy to talk to aur doosri cheez English jo hamare liye bahut advantage hai.</w:t>
      </w:r>
    </w:p>
    <w:p>
      <w:pPr>
        <w:jc w:val="right"/>
      </w:pPr>
      <w:r>
        <w:t>अच्छा, दूसरी चीज़ जो आपने पूछी है कि वह future, तो future तो मैं समझता हूं कि बहुत ही ज़्यादा bright है. जी. Nigeria में. तो one of the thing which I told basically दोनों चीज़ें जो मैं बताया, एक तो वहां के लोग nature पर हैं. Because of whatever economic compulsion और जो भी है, तो they are very easy to like converse with. जी. Very easy to talk to और दूसरी चीज़ English जो हमारे लिए बहुत advantage है.</w:t>
      </w:r>
    </w:p>
    <w:p>
      <w:r>
        <w:rPr>
          <w:b/>
        </w:rPr>
        <w:t xml:space="preserve">[54:49] </w:t>
      </w:r>
      <w:r>
        <w:t>ek doosri country mein agar language common na ho to bahut bada gap ho jata hai woh. ji. to English ke bajakar aur people ke nature ke bajakar hone ke bajakar to hamare liye ek bahut opportunity hai ki hum Allah ki baat ko unke mindset ke hisab se hum pahuncha sakte hain aur jo hai bolkar kal hi DocsApp ke saath jo mera discussion ho raha tha usmein yeh bhi tha ki woh bahut bada consignment jo hai woh DocsApp plan kar rahe hain wahan bhejane ke liye Quran ka. ji.</w:t>
      </w:r>
    </w:p>
    <w:p>
      <w:pPr>
        <w:jc w:val="right"/>
      </w:pPr>
      <w:r>
        <w:t>एक दूसरी country में अगर language common ना हो तो बहुत बड़ा gap हो जाता है वह. जी. तो English के बजाकर और people के nature के बजाकर होने के बजाकर तो हमारे लिए एक बहुत opportunity है कि हम अल्लाह की बात को उनके mindset के हिसाब से हम पहुंचा सकते हैं और जो है बोलकर कल ही DocsApp के साथ जो मेरा discussion हो रहा था उसमें यह भी था कि वह बहुत बड़ा consignment जो है वह DocsApp plan कर रहे हैं वहां भेजने के लिए कुरान का. जी.</w:t>
      </w:r>
    </w:p>
    <w:p>
      <w:r>
        <w:rPr>
          <w:b/>
        </w:rPr>
        <w:t xml:space="preserve">[55:19] </w:t>
      </w:r>
      <w:r>
        <w:t>taaki unke paas koi yeh na rahe, koi kami mehsoos na unko. to kyunki kabhi kabhi unko thoda feel hota hai ki hamare paas Quran aur hota to achha hota. aisa bhi maine wahan mehsoos kiya. to they think we need more. ji. to nishal lata to aap samajh sakte hain we need more ki jo aadmi soch raha hai to uske paas kitna zyada hai jo hai matlab future uski planning hai. ji ji.</w:t>
      </w:r>
    </w:p>
    <w:p>
      <w:pPr>
        <w:jc w:val="right"/>
      </w:pPr>
      <w:r>
        <w:t>ताकि उनके पास कोई यह ना रहे, कोई कमी महसूस ना उनको. तो क्योंकि कभी कभी उनको थोड़ा feel होता है कि हमारे पास कुरान और होता तो अच्छा होता. ऐसा भी मैंने वहां महसूस किया. तो they think we need more. जी. तो निशाल लाता तो आप समझ सकते हैं we need more कि जो आदमी सोच रहा है तो उसके पास कितना ज़्यादा है जो है मतलब future उसकी planning है. जी जी.</w:t>
      </w:r>
    </w:p>
    <w:p>
      <w:r>
        <w:rPr>
          <w:b/>
        </w:rPr>
        <w:t xml:space="preserve">[55:48] </w:t>
      </w:r>
      <w:r>
        <w:t>to woh khud hi ja rahe hain is cheez ko. Washa Allah. aap doctor sahib ke hawale se baat karein, unhi ka message abhi abhi abhi aaya hai. to Doctor Sani ten Khan sahib ne likha it was such a pleasure listening to Sajid sahib. He is very dedicated CPS member and a very creative Dahi. I have noticed that he never misses a Dawah opportunity which comes to him. He is a great inspiration for all of us. May Allah bless his efforts, Ameen.</w:t>
      </w:r>
    </w:p>
    <w:p>
      <w:pPr>
        <w:jc w:val="right"/>
      </w:pPr>
      <w:r>
        <w:t>तो वह खुद ही जा रहे हैं इस चीज़ को. वाशाला. आप doctor साहब के हवाला से बात करें, उन्हीं का message अभी अभी अभी आया है. तो doctor सानिस्तेन खान साहब ने लिखा it was such a pleasure listening to साजिद साहब. He is very dedicated CPS member and a very creative दाई. I have noticed that he never misses a दावा opportunity which comes to him. He is a great inspiration for all of us. May Allah bless his efforts, आमिन.</w:t>
      </w:r>
    </w:p>
    <w:p>
      <w:r>
        <w:rPr>
          <w:b/>
        </w:rPr>
        <w:t xml:space="preserve">[56:18] </w:t>
      </w:r>
      <w:r>
        <w:t>Sajid bhai, Nigeria ki koi experience agar aap bataye to thoda oye hum sabko inspiration milegi sunkar. main wahan par jab tha un team ke saath to kuch aise bhi wahan ladies aayi hui thi jo ki abhi abhi jo unhon ne discovery ki hai god ki. ji. to jo sacrifice ka jo level hai unka, woh to mere liye bilkul hi mind boggling tha. ji.</w:t>
      </w:r>
    </w:p>
    <w:p>
      <w:pPr>
        <w:jc w:val="right"/>
      </w:pPr>
      <w:r>
        <w:t>साजिद भाई, Nigeria की कोई experience अगर आप बताएं तो थोड़ा ओए हम सबको inspiration मिलेगी सुनकर. मैं वहां पर जब था उन team के साथ तो कुछ ऐसे भी वहां ladies आई हुई थी जो कि अभी अभी जो उन्होंने discovery की है god की. जी. तो जो sacrifice का जो level है उनका, वह तो मेरे लिए बिल्कुल ही mind boggling था. जी.</w:t>
      </w:r>
    </w:p>
    <w:p>
      <w:r>
        <w:rPr>
          <w:b/>
        </w:rPr>
        <w:t xml:space="preserve">[56:48] </w:t>
      </w:r>
      <w:r>
        <w:t>ki unhon ne Khuda ko pane ke liye har kuch kho diya. ji. sab kuch kho diya unhon ne. lekin unhon ne Khuda ko nahi chhoda. ji, Washa Allah. yaani unki sari materialist jo support hai woh unse chhin gayi ekdam ki unki discovery of god ne unke jo hai Khuda se kareeb hone ki price unko bahut badi deni pad rahi hai.</w:t>
      </w:r>
    </w:p>
    <w:p>
      <w:pPr>
        <w:jc w:val="right"/>
      </w:pPr>
      <w:r>
        <w:t>कि उन्होंने खुदा को पाने के लिए हर कुछ खो दिया. जी. सब कुछ खो दिया उन्होंने. लेकिन उन्होंने खुदा को नहीं छोड़ा. जी, आशाला. यानी उनकी सारी materialist जो support है वह उनसे छिन गई एकदम कि उनकी discovery of god ने उनके जो है खौदा से करीब होने की price उनको बहुत बड़ी देनी पड़ रही है.</w:t>
      </w:r>
    </w:p>
    <w:p>
      <w:r>
        <w:rPr>
          <w:b/>
        </w:rPr>
        <w:t xml:space="preserve">[57:14] </w:t>
      </w:r>
      <w:r>
        <w:t>lekin uske bawajood woh yaani samjhiye ki himmat ka pahad hai woh. to mujhe wahan par unhon ne kaha ki aap bhi kuch boliye inse. to main bola ki main inse kya boloon? main to yaani khud inhi yeh hoon ki bhai inse to main itna seekh sakta hoon.</w:t>
      </w:r>
    </w:p>
    <w:p>
      <w:pPr>
        <w:jc w:val="right"/>
      </w:pPr>
      <w:r>
        <w:t>लेकिन उसके बावजूद वह यानी समझिए कि हिम्मत का पहाड़ है वह. तो मुझे वहां पर उन्होंने कहा कि आप भी कुछ बोलिए इनसे. तो मैं बोला कि मैं इनसे क्या बोलूं? मैं तो यानी खुद इन्हीं यह हूं कि भाई इनसे तो मैं इतना सीख सकता हूं.</w:t>
      </w:r>
    </w:p>
    <w:p>
      <w:r>
        <w:rPr>
          <w:b/>
        </w:rPr>
        <w:t xml:space="preserve">[57:31] </w:t>
      </w:r>
      <w:r>
        <w:t>phir maine unke samne Hazrat Maulana ka jo hai woh example diya kyunki because of being a lady ke sacrifice ki jo misaal qayam kiya hai Hazrat Maulana ne aur aap log jo kar rahi hain, woh matlab direction uska wahi hai, level bahut difference hoga, lekin to yeh mujhe bahut badi inspirational cheez wahan se mili ki Khuda ko pane ke liye insaan ko sab kuch khona pade to bhi usko kho de lekin woh Khuda ko na chhode. mushkil.</w:t>
      </w:r>
    </w:p>
    <w:p>
      <w:pPr>
        <w:jc w:val="right"/>
      </w:pPr>
      <w:r>
        <w:t>फिर मैंने उनके सामने हज़र अल्लाना का जो है वह example दिया क्योंकि because of being a lady के sacrifice की जो मिसाल कायम किया है हज़र अल्लाना ने और आप लोग जो कर रही हैं, वह मतलब direction उसका वही है, level बहुत difference होगा, लेकिन तो यह मुझे बहुत बड़ी inspirational चीज़ वहां से मिली कि खुदा को पाने के लिए इंसान को सब कुछ खोना पड़े तो भी उसको खो दे लेकिन वह खुदा को ना छोड़े. मुश्किल.</w:t>
      </w:r>
    </w:p>
    <w:p>
      <w:r>
        <w:rPr>
          <w:b/>
        </w:rPr>
        <w:t xml:space="preserve">[58:01] </w:t>
      </w:r>
      <w:r>
        <w:t>aur yeh maine live dekha wahan par logon ke andar, isliye main bol raha hoon ki woh log bahut hi nature par hain. ji, ji, Jaza Kallahu Sajid bhai, that was really inspiring balki hum sochein ki kis tarah Sahaba ne sacrifices karein, Prophet ka daur kitna mushkil daur tha. aaj ke lihaz se dekhein to kis tarike se paigham poori insaniyat tak pahuncha.</w:t>
      </w:r>
    </w:p>
    <w:p>
      <w:pPr>
        <w:jc w:val="right"/>
      </w:pPr>
      <w:r>
        <w:t>और यह मैंने live देखा वहां पर लोगों के अंदर, इसलिए मैं बोल रहा हूं कि वह लोग बहुत ही nature पर हैं. जी, जी, जज़ा कल्लाह साजिद भाई, that was really inspiring बल्कि हम सोचें कि किस तरह साहबा ने sacrifices करें, profit का दौर कितना मुश्किल दौर था. आज के लिहाज से देखें तो किस तरीके से पैगाम पूरी इंसानियत तक पहुंचा.</w:t>
      </w:r>
    </w:p>
    <w:p>
      <w:r>
        <w:rPr>
          <w:b/>
        </w:rPr>
        <w:t xml:space="preserve">[58:29] </w:t>
      </w:r>
      <w:r>
        <w:t>to hum logon ke liye ek itna bada benchmark hai ki hum apne waqt ko zaya nahi kar sakte. hum yeh afford nahi kar sakte. sirf isi duniya ke bare mein sochein. yeh to sabse zyada ek ungrateful demonstration hoga ki hum Allah ke paigham ko logon tak na pahunchayein. jis tarah poori history ka ek process guzra aur yeh message hum tak pahuncha, mehfooz ho gaya. to ab hamare paas koi excuse nahi hai Sajid bhai.</w:t>
      </w:r>
    </w:p>
    <w:p>
      <w:pPr>
        <w:jc w:val="right"/>
      </w:pPr>
      <w:r>
        <w:t>तो हम लोगों के लिए एक इतना बड़ा benchmark है कि हम अपने वक्त को जाया नहीं कर सकते. हम यह afford नहीं कर सकते. सिर्फ इसी दुनिया के बारे में सोचें. यह तो सबसे ज़्यादा एक ungrateful demonstration होगा कि हम अल्लाह के पैगाम को लोगों तक ना पहुंचाएं. जिस तरह पूरी history का एक process गुज़रा और यह message हम तक पहुंचाऊं, महफूज हो गया. तो अब हमारे पास कोई excuse नहीं है साजिद भाई.</w:t>
      </w:r>
    </w:p>
    <w:p>
      <w:r>
        <w:rPr>
          <w:b/>
        </w:rPr>
        <w:t xml:space="preserve">[58:58] </w:t>
      </w:r>
      <w:r>
        <w:t>itni opportunities hain. kaise hum nahi khade ho sakte? hum yeh afford nahi kar sakte. bahut zaroori hai ki hum apni zimmedari ko samjhein aur khade ho. Maulana kehte the ki aap bas khade ho jayein aur angels tootkar aap par toot padenge aapki madad ke liye. bas humein bas khada hona hai. to yeh bahut zaroori hai.</w:t>
      </w:r>
    </w:p>
    <w:p>
      <w:pPr>
        <w:jc w:val="right"/>
      </w:pPr>
      <w:r>
        <w:t>इतनी opportunities हैं. कैसे हम नहीं खड़े हो सकते? हम यह afford नहीं कर सकते. बहुत ज़रूरी है कि हम अपनी ज़िम्मेदारी को समझें और खड़े हो. बुलाना कहते थे कि आप बस खड़े हो जाएं और angels टूटकर आप पर टूट पड़ेंगे आपकी मदद के लिए. बस हमें बस खड़ा होना है. तो यह बहुत ज़रूरी है.</w:t>
      </w:r>
    </w:p>
    <w:p>
      <w:r>
        <w:rPr>
          <w:b/>
        </w:rPr>
        <w:t xml:space="preserve">[59:22] </w:t>
      </w:r>
      <w:r>
        <w:t>Sajid bhai aakhri sawal lena chahunga lekin usse pehle do teen comments Abdul Basit Umri sahib ne Gulbarga se likha hai. mujhe Sajid sahib ki yeh baat se ki Al Risala se unki wapsatki ki shuruat unke walid sahib Al Risala mangwate the. tabhi se wo Al Risala ko jante the. is baat se mujhe yeh samajh mein aaya ki Sajid sahib jaisa saathi Risala ko second generation se mila.</w:t>
      </w:r>
    </w:p>
    <w:p>
      <w:pPr>
        <w:jc w:val="right"/>
      </w:pPr>
      <w:r>
        <w:t>साजिद भाई आखिरी सवाल लेना चाहूंगा लेकिन उससे पहले दो तीन comments अब्दुल बासिद उम्री साहब ने गुलबर्गा से लिखा है. मुझे साजिद साहब की यह बात से कि अल रसाला से उनकी वापस्तकी की शुरुआत उनके वालिद साहब अल की अल्ल रसाला मंगवाते थे. तभी से वो अल्ल रसाला को जानते थे. इस बात से मुझे यह समझ में आया कि साजिद साहब जैसा साथी रसाला को second generation से मिला.</w:t>
      </w:r>
    </w:p>
    <w:p>
      <w:r>
        <w:rPr>
          <w:b/>
        </w:rPr>
        <w:t xml:space="preserve">[59:50] </w:t>
      </w:r>
      <w:r>
        <w:t>unke balid al rasala padhte the lekin unke farzan sajid sahab ki shakl mein fal mila. dusri baat aaj ki interaction se mujhe apne aap par sochne aur apne muhasaba karne ke liye tehrik mili. shaharusain sahab ne srinagar se likha hai it is so inspiring godless sajid bhai is a role model for us. we will try to follow the line. may god help us.</w:t>
      </w:r>
    </w:p>
    <w:p>
      <w:pPr>
        <w:jc w:val="right"/>
      </w:pPr>
      <w:r>
        <w:t>उनके बालिद अल रसाला पढ़ते थे लेकिन उनके फर्ज़न साजिद साहब की शक्ल में फ़ल मिला. दूसरी बात आज की interaction से मुझे अपने आप पर सोचने और अपने मुहासबा करने के लिए तहरीक मिली. शाहरुसैन साहब ने श्रीनगर से लिखा है it is so inspiring godless साजिद भाई is a role model for us. We will try to follow the line. May god help us.</w:t>
      </w:r>
    </w:p>
    <w:p>
      <w:r>
        <w:rPr>
          <w:b/>
        </w:rPr>
        <w:t xml:space="preserve">[1:00:17] </w:t>
      </w:r>
      <w:r>
        <w:t>doctor safeena tabassum ne saharanpur se likha hai only on this platform we listen about the real issue of islam that is dawa. this must be recorded by angels. i am really blessed to be a participant. you are a motivation sajid bhai. may allah bless you and all of us with abundance. to sajid bhai jaise aapne bataya ki dawa waqt.</w:t>
      </w:r>
    </w:p>
    <w:p>
      <w:pPr>
        <w:jc w:val="right"/>
      </w:pPr>
      <w:r>
        <w:t>Doctor सफीना तबसुम ने सारनपुर से लिखा है only on this platform we listen about the real issue of इस्लाम that is दावा. This must be recorded by angels. I am really blessed to be a participant. You are a motivation साजिद भाई. May Allah bless you and all of us with abundance. तो साजिद भाई जैसे आपने बताया कि दावा वक्त.</w:t>
      </w:r>
    </w:p>
    <w:p>
      <w:r>
        <w:rPr>
          <w:b/>
        </w:rPr>
        <w:t xml:space="preserve">[1:00:42] </w:t>
      </w:r>
      <w:r>
        <w:t>dawa waqt ka basically matlab hai ki peacefully conveying the message of god to humanity aur cps ka yahi kaam hai ki quran ki wisdom ko logon tak pahunchana. yahi davavak hai, isi ko hum davavak ko isko aise samajhte hain aur aapne bataya ki kis tarah se yeh kaam duniya bhar mein phail rahe hain. khaskar uae aur nigeria ke hawale se aapne bataya.</w:t>
      </w:r>
    </w:p>
    <w:p>
      <w:pPr>
        <w:jc w:val="right"/>
      </w:pPr>
      <w:r>
        <w:t>दावा वक्त का basically मतलब है कि peacefully conveying the message of god to humanity और CPS का यही काम है कि कुरान की wisdom को लोगों तक पहुंचाना. यही दाववक है, इसी को हम दाववक को इसको ऐसे समझते हैं और आपने बताया कि किस तरीके से यह काम दुनिया भर में फ़ैल रहे हैं. खासकर UAE और Nigeria के हवाले से आपने बताया.</w:t>
      </w:r>
    </w:p>
    <w:p>
      <w:r>
        <w:rPr>
          <w:b/>
        </w:rPr>
        <w:t xml:space="preserve">[1:01:08] </w:t>
      </w:r>
      <w:r>
        <w:t>sajid bhai aakhiri sawal yeh hai ki cps members jo pure phail hue hain duniya bhar mein, unke liye koi paigham, koi message jo aap dena chahen.</w:t>
      </w:r>
    </w:p>
    <w:p>
      <w:pPr>
        <w:jc w:val="right"/>
      </w:pPr>
      <w:r>
        <w:t>साजिद भाई आखिरी सवाल यह है कि CPS members जो पूरे फैले हुए हैं दुनिया भर में, उनके लिए कोई पैगाम, कोई message जो आप देना चाहें.</w:t>
      </w:r>
    </w:p>
    <w:p>
      <w:r>
        <w:rPr>
          <w:b/>
        </w:rPr>
        <w:t xml:space="preserve">[1:01:35] </w:t>
      </w:r>
      <w:r>
        <w:t>to thoda ek hesitation to hota hi hai dawat mein aisa to nahi hota hai ki sab kuch free follow hota hai hamesha. to thoda ek rehta hai. ji. lekin jo response mujhe mila vah bilkul hi ajib tha. unhone mujhse aur quran manga. vah log badhte hain.</w:t>
      </w:r>
    </w:p>
    <w:p>
      <w:pPr>
        <w:jc w:val="right"/>
      </w:pPr>
      <w:r>
        <w:t>तो थोड़ा एक hesitation तो होता ही है दावत में ऐसा तो नहीं होता है कि सब कुछ free follow होता है हमेशा. तो थोड़ा एक रहता है. जी. लेकिन जो response मुझे मिला वह बिल्कुल ही अजीब था. उन्होंने मुझसे और कुरान मांगा. वह लोग बढ़ते हैं.</w:t>
      </w:r>
    </w:p>
    <w:p>
      <w:r>
        <w:rPr>
          <w:b/>
        </w:rPr>
        <w:t xml:space="preserve">[1:02:05] </w:t>
      </w:r>
      <w:r>
        <w:t>ji. to yeh main add karna chah bahut khoob, bahut khoob. bas khada hona hai. ji. apne aap jo hai madad aayegi aapki taraf. ji. dekhiye message to ab maine molana se jo kuch seekha hai main vahi aapke sath share karunga.</w:t>
      </w:r>
    </w:p>
    <w:p>
      <w:pPr>
        <w:jc w:val="right"/>
      </w:pPr>
      <w:r>
        <w:t>जी. तो यह मैं add करना चाह बहुत खूब, बहुत खूब. बस खड़ा होना है. जी. अपने आप जो है मदद आएगी आपकी तरफ. जी. देखिए message तो अब मैंने मोलाना से जो कुछ सीखा है मैं वही आपके साथ share करूंगा.</w:t>
      </w:r>
    </w:p>
    <w:p>
      <w:r>
        <w:rPr>
          <w:b/>
        </w:rPr>
        <w:t xml:space="preserve">[1:02:19] </w:t>
      </w:r>
      <w:r>
        <w:t>mera aakhiri wale se molana ne hamesha jo hamein nasiyat kiye hain aur khas taur se mujhe bhi ki hai. ji. ki kisi bhi excuse ko ab banakar team se alag mat hoiyega. ji.</w:t>
      </w:r>
    </w:p>
    <w:p>
      <w:pPr>
        <w:jc w:val="right"/>
      </w:pPr>
      <w:r>
        <w:t>मेरा आखिरी वाले से मौलाना ने हमेशा जो हमें नसीयत किए हैं और खासतौर से मुझे भी की है. जी. कि किसी भी excuse को अब बनाकर team से अलग मत होइएगा. जी.</w:t>
      </w:r>
    </w:p>
    <w:p>
      <w:r>
        <w:rPr>
          <w:b/>
        </w:rPr>
        <w:t xml:space="preserve">[1:02:47] </w:t>
      </w:r>
      <w:r>
        <w:t>Kisi bhi, kisi bhi excuse ko waisa nahi hua. Ji.</w:t>
      </w:r>
    </w:p>
    <w:p>
      <w:pPr>
        <w:jc w:val="right"/>
      </w:pPr>
      <w:r>
        <w:t>किसी भी, किसी भी excuse को वैसा नहीं हुआ. जी.</w:t>
      </w:r>
    </w:p>
    <w:p>
      <w:r>
        <w:rPr>
          <w:b/>
        </w:rPr>
        <w:t xml:space="preserve">[1:02:54] </w:t>
      </w:r>
      <w:r>
        <w:t>to yeh cheez jo hai team ke liye itni important hai aur matlab aap samjhiye ki mumann ne</w:t>
      </w:r>
    </w:p>
    <w:p>
      <w:pPr>
        <w:jc w:val="right"/>
      </w:pPr>
      <w:r>
        <w:t>तो यह चीज़ जो है team के लिए इतनी important है और मतलब आप समझिए कि मुमान ने</w:t>
      </w:r>
    </w:p>
    <w:p>
      <w:r>
        <w:rPr>
          <w:b/>
        </w:rPr>
        <w:t xml:space="preserve">[1:03:01] </w:t>
      </w:r>
      <w:r>
        <w:t>isko ek baar nahi kai baar bola hai.</w:t>
      </w:r>
    </w:p>
    <w:p>
      <w:pPr>
        <w:jc w:val="right"/>
      </w:pPr>
      <w:r>
        <w:t>इसको एक बार नहीं कई बार बोला है.</w:t>
      </w:r>
    </w:p>
    <w:p>
      <w:r>
        <w:rPr>
          <w:b/>
        </w:rPr>
        <w:t xml:space="preserve">[1:03:08] </w:t>
      </w:r>
      <w:r>
        <w:t>is par articles hain, is par lectures hain, to kitni amiat hogi. Ji.</w:t>
      </w:r>
    </w:p>
    <w:p>
      <w:pPr>
        <w:jc w:val="right"/>
      </w:pPr>
      <w:r>
        <w:t>इस पर articles हैं, इस पर lectures हैं, तो कितनी अमित होगी. जी.</w:t>
      </w:r>
    </w:p>
    <w:p>
      <w:r>
        <w:rPr>
          <w:b/>
        </w:rPr>
        <w:t xml:space="preserve">[1:03:15] </w:t>
      </w:r>
      <w:r>
        <w:t>ki jisko repeat karna pada. Ji.</w:t>
      </w:r>
    </w:p>
    <w:p>
      <w:pPr>
        <w:jc w:val="right"/>
      </w:pPr>
      <w:r>
        <w:t>कि जिसको repeat करना पड़ा. जी.</w:t>
      </w:r>
    </w:p>
    <w:p>
      <w:r>
        <w:rPr>
          <w:b/>
        </w:rPr>
        <w:t xml:space="preserve">[1:03:22] </w:t>
      </w:r>
      <w:r>
        <w:t>jaise alladar ne shaitan ke waqi ko saat baar repeat kiya.</w:t>
      </w:r>
    </w:p>
    <w:p>
      <w:pPr>
        <w:jc w:val="right"/>
      </w:pPr>
      <w:r>
        <w:t>जैसे अल्लादार ने शैतान के वाकई को सात बार repeat किया.</w:t>
      </w:r>
    </w:p>
    <w:p>
      <w:r>
        <w:rPr>
          <w:b/>
        </w:rPr>
        <w:t xml:space="preserve">[1:03:29] </w:t>
      </w:r>
      <w:r>
        <w:t>yaani kitna bada dushmane mara woh. Ji.</w:t>
      </w:r>
    </w:p>
    <w:p>
      <w:pPr>
        <w:jc w:val="right"/>
      </w:pPr>
      <w:r>
        <w:t>यानी कितना बड़ा दुश्मने मारा वह. जी.</w:t>
      </w:r>
    </w:p>
    <w:p>
      <w:r>
        <w:rPr>
          <w:b/>
        </w:rPr>
        <w:t xml:space="preserve">[1:03:36] </w:t>
      </w:r>
      <w:r>
        <w:t>hum usko bhool na jayein kisi waqt bhi.</w:t>
      </w:r>
    </w:p>
    <w:p>
      <w:pPr>
        <w:jc w:val="right"/>
      </w:pPr>
      <w:r>
        <w:t>हम उसको भूल ना जाएं किसी वक्त भी.</w:t>
      </w:r>
    </w:p>
    <w:p>
      <w:r>
        <w:rPr>
          <w:b/>
        </w:rPr>
        <w:t xml:space="preserve">[1:03:44] </w:t>
      </w:r>
      <w:r>
        <w:t>to yeh message ko hamein as a team aur yeh isliye bhi important hai kyunki aise hi mauke</w:t>
      </w:r>
    </w:p>
    <w:p>
      <w:pPr>
        <w:jc w:val="right"/>
      </w:pPr>
      <w:r>
        <w:t>तो यह message को हमें as a team और यह इसलिए भी important है क्योंकि ऐसे ही मौके</w:t>
      </w:r>
    </w:p>
    <w:p>
      <w:r>
        <w:rPr>
          <w:b/>
        </w:rPr>
        <w:t xml:space="preserve">[1:03:52] </w:t>
      </w:r>
      <w:r>
        <w:t>aate hi rehte hain. Ji.</w:t>
      </w:r>
    </w:p>
    <w:p>
      <w:pPr>
        <w:jc w:val="right"/>
      </w:pPr>
      <w:r>
        <w:t>आते ही रहते हैं. जी.</w:t>
      </w:r>
    </w:p>
    <w:p>
      <w:r>
        <w:rPr>
          <w:b/>
        </w:rPr>
        <w:t xml:space="preserve">[1:04:00] </w:t>
      </w:r>
      <w:r>
        <w:t>ki koi kisi offend ho jata hai, kisi ke bare mein koi badbumani aa jati hai.</w:t>
      </w:r>
    </w:p>
    <w:p>
      <w:pPr>
        <w:jc w:val="right"/>
      </w:pPr>
      <w:r>
        <w:t>कि कोई किसी offend हो जाता है, किसी के बारे में कोई बदबूमानी आ जाती है.</w:t>
      </w:r>
    </w:p>
    <w:p>
      <w:r>
        <w:rPr>
          <w:b/>
        </w:rPr>
        <w:t xml:space="preserve">[1:04:08] </w:t>
      </w:r>
      <w:r>
        <w:t>to wahan par hamein khud ko hi samjhana hai, kisi dusre ko samjhana nahi hai.</w:t>
      </w:r>
    </w:p>
    <w:p>
      <w:pPr>
        <w:jc w:val="right"/>
      </w:pPr>
      <w:r>
        <w:t>तो वहां पर हमें खुद को ही समझाना है, किसी दूसरे को समझाना नहीं है.</w:t>
      </w:r>
    </w:p>
    <w:p>
      <w:r>
        <w:rPr>
          <w:b/>
        </w:rPr>
        <w:t xml:space="preserve">[1:04:16] </w:t>
      </w:r>
      <w:r>
        <w:t>to hum doctor Junaid, Mohabbay aur main lagbhag alternate month aate the manah se milne ke.</w:t>
      </w:r>
    </w:p>
    <w:p>
      <w:pPr>
        <w:jc w:val="right"/>
      </w:pPr>
      <w:r>
        <w:t>तो हम doctor जुनैद, मोहब्बाय और मैं लगभग alternate month आते थे मनाह से मिलने के.</w:t>
      </w:r>
    </w:p>
    <w:p>
      <w:r>
        <w:rPr>
          <w:b/>
        </w:rPr>
        <w:t xml:space="preserve">[1:04:22] </w:t>
      </w:r>
      <w:r>
        <w:t>to usmein zahire ke ek dedh din rehte the aur uske baad jab hamari wapsi hoti thi, mujhe</w:t>
      </w:r>
    </w:p>
    <w:p>
      <w:pPr>
        <w:jc w:val="right"/>
      </w:pPr>
      <w:r>
        <w:t>तो उसमें ज़ाहिरे के एक डेढ़ दिन रहते थे और उसके बाद जब हमारी वाक्सी होती थी, मुझे</w:t>
      </w:r>
    </w:p>
    <w:p>
      <w:r>
        <w:rPr>
          <w:b/>
        </w:rPr>
        <w:t xml:space="preserve">[1:04:28] </w:t>
      </w:r>
      <w:r>
        <w:t>aaj tak yaad hai ki har martaba Maulana ne ek hi naseeyat thi.</w:t>
      </w:r>
    </w:p>
    <w:p>
      <w:pPr>
        <w:jc w:val="right"/>
      </w:pPr>
      <w:r>
        <w:t>आज तक याद है कि हर मरतवा मोलाना नामी एक ही नसीयत थी.</w:t>
      </w:r>
    </w:p>
    <w:p>
      <w:r>
        <w:rPr>
          <w:b/>
        </w:rPr>
        <w:t xml:space="preserve">[1:04:35] </w:t>
      </w:r>
      <w:r>
        <w:t>Ji, har martaba. Har martaba. Achha.</w:t>
      </w:r>
    </w:p>
    <w:p>
      <w:pPr>
        <w:jc w:val="right"/>
      </w:pPr>
      <w:r>
        <w:t>जी, हर मरतवा. हर मरतवा. अच्छा.</w:t>
      </w:r>
    </w:p>
    <w:p>
      <w:r>
        <w:rPr>
          <w:b/>
        </w:rPr>
        <w:t xml:space="preserve">[1:04:41] </w:t>
      </w:r>
      <w:r>
        <w:t>yeh nahi ki bhai aap is baar aap kuch is baar ek hi naseeyat apne mutallion ko badhaiye.</w:t>
      </w:r>
    </w:p>
    <w:p>
      <w:pPr>
        <w:jc w:val="right"/>
      </w:pPr>
      <w:r>
        <w:t>यह नहीं कि भाई आप इस बार आप कुछ इस बार एक ही नसीयत अपने मोतालियों को बढ़ाइए.</w:t>
      </w:r>
    </w:p>
    <w:p>
      <w:r>
        <w:rPr>
          <w:b/>
        </w:rPr>
        <w:t xml:space="preserve">[1:04:48] </w:t>
      </w:r>
      <w:r>
        <w:t>bahut cool. ji. to 96 ka insan yeh kar raha apne mutale ko badhaiye. ji ji ji. yeh nahi bol raha hai apni team ko badhaiye, apni mehnat ko badhaiye. hai na? aur kya kya dawa active karna hai usko badhaiye. kya bol hai? study badhaiye. ji. kyunki study shayad munane se bolta hoon ki study jab badhegi to baki aap khud hi sab aap karenge. ji ji ji. vah usko alag se focus karne ki zarurat nahi hai. ji ji ji.</w:t>
      </w:r>
    </w:p>
    <w:p>
      <w:pPr>
        <w:jc w:val="right"/>
      </w:pPr>
      <w:r>
        <w:t>बहुत cool. जी. तो 96 का इंसान यह कर रहा अपने मुताले को बढ़ाइए. जी जी जी. यह नहीं बोल रहा है अपनी team को बढ़ाइए, अपनी मेहनत को बढ़ाइए. है ना? और क्या क्या दावा active करना है उसको बढ़ाइए. क्या बोल है? Study बढ़ाइए. जी. क्योंकि study शायद मुनाने से बोलता हूं कि study जब बढ़ेगी तो बाकी आप खुद ही सब आप करेंगे. जी जी जी. वह उसको अलग से focus करने की ज़रूरत नहीं है. जी जी जी.</w:t>
      </w:r>
    </w:p>
    <w:p>
      <w:r>
        <w:rPr>
          <w:b/>
        </w:rPr>
        <w:t xml:space="preserve">[1:05:14] </w:t>
      </w:r>
      <w:r>
        <w:t>to yeh main as a individual isko bahut ahamiyat deta hoon kyunki murana hamein khas taur se as a individually hamein bataya is baat ko. to yeh meri yeh ek share kar raha hoon. ji. murana ki baat jo humne murana se seekhi as a individual. ji. jaza gullah sajid bhai, that was amazing. may allah bless you abundantly. may you keep inspiring everyone and may you become the tool to take the message of god to entire humanity.</w:t>
      </w:r>
    </w:p>
    <w:p>
      <w:pPr>
        <w:jc w:val="right"/>
      </w:pPr>
      <w:r>
        <w:t>तो यह मैं as a individual इसको बहुत अहमियत देता हूं क्योंकि मुराना हमें खासतौर से as a individually हमें बताया इस बात को. तो यह मेरी यह एक share कर रहा हूं. जी. मुराना की बात जो हमने मुराना से सीखी as a individual. जी. जज़ा गल्लाह साजिद भाई, that was amazing. May Allah bless you abundantly. May you keep inspiring everyone and may you become the tool to take the message of God to entire humanity.</w:t>
      </w:r>
    </w:p>
    <w:p>
      <w:r>
        <w:rPr>
          <w:b/>
        </w:rPr>
        <w:t xml:space="preserve">[1:05:44] </w:t>
      </w:r>
      <w:r>
        <w:t>thank you so much for inspiring all of us. if you want to join cps international, you want to distribute quran in your area, or you want to support us in any way, then write to us on info at cpsglobal dot org. to aaj ka session hum yahin khatm karte hain. hum phir lautenge agle sunday saare das baje. thank you. jija kalla jija kalla</w:t>
      </w:r>
    </w:p>
    <w:p>
      <w:pPr>
        <w:jc w:val="right"/>
      </w:pPr>
      <w:r>
        <w:t>Thank you so much for inspiring all of us. If you want to join CPS International, you want to distribute कुरान in your area, or you want to support us in any way, then write to us on info at cpsglobal dot o r g. तो आज का session हम यही खत्म करते हैं. हम फिर लौटेंगे अगले Sunday साढ़े दस बजे. Thank you. जीजा कल्ला जीजा कल्ला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