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Building a Heavenly Personality May 28, 2023</w:t>
      </w:r>
    </w:p>
    <w:p>
      <w:r>
        <w:t>https://youtu.be/xl1-jaw6zwg</w:t>
      </w:r>
    </w:p>
    <w:p>
      <w:r>
        <w:rPr>
          <w:b/>
        </w:rPr>
        <w:t xml:space="preserve">[00:11] </w:t>
      </w:r>
      <w:r>
        <w:t>Assalamu alaikum. As we know that Paradise is the goal of every human being, it is said that Paradise—in Paradise—people will have hearts pure, and their speech good, and their deeds righteous.</w:t>
      </w:r>
    </w:p>
    <w:p>
      <w:pPr>
        <w:jc w:val="right"/>
      </w:pPr>
      <w:r>
        <w:t>السلامعلیکم۔ Asweknowthat Par adise isthe goal of everyhuman be ing, itissaidthat Paradise—inParadise—peoplewill have hearts pure,and their speech good ,and their deeds righteous.</w:t>
      </w:r>
    </w:p>
    <w:p>
      <w:r>
        <w:rPr>
          <w:b/>
        </w:rPr>
        <w:t xml:space="preserve">[00:27] </w:t>
      </w:r>
      <w:r>
        <w:t>Quran kehta hai ke Paradise is for one who purifies his soul. So today we will have a conversation with Professor Farida Khanum on how to build a heavenly personality.</w:t>
      </w:r>
    </w:p>
    <w:p>
      <w:pPr>
        <w:jc w:val="right"/>
      </w:pPr>
      <w:r>
        <w:t>قرآن کہتاہےکہ Par adiseisfor one who pur ifies his soul. Sotodaywewillhaveaconvers ationwith Profess orFar idaKhanum on how to build a heavenlypersonal ity.</w:t>
      </w:r>
    </w:p>
    <w:p>
      <w:r>
        <w:rPr>
          <w:b/>
        </w:rPr>
        <w:t xml:space="preserve">[00:40] </w:t>
      </w:r>
      <w:r>
        <w:t>to chaliye unhi se baat cheet karte hain. Assalamu alaikum Aapa, kaise hain aap? Wa alaikum assalam. Sab theek hain, aap bhi theek hain? Ji Alhamdulillah. Aapa, sab se pehla sawal to sab subject ke upar hi hai ke how can one build a heavenly personality us ke bare mein bataein.</w:t>
      </w:r>
    </w:p>
    <w:p>
      <w:pPr>
        <w:jc w:val="right"/>
      </w:pPr>
      <w:r>
        <w:t>توچلیےانہیسے باتچیتکرتےہیں۔ السلامعلیکمآپا،کیسےہیںآپ؟وعلیکمالسلام۔ سبٹھیکہیں،آپبھیٹھیکہیں؟جی الحمدللہ۔ آپا،سبسے پہلاسوال تو سبجیکٹکےاوپرہیہے کہ how can one build aheavenlypersonal ity اسکےبارےمیںبت ائیں۔</w:t>
      </w:r>
    </w:p>
    <w:p>
      <w:r>
        <w:rPr>
          <w:b/>
        </w:rPr>
        <w:t xml:space="preserve">[00:57] </w:t>
      </w:r>
      <w:r>
        <w:t>Ji yeh bohat hi ahem sawal hai ke heavenly personality kaise build karein. Heavenly personality ka matlab hai purified personality</w:t>
      </w:r>
    </w:p>
    <w:p>
      <w:pPr>
        <w:jc w:val="right"/>
      </w:pPr>
      <w:r>
        <w:t>جییہبہت ہی اہم سوال ہے کہheavenlypersonal ityکیسےbuild کریں۔ Heavenlypersonal ityکامطلبہے pur ified personal ity</w:t>
      </w:r>
    </w:p>
    <w:p>
      <w:r>
        <w:rPr>
          <w:b/>
        </w:rPr>
        <w:t xml:space="preserve">[01:09] </w:t>
      </w:r>
      <w:r>
        <w:t>, jisko hum Quran mein kaha gaya hai mazkiah shakhsiyat. To tazkiyah, jis ke liye tazkiyah karte hain, tamam peghambar ko hukm diya gaya tha tazkiyah karne ke liye logon ka.</w:t>
      </w:r>
    </w:p>
    <w:p>
      <w:pPr>
        <w:jc w:val="right"/>
      </w:pPr>
      <w:r>
        <w:t>، جسکوہم قرآنمیںکہاگیا ہےمذ کّہشخص یت ۔ تو تزکیہ، جس کےلیے تزکیہکرتےہیں،تمام پیغمبر کو حکمدیاگیاتھا تزکیہکرنےکےلیے لوگوںکا ۔</w:t>
      </w:r>
    </w:p>
    <w:p>
      <w:r>
        <w:rPr>
          <w:b/>
        </w:rPr>
        <w:t xml:space="preserve">[01:22] </w:t>
      </w:r>
      <w:r>
        <w:t>To Quran mein aaya hai: Qad aflaha man zakkaha, wa qad khaba man dassaha. Woh kamyab hua jis ne is ko pak kiya, aur naamurad hua jis ne is ko aaloodah kiya.</w:t>
      </w:r>
    </w:p>
    <w:p>
      <w:pPr>
        <w:jc w:val="right"/>
      </w:pPr>
      <w:r>
        <w:t>تو قرآنمیںآیاہے:قد أفلح منزكّاه ،وقد خاب من دسّه وہ کامیابہوا جسنے اسکو پاک کیا، اور نامرادہواجسنےاسکو آلودہکیا۔</w:t>
      </w:r>
    </w:p>
    <w:p>
      <w:r>
        <w:rPr>
          <w:b/>
        </w:rPr>
        <w:t xml:space="preserve">[01:34] </w:t>
      </w:r>
      <w:r>
        <w:t>Yeh chapter 91, verse 9:10 hai. To is se hamein pata chalta hai ke insaan ko apne aap ko tazkiyah karna hai, apni shakhsiyat ko pak karna hai.</w:t>
      </w:r>
    </w:p>
    <w:p>
      <w:pPr>
        <w:jc w:val="right"/>
      </w:pPr>
      <w:r>
        <w:t>یہ چیپٹر 9 1، ورس 9 :10ہے۔ تواسسےہمیںپتہچلتاہے کہ انسان کو اپنےآپکو تزکیہکرناہے، اپنی شخص یتکو پاک کرناہے۔</w:t>
      </w:r>
    </w:p>
    <w:p>
      <w:r>
        <w:rPr>
          <w:b/>
        </w:rPr>
        <w:t xml:space="preserve">[01:48] </w:t>
      </w:r>
      <w:r>
        <w:t>Pak karne ka matlab kya hai? Dekhein, koi bhi bachcha jab paida hota hai to woh bilkul masoom hota hai. Woh jab chand saalon tak bilkul as it is rehta hai, jaisa woh paida hua.</w:t>
      </w:r>
    </w:p>
    <w:p>
      <w:pPr>
        <w:jc w:val="right"/>
      </w:pPr>
      <w:r>
        <w:t>پاک کرنےکامطلبکیا ہے ؟ دیکھیں،کوئیبھیبچہجب پیدا ہوتاہےتو وہبالکل معصوم ہوتاہے۔ وہ جب چند سالوںتکوہبالکل as itisرہتاہے،جیساوہپیدا ہوا ۔</w:t>
      </w:r>
    </w:p>
    <w:p>
      <w:r>
        <w:rPr>
          <w:b/>
        </w:rPr>
        <w:t xml:space="preserve">[02:02] </w:t>
      </w:r>
      <w:r>
        <w:t>Baat karega, bilkul sach baat karega. Koi us ko baat banana nahin aati, koi jhoot bolna nahin aata. To phir dheere dheere kya hota hai ke woh jis mahaul mein jaata hai, us mahaul se bohat kuch seekhta hai.</w:t>
      </w:r>
    </w:p>
    <w:p>
      <w:pPr>
        <w:jc w:val="right"/>
      </w:pPr>
      <w:r>
        <w:t>باتکرےگا،بالکل سچباتکرےگا۔ کوئیاسکوبات بنانینہیں آتی،کوئیجھوٹبولنانہیںآتا ۔ تو پھردھیرےدھیرےکیاہوتاہےکہوہ جس ماحولمیںجاتا ہے،اس ماحولسے بہت کچھ سیکھتاہے۔</w:t>
      </w:r>
    </w:p>
    <w:p>
      <w:r>
        <w:rPr>
          <w:b/>
        </w:rPr>
        <w:t xml:space="preserve">[02:16] </w:t>
      </w:r>
      <w:r>
        <w:t>Mahaul ke asar mein aa jaata hai. Isi ko Maulana ne conditioning kaha. Is ki conditioning ho jaati hai.</w:t>
      </w:r>
    </w:p>
    <w:p>
      <w:pPr>
        <w:jc w:val="right"/>
      </w:pPr>
      <w:r>
        <w:t>ماحول کے اثرمیںآجاتاہے۔ اسیکو مول انانےcond itioningکہا۔ اسکیcond itioningہوجاتیہے۔</w:t>
      </w:r>
    </w:p>
    <w:p>
      <w:r>
        <w:rPr>
          <w:b/>
        </w:rPr>
        <w:t xml:space="preserve">[02:25] </w:t>
      </w:r>
      <w:r>
        <w:t>Misal ke taur par mahaul mein agar log jhoot bol rahe hain, exploit kar rahe hain, injustice kar rahe hain, to woh dheere dheere woh bachcha is se mahaul se seekhne lage ga.</w:t>
      </w:r>
    </w:p>
    <w:p>
      <w:pPr>
        <w:jc w:val="right"/>
      </w:pPr>
      <w:r>
        <w:t>مثالکےطورپرماحولمیںاگرلوگ جھوٹبولرہےہیں، exp loitکررہےہیں، injusticeکررہےہیں، تو وہدھیرےدھیرےوہبچہ اسسے ماحولسےسیکھنےلگےگا۔</w:t>
      </w:r>
    </w:p>
    <w:p>
      <w:r>
        <w:rPr>
          <w:b/>
        </w:rPr>
        <w:t xml:space="preserve">[02:35] </w:t>
      </w:r>
      <w:r>
        <w:t>to hum insaan ghar mein reh nahi sakta. Man is a social animal to bahar niklega woh, aur bahar tarah tarah ke isko influences honge, aur woh iske mutabiq iski personality jo hai na, woh tayyar hogi.</w:t>
      </w:r>
    </w:p>
    <w:p>
      <w:pPr>
        <w:jc w:val="right"/>
      </w:pPr>
      <w:r>
        <w:t>تو ہم انسان گھرمیںرہ نہیںسکتا۔ Man isasocial anim al تو باہرنکلےگاوہ ، اورباہرطرح طرح کےاسکو influ ences ہوںگے،اور وہ اسکے مطابق اسکی personal ityجوہے نا،وہتیار ہوگی۔</w:t>
      </w:r>
    </w:p>
    <w:p>
      <w:r>
        <w:rPr>
          <w:b/>
        </w:rPr>
        <w:t xml:space="preserve">[02:54] </w:t>
      </w:r>
      <w:r>
        <w:t>to isi liye bohat zyada Quran mein aaya hai, Hadees mein aaya hai ke hamein apni personality ke liye tazkiya karna hai.</w:t>
      </w:r>
    </w:p>
    <w:p>
      <w:pPr>
        <w:jc w:val="right"/>
      </w:pPr>
      <w:r>
        <w:t>تو اسی لیے بہت زیادہ قرآنمیںآیاہے، حدیثمیںآیاہے کہہمیں اپنی personal ity کےلیے تزکیہکرناہے۔</w:t>
      </w:r>
    </w:p>
    <w:p>
      <w:r>
        <w:rPr>
          <w:b/>
        </w:rPr>
        <w:t xml:space="preserve">[03:04] </w:t>
      </w:r>
      <w:r>
        <w:t>yaani jab bhi hamein kisi qism ka koi halaat hote hain, events tarah tarah ke aate hain, tarah tarah ke experiences hote hain, to ismein hamara radd-e-amal kya ho?</w:t>
      </w:r>
    </w:p>
    <w:p>
      <w:pPr>
        <w:jc w:val="right"/>
      </w:pPr>
      <w:r>
        <w:t>یعنی جب بھی ہمیںکسی قسم کاکوئی حالات ہوتےہیں، event sطرح طرحکےآتےہیں،طرح طرح کے exper ien ces ہوتےہیں،تواسمیں ہمارا ردعملکیا ہو ؟</w:t>
      </w:r>
    </w:p>
    <w:p>
      <w:r>
        <w:rPr>
          <w:b/>
        </w:rPr>
        <w:t xml:space="preserve">[03:18] </w:t>
      </w:r>
      <w:r>
        <w:t>hamara response negative hota hai ke positive hota hai, isike mutabiq hamari personality banti hai. Agar hum positive response denge, positive response ka matlab hai ke kisi ne hamein ghussa kar diya to hamne retaliation mein usko ghussa nahi dikhaya, balkeh hamne usko maaf kar diya.</w:t>
      </w:r>
    </w:p>
    <w:p>
      <w:pPr>
        <w:jc w:val="right"/>
      </w:pPr>
      <w:r>
        <w:t>ہمارا res ponse neg ativeہوتاہے کہ pos itiveہوتاہے، اسیکے مط ابق ہماری personal ityبنتیہے۔ اگر ہم pos itiveresponseدیںگے، pos itiveresponseکامطلبہےکہکسی نےہمیں غصہکردیا توہمنے ret ali ationمیںاسکوغصہنہیںدکھایا،بلکہہمنے اسکو معافکردیا ۔</w:t>
      </w:r>
    </w:p>
    <w:p>
      <w:r>
        <w:rPr>
          <w:b/>
        </w:rPr>
        <w:t xml:space="preserve">[03:37] </w:t>
      </w:r>
      <w:r>
        <w:t>to yeh hai positive response. Isse hamari personality ko jala milti hai,</w:t>
      </w:r>
    </w:p>
    <w:p>
      <w:pPr>
        <w:jc w:val="right"/>
      </w:pPr>
      <w:r>
        <w:t>تویہہے pos itiveresponse۔ اسسےہماری personal ityکو جلاملتیہے،</w:t>
      </w:r>
    </w:p>
    <w:p>
      <w:r>
        <w:rPr>
          <w:b/>
        </w:rPr>
        <w:t xml:space="preserve">[03:42] </w:t>
      </w:r>
      <w:r>
        <w:t>hamari personality pure hoti hai, aur wohi personality hoti hai jo jannat mein jaane ke mustahiq qarar paayegi.</w:t>
      </w:r>
    </w:p>
    <w:p>
      <w:pPr>
        <w:jc w:val="right"/>
      </w:pPr>
      <w:r>
        <w:t>ہماری personal ity pureہوتیہے، اور وہی personal ityہوتیہےجو جنتمیں جانے کے مست حققرار پائےگی۔</w:t>
      </w:r>
    </w:p>
    <w:p>
      <w:r>
        <w:rPr>
          <w:b/>
        </w:rPr>
        <w:t xml:space="preserve">[03:52] </w:t>
      </w:r>
      <w:r>
        <w:t>to isi tarike se aur bohat sari cheezein hain, jaise society mein kuch log kamzor hain, kuch log taqatwar hain, kuch log jo hain maghloob haalat mein hain, kuch log ghalib haalat mein hain, kuch log subject hain, kuch log ruler hain.</w:t>
      </w:r>
    </w:p>
    <w:p>
      <w:pPr>
        <w:jc w:val="right"/>
      </w:pPr>
      <w:r>
        <w:t>تو اسیطریقےسے اور بہت ساریچیزیںہیں،جیسے soci etyمیںکچھلوگ کمزورہیں،کچھلوگ طاقتورہیں، کچھلوگ جوہیں مغلوب حالتمیںہیں،کچھلوگ غالبحالتمیںہیں، کچھلوگ subject ہیں،کچھلوگ rulerہیں۔</w:t>
      </w:r>
    </w:p>
    <w:p>
      <w:r>
        <w:rPr>
          <w:b/>
        </w:rPr>
        <w:t xml:space="preserve">[04:06] </w:t>
      </w:r>
      <w:r>
        <w:t>to is tarike se bohat zyada farq paaya jaata hai society mein. To</w:t>
      </w:r>
    </w:p>
    <w:p>
      <w:pPr>
        <w:jc w:val="right"/>
      </w:pPr>
      <w:r>
        <w:t>تو اسطریقےسے بہت زیادہ فرق پایاجاتاہے soci etyمیں۔ تو</w:t>
      </w:r>
    </w:p>
    <w:p>
      <w:r>
        <w:rPr>
          <w:b/>
        </w:rPr>
        <w:t xml:space="preserve">[04:12] </w:t>
      </w:r>
      <w:r>
        <w:t>in halaat ke darmiyan hamara reaction kya hoga? To wohi jo hai, hamari isse hamari personality shape hoti hai.</w:t>
      </w:r>
    </w:p>
    <w:p>
      <w:pPr>
        <w:jc w:val="right"/>
      </w:pPr>
      <w:r>
        <w:t>ان حالات کے درمیان ہمارا reactionکیا ہوگا؟ تو وہی جوہے،ہماری اسیسےہماری personal ity shapeہوتیہے۔</w:t>
      </w:r>
    </w:p>
    <w:p>
      <w:r>
        <w:rPr>
          <w:b/>
        </w:rPr>
        <w:t xml:space="preserve">[04:21] </w:t>
      </w:r>
      <w:r>
        <w:t>to hamein har haalat mein hamara reaction hamara positive hona chahiye, aur hamein apna wada poora karein, hum sach bolein, hum insaaf ke mutabiq saare kaam karein, kyunke yahi Khuda ka hukm hai, Rasool Allah Sallallahu Alaihi Wasallam ki yahi teaching hai.</w:t>
      </w:r>
    </w:p>
    <w:p>
      <w:pPr>
        <w:jc w:val="right"/>
      </w:pPr>
      <w:r>
        <w:t>توہمیںہرحالتمیں ہمار اreaction ہماراpos itiveہوناچاہیے، اور ہمیںاپناوعدہپوراکریں،ہمسچبولیں، ہمانصافکےمط ابق سارے کام کریں، کیونکہ یہیخداکاحکمہے، رسولاللہ صلیاللہعلیہوسلمکییہیteachingہے۔</w:t>
      </w:r>
    </w:p>
    <w:p>
      <w:r>
        <w:rPr>
          <w:b/>
        </w:rPr>
        <w:t xml:space="preserve">[04:38] </w:t>
      </w:r>
      <w:r>
        <w:t>to is tarike se hamari fitrat jo hai, woh mehfooz rahegi. Kyunke ek Hadees mein aaya hai ke agar jab bhi hum koi negative response dete hain to hamare dil mein ek kala dhabba pad jaata hai.</w:t>
      </w:r>
    </w:p>
    <w:p>
      <w:pPr>
        <w:jc w:val="right"/>
      </w:pPr>
      <w:r>
        <w:t>تو اسطریقےسےہماری فطرتجوہے،وہ محفوظرہےگی۔ کیونکہ ایکحدیثمیںآیاہےکہاگرجب بھیہمکوئیneg ative responseدیتےہیں تو ہمارے دل میں ایک کالادھبہپڑجاتاہے۔</w:t>
      </w:r>
    </w:p>
    <w:p>
      <w:r>
        <w:rPr>
          <w:b/>
        </w:rPr>
        <w:t xml:space="preserve">[04:52] </w:t>
      </w:r>
      <w:r>
        <w:t>matlab yeh symbolic language hai,</w:t>
      </w:r>
    </w:p>
    <w:p>
      <w:pPr>
        <w:jc w:val="right"/>
      </w:pPr>
      <w:r>
        <w:t>مطلبیہsymbol iclang uage ہے،</w:t>
      </w:r>
    </w:p>
    <w:p>
      <w:r>
        <w:rPr>
          <w:b/>
        </w:rPr>
        <w:t xml:space="preserve">[04:54] </w:t>
      </w:r>
      <w:r>
        <w:t>kala dhabba pad jaata hai. Isi tarah dheere dheere agar hum baar baar galat response dete rahenge, galat kaam karte rahenge to poora dil kaala ho jaata hai.</w:t>
      </w:r>
    </w:p>
    <w:p>
      <w:pPr>
        <w:jc w:val="right"/>
      </w:pPr>
      <w:r>
        <w:t>کالادھبہپڑجاتاہے۔ اسیطرح دھیرےدھیرے اگر ہم باربار غلط res ponseدیتےرہیںگے،غلطکام کرتے رہیںگے تو پورادل کالاہوجاتاہے۔</w:t>
      </w:r>
    </w:p>
    <w:p>
      <w:r>
        <w:rPr>
          <w:b/>
        </w:rPr>
        <w:t xml:space="preserve">[05:03] </w:t>
      </w:r>
      <w:r>
        <w:t>iska matlab hai ke hamare andar woh jo sensitivity hai, achhe kaam karne ke liye, woh khatam ho jaati hai. Hum insensitive ho jaate hain.</w:t>
      </w:r>
    </w:p>
    <w:p>
      <w:pPr>
        <w:jc w:val="right"/>
      </w:pPr>
      <w:r>
        <w:t>اسکامطلبہے کہہمارےاندر وہجو sens itiv ityہے، اچھےکام کرنے کےلیے،وہختمہوجاتیہے۔ہم ins ens itiveہوجاتےہیں۔</w:t>
      </w:r>
    </w:p>
    <w:p>
      <w:r>
        <w:rPr>
          <w:b/>
        </w:rPr>
        <w:t xml:space="preserve">[05:13] </w:t>
      </w:r>
      <w:r>
        <w:t>to phir hamare liye galat kaam karna hamare liye aasan ho jaata hai.</w:t>
      </w:r>
    </w:p>
    <w:p>
      <w:pPr>
        <w:jc w:val="right"/>
      </w:pPr>
      <w:r>
        <w:t>توپھرہمارےلیے غلطکام کرناہمارےلیے آسانہوجاتا ہے۔</w:t>
      </w:r>
    </w:p>
    <w:p>
      <w:r>
        <w:rPr>
          <w:b/>
        </w:rPr>
        <w:t xml:space="preserve">[05:17] </w:t>
      </w:r>
      <w:r>
        <w:t>to is liye hamein bohat zyada is silsile mein alert rehna hai, aur alert hum tab hi reh sakte hain jab hamara Khuda se gehra ta'alluq ho, Khuda se mohabbat ho, Khuda ka khauf ho, Khuda ko hum apna supreme concern bana lein.</w:t>
      </w:r>
    </w:p>
    <w:p>
      <w:pPr>
        <w:jc w:val="right"/>
      </w:pPr>
      <w:r>
        <w:t>تو اس لیےہمیںبہت زیادہ اس سلسلےمیں alertرہناہے، اور alertہمجبہیرہسکتےہیںجب ہمارا خداسےگہرا تعلقہو ، خداسےمح بت ہو،خداکاخوفہو ، خداکوہماپناsupreme concern بنالیں۔</w:t>
      </w:r>
    </w:p>
    <w:p>
      <w:r>
        <w:rPr>
          <w:b/>
        </w:rPr>
        <w:t xml:space="preserve">[05:32] </w:t>
      </w:r>
      <w:r>
        <w:t>to kyunke yeh sab kaam Khuda ke hi liye kiya jaayega. Dunya mein to agar hum aisa hota hai ke jhoot bolenge to hamein zyada faida milega, na insafi karenge to hamara worldly interest serve</w:t>
      </w:r>
    </w:p>
    <w:p>
      <w:pPr>
        <w:jc w:val="right"/>
      </w:pPr>
      <w:r>
        <w:t>تو کیونکہ یہسب کام خداکےہیلیے کیاجائےگا۔ دنیا میںتواگر ہم ایساہوتاہےکہجھوٹبولیںگےتوہمیںزیادہ فائدہملےگا، ناانصافیکریںگےتوہمارا world lyinter estserve</w:t>
      </w:r>
    </w:p>
    <w:p>
      <w:r>
        <w:rPr>
          <w:b/>
        </w:rPr>
        <w:t xml:space="preserve">[05:44] </w:t>
      </w:r>
      <w:r>
        <w:t>hoga. Lekin hamein yeh sochna hai ke hamein Khuda ke haan jaana hai, aur ek ek cheez ka hamein jawab dena hai. To is wajah se hamein Khuda ka khauf aur Khuda ka darr bohat zyada hoga, tabhi hum apni personality ko sahi tarike se iska tazkiya kar paayenge.</w:t>
      </w:r>
    </w:p>
    <w:p>
      <w:pPr>
        <w:jc w:val="right"/>
      </w:pPr>
      <w:r>
        <w:t>ہوگا۔ لیکن ہمیںیہسوچناہےکہ ہمیں خداکےہاںجاناہے،اور ایک ایکچیز کاہمیں جوابدیناہے۔ تو اسوجہ سےہمیں خداکا خوف اور خداکا ڈر بہت زیادہ ہوگا،تبھیہم اپنی personal ityکو صحیحطریقےسےاسکاتزکیہ کرپائیںگے۔</w:t>
      </w:r>
    </w:p>
    <w:p>
      <w:r>
        <w:rPr>
          <w:b/>
        </w:rPr>
        <w:t xml:space="preserve">[06:07] </w:t>
      </w:r>
      <w:r>
        <w:t>to dekhiye, yeh chhoti chhoti qurbaniyan hain ke kisi ne hamein hamare ego ko bhadka diya to hamne usko maaf kar diya. Keha hamein kahin maal ki zaroorat pade dene ki to hamne usko diya.</w:t>
      </w:r>
    </w:p>
    <w:p>
      <w:pPr>
        <w:jc w:val="right"/>
      </w:pPr>
      <w:r>
        <w:t>تودیکھیے،یہ چھوٹیچھوٹیقربانیاںہیں کہکسی نےہمیں ہمارے egoکو بھڑکادیا توہمنےاسکومعافکردیا۔ کہاہمیںکہیں مال کی ضرورت پڑیدینےکیتوہمنےاسکودیا۔</w:t>
      </w:r>
    </w:p>
    <w:p>
      <w:r>
        <w:rPr>
          <w:b/>
        </w:rPr>
        <w:t xml:space="preserve">[06:21] </w:t>
      </w:r>
      <w:r>
        <w:t>hamein kisi kisiko waqt dene ki zaroorat hui to hamne usko waqt diya. To is tarike se hamne chhote chhote kaam hum karte hain. To jannat dekhiye, ek priceless cheez hai.</w:t>
      </w:r>
    </w:p>
    <w:p>
      <w:pPr>
        <w:jc w:val="right"/>
      </w:pPr>
      <w:r>
        <w:t>ہمیںکسی کسیکووقت دینےکیضرورتہوئیتوہمنےاسکووقت دیا۔ تواسطریقےسےہمنے چھوٹےچھوٹےکام ہم کرتے ہیں۔ تو جن تدیکھیے،ایک pricelessچیزہے۔</w:t>
      </w:r>
    </w:p>
    <w:p>
      <w:r>
        <w:rPr>
          <w:b/>
        </w:rPr>
        <w:t xml:space="preserve">[06:31] </w:t>
      </w:r>
      <w:r>
        <w:t>jannat ki koi qeemat nahi hai.</w:t>
      </w:r>
    </w:p>
    <w:p>
      <w:pPr>
        <w:jc w:val="right"/>
      </w:pPr>
      <w:r>
        <w:t>جنتکی کوئی قیمتنہیںہے۔</w:t>
      </w:r>
    </w:p>
    <w:p>
      <w:r>
        <w:rPr>
          <w:b/>
        </w:rPr>
        <w:t xml:space="preserve">[06:34] </w:t>
      </w:r>
      <w:r>
        <w:t>to lekin Allah Ta'ala ne apni rehmat se chhoti chhoti cheezon ko aisa kiya hai ke uska bohat zyada reward Allah denge.</w:t>
      </w:r>
    </w:p>
    <w:p>
      <w:pPr>
        <w:jc w:val="right"/>
      </w:pPr>
      <w:r>
        <w:t>تو لیکن اللہ تعالینے اپنی رحمتسے چھوٹیچھوٹیچیزوں کو ایسا کیا ہےکہاسکا بہت زیادہ ریوارڈاللہ دیںگے۔</w:t>
      </w:r>
    </w:p>
    <w:p>
      <w:r>
        <w:rPr>
          <w:b/>
        </w:rPr>
        <w:t xml:space="preserve">[06:43] </w:t>
      </w:r>
      <w:r>
        <w:t>to hum chhota amal karenge, iska reward bohat zyada hoga. To is tarike se Allah ne hamein yeh jannat ki qeemat ko hamare liye aasan bana diya hai.</w:t>
      </w:r>
    </w:p>
    <w:p>
      <w:pPr>
        <w:jc w:val="right"/>
      </w:pPr>
      <w:r>
        <w:t>تو ہمچھوٹا عمل کریںگے،اسکاریوارڈبہت زیادہ ہوگا۔ تو اسطریقےسے اللہ نےہمیں یہ جنتکی قیمتکوہمارےلیے آسانبنادیاہے۔</w:t>
      </w:r>
    </w:p>
    <w:p>
      <w:r>
        <w:rPr>
          <w:b/>
        </w:rPr>
        <w:t xml:space="preserve">[06:54] </w:t>
      </w:r>
      <w:r>
        <w:t>warna jannat itni zyada q</w:t>
      </w:r>
    </w:p>
    <w:p>
      <w:pPr>
        <w:jc w:val="right"/>
      </w:pPr>
      <w:r>
        <w:t>ورنہ جنتاتنیزیادہ ق</w:t>
      </w:r>
    </w:p>
    <w:p>
      <w:r>
        <w:rPr>
          <w:b/>
        </w:rPr>
        <w:t xml:space="preserve">[06:56] </w:t>
      </w:r>
      <w:r>
        <w:t>eemat hai, ek eternal life. Khuda ke pados mein aap soch sakte hain ke iski koi qeemat wohi nahi sakti. Hamare amal ki kya qeemat hai? Aur woh amal karte hain, woh bhi Khuda ki, Khuda ki madad se hi karte hain.</w:t>
      </w:r>
    </w:p>
    <w:p>
      <w:pPr>
        <w:jc w:val="right"/>
      </w:pPr>
      <w:r>
        <w:t>یمتیہے،ایک ایٹرنللائف۔ خداکےپڑوسمیںآپ سوچسکتےہیں کہاسکیکوئیقیمتہوہینہیںسکتی۔ہمارےعمل کیکیا قیمتہے ؟ اورجوہمعمل کرتےہیں،وہبھیخداکی ،خداکیمد دسےہیکرتے ہیں۔</w:t>
      </w:r>
    </w:p>
    <w:p>
      <w:r>
        <w:rPr>
          <w:b/>
        </w:rPr>
        <w:t xml:space="preserve">[07:09] </w:t>
      </w:r>
      <w:r>
        <w:t>hamara apna kuch bhienhein hai. to yeh chhote chhote kaam hum karein aur Khuda ke liye karein to isika Allah taala bohat ziyada ajr dete hain, kyunke woh Khuda ke liye kiya jata hai.</w:t>
      </w:r>
    </w:p>
    <w:p>
      <w:pPr>
        <w:jc w:val="right"/>
      </w:pPr>
      <w:r>
        <w:t>ہمارا اپنا کچھبھینہیں ہے۔ تو یہ چھوٹےچھوٹےکام ہمکریںاورخداکےلیےکریں تو اسیکااللہتعالی بہت زیادہ اجردیتےہیں، کیونکہوہخداکےلیےکیاجاتا ہے۔</w:t>
      </w:r>
    </w:p>
    <w:p>
      <w:r>
        <w:rPr>
          <w:b/>
        </w:rPr>
        <w:t xml:space="preserve">[07:22] </w:t>
      </w:r>
      <w:r>
        <w:t>to log yeh samajhte hain ke jannat woh hai, koi kisi khaas giroh mein se ta'alluq rakhenge to jannat milegi.</w:t>
      </w:r>
    </w:p>
    <w:p>
      <w:pPr>
        <w:jc w:val="right"/>
      </w:pPr>
      <w:r>
        <w:t>تو لوگ یہسمجھتےہیں کہ جنتجوہے، کوئی کسی خاص گروہمیں سےتعلق رکھیںگےتوجنتملےگی۔</w:t>
      </w:r>
    </w:p>
    <w:p>
      <w:r>
        <w:rPr>
          <w:b/>
        </w:rPr>
        <w:t xml:space="preserve">[07:31] </w:t>
      </w:r>
      <w:r>
        <w:t>koi samajhta hai ke koi buzurg hamari sifarish kar dega to jannat milegi. koi samajhta hai ke tasbeeh padhenge, hazar hazar daane ki tasbeeh padhenge to hamein jannat milegi. aise video aate rehte hain ke itni tasbeeh padh lo to itne maal banenge.</w:t>
      </w:r>
    </w:p>
    <w:p>
      <w:pPr>
        <w:jc w:val="right"/>
      </w:pPr>
      <w:r>
        <w:t>کوئیسمجھتاہےکہکوئیبزرگ ہماری سفارشکردےگاتوجنتملےگی۔ کوئیسمجھتاہےکہ تسبیحپڑھیںگے، ہزار ہزار دانے کیتسبیحپڑھیںگے توہمیںجنتملےگی۔ایسےویڈیو آتےرہتےہیں کہاتنیتسبیحپڑھلوتواتنےمال بنیںگے۔</w:t>
      </w:r>
    </w:p>
    <w:p>
      <w:r>
        <w:rPr>
          <w:b/>
        </w:rPr>
        <w:t xml:space="preserve">[07:48] </w:t>
      </w:r>
      <w:r>
        <w:t>to jannat ka mu'amla woh hai, woh quantity ka mu'amla nahin hai ke aapne itni tasbeeh padh li, itni duaen kar li to aapko itna maal mil gaya.</w:t>
      </w:r>
    </w:p>
    <w:p>
      <w:pPr>
        <w:jc w:val="right"/>
      </w:pPr>
      <w:r>
        <w:t>تو جن ت کامعاملہجوہے،وہ quant ityکامعاملہنہیںہےکہآپنےاتنیتسبیحپڑھلی،اتنی دعائیںکرلیں تو آپکواتنامال ملگیا۔</w:t>
      </w:r>
    </w:p>
    <w:p>
      <w:r>
        <w:rPr>
          <w:b/>
        </w:rPr>
        <w:t xml:space="preserve">[08:00] </w:t>
      </w:r>
      <w:r>
        <w:t>balke quality hai ke aapne kis spirit ke saath Khuda ki ibaadat ki, kis spirit ke saath aapne dua maangi, kis spirit ke saath aapne istighfar kiya.</w:t>
      </w:r>
    </w:p>
    <w:p>
      <w:pPr>
        <w:jc w:val="right"/>
      </w:pPr>
      <w:r>
        <w:t>بلکہ qual ityہے کہآپنےکس سپرٹکےساتھ خداکی عبادتکی،کس سپرٹکےساتھ آپنےدعامانگی ، کس سپرٹکےساتھ آپنے استغفارکیا۔</w:t>
      </w:r>
    </w:p>
    <w:p>
      <w:r>
        <w:rPr>
          <w:b/>
        </w:rPr>
        <w:t xml:space="preserve">[08:10] </w:t>
      </w:r>
      <w:r>
        <w:t>to is ke ewaz mein Allah taala, woh bhi ewaz mein bhien nahin, Allah taala apni rehmat se, Allah taala dekhega ke bande ne apni poori koshish ki hai to Allah taala apne rehmat se hamein bakhsh dega aur jannat mein dakhil karega.</w:t>
      </w:r>
    </w:p>
    <w:p>
      <w:pPr>
        <w:jc w:val="right"/>
      </w:pPr>
      <w:r>
        <w:t>تو اس کے عوضمیں اللہ تعالی،وہبھی عوضمیںبھینہیں،اللہ تعالی اپنی رحمتسے ،اللہ تعالیدیکھےگاکہبندےنے اپنی پوریکوششکیہےتواللہ تعالی اپنیرحمتسے ہمیں بخش دےگااور جنتمیں داخل کرےگا۔</w:t>
      </w:r>
    </w:p>
    <w:p>
      <w:r>
        <w:rPr>
          <w:b/>
        </w:rPr>
        <w:t xml:space="preserve">[08:27] </w:t>
      </w:r>
      <w:r>
        <w:t>kyunke jannat woh hai, woh bohat hi peaceful jagah hai. wahan Quran mein bar bar hawale aaye hain ke wahan log sab ek doosre ko salam salam karenge, sab ek doosre ke well wisher honge.</w:t>
      </w:r>
    </w:p>
    <w:p>
      <w:pPr>
        <w:jc w:val="right"/>
      </w:pPr>
      <w:r>
        <w:t>کیونکہ جنتجوہے،وہ بہت ہی peacefulجگہہے۔ وہاں قرآنمیںباربار حوالےآئےہیں کہوہاںلوگ سبایکدوسرےکوسلام سلامکریںگے، سب ایکدوسرےکےwell wisherہوںگے۔</w:t>
      </w:r>
    </w:p>
    <w:p>
      <w:r>
        <w:rPr>
          <w:b/>
        </w:rPr>
        <w:t xml:space="preserve">[08:41] </w:t>
      </w:r>
      <w:r>
        <w:t>wahan koi sinful talk nahin hogi. to hamein jo jannat ka jo mahaul hai, jannat ka jo culture hai, isike mutabiq hamein is duniya mein rehna hai.</w:t>
      </w:r>
    </w:p>
    <w:p>
      <w:pPr>
        <w:jc w:val="right"/>
      </w:pPr>
      <w:r>
        <w:t>وہاںکوئی sin fultalkنہیںہوگی۔ تو ہمیں جو جنتکاجو ماحولہے، جنتکاجو کلچرہے، اسیکے مط ابق ہمیںاسدنیا میںرہناہے۔</w:t>
      </w:r>
    </w:p>
    <w:p>
      <w:r>
        <w:rPr>
          <w:b/>
        </w:rPr>
        <w:t xml:space="preserve">[08:53] </w:t>
      </w:r>
      <w:r>
        <w:t>wohi culture apne andar hamein develop karna hai.</w:t>
      </w:r>
    </w:p>
    <w:p>
      <w:pPr>
        <w:jc w:val="right"/>
      </w:pPr>
      <w:r>
        <w:t>وہی کلچر اپنےاندرہمیںdevelop کرناہے۔</w:t>
      </w:r>
    </w:p>
    <w:p>
      <w:r>
        <w:rPr>
          <w:b/>
        </w:rPr>
        <w:t xml:space="preserve">[08:56] </w:t>
      </w:r>
      <w:r>
        <w:t>to tabhi hamein, jab tak hum woh jannati nafsiyat, jannati shakhsiyat hum apne andar develop nahin kar lenge, tab tak hamein jannat mein dakhila nahin milega. wahan dekhiye, sab kuch merit par hai.</w:t>
      </w:r>
    </w:p>
    <w:p>
      <w:pPr>
        <w:jc w:val="right"/>
      </w:pPr>
      <w:r>
        <w:t>تو تبھی ہمیں،جبتکہم وہجن تی نفسیات ،جن تی شخص یت ہم اپنےاندرdevelop نہکرلیںگے، تبتکہمیں جنتمیں داخلہنہیںملےگا۔وہاں دیکھیے،سبکچھ meritپرہے۔</w:t>
      </w:r>
    </w:p>
    <w:p>
      <w:r>
        <w:rPr>
          <w:b/>
        </w:rPr>
        <w:t xml:space="preserve">[09:10] </w:t>
      </w:r>
      <w:r>
        <w:t>aisa nahin hai ke koi hum sifarish le kar jayenge to jannat ka darwaza khul jayega. wahan jaisi hum shakhsiyat le kar jayenge, usike mutabiq hamein wahan par jagah milegi.</w:t>
      </w:r>
    </w:p>
    <w:p>
      <w:pPr>
        <w:jc w:val="right"/>
      </w:pPr>
      <w:r>
        <w:t>ایسانہیںہے کہکوئیہم سفارشلےکرجائیںگےتوجنتکادروازہ کھلجائےگا۔ وہاں جیسیہم شخص یت لےکرجائیںگے،اسیکےمط ابق ہمیں وہاںپر جگہملےگی۔</w:t>
      </w:r>
    </w:p>
    <w:p>
      <w:r>
        <w:rPr>
          <w:b/>
        </w:rPr>
        <w:t xml:space="preserve">[09:21] </w:t>
      </w:r>
      <w:r>
        <w:t>to is mu'amle mein hamein bohat ziyada sensitive hona hai</w:t>
      </w:r>
    </w:p>
    <w:p>
      <w:pPr>
        <w:jc w:val="right"/>
      </w:pPr>
      <w:r>
        <w:t>تواس معاملےمیںہمیںبہت زیادہ sens itiveہوناہے</w:t>
      </w:r>
    </w:p>
    <w:p>
      <w:r>
        <w:rPr>
          <w:b/>
        </w:rPr>
        <w:t xml:space="preserve">[09:25] </w:t>
      </w:r>
      <w:r>
        <w:t>ke agar hum jannat mein jagah chahte hain to usike mutabiq hamein apni shakhsiyat ko banana hai. kyunke jannat ka Quran mein aaya hai: fi ma qad istahaq ind al-Malik al-Muqtadir to ek seat of truth hai, sachai ki seat hai.</w:t>
      </w:r>
    </w:p>
    <w:p>
      <w:pPr>
        <w:jc w:val="right"/>
      </w:pPr>
      <w:r>
        <w:t>کہاگرہمجنتمیںجگہچاہتےہیںتواسیکےمط ابق ہمیں اپنی شخص یتکو بن اناہے۔کیونکہ جنت کا قرآنمیںآیاہے:في ماقد استحق عند الملک المقتدر توایک seatoftruthہے، سچائیکیseatہے۔</w:t>
      </w:r>
    </w:p>
    <w:p>
      <w:r>
        <w:rPr>
          <w:b/>
        </w:rPr>
        <w:t xml:space="preserve">[09:39] </w:t>
      </w:r>
      <w:r>
        <w:t>abhi yahan hum sachai na ke sachai ke mutabiq zindagi na guzar rahe hon to hamein ek aisi jagah par kahan jagah milegi jo sachai ki seat hai?</w:t>
      </w:r>
    </w:p>
    <w:p>
      <w:pPr>
        <w:jc w:val="right"/>
      </w:pPr>
      <w:r>
        <w:t>ابیہاںہمسچائی نہ کہ سچائیکےمطابق زندگی نہگزاررہےہوںتوہمیں ایک ایسیجگہپر کہاں جگہملےگی جو سچائیکیseatہے؟</w:t>
      </w:r>
    </w:p>
    <w:p>
      <w:r>
        <w:rPr>
          <w:b/>
        </w:rPr>
        <w:t xml:space="preserve">[09:49] </w:t>
      </w:r>
      <w:r>
        <w:t>to hamein is silsile mein bohat ziyada apne aap ko alert rehna hai aur apne andar jannati shakhsiyat paida karni hai.</w:t>
      </w:r>
    </w:p>
    <w:p>
      <w:pPr>
        <w:jc w:val="right"/>
      </w:pPr>
      <w:r>
        <w:t>تو ہمیں اس سلسلےمیںبہت زیادہ اپنےآپکو alertرہناہے اور اپنےاندر جن تیشخص یتپیدا کرنیہے۔</w:t>
      </w:r>
    </w:p>
    <w:p>
      <w:r>
        <w:rPr>
          <w:b/>
        </w:rPr>
        <w:t xml:space="preserve">[09:58] </w:t>
      </w:r>
      <w:r>
        <w:t>ji apa, aur bohat achhe se apa aapne bataya ke Paradise kitni perfect place hai. and apa, Paradise ke bare mein jitna bhi padhte hain to aisa lagta hai ke it looks very unbelievably beautiful and per</w:t>
      </w:r>
    </w:p>
    <w:p>
      <w:pPr>
        <w:jc w:val="right"/>
      </w:pPr>
      <w:r>
        <w:t>جیآپا، اور بہتاچھےسےآپاآپنےبتایاکہ Par adise کتنی perfect place ہے۔ اینڈآپا، Par adiseکےبارےمیںجتنابھی پڑھتےہیںتوایسےلگتاہےکہ itlooks very unbelievably beautifulandper</w:t>
      </w:r>
    </w:p>
    <w:p>
      <w:r>
        <w:rPr>
          <w:b/>
        </w:rPr>
        <w:t xml:space="preserve">[10:14] </w:t>
      </w:r>
      <w:r>
        <w:t>fect but apa, yeh bhi hai ke koi insaan wishful thinking se nahin Paradise pa lega. Hewillhaveto work and show his worthiness inthe pre-deathperiod , that he iscapable, heorsheiscapable to besettledinParadise.</w:t>
      </w:r>
    </w:p>
    <w:p>
      <w:pPr>
        <w:jc w:val="right"/>
      </w:pPr>
      <w:r>
        <w:t>fect but آپا،یہبھیہےکہ کوئیانسان wishfulthinkingسےنہیںPar adise پالےگا۔ Hewillhaveto work and show his worthiness inthe pre-deathperiod , that he iscap able,heorsheiscapable to besettledinParadise.</w:t>
      </w:r>
    </w:p>
    <w:p>
      <w:r>
        <w:rPr>
          <w:b/>
        </w:rPr>
        <w:t xml:space="preserve">[10:29] </w:t>
      </w:r>
      <w:r>
        <w:t>to apa, jaise aapne bataya ke Allah ke samne hazir hona hai aur har cheez ka jawab dena hai,</w:t>
      </w:r>
    </w:p>
    <w:p>
      <w:pPr>
        <w:jc w:val="right"/>
      </w:pPr>
      <w:r>
        <w:t>تو آپا،جیسےآپنے بت ایا کہ اللہ کےسامنے حاضرہوناہےاورہرچیزکا جوابدیناہے،</w:t>
      </w:r>
    </w:p>
    <w:p>
      <w:r>
        <w:rPr>
          <w:b/>
        </w:rPr>
        <w:t xml:space="preserve">[10:36] </w:t>
      </w:r>
      <w:r>
        <w:t>to apa, jo insaan ka jo kirdar hai, character hai, woh developed hota hai basis of human emotions , ke positive hain, negative hain.</w:t>
      </w:r>
    </w:p>
    <w:p>
      <w:pPr>
        <w:jc w:val="right"/>
      </w:pPr>
      <w:r>
        <w:t>تو آپ ا، جو انسان کاجو کرد ار ہے،char acter ہے، وہ develop edہوتاہے bas isofhuman emotions ،کہ pos itiveہیں،neg ative ہیں۔</w:t>
      </w:r>
    </w:p>
    <w:p>
      <w:r>
        <w:rPr>
          <w:b/>
        </w:rPr>
        <w:t xml:space="preserve">[10:46] </w:t>
      </w:r>
      <w:r>
        <w:t>to apa, ek sawal yeh bhi aata hai ke who are the deserving candidates of Paradise uske bare mein bhi batain. asal mein Paradise jo hai na, woh ek perfect place hai, ideal place hai.</w:t>
      </w:r>
    </w:p>
    <w:p>
      <w:pPr>
        <w:jc w:val="right"/>
      </w:pPr>
      <w:r>
        <w:t>تو آپا،ایکسوالیہبھیآتاہےکہ who arethedeservingcandid ates of Par adise اسکےبارےمیںبھیبتائیں۔ اصلمیںParad iseجوہےنا،وہایک perfect place ہے، ide alplace ہے۔</w:t>
      </w:r>
    </w:p>
    <w:p>
      <w:r>
        <w:rPr>
          <w:b/>
        </w:rPr>
        <w:t xml:space="preserve">[11:00] </w:t>
      </w:r>
      <w:r>
        <w:t>to hamein apne aap ko bhi perfect banana hoga, ideal character banana hoga,</w:t>
      </w:r>
    </w:p>
    <w:p>
      <w:pPr>
        <w:jc w:val="right"/>
      </w:pPr>
      <w:r>
        <w:t>تو ہمیں اپنے آپکوبھی perfectبن اناہوگا، ide alchar acterبناناہوگا،</w:t>
      </w:r>
    </w:p>
    <w:p>
      <w:r>
        <w:rPr>
          <w:b/>
        </w:rPr>
        <w:t xml:space="preserve">[11:05] </w:t>
      </w:r>
      <w:r>
        <w:t>to tabhi hum wahan par jagah pa sakte hain. to is par Maulana ne likha hai ke teen shartein batayi hain ke deserving candidate of Paradise ke liye.</w:t>
      </w:r>
    </w:p>
    <w:p>
      <w:pPr>
        <w:jc w:val="right"/>
      </w:pPr>
      <w:r>
        <w:t>تو تبھیہم وہاںپرجگہ پاسکتےہیں۔ تواسپر مول انانےلکھاہےکہ تینشرطیںبتائیہیں کہ deserving candid ateofParadise کےلیے۔</w:t>
      </w:r>
    </w:p>
    <w:p>
      <w:r>
        <w:rPr>
          <w:b/>
        </w:rPr>
        <w:t xml:space="preserve">[11:18] </w:t>
      </w:r>
      <w:r>
        <w:t>to sabse pehli shart yahi hai ke hum khaliq ki discovery karein, khaliq ki ma'rifat hasil karein. to khaliq ki ma'rifat kaise hogi? khaliq to invisible</w:t>
      </w:r>
    </w:p>
    <w:p>
      <w:pPr>
        <w:jc w:val="right"/>
      </w:pPr>
      <w:r>
        <w:t>توسبسےپہلیشرطیہیہے کہہم خالق کی disc overyکریں، خالقکی معرفت حاصل کریں۔ تو خالقکیمعرفتکیسےہوگی؟خالقتو invis</w:t>
      </w:r>
    </w:p>
    <w:p>
      <w:r>
        <w:rPr>
          <w:b/>
        </w:rPr>
        <w:t xml:space="preserve">[11:28] </w:t>
      </w:r>
      <w:r>
        <w:t>hai. to ma'rifat aise hogi ke jo tamam hamein woh creation hai, jo creation hai, usmein khaliq ki jhalak dikhai deti hai.</w:t>
      </w:r>
    </w:p>
    <w:p>
      <w:pPr>
        <w:jc w:val="right"/>
      </w:pPr>
      <w:r>
        <w:t>ibleہے۔ تو معرفت ایسےہوگی کہجو تمام ہمیںوہ cre ationہے، جو cre ationہے، اسمیں خالقکیجھلکدکھائیدیتیہے۔</w:t>
      </w:r>
    </w:p>
    <w:p>
      <w:r>
        <w:rPr>
          <w:b/>
        </w:rPr>
        <w:t xml:space="preserve">[11:38] </w:t>
      </w:r>
      <w:r>
        <w:t>bilkul aise hi hai jaise koi aap bada artist ho , usne art ek banaya ho perfect . to woh artist hamare samne nahin hoga, lekin woh perfect art dekh kar hamein ek artist ki ek shakhsiyat hamare zehn mein ban jati hai.</w:t>
      </w:r>
    </w:p>
    <w:p>
      <w:pPr>
        <w:jc w:val="right"/>
      </w:pPr>
      <w:r>
        <w:t>بالکل ایسےہیہےجیسےکوئیآپ بڑا artist ہو ، اسنے art ایکبنایا ہوperfect ۔تو وہ artist ہمارےسامنےنہیںہوگا،لیکنوہ perfect art دیکھکر ہمیںایک artist کیایکشخص یتہمارےذہنمیںبنجاتیہے۔</w:t>
      </w:r>
    </w:p>
    <w:p>
      <w:r>
        <w:rPr>
          <w:b/>
        </w:rPr>
        <w:t xml:space="preserve">[11:52] </w:t>
      </w:r>
      <w:r>
        <w:t>to aisehi yeh poora jo hai, poori kainat ek khaliq ka art hai.</w:t>
      </w:r>
    </w:p>
    <w:p>
      <w:pPr>
        <w:jc w:val="right"/>
      </w:pPr>
      <w:r>
        <w:t>تو ایسےہییہپورا جوہے،پوری کائنات ایک خالقکاart ہے۔</w:t>
      </w:r>
    </w:p>
    <w:p>
      <w:r>
        <w:rPr>
          <w:b/>
        </w:rPr>
        <w:t xml:space="preserve">[11:57] </w:t>
      </w:r>
      <w:r>
        <w:t>isko hamein dekhna hai aur khaliq ki discovery karna hai, khaliq ki marifat hasil karna hai. Isise hamare andar woh rabani shakhsiyat paida hogi.</w:t>
      </w:r>
    </w:p>
    <w:p>
      <w:pPr>
        <w:jc w:val="right"/>
      </w:pPr>
      <w:r>
        <w:t>اسکوہمیںدیکھناہے اور خالقکی discoveryکرناہے،خالقکیمعرفت حاصل کرناہے۔ اسیسےہمارےاندروہ ربانیشخص یت پیدا ہوگی۔</w:t>
      </w:r>
    </w:p>
    <w:p>
      <w:r>
        <w:rPr>
          <w:b/>
        </w:rPr>
        <w:t xml:space="preserve">[12:07] </w:t>
      </w:r>
      <w:r>
        <w:t>aur agar hum bilkul if we take everything for granted to woh rabani shakhsiyat tumhare andar paida nahi ho sakti. To jab hum itna zyada creation par ghaur o fikr karenge to dil se hamare andar Alhamdulillah kehna chahiye.</w:t>
      </w:r>
    </w:p>
    <w:p>
      <w:pPr>
        <w:jc w:val="right"/>
      </w:pPr>
      <w:r>
        <w:t>اور اگرہم بالکل ifwetakeeverythingfor grant ed تو وہربانی شخص یتہمارےاندرپیدا نہیںہوسکتی ۔ تو جب ہم اتنا زیادہ cre ationپر غوروفکرکریںگے تو دل سےہمارےاندر الحمدللہ ن کلناچاہیے۔</w:t>
      </w:r>
    </w:p>
    <w:p>
      <w:r>
        <w:rPr>
          <w:b/>
        </w:rPr>
        <w:t xml:space="preserve">[12:24] </w:t>
      </w:r>
      <w:r>
        <w:t>aisa nahi hai jaise aajkal log kehte hain Alhamdulillah, woh formal tareeqe se, woh nahi. Dil se Alhamdulillah nikle aur Allah ki yaad ismein shamil ho, aur Allah ki jo sab blessings hain, woh hamare andar bilkul living form mein maujood hon.</w:t>
      </w:r>
    </w:p>
    <w:p>
      <w:pPr>
        <w:jc w:val="right"/>
      </w:pPr>
      <w:r>
        <w:t>ایسانہیںہےجیسےآجکللوگکہتےہیں الحمدللہ، وہ فار ملطریقےسے،وہنہیں۔دلسے الحمدللہنکلے اور اللہ کی یاد اسمیں شامل ہو ، اور اللہ کیجو سب blessings ہیں، وہہمارےاندربالکل living فارممیںموجود ہوں۔</w:t>
      </w:r>
    </w:p>
    <w:p>
      <w:r>
        <w:rPr>
          <w:b/>
        </w:rPr>
        <w:t xml:space="preserve">[12:41] </w:t>
      </w:r>
      <w:r>
        <w:t>woh huma waqt, hum us waqt bilkul feel kar rahe honge ke Allah taala ki saari blessings na hoti to hum hamare andar koi bhi salahiyat nahi hai. Jo kuch hai, woh Khuda ka diya hua hai.</w:t>
      </w:r>
    </w:p>
    <w:p>
      <w:pPr>
        <w:jc w:val="right"/>
      </w:pPr>
      <w:r>
        <w:t>وہ ہماسوقت،ہم اس وقتبالکل feelکررہےہوںکہاللہ تعالی کیساریblessings نہہوتیتوہم ہمارےاندر کوئی بھی صلاحیتنہیںہے۔جوکچھہے، وہ خداکادیاہواہے۔</w:t>
      </w:r>
    </w:p>
    <w:p>
      <w:r>
        <w:rPr>
          <w:b/>
        </w:rPr>
        <w:t xml:space="preserve">[12:53] </w:t>
      </w:r>
      <w:r>
        <w:t>to hamein is tareeqe se apni deconditioning karni hai. Doosri shart jo hai ke apni deconditioning karni hai. Woh har aadmi ek conditioned case hai.</w:t>
      </w:r>
    </w:p>
    <w:p>
      <w:pPr>
        <w:jc w:val="right"/>
      </w:pPr>
      <w:r>
        <w:t>توہمیں اسطریقےسے اپنی dec onditioningکرنیہے۔ دوسری شرطجوہےکہ اپنی dec onditioningکرنیہے۔وہ ہرآدمی ایکcond itioned caseہے۔</w:t>
      </w:r>
    </w:p>
    <w:p>
      <w:r>
        <w:rPr>
          <w:b/>
        </w:rPr>
        <w:t xml:space="preserve">[13:03] </w:t>
      </w:r>
      <w:r>
        <w:t>har aadmi jo hai, woh jo hai apne mahaul se conditioned ho jata hai. To iske, isko hamein woh karna hai, iski deconditioning karni hai.</w:t>
      </w:r>
    </w:p>
    <w:p>
      <w:pPr>
        <w:jc w:val="right"/>
      </w:pPr>
      <w:r>
        <w:t>ہرآدمیجوہے،وہ جوہے اپنے ماحولسےcond itionedہوجاتاہے۔ تو اسکے ،اسکوہمیں وہ کرناہے،اسکیdec onditioningکرنیہے۔</w:t>
      </w:r>
    </w:p>
    <w:p>
      <w:r>
        <w:rPr>
          <w:b/>
        </w:rPr>
        <w:t xml:space="preserve">[13:13] </w:t>
      </w:r>
      <w:r>
        <w:t>aur woh Quran ko iske liye hum</w:t>
      </w:r>
    </w:p>
    <w:p>
      <w:pPr>
        <w:jc w:val="right"/>
      </w:pPr>
      <w:r>
        <w:t>اوروہ قرآنکو اسکےلیےہم</w:t>
      </w:r>
    </w:p>
    <w:p>
      <w:r>
        <w:rPr>
          <w:b/>
        </w:rPr>
        <w:t xml:space="preserve">[13:16] </w:t>
      </w:r>
      <w:r>
        <w:t>mein padhna hai, Quran ko samajh kar padhna hai. Aajkal tamam log jo hain, Quran jo hai, sirf recite karte hain. Quran ko samajh kar padhna hai, Rasool Allah (SAW) ki zindagi ko padhna hai, Sahaba ki zindagi ko padhna hai ke woh log kaise apna tazkiya karte the, kaise apni deconditioning karte the.</w:t>
      </w:r>
    </w:p>
    <w:p>
      <w:pPr>
        <w:jc w:val="right"/>
      </w:pPr>
      <w:r>
        <w:t>یںپڑھناہے، قرآنکو سمجھکرپڑھناہے۔ آجکل تمام لوگ جوہیں،قرآنجوہے،صرف rec iteکرتےہیں۔ قرآنکوسمجھکرپڑھناہے، رسولاللہصلیاللہعلیہوسلم کی زندگی کوپڑھناہے، صحابہکیزندگی کوپڑھناہے کہوہلوگکیسےاپنا تزکیہکرتے تھے ، کیسے اپنی dec onditioningکرتے تھے۔</w:t>
      </w:r>
    </w:p>
    <w:p>
      <w:r>
        <w:rPr>
          <w:b/>
        </w:rPr>
        <w:t xml:space="preserve">[13:34] </w:t>
      </w:r>
      <w:r>
        <w:t>to yeh sab zaroori hai hamein jannat ki ki society ka member banne ke liye. Kyun ke jannat jo hai, isko dar us salam kaha gaya hai, yani home of peace.</w:t>
      </w:r>
    </w:p>
    <w:p>
      <w:pPr>
        <w:jc w:val="right"/>
      </w:pPr>
      <w:r>
        <w:t>تو یہسب ضروری ہےہمیں جنت کی کی سوسائٹیکاممبربننےکےلیے۔ کیونکہجنتجوہے،اسکو دار ال سلامکہاگیاہے، یعنی home of peace۔</w:t>
      </w:r>
    </w:p>
    <w:p>
      <w:r>
        <w:rPr>
          <w:b/>
        </w:rPr>
        <w:t xml:space="preserve">[13:45] </w:t>
      </w:r>
      <w:r>
        <w:t>to duniya mein hi hamein ek peaceful member of society bankar rehna hai. To is tareeqe se shaoori taur par hamein na sirf khaliq ki daryaft karni hai, balkeh jannat ki bhi shaoori taur par daryaft karni hai.</w:t>
      </w:r>
    </w:p>
    <w:p>
      <w:pPr>
        <w:jc w:val="right"/>
      </w:pPr>
      <w:r>
        <w:t>تو دنیا میں ہی ہمیںایک peaceful member ofsoci etyبنکررہناہے۔ تو اسطریقےسے شعوریطورپرہمیں نہصرف خالقکیدریا فتکرنیہے،بلکہ جنتکیبھی شعوریطورپر دریافت کرنیہے۔</w:t>
      </w:r>
    </w:p>
    <w:p>
      <w:r>
        <w:rPr>
          <w:b/>
        </w:rPr>
        <w:t xml:space="preserve">[14:00] </w:t>
      </w:r>
      <w:r>
        <w:t>to jannat ki shaoori daryaft humko is duniya mein hi hoti hai. Kyun ke jo bhi Allah taala ne cheezein banayi hain, woh jannat mein uska perfect form hai aur duniya mein imperfect form hai.</w:t>
      </w:r>
    </w:p>
    <w:p>
      <w:pPr>
        <w:jc w:val="right"/>
      </w:pPr>
      <w:r>
        <w:t>توجنتکی شعوریدریا فت ہمکواسیدنیا میںہی ہوتیہے۔کیونکہجوبھی اللہ تعالینے چیزیںبنائیہیں، وہ جنت میں اسکا perfect فارمہے اور دنیا میں imper fect فارمہے۔</w:t>
      </w:r>
    </w:p>
    <w:p>
      <w:r>
        <w:rPr>
          <w:b/>
        </w:rPr>
        <w:t xml:space="preserve">[14:15] </w:t>
      </w:r>
      <w:r>
        <w:t>to wahan Quran mein aaya hai ke jannati log kahenge ke jab unko phal diye jayenge, unko wahan par jo cheezein di jayengi, to kahenge yeh hamein duniya mein bhi mil raha hai, milta tha.</w:t>
      </w:r>
    </w:p>
    <w:p>
      <w:pPr>
        <w:jc w:val="right"/>
      </w:pPr>
      <w:r>
        <w:t>تو وہاں قرآنمیںآیاہےکہ جن تیلوگ کہیںگےکہ جبانکوپھلدیےجائیںگے، انکووہاںپر جوچیزیںدیجائیںگی،توکہیںگےیہہمیںدنیا میں بھیملرہا ہے،ملتاتھا۔</w:t>
      </w:r>
    </w:p>
    <w:p>
      <w:r>
        <w:rPr>
          <w:b/>
        </w:rPr>
        <w:t xml:space="preserve">[14:26] </w:t>
      </w:r>
      <w:r>
        <w:t>to iska matlab hai ke woh duniya mein jo cheezein unko mil rahi thin, uski woh poori tareeqe se Khuda ka shukr ada kar rahe the, Alhamdulillah kar rahe the, aur ismein Khuda ko yaad kar rahe the. To isiki perfect form unko akhirat mein milega.</w:t>
      </w:r>
    </w:p>
    <w:p>
      <w:pPr>
        <w:jc w:val="right"/>
      </w:pPr>
      <w:r>
        <w:t>تو اسکامطلبہےکہوہدنیا میںجو چیزیںانکومل رہیتھیں، اس کیوہ پوریطریقےسے خداکاشکراداکررہےتھے، الحمدللہ کررہےتھے، اور اسمیںخداکویادکررہےتھے۔تو اسیکی perfect فارمانکو آخرتمیںملےگا۔</w:t>
      </w:r>
    </w:p>
    <w:p>
      <w:r>
        <w:rPr>
          <w:b/>
        </w:rPr>
        <w:t xml:space="preserve">[14:42] </w:t>
      </w:r>
      <w:r>
        <w:t>to is tareeqe se har cheez, har blessing jo unko is duniya mein mil rahi hai, to woh yeh na samjhein ke humne bazaar se khareed kar le aaye hain, balkeh har cheez Khuda ki di hui hai.</w:t>
      </w:r>
    </w:p>
    <w:p>
      <w:pPr>
        <w:jc w:val="right"/>
      </w:pPr>
      <w:r>
        <w:t>تواسطریقےسے ہرچیز ،ہر blessing جو انکواسدنیا میںملرہیہے، تو وہ یہنہسمجھیںکہہمنے بازارسےخریدکرلےآئےہیں، بلکہ ہرچیز خداکیدیہوئیہے۔</w:t>
      </w:r>
    </w:p>
    <w:p>
      <w:r>
        <w:rPr>
          <w:b/>
        </w:rPr>
        <w:t xml:space="preserve">[14:55] </w:t>
      </w:r>
      <w:r>
        <w:t>agar Allah taala ne is is nature mein saari cheezein na rakh di hoti to kaise uska invention hota, kaise uski technology develop hoti,</w:t>
      </w:r>
    </w:p>
    <w:p>
      <w:pPr>
        <w:jc w:val="right"/>
      </w:pPr>
      <w:r>
        <w:t>اگر اللہ تعالینے اس اس نیچرمیںساریچیزیںنہرکھدیہوتیںتو کیسے اسکا انوینشنہوتا،کیسےاسکیٹیکنالوجیڈیولپہوتی،</w:t>
      </w:r>
    </w:p>
    <w:p>
      <w:r>
        <w:rPr>
          <w:b/>
        </w:rPr>
        <w:t xml:space="preserve">[15:05] </w:t>
      </w:r>
      <w:r>
        <w:t>kaise tamam cheezein banti. Aur iske baad Allah taala ne hamare dimaagh rakha ke is dimaagh ko istemal karke woh saari cheezein banti hain.</w:t>
      </w:r>
    </w:p>
    <w:p>
      <w:pPr>
        <w:jc w:val="right"/>
      </w:pPr>
      <w:r>
        <w:t>کیسےتمام چیزیںبنتیں۔ اور اسکےبعد اللہ تعالینےہمارے دماغرکھا کہ اسدماغکو استعمال کرکےوہ ساریچیزیںبنتیہیں۔</w:t>
      </w:r>
    </w:p>
    <w:p>
      <w:r>
        <w:rPr>
          <w:b/>
        </w:rPr>
        <w:t xml:space="preserve">[15:14] </w:t>
      </w:r>
      <w:r>
        <w:t>to har lihaaz se humko Khuda ki yaad mein apni zindagi guzarni hai, apna ek ek lamha Khuda ki yaad mein guzarna hai, aur na ke sirf rasmi taur par tasbeeh padh li ya rasmi taur par kisi buzurg se mulaqat kar li.</w:t>
      </w:r>
    </w:p>
    <w:p>
      <w:pPr>
        <w:jc w:val="right"/>
      </w:pPr>
      <w:r>
        <w:t>تو ہر لحاظسےہمکو خداکی یادمیں اپنی زندگی گزار نیہے،اپنا ایک ایکلمحہخداکییادمیںگزار ناہے، اورنہکہصرف رسمیطور پر تسبیحپڑھلیایارسمیطورپر کسی بزرگ سے ملاقاتکر لی۔</w:t>
      </w:r>
    </w:p>
    <w:p>
      <w:r>
        <w:rPr>
          <w:b/>
        </w:rPr>
        <w:t xml:space="preserve">[15:29] </w:t>
      </w:r>
      <w:r>
        <w:t>log jo hain, buzurg ke paas jaate hain ke hamare liye dua kar dijiye. Dua khud apni dua hoti hai, apne jo dil ki, jo dil se jo dua nikalti hai, wahi Allah taala ke yahan qabool hoti hai.</w:t>
      </w:r>
    </w:p>
    <w:p>
      <w:pPr>
        <w:jc w:val="right"/>
      </w:pPr>
      <w:r>
        <w:t>لوگ جوہیں،بزرگ کےپاسجاتےہیںکہہمارےلیےدعاکردیجئے۔ دعاخود اپنی دعاہوتیہے، اپنے جو دل کی،جو دل سےجودعانکلتیہے،وہیاللہ تعالیکےہاں قبولہوتیہے۔</w:t>
      </w:r>
    </w:p>
    <w:p>
      <w:r>
        <w:rPr>
          <w:b/>
        </w:rPr>
        <w:t xml:space="preserve">[15:41] </w:t>
      </w:r>
      <w:r>
        <w:t>to kisi buzurg ka sahara le kar ke hamein jannat mein jagah nahi milegi. To isko hamein behtar tareeqe se samajhna hai. Ji, aur apa, isi liye Maulana</w:t>
      </w:r>
    </w:p>
    <w:p>
      <w:pPr>
        <w:jc w:val="right"/>
      </w:pPr>
      <w:r>
        <w:t>تو کسی بزرگ کا سہارالےکرکےہمیں جن تمیںجگہنہیںملےگی۔ تواسکوہمیںبہتاچھےطریقےسے سمجھناہے۔ جی، اورآپا،اسیلیے مول اناعب</w:t>
      </w:r>
    </w:p>
    <w:p>
      <w:r>
        <w:rPr>
          <w:b/>
        </w:rPr>
        <w:t xml:space="preserve">[15:52] </w:t>
      </w:r>
      <w:r>
        <w:t>Wahiduddin Khan sahib bohat zyada emphasize karte the. Jaise aapne ghaur o fikr ki baat ki, to woh kehte the ke tazkiya karna bohat zaroori hai, aur tazkiya ka jo source hai, woh tohsumah hai.</w:t>
      </w:r>
    </w:p>
    <w:p>
      <w:pPr>
        <w:jc w:val="right"/>
      </w:pPr>
      <w:r>
        <w:t>یدالدینخان صاحببہتزیادہ ایمفس ائزکرتے تھے۔ جیسےآپنےغوروفکرکیباتکی ، تو وہیہکہتےتھےکہ تزکیہکرنابہت ضروریہے،اورتزکیہکاجو سورسہے،وہ ت وسمہے۔</w:t>
      </w:r>
    </w:p>
    <w:p>
      <w:r>
        <w:rPr>
          <w:b/>
        </w:rPr>
        <w:t xml:space="preserve">[16:03] </w:t>
      </w:r>
      <w:r>
        <w:t>to ek insaan ka jo mind hai, woh tabhi clear ho sakta hai negative sentiments se, agar woh musalsal tazkiya karta rahe.</w:t>
      </w:r>
    </w:p>
    <w:p>
      <w:pPr>
        <w:jc w:val="right"/>
      </w:pPr>
      <w:r>
        <w:t>تو ایک انسان کاجو مائنڈہے،وہتبھیکلیئرہوسکتاہےنیگیٹیوسینٹیمنٹسے ،اگر وہ مسلسل تزکیہکرتارہے۔</w:t>
      </w:r>
    </w:p>
    <w:p>
      <w:r>
        <w:rPr>
          <w:b/>
        </w:rPr>
        <w:t xml:space="preserve">[16:12] </w:t>
      </w:r>
      <w:r>
        <w:t>to aap a, tazkiya bohat important hai in building a holy personality. To mein chahunga is par bhi aap kuch bataein.</w:t>
      </w:r>
    </w:p>
    <w:p>
      <w:pPr>
        <w:jc w:val="right"/>
      </w:pPr>
      <w:r>
        <w:t>تو آپ ا،تزکیہبہت امپورٹنٹ ہے ان بلڈنگاہیولیپرسن یلٹی۔ تومیںچاہوںگااسپربھیآپ کچھبت ائیں۔</w:t>
      </w:r>
    </w:p>
    <w:p>
      <w:r>
        <w:rPr>
          <w:b/>
        </w:rPr>
        <w:t xml:space="preserve">[16:21] </w:t>
      </w:r>
      <w:r>
        <w:t>tazkiya bohat zyada zaroori hai, kyun ke is duniya mein hum haal e imtehan mein hain. To yahan tamam har tarah ke halaat hain, har tarah ke experiences hamein hote hain, har tarah ke log hain, unse hamein takleef pahunchti hai, bar bar unpleasant waqiyat saamne aate hain, bar bar log hamare interest, hamare clash hote</w:t>
      </w:r>
    </w:p>
    <w:p>
      <w:pPr>
        <w:jc w:val="right"/>
      </w:pPr>
      <w:r>
        <w:t>تزکیہبہتزیادہ ضروریہے،کیونکہ اس دنیا میں ہم حال ت امتحانمیں ہیں۔ تو یہاں تمام ہرطرح کےحالات ہیں،ہرطرح کے ایکسپیرینسز ہمیں ہوتےہیں، ہرطرح کےلوگ ہیں، انسےہمیںتکلیفپہنچتیہے، باربار انپلیزنٹ واقع ات سامنےآتےہیں، باربار لوگ ہمارےانٹرسٹ ،ہمارے کلی شہوتے</w:t>
      </w:r>
    </w:p>
    <w:p>
      <w:r>
        <w:rPr>
          <w:b/>
        </w:rPr>
        <w:t xml:space="preserve">[16:47] </w:t>
      </w:r>
      <w:r>
        <w:t>hain. To yeh sab bar bar hota hai, kyun ke yeh duniya jo hai, imtehan ki duniya hai. Jannat mein yeh sab kuch nahi hoga. To yeh chunke imtehan ki duniya hai, to yahan par shaitan bhi hamein tempt kar raha hai.</w:t>
      </w:r>
    </w:p>
    <w:p>
      <w:pPr>
        <w:jc w:val="right"/>
      </w:pPr>
      <w:r>
        <w:t>ہیں۔ تو یہسب باربارہوتاہے،کیونکہیہ دنیا جوہے، امتحانکیدنیا ہے۔ جنتمیںیہسبکچھنہیںہوگا۔ تو یہ چونکہ امتحانکیدنیا ہے،تویہاںپر شیطانبھیہمیں ٹیمپٹکررہاہے۔</w:t>
      </w:r>
    </w:p>
    <w:p>
      <w:r>
        <w:rPr>
          <w:b/>
        </w:rPr>
        <w:t xml:space="preserve">[17:00] </w:t>
      </w:r>
      <w:r>
        <w:t>yahanpar hamari desires se hum desires se hum tempt hotay hain, aur doosri taraf farishtay hain. to agar hum, hum yeh dekhna hai ke hum shaitan ke ke ke asar mein humjat</w:t>
      </w:r>
    </w:p>
    <w:p>
      <w:pPr>
        <w:jc w:val="right"/>
      </w:pPr>
      <w:r>
        <w:t>یہاںپر ہماری ڈیزائرزسےہمڈیزائرزسےہمٹیمپٹہوتےہیں، اور دوس ریطرف فرشتےہیں۔ تو اگر ہم ،ہم یہدیکھناہےکہہم شیطانکے کے کے اثرمیںہمجات</w:t>
      </w:r>
    </w:p>
    <w:p>
      <w:r>
        <w:rPr>
          <w:b/>
        </w:rPr>
        <w:t xml:space="preserve">[17:15] </w:t>
      </w:r>
      <w:r>
        <w:t>ay hain, apni desires par, hum hum hamaray humein qabo nahi hota, ya hum farishtoun ke ke se inspiration hasil karte hain.</w:t>
      </w:r>
    </w:p>
    <w:p>
      <w:pPr>
        <w:jc w:val="right"/>
      </w:pPr>
      <w:r>
        <w:t>ےہیں، اپنیڈیزائرزپر، ہم ہمہمارےہمیںقابونہیںہوتا، یا ہم فرشتوںکے کے سے انسپیریشنحاصل کرتے ہیں۔</w:t>
      </w:r>
    </w:p>
    <w:p>
      <w:r>
        <w:rPr>
          <w:b/>
        </w:rPr>
        <w:t xml:space="preserve">[17:25] </w:t>
      </w:r>
      <w:r>
        <w:t>to jo log farishtoun se inspiration hasil kareinge, unhi ki deconditioning hogi. to jab bhi hum koi acha kaam karte hain, aur woh Khuda ke liye hona chahiye, Khuda ki raza ke liye hona chahiye, to jab bhi hum koi acha kaam karte hain, to hum farishtay aajate hain.</w:t>
      </w:r>
    </w:p>
    <w:p>
      <w:pPr>
        <w:jc w:val="right"/>
      </w:pPr>
      <w:r>
        <w:t>تو جولوگ فرشتوںسے انسپیریشن حاصل کریںگے،انہیکی ڈیکنڈیشننگہوگی۔ تو جب بھیہمکوئیاچھاکام کرتے ہیں، اور وہخداکےلیے ہوناچاہیے،خداکیرضاکےلیےہوناچاہیے، توجب بھیہمکوئیاچھاکام کرتے ہیں،توہم فرشتےآجاتےہیں۔</w:t>
      </w:r>
    </w:p>
    <w:p>
      <w:r>
        <w:rPr>
          <w:b/>
        </w:rPr>
        <w:t xml:space="preserve">[17:44] </w:t>
      </w:r>
      <w:r>
        <w:t>kaha jata hai ke kahin bhi sab log mil kar jahan Khuda ki yaad kar rahe hon, to bohat sare farishtay aajate hain. to farishtay yahan par be hisab hain duniya mein, aur woh bohat sare farishtay hain jo sirf insano ki madad karne ke liye, kaha agar woh koi acha kaam kar raha hai, to uski madad karen.</w:t>
      </w:r>
    </w:p>
    <w:p>
      <w:pPr>
        <w:jc w:val="right"/>
      </w:pPr>
      <w:r>
        <w:t>کہاجاتاہےکہ کہیںبھی سبلوگ مل کر جہاںخداکییادکررہےہوں، تو بہت سارےفرشتےآجاتےہیں۔ تو فر شتےیہاںپر بےحسابہیںدنیا میں، اور وہ بہت سارےفرشتےہیںجوصرف انسان وںکیمد دکرنے کےلیے،کہاگروہکوئیاچھاکام کررہاہے، تو اسکیمد دکریں۔</w:t>
      </w:r>
    </w:p>
    <w:p>
      <w:r>
        <w:rPr>
          <w:b/>
        </w:rPr>
        <w:t xml:space="preserve">[18:02] </w:t>
      </w:r>
      <w:r>
        <w:t>to farishtay jo hain, woh humein inspire karte hain, aur is se hamara tazkiya hota hai. to</w:t>
      </w:r>
    </w:p>
    <w:p>
      <w:pPr>
        <w:jc w:val="right"/>
      </w:pPr>
      <w:r>
        <w:t>تو فرشتےجوہیں،وہہمیںانسپائرکرتے ہیں، اور اسسےہمارا تزکیہہوتاہے۔ تو</w:t>
      </w:r>
    </w:p>
    <w:p>
      <w:r>
        <w:rPr>
          <w:b/>
        </w:rPr>
        <w:t xml:space="preserve">[18:08] </w:t>
      </w:r>
      <w:r>
        <w:t>tazkiya jo hai, itna aham kaam hai ke peghambaron ki ek khaas duty batayi gayi hai ke logon ka tazkiya karen. to is mein ek hadith mein hai ke jis tarike se lohe mein zang lagta hai na, isi tarike se hamari personality mein bhi defile ho jati hai.</w:t>
      </w:r>
    </w:p>
    <w:p>
      <w:pPr>
        <w:jc w:val="right"/>
      </w:pPr>
      <w:r>
        <w:t>تزکیہجوہے،اتنا اہم کامہے کہ پیغمبروںکی ایکخاص ڈیوٹیبتائیگئیہے کہلوگوںکاتزکیہکریں۔ تو اسمیں ایکحدیثمیںہےکہجسطریقےسے لوہےمیںزنگلگتاہےنا، اسیطریقےسے ہماری پرسنیلٹی میںبھی ڈیفائلہوجاتیہے۔</w:t>
      </w:r>
    </w:p>
    <w:p>
      <w:r>
        <w:rPr>
          <w:b/>
        </w:rPr>
        <w:t xml:space="preserve">[18:29] </w:t>
      </w:r>
      <w:r>
        <w:t>to isi tarike se humein apni personality ko pure karna hai.</w:t>
      </w:r>
    </w:p>
    <w:p>
      <w:pPr>
        <w:jc w:val="right"/>
      </w:pPr>
      <w:r>
        <w:t>تو اسیطریقےسےہمیںاپنی پرسن یلٹیکو پیورکرناہے۔</w:t>
      </w:r>
    </w:p>
    <w:p>
      <w:r>
        <w:rPr>
          <w:b/>
        </w:rPr>
        <w:t xml:space="preserve">[18:33] </w:t>
      </w:r>
      <w:r>
        <w:t>to is ke liye bohat sare tarike hain, humein Khuda ko yaad karen, aur apni maut ko yaad karen, kyunke maut ko yaad karne se insan bohat zyada serious ho jata hai, sincere ho jata hai.</w:t>
      </w:r>
    </w:p>
    <w:p>
      <w:pPr>
        <w:jc w:val="right"/>
      </w:pPr>
      <w:r>
        <w:t>تو اسکےلیے بہت سارےطریقےہیں،ہمیں خداکوہمیادکریں، اور اپنی موتکویادکریں،کیونکہموتکویاد کرنے سے انسان بہت زیادہ سیریسہوجاتاہے، سن سیئرہوجاتاہے۔</w:t>
      </w:r>
    </w:p>
    <w:p>
      <w:r>
        <w:rPr>
          <w:b/>
        </w:rPr>
        <w:t xml:space="preserve">[18:45] </w:t>
      </w:r>
      <w:r>
        <w:t>hadith hai ke maut jo hai, hadim al-lazat hai, woh hamari lazzaton ko dhah dene wali hai. kyunke jab hum lazzaton mein rehte hain, to phir hum Khuda ki yaad mein nahi rehte.</w:t>
      </w:r>
    </w:p>
    <w:p>
      <w:pPr>
        <w:jc w:val="right"/>
      </w:pPr>
      <w:r>
        <w:t>حدیث ہےکہ موتجوہے،ہادم اللذاتہے، وہ ہماری لذتوںکوڈھادینےوالی ہے۔کیونکہ جبہملذتوںمیںرہتےہیں، تو پھرہم خداکییادمیںنہیںرہتے۔</w:t>
      </w:r>
    </w:p>
    <w:p>
      <w:r>
        <w:rPr>
          <w:b/>
        </w:rPr>
        <w:t xml:space="preserve">[18:56] </w:t>
      </w:r>
      <w:r>
        <w:t>ek hi kaam hum kar sakte hain,</w:t>
      </w:r>
    </w:p>
    <w:p>
      <w:pPr>
        <w:jc w:val="right"/>
      </w:pPr>
      <w:r>
        <w:t>ایکہیکام ہمکرسکتےہیں،</w:t>
      </w:r>
    </w:p>
    <w:p>
      <w:r>
        <w:rPr>
          <w:b/>
        </w:rPr>
        <w:t xml:space="preserve">[18:58] </w:t>
      </w:r>
      <w:r>
        <w:t>ya to hum saada zindagi guzarein, aur Allah ko yaad karen, Allah ki marzi ke mutabiq zindagi guzarein, ya phir apne desires ke asar mein rahen.</w:t>
      </w:r>
    </w:p>
    <w:p>
      <w:pPr>
        <w:jc w:val="right"/>
      </w:pPr>
      <w:r>
        <w:t>یاتوہم سادہزندگی گزاریں، اور اللہ کویادکریں،اللہ کیمرضیکےمطابق زندگی گزار یں، یاپھر اپنے ڈیزائرزکےاثرمیںرہیں۔</w:t>
      </w:r>
    </w:p>
    <w:p>
      <w:r>
        <w:rPr>
          <w:b/>
        </w:rPr>
        <w:t xml:space="preserve">[19:09] </w:t>
      </w:r>
      <w:r>
        <w:t>to desires dekhiye, kabhi khatam hone wali hain nahi. desires to aakhri waqt tak rehti hain. to humein apne desires ko control mein karna hai, aur yeh is ke liye control karne ke liye bohat zaroori hai ke hum apni maut ko yaad karen.</w:t>
      </w:r>
    </w:p>
    <w:p>
      <w:pPr>
        <w:jc w:val="right"/>
      </w:pPr>
      <w:r>
        <w:t>توڈیزائرز دیکھیے،کبھیختمہونے والی ہیںنہیں ۔ ڈیزائرز تو آخریوقت تکرہتیہیں۔ تو ہمیں اپنے ڈیزائرزکو کنٹرولمیںکرناہے، اور یہ اسکےلیے کنٹرولکرنےکےلیے بہت ضروریہےکہہماپنیموتکویادکریں۔</w:t>
      </w:r>
    </w:p>
    <w:p>
      <w:r>
        <w:rPr>
          <w:b/>
        </w:rPr>
        <w:t xml:space="preserve">[19:23] </w:t>
      </w:r>
      <w:r>
        <w:t>kyunke maut aate hi sab kuch hum se cheen jaye ga, aur hum Khuda ke aage hazir kar diye jayeinge, aur hum accountable honge jo kuch bhi hum ne is duniya mein kiya hai.</w:t>
      </w:r>
    </w:p>
    <w:p>
      <w:pPr>
        <w:jc w:val="right"/>
      </w:pPr>
      <w:r>
        <w:t>کیونکہ موت آتےہی سب کچھہمسے چھنجائےگا، اور ہمخداکےآگےحاضرکردیےجائیںگے، اور ہم اکاؤنٹیبلہوںگےجوکچھبھیہمنےاسدنیا میںکیا ہے۔</w:t>
      </w:r>
    </w:p>
    <w:p>
      <w:r>
        <w:rPr>
          <w:b/>
        </w:rPr>
        <w:t xml:space="preserve">[19:34] </w:t>
      </w:r>
      <w:r>
        <w:t>to hamari accountability ko hum yaad rakhen. to is tarike se hum bohat zyada apne galat kaam se bach sakte hain, aur achhe kaam mein lag sakte hain.</w:t>
      </w:r>
    </w:p>
    <w:p>
      <w:pPr>
        <w:jc w:val="right"/>
      </w:pPr>
      <w:r>
        <w:t>توہماری اکاؤنٹیبل ٹیکوہمیادرکھیں۔ تو اسطریقےسےہم بہت زیادہ اپنے غلط کام سےبچسکتےہیں،اور اچھےکاممیںلگسکتےہیں۔</w:t>
      </w:r>
    </w:p>
    <w:p>
      <w:r>
        <w:rPr>
          <w:b/>
        </w:rPr>
        <w:t xml:space="preserve">[19:46] </w:t>
      </w:r>
      <w:r>
        <w:t>to is duniya mein jo hai, sab kuch potential ke roop mein</w:t>
      </w:r>
    </w:p>
    <w:p>
      <w:pPr>
        <w:jc w:val="right"/>
      </w:pPr>
      <w:r>
        <w:t>تواسدنیا میں جوہے، سبکچھ پوٹینشلکےروپمیں</w:t>
      </w:r>
    </w:p>
    <w:p>
      <w:r>
        <w:rPr>
          <w:b/>
        </w:rPr>
        <w:t xml:space="preserve">[19:50] </w:t>
      </w:r>
      <w:r>
        <w:t>hai. matlab hamare andar jo salahiyat hai, achhe naik kaam karne ki, achha kaam karne ki, woh bhi potential ki shakal mein hai. isi ko humein actualize karna hai, isi ko hum ko convert karna hai,</w:t>
      </w:r>
    </w:p>
    <w:p>
      <w:pPr>
        <w:jc w:val="right"/>
      </w:pPr>
      <w:r>
        <w:t>ہے۔ مطلبہمارےاندرجو صلاحیتہے،اچھے نیککام کرنے کی ،اچھاکام کرنے کی،وہبھیپوٹینشلکیشکلمیںہے۔ اسیکوہمیں ایکچ ولائزکرناہے، اسیکوہمکو کنورٹکرناہے،</w:t>
      </w:r>
    </w:p>
    <w:p>
      <w:r>
        <w:rPr>
          <w:b/>
        </w:rPr>
        <w:t xml:space="preserve">[20:03] </w:t>
      </w:r>
      <w:r>
        <w:t>achhe kaam karna hai is se. to isi wajah se humein bar bar yaad rakhna hai ke hum is duniya mein hamari zindagi ka maqsad kya hai, hum is duniya mein kis liye aaye hain.</w:t>
      </w:r>
    </w:p>
    <w:p>
      <w:pPr>
        <w:jc w:val="right"/>
      </w:pPr>
      <w:r>
        <w:t>اچھےکام کرناہےاسسے ۔ تو اسیوجہ سے ہمیں بار بار یادرکھناہے کہہم اسدنیا میں ہماریزندگی کامقصدکیا ہے، ہماسدنیا میں کسلیے آئےہیں۔</w:t>
      </w:r>
    </w:p>
    <w:p>
      <w:r>
        <w:rPr>
          <w:b/>
        </w:rPr>
        <w:t xml:space="preserve">[20:16] </w:t>
      </w:r>
      <w:r>
        <w:t>to tabhi jab agar hum samajh lenge ke humein chand roza hamari yeh duniya hai, phir humein akhirat mein jana hai, Khuda ke aage jawabdehi karni hai, phir wahan jannat hai, jahannum hai, tab hum jo hain sahi raste par chal sakte hain.</w:t>
      </w:r>
    </w:p>
    <w:p>
      <w:pPr>
        <w:jc w:val="right"/>
      </w:pPr>
      <w:r>
        <w:t>تو تبھی جب اگرہمسمجھلیںگےکہہمیں چند روزہہمارییہدنیا ہے،پھرہمیںآخرتمیںجاناہے، خداکےآگےجوابدہیکرناہے، پھروہاںجنتہے،جہنمہے، تب ہم جوہے صحیحراستےپر چلسکتےہیں۔</w:t>
      </w:r>
    </w:p>
    <w:p>
      <w:r>
        <w:rPr>
          <w:b/>
        </w:rPr>
        <w:t xml:space="preserve">[20:33] </w:t>
      </w:r>
      <w:r>
        <w:t>to yahan aur prophet sabhi har waqt Allah taala ko yaad rakhte the. har mauqe par Hazrat Aisha ne kaha ke Rasool Allah Sal Allah Alaihi Wasallam har mauqe par Allah ko yaad karte the.</w:t>
      </w:r>
    </w:p>
    <w:p>
      <w:pPr>
        <w:jc w:val="right"/>
      </w:pPr>
      <w:r>
        <w:t>تو یہاں اور پرافٹسبھی ہروقت اللہ تعالی کویادرکھتےتھے۔ ہر موقعپر حضرت عائشہنےکہاکہرسولاللہ صلیاللہعلیہوسلم ہرموقعپراللہ کویادکرتے تھے۔</w:t>
      </w:r>
    </w:p>
    <w:p>
      <w:r>
        <w:rPr>
          <w:b/>
        </w:rPr>
        <w:t xml:space="preserve">[20:45] </w:t>
      </w:r>
      <w:r>
        <w:t>har mauqe par jaise koi bhi baat hui, koi achha, achhi, achha kaam hua, koi Khuda ki blessings mili to Khuda ka shukr ada karte the, aur koi pareshani hui to sabr karte the. matlab har har hien mein, har occasion par aap Khuda ko yaad karte the.</w:t>
      </w:r>
    </w:p>
    <w:p>
      <w:pPr>
        <w:jc w:val="right"/>
      </w:pPr>
      <w:r>
        <w:t>ہرموقعپر جیسےکوئیبھی بات ہوئی،کوئیاچھا، اچھی، اچھا کام ہوا،کوئی خداکیبلیسنگز ملی تو خداکاشکراداکرتے تھے، اور کوئی پریشانیہوئی تو صبرکرتے تھے۔مطلب ہر ہر حینمیں، ہر او کیژنپر آپ خداکویادکرتے تھے۔</w:t>
      </w:r>
    </w:p>
    <w:p>
      <w:r>
        <w:rPr>
          <w:b/>
        </w:rPr>
        <w:t xml:space="preserve">[21:06] </w:t>
      </w:r>
      <w:r>
        <w:t>to rozana aap istighfar karte the. to kyunke insan hai, galtiyan us se hoti rehti</w:t>
      </w:r>
    </w:p>
    <w:p>
      <w:pPr>
        <w:jc w:val="right"/>
      </w:pPr>
      <w:r>
        <w:t>تو روز انہآپ استغفارکرتے تھے۔ تو کیونکہ انسان ہے، غلطیاںاسسےہوتیہیرہ</w:t>
      </w:r>
    </w:p>
    <w:p>
      <w:r>
        <w:rPr>
          <w:b/>
        </w:rPr>
        <w:t xml:space="preserve">[21:12] </w:t>
      </w:r>
      <w:r>
        <w:t>hain, aur kabhi intentionally, kabhi unintentionally. to is tarike se humein har waqt bohat zyada alert rehna hai apni spiritual personality develop karne ke liye.</w:t>
      </w:r>
    </w:p>
    <w:p>
      <w:pPr>
        <w:jc w:val="right"/>
      </w:pPr>
      <w:r>
        <w:t>تیہیں، اور کبھی انٹینشنلی،کبھیانانٹینشن لی۔ تو اسطریقےسےہمیںہروقت بہت زیادہ الر ٹرہناہے اپنی سپریچ ول پرسن یلٹی ڈیولپکرنےکےلیے۔</w:t>
      </w:r>
    </w:p>
    <w:p>
      <w:r>
        <w:rPr>
          <w:b/>
        </w:rPr>
        <w:t xml:space="preserve">[21:25] </w:t>
      </w:r>
      <w:r>
        <w:t>to yeh jo spiritual provision hai, woh hum ko farishtoun ke zariye se milta hai. farishtay aate hain aur hamari madad karte hain, aur humein inspire karte rehte hain.</w:t>
      </w:r>
    </w:p>
    <w:p>
      <w:pPr>
        <w:jc w:val="right"/>
      </w:pPr>
      <w:r>
        <w:t>تویہجو سپریچول پروویژنہے،وہ ہمکو فرشتوںکےذریعےسےملتاہے۔ فرشتے آتےہیںاور ہماریمددکرتےہیں، اور ہ میں انسپائرکرتے رہتےہیں۔</w:t>
      </w:r>
    </w:p>
    <w:p>
      <w:r>
        <w:rPr>
          <w:b/>
        </w:rPr>
        <w:t xml:space="preserve">[21:36] </w:t>
      </w:r>
      <w:r>
        <w:t>jaise aap dekhte hain, Hazrat Maryam Alaihi Salam ko farishtay inspire karte the,</w:t>
      </w:r>
    </w:p>
    <w:p>
      <w:pPr>
        <w:jc w:val="right"/>
      </w:pPr>
      <w:r>
        <w:t>جیسےآپ دیکھتےہیں،حضرت مریمعلیہالسلام کو فرشتے انسپائرکرتے تھے،</w:t>
      </w:r>
    </w:p>
    <w:p>
      <w:r>
        <w:rPr>
          <w:b/>
        </w:rPr>
        <w:t xml:space="preserve">[21:42] </w:t>
      </w:r>
      <w:r>
        <w:t>un ko rizq pohanchate the. to Hazrat Zakariya kehte the ke tum ko yeh kahan se milta hai? bohat sare log samajhte hain ke akhirat se un ke liye khwan aate the. aisa nahi hai, woh spiritual provision hota tha.</w:t>
      </w:r>
    </w:p>
    <w:p>
      <w:pPr>
        <w:jc w:val="right"/>
      </w:pPr>
      <w:r>
        <w:t>انکو رزقربپہنچاتےتھے۔ تو حضرت زکر یاکہتےتھےکہتمکویہکہاںسےملتاہے ؟ بہت سارےلوگسمجھتےہیںکہ آخر جنتسےانکےلیے خوان آتےتھے۔ایسانہیں ہے، وہ سپریچول پروویژنہوتاتھا۔</w:t>
      </w:r>
    </w:p>
    <w:p>
      <w:r>
        <w:rPr>
          <w:b/>
        </w:rPr>
        <w:t xml:space="preserve">[21:56] </w:t>
      </w:r>
      <w:r>
        <w:t>woh jab bait aati theen hazrat zakariya ko, to hazrat zakariya ko taajjub hota tha ke kahan se tum hain yeh sab milta hai. to woh sab farishtay dete hain. jo aadmi bohat ziyada mutawajjah hoga Khuda ki taraf, to uske paas farishtay aajayenge, woh</w:t>
      </w:r>
    </w:p>
    <w:p>
      <w:pPr>
        <w:jc w:val="right"/>
      </w:pPr>
      <w:r>
        <w:t>وہجببت اتیتھیںحضرتزکریاکو،توحضرتزکریاکو تعجبہوتاتھاکہکہاںسےتم ہیںیہسبملتاہے۔ تو وہ سب فرشتےدیتےہیں۔جو آدمی بہت زیادہ مت وجہہوگاخداکیطرف ،تو اسکےپاس فرشتےآجائیںگے،وہ</w:t>
      </w:r>
    </w:p>
    <w:p>
      <w:r>
        <w:rPr>
          <w:b/>
        </w:rPr>
        <w:t xml:space="preserve">[22:11] </w:t>
      </w:r>
      <w:r>
        <w:t>isko inspire karenge. to aur yeh maz ke personality jab bhi hamari banegi, jab hamein farishton ka inspiration milega.</w:t>
      </w:r>
    </w:p>
    <w:p>
      <w:pPr>
        <w:jc w:val="right"/>
      </w:pPr>
      <w:r>
        <w:t>اسکو انسپائرکریںگے۔ تو اوریہ مذ کہ پرسن یلٹیجبھیہماریبنےگی،جب ہمیں فرشتوںکا انسپیریشنملےگا۔</w:t>
      </w:r>
    </w:p>
    <w:p>
      <w:r>
        <w:rPr>
          <w:b/>
        </w:rPr>
        <w:t xml:space="preserve">[22:24] </w:t>
      </w:r>
      <w:r>
        <w:t>to yeh bohat zaroori hai. ji, aap a, aap ne abhi bohat emphasize kiya zikr ko lekar. aap ne starting mein bhi zikr ka hawala diya tha, aur kai riwayatein hain zikr ko lekar. jaise hazrat abu darda ke paas ek shakhs aaya, aur usne kuch advice manga.</w:t>
      </w:r>
    </w:p>
    <w:p>
      <w:pPr>
        <w:jc w:val="right"/>
      </w:pPr>
      <w:r>
        <w:t>تو یہ بہت ضروری ہے۔ جی، آپ ا،آپنےابھی بہت ایم فسائزکیا ذکرکولےکر۔آپنےسٹارٹنگمیںبھی ذکرکاحوالہ دیاتھا، اور کئی روایتیںہیں ذکرکولےکر۔جیسے حضرتابودردہکےپاسایک شخص آیا،اوراسنےکچھایڈوائسمانگا۔</w:t>
      </w:r>
    </w:p>
    <w:p>
      <w:r>
        <w:rPr>
          <w:b/>
        </w:rPr>
        <w:t xml:space="preserve">[22:40] </w:t>
      </w:r>
      <w:r>
        <w:t>to hazrat abu darda ne kaha ke "when you are leaving any happiness, remember God, because then he will remember you when you are in trouble." and also remember that when you see worldly things, duniya mein aap jab cheezein dekhein to aap us cheez ko zaroor yaad karein ke yeh transitory hain, and the world will come to an end</w:t>
      </w:r>
    </w:p>
    <w:p>
      <w:pPr>
        <w:jc w:val="right"/>
      </w:pPr>
      <w:r>
        <w:t>تو حضرتابودردہنےکہاکہ" وینیوآر لیونگانہیپینس، ریممبر گاڈ،بیکازدینہیویلریممبریووینیوآر انٹربل۔" اینڈ السوریممبردیٹ وینیوسی ورلڈلیتھنگز، دنیا میںآپجبچیزیںدیکھیںتوآپ اسچیزکوضروریادکریںکہیہ ٹرانزیٹریہیں، اینڈداورلڈویلکمٹوایناینڈ</w:t>
      </w:r>
    </w:p>
    <w:p>
      <w:r>
        <w:rPr>
          <w:b/>
        </w:rPr>
        <w:t xml:space="preserve">[23:00] </w:t>
      </w:r>
      <w:r>
        <w:t>. isi tarike se aap, hazrat ma'az ne bhi ek martaba apne</w:t>
      </w:r>
    </w:p>
    <w:p>
      <w:pPr>
        <w:jc w:val="right"/>
      </w:pPr>
      <w:r>
        <w:t>۔ اسیطریقےسےآپ ا،حضرت معاذنےبھیایک مرتبہاپنے</w:t>
      </w:r>
    </w:p>
    <w:p>
      <w:r>
        <w:rPr>
          <w:b/>
        </w:rPr>
        <w:t xml:space="preserve">[23:04] </w:t>
      </w:r>
      <w:r>
        <w:t>saathiyon se kaha ke jab woh rasool Allah se rukhsat ho rahe the, to</w:t>
      </w:r>
    </w:p>
    <w:p>
      <w:pPr>
        <w:jc w:val="right"/>
      </w:pPr>
      <w:r>
        <w:t>ساتھیوںسےکہا کہ جب وہ رسولاللہسےرخصتہورہےتھے،تو</w:t>
      </w:r>
    </w:p>
    <w:p>
      <w:r>
        <w:rPr>
          <w:b/>
        </w:rPr>
        <w:t xml:space="preserve">[23:08] </w:t>
      </w:r>
      <w:r>
        <w:t>jo unki aakhri guftagu thi, to unhon ne rasool Allah se poocha ke "koi aisa amal bataein jo Allah ke nazdeek bahut mehboob ho?"</w:t>
      </w:r>
    </w:p>
    <w:p>
      <w:pPr>
        <w:jc w:val="right"/>
      </w:pPr>
      <w:r>
        <w:t>جوانکیآخریگفتگو تھی، تو انہوں نے رسولاللہسےپوچھاکہ"کوئی ایسا عمل بت ائیں جو اللہ کےنزدیکبہت محبوبہو ۔"</w:t>
      </w:r>
    </w:p>
    <w:p>
      <w:r>
        <w:rPr>
          <w:b/>
        </w:rPr>
        <w:t xml:space="preserve">[23:16] </w:t>
      </w:r>
      <w:r>
        <w:t>to rasool Allah ne kaha ke "tumhari maut is haal mein aaye ke tumhari zuban Allah ke zikr se tar ho."</w:t>
      </w:r>
    </w:p>
    <w:p>
      <w:pPr>
        <w:jc w:val="right"/>
      </w:pPr>
      <w:r>
        <w:t>تو رسولاللہنےکہا کہ "تمہاری موت اس حال میںآئے کہتمہاری زبان اللہ کےذکرسے تر ہو۔"</w:t>
      </w:r>
    </w:p>
    <w:p>
      <w:r>
        <w:rPr>
          <w:b/>
        </w:rPr>
        <w:t xml:space="preserve">[23:24] </w:t>
      </w:r>
      <w:r>
        <w:t>to ab, bahut emphasize kiya gaya hai hadithon mein bhi, aur aap ne bhi bataya ke prophet hamesha</w:t>
      </w:r>
    </w:p>
    <w:p>
      <w:pPr>
        <w:jc w:val="right"/>
      </w:pPr>
      <w:r>
        <w:t>تو ابا،بہت ایم فسائز کیا گیا ہے حدیثوںمیںبھی،اورآپنےبھیبتایاکہپرافٹہمیشہ</w:t>
      </w:r>
    </w:p>
    <w:p>
      <w:r>
        <w:rPr>
          <w:b/>
        </w:rPr>
        <w:t xml:space="preserve">[23:30] </w:t>
      </w:r>
      <w:r>
        <w:t>zikr kiya karte the, yaad kiya karte the.</w:t>
      </w:r>
    </w:p>
    <w:p>
      <w:pPr>
        <w:jc w:val="right"/>
      </w:pPr>
      <w:r>
        <w:t>ذکرکیا کرتے تھے،یادکیا کرتے تھے۔</w:t>
      </w:r>
    </w:p>
    <w:p>
      <w:r>
        <w:rPr>
          <w:b/>
        </w:rPr>
        <w:t xml:space="preserve">[23:32] </w:t>
      </w:r>
      <w:r>
        <w:t>to kyun remembrance of God itni ziyada important hai in building a holy person</w:t>
      </w:r>
    </w:p>
    <w:p>
      <w:pPr>
        <w:jc w:val="right"/>
      </w:pPr>
      <w:r>
        <w:t>تو کیوں ریممبرنسآفگاڈ اتنیزیادہ امپورٹنٹہے انبلڈنگاہیولیپرسن</w:t>
      </w:r>
    </w:p>
    <w:p>
      <w:r>
        <w:rPr>
          <w:b/>
        </w:rPr>
        <w:t xml:space="preserve">[23:38] </w:t>
      </w:r>
      <w:r>
        <w:t>ality? iske bare mein bataein. yeh Khuda hi hamara creator hai, Khuda hi hamara sustainer hai, Khuda hi hamara Lord hai.</w:t>
      </w:r>
    </w:p>
    <w:p>
      <w:pPr>
        <w:jc w:val="right"/>
      </w:pPr>
      <w:r>
        <w:t>یلٹی؟اسکےبارےمیںبتائیں۔ یہخداہیہمارا کریٹر ہے،خداہیہمارا سسٹینرہے، خداہیہمارا لارڈہے۔</w:t>
      </w:r>
    </w:p>
    <w:p>
      <w:r>
        <w:rPr>
          <w:b/>
        </w:rPr>
        <w:t xml:space="preserve">[23:46] </w:t>
      </w:r>
      <w:r>
        <w:t>hum ko Khuda ke paas jaana hai, Khuda ke pados mein jannat hai, to sab kuch Khuda ka hai, hamara kuch nahi hai. to agar hum Khuda ko yaad nahi karenge to kis ko yaad karenge?</w:t>
      </w:r>
    </w:p>
    <w:p>
      <w:pPr>
        <w:jc w:val="right"/>
      </w:pPr>
      <w:r>
        <w:t>ہمکوخداکےپاس جاناہے، خداکےپڑوسمیںجنتہے، تو سبکچھخدا کاہے، ہماراکچھنہیںہے۔ تواگرہمخداکویادنہیںکریںگےتوکسکویادکریںگے؟</w:t>
      </w:r>
    </w:p>
    <w:p>
      <w:r>
        <w:rPr>
          <w:b/>
        </w:rPr>
        <w:t xml:space="preserve">[23:57] </w:t>
      </w:r>
      <w:r>
        <w:t>to lekin Khuda ko yaad karne ka yeh matlab nahi hai jo logon ne le rakha hai, tasbeeh parhna.</w:t>
      </w:r>
    </w:p>
    <w:p>
      <w:pPr>
        <w:jc w:val="right"/>
      </w:pPr>
      <w:r>
        <w:t>تو لیکن خداکویاد کرنے کایہمطلبنہیں ہےجولوگوںنے لےرکھاہے،تسبیحپڑھنا۔</w:t>
      </w:r>
    </w:p>
    <w:p>
      <w:r>
        <w:rPr>
          <w:b/>
        </w:rPr>
        <w:t xml:space="preserve">[24:03] </w:t>
      </w:r>
      <w:r>
        <w:t>tasbeeh parhna nahi, balke dil se Khuda ko yaad karna, jo Khuda ki blessings hain, unke reference mein Khuda ko yaad karna. zikr ke lafzi maani to yaad karna hai, lekin yaad karna matlab yeh understood hai ke Khuda ko poori spirit ke saath yaad karna.</w:t>
      </w:r>
    </w:p>
    <w:p>
      <w:pPr>
        <w:jc w:val="right"/>
      </w:pPr>
      <w:r>
        <w:t>تسبیحپڑھنانہیں،بلکہ دلسےخداکویادکرنا، جو خداکی بلیسنگزہیں، انکے ریفر نسمیںخداکویادکرنا۔ ذکر کےلفظیمعنیتویادکرناہے،لیکن یادکرنا مطلب یہانڈ رسٹوڈہےکہخداکوپوری سپرٹکےساتھ یادکرنا۔</w:t>
      </w:r>
    </w:p>
    <w:p>
      <w:r>
        <w:rPr>
          <w:b/>
        </w:rPr>
        <w:t xml:space="preserve">[24:20] </w:t>
      </w:r>
      <w:r>
        <w:t>Quran mein aaya hai "فَاذْكُرُونِيأَذْكُرْكُمْ" , tum mujh ko yaad rakho, main tum ko yaad rakhoonga. to yaad rakhne mein yeh understood hai ke hamein woh tadabbur o tafakkur karna hai,</w:t>
      </w:r>
    </w:p>
    <w:p>
      <w:pPr>
        <w:jc w:val="right"/>
      </w:pPr>
      <w:r>
        <w:t>قرآنمیںآیاہے"فَاذْكُرُونِيأَذْكُرْكُمْ" ،تم مجھکویادرکھو،میںتمکویادرکھوںگا۔ تو یادرکھنےمیں یہ انڈ رسٹوڈہےکہہمیں وہ تد بر وتف کرکرناہے،</w:t>
      </w:r>
    </w:p>
    <w:p>
      <w:r>
        <w:rPr>
          <w:b/>
        </w:rPr>
        <w:t xml:space="preserve">[24:33] </w:t>
      </w:r>
      <w:r>
        <w:t>Khuda ko, matlab Quran ko samajh kar parhna hai, Rasool Allah sallallahu alaihi wasallam ki zindagi ko samajhna hai, aap ki taleemat ko samajhna hai.</w:t>
      </w:r>
    </w:p>
    <w:p>
      <w:pPr>
        <w:jc w:val="right"/>
      </w:pPr>
      <w:r>
        <w:t>خداکو، مطلب قرآنکو سمجھکرپڑھناہے، رسولاللہ صلیاللہعلیہوسلمکیزندگی کو سمجھناہے، آپکیتعلیم اتکوسمجھناہے۔</w:t>
      </w:r>
    </w:p>
    <w:p>
      <w:r>
        <w:rPr>
          <w:b/>
        </w:rPr>
        <w:t xml:space="preserve">[24:43] </w:t>
      </w:r>
      <w:r>
        <w:t>log kya karte hain ke kuch iske forms le lete hain, aur isko dohrate rehte hain, unki is mein, is se unki personality ko is se koi hissa nahi milta.</w:t>
      </w:r>
    </w:p>
    <w:p>
      <w:pPr>
        <w:jc w:val="right"/>
      </w:pPr>
      <w:r>
        <w:t>لوگکیا کرتے ہیںکہکچھاسکے فارمزلےلیتےہیں، اور اسکو دہراتےرہتےہیں، انکیاسمیں،اسسے انکی شخص یتکو اسسےکوئیحصہنہیںملتا۔</w:t>
      </w:r>
    </w:p>
    <w:p>
      <w:r>
        <w:rPr>
          <w:b/>
        </w:rPr>
        <w:t xml:space="preserve">[24:53] </w:t>
      </w:r>
      <w:r>
        <w:t>kyunki dekhiye, Khuda to invisible hai, Khuda dikhai</w:t>
      </w:r>
    </w:p>
    <w:p>
      <w:pPr>
        <w:jc w:val="right"/>
      </w:pPr>
      <w:r>
        <w:t>کیونکہ دیکھیے،خدا تو انویزی بلہے،خدادکھائی</w:t>
      </w:r>
    </w:p>
    <w:p>
      <w:r>
        <w:rPr>
          <w:b/>
        </w:rPr>
        <w:t xml:space="preserve">[24:57] </w:t>
      </w:r>
      <w:r>
        <w:t>nahi deta. Khuda jo hai, aakhir mein kaha jata hai ke Khuda nazar aayega, lekin aise hi ek baar Rasool Allah sallallahu alaihi wasallam ne kaha ke tum Khuda ko dekhoge, lekin aise dekhoge jaise tum chand ko dekh rahe ho.</w:t>
      </w:r>
    </w:p>
    <w:p>
      <w:pPr>
        <w:jc w:val="right"/>
      </w:pPr>
      <w:r>
        <w:t>نہیںدیتا۔ خدا جوہے، آخرتمیں کہاجاتاہےکہخدا نظر آئےگا،لیکن ایسےہی ایکبار رسولاللہ صلیاللہعلیہوسلمنےکہا کہتم خداکودیکھوگے،لیکن ایسےدیکھوگےجیسے تم چاندکودیکھرہےہو۔</w:t>
      </w:r>
    </w:p>
    <w:p>
      <w:r>
        <w:rPr>
          <w:b/>
        </w:rPr>
        <w:t xml:space="preserve">[25:10] </w:t>
      </w:r>
      <w:r>
        <w:t>matlab Khuda zahir hoga, lekin Khuda itna bada hai, itna ba kamal hai, itna vast hai ke woh isko hum, hum ek nazar mein isko dekh nahi sakte, iski jhalakiyan hum dekhenge.</w:t>
      </w:r>
    </w:p>
    <w:p>
      <w:pPr>
        <w:jc w:val="right"/>
      </w:pPr>
      <w:r>
        <w:t>مطلب خدا ظاہرہوگا،لیکن خدا اتنا بڑا ہے،اتنا باکمالہے،اتنا واسٹہےکہوہ اسکو ہم،ہم ایک نظر میںاسکودیکھنہیںسکتے ، اسکیجھلکیاںہمدیکھیںگے۔</w:t>
      </w:r>
    </w:p>
    <w:p>
      <w:r>
        <w:rPr>
          <w:b/>
        </w:rPr>
        <w:t xml:space="preserve">[25:25] </w:t>
      </w:r>
      <w:r>
        <w:t>to is duniya mein hamein woh apne andar salahiyat paida karni hai ke hum Khuda ko aakhir mein dekhne ke qabil ban jayein, aur woh salahiyat is se paida hoti hai ke jo creation hai, ismein hum ghaur o fikr karein. creation mein Khuda apne apne kamalat ke saath zahir hua</w:t>
      </w:r>
    </w:p>
    <w:p>
      <w:pPr>
        <w:jc w:val="right"/>
      </w:pPr>
      <w:r>
        <w:t>تو اس دنیا میں ہمیں وہ اپنے اندر صلاح یتپیدا کرنیہے کہہمخداکو آخرتمیںدیکھنےکےقابلبنجائیں، اوروہصلاحیت اسیسےپیدا ہوتیہےکہجو کری شنہے، اسمیںہمغوروفکرکریں۔کری شنمیں خدا اپنے اپنے کمالاتکےساتھ ظاہرہوا</w:t>
      </w:r>
    </w:p>
    <w:p>
      <w:r>
        <w:rPr>
          <w:b/>
        </w:rPr>
        <w:t xml:space="preserve">[25:44] </w:t>
      </w:r>
      <w:r>
        <w:t>hai, to bohat ziyada ismein hamein sochna hai, ghaur o fikr karna hai, tasawwur karna hai, ibret ki nigah se dekhna hai, is se hamein kya kya, hamein woh mil raha hai, is se kya sabak mil raha hai.</w:t>
      </w:r>
    </w:p>
    <w:p>
      <w:pPr>
        <w:jc w:val="right"/>
      </w:pPr>
      <w:r>
        <w:t>ہے، تو بہت زیادہ اسمیںہمیں سوچناہے،غوروفکرکرناہے، ت وسمکرناہے، عبرتکینگاہسےدیکھناہے،اسسےہمیں کیا کیا،ہمیںوہ ملرہاہے،اسسے کیا سبقملرہاہے۔</w:t>
      </w:r>
    </w:p>
    <w:p>
      <w:r>
        <w:rPr>
          <w:b/>
        </w:rPr>
        <w:t xml:space="preserve">[25:58] </w:t>
      </w:r>
      <w:r>
        <w:t>to to har mauqe par hamein kuch na kuch Khuda ki yaad ka, hamein itna ziyada Allah ki blessings hain ke har waqt hamein Khuda ki blessings yaad aati rehna chahiye, agar hamara mind jo hai, aware mind hai.</w:t>
      </w:r>
    </w:p>
    <w:p>
      <w:pPr>
        <w:jc w:val="right"/>
      </w:pPr>
      <w:r>
        <w:t>تو توہرموقعپرہمیںکچھنہکچھ خداکییاد کا ،ہمیں اتنا زیادہ اللہ کیبلیسنگزہیں کہہروقت ہمیں خداکیبلیسنگز یاد آتیرہناچاہیے، اگر ہمارا مائنڈجوہے، اویئرمائنڈہے۔</w:t>
      </w:r>
    </w:p>
    <w:p>
      <w:r>
        <w:rPr>
          <w:b/>
        </w:rPr>
        <w:t xml:space="preserve">[26:15] </w:t>
      </w:r>
      <w:r>
        <w:t>to yahi jo hai, imaan ka aala darja hai, aur is se hamein marifat haasil hoti hai. aur jab marifat, jab zikr hota hi hai kehta ke hum Khuda ki marifat haasil karein, jis ko Khuda ki marifat milegi, usi ko jannat milegi.</w:t>
      </w:r>
    </w:p>
    <w:p>
      <w:pPr>
        <w:jc w:val="right"/>
      </w:pPr>
      <w:r>
        <w:t>تو یہیجوہے،ایمانکااعلیٰدرجہہے، اور اسیسےہمیں معرفتحاصل ہوتیہے۔ اور جب معرفت ،جب ذکر ہوتاہیہے کہتاکہہم خداکیمعرفتحاصل کریں، جسکوخداکی معرفت ملےگی، اسیکو جنتملےگی۔</w:t>
      </w:r>
    </w:p>
    <w:p>
      <w:r>
        <w:rPr>
          <w:b/>
        </w:rPr>
        <w:t xml:space="preserve">[26:33] </w:t>
      </w:r>
      <w:r>
        <w:t>to zikr hamein karna hai, lekin bohat ziyada Khuda ki blessings ke reference ke saath z</w:t>
      </w:r>
    </w:p>
    <w:p>
      <w:pPr>
        <w:jc w:val="right"/>
      </w:pPr>
      <w:r>
        <w:t>تو ذکرہمیںکرناہے،لیکن بہت زیادہ خداکی بلیسنگزکےریفرنسکےساتھ ذ</w:t>
      </w:r>
    </w:p>
    <w:p>
      <w:r>
        <w:rPr>
          <w:b/>
        </w:rPr>
        <w:t xml:space="preserve">[26:41] </w:t>
      </w:r>
      <w:r>
        <w:t>ikr karna hai, na ke count karna hai, koi koi lafz count karte karte rehna hai. ji ji ji, aap a, bohat hi important baat batai aap ne yeh. aur aap a, ek aur riwayat mujhe yaad aati hai, hazrat abu huraira ne ek martaba bataya ke Rasool Allah apne saahibiyon ke saath Makkah ke raaste se guzar rahe the,</w:t>
      </w:r>
    </w:p>
    <w:p>
      <w:pPr>
        <w:jc w:val="right"/>
      </w:pPr>
      <w:r>
        <w:t>کرکرناہے، نہ کہکاؤنٹکرناہے،کوئی کوئی لفظکاؤنٹکرتے کرتے رہناہے۔ جیجیجی، آپا،بہت ہی امپورٹنٹباتبتائیآپنےیہ۔اور آپ ا،ایکاور رو ایت مجھےیادآتیہے،حضرت ابو ابوہریرہنےایک مرتبہبتایا کہ رسولاللہاپنے ساتھیوںکےساتھ مکہکےراستےسےگزررہےتھے،</w:t>
      </w:r>
    </w:p>
    <w:p>
      <w:r>
        <w:rPr>
          <w:b/>
        </w:rPr>
        <w:t xml:space="preserve">[27:01] </w:t>
      </w:r>
      <w:r>
        <w:t>to raaste mein ek pahaad aaya, to Rasool Allah ne kaha ke jamdane hain, aage badhte raho. phir unhone kaha ke mufridoon aage nikal jayein. to sahaba ne poocha ke mufridoon kaun nahi?</w:t>
      </w:r>
    </w:p>
    <w:p>
      <w:pPr>
        <w:jc w:val="right"/>
      </w:pPr>
      <w:r>
        <w:t>تو راستےمیںایکپہاڑآیا،تورسولاللہنےکہا کہ جمدانہے، آگے بڑھتےرہو۔ پھرانہوںنےکہاکہ مفرد ون آگےنکلجائیں۔تو صحابینےپوچھاکہ مفردونکونہیں؟</w:t>
      </w:r>
    </w:p>
    <w:p>
      <w:r>
        <w:rPr>
          <w:b/>
        </w:rPr>
        <w:t xml:space="preserve">[27:14] </w:t>
      </w:r>
      <w:r>
        <w:t>to unhone kaha woh mard aur aurat jo bohat ziyada Allah ka zikr karte hain. to aap a, yeh riwayat Tirmidhi mein is tarah bhi aayi hai ke jab logon ne poocha ke mufridoon kaun nahi?</w:t>
      </w:r>
    </w:p>
    <w:p>
      <w:pPr>
        <w:jc w:val="right"/>
      </w:pPr>
      <w:r>
        <w:t>توانہوںنےکہاوہمرد اورعورت جو بہت زیادہ اللہ کاذکر کرتے ہیں۔ تو آپا،یہیروایتترمذیمیںاسطرحبھیآئیہےکہجبلوگوںنےپوچھاکہ مفردون کونہیں ؟</w:t>
      </w:r>
    </w:p>
    <w:p>
      <w:r>
        <w:rPr>
          <w:b/>
        </w:rPr>
        <w:t xml:space="preserve">[27:25] </w:t>
      </w:r>
      <w:r>
        <w:t>to unhone kaha ke woh log jo Allah ke zikr par farefta hon, yani bohat ziyada enamored, bohat ziyada mohabbat ho unko, aur zikr unke bojh ko utar deta hai, aur yeh log aakhir mein halke phulke hokar Allah ke saamne haazir honge.</w:t>
      </w:r>
    </w:p>
    <w:p>
      <w:pPr>
        <w:jc w:val="right"/>
      </w:pPr>
      <w:r>
        <w:t>تو انہوںنےکہاکہوہ لوگ جو اللہ کے ذکرپر فریفتہہوں،یعنیبہتزیادہ انیمرڈ،بہتزیادہ مح بت ہوانکو ، اور ذکر انکے بوجھکو اتاردیتاہے،اور یہ لوگ آخرتمیں ہلکےپھلکےہوکر اللہ کےسامنے حاضرہوںگے۔</w:t>
      </w:r>
    </w:p>
    <w:p>
      <w:r>
        <w:rPr>
          <w:b/>
        </w:rPr>
        <w:t xml:space="preserve">[27:41] </w:t>
      </w:r>
      <w:r>
        <w:t>to aap a, bohat ziyada zikr ko le kar, zikr-e-kaseer bhejeise ke haa jaata hai, phir aapne bhi ek martaba kaha ke "people who have high rank and decide of Allah, who will remember God profusely". lekin aksar aap a, hum dekhte hain ke zikr-e-kaseer ko ek tasbeeh culture bana diya gaya hai.</w:t>
      </w:r>
    </w:p>
    <w:p>
      <w:pPr>
        <w:jc w:val="right"/>
      </w:pPr>
      <w:r>
        <w:t>تو آپ ا، بہت زیادہ ذکرکولےکر، ذکرکثیر بھیجیسے کہاجاتا ہے، پرافٹنےبھی ایک مرتبہکہاکہ "پیپلویلہیو ہائی رینکاندیسائیڈآفاللہ،ہوویلریممبرگاڈ پروفیزلی" ۔لیکن اکثرآپا،ہمدیکھتےہیںکہ ذکر کثیرکو ایک تسبیحکلچر بنادیا گیاہے۔</w:t>
      </w:r>
    </w:p>
    <w:p>
      <w:r>
        <w:rPr>
          <w:b/>
        </w:rPr>
        <w:t xml:space="preserve">[28:01] </w:t>
      </w:r>
      <w:r>
        <w:t>to aap a, isko aap achhe se wazeh karein ke zikr-e-kaseer kya hai, iske baare mein bataein.</w:t>
      </w:r>
    </w:p>
    <w:p>
      <w:pPr>
        <w:jc w:val="right"/>
      </w:pPr>
      <w:r>
        <w:t>تو آپ ا،اسکوآپاچھےسےواضحکریںکہ ذکر کثیرکیا ہے، اسکےبارےمیںبت ائیں۔</w:t>
      </w:r>
    </w:p>
    <w:p>
      <w:r>
        <w:rPr>
          <w:b/>
        </w:rPr>
        <w:t xml:space="preserve">[28:08] </w:t>
      </w:r>
      <w:r>
        <w:t>quran mein aaya hai "ya ayyuhal lazeena aamanoo uzkuroollaha zikran kaseera". aye imaan walo! Allah ko bohat ziyada yaad karo, to bohat ziyada yaad karo. logon ne samjha hai woh hazar hazar daanon ki tasbeeh padhna, to tasbeeh padhna chahiye. lekin aajkal jo rawaaj hai tasbeeh padhne ka, bilkul be-sooche samjhe khali daane hilate rehte hain.</w:t>
      </w:r>
    </w:p>
    <w:p>
      <w:pPr>
        <w:jc w:val="right"/>
      </w:pPr>
      <w:r>
        <w:t>قرآنمیںآیاہے"یا ایہاالذین آمنوااذکروااللہ ذکراکثیرا" ۔ اےایمانوالو!اللہ کوبہت زیادہ یادکرو ، تو بہت زیادہ یادکرو۔لوگوںنےسمجھاہےوہ ہزار ہزار دان وںکیتسبیحپڑھنا، تو تسبیح پڑھناچاہیے۔لیکن آجکلجو رواجہےتسبیحپڑھنےکا،بالکل بےسوچےسمجھےخالیدانہہلاتےرہتےہیں۔</w:t>
      </w:r>
    </w:p>
    <w:p>
      <w:r>
        <w:rPr>
          <w:b/>
        </w:rPr>
        <w:t xml:space="preserve">[28:32] </w:t>
      </w:r>
      <w:r>
        <w:t>maine afghanistan mein dekha ke woh woh karte hain, taqreer karte hain, tab bhi daane hilate rehte hain. to yeh thodi tasbeeh bhi padho, to bhi Allah ko yaad karte hue padho.</w:t>
      </w:r>
    </w:p>
    <w:p>
      <w:pPr>
        <w:jc w:val="right"/>
      </w:pPr>
      <w:r>
        <w:t>میںنے افغان ستانمیںدیکھاکہوہ وہ کرتے ہیں،تقریرکرتے ہیں،تببھیدانےہلاتےرہتےہیں۔ تو یہتھوڑی تسبیحبھیپڑھو،توبھی اللہ کویادکرتے ہوئےپڑھو۔</w:t>
      </w:r>
    </w:p>
    <w:p>
      <w:r>
        <w:rPr>
          <w:b/>
        </w:rPr>
        <w:t xml:space="preserve">[28:43] </w:t>
      </w:r>
      <w:r>
        <w:t>jeise "alhamdulillah! humne tasbeeh padhi" to ismein Allah ko yaad karein ke kya kya Allah ne humein kya kya blessings di hain. to woh sab yaad karte hue padhein, to tasbeeh padhna bhi sahi hai.</w:t>
      </w:r>
    </w:p>
    <w:p>
      <w:pPr>
        <w:jc w:val="right"/>
      </w:pPr>
      <w:r>
        <w:t>جیسے"الحمدللہ! ہمنےتسبیحپڑھی"تو اسمیںاللہ کویادکریںکہکیا کیا اللہ نےہمیں کیا کیا بلیسنگزدیہیں۔ تووہ سبیاد کرتے ہوئےپڑھیں،توتسبیحپڑھنابھی صحیحہے۔</w:t>
      </w:r>
    </w:p>
    <w:p>
      <w:r>
        <w:rPr>
          <w:b/>
        </w:rPr>
        <w:t xml:space="preserve">[28:55] </w:t>
      </w:r>
      <w:r>
        <w:t>lekin aajkal jo rawaaj hai sirf daane hilane ka, usse kuch nahi milta.</w:t>
      </w:r>
    </w:p>
    <w:p>
      <w:pPr>
        <w:jc w:val="right"/>
      </w:pPr>
      <w:r>
        <w:t>لیکن آجکل جو رواجہے صرف دانہہلانےکا ، اسسےکچھنہیںملتا۔</w:t>
      </w:r>
    </w:p>
    <w:p>
      <w:r>
        <w:rPr>
          <w:b/>
        </w:rPr>
        <w:t xml:space="preserve">[29:02] </w:t>
      </w:r>
      <w:r>
        <w:t>matlab hamari personality mein change aana chahiye. to insaan dekhiye, insaan ko sab kuch khuda se mila hua hai, ab woh insaan khuda ko ek knowledge karna chahta hai.</w:t>
      </w:r>
    </w:p>
    <w:p>
      <w:pPr>
        <w:jc w:val="right"/>
      </w:pPr>
      <w:r>
        <w:t>مطلبہماری پرسن یلٹیمیں چینجآناچاہیے۔ تو انسان دیکھیے،انسانکو سبکچھخداسےملاہواہے، ابوہانسان خداکوایک نالجکرناچاہتاہے۔</w:t>
      </w:r>
    </w:p>
    <w:p>
      <w:r>
        <w:rPr>
          <w:b/>
        </w:rPr>
        <w:t xml:space="preserve">[29:12] </w:t>
      </w:r>
      <w:r>
        <w:t>to yeh jaise agar insaan ne kisi insaan ko kuch diya, to kitna ziyada woh jhuk ke thank you karega. usko usko jee chahta hai ke usne humein kuch diya, to hum bhi uska shukriya ada karein.</w:t>
      </w:r>
    </w:p>
    <w:p>
      <w:pPr>
        <w:jc w:val="right"/>
      </w:pPr>
      <w:r>
        <w:t>تو یہ جیسےاگر انسان نے کسی انسانکو کچھدیا،تو کتنازیادہ وہ جھککے تھینکیوکرےگا۔ اسکو اسکو جیچاہتاہےکہ اسنےہمیںکچھدیا،توہمبھیاسکا شکریہاداکریں۔</w:t>
      </w:r>
    </w:p>
    <w:p>
      <w:r>
        <w:rPr>
          <w:b/>
        </w:rPr>
        <w:t xml:space="preserve">[29:25] </w:t>
      </w:r>
      <w:r>
        <w:t>to khuda ne to sab kuch hi diya hai, to agar hum khuda ka shukriya na ada karein, khuda ka sahi maene mein sachhe dil se khuda ko ek knowledge karein, to hamare dil</w:t>
      </w:r>
    </w:p>
    <w:p>
      <w:pPr>
        <w:jc w:val="right"/>
      </w:pPr>
      <w:r>
        <w:t>تو خ دانےتوسبکچھہیدیا ہے، تواگرہمخداکاشکریہ نہاداکریں،خداکا صحیحمعنیمیںسچےدلسے خداکوایکنالجنہکریں،توہمارےدل</w:t>
      </w:r>
    </w:p>
    <w:p>
      <w:r>
        <w:rPr>
          <w:b/>
        </w:rPr>
        <w:t xml:space="preserve">[29:35] </w:t>
      </w:r>
      <w:r>
        <w:t>par ek unconsciousness, hamare upar ek bojh rahega ke humko khuda se sab kuch mila hua hai, aur hum khuda ko kuch nahi de rahe hain. to khuda ko kuch chahiye nahi, lekin insaan ko chahiye ke woh khuda ko ek knowledge kare.</w:t>
      </w:r>
    </w:p>
    <w:p>
      <w:pPr>
        <w:jc w:val="right"/>
      </w:pPr>
      <w:r>
        <w:t>پر ایک انکانس یسلیہمارےاوپرایک بوجھرہےگا کہہمکوخداسےسبکچھملاہواہے،اورہمخداکو کچھنہیں دےرہےہیں۔ تو خدا کوکچھچاہیےنہیں،لیکن انسان کوچاہیے کہوہخداکو ایکنالجکرے۔</w:t>
      </w:r>
    </w:p>
    <w:p>
      <w:r>
        <w:rPr>
          <w:b/>
        </w:rPr>
        <w:t xml:space="preserve">[29:50] </w:t>
      </w:r>
      <w:r>
        <w:t>to iska wohi tareeqa rasool Allah (SAW) ne bataya ke har mauqe par hum khuda ko yaad karein. to aur woh yeh hai ke har cheez ko ek reference point banayein.</w:t>
      </w:r>
    </w:p>
    <w:p>
      <w:pPr>
        <w:jc w:val="right"/>
      </w:pPr>
      <w:r>
        <w:t>تو اسکاوہیطریقہ رسولاللہصلیاللہعلیہوسلمنےبتایاکہہرموقع پرہم خداکو یادکریں۔ تو اور وہیہےکہہرچیزکوایک ریفرنس پوائنٹبنائیں۔</w:t>
      </w:r>
    </w:p>
    <w:p>
      <w:r>
        <w:rPr>
          <w:b/>
        </w:rPr>
        <w:t xml:space="preserve">[30:02] </w:t>
      </w:r>
      <w:r>
        <w:t>ab mujhe yaad aa raha tha ke jab hajj ka mauqa tha, jab rasool Allah (SAW) hajj par gaye, to usse ek saal pehle ya ek do saal pehle Hazrat Hazrat Ali ko bheja tha.</w:t>
      </w:r>
    </w:p>
    <w:p>
      <w:pPr>
        <w:jc w:val="right"/>
      </w:pPr>
      <w:r>
        <w:t>ابمجھےیادآرہاتھاکہجب حجکاموقع تھا، جب رسولاللہصلیاللہعلیہوسلم حج پرگئے،تواسسے ایک سال پہلے یاایکدوسالپہلے حضرت حضرت علی کوبھیجاتھا۔</w:t>
      </w:r>
    </w:p>
    <w:p>
      <w:r>
        <w:rPr>
          <w:b/>
        </w:rPr>
        <w:t xml:space="preserve">[30:16] </w:t>
      </w:r>
      <w:r>
        <w:t>kyunki hajj ki jo practices thin, woh sab bilkul corrupt ho chuki thin, bilkul badal chuki thin. jo Hazrat Ibrahim (AS) ke zamane mein jo tha, woh sab in logon ne badal diya tha.</w:t>
      </w:r>
    </w:p>
    <w:p>
      <w:pPr>
        <w:jc w:val="right"/>
      </w:pPr>
      <w:r>
        <w:t>کیونکہ حجکیجو پریکٹسزتھیں، وہ سببالکل کرپٹہوچکیتھیں،بالکل بدلچکیتھیں۔ جوحضرت ابراہیمعلیہالسلام کے زمان ےمیںجو تھا،وہسب انلوگوںنےبدلدیاتھا۔</w:t>
      </w:r>
    </w:p>
    <w:p>
      <w:r>
        <w:rPr>
          <w:b/>
        </w:rPr>
        <w:t xml:space="preserve">[30:29] </w:t>
      </w:r>
      <w:r>
        <w:t>aur yahan tak ke hajj ke mahino ko bhi badal diya tha, nasee ke zariye, intercalation ke zariye. to woh kya karte the? jaise bohat garam mausam hai, bohat thanda mausam hai, to woh das giarah din jod kar ke usko hata dete the.</w:t>
      </w:r>
    </w:p>
    <w:p>
      <w:pPr>
        <w:jc w:val="right"/>
      </w:pPr>
      <w:r>
        <w:t>اوریہاںتک کہ حجکے مہینوںکوبھیبدلدیاتھا، نصیحکےذریعے،انٹرکیلیشنکےذریعے۔ تو وہکیا کرتے تھے؟جیسےبہت گرمموسمہے،بہتٹھنڈاموسمہے،تو وہ دسگیارہدنجوڑکرکےاسکو ہٹادیتےتھے۔</w:t>
      </w:r>
    </w:p>
    <w:p>
      <w:r>
        <w:rPr>
          <w:b/>
        </w:rPr>
        <w:t xml:space="preserve">[30:43] </w:t>
      </w:r>
      <w:r>
        <w:t>kyunki usse unki business, trading wagera nahi hoti thi, log ziyada nahi aate</w:t>
      </w:r>
    </w:p>
    <w:p>
      <w:pPr>
        <w:jc w:val="right"/>
      </w:pPr>
      <w:r>
        <w:t>کیونکہ اسسے انکی بزنس، ٹریڈنگوغیرہنہیںہوتیتھی،لوگزیادہ نہیںآتے</w:t>
      </w:r>
    </w:p>
    <w:p>
      <w:r>
        <w:rPr>
          <w:b/>
        </w:rPr>
        <w:t xml:space="preserve">[30:48] </w:t>
      </w:r>
      <w:r>
        <w:t>the. to Hazrat Ali ko aap ne bheja apne hajj se pehle ke jaake wahan ailaan kar do ke aindah jo hai, jo hajj ka jo asal date hai, usi date par hajj padhega.</w:t>
      </w:r>
    </w:p>
    <w:p>
      <w:pPr>
        <w:jc w:val="right"/>
      </w:pPr>
      <w:r>
        <w:t>تھے۔ تو حضرت علی کو آپ نے بھیجا اپنے حجسےپہلے کہجاکےوہاںاعلانکردوکہآئندہجوہے، جو حجکاجو اصل ڈیٹہے،اسی ڈیٹپرحجپڑھےگا۔</w:t>
      </w:r>
    </w:p>
    <w:p>
      <w:r>
        <w:rPr>
          <w:b/>
        </w:rPr>
        <w:t xml:space="preserve">[31:02] </w:t>
      </w:r>
      <w:r>
        <w:t>yeh nasee aur intercalation ke zariye se jo waqt date hata dete the, woh ab nahi hatega. to Hazrat Ali jo hain, unki awaaz thodi loud thi, lekin woh bolte bolte unka gala jo hai na, ek dam roand gaya</w:t>
      </w:r>
    </w:p>
    <w:p>
      <w:pPr>
        <w:jc w:val="right"/>
      </w:pPr>
      <w:r>
        <w:t>یہ نصیحاورانٹرکیلیشنکےذریعے سےجو وقت ڈیٹہٹادیتےتھے،وہابنہیںہٹےگا۔ تو حضرت علی جوہیں، انکیآوازتھوڑیلاؤڈتھی، لیکن وہبول تےبولتے انکا گلاجوہےنا،ایکدمروندگیا</w:t>
      </w:r>
    </w:p>
    <w:p>
      <w:r>
        <w:rPr>
          <w:b/>
        </w:rPr>
        <w:t xml:space="preserve">[31:16] </w:t>
      </w:r>
      <w:r>
        <w:t>tha. hoarseness jis ko kehte hain, hoarse ho gayi thi. ab aaj hum kitne aaram se bolte hain, sari jo khuda ki blessings hain, yeh to ek blessing hai, hazaron lakhon blessings hain.</w:t>
      </w:r>
    </w:p>
    <w:p>
      <w:pPr>
        <w:jc w:val="right"/>
      </w:pPr>
      <w:r>
        <w:t>تھا۔ ہورسجس کوکہتےہیں،ہورسوائسہوگئیتھی۔ ابآجہمکتنے آرامسےبولتےہیں،ساریجو خداکی بلیسنگزہیں، یہتوایک بلیسنگہے،ہ زاروںلاکھوںبلیسنگزہیں۔</w:t>
      </w:r>
    </w:p>
    <w:p>
      <w:r>
        <w:rPr>
          <w:b/>
        </w:rPr>
        <w:t xml:space="preserve">[31:27] </w:t>
      </w:r>
      <w:r>
        <w:t>to woh in blessings ke reference se humein khuda ki yaad karni hai, to khuda ko ek knowledge</w:t>
      </w:r>
    </w:p>
    <w:p>
      <w:pPr>
        <w:jc w:val="right"/>
      </w:pPr>
      <w:r>
        <w:t>تو وہ انبلیسنگزکے ریفرنسسےہمیں خداکییاد کرنیہے، تو خداکوایک نالج</w:t>
      </w:r>
    </w:p>
    <w:p>
      <w:r>
        <w:rPr>
          <w:b/>
        </w:rPr>
        <w:t xml:space="preserve">[31:36] </w:t>
      </w:r>
      <w:r>
        <w:t>karna hai. to yeh cheez hai zikr-e-kaseer ke har tajurba, har jo hai experience woh hai, woh hamare imaan mein izafe ka sabab ban jaye.</w:t>
      </w:r>
    </w:p>
    <w:p>
      <w:pPr>
        <w:jc w:val="right"/>
      </w:pPr>
      <w:r>
        <w:t>کرناہے۔ تو یہچیز ہے ذکر کثیر کہہر تجربہ ،ہر جوہے ایکسپیرینسجوہے،وہہمارےایمان میں اضافےکاسبببنجائے۔</w:t>
      </w:r>
    </w:p>
    <w:p>
      <w:r>
        <w:rPr>
          <w:b/>
        </w:rPr>
        <w:t xml:space="preserve">[31:47] </w:t>
      </w:r>
      <w:r>
        <w:t>aur jab hum khuda ko is tareeqe se yaad karenge, to hamare hum khuda se hamari qurbat haasil karte hain, khuda se hum qareeb ho jaate hain psychological sense mein.</w:t>
      </w:r>
    </w:p>
    <w:p>
      <w:pPr>
        <w:jc w:val="right"/>
      </w:pPr>
      <w:r>
        <w:t>اور جب ہم خداکواسطریقےسےیادکریںگے،توہمارے ہمخداسےہماری قربتحاصل کرتے ہیں،خداسےہم قریبہوجاتےہیں سائیکلوجیکل سینسمیں۔</w:t>
      </w:r>
    </w:p>
    <w:p>
      <w:r>
        <w:rPr>
          <w:b/>
        </w:rPr>
        <w:t xml:space="preserve">[31:58] </w:t>
      </w:r>
      <w:r>
        <w:t>to Maulana ne likha hai ke zikr-e-kaseer darasal tajurba-e-kaseer ke ek izhaar ka naam hai.</w:t>
      </w:r>
    </w:p>
    <w:p>
      <w:pPr>
        <w:jc w:val="right"/>
      </w:pPr>
      <w:r>
        <w:t>تو مول انانےلکھاہےکہذکر کثیر دراصل تج ربہ کثیرکے ایک اظہارکانام ہے۔</w:t>
      </w:r>
    </w:p>
    <w:p>
      <w:r>
        <w:rPr>
          <w:b/>
        </w:rPr>
        <w:t xml:space="preserve">[32:04] </w:t>
      </w:r>
      <w:r>
        <w:t>yaani humein tarah tarah ke tajurbe hote hain khuda ki blessings ka, usko hum lafzon mein izhaar karte hain. to yahi zikr-e-kaseer hai.</w:t>
      </w:r>
    </w:p>
    <w:p>
      <w:pPr>
        <w:jc w:val="right"/>
      </w:pPr>
      <w:r>
        <w:t>یعنیہمیں طرح طرح کےتجربےہوتےہیں خداکیبلیسنگزکا ، اسکاہم لفظوںمیںاظہارکرتے ہیں۔ تو یہی ذکر کثیرہے۔</w:t>
      </w:r>
    </w:p>
    <w:p>
      <w:r>
        <w:rPr>
          <w:b/>
        </w:rPr>
        <w:t xml:space="preserve">[32:16] </w:t>
      </w:r>
      <w:r>
        <w:t>to is tareeqe se hum har waqt khuda ki yaad mein jeene lagte hain. kyunki jab hum itna ziyada conscious ho jayein ke jo kuch bhi humein mila hai, woh khuda ki taraf se mila hai, to har waqt hum khuda ki yaad karenge, aur har waqt har tajurba jo hai, ek silsila yaad mein dhal jayega.</w:t>
      </w:r>
    </w:p>
    <w:p>
      <w:pPr>
        <w:jc w:val="right"/>
      </w:pPr>
      <w:r>
        <w:t>تو اسطریقےسےہمہروقت خداکییادمیںجینےلگتےہیں۔کیونکہجبہم اتنازیادہ کان شیسہوجائیںکہجوکچھبھیہمیںملاہے، وہ خداکیطرف سے ملاہے، تو ہروقت ہمخداکییادکریںگے،اور ہروقت ہر تجربہجوہے،ایکمسلسلیادمیں ڈھلجائےگا۔</w:t>
      </w:r>
    </w:p>
    <w:p>
      <w:r>
        <w:rPr>
          <w:b/>
        </w:rPr>
        <w:t xml:space="preserve">[32:33] </w:t>
      </w:r>
      <w:r>
        <w:t>to usse samajh mein aata hai na ke lafzi takrar nahi, balki ek silsila ek ehsaas ka naam hai. har lamha humko khuda ki rehmat ka tajurba hota hai, aur yeh tajurba jo hai, khuda ki yaad mein dhal jata hai.</w:t>
      </w:r>
    </w:p>
    <w:p>
      <w:pPr>
        <w:jc w:val="right"/>
      </w:pPr>
      <w:r>
        <w:t>تو اسسےسمجھمیںآتاہےناکہلفظیتکرارنہیں،بلکہ ایک مسلسلایک احساس کانام ہے۔ہرلمحہ ہمکوخداکیرحمت کاتجربہہوتاہے، اور یہ تجربہجوہے،خداکییادمیںڈھلجاتاہے۔</w:t>
      </w:r>
    </w:p>
    <w:p>
      <w:r>
        <w:rPr>
          <w:b/>
        </w:rPr>
        <w:t xml:space="preserve">[32:46] </w:t>
      </w:r>
      <w:r>
        <w:t>to phir issi ka izhaar alfaaz mein hota hai, aur isi doami yaad ka naam jo hai, woh zikr-e-kaseer hai. Ji, jazak Allah aapa, behta achhe se aap ne wazeh kiya is subject ko.</w:t>
      </w:r>
    </w:p>
    <w:p>
      <w:pPr>
        <w:jc w:val="right"/>
      </w:pPr>
      <w:r>
        <w:t>تو پھر اسیکااظہار الفاظمیںہوتاہے، اوراسی دو امی یادکانام جوہے،وہ ذکر کثیرہے۔ جی، جزاک اللہآپا،بہتاچھےسےآپنے واضحکیا اسسبجیکٹکو ۔</w:t>
      </w:r>
    </w:p>
    <w:p>
      <w:r>
        <w:rPr>
          <w:b/>
        </w:rPr>
        <w:t xml:space="preserve">[32:57] </w:t>
      </w:r>
      <w:r>
        <w:t>main aap ka kuch comment padhna chahunga agle sawal lene se</w:t>
      </w:r>
    </w:p>
    <w:p>
      <w:pPr>
        <w:jc w:val="right"/>
      </w:pPr>
      <w:r>
        <w:t>میں آپاکچھ کمنٹسپڑھناچاہوںگااگلاسوال لینےسے</w:t>
      </w:r>
    </w:p>
    <w:p>
      <w:r>
        <w:rPr>
          <w:b/>
        </w:rPr>
        <w:t xml:space="preserve">[33:01] </w:t>
      </w:r>
      <w:r>
        <w:t>pehle. Yeh comment bheja hai Miss Fareeda Kamran ne Pakistan se, Islamabad se. Unhon ne likha hai: "Beautiful session! Paradise should be our goal.</w:t>
      </w:r>
    </w:p>
    <w:p>
      <w:pPr>
        <w:jc w:val="right"/>
      </w:pPr>
      <w:r>
        <w:t>پہلے۔ یہکمنٹبھیجا ہے مس فریدہ کامراننے پاکستانسے،اسلام آبادسے۔انہوںنےلکھاہے: "بیوٹیفل سیشن!پیراڈائزشوڈبیاور گول۔</w:t>
      </w:r>
    </w:p>
    <w:p>
      <w:r>
        <w:rPr>
          <w:b/>
        </w:rPr>
        <w:t xml:space="preserve">[33:12] </w:t>
      </w:r>
      <w:r>
        <w:t>Maulana sahib should show the way of paradise and give simple for molla to avail paradise, to remain positive and to connect to God.</w:t>
      </w:r>
    </w:p>
    <w:p>
      <w:pPr>
        <w:jc w:val="right"/>
      </w:pPr>
      <w:r>
        <w:t>مول اناصاحب شوڈداوےآفپیراڈائزاینڈگیو سمپل فار مولا ٹو اویل پیراڈائز، ٹوریمینانپوزیٹیوٹیاینڈٹوکنیکٹودگاڈ۔</w:t>
      </w:r>
    </w:p>
    <w:p>
      <w:r>
        <w:rPr>
          <w:b/>
        </w:rPr>
        <w:t xml:space="preserve">[33:22] </w:t>
      </w:r>
      <w:r>
        <w:t>Maulana sahib was a highly personeltian this earth. May Allah give us best rewards in paradise. Ameen</w:t>
      </w:r>
    </w:p>
    <w:p>
      <w:pPr>
        <w:jc w:val="right"/>
      </w:pPr>
      <w:r>
        <w:t>مول اناصاحبوازاہیولی پرسن یل ٹیان دسارتھ۔ میںاللہ گیوہمبیسٹ ریوارڈزانپیراڈائز۔ آمین</w:t>
      </w:r>
    </w:p>
    <w:p>
      <w:r>
        <w:rPr>
          <w:b/>
        </w:rPr>
        <w:t xml:space="preserve">[33:30] </w:t>
      </w:r>
      <w:r>
        <w:t>. " Maulana Iqbal Umer ne Chennai se likha hai: "Allah aur aakhirat ka tazkirah bar bar karte rehna hai, yahi Maulana ka mission tha.</w:t>
      </w:r>
    </w:p>
    <w:p>
      <w:pPr>
        <w:jc w:val="right"/>
      </w:pPr>
      <w:r>
        <w:t>۔" مول انااقبال عمرینے چنئیسےلکھاہے:"اللہاور آخرتکا تذکرہ بار بار کرتے رہناہے، یہی مول اناکامشنتھا۔</w:t>
      </w:r>
    </w:p>
    <w:p>
      <w:r>
        <w:rPr>
          <w:b/>
        </w:rPr>
        <w:t xml:space="preserve">[33:40] </w:t>
      </w:r>
      <w:r>
        <w:t>Masha Allah! Aap a aapa ne dobara hum ko yaad dilaya. Jazak Allah." Dr. Aslam Khan sahib ne Sarinpat se likha hai: "There are seven types of paradise.</w:t>
      </w:r>
    </w:p>
    <w:p>
      <w:pPr>
        <w:jc w:val="right"/>
      </w:pPr>
      <w:r>
        <w:t>ماشاءاللہ!آپ ا آپانے دوبارہہمکو یاد دل ایا۔ جز اک اللہ۔" ڈاکٹر اسلمخان صاحبنےسارنپٹسےلکھاہے:"دیرآرسیونٹائپسآفپیراڈائز۔</w:t>
      </w:r>
    </w:p>
    <w:p>
      <w:r>
        <w:rPr>
          <w:b/>
        </w:rPr>
        <w:t xml:space="preserve">[33:51] </w:t>
      </w:r>
      <w:r>
        <w:t>Top most heaven is Dar-us-salam, and it is for those who are totally positive in each and every situation during their world life."</w:t>
      </w:r>
    </w:p>
    <w:p>
      <w:pPr>
        <w:jc w:val="right"/>
      </w:pPr>
      <w:r>
        <w:t>ٹاپ موسٹ ہیوناز دار السلام ، اینڈاٹازفار دوزہوآرٹوٹلی پوزیٹیوانایچاینڈایوری سچوی شن ڈیورنگدیرورلڈلیلائف۔"</w:t>
      </w:r>
    </w:p>
    <w:p>
      <w:r>
        <w:rPr>
          <w:b/>
        </w:rPr>
        <w:t xml:space="preserve">[34:02] </w:t>
      </w:r>
      <w:r>
        <w:t>Mohammad Asif Khan sahib ne Lucknow se likha hai: "Jannat ki baatein aaj aam ho gayi hain. CPAS team bahut shukriya!</w:t>
      </w:r>
    </w:p>
    <w:p>
      <w:pPr>
        <w:jc w:val="right"/>
      </w:pPr>
      <w:r>
        <w:t>محمد اص ف خان صاحبنے لکھنؤسےلکھاہے: "جنت کی باتیںآج اج نبیہوگئی ہیں۔ سیپیایسٹیم بہت شکریہ!</w:t>
      </w:r>
    </w:p>
    <w:p>
      <w:r>
        <w:rPr>
          <w:b/>
        </w:rPr>
        <w:t xml:space="preserve">[34:12] </w:t>
      </w:r>
      <w:r>
        <w:t>Jannat ki taleemat hum ko ek behtar tareeqe se di hain. Aap ne bahut qeemti aur aham taleemat di jannat ke bare mein. Allah qabool kare.</w:t>
      </w:r>
    </w:p>
    <w:p>
      <w:pPr>
        <w:jc w:val="right"/>
      </w:pPr>
      <w:r>
        <w:t>جنتکی تعلیم اتہمکو ایک بہتر طریقےسے دیہیں۔ آپ انے بہت قیمتیاور اہم تعلیم ات دی جنتکےبارےمیں ۔اللہ قبولکرے۔</w:t>
      </w:r>
    </w:p>
    <w:p>
      <w:r>
        <w:rPr>
          <w:b/>
        </w:rPr>
        <w:t xml:space="preserve">[34:23] </w:t>
      </w:r>
      <w:r>
        <w:t>CPAS is doing a great work.</w:t>
      </w:r>
    </w:p>
    <w:p>
      <w:pPr>
        <w:jc w:val="right"/>
      </w:pPr>
      <w:r>
        <w:t>سیپیایسازڈوئنگ ا گریٹ ورک۔</w:t>
      </w:r>
    </w:p>
    <w:p>
      <w:r>
        <w:rPr>
          <w:b/>
        </w:rPr>
        <w:t xml:space="preserve">[34:26] </w:t>
      </w:r>
      <w:r>
        <w:t>" Aapa, abhi aap ne jaise bahut achhe se zikr ke bare mein bataya, lekin aksar kya hota hai ke mind zikr se divert is liye bhi ho jata hai, because people start living on negative experiences, past experiences, aur woh past experience ko le kar kaafi pareshan rehte hain, rote rehte hain.</w:t>
      </w:r>
    </w:p>
    <w:p>
      <w:pPr>
        <w:jc w:val="right"/>
      </w:pPr>
      <w:r>
        <w:t>" آپا،ابھیآپنے جیسے بہت اچھےسے ذکرکےبارےمیںبتایا، لیکن اکثرکیاہوتاہےکہ مائنڈ ذکر سے ڈائیورٹاسلیےبھیہوجاتاہے، بیکاز پیپلسٹارٹلیونگان نیگیٹیوایکسپیرینسز، پاسٹایکسپیرینسز، اور وہپاسٹایکسپیرینسکولےکرکافی پریشانرہتےہیں، روتےرہتےہیں۔</w:t>
      </w:r>
    </w:p>
    <w:p>
      <w:r>
        <w:rPr>
          <w:b/>
        </w:rPr>
        <w:t xml:space="preserve">[34:47] </w:t>
      </w:r>
      <w:r>
        <w:t>aur is se aap ahota yeh hai ke jo unhein mila hua hota hai, us pe woh shukr nahin karte</w:t>
      </w:r>
    </w:p>
    <w:p>
      <w:pPr>
        <w:jc w:val="right"/>
      </w:pPr>
      <w:r>
        <w:t>اور اسسےآپ اہوتایہہےکہجو انہیں ملاہواہوتاہے، اس پہوہشکرنہیںکرت</w:t>
      </w:r>
    </w:p>
    <w:p>
      <w:r>
        <w:rPr>
          <w:b/>
        </w:rPr>
        <w:t xml:space="preserve">[34:53] </w:t>
      </w:r>
      <w:r>
        <w:t>hain. To jab ke aap a, Maulana sahib khud bahut zyada emphasize karte the ke har cheez pe shukr karo, woh kehte the ke agar aap ko 99 percent nahin mila hua hai aur 1 percent mila hua hai, to us 1 percent ko itna badhaiye ke woh 99 percent ko overwhelm kar de.</w:t>
      </w:r>
    </w:p>
    <w:p>
      <w:pPr>
        <w:jc w:val="right"/>
      </w:pPr>
      <w:r>
        <w:t>ے۔ تو جب کہآپ ا، مول اناصاحبخود بہتزیادہ ایمفس ائزکرتےتھےکہ ہرچیزپہ شکرکرو، وہکہتےتھےکہاگر آپکو 9 9پرسنٹنہیںملاہواہےاورونپرسنٹملاہواہے، تو اسونپرسنٹکواتنا بڑھائیےکہوہ 9 9 پرسنٹکو اوورویلمکردے۔</w:t>
      </w:r>
    </w:p>
    <w:p>
      <w:r>
        <w:rPr>
          <w:b/>
        </w:rPr>
        <w:t xml:space="preserve">[35:10] </w:t>
      </w:r>
      <w:r>
        <w:t>To shukr jo hai, aap a, shukr ka jo jazba hai, woh bahut aham hai, bahut important hai. Agar humein highly personalty apne aap ko banana hai,</w:t>
      </w:r>
    </w:p>
    <w:p>
      <w:pPr>
        <w:jc w:val="right"/>
      </w:pPr>
      <w:r>
        <w:t>تو شکرجوہے،آپ ا،شکرکاجو جو جذبہہے، وہ بہت اہم ہے،بہت امپورٹنٹہے۔ اگر ہمیںہیولیپرسنیل ٹی اپنےآپکوبناناہے،</w:t>
      </w:r>
    </w:p>
    <w:p>
      <w:r>
        <w:rPr>
          <w:b/>
        </w:rPr>
        <w:t xml:space="preserve">[35:20] </w:t>
      </w:r>
      <w:r>
        <w:t>to main chahunga aapa is ke bare mein aap hum sab ko bataein. Yeh Quran ki jo pehli ayat hai, woh woh yeh hai: "Alhamdulillah Rabbil Alameen".</w:t>
      </w:r>
    </w:p>
    <w:p>
      <w:pPr>
        <w:jc w:val="right"/>
      </w:pPr>
      <w:r>
        <w:t>تو میںچاہوںگاآپا اساسکےبارےمیں آپ ہمسبکوبت ائیں۔ یہ قرآنکیجو پہلیآیتہے،وہ وہیہے: "الحمدللہ رب العالم ین"۔</w:t>
      </w:r>
    </w:p>
    <w:p>
      <w:r>
        <w:rPr>
          <w:b/>
        </w:rPr>
        <w:t xml:space="preserve">[35:30] </w:t>
      </w:r>
      <w:r>
        <w:t>To alhamdulillah jo hai, is ka matlab hi yeh hai: shukr, Khuda ka shukr. Log is ka translation praise karte hain, lekin Maulana ne kaha ke shukr sahih translation hai ke Khuda ka shukr</w:t>
      </w:r>
    </w:p>
    <w:p>
      <w:pPr>
        <w:jc w:val="right"/>
      </w:pPr>
      <w:r>
        <w:t>تو الحمد جوہے، اسکا معنیہییہیہے:شکر ،خداکاشکر ۔ لوگ اسکا ٹرانسلیشن پریز کرتے ہیں،لیکن مول انانےکہاکہ شکر صح یح ٹر انسلیشنہے کہخدا کا شکر</w:t>
      </w:r>
    </w:p>
    <w:p>
      <w:r>
        <w:rPr>
          <w:b/>
        </w:rPr>
        <w:t xml:space="preserve">[35:46] </w:t>
      </w:r>
      <w:r>
        <w:t>hai. Khuda ko yeh pehla hi lafz hai ke hum Khuda ko acknowledge karein, Khuda ka shukr ke saath. To humein jo hai, sab se zyada important jo hai, woh shukr hi hai jo hum ek insan apne Rab ke saamne pesh kar sakta hai.</w:t>
      </w:r>
    </w:p>
    <w:p>
      <w:pPr>
        <w:jc w:val="right"/>
      </w:pPr>
      <w:r>
        <w:t>ہے۔ خداکو یہ پہلاہی لفظہےکہہمخداکو ایکنالجکریں،خدا کا شکرکےساتھ ۔تو ہمیں جوہے، سبسے زیادہ امپورٹنٹجوہے،وہ شک ریہہےجوہم ایک انسان اپنے ربکےسامنے پیش کرسکتاہے۔</w:t>
      </w:r>
    </w:p>
    <w:p>
      <w:r>
        <w:rPr>
          <w:b/>
        </w:rPr>
        <w:t xml:space="preserve">[36:02] </w:t>
      </w:r>
      <w:r>
        <w:t>Dekhiye, hamare paas apne Rab ko dene ke liye kuch nahin hai, sirf hum acknowledge kar sakte hain.</w:t>
      </w:r>
    </w:p>
    <w:p>
      <w:pPr>
        <w:jc w:val="right"/>
      </w:pPr>
      <w:r>
        <w:t>دیکھیے،ہمارےپاس اپنے ربکو دینےکےلیے کچھنہیں ہے، صرفہم ایکنالجکرسکتےہیں۔</w:t>
      </w:r>
    </w:p>
    <w:p>
      <w:r>
        <w:rPr>
          <w:b/>
        </w:rPr>
        <w:t xml:space="preserve">[36:09] </w:t>
      </w:r>
      <w:r>
        <w:t>To woh acknowledge bhi hum nahin karein, to baithiye ke hum to woh user par qaraar paayenge ke hum sab cheez Khuda se le rahe hain aur Khuda ko acknowledge nahin kar rahe hain.</w:t>
      </w:r>
    </w:p>
    <w:p>
      <w:pPr>
        <w:jc w:val="right"/>
      </w:pPr>
      <w:r>
        <w:t>تو وہ ایکنالجبھیہمنہیں کریں،توبت ائیےکہ ہم تو وہ یوزرپرقرار پائیںگےکہہم سبچیزخداسےلےرہےہیںاورخداکوایکنالجبھینہیںکررہےہیں۔</w:t>
      </w:r>
    </w:p>
    <w:p>
      <w:r>
        <w:rPr>
          <w:b/>
        </w:rPr>
        <w:t xml:space="preserve">[36:20] </w:t>
      </w:r>
      <w:r>
        <w:t>To Maulana ne likha hai ke shukr hi ek aisi cheez hai jo hum aala tareen form mein Khuda ke aage pesh kar sakte hain.</w:t>
      </w:r>
    </w:p>
    <w:p>
      <w:pPr>
        <w:jc w:val="right"/>
      </w:pPr>
      <w:r>
        <w:t>تو مول انانےلکھاہے کہ شک ریہایکایسیچیزہےجوہم اعلیٰترین فارممیںخدا کےآگے پیش کرسکتےہیں۔</w:t>
      </w:r>
    </w:p>
    <w:p>
      <w:r>
        <w:rPr>
          <w:b/>
        </w:rPr>
        <w:t xml:space="preserve">[36:31] </w:t>
      </w:r>
      <w:r>
        <w:t>Kyunke hamare jo bhi aamaal hain, woh imperfect hain. Yeh duniya hi imperfect hai,</w:t>
      </w:r>
    </w:p>
    <w:p>
      <w:pPr>
        <w:jc w:val="right"/>
      </w:pPr>
      <w:r>
        <w:t>کیونکہہمارےجوبھی اعمالہیں، وہ امپرفیکٹہیں۔ یہ دنیا ہیامپرفیکٹہے،</w:t>
      </w:r>
    </w:p>
    <w:p>
      <w:r>
        <w:rPr>
          <w:b/>
        </w:rPr>
        <w:t xml:space="preserve">[36:37] </w:t>
      </w:r>
      <w:r>
        <w:t>hamare aamaal bhi imperfect hain. Lekin shukr hum dil se karte hain, to hum as ko behtareen tareeqe se shukr ko hum ada kar sakte hain, kamil surat mein ada kar sakte hain.</w:t>
      </w:r>
    </w:p>
    <w:p>
      <w:pPr>
        <w:jc w:val="right"/>
      </w:pPr>
      <w:r>
        <w:t>ہمارےاعمالبھی امپرفیکٹہیں۔ لیکن شکرہمدلسے کرتے ہیں، تو ہماسکو بہترین طریقےسے شکرکو ہم اداکرسکتےہیں، کاملصورت میںاداکرسکتےہیں۔</w:t>
      </w:r>
    </w:p>
    <w:p>
      <w:r>
        <w:rPr>
          <w:b/>
        </w:rPr>
        <w:t xml:space="preserve">[36:50] </w:t>
      </w:r>
      <w:r>
        <w:t>To humein Khuda ka sachha itraaf karna hai, dil se itraaf karna hai. To woh yeh hai ke agar hamare humein 1 percent bhi Khuda ne kuch diya hua hai, to us ko Maulana itna badhate the, itna badhate the, aur lagta tha ke yeh sab kuch hi hai.</w:t>
      </w:r>
    </w:p>
    <w:p>
      <w:pPr>
        <w:jc w:val="right"/>
      </w:pPr>
      <w:r>
        <w:t>توہمیں خداکا سچا اعت رافکرناہے، دلسے اعت رافکرناہے۔ تو وہیہےکہاگرہ مارےہمیںایک پرسنٹبھیخدانےکچھدیاہواہے، تو اسکو مول انااتنابڑھاتےتھے،اتنابڑھاتےتھے،اورلگتاتھاکہ یہ سب کچھیہیہے۔</w:t>
      </w:r>
    </w:p>
    <w:p>
      <w:r>
        <w:rPr>
          <w:b/>
        </w:rPr>
        <w:t xml:space="preserve">[37:05] </w:t>
      </w:r>
      <w:r>
        <w:t>To is tareeqe se ek kehte the ke bilkul bada shukr, humaaleen shukr dil se nikalta hai. To humein hum hum kya kar rahe hain ke humein har cheez for granted mili hai. Hum aankh kholte hain, humein sab kuch mil jata hai, to humein lagta hi nahin ke humein Khuda ki taraf se mila hua hai.</w:t>
      </w:r>
    </w:p>
    <w:p>
      <w:pPr>
        <w:jc w:val="right"/>
      </w:pPr>
      <w:r>
        <w:t>تواسطریقےسے ایککہتےتھےکہبالکلبڑا شکر،ہمالین شکردل سے نکلتاہے۔ تو ہمیں ہمہم کیا کررہےہیںکہہمیںہرچیز فار گرانٹڈملی ہے۔ہم آنکھکھولتےہیں،ہمیںسبکچھملجاتا ہے، تو ہمیںلگتاہینہیںکہہمیںخداکیطرف سےملاہواہے۔</w:t>
      </w:r>
    </w:p>
    <w:p>
      <w:r>
        <w:rPr>
          <w:b/>
        </w:rPr>
        <w:t xml:space="preserve">[37:22] </w:t>
      </w:r>
      <w:r>
        <w:t>to wahi parda, woh welco phadke dekhna hai hamein ke yeh khuda ki taraf se mila hua hai, na ke hamare logon ne hamein diya hai, na ke hamein bazaar se mila hua hai, na ke hamein earning kar rahe hain, tab mila hua hai.</w:t>
      </w:r>
    </w:p>
    <w:p>
      <w:pPr>
        <w:jc w:val="right"/>
      </w:pPr>
      <w:r>
        <w:t>تو وہی پردہ،وہ ویلکو پھاڑکےدیکھناہےہمیں کہیہخداکیطرف سےملاہواہے،نہ کہ ہمارے لوگوںنےہمیںدیا ہے،نہکہہمیںبازارسےملاہواہے، نہکہہم ارننگکررہےہیں،تبملاہواہے۔</w:t>
      </w:r>
    </w:p>
    <w:p>
      <w:r>
        <w:rPr>
          <w:b/>
        </w:rPr>
        <w:t xml:space="preserve">[37:35] </w:t>
      </w:r>
      <w:r>
        <w:t>jo kuch bhi hai, woh khuda ki taraf se hai.</w:t>
      </w:r>
    </w:p>
    <w:p>
      <w:pPr>
        <w:jc w:val="right"/>
      </w:pPr>
      <w:r>
        <w:t>جو کچھبھیہے،وہخداکیطرف سےہے۔</w:t>
      </w:r>
    </w:p>
    <w:p>
      <w:r>
        <w:rPr>
          <w:b/>
        </w:rPr>
        <w:t xml:space="preserve">[37:37] </w:t>
      </w:r>
      <w:r>
        <w:t>to agar jab tak hum aisa nahin karenge, tab tak koi bada shukr hum nahin kar sakte. Quran mein aaya hai: "la in shaqartum la azeedan kum" aur yahi qeemat hai duniya mein bhi hasil karne ki sab cheezein aur aakhirat mein bhi.</w:t>
      </w:r>
    </w:p>
    <w:p>
      <w:pPr>
        <w:jc w:val="right"/>
      </w:pPr>
      <w:r>
        <w:t>تو اگر جبتکہمایسانہیںکریںگے،تبتککوئیبڑاشکرہم نہیں کرسکتے۔ قرآنمیںآیاہے: "لَئِنْشَكَرْتُمْلَازِيدَنَّكُمْ"اور یہی قیمتہے دنیا میںبھی حاصل کرنے کیسبچیزیںاورآخرتمیںبھی ۔</w:t>
      </w:r>
    </w:p>
    <w:p>
      <w:r>
        <w:rPr>
          <w:b/>
        </w:rPr>
        <w:t xml:space="preserve">[37:52] </w:t>
      </w:r>
      <w:r>
        <w:t>to jin ki qeemat bhi yahi hai ke jitna tum shukr karoge, utna hi zyada tum ko milega.</w:t>
      </w:r>
    </w:p>
    <w:p>
      <w:pPr>
        <w:jc w:val="right"/>
      </w:pPr>
      <w:r>
        <w:t>تو جن تکیقیمتبھییہیہےکہجتناتم شکرکروگے، اتناہیزیادہ تمکو ملےگا۔</w:t>
      </w:r>
    </w:p>
    <w:p>
      <w:r>
        <w:rPr>
          <w:b/>
        </w:rPr>
        <w:t xml:space="preserve">[37:59] </w:t>
      </w:r>
      <w:r>
        <w:t>to jab hum apni blessings ko bahut zyada badhate hain, to woh ek bahut bada shukr bhi hamare dil se nikalta hai. Aur Maulana to yahan tak kehte the ke duniya mein kisi ko bhi kuch bhi blessing khuda ki mili hui hai, us ke liye bhi khuda ka shukr ada karo.</w:t>
      </w:r>
    </w:p>
    <w:p>
      <w:pPr>
        <w:jc w:val="right"/>
      </w:pPr>
      <w:r>
        <w:t>تو جبہم اپنی بلیسنگزکوبہتزیادہ بڑھاتےہیں، تو وہ ایکبہت بڑا شکربھیہمارےدلسےنکلتاہے۔ اور مول اناتویہاںتککہتےتھےکہدنیا میں کسی کوبھی کچھبھی بلیسنگخداکیملی ہوئیہے، اسکےلیے بھیخداکاشکراداکرو۔</w:t>
      </w:r>
    </w:p>
    <w:p>
      <w:r>
        <w:rPr>
          <w:b/>
        </w:rPr>
        <w:t xml:space="preserve">[38:16] </w:t>
      </w:r>
      <w:r>
        <w:t>kyunki jo duniya ke logon ko mili hui hai, jo bhi khuda ki blessings is duniya mein hain, chahe woh tum ko khud par saleem mili ho, na mili ho,</w:t>
      </w:r>
    </w:p>
    <w:p>
      <w:pPr>
        <w:jc w:val="right"/>
      </w:pPr>
      <w:r>
        <w:t>کیونکہجودنیا کے لوگوںکو ملی ہوئی ہے، جو بھی خداکیبلیسنگزاسدنیا میںہیں، چاہےوہ تم کو خود پرسن لیملی ہو،نہملی ہو،</w:t>
      </w:r>
    </w:p>
    <w:p>
      <w:r>
        <w:rPr>
          <w:b/>
        </w:rPr>
        <w:t xml:space="preserve">[38:26] </w:t>
      </w:r>
      <w:r>
        <w:t>koi kisi ko bhi mili ho, us ke liye bhi khuda ka shukr ada karo. Jaise pani hai, sab ke liye hai pani. To itna zyada shukr, itna zyada shukr ada karte the ke ek qatra pani bhi girne nahin dete the.</w:t>
      </w:r>
    </w:p>
    <w:p>
      <w:pPr>
        <w:jc w:val="right"/>
      </w:pPr>
      <w:r>
        <w:t>کوئی کسی کوبھیملی ہو،اسکےلیےبھیخداکا شکراداکرو۔جیسےپانیہے، سبکےلیےہےپانی ۔ تو اتنا زیادہ شکر،اتنازیادہ شکر اداکرتے تھے کہ ایک قطرہپانی بھی گر نےنہیںدیتےتھے۔</w:t>
      </w:r>
    </w:p>
    <w:p>
      <w:r>
        <w:rPr>
          <w:b/>
        </w:rPr>
        <w:t xml:space="preserve">[38:39] </w:t>
      </w:r>
      <w:r>
        <w:t>to kehte the, tabhi hum koi shukr kar sakte hain khuda ka. Agar hum sirf apni blessings par karenge, to hum shukr nahin aayega hamare dil mein.</w:t>
      </w:r>
    </w:p>
    <w:p>
      <w:pPr>
        <w:jc w:val="right"/>
      </w:pPr>
      <w:r>
        <w:t>تو کہتےتھے،تبھیہمکوئیہمال ینشکر کرسکتےہیںخداکا۔ اگر ہمصرف اپنی بلیسنگزپرکریںگے،تو ہمالینشکرنہیںآئےگاہمارےدل میں۔</w:t>
      </w:r>
    </w:p>
    <w:p>
      <w:r>
        <w:rPr>
          <w:b/>
        </w:rPr>
        <w:t xml:space="preserve">[38:50] </w:t>
      </w:r>
      <w:r>
        <w:t>to puri insaniyat ke sath hamein associate karna hai ke puri insaniyat ko khuda ne kya kya blessings di hui hain. Tab hamein million times, billion times hum khuda ka shukr ada karenge.</w:t>
      </w:r>
    </w:p>
    <w:p>
      <w:pPr>
        <w:jc w:val="right"/>
      </w:pPr>
      <w:r>
        <w:t>تو پوری انسانیتکےساتھ ہمیں ایسوسیٹکرناہےکہپوریانسانیتکو خدانے کیا کیا بلیسنگزدیہوئیہیں۔تب ہمیں مل ینٹائمز،بل ینٹائمزہمخداکاشکر اداکریںگے۔</w:t>
      </w:r>
    </w:p>
    <w:p>
      <w:r>
        <w:rPr>
          <w:b/>
        </w:rPr>
        <w:t xml:space="preserve">[39:04] </w:t>
      </w:r>
      <w:r>
        <w:t>to woh hamare paas shukr ka qatra hoga na, woh shukr ka samandar ban jayega. To is tarike se shukr jo hai na, woh ibadat ek hum waqti ibadat hai,</w:t>
      </w:r>
    </w:p>
    <w:p>
      <w:pPr>
        <w:jc w:val="right"/>
      </w:pPr>
      <w:r>
        <w:t>توجوہمارےپاس شکرکا قطرہہوگانا،وہشکرکا سمندر بنجائےگا۔ تو اسطریقےسےشکرجوہےنا،وہعبادتایک ہم ہوقتیعبادتہے،</w:t>
      </w:r>
    </w:p>
    <w:p>
      <w:r>
        <w:rPr>
          <w:b/>
        </w:rPr>
        <w:t xml:space="preserve">[39:15] </w:t>
      </w:r>
      <w:r>
        <w:t>balke shukr hi sab se badi ibadat hai. Aur shukr jo hai, jannat ki qeemat hai. Dekhiye, nashukri logon mein paida ho jati hai.</w:t>
      </w:r>
    </w:p>
    <w:p>
      <w:pPr>
        <w:jc w:val="right"/>
      </w:pPr>
      <w:r>
        <w:t>بلکہشکرہیسبسےبڑیعبادتہے۔ اور شکرجوہے،جنتکیقیمتہے۔ دیکھیے،ناشکری لوگوںمیں پیدا ہوجاتیہے۔</w:t>
      </w:r>
    </w:p>
    <w:p>
      <w:r>
        <w:rPr>
          <w:b/>
        </w:rPr>
        <w:t xml:space="preserve">[39:25] </w:t>
      </w:r>
      <w:r>
        <w:t>un ko zara si bhi unpleasant koi cheez ho gayi, woh kuch chahte hain, un ko nahin mila, kisi se un ko takleef pahunch gayi, to woh nashukr ho, nashukr ho jayenge.</w:t>
      </w:r>
    </w:p>
    <w:p>
      <w:pPr>
        <w:jc w:val="right"/>
      </w:pPr>
      <w:r>
        <w:t>انکو ذراسیبھی انپلیزنٹ کوئیچیزہوگئی ،وہکچھچاہتےہیں،انکونہیں ملا، کسی سےانکوتکلیفپہنچگئی ، تو وہ ناشکر ہو،ناشکرہوگئے۔</w:t>
      </w:r>
    </w:p>
    <w:p>
      <w:r>
        <w:rPr>
          <w:b/>
        </w:rPr>
        <w:t xml:space="preserve">[39:34] </w:t>
      </w:r>
      <w:r>
        <w:t>to yeh nashukri jo hai na, yeh khatam karni hai. Kyun</w:t>
      </w:r>
    </w:p>
    <w:p>
      <w:pPr>
        <w:jc w:val="right"/>
      </w:pPr>
      <w:r>
        <w:t>تو یہ ناشکریجوہےنا،یہختم کرنیہے۔ کیون</w:t>
      </w:r>
    </w:p>
    <w:p>
      <w:r>
        <w:rPr>
          <w:b/>
        </w:rPr>
        <w:t xml:space="preserve">[39:38] </w:t>
      </w:r>
      <w:r>
        <w:t>ke hamein itne zyada shukr ke asbab hain ke hamein nashukri hamein suit nahin karti. Ke jab ko hamein sankron, hazaron, lakhon cheezein hamein mili hui hain, aur ek item hai nashukri ka, to hum us ko le kar baith jayenge, to yeh khuda ko kabhi bhi pasand nahin aayega.</w:t>
      </w:r>
    </w:p>
    <w:p>
      <w:pPr>
        <w:jc w:val="right"/>
      </w:pPr>
      <w:r>
        <w:t>کہ ہمیں اتنے زیادہ شکرکےاسبابہیں کہہمیں ناشکریہمیں سوٹنہیں کرتی۔ کہجب کوہمیں سینکڑوں،ہزاروں،لاکھوںچیزیںہمیںملی ہوئیہیں،اور ایک آئٹمہےناشکریکا،توہماسکولےکربیٹھجائیںگے، تو یہخداکوکبھیبھیپسندنہیںآئےگا۔</w:t>
      </w:r>
    </w:p>
    <w:p>
      <w:r>
        <w:rPr>
          <w:b/>
        </w:rPr>
        <w:t xml:space="preserve">[39:56] </w:t>
      </w:r>
      <w:r>
        <w:t>to hamein us ko bilkul ignore karna hai.</w:t>
      </w:r>
    </w:p>
    <w:p>
      <w:pPr>
        <w:jc w:val="right"/>
      </w:pPr>
      <w:r>
        <w:t>توہمکو اسکو بالکل اگنورکرناہے۔</w:t>
      </w:r>
    </w:p>
    <w:p>
      <w:r>
        <w:rPr>
          <w:b/>
        </w:rPr>
        <w:t xml:space="preserve">[39:59] </w:t>
      </w:r>
      <w:r>
        <w:t>ab jaise Rasool Allah Sallallahu Alaihi Wasallam ki zindagi mein hum dekhte hain ke aap ko koi kuch bol raha hai, koi gaali de raha hai, koi mazam kah raha hai, mazam maani condemnable, koi kuch kah raha hai, aap us ko ignore karte the, aap us ka jawab bhi nahin dete the.</w:t>
      </w:r>
    </w:p>
    <w:p>
      <w:pPr>
        <w:jc w:val="right"/>
      </w:pPr>
      <w:r>
        <w:t>ابجیسےرسولاللہ صلیاللہعلیہوسلمکیزندگی میںہمدیکھتےہیں کہ آپکو کوئی کچھ بول رہاہے،کوئی گالیدےرہاہے،کوئی مذ ممکہہرہاہے،مذمممعنی کنڈیمنیبل، کوئیکچھکہہرہاہے،آپ اسکو اگنورکرتے تھے، آپاسکاجواببھینہیںدیتےتھے۔</w:t>
      </w:r>
    </w:p>
    <w:p>
      <w:r>
        <w:rPr>
          <w:b/>
        </w:rPr>
        <w:t xml:space="preserve">[40:16] </w:t>
      </w:r>
      <w:r>
        <w:t>balke aap Maulana ne yeh kaha tha ke agar main unpleasant events ko, is tarah ki baaton ko agar main sochun, to itna time main khuda ka shukr nahin ada kar raha hoon, to main ek lamha bhi zaya nahin karna chahta.</w:t>
      </w:r>
    </w:p>
    <w:p>
      <w:pPr>
        <w:jc w:val="right"/>
      </w:pPr>
      <w:r>
        <w:t>بلکہ آپ مول انانےیہکہاتھا کہ اگر میں انپلیزنٹ ایونٹسکو،اسطرح کیباتوںکو اگر میں سوچوں، تو اتنا ٹائممیں خداکاشکرنہیں اداکررہاہوں، تو میں ایک لمحہبھی ضائعنہیںکرناچاہتا ۔</w:t>
      </w:r>
    </w:p>
    <w:p>
      <w:r>
        <w:rPr>
          <w:b/>
        </w:rPr>
        <w:t xml:space="preserve">[40:33] </w:t>
      </w:r>
      <w:r>
        <w:t>to is wajah se woh bilkul hi koi bhi negative waqea ko apne dimagh mein baithne nahin dete the, der and din us ko khatam kar dete the.</w:t>
      </w:r>
    </w:p>
    <w:p>
      <w:pPr>
        <w:jc w:val="right"/>
      </w:pPr>
      <w:r>
        <w:t>تو اس وجہ سے وہ بالکل ہی کوئیبھی نیگیٹیو واقعےکو اپنے دماغمیںبیٹھنےنہیںدیتےتھے، د یراینڈدیناسکوختمکردیتےتھے۔</w:t>
      </w:r>
    </w:p>
    <w:p>
      <w:r>
        <w:rPr>
          <w:b/>
        </w:rPr>
        <w:t xml:space="preserve">[40:43] </w:t>
      </w:r>
      <w:r>
        <w:t>to yahi hamein bhi karna hai ke negative waqea ko dimagh mein baithne nahin dena hai, sirf positive waqea ko apne dimagh mein jagah deni hai.</w:t>
      </w:r>
    </w:p>
    <w:p>
      <w:pPr>
        <w:jc w:val="right"/>
      </w:pPr>
      <w:r>
        <w:t>تو یہیہمیںبھیکرناہے کہ نیگیٹیوواقع ےکو دماغمیںبیٹھنےہینہیںدیناہے، صرف پازیٹیوواقع ےکو اپنے دماغمیں جگہدینیہے۔</w:t>
      </w:r>
    </w:p>
    <w:p>
      <w:r>
        <w:rPr>
          <w:b/>
        </w:rPr>
        <w:t xml:space="preserve">[40:52] </w:t>
      </w:r>
      <w:r>
        <w:t>ji, aap aagla sawal poochne se pehle ek riwayat ka zikr karna chahunga, us se related hi sawal hai ke ek bari yeh Hazrat Zaid bin Arqam ne bataya ke Hazrat Abu Bakr ne un se pani manga, to logon ne un ko pani ke sath shahad bhed diya.</w:t>
      </w:r>
    </w:p>
    <w:p>
      <w:pPr>
        <w:jc w:val="right"/>
      </w:pPr>
      <w:r>
        <w:t>جی، آپااگلاسوال پوچھنےسےپہلے ایکروایتکاذکرکرناچاہوںگا، اسسے ریلیٹڈ ہی سوالہے کہایکباریہحضرت زیدبن ارقم نےبتایا کہ حضرت اب وبکرنےانسےپانیمانگا، تو لوگوںنےانکوپانیکےساتھ شہدبھیدےدیا۔</w:t>
      </w:r>
    </w:p>
    <w:p>
      <w:r>
        <w:rPr>
          <w:b/>
        </w:rPr>
        <w:t xml:space="preserve">[41:11] </w:t>
      </w:r>
      <w:r>
        <w:t>to jab unhon ne shahad aur pani hath mein liya, to woh bahut zor se rone lage. To saathi jo aas paas the, woh bhi ghabra gaye, unhein laga ke shayad kuch zyada takleef ho gayi hai.</w:t>
      </w:r>
    </w:p>
    <w:p>
      <w:pPr>
        <w:jc w:val="right"/>
      </w:pPr>
      <w:r>
        <w:t>تو جبانہوںنے شہداورپانی ہاتھمیںلیا،تووہبہتزورسےرونےلگے۔ تو ساتھیجواسپاستھے،وہبھیگھبراگئے،انہیںلگاکہشایدکچھ زیادہ تکلیفہوگئیہے۔</w:t>
      </w:r>
    </w:p>
    <w:p>
      <w:r>
        <w:rPr>
          <w:b/>
        </w:rPr>
        <w:t xml:space="preserve">[41:20] </w:t>
      </w:r>
      <w:r>
        <w:t>to jab woh chup ho gaye, to unhon ne un se poochha ke aap itna zyada kyun roye?</w:t>
      </w:r>
    </w:p>
    <w:p>
      <w:pPr>
        <w:jc w:val="right"/>
      </w:pPr>
      <w:r>
        <w:t>توجبوہ چپہوگئے،توانہوںنےانسےپوچھاکہآپ اتنازیادہ کیوںروئے؟</w:t>
      </w:r>
    </w:p>
    <w:p>
      <w:r>
        <w:rPr>
          <w:b/>
        </w:rPr>
        <w:t xml:space="preserve">[41:25] </w:t>
      </w:r>
      <w:r>
        <w:t>to Hazrat Abu Bakr ne kaha ke mujhe woh waqea yaad aa gaya ke hum log Rasool Allah ke sath the, aur Rasool Allah bar bar hath se door kar rahe the kisi cheez ko.</w:t>
      </w:r>
    </w:p>
    <w:p>
      <w:pPr>
        <w:jc w:val="right"/>
      </w:pPr>
      <w:r>
        <w:t>تو حضرت ابوبکرنےکہا کہ مجھےوہ واقع ہیادآگیاکہہملوگ رسولاللہکےساتھ تھے، اور رسولاللہ بار بار ہاتھسے دور کررہےتھےکسیچیزکو ۔</w:t>
      </w:r>
    </w:p>
    <w:p>
      <w:r>
        <w:rPr>
          <w:b/>
        </w:rPr>
        <w:t xml:space="preserve">[41:36] </w:t>
      </w:r>
      <w:r>
        <w:t>to jo Sahaba the, woh samajh nahin paaye kyunke woh dekh nahin pa rahe the kis cheez ko door kar rahe hain. To unhon ne jab un se poochha, to unhon ne kaha ke duniya ne apna hath aage badhaya, aur main us ko door kar raha tha.</w:t>
      </w:r>
    </w:p>
    <w:p>
      <w:pPr>
        <w:jc w:val="right"/>
      </w:pPr>
      <w:r>
        <w:t>تو جو صحابہتھے،وہسمجھنہیںپائےکیونکہوہدیکھنہیںپارہےتھےکسچیزکودور کررہےہیں۔ تو انہوںنےجبانسےپوچھا،توانہوںنےکہاکہ دنیا نے اپنا ہاتھ آگےبڑھایا، اور میں اسکو دور کررہاتھا۔</w:t>
      </w:r>
    </w:p>
    <w:p>
      <w:r>
        <w:rPr>
          <w:b/>
        </w:rPr>
        <w:t xml:space="preserve">[41:49] </w:t>
      </w:r>
      <w:r>
        <w:t>to</w:t>
      </w:r>
    </w:p>
    <w:p>
      <w:pPr>
        <w:jc w:val="right"/>
      </w:pPr>
      <w:r>
        <w:t>تو</w:t>
      </w:r>
    </w:p>
    <w:p>
      <w:r>
        <w:rPr>
          <w:b/>
        </w:rPr>
        <w:t xml:space="preserve">[41:50] </w:t>
      </w:r>
      <w:r>
        <w:t>dunya ne address karte hue kaha rasool ALLAH ko ke aap meri pakar se bahar hain, lekin aap ke aanay walay, aap ke baad jo aanay walay log hon gay, woh is pakar se bahar nahi hon gay.</w:t>
      </w:r>
    </w:p>
    <w:p>
      <w:pPr>
        <w:jc w:val="right"/>
      </w:pPr>
      <w:r>
        <w:t>دنیا نےایڈریسکرتےہوئے کہا رسولاللہکوکہآپ میریپکڑسےباہر ہیں، لیکن آپ کے آنے والے،آپکے بعد جوآنےوالےلوگ ہوںگے،وہ اسپکڑسےباہرنہیںہوںگے۔</w:t>
      </w:r>
    </w:p>
    <w:p>
      <w:r>
        <w:rPr>
          <w:b/>
        </w:rPr>
        <w:t xml:space="preserve">[42:01] </w:t>
      </w:r>
      <w:r>
        <w:t>to aap a, is dunya mein itna zyada saman hai ke insan har waqt distracted rehta hai, kisi na kisi cheez mein phans rehta hai. to aik sawal yeh aata hai kyunke holy person yalti agar humein apne aap ko banana hai, to we have to save our self from distraction.</w:t>
      </w:r>
    </w:p>
    <w:p>
      <w:pPr>
        <w:jc w:val="right"/>
      </w:pPr>
      <w:r>
        <w:t>تو آپ ا،اس دنیا میں اتنا زیادہ سامانہے کہ انسان ہروقت ڈسٹریکٹڈرہتاہے، کسی نہکسیچیزمیںپھنسارہتاہے۔ توایک سوال یہ آتاہے کیونکہ ہیولیپرسن یلٹیاگرہمیںاپنےآپکوبن اناہے، تو وی ہیوٹوسیواور سیلففرامڈسٹریکشن۔</w:t>
      </w:r>
    </w:p>
    <w:p>
      <w:r>
        <w:rPr>
          <w:b/>
        </w:rPr>
        <w:t xml:space="preserve">[42:18] </w:t>
      </w:r>
      <w:r>
        <w:t>to kaise hum apne aap ko distraction se bachayein, aur kaise hum apni holy personality jo hum banana chahtay hain, is is journey mein aagay barhtay rahein, is ke baray mein aap batayein. aap a.</w:t>
      </w:r>
    </w:p>
    <w:p>
      <w:pPr>
        <w:jc w:val="right"/>
      </w:pPr>
      <w:r>
        <w:t>تو کیسےہماپنے آپکو ڈسٹریکشنسےبچائیں، اور کیسےہماپنی ہیولیپرسن یلٹی جوہمبناناچاہرہےہیں، اس اس جرنیمیںآگےبڑھتےرہیں، اسکےبارےمیںآپبتائیں۔آپا۔</w:t>
      </w:r>
    </w:p>
    <w:p>
      <w:r>
        <w:rPr>
          <w:b/>
        </w:rPr>
        <w:t xml:space="preserve">[42:31] </w:t>
      </w:r>
      <w:r>
        <w:t>sab se pehle humein yeh tay karna paray ga ke hamari zindagi ka maqsad kya hai.</w:t>
      </w:r>
    </w:p>
    <w:p>
      <w:pPr>
        <w:jc w:val="right"/>
      </w:pPr>
      <w:r>
        <w:t>سبسےپہلے ہمیںیہ طےکرناپڑےگاکہہماریزندگی کا مقصدکیا ہے۔</w:t>
      </w:r>
    </w:p>
    <w:p>
      <w:r>
        <w:rPr>
          <w:b/>
        </w:rPr>
        <w:t xml:space="preserve">[42:36] </w:t>
      </w:r>
      <w:r>
        <w:t>agar hamari zindagi ka maqsad yeh dunya hai, to humein distraction se bachane ki koi zaroorat nahi hai. lekin agar hamari zindagi ka maqsad akhirat hai, to aur akhirat ke liye tayari hai, kyunke humein yahan par tayari karni hai, apni apni maz kar shakhsiat ko banana hai.</w:t>
      </w:r>
    </w:p>
    <w:p>
      <w:pPr>
        <w:jc w:val="right"/>
      </w:pPr>
      <w:r>
        <w:t>اگر ہماریزندگی کامقصد یہیدنیا ہے، توہمیںڈسٹریکشنسےبچانےکیکوئیضرورتہینہیںہے۔ لیکن اگر ہماریزندگی کامقصد آخرتہے، تو اورآخرتکےلیے تیاریہے، کیونکہہمیںیہاںپرتیاری کرنیہے،اپنی اپنی مذ کر شخص یتکوبناناہے۔</w:t>
      </w:r>
    </w:p>
    <w:p>
      <w:r>
        <w:rPr>
          <w:b/>
        </w:rPr>
        <w:t xml:space="preserve">[42:54] </w:t>
      </w:r>
      <w:r>
        <w:t>to hamare paas dekhiye, bohat hi kam time hai, 25 saal to hamara parhne likhne mein hi nikal jata hai. phir hamare paas kitna time hai?</w:t>
      </w:r>
    </w:p>
    <w:p>
      <w:pPr>
        <w:jc w:val="right"/>
      </w:pPr>
      <w:r>
        <w:t>تو ہمارےپاس دیکھیے،بہت ہی کم ٹائمہے، 25 سالتوہمارا پڑھنےلکھنےمیںہی نکلجاتا ہے۔ پھرہمارےپاسکتناٹائمہے؟</w:t>
      </w:r>
    </w:p>
    <w:p>
      <w:r>
        <w:rPr>
          <w:b/>
        </w:rPr>
        <w:t xml:space="preserve">[43:05] </w:t>
      </w:r>
      <w:r>
        <w:t>ghar bohat sare kaam hotay hain, is ke baad humein mushkil se das bees saal milta hai jab hum apni shakhsiat par kaam karein, apni shakhsiat ko purify karein.</w:t>
      </w:r>
    </w:p>
    <w:p>
      <w:pPr>
        <w:jc w:val="right"/>
      </w:pPr>
      <w:r>
        <w:t>گھر بہتسارےکامہوتےہیں، اسکےبعد ہمیںمشکلسےدسبیسسالملتاہے جبہماپنی شخص یت پرکامکریں،اپنیشخص یتکو پیوریفائیکریں۔</w:t>
      </w:r>
    </w:p>
    <w:p>
      <w:r>
        <w:rPr>
          <w:b/>
        </w:rPr>
        <w:t xml:space="preserve">[43:16] </w:t>
      </w:r>
      <w:r>
        <w:t>to is liye hamare paas time bohat kam hai. to humein distraction agar hum karein gay na, to hum apne maqsad ko kabhi hasil nahi kar saktay.</w:t>
      </w:r>
    </w:p>
    <w:p>
      <w:pPr>
        <w:jc w:val="right"/>
      </w:pPr>
      <w:r>
        <w:t>تو اس لیےہمارےپاسٹائمبہت کم ہے۔ تو ہمیں ڈسٹریکشناگرہمکریںگے نا،توہم اپنے مقصدکوکبھیحاصل نہیںکرسکتے۔</w:t>
      </w:r>
    </w:p>
    <w:p>
      <w:r>
        <w:rPr>
          <w:b/>
        </w:rPr>
        <w:t xml:space="preserve">[43:25] </w:t>
      </w:r>
      <w:r>
        <w:t>sahaba log is qadar is ke baray mein aware thay ke aik baar aik sahabi se, aik tabai, tabai woh hotay hain, companion of the prophet, to amr bin abd al qais jo hain, woh sahabi thay, aur tabai ne un se aik sawal, un se kaha ke mujh se chalen baat karein kuch.</w:t>
      </w:r>
    </w:p>
    <w:p>
      <w:pPr>
        <w:jc w:val="right"/>
      </w:pPr>
      <w:r>
        <w:t>صحابہلوگ اسقدر اس کےبارےمیں اویئرتھے کہایکبارایک صحابیسے ،ایک تابعی، تابعیجوہوتےہیں،کمپینینسبداپرافٹ، تو عامرابن عبد القیس جوہیں،وہ صحابی تھے،اور تابعی نےانسےایکسوال ،انسےکہاکہمجھسے چلیںباتکریںکچھ ۔</w:t>
      </w:r>
    </w:p>
    <w:p>
      <w:r>
        <w:rPr>
          <w:b/>
        </w:rPr>
        <w:t xml:space="preserve">[43:45] </w:t>
      </w:r>
      <w:r>
        <w:t>to woh sahaba log itnay zyada aware thay, to unhon ne kaha ke tum suraj ko rok do, suraj ki harkat rok do, phir mein tum se baat karon</w:t>
      </w:r>
    </w:p>
    <w:p>
      <w:pPr>
        <w:jc w:val="right"/>
      </w:pPr>
      <w:r>
        <w:t>تو وہ صحابہلوگ اتنےزیادہ اویئرتھے، تو انہوںنےکہاکہتم سورجکو روکدو، سورجکیحرکتکوروکدو ،پھرمیںتمسےباتکروں</w:t>
      </w:r>
    </w:p>
    <w:p>
      <w:r>
        <w:rPr>
          <w:b/>
        </w:rPr>
        <w:t xml:space="preserve">[43:55] </w:t>
      </w:r>
      <w:r>
        <w:t>ga. un ka matlab yeh tha ke ab bhi, abhi subah se shaam ho jaye gi, abhi sara time nikal jaye ga, hamare paas time hi kahan hai ke hum beth kar baatein karein.</w:t>
      </w:r>
    </w:p>
    <w:p>
      <w:pPr>
        <w:jc w:val="right"/>
      </w:pPr>
      <w:r>
        <w:t>گا۔ انکامطلب یہتھا کہ اببھی،ابھی صبحسےشامہوجائےگی، ابھیساراٹائمنکلجائےگا، ہمارےپاسٹائمہیکہاںہے کہہمبیٹھکےباتیںکریں۔</w:t>
      </w:r>
    </w:p>
    <w:p>
      <w:r>
        <w:rPr>
          <w:b/>
        </w:rPr>
        <w:t xml:space="preserve">[44:05] </w:t>
      </w:r>
      <w:r>
        <w:t>sahaba log har waqt ghor o fikr mein rehte thay. kehte hain ke jab namaz parh kar masjid se nikaltay thay, us waqt bhi woh bilkul khamosh sochtay hue chalay jatay thay.</w:t>
      </w:r>
    </w:p>
    <w:p>
      <w:pPr>
        <w:jc w:val="right"/>
      </w:pPr>
      <w:r>
        <w:t>صحابہلوگہروقت غوروفکرمیںرہتےتھے۔ کہتےہیںکہجبنمازپڑھکےمسجدسےنکلتےتھے، اس وقت بھیوہ بالکل خاموش سوچتےہوئے چلےجاتےتھے۔</w:t>
      </w:r>
    </w:p>
    <w:p>
      <w:r>
        <w:rPr>
          <w:b/>
        </w:rPr>
        <w:t xml:space="preserve">[44:16] </w:t>
      </w:r>
      <w:r>
        <w:t>jo kuch bhi unhon ne namaz mein parha ho ga, to is ke baray mein woh sochtay hue chalay jatay thay.</w:t>
      </w:r>
    </w:p>
    <w:p>
      <w:pPr>
        <w:jc w:val="right"/>
      </w:pPr>
      <w:r>
        <w:t>جو کچھبھیانہوںنےنمازمیںپڑھاہوگا، تو اسکےبارےمیں وہسوچتےہوئےچلےجاتےتھے۔</w:t>
      </w:r>
    </w:p>
    <w:p>
      <w:r>
        <w:rPr>
          <w:b/>
        </w:rPr>
        <w:t xml:space="preserve">[44:23] </w:t>
      </w:r>
      <w:r>
        <w:t>to distraction jo hai, kuch logon ka total hota hai, kuch logon ka partial hota hai. partial distraction yeh hai ke lazeez khanay hain, shopping hai, entertainment hai, daawatein hain,</w:t>
      </w:r>
    </w:p>
    <w:p>
      <w:pPr>
        <w:jc w:val="right"/>
      </w:pPr>
      <w:r>
        <w:t>تو ڈسٹریکشنجوہے، کچھلوگوںکاٹوٹلہوتاہے، کچھلوگوںکا پارشلہوتاہے۔ پارشلڈسٹریکشنیہہے کہ لذیذکھانےہیں، شاپنگہے، انٹرٹینمنٹہے، دعوتیںہیں،</w:t>
      </w:r>
    </w:p>
    <w:p>
      <w:r>
        <w:rPr>
          <w:b/>
        </w:rPr>
        <w:t xml:space="preserve">[44:37] </w:t>
      </w:r>
      <w:r>
        <w:t>luxury hai, luxury ki life hai, jo comfort aur luxury ki. aur total distraction yeh hai, drink waghera hai, hamare paas killing karte hain, log galat kaam karte hain, jis ko haram kaha gaya hai.</w:t>
      </w:r>
    </w:p>
    <w:p>
      <w:pPr>
        <w:jc w:val="right"/>
      </w:pPr>
      <w:r>
        <w:t>لگزریہے، لگزریکیلائفہے،جوکم فرٹاورلگزریکی۔ اور ٹوٹلڈسٹریکشنیہہے، ڈرنکوغیرہہے، ہمارےپاس کل نگکرتے ہیں،لوگ غلطکام کرتے ہیں،جسکوحرام کہاگیاہے۔</w:t>
      </w:r>
    </w:p>
    <w:p>
      <w:r>
        <w:rPr>
          <w:b/>
        </w:rPr>
        <w:t xml:space="preserve">[44:49] </w:t>
      </w:r>
      <w:r>
        <w:t>to woh total distraction</w:t>
      </w:r>
    </w:p>
    <w:p>
      <w:pPr>
        <w:jc w:val="right"/>
      </w:pPr>
      <w:r>
        <w:t>تووہٹوٹلڈسٹریک</w:t>
      </w:r>
    </w:p>
    <w:p>
      <w:r>
        <w:rPr>
          <w:b/>
        </w:rPr>
        <w:t xml:space="preserve">[44:51] </w:t>
      </w:r>
      <w:r>
        <w:t>hai, lekin zyada tar log partial distraction mein rehte hain. to is mein partial distraction bhi itna hi zyada galat hai, kyunke sara time is mein, sara time kill ho jata hai, sara time khatam ho jata hai. is mein ke zyada tar log jo hain, is mein lagay rehte hain,</w:t>
      </w:r>
    </w:p>
    <w:p>
      <w:pPr>
        <w:jc w:val="right"/>
      </w:pPr>
      <w:r>
        <w:t>شنہے، لیکن زیادہ ترلوگ پارشلڈسٹریکشنمیں رہتےہیں۔ تو اسمیں پارشلڈسٹریکشنبھی اتناہیزیادہ غلطہے، کیونکہ سارا ٹائماسمیں، ساراٹائم کل ہوجاتاہے، ساراٹائمختمہوجاتا ہے۔اسیمیں کہزیادہ ترلوگ جوہیں، اسیمیںلگےرہتےہیں،</w:t>
      </w:r>
    </w:p>
    <w:p>
      <w:r>
        <w:rPr>
          <w:b/>
        </w:rPr>
        <w:t xml:space="preserve">[45:11] </w:t>
      </w:r>
      <w:r>
        <w:t>shopping mein lagay rehte hain, ghanton ghanton shopping karte rehte hain. to is tareeqay se un ke paas time, dekhiye, concentration chahiye har kaam ke liye.</w:t>
      </w:r>
    </w:p>
    <w:p>
      <w:pPr>
        <w:jc w:val="right"/>
      </w:pPr>
      <w:r>
        <w:t>شاپنگمیںلگےرہتےہیں، گھنٹوںگھنٹوں شاپنگکرتے رہتےہیں۔ تو اسطریقےسے انکےپاسٹائم،دیکھیے،کنس نٹریشنچاہیےہرکامکےلیے۔</w:t>
      </w:r>
    </w:p>
    <w:p>
      <w:r>
        <w:rPr>
          <w:b/>
        </w:rPr>
        <w:t xml:space="preserve">[45:21] </w:t>
      </w:r>
      <w:r>
        <w:t>concentration nahi ho gi to na dunya ka aap koi kaam kar sakein ge achay tareeqay se, na akhirat ke liye koi kaam kar sakein ge. to Hasan Basri tabai thay, to unhon ne kaha, unhon ne 70 badri sahabi ko dekha tha, to unhon ne kaha, ashab e rasool apne waqt ke maamlay mein us se zyada hareess thay jitna tum apne rupayon aur apne dinaron ke baray mein ho.</w:t>
      </w:r>
    </w:p>
    <w:p>
      <w:pPr>
        <w:jc w:val="right"/>
      </w:pPr>
      <w:r>
        <w:t>ک نسنٹریشننہیںہوگاتونہدنیا کاآپکوئیکام کرسکیںگے اچھےطریقےسے،نہآخرتکےلیےکوئیکام کرسکیںگے۔ تو حسنبصری تابعیتھے، تو انہوںنےکہا، انہوںنے 70 بدریصحابہکودیکھاتھا، توانہوںنےکہا، اصحابرسول اپنےوقت کےمعاملےمیں اسسےزیادہ حریصتھےجتناتم اپنے روپیوںاور اپنے دیناروںکےبارےمیںہو ۔</w:t>
      </w:r>
    </w:p>
    <w:p>
      <w:r>
        <w:rPr>
          <w:b/>
        </w:rPr>
        <w:t xml:space="preserve">[45:45] </w:t>
      </w:r>
      <w:r>
        <w:t>to waqt jo hai na, most precious commodity hai, yeh yeh hai hamare paas,</w:t>
      </w:r>
    </w:p>
    <w:p>
      <w:pPr>
        <w:jc w:val="right"/>
      </w:pPr>
      <w:r>
        <w:t>تو وقت جوہےنا، موسٹ پریشیسکمانڈیٹیہے، یہیہےہمارےپاس ،</w:t>
      </w:r>
    </w:p>
    <w:p>
      <w:r>
        <w:rPr>
          <w:b/>
        </w:rPr>
        <w:t xml:space="preserve">[45:51] </w:t>
      </w:r>
      <w:r>
        <w:t>isko humein waste nahi karna hai, ghor o fikr karna hai. musalsal na sirf Quran mein ghor o fikr karna hai, balkay Khuda ki creation mein ghor o fikr karna hai, us se apne liye lessons lene hain, ibrah ki nigah se us ko dekhna hai, aur apna intellectual development karna hai.</w:t>
      </w:r>
    </w:p>
    <w:p>
      <w:pPr>
        <w:jc w:val="right"/>
      </w:pPr>
      <w:r>
        <w:t>اسکوہمیںویسٹنہیں کرناہے، غوروفکرکرناہے۔ مسلسل نہصرف قرآنمیں غوروفکرکرناہے،بلکہ خداکی کریشنمیںغوروفکرکرناہے، اسسے اپنےلیے لیسنزلینےہیں، عبرتکینگاہسےاسکودیکھناہے، اور اپنا انٹلیکچولڈیویلپمنٹکرناہے۔</w:t>
      </w:r>
    </w:p>
    <w:p>
      <w:r>
        <w:rPr>
          <w:b/>
        </w:rPr>
        <w:t xml:space="preserve">[46:10] </w:t>
      </w:r>
      <w:r>
        <w:t>Maulana ne aik baar kaha tha ke jo logon ne apna intellectual development nahi kiya ho ga, intellectual kahiye ya spiritual kahiye</w:t>
      </w:r>
    </w:p>
    <w:p>
      <w:pPr>
        <w:jc w:val="right"/>
      </w:pPr>
      <w:r>
        <w:t>مول انانےایکبارکہاتھاکہجو لوگوںنے اپنا انٹلیکچولڈیویلپمنٹنہ کیا ہوگا، انٹلیکچولکہیےیاسپریچولکہیے</w:t>
      </w:r>
    </w:p>
    <w:p>
      <w:r>
        <w:rPr>
          <w:b/>
        </w:rPr>
        <w:t xml:space="preserve">[46:19] </w:t>
      </w:r>
      <w:r>
        <w:t>to woh jannat mein janay ke qabil nahi thehrein ge. to yeh bohat hi serious matter hai ke humein apne aap ko distraction se bachana hai aur apna intellectual development karna hai.</w:t>
      </w:r>
    </w:p>
    <w:p>
      <w:pPr>
        <w:jc w:val="right"/>
      </w:pPr>
      <w:r>
        <w:t>، تو وہ جنتمیں جانےکے قابلنہیں ٹھہریںگے۔ تویہبہت ہی سیریسمیٹرہےکہہمیں اپنےآپکو ڈسٹریکشنسےبچاناہے اور اپنا انٹلیکچولڈیویلپمنٹکرناہے۔</w:t>
      </w:r>
    </w:p>
    <w:p>
      <w:r>
        <w:rPr>
          <w:b/>
        </w:rPr>
        <w:t xml:space="preserve">[46:32] </w:t>
      </w:r>
      <w:r>
        <w:t>to Surah Al-Asr Quran mein hai, is mein is ki tafsir jo Razi ne kiya hai, is mein aik bohat acha aik misaal diya hai ke unhon ne jo hai, woh kahin aik aik aik shakhs ko dekha ke woh barf bech</w:t>
      </w:r>
    </w:p>
    <w:p>
      <w:pPr>
        <w:jc w:val="right"/>
      </w:pPr>
      <w:r>
        <w:t>تو سورہ العصر قرآنمیںہے،اسمیں اسکی ت فسیر جو رازینےکیاہے، اسمیںایکبہت اچھاایک مثالدیاہے کہ انہوں نے جوہے، وہکہیں ایک ایک ایک شخص کودیکھا کہوہ برفبیچ</w:t>
      </w:r>
    </w:p>
    <w:p>
      <w:r>
        <w:rPr>
          <w:b/>
        </w:rPr>
        <w:t xml:space="preserve">[46:48] </w:t>
      </w:r>
      <w:r>
        <w:t>nay wala tha, woh aawaz laga raha tha, logon! is shakhs par reham karo jis ka asasa har lamha ghul raha hai. to isi tarah insan ki umar tezi se guzar rahi. unhon ne kaha: "to wala insan to unhon ne kaha yahi insan ka ghatta hai." to insan ki jo hai,</w:t>
      </w:r>
    </w:p>
    <w:p>
      <w:pPr>
        <w:jc w:val="right"/>
      </w:pPr>
      <w:r>
        <w:t>نےوالاتھا،وہ آوازلگارہاتھا، لوگوں!اسشخص پررحمکروجسکا اثاثہ ہرلمحہ گھلرہاہے۔ تو اسیطرح انسان کیعمر تیزیسےگزررہی۔انہوںنےکہا: "تو والاان سان تو انہوںنےکہایہی انسانکا گھاٹاہے۔" تو انسان کی جوہے،</w:t>
      </w:r>
    </w:p>
    <w:p>
      <w:r>
        <w:rPr>
          <w:b/>
        </w:rPr>
        <w:t xml:space="preserve">[47:07] </w:t>
      </w:r>
      <w:r>
        <w:t>example wohi hai ek barf bechne wale ki ke uska asasa musalsal ghal raha hai, uska time khatam ho raha hai,</w:t>
      </w:r>
    </w:p>
    <w:p>
      <w:pPr>
        <w:jc w:val="right"/>
      </w:pPr>
      <w:r>
        <w:t>ایگزامپل وہیہےایکبرفبیچنےوالے کی کہاسکا اثاثہمسلسلگھلرہاہے، اسکا ٹائمختمہورہاہے،</w:t>
      </w:r>
    </w:p>
    <w:p>
      <w:r>
        <w:rPr>
          <w:b/>
        </w:rPr>
        <w:t xml:space="preserve">[47:15] </w:t>
      </w:r>
      <w:r>
        <w:t>kabhi bhi iska waqt aa jayega. to hamein apne ek ek lamhe ko apna istemal kar lena hai. to ek sahabi ne kaha ke: "main is din par bohat ziyada pachtawa karta hoon jab suraj gharoob hua, jisme meri umar kam ho gayi aur mera amal nahi barha." to hum log to is tarah sochte hi nahi ke ek ek din hum log to birthday</w:t>
      </w:r>
    </w:p>
    <w:p>
      <w:pPr>
        <w:jc w:val="right"/>
      </w:pPr>
      <w:r>
        <w:t>کبھیبھیاسکاوقت آجائےگا۔توہمیں اپنے ایکایک لمحےکو اپنا استعمال کرلیناہے۔ تو ایک صح ابینےکہا کہ:"میں اس دن پر بہت زیادہ پچھتاواکرتاہوں جب سورج غروبہوا ، جسمیں میریعمر کمہوگئی اور میرا عمل نہیںبڑھا۔" تو ہملوگ تواسطرحسوچتےہینہیں کہایکایکدن ہملوگتو برتھڈ</w:t>
      </w:r>
    </w:p>
    <w:p>
      <w:r>
        <w:rPr>
          <w:b/>
        </w:rPr>
        <w:t xml:space="preserve">[47:41] </w:t>
      </w:r>
      <w:r>
        <w:t>manate hain, ek saal khatam ho gaya to birthday celebrate kar rahe hain. ab woh log dekhiye kitne different log the ke ek ek din ko dekhte the ke ek din hamara kam ho gaya aur humne jitna hamein amal karna chahiye tha, utna hamara amal hum nahi kar paye.</w:t>
      </w:r>
    </w:p>
    <w:p>
      <w:pPr>
        <w:jc w:val="right"/>
      </w:pPr>
      <w:r>
        <w:t>ےمناتےہیں، ایکسال ختمہوگیا توبرتھڈےسیلیبریٹکررہےہیں۔ ابوہلوگ دیکھیےکتنے ڈفرنٹلوگ تھے کہایکایکدنکو دیکھتےتھےکہایکدنہمارا کمہوگیا اور ہمنے جتناہمیںعمل کرناچاہیےتھا،اتناہمارا عمل ہمنہیںکرپائے۔</w:t>
      </w:r>
    </w:p>
    <w:p>
      <w:r>
        <w:rPr>
          <w:b/>
        </w:rPr>
        <w:t xml:space="preserve">[47:56] </w:t>
      </w:r>
      <w:r>
        <w:t>to distraction molana ne likha hai ke kyunke distraction aajkal bohat ziyada hai, log kuch apna time earning mein lagate hain, uske baad entertainment par lagate hain, to is wajah se out</w:t>
      </w:r>
    </w:p>
    <w:p>
      <w:pPr>
        <w:jc w:val="right"/>
      </w:pPr>
      <w:r>
        <w:t>تو ڈسٹریکشن مول انانےلکھاہےکہچونکہ ڈسٹریکشنآجکلبہت زیادہ ہے، لوگ کچھاپناٹائمارننگمیںلگاتےہیں،اسکےبعد انٹرٹینمنٹپرلگاتےہیں، تو اسوجہ سےآؤٹ</w:t>
      </w:r>
    </w:p>
    <w:p>
      <w:r>
        <w:rPr>
          <w:b/>
        </w:rPr>
        <w:t xml:space="preserve">[48:08] </w:t>
      </w:r>
      <w:r>
        <w:t>earning mein lagate hain. is wajah se na dunya ke silsile mein bhi bare bare kaam ho rahe hain, jaise pehle bare bare scientist, bare bare philosophers aaye, unhone bare bare kaam kiye. na dunya mein bare bare kaam ho rahe hain, na akhirat ke liye woh tayyari ho rahi hai.</w:t>
      </w:r>
    </w:p>
    <w:p>
      <w:pPr>
        <w:jc w:val="right"/>
      </w:pPr>
      <w:r>
        <w:t>نگمیںلگاتےہیں۔اسوجہ سے نہ دنیا کے سلسلےمیںبھیبڑےبڑےکامہورہےہیں،جیسے پہلے بڑےبڑےسائنٹسٹ،بڑےبڑےف لاسفرز آئے،انہوںنےبڑےبڑےکام کیے۔نہدنیا میںبڑےبڑےکامہورہےہیں، نہ آخرتکےلیے وہ تیاریہورہیہے۔</w:t>
      </w:r>
    </w:p>
    <w:p>
      <w:r>
        <w:rPr>
          <w:b/>
        </w:rPr>
        <w:t xml:space="preserve">[48:23] </w:t>
      </w:r>
      <w:r>
        <w:t>to yeh bill na fikreej woh hai, jisko high thinking, simple living and high thinking j woh hai, yeh dunya aur akhirat dono ke liye bohat ziyada zaroori hai.</w:t>
      </w:r>
    </w:p>
    <w:p>
      <w:pPr>
        <w:jc w:val="right"/>
      </w:pPr>
      <w:r>
        <w:t>تو یہبل ندفکریجوہے،جسکو ہائیتھنکنگ، سمپللیونگاینڈہائیتھنکنگجوہے،یہ دنیا اورآخرتدونوںکےلیےبہت زیادہ ضروری ہے۔</w:t>
      </w:r>
    </w:p>
    <w:p>
      <w:r>
        <w:rPr>
          <w:b/>
        </w:rPr>
        <w:t xml:space="preserve">[48:34] </w:t>
      </w:r>
      <w:r>
        <w:t>ji, jazak allah apa.</w:t>
      </w:r>
    </w:p>
    <w:p>
      <w:pPr>
        <w:jc w:val="right"/>
      </w:pPr>
      <w:r>
        <w:t>جی، جز اک اللہآپا۔</w:t>
      </w:r>
    </w:p>
    <w:p>
      <w:r>
        <w:rPr>
          <w:b/>
        </w:rPr>
        <w:t xml:space="preserve">[48:38] </w:t>
      </w:r>
      <w:r>
        <w:t>miss ayesha sirane shakhaptainm se likha hai: "thankfulness comes from deep thinking." apa, kuch sawal bhi aaye hain, and mere khayal se yeh do sawal ka aapne abhi abhi jawab diya hai.</w:t>
      </w:r>
    </w:p>
    <w:p>
      <w:pPr>
        <w:jc w:val="right"/>
      </w:pPr>
      <w:r>
        <w:t>مس عائشہیسرانے شاکہپٹنمسےلکھاہے:"تھینکفلنس کمزفرامڈیپتھنکنگ۔" آپا،کچھسوال بھی آئےہیں، اینڈ میرےخیالسےیہدوسوال کاآپنےابھیابھیجوابدیاہے۔</w:t>
      </w:r>
    </w:p>
    <w:p>
      <w:r>
        <w:rPr>
          <w:b/>
        </w:rPr>
        <w:t xml:space="preserve">[48:49] </w:t>
      </w:r>
      <w:r>
        <w:t>main inko padh deta hoon agar apa ismein kuch add karna chahein, kyunke aapne abhi jo jawab diya, yeh ismein shamil tha. inko questions ka response Muhammad sahib sahib ne Mumbai se likha hai: "how can i keep my heart clean from malice and hatred? apa, please guide</w:t>
      </w:r>
    </w:p>
    <w:p>
      <w:pPr>
        <w:jc w:val="right"/>
      </w:pPr>
      <w:r>
        <w:t>میں انکوپڑھدیتاہوںاگرآپاسمیںکچھایڈکرناچاہیں،کیونکہآپنےابھیجوجوابدیا ،یہ اسمیں شامل تھا۔ انکوئسچنزکا رسپانس محمد صاحبصاحبنےممبئیسےلکھاہے:"ہاؤکینآئیکیپمائیہارٹ کل ینفر اممیل س اینڈہیٹریڈ؟آپ ا،پلیزگائیڈ</w:t>
      </w:r>
    </w:p>
    <w:p>
      <w:r>
        <w:rPr>
          <w:b/>
        </w:rPr>
        <w:t xml:space="preserve">[49:06] </w:t>
      </w:r>
      <w:r>
        <w:t>." isi tarike se Muhammad yaqoob umri sahib ne Delhi se likha hai: "apa, negativity se hum hamein bachna, hum bachna chahte hain, phir bhi hum kahin na kahin ismein entangled hain.</w:t>
      </w:r>
    </w:p>
    <w:p>
      <w:pPr>
        <w:jc w:val="right"/>
      </w:pPr>
      <w:r>
        <w:t>۔" اسیطریقےسے محمد یعقوبعمریصاحبنےدلیسےلکھاہے: "آپا،نیگیٹیوٹیسےہم ہمیں بچنا،ہمبچناچاہتےہیں، پھربھیہمکہیںنہکہیں اسمیں انٹینگلڈہیں۔</w:t>
      </w:r>
    </w:p>
    <w:p>
      <w:r>
        <w:rPr>
          <w:b/>
        </w:rPr>
        <w:t xml:space="preserve">[49:18] </w:t>
      </w:r>
      <w:r>
        <w:t>is se bachne ka aasan tareeqa bataein." wohi hai ke hamein bilkul apna goal mutayyan karna hoga ke hamari zindagi ka maqsad kya hai.</w:t>
      </w:r>
    </w:p>
    <w:p>
      <w:pPr>
        <w:jc w:val="right"/>
      </w:pPr>
      <w:r>
        <w:t>اسسےبچنےکا آ سان طریقہبت ائیں۔" وہیہےکہہمیں بالکل اپنا گول متعین کرناہوگا کہہماریزندگی کامقصدکیاہے۔</w:t>
      </w:r>
    </w:p>
    <w:p>
      <w:r>
        <w:rPr>
          <w:b/>
        </w:rPr>
        <w:t xml:space="preserve">[49:30] </w:t>
      </w:r>
      <w:r>
        <w:t>ji, to yeh unpleasant events woh honge hi honge, kyunke dunya mein good and evil dono</w:t>
      </w:r>
    </w:p>
    <w:p>
      <w:pPr>
        <w:jc w:val="right"/>
      </w:pPr>
      <w:r>
        <w:t>جی، تو یہ انپلیزنٹایونٹستوہوںگےہیہوںگے،کیونکہدنیا میںگڈاینڈایولدونوں</w:t>
      </w:r>
    </w:p>
    <w:p>
      <w:r>
        <w:rPr>
          <w:b/>
        </w:rPr>
        <w:t xml:space="preserve">[49:36] </w:t>
      </w:r>
      <w:r>
        <w:t>hain, har tarah ke log hain, sabke apne apne interest hain, aur sab ko allah ne azadi di hai. to har aadmi apni marzi ke mutabiq hi chalega, woh woh hamare hamare se hamare interest se kalesh ho raha hai ya nahi ho raha hai.</w:t>
      </w:r>
    </w:p>
    <w:p>
      <w:pPr>
        <w:jc w:val="right"/>
      </w:pPr>
      <w:r>
        <w:t>ہیں، ہرطرح کےلوگ ہیں،سبکےاپنے اپنے انٹرسٹ ہیں، اور سبکواللہ نےآزادی دیہے۔ تو ہرآدمیاپنی مرضیکےمطابق ہیچلےگا،وہ وہ ہمارے ہمارےسےہمارےانٹرسٹسےکلی شہورہاہےیانہیںہورہاہے۔</w:t>
      </w:r>
    </w:p>
    <w:p>
      <w:r>
        <w:rPr>
          <w:b/>
        </w:rPr>
        <w:t xml:space="preserve">[49:52] </w:t>
      </w:r>
      <w:r>
        <w:t>to yeh toh hoga. aap ek bar yeh soch lijiye ke yeh jo azadi hai amal ki, woh allah ki di hui hai. aap kuch toh kar nahi sakte.</w:t>
      </w:r>
    </w:p>
    <w:p>
      <w:pPr>
        <w:jc w:val="right"/>
      </w:pPr>
      <w:r>
        <w:t>تو یہتوہوگا۔ آپ ایک بار یہ سوچلیجئےکہیہ جو آز ادیہے عمل کی ، وہ اللہ کی دیہوئیہے۔ آپ کچھتوکرنہیںسکتے۔</w:t>
      </w:r>
    </w:p>
    <w:p>
      <w:r>
        <w:rPr>
          <w:b/>
        </w:rPr>
        <w:t xml:space="preserve">[50:02] </w:t>
      </w:r>
      <w:r>
        <w:t>molana ne ek bar likha hai: "apa yeh hi kar sakte hain ke aap ek doosri dunya banayein." toh doosri dunya aap bana nahi sakte, toh aapko is dunya ko accept karna hai aur khuda ki marzi ke mutabiq hi is dunya mein rehna hai.</w:t>
      </w:r>
    </w:p>
    <w:p>
      <w:pPr>
        <w:jc w:val="right"/>
      </w:pPr>
      <w:r>
        <w:t>مول انانےایکبارلکھاہے:"آپیہیکرسکتےہیںکہآپایکدوسریدنیا بنائیں۔" تودوس ریدنیا آپبنانہیںسکتے،توآپکو اسیدنیا کو ایکسیپٹکرناہےاور خداکیمرضیکےمطابق ہیاسدنیا میںرہناہے۔</w:t>
      </w:r>
    </w:p>
    <w:p>
      <w:r>
        <w:rPr>
          <w:b/>
        </w:rPr>
        <w:t xml:space="preserve">[50:14] </w:t>
      </w:r>
      <w:r>
        <w:t>to negativity se na dunya ka koi purpose hota hai, na akhirat ka. to yeh sab cheezein jo hain, think karne se hota hai.</w:t>
      </w:r>
    </w:p>
    <w:p>
      <w:pPr>
        <w:jc w:val="right"/>
      </w:pPr>
      <w:r>
        <w:t>تو نیگیٹیوٹیسے نہدنیا کاکوئی پرپسسروہوتاہے،نہآخرتکا ۔ تو یہ سب چیزیںجوہیں،تھنک کرنےسےہوتاہے۔</w:t>
      </w:r>
    </w:p>
    <w:p>
      <w:r>
        <w:rPr>
          <w:b/>
        </w:rPr>
        <w:t xml:space="preserve">[50:22] </w:t>
      </w:r>
      <w:r>
        <w:t>aap sochiye, kya negativity se hamara, hum jo kehte hain ke jaise mitti ke bartan mein namak rakhte hain, to bartan hi ghalta hai.</w:t>
      </w:r>
    </w:p>
    <w:p>
      <w:pPr>
        <w:jc w:val="right"/>
      </w:pPr>
      <w:r>
        <w:t>آپ سو چیے،کیا نیگیٹیوٹیسےہمارا، ہم جوکہتےہیںکہجیسے مٹیکےبرتنمیںنمکرکھتےہیں، تو برتنہیگھلتاہے۔</w:t>
      </w:r>
    </w:p>
    <w:p>
      <w:r>
        <w:rPr>
          <w:b/>
        </w:rPr>
        <w:t xml:space="preserve">[50:31] </w:t>
      </w:r>
      <w:r>
        <w:t>to negativity se khud insan ka nuksan hota hai, insan ke andar stress ka level barhta hai, usko bimariyan hoti hain. aur sirf ignore kar dijiye, aap isko kuch samjhiye nahi, keh dijiye: "yeh toh khuda ki marzi hai, khuda ne sab ko azad de diya hai." to yeh toh hoga.</w:t>
      </w:r>
    </w:p>
    <w:p>
      <w:pPr>
        <w:jc w:val="right"/>
      </w:pPr>
      <w:r>
        <w:t>تو نیگیٹیوٹیسےخود انسانکانقصانہوتاہے، انسان کےاندر اسٹریسکالیولبڑھتاہے،اسکوبیماریاںہوتیہیں۔ اور صرف اگنورکردیجئے، آپ اسکو کچھ سمجھیےنہیں،کہہدیجئے:"یہتوخداکیمرضیہے،خدانےسبکوآز ادیدیہے۔" تو یہتوہوگا۔</w:t>
      </w:r>
    </w:p>
    <w:p>
      <w:r>
        <w:rPr>
          <w:b/>
        </w:rPr>
        <w:t xml:space="preserve">[50:47] </w:t>
      </w:r>
      <w:r>
        <w:t>to is se hamein iska asar nahi lena hai. bas</w:t>
      </w:r>
    </w:p>
    <w:p>
      <w:pPr>
        <w:jc w:val="right"/>
      </w:pPr>
      <w:r>
        <w:t>تو اسسے ہمیں اسکاکچھاثرنہیںلیناہے۔بس</w:t>
      </w:r>
    </w:p>
    <w:p>
      <w:r>
        <w:rPr>
          <w:b/>
        </w:rPr>
        <w:t xml:space="preserve">[50:51] </w:t>
      </w:r>
      <w:r>
        <w:t>matlab bar bar hi apa insan ko apne aap ko remind karte rehna hai ke hamara final goal kya hai. agar hamara final goal jannat hai, to is ka rasta inhi difficult situations se hokar niklega.</w:t>
      </w:r>
    </w:p>
    <w:p>
      <w:pPr>
        <w:jc w:val="right"/>
      </w:pPr>
      <w:r>
        <w:t>مطلب باربارہیآپ ا انسانکو اپنےآپکو ریمائنڈکراتےرہناہےکہہمارا فائنلگولکیاہے۔اگرہمارافائنلگول جنتہے، تو اسکاراستہانہیڈیفیکلٹسچوئیشنسےہوکرہینکلےگا۔</w:t>
      </w:r>
    </w:p>
    <w:p>
      <w:r>
        <w:rPr>
          <w:b/>
        </w:rPr>
        <w:t xml:space="preserve">[51:03] </w:t>
      </w:r>
      <w:r>
        <w:t>kyunke allah ta'ala hamare response ko jaanch rahe hain ke provocative, negative, difficult, temptation wali situation mein hum kis tarike se response dete hain.</w:t>
      </w:r>
    </w:p>
    <w:p>
      <w:pPr>
        <w:jc w:val="right"/>
      </w:pPr>
      <w:r>
        <w:t>کیونکہ اللہ تعالیہمارےرسپانسکوجانچرہےہیں کہ پرووکیٹیو، نیگیٹیو، ڈیفیکلٹ،ٹیمٹی شن والی سچوئیشنمیںہمکسطریقےسےرسپانسدیتےہیں۔</w:t>
      </w:r>
    </w:p>
    <w:p>
      <w:r>
        <w:rPr>
          <w:b/>
        </w:rPr>
        <w:t xml:space="preserve">[51:12] </w:t>
      </w:r>
      <w:r>
        <w:t>to agar hamara response positive hai, to hum sahi raste par hain. nahi toh hamein bar bar hi rethinking karni chahiye, and we should do correction.</w:t>
      </w:r>
    </w:p>
    <w:p>
      <w:pPr>
        <w:jc w:val="right"/>
      </w:pPr>
      <w:r>
        <w:t>تواگر ہمارارسپانس پوزیٹیوہے، توہمصحیحراستےپرہیں۔ نہیںتوہمیںباربارہیری تھنکنگکرنیچاہیے، اینڈویشوڈڈوکورسکریکشن ۔</w:t>
      </w:r>
    </w:p>
    <w:p>
      <w:r>
        <w:rPr>
          <w:b/>
        </w:rPr>
        <w:t xml:space="preserve">[51:21] </w:t>
      </w:r>
      <w:r>
        <w:t>to yeh bohat achhe se apa. haan, yeh yeh baat abhi aur clear hui ke hamein yeh dekhna hai ke yeh situation allah ta'ala ne isi liye rakhi hai ke yahan hum apna test de rahe hain. bilkul ji, agar agar humne negative situation ka positive response diya hai, toh is ka hamein sawab milega. ji, agar aap ke samne koi unpleasant event nahi aa rahe hain, to aap ka test hi kahan hua? aap ko sawab hi kya milega?</w:t>
      </w:r>
    </w:p>
    <w:p>
      <w:pPr>
        <w:jc w:val="right"/>
      </w:pPr>
      <w:r>
        <w:t>تو یہ بہت اچھےسےآپا۔ ہاں،یہ یہبات ابھیاور کلیئرہوئی کہ ہمیںیہدیکھناہے کہ یہ سچوئیشن اللہ تعالینےاسیلیےرکھیہے کہیہاںہماپناٹیسٹ دےرہےہیں۔بالکل جی، اگر اگر ہمنے نیگیٹیو سچوئیشنکا پازیٹیو رسپانس دیاہے،تواسکاہمیںثوابملےگا۔جی، اگر آپ کےسامنےکوئی انپلیزنٹایونٹہینہیںآرہےہیں،توآپکاٹیسٹ ہیکہاںہوا؟آپکو ثوابہیکیاملےگا؟</w:t>
      </w:r>
    </w:p>
    <w:p>
      <w:r>
        <w:rPr>
          <w:b/>
        </w:rPr>
        <w:t xml:space="preserve">[51:48] </w:t>
      </w:r>
      <w:r>
        <w:t>to yeh toh sawab ka matter hai.</w:t>
      </w:r>
    </w:p>
    <w:p>
      <w:pPr>
        <w:jc w:val="right"/>
      </w:pPr>
      <w:r>
        <w:t>تو یہتو ثوابکامیٹرہے۔</w:t>
      </w:r>
    </w:p>
    <w:p>
      <w:r>
        <w:rPr>
          <w:b/>
        </w:rPr>
        <w:t xml:space="preserve">[51:51] </w:t>
      </w:r>
      <w:r>
        <w:t>agar aap ignore karenge, agar aap ise is se is se bura imanenge, aapne retaliate nahi karenge, to aap ko is ka sawab milega. So you have to prove yourself to be worthy of the beautiful and perfect place called paradise.</w:t>
      </w:r>
    </w:p>
    <w:p>
      <w:pPr>
        <w:jc w:val="right"/>
      </w:pPr>
      <w:r>
        <w:t>اگر آپ اگنورکریںگے،اگرآپ اسے اسسے اسسے بر ائیمانیںگے،آپنے ریٹیلیٹنہیںکریںگے،تو آپکواسکاثوابملےگا۔ سو آپ اویہیوٹوپروف اور سیلفٹوبیوردیاف ابیوٹیفل اینڈپرفیکٹپلیسکالڈپیراڈائز۔</w:t>
      </w:r>
    </w:p>
    <w:p>
      <w:r>
        <w:rPr>
          <w:b/>
        </w:rPr>
        <w:t xml:space="preserve">[52:05] </w:t>
      </w:r>
      <w:r>
        <w:t>to yeh sab to humein is ko positively heal karna hai. aap imran ahmed sahib ne dilli se sawal bhi</w:t>
      </w:r>
    </w:p>
    <w:p>
      <w:pPr>
        <w:jc w:val="right"/>
      </w:pPr>
      <w:r>
        <w:t>تویہسبتوہمیں اسکو پوزیٹیولیہیلیناہے۔ آپ اعمران احمد صاحبنےدلیسے سوال بھی</w:t>
      </w:r>
    </w:p>
    <w:p>
      <w:r>
        <w:rPr>
          <w:b/>
        </w:rPr>
        <w:t xml:space="preserve">[52:13] </w:t>
      </w:r>
      <w:r>
        <w:t>jahe, unho ne likha hai: "mashallah, aap bohat ahem topic, well explained. beshak, aap hamari zindagi ka maqsad hi personality develop karna hai, aur woh hai purified soul le kar Allah ke samne jana.</w:t>
      </w:r>
    </w:p>
    <w:p>
      <w:pPr>
        <w:jc w:val="right"/>
      </w:pPr>
      <w:r>
        <w:t>جاہے، انہوںنےلکھاہے:"ماشاءاللہ،آپابہت اہم ٹاپک ،ویلایکسپلینڈ۔ بےشک،آپ اہماری زندگی کا مقصد ہیولیپرسن یلٹی ڈیویلپکرناہے، اور وہ ہے پیوریفائیڈ سوللےکر اللہ کے سامنے جانا۔</w:t>
      </w:r>
    </w:p>
    <w:p>
      <w:r>
        <w:rPr>
          <w:b/>
        </w:rPr>
        <w:t xml:space="preserve">[52:29] </w:t>
      </w:r>
      <w:r>
        <w:t>aap hamein sare aamal Allah ki raza, khushi ke liye karna hain."</w:t>
      </w:r>
    </w:p>
    <w:p>
      <w:pPr>
        <w:jc w:val="right"/>
      </w:pPr>
      <w:r>
        <w:t>آپ اہمیں سارے اعمال اللہ کی رضا، خوشیکےلیے کرناہے۔"</w:t>
      </w:r>
    </w:p>
    <w:p>
      <w:r>
        <w:rPr>
          <w:b/>
        </w:rPr>
        <w:t xml:space="preserve">[52:35] </w:t>
      </w:r>
      <w:r>
        <w:t>aap bohat se log hain jo zaroorat mand ki madad karte hain, bhookon ko khana khilate hain, lekin unka maqsad dikhawa hota hai.</w:t>
      </w:r>
    </w:p>
    <w:p>
      <w:pPr>
        <w:jc w:val="right"/>
      </w:pPr>
      <w:r>
        <w:t>آپ ابہت سےلوگ ہیں جو ضرورت مندکی مد د کرتے ہیں، بھوکوںکوکھاناکھلاتےہیں، لیکن انکا مق صد دکھاواہوتاہے۔</w:t>
      </w:r>
    </w:p>
    <w:p>
      <w:r>
        <w:rPr>
          <w:b/>
        </w:rPr>
        <w:t xml:space="preserve">[52:46] </w:t>
      </w:r>
      <w:r>
        <w:t>kya aise logon ka kuch hissa akhirat mein hai? is ko aap wazeh karein. acha, aap is mein mein yeh bhi add kar doon ga ke kuch logon ka maqsad dikhawa bhi hota hai, kuch logon ka maqsad dikhawa nahi bhi hota hai.</w:t>
      </w:r>
    </w:p>
    <w:p>
      <w:pPr>
        <w:jc w:val="right"/>
      </w:pPr>
      <w:r>
        <w:t>کیا ایسےلوگوںکا کچھ حصہ آخرتمیںہے ؟ اسکوآپ واضحکریں۔ اچھا،آپااسمیںمیںیہبھیایڈکردوںگاکہ کچھلوگوںکامقصددکھاوابھیہوتاہے،کچھلوگوںکامقصددکھاوانہیںبھیہوتاہے۔</w:t>
      </w:r>
    </w:p>
    <w:p>
      <w:r>
        <w:rPr>
          <w:b/>
        </w:rPr>
        <w:t xml:space="preserve">[52:59] </w:t>
      </w:r>
      <w:r>
        <w:t>woh dono tarah ke log hain, lekin woh is din duniya ko le kar</w:t>
      </w:r>
    </w:p>
    <w:p>
      <w:pPr>
        <w:jc w:val="right"/>
      </w:pPr>
      <w:r>
        <w:t>وہ دونوںطریقےکےلوگہیں،لیکنوہ اسیدنیا کو لےکر</w:t>
      </w:r>
    </w:p>
    <w:p>
      <w:r>
        <w:rPr>
          <w:b/>
        </w:rPr>
        <w:t xml:space="preserve">[53:03] </w:t>
      </w:r>
      <w:r>
        <w:t>matlab madad karte hain, help karte hain, generous hote hain. to is ko is ke bare mein kuch batayein, aap. haan, yeh logon ki madad karna to bohat ziyada</w:t>
      </w:r>
    </w:p>
    <w:p>
      <w:pPr>
        <w:jc w:val="right"/>
      </w:pPr>
      <w:r>
        <w:t>مطلبمددکرتے ہیں،ہیلپکرتے ہیں،جن رسہوتےہیں۔ تو اسکو اسکےبارےمیںکچھبتائیں،آپا۔ ہاں،یہ لوگوںکیمددکرنا تو بہت زیادہ</w:t>
      </w:r>
    </w:p>
    <w:p>
      <w:r>
        <w:rPr>
          <w:b/>
        </w:rPr>
        <w:t xml:space="preserve">[53:15] </w:t>
      </w:r>
      <w:r>
        <w:t>mustahsan qarar diya gaya hai Islam mein. to ek ek aisi hadees hai ke Allah taala akhirat mein farmayein ge ke: "main tumhare paas bhooka aaya tha, piyasa aaya tha, bemar tha, tum ne meri koi madad nahi ki, mujhe khana nahi diya, mujhe pani nahi diya.</w:t>
      </w:r>
    </w:p>
    <w:p>
      <w:pPr>
        <w:jc w:val="right"/>
      </w:pPr>
      <w:r>
        <w:t>مست حسن قرار دیاگیا ہےاسلام میں ۔ تو ایک ایکایسیحدیثہے کہ اللہ تعالی آخرتمیںفرمائیںگےکہ:"میںتمہارےپاس بھوکاآیاتھا،پیاساآیاتھا،بیمار تھا،تمنےمیری کوئیمددنہیںکی،مجھےکھانانہیںدیا،مجھےپانینہیںدیا۔</w:t>
      </w:r>
    </w:p>
    <w:p>
      <w:r>
        <w:rPr>
          <w:b/>
        </w:rPr>
        <w:t xml:space="preserve">[53:30] </w:t>
      </w:r>
      <w:r>
        <w:t>"to bande kahein ge ke:" aap kaise aisa ho sakta hai? aap to al mighty hain."</w:t>
      </w:r>
    </w:p>
    <w:p>
      <w:pPr>
        <w:jc w:val="right"/>
      </w:pPr>
      <w:r>
        <w:t>"تو بندےکہیںگےکہ:"آپکیسےایساہوسکتاہے؟ آپتو الم ائٹیہیں۔"</w:t>
      </w:r>
    </w:p>
    <w:p>
      <w:r>
        <w:rPr>
          <w:b/>
        </w:rPr>
        <w:t xml:space="preserve">[53:36] </w:t>
      </w:r>
      <w:r>
        <w:t>to tab Allah bataye ga ke:" woh jo bhooka aadmi aaya tha, jo piyasa aadmi aaya tha, jo bemar tha, us ki tum madad karte to wahan tum mujh ko paate." to bohat sari hadeesein hain.</w:t>
      </w:r>
    </w:p>
    <w:p>
      <w:pPr>
        <w:jc w:val="right"/>
      </w:pPr>
      <w:r>
        <w:t>تو تب اللہ بتائےگاکہ:"وہجو بھوکاآدمیآیاتھا،جوپیاساآدمیآیاتھا،جوبیمارتھا، اس کیتم مد دکرتے تو وہاںتممجھکو پاتے۔" تو بہت ساریحدیثیںہیں۔</w:t>
      </w:r>
    </w:p>
    <w:p>
      <w:r>
        <w:rPr>
          <w:b/>
        </w:rPr>
        <w:t xml:space="preserve">[53:48] </w:t>
      </w:r>
      <w:r>
        <w:t>to lekin agar hum Khuda ke liye, Khuda ki raza hasil karne ke liye karein ge to ziyada acha hai. duniya ke liye to karna yeh bhi acha hai, duniya ke liye bhi karein. lekin haan, show off karne ke liye karein ge to woh to theek nahi hai.</w:t>
      </w:r>
    </w:p>
    <w:p>
      <w:pPr>
        <w:jc w:val="right"/>
      </w:pPr>
      <w:r>
        <w:t>تو لیکن اگر ہم خ دا کےلیے،خداکی رضاحاصل کرنےکےلیےکریںگے تو زیادہ اچھاہے۔ دنیا کےلیےتو کرنا یہبھیاچھاہے، دنیا کےلیےبھیکریں۔لیکن ہاں،شوآفکرنےکےلیےکریںگےتو وہتو ٹھیکنہیںہے۔</w:t>
      </w:r>
    </w:p>
    <w:p>
      <w:r>
        <w:rPr>
          <w:b/>
        </w:rPr>
        <w:t xml:space="preserve">[54:05] </w:t>
      </w:r>
      <w:r>
        <w:t>sache dil se logon ki madad karne ke liye karein, aur akhir Allah taala ki raza hasil karne ke liye karein to is ka akhirat mein bhi badla mile ga, aur duniya mein bhi badla mile ga.</w:t>
      </w:r>
    </w:p>
    <w:p>
      <w:pPr>
        <w:jc w:val="right"/>
      </w:pPr>
      <w:r>
        <w:t>سچےدلسے لوگوںکیمددکرنے کےلیےکریں، اور آخر اللہ تعالیکیرضاحاصل کرنے کےلیےکریں تو اسکاآخرتمیںبھیبدلہملےگا،اوردنیا میںبھیبدلہملےگا۔</w:t>
      </w:r>
    </w:p>
    <w:p>
      <w:r>
        <w:rPr>
          <w:b/>
        </w:rPr>
        <w:t xml:space="preserve">[54:17] </w:t>
      </w:r>
      <w:r>
        <w:t>to ek mein aap ko yahan par ek Abdullah ibn Judan ka bata ti hoon, jo Hazrat Aisha ke rishtedar the.</w:t>
      </w:r>
    </w:p>
    <w:p>
      <w:pPr>
        <w:jc w:val="right"/>
      </w:pPr>
      <w:r>
        <w:t>تو ایکمیں آپکویہاںپر ایک عبداللہابن ج ودانکابت اتیہوں،جو حضرت عائشہکیکزنتھے۔</w:t>
      </w:r>
    </w:p>
    <w:p>
      <w:r>
        <w:rPr>
          <w:b/>
        </w:rPr>
        <w:t xml:space="preserve">[54:23] </w:t>
      </w:r>
      <w:r>
        <w:t>to woh wahan par, wahan Makkah mein, Arab mein sab se bara kaam jo tha, woh hajiyon ko khilana pilana, un ki zarooraten poori karna. to yeh sab se bara kaam tha.</w:t>
      </w:r>
    </w:p>
    <w:p>
      <w:pPr>
        <w:jc w:val="right"/>
      </w:pPr>
      <w:r>
        <w:t>تو وہ وہاںپر، وہاں مکہمیں، عرب میں سبسےبڑاکام جوتھا،وہحاجیوںکو کھلاناپلانا،ان کیضرورتیںپوریکرنا۔تویہسبسےبڑاکام تھا۔</w:t>
      </w:r>
    </w:p>
    <w:p>
      <w:r>
        <w:rPr>
          <w:b/>
        </w:rPr>
        <w:t xml:space="preserve">[54:37] </w:t>
      </w:r>
      <w:r>
        <w:t>to woh bohat ziyada karte the. Arab waise bhi generous hote the, hote hain. to woh bohat ziyada karte the. to jab Rasool Allah (SAW) ki ba'sat hui to un shayad woh intiqal kar chuka tha</w:t>
      </w:r>
    </w:p>
    <w:p>
      <w:pPr>
        <w:jc w:val="right"/>
      </w:pPr>
      <w:r>
        <w:t>تو وہ بہت زیادہ کرتے تھے۔ عرب ویسےبھی جن رسہوتےتھے، ہوتےہیں۔ تو وہ بہتزیادہ کرتے تھے۔تو جب رسولاللہصلیاللہعلیہوسلم کی بعثتہوئیتو انشایدوہانتقالہوچکاتھا</w:t>
      </w:r>
    </w:p>
    <w:p>
      <w:r>
        <w:rPr>
          <w:b/>
        </w:rPr>
        <w:t xml:space="preserve">[54:51] </w:t>
      </w:r>
      <w:r>
        <w:t>na. to Hazrat Aisha ne poocha ke Abdullah ibn Judan woh hai, woh bohat ziyada karta tha logon ke liye, to is ko is ka ajar mile ga?</w:t>
      </w:r>
    </w:p>
    <w:p>
      <w:pPr>
        <w:jc w:val="right"/>
      </w:pPr>
      <w:r>
        <w:t>نا۔ تو حضرتعائشہنےپوچھاکہ عبداللہابن جودانجوہے،وہبہتزیادہ کرتاتھالوگوںکےلیے،تواسکو اسکا اجرملےگا؟</w:t>
      </w:r>
    </w:p>
    <w:p>
      <w:r>
        <w:rPr>
          <w:b/>
        </w:rPr>
        <w:t xml:space="preserve">[55:02] </w:t>
      </w:r>
      <w:r>
        <w:t>to Rasool Allah (SAW) ne farmaya ke nahi, us ne kisi din yeh na kaha tha:" aye mere Rab! jaza ke din mere gunah ko bakhsh de." to is se yeh bohat clear nikalta hai ke dekhiye, hum ko Khuda ke aage jhukna hai, Khuda ke aage surrender karna hai,</w:t>
      </w:r>
    </w:p>
    <w:p>
      <w:pPr>
        <w:jc w:val="right"/>
      </w:pPr>
      <w:r>
        <w:t>تو رسولاللہصلیاللہعلیہوسلمنےفرمایاکہنہیں ، اسنے کسی دن یہ نہکہاکہ:"اےمیرےرب! جز اکےدنمیرےگناہکو بخش دے۔" تو اسسےیہبہت کلیئرنکلتاہےکہدیکھیے، ہمکو خداکےآگے جھکناہے،خداکےآگےسرینڈرکرناہے،</w:t>
      </w:r>
    </w:p>
    <w:p>
      <w:r>
        <w:rPr>
          <w:b/>
        </w:rPr>
        <w:t xml:space="preserve">[55:19] </w:t>
      </w:r>
      <w:r>
        <w:t>apni modesty ko Khuda ke aage establish karna hai. to yeh ek acknowledgement jo hai, yeh khud insan ki bandagi ka eteraaf hai Khuda ke aage.</w:t>
      </w:r>
    </w:p>
    <w:p>
      <w:pPr>
        <w:jc w:val="right"/>
      </w:pPr>
      <w:r>
        <w:t>اپنی ماڈیسٹیکوخداکےآگےاسٹیبلشکرناہے۔ تو یہ ایکنالجمنٹ جوہے، یہ خود انسان کی بند گیکا اعت راف ہےخداکےآگے۔</w:t>
      </w:r>
    </w:p>
    <w:p>
      <w:r>
        <w:rPr>
          <w:b/>
        </w:rPr>
        <w:t xml:space="preserve">[55:29] </w:t>
      </w:r>
      <w:r>
        <w:t>to bandagi ko ek knowledge, bandagi ko Khuda ke aage establish karna to yeh jo hai, bohat ziyada zaroori hai.</w:t>
      </w:r>
    </w:p>
    <w:p>
      <w:pPr>
        <w:jc w:val="right"/>
      </w:pPr>
      <w:r>
        <w:t>تو بند گیکو ایک نال، بندگی کو خداکےآگے اسٹیبلشکرنا تو یہ جوہے،بہت زیادہ ضروریہے۔</w:t>
      </w:r>
    </w:p>
    <w:p>
      <w:r>
        <w:rPr>
          <w:b/>
        </w:rPr>
        <w:t xml:space="preserve">[55:40] </w:t>
      </w:r>
      <w:r>
        <w:t>Khuda ko hum ne apna Lord mana, hum Khuda ke bande hain, Khuda ke aage surrender karte hain.</w:t>
      </w:r>
    </w:p>
    <w:p>
      <w:pPr>
        <w:jc w:val="right"/>
      </w:pPr>
      <w:r>
        <w:t>خداکوہمنےاپنا لارڈمانا،ہمخداکےبندےہیں، خداکےآگے سرینڈرکرتے ہیں۔</w:t>
      </w:r>
    </w:p>
    <w:p>
      <w:r>
        <w:rPr>
          <w:b/>
        </w:rPr>
        <w:t xml:space="preserve">[55:46] </w:t>
      </w:r>
      <w:r>
        <w:t>Islam ke lafzi ma'ani hi hain submission aur surrender. to yeh cheez jo hai, woh paida hoti hai. agar hum karein ge ke hum bhai bohat paise wale hain, bare sakhi hain, hum logon ki madad kar rahe hain, to is se hamari jo hai na, hamare andar kibr paida hota hai. woh Allah taala ko bilkul bilkul napasand hai.</w:t>
      </w:r>
    </w:p>
    <w:p>
      <w:pPr>
        <w:jc w:val="right"/>
      </w:pPr>
      <w:r>
        <w:t>اسلام کےلفظیمعنیہیہیں سب می شن اورسر ینڈر۔ تو یہ چیز جوہے،وہ پیدا ہوتیہے۔اگرہمکریںگےکہہم بھئی بہت پیسےوالے ہیں،بڑےسخی ہیں، ہملوگوںکیمددکررہےہیں،تواسسےہماریجوہےنا،ہمارےاندر کبرپیداہوتاہے۔وہاللہ تعالی کوبالکل بالکل ناپسندہے۔</w:t>
      </w:r>
    </w:p>
    <w:p>
      <w:r>
        <w:rPr>
          <w:b/>
        </w:rPr>
        <w:t xml:space="preserve">[56:04] </w:t>
      </w:r>
      <w:r>
        <w:t>to hamare andar azizi ka ehsas paida ho ga jab hum Khuda ke liye kaam karein ge. to is tarah se Khuda se bakhshish ki dua mangna, Khuda se rehmat ki dua mangna to yeh bohat zaroori hai.</w:t>
      </w:r>
    </w:p>
    <w:p>
      <w:pPr>
        <w:jc w:val="right"/>
      </w:pPr>
      <w:r>
        <w:t>توہمارےاندر عاج زیکااحساسپیدا ہوگاجبہم خداکےلیے کامکریںگے۔ تو اسطریقےسے خداسے بخش شکیدعامانگنا،خداسےرحمتکیدعامانگنا تو یہ بہت ضروریہے۔</w:t>
      </w:r>
    </w:p>
    <w:p>
      <w:r>
        <w:rPr>
          <w:b/>
        </w:rPr>
        <w:t xml:space="preserve">[56:19] </w:t>
      </w:r>
      <w:r>
        <w:t>is ke baghair jo hai,</w:t>
      </w:r>
    </w:p>
    <w:p>
      <w:pPr>
        <w:jc w:val="right"/>
      </w:pPr>
      <w:r>
        <w:t>اسکےبغیرجوہے،</w:t>
      </w:r>
    </w:p>
    <w:p>
      <w:r>
        <w:rPr>
          <w:b/>
        </w:rPr>
        <w:t xml:space="preserve">[56:20] </w:t>
      </w:r>
      <w:r>
        <w:t>Allah taala hamari hamari maghfirat nahi farmayein ge. humein Khuda se duaen mangni hain ke Khuda humein bakhsh de, Khuda humein apni rehmat se dhanp le.</w:t>
      </w:r>
    </w:p>
    <w:p>
      <w:pPr>
        <w:jc w:val="right"/>
      </w:pPr>
      <w:r>
        <w:t>اللہ تعالیہماری ہماری مغفرتنہیںفرمائیںگے۔ہمیں خدا سے دعائیںمانگنیہیںکہخداہمیںبخش دے،خداہمیں اپنی رحمت سے ڈھانپلے۔</w:t>
      </w:r>
    </w:p>
    <w:p>
      <w:r>
        <w:rPr>
          <w:b/>
        </w:rPr>
        <w:t xml:space="preserve">[56:31] </w:t>
      </w:r>
      <w:r>
        <w:t>to yeh sab duaen mangni hain, aur yehi jo hai, jannat ki qeemat hai. to Maulana ne likha hai ke agar na amal ho, na be-amli ka eteraaf, to is ko jannat mein dakhla kis buniyad par diya jaye ga?</w:t>
      </w:r>
    </w:p>
    <w:p>
      <w:pPr>
        <w:jc w:val="right"/>
      </w:pPr>
      <w:r>
        <w:t>تویہسبدعائیںمانگنیہیں،اوریہیجوہے، جنتکیقیمتہے۔ تو مول انانےلکھاہےکہاگر نہ عمل ہو،نہ بےعملیکااعتراف ، تو اسکو جنتمیں داخلہکس بنی ادپردیاجائےگا؟</w:t>
      </w:r>
    </w:p>
    <w:p>
      <w:r>
        <w:rPr>
          <w:b/>
        </w:rPr>
        <w:t xml:space="preserve">[56:43] </w:t>
      </w:r>
      <w:r>
        <w:t>to agar hamara amal nahi hai, to kam se kam apni be-amali ka iqraar karein, Khuda ke aage, Khuda ke aage apne aap ko surrender karein.</w:t>
      </w:r>
    </w:p>
    <w:p>
      <w:pPr>
        <w:jc w:val="right"/>
      </w:pPr>
      <w:r>
        <w:t>تواگرہماراعمل نہیںہے،توکمسےکمہماپنیبےعملیکااعترافکریں،خداکےآگے، خداکےآگےاپنےآپکو سرینڈرکریں۔</w:t>
      </w:r>
    </w:p>
    <w:p>
      <w:r>
        <w:rPr>
          <w:b/>
        </w:rPr>
        <w:t xml:space="preserve">[56:51] </w:t>
      </w:r>
      <w:r>
        <w:t>to tabhi hum ko Khuda se jo badla hum chahte hain, wo tabhi humein milega. Ji, aap Arooh Kumar je ne Amritsar se sawal bheje hain.</w:t>
      </w:r>
    </w:p>
    <w:p>
      <w:pPr>
        <w:jc w:val="right"/>
      </w:pPr>
      <w:r>
        <w:t>تو تبھیہمکو خداسےجو بدلہہمچاہتےہیں،وہتبھیہمیںملےگا۔ جی، آپ اروہت کمار جینےامرتسرسے سوال بھیجےہیں۔</w:t>
      </w:r>
    </w:p>
    <w:p>
      <w:r>
        <w:rPr>
          <w:b/>
        </w:rPr>
        <w:t xml:space="preserve">[57:02] </w:t>
      </w:r>
      <w:r>
        <w:t>inke do sawal hain. Ek sawal ka aap ne jawab pichhle question mein de diya tha, but main dono padh deta hoon. Related bhi hain ek tarike se.</w:t>
      </w:r>
    </w:p>
    <w:p>
      <w:pPr>
        <w:jc w:val="right"/>
      </w:pPr>
      <w:r>
        <w:t>انکےدوسوالہیں۔ ایکسوالکاآپنےجواب پچھلے کوئسچنمیںدےدیاتھا،بٹمیںدونوںپڑھدیتاہوں۔ ریلیٹڈبھیہیں ایکطریقےسے ۔</w:t>
      </w:r>
    </w:p>
    <w:p>
      <w:r>
        <w:rPr>
          <w:b/>
        </w:rPr>
        <w:t xml:space="preserve">[57:11] </w:t>
      </w:r>
      <w:r>
        <w:t>unhone likha hai: "Aapa ji! Duniya ki chehal pehal dekh kar hamara mann bhi uski taraf daudne lagta hai.</w:t>
      </w:r>
    </w:p>
    <w:p>
      <w:pPr>
        <w:jc w:val="right"/>
      </w:pPr>
      <w:r>
        <w:t>انہوں نےلکھاہے:"آ پا جی!دنیا کی چہل پہلدیکھکر ہمارا من بھی اسکیطرف دوڑنےلگتاہے۔</w:t>
      </w:r>
    </w:p>
    <w:p>
      <w:r>
        <w:rPr>
          <w:b/>
        </w:rPr>
        <w:t xml:space="preserve">[57:19] </w:t>
      </w:r>
      <w:r>
        <w:t>to humein kya karna chahiye ke hamara mann in cheezon ka asar na le? Aasan life kaise ban ayein? "Phir unhone likha hai ke: "Insaan ko duniya mein apni zimmedariyon ki wajah se duniya ke saath bhi chalna padta hai.</w:t>
      </w:r>
    </w:p>
    <w:p>
      <w:pPr>
        <w:jc w:val="right"/>
      </w:pPr>
      <w:r>
        <w:t>توہمیںکیا کرناچاہیےکہہمارا من انچیزوں کا اثر نہلے؟ آسان لائفکیسےبن ائیں؟ "پھرانہوںنےلکھاہےکہ:"انسانکو دنیا میں اپنی ذمہداریوںکیوجہ سے دنیا کے ساتھ بھی چلنا پڑتاہے۔</w:t>
      </w:r>
    </w:p>
    <w:p>
      <w:r>
        <w:rPr>
          <w:b/>
        </w:rPr>
        <w:t xml:space="preserve">[57:34] </w:t>
      </w:r>
      <w:r>
        <w:t>agar hum unke saath chalte hain to hum roohaniyat se door ho jate hain. Agar hum apna dhyan Allah ki taraf karte hain to duniya humare andar se door ho jati hai.</w:t>
      </w:r>
    </w:p>
    <w:p>
      <w:pPr>
        <w:jc w:val="right"/>
      </w:pPr>
      <w:r>
        <w:t>اگر ہم انکے ساتھ چلتےہیں تو ہم روحانیتسے دور ہوجاتےہیں۔ اگر ہم اپنادھیان اللہ کیطرف کرتے ہیں تو دنیا ہمارےاندرسے دور ہوجاتیہے۔</w:t>
      </w:r>
    </w:p>
    <w:p>
      <w:r>
        <w:rPr>
          <w:b/>
        </w:rPr>
        <w:t xml:space="preserve">[57:47] </w:t>
      </w:r>
      <w:r>
        <w:t>Aap aji! Humein kya karna chahiye? Iska hal bataein." Matlab need based life hona chahiye. Yeh nahi keh rahe hain ke humare paas kuch bhi na ho, lekin need based hona chahiye.</w:t>
      </w:r>
    </w:p>
    <w:p>
      <w:pPr>
        <w:jc w:val="right"/>
      </w:pPr>
      <w:r>
        <w:t>آپ اجی!ہمیںکیا کرناچاہیے؟اسکا حل بت ائیں۔" مطلب نیڈبیسڈ لائفہوناچاہیے۔یہنہیںکہہرہےہیںکہہمارےپاس کچھبھینہہو، لیکن نیڈبیسڈہوناچاہیے۔</w:t>
      </w:r>
    </w:p>
    <w:p>
      <w:r>
        <w:rPr>
          <w:b/>
        </w:rPr>
        <w:t xml:space="preserve">[58:00] </w:t>
      </w:r>
      <w:r>
        <w:t>comfort aur luxury mein agar hum zindagi guzarenge na, to phir humare paas koi bhi achhe kaam karne ke liye humare paas time nahi rahega. Hum toh bas isi chakkar mein rahenge.</w:t>
      </w:r>
    </w:p>
    <w:p>
      <w:pPr>
        <w:jc w:val="right"/>
      </w:pPr>
      <w:r>
        <w:t>کمفرٹ اور لگزریمیںاگر ہم زندگی گزاریںگےنا، توپھرہمارےپاس کوئیبھی اچھےکام کرنے کےلیےہمارےپاسٹائمہینہیںرہےگا۔ہمتو بس اسیچکرمیںرہیںگے۔</w:t>
      </w:r>
    </w:p>
    <w:p>
      <w:r>
        <w:rPr>
          <w:b/>
        </w:rPr>
        <w:t xml:space="preserve">[58:12] </w:t>
      </w:r>
      <w:r>
        <w:t>to jis ko Maulana yeh kehte the ke need based life honi chahiye humari, aur baqi jo bhi humare paas time hai, wo humein ghaur o fikr mein guzarna chahiye, Allah ki yaad mein guzarna chahiye, humein naik kaamon mein guzarna chahiye.</w:t>
      </w:r>
    </w:p>
    <w:p>
      <w:pPr>
        <w:jc w:val="right"/>
      </w:pPr>
      <w:r>
        <w:t>تو جس کومول انایہیکہتےتھےکہنیڈبیسڈلائف ہونیچاہیےہماری،اورباقیجوبھیہمارےپاسٹائمہے، وہ ہمیں غوروفکرمیںگزارناچاہیے، اللہ کییادمیںگزارناچاہیے، ہمیں نیککام وںمیںگزارناچاہیے۔</w:t>
      </w:r>
    </w:p>
    <w:p>
      <w:r>
        <w:rPr>
          <w:b/>
        </w:rPr>
        <w:t xml:space="preserve">[58:28] </w:t>
      </w:r>
      <w:r>
        <w:t>to abhi jo hum karenge, abhi hum iske baad jo simplicity, wo bhi isi par hai. Zaroor, zaroor. Apa, ek sawal aur aya hai. Yeh Shah Nawaz sahib ne bheja hai.</w:t>
      </w:r>
    </w:p>
    <w:p>
      <w:pPr>
        <w:jc w:val="right"/>
      </w:pPr>
      <w:r>
        <w:t>تو ابھیجومیں کریںگے،ابھیہم اسکےبعد جوسم پلیسٹی،وہبھیاسی پر ہے۔ضرور،ضرور۔ آپا،ایکسوال اورآیاہے۔یہ شاہ نوازصاحبنےبھیجاہے۔</w:t>
      </w:r>
    </w:p>
    <w:p>
      <w:r>
        <w:rPr>
          <w:b/>
        </w:rPr>
        <w:t xml:space="preserve">[58:37] </w:t>
      </w:r>
      <w:r>
        <w:t>unhone likha hai ke: "Humein kaise pata chalega ke humari life successful hai ke nahi?" Unhone yeh nahi likha hai ke duniya ke aitbaar se ya akhirat ke aitbaar se, lekin Apa, aap is par kya kahegi ke kaise kahaan insaan jaan sakta hai ke uski zindagi kamyab hai ke nahi?</w:t>
      </w:r>
    </w:p>
    <w:p>
      <w:pPr>
        <w:jc w:val="right"/>
      </w:pPr>
      <w:r>
        <w:t>انہوںنےلکھاہےکہ:"ہمیںکیسےپتہچلےگاکہہماری لائف سکسیسفلہےکہنہیں ؟" انہوںنےیہنہیںلکھاہےکہدنیا کےاعتبارسےیاآخرتکےاعتبارسے ، لیکن آپ ا،آپ اسپرکیا کہیںگی کہکیسےکہانسان جان سکتاہےکہ اسکیزندگی کامیابہےکہنہیں ؟</w:t>
      </w:r>
    </w:p>
    <w:p>
      <w:r>
        <w:rPr>
          <w:b/>
        </w:rPr>
        <w:t xml:space="preserve">[58:56] </w:t>
      </w:r>
      <w:r>
        <w:t>humein aisa feel hone lagta hai jab hum bahut zyada Khuda se mutawajjah hote hain, aur Khuda ko bahut zyada yaad karte hain. To humein feel feeling ke level par hone lagta hai ke heart ke level par hone lagta hai ke hum Khuda se qareeb hain.</w:t>
      </w:r>
    </w:p>
    <w:p>
      <w:pPr>
        <w:jc w:val="right"/>
      </w:pPr>
      <w:r>
        <w:t>ہمیں ایسا فیل ہونے لگتاہےجبہمبہت زیادہ خداسےمت وجہہوتےہیں ،اور خداکوبہتزیادہ یاد کرتے ہیں۔تو ہمیں فیل فیل نگکےلیولپرہونے لگتاہے کہہارٹکےلیولپر فیل ہونےلگتاہے کہہم خداسےقریب ہیں۔</w:t>
      </w:r>
    </w:p>
    <w:p>
      <w:r>
        <w:rPr>
          <w:b/>
        </w:rPr>
        <w:t xml:space="preserve">[59:12] </w:t>
      </w:r>
      <w:r>
        <w:t>Khuda se qareeb hone ka matlab hum farishton ke contact mein hain. Kabhi kabhi aisa lagta hai ke jaise hum door ho gaye hain. Ji, to us waqt phir Quran padhein, Khuda ko yaad karein, to phir wo contact jo hai na, establish ho jata hai.</w:t>
      </w:r>
    </w:p>
    <w:p>
      <w:pPr>
        <w:jc w:val="right"/>
      </w:pPr>
      <w:r>
        <w:t>خداسےقریبہونے کامطلب ہم فرشتوںکےکانٹیکٹمیںہیں۔ کبھیکبھیایسا لگتاہےکہجیسےہمدورہوگئےہیں۔ جی، تو اسوقت پھر قرآن پڑھیں،خداکویادکریں، توپھر وہ کانٹیکٹجوہےنا،اسٹیبلشہوجاتاہے۔</w:t>
      </w:r>
    </w:p>
    <w:p>
      <w:r>
        <w:rPr>
          <w:b/>
        </w:rPr>
        <w:t xml:space="preserve">[59:26] </w:t>
      </w:r>
      <w:r>
        <w:t>wo hum feel kar sakte hain. Aisa nahi hai ke duniya ki kamyabi uska koi criteria nahi hai ke duniya mein hum kamyab hon, duniya mein humein har cheez mil rahi ho.</w:t>
      </w:r>
    </w:p>
    <w:p>
      <w:pPr>
        <w:jc w:val="right"/>
      </w:pPr>
      <w:r>
        <w:t>وہہمفیل کرسکتےہیں۔ ایسانہیںہےکہدنیا کے ک امیابی اسکاکوئی کرائٹیریانہیںہےکہدنیا میںہمکامیابہوں،دنیا میںہمیںہرچیزملرہیہو۔</w:t>
      </w:r>
    </w:p>
    <w:p>
      <w:r>
        <w:rPr>
          <w:b/>
        </w:rPr>
        <w:t xml:space="preserve">[59:37] </w:t>
      </w:r>
      <w:r>
        <w:t>yeh nahi hai, balkeh humari spirituality mein izafa hote rehna chahiye musalsal, aur usko insaan khud hi feel kar sakta hai ke humari spirituality mein izafa ho raha hai.</w:t>
      </w:r>
    </w:p>
    <w:p>
      <w:pPr>
        <w:jc w:val="right"/>
      </w:pPr>
      <w:r>
        <w:t>یہنہیں ہے، بلکہہماری سپریچولیٹیمیں اضافہہوتےرہناچاہیےمسلسل ، اور اسکو انسان خود ہیفیل کرسکتاہے کہہماریسپریچولیٹیمیںاضافہہورہاہے۔</w:t>
      </w:r>
    </w:p>
    <w:p>
      <w:r>
        <w:rPr>
          <w:b/>
        </w:rPr>
        <w:t xml:space="preserve">[59:48] </w:t>
      </w:r>
      <w:r>
        <w:t>naye naye baatein dimagh mein samajh mein aa rahi hain.</w:t>
      </w:r>
    </w:p>
    <w:p>
      <w:pPr>
        <w:jc w:val="right"/>
      </w:pPr>
      <w:r>
        <w:t>نئینئیباتیںدماغمیںسمجھمیںآرہیہیں۔</w:t>
      </w:r>
    </w:p>
    <w:p>
      <w:r>
        <w:rPr>
          <w:b/>
        </w:rPr>
        <w:t xml:space="preserve">[59:51] </w:t>
      </w:r>
      <w:r>
        <w:t>naye naye Khuda se jab contact hota hai na, to kuch baatein jo jis ko inspiration kehte hain, dekhiye, ek wahi hai, wo toh prophets ke liye hai, lekin aam insaan ke liye, jo momin ke liye inspiration hai.</w:t>
      </w:r>
    </w:p>
    <w:p>
      <w:pPr>
        <w:jc w:val="right"/>
      </w:pPr>
      <w:r>
        <w:t>نئینئی خداسےجب کانٹیکٹہوتاہےنا،توکچھ باتیںجو جسکو انسپیریشنکہتےہیں، دیکھیے، ایک وحیہے،وہتو پرافٹسکےلیےہے، لیکن عام انسانکےلیے،جو مومنکےلیے انسپیریشنہے۔</w:t>
      </w:r>
    </w:p>
    <w:p>
      <w:r>
        <w:rPr>
          <w:b/>
        </w:rPr>
        <w:t xml:space="preserve">[1:00:06] </w:t>
      </w:r>
      <w:r>
        <w:t>to jo bhi achha kaam karta hai, uske liye Allah Ta'ala ne farishte yahan par hain. Farishte inspire karte hain. To jab farishte inspire karte hain, to humko feel achha hota hai, jis ko feel good keh sakte hain.</w:t>
      </w:r>
    </w:p>
    <w:p>
      <w:pPr>
        <w:jc w:val="right"/>
      </w:pPr>
      <w:r>
        <w:t>تو جو بھی اچھاکام کرتاہے، اسکےلیے اللہ تعالینے فرشتےیہاںپرہیں۔ فرشتے انسپائرکرتےہیں۔توجب فرشتےانسپائرکرتےہیں، تو ہمکو فیل اچھاہوتاہے،جسکو فیل گڈکہہسکتےہیں۔</w:t>
      </w:r>
    </w:p>
    <w:p>
      <w:r>
        <w:rPr>
          <w:b/>
        </w:rPr>
        <w:t xml:space="preserve">[1:00:20] </w:t>
      </w:r>
      <w:r>
        <w:t>Ji, to achhi feeling hoti hai ke haan, hum farishton ke influence mein hain. Aur jab hum koi galat kaam karte hain, to mehsoos hone lagta hai ke hum farishte jo hain, humare paas se chale gaye hain.</w:t>
      </w:r>
    </w:p>
    <w:p>
      <w:pPr>
        <w:jc w:val="right"/>
      </w:pPr>
      <w:r>
        <w:t>جی،تواچھیفیل نگہوتیہےکہہاں،ہمفرشتوںکے انفلوئنسمیںہیں۔ اور جبہمکوئیغلطکام کرتے ہیں، تو محسوسہونے لگتاہےکہہمفرشتےجوہیں،ہمارےپاسسےچلےگئےہیں۔</w:t>
      </w:r>
    </w:p>
    <w:p>
      <w:r>
        <w:rPr>
          <w:b/>
        </w:rPr>
        <w:t xml:space="preserve">[1:00:32] </w:t>
      </w:r>
      <w:r>
        <w:t>to dobara foran aadmi jo hai, dobara phir Khuda ko yaad kare, Quran padhe, naik kaam kare, to phir wo farishton ke asar mein aa jata hai.</w:t>
      </w:r>
    </w:p>
    <w:p>
      <w:pPr>
        <w:jc w:val="right"/>
      </w:pPr>
      <w:r>
        <w:t>تو دوبارہ فوراً آدمیجوہے، دوبارہ پھر خداکویادکرے، قرآنپڑھے، نیککامکرے،توپھروہفرشتوںکےاثرمیںآجاتاہے۔</w:t>
      </w:r>
    </w:p>
    <w:p>
      <w:r>
        <w:rPr>
          <w:b/>
        </w:rPr>
        <w:t xml:space="preserve">[1:00:43] </w:t>
      </w:r>
      <w:r>
        <w:t>aur Apa, sab se aham baat yeh hai ke ek positive outlook jo hai, wo insaan ko duniya mein masail mein bhi madad karta hai, aur akhirat ke lehaz se bhi iske liye bahut zaroori hai.</w:t>
      </w:r>
    </w:p>
    <w:p>
      <w:pPr>
        <w:jc w:val="right"/>
      </w:pPr>
      <w:r>
        <w:t>اورآپ ا، سبسے اہمباتیہہےکہ ایک پازیٹیوآؤٹلکجوہے، وہ انسانکو دنیا ویمسئلوںمیںبھیمد دکرتاہے،اورآخرتکے لحاظسےبھیاسکےلیےبہتضروری ہے۔</w:t>
      </w:r>
    </w:p>
    <w:p>
      <w:r>
        <w:rPr>
          <w:b/>
        </w:rPr>
        <w:t xml:space="preserve">[1:00:54] </w:t>
      </w:r>
      <w:r>
        <w:t>to Maulana jaise ke kaha karte the ke agar koi aadmi aap ko criticize kare, aur aap ko bura na lage, aur agar aap ki tareef kare, to aap ko achha na lage, to humein khud apne andar introspection karna chahiye ke kya tareef se main zyada khush ho raha hoon, aur main is insaan ki taraf zyada inclined ho raha hoon, ya criticism se us se door ho raha hoon. To ek self checking system ek yeh hai jo insaan dekh sakta</w:t>
      </w:r>
    </w:p>
    <w:p>
      <w:pPr>
        <w:jc w:val="right"/>
      </w:pPr>
      <w:r>
        <w:t>تو مول اناجیسےکہاکرتے تھےکہاگرکوئیآدمیآپکوکریٹیسائزکرے،اور آپکوبرانہلگے، اور اگرآپکیتعریفکرے،توآپکواچھانہلگے، توہمیںخود اپنے اندریہانٹروسپیکشنکرناچاہیے کہ کیا تعریفسےمیںزیادہخوشہورہاہوں، اورمیں اس انسانکیطرف زیادہ انکلائنڈہورہاہوں،یاکریٹیسزمسےاسسےدورہورہاہوں۔توایک سیلفچیکنگسسٹم ایک یہہے جوانسان دیکھسکتا</w:t>
      </w:r>
    </w:p>
    <w:p>
      <w:r>
        <w:rPr>
          <w:b/>
        </w:rPr>
        <w:t xml:space="preserve">[1:01:17] </w:t>
      </w:r>
      <w:r>
        <w:t>hai. Wo modesty ki shakal mein bilkul pata chal jata hai ke insaan ke andar kitni modesty paida hui. Ji, wo farishton ki madad se hi hoti hai.</w:t>
      </w:r>
    </w:p>
    <w:p>
      <w:pPr>
        <w:jc w:val="right"/>
      </w:pPr>
      <w:r>
        <w:t>ہے۔ وہ ماڈیسٹیکیشکلمیں بالکل پتہچلجاتاہےکہانسان کےاندرکتنی ماڈیسٹیپیدا ہوئی۔ جی،وہ فرشتوںکیمد دسےہیہوتیہے۔</w:t>
      </w:r>
    </w:p>
    <w:p>
      <w:r>
        <w:rPr>
          <w:b/>
        </w:rPr>
        <w:t xml:space="preserve">[1:01:25] </w:t>
      </w:r>
      <w:r>
        <w:t>Ji, agar aadmi ke andar akadh hai to samajh lijiye wo shaitan ke asar mein hai, aur agar aadmi mein modesty hai to samajh lijiye wo farishton ke asar mein hai. Ji, Apa, isi liye agla sawal bahut important ho jata hai, jo simple living par hai.</w:t>
      </w:r>
    </w:p>
    <w:p>
      <w:pPr>
        <w:jc w:val="right"/>
      </w:pPr>
      <w:r>
        <w:t>جی، اگر آدمیکےاندراکڑہےتوسمجھلیجئےوہ شیطان کے اثرمیںہے،اوراگرآدمیمیںماڈیسٹیہےتوسمجھلیجئےوہ فرشتوںکےاثرمیںہے۔ جی، آپا،اسیلیے اگلاسوال بہت امپورٹنٹہوجاتاہے، جو سمپللیونگپرہے۔</w:t>
      </w:r>
    </w:p>
    <w:p>
      <w:r>
        <w:rPr>
          <w:b/>
        </w:rPr>
        <w:t xml:space="preserve">[1:01:41] </w:t>
      </w:r>
      <w:r>
        <w:t>Maulana bahut emphasize karte the, unki poori zindagi ek simple zindagi</w:t>
      </w:r>
    </w:p>
    <w:p>
      <w:pPr>
        <w:jc w:val="right"/>
      </w:pPr>
      <w:r>
        <w:t>مول انا بہت ایمفس ائزکرتےتھے،انکیپوریزندگی ایک سمپل زندگی</w:t>
      </w:r>
    </w:p>
    <w:p>
      <w:r>
        <w:rPr>
          <w:b/>
        </w:rPr>
        <w:t xml:space="preserve">[1:01:46] </w:t>
      </w:r>
      <w:r>
        <w:t>rahi. woh hamesha kehte the: "simple living, high thinking". aur simplest ka matlab, apa, yeh bhi hai ke limiting ones world ly requiremnt, because it helps a person in his or her spiritual journey. kyunke simplest se hi sari cheezein linked hain.</w:t>
      </w:r>
    </w:p>
    <w:p>
      <w:pPr>
        <w:jc w:val="right"/>
      </w:pPr>
      <w:r>
        <w:t>رہی۔ وہہمیشہکہتےتھے:"سمپللیونگ،ہائیتھنکنگ"۔ اور سمپلیسٹیکامطلب،آپا،یہبھیہےکہ لیمٹنگونز ورلڈلیریکوائرمنٹ،بیکازاٹہیلپساپرسن ان ہزاورہر سپریچولجرنی۔کیونکہسمپلیسٹیسےہی ساریچیزیں لنکڈہیں۔</w:t>
      </w:r>
    </w:p>
    <w:p>
      <w:r>
        <w:rPr>
          <w:b/>
        </w:rPr>
        <w:t xml:space="preserve">[1:02:02] </w:t>
      </w:r>
      <w:r>
        <w:t>to aap a, main chahunga aap yeh batayein hum sab ko ke kaise simple living helps building a highly person yality. is ko aap wazeh karein.</w:t>
      </w:r>
    </w:p>
    <w:p>
      <w:pPr>
        <w:jc w:val="right"/>
      </w:pPr>
      <w:r>
        <w:t>تو آپ ا،میں چاہوںگاآپیہبتائیںہمسبکوکہکیسے سمپل لیونگ ہیلپسانبلڈنگاہیولیپرسن یلٹی۔ اسکوآپ واضحکریں۔</w:t>
      </w:r>
    </w:p>
    <w:p>
      <w:r>
        <w:rPr>
          <w:b/>
        </w:rPr>
        <w:t xml:space="preserve">[1:02:13] </w:t>
      </w:r>
      <w:r>
        <w:t>asal mein koi bhi maqsad hasil karne ke liye humein apna focus focus karna parta hai. aur agar hum simple living nahi apnayenge to duniya mein dekhiye hazaron cheezein hain.</w:t>
      </w:r>
    </w:p>
    <w:p>
      <w:pPr>
        <w:jc w:val="right"/>
      </w:pPr>
      <w:r>
        <w:t>اصلمیںکوئیبھی مقصد حاصل کرنے کےلیےہمیں اپنا فوکس فوکسکرناپڑتاہے۔ اور اگر ہم سمپللیونگ نہیں اپنائیںگےتو دنیا میںدیکھیےہ زاروںچیزیںہیں۔</w:t>
      </w:r>
    </w:p>
    <w:p>
      <w:r>
        <w:rPr>
          <w:b/>
        </w:rPr>
        <w:t xml:space="preserve">[1:02:28] </w:t>
      </w:r>
      <w:r>
        <w:t>ek qism ka furniture hum khareed ke layenge, kuch dino mein hum bore ho jayenge, hum kahenge ab doosra furniture chahiye, doosra bazaar bhari hui hai.</w:t>
      </w:r>
    </w:p>
    <w:p>
      <w:pPr>
        <w:jc w:val="right"/>
      </w:pPr>
      <w:r>
        <w:t>ایکقسم کافرنیچرہمخریدکےلائیںگے،کچھدنوںمیںہمبورہوجائیںگے،ہمکہیںگےابدوسرافرنیچرچاہیے، دوسرا بازاربھریہوئیہیں۔</w:t>
      </w:r>
    </w:p>
    <w:p>
      <w:r>
        <w:rPr>
          <w:b/>
        </w:rPr>
        <w:t xml:space="preserve">[1:02:38] </w:t>
      </w:r>
      <w:r>
        <w:t>to us tareeqe se hamara jo hai na desire jo hai na kabhi bhi khatam nahi hogi. to bas need based jitni zaroorat hai, bas utna kar lein.</w:t>
      </w:r>
    </w:p>
    <w:p>
      <w:pPr>
        <w:jc w:val="right"/>
      </w:pPr>
      <w:r>
        <w:t>تواسطریقےسےہماراجوہےنا ڈیزائرجوہےناکبھیبھی ختمنہیںہوگی۔ تو بس نیڈ بیسڈ جتنیضرورت ہے،بساتناکر لیں۔</w:t>
      </w:r>
    </w:p>
    <w:p>
      <w:r>
        <w:rPr>
          <w:b/>
        </w:rPr>
        <w:t xml:space="preserve">[1:02:49] </w:t>
      </w:r>
      <w:r>
        <w:t>aur Maulana ke kamre mein chalis saal se jo kursiyan thin, ji, wohi kursiyan wahan par thin. to woh kyun cheez kehte the? status quo majboora, wohi sab se acha hai.</w:t>
      </w:r>
    </w:p>
    <w:p>
      <w:pPr>
        <w:jc w:val="right"/>
      </w:pPr>
      <w:r>
        <w:t>اور مول اناکےکمرےمیں چالیس سال سے جو کرسیاںتھیں، جی، وہیکرسیاںوہاںپرتھیں۔ تووہ کیوںچیز کہتےتھے؟اسٹیٹسکوئزمجوہےنا،وہیسبسےاچھاہے۔</w:t>
      </w:r>
    </w:p>
    <w:p>
      <w:r>
        <w:rPr>
          <w:b/>
        </w:rPr>
        <w:t xml:space="preserve">[1:03:00] </w:t>
      </w:r>
      <w:r>
        <w:t>apna jo hai kaam chal raha hai, bas utna kaafi hai. aur yeh hai ke naye naye fashion, naye naye design, yeh sab is se inko koi matlab nahi tha.</w:t>
      </w:r>
    </w:p>
    <w:p>
      <w:pPr>
        <w:jc w:val="right"/>
      </w:pPr>
      <w:r>
        <w:t>اپناجوہے کام چلرہاہے،بساتناکافیہے۔ اور یہ ہےکہ نئےنئے فیشن،نئےنئےڈیزائن،یہسب اسسےانکوکوئی مطلبنہیںتھا۔</w:t>
      </w:r>
    </w:p>
    <w:p>
      <w:r>
        <w:rPr>
          <w:b/>
        </w:rPr>
        <w:t xml:space="preserve">[1:03:09] </w:t>
      </w:r>
      <w:r>
        <w:t>to sadgi is liye hai ke hum apne aap ko, hamara jo asal maqsad hai, woh intellectual development hai. aur agar hum dimaagh apna lagayenge duniya ki cheezon mein, to woh to ruk jayega.</w:t>
      </w:r>
    </w:p>
    <w:p>
      <w:pPr>
        <w:jc w:val="right"/>
      </w:pPr>
      <w:r>
        <w:t>تو سادگیاسیلیےہے کہہم اپنےآپکو ،ہماراجو اصل مقصدہے،وہ انٹلیکچولڈیویلپمنٹہے۔ اور اگر ہم دماغ اپنالگائیںگے دنیا کیچیزوںمیں،تووہ تو رکجائےگا۔</w:t>
      </w:r>
    </w:p>
    <w:p>
      <w:r>
        <w:rPr>
          <w:b/>
        </w:rPr>
        <w:t xml:space="preserve">[1:03:22] </w:t>
      </w:r>
      <w:r>
        <w:t>hamari zehni tarraqi ruk jayegi, hamara focus shift ho jayega.</w:t>
      </w:r>
    </w:p>
    <w:p>
      <w:pPr>
        <w:jc w:val="right"/>
      </w:pPr>
      <w:r>
        <w:t>ہماریذہنیتر قیرکجائےگی،ہمارا فوکسشفٹہوجائےگا۔</w:t>
      </w:r>
    </w:p>
    <w:p>
      <w:r>
        <w:rPr>
          <w:b/>
        </w:rPr>
        <w:t xml:space="preserve">[1:03:27] </w:t>
      </w:r>
      <w:r>
        <w:t>to is tareeqe se Maulana ne likha hai ke sadgi rohaniyat ka libas hai. sadgi rohani insan ka culture hai.</w:t>
      </w:r>
    </w:p>
    <w:p>
      <w:pPr>
        <w:jc w:val="right"/>
      </w:pPr>
      <w:r>
        <w:t>تو اسطریقےسے مول انانےلکھاہےکہ سادگی روحانیت کا لباسہے۔ سادگیروحانی انسان کا کلچرہے۔</w:t>
      </w:r>
    </w:p>
    <w:p>
      <w:r>
        <w:rPr>
          <w:b/>
        </w:rPr>
        <w:t xml:space="preserve">[1:03:36] </w:t>
      </w:r>
      <w:r>
        <w:t>sadgi fitrat ka usool hai. sadgi zimmedaraana zindagi ki alamat hai. sadgi ba maqsad insan ka tarz e hayat hai.</w:t>
      </w:r>
    </w:p>
    <w:p>
      <w:pPr>
        <w:jc w:val="right"/>
      </w:pPr>
      <w:r>
        <w:t>سادگی فطرتکااصولہے۔ سادگی ذمہداران ہزندگی کی علامتہے۔ سادگی بامقصد انسان کا طرز حیاتہے۔</w:t>
      </w:r>
    </w:p>
    <w:p>
      <w:r>
        <w:rPr>
          <w:b/>
        </w:rPr>
        <w:t xml:space="preserve">[1:03:46] </w:t>
      </w:r>
      <w:r>
        <w:t>to sadgi woh kehte hain ke woh usool e hayat hai, na ke koi majboori hai. yeh nahi ke kisi ke paas paisa kam hai to is liye woh saada zindagi guzare, balke woh usool e hayat hai. woh hum ek hamara maqsad se taluq rakhti hai.</w:t>
      </w:r>
    </w:p>
    <w:p>
      <w:pPr>
        <w:jc w:val="right"/>
      </w:pPr>
      <w:r>
        <w:t>تو سادگی وہکہتےہیںکہ وہ اصول حیات ہے، نہ کہکوئیمجبوریہے۔ یہنہیںکہکسی کےپاسپیسہکم ہے تواسلیےوہسادہزندگی گزار ے، بلکہ وہ اصول حیات ہے۔وہہم ایکہمارا مقصد سے تعلقرکھتیہے۔</w:t>
      </w:r>
    </w:p>
    <w:p>
      <w:r>
        <w:rPr>
          <w:b/>
        </w:rPr>
        <w:t xml:space="preserve">[1:04:02] </w:t>
      </w:r>
      <w:r>
        <w:t>to hamari jo aala shakhsiyat ki taameer jabhi hogi, jo jabhi jab hum saada zindagi ikhtiyar karenge. jitne bhi baray baray log</w:t>
      </w:r>
    </w:p>
    <w:p>
      <w:pPr>
        <w:jc w:val="right"/>
      </w:pPr>
      <w:r>
        <w:t>توہماریجو اعلیٰشخص یتکی تعمیرجبھیہوگی، جوجبھی جبہمسادہزندگی اختیارکریںگے۔جتنےبھیبڑےبڑےلوگ</w:t>
      </w:r>
    </w:p>
    <w:p>
      <w:r>
        <w:rPr>
          <w:b/>
        </w:rPr>
        <w:t xml:space="preserve">[1:04:09] </w:t>
      </w:r>
      <w:r>
        <w:t>hain, to unho ne saada zindagi ikhtiyar kiya aur apna poora attention jo hai, woh apne maqsad par lagaya. to isi wajah se woh baray baray kaam kar paye.</w:t>
      </w:r>
    </w:p>
    <w:p>
      <w:pPr>
        <w:jc w:val="right"/>
      </w:pPr>
      <w:r>
        <w:t>ہیں، تو انہوں نےسادہزندگی اختیار کیاوراپنا پورا اٹینشنجوہے، وہ اپنے مقصد پرلگایا۔تواسیوجہ سےوہبڑےبڑےکام کرپائے۔</w:t>
      </w:r>
    </w:p>
    <w:p>
      <w:r>
        <w:rPr>
          <w:b/>
        </w:rPr>
        <w:t xml:space="preserve">[1:04:19] </w:t>
      </w:r>
      <w:r>
        <w:t>to yeh hai ke apna time management karein, apna paisa management karein, apne resources manage karein. to jo log bohat ziyada kharch karte hain, to woh to bas kamane mein hi lage rehte hain. woh doosre kaam kaise karenge? ji, hamare ek janne wale hain, unho ne bohat bara ghar ban</w:t>
      </w:r>
    </w:p>
    <w:p>
      <w:pPr>
        <w:jc w:val="right"/>
      </w:pPr>
      <w:r>
        <w:t>تو یہہے کہ اپنا ٹائممینجمنٹکریں،اپناپیسہمینجمنٹکریں، اپنے ریس ورسزمینجمنٹکریں۔ تو جولوگ بہت زیادہ خرچکرتے ہیں، تو وہتوبسکمانےہیمیںلگےرہتےہیں۔وہ دوسرےکام کیسےکریںگے؟جی، ہمارےایکجاننےوالے ہیں،انہوںنےبہت بڑاگھربن</w:t>
      </w:r>
    </w:p>
    <w:p>
      <w:r>
        <w:rPr>
          <w:b/>
        </w:rPr>
        <w:t xml:space="preserve">[1:04:37] </w:t>
      </w:r>
      <w:r>
        <w:t>aya, ab woh ghar ko maintain karne mein lage rehte hain. to woh phir yeh sab kaam kaise karenge? to hum simple living, high thinking ka matlab yahi hai ke apni zaroorat bas poori karke, baqi jo hai kisi bhi ghair zaroori kaam mein na ulajh karke, hum apne jo hamari zindagi ka maqsad hai, us mein hum mul lage rahein.</w:t>
      </w:r>
    </w:p>
    <w:p>
      <w:pPr>
        <w:jc w:val="right"/>
      </w:pPr>
      <w:r>
        <w:t>ایا، ابوہگھرکو مینٹینہیکرنے میںلگےرہتےہیں۔ تو وہ پھر یہسبکام کیسےکریںگے؟تو ہم سمپللیونگ،ہائیتھنکنگکامطلبیہیہے کہ اپنیضرورت بسپوراکرکے،باقیجوہے کسی بھیغیر ضروریکام میںنہالج ھکرکے،ہماپنے جوہماریزندگی کامقصد ہے،اسمیںہم ہملگےرہیں۔</w:t>
      </w:r>
    </w:p>
    <w:p>
      <w:r>
        <w:rPr>
          <w:b/>
        </w:rPr>
        <w:t xml:space="preserve">[1:04:57] </w:t>
      </w:r>
      <w:r>
        <w:t>aur dekhiye, jab Allah se taluq gehra ho jayega na, to phir aadmi ko yeh sab cheezein achi nahi lagti. ji, duniya ki cheezein jo hain, woh isko achi nahi lagti. kyunke insan jo hai, ek Khuda ka abid hai, Khuda ka banda hai.</w:t>
      </w:r>
    </w:p>
    <w:p>
      <w:pPr>
        <w:jc w:val="right"/>
      </w:pPr>
      <w:r>
        <w:t>اوردیکھیے،جب اللہ سے تعلق گہراہوجائےگانا، تو پھر آدمیکویہسبچیزیںاچھیہینہیںلگتیں۔ جی، دنیا کیچیزیںجوہیں، وہ اسکواچھیہینہیںلگتیں۔کیونکہ انسان جوہے، ایک خداکا عبد ہے،خداکابندہہے۔</w:t>
      </w:r>
    </w:p>
    <w:p>
      <w:r>
        <w:rPr>
          <w:b/>
        </w:rPr>
        <w:t xml:space="preserve">[1:05:12] </w:t>
      </w:r>
      <w:r>
        <w:t>Khuda ke aage is ko jhuk kar rehna hai. aur saamaan jo hai, bohat hi aaj kal jaise chale hue hain, to is se to hamare andar ak ad paida hoti hai, ego paida hota hai. hamare andar, hamare paas yeh cheezein hain, woh cheezein hain, doosron ke paas nahi hain.</w:t>
      </w:r>
    </w:p>
    <w:p>
      <w:pPr>
        <w:jc w:val="right"/>
      </w:pPr>
      <w:r>
        <w:t>خداکےآگےاسکو جھککررہناہے۔ اور سامان جوہے، بہت ہی آجکل جیسےچلےہوئےہیں،تواسسےتوہمارےاندر اک ڑپیدا ہوتیہے،ایگوپیدا ہوتاہے۔ہمارےاندر ،ہمارےپاس یہچیزیںہیں،وہچیزیںہیں،دوسروںکےپاسنہیں ہیں۔</w:t>
      </w:r>
    </w:p>
    <w:p>
      <w:r>
        <w:rPr>
          <w:b/>
        </w:rPr>
        <w:t xml:space="preserve">[1:05:28] </w:t>
      </w:r>
      <w:r>
        <w:t>phir aadmi compare karna shuru kar deta hai. to hamein Khuda ke aage jhuk kar rehna hai, sirf zaroorat ke mutabiq hum ne hamein apni zarooraton ko poori karna hai.</w:t>
      </w:r>
    </w:p>
    <w:p>
      <w:pPr>
        <w:jc w:val="right"/>
      </w:pPr>
      <w:r>
        <w:t>پھرآدمیکمپیئرکرناشروع کردیتاہے۔ تو ہمیںخداکےآگےجھککررہناہے، صرف ضرورت کےمط ابق ہمنے ہمیںاپنی ضرورتوںکوپوریکرناہے۔</w:t>
      </w:r>
    </w:p>
    <w:p>
      <w:r>
        <w:rPr>
          <w:b/>
        </w:rPr>
        <w:t xml:space="preserve">[1:05:38] </w:t>
      </w:r>
      <w:r>
        <w:t>bohat important. agar hamein jannat chahiye to. ji, ji, ji,</w:t>
      </w:r>
    </w:p>
    <w:p>
      <w:pPr>
        <w:jc w:val="right"/>
      </w:pPr>
      <w:r>
        <w:t>بہت امپورٹنٹ۔اگرہمیں جنتچاہیےتو۔جی،جی،جی،</w:t>
      </w:r>
    </w:p>
    <w:p>
      <w:r>
        <w:rPr>
          <w:b/>
        </w:rPr>
        <w:t xml:space="preserve">[1:05:41] </w:t>
      </w:r>
      <w:r>
        <w:t>bohat important baat kahi apa. aap ne. apa, main chahunga ke koi Sahaba ki zindagi se bhi koi example de kar aap is subject par thoda aur roshni dalein.</w:t>
      </w:r>
    </w:p>
    <w:p>
      <w:pPr>
        <w:jc w:val="right"/>
      </w:pPr>
      <w:r>
        <w:t>بہتامپورٹنٹباتکہیآپا۔آپنے۔ آپا،میںچاہوںگاکہکوئیصحابہ کیزندگی سےبھیکوئیایگزیمپلدےکرآپ اسسبجیکٹپرتھوڑیاورروشنیڈالیں۔</w:t>
      </w:r>
    </w:p>
    <w:p>
      <w:r>
        <w:rPr>
          <w:b/>
        </w:rPr>
        <w:t xml:space="preserve">[1:05:52] </w:t>
      </w:r>
      <w:r>
        <w:t>Sahaba ki to poori poori zindagi isi par mabni hai. ab jo kitaab hai Maulana Yusuf ki, ji, do do jildon mein, teen jildon mein hai, ji, Sahaba par.</w:t>
      </w:r>
    </w:p>
    <w:p>
      <w:pPr>
        <w:jc w:val="right"/>
      </w:pPr>
      <w:r>
        <w:t>صحابہکیتو پوری پوریزندگی اسیپر مبنیہے۔ ابجوکتاب ہے مول انا یوسفکی، جی، دودو جلدوںمیں،تینجلدوںمیںہے، جی، صحابہپر ۔</w:t>
      </w:r>
    </w:p>
    <w:p>
      <w:r>
        <w:rPr>
          <w:b/>
        </w:rPr>
        <w:t xml:space="preserve">[1:06:08] </w:t>
      </w:r>
      <w:r>
        <w:t>to poori kitaab hi yahi hai ke kis tareeqe se Sahaba teen jildon mein, teen jildon mein, ji, ke kis tareeqe se unho ne apne aap ko bilkul qurban kar diya.</w:t>
      </w:r>
    </w:p>
    <w:p>
      <w:pPr>
        <w:jc w:val="right"/>
      </w:pPr>
      <w:r>
        <w:t>تو پوریکتاب ہییہیہے کہکسطریقےسے صحابہت ینجلدوں میں،تینجلدوںمیں، جی، کہکسطریقےسےانہوںنےاپنےآپکوبالکل قربانکردیا ۔</w:t>
      </w:r>
    </w:p>
    <w:p>
      <w:r>
        <w:rPr>
          <w:b/>
        </w:rPr>
        <w:t xml:space="preserve">[1:06:19] </w:t>
      </w:r>
      <w:r>
        <w:t>to woh ab apne ko dekhte the nahi the, sirf mission ko dekhte the. mission ke liye unhein kya karna hai, kya kya qurbani mission ke liye deni hai.</w:t>
      </w:r>
    </w:p>
    <w:p>
      <w:pPr>
        <w:jc w:val="right"/>
      </w:pPr>
      <w:r>
        <w:t>تو وہ اب اپنے کو دیکھتےہینہیںتھے، صرف مشنکودیکھتےتھے۔ مشنکےلیےانہیں کیا کرناہے،کیا کیا قربانیمشنکےلیےدینیہے۔</w:t>
      </w:r>
    </w:p>
    <w:p>
      <w:r>
        <w:rPr>
          <w:b/>
        </w:rPr>
        <w:t xml:space="preserve">[1:06:28] </w:t>
      </w:r>
      <w:r>
        <w:t>kyunke ab dekhiye ke Rasool Allah Sallallahu Alaihi Wasallam wahan aaye to ek aam aadmi the. sab log barah bhala</w:t>
      </w:r>
    </w:p>
    <w:p>
      <w:pPr>
        <w:jc w:val="right"/>
      </w:pPr>
      <w:r>
        <w:t>کیونکہابدیکھیےکہرسول اللہ صلیاللہعلیہوسلموہاںآئے توایک عام آدمیتھے۔ سبلوگ برابھلا</w:t>
      </w:r>
    </w:p>
    <w:p>
      <w:r>
        <w:rPr>
          <w:b/>
        </w:rPr>
        <w:t xml:space="preserve">[1:06:35] </w:t>
      </w:r>
      <w:r>
        <w:t>keh rahay hain, koi hans raha hai, koi mazaaq kar raha hai, koi rastay mein kooRa daal raha hai. to woh is is haalat mein aap kay paigham ko pehchaanna koi aam baat nahin thi.</w:t>
      </w:r>
    </w:p>
    <w:p>
      <w:pPr>
        <w:jc w:val="right"/>
      </w:pPr>
      <w:r>
        <w:t>کہہرہےہیں، کوئی ہنسرہاہے،کوئیمذاقکررہاہے،کوئیراستےمیں کوڑاڈالرہاہے۔ تو وہ اس اس حالتمیں آپکے پیغامکو پہچاننا کوئی عام باتنہیں تھی۔</w:t>
      </w:r>
    </w:p>
    <w:p>
      <w:r>
        <w:rPr>
          <w:b/>
        </w:rPr>
        <w:t xml:space="preserve">[1:06:47] </w:t>
      </w:r>
      <w:r>
        <w:t>woh koi bohat, koi badshah hotay to foran aadmi maan leta hai keh haan, un ki baat jo hai, uss qabil hai keh us ko ahmiyat di jaye. lekin uss waqt sachai ko pehchaanna sirf dil se, sirf chand aayatain parh kar imaan le aana to woh bohat hi gehre log thay.</w:t>
      </w:r>
    </w:p>
    <w:p>
      <w:pPr>
        <w:jc w:val="right"/>
      </w:pPr>
      <w:r>
        <w:t>وہکوئیبہت ،کوئی بادشاہہوتےتوفوراًآدمیمانلیتاہےکہہاں، انکیبات جوہے، اساسقابلہےکہاسکو اہمیتدیجائے۔ لیکن اس وقت سچائیکو پہچاننا صرف دل یلپر ،صرف چند آیتیں پڑھکر ایمانلےآنا تو وہ بہتہی گہرےلوگ تھے۔</w:t>
      </w:r>
    </w:p>
    <w:p>
      <w:r>
        <w:rPr>
          <w:b/>
        </w:rPr>
        <w:t xml:space="preserve">[1:07:07] </w:t>
      </w:r>
      <w:r>
        <w:t>to woh apni zaat mein jeenay kay bajaye, woh Khuda kay liye jeetay thay. jab aadmi Khuda mein jeenay lagay na, to uss ko bohat gehrai se baaton ko samajh mein aa jati</w:t>
      </w:r>
    </w:p>
    <w:p>
      <w:pPr>
        <w:jc w:val="right"/>
      </w:pPr>
      <w:r>
        <w:t>تووہ اپنی ذاتمیںجینےکےبجائے،وہخداکےلیےجیتےتھے۔جبآدمیخدامیںجینےلگےنا، تو اسکوبہت گہرائیسےباتوںکوسمجھمیںآجاتی</w:t>
      </w:r>
    </w:p>
    <w:p>
      <w:r>
        <w:rPr>
          <w:b/>
        </w:rPr>
        <w:t xml:space="preserve">[1:07:15] </w:t>
      </w:r>
      <w:r>
        <w:t>hain. to iss wajah se unhon ne waqt kay peghambar ko pehchaana. waqt kay peghambar ko pehchaanna bohat mushkil kaam hai. bilkul jaise waqt kay daa'i ko pehchaanna mushkil kaam hai, usi tareeqay se waqt kay peghambar ko. kyunkay woh woh shaan o shaukat uss kay saath shaamil nahin rehti hai.</w:t>
      </w:r>
    </w:p>
    <w:p>
      <w:pPr>
        <w:jc w:val="right"/>
      </w:pPr>
      <w:r>
        <w:t>ہیں۔ تو اسوجہ سےانہوں نے وقت کےپیغمبرکوپہچانا۔وقت کےپیغمبرکو پہچاننابہت مشکل کام ہے۔ بالکل جیسےوقت کےداعیکوپہچاننامشکلکام ہے، اسیطریقےسےوقت کےپیغمبرکو۔کیونکہوہ وہ شانوشوکتاسکےساتھ شامل نہیںرہتیہے۔</w:t>
      </w:r>
    </w:p>
    <w:p>
      <w:r>
        <w:rPr>
          <w:b/>
        </w:rPr>
        <w:t xml:space="preserve">[1:07:32] </w:t>
      </w:r>
      <w:r>
        <w:t>ab jo Rasool Allah sal Allah alaihi wasallam ko aaj koi kuch keh de to sab uss ko maarne kay liye daurain gay. aur uss waqt woh jo keh de to lagta tha keh yeh to nothing hai, yeh hi hota hai yeh hai.</w:t>
      </w:r>
    </w:p>
    <w:p>
      <w:pPr>
        <w:jc w:val="right"/>
      </w:pPr>
      <w:r>
        <w:t>ابجو رسولاللہ صلیاللہعلیہوسلمکوآجکوئیکچھکہہدےتوسباسکو مارنےکےلیےدوڑیںگے۔ اور اس وقت وہجوکہہدےتولگتاتھاکہیہیتوڈنتھنگہے،یہیہوتاہیہے۔</w:t>
      </w:r>
    </w:p>
    <w:p>
      <w:r>
        <w:rPr>
          <w:b/>
        </w:rPr>
        <w:t xml:space="preserve">[1:07:42] </w:t>
      </w:r>
      <w:r>
        <w:t>woh un kay paas hai hi kiya woh un ko ko kuch azeem insaan samjhein? to aaj to Mikele Hart ne kitab likhi keh pooray duniya mein aik 100 logon ko uss ne kaha jo 100, uss mein sab se pehla naam Rasool Allah sal Allah alaihi wasallam ka hai.</w:t>
      </w:r>
    </w:p>
    <w:p>
      <w:pPr>
        <w:jc w:val="right"/>
      </w:pPr>
      <w:r>
        <w:t>وہانکےپاسہےہیکیاجوہمانکو کوکچھ عظیمانسانسمجھیں؟ تو آجتومائیکلہارٹنےکتاب لکھ ی کہپوریدنیا میں ایک سولوگوںکو اسنےکہاجو داونہنڈرڈ،اسمیں سبسے پہلا نام رسولاللہصلیاللہعلیہوسلمکاہے۔</w:t>
      </w:r>
    </w:p>
    <w:p>
      <w:r>
        <w:rPr>
          <w:b/>
        </w:rPr>
        <w:t xml:space="preserve">[1:08:01] </w:t>
      </w:r>
      <w:r>
        <w:t>lekin uss waqt kiya tha? log sab har aadmi mazaaq uRata tha. to yeh Sahaba log jo thay, unhon ne apnay aap ko qurbaan kar diya</w:t>
      </w:r>
    </w:p>
    <w:p>
      <w:pPr>
        <w:jc w:val="right"/>
      </w:pPr>
      <w:r>
        <w:t>لیکن اسوقت کیا تھا؟لوگ سبہرآدمیمذاقاڑاتاتھا۔ تو یہ صحابہلوگجو تھے،انہوںنے اپنے آپکو قربانکردیا</w:t>
      </w:r>
    </w:p>
    <w:p>
      <w:r>
        <w:rPr>
          <w:b/>
        </w:rPr>
        <w:t xml:space="preserve">[1:08:11] </w:t>
      </w:r>
      <w:r>
        <w:t>. jahan koi mauqa hota mission kay liye, to poora ka poora apnay aap woh de detay. poora Hazrat Abu Bakr to apnay ghar ka poora saamaan, haalankeh bohat baray trader thay, apnay ghar ka poora saamaan le aatay.</w:t>
      </w:r>
    </w:p>
    <w:p>
      <w:pPr>
        <w:jc w:val="right"/>
      </w:pPr>
      <w:r>
        <w:t>۔جہاں کوئی موقعہوتا مشنکےلیے ،تو پورا کاپورا اپنےآپ وہدےدیتے۔ پ ورا حضرت اب وبکر تواپنےگھرکاپورا سامان،حالانکہبہتبڑے ٹریڈرتھے،اپنے گھرکاپوراسامانلےآتے۔</w:t>
      </w:r>
    </w:p>
    <w:p>
      <w:r>
        <w:rPr>
          <w:b/>
        </w:rPr>
        <w:t xml:space="preserve">[1:08:26] </w:t>
      </w:r>
      <w:r>
        <w:t>to iss tareeqay se jiss kay paas jo kuch hota, woh haazir karne kay liye tayyar thay. kyunkay woh iss liye matlab un ki sab kuch woh mission tha, wohi Rasool thay, wohi jannat thi, usi kay liye unhon ne apnay aap ko qurbaan kar diya tha.</w:t>
      </w:r>
    </w:p>
    <w:p>
      <w:pPr>
        <w:jc w:val="right"/>
      </w:pPr>
      <w:r>
        <w:t>تو اس طریقےسے جسکےپاسجوکچھہوتا، وہ حاضرکرنے کےلیےتیار تھے۔کیونکہوہ اسیلیے مطلبانکی سبکچھ وہیمشنتھا،وہی رسولتھے،وہی جنتتھی،اسیکےلیےانہوںنےاپنےآپکو قربانکردیاتھا۔</w:t>
      </w:r>
    </w:p>
    <w:p>
      <w:r>
        <w:rPr>
          <w:b/>
        </w:rPr>
        <w:t xml:space="preserve">[1:08:42] </w:t>
      </w:r>
      <w:r>
        <w:t>to bohat saari aisi misaalain hain. aik aik misaal Abu Dhahdha ki hai keh un kay paas aik baagh tha jis mein 600 khajoor kay peR thay Madinay mein.</w:t>
      </w:r>
    </w:p>
    <w:p>
      <w:pPr>
        <w:jc w:val="right"/>
      </w:pPr>
      <w:r>
        <w:t>تو بہت ساریایسیمثالیںہیں۔ایک ایک مثال ابودھدہکیہے کہانکےپاسایک باغتھاجسمیں 6 00کھجورکےپیڑتھے مدینےمیں۔</w:t>
      </w:r>
    </w:p>
    <w:p>
      <w:r>
        <w:rPr>
          <w:b/>
        </w:rPr>
        <w:t xml:space="preserve">[1:08:52] </w:t>
      </w:r>
      <w:r>
        <w:t>to aik baar Rasool Allah sal Allah alaihi wasallam ko zaroorat paRi mission kay liye,</w:t>
      </w:r>
    </w:p>
    <w:p>
      <w:pPr>
        <w:jc w:val="right"/>
      </w:pPr>
      <w:r>
        <w:t>توایکبار رسولاللہصلیاللہعلیہوسلمکوضرورتپڑیمشنکےلیے،</w:t>
      </w:r>
    </w:p>
    <w:p>
      <w:r>
        <w:rPr>
          <w:b/>
        </w:rPr>
        <w:t xml:space="preserve">[1:08:56] </w:t>
      </w:r>
      <w:r>
        <w:t>to uss waqt Quran mein aaya keh kaun hai jo Khuda ko qarz dega, jis ko qarz-e-hasan kehtay hain.</w:t>
      </w:r>
    </w:p>
    <w:p>
      <w:pPr>
        <w:jc w:val="right"/>
      </w:pPr>
      <w:r>
        <w:t>تو اسوقت قرآنمیں آیاکہکونہےجو خداکو لوندےگا، جسکو قرض حسنکہتےہیں۔</w:t>
      </w:r>
    </w:p>
    <w:p>
      <w:r>
        <w:rPr>
          <w:b/>
        </w:rPr>
        <w:t xml:space="preserve">[1:09:08] </w:t>
      </w:r>
      <w:r>
        <w:t>to woh aaye aur unhon ne kaha keh main Khuda ko qarz doon ga, to mujhe uss kay badlay kiya milay ga? to aap ne kaha jannat.</w:t>
      </w:r>
    </w:p>
    <w:p>
      <w:pPr>
        <w:jc w:val="right"/>
      </w:pPr>
      <w:r>
        <w:t>تو وہ آئےاورانہوںنےکہاکہ میں خداکو لینلوندوںگا،تومجھےاسکےبدلےکیاملےگا؟ تو آپنےکہاجن ت۔</w:t>
      </w:r>
    </w:p>
    <w:p>
      <w:r>
        <w:rPr>
          <w:b/>
        </w:rPr>
        <w:t xml:space="preserve">[1:09:18] </w:t>
      </w:r>
      <w:r>
        <w:t>to bataiye keh jannat jo dikhai nahin de rahi hai, jo future ki baat hai, aaj to kuch nahin mil raha hai. to uss waqt unhon ne foran woh gaye, un</w:t>
      </w:r>
    </w:p>
    <w:p>
      <w:pPr>
        <w:jc w:val="right"/>
      </w:pPr>
      <w:r>
        <w:t>تو بتائیےکہجنتجودکھائینہیںدےرہیہے،جو فیوچرکیباتہے، آجتوکچھنہیںملرہاہے۔ تو اسوقت انہوںنےفوراًوہگئے، ان</w:t>
      </w:r>
    </w:p>
    <w:p>
      <w:r>
        <w:rPr>
          <w:b/>
        </w:rPr>
        <w:t xml:space="preserve">[1:09:27] </w:t>
      </w:r>
      <w:r>
        <w:t>kay iss baagh mein un ki biwi baithi hui thi. to unhon ne kaha keh yeh tum yahan se niklo niklo aur yeh baagh main ne Khuda ko de diya hai.</w:t>
      </w:r>
    </w:p>
    <w:p>
      <w:pPr>
        <w:jc w:val="right"/>
      </w:pPr>
      <w:r>
        <w:t>کےاس باغمیں انکی بیویبیٹھیہوئیتھی۔ تو انہوںنےکہاکہیہ تم یہاںسےنکل نکلواور یہ باغمیںنےخداکو دےدیاہے۔</w:t>
      </w:r>
    </w:p>
    <w:p>
      <w:r>
        <w:rPr>
          <w:b/>
        </w:rPr>
        <w:t xml:space="preserve">[1:09:37] </w:t>
      </w:r>
      <w:r>
        <w:t>ab woh biwi jo thi, Umm Dhahdha, woh auratain bhi itni ziyada mission mein thi, itna ziyada un ka involvment tha mission mein. woh bohat khushi khushi wahan se nikal gayi keh aap ki tijarat ka miyaab ho rahi hai.</w:t>
      </w:r>
    </w:p>
    <w:p>
      <w:pPr>
        <w:jc w:val="right"/>
      </w:pPr>
      <w:r>
        <w:t>ابوہ بیویجو تھیں،ام دھدہ، وہ عورتیںبھیاتنیزیادہ مشنمیںتھیں، اتنازیادہ انوالوتھیںمشنمیں۔وہ بہتخوشیخوشیوہاںسےنکلگئیں کہآپکیتج ارتکامیابرہی۔</w:t>
      </w:r>
    </w:p>
    <w:p>
      <w:r>
        <w:rPr>
          <w:b/>
        </w:rPr>
        <w:t xml:space="preserve">[1:09:51] </w:t>
      </w:r>
      <w:r>
        <w:t>to Ansar ki jo bepanah qurbaanian thi, Ansar ne Rasool Allah sal Allah alaihi wasallam kay liye kitni qurbaanian dein, kitnay jaan o maal ki qurbaanian dein.</w:t>
      </w:r>
    </w:p>
    <w:p>
      <w:pPr>
        <w:jc w:val="right"/>
      </w:pPr>
      <w:r>
        <w:t>تو انصارکیجو بےپناہقربانیاںتھیں،انصارنے رسولاللہصلیاللہعلیہوسلمکےلیےکتنیقربانیاںدیں،کتنے جان ومالکیقربانیاںدیں۔</w:t>
      </w:r>
    </w:p>
    <w:p>
      <w:r>
        <w:rPr>
          <w:b/>
        </w:rPr>
        <w:t xml:space="preserve">[1:10:00] </w:t>
      </w:r>
      <w:r>
        <w:t>lekin jab hukoomat qaaim hui to un ko uss mein koi hissa nahin mila.</w:t>
      </w:r>
    </w:p>
    <w:p>
      <w:pPr>
        <w:jc w:val="right"/>
      </w:pPr>
      <w:r>
        <w:t>لیکن جب حکومت قائمہوئی تو انکواسمیںکوئیحصہنہیںملا۔</w:t>
      </w:r>
    </w:p>
    <w:p>
      <w:r>
        <w:rPr>
          <w:b/>
        </w:rPr>
        <w:t xml:space="preserve">[1:10:05] </w:t>
      </w:r>
      <w:r>
        <w:t>unhon ne uss ki koi shikayat bhi nahin ki, woh out seeking any return, unhon ne Rasool Allah sal Allah alaihi wasallam ka saath diya.</w:t>
      </w:r>
    </w:p>
    <w:p>
      <w:pPr>
        <w:jc w:val="right"/>
      </w:pPr>
      <w:r>
        <w:t>انہوں نے اسکیکوئی شکایتبھینہیںکی، وداآؤٹسیکھنگاینیریٹرن،انہوںنے رسولاللہصلیاللہعلیہوسلم کا ساتھدیا ۔</w:t>
      </w:r>
    </w:p>
    <w:p>
      <w:r>
        <w:rPr>
          <w:b/>
        </w:rPr>
        <w:t xml:space="preserve">[1:10:15] </w:t>
      </w:r>
      <w:r>
        <w:t>to iss tareeqay se matlab beshumaar hai. Hazrat Khalid ko lijiye, Hazrat Khalid ne bohat baray general thay, aur woh ayn woh ayn maidan-e-jang mein, woh jang ho rahi thi. jitnay bhi jangon mein woh shaamil huay thay, sab mein woh jeetay thay.</w:t>
      </w:r>
    </w:p>
    <w:p>
      <w:pPr>
        <w:jc w:val="right"/>
      </w:pPr>
      <w:r>
        <w:t>تو اسطریقےسےمطلب بےشمار ہے۔ حضرت خالدکولیجئے، حضرت خالدنے بہت بڑے جنرلتھے، اوروہ عین وہعین میدان جنگ میں، وہجنگ ہورہیتھی۔جتنےبھی جنگ وںمیںوہشامل ہوئے تھے،سبمیں وہ جیتتےتھے۔</w:t>
      </w:r>
    </w:p>
    <w:p>
      <w:r>
        <w:rPr>
          <w:b/>
        </w:rPr>
        <w:t xml:space="preserve">[1:10:33] </w:t>
      </w:r>
      <w:r>
        <w:t>to ayn jang ki haalat mein Hazrat Umar ne un ko ma'zool kar diya. to woh jaa kar aik aam soldier ki hesiyat se, jab keh woh general thay, aam soldier ki hesiyat se shaamil ho gaye.</w:t>
      </w:r>
    </w:p>
    <w:p>
      <w:pPr>
        <w:jc w:val="right"/>
      </w:pPr>
      <w:r>
        <w:t>تو عینجنگ کی حالتمیںحضرت عمر نےانکو معزولکردیا۔ تو وہ جاکےایک عام سولجرکیحیثیتسے ،جب کہوہجنرلتھے،عام سولجرکیحیثیتسےشامل ہوگئے۔</w:t>
      </w:r>
    </w:p>
    <w:p>
      <w:r>
        <w:rPr>
          <w:b/>
        </w:rPr>
        <w:t xml:space="preserve">[1:10:45] </w:t>
      </w:r>
      <w:r>
        <w:t>to baad mein un woh bohat maqbool thay. baad mein log un kay paas jama ho gaye keh aap iss hukum ko muta'anniye, hum aap kay saath hain.</w:t>
      </w:r>
    </w:p>
    <w:p>
      <w:pPr>
        <w:jc w:val="right"/>
      </w:pPr>
      <w:r>
        <w:t>تو بعد میں ان وہبہت مقبولتھے۔بعدمیںلوگانکےپاس جمع ہوگئے کہآپ اس حکمکومتمانیے، ہمآپکےساتھ ہیں۔</w:t>
      </w:r>
    </w:p>
    <w:p>
      <w:r>
        <w:rPr>
          <w:b/>
        </w:rPr>
        <w:t xml:space="preserve">[1:10:54] </w:t>
      </w:r>
      <w:r>
        <w:t>to Hazrat Khalid ne kaha keh dekho, main Umar kay liye nahin laRta hoon, main Umar kay Rab kay liye laRta hoon. to</w:t>
      </w:r>
    </w:p>
    <w:p>
      <w:pPr>
        <w:jc w:val="right"/>
      </w:pPr>
      <w:r>
        <w:t>تو حضرت خالدنےکہاکہدیکھو،میں عمر کےلیےنہیںلڑتاہوں،میںعمرکےربکےلیےلڑتاہوں۔ تو</w:t>
      </w:r>
    </w:p>
    <w:p>
      <w:r>
        <w:rPr>
          <w:b/>
        </w:rPr>
        <w:t xml:space="preserve">[1:11:01] </w:t>
      </w:r>
      <w:r>
        <w:t>yeh tamam Sahaba ka yahi haal tha keh woh bohat ziyada Khuda ki yaad mein rehtay thay, aakhirat ki yaad mein, jannat ki yaad mein.</w:t>
      </w:r>
    </w:p>
    <w:p>
      <w:pPr>
        <w:jc w:val="right"/>
      </w:pPr>
      <w:r>
        <w:t>یہ تمام صحابہکایہیحال تھا کہوہ بہت زیادہ خداکییادمیںرہتےتھے،آخرتکییادمیں،جنتکییادمیں۔</w:t>
      </w:r>
    </w:p>
    <w:p>
      <w:r>
        <w:rPr>
          <w:b/>
        </w:rPr>
        <w:t xml:space="preserve">[1:11:11] </w:t>
      </w:r>
      <w:r>
        <w:t>to aisa insaan jo hota hai na, uss kay liye duniya jo hai bilkul be-ma'ni ho jati hai. to woh Sahaba thay keh na koi tareef se khush hotay thay, na tanqeed se bharam hotay thay.</w:t>
      </w:r>
    </w:p>
    <w:p>
      <w:pPr>
        <w:jc w:val="right"/>
      </w:pPr>
      <w:r>
        <w:t>تو ایسا انسان جوہوتاہےنا،اسکےلیےدنیا جوہےبالکل بےمعنیہوجاتیہے۔ تو وہ صحابہتھےکہنہکوئی تعریفسےخوشہوتےتھے،نہتن قیدسےبھرمہوتےتھے۔</w:t>
      </w:r>
    </w:p>
    <w:p>
      <w:r>
        <w:rPr>
          <w:b/>
        </w:rPr>
        <w:t xml:space="preserve">[1:11:22] </w:t>
      </w:r>
      <w:r>
        <w:t>to woh unka unke upar to bilkul alag hi ek program karna hoga, kyunke itne zyada waqe'at hain unke ke unhon ne aise ek mission khada kiya</w:t>
      </w:r>
    </w:p>
    <w:p>
      <w:pPr>
        <w:jc w:val="right"/>
      </w:pPr>
      <w:r>
        <w:t>تو وہ انکا انکےاوپر توبالکل الگہیایک پروگرامکرناہوگا،کیونکہ اتنےزیادہ واقع اتہیںانکے کہ انہوں نے ایسےایکمشنکھڑاکیا</w:t>
      </w:r>
    </w:p>
    <w:p>
      <w:r>
        <w:rPr>
          <w:b/>
        </w:rPr>
        <w:t xml:space="preserve">[1:11:32] </w:t>
      </w:r>
      <w:r>
        <w:t>ke pehli baar monotheism based ek mission khada hua. Aap a, aakhri fizz of today session, do do sawal poochna chahunga. Pehla sawal to main da'wah work se related poochna chahunga aapse ke jaise ke hum jaante hain ke da'wah work is the principal mission of the Muslim ummah, aur da'wah work ko log aksar misconstruct kar lete hain convergence se. A</w:t>
      </w:r>
    </w:p>
    <w:p>
      <w:pPr>
        <w:jc w:val="right"/>
      </w:pPr>
      <w:r>
        <w:t>کہپہلیبار مونوتھیزمبیسڈایکمشنکھڑاہوا۔ آپ ا، آخریفیزآف ٹوڈےسیشن،دو دوسوالپوچھناچاہوںگا۔پہلاسوال تومیں دعویٰورکسےریلیٹڈ پوچھ ناچاہوںگاآپسےکہجیسےکہہمجانتےہیںکہدعویٰورکاز دی پرنسپل مشن آف دا مسلم امہ، اور دعویٰورککو لوگ اکثر مس کنسٹروکرلیتےہیںکنورژنسے۔ا</w:t>
      </w:r>
    </w:p>
    <w:p>
      <w:r>
        <w:rPr>
          <w:b/>
        </w:rPr>
        <w:t xml:space="preserve">[1:11:58] </w:t>
      </w:r>
      <w:r>
        <w:t>taz not about conversion, but taz about calling people to God, peacefully conveying the message of creation plan of God to humanity.</w:t>
      </w:r>
    </w:p>
    <w:p>
      <w:pPr>
        <w:jc w:val="right"/>
      </w:pPr>
      <w:r>
        <w:t>ٹازناٹاباؤٹکنورژن،بٹاٹازاباؤٹ کالنگپیپلٹوگاڈ، پیسفلیکنوینگ دا میسج آف کریشنپلانآفگاڈٹو ہیومینٹی۔</w:t>
      </w:r>
    </w:p>
    <w:p>
      <w:r>
        <w:rPr>
          <w:b/>
        </w:rPr>
        <w:t xml:space="preserve">[1:12:07] </w:t>
      </w:r>
      <w:r>
        <w:t>aur aap a, da'wah is binding on every Muslim. To usko extend karke hum yeh bhi keh sakte hain ke positive thinking bhi binding hai every anay every Muslim, because agar aap da'wah kar rahe hain doosri communities ke saath to aap unko enmity mein le kar aap da'wah work kar nahin sakte.</w:t>
      </w:r>
    </w:p>
    <w:p>
      <w:pPr>
        <w:jc w:val="right"/>
      </w:pPr>
      <w:r>
        <w:t>اور آپ ا،دعویٰ از بائنڈنگ ان ایوریمسلم ۔ تواسکوایکسٹینڈکرکےہمیہبھیکہہسکتےہیںکہ پوزیٹیوتھنکنگ بھیبائنڈنگہے ایوریانایوریمسلم،بیکاز اگر آپ دعویٰکررہےہیںدوسریکمیونٹیزکےساتھتوآپ انکو این میتو لےکرآپدعویٰورککرنہیںسکتے۔</w:t>
      </w:r>
    </w:p>
    <w:p>
      <w:r>
        <w:rPr>
          <w:b/>
        </w:rPr>
        <w:t xml:space="preserve">[1:12:25] </w:t>
      </w:r>
      <w:r>
        <w:t>you have to be the reveller.</w:t>
      </w:r>
    </w:p>
    <w:p>
      <w:pPr>
        <w:jc w:val="right"/>
      </w:pPr>
      <w:r>
        <w:t>یوہیوٹوبیدیرویلوشر ۔</w:t>
      </w:r>
    </w:p>
    <w:p>
      <w:r>
        <w:rPr>
          <w:b/>
        </w:rPr>
        <w:t xml:space="preserve">[1:12:27] </w:t>
      </w:r>
      <w:r>
        <w:t>So Muslims have to abandon negative thinking towards other communities. They have to abandon any violence towards other communities, kyunke yeh binding hai. To woh tabhi ho sakta hai jab aap ek positive personality hain.</w:t>
      </w:r>
    </w:p>
    <w:p>
      <w:pPr>
        <w:jc w:val="right"/>
      </w:pPr>
      <w:r>
        <w:t>سو مسلمزہیوٹو اب ینڈننیگیٹیوتھنکنگٹورڈزادرکمیونٹیز۔دےہیوٹوابینڈناینیوائلنس ٹورڈز ادرکمیونٹیز، کیونکہیہ بائنڈنگہے۔تو وہ تبھیہوسکتاہےجبآپ ایک پوزیٹیوپرسن یلٹیہیں۔</w:t>
      </w:r>
    </w:p>
    <w:p>
      <w:r>
        <w:rPr>
          <w:b/>
        </w:rPr>
        <w:t xml:space="preserve">[1:12:41] </w:t>
      </w:r>
      <w:r>
        <w:t>To aap a, sawal yahan yeh hota hai ke how does it help? How does da'wah work help in building a holy personality? Iske bare mein bataein.</w:t>
      </w:r>
    </w:p>
    <w:p>
      <w:pPr>
        <w:jc w:val="right"/>
      </w:pPr>
      <w:r>
        <w:t>تو آپ ا،سوالیہاںپہیہہوتاہےکہ ہاؤڈزاٹہیلپ؟ہاؤڈزدعویٰورکہیلپ ان بلڈنگاہیونلیپرسنیلٹی؟ اسکےبارےمیںبت ائیں۔</w:t>
      </w:r>
    </w:p>
    <w:p>
      <w:r>
        <w:rPr>
          <w:b/>
        </w:rPr>
        <w:t xml:space="preserve">[1:12:52] </w:t>
      </w:r>
      <w:r>
        <w:t>Wohi jo aap ne bataya na ke da'wah work ka culture hi yeh hai</w:t>
      </w:r>
    </w:p>
    <w:p>
      <w:pPr>
        <w:jc w:val="right"/>
      </w:pPr>
      <w:r>
        <w:t>وہیجوآپنےبتایا ناکہدعویٰورککاکلچرہییہیہے</w:t>
      </w:r>
    </w:p>
    <w:p>
      <w:r>
        <w:rPr>
          <w:b/>
        </w:rPr>
        <w:t xml:space="preserve">[1:12:56] </w:t>
      </w:r>
      <w:r>
        <w:t>ke hum doosron se achhe ta'alluqat rakhein, doosron ko apna, doosron ke reveller banein, doosron se mohabbat karein, na ke usko ankor rival samjhein.</w:t>
      </w:r>
    </w:p>
    <w:p>
      <w:pPr>
        <w:jc w:val="right"/>
      </w:pPr>
      <w:r>
        <w:t>کہہمدوسروںسےاچھےتعلقات رکھیں،دوسروںکواپنا ،دوسروںکےویلوشربنیں، دوسروںسے محبت کریں، نہکہاسکوانکورائیولسمجھیں۔</w:t>
      </w:r>
    </w:p>
    <w:p>
      <w:r>
        <w:rPr>
          <w:b/>
        </w:rPr>
        <w:t xml:space="preserve">[1:13:06] </w:t>
      </w:r>
      <w:r>
        <w:t>To yeh sab jab hum karenge na to khud ba khud woh ek culture develop hoga. Aur jab woh koi pareshan karenge, takleef pahunchayenge to hum ek maqsad ki khatir usko ignore karenge, usko koi jawab nahin</w:t>
      </w:r>
    </w:p>
    <w:p>
      <w:pPr>
        <w:jc w:val="right"/>
      </w:pPr>
      <w:r>
        <w:t>تو یہسب جبہم کریںگےنا تو خود بخود وہایککلچرڈیویلپہوگا۔ اور جب وہ کوئی پریشانکریںگے،تکلیفپہنچائیںگے تو ہم ایکمقصدکیخاطر اسکو اگنورکریںگے، اسکاکوئیجوابنہیں</w:t>
      </w:r>
    </w:p>
    <w:p>
      <w:r>
        <w:rPr>
          <w:b/>
        </w:rPr>
        <w:t xml:space="preserve">[1:13:21] </w:t>
      </w:r>
      <w:r>
        <w:t>denge. Har haal mein positive, jaise Rasool Allah salallahu alaihi wasallam har haal mein positive rehte the, to isi tarike se humein bhi har haal mein positive rehna hai.</w:t>
      </w:r>
    </w:p>
    <w:p>
      <w:pPr>
        <w:jc w:val="right"/>
      </w:pPr>
      <w:r>
        <w:t>دیںگے۔ ہرحالتمیں پازیٹیو،جیسےرسولاللہ صلیاللہعلیہوسلمہرحالتمیںپازیٹیورہتےتھے، تو اسیطریقےسےہمیںبھیہرحالتمیں پازیٹیورہناہے۔</w:t>
      </w:r>
    </w:p>
    <w:p>
      <w:r>
        <w:rPr>
          <w:b/>
        </w:rPr>
        <w:t xml:space="preserve">[1:13:32] </w:t>
      </w:r>
      <w:r>
        <w:t>Aur isi se, kyunke da'wah work ke through wohi humari positive personality develop hogi. Kyunke insaan aisa hai ke usko ek maqsad chahiye ke da'wah jo hai woh uska ek maqsad hai, ek mission hai.</w:t>
      </w:r>
    </w:p>
    <w:p>
      <w:pPr>
        <w:jc w:val="right"/>
      </w:pPr>
      <w:r>
        <w:t>اور اسیسے،کیونکہدعویٰورککےتھروہیہماری پازیٹیوپرسن یلٹیڈیویلپہوگی۔ کیونکہ انسان ایساہےکہاسکوایک مقصدچاہیے کہ دعویٰجوہےوہ اسکا ایک مقصد ہے،ایکمشنہے۔</w:t>
      </w:r>
    </w:p>
    <w:p>
      <w:r>
        <w:rPr>
          <w:b/>
        </w:rPr>
        <w:t xml:space="preserve">[1:13:45] </w:t>
      </w:r>
      <w:r>
        <w:t>To uske liye humein jo kaam karna hai, isi se ek culture develop hota hai ke hum Khuda ka shukr ada karte hain, Khuda ki se duaein karte hain ke Allah taala humari madad farmayein, logon ke dilon ko naram karein. Hum jo kaam kar rahe hain, us se log jo hain mutassir hon.</w:t>
      </w:r>
    </w:p>
    <w:p>
      <w:pPr>
        <w:jc w:val="right"/>
      </w:pPr>
      <w:r>
        <w:t>تو اسکےلیے ہمیںجو کام کرناہے، اسیسے ایک کلچرڈیویلپہوتاہے کہہمخداکاشکراداکرتےہیں،خداکی سے دعائیںکرتےہیں کہاللہ تعالیہماریمد دفرمائیں، لوگوںکےدلوںکونرمکردیں۔ہمجوکام کررہےہیں، اسسے لوگ جوہیں متاثرہوں۔</w:t>
      </w:r>
    </w:p>
    <w:p>
      <w:r>
        <w:rPr>
          <w:b/>
        </w:rPr>
        <w:t xml:space="preserve">[1:14:03] </w:t>
      </w:r>
      <w:r>
        <w:t>To yeh sari cheezein jo hain, woh is mein sab shamil ho jaati hain. To woh aakhirat jo hai, hamara concern ban jaati hai. Da'wah work hum kyun karte</w:t>
      </w:r>
    </w:p>
    <w:p>
      <w:pPr>
        <w:jc w:val="right"/>
      </w:pPr>
      <w:r>
        <w:t>تویہساریچیزیںجوہیں،وہ اسمیں سب شامل ہوجاتیہیں۔ تو وہ آخرتجوہے،ہمارا کنسرنبنجاتیہے۔دعویٰورکہمکیوںکرتے</w:t>
      </w:r>
    </w:p>
    <w:p>
      <w:r>
        <w:rPr>
          <w:b/>
        </w:rPr>
        <w:t xml:space="preserve">[1:14:13] </w:t>
      </w:r>
      <w:r>
        <w:t>hain? Is liye ke isi se aakhirat juddhi hui hai. Kyunke ek hadith hai ke aakhirat mein Allah taala jo hain, Allah taala ke paas jab tamaam khalqat jama hogi to us waqt jin logon ko Khuda ka paigham nahin pahuncha hai, to woh Allah taala se shikwa karenge ke kyun humein saza di ja rahi hai, jabke humein to aap ka paigham pahuncha hi nahin.</w:t>
      </w:r>
    </w:p>
    <w:p>
      <w:pPr>
        <w:jc w:val="right"/>
      </w:pPr>
      <w:r>
        <w:t>ہیں؟ اسلیے کہ اسیسے آخرتجڑیہوئیہے۔ کیونکہ ایک حدیثہےکہ آخرتمیں اللہ تعالیجوہیں، اللہ تعالیکےپاسجبتمام خلقت جمع ہوگی تو اس وقت جنلوگوںکو خداکاپیغامنہیں پہنچاہے، تو وہ اللہ تعالیسے شکوہکریںگےکہکیوںہمیں سزادیجارہیہے،جبکہہمیںتو آپکاپیغامپہنچاہینہیں ۔</w:t>
      </w:r>
    </w:p>
    <w:p>
      <w:r>
        <w:rPr>
          <w:b/>
        </w:rPr>
        <w:t xml:space="preserve">[1:14:38] </w:t>
      </w:r>
      <w:r>
        <w:t>To us waqt kehte hain ke yeh jin logon ko pahunch chuka hai, woh log pakde jayenge ke tum ne in logon ko paigham kyun nahin pahunchaya. To yeh sari cheezein ek da'wah culture, ek compact culture hai.</w:t>
      </w:r>
    </w:p>
    <w:p>
      <w:pPr>
        <w:jc w:val="right"/>
      </w:pPr>
      <w:r>
        <w:t>تو اسوقت کہتےہیںکہ یہ جنلوگوںکو پہنچچکاہے، وہ لوگ پکڑےجائیںگےکہتمنےانلوگوںکو پیغامکیوںنہیںپہنچایا۔ تو یہ ساریچیزیں ایک دعویٰ کلچر،ایک کمپیک ٹکلچرہے۔</w:t>
      </w:r>
    </w:p>
    <w:p>
      <w:r>
        <w:rPr>
          <w:b/>
        </w:rPr>
        <w:t xml:space="preserve">[1:14:51] </w:t>
      </w:r>
      <w:r>
        <w:t>Isi se humari poori personality develop hoti hai.</w:t>
      </w:r>
    </w:p>
    <w:p>
      <w:pPr>
        <w:jc w:val="right"/>
      </w:pPr>
      <w:r>
        <w:t>اسیسےہماریپوری پرسن یلٹیڈیویلپہوتیہے۔</w:t>
      </w:r>
    </w:p>
    <w:p>
      <w:r>
        <w:rPr>
          <w:b/>
        </w:rPr>
        <w:t xml:space="preserve">[1:14:55] </w:t>
      </w:r>
      <w:r>
        <w:t>To yeh humein apne aap ko bilkul har haal mein negative se paak karna hai. Kyunke agar zara bhi negative thi hui to woh doosre logon ko uska asar nahin hoga humari paigham ka. Ji, jaise Rasool Allah salallahu alaihi wasallam ne jab Makkah fateh hua tha to woh log to kitne dushman the, itne bade, itne sari janghein unhone keen, itne logon ko mara, kya kya nuksan pahunch</w:t>
      </w:r>
    </w:p>
    <w:p>
      <w:pPr>
        <w:jc w:val="right"/>
      </w:pPr>
      <w:r>
        <w:t>تو یہ ہمیںاپنےآپکو بالکل ہرحالتمیں نیگیٹیوٹیسےپاک کرناہے۔کیونکہاگر ذرابھینیگیٹیوٹیہوئی تو وہدوسرےلوگوںکو اسکا اثرنہیںہوگاہماری پیغامکا۔جی، جیسےرسولاللہصلیاللہعلیہوسلمنے جب مکہفتحہواتھا تو وہلوگ توکتنے دشمن تھے،اتنےبڑے ،اتنیساری جنگ یںانہوںنےکیں،اتنےلوگوںکو مارا، کیا کیانقصانپہنچ</w:t>
      </w:r>
    </w:p>
    <w:p>
      <w:r>
        <w:rPr>
          <w:b/>
        </w:rPr>
        <w:t xml:space="preserve">[1:15:23] </w:t>
      </w:r>
      <w:r>
        <w:t>aya Rasool Allah ko Makkah se nikala. Us waqt Rasool Allah salallahu alaihi wasallam ne sab ko maaf kar diya ke you are all free. To ab aap bataiye, uska kitna zabardast asar hua? Ji, tamaam ke tamaam log chand dinon ke andar Islam mein dakhil ho gaye.</w:t>
      </w:r>
    </w:p>
    <w:p>
      <w:pPr>
        <w:jc w:val="right"/>
      </w:pPr>
      <w:r>
        <w:t>ایا رسولاللہکو مکہسےنکالا۔ اس وقت رسولاللہصلیاللہعلیہوسلمنےسبکومعافکردیا کہگویوآرآلفری۔ تو اب آپ بتائیے، اسکاکتنا زبرد ست اثرہوا ؟جی، تمام کےتمام لوگ چند دنوںکےاندر اسلام میںداخلہوگئے۔</w:t>
      </w:r>
    </w:p>
    <w:p>
      <w:r>
        <w:rPr>
          <w:b/>
        </w:rPr>
        <w:t xml:space="preserve">[1:15:40] </w:t>
      </w:r>
      <w:r>
        <w:t>To yeh da'wah work ek aisa kaam hai ke yeh humari personality ko musalsal, jaise jaise tajrubaat hote hain, to waise waise yeh humari personality ko shape karta rehta hai.</w:t>
      </w:r>
    </w:p>
    <w:p>
      <w:pPr>
        <w:jc w:val="right"/>
      </w:pPr>
      <w:r>
        <w:t>تو یہ دعویٰورکایکایسا کام ہےکہ یہہماری پرسن یلٹیکو مسلسل، جیسےجیسے تجرباتہوتےہیں، تو ویسےویسےیہہماریپرسن یلٹیکو شیپکرتارہتاہے۔</w:t>
      </w:r>
    </w:p>
    <w:p>
      <w:r>
        <w:rPr>
          <w:b/>
        </w:rPr>
        <w:t xml:space="preserve">[1:15:51] </w:t>
      </w:r>
      <w:r>
        <w:t>Ji,</w:t>
      </w:r>
    </w:p>
    <w:p>
      <w:pPr>
        <w:jc w:val="right"/>
      </w:pPr>
      <w:r>
        <w:t>جی،</w:t>
      </w:r>
    </w:p>
    <w:p>
      <w:r>
        <w:rPr>
          <w:b/>
        </w:rPr>
        <w:t xml:space="preserve">[1:15:52] </w:t>
      </w:r>
      <w:r>
        <w:t>To in humari jo woh humari ek aisi personality ban jaati hai ke jaise Maulana ne misaal di hai ji chidiya ke chidiya har waqt chehchahati rehti hai.</w:t>
      </w:r>
    </w:p>
    <w:p>
      <w:pPr>
        <w:jc w:val="right"/>
      </w:pPr>
      <w:r>
        <w:t>تو انہماری جو وہ ہم اری ایکایسیپرسنیلٹیبنجاتیہے کہجیسے مول انانےمثالدیہےجیچڑیا کہچڑیاہروقت چہچہاتیرہتیہے۔</w:t>
      </w:r>
    </w:p>
    <w:p>
      <w:r>
        <w:rPr>
          <w:b/>
        </w:rPr>
        <w:t xml:space="preserve">[1:16:02] </w:t>
      </w:r>
      <w:r>
        <w:t>Matlab bahut saare janwar hain jo sakht qism se retaliate karte hain, lekin chidiya ek aisi cheez, creature hai ke usko aap pathar bhi maarein, kankar maarein, lekin woh chehchahati rahegi, ja ke ek ek shaakh se ja ke doosri shaakh pe baith jayegi.</w:t>
      </w:r>
    </w:p>
    <w:p>
      <w:pPr>
        <w:jc w:val="right"/>
      </w:pPr>
      <w:r>
        <w:t>مطلببہتسارےجانورہیںجو سخت قسم سےریٹیلیٹکرتےہیں، لیکن چڑیاایکایسی چیز ،کریچرہے کہ اسکوآپ پتھربھیماریں، کنکرماریں، لیکن وہ ابچہچہاتیرہےگی،جاکےایک ایک شاخسےجاکےدوسری شاخپربیٹھجائےگی۔</w:t>
      </w:r>
    </w:p>
    <w:p>
      <w:r>
        <w:rPr>
          <w:b/>
        </w:rPr>
        <w:t xml:space="preserve">[1:16:21] </w:t>
      </w:r>
      <w:r>
        <w:t>To humein apne aap ko aise hi bana lena hai. To is se na sirf yeh ke inko duniya mein kamyabi milegi, log inse mutassir honge, balkeh woh aakhirat mein bhi jannat mein basane ke qabil thehrenge.</w:t>
      </w:r>
    </w:p>
    <w:p>
      <w:pPr>
        <w:jc w:val="right"/>
      </w:pPr>
      <w:r>
        <w:t>تو ہمیں اپنےآپ کو ایسےہیبنالیناہے۔ تو اسسے نہصرفیہکہ انکو دنیا میں کامیابیملےگی، لوگ انسےمتاثرہوںگے، بلکہوہ آخرتمیںبھی جنتمیںبسائےجانےقابلٹھہریںگے۔</w:t>
      </w:r>
    </w:p>
    <w:p>
      <w:r>
        <w:rPr>
          <w:b/>
        </w:rPr>
        <w:t xml:space="preserve">[1:16:34] </w:t>
      </w:r>
      <w:r>
        <w:t>Ji, aap a, aakhri comment aur aakhri sawal aaj ke session ka yeh comment bheja hai Srinagar se Shad Hussain Sahab</w:t>
      </w:r>
    </w:p>
    <w:p>
      <w:pPr>
        <w:jc w:val="right"/>
      </w:pPr>
      <w:r>
        <w:t>جی، آپا،آخری کمنٹاورآخریسوال آجکے سیشنکا یہکمنٹبھیجاہے سری نگرسے شادحسینصاح</w:t>
      </w:r>
    </w:p>
    <w:p>
      <w:r>
        <w:rPr>
          <w:b/>
        </w:rPr>
        <w:t xml:space="preserve">[1:16:43] </w:t>
      </w:r>
      <w:r>
        <w:t>bane. unhon ne likha hai: "Are you and I, are you an inspiring conversation about a profound topic which concerns every human being.</w:t>
      </w:r>
    </w:p>
    <w:p>
      <w:pPr>
        <w:jc w:val="right"/>
      </w:pPr>
      <w:r>
        <w:t>بنے۔انہوںنےلکھاہے: " ار یلیاینڈامیز،ریلیاینڈانسپائرنگکن ورسیشن اباؤٹا پروفاؤنڈ ٹاپک وچ کنسرنز ایوری ہیومنبینگ۔</w:t>
      </w:r>
    </w:p>
    <w:p>
      <w:r>
        <w:rPr>
          <w:b/>
        </w:rPr>
        <w:t xml:space="preserve">[1:16:52] </w:t>
      </w:r>
      <w:r>
        <w:t>it needs continuous struggle guarding ourselves from our negativity. we have to live a simple life free from distractions. maulana sahib writing is of great help and regard.</w:t>
      </w:r>
    </w:p>
    <w:p>
      <w:pPr>
        <w:jc w:val="right"/>
      </w:pPr>
      <w:r>
        <w:t>اٹنیڈز کنٹینیوسسٹرگل گارڈنگاور سیلزفرامایورینیگیٹیوٹی۔ ویہیوٹولیواسمپل لائف فریفرامڈسٹریکشنز۔ مول اناصاحبرائٹنگزارافگریٹہیلپاندسریگارڈ۔</w:t>
      </w:r>
    </w:p>
    <w:p>
      <w:r>
        <w:rPr>
          <w:b/>
        </w:rPr>
        <w:t xml:space="preserve">[1:17:04] </w:t>
      </w:r>
      <w:r>
        <w:t>you are looking forward this legacy. may god almighty reward you with his blessings."</w:t>
      </w:r>
    </w:p>
    <w:p>
      <w:pPr>
        <w:jc w:val="right"/>
      </w:pPr>
      <w:r>
        <w:t>یوآرکیرنگفارورڈدس لیگیسی۔ می گاڈالم ائٹی ریوارڈیو ودہز بلیسنگز۔"</w:t>
      </w:r>
    </w:p>
    <w:p>
      <w:r>
        <w:rPr>
          <w:b/>
        </w:rPr>
        <w:t xml:space="preserve">[1:17:12] </w:t>
      </w:r>
      <w:r>
        <w:t>apa, abhi dawah work se related phir aap ne end mein yeh bhi bataya ke kis tarah rasool allah ne jab makkah fatah hua aur woh dakhil hue, unhon ne sab ko maaf kar diya.</w:t>
      </w:r>
    </w:p>
    <w:p>
      <w:pPr>
        <w:jc w:val="right"/>
      </w:pPr>
      <w:r>
        <w:t>آپا،ابھی دعویٰورک سے ریلیٹڈپھرآپنے اینڈمیںیہبھیبتایاکہکسطرح رسولاللہنے جب مکہفتحہوااور وہداخلہوئے،انہوںنےسبکومعافکردیا۔</w:t>
      </w:r>
    </w:p>
    <w:p>
      <w:r>
        <w:rPr>
          <w:b/>
        </w:rPr>
        <w:t xml:space="preserve">[1:17:22] </w:t>
      </w:r>
      <w:r>
        <w:t>to prophet was truly a model of a positive personality, aur positive personality aap bahut zar</w:t>
      </w:r>
    </w:p>
    <w:p>
      <w:pPr>
        <w:jc w:val="right"/>
      </w:pPr>
      <w:r>
        <w:t>تو پرافٹ وازٹرولی ا ماڈلاف اپوزیٹیو پرسن یلٹی، اور پوزیٹیوپرسنیلٹیآپابہت ضر</w:t>
      </w:r>
    </w:p>
    <w:p>
      <w:r>
        <w:rPr>
          <w:b/>
        </w:rPr>
        <w:t xml:space="preserve">[1:17:31] </w:t>
      </w:r>
      <w:r>
        <w:t>uri hai. hum ne rasool allah ki zindagi se yeh bhi jaana ke despite he being persecuted so viciously, lekin tab bhi aap aayat aati hai ke "bear with them patiently, do what they say and ignore them politely".</w:t>
      </w:r>
    </w:p>
    <w:p>
      <w:pPr>
        <w:jc w:val="right"/>
      </w:pPr>
      <w:r>
        <w:t>وریہے۔ہمنے رسولاللہکیزندگی سے یہبھیجان ا کہ ڈسپائٹ یونوہی بینگ پرسیکی وٹڈ سو وشیسلی، لیکن تب بھیآپ ا آیتاترتیہے کہ "بیئروددیم پیشنٹلیودواٹدےسے اینڈاگنوردیمپولائٹلی"۔</w:t>
      </w:r>
    </w:p>
    <w:p>
      <w:r>
        <w:rPr>
          <w:b/>
        </w:rPr>
        <w:t xml:space="preserve">[1:17:49] </w:t>
      </w:r>
      <w:r>
        <w:t>aur Rasool Allah wohi karte hain. Yahan pe ignore them politely ka polite ka matlab yeh hai ke deal with them positively</w:t>
      </w:r>
    </w:p>
    <w:p>
      <w:pPr>
        <w:jc w:val="right"/>
      </w:pPr>
      <w:r>
        <w:t>اوررسولاللہوہیکرتےہیں۔یہاںپہ اگنوردیمپولائٹلیکا پولائٹلیکامطلب یہیہےکہ ڈیلوددیمپوزیٹیول</w:t>
      </w:r>
    </w:p>
    <w:p>
      <w:r>
        <w:rPr>
          <w:b/>
        </w:rPr>
        <w:t xml:space="preserve">[1:17:56] </w:t>
      </w:r>
      <w:r>
        <w:t>hai. to aap a sari cheezein, sari baaton ka jo khulasa hai, woh isi pe aake rukta hai ke aap ko ek positive personality banna hai, kyun ke positive personality hi jannat mein dakhil ki jayegi. ek negative personality ka koi dakhila nahi hoga jannat mein.</w:t>
      </w:r>
    </w:p>
    <w:p>
      <w:pPr>
        <w:jc w:val="right"/>
      </w:pPr>
      <w:r>
        <w:t>ی۔ تو آپ ا ساریچیزیں،ساریباتوںکاجوخلاصہہے،وہ اسیپرآکےرکتاہے کہآپ کو ایک پوزیٹیوپرسن یلٹیبنناہے، کیونکہ پوزیٹیوپرسنیلٹیہی جنتمیں داخلکیجائےگی۔ایکنیگیٹیوپرسن یلٹی کا کوئی داخلہنہیںہوگاجنتمیں۔</w:t>
      </w:r>
    </w:p>
    <w:p>
      <w:r>
        <w:rPr>
          <w:b/>
        </w:rPr>
        <w:t xml:space="preserve">[1:18:13] </w:t>
      </w:r>
      <w:r>
        <w:t>to aap a is liye from the aspect of the subject today, that how to build a positive personality or how to build a holy personality</w:t>
      </w:r>
    </w:p>
    <w:p>
      <w:pPr>
        <w:jc w:val="right"/>
      </w:pPr>
      <w:r>
        <w:t>تو آپااسلیے فرامدا ایسپیکٹ اف دا سبجیکٹٹوڈے،دیٹہاؤٹوبلڈا پوزیٹیو پرسنیلٹیاورہاؤٹوبلڈاہیونلیپرسن</w:t>
      </w:r>
    </w:p>
    <w:p>
      <w:r>
        <w:rPr>
          <w:b/>
        </w:rPr>
        <w:t xml:space="preserve">[1:18:23] </w:t>
      </w:r>
      <w:r>
        <w:t>hai, main chahunga ke is par aap aaj ka session khatam karein ke kitna important hai positive personality hona. is ke bare mein aap batayein.</w:t>
      </w:r>
    </w:p>
    <w:p>
      <w:pPr>
        <w:jc w:val="right"/>
      </w:pPr>
      <w:r>
        <w:t>یلٹی، میںچاہوںگاکہاسپرآپآجکاسیشنختمکریں کہکتنا امپورٹنٹہے پوزیٹیوپرسن یلٹیہونا ۔ اسکےبارےمیںآپبتائیں۔</w:t>
      </w:r>
    </w:p>
    <w:p>
      <w:r>
        <w:rPr>
          <w:b/>
        </w:rPr>
        <w:t xml:space="preserve">[1:18:34] </w:t>
      </w:r>
      <w:r>
        <w:t>most important hai, kyun ke positive personality nahi hogi to hum sab se bari jo hai baat ke hum ko farishton ki madad nahi milegi.</w:t>
      </w:r>
    </w:p>
    <w:p>
      <w:pPr>
        <w:jc w:val="right"/>
      </w:pPr>
      <w:r>
        <w:t>موسٹامپورٹنٹہے، کیونکہپوزیٹیوپرسنیلٹینہیںہوگیتوہم سبسےبڑیجو ہےباتکہ ہمکو فرشتوںکیمد دنہیںملےگی۔</w:t>
      </w:r>
    </w:p>
    <w:p>
      <w:r>
        <w:rPr>
          <w:b/>
        </w:rPr>
        <w:t xml:space="preserve">[1:18:46] </w:t>
      </w:r>
      <w:r>
        <w:t>ek aap ko yaad hoga ke ek bar hazrat abu bakr ko koi bahut bura bhala keh raha tha, to rasool allah sallallahu alaihi wasallam bhi wohan baithe hue the.</w:t>
      </w:r>
    </w:p>
    <w:p>
      <w:pPr>
        <w:jc w:val="right"/>
      </w:pPr>
      <w:r>
        <w:t>ایک آپکویادہوگاکہ ایکبار حضرتاب وبکرکوکوئیبہت برابھلاکہہرہاتھا، تو رسولاللہصلیاللہعلیہوسلمبھیوہاںبیٹھےہوئےتھے۔</w:t>
      </w:r>
    </w:p>
    <w:p>
      <w:r>
        <w:rPr>
          <w:b/>
        </w:rPr>
        <w:t xml:space="preserve">[1:18:56] </w:t>
      </w:r>
      <w:r>
        <w:t>to rasool allah ne baithe hue the aur hazrat abu bakr khamosh the. jab bahut zyada woh kehne laga to hazrat abu bakr ne bhi bol pada.</w:t>
      </w:r>
    </w:p>
    <w:p>
      <w:pPr>
        <w:jc w:val="right"/>
      </w:pPr>
      <w:r>
        <w:t>تو رسولاللہ نے بیٹھےہوئےتھے اور حضرت ابوبکرخاموش تھے۔ جب بہتزیادہ وہکہنےلگاتوحضرتابوبکر نے بھیبول پڑے۔</w:t>
      </w:r>
    </w:p>
    <w:p>
      <w:r>
        <w:rPr>
          <w:b/>
        </w:rPr>
        <w:t xml:space="preserve">[1:19:05] </w:t>
      </w:r>
      <w:r>
        <w:t>to rasool allah sallallahu alaihi wasallam wahin uth gaye. to</w:t>
      </w:r>
    </w:p>
    <w:p>
      <w:pPr>
        <w:jc w:val="right"/>
      </w:pPr>
      <w:r>
        <w:t>تو رسولاللہ صلیاللہعلیہوسلمجوہیں اٹھگئے۔ تو</w:t>
      </w:r>
    </w:p>
    <w:p>
      <w:r>
        <w:rPr>
          <w:b/>
        </w:rPr>
        <w:t xml:space="preserve">[1:19:10] </w:t>
      </w:r>
      <w:r>
        <w:t>hazrat abu bakr un peechay peechay aap ke gaye ke kya baat thi? jab woh jab main nahi bol raha tha, tab to aap baithe hue the. jab main bolne laga to aap uth ke chale gaye.</w:t>
      </w:r>
    </w:p>
    <w:p>
      <w:pPr>
        <w:jc w:val="right"/>
      </w:pPr>
      <w:r>
        <w:t>حضرتاب وبکر انپیچھےپیچھےآپکےگئےکہ کیا باتتھی؟جبوہ جبمیںنہیںبولرہاتھا،تبتوآپبیٹھےہوئےتھے۔جبمیںبولنےلگاتوآپاٹھکےچلےگئے۔</w:t>
      </w:r>
    </w:p>
    <w:p>
      <w:r>
        <w:rPr>
          <w:b/>
        </w:rPr>
        <w:t xml:space="preserve">[1:19:19] </w:t>
      </w:r>
      <w:r>
        <w:t>to aap ne kaha ke jab tum nahi bol rahe the to ek farishta tumhare badle jawab de raha tha. jab tum bolne lage to farishta chala gaya. to is se yeh samajh mein aata hai ke jab hamari positive personality hogi, positive response hoga to us waqt farishta hamare saath hoga, farishta hamara madadgar hoga,</w:t>
      </w:r>
    </w:p>
    <w:p>
      <w:pPr>
        <w:jc w:val="right"/>
      </w:pPr>
      <w:r>
        <w:t>تو آپنےکہاکہجبتم نہیںبول رہےتھےتو ایکفرشتہتمہارے بدلےجوابدےرہاتھا۔جبتمبولنےلگےتوفرشتہچلاگیا۔ تو اسسےیہسمجھمیںآتاہےکہجب ہماری پوزیٹیوپرسنیلٹیہوگی،پوزیٹیورسپانس ہوگا تو اس وقت فر شتہہمارےساتھ ہوگا،فرشتہہمارامددگارہوگا،</w:t>
      </w:r>
    </w:p>
    <w:p>
      <w:r>
        <w:rPr>
          <w:b/>
        </w:rPr>
        <w:t xml:space="preserve">[1:19:38] </w:t>
      </w:r>
      <w:r>
        <w:t>farishta hamein inspire karega. to ab aap samajh sakte hain ke jab hum farishte ke contact mein honge to hamari spirituality kitna hamari badhegi.</w:t>
      </w:r>
    </w:p>
    <w:p>
      <w:pPr>
        <w:jc w:val="right"/>
      </w:pPr>
      <w:r>
        <w:t>فرشتہہمیںانسپائرکرےگا۔ تو ابآپسمجھسکتےہیںکہجبہمفرشتے کے کانٹیکٹمیںہوںگے توہماری سپریچولیٹیکتناہماریبڑھےگی۔</w:t>
      </w:r>
    </w:p>
    <w:p>
      <w:r>
        <w:rPr>
          <w:b/>
        </w:rPr>
        <w:t xml:space="preserve">[1:19:47] </w:t>
      </w:r>
      <w:r>
        <w:t>to yeh zaroori hai, isi liye positive personality apne andar paida karna. aur shuru shuru mein mushkil lag sakta hai, lekin dheere dheere har cheez ko aasan kar deta hai. allah ta'ala har kaam hamare liye aasan bhi to kar deta hai.</w:t>
      </w:r>
    </w:p>
    <w:p>
      <w:pPr>
        <w:jc w:val="right"/>
      </w:pPr>
      <w:r>
        <w:t>تو یہ ضروری ہے،اسیلیے پوزیٹیو پرسنیلٹیاپنےاندرپیدا کرنا۔ اور شروع شروع میںمشکل لگسکتاہے،لیکن دھیرےدھیرےہرچیز کو آسانکردیتاہے۔اللہ تعالی ہرکام ہمارےلیےآسانبھیتوکردیتاہے۔</w:t>
      </w:r>
    </w:p>
    <w:p>
      <w:r>
        <w:rPr>
          <w:b/>
        </w:rPr>
        <w:t xml:space="preserve">[1:20:03] </w:t>
      </w:r>
      <w:r>
        <w:t>dua hai: "rab yassir wala tu'assir". to yeh jo hai aasan ho jata hai. phir dheere dheere humein matlab hum use to ho jayen, ho jate hain ke bardasht karne ke, apne andar se ghussa ko khatam karne ke, intiqam ke jazbat ko khatam karne ke. to allah ta'ala hamari madad karta hai. hum bahut aasanise apni personality ko positive personality bana sakte hain.</w:t>
      </w:r>
    </w:p>
    <w:p>
      <w:pPr>
        <w:jc w:val="right"/>
      </w:pPr>
      <w:r>
        <w:t>دعاہے:"رب یسرولا ت وسر"۔ تو یہ جوہے آسانہوجاتاہے۔ پھردھیرےدھیرے ہمیں مطلب ہمیوزٹوہوجائیں،ہوجاتےہیں کہ برداشت کرنے کے ،اپنےاندرسے غصہکوختمکرنے کے ،انت قامکےجذباتکوختمکرنے کے۔تواللہ تعالی ہماریمد دکرتاہے۔ہمبہت آس انیسے اپنی پرسن یلٹیکو پوزیٹیوپرسنیلٹیبناسکتےہیں۔</w:t>
      </w:r>
    </w:p>
    <w:p>
      <w:r>
        <w:rPr>
          <w:b/>
        </w:rPr>
        <w:t xml:space="preserve">[1:20:28] </w:t>
      </w:r>
      <w:r>
        <w:t>ji, thank you apa for sharing your wisdom today.</w:t>
      </w:r>
    </w:p>
    <w:p>
      <w:pPr>
        <w:jc w:val="right"/>
      </w:pPr>
      <w:r>
        <w:t>جی، تھینکیوآپا فار شیئرنگیوروزڈمٹوڈے۔</w:t>
      </w:r>
    </w:p>
    <w:p>
      <w:r>
        <w:rPr>
          <w:b/>
        </w:rPr>
        <w:t xml:space="preserve">[1:20:33] </w:t>
      </w:r>
      <w:r>
        <w:t>we all have benefited in this very important subject. aap sab ko aaj ka session kaisa laga? aap is ke bare mein zaroor likhein.</w:t>
      </w:r>
    </w:p>
    <w:p>
      <w:pPr>
        <w:jc w:val="right"/>
      </w:pPr>
      <w:r>
        <w:t>وی آل ہیو بینیفیٹڈ ان دسویریامپورٹنٹسبجیکٹ۔ آپ سبکو آجکا سیشنکیسالگا؟آپاسکےبارےمیںضرور لکھ یں۔</w:t>
      </w:r>
    </w:p>
    <w:p>
      <w:r>
        <w:rPr>
          <w:b/>
        </w:rPr>
        <w:t xml:space="preserve">[1:20:43] </w:t>
      </w:r>
      <w:r>
        <w:t>and today we will end this session now, and we will be next sunday same time 10:30. thank you.</w:t>
      </w:r>
    </w:p>
    <w:p>
      <w:pPr>
        <w:jc w:val="right"/>
      </w:pPr>
      <w:r>
        <w:t>اینڈ ٹوڈے ویویلاینڈدسسیشنناو،اینڈویبی بیکنیکسٹسنڈے سیمٹائم 10:30۔تھینکیو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