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Discovery of Truth December 3, 2013</w:t>
      </w:r>
    </w:p>
    <w:p>
      <w:r>
        <w:t>https://youtu.be/IHekdwZBe6c</w:t>
      </w:r>
    </w:p>
    <w:p>
      <w:r>
        <w:rPr>
          <w:b/>
        </w:rPr>
        <w:t xml:space="preserve">[00:13] </w:t>
      </w:r>
      <w:r>
        <w:t>bismillah rahman rahim. aaj main dobara isi mauzu par kuch kehna chahta hoon jo kal ka mauzu tha, yani haqeeqat ki daryaft ya iman ki marifat kaise hoti hai.</w:t>
      </w:r>
    </w:p>
    <w:p>
      <w:pPr>
        <w:jc w:val="right"/>
      </w:pPr>
      <w:r>
        <w:t>بسم اللہ الرحمن الرحیم۔ آج میں دوبارہ اسی موضوع پر کچھ کہنا چاہتا ہوں جو کل کا موضوع تھا، یعنی حقیقت کی دریافت یا ایمان کی معرفت کیسے ہوتی ہے۔</w:t>
      </w:r>
    </w:p>
    <w:p>
      <w:r>
        <w:rPr>
          <w:b/>
        </w:rPr>
        <w:t xml:space="preserve">[00:36] </w:t>
      </w:r>
      <w:r>
        <w:t>to quran mein dekhen, surah number 93 aur surah number 94 dono ek jaisi hain.</w:t>
      </w:r>
    </w:p>
    <w:p>
      <w:pPr>
        <w:jc w:val="right"/>
      </w:pPr>
      <w:r>
        <w:t>تو قرآن میں دیکھیں، سورہ نمبر 93 اور سورہ نمبر 94 دونوں ایک جیسی ہیں۔</w:t>
      </w:r>
    </w:p>
    <w:p>
      <w:r>
        <w:rPr>
          <w:b/>
        </w:rPr>
        <w:t xml:space="preserve">[00:49] </w:t>
      </w:r>
      <w:r>
        <w:t>un dono suraton ko tam suraten kaha jata hai. yani jo baat kahi gayi hai surah waha mein, usi ka tasalsul jari hai surah anshar</w:t>
      </w:r>
    </w:p>
    <w:p>
      <w:pPr>
        <w:jc w:val="right"/>
      </w:pPr>
      <w:r>
        <w:t>ان دونوں سورتوں کو تام سورتیں کہا جاتا ہے۔ یعنی جو بات کہی گئی ہے سورہ وضحی میں، اسی کا تسلسل جاری ہے سورہ النشر</w:t>
      </w:r>
    </w:p>
    <w:p>
      <w:r>
        <w:rPr>
          <w:b/>
        </w:rPr>
        <w:t xml:space="preserve">[01:01] </w:t>
      </w:r>
      <w:r>
        <w:t>mein. to dono ko milakar jab aap gaur karen, tab poori baat aap samajh sakte hain.</w:t>
      </w:r>
    </w:p>
    <w:p>
      <w:pPr>
        <w:jc w:val="right"/>
      </w:pPr>
      <w:r>
        <w:t>ہ میں۔ تو دونوں کو ملا کر جب آپ غور کریں، تب پوری بات آپ سمجھ سکتے ہیں۔</w:t>
      </w:r>
    </w:p>
    <w:p>
      <w:r>
        <w:rPr>
          <w:b/>
        </w:rPr>
        <w:t xml:space="preserve">[01:13] </w:t>
      </w:r>
      <w:r>
        <w:t>to isi liye in dono suraton ko tam suraten kaha jata hai, yani twin suraten, twin chapters.</w:t>
      </w:r>
    </w:p>
    <w:p>
      <w:pPr>
        <w:jc w:val="right"/>
      </w:pPr>
      <w:r>
        <w:t>تو اسی لیے ان دونوں سورتوں کو تام سورتیں کہا جاتا ہے، یعنی ٹوئن سورتیں، ٹوئن چیپٹرز۔</w:t>
      </w:r>
    </w:p>
    <w:p>
      <w:r>
        <w:rPr>
          <w:b/>
        </w:rPr>
        <w:t xml:space="preserve">[01:26] </w:t>
      </w:r>
      <w:r>
        <w:t>yeh dono suraten twin chapters hain.</w:t>
      </w:r>
    </w:p>
    <w:p>
      <w:pPr>
        <w:jc w:val="right"/>
      </w:pPr>
      <w:r>
        <w:t>یہ دونوں سورتیں ٹوئن چیپٹرز ہیں۔</w:t>
      </w:r>
    </w:p>
    <w:p>
      <w:r>
        <w:rPr>
          <w:b/>
        </w:rPr>
        <w:t xml:space="preserve">[01:31] </w:t>
      </w:r>
      <w:r>
        <w:t>to kal maine yeh arz kiya tha ki rasool allah ki misal ki surat mein ek general principle bayan kiya gaya hai surah number 93 mein.</w:t>
      </w:r>
    </w:p>
    <w:p>
      <w:pPr>
        <w:jc w:val="right"/>
      </w:pPr>
      <w:r>
        <w:t>تو کل میں نے یہ عرض کیا تھا کہ رسول اللہ کی مثال کی صورت میں ایک جنرل پرنسپل بیان کیا گیا ہے سورہ نمبر 93 میں۔</w:t>
      </w:r>
    </w:p>
    <w:p>
      <w:r>
        <w:rPr>
          <w:b/>
        </w:rPr>
        <w:t xml:space="preserve">[01:46] </w:t>
      </w:r>
      <w:r>
        <w:t>yani khitab bazahir rasool allah sallallahu alaihi wasallam se hai, lekin vah aapki misal se fitrat ka ek aam usool bataya gaya hai ki duniya mein aadmi ko sachai is tarah milti hai ki pehle usko talash ke course se gujarna padta hai.</w:t>
      </w:r>
    </w:p>
    <w:p>
      <w:pPr>
        <w:jc w:val="right"/>
      </w:pPr>
      <w:r>
        <w:t>یعنی خطاب بظاہر رسول اللہ صلی اللہ علیہ وسلم سے ہے، لیکن وہ آپ کی مثال سے فطرت کا ایک عام اصول بتایا گیا ہے کہ دنیا میں آدمی کو سچائی اس طرح ملتی ہے کہ پہلے اس کو تلاش کے کورس سے گزرنا پڑتا ہے۔</w:t>
      </w:r>
    </w:p>
    <w:p>
      <w:r>
        <w:rPr>
          <w:b/>
        </w:rPr>
        <w:t xml:space="preserve">[02:15] </w:t>
      </w:r>
      <w:r>
        <w:t>pehla talash aati hai, phir daryaft aati hai.</w:t>
      </w:r>
    </w:p>
    <w:p>
      <w:pPr>
        <w:jc w:val="right"/>
      </w:pPr>
      <w:r>
        <w:t>پہلے تلاش آتی ہے، پھر دریافت آتی ہے۔</w:t>
      </w:r>
    </w:p>
    <w:p>
      <w:r>
        <w:rPr>
          <w:b/>
        </w:rPr>
        <w:t xml:space="preserve">[02:20] </w:t>
      </w:r>
      <w:r>
        <w:t>to yeh it is but natural is liye ki aadmi paida hota hai to duniya mein beshumar cheezen hoti hain uske charon taraf.</w:t>
      </w:r>
    </w:p>
    <w:p>
      <w:pPr>
        <w:jc w:val="right"/>
      </w:pPr>
      <w:r>
        <w:t>تو یہ it is but natural اس لیے کہ آدمی پیدا ہوتا ہے تو دنیا میں بے شمار چیزیں ہوتی ہیں اس کے چاروں طرف۔</w:t>
      </w:r>
    </w:p>
    <w:p>
      <w:r>
        <w:rPr>
          <w:b/>
        </w:rPr>
        <w:t xml:space="preserve">[02:32] </w:t>
      </w:r>
      <w:r>
        <w:t>to jungle of items hote hain, jungle of thoughts hote hain, jungle of problems hote hain.</w:t>
      </w:r>
    </w:p>
    <w:p>
      <w:pPr>
        <w:jc w:val="right"/>
      </w:pPr>
      <w:r>
        <w:t>تو جنگل آف آئٹمز ہوتے ہیں، جنگل آف تھاٹس ہوتے ہیں، جنگل آف پرابلمز ہوتے ہیں۔</w:t>
      </w:r>
    </w:p>
    <w:p>
      <w:r>
        <w:rPr>
          <w:b/>
        </w:rPr>
        <w:t xml:space="preserve">[02:41] </w:t>
      </w:r>
      <w:r>
        <w:t>unke beech mein vah zindagi guzarta hai.</w:t>
      </w:r>
    </w:p>
    <w:p>
      <w:pPr>
        <w:jc w:val="right"/>
      </w:pPr>
      <w:r>
        <w:t>ان کے بیچ میں وہ زندگی گزارتا ہے۔</w:t>
      </w:r>
    </w:p>
    <w:p>
      <w:r>
        <w:rPr>
          <w:b/>
        </w:rPr>
        <w:t xml:space="preserve">[02:45] </w:t>
      </w:r>
      <w:r>
        <w:t>to goya ke ek gumshuda aadmi ka koi chhota sa saman, mislan heere ka ek tukra ho, wo jangl mein gum ho gaya to us ko dhoondna padta hai, dhoondna padta hai, dhoondna padta hai.</w:t>
      </w:r>
    </w:p>
    <w:p>
      <w:pPr>
        <w:jc w:val="right"/>
      </w:pPr>
      <w:r>
        <w:t>تو گویا کہ ایک گمشدہ آدمی کا کوئی چھوٹا سا سامان، مثلاً ہیرے کا ایک ٹکڑا ہو، وہ جنگل میں گم ہو گیا تو اس کو ڈھونڈنا پڑتا ہے، ڈھونڈنا پڑتا ہے، ڈھونڈنا پڑتا ہے۔</w:t>
      </w:r>
    </w:p>
    <w:p>
      <w:r>
        <w:rPr>
          <w:b/>
        </w:rPr>
        <w:t xml:space="preserve">[03:01] </w:t>
      </w:r>
      <w:r>
        <w:t>to sachai koi aisi cheez nahi ke suraj nikla, aap ne dekh liya us ko. Sachai jangl mein ek cheez ki talash ka naam hai.</w:t>
      </w:r>
    </w:p>
    <w:p>
      <w:pPr>
        <w:jc w:val="right"/>
      </w:pPr>
      <w:r>
        <w:t>تو سچائی کوئی ایسی چیز نہیں کہ سورج نکلا، آپ نے دیکھ لیا اس کو۔ سچائی جنگل میں ایک چیز کی تلاش کا نام ہے۔</w:t>
      </w:r>
    </w:p>
    <w:p>
      <w:r>
        <w:rPr>
          <w:b/>
        </w:rPr>
        <w:t xml:space="preserve">[03:11] </w:t>
      </w:r>
      <w:r>
        <w:t>jab talash nahi hogi to sachai kahan se mile gi?</w:t>
      </w:r>
    </w:p>
    <w:p>
      <w:pPr>
        <w:jc w:val="right"/>
      </w:pPr>
      <w:r>
        <w:t>جب تلاش نہیں ہوگی تو سچائی کہاں سے ملے گی؟</w:t>
      </w:r>
    </w:p>
    <w:p>
      <w:r>
        <w:rPr>
          <w:b/>
        </w:rPr>
        <w:t xml:space="preserve">[03:15] </w:t>
      </w:r>
      <w:r>
        <w:t>Suraj mil jata hai aap ko baghair talash ke, lekin sachai is tarah nahi mil sakti. Sachai to isi jangl mein ek gumshuda item ka naam hai jis mein dhoondhen ge, dhoondhen ge, raat ka din guzaren ge, duaen karen ge,</w:t>
      </w:r>
    </w:p>
    <w:p>
      <w:pPr>
        <w:jc w:val="right"/>
      </w:pPr>
      <w:r>
        <w:t>سورج مل جاتا ہے آپ کو بغیر تلاش کے، لیکن سچائی اس طرح نہیں مل سکتی۔ سچائی تو اسی جنگل میں ایک گمشدہ آئٹم کا نام ہے جس میں ڈھونڈیں گے، ڈھونڈیں گے، رات کا دن گزریں گے، دعائیں کریں گے،</w:t>
      </w:r>
    </w:p>
    <w:p>
      <w:r>
        <w:rPr>
          <w:b/>
        </w:rPr>
        <w:t xml:space="preserve">[03:35] </w:t>
      </w:r>
      <w:r>
        <w:t>sochhen ge, bohat se marhalay guzaren ge, tab aap ko Allah ki tofeeq se sachai mile gi.</w:t>
      </w:r>
    </w:p>
    <w:p>
      <w:pPr>
        <w:jc w:val="right"/>
      </w:pPr>
      <w:r>
        <w:t>سوچیں گے، بہت سے مراحل گزریں گے، تب آپ کو اللہ کی توفیق سے سچائی ملے گی۔</w:t>
      </w:r>
    </w:p>
    <w:p>
      <w:r>
        <w:rPr>
          <w:b/>
        </w:rPr>
        <w:t xml:space="preserve">[03:45] </w:t>
      </w:r>
      <w:r>
        <w:t>kyun ke dhoondne se aap viah bante hain, sachai ka container bante hain. Yeh yeh hota hai.</w:t>
      </w:r>
    </w:p>
    <w:p>
      <w:pPr>
        <w:jc w:val="right"/>
      </w:pPr>
      <w:r>
        <w:t>کیونکہ ڈھونڈنے سے آپ ویاہ بنتے ہیں، سچائی کا کنٹینر بنتے ہیں۔ یہ یہ ہوتا ہے۔</w:t>
      </w:r>
    </w:p>
    <w:p>
      <w:r>
        <w:rPr>
          <w:b/>
        </w:rPr>
        <w:t xml:space="preserve">[03:56] </w:t>
      </w:r>
      <w:r>
        <w:t>to yeh baat surah 93 mein kahi gayi hai ke wa bayataka dhaa 'allam fa hada ke peghambar ko Allah ne paya sachai ki talash mein sargardan, to phir us ko hidayat di.</w:t>
      </w:r>
    </w:p>
    <w:p>
      <w:pPr>
        <w:jc w:val="right"/>
      </w:pPr>
      <w:r>
        <w:t>تو یہ بات سورہ 93 میں کہی گئی ہے کہ وَبَيَتَكَ ذَا عَلَّمْ فَهَدَى کہ پیغمبر کو اللہ نے پایا سچائی کی تلاش میں سرگرداں، تو پھر اس کو ہدایت دی۔</w:t>
      </w:r>
    </w:p>
    <w:p>
      <w:r>
        <w:rPr>
          <w:b/>
        </w:rPr>
        <w:t xml:space="preserve">[04:13] </w:t>
      </w:r>
      <w:r>
        <w:t>is ka matlab kya hai?</w:t>
      </w:r>
    </w:p>
    <w:p>
      <w:pPr>
        <w:jc w:val="right"/>
      </w:pPr>
      <w:r>
        <w:t>اس کا مطلب کیا ہے؟</w:t>
      </w:r>
    </w:p>
    <w:p>
      <w:r>
        <w:rPr>
          <w:b/>
        </w:rPr>
        <w:t xml:space="preserve">[04:15] </w:t>
      </w:r>
      <w:r>
        <w:t>ke sachai ki talash mein sargadani karte karte karte woh competent ban gaye is baat ke ke unhein sachai mile to woh us ko absorb kar len,</w:t>
      </w:r>
    </w:p>
    <w:p>
      <w:pPr>
        <w:jc w:val="right"/>
      </w:pPr>
      <w:r>
        <w:t>کہ سچائی کی تلاش میں سرگردانی کرتے کرتے کرتے وہ کمپیٹنٹ بن گئے اس بات کے کہ انہیں سچائی ملے تو وہ اس کو ابزارب کر لیں،</w:t>
      </w:r>
    </w:p>
    <w:p>
      <w:r>
        <w:rPr>
          <w:b/>
        </w:rPr>
        <w:t xml:space="preserve">[04:28] </w:t>
      </w:r>
      <w:r>
        <w:t>us ko poori tarah se afz kar len. Yaani talash aap ko khaas banati hai.</w:t>
      </w:r>
    </w:p>
    <w:p>
      <w:pPr>
        <w:jc w:val="right"/>
      </w:pPr>
      <w:r>
        <w:t>اس کو پوری طرح سے افض کر لیں۔ یعنی تلاش آپ کو خاص بناتی ہے۔</w:t>
      </w:r>
    </w:p>
    <w:p>
      <w:r>
        <w:rPr>
          <w:b/>
        </w:rPr>
        <w:t xml:space="preserve">[04:37] </w:t>
      </w:r>
      <w:r>
        <w:t>to is mein yeh baat mein ne kal arz ki thi. Agli jo surah hai surah number 94, us mein isi ka extension hai, isi ka mazeed pehlu bayan kiya gaya hai.</w:t>
      </w:r>
    </w:p>
    <w:p>
      <w:pPr>
        <w:jc w:val="right"/>
      </w:pPr>
      <w:r>
        <w:t>تو اس میں یہ بات میں نے کل عرض کی تھی۔ اگلی جو سورہ ہے سورہ نمبر 94، اس میں اسی کا ایکسٹینشن ہے، اسی کا مزید پہلو بیان کیا گیا ہے۔</w:t>
      </w:r>
    </w:p>
    <w:p>
      <w:r>
        <w:rPr>
          <w:b/>
        </w:rPr>
        <w:t xml:space="preserve">[04:56] </w:t>
      </w:r>
      <w:r>
        <w:t>to agli surah yeh hai ke 'alam nashrah laka sadrak wa wada'na 'anka wizraka alladhi anqada zahrk</w:t>
      </w:r>
    </w:p>
    <w:p>
      <w:pPr>
        <w:jc w:val="right"/>
      </w:pPr>
      <w:r>
        <w:t>تو اگلی سورہ یہ ہے کہ عَلَمْ نَشْرَعَ لَكَ صَدْرَكَ وَوَضَاعْنَا أَنْكَ وِزْرَكَ الَّذِي أَنْقَضَ ظَهْرَكَ</w:t>
      </w:r>
    </w:p>
    <w:p>
      <w:r>
        <w:rPr>
          <w:b/>
        </w:rPr>
        <w:t xml:space="preserve">[05:07] </w:t>
      </w:r>
      <w:r>
        <w:t>in ayaton par ghor kijiye. Allah taala ne farmaya peghambar ko khitab karte hue, lekin yahan bhi mein kahun ga ke peghambar ko khitab karte hue ek general principle bataya gaya hai sare insanon ke liye.</w:t>
      </w:r>
    </w:p>
    <w:p>
      <w:pPr>
        <w:jc w:val="right"/>
      </w:pPr>
      <w:r>
        <w:t>ان آیتوں پر غور کیجئے۔ اللہ تعالی نے فرمایا پیغمبر کو خطاب کرتے ہوئے، لیکن یہاں بھی میں کہوں گا کہ پیغمبر کو خطاب کرتے ہوئے ایک جنرل پرنسپل بتایا گیا ہے سارے انسانوں کے لیے۔</w:t>
      </w:r>
    </w:p>
    <w:p>
      <w:r>
        <w:rPr>
          <w:b/>
        </w:rPr>
        <w:t xml:space="preserve">[05:20] </w:t>
      </w:r>
      <w:r>
        <w:t>to</w:t>
      </w:r>
    </w:p>
    <w:p>
      <w:pPr>
        <w:jc w:val="right"/>
      </w:pPr>
      <w:r>
        <w:t>تو</w:t>
      </w:r>
    </w:p>
    <w:p>
      <w:r>
        <w:rPr>
          <w:b/>
        </w:rPr>
        <w:t xml:space="preserve">[05:22] </w:t>
      </w:r>
      <w:r>
        <w:t>in ayaton ka tarjuma yeh hai ke kya hum ne khol nahi diya tumhara seena?</w:t>
      </w:r>
    </w:p>
    <w:p>
      <w:pPr>
        <w:jc w:val="right"/>
      </w:pPr>
      <w:r>
        <w:t>ان آیتوں کا ترجمہ یہ ہے کہ کیا ہم نے کھول نہیں دیا تمہارا سینہ؟</w:t>
      </w:r>
    </w:p>
    <w:p>
      <w:r>
        <w:rPr>
          <w:b/>
        </w:rPr>
        <w:t xml:space="preserve">[05:35] </w:t>
      </w:r>
      <w:r>
        <w:t>aur kya hum ne tumhare bojh ko halka nahi kar diya jo tumhari qabr ko tod raha tha?</w:t>
      </w:r>
    </w:p>
    <w:p>
      <w:pPr>
        <w:jc w:val="right"/>
      </w:pPr>
      <w:r>
        <w:t>اور کیا ہم نے تمہارے بوجھ کو ہلکا نہیں کر دیا جو تمہاری قبر کو توڑ رہا تھا؟</w:t>
      </w:r>
    </w:p>
    <w:p>
      <w:r>
        <w:rPr>
          <w:b/>
        </w:rPr>
        <w:t xml:space="preserve">[05:47] </w:t>
      </w:r>
      <w:r>
        <w:t>yeh is ka tarjuma hai.</w:t>
      </w:r>
    </w:p>
    <w:p>
      <w:pPr>
        <w:jc w:val="right"/>
      </w:pPr>
      <w:r>
        <w:t>یہ اس کا ترجمہ ہے۔</w:t>
      </w:r>
    </w:p>
    <w:p>
      <w:r>
        <w:rPr>
          <w:b/>
        </w:rPr>
        <w:t xml:space="preserve">[05:51] </w:t>
      </w:r>
      <w:r>
        <w:t>ab is par ghor kijiye. Yeh qissa guzra prophet alaihi salam par nabuwat se pehle, lekin is aitbar se bhi Rasool Allah model hain, is aitbar se uswa hain jo aap par guzra.</w:t>
      </w:r>
    </w:p>
    <w:p>
      <w:pPr>
        <w:jc w:val="right"/>
      </w:pPr>
      <w:r>
        <w:t>اب اس پر غور کیجئے۔ یہ قصہ گزرا پرافٹ علیہ السلام پر نبوت سے پہلے، لیکن اس اعتبار سے بھی رسول اللہ ماڈل ہیں، اس اعتبار سے اسوہ ہیں جو آپ پر گزرا۔</w:t>
      </w:r>
    </w:p>
    <w:p>
      <w:r>
        <w:rPr>
          <w:b/>
        </w:rPr>
        <w:t xml:space="preserve">[06:10] </w:t>
      </w:r>
      <w:r>
        <w:t>wohi har fard ke liye namoona hai qayamat tak.</w:t>
      </w:r>
    </w:p>
    <w:p>
      <w:pPr>
        <w:jc w:val="right"/>
      </w:pPr>
      <w:r>
        <w:t>وہی ہر فرد کے لیے نمونہ ہے قیامت تک۔</w:t>
      </w:r>
    </w:p>
    <w:p>
      <w:r>
        <w:rPr>
          <w:b/>
        </w:rPr>
        <w:t xml:space="preserve">[06:16] </w:t>
      </w:r>
      <w:r>
        <w:t>to is mein dekhiye, is se maloom hota hai ke talash ka jazba itna shadeed tha, itna shadeed tha aap par ke isi gham mein bilkul nadhaal ho rahe the aap.</w:t>
      </w:r>
    </w:p>
    <w:p>
      <w:pPr>
        <w:jc w:val="right"/>
      </w:pPr>
      <w:r>
        <w:t>تو اس میں دیکھیے، اس سے معلوم ہوتا ہے کہ تلاش کا جذبہ اتنا شدید تھا، اتنا شدید تھا آپ پر کہ اسی غم میں بالکل نڈھال ہو رہے تھے آپ۔</w:t>
      </w:r>
    </w:p>
    <w:p>
      <w:r>
        <w:rPr>
          <w:b/>
        </w:rPr>
        <w:t xml:space="preserve">[06:30] </w:t>
      </w:r>
      <w:r>
        <w:t>ek bojh ban gaya tha aap ka, ek intellectual burden. Itna bara bojh ke aise qabr tod dalay ga woh.</w:t>
      </w:r>
    </w:p>
    <w:p>
      <w:pPr>
        <w:jc w:val="right"/>
      </w:pPr>
      <w:r>
        <w:t>ایک بوجھ بن گیا تھا آپ کا، ایک انٹلیکچول برڈن۔ اتنا بڑا بوجھ کہ ایسے قبر توڑ ڈالے گا وہ۔</w:t>
      </w:r>
    </w:p>
    <w:p>
      <w:r>
        <w:rPr>
          <w:b/>
        </w:rPr>
        <w:t xml:space="preserve">[06:40] </w:t>
      </w:r>
      <w:r>
        <w:t>yeh tamseeli zaban mein yeh baat batayi gayi hai ke Rasool Allah salallaho alaihi wasallam intehai had, aakhri had tak aap ne sachai ko apna sole concern bana liya tha.</w:t>
      </w:r>
    </w:p>
    <w:p>
      <w:pPr>
        <w:jc w:val="right"/>
      </w:pPr>
      <w:r>
        <w:t>یہ تمثیلی زبان میں یہ بات بتائی گئی ہے کہ رسول اللہ صلی اللہ علیہ وسلم انتہائی حد، آخری حد تک آپ نے سچائی کو اپنا سول کنسرن بنا لیا تھا۔</w:t>
      </w:r>
    </w:p>
    <w:p>
      <w:r>
        <w:rPr>
          <w:b/>
        </w:rPr>
        <w:t xml:space="preserve">[06:57] </w:t>
      </w:r>
      <w:r>
        <w:t>sole concern. Pas manzar kya hai,</w:t>
      </w:r>
    </w:p>
    <w:p>
      <w:pPr>
        <w:jc w:val="right"/>
      </w:pPr>
      <w:r>
        <w:t>سول کنسرن۔ اس پاس کیا ہے،</w:t>
      </w:r>
    </w:p>
    <w:p>
      <w:r>
        <w:rPr>
          <w:b/>
        </w:rPr>
        <w:t xml:space="preserve">[07:00] </w:t>
      </w:r>
      <w:r>
        <w:t>is mein woh kis tarah apni jagah banayen?</w:t>
      </w:r>
    </w:p>
    <w:p>
      <w:pPr>
        <w:jc w:val="right"/>
      </w:pPr>
      <w:r>
        <w:t>اس میں وہ کس طرح اپنی جگہ بنائیں؟</w:t>
      </w:r>
    </w:p>
    <w:p>
      <w:r>
        <w:rPr>
          <w:b/>
        </w:rPr>
        <w:t xml:space="preserve">[07:05] </w:t>
      </w:r>
      <w:r>
        <w:t>is tribal age mein kis tarah sardari hasil hasil karen? Is zamane ka jo halaat the, us ke aitbar se kis tarah apni march ko durust karen?</w:t>
      </w:r>
    </w:p>
    <w:p>
      <w:pPr>
        <w:jc w:val="right"/>
      </w:pPr>
      <w:r>
        <w:t>اس ٹرائبل ایج میں کس طرح سرداری حاصل حاصل کریں؟ اس زمانے کا جو حالات تھے، اس کے اعتبار سے کس طرح اپنی مارچ کو درست کریں؟</w:t>
      </w:r>
    </w:p>
    <w:p>
      <w:r>
        <w:rPr>
          <w:b/>
        </w:rPr>
        <w:t xml:space="preserve">[07:19] </w:t>
      </w:r>
      <w:r>
        <w:t>beshumar sawalat hote hain har aadmi ke, wahan bhi thay. woh sawalat aadmi ko apni taraf khenchte hain.</w:t>
      </w:r>
    </w:p>
    <w:p>
      <w:pPr>
        <w:jc w:val="right"/>
      </w:pPr>
      <w:r>
        <w:t>بے شمار سوالات ہوتے ہیں ہر آدمی کے، وہاں بھی تھے۔ وہ سوالات آدمی کو اپنی طرف کھینچتے ہیں۔</w:t>
      </w:r>
    </w:p>
    <w:p>
      <w:r>
        <w:rPr>
          <w:b/>
        </w:rPr>
        <w:t xml:space="preserve">[07:29] </w:t>
      </w:r>
      <w:r>
        <w:t>to rasool Allah sal Allah alaihi wasallam ka haal nabuwat se pehle yeh ho gaya tha ke har cheez se bilkul kat kar ke, har cheez ko ignore kar ke, har cheez ko ghair aham samajh kar aap ham tan mutawajjah ho gaye is baat ki taraf ke sachai hai kya?</w:t>
      </w:r>
    </w:p>
    <w:p>
      <w:pPr>
        <w:jc w:val="right"/>
      </w:pPr>
      <w:r>
        <w:t>تو رسول اللہ صلی اللہ علیہ وسلم کا حال نبوت سے پہلے یہ ہو گیا تھا کہ ہر چیز سے بالکل کٹ کر کے، ہر چیز کو اگنور کر کے، ہر چیز کو غیر اہم سمجھ کر آپ ہم تن متوجہ ہو گئے اس بات کی طرف کہ سچائی ہے کیا؟</w:t>
      </w:r>
    </w:p>
    <w:p>
      <w:r>
        <w:rPr>
          <w:b/>
        </w:rPr>
        <w:t xml:space="preserve">[07:52] </w:t>
      </w:r>
      <w:r>
        <w:t>sachai ka matlab kya hai? insaan kyun paida hua? kahan</w:t>
      </w:r>
    </w:p>
    <w:p>
      <w:pPr>
        <w:jc w:val="right"/>
      </w:pPr>
      <w:r>
        <w:t>سچائی کا مطلب کیا ہے؟ انسان کیوں پیدا ہوا؟ کہاں</w:t>
      </w:r>
    </w:p>
    <w:p>
      <w:r>
        <w:rPr>
          <w:b/>
        </w:rPr>
        <w:t xml:space="preserve">[07:58] </w:t>
      </w:r>
      <w:r>
        <w:t>se aaya? insaan ke khaliq kaun hain? maut se pehle kya zimmedariyan hain? maut ke baad kya haal pesh aata hai?</w:t>
      </w:r>
    </w:p>
    <w:p>
      <w:pPr>
        <w:jc w:val="right"/>
      </w:pPr>
      <w:r>
        <w:t>سے آیا؟ انسان کے خالق کون ہیں؟ موت سے پہلے کیا ذمہ داریاں ہیں؟ موت کے بعد کیا حال پیش آتا ہے؟</w:t>
      </w:r>
    </w:p>
    <w:p>
      <w:r>
        <w:rPr>
          <w:b/>
        </w:rPr>
        <w:t xml:space="preserve">[08:08] </w:t>
      </w:r>
      <w:r>
        <w:t>bohat se sawalat jure hue hain insaan se. in par ghaur karna. to yeh kisi ek insaan ki baat nahi hai, saare insaanon ki baat hai.</w:t>
      </w:r>
    </w:p>
    <w:p>
      <w:pPr>
        <w:jc w:val="right"/>
      </w:pPr>
      <w:r>
        <w:t>بہت سے سوالات جڑے ہوئے ہیں انسان سے۔ ان پر غور کرنا۔ تو یہ کسی ایک انسان کی بات نہیں ہے، سارے انسانوں کی بات ہے۔</w:t>
      </w:r>
    </w:p>
    <w:p>
      <w:r>
        <w:rPr>
          <w:b/>
        </w:rPr>
        <w:t xml:space="preserve">[08:18] </w:t>
      </w:r>
      <w:r>
        <w:t>to is ke liye zaroorat hoti hai ke aadmi apne ko focus kare, doosre tamam taqazon se apne ko kaate, tamam interests se apne ko door le jaye.</w:t>
      </w:r>
    </w:p>
    <w:p>
      <w:pPr>
        <w:jc w:val="right"/>
      </w:pPr>
      <w:r>
        <w:t>تو اس کے لیے ضرورت ہوتی ہے کہ آدمی اپنے کو ایکسو کرے، دوسرے تمام تقاضوں سے اپنے کو کاٹے، تمام انٹرسٹ سے اپنے کو دور لے جائے۔</w:t>
      </w:r>
    </w:p>
    <w:p>
      <w:r>
        <w:rPr>
          <w:b/>
        </w:rPr>
        <w:t xml:space="preserve">[08:32] </w:t>
      </w:r>
      <w:r>
        <w:t>tab ja kar woh seeker banta hai. tab ja kar aisa hota hai ke sachai us ke liye sole concern ban jati hai.</w:t>
      </w:r>
    </w:p>
    <w:p>
      <w:pPr>
        <w:jc w:val="right"/>
      </w:pPr>
      <w:r>
        <w:t>تب جا کر وہ سیکھر بنتا ہے۔ تب جا کر ایسا ہوتا ہے کہ سچائی اس کے لیے سول کنسرن بن جاتی ہے۔</w:t>
      </w:r>
    </w:p>
    <w:p>
      <w:r>
        <w:rPr>
          <w:b/>
        </w:rPr>
        <w:t xml:space="preserve">[08:43] </w:t>
      </w:r>
      <w:r>
        <w:t>to rasool Allah ke liye itna bara yeh masla tha ke sachai hai kya?</w:t>
      </w:r>
    </w:p>
    <w:p>
      <w:pPr>
        <w:jc w:val="right"/>
      </w:pPr>
      <w:r>
        <w:t>تو رسول اللہ کے لیے اتنا بڑا یہ مسئلہ تھا کہ سچائی ہے کیا؟</w:t>
      </w:r>
    </w:p>
    <w:p>
      <w:r>
        <w:rPr>
          <w:b/>
        </w:rPr>
        <w:t xml:space="preserve">[08:50] </w:t>
      </w:r>
      <w:r>
        <w:t>ke isi gham mein aap dhal hotay thay, isi ki soch, isi ke par sari tawajjah.</w:t>
      </w:r>
    </w:p>
    <w:p>
      <w:pPr>
        <w:jc w:val="right"/>
      </w:pPr>
      <w:r>
        <w:t>کہ اسی غم میں آپ ڈھال ہوتے تھے، اسی کی سوچ، اسی کے پر ساری توجہ۔</w:t>
      </w:r>
    </w:p>
    <w:p>
      <w:r>
        <w:rPr>
          <w:b/>
        </w:rPr>
        <w:t xml:space="preserve">[09:00] </w:t>
      </w:r>
      <w:r>
        <w:t>to goya ek dimagh par ek musalsal bojh tha. aap ka wajood is mein jaise ke yaani shikast o rekh se dochar tha.</w:t>
      </w:r>
    </w:p>
    <w:p>
      <w:pPr>
        <w:jc w:val="right"/>
      </w:pPr>
      <w:r>
        <w:t>تو گویا ایک دماغ پر ایک مسلسل بوجھ تھا۔ آپ کا وجود اس میں جیسے کہ یعنی شکست و ریخ سے دوچار تھا۔</w:t>
      </w:r>
    </w:p>
    <w:p>
      <w:r>
        <w:rPr>
          <w:b/>
        </w:rPr>
        <w:t xml:space="preserve">[09:14] </w:t>
      </w:r>
      <w:r>
        <w:t>qabar todne ka, qabar ka tootna ek physical lafz hai. to woh physical lafz aap ki us waqt jo aap ki halat thi zehni, us ko batane ke liye hai.</w:t>
      </w:r>
    </w:p>
    <w:p>
      <w:pPr>
        <w:jc w:val="right"/>
      </w:pPr>
      <w:r>
        <w:t>قبر توڑنے کا، قبر کا ٹوٹنا ایک فزیکل لفظ ہے۔ تو وہ فزیکل لفظ آپ کی اس وقت جو آپ کی حالت تھی ذہنی، اس کو بتانے کے لیے ہے۔</w:t>
      </w:r>
    </w:p>
    <w:p>
      <w:r>
        <w:rPr>
          <w:b/>
        </w:rPr>
        <w:t xml:space="preserve">[09:27] </w:t>
      </w:r>
      <w:r>
        <w:t>to is se kya maloom hua? is se maloom hua ke sachai ki talash ka criteria kya hai? kab yeh maloom hoga ke aadmi waqai sachai ki talash mein hai?</w:t>
      </w:r>
    </w:p>
    <w:p>
      <w:pPr>
        <w:jc w:val="right"/>
      </w:pPr>
      <w:r>
        <w:t>تو اس سے کیا معلوم ہوا؟ اس سے معلوم ہوا کہ سچائی کی تلاش کا کرائٹیریا کیا ہے؟ کب یہ معلوم ہوگا کہ آدمی واقعی سچائی کی تلاش میں ہے؟</w:t>
      </w:r>
    </w:p>
    <w:p>
      <w:r>
        <w:rPr>
          <w:b/>
        </w:rPr>
        <w:t xml:space="preserve">[09:44] </w:t>
      </w:r>
      <w:r>
        <w:t>sachai ki talash ka mayar kya hai? yaani kisi aadmi ke baray mein kaise yeh sabit ho ke waqai woh sachai ka mutalashi hai, seeker hai?</w:t>
      </w:r>
    </w:p>
    <w:p>
      <w:pPr>
        <w:jc w:val="right"/>
      </w:pPr>
      <w:r>
        <w:t>سچائی کی تلاش کا معیار کیا ہے؟ یعنی کسی آدمی کے بارے میں کیسے یہ ثابت ہو کہ واقعی وہ سچائی کا متلاشی ہے، سیکھر ہے؟</w:t>
      </w:r>
    </w:p>
    <w:p>
      <w:r>
        <w:rPr>
          <w:b/>
        </w:rPr>
        <w:t xml:space="preserve">[09:55] </w:t>
      </w:r>
      <w:r>
        <w:t>woh yahi hai ke is ka yeh haal ho jaye ke us ke liye ek bojh, us ke sar par ek bojh jaisa lada hua hai.</w:t>
      </w:r>
    </w:p>
    <w:p>
      <w:pPr>
        <w:jc w:val="right"/>
      </w:pPr>
      <w:r>
        <w:t>وہ یہی ہے کہ اس کا یہ حال ہو جائے کہ اس کے لیے ایک بوجھ، اس کے سر پر ایک بوجھ جیسا لدا ہوا ہے۔</w:t>
      </w:r>
    </w:p>
    <w:p>
      <w:r>
        <w:rPr>
          <w:b/>
        </w:rPr>
        <w:t xml:space="preserve">[10:06] </w:t>
      </w:r>
      <w:r>
        <w:t>woh chahta hai ke utre woh bojh. itna bara gham ho, woh itna bara dard ho, itni bari fikr ho ke dimagh par ek bojh ki manind ho jaye.</w:t>
      </w:r>
    </w:p>
    <w:p>
      <w:pPr>
        <w:jc w:val="right"/>
      </w:pPr>
      <w:r>
        <w:t>وہ چاہتا ہے کہ اترے وہ بوجھ۔ اتنا بڑا غم ہو، وہ اتنا بڑا درد ہو، اتنی بڑی فکر ہو کہ دماغ پر ایک بوجھ کی مانند ہو جائے۔</w:t>
      </w:r>
    </w:p>
    <w:p>
      <w:r>
        <w:rPr>
          <w:b/>
        </w:rPr>
        <w:t xml:space="preserve">[10:19] </w:t>
      </w:r>
      <w:r>
        <w:t>itna zyada tha Allah ki, jaise jaise ke itna bara bojh, jaise aadmi ki qabar toot ja rahi ho.</w:t>
      </w:r>
    </w:p>
    <w:p>
      <w:pPr>
        <w:jc w:val="right"/>
      </w:pPr>
      <w:r>
        <w:t>اتنا زیادہ تھا اللہ کی، جیسے جیسے کہ اتنا بڑا بوجھ، جیسے آدمی کی قبر ٹوٹ جا رہی ہو۔</w:t>
      </w:r>
    </w:p>
    <w:p>
      <w:r>
        <w:rPr>
          <w:b/>
        </w:rPr>
        <w:t xml:space="preserve">[10:26] </w:t>
      </w:r>
      <w:r>
        <w:t>aap jante hain ke agar kisi ke sar par bohat hi bara bojh ho jaye, alag diya jaye to aadmi jhuk jata hai.</w:t>
      </w:r>
    </w:p>
    <w:p>
      <w:pPr>
        <w:jc w:val="right"/>
      </w:pPr>
      <w:r>
        <w:t>آپ جانتے ہیں کہ اگر کسی کے سر پر بہت ہی بڑا بوجھ ہو جائے، الگ دیا جائے تو آدمی جھک جاتا ہے۔</w:t>
      </w:r>
    </w:p>
    <w:p>
      <w:r>
        <w:rPr>
          <w:b/>
        </w:rPr>
        <w:t xml:space="preserve">[10:38] </w:t>
      </w:r>
      <w:r>
        <w:t>qabar us ki jhuk jati hai. aisa lagta hai qabar toot jayegi.</w:t>
      </w:r>
    </w:p>
    <w:p>
      <w:pPr>
        <w:jc w:val="right"/>
      </w:pPr>
      <w:r>
        <w:t>قبر اس کی جھک جاتی ہے۔ ایسا لگتا ہے قبر ٹوٹ جائے گی۔</w:t>
      </w:r>
    </w:p>
    <w:p>
      <w:r>
        <w:rPr>
          <w:b/>
        </w:rPr>
        <w:t xml:space="preserve">[10:42] </w:t>
      </w:r>
      <w:r>
        <w:t>to yeh physical halat hoti hai. isi physical halat ko bator alamat, bator tamseel yahan liya gaya hai ke aakhri had tak apne ko is se involve kar dena sachai ke sawal se.</w:t>
      </w:r>
    </w:p>
    <w:p>
      <w:pPr>
        <w:jc w:val="right"/>
      </w:pPr>
      <w:r>
        <w:t>تو یہ فزیکل حالت ہوتی ہے۔ اسی فزیکل حالت کو بطور علامت، بطور تمثیل یہاں لیا گیا ہے کہ آخری حد تک اپنے کو اس سے انوالو کر دینا سچائی کے سوال سے۔</w:t>
      </w:r>
    </w:p>
    <w:p>
      <w:r>
        <w:rPr>
          <w:b/>
        </w:rPr>
        <w:t xml:space="preserve">[11:05] </w:t>
      </w:r>
      <w:r>
        <w:t>jab tak is darja involvement na ho, tab tak sachai nahi aati.</w:t>
      </w:r>
    </w:p>
    <w:p>
      <w:pPr>
        <w:jc w:val="right"/>
      </w:pPr>
      <w:r>
        <w:t>جب تک اس درجہ انوالومنٹ نہ ہو، تب تک سچائی نہیں آتی۔</w:t>
      </w:r>
    </w:p>
    <w:p>
      <w:r>
        <w:rPr>
          <w:b/>
        </w:rPr>
        <w:t xml:space="preserve">[11:12] </w:t>
      </w:r>
      <w:r>
        <w:t>aakhri had tak apne aap ko jab involve kar de aadmi sachai ki talash mein ke lage ke aisa lage ke ab to us ki qabar toot jayegi, us ka sar phat jayega, us ki ragen toot jayengi, us ka khoon khushk ho jayega,</w:t>
      </w:r>
    </w:p>
    <w:p>
      <w:pPr>
        <w:jc w:val="right"/>
      </w:pPr>
      <w:r>
        <w:t>آخری حد تک اپنے آپ کو جب انوالو کر دے آدمی سچائی کی تلاش میں کہ لگے کہ ایسا لگے کہ اب تو اس کی قبر ٹوٹ جائے گی، اس کا سر پھٹ جائے گا، اس کی رگیں ٹوٹ جائیں گی، اس کا خون خشک ہو جائے گا،</w:t>
      </w:r>
    </w:p>
    <w:p>
      <w:r>
        <w:rPr>
          <w:b/>
        </w:rPr>
        <w:t xml:space="preserve">[11:29] </w:t>
      </w:r>
      <w:r>
        <w:t>us ki hadiyan choor choor ho jayengi. is tarah ke halat jab guzar jayen, tab ja kar aisa hota hai ke woh sachai ko ka wiyah banta hai.</w:t>
      </w:r>
    </w:p>
    <w:p>
      <w:pPr>
        <w:jc w:val="right"/>
      </w:pPr>
      <w:r>
        <w:t>اس کی ہڈیاں چور چور ہو جائیں گی۔ اس طرح کے حالات جب گزر جائیں، تب جا کر ایسا ہوتا ہے کہ وہ سچائی کو کا ویاہ بنتا ہے۔</w:t>
      </w:r>
    </w:p>
    <w:p>
      <w:r>
        <w:rPr>
          <w:b/>
        </w:rPr>
        <w:t xml:space="preserve">[11:42] </w:t>
      </w:r>
      <w:r>
        <w:t>sachai ko akhaz karne ka is ke andar mizaj paida hota hai. ab woh sachai ke liye akhaz ban jata hai.</w:t>
      </w:r>
    </w:p>
    <w:p>
      <w:pPr>
        <w:jc w:val="right"/>
      </w:pPr>
      <w:r>
        <w:t>سچائی کو اخذ کرنے کا اس کے اندر مزاج پیدا ہوتا ہے۔ اب وہ سچائی کے لیے اخاذ بن جاتا ہے۔</w:t>
      </w:r>
    </w:p>
    <w:p>
      <w:r>
        <w:rPr>
          <w:b/>
        </w:rPr>
        <w:t xml:space="preserve">[11:55] </w:t>
      </w:r>
      <w:r>
        <w:t>tab us ko sachai milti hai. us ko yun bhi keh sakte hain aap ke tabhi woh mature hota hai sachai ko lene ke liye.</w:t>
      </w:r>
    </w:p>
    <w:p>
      <w:pPr>
        <w:jc w:val="right"/>
      </w:pPr>
      <w:r>
        <w:t>تب اس کو سچائی ملتی ہے۔ اس کو یوں بھی کہہ سکتے ہیں آپ کہ تبھی وہ میچور ہوتا ہے سچائی کو لینے کے لیے۔</w:t>
      </w:r>
    </w:p>
    <w:p>
      <w:r>
        <w:rPr>
          <w:b/>
        </w:rPr>
        <w:t xml:space="preserve">[12:05] </w:t>
      </w:r>
      <w:r>
        <w:t>maturity se pehle agar aap us ko sachai de dein to woh kuch payega nahi is mein.</w:t>
      </w:r>
    </w:p>
    <w:p>
      <w:pPr>
        <w:jc w:val="right"/>
      </w:pPr>
      <w:r>
        <w:t>میچورٹی سے پہلے اگر آپ اس کو سچائی دے دیں تو وہ کچھ پائے گا نہیں اس میں۔</w:t>
      </w:r>
    </w:p>
    <w:p>
      <w:r>
        <w:rPr>
          <w:b/>
        </w:rPr>
        <w:t xml:space="preserve">[12:13] </w:t>
      </w:r>
      <w:r>
        <w:t>jaise aap jante hain ke agar ek bartan hai, saaf nahi hai, is mein aap doodh daal dein to doodh kehta hai yeh acha ho, kehta hai yeh khalis ho, lekin woh kharab ho jayega.</w:t>
      </w:r>
    </w:p>
    <w:p>
      <w:pPr>
        <w:jc w:val="right"/>
      </w:pPr>
      <w:r>
        <w:t>جیسے آپ جانتے ہیں کہ اگر ایک برتن ہے، صاف نہیں ہے، اس میں آپ دودھ ڈال دیں تو دودھ کہتا ہے یہ اچھا ہو، کہتا ہے یہ خالص ہو، لیکن وہ خراب ہو جائے گا۔</w:t>
      </w:r>
    </w:p>
    <w:p>
      <w:r>
        <w:rPr>
          <w:b/>
        </w:rPr>
        <w:t xml:space="preserve">[12:28] </w:t>
      </w:r>
      <w:r>
        <w:t>yani saaf bartan na ho, is mein aap doodh daal dein to kehta hai acha doodh hai, woh kharab ho jayega.</w:t>
      </w:r>
    </w:p>
    <w:p>
      <w:pPr>
        <w:jc w:val="right"/>
      </w:pPr>
      <w:r>
        <w:t>یعنی صاف برتن نہ ہو، اس میں آپ دودھ ڈال دیں تو کہتا ہے اچھا دودھ ہے، وہ خراب ہو جائے گا۔</w:t>
      </w:r>
    </w:p>
    <w:p>
      <w:r>
        <w:rPr>
          <w:b/>
        </w:rPr>
        <w:t xml:space="preserve">[12:35] </w:t>
      </w:r>
      <w:r>
        <w:t>yahi haal insan ka hai ke agar is ke andar wiyah na bana ho, agar is ka container saaf na ho, agar is ki</w:t>
      </w:r>
    </w:p>
    <w:p>
      <w:pPr>
        <w:jc w:val="right"/>
      </w:pPr>
      <w:r>
        <w:t>یہی حال انسان کا ہے کہ اگر اس کے اندر ویاہ نہ بنا ہو، اگر اس کا کنٹینر صاف نہ ہو، اگر اس کی</w:t>
      </w:r>
    </w:p>
    <w:p>
      <w:r>
        <w:rPr>
          <w:b/>
        </w:rPr>
        <w:t xml:space="preserve">[12:48] </w:t>
      </w:r>
      <w:r>
        <w:t>is ke andar salahiyat e akhz poori tarah se bedaar na hui ho to Allah ki taraf se agar sachai aayegi, tab bhi woh us ko pakar nahi payega, us ko akhz nahi kar payega.</w:t>
      </w:r>
    </w:p>
    <w:p>
      <w:pPr>
        <w:jc w:val="right"/>
      </w:pPr>
      <w:r>
        <w:t>اس کے اندر صلاحیت اخذ پوری طرح سے بیدار نہ ہوئی ہو تو اللہ کی طرف سے اگر سچائی آئے گی، تب بھی وہ اس کو پکڑ نہیں پائے گا، اس کو اخذ نہیں کر پائے گا۔</w:t>
      </w:r>
    </w:p>
    <w:p>
      <w:r>
        <w:rPr>
          <w:b/>
        </w:rPr>
        <w:t xml:space="preserve">[13:04] </w:t>
      </w:r>
      <w:r>
        <w:t>to itna zyada, itna zyada mutalashi hona ke jaise sar par bojh lada hua, jaise qabr tooti ja rahi hai. to is is moamle ko wazeh karne ke liye main ek misaal dena chahunga.</w:t>
      </w:r>
    </w:p>
    <w:p>
      <w:pPr>
        <w:jc w:val="right"/>
      </w:pPr>
      <w:r>
        <w:t>تو اتنا زیادہ، اتنا زیادہ متلاشی ہونا کہ جیسے سر پر بوجھ لدا ہوا، جیسے قبر ٹوٹی جا رہی ہے۔ تو اس اس معاملے کو واضح کرنے کے لیے میں ایک مثال دینا چاہوں گا۔</w:t>
      </w:r>
    </w:p>
    <w:p>
      <w:r>
        <w:rPr>
          <w:b/>
        </w:rPr>
        <w:t xml:space="preserve">[13:20] </w:t>
      </w:r>
      <w:r>
        <w:t>yeh misaal hai Gautam Budh ki.</w:t>
      </w:r>
    </w:p>
    <w:p>
      <w:pPr>
        <w:jc w:val="right"/>
      </w:pPr>
      <w:r>
        <w:t>یہ مثال ہے گوتم بدھ کی۔</w:t>
      </w:r>
    </w:p>
    <w:p>
      <w:r>
        <w:rPr>
          <w:b/>
        </w:rPr>
        <w:t xml:space="preserve">[13:25] </w:t>
      </w:r>
      <w:r>
        <w:t>Gautam Budh jo the, woh bohat hi mashhoor shakhsiyat the.</w:t>
      </w:r>
    </w:p>
    <w:p>
      <w:pPr>
        <w:jc w:val="right"/>
      </w:pPr>
      <w:r>
        <w:t>گوتم بدھ جو تھے، وہ بہت ہی مشہور شخصیت تھے۔</w:t>
      </w:r>
    </w:p>
    <w:p>
      <w:r>
        <w:rPr>
          <w:b/>
        </w:rPr>
        <w:t xml:space="preserve">[13:33] </w:t>
      </w:r>
      <w:r>
        <w:t>kuch log yeh bhi samajhte hain ke woh paighambar the, agarche un ki tareekh poori tarah maloom nahi hai, un ka kalam mehfooz nahi hai, un ki ab asal zaban mein</w:t>
      </w:r>
    </w:p>
    <w:p>
      <w:pPr>
        <w:jc w:val="right"/>
      </w:pPr>
      <w:r>
        <w:t>کچھ لوگ یہ بھی سمجھتے ہیں کہ وہ پیغمبر تھے، اگرچہ ان کی تاریخ پوری طرح معلوم نہیں ہے، ان کا کلام محفوظ نہیں ہے، ان کی اب اصل زبان میں</w:t>
      </w:r>
    </w:p>
    <w:p>
      <w:r>
        <w:rPr>
          <w:b/>
        </w:rPr>
        <w:t xml:space="preserve">[13:46] </w:t>
      </w:r>
      <w:r>
        <w:t>un ke bare mein jo kuch hamein maloom hai, woh balawasta taur par hai, barah-e-rast taur par nahi hai. to hum koi hukum nahi laga sakte.</w:t>
      </w:r>
    </w:p>
    <w:p>
      <w:pPr>
        <w:jc w:val="right"/>
      </w:pPr>
      <w:r>
        <w:t>ان کے بارے میں جو کچھ ہمیں معلوم ہے، وہ بالواسطہ طور پر ہے، براہ راست طور پر نہیں ہے۔ تو ہم کوئی حکم نہیں لگا سکتے۔</w:t>
      </w:r>
    </w:p>
    <w:p>
      <w:r>
        <w:rPr>
          <w:b/>
        </w:rPr>
        <w:t xml:space="preserve">[13:54] </w:t>
      </w:r>
      <w:r>
        <w:t>magar ek waqea bohat hi illustrative hai un ki zindagi ka ke ek shakhs jo doodh ka karobar karta tha, yani milk man tha, woh to un se mutasir ho gaya,</w:t>
      </w:r>
    </w:p>
    <w:p>
      <w:pPr>
        <w:jc w:val="right"/>
      </w:pPr>
      <w:r>
        <w:t>مگر ایک واقعہ بہت ہی السٹریٹیو ہے ان کی زندگی کا کہ ایک شخص جو دودھ کا کاروبار کرتا تھا، یعنی ملک مین تھا، وہ تو ان سے متاثر ہو گیا،</w:t>
      </w:r>
    </w:p>
    <w:p>
      <w:r>
        <w:rPr>
          <w:b/>
        </w:rPr>
        <w:t xml:space="preserve">[14:10] </w:t>
      </w:r>
      <w:r>
        <w:t>un ka moataqid ho gaya.</w:t>
      </w:r>
    </w:p>
    <w:p>
      <w:pPr>
        <w:jc w:val="right"/>
      </w:pPr>
      <w:r>
        <w:t>ان کا معتقد ہو گیا۔</w:t>
      </w:r>
    </w:p>
    <w:p>
      <w:r>
        <w:rPr>
          <w:b/>
        </w:rPr>
        <w:t xml:space="preserve">[14:13] </w:t>
      </w:r>
      <w:r>
        <w:t>to us ne Gautam Budh se kaha ke aap mere ghar aaiye aur is ko gyan dhyan, is ko gyan dijiye aur mere haan doodh ka karobar hota hai, main aap ko doodh ka gift dena chahta hoon to aap ek bartan bhi laiye ga apne sath.</w:t>
      </w:r>
    </w:p>
    <w:p>
      <w:pPr>
        <w:jc w:val="right"/>
      </w:pPr>
      <w:r>
        <w:t>تو اس نے گوتم بدھ سے کہا کہ آپ میرے گھر آئیے اور اس کو گیان دھیان، اس کو گیان دیجئے اور میرے ہاں دودھ کا کاروبار ہوتا ہے، میں آپ کو دودھ کا گفٹ دینا چاہتا ہوں تو آپ ایک برتن بھی لائیے گا اپنے ساتھ۔</w:t>
      </w:r>
    </w:p>
    <w:p>
      <w:r>
        <w:rPr>
          <w:b/>
        </w:rPr>
        <w:t xml:space="preserve">[14:31] </w:t>
      </w:r>
      <w:r>
        <w:t>to woh gaye, bartan bhi sath le liya.</w:t>
      </w:r>
    </w:p>
    <w:p>
      <w:pPr>
        <w:jc w:val="right"/>
      </w:pPr>
      <w:r>
        <w:t>تو وہ گئے، برتن بھی ساتھ لے لیا۔</w:t>
      </w:r>
    </w:p>
    <w:p>
      <w:r>
        <w:rPr>
          <w:b/>
        </w:rPr>
        <w:t xml:space="preserve">[14:37] </w:t>
      </w:r>
      <w:r>
        <w:t>to wahan jab gaye to jane ke baad sab se pehle unhon ne bartan us ko de diya. woh le gaya us ko aur bartan mein mitti padi hui thi, saaf nahi tha bartan.</w:t>
      </w:r>
    </w:p>
    <w:p>
      <w:pPr>
        <w:jc w:val="right"/>
      </w:pPr>
      <w:r>
        <w:t>تو وہاں جب گئے تو جانے کے بعد سب سے پہلے انہوں نے برتن اس کو دے دیا۔ وہ لے گیا اس کو اور برتن میں مٹی پڑی ہوئی تھی، صاف نہیں تھا برتن۔</w:t>
      </w:r>
    </w:p>
    <w:p>
      <w:r>
        <w:rPr>
          <w:b/>
        </w:rPr>
        <w:t xml:space="preserve">[14:50] </w:t>
      </w:r>
      <w:r>
        <w:t>yani qasdan unhon ne us ke andar mitti daal di thi.</w:t>
      </w:r>
    </w:p>
    <w:p>
      <w:pPr>
        <w:jc w:val="right"/>
      </w:pPr>
      <w:r>
        <w:t>یعنی قصداً انہوں نے اس کو اس کے اندر مٹی ڈال دی تھی۔</w:t>
      </w:r>
    </w:p>
    <w:p>
      <w:r>
        <w:rPr>
          <w:b/>
        </w:rPr>
        <w:t xml:space="preserve">[14:56] </w:t>
      </w:r>
      <w:r>
        <w:t>to us ne dekha ke mitti hai to use khoob saaf kiya, pehle achi tarah dho kar saaf kar ke phir us mein taza doodh rakha aur la kar un ko pesh kiya.</w:t>
      </w:r>
    </w:p>
    <w:p>
      <w:pPr>
        <w:jc w:val="right"/>
      </w:pPr>
      <w:r>
        <w:t>تو اس نے دیکھا کہ مٹی ہے تو اسے خوب صاف کیا، پہلے اچھی طرح دھو کر صاف کر کے پھر اس میں تازہ دودھ رکھا اور لا کر ان کو پیش کیا۔</w:t>
      </w:r>
    </w:p>
    <w:p>
      <w:r>
        <w:rPr>
          <w:b/>
        </w:rPr>
        <w:t xml:space="preserve">[15:08] </w:t>
      </w:r>
      <w:r>
        <w:t>to jab</w:t>
      </w:r>
    </w:p>
    <w:p>
      <w:pPr>
        <w:jc w:val="right"/>
      </w:pPr>
      <w:r>
        <w:t>تو جب</w:t>
      </w:r>
    </w:p>
    <w:p>
      <w:r>
        <w:rPr>
          <w:b/>
        </w:rPr>
        <w:t xml:space="preserve">[15:12] </w:t>
      </w:r>
      <w:r>
        <w:t>pesh kiya us ne to unhon ne apne hath mein us ko uthaya aur jane lage. khamoshi se aaye, khamoshi se jane lage.</w:t>
      </w:r>
    </w:p>
    <w:p>
      <w:pPr>
        <w:jc w:val="right"/>
      </w:pPr>
      <w:r>
        <w:t>پیش کیا اس نے تو انہوں نے اپنے ہاتھ میں اس کو اٹھایا اور جانے لگے۔ خاموشی سے آئے، خاموشی سے جانے لگے۔</w:t>
      </w:r>
    </w:p>
    <w:p>
      <w:r>
        <w:rPr>
          <w:b/>
        </w:rPr>
        <w:t xml:space="preserve">[15:23] </w:t>
      </w:r>
      <w:r>
        <w:t>to us aadmi ne pukara ke bhai aap chale ja rahe hain, maqsad to asal jo tha woh yeh tha ke aap mujhe gyan denge, mujhe kuch baseerat ki baat batayenge, gyan ki baat batayenge.</w:t>
      </w:r>
    </w:p>
    <w:p>
      <w:pPr>
        <w:jc w:val="right"/>
      </w:pPr>
      <w:r>
        <w:t>تو اس آدمی نے پکارا کہ بھئی آپ چلے جا رہے ہیں، مقصد تو اصل جو تھا وہ یہ تھا کہ آپ مجھے گیان دیں گے، مجھے کچھ بصیرت کی بات بتائیں گے، گیان کی بات بتائیں گے۔</w:t>
      </w:r>
    </w:p>
    <w:p>
      <w:r>
        <w:rPr>
          <w:b/>
        </w:rPr>
        <w:t xml:space="preserve">[15:40] </w:t>
      </w:r>
      <w:r>
        <w:t>to to bataya nahi aap ne, aap to chale ja rahe hain. to kaha jata hai ke Gautam Budh ne jawab diya ke main ne tum ko gyan de diya,</w:t>
      </w:r>
    </w:p>
    <w:p>
      <w:pPr>
        <w:jc w:val="right"/>
      </w:pPr>
      <w:r>
        <w:t>تو تو بتایا نہیں آپ نے، آپ تو چلے جا رہے ہیں۔ تو کہا جاتا ہے کہ گوتم بدھ نے جواب دیا کہ میں نے تم کو گیان دے دیا،</w:t>
      </w:r>
    </w:p>
    <w:p>
      <w:r>
        <w:rPr>
          <w:b/>
        </w:rPr>
        <w:t xml:space="preserve">[15:55] </w:t>
      </w:r>
      <w:r>
        <w:t>main ne tum ko gyan de diya. to us aadmi ne kaha ke aap to bolay bhi nahi, chup chap aaye aur chup chap ja rahe hain. tab unhon ne bataya ke dekho, bartan mein jo bartan mein laya tha, woh saaf nahi tha.</w:t>
      </w:r>
    </w:p>
    <w:p>
      <w:pPr>
        <w:jc w:val="right"/>
      </w:pPr>
      <w:r>
        <w:t>میں نے تم کو گیان دے دیا۔ تو اس آدمی نے کہا کہ آپ تو بولے بھی نہیں، چپ چاپ آئے اور چپ چاپ جا رہے ہیں۔ تب انہوں نے بتایا کہ دیکھو، برتن میں جو برتن میں لایا تھا، وہ صاف نہیں تھا۔</w:t>
      </w:r>
    </w:p>
    <w:p>
      <w:r>
        <w:rPr>
          <w:b/>
        </w:rPr>
        <w:t xml:space="preserve">[16:13] </w:t>
      </w:r>
      <w:r>
        <w:t>to tum ne us ghair saaf bartan mein, unclean bartan mein doodh nahi dala, kyun ke tum jante the ke is mein doodh dalenge to doodh kharab ho jayega,</w:t>
      </w:r>
    </w:p>
    <w:p>
      <w:pPr>
        <w:jc w:val="right"/>
      </w:pPr>
      <w:r>
        <w:t>تو تم نے اس غیر صاف برتن میں، ان کلین برتن میں دودھ نہیں ڈالا، کیونکہ تم جانتے تھے کہ اس میں دودھ ڈالیں گے تو دودھ خراب ہو جائے گا،</w:t>
      </w:r>
    </w:p>
    <w:p>
      <w:r>
        <w:rPr>
          <w:b/>
        </w:rPr>
        <w:t xml:space="preserve">[16:25] </w:t>
      </w:r>
      <w:r>
        <w:t>doodh phat jata hai. saaf bartan kiya to ne pehle phir doodh dala. to tumhara man jo hai, tumhara andar ka jo container hai, woh to saaf hai hi nahi.</w:t>
      </w:r>
    </w:p>
    <w:p>
      <w:pPr>
        <w:jc w:val="right"/>
      </w:pPr>
      <w:r>
        <w:t>دودھ پھٹ جاتا ہے۔ صاف برتن کیا تو نے پہلے پھر دودھ ڈالا۔ تو تمہارا من جو ہے، تمہارا اندر کا جو کنٹینر ہے، وہ تو صاف ہے ہی نہیں۔</w:t>
      </w:r>
    </w:p>
    <w:p>
      <w:r>
        <w:rPr>
          <w:b/>
        </w:rPr>
        <w:t xml:space="preserve">[16:40] </w:t>
      </w:r>
      <w:r>
        <w:t>to main doodh daloon to kahan daloon? yani gyan doodh to kaise, kahan tum sambhalo ge us ko?</w:t>
      </w:r>
    </w:p>
    <w:p>
      <w:pPr>
        <w:jc w:val="right"/>
      </w:pPr>
      <w:r>
        <w:t>تو میں دودھ ڈالوں تو کہاں ڈالوں؟ یعنی گیان دودھ تو کیسے، کہاں تم سنبھالو گے اس کو؟</w:t>
      </w:r>
    </w:p>
    <w:p>
      <w:r>
        <w:rPr>
          <w:b/>
        </w:rPr>
        <w:t xml:space="preserve">[16:47] </w:t>
      </w:r>
      <w:r>
        <w:t>container ka matlab yeh tha ke tumhare andar abhi nafrat hai, kina hai, ishtial hai, ghussa hai aur self interest hai.</w:t>
      </w:r>
    </w:p>
    <w:p>
      <w:pPr>
        <w:jc w:val="right"/>
      </w:pPr>
      <w:r>
        <w:t>کنٹینر کا مطلب یہ تھا کہ تمہارے اندر ابھی نفرت ہے، کینہ ہے، اشتعال ہے، غصہ ہے اور سیلف انٹرسٹ ہے۔</w:t>
      </w:r>
    </w:p>
    <w:p>
      <w:r>
        <w:rPr>
          <w:b/>
        </w:rPr>
        <w:t xml:space="preserve">[17:03] </w:t>
      </w:r>
      <w:r>
        <w:t>insanon ke bare mein badkhwahi hai. un sab negative thoughts se tumhara sina bhara hua hai, jaisa ke hota hai logon ka haal.</w:t>
      </w:r>
    </w:p>
    <w:p>
      <w:pPr>
        <w:jc w:val="right"/>
      </w:pPr>
      <w:r>
        <w:t>انسانوں کے بارے میں بدخواہی ہے۔ ان سب نیگیٹیو تھاٹس سے تمہارا سینہ بھرا ہوا ہے، جیسا کہ ہوتا ہے لوگوں کا حال۔</w:t>
      </w:r>
    </w:p>
    <w:p>
      <w:r>
        <w:rPr>
          <w:b/>
        </w:rPr>
        <w:t xml:space="preserve">[17:14] </w:t>
      </w:r>
      <w:r>
        <w:t>to sona, tumhara sona, tumhara sina bhara hua hai negative thoughts se. to is mein kahan par mein gyan dalun?</w:t>
      </w:r>
    </w:p>
    <w:p>
      <w:pPr>
        <w:jc w:val="right"/>
      </w:pPr>
      <w:r>
        <w:t>تو سونا، تمہارا سونا، تمہارا سینہ بھرا ہوا ہے نیگیٹیو تھاٹس سے۔ تو اس میں کہاں پر میں گیان ڈالوں؟</w:t>
      </w:r>
    </w:p>
    <w:p>
      <w:r>
        <w:rPr>
          <w:b/>
        </w:rPr>
        <w:t xml:space="preserve">[17:23] </w:t>
      </w:r>
      <w:r>
        <w:t>is ko pehle apne seenon ko negative negative thoughts se pak karo,</w:t>
      </w:r>
    </w:p>
    <w:p>
      <w:pPr>
        <w:jc w:val="right"/>
      </w:pPr>
      <w:r>
        <w:t>اس کو پہلے اپنے سینوں کو نیگیٹیو نیگیٹیو تھاٹس سے پاک کرو،</w:t>
      </w:r>
    </w:p>
    <w:p>
      <w:r>
        <w:rPr>
          <w:b/>
        </w:rPr>
        <w:t xml:space="preserve">[17:28] </w:t>
      </w:r>
      <w:r>
        <w:t>tab is mein sachai aur marifat ki baat, yeh gyan ki baat</w:t>
      </w:r>
    </w:p>
    <w:p>
      <w:pPr>
        <w:jc w:val="right"/>
      </w:pPr>
      <w:r>
        <w:t>تب اس میں سچائی اور معرفت کی بات، یہ گیان کی بات</w:t>
      </w:r>
    </w:p>
    <w:p>
      <w:r>
        <w:rPr>
          <w:b/>
        </w:rPr>
        <w:t xml:space="preserve">[17:37] </w:t>
      </w:r>
      <w:r>
        <w:t>rakhi ja sakti hai. to yeh qissa hai, bohat illustrative qissa hai aur yeh Allah taala ka ek qanoon hai, yeh har ek, har har insan ke liye.</w:t>
      </w:r>
    </w:p>
    <w:p>
      <w:pPr>
        <w:jc w:val="right"/>
      </w:pPr>
      <w:r>
        <w:t>رکھی جا سکتی ہے۔ تو یہ قصہ ہے، بہت السٹریٹیو قصہ ہے اور یہ اللہ تعالیٰ کا ایک قانون ہے، یہ ہر ایک، ہر ہر انسان کے لیے۔</w:t>
      </w:r>
    </w:p>
    <w:p>
      <w:r>
        <w:rPr>
          <w:b/>
        </w:rPr>
        <w:t xml:space="preserve">[17:52] </w:t>
      </w:r>
      <w:r>
        <w:t>to sachai ka talib hona chahiye aadmi, kehta hai شدت ke sath ke jaise ke is qabr toot jaye gi, jaise is ko dimagh phat jaye ga, tab ja kar is ko sachai milti hai.</w:t>
      </w:r>
    </w:p>
    <w:p>
      <w:pPr>
        <w:jc w:val="right"/>
      </w:pPr>
      <w:r>
        <w:t>تو سچائی کا طالب ہونا چاہیے آدمی، کہتا ہے شدت کے ساتھ کہ جیسے کہ اس قبر ٹوٹ جائے گی، جیسے اس کو دماغ پھٹ جائے گا، تب جا کر اس کو سچائی ملتی ہے۔</w:t>
      </w:r>
    </w:p>
    <w:p>
      <w:r>
        <w:rPr>
          <w:b/>
        </w:rPr>
        <w:t xml:space="preserve">[18:07] </w:t>
      </w:r>
      <w:r>
        <w:t>kyun ke jab aisa hota hai, tab is ka sina saaf hota hai, sine se cheezen nikalti hain. yani is is darje mein sachai ke talib hone ka matlab kya hai ke har doosri cheez nikal gayi is ke andar se.</w:t>
      </w:r>
    </w:p>
    <w:p>
      <w:pPr>
        <w:jc w:val="right"/>
      </w:pPr>
      <w:r>
        <w:t>کیونکہ جب ایسا ہوتا ہے، تب اس کا سینہ صاف ہوتا ہے، سینے سے چیزیں نکلتی ہیں۔ یعنی اس اس درجے میں سچائی کے طالب ہونے کا مطلب کیا ہے کہ ہر دوسری چیز نکل گئی اس کے اندر سے۔</w:t>
      </w:r>
    </w:p>
    <w:p>
      <w:r>
        <w:rPr>
          <w:b/>
        </w:rPr>
        <w:t xml:space="preserve">[18:24] </w:t>
      </w:r>
      <w:r>
        <w:t>jab aap bohat zyada, bohat zyada, bohat zyada ek cheez ke talib hon to baqi cheezen aap ke sine se nikal jati hain, baqi cheezen aap ke sine se nikal jati hain.</w:t>
      </w:r>
    </w:p>
    <w:p>
      <w:pPr>
        <w:jc w:val="right"/>
      </w:pPr>
      <w:r>
        <w:t>جب آپ بہت زیادہ، بہت زیادہ، بہت زیادہ ایک چیز کے طالب ہوں تو بقیہ چیزیں آپ کے سینے سے نکل جاتی ہیں، بقیہ چیزیں آپ کے سینے سے نکل جاتی ہیں۔</w:t>
      </w:r>
    </w:p>
    <w:p>
      <w:r>
        <w:rPr>
          <w:b/>
        </w:rPr>
        <w:t xml:space="preserve">[18:38] </w:t>
      </w:r>
      <w:r>
        <w:t>to yeh hai in donon sooraton ka sabak.</w:t>
      </w:r>
    </w:p>
    <w:p>
      <w:pPr>
        <w:jc w:val="right"/>
      </w:pPr>
      <w:r>
        <w:t>تو یہ ہے ان دونوں صورتوں کا سبق۔</w:t>
      </w:r>
    </w:p>
    <w:p>
      <w:r>
        <w:rPr>
          <w:b/>
        </w:rPr>
        <w:t xml:space="preserve">[18:45] </w:t>
      </w:r>
      <w:r>
        <w:t>is se aap explain hote hain woh log zindagiyaan jo bazahir paida hue islami mahol mein, Islam ke khandan mein, lekin jante kuch bhi nahi.</w:t>
      </w:r>
    </w:p>
    <w:p>
      <w:pPr>
        <w:jc w:val="right"/>
      </w:pPr>
      <w:r>
        <w:t>اس سے آپ ایکسپلین ہوتے ہیں وہ لوگ زندگیاں جو بظاہر پیدا ہوئے اسلامی ماحول میں، اسلام کے خاندان میں، لیکن جانتے کچھ بھی نہیں۔</w:t>
      </w:r>
    </w:p>
    <w:p>
      <w:r>
        <w:rPr>
          <w:b/>
        </w:rPr>
        <w:t xml:space="preserve">[18:58] </w:t>
      </w:r>
      <w:r>
        <w:t>un ke andar Islam ki spirit nahi, Islam ka character nahi,</w:t>
      </w:r>
    </w:p>
    <w:p>
      <w:pPr>
        <w:jc w:val="right"/>
      </w:pPr>
      <w:r>
        <w:t>ان کے اندر اسلام کی اسپرٹ نہیں، اسلام کا کریکٹر نہیں،</w:t>
      </w:r>
    </w:p>
    <w:p>
      <w:r>
        <w:rPr>
          <w:b/>
        </w:rPr>
        <w:t xml:space="preserve">[19:07] </w:t>
      </w:r>
      <w:r>
        <w:t>positive thinking nahi, dushmani nahi khatam nahi hui un ki, doosron ke khair khwah nahi. yeh sab kyun?</w:t>
      </w:r>
    </w:p>
    <w:p>
      <w:pPr>
        <w:jc w:val="right"/>
      </w:pPr>
      <w:r>
        <w:t>پازیٹیو تھنکنگ نہیں، دشمنی نہیں ختم نہیں ہوئی ان کی، دوسروں کے خیر خواہ نہیں۔ یہ سب کیوں؟</w:t>
      </w:r>
    </w:p>
    <w:p>
      <w:r>
        <w:rPr>
          <w:b/>
        </w:rPr>
        <w:t xml:space="preserve">[19:15] </w:t>
      </w:r>
      <w:r>
        <w:t>un ko Islam bas mil gaya, paida hue to musalman ban gaye. woh is marhale se nahi guzre, woh</w:t>
      </w:r>
    </w:p>
    <w:p>
      <w:pPr>
        <w:jc w:val="right"/>
      </w:pPr>
      <w:r>
        <w:t>ان کو اسلام بس مل گیا، پیدا ہوئے تو مسلمان بن گئے۔ وہ اس مرحلے سے نہیں گزرے، وہ</w:t>
      </w:r>
    </w:p>
    <w:p>
      <w:r>
        <w:rPr>
          <w:b/>
        </w:rPr>
        <w:t xml:space="preserve">[19:25] </w:t>
      </w:r>
      <w:r>
        <w:t>talash-e-haq ke marhale se nahi guzre,</w:t>
      </w:r>
    </w:p>
    <w:p>
      <w:pPr>
        <w:jc w:val="right"/>
      </w:pPr>
      <w:r>
        <w:t>تلاش حق کے مرحلے سے نہیں گزرے،</w:t>
      </w:r>
    </w:p>
    <w:p>
      <w:r>
        <w:rPr>
          <w:b/>
        </w:rPr>
        <w:t xml:space="preserve">[19:29] </w:t>
      </w:r>
      <w:r>
        <w:t>balke bas paida ho gaye, kaan mein azan de di gayi aur phir kuch bare hue to kalma parhwa diya aur bare hue to Quran parha diya aur bare hue to namaz sikha di.</w:t>
      </w:r>
    </w:p>
    <w:p>
      <w:pPr>
        <w:jc w:val="right"/>
      </w:pPr>
      <w:r>
        <w:t>بلکہ بس پیدا ہوگئے، کان میں اذان دے دی گئی اور پھر کچھ بڑے ہوئے تو کلمہ پڑھوا دیا اور بڑے ہوئے تو قرآن پڑھا دیا اور بڑے ہوئے تو نماز سکھا دیا۔</w:t>
      </w:r>
    </w:p>
    <w:p>
      <w:r>
        <w:rPr>
          <w:b/>
        </w:rPr>
        <w:t xml:space="preserve">[19:41] </w:t>
      </w:r>
      <w:r>
        <w:t>is tarah se woh ek bohat hi saboot tareeqe se, woh goya ke ek darwaze se nikle, doosre ek kamre se nikle, doosre kamre mein dakhil ho gaye.</w:t>
      </w:r>
    </w:p>
    <w:p>
      <w:pPr>
        <w:jc w:val="right"/>
      </w:pPr>
      <w:r>
        <w:t>اس طرح سے وہ ایک بہت ہی ثبوت طریقے سے، وہ گویا کہ ایک دروازے سے نکلے، دوسرے ایک کمرے سے نکلے، دوسرے کمرے میں داخل ہو گئے۔</w:t>
      </w:r>
    </w:p>
    <w:p>
      <w:r>
        <w:rPr>
          <w:b/>
        </w:rPr>
        <w:t xml:space="preserve">[19:58] </w:t>
      </w:r>
      <w:r>
        <w:t>un ki zindagi mein koi bhushal nahi aaya, un ki zindagi mein koi brain storming nahi hui, un ki zindagi mein koi koi talash ka toofan nahi jaga.</w:t>
      </w:r>
    </w:p>
    <w:p>
      <w:pPr>
        <w:jc w:val="right"/>
      </w:pPr>
      <w:r>
        <w:t>ان کی زندگی میں کوئی بھوشال نہیں آیا، ان کی زندگی میں کوئی برین شارمنگ نہیں ہوئی، ان کی زندگی میں کوئی کوئی تلاش کا طوفان نہیں جگا۔</w:t>
      </w:r>
    </w:p>
    <w:p>
      <w:r>
        <w:rPr>
          <w:b/>
        </w:rPr>
        <w:t xml:space="preserve">[20:10] </w:t>
      </w:r>
      <w:r>
        <w:t>wo talash-e-haq mein sargardan nahi hue, woh jangalon aur biabanon mein talash mein phirte rahe, dekhen sachai kahan hai.</w:t>
      </w:r>
    </w:p>
    <w:p>
      <w:pPr>
        <w:jc w:val="right"/>
      </w:pPr>
      <w:r>
        <w:t>وہ تلاش حق میں سرگرداں نہیں ہوئے، وہ جنگلوں اور بیابانوں میں تلاش میں پھرتے رہے، دیکھیں سچائی کہاں ہے۔</w:t>
      </w:r>
    </w:p>
    <w:p>
      <w:r>
        <w:rPr>
          <w:b/>
        </w:rPr>
        <w:t xml:space="preserve">[20:22] </w:t>
      </w:r>
      <w:r>
        <w:t>to bas paida hue aur un ko is Islam bla Islam ke kaan mein azan de di gayi aur kalma parhwa diya gaya, Quran yaad dila diya gaya, namaz sikha di gayi.</w:t>
      </w:r>
    </w:p>
    <w:p>
      <w:pPr>
        <w:jc w:val="right"/>
      </w:pPr>
      <w:r>
        <w:t>تو بس پیدا ہوئے اور ان کو اس اسلام بلا اسلام کے کان میں اذان دے دی گئی اور کلمہ پڑھوا دیا گیا، قرآن یاد دلا دیا گیا، نماز سکھا دی گئی۔</w:t>
      </w:r>
    </w:p>
    <w:p>
      <w:r>
        <w:rPr>
          <w:b/>
        </w:rPr>
        <w:t xml:space="preserve">[20:35] </w:t>
      </w:r>
      <w:r>
        <w:t>yeh to is tarah nahi kisi ko milta. is ka matlab ke woh unprepared the, yani woh un ki soul jo thi, un ki rooh unprepared thi.</w:t>
      </w:r>
    </w:p>
    <w:p>
      <w:pPr>
        <w:jc w:val="right"/>
      </w:pPr>
      <w:r>
        <w:t>یہ تو اس طرح نہیں کسی کو ملتا۔ اس کا مطلب کہ وہ ان پریپریڈ تھے، یعنی وہ ان کی سول جو تھی، ان کی روح ان پریپریڈ تھی۔</w:t>
      </w:r>
    </w:p>
    <w:p>
      <w:r>
        <w:rPr>
          <w:b/>
        </w:rPr>
        <w:t xml:space="preserve">[20:48] </w:t>
      </w:r>
      <w:r>
        <w:t>woh aise tha jaise ke Gautam Buddha ke qisse mein ke us unclean bartan mein doodh daal diya jaye. unclean bartan mein doodh daal diya jaye to kya hoga?</w:t>
      </w:r>
    </w:p>
    <w:p>
      <w:pPr>
        <w:jc w:val="right"/>
      </w:pPr>
      <w:r>
        <w:t>وہ ایسے تھا جیسے کہ گوتم بدھ کے قصے میں کہ اس ان کلین برتن میں دودھ ڈال دیا جائے۔ ان کلین برتن میں دودھ ڈال دیا جائے تو کیا ہوگا؟</w:t>
      </w:r>
    </w:p>
    <w:p>
      <w:r>
        <w:rPr>
          <w:b/>
        </w:rPr>
        <w:t xml:space="preserve">[21:02] </w:t>
      </w:r>
      <w:r>
        <w:t>woh kharab ho jaye ga. to aise hi log hain ke woh unclean bartan bane hue hain, to woh un ko jo milta hai, is mein kuch paate nahi.</w:t>
      </w:r>
    </w:p>
    <w:p>
      <w:pPr>
        <w:jc w:val="right"/>
      </w:pPr>
      <w:r>
        <w:t>وہ خراب ہو جائے گا۔ تو ایسے ہی لوگ ہیں کہ وہ ان کلین برتن بنے ہوئے ہیں، تو وہ ان کو جو ملتا ہے، اس میں کچھ پاتے نہیں۔</w:t>
      </w:r>
    </w:p>
    <w:p>
      <w:r>
        <w:rPr>
          <w:b/>
        </w:rPr>
        <w:t xml:space="preserve">[21:12] </w:t>
      </w:r>
      <w:r>
        <w:t>woh</w:t>
      </w:r>
    </w:p>
    <w:p>
      <w:pPr>
        <w:jc w:val="right"/>
      </w:pPr>
      <w:r>
        <w:t>وہ</w:t>
      </w:r>
    </w:p>
    <w:p>
      <w:r>
        <w:rPr>
          <w:b/>
        </w:rPr>
        <w:t xml:space="preserve">[21:13] </w:t>
      </w:r>
      <w:r>
        <w:t>un ki zindagi, un ka haal yeh hai ke Islam bazahir Islam ka dawa karte hain, lekin un ke andar se negative thought khatam nahi hua, un ke andar se logon se nafraten khatam nahi hui, un ka شدت ka mizaj nahi aaya,</w:t>
      </w:r>
    </w:p>
    <w:p>
      <w:pPr>
        <w:jc w:val="right"/>
      </w:pPr>
      <w:r>
        <w:t>ان کی زندگی، ان کا حال یہ ہے کہ اسلام بظاہر اسلام کا دعویٰ کرتے ہیں، لیکن ان کے اندر سے نیگیٹیو تھاٹ ختم نہیں ہوا، ان کے اندر سے لوگوں سے نفرتیں ختم نہیں ہوئی، ان کا شدت کا مزاج نہیں آیا،</w:t>
      </w:r>
    </w:p>
    <w:p>
      <w:r>
        <w:rPr>
          <w:b/>
        </w:rPr>
        <w:t xml:space="preserve">[21:30] </w:t>
      </w:r>
      <w:r>
        <w:t>un ke andar شدت ka mizaj khatam nahi hua, un ke andar se Allah se gehri mohabbat nahi paida hui.</w:t>
      </w:r>
    </w:p>
    <w:p>
      <w:pPr>
        <w:jc w:val="right"/>
      </w:pPr>
      <w:r>
        <w:t>ان کے اندر شدت کا مزاج ختم نہیں ہوا، ان کے اندر سے اللہ سے گہری محبت نہیں پیدا ہوئی۔</w:t>
      </w:r>
    </w:p>
    <w:p>
      <w:r>
        <w:rPr>
          <w:b/>
        </w:rPr>
        <w:t xml:space="preserve">[21:39] </w:t>
      </w:r>
      <w:r>
        <w:t>yani woh sari cheezein jo isprit of islam hain, jo islam ke values hain, woh nahi aaein. bas aik aik rasmi musalman ban kar reh jaate hain, rasmi musalman.</w:t>
      </w:r>
    </w:p>
    <w:p>
      <w:pPr>
        <w:jc w:val="right"/>
      </w:pPr>
      <w:r>
        <w:t>یعنی وہ ساری چیزیں جو اسپرٹ آف اسلام ہیں، جو اسلام کے ویلوز ہیں، وہ نہیں آئیں۔ بس ایک ایک رسمی مسلمان بن کر رہ جاتے ہیں، رسمی مسلمان۔</w:t>
      </w:r>
    </w:p>
    <w:p>
      <w:r>
        <w:rPr>
          <w:b/>
        </w:rPr>
        <w:t xml:space="preserve">[21:53] </w:t>
      </w:r>
      <w:r>
        <w:t>to is ka sabab bhi yahi hai ke woh in ka in ka aaghaz hi hua aik aur dhang se, jo right beginning hai, is tarah in ka aaghaz nahi hua.</w:t>
      </w:r>
    </w:p>
    <w:p>
      <w:pPr>
        <w:jc w:val="right"/>
      </w:pPr>
      <w:r>
        <w:t>تو اس کا سبب بھی یہی ہے کہ وہ ان کا ان کا آغاز ہی ہوا ایک اور ڈھنگ سے، جو رائٹ بگننگ ہے، اس طرح ان کا آغاز نہیں ہوا۔</w:t>
      </w:r>
    </w:p>
    <w:p>
      <w:r>
        <w:rPr>
          <w:b/>
        </w:rPr>
        <w:t xml:space="preserve">[22:04] </w:t>
      </w:r>
      <w:r>
        <w:t>doosre dhang dhang se in ka aaghaz hua. to in dono sooraton mein jo baat kahi gayi hai, woh bazahir wahid ke sagheer mein hai, woh aik shakhs ko khitab karti hai,</w:t>
      </w:r>
    </w:p>
    <w:p>
      <w:pPr>
        <w:jc w:val="right"/>
      </w:pPr>
      <w:r>
        <w:t>دوسرے ڈھنگ ڈھنگ سے ان کا آغاز ہوا۔ تو ان دونوں صورتوں میں جو بات کہی گئی ہے، وہ بظاہر واحد کے صغیر میں ہے، وہ ایک شخص کو خطاب کرتی ہے،</w:t>
      </w:r>
    </w:p>
    <w:p>
      <w:r>
        <w:rPr>
          <w:b/>
        </w:rPr>
        <w:t xml:space="preserve">[22:19] </w:t>
      </w:r>
      <w:r>
        <w:t>musleh sahib ko. lekin yeh aik shakhs ke hawale se usool bataya gaya hai,</w:t>
      </w:r>
    </w:p>
    <w:p>
      <w:pPr>
        <w:jc w:val="right"/>
      </w:pPr>
      <w:r>
        <w:t>مصلح صاحب کو۔ لیکن یہ ایک شخص کے حوالے سے اصول بتایا گیا ہے،</w:t>
      </w:r>
    </w:p>
    <w:p>
      <w:r>
        <w:rPr>
          <w:b/>
        </w:rPr>
        <w:t xml:space="preserve">[22:29] </w:t>
      </w:r>
      <w:r>
        <w:t>aik fard ke hawale se usool fitrat bataya gaya hai ke</w:t>
      </w:r>
    </w:p>
    <w:p>
      <w:pPr>
        <w:jc w:val="right"/>
      </w:pPr>
      <w:r>
        <w:t>ایک فرد کے حوالے سے اصول فطرت بتایا گیا ہے کہ</w:t>
      </w:r>
    </w:p>
    <w:p>
      <w:r>
        <w:rPr>
          <w:b/>
        </w:rPr>
        <w:t xml:space="preserve">[22:40] </w:t>
      </w:r>
      <w:r>
        <w:t>sachai un ko milti hai jo sachai ke haqeeqi talib bane hain,</w:t>
      </w:r>
    </w:p>
    <w:p>
      <w:pPr>
        <w:jc w:val="right"/>
      </w:pPr>
      <w:r>
        <w:t>سچائی ان کو ملتی ہے جو سچائی کے حقیقی طالب بنے ہیں،</w:t>
      </w:r>
    </w:p>
    <w:p>
      <w:r>
        <w:rPr>
          <w:b/>
        </w:rPr>
        <w:t xml:space="preserve">[22:50] </w:t>
      </w:r>
      <w:r>
        <w:t>jin ke andar yani haqeeqi maano mein talab ka jazba bhark utha hai.</w:t>
      </w:r>
    </w:p>
    <w:p>
      <w:pPr>
        <w:jc w:val="right"/>
      </w:pPr>
      <w:r>
        <w:t>جن کے اندر یعنی حقیقی معنوں میں طلب کا جذبہ بھڑک اٹھا ہے۔</w:t>
      </w:r>
    </w:p>
    <w:p>
      <w:r>
        <w:rPr>
          <w:b/>
        </w:rPr>
        <w:t xml:space="preserve">[23:00] </w:t>
      </w:r>
      <w:r>
        <w:t>tab woh prepared mind bante hain sachai ke liye, tab un ke andar viah banta hai, tab un ke andar container banta hai.</w:t>
      </w:r>
    </w:p>
    <w:p>
      <w:pPr>
        <w:jc w:val="right"/>
      </w:pPr>
      <w:r>
        <w:t>تب وہ پریپیرڈ مائنڈ بنتے ہیں سچائی کے لیے، تب ان کے اندر ویاہ بنتا ہے، تب ان کے اندر کنٹینر بنتا ہے۔</w:t>
      </w:r>
    </w:p>
    <w:p>
      <w:r>
        <w:rPr>
          <w:b/>
        </w:rPr>
        <w:t xml:space="preserve">[23:11] </w:t>
      </w:r>
      <w:r>
        <w:t>is ke baghair jo hai, woh woh kuch nahi hai. woh aik just like robot hote hain, yani is ke baghair jis ko mil jaye bazahir deen, woh just like robot hoga.</w:t>
      </w:r>
    </w:p>
    <w:p>
      <w:pPr>
        <w:jc w:val="right"/>
      </w:pPr>
      <w:r>
        <w:t>اس کے بغیر جو ہے، وہ وہ کچھ نہیں ہے۔ وہ ایک جسٹ لائک روبوٹ ہوتے ہیں، یعنی اس کے بغیر جس کو مل جائے بظاہر دین، وہ جسٹ لائک روبوٹ ہوگا۔</w:t>
      </w:r>
    </w:p>
    <w:p>
      <w:r>
        <w:rPr>
          <w:b/>
        </w:rPr>
        <w:t xml:space="preserve">[23:25] </w:t>
      </w:r>
      <w:r>
        <w:t>yani bazahir is ki zindagi mein aap kuch alamaatein dekhenge deen</w:t>
      </w:r>
    </w:p>
    <w:p>
      <w:pPr>
        <w:jc w:val="right"/>
      </w:pPr>
      <w:r>
        <w:t>یعنی بظاہر اس کی زندگی میں آپ کچھ علامتیں دیکھیں گے دین</w:t>
      </w:r>
    </w:p>
    <w:p>
      <w:r>
        <w:rPr>
          <w:b/>
        </w:rPr>
        <w:t xml:space="preserve">[23:29] </w:t>
      </w:r>
      <w:r>
        <w:t>ki, andar se woh kuch nahi hoga.</w:t>
      </w:r>
    </w:p>
    <w:p>
      <w:pPr>
        <w:jc w:val="right"/>
      </w:pPr>
      <w:r>
        <w:t>کی، اندر سے وہ کچھ نہیں ہوگا۔</w:t>
      </w:r>
    </w:p>
    <w:p>
      <w:r>
        <w:rPr>
          <w:b/>
        </w:rPr>
        <w:t xml:space="preserve">[23:34] </w:t>
      </w:r>
      <w:r>
        <w:t>to</w:t>
      </w:r>
    </w:p>
    <w:p>
      <w:pPr>
        <w:jc w:val="right"/>
      </w:pPr>
      <w:r>
        <w:t>تو</w:t>
      </w:r>
    </w:p>
    <w:p>
      <w:r>
        <w:rPr>
          <w:b/>
        </w:rPr>
        <w:t xml:space="preserve">[23:37] </w:t>
      </w:r>
      <w:r>
        <w:t>yeh yeh yeh yeh jo deen hai, is yeh deen logon ke andar kaise paida ho, is ka tareeqa yahi hai ke logon ko bataya jaye.</w:t>
      </w:r>
    </w:p>
    <w:p>
      <w:pPr>
        <w:jc w:val="right"/>
      </w:pPr>
      <w:r>
        <w:t>یہ یہ یہ یہ جو دین ہے، اس یہ دین لوگوں کے اندر کیسے پیدا ہو، اس کا طریقہ یہی ہے کہ لوگوں کو بتایا جائے۔</w:t>
      </w:r>
    </w:p>
    <w:p>
      <w:r>
        <w:rPr>
          <w:b/>
        </w:rPr>
        <w:t xml:space="preserve">[23:48] </w:t>
      </w:r>
      <w:r>
        <w:t>dekhiye, talash kisi bhi marhale mein shuru ho sakti hai. yeh zaroori nahi ke jab paida hua aadmi tab shuru ho jaye.</w:t>
      </w:r>
    </w:p>
    <w:p>
      <w:pPr>
        <w:jc w:val="right"/>
      </w:pPr>
      <w:r>
        <w:t>دیکھیے، تلاش کسی بھی مرحلے میں شروع ہو سکتی ہے۔ یہ ضروری نہیں کہ جب پیدا ہوا آدمی تب شروع ہو جائے۔</w:t>
      </w:r>
    </w:p>
    <w:p>
      <w:r>
        <w:rPr>
          <w:b/>
        </w:rPr>
        <w:t xml:space="preserve">[23:55] </w:t>
      </w:r>
      <w:r>
        <w:t>kisi marhale mein agar is ko pata ho jaye ke</w:t>
      </w:r>
    </w:p>
    <w:p>
      <w:pPr>
        <w:jc w:val="right"/>
      </w:pPr>
      <w:r>
        <w:t>کسی مرحلے میں اگر اس کو پتہ ہو جائے کہ</w:t>
      </w:r>
    </w:p>
    <w:p>
      <w:r>
        <w:rPr>
          <w:b/>
        </w:rPr>
        <w:t xml:space="preserve">[24:01] </w:t>
      </w:r>
      <w:r>
        <w:t>sachai paane ka rasta yeh hai, to is raste se chal sakta hai. woh phir woh mutala karega, woh ghore fikr karega, woh apni zindagi ki ki koi revise karega, apni decardination karega,</w:t>
      </w:r>
    </w:p>
    <w:p>
      <w:pPr>
        <w:jc w:val="right"/>
      </w:pPr>
      <w:r>
        <w:t>سچائی پانے کا راستہ یہ ہے، تو اس راستے سے چل سکتا ہے۔ وہ پھر وہ مطالعہ کرے گا، وہ غور و فکر کرے گا، وہ اپنی زندگی کی کی کوئی ریوائز کرے گا، اپنی ڈی کارڈینیشن کرے گا،</w:t>
      </w:r>
    </w:p>
    <w:p>
      <w:r>
        <w:rPr>
          <w:b/>
        </w:rPr>
        <w:t xml:space="preserve">[24:16] </w:t>
      </w:r>
      <w:r>
        <w:t>apna muhasiba karega. to yeh yeh batane ki zaroorat hai, kyunke log bekhabar hain is se.</w:t>
      </w:r>
    </w:p>
    <w:p>
      <w:pPr>
        <w:jc w:val="right"/>
      </w:pPr>
      <w:r>
        <w:t>اپنا محاسبہ کرے گا۔ تو یہ یہ بتانے کی ضرورت ہے، کیونکہ لوگ بے خبر ہیں اس سے۔</w:t>
      </w:r>
    </w:p>
    <w:p>
      <w:r>
        <w:rPr>
          <w:b/>
        </w:rPr>
        <w:t xml:space="preserve">[24:24] </w:t>
      </w:r>
      <w:r>
        <w:t>log jaante hi nahi ke sachai is tarah milti hai, deen is tarah milta hai, islam is tarah milta hai. is ko jaante hi nahi. woh samajhte hain ke bas paida hote hi hum hamare kaan mein jo azan di gayi, woh kalma padhwa diya gaya, to bas ho gaya, hamein islam mil gaya.</w:t>
      </w:r>
    </w:p>
    <w:p>
      <w:pPr>
        <w:jc w:val="right"/>
      </w:pPr>
      <w:r>
        <w:t>لوگ جانتے ہی نہیں کہ سچائی اس طرح ملتی ہے، دین اس طرح ملتا ہے، اسلام اس طرح ملتا ہے۔ اس کو جانتے ہی نہیں۔ وہ سمجھتے ہیں کہ بس پیدا ہوتے ہی ہم ہمارے کان میں جو اذان دی گئی، وہ کلمہ پڑھوا دیا گیا، تو بس ہو گیا، ہمیں اسلام مل گیا۔</w:t>
      </w:r>
    </w:p>
    <w:p>
      <w:r>
        <w:rPr>
          <w:b/>
        </w:rPr>
        <w:t xml:space="preserve">[24:43] </w:t>
      </w:r>
      <w:r>
        <w:t>yeh yahi woh jaante hain. to un ko dobara agar aap is tareeqe se batayein in in dono sooraton ko le kar ke, to is ke andar rethinking aayegi.</w:t>
      </w:r>
    </w:p>
    <w:p>
      <w:pPr>
        <w:jc w:val="right"/>
      </w:pPr>
      <w:r>
        <w:t>یہ یہی وہ جانتے ہیں۔ تو ان کو دوبارہ اگر آپ اس طریقے سے بتائیں ان ان دونوں صورتوں کو لے کر کے، تو اس کے اندر ری تھنکنگ آئے گی۔</w:t>
      </w:r>
    </w:p>
    <w:p>
      <w:r>
        <w:rPr>
          <w:b/>
        </w:rPr>
        <w:t xml:space="preserve">[24:54] </w:t>
      </w:r>
      <w:r>
        <w:t>phir se sochega ke arey bhai, to jahiliyat mein zindagi guzar raha tha, abhi to mujhe islam mila hi nahi tha.</w:t>
      </w:r>
    </w:p>
    <w:p>
      <w:pPr>
        <w:jc w:val="right"/>
      </w:pPr>
      <w:r>
        <w:t>پھر سے سوچے گا کہ ارے بھئی، تو جاہلیت میں زندگی گزار رہا تھا، ابھی تو مجھے اسلام ملا ہی نہیں تھا۔</w:t>
      </w:r>
    </w:p>
    <w:p>
      <w:r>
        <w:rPr>
          <w:b/>
        </w:rPr>
        <w:t xml:space="preserve">[25:04] </w:t>
      </w:r>
      <w:r>
        <w:t>mujhe phir se sochna hai, mujhe phir se apni zindagi ko reset karna hai, mujhe apni priority ko reset karna hai, dobara mujhe seeker banna hai.</w:t>
      </w:r>
    </w:p>
    <w:p>
      <w:pPr>
        <w:jc w:val="right"/>
      </w:pPr>
      <w:r>
        <w:t>مجھے پھر سے سوچنا ہے، مجھے پھر سے اپنی زندگی کو ری سیٹ کرنا ہے، مجھے اپنی پرائرٹی کو ری سیٹ کرنا ہے، دوبارہ مجھے سیکر بننا ہے۔</w:t>
      </w:r>
    </w:p>
    <w:p>
      <w:r>
        <w:rPr>
          <w:b/>
        </w:rPr>
        <w:t xml:space="preserve">[25:14] </w:t>
      </w:r>
      <w:r>
        <w:t>to kisi bhi marhale mein aadmi ke andar yeh yeh yeh sab baatein jaag sakti hain. is ke liye koi umar ki shart nahi,</w:t>
      </w:r>
    </w:p>
    <w:p>
      <w:pPr>
        <w:jc w:val="right"/>
      </w:pPr>
      <w:r>
        <w:t>تو کسی بھی مرحلے میں آدمی کے اندر یہ یہ یہ سب باتیں جاگ سکتی ہیں۔ اس کے لیے کوئی عمر کی شرط نہیں،</w:t>
      </w:r>
    </w:p>
    <w:p>
      <w:r>
        <w:rPr>
          <w:b/>
        </w:rPr>
        <w:t xml:space="preserve">[25:32] </w:t>
      </w:r>
      <w:r>
        <w:t>is ki koi umar ki shart nahi.</w:t>
      </w:r>
    </w:p>
    <w:p>
      <w:pPr>
        <w:jc w:val="right"/>
      </w:pPr>
      <w:r>
        <w:t>اس کی کوئی عمر کی شرط نہیں۔</w:t>
      </w:r>
    </w:p>
    <w:p>
      <w:r>
        <w:rPr>
          <w:b/>
        </w:rPr>
        <w:t xml:space="preserve">[25:36] </w:t>
      </w:r>
      <w:r>
        <w:t>aisa nahi hai ke agar bachpan se aadmi ko is is tarah ka</w:t>
      </w:r>
    </w:p>
    <w:p>
      <w:pPr>
        <w:jc w:val="right"/>
      </w:pPr>
      <w:r>
        <w:t>ایسا نہیں ہے کہ اگر بچپن سے آدمی کو اس اس طرح کا</w:t>
      </w:r>
    </w:p>
    <w:p>
      <w:r>
        <w:rPr>
          <w:b/>
        </w:rPr>
        <w:t xml:space="preserve">[25:41] </w:t>
      </w:r>
      <w:r>
        <w:t>is par na guzra ho, is tarah ke ahwal to ab hamesha ke liye woh is se mehroom ho gaya. aisa nahi hai. kisi bhi marhale mein agar is ko samjha diya jaye to is ke andar yeh yeh yeh mizaj paida ho sakta hai aur asarana woh apna aap ko is raste par daal sakta hai.</w:t>
      </w:r>
    </w:p>
    <w:p>
      <w:pPr>
        <w:jc w:val="right"/>
      </w:pPr>
      <w:r>
        <w:t>اس پر نہ گزرا ہو، اس طرح کے احوال تو اب ہمیشہ کے لیے وہ اس سے محروم ہو گیا۔ ایسا نہیں ہے۔ کسی بھی مرحلے میں اگر اس کو سمجھا دیا جائے تو اس کے اندر یہ یہ یہ مزاج پیدا ہو سکتا ہے اور اثرانہ وہ اپنا آپ کو اس راستے پر ڈال سکتا ہے۔</w:t>
      </w:r>
    </w:p>
    <w:p>
      <w:r>
        <w:rPr>
          <w:b/>
        </w:rPr>
        <w:t xml:space="preserve">[26:06] </w:t>
      </w:r>
      <w:r>
        <w:t>asal muamla sirf yeh hai ke deen ki sahi tasweer pesh karna, deen ka sahi tasawwur pesh karna. ab jaise yeh dono sooraten hain, aap tasweeron mein parhen to aap ko lage ke yeh to aik shakhs ka kahani hai.</w:t>
      </w:r>
    </w:p>
    <w:p>
      <w:pPr>
        <w:jc w:val="right"/>
      </w:pPr>
      <w:r>
        <w:t>اصل معاملہ صرف یہ ہے کہ دین کی صحیح تصویر پیش کرنا، دین کا صحیح تصور پیش کرنا۔ اب جیسے یہ دونوں صورتیں ہیں، آپ تصویروں میں پڑھیں تو آپ کو لگے کہ یہ تو ایک شخص کا کہانی ہے۔</w:t>
      </w:r>
    </w:p>
    <w:p>
      <w:r>
        <w:rPr>
          <w:b/>
        </w:rPr>
        <w:t xml:space="preserve">[26:20] </w:t>
      </w:r>
      <w:r>
        <w:t>to is se logon ko kya sabak mila? un dono sooraton ko tasweeron mein jis tarah likha gaya hai, woh to bas yahi hai ke aik shakhs tha jo arab mein paida hua, is ka naam Muhammad bin Abdullah tha, is ke sath aisa aisa muamla hua.</w:t>
      </w:r>
    </w:p>
    <w:p>
      <w:pPr>
        <w:jc w:val="right"/>
      </w:pPr>
      <w:r>
        <w:t>تو اس سے لوگوں کو کیا سبق ملا؟ ان دونوں صورتوں کو تصویروں میں جس طرح لکھا گیا ہے، وہ تو بس یہی ہے کہ ایک شخص تھا جو عرب میں پیدا ہوا، اس کا نام محمد بن عبداللہ تھا، اس کے ساتھ ایسا ایسا معاملہ ہوا۔</w:t>
      </w:r>
    </w:p>
    <w:p>
      <w:r>
        <w:rPr>
          <w:b/>
        </w:rPr>
        <w:t xml:space="preserve">[26:36] </w:t>
      </w:r>
      <w:r>
        <w:t>to aap is ko is tarah batana parhega aap ko ke is mein log apne liye aik general principle pa len, khud apne liye aik usool daryaft kar len, khud apne upar is ko apply karen.</w:t>
      </w:r>
    </w:p>
    <w:p>
      <w:pPr>
        <w:jc w:val="right"/>
      </w:pPr>
      <w:r>
        <w:t>تو آپ اس کو اس طرح بتانا پڑے گا آپ کو کہ اس میں لوگ اپنے لیے ایک جنرل پرنسپل پا لیں، خود اپنے لیے ایک اصول دریافت کر لیں، خود اپنے اوپر اس کو اپلائی کریں۔</w:t>
      </w:r>
    </w:p>
    <w:p>
      <w:r>
        <w:rPr>
          <w:b/>
        </w:rPr>
        <w:t xml:space="preserve">[26:50] </w:t>
      </w:r>
      <w:r>
        <w:t>is tarah se batana parhega. tasweeron ko parta hai aadmi to samajhta hai ke to aik mazi ke insan ki kahani hai, hamara is se koi ta'alluq nahi,</w:t>
      </w:r>
    </w:p>
    <w:p>
      <w:pPr>
        <w:jc w:val="right"/>
      </w:pPr>
      <w:r>
        <w:t>اس طرح سے بتانا پڑے گا۔ تصویروں کو پڑھتا ہے آدمی تو سمجھتا ہے کہ تو ایک ماضی کے انسان کی کہانی ہے، ہمارا اس سے کوئی تعلق نہیں،</w:t>
      </w:r>
    </w:p>
    <w:p>
      <w:r>
        <w:rPr>
          <w:b/>
        </w:rPr>
        <w:t xml:space="preserve">[27:01] </w:t>
      </w:r>
      <w:r>
        <w:t>hum to already ya pure muamle mein musalman hain. to jab in dono sooraton ko le kar ke bataya jaye logon ko, yeh in ko to jaise hi in ko pata chalega ke hum to abhi is meyar par pure nahi utre, hum is course se abhi guzre nahi,</w:t>
      </w:r>
    </w:p>
    <w:p>
      <w:pPr>
        <w:jc w:val="right"/>
      </w:pPr>
      <w:r>
        <w:t>ہم تو الریڈی یا پورے معاملے میں مسلمان ہیں۔ تو جب ان دونوں صورتوں کو لے کر کے بتایا جائے لوگوں کو، یہ ان کو تو جیسے ہی ان کو پتہ چلے گا کہ ہم تو ابھی اس معیار پر پورے نہیں اترے، ہم اس کورس سے ابھی گزرے نہیں،</w:t>
      </w:r>
    </w:p>
    <w:p>
      <w:r>
        <w:rPr>
          <w:b/>
        </w:rPr>
        <w:t xml:space="preserve">[27:24] </w:t>
      </w:r>
      <w:r>
        <w:t>to phir rethinking aayegi in ke andar aur phir woh dobara apne aap ko yani is is satah par layenge jo matloob satah hai.</w:t>
      </w:r>
    </w:p>
    <w:p>
      <w:pPr>
        <w:jc w:val="right"/>
      </w:pPr>
      <w:r>
        <w:t>تو پھر ری تھنکنگ آئے گی ان کے اندر اور پھر وہ دوبارہ اپنے آپ کو یعنی اس اس سطح پر لائیں گے جو مطلوب سطح ہے۔</w:t>
      </w:r>
    </w:p>
    <w:p>
      <w:r>
        <w:rPr>
          <w:b/>
        </w:rPr>
        <w:t xml:space="preserve">[27:37] </w:t>
      </w:r>
      <w:r>
        <w:t>to sara muamla jo hai, woh batane ka hai, logon ko ba-khabar karne ka hai,</w:t>
      </w:r>
    </w:p>
    <w:p>
      <w:pPr>
        <w:jc w:val="right"/>
      </w:pPr>
      <w:r>
        <w:t>تو سارا معاملہ جو ہے، وہ بتانے کا ہے، لوگوں کو باخبر کرنے کا ہے،</w:t>
      </w:r>
    </w:p>
    <w:p>
      <w:r>
        <w:rPr>
          <w:b/>
        </w:rPr>
        <w:t xml:space="preserve">[27:48] </w:t>
      </w:r>
      <w:r>
        <w:t>logon ko woh shaoor jagane ka hai.</w:t>
      </w:r>
    </w:p>
    <w:p>
      <w:pPr>
        <w:jc w:val="right"/>
      </w:pPr>
      <w:r>
        <w:t>لوگوں کو وہ شعور جگانے کا ہے۔</w:t>
      </w:r>
    </w:p>
    <w:p>
      <w:r>
        <w:rPr>
          <w:b/>
        </w:rPr>
        <w:t xml:space="preserve">[27:57] </w:t>
      </w:r>
      <w:r>
        <w:t>to koi bhi shakhs kisi bhi din, kisi bhi zindagi ke apne kisi bhi mor par agar woh daryaft kar le is haqeeqat ko, to woh apni zindagi mein is ko shamil kar lega aur kal nahi to aaj se woh aik naye daur ka aghaz kar dega apni zindagi mein.</w:t>
      </w:r>
    </w:p>
    <w:p>
      <w:pPr>
        <w:jc w:val="right"/>
      </w:pPr>
      <w:r>
        <w:t>تو کوئی بھی شخص کسی بھی دن، کسی بھی زندگی کے اپنے کسی بھی موڑ پر اگر وہ دریافت کر لے اس حقیقت کو، تو وہ اپنی زندگی میں اس کو شامل کر لے گا اور کل نہیں تو آج سے وہ ایک نئے دور کا آغاز کر دے گا اپنی زندگی میں۔</w:t>
      </w:r>
    </w:p>
    <w:p>
      <w:r>
        <w:rPr>
          <w:b/>
        </w:rPr>
        <w:t xml:space="preserve">[28:21] </w:t>
      </w:r>
      <w:r>
        <w:t>to yeh sabak hai jo in dono sooraton se milta hai.</w:t>
      </w:r>
    </w:p>
    <w:p>
      <w:pPr>
        <w:jc w:val="right"/>
      </w:pPr>
      <w:r>
        <w:t>تو یہ سبق ہے جو ان دونوں صورتوں سے ملتا ہے۔</w:t>
      </w:r>
    </w:p>
    <w:p>
      <w:r>
        <w:rPr>
          <w:b/>
        </w:rPr>
        <w:t xml:space="preserve">[28:27] </w:t>
      </w:r>
      <w:r>
        <w:t>meri dua hai ke Allah taala mujh ko aur aap ko tofeeq de ke hum Allah ke qanoon ko samjhen aur us ko apne upar apply karen.</w:t>
      </w:r>
    </w:p>
    <w:p>
      <w:pPr>
        <w:jc w:val="right"/>
      </w:pPr>
      <w:r>
        <w:t>میری دعا ہے کہ اللہ تعالیٰ مجھ کو اور آپ کو توفیق دے کہ ہم اللہ کے قانون کو سمجھیں اور اس کو اپنے اوپر اپلائی کریں۔</w:t>
      </w:r>
    </w:p>
    <w:p>
      <w:r>
        <w:rPr>
          <w:b/>
        </w:rPr>
        <w:t xml:space="preserve">[28:43] </w:t>
      </w:r>
      <w:r>
        <w:t>yeh qanoon sab ke liye hai, aisa nahi ke kisi ke liye hai, kisi ke liye nahi, sab ke liye.</w:t>
      </w:r>
    </w:p>
    <w:p>
      <w:pPr>
        <w:jc w:val="right"/>
      </w:pPr>
      <w:r>
        <w:t>یہ قانون سب کے لیے ہے، ایسا نہیں کہ کسی کے لیے ہے، کسی کے لیے نہیں، سب کے لیے۔</w:t>
      </w:r>
    </w:p>
    <w:p>
      <w:r>
        <w:rPr>
          <w:b/>
        </w:rPr>
        <w:t xml:space="preserve">[28:52] </w:t>
      </w:r>
      <w:r>
        <w:t>to Allah taala mujh ko aur aap ko tofeeq de ke hum is muamle mein ghaflat se bachen, ghaflat se bachen aur sahi rastay par apne aap ko dalen taake hum aakhirat mein kamyab hon.</w:t>
      </w:r>
    </w:p>
    <w:p>
      <w:pPr>
        <w:jc w:val="right"/>
      </w:pPr>
      <w:r>
        <w:t>تو اللہ تعالیٰ مجھ کو اور آپ کو توفیق دے کہ ہم اس معاملے میں غفلت سے بچیں، غفلت سے بچیں اور صحیح راستے پر اپنے آپ کو ڈالیں تاکہ ہم آخرت میں کامیاب ہوں۔</w:t>
      </w:r>
    </w:p>
    <w:p>
      <w:r>
        <w:rPr>
          <w:b/>
        </w:rPr>
        <w:t xml:space="preserve">[29:12] </w:t>
      </w:r>
      <w:r>
        <w:t>assalam o alaikum wa rehmatullah.</w:t>
      </w:r>
    </w:p>
    <w:p>
      <w:pPr>
        <w:jc w:val="right"/>
      </w:pPr>
      <w:r>
        <w:t>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