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Adjustment June 27, 2009</w:t>
      </w:r>
    </w:p>
    <w:p>
      <w:r>
        <w:t>https://youtu.be/Gp1zc2HPMRU</w:t>
      </w:r>
    </w:p>
    <w:p>
      <w:r>
        <w:rPr>
          <w:b/>
        </w:rPr>
        <w:t xml:space="preserve">[00:11] </w:t>
      </w:r>
      <w:r>
        <w:t>bismillah hir rahman nir rahim, wa salli Allahu ala nabiyyil karim.</w:t>
      </w:r>
    </w:p>
    <w:p>
      <w:pPr>
        <w:jc w:val="right"/>
      </w:pPr>
      <w:r>
        <w:t>بسم اللہ الرحمن الرحیم، وصلی اللہ علی النبی الکریم۔</w:t>
      </w:r>
    </w:p>
    <w:p>
      <w:r>
        <w:rPr>
          <w:b/>
        </w:rPr>
        <w:t xml:space="preserve">[00:20]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[00:35] </w:t>
      </w:r>
      <w:r>
        <w:t>The topic for this evening is the importance of adjustment.</w:t>
      </w:r>
    </w:p>
    <w:p>
      <w:pPr>
        <w:jc w:val="right"/>
      </w:pPr>
      <w:r>
        <w:t>دا ٹاپک فار دس ایوننگ از دا امپورٹنس آف ایڈجسٹمنٹ۔</w:t>
      </w:r>
    </w:p>
    <w:p>
      <w:r>
        <w:rPr>
          <w:b/>
        </w:rPr>
        <w:t xml:space="preserve">[00:46] </w:t>
      </w:r>
      <w:r>
        <w:t>now, what is adjustment? adjustment means settlement.</w:t>
      </w:r>
    </w:p>
    <w:p>
      <w:pPr>
        <w:jc w:val="right"/>
      </w:pPr>
      <w:r>
        <w:t>ناؤ، واٹ از ایڈجسٹمنٹ؟ ایڈجسٹمنٹ مینز سیٹلمنٹ۔</w:t>
      </w:r>
    </w:p>
    <w:p>
      <w:r>
        <w:rPr>
          <w:b/>
        </w:rPr>
        <w:t xml:space="preserve">[00:57] </w:t>
      </w:r>
      <w:r>
        <w:t>it is to settle a matter of conflict peacefully, even on unilateral basis.</w:t>
      </w:r>
    </w:p>
    <w:p>
      <w:pPr>
        <w:jc w:val="right"/>
      </w:pPr>
      <w:r>
        <w:t>اٹ از ٹو سیٹل ا میٹر آف کانفلکٹ پیس فلی، ایون ان یونی لیٹرل بیسس۔</w:t>
      </w:r>
    </w:p>
    <w:p>
      <w:r>
        <w:rPr>
          <w:b/>
        </w:rPr>
        <w:t xml:space="preserve">[01:11] </w:t>
      </w:r>
      <w:r>
        <w:t>this is adjustment. adjustment is a law of nature.</w:t>
      </w:r>
    </w:p>
    <w:p>
      <w:pPr>
        <w:jc w:val="right"/>
      </w:pPr>
      <w:r>
        <w:t>دس از ایڈجسٹمنٹ۔ ایڈجسٹمنٹ از اے لاء آف نیچر۔</w:t>
      </w:r>
    </w:p>
    <w:p>
      <w:r>
        <w:rPr>
          <w:b/>
        </w:rPr>
        <w:t xml:space="preserve">[01:22] </w:t>
      </w:r>
      <w:r>
        <w:t>without adjustment, there is no progress, no development in this world.</w:t>
      </w:r>
    </w:p>
    <w:p>
      <w:pPr>
        <w:jc w:val="right"/>
      </w:pPr>
      <w:r>
        <w:t>وداؤٹ ایڈجسٹمنٹ، دیر از نو پروگریس، نو ڈیولپمنٹ ان دس ورلڈ۔</w:t>
      </w:r>
    </w:p>
    <w:p>
      <w:r>
        <w:rPr>
          <w:b/>
        </w:rPr>
        <w:t xml:space="preserve">[01:31] </w:t>
      </w:r>
      <w:r>
        <w:t>recently, i happen to meet a lady. she was a married lady. she said that i am not comfortable with my husband, so i want separation.</w:t>
      </w:r>
    </w:p>
    <w:p>
      <w:pPr>
        <w:jc w:val="right"/>
      </w:pPr>
      <w:r>
        <w:t>ریسنٹلی، ائی ہیپن ٹو میٹ ا لیڈی۔ شی واز ا میریڈ لیڈی۔ شی سیڈ دیٹ ائی ایم ناٹ کمفرٹیبل ود مائی ہسبینڈ، سو ائی وانٹ سیپریشن۔</w:t>
      </w:r>
    </w:p>
    <w:p>
      <w:r>
        <w:rPr>
          <w:b/>
        </w:rPr>
        <w:t xml:space="preserve">[01:53] </w:t>
      </w:r>
      <w:r>
        <w:t>i said no. separation is not an option. you have to make adjustment.</w:t>
      </w:r>
    </w:p>
    <w:p>
      <w:pPr>
        <w:jc w:val="right"/>
      </w:pPr>
      <w:r>
        <w:t>ائی سیڈ نو۔ سیپریشن از ناٹ این آپشن۔ یو ہیو ٹو میک ایڈجسٹمنٹ۔</w:t>
      </w:r>
    </w:p>
    <w:p>
      <w:r>
        <w:rPr>
          <w:b/>
        </w:rPr>
        <w:t xml:space="preserve">[02:06] </w:t>
      </w:r>
      <w:r>
        <w:t>you have to opt for adjustment. she said no. it is 21st century.</w:t>
      </w:r>
    </w:p>
    <w:p>
      <w:pPr>
        <w:jc w:val="right"/>
      </w:pPr>
      <w:r>
        <w:t>یو ہیو ٹو اپ فار ایڈجسٹمنٹ۔ شی سیڈ نو۔ اٹ از 21st سینچری۔</w:t>
      </w:r>
    </w:p>
    <w:p>
      <w:r>
        <w:rPr>
          <w:b/>
        </w:rPr>
        <w:t xml:space="preserve">[02:18] </w:t>
      </w:r>
      <w:r>
        <w:t>we are living in an advanced century, and now there is no question of adjustment.</w:t>
      </w:r>
    </w:p>
    <w:p>
      <w:pPr>
        <w:jc w:val="right"/>
      </w:pPr>
      <w:r>
        <w:t>وی ار لیونگ ان ان این ایڈوانس سینچری، اینڈ ناؤ دیر از نو کوئسچن آف ایڈجسٹمنٹ۔</w:t>
      </w:r>
    </w:p>
    <w:p>
      <w:r>
        <w:rPr>
          <w:b/>
        </w:rPr>
        <w:t xml:space="preserve">[02:29] </w:t>
      </w:r>
      <w:r>
        <w:t>That's a wrong perception. Adjustment is not a matter of time.</w:t>
      </w:r>
    </w:p>
    <w:p>
      <w:pPr>
        <w:jc w:val="right"/>
      </w:pPr>
      <w:r>
        <w:t>دس ار رونگ پرسیپشن۔ ایڈجسٹمنٹ از ناٹ ا میٹر آف ٹائم۔</w:t>
      </w:r>
    </w:p>
    <w:p>
      <w:r>
        <w:rPr>
          <w:b/>
        </w:rPr>
        <w:t xml:space="preserve">[02:41] </w:t>
      </w:r>
      <w:r>
        <w:t>it is not matter of 21st century or 41st century.</w:t>
      </w:r>
    </w:p>
    <w:p>
      <w:pPr>
        <w:jc w:val="right"/>
      </w:pPr>
      <w:r>
        <w:t>اٹ از ناٹ میٹر آف 21st سینچری اور 41st سینچری۔</w:t>
      </w:r>
    </w:p>
    <w:p>
      <w:r>
        <w:rPr>
          <w:b/>
        </w:rPr>
        <w:t xml:space="preserve">[02:48] </w:t>
      </w:r>
      <w:r>
        <w:t>adjustment is an eternal value. adjustment is a universal culture.</w:t>
      </w:r>
    </w:p>
    <w:p>
      <w:pPr>
        <w:jc w:val="right"/>
      </w:pPr>
      <w:r>
        <w:t>ایڈجسٹمنٹ از این ایٹرنل ویلیو۔ ایڈجسٹمنٹ از ا یونیورسل کلچر۔</w:t>
      </w:r>
    </w:p>
    <w:p>
      <w:r>
        <w:rPr>
          <w:b/>
        </w:rPr>
        <w:t xml:space="preserve">[02:59] </w:t>
      </w:r>
      <w:r>
        <w:t>every where in the world, you find adjustment.</w:t>
      </w:r>
    </w:p>
    <w:p>
      <w:pPr>
        <w:jc w:val="right"/>
      </w:pPr>
      <w:r>
        <w:t>ایوری ویر ان دا ورلڈ، یو فائنڈ ایڈجسٹمنٹ۔</w:t>
      </w:r>
    </w:p>
    <w:p>
      <w:r>
        <w:rPr>
          <w:b/>
        </w:rPr>
        <w:t xml:space="preserve">[03:05] </w:t>
      </w:r>
      <w:r>
        <w:t>among stars, among planets, and in plant kingdom and animal kingdom, every where there is adjustment.</w:t>
      </w:r>
    </w:p>
    <w:p>
      <w:pPr>
        <w:jc w:val="right"/>
      </w:pPr>
      <w:r>
        <w:t>امنگ سٹارز، امنگ پلینٹس، اینڈ ان پلانٹ کنگڈم اینڈ اینیمل کنگڈم، ایوری ویر دیر از ایڈجسٹمنٹ۔</w:t>
      </w:r>
    </w:p>
    <w:p>
      <w:r>
        <w:rPr>
          <w:b/>
        </w:rPr>
        <w:t xml:space="preserve">[03:21] </w:t>
      </w:r>
      <w:r>
        <w:t>so is the case of man kind. why? why is the reason?</w:t>
      </w:r>
    </w:p>
    <w:p>
      <w:pPr>
        <w:jc w:val="right"/>
      </w:pPr>
      <w:r>
        <w:t>سو از دا کیس آف مین کائنڈ۔ وائی؟ وائی از دا ریزن؟</w:t>
      </w:r>
    </w:p>
    <w:p>
      <w:r>
        <w:rPr>
          <w:b/>
        </w:rPr>
        <w:t xml:space="preserve">[03:32] </w:t>
      </w:r>
      <w:r>
        <w:t>reason is that</w:t>
      </w:r>
    </w:p>
    <w:p>
      <w:pPr>
        <w:jc w:val="right"/>
      </w:pPr>
      <w:r>
        <w:t>ریزن از دیٹ</w:t>
      </w:r>
    </w:p>
    <w:p>
      <w:r>
        <w:rPr>
          <w:b/>
        </w:rPr>
        <w:t xml:space="preserve">[03:39] </w:t>
      </w:r>
      <w:r>
        <w:t>it is a requirement of creation plan of god. god created man</w:t>
      </w:r>
    </w:p>
    <w:p>
      <w:pPr>
        <w:jc w:val="right"/>
      </w:pPr>
      <w:r>
        <w:t>اٹ از ا ریکوائرمنٹ آف کریشن پلان آف گاڈ۔ گاڈ کریٹڈ مین</w:t>
      </w:r>
    </w:p>
    <w:p>
      <w:r>
        <w:rPr>
          <w:b/>
        </w:rPr>
        <w:t xml:space="preserve">[03:53] </w:t>
      </w:r>
      <w:r>
        <w:t>and gave him total freedom.</w:t>
      </w:r>
    </w:p>
    <w:p>
      <w:pPr>
        <w:jc w:val="right"/>
      </w:pPr>
      <w:r>
        <w:t>اینڈ گیو ہم ٹوٹل فریڈم۔</w:t>
      </w:r>
    </w:p>
    <w:p>
      <w:r>
        <w:rPr>
          <w:b/>
        </w:rPr>
        <w:t xml:space="preserve">[03:59] </w:t>
      </w:r>
      <w:r>
        <w:t>every man and woman are free to do anything, because we are here only for test.</w:t>
      </w:r>
    </w:p>
    <w:p>
      <w:pPr>
        <w:jc w:val="right"/>
      </w:pPr>
      <w:r>
        <w:t>ایوری مین اینڈ وومن ار فری ٹو ڈو اینی تھنگ، بیکاز وی ار ہیر اونلی فار ٹیسٹ۔</w:t>
      </w:r>
    </w:p>
    <w:p>
      <w:r>
        <w:rPr>
          <w:b/>
        </w:rPr>
        <w:t xml:space="preserve">[04:14] </w:t>
      </w:r>
      <w:r>
        <w:t>and without freedom, there is no test.</w:t>
      </w:r>
    </w:p>
    <w:p>
      <w:pPr>
        <w:jc w:val="right"/>
      </w:pPr>
      <w:r>
        <w:t>اینڈ وداؤٹ فریڈم، دیر از نو ٹیسٹ۔</w:t>
      </w:r>
    </w:p>
    <w:p>
      <w:r>
        <w:rPr>
          <w:b/>
        </w:rPr>
        <w:t xml:space="preserve">[04:20] </w:t>
      </w:r>
      <w:r>
        <w:t>freedom is a prerequisite of test.</w:t>
      </w:r>
    </w:p>
    <w:p>
      <w:pPr>
        <w:jc w:val="right"/>
      </w:pPr>
      <w:r>
        <w:t>فریڈم از ا پری ریکویزٹ آف ٹیسٹ۔</w:t>
      </w:r>
    </w:p>
    <w:p>
      <w:r>
        <w:rPr>
          <w:b/>
        </w:rPr>
        <w:t xml:space="preserve">[04:26] </w:t>
      </w:r>
      <w:r>
        <w:t>so when one is free, so is also free to misuse his freedom.</w:t>
      </w:r>
    </w:p>
    <w:p>
      <w:pPr>
        <w:jc w:val="right"/>
      </w:pPr>
      <w:r>
        <w:t>سو وین ون از فری، سو از السو فری ٹو مس یوز ہز فریڈم۔</w:t>
      </w:r>
    </w:p>
    <w:p>
      <w:r>
        <w:rPr>
          <w:b/>
        </w:rPr>
        <w:t xml:space="preserve">[04:37] </w:t>
      </w:r>
      <w:r>
        <w:t>god is not going to abolish his freedom until the doomsday. so what to do? we have no other option except to adjust with other people.</w:t>
      </w:r>
    </w:p>
    <w:p>
      <w:pPr>
        <w:jc w:val="right"/>
      </w:pPr>
      <w:r>
        <w:t>گاڈ از ناٹ گوئنگ ٹو ابولش ہز فریڈم انٹل دا ڈومز ڈے۔ سو واٹ ٹو ڈو؟ وی ہیو نو ادر آپشن ایکسیپٹ ٹو ایڈجسٹ ود ادر پیپل۔</w:t>
      </w:r>
    </w:p>
    <w:p>
      <w:r>
        <w:rPr>
          <w:b/>
        </w:rPr>
        <w:t xml:space="preserve">[04:56] </w:t>
      </w:r>
      <w:r>
        <w:t>in family life, in society, in national life, in international life, every where, there is no option other than adjustment.</w:t>
      </w:r>
    </w:p>
    <w:p>
      <w:pPr>
        <w:jc w:val="right"/>
      </w:pPr>
      <w:r>
        <w:t>ان فیملی لائف، ان سوسائٹی، ان نیشنل لائف، ان انٹرنیشنل لائف، ایوری ویر، دیر از نو آپشن ادر دین ایڈجسٹمنٹ۔</w:t>
      </w:r>
    </w:p>
    <w:p>
      <w:r>
        <w:rPr>
          <w:b/>
        </w:rPr>
        <w:t xml:space="preserve">[05:11] </w:t>
      </w:r>
      <w:r>
        <w:t>the alternative of adjustment is disas</w:t>
      </w:r>
    </w:p>
    <w:p>
      <w:pPr>
        <w:jc w:val="right"/>
      </w:pPr>
      <w:r>
        <w:t>دا الٹرنیٹو آف ایڈجسٹمنٹ از ڈساس</w:t>
      </w:r>
    </w:p>
    <w:p>
      <w:r>
        <w:rPr>
          <w:b/>
        </w:rPr>
        <w:t xml:space="preserve">[05:15] </w:t>
      </w:r>
      <w:r>
        <w:t>ter. the alternative of adjustment is negativity, intolerance, violence, hate, and all these things are disaster.</w:t>
      </w:r>
    </w:p>
    <w:p>
      <w:pPr>
        <w:jc w:val="right"/>
      </w:pPr>
      <w:r>
        <w:t>ٹر۔ دا الٹرنیٹو آف ایڈجسٹمنٹ از نیگیٹیوٹی، انٹولرنس، وائلنس، ہیٹ، اینڈ ال دیز تھنگز ار ڈساسٹر۔</w:t>
      </w:r>
    </w:p>
    <w:p>
      <w:r>
        <w:rPr>
          <w:b/>
        </w:rPr>
        <w:t xml:space="preserve">[05:30] </w:t>
      </w:r>
      <w:r>
        <w:t>so in this world, we have no option other than to adjust with other.</w:t>
      </w:r>
    </w:p>
    <w:p>
      <w:pPr>
        <w:jc w:val="right"/>
      </w:pPr>
      <w:r>
        <w:t>سو ان دس ورلڈ، وی ہیو نو آپشن ادر دین ٹو ایڈجسٹ ود ادر۔</w:t>
      </w:r>
    </w:p>
    <w:p>
      <w:r>
        <w:rPr>
          <w:b/>
        </w:rPr>
        <w:t xml:space="preserve">[05:39] </w:t>
      </w:r>
      <w:r>
        <w:t>now,</w:t>
      </w:r>
    </w:p>
    <w:p>
      <w:pPr>
        <w:jc w:val="right"/>
      </w:pPr>
      <w:r>
        <w:t>ناؤ،</w:t>
      </w:r>
    </w:p>
    <w:p>
      <w:r>
        <w:rPr>
          <w:b/>
        </w:rPr>
        <w:t xml:space="preserve">[05:43] </w:t>
      </w:r>
      <w:r>
        <w:t>in every situation, there are two options. in every situation, every day and night, there are two alternative.</w:t>
      </w:r>
    </w:p>
    <w:p>
      <w:pPr>
        <w:jc w:val="right"/>
      </w:pPr>
      <w:r>
        <w:t>ان ایوری سچویشن، دیر ار ٹو آپشنز۔ ان ایوری سچویشن، ایوری ڈے اینڈ نائٹ، دیر ار ٹو الٹرنیٹو۔</w:t>
      </w:r>
    </w:p>
    <w:p>
      <w:r>
        <w:rPr>
          <w:b/>
        </w:rPr>
        <w:t xml:space="preserve">[05:55] </w:t>
      </w:r>
      <w:r>
        <w:t>either to adjust with other or go to conflict. and conflict is not good for anyone.</w:t>
      </w:r>
    </w:p>
    <w:p>
      <w:pPr>
        <w:jc w:val="right"/>
      </w:pPr>
      <w:r>
        <w:t>ایدر ٹو ایڈجسٹ ود ادر اور گو ٹو کانفلکٹ۔ اینڈ کانفلکٹ از ناٹ گڈ فار اینی ون۔</w:t>
      </w:r>
    </w:p>
    <w:p>
      <w:r>
        <w:rPr>
          <w:b/>
        </w:rPr>
        <w:t xml:space="preserve">[06:10] </w:t>
      </w:r>
      <w:r>
        <w:t>so when we adjust, we only avoid conflict. this is mentioned in the quran in these verse.</w:t>
      </w:r>
    </w:p>
    <w:p>
      <w:pPr>
        <w:jc w:val="right"/>
      </w:pPr>
      <w:r>
        <w:t>سو وین وی ایڈجسٹ، وی اونلی اوائڈ کانفلکٹ۔ دس از مینشن ان دا قرآن ان دیز ورس۔</w:t>
      </w:r>
    </w:p>
    <w:p>
      <w:r>
        <w:rPr>
          <w:b/>
        </w:rPr>
        <w:t xml:space="preserve">[06:22] </w:t>
      </w:r>
      <w:r>
        <w:t>alsulh khair. these are quranic verse. alsulh khair means adjustment is the best option.</w:t>
      </w:r>
    </w:p>
    <w:p>
      <w:pPr>
        <w:jc w:val="right"/>
      </w:pPr>
      <w:r>
        <w:t>الصلح خیر۔ دیز ار قرآنک ورس۔ الصلح خیر مینز ایڈجسٹمنٹ از دا بیسٹ آپشن۔</w:t>
      </w:r>
    </w:p>
    <w:p>
      <w:r>
        <w:rPr>
          <w:b/>
        </w:rPr>
        <w:t xml:space="preserve">[06:37] </w:t>
      </w:r>
      <w:r>
        <w:t>why god almighty says like this?</w:t>
      </w:r>
    </w:p>
    <w:p>
      <w:pPr>
        <w:jc w:val="right"/>
      </w:pPr>
      <w:r>
        <w:t>وائی گاڈ المائٹی سیز لائک دس؟</w:t>
      </w:r>
    </w:p>
    <w:p>
      <w:r>
        <w:rPr>
          <w:b/>
        </w:rPr>
        <w:t xml:space="preserve">[06:41] </w:t>
      </w:r>
      <w:r>
        <w:t>because god is not going to abolish the freedom, and we have no power to abolish the freedom.</w:t>
      </w:r>
    </w:p>
    <w:p>
      <w:pPr>
        <w:jc w:val="right"/>
      </w:pPr>
      <w:r>
        <w:t>بیکاز گاڈ از ناٹ گوئنگ ٹو ابولش دا فریڈم، اینڈ وی ہیو نو پاور ٹو ابولش دا فریڈم۔</w:t>
      </w:r>
    </w:p>
    <w:p>
      <w:r>
        <w:rPr>
          <w:b/>
        </w:rPr>
        <w:t xml:space="preserve">[06:58] </w:t>
      </w:r>
      <w:r>
        <w:t>so in social life, we are a social animal. you know, this said that man is a social animal.</w:t>
      </w:r>
    </w:p>
    <w:p>
      <w:pPr>
        <w:jc w:val="right"/>
      </w:pPr>
      <w:r>
        <w:t>سو ان سوشل لائف، وی ار ا سوشل اینیمل۔ یو نو، دس سیڈ دیٹ مین از ا سوشل اینیمل۔</w:t>
      </w:r>
    </w:p>
    <w:p>
      <w:r>
        <w:rPr>
          <w:b/>
        </w:rPr>
        <w:t xml:space="preserve">[07:09] </w:t>
      </w:r>
      <w:r>
        <w:t>we have to live in a society, in a family, in a nation.</w:t>
      </w:r>
    </w:p>
    <w:p>
      <w:pPr>
        <w:jc w:val="right"/>
      </w:pPr>
      <w:r>
        <w:t>وی ہیو ٹو لیو ان ا سوسائٹی، ان ا فیملی، ان ا نیشن۔</w:t>
      </w:r>
    </w:p>
    <w:p>
      <w:r>
        <w:rPr>
          <w:b/>
        </w:rPr>
        <w:t xml:space="preserve">[07:16] </w:t>
      </w:r>
      <w:r>
        <w:t>so</w:t>
      </w:r>
    </w:p>
    <w:p>
      <w:pPr>
        <w:jc w:val="right"/>
      </w:pPr>
      <w:r>
        <w:t>سو</w:t>
      </w:r>
    </w:p>
    <w:p>
      <w:r>
        <w:rPr>
          <w:b/>
        </w:rPr>
        <w:t xml:space="preserve">[07:20] </w:t>
      </w:r>
      <w:r>
        <w:t>it is but natural that we will face some un present situation, some unwanted situation.</w:t>
      </w:r>
    </w:p>
    <w:p>
      <w:pPr>
        <w:jc w:val="right"/>
      </w:pPr>
      <w:r>
        <w:t>اٹ از بٹ نیچرل دیٹ وی ول فیس سم ان پریزنٹ سچویشن، سم ان وانٹڈ سچویشن۔</w:t>
      </w:r>
    </w:p>
    <w:p>
      <w:r>
        <w:rPr>
          <w:b/>
        </w:rPr>
        <w:t xml:space="preserve">[07:31] </w:t>
      </w:r>
      <w:r>
        <w:t>so as we have no power to abolish the freedom of other people, and also god is not going to abolish their freedom</w:t>
      </w:r>
    </w:p>
    <w:p>
      <w:pPr>
        <w:jc w:val="right"/>
      </w:pPr>
      <w:r>
        <w:t>سو ایز وی ہیو نو پاور ٹو ابولش دا فریڈم اف ادر پیپل، اینڈ السو گاڈ از ناٹ گوئنگ ٹو ابولش دیر فریڈم</w:t>
      </w:r>
    </w:p>
    <w:p>
      <w:r>
        <w:rPr>
          <w:b/>
        </w:rPr>
        <w:t xml:space="preserve">[07:45] </w:t>
      </w:r>
      <w:r>
        <w:t>. so we have no option other than to adjust.</w:t>
      </w:r>
    </w:p>
    <w:p>
      <w:pPr>
        <w:jc w:val="right"/>
      </w:pPr>
      <w:r>
        <w:t>۔ سو وی ہیو نو آپشن ادر دین ٹو ایڈجسٹ۔</w:t>
      </w:r>
    </w:p>
    <w:p>
      <w:r>
        <w:rPr>
          <w:b/>
        </w:rPr>
        <w:t xml:space="preserve">[07:53] </w:t>
      </w:r>
      <w:r>
        <w:t>we have no option other than to adjust with other people, in our family, in our society, in our nation, in international life also.</w:t>
      </w:r>
    </w:p>
    <w:p>
      <w:pPr>
        <w:jc w:val="right"/>
      </w:pPr>
      <w:r>
        <w:t>وی ہیو نو آپشن ادر دین ٹو ایڈجسٹ ود ادر پیپل، ان اور فیملی، ان اور سوسائٹی، ان اور نیشن، ان انٹرنیشنل لائف السو۔</w:t>
      </w:r>
    </w:p>
    <w:p>
      <w:r>
        <w:rPr>
          <w:b/>
        </w:rPr>
        <w:t xml:space="preserve">[08:10] </w:t>
      </w:r>
      <w:r>
        <w:t>so adjustment is the only key to success in worldly matters as well as in religious matters.</w:t>
      </w:r>
    </w:p>
    <w:p>
      <w:pPr>
        <w:jc w:val="right"/>
      </w:pPr>
      <w:r>
        <w:t>سو ایڈجسٹمنٹ از دا اونلی کی ٹو سکسیس ان ورلڈلی میٹرز ایز ویل ایز ان ریلیجس میٹرز۔</w:t>
      </w:r>
    </w:p>
    <w:p>
      <w:r>
        <w:rPr>
          <w:b/>
        </w:rPr>
        <w:t xml:space="preserve">[08:23] </w:t>
      </w:r>
      <w:r>
        <w:t>you can ask a businessman. who is successful businessman. successful businessman is one who has adopted adjustment as his policy.</w:t>
      </w:r>
    </w:p>
    <w:p>
      <w:pPr>
        <w:jc w:val="right"/>
      </w:pPr>
      <w:r>
        <w:t>یو کین اسک ا بزنس مین۔ ہو از سکسیس فل بزنس مین۔ سکسیس فل بزنس مین از ون ہو از اڈاپٹڈ ایڈجسٹمنٹ ایز ہز پالیسی۔</w:t>
      </w:r>
    </w:p>
    <w:p>
      <w:r>
        <w:rPr>
          <w:b/>
        </w:rPr>
        <w:t xml:space="preserve">[08:37] </w:t>
      </w:r>
      <w:r>
        <w:t>every every day, a businessman makes adjustment with other.</w:t>
      </w:r>
    </w:p>
    <w:p>
      <w:pPr>
        <w:jc w:val="right"/>
      </w:pPr>
      <w:r>
        <w:t>ایوری ایوری ڈے، ا بزنس مین میکس ایڈجسٹمنٹ ود ادر۔</w:t>
      </w:r>
    </w:p>
    <w:p>
      <w:r>
        <w:rPr>
          <w:b/>
        </w:rPr>
        <w:t xml:space="preserve">[08:46] </w:t>
      </w:r>
      <w:r>
        <w:t>otherwise, he will go to failure.</w:t>
      </w:r>
    </w:p>
    <w:p>
      <w:pPr>
        <w:jc w:val="right"/>
      </w:pPr>
      <w:r>
        <w:t>ادروائز، ہی ول گو ٹو فیلیر۔</w:t>
      </w:r>
    </w:p>
    <w:p>
      <w:r>
        <w:rPr>
          <w:b/>
        </w:rPr>
        <w:t xml:space="preserve">[08:53] </w:t>
      </w:r>
      <w:r>
        <w:t>so in all the worldly matters, in all the worldly matters, we have no option other than to adopt adjustment</w:t>
      </w:r>
    </w:p>
    <w:p>
      <w:pPr>
        <w:jc w:val="right"/>
      </w:pPr>
      <w:r>
        <w:t>سو ان ال دا ورلڈلی میٹرز، ان ال دا ورلڈلی میٹرز، وی ہیو نو آپشن ادر دین ٹو اڈاپٹ ایڈجسٹمنٹ</w:t>
      </w:r>
    </w:p>
    <w:p>
      <w:r>
        <w:rPr>
          <w:b/>
        </w:rPr>
        <w:t xml:space="preserve">[09:09] </w:t>
      </w:r>
      <w:r>
        <w:t>. for example, you are traveling your car on road. so when you</w:t>
      </w:r>
    </w:p>
    <w:p>
      <w:pPr>
        <w:jc w:val="right"/>
      </w:pPr>
      <w:r>
        <w:t>۔ فار ایگزامپل، یو ار ٹریولنگ یور کار ان روڈ۔ سو وین یو</w:t>
      </w:r>
    </w:p>
    <w:p>
      <w:r>
        <w:rPr>
          <w:b/>
        </w:rPr>
        <w:t xml:space="preserve">[09:18] </w:t>
      </w:r>
      <w:r>
        <w:t>avoid, when you adopt left side or right side, as the case may be, then there are adjustment</w:t>
      </w:r>
    </w:p>
    <w:p>
      <w:pPr>
        <w:jc w:val="right"/>
      </w:pPr>
      <w:r>
        <w:t>اوائڈ، وین یو اڈاپٹ لیفٹ سائیڈ اور رائٹ سائیڈ، ایز دا کیس می بی، دین دیر ار ایڈجسٹمنٹ</w:t>
      </w:r>
    </w:p>
    <w:p>
      <w:r>
        <w:rPr>
          <w:b/>
        </w:rPr>
        <w:t xml:space="preserve">[09:35] </w:t>
      </w:r>
      <w:r>
        <w:t>. you are living in india, you keep left. there are adjustment. and we are living in usa, you keep right.</w:t>
      </w:r>
    </w:p>
    <w:p>
      <w:pPr>
        <w:jc w:val="right"/>
      </w:pPr>
      <w:r>
        <w:t>۔ یو ار لیونگ ان انڈیا، یو کیپ لیفٹ۔ دیر ار ایڈجسٹمنٹ۔ اینڈ وی ار لیونگ ان یو ایس اے، یو کیپ رائٹ۔</w:t>
      </w:r>
    </w:p>
    <w:p>
      <w:r>
        <w:rPr>
          <w:b/>
        </w:rPr>
        <w:t xml:space="preserve">[09:45] </w:t>
      </w:r>
      <w:r>
        <w:t>there are adjustment.</w:t>
      </w:r>
    </w:p>
    <w:p>
      <w:pPr>
        <w:jc w:val="right"/>
      </w:pPr>
      <w:r>
        <w:t>دیر ار ایڈجسٹمنٹ۔</w:t>
      </w:r>
    </w:p>
    <w:p>
      <w:r>
        <w:rPr>
          <w:b/>
        </w:rPr>
        <w:t xml:space="preserve">[09:50] </w:t>
      </w:r>
      <w:r>
        <w:t>by adjustment, you avoid accident.</w:t>
      </w:r>
    </w:p>
    <w:p>
      <w:pPr>
        <w:jc w:val="right"/>
      </w:pPr>
      <w:r>
        <w:t>بائی ایڈجسٹمنٹ، یو اوائڈ ایکسیڈنٹ۔</w:t>
      </w:r>
    </w:p>
    <w:p>
      <w:r>
        <w:rPr>
          <w:b/>
        </w:rPr>
        <w:t xml:space="preserve">[09:56] </w:t>
      </w:r>
      <w:r>
        <w:t>if you fail to make adjustment, then the result is accident</w:t>
      </w:r>
    </w:p>
    <w:p>
      <w:pPr>
        <w:jc w:val="right"/>
      </w:pPr>
      <w:r>
        <w:t>اف یو فیل ٹو میک ایڈجسٹمنٹ، دین دا رزلٹ از ایکسیڈنٹ</w:t>
      </w:r>
    </w:p>
    <w:p>
      <w:r>
        <w:rPr>
          <w:b/>
        </w:rPr>
        <w:t xml:space="preserve">[10:04] </w:t>
      </w:r>
      <w:r>
        <w:t>on road.</w:t>
      </w:r>
    </w:p>
    <w:p>
      <w:pPr>
        <w:jc w:val="right"/>
      </w:pPr>
      <w:r>
        <w:t>ان روڈ۔</w:t>
      </w:r>
    </w:p>
    <w:p>
      <w:r>
        <w:rPr>
          <w:b/>
        </w:rPr>
        <w:t xml:space="preserve">[10:07] </w:t>
      </w:r>
      <w:r>
        <w:t>so all the worldly affairs need adjustment. business or job or education, social activities, political activities, every where you need adjustment.</w:t>
      </w:r>
    </w:p>
    <w:p>
      <w:pPr>
        <w:jc w:val="right"/>
      </w:pPr>
      <w:r>
        <w:t>سو ال دا ورلڈلی افیئرز نیڈ ایڈجسٹمنٹ۔ بزنس اور جاب اور ایجوکیشن، سوشل ایکٹیویٹیز، پولیٹیکل ایکٹیویٹیز، ایوری ویر یو نیڈ ایڈجسٹمنٹ۔</w:t>
      </w:r>
    </w:p>
    <w:p>
      <w:r>
        <w:rPr>
          <w:b/>
        </w:rPr>
        <w:t xml:space="preserve">[10:26] </w:t>
      </w:r>
      <w:r>
        <w:t>even a president or a prime minister need to adjust with his colleagues, with other parties.</w:t>
      </w:r>
    </w:p>
    <w:p>
      <w:pPr>
        <w:jc w:val="right"/>
      </w:pPr>
      <w:r>
        <w:t>ایون ا پریزیڈنٹ اور ا پرائم منسٹر نیڈ ٹو ایڈجسٹ ود ہز کولیگز، ود ادر پارٹیز۔</w:t>
      </w:r>
    </w:p>
    <w:p>
      <w:r>
        <w:rPr>
          <w:b/>
        </w:rPr>
        <w:t xml:space="preserve">[10:38] </w:t>
      </w:r>
      <w:r>
        <w:t>then the same principle is for religious people, especially the dawa work.</w:t>
      </w:r>
    </w:p>
    <w:p>
      <w:pPr>
        <w:jc w:val="right"/>
      </w:pPr>
      <w:r>
        <w:t>دین دا سیم پرنسپل از فار ریلیجس پیپل، اسپیشلی داوا ورک۔</w:t>
      </w:r>
    </w:p>
    <w:p>
      <w:r>
        <w:rPr>
          <w:b/>
        </w:rPr>
        <w:t xml:space="preserve">[10:49] </w:t>
      </w:r>
      <w:r>
        <w:t>if you want to do dawa work, there is no way except to make adjustment with other.</w:t>
      </w:r>
    </w:p>
    <w:p>
      <w:pPr>
        <w:jc w:val="right"/>
      </w:pPr>
      <w:r>
        <w:t>اف یو وانٹ ٹو ڈو داوا ورک، دیر از نو وے ایکسیپٹ ٹو میک ایڈجسٹمنٹ ود ادر۔</w:t>
      </w:r>
    </w:p>
    <w:p>
      <w:r>
        <w:rPr>
          <w:b/>
        </w:rPr>
        <w:t xml:space="preserve">[11:01] </w:t>
      </w:r>
      <w:r>
        <w:t>the adjustment</w:t>
      </w:r>
    </w:p>
    <w:p>
      <w:pPr>
        <w:jc w:val="right"/>
      </w:pPr>
      <w:r>
        <w:t>دا ایڈجسٹمنٹ</w:t>
      </w:r>
    </w:p>
    <w:p>
      <w:r>
        <w:rPr>
          <w:b/>
        </w:rPr>
        <w:t xml:space="preserve">[11:06] </w:t>
      </w:r>
      <w:r>
        <w:t>bring about normalcy in society.</w:t>
      </w:r>
    </w:p>
    <w:p>
      <w:pPr>
        <w:jc w:val="right"/>
      </w:pPr>
      <w:r>
        <w:t>برنگ اباؤٹ نارملسی ان سوسائٹی۔</w:t>
      </w:r>
    </w:p>
    <w:p>
      <w:r>
        <w:rPr>
          <w:b/>
        </w:rPr>
        <w:t xml:space="preserve">[11:14] </w:t>
      </w:r>
      <w:r>
        <w:t>af it is, it is, it is, it is quiet necessary to have a normal situation in our society.</w:t>
      </w:r>
    </w:p>
    <w:p>
      <w:pPr>
        <w:jc w:val="right"/>
      </w:pPr>
      <w:r>
        <w:t>اف اٹ از، اٹ از، اٹ از، اٹ از کوائٹ نیسیسری ٹو ہیو ا نارمل سچویشن ان اور سوسائٹی۔</w:t>
      </w:r>
    </w:p>
    <w:p>
      <w:r>
        <w:rPr>
          <w:b/>
        </w:rPr>
        <w:t xml:space="preserve">[11:24] </w:t>
      </w:r>
      <w:r>
        <w:t>normal situation between them.</w:t>
      </w:r>
    </w:p>
    <w:p>
      <w:pPr>
        <w:jc w:val="right"/>
      </w:pPr>
      <w:r>
        <w:t>نارمل سچویشن بٹوین دای اور مدو۔</w:t>
      </w:r>
    </w:p>
    <w:p>
      <w:r>
        <w:rPr>
          <w:b/>
        </w:rPr>
        <w:t xml:space="preserve">[11:28] </w:t>
      </w:r>
      <w:r>
        <w:t>so how to obtain this normalcy? it is through adjustment, through patience, through tolerance, through avoidance.</w:t>
      </w:r>
    </w:p>
    <w:p>
      <w:pPr>
        <w:jc w:val="right"/>
      </w:pPr>
      <w:r>
        <w:t>سو ہاؤ ٹو ابٹین دس نارملسی؟ اٹ از تھرو ایڈجسٹمنٹ، تھرو پیشنس، تھرو ٹولرنس، تھرو اوائڈنس۔</w:t>
      </w:r>
    </w:p>
    <w:p>
      <w:r>
        <w:rPr>
          <w:b/>
        </w:rPr>
        <w:t xml:space="preserve">[11:43] </w:t>
      </w:r>
      <w:r>
        <w:t>all these words are very similar. all these words are very similar.</w:t>
      </w:r>
    </w:p>
    <w:p>
      <w:pPr>
        <w:jc w:val="right"/>
      </w:pPr>
      <w:r>
        <w:t>ال دیز ورس ار ویری سمیلر۔ ال دیز ورس ار ویری سمیلر۔</w:t>
      </w:r>
    </w:p>
    <w:p>
      <w:r>
        <w:rPr>
          <w:b/>
        </w:rPr>
        <w:t xml:space="preserve">[11:50] </w:t>
      </w:r>
      <w:r>
        <w:t>adjustment, peace, tolerance, and avoidance.</w:t>
      </w:r>
    </w:p>
    <w:p>
      <w:pPr>
        <w:jc w:val="right"/>
      </w:pPr>
      <w:r>
        <w:t>ایڈجسٹمنٹ، پیس، ٹولرنس، اینڈ اوائڈنس۔</w:t>
      </w:r>
    </w:p>
    <w:p>
      <w:r>
        <w:rPr>
          <w:b/>
        </w:rPr>
        <w:t xml:space="preserve">[11:59] </w:t>
      </w:r>
      <w:r>
        <w:t>all these. and patience. all these things, all these words are very similar. so if you want to do dawa work, you need normalcy.</w:t>
      </w:r>
    </w:p>
    <w:p>
      <w:pPr>
        <w:jc w:val="right"/>
      </w:pPr>
      <w:r>
        <w:t>ال دیز۔ اینڈ پیشنس۔ ال دیز تھنگز، ال دیز ورس ار ویری سمیلر۔ سو اف یو وانٹ ٹو ڈو داوا ورک، یو نیڈ نارملسی۔</w:t>
      </w:r>
    </w:p>
    <w:p>
      <w:r>
        <w:rPr>
          <w:b/>
        </w:rPr>
        <w:t xml:space="preserve">[12:13] </w:t>
      </w:r>
      <w:r>
        <w:t>you need peaceful situation.</w:t>
      </w:r>
    </w:p>
    <w:p>
      <w:pPr>
        <w:jc w:val="right"/>
      </w:pPr>
      <w:r>
        <w:t>یو نیڈ پیس فل سچویشن۔</w:t>
      </w:r>
    </w:p>
    <w:p>
      <w:r>
        <w:rPr>
          <w:b/>
        </w:rPr>
        <w:t xml:space="preserve">[12:19] </w:t>
      </w:r>
      <w:r>
        <w:t>so when you adjust with other people, it means that you are trying to establish peace. you are trying to establish normalcy.</w:t>
      </w:r>
    </w:p>
    <w:p>
      <w:pPr>
        <w:jc w:val="right"/>
      </w:pPr>
      <w:r>
        <w:t>سو وین یو ایڈجسٹ ود ادر پیپل، اٹ مینز دیٹ یو ار ٹرائنگ ٹو اسٹیبلش پیس۔ یو ار ٹرائنگ ٹو اسٹیبلش نارملسی۔</w:t>
      </w:r>
    </w:p>
    <w:p>
      <w:r>
        <w:rPr>
          <w:b/>
        </w:rPr>
        <w:t xml:space="preserve">[12:31] </w:t>
      </w:r>
      <w:r>
        <w:t>without such situation, there is no dawa work.</w:t>
      </w:r>
    </w:p>
    <w:p>
      <w:pPr>
        <w:jc w:val="right"/>
      </w:pPr>
      <w:r>
        <w:t>وداؤٹ سچ سچویشن، دیر از نو داوا ورک۔</w:t>
      </w:r>
    </w:p>
    <w:p>
      <w:r>
        <w:rPr>
          <w:b/>
        </w:rPr>
        <w:t xml:space="preserve">[12:38] </w:t>
      </w:r>
      <w:r>
        <w:t>there is a very good example in the prophet life.</w:t>
      </w:r>
    </w:p>
    <w:p>
      <w:pPr>
        <w:jc w:val="right"/>
      </w:pPr>
      <w:r>
        <w:t>دیر از ا ویری گڈ ایگزیمپل ان دا پرافٹ لائف۔</w:t>
      </w:r>
    </w:p>
    <w:p>
      <w:r>
        <w:rPr>
          <w:b/>
        </w:rPr>
        <w:t xml:space="preserve">[12:42] </w:t>
      </w:r>
      <w:r>
        <w:t>laqad kana lakum fi rasulillahi uswatun hasanah in the prophet of islam, in the life of the prophet of islam, there is a good example for you.</w:t>
      </w:r>
    </w:p>
    <w:p>
      <w:pPr>
        <w:jc w:val="right"/>
      </w:pPr>
      <w:r>
        <w:t>لقد کان علیکم فی رسول اللہ اسوۃ حسنہ ان دا پرافٹ اف اسلام، ان دا لائف اف دا پرافٹ اف اسلام، دیر از ا گڈ ایگزیمپل فار یو۔</w:t>
      </w:r>
    </w:p>
    <w:p>
      <w:r>
        <w:rPr>
          <w:b/>
        </w:rPr>
        <w:t xml:space="preserve">[12:57] </w:t>
      </w:r>
      <w:r>
        <w:t>you see, the prophet of islam was born in mecca, and he started his mission in 610 ad in mecca.</w:t>
      </w:r>
    </w:p>
    <w:p>
      <w:pPr>
        <w:jc w:val="right"/>
      </w:pPr>
      <w:r>
        <w:t>یو سی، دا پرافٹ اف اسلام واز born in مکہ، اینڈ ہی سٹارٹڈ ہز مشن ان 610 اے ڈی ان مکہ۔</w:t>
      </w:r>
    </w:p>
    <w:p>
      <w:r>
        <w:rPr>
          <w:b/>
        </w:rPr>
        <w:t xml:space="preserve">[13:15] </w:t>
      </w:r>
      <w:r>
        <w:t>so at that time, there were a number of problems were there. for example, there was darul nadwah in mecca.</w:t>
      </w:r>
    </w:p>
    <w:p>
      <w:pPr>
        <w:jc w:val="right"/>
      </w:pPr>
      <w:r>
        <w:t>سو ایٹ دیٹ ٹائم، دیر وار ا نمبر اف پرابلمز ویر دیر۔ فار ایگزامپل، دیر واز دارالندوہ ان مکہ۔</w:t>
      </w:r>
    </w:p>
    <w:p>
      <w:r>
        <w:rPr>
          <w:b/>
        </w:rPr>
        <w:t xml:space="preserve">[13:28] </w:t>
      </w:r>
      <w:r>
        <w:t>darul nadwah was seat of political power.</w:t>
      </w:r>
    </w:p>
    <w:p>
      <w:pPr>
        <w:jc w:val="right"/>
      </w:pPr>
      <w:r>
        <w:t>دارالندوہ واز سیٹ اف پولیٹیکل پاور۔</w:t>
      </w:r>
    </w:p>
    <w:p>
      <w:r>
        <w:rPr>
          <w:b/>
        </w:rPr>
        <w:t xml:space="preserve">[13:37] </w:t>
      </w:r>
      <w:r>
        <w:t>so prophet never demanded to have a share in this political system.</w:t>
      </w:r>
    </w:p>
    <w:p>
      <w:pPr>
        <w:jc w:val="right"/>
      </w:pPr>
      <w:r>
        <w:t>سو پرافٹ نیور ڈیمانڈڈ ٹو ہیو ا شیئر ان دس پولیٹیکل سسٹم۔</w:t>
      </w:r>
    </w:p>
    <w:p>
      <w:r>
        <w:rPr>
          <w:b/>
        </w:rPr>
        <w:t xml:space="preserve">[13:48] </w:t>
      </w:r>
      <w:r>
        <w:t>although it was his right as a being a citizen of mecca, being a member of banu hashm.</w:t>
      </w:r>
    </w:p>
    <w:p>
      <w:pPr>
        <w:jc w:val="right"/>
      </w:pPr>
      <w:r>
        <w:t>الدو اٹ واز ہز رائٹ ایز ا بینگ ا سٹیزن اف مکہ، بینگ ا ممبر اف بنو ہاشم۔</w:t>
      </w:r>
    </w:p>
    <w:p>
      <w:r>
        <w:rPr>
          <w:b/>
        </w:rPr>
        <w:t xml:space="preserve">[14:04] </w:t>
      </w:r>
      <w:r>
        <w:t>so he never demanded to have a share in darul nadwah.</w:t>
      </w:r>
    </w:p>
    <w:p>
      <w:pPr>
        <w:jc w:val="right"/>
      </w:pPr>
      <w:r>
        <w:t>سو ہی نیور ڈیمانڈڈ ٹو ہیو ا شیئر ان دارالندوہ۔</w:t>
      </w:r>
    </w:p>
    <w:p>
      <w:r>
        <w:rPr>
          <w:b/>
        </w:rPr>
        <w:t xml:space="preserve">[14:13] </w:t>
      </w:r>
      <w:r>
        <w:t>in present term, it was a tribal parliament</w:t>
      </w:r>
    </w:p>
    <w:p>
      <w:pPr>
        <w:jc w:val="right"/>
      </w:pPr>
      <w:r>
        <w:t>ان پریزنٹ ٹرم، اٹ واز ا ٹرائبل پارلیمنٹ</w:t>
      </w:r>
    </w:p>
    <w:p>
      <w:r>
        <w:rPr>
          <w:b/>
        </w:rPr>
        <w:t xml:space="preserve">[14:20] </w:t>
      </w:r>
      <w:r>
        <w:t>. in present term, you can see that darul nadwah was a tribal parliament. it was seat of political power.</w:t>
      </w:r>
    </w:p>
    <w:p>
      <w:pPr>
        <w:jc w:val="right"/>
      </w:pPr>
      <w:r>
        <w:t>۔ ان پریزنٹ ٹرم، یو کین سی دیٹ دارالندوہ واز ا ٹرائبل پارلیمنٹ۔ اٹ واز سیٹ اف پولیٹیکل پاور۔</w:t>
      </w:r>
    </w:p>
    <w:p>
      <w:r>
        <w:rPr>
          <w:b/>
        </w:rPr>
        <w:t xml:space="preserve">[14:34] </w:t>
      </w:r>
      <w:r>
        <w:t>so yeh they have issued some some orders that were not favorable to the prophet or his companions.</w:t>
      </w:r>
    </w:p>
    <w:p>
      <w:pPr>
        <w:jc w:val="right"/>
      </w:pPr>
      <w:r>
        <w:t>سو یہ دے ہیو ایشوڈ سم سم ارڈرز دیٹ وار ناٹ فیوریبل ٹو دا پرافٹ اور ہز کمپینینز۔</w:t>
      </w:r>
    </w:p>
    <w:p>
      <w:r>
        <w:rPr>
          <w:b/>
        </w:rPr>
        <w:t xml:space="preserve">[14:47] </w:t>
      </w:r>
      <w:r>
        <w:t>but prophet simply adjusted, avoided. there are no protest, no demand.</w:t>
      </w:r>
    </w:p>
    <w:p>
      <w:pPr>
        <w:jc w:val="right"/>
      </w:pPr>
      <w:r>
        <w:t>بٹ پرافٹ سمپلی ایڈجسٹڈ، اوائڈڈ۔ دیر ار نو پروٹیسٹ، نو ڈیمانڈ۔</w:t>
      </w:r>
    </w:p>
    <w:p>
      <w:r>
        <w:rPr>
          <w:b/>
        </w:rPr>
        <w:t xml:space="preserve">[14:59] </w:t>
      </w:r>
      <w:r>
        <w:t>so it was a case of adjustment with the political situation in mecca.</w:t>
      </w:r>
    </w:p>
    <w:p>
      <w:pPr>
        <w:jc w:val="right"/>
      </w:pPr>
      <w:r>
        <w:t>سو اٹ واز ا کیس اف ایڈجسٹمنٹ ود دا پولیٹیکل سچویشن ان مکہ۔</w:t>
      </w:r>
    </w:p>
    <w:p>
      <w:r>
        <w:rPr>
          <w:b/>
        </w:rPr>
        <w:t xml:space="preserve">[15:06] </w:t>
      </w:r>
      <w:r>
        <w:t>then you know, in mecca there was the old, old place of worship that was kaaba.</w:t>
      </w:r>
    </w:p>
    <w:p>
      <w:pPr>
        <w:jc w:val="right"/>
      </w:pPr>
      <w:r>
        <w:t>دین یو نو، ان مکہ دیر واز دا اولڈ، اولڈ پلیس اف ورشپ دیٹ واز کعبہ۔</w:t>
      </w:r>
    </w:p>
    <w:p>
      <w:r>
        <w:rPr>
          <w:b/>
        </w:rPr>
        <w:t xml:space="preserve">[15:20] </w:t>
      </w:r>
      <w:r>
        <w:t>that was baitullah</w:t>
      </w:r>
    </w:p>
    <w:p>
      <w:pPr>
        <w:jc w:val="right"/>
      </w:pPr>
      <w:r>
        <w:t>دیٹ واز بیت اللہ</w:t>
      </w:r>
    </w:p>
    <w:p>
      <w:r>
        <w:rPr>
          <w:b/>
        </w:rPr>
        <w:t xml:space="preserve">[15:24] </w:t>
      </w:r>
      <w:r>
        <w:t>. this this place of worship or this baitullah was built by prophet abraham as darul tawheed,</w:t>
      </w:r>
    </w:p>
    <w:p>
      <w:pPr>
        <w:jc w:val="right"/>
      </w:pPr>
      <w:r>
        <w:t>۔ دس دس پلیس اف ورشپ اور دس بیت اللہ واز بلٹ بائی پرافٹ ابراہم ایز دارالتوحید،</w:t>
      </w:r>
    </w:p>
    <w:p>
      <w:r>
        <w:rPr>
          <w:b/>
        </w:rPr>
        <w:t xml:space="preserve">[15:38] </w:t>
      </w:r>
      <w:r>
        <w:t>house of tauheed.</w:t>
      </w:r>
    </w:p>
    <w:p>
      <w:pPr>
        <w:jc w:val="right"/>
      </w:pPr>
      <w:r>
        <w:t>ہاؤس اف توحید۔</w:t>
      </w:r>
    </w:p>
    <w:p>
      <w:r>
        <w:rPr>
          <w:b/>
        </w:rPr>
        <w:t xml:space="preserve">[15:40] </w:t>
      </w:r>
      <w:r>
        <w:t>but at that time, that is in the first quarter of seven century,</w:t>
      </w:r>
    </w:p>
    <w:p>
      <w:pPr>
        <w:jc w:val="right"/>
      </w:pPr>
      <w:r>
        <w:t>بٹ ایٹ دیٹ ٹائم، دیٹ از ان دا فرسٹ کوارٹر اف سیون سینچری،</w:t>
      </w:r>
    </w:p>
    <w:p>
      <w:r>
        <w:rPr>
          <w:b/>
        </w:rPr>
        <w:t xml:space="preserve">[15:48] </w:t>
      </w:r>
      <w:r>
        <w:t>Quraish have obtain</w:t>
      </w:r>
    </w:p>
    <w:p>
      <w:pPr>
        <w:jc w:val="right"/>
      </w:pPr>
      <w:r>
        <w:t>قریش ہیو ابٹین</w:t>
      </w:r>
    </w:p>
    <w:p>
      <w:r>
        <w:rPr>
          <w:b/>
        </w:rPr>
        <w:t xml:space="preserve">[15:54] </w:t>
      </w:r>
      <w:r>
        <w:t>trusteeship of Kaaba, and they were at the time, they were mushrik. So they placed several hundred idols in Kaaba.</w:t>
      </w:r>
    </w:p>
    <w:p>
      <w:pPr>
        <w:jc w:val="right"/>
      </w:pPr>
      <w:r>
        <w:t>ٹرسٹی شپ اف کعبہ، اینڈ دے ویر ایٹ دا ٹائم، دے ویر مشرک۔ سو دے پلیسڈ سیورل ہنڈرڈ ائڈلز ان کعبہ۔</w:t>
      </w:r>
    </w:p>
    <w:p>
      <w:r>
        <w:rPr>
          <w:b/>
        </w:rPr>
        <w:t xml:space="preserve">[16:11] </w:t>
      </w:r>
      <w:r>
        <w:t>not only for worship, it was their business. They wanted to promote a business.</w:t>
      </w:r>
    </w:p>
    <w:p>
      <w:pPr>
        <w:jc w:val="right"/>
      </w:pPr>
      <w:r>
        <w:t>ناٹ اونلی فار ورشپ، اٹ واز دیر بزنس۔ دے وانٹڈ ٹو پروموٹ ا بزنس۔</w:t>
      </w:r>
    </w:p>
    <w:p>
      <w:r>
        <w:rPr>
          <w:b/>
        </w:rPr>
        <w:t xml:space="preserve">[16:22] </w:t>
      </w:r>
      <w:r>
        <w:t>in modern term, we can say it was center of tourism.</w:t>
      </w:r>
    </w:p>
    <w:p>
      <w:pPr>
        <w:jc w:val="right"/>
      </w:pPr>
      <w:r>
        <w:t>ان ماڈرن ٹرم، وی کین سی اٹ واز سینٹر اف ٹورزم۔</w:t>
      </w:r>
    </w:p>
    <w:p>
      <w:r>
        <w:rPr>
          <w:b/>
        </w:rPr>
        <w:t xml:space="preserve">[16:28] </w:t>
      </w:r>
      <w:r>
        <w:t>every day, people used to come over there, and there was markets, there was shopping centers.</w:t>
      </w:r>
    </w:p>
    <w:p>
      <w:pPr>
        <w:jc w:val="right"/>
      </w:pPr>
      <w:r>
        <w:t>ایوری ڈے، پیپل یوز ٹو کم اوور دیر، اینڈ دیر واز مارکیٹس، دیر واز شاپنگ سینٹرز۔</w:t>
      </w:r>
    </w:p>
    <w:p>
      <w:r>
        <w:rPr>
          <w:b/>
        </w:rPr>
        <w:t xml:space="preserve">[16:41] </w:t>
      </w:r>
      <w:r>
        <w:t>there were so many economic benefits. So it was like a tourism, religious tourism. But this religious tourism was based on shirk</w:t>
      </w:r>
    </w:p>
    <w:p>
      <w:pPr>
        <w:jc w:val="right"/>
      </w:pPr>
      <w:r>
        <w:t>دیر وار سو مینی اکانومک بینیفٹس۔ سو اٹ واز لائک ا ٹورزم، ریلیجس ٹورزم۔ بٹ دس ریلیجس ٹورزم واز بیسڈ ان شرک</w:t>
      </w:r>
    </w:p>
    <w:p>
      <w:r>
        <w:rPr>
          <w:b/>
        </w:rPr>
        <w:t xml:space="preserve">[16:56] </w:t>
      </w:r>
      <w:r>
        <w:t>. But Prophet of Islam never protested against this this this unwanted tourism.</w:t>
      </w:r>
    </w:p>
    <w:p>
      <w:pPr>
        <w:jc w:val="right"/>
      </w:pPr>
      <w:r>
        <w:t>۔ بٹ پرافٹ اف اسلام نیور پروٹیسٹڈ اگینسٹ دس دس دس ان وانٹڈ ٹورزم۔</w:t>
      </w:r>
    </w:p>
    <w:p>
      <w:r>
        <w:rPr>
          <w:b/>
        </w:rPr>
        <w:t xml:space="preserve">[17:08] </w:t>
      </w:r>
      <w:r>
        <w:t>he simply adjusted, he simply avoided, he simply tolerated.</w:t>
      </w:r>
    </w:p>
    <w:p>
      <w:pPr>
        <w:jc w:val="right"/>
      </w:pPr>
      <w:r>
        <w:t>ہی سمپلی ایڈجسٹڈ، ہی سمپلی اوائڈڈ، ہی سمپلی ٹولریٹڈ۔</w:t>
      </w:r>
    </w:p>
    <w:p>
      <w:r>
        <w:rPr>
          <w:b/>
        </w:rPr>
        <w:t xml:space="preserve">[17:17] </w:t>
      </w:r>
      <w:r>
        <w:t>then there were other problems.</w:t>
      </w:r>
    </w:p>
    <w:p>
      <w:pPr>
        <w:jc w:val="right"/>
      </w:pPr>
      <w:r>
        <w:t>دین دیر وار ادر پرابلمز۔</w:t>
      </w:r>
    </w:p>
    <w:p>
      <w:r>
        <w:rPr>
          <w:b/>
        </w:rPr>
        <w:t xml:space="preserve">[17:19] </w:t>
      </w:r>
      <w:r>
        <w:t>for example, under the under the under the tribal parliament in Darul-Nadwah,</w:t>
      </w:r>
    </w:p>
    <w:p>
      <w:pPr>
        <w:jc w:val="right"/>
      </w:pPr>
      <w:r>
        <w:t>فار ایگزامپل، انڈر دی انڈر دا انڈر دا ٹرائبل پارلیمنٹ ان دارالندوہ،</w:t>
      </w:r>
    </w:p>
    <w:p>
      <w:r>
        <w:rPr>
          <w:b/>
        </w:rPr>
        <w:t xml:space="preserve">[17:33] </w:t>
      </w:r>
      <w:r>
        <w:t>they have</w:t>
      </w:r>
    </w:p>
    <w:p>
      <w:pPr>
        <w:jc w:val="right"/>
      </w:pPr>
      <w:r>
        <w:t>دے ہیو</w:t>
      </w:r>
    </w:p>
    <w:p>
      <w:r>
        <w:rPr>
          <w:b/>
        </w:rPr>
        <w:t xml:space="preserve">[17:37] </w:t>
      </w:r>
      <w:r>
        <w:t>restricted religious freedom. There was no such religious freedom which we enjoy in our times.</w:t>
      </w:r>
    </w:p>
    <w:p>
      <w:pPr>
        <w:jc w:val="right"/>
      </w:pPr>
      <w:r>
        <w:t>ریسٹرکٹڈ ریلیجس فریڈم۔ دیر واز نو سچ ریلیجس فریڈم وچ وی انجوائے ان اور ٹائمز۔</w:t>
      </w:r>
    </w:p>
    <w:p>
      <w:r>
        <w:rPr>
          <w:b/>
        </w:rPr>
        <w:t xml:space="preserve">[17:51] </w:t>
      </w:r>
      <w:r>
        <w:t>there were simple different. It was a kind of religious persecution at that time. So they persecuted</w:t>
      </w:r>
    </w:p>
    <w:p>
      <w:pPr>
        <w:jc w:val="right"/>
      </w:pPr>
      <w:r>
        <w:t>دیر وار سمپل ڈفرنٹ۔ اٹ واز ا کائنڈ اف ریلیجس پرسیکیوشن ایٹ دیٹ ٹائم۔ سو دے پرسیکیوٹڈ</w:t>
      </w:r>
    </w:p>
    <w:p>
      <w:r>
        <w:rPr>
          <w:b/>
        </w:rPr>
        <w:t xml:space="preserve">[18:04] </w:t>
      </w:r>
      <w:r>
        <w:t>those people who embraced Islam. So it was, it was like, it was against the human rights.</w:t>
      </w:r>
    </w:p>
    <w:p>
      <w:pPr>
        <w:jc w:val="right"/>
      </w:pPr>
      <w:r>
        <w:t>دوز پیپل ہو ایبریسڈ اسلام۔ سو اٹ واز، اٹ واز لائک، اٹ واز اگینسٹ دا ہیومن رائٹس۔</w:t>
      </w:r>
    </w:p>
    <w:p>
      <w:r>
        <w:rPr>
          <w:b/>
        </w:rPr>
        <w:t xml:space="preserve">[18:19] </w:t>
      </w:r>
      <w:r>
        <w:t>it was violation of human rights. But Prophet of Islam never protested. He simply avoided.</w:t>
      </w:r>
    </w:p>
    <w:p>
      <w:pPr>
        <w:jc w:val="right"/>
      </w:pPr>
      <w:r>
        <w:t>اٹ واز وائلیشن اف ہیومن رائٹس۔ بٹ پرافٹ اف اسلام نیور پروٹیسٹڈ۔ ہی سمپلی اوائڈڈ۔</w:t>
      </w:r>
    </w:p>
    <w:p>
      <w:r>
        <w:rPr>
          <w:b/>
        </w:rPr>
        <w:t xml:space="preserve">[18:31] </w:t>
      </w:r>
      <w:r>
        <w:t>he adjusted</w:t>
      </w:r>
    </w:p>
    <w:p>
      <w:pPr>
        <w:jc w:val="right"/>
      </w:pPr>
      <w:r>
        <w:t>ہی ایڈجسٹڈ</w:t>
      </w:r>
    </w:p>
    <w:p>
      <w:r>
        <w:rPr>
          <w:b/>
        </w:rPr>
        <w:t xml:space="preserve">[18:33] </w:t>
      </w:r>
      <w:r>
        <w:t>. So why Prophet of Islam</w:t>
      </w:r>
    </w:p>
    <w:p>
      <w:pPr>
        <w:jc w:val="right"/>
      </w:pPr>
      <w:r>
        <w:t>۔ سو وائی پرافٹ اف اسلام</w:t>
      </w:r>
    </w:p>
    <w:p>
      <w:r>
        <w:rPr>
          <w:b/>
        </w:rPr>
        <w:t xml:space="preserve">[18:39] </w:t>
      </w:r>
      <w:r>
        <w:t>adopted the formula of adjustment? Only for, only for, one reason only, that to establish normal situation, to establish peace, so that he may do the work.</w:t>
      </w:r>
    </w:p>
    <w:p>
      <w:pPr>
        <w:jc w:val="right"/>
      </w:pPr>
      <w:r>
        <w:t>اڈاپٹڈ دی فارمولا اف ایڈجسٹمنٹ؟ اونلی فار، اونلی فار، ون ریزن اونلی، دیٹ ٹو اسٹیبلش نارمل سچویشن، ٹو اسٹیبلش پیس، سو دیٹ ہی می ڈو دا ورک۔</w:t>
      </w:r>
    </w:p>
    <w:p>
      <w:r>
        <w:rPr>
          <w:b/>
        </w:rPr>
        <w:t xml:space="preserve">[19:02] </w:t>
      </w:r>
      <w:r>
        <w:t>so he gave all the price,</w:t>
      </w:r>
    </w:p>
    <w:p>
      <w:pPr>
        <w:jc w:val="right"/>
      </w:pPr>
      <w:r>
        <w:t>سو ہی گیو ال دا پرائس،</w:t>
      </w:r>
    </w:p>
    <w:p>
      <w:r>
        <w:rPr>
          <w:b/>
        </w:rPr>
        <w:t xml:space="preserve">[19:09] </w:t>
      </w:r>
      <w:r>
        <w:t>and it worked up to thirteen years. Prophet was engaged in the work, and this was very successful</w:t>
      </w:r>
    </w:p>
    <w:p>
      <w:pPr>
        <w:jc w:val="right"/>
      </w:pPr>
      <w:r>
        <w:t>اینڈ اٹ ورکڈ اپ ٹو تھرٹین ایئرز۔ پرافٹ واز اگیج ان دا ورک، اینڈ دس واز ویری سکسیس فل</w:t>
      </w:r>
    </w:p>
    <w:p>
      <w:r>
        <w:rPr>
          <w:b/>
        </w:rPr>
        <w:t xml:space="preserve">[19:22] </w:t>
      </w:r>
      <w:r>
        <w:t>. All those big Sahaba, all those important personalities who embraced Islam, were from Mecca.</w:t>
      </w:r>
    </w:p>
    <w:p>
      <w:pPr>
        <w:jc w:val="right"/>
      </w:pPr>
      <w:r>
        <w:t>۔ ال دوز بگ صحابہ، ال دوز امپورٹنٹ پرسنیلٹیز ہو ایبریسڈ اسلام، ویر فرام مکہ۔</w:t>
      </w:r>
    </w:p>
    <w:p>
      <w:r>
        <w:rPr>
          <w:b/>
        </w:rPr>
        <w:t xml:space="preserve">[19:34] </w:t>
      </w:r>
      <w:r>
        <w:t>for example, Abu Bakr, Umar, Usman, Ali, Aisha, and so many other Sahaba.</w:t>
      </w:r>
    </w:p>
    <w:p>
      <w:pPr>
        <w:jc w:val="right"/>
      </w:pPr>
      <w:r>
        <w:t>فار ایگزامپل، ابوبکر، عمر، عثمان، علی، عائشہ، اینڈ سو مینی ادر صحابہ۔</w:t>
      </w:r>
    </w:p>
    <w:p>
      <w:r>
        <w:rPr>
          <w:b/>
        </w:rPr>
        <w:t xml:space="preserve">[19:47] </w:t>
      </w:r>
      <w:r>
        <w:t>so Prophet of Islam</w:t>
      </w:r>
    </w:p>
    <w:p>
      <w:pPr>
        <w:jc w:val="right"/>
      </w:pPr>
      <w:r>
        <w:t>سو پرافٹ اف اسلام</w:t>
      </w:r>
    </w:p>
    <w:p>
      <w:r>
        <w:rPr>
          <w:b/>
        </w:rPr>
        <w:t xml:space="preserve">[19:52] </w:t>
      </w:r>
      <w:r>
        <w:t>followed the principle of adjustment. You know, in the beginning,</w:t>
      </w:r>
    </w:p>
    <w:p>
      <w:pPr>
        <w:jc w:val="right"/>
      </w:pPr>
      <w:r>
        <w:t>فالوڈ دا پرنسپل اف ایڈجسٹمنٹ۔ یو نو، ان دا بگننگ،</w:t>
      </w:r>
    </w:p>
    <w:p>
      <w:r>
        <w:rPr>
          <w:b/>
        </w:rPr>
        <w:t xml:space="preserve">[20:02] </w:t>
      </w:r>
      <w:r>
        <w:t>god almighty revealed da chapter al-mudathir.</w:t>
      </w:r>
    </w:p>
    <w:p>
      <w:pPr>
        <w:jc w:val="right"/>
      </w:pPr>
      <w:r>
        <w:t>گاڈ المائٹی ریویلڈ دی چیپٹر المدثر۔</w:t>
      </w:r>
    </w:p>
    <w:p>
      <w:r>
        <w:rPr>
          <w:b/>
        </w:rPr>
        <w:t xml:space="preserve">[20:11] </w:t>
      </w:r>
      <w:r>
        <w:t>al-mudathir chapter included in da quran</w:t>
      </w:r>
    </w:p>
    <w:p>
      <w:pPr>
        <w:jc w:val="right"/>
      </w:pPr>
      <w:r>
        <w:t>المدثر چیپٹر انکلوڈڈ ان دا قر</w:t>
      </w:r>
    </w:p>
    <w:p>
      <w:r>
        <w:rPr>
          <w:b/>
        </w:rPr>
        <w:t xml:space="preserve">[20:15] </w:t>
      </w:r>
      <w:r>
        <w:t>on, which was revealed to da prophet of islam in da beginning, in da early period of prophethood.</w:t>
      </w:r>
    </w:p>
    <w:p>
      <w:pPr>
        <w:jc w:val="right"/>
      </w:pPr>
      <w:r>
        <w:t>آن، وچ واز ریویلڈ ٹو دا پرافٹ اف اسلام ان دا بگننگ، ان دا ارلی پیریڈ اف پرافٹ ہڈ۔</w:t>
      </w:r>
    </w:p>
    <w:p>
      <w:r>
        <w:rPr>
          <w:b/>
        </w:rPr>
        <w:t xml:space="preserve">[20:27] </w:t>
      </w:r>
      <w:r>
        <w:t>in this chapter, god almighty says, "ya ayyuha al-mudathir, qum fa-andhir?</w:t>
      </w:r>
    </w:p>
    <w:p>
      <w:pPr>
        <w:jc w:val="right"/>
      </w:pPr>
      <w:r>
        <w:t>ان دس چیپٹر، گاڈ المائٹی سیز، "یا ایہا المدثر، کن فانظر؟</w:t>
      </w:r>
    </w:p>
    <w:p>
      <w:r>
        <w:rPr>
          <w:b/>
        </w:rPr>
        <w:t xml:space="preserve">[20:38] </w:t>
      </w:r>
      <w:r>
        <w:t>qum fa-andhir?"</w:t>
      </w:r>
    </w:p>
    <w:p>
      <w:pPr>
        <w:jc w:val="right"/>
      </w:pPr>
      <w:r>
        <w:t>کن فانظر؟"</w:t>
      </w:r>
    </w:p>
    <w:p>
      <w:r>
        <w:rPr>
          <w:b/>
        </w:rPr>
        <w:t xml:space="preserve">[20:44] </w:t>
      </w:r>
      <w:r>
        <w:t>then he says, "wa rabbika fa-sabbir, wa rabbika fa-sabbir." o muhammad, do the work and keep patience for the sake of god.</w:t>
      </w:r>
    </w:p>
    <w:p>
      <w:pPr>
        <w:jc w:val="right"/>
      </w:pPr>
      <w:r>
        <w:t>دین ہی سیز، "ولربک فصبر، ولربک فصبر۔" او محمد، ڈو دا ورک اینڈ کیپ پیشنس فار دا سیک اف گاڈ۔</w:t>
      </w:r>
    </w:p>
    <w:p>
      <w:r>
        <w:rPr>
          <w:b/>
        </w:rPr>
        <w:t xml:space="preserve">[20:58] </w:t>
      </w:r>
      <w:r>
        <w:t>this was the first commandment given by da god, by god almighty in mecca. qum fa-andhir?</w:t>
      </w:r>
    </w:p>
    <w:p>
      <w:pPr>
        <w:jc w:val="right"/>
      </w:pPr>
      <w:r>
        <w:t>دس واز دا فرسٹ کمانڈمنٹ گیون بائے دا گاڈ، بائی گاڈ المائٹی ان مکہ۔ کن فانظر؟</w:t>
      </w:r>
    </w:p>
    <w:p>
      <w:r>
        <w:rPr>
          <w:b/>
        </w:rPr>
        <w:t xml:space="preserve">[21:10] </w:t>
      </w:r>
      <w:r>
        <w:t>wa rabbika fa-sabbir?</w:t>
      </w:r>
    </w:p>
    <w:p>
      <w:pPr>
        <w:jc w:val="right"/>
      </w:pPr>
      <w:r>
        <w:t>ولربک فصبر؟</w:t>
      </w:r>
    </w:p>
    <w:p>
      <w:r>
        <w:rPr>
          <w:b/>
        </w:rPr>
        <w:t xml:space="preserve">[21:14] </w:t>
      </w:r>
      <w:r>
        <w:t>do the work and keep patience for the sake of god. what was this patience?</w:t>
      </w:r>
    </w:p>
    <w:p>
      <w:pPr>
        <w:jc w:val="right"/>
      </w:pPr>
      <w:r>
        <w:t>ڈو دا ورک اینڈ کیپ پیشنس فار دا سیک اف گاڈ۔ واٹ واز دس پیشنس؟</w:t>
      </w:r>
    </w:p>
    <w:p>
      <w:r>
        <w:rPr>
          <w:b/>
        </w:rPr>
        <w:t xml:space="preserve">[21:22] </w:t>
      </w:r>
      <w:r>
        <w:t>it was adjustment. it was nothing but adjustment. no reaction, no complaint, no protest.</w:t>
      </w:r>
    </w:p>
    <w:p>
      <w:pPr>
        <w:jc w:val="right"/>
      </w:pPr>
      <w:r>
        <w:t>اٹ واز ایڈجسٹمنٹ۔ اٹ واز نتھنگ بٹ ایڈجسٹمنٹ۔ نو ری ایکشن، نو کمپلینٹ، نو پروٹیسٹ۔</w:t>
      </w:r>
    </w:p>
    <w:p>
      <w:r>
        <w:rPr>
          <w:b/>
        </w:rPr>
        <w:t xml:space="preserve">[21:33] </w:t>
      </w:r>
      <w:r>
        <w:t>this the gist of adjustment, this the spirit of adjustment.</w:t>
      </w:r>
    </w:p>
    <w:p>
      <w:pPr>
        <w:jc w:val="right"/>
      </w:pPr>
      <w:r>
        <w:t>دس دا جسٹ اف ایڈجسٹمنٹ، دس دا سپرٹ اف ایڈجسٹمنٹ۔</w:t>
      </w:r>
    </w:p>
    <w:p>
      <w:r>
        <w:rPr>
          <w:b/>
        </w:rPr>
        <w:t xml:space="preserve">[21:40] </w:t>
      </w:r>
      <w:r>
        <w:t>so prophet of islam</w:t>
      </w:r>
    </w:p>
    <w:p>
      <w:pPr>
        <w:jc w:val="right"/>
      </w:pPr>
      <w:r>
        <w:t>سو پرافٹ اف اسلام</w:t>
      </w:r>
    </w:p>
    <w:p>
      <w:r>
        <w:rPr>
          <w:b/>
        </w:rPr>
        <w:t xml:space="preserve">[21:48] </w:t>
      </w:r>
      <w:r>
        <w:t>was engaged in the work successfully in mecca. but how he was? how he became successful?</w:t>
      </w:r>
    </w:p>
    <w:p>
      <w:pPr>
        <w:jc w:val="right"/>
      </w:pPr>
      <w:r>
        <w:t>واز انگیج ان دا ورک سکسیس فلی ان مکہ۔ بٹ ہاؤ ہی واز؟ ہاؤ ہی بیکم سکسیس فل؟</w:t>
      </w:r>
    </w:p>
    <w:p>
      <w:r>
        <w:rPr>
          <w:b/>
        </w:rPr>
        <w:t xml:space="preserve">[21:57] </w:t>
      </w:r>
      <w:r>
        <w:t>what is secret of this success? the question is, what was the secret of his success in the work?</w:t>
      </w:r>
    </w:p>
    <w:p>
      <w:pPr>
        <w:jc w:val="right"/>
      </w:pPr>
      <w:r>
        <w:t>واٹ از سیکرٹ اف دس سکسیس؟ دا کوئسچن از، واٹ واز دا سیکرٹ اف ہز سکسیس ان دا ورک؟</w:t>
      </w:r>
    </w:p>
    <w:p>
      <w:r>
        <w:rPr>
          <w:b/>
        </w:rPr>
        <w:t xml:space="preserve">[22:07] </w:t>
      </w:r>
      <w:r>
        <w:t>the secret lies in adjustment.</w:t>
      </w:r>
    </w:p>
    <w:p>
      <w:pPr>
        <w:jc w:val="right"/>
      </w:pPr>
      <w:r>
        <w:t>دا سیکرٹ لائیز ان ایڈجسٹمنٹ۔</w:t>
      </w:r>
    </w:p>
    <w:p>
      <w:r>
        <w:rPr>
          <w:b/>
        </w:rPr>
        <w:t xml:space="preserve">[22:12] </w:t>
      </w:r>
      <w:r>
        <w:t>there were, there were in mecca at the time, there were religious persecution. there were atrocities, there were idol worship,</w:t>
      </w:r>
    </w:p>
    <w:p>
      <w:pPr>
        <w:jc w:val="right"/>
      </w:pPr>
      <w:r>
        <w:t>دیر وار، دیر ویر ان مکہ ایٹ دا ٹائم، دیر وار ریلیجس پرسیکیوشن۔ دیر وار اٹراسٹیز، دیر وار ارڈر ورشپ،</w:t>
      </w:r>
    </w:p>
    <w:p>
      <w:r>
        <w:rPr>
          <w:b/>
        </w:rPr>
        <w:t xml:space="preserve">[22:27] </w:t>
      </w:r>
      <w:r>
        <w:t>and so many things. but prophet of islam never protested, never complaint, never demanded anything,</w:t>
      </w:r>
    </w:p>
    <w:p>
      <w:pPr>
        <w:jc w:val="right"/>
      </w:pPr>
      <w:r>
        <w:t>اینڈ سو مینی تھنگز۔ بٹ پرافٹ اف اسلام نیور پروٹیسٹڈ، نیور کمپلینٹ، نیور ڈیمانڈڈ اینی تھنگ،</w:t>
      </w:r>
    </w:p>
    <w:p>
      <w:r>
        <w:rPr>
          <w:b/>
        </w:rPr>
        <w:t xml:space="preserve">[22:38] </w:t>
      </w:r>
      <w:r>
        <w:t>only to keep peace, only to keep normalcy. so this was his adjustment in that period.</w:t>
      </w:r>
    </w:p>
    <w:p>
      <w:pPr>
        <w:jc w:val="right"/>
      </w:pPr>
      <w:r>
        <w:t>اونلی ٹو کیپ پیس، اونلی ٹو کیپ نارملسی۔ سو دس واز ہز ایڈجسٹمنٹ ان دیٹ پیریڈ۔</w:t>
      </w:r>
    </w:p>
    <w:p>
      <w:r>
        <w:rPr>
          <w:b/>
        </w:rPr>
        <w:t xml:space="preserve">[22:55] </w:t>
      </w:r>
      <w:r>
        <w:t>and you know, at the time in mecca, there were different religious communities, and also in medina, there were different religious communities.</w:t>
      </w:r>
    </w:p>
    <w:p>
      <w:pPr>
        <w:jc w:val="right"/>
      </w:pPr>
      <w:r>
        <w:t>اینڈ یو نو، ایٹ دا ٹائم ان مکہ، دیر وار ڈفرنٹ ریلیجس کمیونٹیز، اینڈ السو ان مدینہ، دیر وار ڈفرنٹ ریلیجس کمیونٹیز۔</w:t>
      </w:r>
    </w:p>
    <w:p>
      <w:r>
        <w:rPr>
          <w:b/>
        </w:rPr>
        <w:t xml:space="preserve">[23:06] </w:t>
      </w:r>
      <w:r>
        <w:t>at the time, mecca or medina were not islamized city. now, it is fully islamized city.</w:t>
      </w:r>
    </w:p>
    <w:p>
      <w:pPr>
        <w:jc w:val="right"/>
      </w:pPr>
      <w:r>
        <w:t>ایٹ دا ٹائم، مکہ اور مدینہ ویر ناٹ اسلامائز سٹی۔ ناؤ، اٹ از فلی اسلامائز سٹی۔</w:t>
      </w:r>
    </w:p>
    <w:p>
      <w:r>
        <w:rPr>
          <w:b/>
        </w:rPr>
        <w:t xml:space="preserve">[23:16] </w:t>
      </w:r>
      <w:r>
        <w:t>all the citizens of mecca are muslims, all the citizens of medina are muslims. but in the first quarter of seven century, the situation was, the situation was quite different.</w:t>
      </w:r>
    </w:p>
    <w:p>
      <w:pPr>
        <w:jc w:val="right"/>
      </w:pPr>
      <w:r>
        <w:t>ال دا سٹیزنز اف مکہ ار مسلمز، ال دا سٹیزنز اف مدینہ ار مسلمز۔ بٹ ان دا فرسٹ کوارٹر اف سیون سینچری، دا سچوئیشن واز، دا سچوئیشن واز کوائٹ ڈفرنٹ۔</w:t>
      </w:r>
    </w:p>
    <w:p>
      <w:r>
        <w:rPr>
          <w:b/>
        </w:rPr>
        <w:t xml:space="preserve">[23:30] </w:t>
      </w:r>
      <w:r>
        <w:t>there were non muslims, also christian, jo mushrik.</w:t>
      </w:r>
    </w:p>
    <w:p>
      <w:pPr>
        <w:jc w:val="right"/>
      </w:pPr>
      <w:r>
        <w:t>دیر وار نان مسلمز، السو کرسچن، جو مشرک۔</w:t>
      </w:r>
    </w:p>
    <w:p>
      <w:r>
        <w:rPr>
          <w:b/>
        </w:rPr>
        <w:t xml:space="preserve">[23:38] </w:t>
      </w:r>
      <w:r>
        <w:t>so he adopted a very beautiful formula, very very practical formula. that was</w:t>
      </w:r>
    </w:p>
    <w:p>
      <w:pPr>
        <w:jc w:val="right"/>
      </w:pPr>
      <w:r>
        <w:t>سو ہی اڈاپٹڈ ا ویری بیوٹی فل فارمولا، ویری ویری پریکٹیکل فارمولا۔ دیٹ واز</w:t>
      </w:r>
    </w:p>
    <w:p>
      <w:r>
        <w:rPr>
          <w:b/>
        </w:rPr>
        <w:t xml:space="preserve">[23:51] </w:t>
      </w:r>
      <w:r>
        <w:t>lakum deenukum wa liya deen. for you, your religion; for me, mine. it means that i am giving you freedom,</w:t>
      </w:r>
    </w:p>
    <w:p>
      <w:pPr>
        <w:jc w:val="right"/>
      </w:pPr>
      <w:r>
        <w:t>لکم دینکم ولیا دین فار یو، یور ریلیجن؛ فار می، مائن۔ اٹ مینز دیٹ ائی ایم گیونگ یو فریڈم،</w:t>
      </w:r>
    </w:p>
    <w:p>
      <w:r>
        <w:rPr>
          <w:b/>
        </w:rPr>
        <w:t xml:space="preserve">[24:05] </w:t>
      </w:r>
      <w:r>
        <w:t>aur you please give me freedom.</w:t>
      </w:r>
    </w:p>
    <w:p>
      <w:pPr>
        <w:jc w:val="right"/>
      </w:pPr>
      <w:r>
        <w:t>اور یو پلیز گیو می فریڈم۔</w:t>
      </w:r>
    </w:p>
    <w:p>
      <w:r>
        <w:rPr>
          <w:b/>
        </w:rPr>
        <w:t xml:space="preserve">[24:09] </w:t>
      </w:r>
      <w:r>
        <w:t>you are free,</w:t>
      </w:r>
    </w:p>
    <w:p>
      <w:pPr>
        <w:jc w:val="right"/>
      </w:pPr>
      <w:r>
        <w:t>یو ار فری،</w:t>
      </w:r>
    </w:p>
    <w:p>
      <w:r>
        <w:rPr>
          <w:b/>
        </w:rPr>
        <w:t xml:space="preserve">[24:13] </w:t>
      </w:r>
      <w:r>
        <w:t>and also i am free.</w:t>
      </w:r>
    </w:p>
    <w:p>
      <w:pPr>
        <w:jc w:val="right"/>
      </w:pPr>
      <w:r>
        <w:t>اینڈ السو ائی ایم فری۔</w:t>
      </w:r>
    </w:p>
    <w:p>
      <w:r>
        <w:rPr>
          <w:b/>
        </w:rPr>
        <w:t xml:space="preserve">[24:18] </w:t>
      </w:r>
      <w:r>
        <w:t>to it was mutual freedom. by this, prophet of islam established normalcy, and he</w:t>
      </w:r>
    </w:p>
    <w:p>
      <w:pPr>
        <w:jc w:val="right"/>
      </w:pPr>
      <w:r>
        <w:t>تو اٹ واز میوچول فریڈم۔ بائے دس، پرافٹ اف اسلام اسٹیبلش نارملسی، اینڈ ہی</w:t>
      </w:r>
    </w:p>
    <w:p>
      <w:r>
        <w:rPr>
          <w:b/>
        </w:rPr>
        <w:t xml:space="preserve">[24:31] </w:t>
      </w:r>
      <w:r>
        <w:t>organized the work peacefully.</w:t>
      </w:r>
    </w:p>
    <w:p>
      <w:pPr>
        <w:jc w:val="right"/>
      </w:pPr>
      <w:r>
        <w:t>ارگنائز دا ورک پیس فلی۔</w:t>
      </w:r>
    </w:p>
    <w:p>
      <w:r>
        <w:rPr>
          <w:b/>
        </w:rPr>
        <w:t xml:space="preserve">[24:38] </w:t>
      </w:r>
      <w:r>
        <w:t>peacefully.</w:t>
      </w:r>
    </w:p>
    <w:p>
      <w:pPr>
        <w:jc w:val="right"/>
      </w:pPr>
      <w:r>
        <w:t>پیس فلی۔</w:t>
      </w:r>
    </w:p>
    <w:p>
      <w:r>
        <w:rPr>
          <w:b/>
        </w:rPr>
        <w:t xml:space="preserve">[24:42] </w:t>
      </w:r>
      <w:r>
        <w:t>there was no hate, no complaint, no violence, no conflict, no confrontation.</w:t>
      </w:r>
    </w:p>
    <w:p>
      <w:pPr>
        <w:jc w:val="right"/>
      </w:pPr>
      <w:r>
        <w:t>دیر واز نو ہیٹ، نو کمپلینٹ، نو وائیلنس، نو کانفلکٹ، نو کنفرنٹیشن۔</w:t>
      </w:r>
    </w:p>
    <w:p>
      <w:r>
        <w:rPr>
          <w:b/>
        </w:rPr>
        <w:t xml:space="preserve">[24:56] </w:t>
      </w:r>
      <w:r>
        <w:t>then you know, in madinah, also he adopted this formula, because at the time in madinah, there were three communities: muslims, mushrik, and jew.</w:t>
      </w:r>
    </w:p>
    <w:p>
      <w:pPr>
        <w:jc w:val="right"/>
      </w:pPr>
      <w:r>
        <w:t>دین یو نو، ان مدینہ، السو ہی اڈاپٹڈ دس فارمولا، بیکاز ایٹ دا ٹائم ان مدینہ، دیر وار تھری کمیونٹیز: مسلمز، مشرک، اینڈ جو۔</w:t>
      </w:r>
    </w:p>
    <w:p>
      <w:r>
        <w:rPr>
          <w:b/>
        </w:rPr>
        <w:t xml:space="preserve">[25:13] </w:t>
      </w:r>
      <w:r>
        <w:t>so he adopted the same formula.</w:t>
      </w:r>
    </w:p>
    <w:p>
      <w:pPr>
        <w:jc w:val="right"/>
      </w:pPr>
      <w:r>
        <w:t>سو ہی اڈاپٹڈ دا سیم فارمولا۔</w:t>
      </w:r>
    </w:p>
    <w:p>
      <w:r>
        <w:rPr>
          <w:b/>
        </w:rPr>
        <w:t xml:space="preserve">[25:18] </w:t>
      </w:r>
      <w:r>
        <w:t>when he</w:t>
      </w:r>
    </w:p>
    <w:p>
      <w:pPr>
        <w:jc w:val="right"/>
      </w:pPr>
      <w:r>
        <w:t>وین ہی</w:t>
      </w:r>
    </w:p>
    <w:p>
      <w:r>
        <w:rPr>
          <w:b/>
        </w:rPr>
        <w:t xml:space="preserve">[25:22] </w:t>
      </w:r>
      <w:r>
        <w:t>settled in madinah, after thirteen years, he issued a declaration, that is called in history "misaq al-madinah".</w:t>
      </w:r>
    </w:p>
    <w:p>
      <w:pPr>
        <w:jc w:val="right"/>
      </w:pPr>
      <w:r>
        <w:t>سیٹل ان مدینہ، افٹر تھرٹین ایئرز، ہی ایشوڈ ا ڈیکلریشن، دیٹ از کالڈ ان ہسٹری "میساق المدینہ"۔</w:t>
      </w:r>
    </w:p>
    <w:p>
      <w:r>
        <w:rPr>
          <w:b/>
        </w:rPr>
        <w:t xml:space="preserve">[25:36] </w:t>
      </w:r>
      <w:r>
        <w:t>that is madinah declaration.</w:t>
      </w:r>
    </w:p>
    <w:p>
      <w:pPr>
        <w:jc w:val="right"/>
      </w:pPr>
      <w:r>
        <w:t>دیٹ از مدینہ ڈیکلریشن۔</w:t>
      </w:r>
    </w:p>
    <w:p>
      <w:r>
        <w:rPr>
          <w:b/>
        </w:rPr>
        <w:t xml:space="preserve">[25:41] </w:t>
      </w:r>
      <w:r>
        <w:t>in this misaq or declaration, he stated lil-muslimin dinuhum lil-yahud dinuhum. for muslim, their religion; for jew, their religion.</w:t>
      </w:r>
    </w:p>
    <w:p>
      <w:pPr>
        <w:jc w:val="right"/>
      </w:pPr>
      <w:r>
        <w:t>ان دس میساق اور ڈیکلریشن، ہی سٹیٹڈ للمسلمین دینہم یہودی دینہم۔ فار مسلم، دیر ریلیجن؛ فار جو، دیر ریلیجن۔</w:t>
      </w:r>
    </w:p>
    <w:p>
      <w:r>
        <w:rPr>
          <w:b/>
        </w:rPr>
        <w:t xml:space="preserve">[25:56] </w:t>
      </w:r>
      <w:r>
        <w:t>it means that i am free to observe my religion, and also you are free to follow your religion.</w:t>
      </w:r>
    </w:p>
    <w:p>
      <w:pPr>
        <w:jc w:val="right"/>
      </w:pPr>
      <w:r>
        <w:t>اٹ مینز دیٹ ائی ایم فری ٹو ابزرو مائی ریلیجن، اینڈ السو یو ار فری ٹو فالو یور ریلیجن۔</w:t>
      </w:r>
    </w:p>
    <w:p>
      <w:r>
        <w:rPr>
          <w:b/>
        </w:rPr>
        <w:t xml:space="preserve">[26:07] </w:t>
      </w:r>
      <w:r>
        <w:t>then when he was in makkah, and makkah people became hostile, they wanted to kill the prophet of islam.</w:t>
      </w:r>
    </w:p>
    <w:p>
      <w:pPr>
        <w:jc w:val="right"/>
      </w:pPr>
      <w:r>
        <w:t>دین وین ہی واز ان مکہ، اینڈ مکین پیپل بیکم ہوسٹائل، دے وانٹڈ ٹو کل دا پرافٹ اف اسلام۔</w:t>
      </w:r>
    </w:p>
    <w:p>
      <w:r>
        <w:rPr>
          <w:b/>
        </w:rPr>
        <w:t xml:space="preserve">[26:22] </w:t>
      </w:r>
      <w:r>
        <w:t>they adopted a resolution in dar-al-nadwah, and under dar-al-nadwah, they decided that they will kill the prophet of islam.</w:t>
      </w:r>
    </w:p>
    <w:p>
      <w:pPr>
        <w:jc w:val="right"/>
      </w:pPr>
      <w:r>
        <w:t>دے اڈاپٹڈ ا ریزولیوشن ان دارالندوہ، اینڈ انڈر دارالندوہ، دے ڈیسائیڈڈ دیٹ دے ول کل دا پرافٹ اف اسلام۔</w:t>
      </w:r>
    </w:p>
    <w:p>
      <w:r>
        <w:rPr>
          <w:b/>
        </w:rPr>
        <w:t xml:space="preserve">[26:34] </w:t>
      </w:r>
      <w:r>
        <w:t>it was a unanimous resolution. then what happened? although at the time, there were several hundred people with the prophet of islam.</w:t>
      </w:r>
    </w:p>
    <w:p>
      <w:pPr>
        <w:jc w:val="right"/>
      </w:pPr>
      <w:r>
        <w:t>اٹ واز ا یونیمس ریزولیوشن۔ دین واٹ ہیپنڈ؟ الدو ایٹ دا ٹائم، دیر وار سیورل ہنڈرڈ پیپل ود دا پرافٹ اف اسلام۔</w:t>
      </w:r>
    </w:p>
    <w:p>
      <w:r>
        <w:rPr>
          <w:b/>
        </w:rPr>
        <w:t xml:space="preserve">[26:46] </w:t>
      </w:r>
      <w:r>
        <w:t>he was not alone in makkah, and in suburban areas, and madinah. in total, there were several hundred muslims at the time.</w:t>
      </w:r>
    </w:p>
    <w:p>
      <w:pPr>
        <w:jc w:val="right"/>
      </w:pPr>
      <w:r>
        <w:t>ہی واز ناٹ الون ان مکہ، اینڈ ان سبربن ایریاز، اینڈ مدینہ۔ ان ٹوٹل، دیر ویر سیورل ہنڈرڈ مسلمز ایٹ دا ٹائم۔</w:t>
      </w:r>
    </w:p>
    <w:p>
      <w:r>
        <w:rPr>
          <w:b/>
        </w:rPr>
        <w:t xml:space="preserve">[27:01] </w:t>
      </w:r>
      <w:r>
        <w:t>but prophet never organized any battle, any war. he simply migrated from makkah to madinah.</w:t>
      </w:r>
    </w:p>
    <w:p>
      <w:pPr>
        <w:jc w:val="right"/>
      </w:pPr>
      <w:r>
        <w:t>بٹ پرافٹ نیور ارگنائزڈ اینی بیٹ، اینی وار۔ ہی سمپلی مائیگریٹڈ فرام مکہ ٹو مدینہ۔</w:t>
      </w:r>
    </w:p>
    <w:p>
      <w:r>
        <w:rPr>
          <w:b/>
        </w:rPr>
        <w:t xml:space="preserve">[27:14] </w:t>
      </w:r>
      <w:r>
        <w:t>as was also adjustment. this was, this was due and act of adjustment.</w:t>
      </w:r>
    </w:p>
    <w:p>
      <w:pPr>
        <w:jc w:val="right"/>
      </w:pPr>
      <w:r>
        <w:t>اس واز السو ایڈجسٹمنٹ۔ دس واز، دس واز دو اینڈ ایکٹ اف ایڈجسٹمنٹ۔</w:t>
      </w:r>
    </w:p>
    <w:p>
      <w:r>
        <w:rPr>
          <w:b/>
        </w:rPr>
        <w:t xml:space="preserve">[27:22] </w:t>
      </w:r>
      <w:r>
        <w:t>at the time, there were two options before, before the prophet of islam: either go to conflict, or leave makkah.</w:t>
      </w:r>
    </w:p>
    <w:p>
      <w:pPr>
        <w:jc w:val="right"/>
      </w:pPr>
      <w:r>
        <w:t>ایٹ دا ٹائم، دیر وار ٹو اپشنز بیفور، بیفور دا پرافٹ اف اسلام: ائیدر گو ٹو کانفلکٹ، اور لیو مکہ۔</w:t>
      </w:r>
    </w:p>
    <w:p>
      <w:r>
        <w:rPr>
          <w:b/>
        </w:rPr>
        <w:t xml:space="preserve">[27:37] </w:t>
      </w:r>
      <w:r>
        <w:t>when makkah people passed the resolution in dar-al-nadwah, that was tribal parliament,</w:t>
      </w:r>
    </w:p>
    <w:p>
      <w:pPr>
        <w:jc w:val="right"/>
      </w:pPr>
      <w:r>
        <w:t>وین مکین پیپل پاس دا ریزولیوشن ان دارالندوہ، دیٹ واز ٹرائبل پارلیمنٹ،</w:t>
      </w:r>
    </w:p>
    <w:p>
      <w:r>
        <w:rPr>
          <w:b/>
        </w:rPr>
        <w:t xml:space="preserve">[27:48] </w:t>
      </w:r>
      <w:r>
        <w:t>to kill</w:t>
      </w:r>
    </w:p>
    <w:p>
      <w:pPr>
        <w:jc w:val="right"/>
      </w:pPr>
      <w:r>
        <w:t>ٹو کل</w:t>
      </w:r>
    </w:p>
    <w:p>
      <w:r>
        <w:rPr>
          <w:b/>
        </w:rPr>
        <w:t xml:space="preserve">[27:52] </w:t>
      </w:r>
      <w:r>
        <w:t>prophet of islam,</w:t>
      </w:r>
    </w:p>
    <w:p>
      <w:pPr>
        <w:jc w:val="right"/>
      </w:pPr>
      <w:r>
        <w:t>پرافٹ اف اسلام،</w:t>
      </w:r>
    </w:p>
    <w:p>
      <w:r>
        <w:rPr>
          <w:b/>
        </w:rPr>
        <w:t xml:space="preserve">[27:57] </w:t>
      </w:r>
      <w:r>
        <w:t>or to compel him to to migrate from makkah.</w:t>
      </w:r>
    </w:p>
    <w:p>
      <w:pPr>
        <w:jc w:val="right"/>
      </w:pPr>
      <w:r>
        <w:t>اور ٹو کمپل ہم ٹو ٹو مائیگریٹ فرام مکہ۔</w:t>
      </w:r>
    </w:p>
    <w:p>
      <w:r>
        <w:rPr>
          <w:b/>
        </w:rPr>
        <w:t xml:space="preserve">[28:06] </w:t>
      </w:r>
      <w:r>
        <w:t>so he never tried to to protest against this resolution, that is was against the human rights.</w:t>
      </w:r>
    </w:p>
    <w:p>
      <w:pPr>
        <w:jc w:val="right"/>
      </w:pPr>
      <w:r>
        <w:t>سو ہی نیور ٹرائیڈ ٹو ٹو پروٹیسٹ اگینسٹ دس ریزولیوشن، دیٹ از واز اگینسٹ دی ہیومن رائٹس۔</w:t>
      </w:r>
    </w:p>
    <w:p>
      <w:r>
        <w:rPr>
          <w:b/>
        </w:rPr>
        <w:t xml:space="preserve">[28:15] </w:t>
      </w:r>
      <w:r>
        <w:t>it was against, it was a violation, it was a clear violation of human rights, because he was a citizen.</w:t>
      </w:r>
    </w:p>
    <w:p>
      <w:pPr>
        <w:jc w:val="right"/>
      </w:pPr>
      <w:r>
        <w:t>اٹ واز اگینسٹ، اٹ واز ا وائلیشن، اٹ واز ا کلیئر وائلیشن اف ہیومن رائٹس، بیکاز ہی واز ا سٹیزن۔</w:t>
      </w:r>
    </w:p>
    <w:p>
      <w:r>
        <w:rPr>
          <w:b/>
        </w:rPr>
        <w:t xml:space="preserve">[28:24] </w:t>
      </w:r>
      <w:r>
        <w:t>he is a born citizen of Mecca. he had every right to live in Mecca. he and his his father and his grandfather, all were born in Mecca.</w:t>
      </w:r>
    </w:p>
    <w:p>
      <w:pPr>
        <w:jc w:val="right"/>
      </w:pPr>
      <w:r>
        <w:t>ہی از ا بورن سٹیزن اف مکہ۔ ہی ہیڈ ایوری رائٹ ٹو لیو ان مکہ۔ ہی اینڈ ہز ہز فادر اینڈ ہز گرینڈ فادر، ال ویر بورن ان مکہ۔</w:t>
      </w:r>
    </w:p>
    <w:p>
      <w:r>
        <w:rPr>
          <w:b/>
        </w:rPr>
        <w:t xml:space="preserve">[28:41] </w:t>
      </w:r>
      <w:r>
        <w:t>it was his birth right to live in Mecca.</w:t>
      </w:r>
    </w:p>
    <w:p>
      <w:pPr>
        <w:jc w:val="right"/>
      </w:pPr>
      <w:r>
        <w:t>اٹ واز ہز برتھ رائٹ ٹو لیو ان مکہ۔</w:t>
      </w:r>
    </w:p>
    <w:p>
      <w:r>
        <w:rPr>
          <w:b/>
        </w:rPr>
        <w:t xml:space="preserve">[28:45] </w:t>
      </w:r>
      <w:r>
        <w:t>so their resolution adopted in Darul Nadwah was a violation of human rights. but he never protested.</w:t>
      </w:r>
    </w:p>
    <w:p>
      <w:pPr>
        <w:jc w:val="right"/>
      </w:pPr>
      <w:r>
        <w:t>سو دیر ریزولیوشن اڈاپٹڈ ان دارالندوہ واز ا وائلیشن اف ہیومن رائٹس۔ بٹ ہی نیور پروٹیسٹڈ۔</w:t>
      </w:r>
    </w:p>
    <w:p>
      <w:r>
        <w:rPr>
          <w:b/>
        </w:rPr>
        <w:t xml:space="preserve">[28:57] </w:t>
      </w:r>
      <w:r>
        <w:t>he never demanded anything. he lived Mecca. he migrated from Mecca. but what was, what was this migration?</w:t>
      </w:r>
    </w:p>
    <w:p>
      <w:pPr>
        <w:jc w:val="right"/>
      </w:pPr>
      <w:r>
        <w:t>ہی نیور ڈیمانڈڈ اینی تھنگ۔ ہی لیوڈ مکہ۔ ہی مائیگریٹڈ فرام مکہ۔ بٹ واٹ واز، واٹ واز دس مائیگریشن؟</w:t>
      </w:r>
    </w:p>
    <w:p>
      <w:r>
        <w:rPr>
          <w:b/>
        </w:rPr>
        <w:t xml:space="preserve">[29:08] </w:t>
      </w:r>
      <w:r>
        <w:t>there were houses of all those companions</w:t>
      </w:r>
    </w:p>
    <w:p>
      <w:pPr>
        <w:jc w:val="right"/>
      </w:pPr>
      <w:r>
        <w:t>دیر ویر ہاؤسز اف ال دوز کمپینینز</w:t>
      </w:r>
    </w:p>
    <w:p>
      <w:r>
        <w:rPr>
          <w:b/>
        </w:rPr>
        <w:t xml:space="preserve">[29:14] </w:t>
      </w:r>
      <w:r>
        <w:t>. there was house of Muhammad sallallahu alaihi wasallam, house of other companions. so they left their property, they left their houses, they left their everything without any protest.</w:t>
      </w:r>
    </w:p>
    <w:p>
      <w:pPr>
        <w:jc w:val="right"/>
      </w:pPr>
      <w:r>
        <w:t>۔ دیر واز ہاؤس اف محمد صلی اللہ علیہ وسلم، ہاؤس اف ادر کمپینینز۔ سو دے لیفٹ دیر پراپرٹی، دے لیفٹ دیر ہاؤسز، دے لیفٹ دیر ایوری تھنگ وداؤٹ اینی پروٹیسٹ۔</w:t>
      </w:r>
    </w:p>
    <w:p>
      <w:r>
        <w:rPr>
          <w:b/>
        </w:rPr>
        <w:t xml:space="preserve">[29:34] </w:t>
      </w:r>
      <w:r>
        <w:t>as was high kind of adjustment or tolerance</w:t>
      </w:r>
    </w:p>
    <w:p>
      <w:pPr>
        <w:jc w:val="right"/>
      </w:pPr>
      <w:r>
        <w:t>اس واز ہائی کائنڈ اف ایڈجسٹمنٹ اور ٹولرنس</w:t>
      </w:r>
    </w:p>
    <w:p>
      <w:r>
        <w:rPr>
          <w:b/>
        </w:rPr>
        <w:t xml:space="preserve">[29:42] </w:t>
      </w:r>
      <w:r>
        <w:t>. so according to Islam, adjustment means</w:t>
      </w:r>
    </w:p>
    <w:p>
      <w:pPr>
        <w:jc w:val="right"/>
      </w:pPr>
      <w:r>
        <w:t>۔ سو اکارڈنگ ٹو اسلام، ایڈجسٹمنٹ مینز</w:t>
      </w:r>
    </w:p>
    <w:p>
      <w:r>
        <w:rPr>
          <w:b/>
        </w:rPr>
        <w:t xml:space="preserve">[29:49] </w:t>
      </w:r>
      <w:r>
        <w:t>establishing peace at any cost.</w:t>
      </w:r>
    </w:p>
    <w:p>
      <w:pPr>
        <w:jc w:val="right"/>
      </w:pPr>
      <w:r>
        <w:t>اسٹیبلشنگ پیس ایٹ اینی کاسٹ۔</w:t>
      </w:r>
    </w:p>
    <w:p>
      <w:r>
        <w:rPr>
          <w:b/>
        </w:rPr>
        <w:t xml:space="preserve">[29:54] </w:t>
      </w:r>
      <w:r>
        <w:t>according to Islamic teachings, adjustment means to establish peace at any cost.</w:t>
      </w:r>
    </w:p>
    <w:p>
      <w:pPr>
        <w:jc w:val="right"/>
      </w:pPr>
      <w:r>
        <w:t>اکارڈنگ ٹو اسلامک ٹیچنگز، ایڈجسٹمنٹ مینز ٹو اسٹیبلش پیس ایٹ اینی کاسٹ۔</w:t>
      </w:r>
    </w:p>
    <w:p>
      <w:r>
        <w:rPr>
          <w:b/>
        </w:rPr>
        <w:t xml:space="preserve">[30:03] </w:t>
      </w:r>
      <w:r>
        <w:t>adjustment is not passivity. it is not cowardice.</w:t>
      </w:r>
    </w:p>
    <w:p>
      <w:pPr>
        <w:jc w:val="right"/>
      </w:pPr>
      <w:r>
        <w:t>ایڈجسٹمنٹ از ناٹ پیسیوٹی۔ اٹ از ناٹ کاورڈس۔</w:t>
      </w:r>
    </w:p>
    <w:p>
      <w:r>
        <w:rPr>
          <w:b/>
        </w:rPr>
        <w:t xml:space="preserve">[30:09] </w:t>
      </w:r>
      <w:r>
        <w:t>no, it is a positive policy.</w:t>
      </w:r>
    </w:p>
    <w:p>
      <w:pPr>
        <w:jc w:val="right"/>
      </w:pPr>
      <w:r>
        <w:t>نو، اٹ از ا پوزیٹیو پالیسی۔</w:t>
      </w:r>
    </w:p>
    <w:p>
      <w:r>
        <w:rPr>
          <w:b/>
        </w:rPr>
        <w:t xml:space="preserve">[30:16] </w:t>
      </w:r>
      <w:r>
        <w:t>adjustment is not a cowardice, a or a retreat.</w:t>
      </w:r>
    </w:p>
    <w:p>
      <w:pPr>
        <w:jc w:val="right"/>
      </w:pPr>
      <w:r>
        <w:t>ایڈجسٹمنٹ از ناٹ ا کاورڈس، ا اور ا ریٹریٹ۔</w:t>
      </w:r>
    </w:p>
    <w:p>
      <w:r>
        <w:rPr>
          <w:b/>
        </w:rPr>
        <w:t xml:space="preserve">[30:25] </w:t>
      </w:r>
      <w:r>
        <w:t>no, it is not a retreat. it is advancement.</w:t>
      </w:r>
    </w:p>
    <w:p>
      <w:pPr>
        <w:jc w:val="right"/>
      </w:pPr>
      <w:r>
        <w:t>نو، اٹ از ناٹ ا ریٹریٹ۔ اٹ از ایڈوانسمنٹ۔</w:t>
      </w:r>
    </w:p>
    <w:p>
      <w:r>
        <w:rPr>
          <w:b/>
        </w:rPr>
        <w:t xml:space="preserve">[30:33] </w:t>
      </w:r>
      <w:r>
        <w:t>it is advancement, because when you avoid, when you adjust, then you buy time, you avail the opportunities.</w:t>
      </w:r>
    </w:p>
    <w:p>
      <w:pPr>
        <w:jc w:val="right"/>
      </w:pPr>
      <w:r>
        <w:t>اٹ از ایڈوانسمنٹ، بیکاز وین یو اوائڈ، وین یو ایڈجسٹ، دین یو بائی ٹائم، یو اویل دا اپرچونیٹیز۔</w:t>
      </w:r>
    </w:p>
    <w:p>
      <w:r>
        <w:rPr>
          <w:b/>
        </w:rPr>
        <w:t xml:space="preserve">[30:50] </w:t>
      </w:r>
      <w:r>
        <w:t>you establish peace in the society, so that you may do the work.</w:t>
      </w:r>
    </w:p>
    <w:p>
      <w:pPr>
        <w:jc w:val="right"/>
      </w:pPr>
      <w:r>
        <w:t>یو اسٹیبلش پیس ان دا سوسائٹی، سو دیٹ یو می ڈو دا ورک۔</w:t>
      </w:r>
    </w:p>
    <w:p>
      <w:r>
        <w:rPr>
          <w:b/>
        </w:rPr>
        <w:t xml:space="preserve">[31:00] </w:t>
      </w:r>
      <w:r>
        <w:t>you know, the work is the greatest concern of of a momin. so the work was the greatest concern of prophet of Islam sallallahu alaihi wasallam.</w:t>
      </w:r>
    </w:p>
    <w:p>
      <w:pPr>
        <w:jc w:val="right"/>
      </w:pPr>
      <w:r>
        <w:t>یو نو، دا ورک از دا گریٹسٹ کنسرن اف اف ا مومن۔ سو دا ورک واز دا گریٹسٹ کنسرن اف پرافٹ اف اسلام صلی اللہ علیہ وسلم۔</w:t>
      </w:r>
    </w:p>
    <w:p>
      <w:r>
        <w:rPr>
          <w:b/>
        </w:rPr>
        <w:t xml:space="preserve">[31:15] </w:t>
      </w:r>
      <w:r>
        <w:t>so he sacrificed everything, everything, everything, only to to find opportunity for the work. this was his policy.</w:t>
      </w:r>
    </w:p>
    <w:p>
      <w:pPr>
        <w:jc w:val="right"/>
      </w:pPr>
      <w:r>
        <w:t>سو ہی سیکریفائس ایوری تھنگ، ایوری تھنگ، ایوری تھنگ، اونلی ٹو ٹو فائنڈ اپرچونیٹی فار دا ورک۔ دس واز ہز پالیسی۔</w:t>
      </w:r>
    </w:p>
    <w:p>
      <w:r>
        <w:rPr>
          <w:b/>
        </w:rPr>
        <w:t xml:space="preserve">[31:30] </w:t>
      </w:r>
      <w:r>
        <w:t>so when the prophet of Islam migrated from Mecca and settled in Medina, it was a clear case of adjustment or avoidance or tolerance.</w:t>
      </w:r>
    </w:p>
    <w:p>
      <w:pPr>
        <w:jc w:val="right"/>
      </w:pPr>
      <w:r>
        <w:t>سو وین دا پرافٹ اف اسلام مائیگریٹڈ فرام مکہ اینڈ سیٹل ان مدینہ، اٹ واز ا کلیئر کیس اف ایڈجسٹمنٹ اور اوائیڈنس اور ٹولرنس۔</w:t>
      </w:r>
    </w:p>
    <w:p>
      <w:r>
        <w:rPr>
          <w:b/>
        </w:rPr>
        <w:t xml:space="preserve">[31:50] </w:t>
      </w:r>
      <w:r>
        <w:t>all these words are very similar to each other.</w:t>
      </w:r>
    </w:p>
    <w:p>
      <w:pPr>
        <w:jc w:val="right"/>
      </w:pPr>
      <w:r>
        <w:t>ال دیز ورڈز ار ویری سمیلر ٹو ایچ ادر۔</w:t>
      </w:r>
    </w:p>
    <w:p>
      <w:r>
        <w:rPr>
          <w:b/>
        </w:rPr>
        <w:t xml:space="preserve">[31:59] </w:t>
      </w:r>
      <w:r>
        <w:t>then what happened? when he,</w:t>
      </w:r>
    </w:p>
    <w:p>
      <w:pPr>
        <w:jc w:val="right"/>
      </w:pPr>
      <w:r>
        <w:t>دین واٹ ہیپن؟ وین ہی،</w:t>
      </w:r>
    </w:p>
    <w:p>
      <w:r>
        <w:rPr>
          <w:b/>
        </w:rPr>
        <w:t xml:space="preserve">[32:07] </w:t>
      </w:r>
      <w:r>
        <w:t>when he came to Medina, he never followed the the path of reaction.</w:t>
      </w:r>
    </w:p>
    <w:p>
      <w:pPr>
        <w:jc w:val="right"/>
      </w:pPr>
      <w:r>
        <w:t>وین ہی کیم ٹو مدینہ، ہی نیور فالوڈ دا دا پاتھ اف ری ایکشن۔</w:t>
      </w:r>
    </w:p>
    <w:p>
      <w:r>
        <w:rPr>
          <w:b/>
        </w:rPr>
        <w:t xml:space="preserve">[32:21] </w:t>
      </w:r>
      <w:r>
        <w:t>he never complained, he never protested.</w:t>
      </w:r>
    </w:p>
    <w:p>
      <w:pPr>
        <w:jc w:val="right"/>
      </w:pPr>
      <w:r>
        <w:t>ہی نیور کمپلینٹ، ہی نیور پروٹیسٹڈ۔</w:t>
      </w:r>
    </w:p>
    <w:p>
      <w:r>
        <w:rPr>
          <w:b/>
        </w:rPr>
        <w:t xml:space="preserve">[32:25] </w:t>
      </w:r>
      <w:r>
        <w:t>he simply, he simply built a mosque in in Medina.</w:t>
      </w:r>
    </w:p>
    <w:p>
      <w:pPr>
        <w:jc w:val="right"/>
      </w:pPr>
      <w:r>
        <w:t>ہی سمپلی، ہی سمپلی بلٹ ا ماسک ان ان مدینہ۔</w:t>
      </w:r>
    </w:p>
    <w:p>
      <w:r>
        <w:rPr>
          <w:b/>
        </w:rPr>
        <w:t xml:space="preserve">[32:35] </w:t>
      </w:r>
      <w:r>
        <w:t>when prophet of Islam settled in Medina, the first work was to build a mosque in Medina.</w:t>
      </w:r>
    </w:p>
    <w:p>
      <w:pPr>
        <w:jc w:val="right"/>
      </w:pPr>
      <w:r>
        <w:t>وین پرافٹ اف اسلام سیٹل ان مدینہ، دا فرسٹ ورک واز ٹو بلٹ ا ماسک ان مدینہ۔</w:t>
      </w:r>
    </w:p>
    <w:p>
      <w:r>
        <w:rPr>
          <w:b/>
        </w:rPr>
        <w:t xml:space="preserve">[32:44] </w:t>
      </w:r>
      <w:r>
        <w:t>that was mosque of peace.</w:t>
      </w:r>
    </w:p>
    <w:p>
      <w:pPr>
        <w:jc w:val="right"/>
      </w:pPr>
      <w:r>
        <w:t>دیٹ واز ماسک اف پیس۔</w:t>
      </w:r>
    </w:p>
    <w:p>
      <w:r>
        <w:rPr>
          <w:b/>
        </w:rPr>
        <w:t xml:space="preserve">[32:49] </w:t>
      </w:r>
      <w:r>
        <w:t>in this mosque, there was no that kind of talk,</w:t>
      </w:r>
    </w:p>
    <w:p>
      <w:pPr>
        <w:jc w:val="right"/>
      </w:pPr>
      <w:r>
        <w:t>ان دس ماسک، دیر واز نو دیٹ کائنڈ اف ٹاک،</w:t>
      </w:r>
    </w:p>
    <w:p>
      <w:r>
        <w:rPr>
          <w:b/>
        </w:rPr>
        <w:t xml:space="preserve">[32:57] </w:t>
      </w:r>
      <w:r>
        <w:t>that kind of talk, that is based on in tolerance, protest, demand. no, there was simply,</w:t>
      </w:r>
    </w:p>
    <w:p>
      <w:pPr>
        <w:jc w:val="right"/>
      </w:pPr>
      <w:r>
        <w:t>دیٹ کائنڈ اف ٹاک، دیٹ از بیسڈ ان ان ٹولرنس، پروٹیسٹ، ڈیمانڈ۔ نو، دیر واز سمپلی،</w:t>
      </w:r>
    </w:p>
    <w:p>
      <w:r>
        <w:rPr>
          <w:b/>
        </w:rPr>
        <w:t xml:space="preserve">[33:09] </w:t>
      </w:r>
      <w:r>
        <w:t>it was simply for worship, for the work.</w:t>
      </w:r>
    </w:p>
    <w:p>
      <w:pPr>
        <w:jc w:val="right"/>
      </w:pPr>
      <w:r>
        <w:t>اٹ واز سمپلی فار ورشپ، فار دا ورک۔</w:t>
      </w:r>
    </w:p>
    <w:p>
      <w:r>
        <w:rPr>
          <w:b/>
        </w:rPr>
        <w:t xml:space="preserve">[33:16] </w:t>
      </w:r>
      <w:r>
        <w:t>so he engaged himself in the work. but Meccan people under the Quraish, under the leadership of Quraish, were not happy with the situation.</w:t>
      </w:r>
    </w:p>
    <w:p>
      <w:pPr>
        <w:jc w:val="right"/>
      </w:pPr>
      <w:r>
        <w:t>سو ہی انگیج ہم سیلف ان دا ورک۔ بٹ مکین پیپل انڈر دی قریش، انڈر دی لیڈرشپ اف قریش، ویر ناٹ ہیپی ود دی سچوئیشن۔</w:t>
      </w:r>
    </w:p>
    <w:p>
      <w:r>
        <w:rPr>
          <w:b/>
        </w:rPr>
        <w:t xml:space="preserve">[33:35] </w:t>
      </w:r>
      <w:r>
        <w:t>they wanted to kill his mission.</w:t>
      </w:r>
    </w:p>
    <w:p>
      <w:pPr>
        <w:jc w:val="right"/>
      </w:pPr>
      <w:r>
        <w:t>دے وانٹڈ ٹو کل ہز مشن۔</w:t>
      </w:r>
    </w:p>
    <w:p>
      <w:r>
        <w:rPr>
          <w:b/>
        </w:rPr>
        <w:t xml:space="preserve">[33:42] </w:t>
      </w:r>
      <w:r>
        <w:t>they felt that it is a danger for their shirk culture. prophet of Islam was prophet of tauheed. he always promoted, he was engaged in promoting tauheed.</w:t>
      </w:r>
    </w:p>
    <w:p>
      <w:pPr>
        <w:jc w:val="right"/>
      </w:pPr>
      <w:r>
        <w:t>دے فیلٹ دیٹ اٹ از ا ڈینجر فار دیر شرک کلچر۔ پرافٹ اف اسلام واز پرافٹ اف توحید۔ ہی الویز پروموٹڈ، ہی واز انگیجڈ ان پروموٹنگ توحید۔</w:t>
      </w:r>
    </w:p>
    <w:p>
      <w:r>
        <w:rPr>
          <w:b/>
        </w:rPr>
        <w:t xml:space="preserve">[33:58] </w:t>
      </w:r>
      <w:r>
        <w:t>he was a muwahhid. so Meccan people, that is Quraish, they saw danger in in a mission of this kind.</w:t>
      </w:r>
    </w:p>
    <w:p>
      <w:pPr>
        <w:jc w:val="right"/>
      </w:pPr>
      <w:r>
        <w:t>ہی واز ا موحد۔ سو مکین پیپل، دیٹ از قریش، دے سا ڈینجر ان ان ا مشن اف دس کائنڈ۔</w:t>
      </w:r>
    </w:p>
    <w:p>
      <w:r>
        <w:rPr>
          <w:b/>
        </w:rPr>
        <w:t xml:space="preserve">[34:13] </w:t>
      </w:r>
      <w:r>
        <w:t>they were mushrik. prophet of Islam was muwahhid. that's was shirk culture.</w:t>
      </w:r>
    </w:p>
    <w:p>
      <w:pPr>
        <w:jc w:val="right"/>
      </w:pPr>
      <w:r>
        <w:t>دے ویر مشرک۔ پرافٹ اف اسلام واز موحد۔ دیٹس واز شرک کلچر۔</w:t>
      </w:r>
    </w:p>
    <w:p>
      <w:r>
        <w:rPr>
          <w:b/>
        </w:rPr>
        <w:t xml:space="preserve">[34:21] </w:t>
      </w:r>
      <w:r>
        <w:t>prophet of Islam was engaged in promoting tauheed culture. so they saw danger.</w:t>
      </w:r>
    </w:p>
    <w:p>
      <w:pPr>
        <w:jc w:val="right"/>
      </w:pPr>
      <w:r>
        <w:t>پرافٹ اف اسلام واز انگیجڈ ان پروموٹنگ توحید کلچر۔ سو دے سا ڈینجر۔</w:t>
      </w:r>
    </w:p>
    <w:p>
      <w:r>
        <w:rPr>
          <w:b/>
        </w:rPr>
        <w:t xml:space="preserve">[34:31] </w:t>
      </w:r>
      <w:r>
        <w:t>they wanted to eliminate the mission of the prophet of Islam. so they attacked unitary.</w:t>
      </w:r>
    </w:p>
    <w:p>
      <w:pPr>
        <w:jc w:val="right"/>
      </w:pPr>
      <w:r>
        <w:t>دے وانٹڈ ٹو ایلیمینیٹ دا مشن اف دا پرافٹ اف اسلام۔ سو دے اٹیکڈ یونیٹری۔</w:t>
      </w:r>
    </w:p>
    <w:p>
      <w:r>
        <w:rPr>
          <w:b/>
        </w:rPr>
        <w:t xml:space="preserve">[34:42] </w:t>
      </w:r>
      <w:r>
        <w:t>they organized army, and they you know, there was three hundred mile</w:t>
      </w:r>
    </w:p>
    <w:p>
      <w:pPr>
        <w:jc w:val="right"/>
      </w:pPr>
      <w:r>
        <w:t>دے ارگنائزڈ ارمی، اینڈ دے یو نو، دیر واز تھری ہنڈرڈ مائل</w:t>
      </w:r>
    </w:p>
    <w:p>
      <w:r>
        <w:rPr>
          <w:b/>
        </w:rPr>
        <w:t xml:space="preserve">[34:51] </w:t>
      </w:r>
      <w:r>
        <w:t>distance between Mecca and Medina. so they organized enemy, and they attacked Medina.</w:t>
      </w:r>
    </w:p>
    <w:p>
      <w:pPr>
        <w:jc w:val="right"/>
      </w:pPr>
      <w:r>
        <w:t>ڈسٹنس بٹوین مکہ اینڈ مدینہ۔ سو دے ارگنائز اینمی، اینڈ دے اٹیک مدینہ۔</w:t>
      </w:r>
    </w:p>
    <w:p>
      <w:r>
        <w:rPr>
          <w:b/>
        </w:rPr>
        <w:t xml:space="preserve">[35:03] </w:t>
      </w:r>
      <w:r>
        <w:t>so there was some skirmish, not a full fledged battle.</w:t>
      </w:r>
    </w:p>
    <w:p>
      <w:pPr>
        <w:jc w:val="right"/>
      </w:pPr>
      <w:r>
        <w:t>سو دیر واز سم اسکرمیشن، ناٹ ا فل فلیج بیٹل۔</w:t>
      </w:r>
    </w:p>
    <w:p>
      <w:r>
        <w:rPr>
          <w:b/>
        </w:rPr>
        <w:t xml:space="preserve">[35:09] </w:t>
      </w:r>
      <w:r>
        <w:t>now, when we use term war or battle, it means a full fledged war. but prophet of Islam always avoided to go to full fledged war.</w:t>
      </w:r>
    </w:p>
    <w:p>
      <w:pPr>
        <w:jc w:val="right"/>
      </w:pPr>
      <w:r>
        <w:t>ناو، وین وی یوز ٹرم وار اور بیٹل، اٹ مینز ا فل فلیج وار۔ بٹ پرافٹ اف اسلام الویز اوائیڈڈ ٹو گو ٹو فل فلیج وار۔</w:t>
      </w:r>
    </w:p>
    <w:p>
      <w:r>
        <w:rPr>
          <w:b/>
        </w:rPr>
        <w:t xml:space="preserve">[35:27] </w:t>
      </w:r>
      <w:r>
        <w:t>you know, in Mecca, what was the culture? it was, it was culture of war.</w:t>
      </w:r>
    </w:p>
    <w:p>
      <w:pPr>
        <w:jc w:val="right"/>
      </w:pPr>
      <w:r>
        <w:t>یو نو، ان مکہ، واٹ واز دا کلچر؟ اٹ واز، اٹ واز کلچر اف وار۔</w:t>
      </w:r>
    </w:p>
    <w:p>
      <w:r>
        <w:rPr>
          <w:b/>
        </w:rPr>
        <w:t xml:space="preserve">[35:36] </w:t>
      </w:r>
      <w:r>
        <w:t>they used to fight up to hundred years.</w:t>
      </w:r>
    </w:p>
    <w:p>
      <w:pPr>
        <w:jc w:val="right"/>
      </w:pPr>
      <w:r>
        <w:t>دے یوز ٹو فائٹ اپ ٹو ہنڈرڈ ایئرز۔</w:t>
      </w:r>
    </w:p>
    <w:p>
      <w:r>
        <w:rPr>
          <w:b/>
        </w:rPr>
        <w:t xml:space="preserve">[35:45] </w:t>
      </w:r>
      <w:r>
        <w:t>Maulana Hali, Altaf Hussain Hali, said in in his Musaddas Hali, woh baqra aur taghreeb ki baham larai, sadi jis mein aadhi unho ne gawai.</w:t>
      </w:r>
    </w:p>
    <w:p>
      <w:pPr>
        <w:jc w:val="right"/>
      </w:pPr>
      <w:r>
        <w:t>مولانا حالی، الطاف حسین حالی، سیڈ ان ان ہز مسدس حالی، وہ بقرہ اور تغریب کی باہم لڑائی، صدی جس میں ادھی انہوں نے گوائی۔</w:t>
      </w:r>
    </w:p>
    <w:p>
      <w:r>
        <w:rPr>
          <w:b/>
        </w:rPr>
        <w:t xml:space="preserve">[35:58] </w:t>
      </w:r>
      <w:r>
        <w:t>and they were engaged in fighting up to fifty years. fifty years, five zero.</w:t>
      </w:r>
    </w:p>
    <w:p>
      <w:pPr>
        <w:jc w:val="right"/>
      </w:pPr>
      <w:r>
        <w:t>ان دے ویر انگیجڈ ان فائٹنگ اپ ٹو ففٹی ایئرز۔ ففٹی ایئرز، فائیو زیرو۔</w:t>
      </w:r>
    </w:p>
    <w:p>
      <w:r>
        <w:rPr>
          <w:b/>
        </w:rPr>
        <w:t xml:space="preserve">[36:06] </w:t>
      </w:r>
      <w:r>
        <w:t>so war was their culture. but prophet avoided war, avoided battle. there was no full fledged battle at all in the prophets, in the life of the prophet of Islam.</w:t>
      </w:r>
    </w:p>
    <w:p>
      <w:pPr>
        <w:jc w:val="right"/>
      </w:pPr>
      <w:r>
        <w:t>سو وار واز دیر کلچر۔ بٹ پرافٹ اوائیڈڈ وار، اوائیڈڈ بیٹل۔ دیر واز نو فل فل بیٹل ایٹ ال ان دا پرافٹس، ان دا لائف اف دا پرافٹ اف اسلام۔</w:t>
      </w:r>
    </w:p>
    <w:p>
      <w:r>
        <w:rPr>
          <w:b/>
        </w:rPr>
        <w:t xml:space="preserve">[36:21] </w:t>
      </w:r>
      <w:r>
        <w:t>there was no not single war that you can see full fledged war. it was simply skirmish.</w:t>
      </w:r>
    </w:p>
    <w:p>
      <w:pPr>
        <w:jc w:val="right"/>
      </w:pPr>
      <w:r>
        <w:t>دیر واز نو ناٹ سنگل وار دیٹ یو کین سی فل فلیٹ وار۔ اٹ واز سمپلی اسکرمیشن۔</w:t>
      </w:r>
    </w:p>
    <w:p>
      <w:r>
        <w:rPr>
          <w:b/>
        </w:rPr>
        <w:t xml:space="preserve">[36:31] </w:t>
      </w:r>
      <w:r>
        <w:t>skirmi</w:t>
      </w:r>
    </w:p>
    <w:p>
      <w:pPr>
        <w:jc w:val="right"/>
      </w:pPr>
      <w:r>
        <w:t>اسکرمی</w:t>
      </w:r>
    </w:p>
    <w:p>
      <w:r>
        <w:rPr>
          <w:b/>
        </w:rPr>
        <w:t xml:space="preserve">[36:32] </w:t>
      </w:r>
      <w:r>
        <w:t>shion why? because the policy of prophet Islam was avoidance, adjustment, tolerance, peace.</w:t>
      </w:r>
    </w:p>
    <w:p>
      <w:pPr>
        <w:jc w:val="right"/>
      </w:pPr>
      <w:r>
        <w:t>شن وائی؟ بیکاز دا پالیسی اف پرافٹ اسلام واز اوائیڈنس، ایڈجسٹمنٹ، ٹولرنس، پیس۔</w:t>
      </w:r>
    </w:p>
    <w:p>
      <w:r>
        <w:rPr>
          <w:b/>
        </w:rPr>
        <w:t xml:space="preserve">[36:45] </w:t>
      </w:r>
      <w:r>
        <w:t>deen what happened?</w:t>
      </w:r>
    </w:p>
    <w:p>
      <w:pPr>
        <w:jc w:val="right"/>
      </w:pPr>
      <w:r>
        <w:t>دین واٹ ہیپن؟</w:t>
      </w:r>
    </w:p>
    <w:p>
      <w:r>
        <w:rPr>
          <w:b/>
        </w:rPr>
        <w:t xml:space="preserve">[36:49] </w:t>
      </w:r>
      <w:r>
        <w:t>Prophet of Islam started negotiation. He initiated negotiation between himself and Quraish</w:t>
      </w:r>
    </w:p>
    <w:p>
      <w:pPr>
        <w:jc w:val="right"/>
      </w:pPr>
      <w:r>
        <w:t>پرافٹ اف اسلام ہی سٹارٹڈ نیگوشی ایشن۔ ہی انیشیٹڈ نیگوشی ایشن بٹوین ہم سیلف اینڈ قریش</w:t>
      </w:r>
    </w:p>
    <w:p>
      <w:r>
        <w:rPr>
          <w:b/>
        </w:rPr>
        <w:t xml:space="preserve">[36:59] </w:t>
      </w:r>
      <w:r>
        <w:t>This negotiation lasted up to, up to, up to fifteen days</w:t>
      </w:r>
    </w:p>
    <w:p>
      <w:pPr>
        <w:jc w:val="right"/>
      </w:pPr>
      <w:r>
        <w:t>۔ دس نیگوشی ایشن لاسٹڈ اپ ٹو، اپ ٹو، اپ ٹو ففٹین ڈیز</w:t>
      </w:r>
    </w:p>
    <w:p>
      <w:r>
        <w:rPr>
          <w:b/>
        </w:rPr>
        <w:t xml:space="preserve">[37:13] </w:t>
      </w:r>
      <w:r>
        <w:t>at Hudaybiyyah. It is called Hudaybiyyah negotiation. So after fifteen days of negotiation, Prophet of Islam was able to obtain a peace treaty</w:t>
      </w:r>
    </w:p>
    <w:p>
      <w:pPr>
        <w:jc w:val="right"/>
      </w:pPr>
      <w:r>
        <w:t>ایٹ حدیبیہ۔ اٹ از کالڈ حدیبیہ نیگوشی ایشن۔ سو افٹر ففٹین ڈیز اف نیگوشی ایشن، پرافٹ اف اسلام واز ایبل ٹو ابٹین ا پیس ٹریٹی</w:t>
      </w:r>
    </w:p>
    <w:p>
      <w:r>
        <w:rPr>
          <w:b/>
        </w:rPr>
        <w:t xml:space="preserve">[37:29] </w:t>
      </w:r>
      <w:r>
        <w:t>It is called Hudaybiyyah treaty or Hudaybiyyah agreement. Now, how this Hudaybiyyah agreement was made possible?</w:t>
      </w:r>
    </w:p>
    <w:p>
      <w:pPr>
        <w:jc w:val="right"/>
      </w:pPr>
      <w:r>
        <w:t>۔ اٹ از کالڈ حدیبیہ ٹریٹی اور حدیبیہ ایگریمنٹ۔ ناو، ہاؤ دس حدیبیہ ایگریمنٹ واز میڈ پاسیبل؟</w:t>
      </w:r>
    </w:p>
    <w:p>
      <w:r>
        <w:rPr>
          <w:b/>
        </w:rPr>
        <w:t xml:space="preserve">[37:44] </w:t>
      </w:r>
      <w:r>
        <w:t>Only after sacrifice. Prophet gave a great great sacrifice for this Hudaybiyyah peace treaty.</w:t>
      </w:r>
    </w:p>
    <w:p>
      <w:pPr>
        <w:jc w:val="right"/>
      </w:pPr>
      <w:r>
        <w:t>اونلی افٹر سیکریفائس۔ پرافٹ گیو ا گریٹ گریٹ سیکریفائس فار دس حدیبیہ پیس ٹریٹی۔</w:t>
      </w:r>
    </w:p>
    <w:p>
      <w:r>
        <w:rPr>
          <w:b/>
        </w:rPr>
        <w:t xml:space="preserve">[37:58] </w:t>
      </w:r>
      <w:r>
        <w:t>Even companions were, were, were not in favour of this agreement.</w:t>
      </w:r>
    </w:p>
    <w:p>
      <w:pPr>
        <w:jc w:val="right"/>
      </w:pPr>
      <w:r>
        <w:t>ایون صحابہ ویر، ویر، ویر ناٹ ان فیور اف دس ایگریمنٹ۔</w:t>
      </w:r>
    </w:p>
    <w:p>
      <w:r>
        <w:rPr>
          <w:b/>
        </w:rPr>
        <w:t xml:space="preserve">[38:09] </w:t>
      </w:r>
      <w:r>
        <w:t>Umar Farooq, who was the second Caliph after the Prophet of Islam.</w:t>
      </w:r>
    </w:p>
    <w:p>
      <w:pPr>
        <w:jc w:val="right"/>
      </w:pPr>
      <w:r>
        <w:t>عمر فاروق، ہو واز دا سیکنڈ خلیفہ افٹر دی پرافٹ اف اسلام۔</w:t>
      </w:r>
    </w:p>
    <w:p>
      <w:r>
        <w:rPr>
          <w:b/>
        </w:rPr>
        <w:t xml:space="preserve">[38:17] </w:t>
      </w:r>
      <w:r>
        <w:t>So Umar Farooq was present over</w:t>
      </w:r>
    </w:p>
    <w:p>
      <w:pPr>
        <w:jc w:val="right"/>
      </w:pPr>
      <w:r>
        <w:t>سو عمر فاروق واز پریزنٹ اوور</w:t>
      </w:r>
    </w:p>
    <w:p>
      <w:r>
        <w:rPr>
          <w:b/>
        </w:rPr>
        <w:t xml:space="preserve">[38:20] </w:t>
      </w:r>
      <w:r>
        <w:t>there. He said, when he saw Prophet of Islam, is accept, is ready, is ready to accept all those conditions laid by Quraish unilaterally,</w:t>
      </w:r>
    </w:p>
    <w:p>
      <w:pPr>
        <w:jc w:val="right"/>
      </w:pPr>
      <w:r>
        <w:t>دیر۔ ہی سیڈ، وین ہی سا پرافٹ اف اسلام، از ایکسیپٹ، از ریڈ، از ریڈ ٹو ایکسیپٹ ال دوز کنڈیشنز لیڈ بائی قریش یونی لیٹرلی،</w:t>
      </w:r>
    </w:p>
    <w:p>
      <w:r>
        <w:rPr>
          <w:b/>
        </w:rPr>
        <w:t xml:space="preserve">[38:37] </w:t>
      </w:r>
      <w:r>
        <w:t>only to to have peace.</w:t>
      </w:r>
    </w:p>
    <w:p>
      <w:pPr>
        <w:jc w:val="right"/>
      </w:pPr>
      <w:r>
        <w:t>اونلی ٹو ٹو ہیو پیس۔</w:t>
      </w:r>
    </w:p>
    <w:p>
      <w:r>
        <w:rPr>
          <w:b/>
        </w:rPr>
        <w:t xml:space="preserve">[38:43] </w:t>
      </w:r>
      <w:r>
        <w:t>only to sign a peace trea</w:t>
      </w:r>
    </w:p>
    <w:p>
      <w:pPr>
        <w:jc w:val="right"/>
      </w:pPr>
      <w:r>
        <w:t>اونلی ٹو ٹو سائن ا پیس ٹری</w:t>
      </w:r>
    </w:p>
    <w:p>
      <w:r>
        <w:rPr>
          <w:b/>
        </w:rPr>
        <w:t xml:space="preserve">[38:46] </w:t>
      </w:r>
      <w:r>
        <w:t>ty. Prophet of Islam was ready to accept all those conditions laid by by the other party, Quraish.</w:t>
      </w:r>
    </w:p>
    <w:p>
      <w:pPr>
        <w:jc w:val="right"/>
      </w:pPr>
      <w:r>
        <w:t>ٹی۔ پرافٹ اف اسلام واز ریڈ ٹو ایکسیپٹ ال دوز کنڈیشنز لیڈ بائی بائی دی ادر پارٹی، قریش۔</w:t>
      </w:r>
    </w:p>
    <w:p>
      <w:r>
        <w:rPr>
          <w:b/>
        </w:rPr>
        <w:t xml:space="preserve">[38:55] </w:t>
      </w:r>
      <w:r>
        <w:t>So Umar Farooq said,</w:t>
      </w:r>
    </w:p>
    <w:p>
      <w:pPr>
        <w:jc w:val="right"/>
      </w:pPr>
      <w:r>
        <w:t>تو عمر فاروق سیڈ،</w:t>
      </w:r>
    </w:p>
    <w:p>
      <w:r>
        <w:rPr>
          <w:b/>
        </w:rPr>
        <w:t xml:space="preserve">[39:02] </w:t>
      </w:r>
      <w:r>
        <w:t>Dunya to hamari</w:t>
      </w:r>
    </w:p>
    <w:p>
      <w:pPr>
        <w:jc w:val="right"/>
      </w:pPr>
      <w:r>
        <w:t>"دنیا تو ہماری</w:t>
      </w:r>
    </w:p>
    <w:p>
      <w:r>
        <w:rPr>
          <w:b/>
        </w:rPr>
        <w:t xml:space="preserve">[39:08] </w:t>
      </w:r>
      <w:r>
        <w:t>to accept this kind of agreement." Dunya means humiliating</w:t>
      </w:r>
    </w:p>
    <w:p>
      <w:pPr>
        <w:jc w:val="right"/>
      </w:pPr>
      <w:r>
        <w:t>تو ایکسیپٹ دس کائنڈ اف ایگریمنٹ۔" دنیا مینز ہومیلیٹنگ</w:t>
      </w:r>
    </w:p>
    <w:p>
      <w:r>
        <w:rPr>
          <w:b/>
        </w:rPr>
        <w:t xml:space="preserve">[39:15] </w:t>
      </w:r>
      <w:r>
        <w:t>So according to Umar Farooq and also other companions, it was a humiliating agreement.</w:t>
      </w:r>
    </w:p>
    <w:p>
      <w:pPr>
        <w:jc w:val="right"/>
      </w:pPr>
      <w:r>
        <w:t>۔ سو اکارڈنگ ٹو عمر فاروق اینڈ السو ادر کمپینینز، اٹ واز ا ہومیلیٹنگ ایگریمنٹ۔</w:t>
      </w:r>
    </w:p>
    <w:p>
      <w:r>
        <w:rPr>
          <w:b/>
        </w:rPr>
        <w:t xml:space="preserve">[39:24] </w:t>
      </w:r>
      <w:r>
        <w:t>But Prophet of Islam accepted this humiliating agreement. This was on his part, was sacrifice for what?</w:t>
      </w:r>
    </w:p>
    <w:p>
      <w:pPr>
        <w:jc w:val="right"/>
      </w:pPr>
      <w:r>
        <w:t>بٹ پرافٹ اف اسلام ایکسیپٹڈ دس ہومیلیٹنگ ایگریمنٹ۔ دس واز ان ہز پارٹ، واز سیکریفائس فار واٹ؟</w:t>
      </w:r>
    </w:p>
    <w:p>
      <w:r>
        <w:rPr>
          <w:b/>
        </w:rPr>
        <w:t xml:space="preserve">[39:35] </w:t>
      </w:r>
      <w:r>
        <w:t>Why Prophet of Islam gave such sacrifice?</w:t>
      </w:r>
    </w:p>
    <w:p>
      <w:pPr>
        <w:jc w:val="right"/>
      </w:pPr>
      <w:r>
        <w:t>وائی پرافٹ اف اسلام گیو سچ سیکریفائس؟</w:t>
      </w:r>
    </w:p>
    <w:p>
      <w:r>
        <w:rPr>
          <w:b/>
        </w:rPr>
        <w:t xml:space="preserve">[39:41] </w:t>
      </w:r>
      <w:r>
        <w:t>Only to obtain peace, only to establish peace.</w:t>
      </w:r>
    </w:p>
    <w:p>
      <w:pPr>
        <w:jc w:val="right"/>
      </w:pPr>
      <w:r>
        <w:t>اونلی ٹو ابٹین پیس، اونلی ٹو اسٹیبلش پیس۔</w:t>
      </w:r>
    </w:p>
    <w:p>
      <w:r>
        <w:rPr>
          <w:b/>
        </w:rPr>
        <w:t xml:space="preserve">[39:49] </w:t>
      </w:r>
      <w:r>
        <w:t>So peace treaty of Hudaybiyyah was signed at Hudaybiyyah. And then,</w:t>
      </w:r>
    </w:p>
    <w:p>
      <w:pPr>
        <w:jc w:val="right"/>
      </w:pPr>
      <w:r>
        <w:t>سو پیس ٹریٹی اف حدیبیہ واز سائن ایٹ حدیبیہ۔ اینڈ دین،</w:t>
      </w:r>
    </w:p>
    <w:p>
      <w:r>
        <w:rPr>
          <w:b/>
        </w:rPr>
        <w:t xml:space="preserve">[39:57] </w:t>
      </w:r>
      <w:r>
        <w:t>then, then all those activities, wild activities, stopped</w:t>
      </w:r>
    </w:p>
    <w:p>
      <w:pPr>
        <w:jc w:val="right"/>
      </w:pPr>
      <w:r>
        <w:t>دین، دین ال دوز ایکٹیویٹیز، وائلڈ ایکٹیویٹیز، سٹاپ</w:t>
      </w:r>
    </w:p>
    <w:p>
      <w:r>
        <w:rPr>
          <w:b/>
        </w:rPr>
        <w:t xml:space="preserve">[40:04] </w:t>
      </w:r>
      <w:r>
        <w:t>ed. There was no war between the two parties. And when hostilities stopped, when there was no war, then Prophet of Islam and his companions engaged themself in the work.</w:t>
      </w:r>
    </w:p>
    <w:p>
      <w:pPr>
        <w:jc w:val="right"/>
      </w:pPr>
      <w:r>
        <w:t>ڈ۔ دیر واز نو وار بٹوین دا ٹو پارٹیز۔ اینڈ وین ہوسٹیلیٹیز سٹاپڈ، وین دیر وار نو وار، دین پرافٹ اف اسلام اینڈ ہز کمپینینز انگیجڈ دیم سیلف ان دا ورک۔</w:t>
      </w:r>
    </w:p>
    <w:p>
      <w:r>
        <w:rPr>
          <w:b/>
        </w:rPr>
        <w:t xml:space="preserve">[40:20] </w:t>
      </w:r>
      <w:r>
        <w:t>Every day and night, there was the work, the work, the work, the work. And what was the result</w:t>
      </w:r>
    </w:p>
    <w:p>
      <w:pPr>
        <w:jc w:val="right"/>
      </w:pPr>
      <w:r>
        <w:t>ایوری ڈے اینڈ نائٹ، دیر واز دا ورک، دا ورک، دا ورک، دا ورک۔ اینڈ واٹ واز دا رزلٹ</w:t>
      </w:r>
    </w:p>
    <w:p>
      <w:r>
        <w:rPr>
          <w:b/>
        </w:rPr>
        <w:t xml:space="preserve">[40:31] </w:t>
      </w:r>
      <w:r>
        <w:t>? Result was breakless result, miraculous. At that time, at the time of Hudaybiyyah, with the Prophet of Islam, there were only 1400 people, 1400 people.</w:t>
      </w:r>
    </w:p>
    <w:p>
      <w:pPr>
        <w:jc w:val="right"/>
      </w:pPr>
      <w:r>
        <w:t>؟ رزلٹ واز بریکلیس رزلٹ، میریکولس۔ ایٹ دیٹ ٹائم، ایٹ دا ٹائم اف حدیبیہ، ود دی پرافٹ اف اسلام، دیر وار اونلی 1400 پیپل، 1400 پیپل۔</w:t>
      </w:r>
    </w:p>
    <w:p>
      <w:r>
        <w:rPr>
          <w:b/>
        </w:rPr>
        <w:t xml:space="preserve">[40:52] </w:t>
      </w:r>
      <w:r>
        <w:t>bat only after two years, they become 10000.</w:t>
      </w:r>
    </w:p>
    <w:p>
      <w:pPr>
        <w:jc w:val="right"/>
      </w:pPr>
      <w:r>
        <w:t>بٹ اونلی افٹر ٹو ایئرز، دے بیکم 10000۔</w:t>
      </w:r>
    </w:p>
    <w:p>
      <w:r>
        <w:rPr>
          <w:b/>
        </w:rPr>
        <w:t xml:space="preserve">[41:02] </w:t>
      </w:r>
      <w:r>
        <w:t>da number of sahaba increase so rapidly that with in two years, they become 10000.</w:t>
      </w:r>
    </w:p>
    <w:p>
      <w:pPr>
        <w:jc w:val="right"/>
      </w:pPr>
      <w:r>
        <w:t>دا نمبر اف صحابہ انکریز سو ریپڈلی دیٹ ود ان ٹو ایئرز، دے بیکم 10000۔</w:t>
      </w:r>
    </w:p>
    <w:p>
      <w:r>
        <w:rPr>
          <w:b/>
        </w:rPr>
        <w:t xml:space="preserve">[41:11] </w:t>
      </w:r>
      <w:r>
        <w:t>it is, it is mention in the bible. also in the bible, there is a verse, "he came with 10000 saints."</w:t>
      </w:r>
    </w:p>
    <w:p>
      <w:pPr>
        <w:jc w:val="right"/>
      </w:pPr>
      <w:r>
        <w:t>اٹ از، اٹ از مینشن ان دا بائبل۔ السو ان دا بائبل، دیر از ا ورس، "ہی کیم ود 10000 سینٹس۔"</w:t>
      </w:r>
    </w:p>
    <w:p>
      <w:r>
        <w:rPr>
          <w:b/>
        </w:rPr>
        <w:t xml:space="preserve">[41:26] </w:t>
      </w:r>
      <w:r>
        <w:t>he came with 10000 saints.</w:t>
      </w:r>
    </w:p>
    <w:p>
      <w:pPr>
        <w:jc w:val="right"/>
      </w:pPr>
      <w:r>
        <w:t>ہی کیم ود 10000 سینٹس۔</w:t>
      </w:r>
    </w:p>
    <w:p>
      <w:r>
        <w:rPr>
          <w:b/>
        </w:rPr>
        <w:t xml:space="preserve">[41:29] </w:t>
      </w:r>
      <w:r>
        <w:t>it was so important, so breakless, so great that god almighty mention it in the bible. also</w:t>
      </w:r>
    </w:p>
    <w:p>
      <w:pPr>
        <w:jc w:val="right"/>
      </w:pPr>
      <w:r>
        <w:t>اٹ واز سو امپورٹنٹ، سو بریکلیس، سو گریٹ دیٹ گاڈ المائٹی مینشن اٹ ان دا بائبل۔ السو</w:t>
      </w:r>
    </w:p>
    <w:p>
      <w:r>
        <w:rPr>
          <w:b/>
        </w:rPr>
        <w:t xml:space="preserve">[41:38] </w:t>
      </w:r>
      <w:r>
        <w:t>so when they become 10000, they become, they become so powerful that no one was able to dominate over them.</w:t>
      </w:r>
    </w:p>
    <w:p>
      <w:pPr>
        <w:jc w:val="right"/>
      </w:pPr>
      <w:r>
        <w:t>سو وین دے بیکم 10000، دے بیکم، دے بیکم سو پاورفل دیٹ نو ون واز ایبل ٹو ڈومینیٹ اوور دیم۔</w:t>
      </w:r>
    </w:p>
    <w:p>
      <w:r>
        <w:rPr>
          <w:b/>
        </w:rPr>
        <w:t xml:space="preserve">[41:57] </w:t>
      </w:r>
      <w:r>
        <w:t>so simply number was enough to achieve success from madina to makkah. this was breakal of peace.</w:t>
      </w:r>
    </w:p>
    <w:p>
      <w:pPr>
        <w:jc w:val="right"/>
      </w:pPr>
      <w:r>
        <w:t>سو سمپلی نمبر واز انف ٹو اچیو سکسیس فرام مدینہ ٹو مکہ۔ دس واز بریکل اف پیس۔</w:t>
      </w:r>
    </w:p>
    <w:p>
      <w:r>
        <w:rPr>
          <w:b/>
        </w:rPr>
        <w:t xml:space="preserve">[42:10] </w:t>
      </w:r>
      <w:r>
        <w:t>this was breakal of adjustment. this was breakal of avoidance and tolerance. so islam is religion of peace</w:t>
      </w:r>
    </w:p>
    <w:p>
      <w:pPr>
        <w:jc w:val="right"/>
      </w:pPr>
      <w:r>
        <w:t>دس واز بریکل اف ایڈجسٹمنٹ۔ دس واز بریکل اف اوائیڈنس اینڈ ٹولرنس۔ سو اسلام از ریلیجن اف پیس</w:t>
      </w:r>
    </w:p>
    <w:p>
      <w:r>
        <w:rPr>
          <w:b/>
        </w:rPr>
        <w:t xml:space="preserve">[42:23] </w:t>
      </w:r>
      <w:r>
        <w:t>. you know, the word islam is, even the word islam haz connotation of peace.</w:t>
      </w:r>
    </w:p>
    <w:p>
      <w:pPr>
        <w:jc w:val="right"/>
      </w:pPr>
      <w:r>
        <w:t>۔ یو نو، دا ورڈ اسلام از، ایون دا ورڈ اسلام ہاز کنوٹیشن اف پیس۔</w:t>
      </w:r>
    </w:p>
    <w:p>
      <w:r>
        <w:rPr>
          <w:b/>
        </w:rPr>
        <w:t xml:space="preserve">[42:33] </w:t>
      </w:r>
      <w:r>
        <w:t>the root word of islam is sulm, that is s i l m sulm. sulm means peace. so islam means religion of peace.</w:t>
      </w:r>
    </w:p>
    <w:p>
      <w:pPr>
        <w:jc w:val="right"/>
      </w:pPr>
      <w:r>
        <w:t>دا روٹ ورڈ اف اسلام از سلم، دیٹ از ایس ائی ایل ایم سلم۔ سلم مینز پیس۔ سو اسلام مینز ریلیجن اف پیس۔</w:t>
      </w:r>
    </w:p>
    <w:p>
      <w:r>
        <w:rPr>
          <w:b/>
        </w:rPr>
        <w:t xml:space="preserve">[42:47] </w:t>
      </w:r>
      <w:r>
        <w:t>why, why islam is religion of peace?</w:t>
      </w:r>
    </w:p>
    <w:p>
      <w:pPr>
        <w:jc w:val="right"/>
      </w:pPr>
      <w:r>
        <w:t>وائی، وائی اسلام از ریلیجن اف پیس؟</w:t>
      </w:r>
    </w:p>
    <w:p>
      <w:r>
        <w:rPr>
          <w:b/>
        </w:rPr>
        <w:t xml:space="preserve">[42:51] </w:t>
      </w:r>
      <w:r>
        <w:t>why god almighty given this name? because everything we want in islam need peace.</w:t>
      </w:r>
    </w:p>
    <w:p>
      <w:pPr>
        <w:jc w:val="right"/>
      </w:pPr>
      <w:r>
        <w:t>وائی گاڈ المائٹی گیون دس نیم؟ بیکاز ایوری تھنگ وی وانٹ ان اسلام نیڈ پیس۔</w:t>
      </w:r>
    </w:p>
    <w:p>
      <w:r>
        <w:rPr>
          <w:b/>
        </w:rPr>
        <w:t xml:space="preserve">[43:01] </w:t>
      </w:r>
      <w:r>
        <w:t>for example, worship, fasting, hajj, and the work.</w:t>
      </w:r>
    </w:p>
    <w:p>
      <w:pPr>
        <w:jc w:val="right"/>
      </w:pPr>
      <w:r>
        <w:t>فار ایگزیمپل، ورشپ، فاسٹنگ، حج، اینڈ دا ورک۔</w:t>
      </w:r>
    </w:p>
    <w:p>
      <w:r>
        <w:rPr>
          <w:b/>
        </w:rPr>
        <w:t xml:space="preserve">[43:10] </w:t>
      </w:r>
      <w:r>
        <w:t>and all those things which are in islam, they need peace. without peace, you cant perform worship</w:t>
      </w:r>
    </w:p>
    <w:p>
      <w:pPr>
        <w:jc w:val="right"/>
      </w:pPr>
      <w:r>
        <w:t>اینڈ ال دوز تھنگز وچ ار ان اسلام، دے نیڈ پیس۔ وداؤٹ پیس، یو کینٹ پرفارم ورشپ</w:t>
      </w:r>
    </w:p>
    <w:p>
      <w:r>
        <w:rPr>
          <w:b/>
        </w:rPr>
        <w:t xml:space="preserve">[43:21] </w:t>
      </w:r>
      <w:r>
        <w:t>. without peace, you cant perform fasting. without peace, you cant perform hajj. without peace, you cant perform the work.</w:t>
      </w:r>
    </w:p>
    <w:p>
      <w:pPr>
        <w:jc w:val="right"/>
      </w:pPr>
      <w:r>
        <w:t>۔ وداؤٹ پیس، یو کینٹ پرفارم فاسٹنگ۔ وداؤٹ پیس، یو کینٹ پرفارم حج۔ وداؤٹ پیس، یو کینٹ پرفارم دا ورک۔</w:t>
      </w:r>
    </w:p>
    <w:p>
      <w:r>
        <w:rPr>
          <w:b/>
        </w:rPr>
        <w:t xml:space="preserve">[43:32] </w:t>
      </w:r>
      <w:r>
        <w:t>so peace is essential for all the islamic activities. peace is essential.</w:t>
      </w:r>
    </w:p>
    <w:p>
      <w:pPr>
        <w:jc w:val="right"/>
      </w:pPr>
      <w:r>
        <w:t>سو پیس از ایسینشل فار ال دی اسلامک ایکٹیویٹیز۔ پیس از ایسینشل۔</w:t>
      </w:r>
    </w:p>
    <w:p>
      <w:r>
        <w:rPr>
          <w:b/>
        </w:rPr>
        <w:t xml:space="preserve">[43:43] </w:t>
      </w:r>
      <w:r>
        <w:t>peace is essential for all kind of islamic activities. and adjustment is the price of peace.</w:t>
      </w:r>
    </w:p>
    <w:p>
      <w:pPr>
        <w:jc w:val="right"/>
      </w:pPr>
      <w:r>
        <w:t>پیس از ایسینشل فار ال کائنڈ اف اسلامک ایکٹیویٹیز۔ اینڈ ایڈجسٹمنٹ از دا پرائس اف پیس۔</w:t>
      </w:r>
    </w:p>
    <w:p>
      <w:r>
        <w:rPr>
          <w:b/>
        </w:rPr>
        <w:t xml:space="preserve">[43:52] </w:t>
      </w:r>
      <w:r>
        <w:t>adjustment is a sacrifice, a price. without adjustment, without patience, without tolerance, you cant establish peace.</w:t>
      </w:r>
    </w:p>
    <w:p>
      <w:pPr>
        <w:jc w:val="right"/>
      </w:pPr>
      <w:r>
        <w:t>ایڈجسٹمنٹ از ا سیکریفائس، ا پرائس۔ وداؤٹ ایڈجسٹمنٹ، وداؤٹ پیشنس، وداؤٹ ٹولرنس، یو کینٹ اسٹیبلش پیس۔</w:t>
      </w:r>
    </w:p>
    <w:p>
      <w:r>
        <w:rPr>
          <w:b/>
        </w:rPr>
        <w:t xml:space="preserve">[44:08] </w:t>
      </w:r>
      <w:r>
        <w:t>so islam need peace for all his activities, including the work.</w:t>
      </w:r>
    </w:p>
    <w:p>
      <w:pPr>
        <w:jc w:val="right"/>
      </w:pPr>
      <w:r>
        <w:t>سو اسلام نیڈ پیس فار ال ہز ایکٹیویٹیز، انکلوڈنگ دا ورک۔</w:t>
      </w:r>
    </w:p>
    <w:p>
      <w:r>
        <w:rPr>
          <w:b/>
        </w:rPr>
        <w:t xml:space="preserve">[44:15] </w:t>
      </w:r>
      <w:r>
        <w:t>and these activities cant go</w:t>
      </w:r>
    </w:p>
    <w:p>
      <w:pPr>
        <w:jc w:val="right"/>
      </w:pPr>
      <w:r>
        <w:t>اینڈ دیز ایکٹیویٹیز کینٹ گو</w:t>
      </w:r>
    </w:p>
    <w:p>
      <w:r>
        <w:rPr>
          <w:b/>
        </w:rPr>
        <w:t xml:space="preserve">[44:22] </w:t>
      </w:r>
      <w:r>
        <w:t>without peace. and peace cant be established without tolerance, without adjustment.</w:t>
      </w:r>
    </w:p>
    <w:p>
      <w:pPr>
        <w:jc w:val="right"/>
      </w:pPr>
      <w:r>
        <w:t>وداؤٹ پیس۔ اینڈ پیس کینٹ بی اسٹیبلش وداؤٹ ٹولرنس، وداؤٹ ایڈجسٹمنٹ۔</w:t>
      </w:r>
    </w:p>
    <w:p>
      <w:r>
        <w:rPr>
          <w:b/>
        </w:rPr>
        <w:t xml:space="preserve">[44:34] </w:t>
      </w:r>
      <w:r>
        <w:t>so i can see that adjustment is not a simple thing.</w:t>
      </w:r>
    </w:p>
    <w:p>
      <w:pPr>
        <w:jc w:val="right"/>
      </w:pPr>
      <w:r>
        <w:t>سو ائی کین سی دیٹ ایڈجسٹمنٹ از ناٹ ا سمپل تھنگ۔</w:t>
      </w:r>
    </w:p>
    <w:p>
      <w:r>
        <w:rPr>
          <w:b/>
        </w:rPr>
        <w:t xml:space="preserve">[44:43] </w:t>
      </w:r>
      <w:r>
        <w:t>you know, in every situation, there are two options. in every situation, there are two options. one result oriented option, and the second result less option.</w:t>
      </w:r>
    </w:p>
    <w:p>
      <w:pPr>
        <w:jc w:val="right"/>
      </w:pPr>
      <w:r>
        <w:t>یو نو، ان ایوری سچوئیشن، دیر ار ٹو اپشنز۔ ان ایوری سچوئیشن، دیر ار ٹو اپشنز۔ ون رزلٹ اورینٹڈ اپشن، اینڈ دا سیکنڈ رزلٹ لیس اپشن۔</w:t>
      </w:r>
    </w:p>
    <w:p>
      <w:r>
        <w:rPr>
          <w:b/>
        </w:rPr>
        <w:t xml:space="preserve">[45:03] </w:t>
      </w:r>
      <w:r>
        <w:t>in every situation, there are two options. first result oriented option, second result less option.</w:t>
      </w:r>
    </w:p>
    <w:p>
      <w:pPr>
        <w:jc w:val="right"/>
      </w:pPr>
      <w:r>
        <w:t>ان ایوری سچوئیشن، دیر ار ٹو اپشنز۔ فرسٹ رزلٹ اورینٹڈ اپشن، سیکنڈ رزلٹ لیس اپشن۔</w:t>
      </w:r>
    </w:p>
    <w:p>
      <w:r>
        <w:rPr>
          <w:b/>
        </w:rPr>
        <w:t xml:space="preserve">[45:17] </w:t>
      </w:r>
      <w:r>
        <w:t>so first option is healthy option, constructive option. and the second option is destructive option, negative option.</w:t>
      </w:r>
    </w:p>
    <w:p>
      <w:pPr>
        <w:jc w:val="right"/>
      </w:pPr>
      <w:r>
        <w:t>سو فرسٹ اپشن از ہیلدی اپشن، کنسٹرکٹو اپشن۔ اینڈ دا سیکنڈ اپشن از ڈسٹرکٹو اپشن، نیگیٹیو اپشن۔</w:t>
      </w:r>
    </w:p>
    <w:p>
      <w:r>
        <w:rPr>
          <w:b/>
        </w:rPr>
        <w:t xml:space="preserve">[45:33] </w:t>
      </w:r>
      <w:r>
        <w:t>islam always asks for the first option, that is adjustment, tolerance, patience.</w:t>
      </w:r>
    </w:p>
    <w:p>
      <w:pPr>
        <w:jc w:val="right"/>
      </w:pPr>
      <w:r>
        <w:t>اسلام الویز اپس فار دی فرسٹ اپشن، دیٹ از ایڈجسٹمنٹ، ٹولرنس، پیشنس۔</w:t>
      </w:r>
    </w:p>
    <w:p>
      <w:r>
        <w:rPr>
          <w:b/>
        </w:rPr>
        <w:t xml:space="preserve">[45:48] </w:t>
      </w:r>
      <w:r>
        <w:t>so</w:t>
      </w:r>
    </w:p>
    <w:p>
      <w:pPr>
        <w:jc w:val="right"/>
      </w:pPr>
      <w:r>
        <w:t>سو</w:t>
      </w:r>
    </w:p>
    <w:p>
      <w:r>
        <w:rPr>
          <w:b/>
        </w:rPr>
        <w:t xml:space="preserve">[45:51] </w:t>
      </w:r>
      <w:r>
        <w:t>you have to know that there is no, there is no other option for us in this world.</w:t>
      </w:r>
    </w:p>
    <w:p>
      <w:pPr>
        <w:jc w:val="right"/>
      </w:pPr>
      <w:r>
        <w:t>یو ہیو ٹو نو دیٹ دیر از نو، دیر از نو ادر اپشن فار اس ان دس ورلڈ۔</w:t>
      </w:r>
    </w:p>
    <w:p>
      <w:r>
        <w:rPr>
          <w:b/>
        </w:rPr>
        <w:t xml:space="preserve">[46:03] </w:t>
      </w:r>
      <w:r>
        <w:t>if you want some worldly success, we need adjustment. if you want some islamic success, we need adjustment.</w:t>
      </w:r>
    </w:p>
    <w:p>
      <w:pPr>
        <w:jc w:val="right"/>
      </w:pPr>
      <w:r>
        <w:t>اف یو وانٹ سم ورلڈلی سکسیس، وی نیڈ ایڈجسٹمنٹ۔ اف یو وانٹ سم اسلامک سکسیس، وی نیڈ ایڈجسٹمنٹ۔</w:t>
      </w:r>
    </w:p>
    <w:p>
      <w:r>
        <w:rPr>
          <w:b/>
        </w:rPr>
        <w:t xml:space="preserve">[46:18] </w:t>
      </w:r>
      <w:r>
        <w:t>and adjustment requires sacrifice. without sacrifice, you can't obtain anything in this world.</w:t>
      </w:r>
    </w:p>
    <w:p>
      <w:pPr>
        <w:jc w:val="right"/>
      </w:pPr>
      <w:r>
        <w:t>اینڈ ایڈجسٹمنٹ ریکوائر سیکریفائس۔ وداؤٹ سیکریفائس، یو کینٹ ابٹین اینی تھنگ ان دس ورلڈ۔</w:t>
      </w:r>
    </w:p>
    <w:p>
      <w:r>
        <w:rPr>
          <w:b/>
        </w:rPr>
        <w:t xml:space="preserve">[46:31] </w:t>
      </w:r>
      <w:r>
        <w:t>sacrifice is the only price of super achievement. i have read a book, its title was super achievers.</w:t>
      </w:r>
    </w:p>
    <w:p>
      <w:pPr>
        <w:jc w:val="right"/>
      </w:pPr>
      <w:r>
        <w:t>سیکریفائس از دا اونلی پرائس اف سپر اچیومنٹ۔ ائی ہیو ریڈ ا بک، اٹس ٹائٹل واز سپر اچیورز۔</w:t>
      </w:r>
    </w:p>
    <w:p>
      <w:r>
        <w:rPr>
          <w:b/>
        </w:rPr>
        <w:t xml:space="preserve">[46:45] </w:t>
      </w:r>
      <w:r>
        <w:t>this book, in this book, there were some stories of super achievers. so all the super achievers, and who, all the super achievers gave great sacrifices.</w:t>
      </w:r>
    </w:p>
    <w:p>
      <w:pPr>
        <w:jc w:val="right"/>
      </w:pPr>
      <w:r>
        <w:t>دس بک، ان دس بک، دیر وار سم سٹوریز اف سپر اچیورز۔ سو ال دی سپر اچیورز، اینڈ ہو، ال دی سپر اچیورز گیو گریٹ سیکریفائسز۔</w:t>
      </w:r>
    </w:p>
    <w:p>
      <w:r>
        <w:rPr>
          <w:b/>
        </w:rPr>
        <w:t xml:space="preserve">[47:03] </w:t>
      </w:r>
      <w:r>
        <w:t>then they achieved super achievement</w:t>
      </w:r>
    </w:p>
    <w:p>
      <w:pPr>
        <w:jc w:val="right"/>
      </w:pPr>
      <w:r>
        <w:t>دین دے اچیو سپر اچیومنٹ</w:t>
      </w:r>
    </w:p>
    <w:p>
      <w:r>
        <w:rPr>
          <w:b/>
        </w:rPr>
        <w:t xml:space="preserve">[47:08] </w:t>
      </w:r>
      <w:r>
        <w:t>. no super achiever was able to achieve super achievement without giving sacrifice.</w:t>
      </w:r>
    </w:p>
    <w:p>
      <w:pPr>
        <w:jc w:val="right"/>
      </w:pPr>
      <w:r>
        <w:t>۔ نو سپر اچیور واز ایبل ٹو اچیو سپر اچیومنٹ وداؤٹ گیونگ سیکریفائس۔</w:t>
      </w:r>
    </w:p>
    <w:p>
      <w:r>
        <w:rPr>
          <w:b/>
        </w:rPr>
        <w:t xml:space="preserve">[47:19] </w:t>
      </w:r>
      <w:r>
        <w:t>and the, and the greater sacrifice is adjustment.</w:t>
      </w:r>
    </w:p>
    <w:p>
      <w:pPr>
        <w:jc w:val="right"/>
      </w:pPr>
      <w:r>
        <w:t>اینڈ دا، اینڈ دا گریٹر سیکریفائس از ایڈجسٹمنٹ۔</w:t>
      </w:r>
    </w:p>
    <w:p>
      <w:r>
        <w:rPr>
          <w:b/>
        </w:rPr>
        <w:t xml:space="preserve">[47:25] </w:t>
      </w:r>
      <w:r>
        <w:t>although that is psychological sacrifice, but it is very, very difficult.</w:t>
      </w:r>
    </w:p>
    <w:p>
      <w:pPr>
        <w:jc w:val="right"/>
      </w:pPr>
      <w:r>
        <w:t>ال دوتھ از سائیکلوجیکل سیکریفائس، بٹ اٹ از ویری، ویری ڈیفیکلٹ۔</w:t>
      </w:r>
    </w:p>
    <w:p>
      <w:r>
        <w:rPr>
          <w:b/>
        </w:rPr>
        <w:t xml:space="preserve">[47:34] </w:t>
      </w:r>
      <w:r>
        <w:t>it is very, very difficult.</w:t>
      </w:r>
    </w:p>
    <w:p>
      <w:pPr>
        <w:jc w:val="right"/>
      </w:pPr>
      <w:r>
        <w:t>اٹ از ویری، ویری ڈیفیکلٹ۔</w:t>
      </w:r>
    </w:p>
    <w:p>
      <w:r>
        <w:rPr>
          <w:b/>
        </w:rPr>
        <w:t xml:space="preserve">[47:37] </w:t>
      </w:r>
      <w:r>
        <w:t>psychological sacrifice is difficult, more difficult than the physical sacrifice. physical sacrifice is easy, but psychological sacrifice is very difficult.</w:t>
      </w:r>
    </w:p>
    <w:p>
      <w:pPr>
        <w:jc w:val="right"/>
      </w:pPr>
      <w:r>
        <w:t>سائیکلوجیکل سیکریفائس از ڈیفیکلٹ، مور ڈیفیکلٹ دین دی فزیکل سیکریفائس۔ فزیکل سیکریفائس از ایزی، بٹ سائیکلوجیکل سیکریفائس از ویری ڈیفیکلٹ۔</w:t>
      </w:r>
    </w:p>
    <w:p>
      <w:r>
        <w:rPr>
          <w:b/>
        </w:rPr>
        <w:t xml:space="preserve">[47:53] </w:t>
      </w:r>
      <w:r>
        <w:t>even umar bin khattab said, "dunya to mun dinna."</w:t>
      </w:r>
    </w:p>
    <w:p>
      <w:pPr>
        <w:jc w:val="right"/>
      </w:pPr>
      <w:r>
        <w:t>ایون عمر بن خطاب سیڈ، "دنیا تو من دیننا۔"</w:t>
      </w:r>
    </w:p>
    <w:p>
      <w:r>
        <w:rPr>
          <w:b/>
        </w:rPr>
        <w:t xml:space="preserve">[48:04] </w:t>
      </w:r>
      <w:r>
        <w:t>so i invite you to study islam again. you know, in present time, everyone, everyone speaks of jihad.</w:t>
      </w:r>
    </w:p>
    <w:p>
      <w:pPr>
        <w:jc w:val="right"/>
      </w:pPr>
      <w:r>
        <w:t>سو ائی انوائٹ یو ٹو اسٹڈی اسلام اگین۔ یو نو، ان پریزنٹ ٹائم، ایوری ون، ایوری ون سپیکس اف جہاد۔</w:t>
      </w:r>
    </w:p>
    <w:p>
      <w:r>
        <w:rPr>
          <w:b/>
        </w:rPr>
        <w:t xml:space="preserve">[48:19] </w:t>
      </w:r>
      <w:r>
        <w:t>jihad, it is, it is, it is nothing. jihad is not a permanent activity of islam.</w:t>
      </w:r>
    </w:p>
    <w:p>
      <w:pPr>
        <w:jc w:val="right"/>
      </w:pPr>
      <w:r>
        <w:t>جہاد، اٹ از، اٹ از، اٹ از نتھنگ۔ جہاد از ناٹ ا پرماننٹ ایکٹیویٹی اف اسلام۔</w:t>
      </w:r>
    </w:p>
    <w:p>
      <w:r>
        <w:rPr>
          <w:b/>
        </w:rPr>
        <w:t xml:space="preserve">[48:31] </w:t>
      </w:r>
      <w:r>
        <w:t>jihad is very, very</w:t>
      </w:r>
    </w:p>
    <w:p>
      <w:pPr>
        <w:jc w:val="right"/>
      </w:pPr>
      <w:r>
        <w:t>جہاد از ویری، ویری</w:t>
      </w:r>
    </w:p>
    <w:p>
      <w:r>
        <w:rPr>
          <w:b/>
        </w:rPr>
        <w:t xml:space="preserve">[48:36] </w:t>
      </w:r>
      <w:r>
        <w:t>rare activity.</w:t>
      </w:r>
    </w:p>
    <w:p>
      <w:pPr>
        <w:jc w:val="right"/>
      </w:pPr>
      <w:r>
        <w:t>ریئر ایکٹیویٹی۔</w:t>
      </w:r>
    </w:p>
    <w:p>
      <w:r>
        <w:rPr>
          <w:b/>
        </w:rPr>
        <w:t xml:space="preserve">[48:39] </w:t>
      </w:r>
      <w:r>
        <w:t>i can see that i studied islam in detail. so i can see that in islam,</w:t>
      </w:r>
    </w:p>
    <w:p>
      <w:pPr>
        <w:jc w:val="right"/>
      </w:pPr>
      <w:r>
        <w:t>ائی کین سی دیٹ ائی سٹڈی اسلام ان ڈیٹیل۔ سو ائی کین سی دیٹ ان اسلام،</w:t>
      </w:r>
    </w:p>
    <w:p>
      <w:r>
        <w:rPr>
          <w:b/>
        </w:rPr>
        <w:t xml:space="preserve">[48:48] </w:t>
      </w:r>
      <w:r>
        <w:t>peace is the rule, and war is a rare exception. this is just of my study. peace is the rule in islam, and war is a rare exception.</w:t>
      </w:r>
    </w:p>
    <w:p>
      <w:pPr>
        <w:jc w:val="right"/>
      </w:pPr>
      <w:r>
        <w:t>پیس از دا رول، اینڈ وار از ا ریئر ایکسیپشن۔ دس از جسٹ اف مائی سٹڈی۔ پیس از دا رول ان اسلام، اینڈ وار از ا ریئر ایکسیپشن۔</w:t>
      </w:r>
    </w:p>
    <w:p>
      <w:r>
        <w:rPr>
          <w:b/>
        </w:rPr>
        <w:t xml:space="preserve">[49:03] </w:t>
      </w:r>
      <w:r>
        <w:t>why?</w:t>
      </w:r>
    </w:p>
    <w:p>
      <w:pPr>
        <w:jc w:val="right"/>
      </w:pPr>
      <w:r>
        <w:t>وائی؟</w:t>
      </w:r>
    </w:p>
    <w:p>
      <w:r>
        <w:rPr>
          <w:b/>
        </w:rPr>
        <w:t xml:space="preserve">[49:04] </w:t>
      </w:r>
      <w:r>
        <w:t>because every war is war, can give you only a precarious victory, or defeat or a precarious victory.</w:t>
      </w:r>
    </w:p>
    <w:p>
      <w:pPr>
        <w:jc w:val="right"/>
      </w:pPr>
      <w:r>
        <w:t>بیکاز ایوری وار از وار، کین گیو یو اونلی ا پرک وکٹری، ادر ڈیفیٹ ا پرک وکٹری۔</w:t>
      </w:r>
    </w:p>
    <w:p>
      <w:r>
        <w:rPr>
          <w:b/>
        </w:rPr>
        <w:t xml:space="preserve">[49:17] </w:t>
      </w:r>
      <w:r>
        <w:t>through war, you can't achieve anything. no one was able to war, or no one was able to achieve anything through war.</w:t>
      </w:r>
    </w:p>
    <w:p>
      <w:pPr>
        <w:jc w:val="right"/>
      </w:pPr>
      <w:r>
        <w:t>تھرو وار، یو کینٹ اچیو اینی تھنگ۔ نو ون واز ایبل ٹو وار، اور نو ون واز ایبل ٹو اچیو اینی تھنگ تھرو وار۔</w:t>
      </w:r>
    </w:p>
    <w:p>
      <w:r>
        <w:rPr>
          <w:b/>
        </w:rPr>
        <w:t xml:space="preserve">[49:28] </w:t>
      </w:r>
      <w:r>
        <w:t>even superpower, superpowers,</w:t>
      </w:r>
    </w:p>
    <w:p>
      <w:pPr>
        <w:jc w:val="right"/>
      </w:pPr>
      <w:r>
        <w:t>ایون سپر پاور، سپر پاورز،</w:t>
      </w:r>
    </w:p>
    <w:p>
      <w:r>
        <w:rPr>
          <w:b/>
        </w:rPr>
        <w:t xml:space="preserve">[49:33] </w:t>
      </w:r>
      <w:r>
        <w:t>even superpowers can't achieve anything through war.</w:t>
      </w:r>
    </w:p>
    <w:p>
      <w:pPr>
        <w:jc w:val="right"/>
      </w:pPr>
      <w:r>
        <w:t>ایون سپر پاورز کینٹ اچیو اینی تھنگ تھرو وار۔</w:t>
      </w:r>
    </w:p>
    <w:p>
      <w:r>
        <w:rPr>
          <w:b/>
        </w:rPr>
        <w:t xml:space="preserve">[49:41] </w:t>
      </w:r>
      <w:r>
        <w:t>war is not useful for construction. through war, war is only source of destruction.</w:t>
      </w:r>
    </w:p>
    <w:p>
      <w:pPr>
        <w:jc w:val="right"/>
      </w:pPr>
      <w:r>
        <w:t>وار از ناٹ یوزفل فار کنسٹرکشن۔ تھرو وار، وار از اونلی سورس اف ڈسٹرکشن۔</w:t>
      </w:r>
    </w:p>
    <w:p>
      <w:r>
        <w:rPr>
          <w:b/>
        </w:rPr>
        <w:t xml:space="preserve">[49:52] </w:t>
      </w:r>
      <w:r>
        <w:t>it is not, it is not a source of construction.</w:t>
      </w:r>
    </w:p>
    <w:p>
      <w:pPr>
        <w:jc w:val="right"/>
      </w:pPr>
      <w:r>
        <w:t>اٹ از ناٹ، اٹ از ناٹ ا سورس اف کنسٹرکشن۔</w:t>
      </w:r>
    </w:p>
    <w:p>
      <w:r>
        <w:rPr>
          <w:b/>
        </w:rPr>
        <w:t xml:space="preserve">[49:57] </w:t>
      </w:r>
      <w:r>
        <w:t>war can you, can, can give you negative result, but no war can give you positive results. so in islam, war is not an option.</w:t>
      </w:r>
    </w:p>
    <w:p>
      <w:pPr>
        <w:jc w:val="right"/>
      </w:pPr>
      <w:r>
        <w:t>وار کین یو، کین، کین گیو یو نیگیٹیو رزلٹ، بٹ نو وار کین گیو یو پوزیٹیو رزلٹس۔ سو ان اسلام، وار از ناٹ ان اپشن۔</w:t>
      </w:r>
    </w:p>
    <w:p>
      <w:r>
        <w:rPr>
          <w:b/>
        </w:rPr>
        <w:t xml:space="preserve">[50:10] </w:t>
      </w:r>
      <w:r>
        <w:t>only in compulsive situation, islam allow you to go to defensive war, that is a limited war. in islam, defensive war is a limited war.</w:t>
      </w:r>
    </w:p>
    <w:p>
      <w:pPr>
        <w:jc w:val="right"/>
      </w:pPr>
      <w:r>
        <w:t>اونلی ان کمپلسو سچویشن، اسلام الاؤ یو ٹو گو ٹو ڈیفنسو وار، دیٹ از ا لمیٹڈ وار۔ ان اسلام، ڈیفنسو وار از ا لمیٹڈ وار۔</w:t>
      </w:r>
    </w:p>
    <w:p>
      <w:r>
        <w:rPr>
          <w:b/>
        </w:rPr>
        <w:t xml:space="preserve">[50:26] </w:t>
      </w:r>
      <w:r>
        <w:t>and the best example of the prophet of islam is that he never entered into full fledged war. though some ghazwat that are, that are called war in the, in the, in the life of the prophet of islam.</w:t>
      </w:r>
    </w:p>
    <w:p>
      <w:pPr>
        <w:jc w:val="right"/>
      </w:pPr>
      <w:r>
        <w:t>اینڈ دا بیسٹ ایگزیمپل اف دا پرافٹ اف اسلام از دیٹ ہی نیور انٹرڈ انٹو فل فلج وار۔ دو سم غزوات دیٹ ار، دیٹ ار کالڈ وار ان دا، ان دا، ان دا لائف اف دا پرافٹ اف اسلام۔</w:t>
      </w:r>
    </w:p>
    <w:p>
      <w:r>
        <w:rPr>
          <w:b/>
        </w:rPr>
        <w:t xml:space="preserve">[50:45] </w:t>
      </w:r>
      <w:r>
        <w:t>they were skirmishes. no ghazwa was a full fledged war.</w:t>
      </w:r>
    </w:p>
    <w:p>
      <w:pPr>
        <w:jc w:val="right"/>
      </w:pPr>
      <w:r>
        <w:t>دے وار سکربشز۔ نو غزوہ واز ا فل فلج وار۔</w:t>
      </w:r>
    </w:p>
    <w:p>
      <w:r>
        <w:rPr>
          <w:b/>
        </w:rPr>
        <w:t xml:space="preserve">[50:53] </w:t>
      </w:r>
      <w:r>
        <w:t>i can say with conviction in my study, in the, in the base of my study that no war in the prophet of islam life was full fledged war.</w:t>
      </w:r>
    </w:p>
    <w:p>
      <w:pPr>
        <w:jc w:val="right"/>
      </w:pPr>
      <w:r>
        <w:t>ائی کین سی ود کنوکشن ان مائی سٹڈی، ان دا، ان دا بیس اف مائی سٹڈی دیٹ نو وار ان دا پرافٹ اف اسلام لائف واز فل فلج وار۔</w:t>
      </w:r>
    </w:p>
    <w:p>
      <w:r>
        <w:rPr>
          <w:b/>
        </w:rPr>
        <w:t xml:space="preserve">[51:03] </w:t>
      </w:r>
      <w:r>
        <w:t>it was simply like skirmishes. skirmishes why? because through war, you can't achieve anything.</w:t>
      </w:r>
    </w:p>
    <w:p>
      <w:pPr>
        <w:jc w:val="right"/>
      </w:pPr>
      <w:r>
        <w:t>اٹ واز سمپلی لائک سکرمشز۔ سکرمشز وائی؟ بیکاز تھرو وار، یو کینٹ اچیو اینی تھنگ۔</w:t>
      </w:r>
    </w:p>
    <w:p>
      <w:r>
        <w:rPr>
          <w:b/>
        </w:rPr>
        <w:t xml:space="preserve">[51:17] </w:t>
      </w:r>
      <w:r>
        <w:t>you can destroy something through war, but you can't build anything through war.</w:t>
      </w:r>
    </w:p>
    <w:p>
      <w:pPr>
        <w:jc w:val="right"/>
      </w:pPr>
      <w:r>
        <w:t>یو کین ڈسٹروئے سم تھنگ تھرو وار، بٹ یو کینٹ بلڈ اینی تھنگ تھرو وار۔</w:t>
      </w:r>
    </w:p>
    <w:p>
      <w:r>
        <w:rPr>
          <w:b/>
        </w:rPr>
        <w:t xml:space="preserve">[51:27] </w:t>
      </w:r>
      <w:r>
        <w:t>so islam emphasizes in peace, in tolerance, in adjustment.</w:t>
      </w:r>
    </w:p>
    <w:p>
      <w:pPr>
        <w:jc w:val="right"/>
      </w:pPr>
      <w:r>
        <w:t>سو اسلام ایمفسائز ان پیس، ان ٹولرنس، ان ایڈجسٹمنٹ۔</w:t>
      </w:r>
    </w:p>
    <w:p>
      <w:r>
        <w:rPr>
          <w:b/>
        </w:rPr>
        <w:t xml:space="preserve">[51:39] </w:t>
      </w:r>
      <w:r>
        <w:t>there is a hadith, very important hadith:</w:t>
      </w:r>
    </w:p>
    <w:p>
      <w:pPr>
        <w:jc w:val="right"/>
      </w:pPr>
      <w:r>
        <w:t>دیر از ا حدیث، ویری امپورٹنٹ حدیث:</w:t>
      </w:r>
    </w:p>
    <w:p>
      <w:r>
        <w:rPr>
          <w:b/>
        </w:rPr>
        <w:t xml:space="preserve">[51:48] </w:t>
      </w:r>
      <w:r>
        <w:t>"inna allaha yuhbibbu al mutatahhireen."</w:t>
      </w:r>
    </w:p>
    <w:p>
      <w:pPr>
        <w:jc w:val="right"/>
      </w:pPr>
      <w:r>
        <w:t>"ان اللہ مالا۔"</w:t>
      </w:r>
    </w:p>
    <w:p>
      <w:r>
        <w:rPr>
          <w:b/>
        </w:rPr>
        <w:t xml:space="preserve">[51:55] </w:t>
      </w:r>
      <w:r>
        <w:t>god grants to peace. god almighty grants to peace. what he does not grant to war?</w:t>
      </w:r>
    </w:p>
    <w:p>
      <w:pPr>
        <w:jc w:val="right"/>
      </w:pPr>
      <w:r>
        <w:t>گاڈ گرانٹس ٹو پیس۔ گاڈ المائٹی گرانٹس ٹو پیس۔ واٹ ہی ڈز ناٹ گرانٹ ٹو وار؟</w:t>
      </w:r>
    </w:p>
    <w:p>
      <w:r>
        <w:rPr>
          <w:b/>
        </w:rPr>
        <w:t xml:space="preserve">[52:09] </w:t>
      </w:r>
      <w:r>
        <w:t>so war is not an option in islam, except one it becomes compulsive.</w:t>
      </w:r>
    </w:p>
    <w:p>
      <w:pPr>
        <w:jc w:val="right"/>
      </w:pPr>
      <w:r>
        <w:t>سو وار از ناٹ ان اپشن ان اسلام، ایکسیپٹ ون اٹ بیکمز کمپلسو۔</w:t>
      </w:r>
    </w:p>
    <w:p>
      <w:r>
        <w:rPr>
          <w:b/>
        </w:rPr>
        <w:t xml:space="preserve">[52:20] </w:t>
      </w:r>
      <w:r>
        <w:t>by option, there is no war in islam.</w:t>
      </w:r>
    </w:p>
    <w:p>
      <w:pPr>
        <w:jc w:val="right"/>
      </w:pPr>
      <w:r>
        <w:t>بائی اپشن، دیر از نو وار ان اسلام۔</w:t>
      </w:r>
    </w:p>
    <w:p>
      <w:r>
        <w:rPr>
          <w:b/>
        </w:rPr>
        <w:t xml:space="preserve">[52:27] </w:t>
      </w:r>
      <w:r>
        <w:t>so all those negative talks we see, we hear these days, are nothing, baseless.</w:t>
      </w:r>
    </w:p>
    <w:p>
      <w:pPr>
        <w:jc w:val="right"/>
      </w:pPr>
      <w:r>
        <w:t>سو ال دوز نیگیٹیو ٹاکس وی سی، وی ہیئر دیز ڈیز، ار نتھنگ، بیسلیس۔</w:t>
      </w:r>
    </w:p>
    <w:p>
      <w:r>
        <w:rPr>
          <w:b/>
        </w:rPr>
        <w:t xml:space="preserve">[52:41] </w:t>
      </w:r>
      <w:r>
        <w:t>then people don't know the value of adjustment or</w:t>
      </w:r>
    </w:p>
    <w:p>
      <w:pPr>
        <w:jc w:val="right"/>
      </w:pPr>
      <w:r>
        <w:t>دین پیپل ڈونٹ نو دا ویلیو اف ایڈجسٹمنٹ اور</w:t>
      </w:r>
    </w:p>
    <w:p>
      <w:r>
        <w:rPr>
          <w:b/>
        </w:rPr>
        <w:t xml:space="preserve">[52:47] </w:t>
      </w:r>
      <w:r>
        <w:t>peace</w:t>
      </w:r>
    </w:p>
    <w:p>
      <w:pPr>
        <w:jc w:val="right"/>
      </w:pPr>
      <w:r>
        <w:t>پیس</w:t>
      </w:r>
    </w:p>
    <w:p>
      <w:r>
        <w:rPr>
          <w:b/>
        </w:rPr>
        <w:t xml:space="preserve">[52:48] </w:t>
      </w:r>
      <w:r>
        <w:t>. they don't know the value of adjustment. the value of adjustment is that it opens opportunities, and it is opportunity by availing these opportunities, you can achieve all things in life.</w:t>
      </w:r>
    </w:p>
    <w:p>
      <w:pPr>
        <w:jc w:val="right"/>
      </w:pPr>
      <w:r>
        <w:t>۔ دے ڈونٹ نو دا ویلیو اف ایڈجسٹمنٹ۔ دا ویلیو اف ایڈجسٹمنٹ از دیٹ اٹ اوپنز اپرچونیٹیز، اینڈ اٹ از اپرچونیٹی بائی اویلنگ دیز اپرچونیٹیز، یو کین اچیو ال تھنگز ان لائف۔</w:t>
      </w:r>
    </w:p>
    <w:p>
      <w:r>
        <w:rPr>
          <w:b/>
        </w:rPr>
        <w:t xml:space="preserve">[53:06] </w:t>
      </w:r>
      <w:r>
        <w:t>the most important thing is opportunity.</w:t>
      </w:r>
    </w:p>
    <w:p>
      <w:pPr>
        <w:jc w:val="right"/>
      </w:pPr>
      <w:r>
        <w:t>دا موسٹ امپورٹنٹ تھنگ از اپرچونیٹی۔</w:t>
      </w:r>
    </w:p>
    <w:p>
      <w:r>
        <w:rPr>
          <w:b/>
        </w:rPr>
        <w:t xml:space="preserve">[53:12] </w:t>
      </w:r>
      <w:r>
        <w:t>so islam tries to establish peace so that only to open the door of opportunities.</w:t>
      </w:r>
    </w:p>
    <w:p>
      <w:pPr>
        <w:jc w:val="right"/>
      </w:pPr>
      <w:r>
        <w:t>سو اسلام ٹرائیز ٹو اسٹیبلش پیس سو دیٹ اونلی ٹو اوپن دا ڈور اف اپرچونیٹیز۔</w:t>
      </w:r>
    </w:p>
    <w:p>
      <w:r>
        <w:rPr>
          <w:b/>
        </w:rPr>
        <w:t xml:space="preserve">[53:22] </w:t>
      </w:r>
      <w:r>
        <w:t>when there is opportunity, you can avail all those scopes, and then achieve what you want to achieve.</w:t>
      </w:r>
    </w:p>
    <w:p>
      <w:pPr>
        <w:jc w:val="right"/>
      </w:pPr>
      <w:r>
        <w:t>وین دیر از اپرچونیٹی، یو کین اویل ال دوز سکوپس، اینڈ دین اچیو واٹ یو وانٹ ٹو اچیو۔</w:t>
      </w:r>
    </w:p>
    <w:p>
      <w:r>
        <w:rPr>
          <w:b/>
        </w:rPr>
        <w:t xml:space="preserve">[53:34] </w:t>
      </w:r>
      <w:r>
        <w:t>this is the gist of the teachings of islam.</w:t>
      </w:r>
    </w:p>
    <w:p>
      <w:pPr>
        <w:jc w:val="right"/>
      </w:pPr>
      <w:r>
        <w:t>دس از دا جسٹ اف دا ٹیچنگز اف اسلام۔</w:t>
      </w:r>
    </w:p>
    <w:p>
      <w:r>
        <w:rPr>
          <w:b/>
        </w:rPr>
        <w:t xml:space="preserve">[53:41] </w:t>
      </w:r>
      <w:r>
        <w:t>i can say that i have studied islam from its original sources, from arabic sources, and i have read all those relevant books in islam.</w:t>
      </w:r>
    </w:p>
    <w:p>
      <w:pPr>
        <w:jc w:val="right"/>
      </w:pPr>
      <w:r>
        <w:t>ائی کین سی دیٹ ائی ہیو اسٹڈی اسلام فرام اٹس اوریجنل سورسز، فرام عربک سورسز، اینڈ ائی ہیو ریڈ ال دوز ریلیونٹ بکس ان اسلام۔</w:t>
      </w:r>
    </w:p>
    <w:p>
      <w:r>
        <w:rPr>
          <w:b/>
        </w:rPr>
        <w:t xml:space="preserve">[53:59] </w:t>
      </w:r>
      <w:r>
        <w:t>i can say with conviction, with conviction that islam is a religion of peace.</w:t>
      </w:r>
    </w:p>
    <w:p>
      <w:pPr>
        <w:jc w:val="right"/>
      </w:pPr>
      <w:r>
        <w:t>ائی کین سی ود کنوکشن، ود کنوکشن دیٹ اسلام از ا ریلیجن اف پیس۔</w:t>
      </w:r>
    </w:p>
    <w:p>
      <w:r>
        <w:rPr>
          <w:b/>
        </w:rPr>
        <w:t xml:space="preserve">[54:12] </w:t>
      </w:r>
      <w:r>
        <w:t>islam az religion of peace. the greaterst concern of islam is dawa, and you can't do the work without peace, and peace can't be established without adjustment and tolerance.</w:t>
      </w:r>
    </w:p>
    <w:p>
      <w:pPr>
        <w:jc w:val="right"/>
      </w:pPr>
      <w:r>
        <w:t>اسلام از ریلیجن اف پیس۔ دا گریٹرسٹ کنسرن اف اسلام از داوا، اینڈ یو کینٹ ڈو دا ورک وداؤٹ پیس، اینڈ پیس کینٹ بی اسٹیبلش وداؤٹ ایڈجسٹمنٹ اینڈ ٹولرنس۔</w:t>
      </w:r>
    </w:p>
    <w:p>
      <w:r>
        <w:rPr>
          <w:b/>
        </w:rPr>
        <w:t xml:space="preserve">[54:33] </w:t>
      </w:r>
      <w:r>
        <w:t>if you read the quran</w:t>
      </w:r>
    </w:p>
    <w:p>
      <w:pPr>
        <w:jc w:val="right"/>
      </w:pPr>
      <w:r>
        <w:t>اف یو ریڈ دے قران</w:t>
      </w:r>
    </w:p>
    <w:p>
      <w:r>
        <w:rPr>
          <w:b/>
        </w:rPr>
        <w:t xml:space="preserve">[54:39] </w:t>
      </w:r>
      <w:r>
        <w:t>with an objective mind, you know there is a verse in the quran: "yuz katsir katsira". yani quran misguides people, some people, or also it guides some people.</w:t>
      </w:r>
    </w:p>
    <w:p>
      <w:pPr>
        <w:jc w:val="right"/>
      </w:pPr>
      <w:r>
        <w:t>ودا ابجیکٹو مائنڈ، یو نو دیر از ا ورس ان دا قران: "یوز کثیر کثیرا"۔ یعنی قران مس گائیڈڈ پیپل، سم پیپل، اور السو اٹ گائیڈ سم پیپل۔</w:t>
      </w:r>
    </w:p>
    <w:p>
      <w:r>
        <w:rPr>
          <w:b/>
        </w:rPr>
        <w:t xml:space="preserve">[54:57] </w:t>
      </w:r>
      <w:r>
        <w:t>source of source of guidance and source of misguidance, both. why?</w:t>
      </w:r>
    </w:p>
    <w:p>
      <w:pPr>
        <w:jc w:val="right"/>
      </w:pPr>
      <w:r>
        <w:t>سورس اف سورس اف گائیڈنس اینڈ سورس اف مس گائیڈنس، بوتھ۔ وائی؟</w:t>
      </w:r>
    </w:p>
    <w:p>
      <w:r>
        <w:rPr>
          <w:b/>
        </w:rPr>
        <w:t xml:space="preserve">[55:03] </w:t>
      </w:r>
      <w:r>
        <w:t>it depends your mind. quran is book of guidance.</w:t>
      </w:r>
    </w:p>
    <w:p>
      <w:pPr>
        <w:jc w:val="right"/>
      </w:pPr>
      <w:r>
        <w:t>اٹ ڈیپینڈز یور مائنڈ۔ قران از بک اف گائیڈنس۔</w:t>
      </w:r>
    </w:p>
    <w:p>
      <w:r>
        <w:rPr>
          <w:b/>
        </w:rPr>
        <w:t xml:space="preserve">[55:13] </w:t>
      </w:r>
      <w:r>
        <w:t>quran itself is a book of guidance. but if your mind is negative, then you will read verses in negative sense.</w:t>
      </w:r>
    </w:p>
    <w:p>
      <w:pPr>
        <w:jc w:val="right"/>
      </w:pPr>
      <w:r>
        <w:t>قران اٹ سیلف از ا بک اف گائیڈنس۔ بٹ اف یور مائنڈ از نیگیٹیو، دین یو ویل ریڈ ورسز ان نیگیٹیو سینس۔</w:t>
      </w:r>
    </w:p>
    <w:p>
      <w:r>
        <w:rPr>
          <w:b/>
        </w:rPr>
        <w:t xml:space="preserve">[55:27] </w:t>
      </w:r>
      <w:r>
        <w:t>if your mind is positive, then you will find positivity in the quran.</w:t>
      </w:r>
    </w:p>
    <w:p>
      <w:pPr>
        <w:jc w:val="right"/>
      </w:pPr>
      <w:r>
        <w:t>اف یور مائنڈ از پوزیٹیو، دین یو ویل فائنڈ پوزیٹیوٹی ان دا قران۔</w:t>
      </w:r>
    </w:p>
    <w:p>
      <w:r>
        <w:rPr>
          <w:b/>
        </w:rPr>
        <w:t xml:space="preserve">[55:37] </w:t>
      </w:r>
      <w:r>
        <w:t>so although quran is a book of god, although quran is a book of guidance, although quran is a book of truth, but it depends upon</w:t>
      </w:r>
    </w:p>
    <w:p>
      <w:pPr>
        <w:jc w:val="right"/>
      </w:pPr>
      <w:r>
        <w:t>سو الدو قران از ا بک اف گاڈ، الدو قران از ا بک اف گائیڈنس، الدو قران از ا بک اف ٹروتھ، بٹ اٹ ڈیپینڈز اپ</w:t>
      </w:r>
    </w:p>
    <w:p>
      <w:r>
        <w:rPr>
          <w:b/>
        </w:rPr>
        <w:t xml:space="preserve">[55:53] </w:t>
      </w:r>
      <w:r>
        <w:t>readers. readers, if your mind is negative, then you will, then you, you can understand the Quran.</w:t>
      </w:r>
    </w:p>
    <w:p>
      <w:pPr>
        <w:jc w:val="right"/>
      </w:pPr>
      <w:r>
        <w:t>ریڈرز۔ ریڈرز، اف یور مائنڈ از نیگیٹیو، دین یو ویل، دین یو، یو کین انڈرسٹینڈ دے قران۔</w:t>
      </w:r>
    </w:p>
    <w:p>
      <w:r>
        <w:rPr>
          <w:b/>
        </w:rPr>
        <w:t xml:space="preserve">[56:04] </w:t>
      </w:r>
      <w:r>
        <w:t>and if your mind is negative, then you can't understand the quran. here is the problem.</w:t>
      </w:r>
    </w:p>
    <w:p>
      <w:pPr>
        <w:jc w:val="right"/>
      </w:pPr>
      <w:r>
        <w:t>اینڈ اف یور مائنڈ از نیگیٹیو، دین یو کینٹ انڈرسٹینڈ دے قران۔ ہیر از دا پرابلم۔</w:t>
      </w:r>
    </w:p>
    <w:p>
      <w:r>
        <w:rPr>
          <w:b/>
        </w:rPr>
        <w:t xml:space="preserve">[56:13] </w:t>
      </w:r>
      <w:r>
        <w:t>in our</w:t>
      </w:r>
    </w:p>
    <w:p>
      <w:pPr>
        <w:jc w:val="right"/>
      </w:pPr>
      <w:r>
        <w:t>ان اور</w:t>
      </w:r>
    </w:p>
    <w:p>
      <w:r>
        <w:rPr>
          <w:b/>
        </w:rPr>
        <w:t xml:space="preserve">[56:16] </w:t>
      </w:r>
      <w:r>
        <w:t>in present time, all the muslims become negative,</w:t>
      </w:r>
    </w:p>
    <w:p>
      <w:pPr>
        <w:jc w:val="right"/>
      </w:pPr>
      <w:r>
        <w:t>ان پریزنٹ ٹائم، ال دا مسلم بیکم نیگیٹیو،</w:t>
      </w:r>
    </w:p>
    <w:p>
      <w:r>
        <w:rPr>
          <w:b/>
        </w:rPr>
        <w:t xml:space="preserve">[56:23] </w:t>
      </w:r>
      <w:r>
        <w:t>perhaps without any exception. every muslim is negative minded.</w:t>
      </w:r>
    </w:p>
    <w:p>
      <w:pPr>
        <w:jc w:val="right"/>
      </w:pPr>
      <w:r>
        <w:t>پرہیپس وداؤٹ اینی ایکسیپشن۔ ایوری مسلم از نیگیٹیو مائنڈڈ۔</w:t>
      </w:r>
    </w:p>
    <w:p>
      <w:r>
        <w:rPr>
          <w:b/>
        </w:rPr>
        <w:t xml:space="preserve">[56:32] </w:t>
      </w:r>
      <w:r>
        <w:t>so when they read quran, they are misguided due to their negative mind, not due to the quran.</w:t>
      </w:r>
    </w:p>
    <w:p>
      <w:pPr>
        <w:jc w:val="right"/>
      </w:pPr>
      <w:r>
        <w:t>سو وین دے ریڈ قران، دے ار مس گائیڈڈ ڈیو ٹو دیر نیگیٹیو مائنڈ، ناٹ ڈیو ٹو دا قران۔</w:t>
      </w:r>
    </w:p>
    <w:p>
      <w:r>
        <w:rPr>
          <w:b/>
        </w:rPr>
        <w:t xml:space="preserve">[56:43] </w:t>
      </w:r>
      <w:r>
        <w:t>here is the problem.</w:t>
      </w:r>
    </w:p>
    <w:p>
      <w:pPr>
        <w:jc w:val="right"/>
      </w:pPr>
      <w:r>
        <w:t>ہیر از دا پرابلم۔</w:t>
      </w:r>
    </w:p>
    <w:p>
      <w:r>
        <w:rPr>
          <w:b/>
        </w:rPr>
        <w:t xml:space="preserve">[56:47] </w:t>
      </w:r>
      <w:r>
        <w:t>quran is clear.</w:t>
      </w:r>
    </w:p>
    <w:p>
      <w:pPr>
        <w:jc w:val="right"/>
      </w:pPr>
      <w:r>
        <w:t>قران از کلیئر۔</w:t>
      </w:r>
    </w:p>
    <w:p>
      <w:r>
        <w:rPr>
          <w:b/>
        </w:rPr>
        <w:t xml:space="preserve">[56:52] </w:t>
      </w:r>
      <w:r>
        <w:t>in quran, in quran, there is clarity of islam. so quran is clear, hadith is clear, life of the prophet is clear.</w:t>
      </w:r>
    </w:p>
    <w:p>
      <w:pPr>
        <w:jc w:val="right"/>
      </w:pPr>
      <w:r>
        <w:t>ان قران، ان قران، دیر از کلیرٹی اور اسلام۔ سو قران از کلیئر، حدیث از کلیئر، لائف اف دا پرافٹ از کلیئر۔</w:t>
      </w:r>
    </w:p>
    <w:p>
      <w:r>
        <w:rPr>
          <w:b/>
        </w:rPr>
        <w:t xml:space="preserve">[57:03] </w:t>
      </w:r>
      <w:r>
        <w:t>but the problem is that present muslims become negative. so this negativity is the problem.</w:t>
      </w:r>
    </w:p>
    <w:p>
      <w:pPr>
        <w:jc w:val="right"/>
      </w:pPr>
      <w:r>
        <w:t>بٹ دا پرابلم از دیٹ پریزنٹ مسلمز بیکم نیگیٹیو۔ سو دس نیگیٹیوٹی از دا پرابلم۔</w:t>
      </w:r>
    </w:p>
    <w:p>
      <w:r>
        <w:rPr>
          <w:b/>
        </w:rPr>
        <w:t xml:space="preserve">[57:14] </w:t>
      </w:r>
      <w:r>
        <w:t>due to their negativity, unable to understand the quran.</w:t>
      </w:r>
    </w:p>
    <w:p>
      <w:pPr>
        <w:jc w:val="right"/>
      </w:pPr>
      <w:r>
        <w:t>ڈیو ٹو دیر نیگیٹیوٹی، ان ایبل ٹو انڈرسٹینڈ دے قران۔</w:t>
      </w:r>
    </w:p>
    <w:p>
      <w:r>
        <w:rPr>
          <w:b/>
        </w:rPr>
        <w:t xml:space="preserve">[57:22] </w:t>
      </w:r>
      <w:r>
        <w:t>due to their negative mind, unable to understand quran.</w:t>
      </w:r>
    </w:p>
    <w:p>
      <w:pPr>
        <w:jc w:val="right"/>
      </w:pPr>
      <w:r>
        <w:t>ڈیو ٹو دیر نیگیٹیو مائنڈ، ان ایبل ٹو انڈرسٹینڈ قران۔</w:t>
      </w:r>
    </w:p>
    <w:p>
      <w:r>
        <w:rPr>
          <w:b/>
        </w:rPr>
        <w:t xml:space="preserve">[57:32] </w:t>
      </w:r>
      <w:r>
        <w:t>quran is a book of peace. quran is a book of love. quran is a book of tolerance.</w:t>
      </w:r>
    </w:p>
    <w:p>
      <w:pPr>
        <w:jc w:val="right"/>
      </w:pPr>
      <w:r>
        <w:t>قران از ا بک اف پیس۔ قران از ا بک اف لو۔ قران از ا بک اف ٹولرنس۔</w:t>
      </w:r>
    </w:p>
    <w:p>
      <w:r>
        <w:rPr>
          <w:b/>
        </w:rPr>
        <w:t xml:space="preserve">[57:40] </w:t>
      </w:r>
      <w:r>
        <w:t>but muslims turn negative. almost all the muslims become negative minded.</w:t>
      </w:r>
    </w:p>
    <w:p>
      <w:pPr>
        <w:jc w:val="right"/>
      </w:pPr>
      <w:r>
        <w:t>بٹ مسلمز ٹرن نیگیٹیو۔ الموسٹ ال دا مسلمز بیکم نیگیٹیو مائنڈڈ۔</w:t>
      </w:r>
    </w:p>
    <w:p>
      <w:r>
        <w:rPr>
          <w:b/>
        </w:rPr>
        <w:t xml:space="preserve">[57:50] </w:t>
      </w:r>
      <w:r>
        <w:t>so. are not able to understand the quran objectively.</w:t>
      </w:r>
    </w:p>
    <w:p>
      <w:pPr>
        <w:jc w:val="right"/>
      </w:pPr>
      <w:r>
        <w:t>سو۔ ار ناٹ ایبل ٹو انڈرسٹینڈ دے قران ابجیکٹولی۔</w:t>
      </w:r>
    </w:p>
    <w:p>
      <w:r>
        <w:rPr>
          <w:b/>
        </w:rPr>
        <w:t xml:space="preserve">[57:59] </w:t>
      </w:r>
      <w:r>
        <w:t>i request muslims to decondition their mind,</w:t>
      </w:r>
    </w:p>
    <w:p>
      <w:pPr>
        <w:jc w:val="right"/>
      </w:pPr>
      <w:r>
        <w:t>ائی ریکویسٹ مسلمز ٹو ڈی کنڈیشن دیر مائنڈ،</w:t>
      </w:r>
    </w:p>
    <w:p>
      <w:r>
        <w:rPr>
          <w:b/>
        </w:rPr>
        <w:t xml:space="preserve">[58:09] </w:t>
      </w:r>
      <w:r>
        <w:t>to make themselves positive. quran is a blessing, blessing, blessing, but you are deprived with this blessing due to this negativity.</w:t>
      </w:r>
    </w:p>
    <w:p>
      <w:pPr>
        <w:jc w:val="right"/>
      </w:pPr>
      <w:r>
        <w:t>ٹو میک دیم سیلف پوزیٹیو۔ قران از ا بلیسنگ، بلیسنگ، بلیسنگ، بٹ یو ار ڈیپریوڈ ود دس بلیسنگ ڈیو ٹو دس نیگیٹیوٹی۔</w:t>
      </w:r>
    </w:p>
    <w:p>
      <w:r>
        <w:rPr>
          <w:b/>
        </w:rPr>
        <w:t xml:space="preserve">[58:22] </w:t>
      </w:r>
      <w:r>
        <w:t>quran az great blessing,</w:t>
      </w:r>
    </w:p>
    <w:p>
      <w:pPr>
        <w:jc w:val="right"/>
      </w:pPr>
      <w:r>
        <w:t>قران از گریٹ بلیسنگ،</w:t>
      </w:r>
    </w:p>
    <w:p>
      <w:r>
        <w:rPr>
          <w:b/>
        </w:rPr>
        <w:t xml:space="preserve">[58:27] </w:t>
      </w:r>
      <w:r>
        <w:t>but to, but due to your own negativity, you are deprived to find this blessing.</w:t>
      </w:r>
    </w:p>
    <w:p>
      <w:pPr>
        <w:jc w:val="right"/>
      </w:pPr>
      <w:r>
        <w:t>بٹ ٹو، بٹ ڈیو ٹو یور اون نیگیٹیوٹی، یو ار ڈیپریوڈ ٹو فائنڈ دس بلیسنگ۔</w:t>
      </w:r>
    </w:p>
    <w:p>
      <w:r>
        <w:rPr>
          <w:b/>
        </w:rPr>
        <w:t xml:space="preserve">[58:38] </w:t>
      </w:r>
      <w:r>
        <w:t>so get rid of this negativity at any cost.</w:t>
      </w:r>
    </w:p>
    <w:p>
      <w:pPr>
        <w:jc w:val="right"/>
      </w:pPr>
      <w:r>
        <w:t>سو گیٹ ریڈ اف دس نیگیٹیوٹی ایٹ اینی کاسٹ۔</w:t>
      </w:r>
    </w:p>
    <w:p>
      <w:r>
        <w:rPr>
          <w:b/>
        </w:rPr>
        <w:t xml:space="preserve">[58:45] </w:t>
      </w:r>
      <w:r>
        <w:t>study quran with positive mind, and then inshallah you will find guidance in the quran. i say my words, i seek forgiveness from allah.</w:t>
      </w:r>
    </w:p>
    <w:p>
      <w:pPr>
        <w:jc w:val="right"/>
      </w:pPr>
      <w:r>
        <w:t>اسٹڈی قران ود پوزیٹیو مائنڈ، اینڈ دین انشاءاللہ یو ویل فائنڈ گائیڈنس ان دا قران۔ اقول قولی استغفراللہ عجمین۔</w:t>
      </w:r>
    </w:p>
    <w:p>
      <w:r>
        <w:rPr>
          <w:b/>
        </w:rPr>
        <w:t xml:space="preserve">[59:13] </w:t>
      </w:r>
      <w:r>
        <w:t>okay, we'll begin the, begin with the first question. this question is from miss raziya siddiqui from delhi.</w:t>
      </w:r>
    </w:p>
    <w:p>
      <w:pPr>
        <w:jc w:val="right"/>
      </w:pPr>
      <w:r>
        <w:t>اوکے، ویل بگن دی، بگن ود دی فرسٹ کوسچن۔ دس کوسچن از فرام مس راضیہ صدیقی فرام دہلی۔</w:t>
      </w:r>
    </w:p>
    <w:p>
      <w:r>
        <w:rPr>
          <w:b/>
        </w:rPr>
        <w:t xml:space="preserve">[59:24] </w:t>
      </w:r>
      <w:r>
        <w:t>maulana, why does man find it so hard to adjust with his fellow human beings? according to the quranic reference, it is due to the influence of satan.</w:t>
      </w:r>
    </w:p>
    <w:p>
      <w:pPr>
        <w:jc w:val="right"/>
      </w:pPr>
      <w:r>
        <w:t>مولانا، وائی ڈز مین فائنڈ اٹ سو ہارڈ ٹو ایڈجسٹ ود ہز فیلو ہیومن بینگز؟ اکارڈ ٹو دا قرانک ریفرنس، اٹ از ڈیو ٹو دا انفلوئنس اف سیٹ۔</w:t>
      </w:r>
    </w:p>
    <w:p>
      <w:r>
        <w:rPr>
          <w:b/>
        </w:rPr>
        <w:t xml:space="preserve">[59:47] </w:t>
      </w:r>
      <w:r>
        <w:t>in psychological term, maybe some other answer to this question, but religious term, i would like to say that this is due to the influence of satan.</w:t>
      </w:r>
    </w:p>
    <w:p>
      <w:pPr>
        <w:jc w:val="right"/>
      </w:pPr>
      <w:r>
        <w:t>ان سائیکلوجیکل ٹرم، می بی سم ادر انسر ٹو دس کوسچن، بٹ ریلیجس ٹرم، ائی وڈ لائک ٹو سی دیٹ دس از ڈیو ٹو دا انفلوئنس اف سیٹن۔</w:t>
      </w:r>
    </w:p>
    <w:p>
      <w:r>
        <w:rPr>
          <w:b/>
        </w:rPr>
        <w:t xml:space="preserve">[1:00:04] </w:t>
      </w:r>
      <w:r>
        <w:t>satan is a complete with you every time. with every human being, there is a satan. every with every man, with every woman,</w:t>
      </w:r>
    </w:p>
    <w:p>
      <w:pPr>
        <w:jc w:val="right"/>
      </w:pPr>
      <w:r>
        <w:t>سیٹن از ا کمپلیٹ ود یو ایوری ٹائم۔ ود ایوری ہیومن بینگ، دیر از ا سیٹن۔ ایوری ود ایوری مین، ود ایوری وومن،</w:t>
      </w:r>
    </w:p>
    <w:p>
      <w:r>
        <w:rPr>
          <w:b/>
        </w:rPr>
        <w:t xml:space="preserve">[1:00:15] </w:t>
      </w:r>
      <w:r>
        <w:t>satan with him every time, day and night. so you have to be alert.</w:t>
      </w:r>
    </w:p>
    <w:p>
      <w:pPr>
        <w:jc w:val="right"/>
      </w:pPr>
      <w:r>
        <w:t>سیٹن ود ہم ایوری ٹائم، ڈے اینڈ نائٹ۔ سو یو ہیو ٹو بی الرٹ۔</w:t>
      </w:r>
    </w:p>
    <w:p>
      <w:r>
        <w:rPr>
          <w:b/>
        </w:rPr>
        <w:t xml:space="preserve">[1:00:25] </w:t>
      </w:r>
      <w:r>
        <w:t>you have to make dua.</w:t>
      </w:r>
    </w:p>
    <w:p>
      <w:pPr>
        <w:jc w:val="right"/>
      </w:pPr>
      <w:r>
        <w:t>یو ہیو ٹو میک دعا۔</w:t>
      </w:r>
    </w:p>
    <w:p>
      <w:r>
        <w:rPr>
          <w:b/>
        </w:rPr>
        <w:t xml:space="preserve">[1:00:30] </w:t>
      </w:r>
      <w:r>
        <w:t>every day and night, you have to say: "allahumma inni a'udhu bika minash shaitanir rajim, allahumma inni a'udhu bika min hamazatish shayatin".</w:t>
      </w:r>
    </w:p>
    <w:p>
      <w:pPr>
        <w:jc w:val="right"/>
      </w:pPr>
      <w:r>
        <w:t>ایوری ڈے اینڈ نائٹ، یو ہیو ٹو سے: "اللہ منی اعوذ بک من الشیطان الرجیم، اللہ منی اعوذ بک من حمدات الشیاطین"۔</w:t>
      </w:r>
    </w:p>
    <w:p>
      <w:r>
        <w:rPr>
          <w:b/>
        </w:rPr>
        <w:t xml:space="preserve">[1:00:43] </w:t>
      </w:r>
      <w:r>
        <w:t>so this is due to the test. god almighty is rahim o karim, is merciful, but without satan, there was no test.</w:t>
      </w:r>
    </w:p>
    <w:p>
      <w:pPr>
        <w:jc w:val="right"/>
      </w:pPr>
      <w:r>
        <w:t>سو دس از ڈیو ٹو دا ٹیسٹ۔ گاڈ المائٹی از رحیم و کریم، از مرسی فل، بٹ وداؤٹ سیٹن، دیر واز نو ٹیسٹ۔</w:t>
      </w:r>
    </w:p>
    <w:p>
      <w:r>
        <w:rPr>
          <w:b/>
        </w:rPr>
        <w:t xml:space="preserve">[1:01:02] </w:t>
      </w:r>
      <w:r>
        <w:t>so satan is here only for your test. so we have to to recognize satan influence.</w:t>
      </w:r>
    </w:p>
    <w:p>
      <w:pPr>
        <w:jc w:val="right"/>
      </w:pPr>
      <w:r>
        <w:t>سو سیٹن از ہیر اونلی فار وور ٹیسٹ۔ سو وی ہیو ٹو ٹو ریکگنائز سیٹن انفلوئنس۔</w:t>
      </w:r>
    </w:p>
    <w:p>
      <w:r>
        <w:rPr>
          <w:b/>
        </w:rPr>
        <w:t xml:space="preserve">[1:01:18] </w:t>
      </w:r>
      <w:r>
        <w:t>when you feel that there is a satan petition in your, in your, in your, in your personality, it is a fact that when satan touches you, when satan influence you,</w:t>
      </w:r>
    </w:p>
    <w:p>
      <w:pPr>
        <w:jc w:val="right"/>
      </w:pPr>
      <w:r>
        <w:t>وین یو فیل دیٹ دیر از ا سیٹن پیٹیشن ان یور، ان یور، ان یور، ان یور پرسنیلٹی، اٹ از ا فیکٹ دیٹ وین سیٹن ٹچز یو، وین سیٹن انفلوئنس یو،</w:t>
      </w:r>
    </w:p>
    <w:p>
      <w:r>
        <w:rPr>
          <w:b/>
        </w:rPr>
        <w:t xml:space="preserve">[1:01:34] </w:t>
      </w:r>
      <w:r>
        <w:t>you, you feel, you recognize through your conscience, through your heart, through mind.</w:t>
      </w:r>
    </w:p>
    <w:p>
      <w:pPr>
        <w:jc w:val="right"/>
      </w:pPr>
      <w:r>
        <w:t>یو، یو فیل، یو ریکگنائز تھرو یور کانسنس، تھرو یور ہارٹ، تھرو مائنڈ۔</w:t>
      </w:r>
    </w:p>
    <w:p>
      <w:r>
        <w:rPr>
          <w:b/>
        </w:rPr>
        <w:t xml:space="preserve">[1:01:44] </w:t>
      </w:r>
      <w:r>
        <w:t>so you have to be alert. you have to say: "allahumma inni a'udhu bika min hamazatish shayatin". so this is the only way to save yourself from satanic influences.</w:t>
      </w:r>
    </w:p>
    <w:p>
      <w:pPr>
        <w:jc w:val="right"/>
      </w:pPr>
      <w:r>
        <w:t>سو یو ہیو ٹو بی الرٹ۔ یو ہیو ٹو سے: "اللہ منی اعوذ بک من حمدات الشیاطین"۔ سو دس از دا اونلی وے ٹو سیو یور سیلف فرام سیٹنک انفلوئنسز۔</w:t>
      </w:r>
    </w:p>
    <w:p>
      <w:r>
        <w:rPr>
          <w:b/>
        </w:rPr>
        <w:t xml:space="preserve">[1:02:01] </w:t>
      </w:r>
      <w:r>
        <w:t>prophet of islam used to say these verses 70 times every day. 70 times every day, seven zero every day.</w:t>
      </w:r>
    </w:p>
    <w:p>
      <w:pPr>
        <w:jc w:val="right"/>
      </w:pPr>
      <w:r>
        <w:t>پرافٹ اف اسلام یوز ٹو سے دیز ورس 70 ٹائم ایوری ڈے۔ 70 ٹائم ایوری ڈے، سیون زیرو ایوری ڈے۔</w:t>
      </w:r>
    </w:p>
    <w:p>
      <w:r>
        <w:rPr>
          <w:b/>
        </w:rPr>
        <w:t xml:space="preserve">[1:02:13] </w:t>
      </w:r>
      <w:r>
        <w:t>so this is the only, only way to save yourself from satanic influences. you have to say: "allahumma inni a'udhu bika minash shaitanir rajim".</w:t>
      </w:r>
    </w:p>
    <w:p>
      <w:pPr>
        <w:jc w:val="right"/>
      </w:pPr>
      <w:r>
        <w:t>سو دس از دا اونلی، اونلی وے ٹو سیو یور سیلف فرام سیٹنک انفلوئنسز۔ یو ہیو ٹو سے: "اللہ منی اعوذ بک من الشیطان الرجیم"۔</w:t>
      </w:r>
    </w:p>
    <w:p>
      <w:r>
        <w:rPr>
          <w:b/>
        </w:rPr>
        <w:t xml:space="preserve">[1:02:27] </w:t>
      </w:r>
      <w:r>
        <w:t>you have to say: "allahumma inni a'udhu bika min hamazatish shayatin". this will give you a protection, a shield against satanic influence.</w:t>
      </w:r>
    </w:p>
    <w:p>
      <w:pPr>
        <w:jc w:val="right"/>
      </w:pPr>
      <w:r>
        <w:t>یو ہیو ٹو سے: "اللہ منی اعوذ بک من حمدات الشیاطین"۔ دس ول گیو یو ا پروٹیکشن، ا شیل اگینسٹ سیٹنک انفلوئنس۔</w:t>
      </w:r>
    </w:p>
    <w:p>
      <w:r>
        <w:rPr>
          <w:b/>
        </w:rPr>
        <w:t xml:space="preserve">[1:02:41] </w:t>
      </w:r>
      <w:r>
        <w:t>this question is from miss sadia from delhi. we find people adjusting in their public life, but don't do so in their personal life.</w:t>
      </w:r>
    </w:p>
    <w:p>
      <w:pPr>
        <w:jc w:val="right"/>
      </w:pPr>
      <w:r>
        <w:t>دس کوسچن از فرام مس سعدیہ فرام دہلی۔ وی فائنڈ پیپل ایڈجسٹنگ ان دیر پبلک لائف، بٹ ڈونٹ ڈو سو ان دیر پرسنل لائف۔</w:t>
      </w:r>
    </w:p>
    <w:p>
      <w:r>
        <w:rPr>
          <w:b/>
        </w:rPr>
        <w:t xml:space="preserve">[1:02:55] </w:t>
      </w:r>
      <w:r>
        <w:t>why is it so?</w:t>
      </w:r>
    </w:p>
    <w:p>
      <w:pPr>
        <w:jc w:val="right"/>
      </w:pPr>
      <w:r>
        <w:t>وائی از اٹ سو؟</w:t>
      </w:r>
    </w:p>
    <w:p>
      <w:r>
        <w:rPr>
          <w:b/>
        </w:rPr>
        <w:t xml:space="preserve">[1:03:02] </w:t>
      </w:r>
      <w:r>
        <w:t>i don't think that, that</w:t>
      </w:r>
    </w:p>
    <w:p>
      <w:pPr>
        <w:jc w:val="right"/>
      </w:pPr>
      <w:r>
        <w:t>ائی ڈونٹ تھنک دیٹ، دیٹ</w:t>
      </w:r>
    </w:p>
    <w:p>
      <w:r>
        <w:rPr>
          <w:b/>
        </w:rPr>
        <w:t xml:space="preserve">[1:03:10] </w:t>
      </w:r>
      <w:r>
        <w:t>this is the situation. according to my experience, people fail to adjust in both the life, in both the aspect of life.</w:t>
      </w:r>
    </w:p>
    <w:p>
      <w:pPr>
        <w:jc w:val="right"/>
      </w:pPr>
      <w:r>
        <w:t>دس از دا سچویشن۔ اکارڈ ٹو مائی ایکسپیرینس، پیپل فیل ٹو ایڈجسٹ ان بوتھ دی لائف، ان بوتھ دی اسپیکٹ اف لائف۔</w:t>
      </w:r>
    </w:p>
    <w:p>
      <w:r>
        <w:rPr>
          <w:b/>
        </w:rPr>
        <w:t xml:space="preserve">[1:03:26] </w:t>
      </w:r>
      <w:r>
        <w:t>only some time when they feel that they will not uproot interest, so they become, they become peaceful.</w:t>
      </w:r>
    </w:p>
    <w:p>
      <w:pPr>
        <w:jc w:val="right"/>
      </w:pPr>
      <w:r>
        <w:t>اونلی سم ٹائم وین دے فیل دیٹ دے ول ناٹ اپٹر انٹرسٹ، سو دے بیکم، دے بیکم پیس فل۔</w:t>
      </w:r>
    </w:p>
    <w:p>
      <w:r>
        <w:rPr>
          <w:b/>
        </w:rPr>
        <w:t xml:space="preserve">[1:03:45] </w:t>
      </w:r>
      <w:r>
        <w:t>otherwise, they are, they are intolerant in public life, in family life, in social life, everywhere.</w:t>
      </w:r>
    </w:p>
    <w:p>
      <w:pPr>
        <w:jc w:val="right"/>
      </w:pPr>
      <w:r>
        <w:t>ادروائز، دے ار، دے ار انٹولرنٹ ان پبلک لائف، ان فیملی لائف، ان سوشل لائف، ایوری ویر۔</w:t>
      </w:r>
    </w:p>
    <w:p>
      <w:r>
        <w:rPr>
          <w:b/>
        </w:rPr>
        <w:t xml:space="preserve">[1:03:56] </w:t>
      </w:r>
      <w:r>
        <w:t>only interest make them compulsively peaceful to follow the way of adjustment.</w:t>
      </w:r>
    </w:p>
    <w:p>
      <w:pPr>
        <w:jc w:val="right"/>
      </w:pPr>
      <w:r>
        <w:t>اونلی انٹرسٹ میک دیم کمپلسولی پیس فل ٹو فالو دا وے اف ایڈجسٹمنٹ۔</w:t>
      </w:r>
    </w:p>
    <w:p>
      <w:r>
        <w:rPr>
          <w:b/>
        </w:rPr>
        <w:t xml:space="preserve">[1:04:08] </w:t>
      </w:r>
      <w:r>
        <w:t>according to my experience, this is the situation. this question is from Mr Ramesh from Delhi.</w:t>
      </w:r>
    </w:p>
    <w:p>
      <w:pPr>
        <w:jc w:val="right"/>
      </w:pPr>
      <w:r>
        <w:t>اکارڈ ٹو مائی ایکسپیرینس، دس از دا سچویشن۔ دس کوسچن از فرام مسٹر رامش فرام دہلی۔</w:t>
      </w:r>
    </w:p>
    <w:p>
      <w:r>
        <w:rPr>
          <w:b/>
        </w:rPr>
        <w:t xml:space="preserve">[1:04:18] </w:t>
      </w:r>
      <w:r>
        <w:t>why does Quran say that it will misguide some men?</w:t>
      </w:r>
    </w:p>
    <w:p>
      <w:pPr>
        <w:jc w:val="right"/>
      </w:pPr>
      <w:r>
        <w:t>وائی ڈز قران سے دیٹ اٹ ول مس گائیڈ سم مین؟</w:t>
      </w:r>
    </w:p>
    <w:p>
      <w:r>
        <w:rPr>
          <w:b/>
        </w:rPr>
        <w:t xml:space="preserve">[1:04:23] </w:t>
      </w:r>
      <w:r>
        <w:t>and once misguided, is there any hope that such people would receive guidance from the Quran? is only</w:t>
      </w:r>
    </w:p>
    <w:p>
      <w:pPr>
        <w:jc w:val="right"/>
      </w:pPr>
      <w:r>
        <w:t>اینڈ ونس مس گائیڈڈ، از دیر اینی ہوپ دیٹ سچ پیپل وڈ ریسیو گائیڈنس فرام دی قران؟ از اونلی</w:t>
      </w:r>
    </w:p>
    <w:p>
      <w:r>
        <w:rPr>
          <w:b/>
        </w:rPr>
        <w:t xml:space="preserve">[1:04:36] </w:t>
      </w:r>
      <w:r>
        <w:t>a style, Quranic style. it doesn't mean that Quran itself misguide you. no, it is a matter of style.</w:t>
      </w:r>
    </w:p>
    <w:p>
      <w:pPr>
        <w:jc w:val="right"/>
      </w:pPr>
      <w:r>
        <w:t>ا سٹائل، قرانک سٹائل۔ اٹ ڈزنٹ مین دیٹ قران اٹ سیلف مس گائیڈ یو۔ نو، اٹ از ا میٹر اف سٹائل۔</w:t>
      </w:r>
    </w:p>
    <w:p>
      <w:r>
        <w:rPr>
          <w:b/>
        </w:rPr>
        <w:t xml:space="preserve">[1:04:49] </w:t>
      </w:r>
      <w:r>
        <w:t>it is your negative mind that misguides you.</w:t>
      </w:r>
    </w:p>
    <w:p>
      <w:pPr>
        <w:jc w:val="right"/>
      </w:pPr>
      <w:r>
        <w:t>اٹ از یور نیگیٹیو مائنڈ دیٹ مس گائیڈس یو۔</w:t>
      </w:r>
    </w:p>
    <w:p>
      <w:r>
        <w:rPr>
          <w:b/>
        </w:rPr>
        <w:t xml:space="preserve">[1:04:58] </w:t>
      </w:r>
      <w:r>
        <w:t>it is very clear in other verses that although Quran is a book of guide.</w:t>
      </w:r>
    </w:p>
    <w:p>
      <w:pPr>
        <w:jc w:val="right"/>
      </w:pPr>
      <w:r>
        <w:t>اٹ از ویری کلیئر ان ادر ورسز دیٹ الدو قران از ا بک اف گائیڈ۔</w:t>
      </w:r>
    </w:p>
    <w:p>
      <w:r>
        <w:rPr>
          <w:b/>
        </w:rPr>
        <w:t xml:space="preserve">[1:05:07] </w:t>
      </w:r>
      <w:r>
        <w:t>it is very clear, but if one is negative mind, then he cannot understand the positive message of the Quran.</w:t>
      </w:r>
    </w:p>
    <w:p>
      <w:pPr>
        <w:jc w:val="right"/>
      </w:pPr>
      <w:r>
        <w:t>اٹ از ویری کلیئر، بٹ اف ون از نیگیٹیو مائنڈ، دین ہی کینٹ انڈرسٹینڈ دا پوزیٹیو میسج اف دا قران۔</w:t>
      </w:r>
    </w:p>
    <w:p>
      <w:r>
        <w:rPr>
          <w:b/>
        </w:rPr>
        <w:t xml:space="preserve">[1:05:22] </w:t>
      </w:r>
      <w:r>
        <w:t>so the reason lies in the mind of reader and not in the Quran. very clear in the Quran Hadith.</w:t>
      </w:r>
    </w:p>
    <w:p>
      <w:pPr>
        <w:jc w:val="right"/>
      </w:pPr>
      <w:r>
        <w:t>سو دا ریزن لائز ان دی مائنڈ اف ریڈر اینڈ ناٹ ان دا قران۔ ویری کلیئر ان دا قران حدیث۔</w:t>
      </w:r>
    </w:p>
    <w:p>
      <w:r>
        <w:rPr>
          <w:b/>
        </w:rPr>
        <w:t xml:space="preserve">[1:05:37] </w:t>
      </w:r>
      <w:r>
        <w:t>this question is from Ms Sadia from Delhi. could you please give an example of psychological sacrifice</w:t>
      </w:r>
    </w:p>
    <w:p>
      <w:pPr>
        <w:jc w:val="right"/>
      </w:pPr>
      <w:r>
        <w:t>دس کوسچن از فرام مس سعدیہ فرام دہلی۔ کڈ یو پلیز گیو این ایگزیمپل اف سائیکلوجیکل سیکریفائس</w:t>
      </w:r>
    </w:p>
    <w:p>
      <w:r>
        <w:rPr>
          <w:b/>
        </w:rPr>
        <w:t xml:space="preserve">[1:05:48] </w:t>
      </w:r>
      <w:r>
        <w:t>? tolerance is psychological sacrifice. patience is psychological sacrifice. and adjustment is psychological sacrifice.</w:t>
      </w:r>
    </w:p>
    <w:p>
      <w:pPr>
        <w:jc w:val="right"/>
      </w:pPr>
      <w:r>
        <w:t>؟ ٹولرنس از سائیکلوجیکل سیکریفائس۔ پیشنس از سائیکلوجیکل سیکریفائس۔ اینڈ ایڈجسٹمنٹ از سائیکلوجیکل سیکریفائس۔</w:t>
      </w:r>
    </w:p>
    <w:p>
      <w:r>
        <w:rPr>
          <w:b/>
        </w:rPr>
        <w:t xml:space="preserve">[1:06:00] </w:t>
      </w:r>
      <w:r>
        <w:t>and forgiveness is a psychological sacrifice.</w:t>
      </w:r>
    </w:p>
    <w:p>
      <w:pPr>
        <w:jc w:val="right"/>
      </w:pPr>
      <w:r>
        <w:t>اینڈ فارگیونس از ا سائیکلوجیکل سیکریفائس۔</w:t>
      </w:r>
    </w:p>
    <w:p>
      <w:r>
        <w:rPr>
          <w:b/>
        </w:rPr>
        <w:t xml:space="preserve">[1:06:08] </w:t>
      </w:r>
      <w:r>
        <w:t>and positivity is also a way of sacrifice</w:t>
      </w:r>
    </w:p>
    <w:p>
      <w:pPr>
        <w:jc w:val="right"/>
      </w:pPr>
      <w:r>
        <w:t>اینڈ پوزیٹیوٹی از السو ا وے اف سیکریفائس</w:t>
      </w:r>
    </w:p>
    <w:p>
      <w:r>
        <w:rPr>
          <w:b/>
        </w:rPr>
        <w:t xml:space="preserve">[1:06:14] </w:t>
      </w:r>
      <w:r>
        <w:t>. so all those positive behaviors are psychological sacrifices.</w:t>
      </w:r>
    </w:p>
    <w:p>
      <w:pPr>
        <w:jc w:val="right"/>
      </w:pPr>
      <w:r>
        <w:t>۔ سو الدوز پوزیٹیو بیہیویئر ار سائیکلوجیکل سیکریفائسز۔</w:t>
      </w:r>
    </w:p>
    <w:p>
      <w:r>
        <w:rPr>
          <w:b/>
        </w:rPr>
        <w:t xml:space="preserve">[1:06:26] </w:t>
      </w:r>
      <w:r>
        <w:t>all those positive behaviors are examples of psychological sacrifices.</w:t>
      </w:r>
    </w:p>
    <w:p>
      <w:pPr>
        <w:jc w:val="right"/>
      </w:pPr>
      <w:r>
        <w:t>الدوز پوزیٹیو بیہیویئرز ار ایگزیمپلز اف سائیکلوجیکل سیکریفائسز۔</w:t>
      </w:r>
    </w:p>
    <w:p>
      <w:r>
        <w:rPr>
          <w:b/>
        </w:rPr>
        <w:t xml:space="preserve">[1:06:35] </w:t>
      </w:r>
      <w:r>
        <w:t>this question is from Ms Naghma from Delhi. usually, our ego does not allow us to adjust</w:t>
      </w:r>
    </w:p>
    <w:p>
      <w:pPr>
        <w:jc w:val="right"/>
      </w:pPr>
      <w:r>
        <w:t>دس کوسچن از فرام مس نغمہ فرام دہلی۔ یوزلی، ار ایگو ڈز ناٹ الاؤ اس ٹو ایڈ</w:t>
      </w:r>
    </w:p>
    <w:p>
      <w:r>
        <w:rPr>
          <w:b/>
        </w:rPr>
        <w:t xml:space="preserve">[1:06:44] </w:t>
      </w:r>
      <w:r>
        <w:t>adjust. how can we overcome our ego and adjust?</w:t>
      </w:r>
    </w:p>
    <w:p>
      <w:pPr>
        <w:jc w:val="right"/>
      </w:pPr>
      <w:r>
        <w:t>جسٹ۔ ہاؤ کین وی اوورکم ار ایگو اینڈ ایڈجسٹ؟</w:t>
      </w:r>
    </w:p>
    <w:p>
      <w:r>
        <w:rPr>
          <w:b/>
        </w:rPr>
        <w:t xml:space="preserve">[1:06:52] </w:t>
      </w:r>
      <w:r>
        <w:t>you know, ego will be there. ego is a part of personality.</w:t>
      </w:r>
    </w:p>
    <w:p>
      <w:pPr>
        <w:jc w:val="right"/>
      </w:pPr>
      <w:r>
        <w:t>یو نو، ایگو ول بی دیر۔ ایگو از ا پارٹ اف پرسنیلٹی۔</w:t>
      </w:r>
    </w:p>
    <w:p>
      <w:r>
        <w:rPr>
          <w:b/>
        </w:rPr>
        <w:t xml:space="preserve">[1:07:02] </w:t>
      </w:r>
      <w:r>
        <w:t>without ego, there is no test.</w:t>
      </w:r>
    </w:p>
    <w:p>
      <w:pPr>
        <w:jc w:val="right"/>
      </w:pPr>
      <w:r>
        <w:t>وداؤٹ ایگو، دیر از نو ٹیسٹ۔</w:t>
      </w:r>
    </w:p>
    <w:p>
      <w:r>
        <w:rPr>
          <w:b/>
        </w:rPr>
        <w:t xml:space="preserve">[1:07:07] </w:t>
      </w:r>
      <w:r>
        <w:t>ego will be there. Satan will be there. provocative situations will be there.</w:t>
      </w:r>
    </w:p>
    <w:p>
      <w:pPr>
        <w:jc w:val="right"/>
      </w:pPr>
      <w:r>
        <w:t>ایگو ول بی دیر۔ سیٹن ول بی دیر۔ پرووکیٹیو سچویشنز ول بی دیر۔</w:t>
      </w:r>
    </w:p>
    <w:p>
      <w:r>
        <w:rPr>
          <w:b/>
        </w:rPr>
        <w:t xml:space="preserve">[1:07:16] </w:t>
      </w:r>
      <w:r>
        <w:t>without all these things, there is no test. so we have to, we have to,</w:t>
      </w:r>
    </w:p>
    <w:p>
      <w:pPr>
        <w:jc w:val="right"/>
      </w:pPr>
      <w:r>
        <w:t>وداؤٹ الدیز تھنگز، دیر از نو ٹیسٹ۔ سو وی ہیو ٹو، وی ہیو ٹو،</w:t>
      </w:r>
    </w:p>
    <w:p>
      <w:r>
        <w:rPr>
          <w:b/>
        </w:rPr>
        <w:t xml:space="preserve">[1:07:27] </w:t>
      </w:r>
      <w:r>
        <w:t>we have to try to, to</w:t>
      </w:r>
    </w:p>
    <w:p>
      <w:pPr>
        <w:jc w:val="right"/>
      </w:pPr>
      <w:r>
        <w:t>وی ہیو ٹو ٹرائی ٹو، ٹو</w:t>
      </w:r>
    </w:p>
    <w:p>
      <w:r>
        <w:rPr>
          <w:b/>
        </w:rPr>
        <w:t xml:space="preserve">[1:07:34] </w:t>
      </w:r>
      <w:r>
        <w:t>keep our self in right path. if you want paradise.</w:t>
      </w:r>
    </w:p>
    <w:p>
      <w:pPr>
        <w:jc w:val="right"/>
      </w:pPr>
      <w:r>
        <w:t>کیپ اور سیلف ان رائٹ پاتھ۔ اف یو وانٹ پیراڈائز۔</w:t>
      </w:r>
    </w:p>
    <w:p>
      <w:r>
        <w:rPr>
          <w:b/>
        </w:rPr>
        <w:t xml:space="preserve">[1:07:43] </w:t>
      </w:r>
      <w:r>
        <w:t>if you want to, to find entry to paradise, we have to give this sacrifice.</w:t>
      </w:r>
    </w:p>
    <w:p>
      <w:pPr>
        <w:jc w:val="right"/>
      </w:pPr>
      <w:r>
        <w:t>اف یو وانٹ ٹو، ٹو فائنڈ انٹری ٹو پیراڈائز، وی ہیو ٹو گیو دس سیکریفائس۔</w:t>
      </w:r>
    </w:p>
    <w:p>
      <w:r>
        <w:rPr>
          <w:b/>
        </w:rPr>
        <w:t xml:space="preserve">[1:07:52] </w:t>
      </w:r>
      <w:r>
        <w:t>all those sacrifice, but the result is paradise. so if you want to find entry into paradise, there is eternal.</w:t>
      </w:r>
    </w:p>
    <w:p>
      <w:pPr>
        <w:jc w:val="right"/>
      </w:pPr>
      <w:r>
        <w:t>الدو دس سیکریفائس، بٹ دا رزلٹ از پیراڈائز۔ سو اف یو وانٹ ٹو فائنڈ انٹری انٹو پیراڈائز، دیر از ایٹرنل۔</w:t>
      </w:r>
    </w:p>
    <w:p>
      <w:r>
        <w:rPr>
          <w:b/>
        </w:rPr>
        <w:t xml:space="preserve">[1:08:08] </w:t>
      </w:r>
      <w:r>
        <w:t>der az perfect place</w:t>
      </w:r>
    </w:p>
    <w:p>
      <w:pPr>
        <w:jc w:val="right"/>
      </w:pPr>
      <w:r>
        <w:t>دیر از پرفیکٹ پلیس</w:t>
      </w:r>
    </w:p>
    <w:p>
      <w:r>
        <w:rPr>
          <w:b/>
        </w:rPr>
        <w:t xml:space="preserve">[1:08:11] </w:t>
      </w:r>
      <w:r>
        <w:t>. so we have to manage our ego.</w:t>
      </w:r>
    </w:p>
    <w:p>
      <w:pPr>
        <w:jc w:val="right"/>
      </w:pPr>
      <w:r>
        <w:t>۔ سو وی ہیو ٹو مینج اور ایگو۔</w:t>
      </w:r>
    </w:p>
    <w:p>
      <w:r>
        <w:rPr>
          <w:b/>
        </w:rPr>
        <w:t xml:space="preserve">[1:08:20] </w:t>
      </w:r>
      <w:r>
        <w:t>we have to manage our ego.</w:t>
      </w:r>
    </w:p>
    <w:p>
      <w:pPr>
        <w:jc w:val="right"/>
      </w:pPr>
      <w:r>
        <w:t>وی ہیو ٹو مینج اور ایگو۔</w:t>
      </w:r>
    </w:p>
    <w:p>
      <w:r>
        <w:rPr>
          <w:b/>
        </w:rPr>
        <w:t xml:space="preserve">[1:08:26] </w:t>
      </w:r>
      <w:r>
        <w:t>we have to be very, very cautious in this matter.</w:t>
      </w:r>
    </w:p>
    <w:p>
      <w:pPr>
        <w:jc w:val="right"/>
      </w:pPr>
      <w:r>
        <w:t>وی ہیو ٹو ویری، ویری کاشس ان دس میٹر۔</w:t>
      </w:r>
    </w:p>
    <w:p>
      <w:r>
        <w:rPr>
          <w:b/>
        </w:rPr>
        <w:t xml:space="preserve">[1:08:34] </w:t>
      </w:r>
      <w:r>
        <w:t>we have to remember paradise.</w:t>
      </w:r>
    </w:p>
    <w:p>
      <w:pPr>
        <w:jc w:val="right"/>
      </w:pPr>
      <w:r>
        <w:t>وی ہیو ٹو ریممبر پیراڈائز۔</w:t>
      </w:r>
    </w:p>
    <w:p>
      <w:r>
        <w:rPr>
          <w:b/>
        </w:rPr>
        <w:t xml:space="preserve">[1:08:36] </w:t>
      </w:r>
      <w:r>
        <w:t>when you, when we are victim of our ego, we have to remember that if I follow the egoistic way, then I will lose paradise.</w:t>
      </w:r>
    </w:p>
    <w:p>
      <w:pPr>
        <w:jc w:val="right"/>
      </w:pPr>
      <w:r>
        <w:t>وین یو، وین وی ار وکٹم اف اور ایگو، وی ہیو ٹو ریممبر دیٹ اف ائی فالو دا ایگوسٹک وے، دین ائی ول لوز پیراڈائز۔</w:t>
      </w:r>
    </w:p>
    <w:p>
      <w:r>
        <w:rPr>
          <w:b/>
        </w:rPr>
        <w:t xml:space="preserve">[1:08:52] </w:t>
      </w:r>
      <w:r>
        <w:t>so you have to active. we have to activate this kind of thinking. we have to activate this kind of cautiousness. then inshallah, you will keep yourself from being victim of ego.</w:t>
      </w:r>
    </w:p>
    <w:p>
      <w:pPr>
        <w:jc w:val="right"/>
      </w:pPr>
      <w:r>
        <w:t>سو یو ہیو ٹو ایکٹیو۔ وی ہیو ٹو ایکٹیویٹ دس کائنڈ اف تھنکنگ۔ وی ہیو ٹو ایکٹیویٹ دس کائنڈ اف کاشسنس۔ دین انشاءاللہ، یو ول کیپ یور سیلف فرام بینگ وکٹم اف ایگو۔</w:t>
      </w:r>
    </w:p>
    <w:p>
      <w:r>
        <w:rPr>
          <w:b/>
        </w:rPr>
        <w:t xml:space="preserve">[1:09:10] </w:t>
      </w:r>
      <w:r>
        <w:t>this question is from Mr Ramesh from Delhi</w:t>
      </w:r>
    </w:p>
    <w:p>
      <w:pPr>
        <w:jc w:val="right"/>
      </w:pPr>
      <w:r>
        <w:t>دس کوسچن از فرام مسٹر رامش فرام دہلی</w:t>
      </w:r>
    </w:p>
    <w:p>
      <w:r>
        <w:rPr>
          <w:b/>
        </w:rPr>
        <w:t xml:space="preserve">[1:09:15] </w:t>
      </w:r>
      <w:r>
        <w:t>. why did Muslims leave the path of peace adopted by the prophet of Islam and turned violent in later generations?</w:t>
      </w:r>
    </w:p>
    <w:p>
      <w:pPr>
        <w:jc w:val="right"/>
      </w:pPr>
      <w:r>
        <w:t>۔ وائی ڈیڈ مسلمز لیو دا پاتھ اف پیس اڈاپٹڈ بائی دا پرافٹ اف اسلام اینڈ ٹرنڈ وائلنٹ ان لیٹر جنریشنز؟</w:t>
      </w:r>
    </w:p>
    <w:p>
      <w:r>
        <w:rPr>
          <w:b/>
        </w:rPr>
        <w:t xml:space="preserve">[1:09:32] </w:t>
      </w:r>
      <w:r>
        <w:t>our life is life of trial, test, imtihan.</w:t>
      </w:r>
    </w:p>
    <w:p>
      <w:pPr>
        <w:jc w:val="right"/>
      </w:pPr>
      <w:r>
        <w:t>اور لائف از لائف اف ٹرائل، ٹیسٹ، امتحان۔</w:t>
      </w:r>
    </w:p>
    <w:p>
      <w:r>
        <w:rPr>
          <w:b/>
        </w:rPr>
        <w:t xml:space="preserve">[1:09:42] </w:t>
      </w:r>
      <w:r>
        <w:t>so in every period, not only in later generation, in every period, there were examples of all these things.</w:t>
      </w:r>
    </w:p>
    <w:p>
      <w:pPr>
        <w:jc w:val="right"/>
      </w:pPr>
      <w:r>
        <w:t>سو ان ایوری پیریڈ، ناٹ اونلی ان لیٹر جنریشن، ان ایوری پیریڈ، دیر وار ایگزیمپل اف الدیز تھنگز۔</w:t>
      </w:r>
    </w:p>
    <w:p>
      <w:r>
        <w:rPr>
          <w:b/>
        </w:rPr>
        <w:t xml:space="preserve">[1:09:54] </w:t>
      </w:r>
      <w:r>
        <w:t>so no one was born as a pious person. everyone is just like us.</w:t>
      </w:r>
    </w:p>
    <w:p>
      <w:pPr>
        <w:jc w:val="right"/>
      </w:pPr>
      <w:r>
        <w:t>سو نو ون واز born as ا پائس پرسن۔ ایوری ون از جسٹ لائک اور۔</w:t>
      </w:r>
    </w:p>
    <w:p>
      <w:r>
        <w:rPr>
          <w:b/>
        </w:rPr>
        <w:t xml:space="preserve">[1:10:05] </w:t>
      </w:r>
      <w:r>
        <w:t>so in every situation, in every period of history, people were faced with these situations.</w:t>
      </w:r>
    </w:p>
    <w:p>
      <w:pPr>
        <w:jc w:val="right"/>
      </w:pPr>
      <w:r>
        <w:t>سو ان ایوری سچویشن، ان ایوری پیریڈ اف ہسٹری، پیپل ویر فیس ود دیز سچویشنز۔</w:t>
      </w:r>
    </w:p>
    <w:p>
      <w:r>
        <w:rPr>
          <w:b/>
        </w:rPr>
        <w:t xml:space="preserve">[1:10:15] </w:t>
      </w:r>
      <w:r>
        <w:t>so those who, cautious, alert, wanted to keep, wanted to follow the right path, they were successful</w:t>
      </w:r>
    </w:p>
    <w:p>
      <w:pPr>
        <w:jc w:val="right"/>
      </w:pPr>
      <w:r>
        <w:t>سو دوز ہو، کاشس، الرٹ، وانٹڈ ٹو کیپ، وانٹڈ ٹو فالو دا رائٹ پاتھ، دے ویر سکسیس فل</w:t>
      </w:r>
    </w:p>
    <w:p>
      <w:r>
        <w:rPr>
          <w:b/>
        </w:rPr>
        <w:t xml:space="preserve">[1:10:32] </w:t>
      </w:r>
      <w:r>
        <w:t>. is a matter of, is matter of activity. is matter of activating your cautiousness, activating your mind, activating your thinking.</w:t>
      </w:r>
    </w:p>
    <w:p>
      <w:pPr>
        <w:jc w:val="right"/>
      </w:pPr>
      <w:r>
        <w:t>۔ از ا میٹر اف، از میٹر اف ایکٹیویٹی۔ از میٹر اف ایکٹیویٹنگ یور کاشسنس، ایکٹیویٹنگ یور مائنڈ، ایکٹیویٹنگ یور تھنکنگ۔</w:t>
      </w:r>
    </w:p>
    <w:p>
      <w:r>
        <w:rPr>
          <w:b/>
        </w:rPr>
        <w:t xml:space="preserve">[1:10:48] </w:t>
      </w:r>
      <w:r>
        <w:t>this is the only method. by activating your mind, you can save yourself from all those negative behavior.</w:t>
      </w:r>
    </w:p>
    <w:p>
      <w:pPr>
        <w:jc w:val="right"/>
      </w:pPr>
      <w:r>
        <w:t>دس از دا اونلی میتھڈ۔ بائی ایکٹیویٹنگ یور مائنڈ، یو کین سیو یور سیلف فرام الدوز نیگیٹیو بیہیویئر۔</w:t>
      </w:r>
    </w:p>
    <w:p>
      <w:r>
        <w:rPr>
          <w:b/>
        </w:rPr>
        <w:t xml:space="preserve">[1:11:03] </w:t>
      </w:r>
      <w:r>
        <w:t>this question is from Dr Farida Khanam from Delhi. once you mentioned two types of politics, negative politics and positive politics,</w:t>
      </w:r>
    </w:p>
    <w:p>
      <w:pPr>
        <w:jc w:val="right"/>
      </w:pPr>
      <w:r>
        <w:t>دس کوسچن از فرام ڈاکٹر فریدہ خانم فرام دہلی۔ ونس یو مینشن ٹو ٹائپس اف پولیٹکس، نیگیٹیو پولیٹکس اینڈ پوزیٹیو پولیٹکس،</w:t>
      </w:r>
    </w:p>
    <w:p>
      <w:r>
        <w:rPr>
          <w:b/>
        </w:rPr>
        <w:t xml:space="preserve">[1:11:16] </w:t>
      </w:r>
      <w:r>
        <w:t>please explain this.</w:t>
      </w:r>
    </w:p>
    <w:p>
      <w:pPr>
        <w:jc w:val="right"/>
      </w:pPr>
      <w:r>
        <w:t>پلیز ایکسپلین دس۔</w:t>
      </w:r>
    </w:p>
    <w:p>
      <w:r>
        <w:rPr>
          <w:b/>
        </w:rPr>
        <w:t xml:space="preserve">[1:11:24] </w:t>
      </w:r>
      <w:r>
        <w:t>in other words, there are two types of politics: healthy politics and unhealthy politics.</w:t>
      </w:r>
    </w:p>
    <w:p>
      <w:pPr>
        <w:jc w:val="right"/>
      </w:pPr>
      <w:r>
        <w:t>ان ادر ورس، دیر ار ٹو ٹائپس اف پولیٹکس: ہیلدی پولیٹکس اینڈ ان ہیلدی پولیٹکس۔</w:t>
      </w:r>
    </w:p>
    <w:p>
      <w:r>
        <w:rPr>
          <w:b/>
        </w:rPr>
        <w:t xml:space="preserve">[1:11:35] </w:t>
      </w:r>
      <w:r>
        <w:t>healthy politics is result oriented politics, and unhealthy politics is result less politics.</w:t>
      </w:r>
    </w:p>
    <w:p>
      <w:pPr>
        <w:jc w:val="right"/>
      </w:pPr>
      <w:r>
        <w:t>ہیلدی پولیٹکس از رزلٹ اورینٹڈ پولیٹکس، اینڈ ان ہیلدی پولیٹکس از رزلٹ لیس پولیٹکس۔</w:t>
      </w:r>
    </w:p>
    <w:p>
      <w:r>
        <w:rPr>
          <w:b/>
        </w:rPr>
        <w:t xml:space="preserve">[1:11:47] </w:t>
      </w:r>
      <w:r>
        <w:t>so you have to see the situation, you have to see the result, not just your emotions.</w:t>
      </w:r>
    </w:p>
    <w:p>
      <w:pPr>
        <w:jc w:val="right"/>
      </w:pPr>
      <w:r>
        <w:t>سو یو ہیو ٹو سی دا سچویشن، یو ہیو ٹو سی دا رزلٹ، ناٹ جسٹ یور ایموشنز۔</w:t>
      </w:r>
    </w:p>
    <w:p>
      <w:r>
        <w:rPr>
          <w:b/>
        </w:rPr>
        <w:t xml:space="preserve">[1:11:59] </w:t>
      </w:r>
      <w:r>
        <w:t>so I don't think that politics is a shajar mamnuah, forbidden entry.</w:t>
      </w:r>
    </w:p>
    <w:p>
      <w:pPr>
        <w:jc w:val="right"/>
      </w:pPr>
      <w:r>
        <w:t>سو ائی ڈونٹ تھنک دیٹ پولیٹکس از ا شجر ممنوعہ، فائیوڈ انٹری۔</w:t>
      </w:r>
    </w:p>
    <w:p>
      <w:r>
        <w:rPr>
          <w:b/>
        </w:rPr>
        <w:t xml:space="preserve">[1:12:06] </w:t>
      </w:r>
      <w:r>
        <w:t>but if you adopt politics with healthy sentiments, that is to achieve some positive results, that is good.</w:t>
      </w:r>
    </w:p>
    <w:p>
      <w:pPr>
        <w:jc w:val="right"/>
      </w:pPr>
      <w:r>
        <w:t>بٹ اف یو اڈاپٹ پولیٹکس ود ہیلدی سینٹیمنٹس، دیٹ از ٹو اچیو سم پوزیٹیو رزلٹس، دیٹ از گڈ۔</w:t>
      </w:r>
    </w:p>
    <w:p>
      <w:r>
        <w:rPr>
          <w:b/>
        </w:rPr>
        <w:t xml:space="preserve">[1:12:17] </w:t>
      </w:r>
      <w:r>
        <w:t>but if you adopt politics simply for your selfish and for your personal gain, for money, for seat, for office, that is unhealthy politics.</w:t>
      </w:r>
    </w:p>
    <w:p>
      <w:pPr>
        <w:jc w:val="right"/>
      </w:pPr>
      <w:r>
        <w:t>بٹ اف یو اڈاپٹ پولیٹکس سمپلی فار یور سیلفش اینڈ فار یور پرسنل گین، فار منی، فار سیٹ، فار افس، دیٹ از ان ہیلدی پولیٹکس۔</w:t>
      </w:r>
    </w:p>
    <w:p>
      <w:r>
        <w:rPr>
          <w:b/>
        </w:rPr>
        <w:t xml:space="preserve">[1:12:37] </w:t>
      </w:r>
      <w:r>
        <w:t>in other words, I would like to say that politics for the sake of, for the sake of some positive end, that is good.</w:t>
      </w:r>
    </w:p>
    <w:p>
      <w:pPr>
        <w:jc w:val="right"/>
      </w:pPr>
      <w:r>
        <w:t>ان ادر ورس، ائی وڈ لائک ٹو سے دیٹ پولیٹکس فار دا سیک اف، فار دا سیک اف سم پوزیٹیو اینڈ، دیٹ از گڈ۔</w:t>
      </w:r>
    </w:p>
    <w:p>
      <w:r>
        <w:rPr>
          <w:b/>
        </w:rPr>
        <w:t xml:space="preserve">[1:12:49] </w:t>
      </w:r>
      <w:r>
        <w:t>and politics for the sake of self interest, this is not good. so first kind of politics is healthy politics, and the second kind of politics is unhealthy politics.</w:t>
      </w:r>
    </w:p>
    <w:p>
      <w:pPr>
        <w:jc w:val="right"/>
      </w:pPr>
      <w:r>
        <w:t>اینڈ پولیٹکس فار دا سیک اف سیلف انٹرسٹ، دس از ناٹ گڈ۔ سو فرسٹ کائنڈ اف پولیٹکس از ہیلدی پولیٹکس، اینڈ دا سیکنڈ کائنڈ اف پولیٹکس از ان ہیلدی پولیٹکس۔</w:t>
      </w:r>
    </w:p>
    <w:p>
      <w:r>
        <w:rPr>
          <w:b/>
        </w:rPr>
        <w:t xml:space="preserve">[1:13:02] </w:t>
      </w:r>
      <w:r>
        <w:t>i am not against politics</w:t>
      </w:r>
    </w:p>
    <w:p>
      <w:pPr>
        <w:jc w:val="right"/>
      </w:pPr>
      <w:r>
        <w:t>ائی ایم ناٹ اگینسٹ پولیٹکس</w:t>
      </w:r>
    </w:p>
    <w:p>
      <w:r>
        <w:rPr>
          <w:b/>
        </w:rPr>
        <w:t xml:space="preserve">[1:13:05] </w:t>
      </w:r>
      <w:r>
        <w:t>, i am against the, against the unhealthy politics.</w:t>
      </w:r>
    </w:p>
    <w:p>
      <w:pPr>
        <w:jc w:val="right"/>
      </w:pPr>
      <w:r>
        <w:t>، ائی ایم اگینسٹ دا، اگینسٹ دا ان ہیلدی پولیٹکس۔</w:t>
      </w:r>
    </w:p>
    <w:p>
      <w:r>
        <w:rPr>
          <w:b/>
        </w:rPr>
        <w:t xml:space="preserve">[1:13:14] </w:t>
      </w:r>
      <w:r>
        <w:t>this question is from mr gul ahmed from maryland. molana, there are so many sources regarding the quran and sunnah.</w:t>
      </w:r>
    </w:p>
    <w:p>
      <w:pPr>
        <w:jc w:val="right"/>
      </w:pPr>
      <w:r>
        <w:t>دس کوسچن از فرام مسٹر گل احمد فرام میری لینڈ۔ مولانا، دیر ار سو مینی سورسز ریگارڈنگ دا قران اینڈ سنہ۔</w:t>
      </w:r>
    </w:p>
    <w:p>
      <w:r>
        <w:rPr>
          <w:b/>
        </w:rPr>
        <w:t xml:space="preserve">[1:13:26] </w:t>
      </w:r>
      <w:r>
        <w:t>how can we tell which ones are right and which ones we should avoid? no, you have to study the quran directly.</w:t>
      </w:r>
    </w:p>
    <w:p>
      <w:pPr>
        <w:jc w:val="right"/>
      </w:pPr>
      <w:r>
        <w:t>ہاؤ کین وی ٹیل وچ ونز ار رائٹ اینڈ وچ ونز وی شوڈ اوائڈ؟ نو، یو ہیو ٹو سٹڈی دا قران ڈائریکٹلی۔</w:t>
      </w:r>
    </w:p>
    <w:p>
      <w:r>
        <w:rPr>
          <w:b/>
        </w:rPr>
        <w:t xml:space="preserve">[1:13:36] </w:t>
      </w:r>
      <w:r>
        <w:t>quran is a clear book. in quran, there is clarity for islam.</w:t>
      </w:r>
    </w:p>
    <w:p>
      <w:pPr>
        <w:jc w:val="right"/>
      </w:pPr>
      <w:r>
        <w:t>قران از ا کلیئر بک۔ ان قران، دیر از کلیرٹی فار اسلام۔</w:t>
      </w:r>
    </w:p>
    <w:p>
      <w:r>
        <w:rPr>
          <w:b/>
        </w:rPr>
        <w:t xml:space="preserve">[1:13:45] </w:t>
      </w:r>
      <w:r>
        <w:t>so why you depend on interpretations? why?</w:t>
      </w:r>
    </w:p>
    <w:p>
      <w:pPr>
        <w:jc w:val="right"/>
      </w:pPr>
      <w:r>
        <w:t>سو وائی یو ڈیپینڈ ان انٹرپریٹیشنز؟ وائی؟</w:t>
      </w:r>
    </w:p>
    <w:p>
      <w:r>
        <w:rPr>
          <w:b/>
        </w:rPr>
        <w:t xml:space="preserve">[1:13:52] </w:t>
      </w:r>
      <w:r>
        <w:t>you have to, you have to, you have to read interpretation only to enhance your knowledge. b</w:t>
      </w:r>
    </w:p>
    <w:p>
      <w:pPr>
        <w:jc w:val="right"/>
      </w:pPr>
      <w:r>
        <w:t>یو ہیو ٹو، یو ہیو ٹو، یو ہیو ٹو ریڈ انٹرپریشن اونلی ٹو انہانس یور نالج۔ ب</w:t>
      </w:r>
    </w:p>
    <w:p>
      <w:r>
        <w:rPr>
          <w:b/>
        </w:rPr>
        <w:t xml:space="preserve">[1:14:00] </w:t>
      </w:r>
      <w:r>
        <w:t>ut if you want to know what, what is the message of the quran, then you have to read quran directly. don't depend on interpretation.</w:t>
      </w:r>
    </w:p>
    <w:p>
      <w:pPr>
        <w:jc w:val="right"/>
      </w:pPr>
      <w:r>
        <w:t>ٹ اف یو وانٹ ٹو نو واٹ، واٹ از دا میسج اف دا قران، دین یو ہیو ٹو ریڈ قران ڈائریکٹلی۔ ڈونٹ ڈیپینڈ ان انٹرپریشن۔</w:t>
      </w:r>
    </w:p>
    <w:p>
      <w:r>
        <w:rPr>
          <w:b/>
        </w:rPr>
        <w:t xml:space="preserve">[1:14:14] </w:t>
      </w:r>
      <w:r>
        <w:t>is very clear.</w:t>
      </w:r>
    </w:p>
    <w:p>
      <w:pPr>
        <w:jc w:val="right"/>
      </w:pPr>
      <w:r>
        <w:t>از ویری کلیئر۔</w:t>
      </w:r>
    </w:p>
    <w:p>
      <w:r>
        <w:rPr>
          <w:b/>
        </w:rPr>
        <w:t xml:space="preserve">[1:14:18] </w:t>
      </w:r>
      <w:r>
        <w:t>there is verse in the quran:</w:t>
      </w:r>
    </w:p>
    <w:p>
      <w:pPr>
        <w:jc w:val="right"/>
      </w:pPr>
      <w:r>
        <w:t>دیر از ورس ان دا قران:</w:t>
      </w:r>
    </w:p>
    <w:p>
      <w:r>
        <w:rPr>
          <w:b/>
        </w:rPr>
        <w:t xml:space="preserve">[1:14:21] </w:t>
      </w:r>
      <w:r>
        <w:t>"quran it mean the quran is a clear book, there is clarity, so that make people, so that people may understand." so i would like to say that don't depend on any interpretation whats so ever.</w:t>
      </w:r>
    </w:p>
    <w:p>
      <w:pPr>
        <w:jc w:val="right"/>
      </w:pPr>
      <w:r>
        <w:t>"قران اٹ مین دا قران از ا کلیئر بک، دیر از کلیرٹی، سو دیٹ میک پیپل، سو دیٹ پیپل می انڈرسٹینڈ۔" سو ائی وڈ لائک ٹو سے دیٹ ڈونٹ ڈیپینڈ ان اینی انٹرپریٹیشن واٹس سو ایور۔</w:t>
      </w:r>
    </w:p>
    <w:p>
      <w:r>
        <w:rPr>
          <w:b/>
        </w:rPr>
        <w:t xml:space="preserve">[1:14:46] </w:t>
      </w:r>
      <w:r>
        <w:t>you have to read the quran directly, either in arabic or in translation or through translation. and make dua: "o god, give me guidance."</w:t>
      </w:r>
    </w:p>
    <w:p>
      <w:pPr>
        <w:jc w:val="right"/>
      </w:pPr>
      <w:r>
        <w:t>یو ہیو ٹو ریڈ دا قران ڈائریکٹلی، ایدر ان عربک اور ان ٹرانسلیشن اور تھرو ٹرانسلیشن۔ اینڈ میک دعا: "او گاڈ، گیو می گائیڈنس۔"</w:t>
      </w:r>
    </w:p>
    <w:p>
      <w:r>
        <w:rPr>
          <w:b/>
        </w:rPr>
        <w:t xml:space="preserve">[1:15:03] </w:t>
      </w:r>
      <w:r>
        <w:t>there was a great scholar imam ibn taimiyah, he used to, he used to pray god</w:t>
      </w:r>
    </w:p>
    <w:p>
      <w:pPr>
        <w:jc w:val="right"/>
      </w:pPr>
      <w:r>
        <w:t>دیر واز ا گریٹ سکالر امام ابن تیمیہ، ہی یوز ٹو، ہی یوز ٹو پری گاڈ</w:t>
      </w:r>
    </w:p>
    <w:p>
      <w:r>
        <w:rPr>
          <w:b/>
        </w:rPr>
        <w:t xml:space="preserve">[1:15:10] </w:t>
      </w:r>
      <w:r>
        <w:t>, he used to do dua in these verse: "ya muallim ibrahim, allimni." it means that: "o god, give me guidance, give me guidance as you guided prophet abraham." so it is two point formula:</w:t>
      </w:r>
    </w:p>
    <w:p>
      <w:pPr>
        <w:jc w:val="right"/>
      </w:pPr>
      <w:r>
        <w:t>، ہی یوز ٹو ڈو دعا ان دیز ورس: "یا معلم ابراہیم، علمنی۔" اٹ مینز دیٹ: "او گاڈ، گیو می گائیڈنس، گیو می گائیڈنس ایز یو گائیڈڈ پرافٹ ابراہم۔" سو اٹ از ٹو پوائنٹ فارمولا:</w:t>
      </w:r>
    </w:p>
    <w:p>
      <w:r>
        <w:rPr>
          <w:b/>
        </w:rPr>
        <w:t xml:space="preserve">[1:15:32] </w:t>
      </w:r>
      <w:r>
        <w:t>dua and direct study of the quran.</w:t>
      </w:r>
    </w:p>
    <w:p>
      <w:pPr>
        <w:jc w:val="right"/>
      </w:pPr>
      <w:r>
        <w:t>دعا اینڈ ڈائریکٹ سٹڈی اف دا قران۔</w:t>
      </w:r>
    </w:p>
    <w:p>
      <w:r>
        <w:rPr>
          <w:b/>
        </w:rPr>
        <w:t xml:space="preserve">[1:15:37] </w:t>
      </w:r>
      <w:r>
        <w:t>i am sure that if you follow these two things, you will be guided from the quran.</w:t>
      </w:r>
    </w:p>
    <w:p>
      <w:pPr>
        <w:jc w:val="right"/>
      </w:pPr>
      <w:r>
        <w:t>ائی ایم شور دیٹ اف یو فالو دس ٹو تھنگز، یو ویل بی گائیڈڈ فرام دا قران۔</w:t>
      </w:r>
    </w:p>
    <w:p>
      <w:r>
        <w:rPr>
          <w:b/>
        </w:rPr>
        <w:t xml:space="preserve">[1:15:50] </w:t>
      </w:r>
      <w:r>
        <w:t>his next: "you will find guidance, you will find true guidance in the quran." molana, his other question is: "how can we make salat part of her youth daily routine?"</w:t>
      </w:r>
    </w:p>
    <w:p>
      <w:pPr>
        <w:jc w:val="right"/>
      </w:pPr>
      <w:r>
        <w:t>ہز نیکسٹ: "یو ویل فائنڈ گائیڈنس، یو ویل فائنڈ ٹرو گائیڈنس ان دا قران۔" مولانا، ہز ادر کوسچن از: "ہاؤ کین وی میک صلاۃ پارٹ اف ہر یوتھ ڈیلی روٹین؟"</w:t>
      </w:r>
    </w:p>
    <w:p>
      <w:r>
        <w:rPr>
          <w:b/>
        </w:rPr>
        <w:t xml:space="preserve">[1:16:08] </w:t>
      </w:r>
      <w:r>
        <w:t>it is very easy: make it your routine, just like other routines.</w:t>
      </w:r>
    </w:p>
    <w:p>
      <w:pPr>
        <w:jc w:val="right"/>
      </w:pPr>
      <w:r>
        <w:t>اٹ از ویری ایزی: میک اٹ یور روٹین، جسٹ لائک ادر روٹینز۔</w:t>
      </w:r>
    </w:p>
    <w:p>
      <w:r>
        <w:rPr>
          <w:b/>
        </w:rPr>
        <w:t xml:space="preserve">[1:16:18] </w:t>
      </w:r>
      <w:r>
        <w:t>i don't know any, any, any mysterious method. i don't know any mysterious method.</w:t>
      </w:r>
    </w:p>
    <w:p>
      <w:pPr>
        <w:jc w:val="right"/>
      </w:pPr>
      <w:r>
        <w:t>ائی ڈونٹ نو اینی، اینی، اینی مسٹیریس میتھڈ۔ ائی ڈونٹ نو اینی مسٹیریس میتھڈ۔</w:t>
      </w:r>
    </w:p>
    <w:p>
      <w:r>
        <w:rPr>
          <w:b/>
        </w:rPr>
        <w:t xml:space="preserve">[1:16:28] </w:t>
      </w:r>
      <w:r>
        <w:t>you have to read those verses of the quran in which quran emphasizes that you have to read salat.</w:t>
      </w:r>
    </w:p>
    <w:p>
      <w:pPr>
        <w:jc w:val="right"/>
      </w:pPr>
      <w:r>
        <w:t>یو ہیو ٹو ریڈ دوز ورسز اف دا قران ان وچ قران ایمفسائزز دیٹ یو ہیو ٹو ریڈ صلاۃ۔</w:t>
      </w:r>
    </w:p>
    <w:p>
      <w:r>
        <w:rPr>
          <w:b/>
        </w:rPr>
        <w:t xml:space="preserve">[1:16:42] </w:t>
      </w:r>
      <w:r>
        <w:t>then you have to read those,</w:t>
      </w:r>
    </w:p>
    <w:p>
      <w:pPr>
        <w:jc w:val="right"/>
      </w:pPr>
      <w:r>
        <w:t>دین یو ہیو ٹو ریڈ الدوز،</w:t>
      </w:r>
    </w:p>
    <w:p>
      <w:r>
        <w:rPr>
          <w:b/>
        </w:rPr>
        <w:t xml:space="preserve">[1:16:47] </w:t>
      </w:r>
      <w:r>
        <w:t>those part of the salat</w:t>
      </w:r>
    </w:p>
    <w:p>
      <w:pPr>
        <w:jc w:val="right"/>
      </w:pPr>
      <w:r>
        <w:t>الدوز پارٹ اف دا صلاۃ</w:t>
      </w:r>
    </w:p>
    <w:p>
      <w:r>
        <w:rPr>
          <w:b/>
        </w:rPr>
        <w:t xml:space="preserve">[1:16:51] </w:t>
      </w:r>
      <w:r>
        <w:t>. i think if you sincerely read those things which we recite in the salat, it will give you interest and you will begin salat by routine.</w:t>
      </w:r>
    </w:p>
    <w:p>
      <w:pPr>
        <w:jc w:val="right"/>
      </w:pPr>
      <w:r>
        <w:t>۔ ائی تھنک اف یو سنسیرلی ریڈ الدوز تھنگز وچ وی ریسائیٹ ان دا صلاۃ، اٹ ویل گیو یو انٹرسٹ اینڈ یو ویل بگن صلاۃ بائی روٹین۔</w:t>
      </w:r>
    </w:p>
    <w:p>
      <w:r>
        <w:rPr>
          <w:b/>
        </w:rPr>
        <w:t xml:space="preserve">[1:17:08] </w:t>
      </w:r>
      <w:r>
        <w:t>i don't think that is difficult. is not difficult.</w:t>
      </w:r>
    </w:p>
    <w:p>
      <w:pPr>
        <w:jc w:val="right"/>
      </w:pPr>
      <w:r>
        <w:t>ائی ڈونٹ تھنک دیٹ از ڈیفیکلٹ۔ از ناٹ ڈیفیکلٹ۔</w:t>
      </w:r>
    </w:p>
    <w:p>
      <w:r>
        <w:rPr>
          <w:b/>
        </w:rPr>
        <w:t xml:space="preserve">[1:17:18] </w:t>
      </w:r>
      <w:r>
        <w:t>according to my experience, is not difficult. This question is from Mr. Muhammad Aqeel Khan from Delhi: "What is the meaning of caliph in Islam?" I have heard a hadith that he who has not given bay'ah in the hand of a caliph, will die in jahiliyah.</w:t>
      </w:r>
    </w:p>
    <w:p>
      <w:pPr>
        <w:jc w:val="right"/>
      </w:pPr>
      <w:r>
        <w:t>اکارڈنگ ٹو مائی ایکسپیرینس، از ناٹ ڈیفیکلٹ۔ دس کوسچن از فرام مسٹر محمد عقیل خان فرام دہلی: "واٹ از دا میننگ اف کیلف ان اسلام؟" ائی ہیو ہرڈ ا حدیث دیٹ ہی ہو ہیز ناٹ گیون بیتھ ان دی ہینڈ اف کیلف، ول ڈائی ان جہالیہ۔</w:t>
      </w:r>
    </w:p>
    <w:p>
      <w:r>
        <w:rPr>
          <w:b/>
        </w:rPr>
        <w:t xml:space="preserve">[1:17:46] </w:t>
      </w:r>
      <w:r>
        <w:t>What is the actual concept of caliph?</w:t>
      </w:r>
    </w:p>
    <w:p>
      <w:pPr>
        <w:jc w:val="right"/>
      </w:pPr>
      <w:r>
        <w:t>واٹ از دی ایکچول کانسیپٹ اف کیلف؟</w:t>
      </w:r>
    </w:p>
    <w:p>
      <w:r>
        <w:rPr>
          <w:b/>
        </w:rPr>
        <w:t xml:space="preserve">[1:17:54] </w:t>
      </w:r>
      <w:r>
        <w:t>Please read my book "Deen Kamil and Deen</w:t>
      </w:r>
    </w:p>
    <w:p>
      <w:pPr>
        <w:jc w:val="right"/>
      </w:pPr>
      <w:r>
        <w:t>پلیز ریڈ مائی بک "دین کامل اینڈ دین دین</w:t>
      </w:r>
    </w:p>
    <w:p>
      <w:r>
        <w:rPr>
          <w:b/>
        </w:rPr>
        <w:t xml:space="preserve">[1:18:04] </w:t>
      </w:r>
      <w:r>
        <w:t>Deen wa Shariat."</w:t>
      </w:r>
    </w:p>
    <w:p>
      <w:pPr>
        <w:jc w:val="right"/>
      </w:pPr>
      <w:r>
        <w:t>دین و شریعت۔"</w:t>
      </w:r>
    </w:p>
    <w:p>
      <w:r>
        <w:rPr>
          <w:b/>
        </w:rPr>
        <w:t xml:space="preserve">[1:18:10] </w:t>
      </w:r>
      <w:r>
        <w:t>It is not, it is not very easy to give answer in short.</w:t>
      </w:r>
    </w:p>
    <w:p>
      <w:pPr>
        <w:jc w:val="right"/>
      </w:pPr>
      <w:r>
        <w:t>اٹ از ناٹ، اٹ از ناٹ ویری ایزی ٹو گیو انسر ان شارٹ۔</w:t>
      </w:r>
    </w:p>
    <w:p>
      <w:r>
        <w:rPr>
          <w:b/>
        </w:rPr>
        <w:t xml:space="preserve">[1:18:18] </w:t>
      </w:r>
      <w:r>
        <w:t>So I will suggest you to read my two, my these two books: "Deen wa Shariat" and "Deen Kamil". And inshallah, you will find your answer sufficiently.</w:t>
      </w:r>
    </w:p>
    <w:p>
      <w:pPr>
        <w:jc w:val="right"/>
      </w:pPr>
      <w:r>
        <w:t>سو ائی ویل سجیسٹ یو ٹو ریڈ مائی ٹو، مائی دیز ٹو بکس: "دین و شریعت" اینڈ "دین کامل"۔ اینڈ انشاءاللہ، یو ویل فائنڈ یور انسر سفیشنٹلی۔</w:t>
      </w:r>
    </w:p>
    <w:p>
      <w:r>
        <w:rPr>
          <w:b/>
        </w:rPr>
        <w:t xml:space="preserve">[1:18:34] </w:t>
      </w:r>
      <w:r>
        <w:t>This question is from Dr. Farida Khanam from Delhi</w:t>
      </w:r>
    </w:p>
    <w:p>
      <w:pPr>
        <w:jc w:val="right"/>
      </w:pPr>
      <w:r>
        <w:t>دس کوسچن از فرام ڈاکٹر فریدہ خانم فرام دہلی</w:t>
      </w:r>
    </w:p>
    <w:p>
      <w:r>
        <w:rPr>
          <w:b/>
        </w:rPr>
        <w:t xml:space="preserve">[1:18:39] </w:t>
      </w:r>
      <w:r>
        <w:t>: "Why did God put man to such a hard test?" He knew beforehand that the majority of human beings were going to succumb to certain temptation.</w:t>
      </w:r>
    </w:p>
    <w:p>
      <w:pPr>
        <w:jc w:val="right"/>
      </w:pPr>
      <w:r>
        <w:t>: "وائی ڈیڈ گاڈ پٹ مین ٹو سچ ا ہارڈ ٹیسٹ؟" ہی نیو بیفور ہینڈ دیٹ دا میجورٹی اف ہیومن بینگز وار گوئنگ ٹو سکم ٹو سیٹن ٹیمٹیشن۔</w:t>
      </w:r>
    </w:p>
    <w:p>
      <w:r>
        <w:rPr>
          <w:b/>
        </w:rPr>
        <w:t xml:space="preserve">[1:18:58] </w:t>
      </w:r>
      <w:r>
        <w:t>Paradise is a very precious place, and only precious people can find entry into paradise.</w:t>
      </w:r>
    </w:p>
    <w:p>
      <w:pPr>
        <w:jc w:val="right"/>
      </w:pPr>
      <w:r>
        <w:t>پیراڈائز از ویری پیشیس پلیس، اینڈ اونلی پیشیس پیپل کین فائنڈ انٹری انٹو پیراڈائز۔</w:t>
      </w:r>
    </w:p>
    <w:p>
      <w:r>
        <w:rPr>
          <w:b/>
        </w:rPr>
        <w:t xml:space="preserve">[1:19:07] </w:t>
      </w:r>
      <w:r>
        <w:t>How one can find entry into paradise without paying the price?</w:t>
      </w:r>
    </w:p>
    <w:p>
      <w:pPr>
        <w:jc w:val="right"/>
      </w:pPr>
      <w:r>
        <w:t>ہاؤ ون کین فائنڈ انٹری انٹو پیراڈائز وداؤٹ پینگ دا پرائس؟</w:t>
      </w:r>
    </w:p>
    <w:p>
      <w:r>
        <w:rPr>
          <w:b/>
        </w:rPr>
        <w:t xml:space="preserve">[1:19:16] </w:t>
      </w:r>
      <w:r>
        <w:t>Paradise is the perfect world, is ideal world. All kind of pleasure is there, you can find fulfillment in paradise.</w:t>
      </w:r>
    </w:p>
    <w:p>
      <w:pPr>
        <w:jc w:val="right"/>
      </w:pPr>
      <w:r>
        <w:t>پیراڈائز از دا پرفیکٹ ورلڈ، از ائیڈیل ورلڈ۔ ال کائنڈ اف پلیژر از دیر، یو کین فائنڈ فلفلمنٹ ان پیراڈائز۔</w:t>
      </w:r>
    </w:p>
    <w:p>
      <w:r>
        <w:rPr>
          <w:b/>
        </w:rPr>
        <w:t xml:space="preserve">[1:19:29] </w:t>
      </w:r>
      <w:r>
        <w:t>So such precious place want some price,</w:t>
      </w:r>
    </w:p>
    <w:p>
      <w:pPr>
        <w:jc w:val="right"/>
      </w:pPr>
      <w:r>
        <w:t>سو سچ پریشیس پلیس وانٹ سم پرائس،</w:t>
      </w:r>
    </w:p>
    <w:p>
      <w:r>
        <w:rPr>
          <w:b/>
        </w:rPr>
        <w:t xml:space="preserve">[1:19:36] </w:t>
      </w:r>
      <w:r>
        <w:t>And I think this is the price of paradise. So one who is interested to find entry into paradise, he must follow all these teachings.</w:t>
      </w:r>
    </w:p>
    <w:p>
      <w:pPr>
        <w:jc w:val="right"/>
      </w:pPr>
      <w:r>
        <w:t>اینڈ ائی تھنک دس از دا پرائس اف پیراڈائز۔ سو ون ہو از انٹرسٹڈ ٹو فائنڈ انٹری انٹو پیراڈائز، ہی مسٹ فالو الدیز ٹیچنگز۔</w:t>
      </w:r>
    </w:p>
    <w:p>
      <w:r>
        <w:rPr>
          <w:b/>
        </w:rPr>
        <w:t xml:space="preserve">[1:19:50] </w:t>
      </w:r>
      <w:r>
        <w:t>Is a matter of price. If you, if you want a bicycle, then you have to pay its price.</w:t>
      </w:r>
    </w:p>
    <w:p>
      <w:pPr>
        <w:jc w:val="right"/>
      </w:pPr>
      <w:r>
        <w:t>از ا میٹر اف پرائس۔ اف یو، اف یو وانٹ ا بائیسکل، دین یو ہیو ٹو پے اٹس پرائس۔</w:t>
      </w:r>
    </w:p>
    <w:p>
      <w:r>
        <w:rPr>
          <w:b/>
        </w:rPr>
        <w:t xml:space="preserve">[1:20:00] </w:t>
      </w:r>
      <w:r>
        <w:t>But if you want an aeroplane, then you have to pay its price</w:t>
      </w:r>
    </w:p>
    <w:p>
      <w:pPr>
        <w:jc w:val="right"/>
      </w:pPr>
      <w:r>
        <w:t>بٹ اف یو وانٹ ٹو ان ایروپلین، دین یو ہیو ٹو پے اٹس پرائس</w:t>
      </w:r>
    </w:p>
    <w:p>
      <w:r>
        <w:rPr>
          <w:b/>
        </w:rPr>
        <w:t xml:space="preserve">[1:20:06] </w:t>
      </w:r>
      <w:r>
        <w:t>. Everything need some price. So paradise also want some price. So you have to pay that price.</w:t>
      </w:r>
    </w:p>
    <w:p>
      <w:pPr>
        <w:jc w:val="right"/>
      </w:pPr>
      <w:r>
        <w:t>۔ ایوری تھنگ نیڈ سم پرائس۔ سو پیراڈائز السو وانٹ سم پرائس۔ سو یو ہیو ٹو پے دیٹ پرائس۔</w:t>
      </w:r>
    </w:p>
    <w:p>
      <w:r>
        <w:rPr>
          <w:b/>
        </w:rPr>
        <w:t xml:space="preserve">[1:20:20] </w:t>
      </w:r>
      <w:r>
        <w:t>Allah Allah! It means if you want paradise, so please, so you have to pay the price of paradise.</w:t>
      </w:r>
    </w:p>
    <w:p>
      <w:pPr>
        <w:jc w:val="right"/>
      </w:pPr>
      <w:r>
        <w:t>اللہ اللہ! اٹ مینز اف یو وانٹ پیراڈائز، سو پلیز، سو یو ہیو ٹو پے دا پرائس اف پیراڈائز۔</w:t>
      </w:r>
    </w:p>
    <w:p>
      <w:r>
        <w:rPr>
          <w:b/>
        </w:rPr>
        <w:t xml:space="preserve">[1:20:34] </w:t>
      </w:r>
      <w:r>
        <w:t>Otherwise, paradise not for you.</w:t>
      </w:r>
    </w:p>
    <w:p>
      <w:pPr>
        <w:jc w:val="right"/>
      </w:pPr>
      <w:r>
        <w:t>ادروائز، پیراڈائز ناٹ فار یو۔</w:t>
      </w:r>
    </w:p>
    <w:p>
      <w:r>
        <w:rPr>
          <w:b/>
        </w:rPr>
        <w:t xml:space="preserve">[1:20:38] </w:t>
      </w:r>
      <w:r>
        <w:t>Is very clear. This question is from Miss Razia from Delhi: "Maulana, a friend of mine said that she says her prayers in English as she did not enjoy the salat in Arabic.</w:t>
      </w:r>
    </w:p>
    <w:p>
      <w:pPr>
        <w:jc w:val="right"/>
      </w:pPr>
      <w:r>
        <w:t>از ویری کلیئر۔ دس کوسچن از فرام مس راضیہ فرام دہلی: "مولانا، ا فرینڈ اف مائن سیڈ دیٹ شی سیز ہر پریرز ان انگلش ایز شی ڈیڈ ناٹ انجوائے دا صلاۃ ان عربک۔</w:t>
      </w:r>
    </w:p>
    <w:p>
      <w:r>
        <w:rPr>
          <w:b/>
        </w:rPr>
        <w:t xml:space="preserve">[1:20:57] </w:t>
      </w:r>
      <w:r>
        <w:t>Is it right to say prayers in English?" No, no, it is, it is not allowed.</w:t>
      </w:r>
    </w:p>
    <w:p>
      <w:pPr>
        <w:jc w:val="right"/>
      </w:pPr>
      <w:r>
        <w:t>از اٹ رائٹ ٹو سے پریرز ان انگلش؟" نو، نو، اٹ از، اٹ از ناٹ الاؤڈ۔</w:t>
      </w:r>
    </w:p>
    <w:p>
      <w:r>
        <w:rPr>
          <w:b/>
        </w:rPr>
        <w:t xml:space="preserve">[1:21:08] </w:t>
      </w:r>
      <w:r>
        <w:t>Imam Abu Hanifa is allowed to pray namaz in Persian, but only for converts, for some short period, not for whole life.</w:t>
      </w:r>
    </w:p>
    <w:p>
      <w:pPr>
        <w:jc w:val="right"/>
      </w:pPr>
      <w:r>
        <w:t>امام ابو حنیفہ از الاؤڈ ٹو پری نماز ان پرشین، بٹ اونلی فار کنورٹس، فار سم شارٹ پیریڈ، ناٹ فار ہول لائف۔</w:t>
      </w:r>
    </w:p>
    <w:p>
      <w:r>
        <w:rPr>
          <w:b/>
        </w:rPr>
        <w:t xml:space="preserve">[1:21:23] </w:t>
      </w:r>
      <w:r>
        <w:t>So if someone is a converted Muslim, he knows nothing as English, so he may be allowed as concession for a limited period, not for whole life.</w:t>
      </w:r>
    </w:p>
    <w:p>
      <w:pPr>
        <w:jc w:val="right"/>
      </w:pPr>
      <w:r>
        <w:t>سو اف سم ون از ا کنورٹڈ مسلم، ہی نوز نتھنگ اس انگلش، سو ہی می بی الاؤڈ ایز کنسیشن فار ا لمیٹڈ پیریڈ، ناٹ فار ہول لائف۔</w:t>
      </w:r>
    </w:p>
    <w:p>
      <w:r>
        <w:rPr>
          <w:b/>
        </w:rPr>
        <w:t xml:space="preserve">[1:21:36] </w:t>
      </w:r>
      <w:r>
        <w:t>No, is not allowed.</w:t>
      </w:r>
    </w:p>
    <w:p>
      <w:pPr>
        <w:jc w:val="right"/>
      </w:pPr>
      <w:r>
        <w:t>نو، از ناٹ الاؤڈ۔</w:t>
      </w:r>
    </w:p>
    <w:p>
      <w:r>
        <w:rPr>
          <w:b/>
        </w:rPr>
        <w:t xml:space="preserve">[1:21:38] </w:t>
      </w:r>
      <w:r>
        <w:t>You have to read namaz in Arabic language, just like Sahaba.</w:t>
      </w:r>
    </w:p>
    <w:p>
      <w:pPr>
        <w:jc w:val="right"/>
      </w:pPr>
      <w:r>
        <w:t>یو ہیو ٹو ریڈ نماز ان عربک لینگویج، جسٹ لائک صحابہ۔</w:t>
      </w:r>
    </w:p>
    <w:p>
      <w:r>
        <w:rPr>
          <w:b/>
        </w:rPr>
        <w:t xml:space="preserve">[1:21:47] </w:t>
      </w:r>
      <w:r>
        <w:t>This question is from Mr. Khwaja Kaleemuddin from Pennsylvania: "Did Allah abrogate any verse of Quran at the time of its revelation</w:t>
      </w:r>
    </w:p>
    <w:p>
      <w:pPr>
        <w:jc w:val="right"/>
      </w:pPr>
      <w:r>
        <w:t>دس کوسچن از فرام مسٹر خواجہ کلیم الدین فرام پینسلوینیا: "ڈیڈ اللہ ایبروگیٹ اینی ورس اف قران ایٹ دی ٹائم اف اٹس ریولیشن</w:t>
      </w:r>
    </w:p>
    <w:p>
      <w:r>
        <w:rPr>
          <w:b/>
        </w:rPr>
        <w:t xml:space="preserve">[1:22:01] </w:t>
      </w:r>
      <w:r>
        <w:t>? what is the explanation of the verse 105 of albakara, where the mention of abrogation and replacing of a better one is mentioned?</w:t>
      </w:r>
    </w:p>
    <w:p>
      <w:pPr>
        <w:jc w:val="right"/>
      </w:pPr>
      <w:r>
        <w:t>؟ واٹ از دا ایکسپلینیشن اف دا ورس 105 اف البقرہ، ویر دا مینشن اف ایبروگیشن اینڈ ریپلیسنگ اف ا بیٹر ون از مینشنڈ؟"</w:t>
      </w:r>
    </w:p>
    <w:p>
      <w:r>
        <w:rPr>
          <w:b/>
        </w:rPr>
        <w:t xml:space="preserve">[1:22:16] </w:t>
      </w:r>
      <w:r>
        <w:t>according to my study, there is no in arabic, it is naskh. what you call abrogation? it is, it is called in arabic naskh.</w:t>
      </w:r>
    </w:p>
    <w:p>
      <w:pPr>
        <w:jc w:val="right"/>
      </w:pPr>
      <w:r>
        <w:t>اکارڈنگ ٹو مائی سٹڈی، دیر از نو ان عربک، اٹ از نسخ۔ واٹ یو کال ایبروگیشن؟ اٹ از، اٹ از کالڈ ان عربک نسخ۔</w:t>
      </w:r>
    </w:p>
    <w:p>
      <w:r>
        <w:rPr>
          <w:b/>
        </w:rPr>
        <w:t xml:space="preserve">[1:22:26] </w:t>
      </w:r>
      <w:r>
        <w:t>no seen khay.</w:t>
      </w:r>
    </w:p>
    <w:p>
      <w:pPr>
        <w:jc w:val="right"/>
      </w:pPr>
      <w:r>
        <w:t>نو سین خے۔</w:t>
      </w:r>
    </w:p>
    <w:p>
      <w:r>
        <w:rPr>
          <w:b/>
        </w:rPr>
        <w:t xml:space="preserve">[1:22:28] </w:t>
      </w:r>
      <w:r>
        <w:t>to according to my study, there is no naskh in islam, in the, in the quran. in that verse, it is not mention ya abrogation in the quran.</w:t>
      </w:r>
    </w:p>
    <w:p>
      <w:pPr>
        <w:jc w:val="right"/>
      </w:pPr>
      <w:r>
        <w:t>تو اکارڈنگ ٹو مائی سٹڈی، دیر از نو نسخ ان اسلام، ان دا، ان دا قران۔ ان دیٹ ورس، اٹ از ناٹ مینشن یا ایبروگیشن ان دا قران۔</w:t>
      </w:r>
    </w:p>
    <w:p>
      <w:r>
        <w:rPr>
          <w:b/>
        </w:rPr>
        <w:t xml:space="preserve">[1:22:39] </w:t>
      </w:r>
      <w:r>
        <w:t>it is abrogation of previous books. in there is no verse in the quran that says that in the quran there is a naskh or abrogation.</w:t>
      </w:r>
    </w:p>
    <w:p>
      <w:pPr>
        <w:jc w:val="right"/>
      </w:pPr>
      <w:r>
        <w:t>اٹ از ایبروگیشن اف پریویس بکس۔ ان دیر از نو ورس ان دا قران دیٹ سیز دیٹ ان دی قران دیر از ا نسخ اور ایبروگیشن۔</w:t>
      </w:r>
    </w:p>
    <w:p>
      <w:r>
        <w:rPr>
          <w:b/>
        </w:rPr>
        <w:t xml:space="preserve">[1:22:52] </w:t>
      </w:r>
      <w:r>
        <w:t>the verse you have referred to is about previous books and not about the quran.</w:t>
      </w:r>
    </w:p>
    <w:p>
      <w:pPr>
        <w:jc w:val="right"/>
      </w:pPr>
      <w:r>
        <w:t>دا ورس یو ہیو ریفرڈ ٹو از اباؤٹ پریویس بکس اینڈ ناٹ اباؤٹ دا قران۔</w:t>
      </w:r>
    </w:p>
    <w:p>
      <w:r>
        <w:rPr>
          <w:b/>
        </w:rPr>
        <w:t xml:space="preserve">[1:23:02] </w:t>
      </w:r>
      <w:r>
        <w:t>so according to my study, according to my knowledge, there is no abrogation in islam. there is no naskh in the quran.</w:t>
      </w:r>
    </w:p>
    <w:p>
      <w:pPr>
        <w:jc w:val="right"/>
      </w:pPr>
      <w:r>
        <w:t>سو اکارڈنگ ٹو مائی سٹڈی، اکارڈنگ ٹو مائی نالج، دیر از نو ایبروگیشن ان اسلام۔ دیر از نو نسخ ان دی قران۔</w:t>
      </w:r>
    </w:p>
    <w:p>
      <w:r>
        <w:rPr>
          <w:b/>
        </w:rPr>
        <w:t xml:space="preserve">[1:23:16] </w:t>
      </w:r>
      <w:r>
        <w:t>i have publish some books in this, in this subject</w:t>
      </w:r>
    </w:p>
    <w:p>
      <w:pPr>
        <w:jc w:val="right"/>
      </w:pPr>
      <w:r>
        <w:t>ائی ہیو پبلش سم بکس ان دس، ان دس سبجیکٹ</w:t>
      </w:r>
    </w:p>
    <w:p>
      <w:r>
        <w:rPr>
          <w:b/>
        </w:rPr>
        <w:t xml:space="preserve">[1:23:20] </w:t>
      </w:r>
      <w:r>
        <w:t>. you can, if you, if want to, if want to, if want to detail the, you can read that books, those books.</w:t>
      </w:r>
    </w:p>
    <w:p>
      <w:pPr>
        <w:jc w:val="right"/>
      </w:pPr>
      <w:r>
        <w:t>۔ یو کین، اف یو، اف وانٹ ٹو، اف وانٹ ٹو، اف وانٹ ٹو ڈیٹیل دی، یو کین ریڈ دیٹ بکس، دوز بکس۔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