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Art of Situation Management 16th Sept ’07</w:t>
      </w:r>
    </w:p>
    <w:p>
      <w:r>
        <w:t>https://youtu.be/a-3ewJVGdIc</w:t>
      </w:r>
    </w:p>
    <w:p>
      <w:r>
        <w:rPr>
          <w:b/>
        </w:rPr>
        <w:t xml:space="preserve">[00:25] </w:t>
      </w:r>
      <w:r>
        <w:t>wahal al-uqdah min lisani yafqah qawli.</w:t>
      </w:r>
    </w:p>
    <w:p>
      <w:pPr>
        <w:jc w:val="right"/>
      </w:pPr>
      <w:r>
        <w:t>واحل العقدۃ من لسانی یفقہ قولی۔</w:t>
      </w:r>
    </w:p>
    <w:p>
      <w:r>
        <w:rPr>
          <w:b/>
        </w:rPr>
        <w:t xml:space="preserve">[00:33] </w:t>
      </w:r>
      <w:r>
        <w:t>aaj ka jo topic hai woh hai,</w:t>
      </w:r>
    </w:p>
    <w:p>
      <w:pPr>
        <w:jc w:val="right"/>
      </w:pPr>
      <w:r>
        <w:t>آج کا جو ٹاپک ہے وہ ہے،</w:t>
      </w:r>
    </w:p>
    <w:p>
      <w:r>
        <w:rPr>
          <w:b/>
        </w:rPr>
        <w:t xml:space="preserve">[00:40] </w:t>
      </w:r>
      <w:r>
        <w:t>yani ek hadith ko le kar ke hai woh ke</w:t>
      </w:r>
    </w:p>
    <w:p>
      <w:pPr>
        <w:jc w:val="right"/>
      </w:pPr>
      <w:r>
        <w:t>یعنی ایک حدیث کو لے کر کے ہے وہ کہ</w:t>
      </w:r>
    </w:p>
    <w:p>
      <w:r>
        <w:rPr>
          <w:b/>
        </w:rPr>
        <w:t xml:space="preserve">[00:49] </w:t>
      </w:r>
      <w:r>
        <w:t>"importance of art of situation management." situation management. ek hadith hai, yeh hadith mein is se pehle bhi aap ko bata chuka hoon ke momin ki ek sifat yeh hai ke "أن يكون بصيراً بزمانه." ke woh apne zamane ko janne wala ho.</w:t>
      </w:r>
    </w:p>
    <w:p>
      <w:pPr>
        <w:jc w:val="right"/>
      </w:pPr>
      <w:r>
        <w:t>"Importance of Art of Situation Management." سچویشن مینجمنٹ۔ ایک حدیث ہے، یہ حدیث میں اس سے پہلے بھی آپ کو بتا چکا ہوں کہ مومن کی ایک صفت یہ ہے کہ "أن يكون بصيراً بزمانه." کہ وہ اپنے زمانے کو جاننے والا ہو۔</w:t>
      </w:r>
    </w:p>
    <w:p>
      <w:r>
        <w:rPr>
          <w:b/>
        </w:rPr>
        <w:t xml:space="preserve">[01:14] </w:t>
      </w:r>
      <w:r>
        <w:t>zamane ka matlab kya hai? zamane ka matlab yeh hai ke situation jo hai, jo contemporary situation hai, us ko janna.</w:t>
      </w:r>
    </w:p>
    <w:p>
      <w:pPr>
        <w:jc w:val="right"/>
      </w:pPr>
      <w:r>
        <w:t>زمانے کا مطلب کیا ہے؟ زمانے کا مطلب یہ ہے کہ سچویشن جو ہے، جو کنٹمپریری سچویشن ہے، اس کو جاننا۔</w:t>
      </w:r>
    </w:p>
    <w:p>
      <w:r>
        <w:rPr>
          <w:b/>
        </w:rPr>
        <w:t xml:space="preserve">[01:27] </w:t>
      </w:r>
      <w:r>
        <w:t>contemporary situation. to aap ko janna chahiye ke situation ko aap manage kaise karein. you have to know the art of situation management.</w:t>
      </w:r>
    </w:p>
    <w:p>
      <w:pPr>
        <w:jc w:val="right"/>
      </w:pPr>
      <w:r>
        <w:t>کنٹمپریری سچویشن۔ تو آپ کو جاننا چاہیے کہ سچویشن کو آپ مینج کیسے کریں۔ You have to know the art of situation management.</w:t>
      </w:r>
    </w:p>
    <w:p>
      <w:r>
        <w:rPr>
          <w:b/>
        </w:rPr>
        <w:t xml:space="preserve">[01:40] </w:t>
      </w:r>
      <w:r>
        <w:t>otherwise, you will fail to practice your religion.</w:t>
      </w:r>
    </w:p>
    <w:p>
      <w:pPr>
        <w:jc w:val="right"/>
      </w:pPr>
      <w:r>
        <w:t>Otherwise, you will fail to practice your religion.</w:t>
      </w:r>
    </w:p>
    <w:p>
      <w:r>
        <w:rPr>
          <w:b/>
        </w:rPr>
        <w:t xml:space="preserve">[01:46] </w:t>
      </w:r>
      <w:r>
        <w:t>to log samajhte hain ke islam, mazhab islam ka matlab yeh hai ke aap aqeedah aur ibadat ko janiyein. nahi, aap situation ko manage karna bhi janiyein.</w:t>
      </w:r>
    </w:p>
    <w:p>
      <w:pPr>
        <w:jc w:val="right"/>
      </w:pPr>
      <w:r>
        <w:t>تو لوگ سمجھتے ہیں کہ اسلام، مذہب اسلام کا مطلب یہ ہے کہ آپ عقیدہ اور عبادت کو جانیں۔ نہیں، آپ سچویشن کو مینج کرنا بھی جانیں۔</w:t>
      </w:r>
    </w:p>
    <w:p>
      <w:r>
        <w:rPr>
          <w:b/>
        </w:rPr>
        <w:t xml:space="preserve">[02:00] </w:t>
      </w:r>
      <w:r>
        <w:t>warna aap islam par chal nahi sakte. aur chalenge to thokerin khayenge.</w:t>
      </w:r>
    </w:p>
    <w:p>
      <w:pPr>
        <w:jc w:val="right"/>
      </w:pPr>
      <w:r>
        <w:t>ورنہ آپ اسلام پر چل نہیں سکتے۔ اور چلیں گے تو ٹھوکریں کھائیں گے۔</w:t>
      </w:r>
    </w:p>
    <w:p>
      <w:r>
        <w:rPr>
          <w:b/>
        </w:rPr>
        <w:t xml:space="preserve">[02:08] </w:t>
      </w:r>
      <w:r>
        <w:t>to is ke reference ke liye aaj maine ek, ek item chuna hai times of india se. yani basically mein hi batana chahunga ke situation management kya hai.</w:t>
      </w:r>
    </w:p>
    <w:p>
      <w:pPr>
        <w:jc w:val="right"/>
      </w:pPr>
      <w:r>
        <w:t>تو اس کے ریفرنس کے لیے آج میں نے ایک، ایک آئٹم چنا ہے ٹائمز آف انڈیا سے۔ یعنی بیسکلی میں ہی بتانا چاہوں گا کہ سچویشن مینجمنٹ کیا ہے۔</w:t>
      </w:r>
    </w:p>
    <w:p>
      <w:r>
        <w:rPr>
          <w:b/>
        </w:rPr>
        <w:t xml:space="preserve">[02:23] </w:t>
      </w:r>
      <w:r>
        <w:t>is ki importance kya hai. to yeh mere haath mein parcha hai, times of india. yeh hai chaudah september ka.</w:t>
      </w:r>
    </w:p>
    <w:p>
      <w:pPr>
        <w:jc w:val="right"/>
      </w:pPr>
      <w:r>
        <w:t>اس کی امپورٹنس کیا ہے۔ تو یہ میرے ہاتھ میں پرچہ ہے، ٹائمز آف انڈیا۔ یہ ہے چودہ ستمبر کا۔</w:t>
      </w:r>
    </w:p>
    <w:p>
      <w:r>
        <w:rPr>
          <w:b/>
        </w:rPr>
        <w:t xml:space="preserve">[02:37] </w:t>
      </w:r>
      <w:r>
        <w:t>is mein ek report chhapi hai azim hashim premji ke bare mein, jo bangalore mein rehte hain. to ek, ek international survey kiya gaya hai,</w:t>
      </w:r>
    </w:p>
    <w:p>
      <w:pPr>
        <w:jc w:val="right"/>
      </w:pPr>
      <w:r>
        <w:t>اس میں ایک رپورٹ چھپی ہے عظیم ہاشم پریم جی کے بارے میں، جو بنگلور میں رہتے ہیں۔ تو ایک، ایک انٹرنیشنل سروے کیا گیا ہے،</w:t>
      </w:r>
    </w:p>
    <w:p>
      <w:r>
        <w:rPr>
          <w:b/>
        </w:rPr>
        <w:t xml:space="preserve">[02:52] </w:t>
      </w:r>
      <w:r>
        <w:t>is ki, is par yeh report base karti hai.</w:t>
      </w:r>
    </w:p>
    <w:p>
      <w:pPr>
        <w:jc w:val="right"/>
      </w:pPr>
      <w:r>
        <w:t>اس کی، اس پر یہ رپورٹ بیس کرتی ہے۔</w:t>
      </w:r>
    </w:p>
    <w:p>
      <w:r>
        <w:rPr>
          <w:b/>
        </w:rPr>
        <w:t xml:space="preserve">[02:57] </w:t>
      </w:r>
      <w:r>
        <w:t>is mein bataya gaya hai ke</w:t>
      </w:r>
    </w:p>
    <w:p>
      <w:pPr>
        <w:jc w:val="right"/>
      </w:pPr>
      <w:r>
        <w:t>اس میں بتایا گیا ہے کہ</w:t>
      </w:r>
    </w:p>
    <w:p>
      <w:r>
        <w:rPr>
          <w:b/>
        </w:rPr>
        <w:t xml:space="preserve">[03:02] </w:t>
      </w:r>
      <w:r>
        <w:t>ke azim hashim premji musalmanon mein "richest person" hai. he is the richest person of the muslim world.</w:t>
      </w:r>
    </w:p>
    <w:p>
      <w:pPr>
        <w:jc w:val="right"/>
      </w:pPr>
      <w:r>
        <w:t>کہ عظیم ہاشم پریم جی مسلمانوں میں "richest person" ہے۔ He is the richest person of the Muslim world.</w:t>
      </w:r>
    </w:p>
    <w:p>
      <w:r>
        <w:rPr>
          <w:b/>
        </w:rPr>
        <w:t xml:space="preserve">[03:15] </w:t>
      </w:r>
      <w:r>
        <w:t>to richest person woh kaise ban gaye?</w:t>
      </w:r>
    </w:p>
    <w:p>
      <w:pPr>
        <w:jc w:val="right"/>
      </w:pPr>
      <w:r>
        <w:t>تو richest person وہ کیسے بن گئے؟</w:t>
      </w:r>
    </w:p>
    <w:p>
      <w:r>
        <w:rPr>
          <w:b/>
        </w:rPr>
        <w:t xml:space="preserve">[03:21] </w:t>
      </w:r>
      <w:r>
        <w:t>jabke un ke liye musalmanon ki jo soch hai, us ke lihaz se do disadvantages the un ke liye. ek yeh ke woh India mein hain, jis ko log Hindu India kehte hain.</w:t>
      </w:r>
    </w:p>
    <w:p>
      <w:pPr>
        <w:jc w:val="right"/>
      </w:pPr>
      <w:r>
        <w:t>جبکہ ان کے لیے مسلمانوں کی جو سوچ ہے، اس کے لحاظ سے دو disadvantages تھے ان کے لیے۔ ایک یہ کہ وہ انڈیا میں ہیں، جس کو لوگ ہندو انڈیا کہتے ہیں۔</w:t>
      </w:r>
    </w:p>
    <w:p>
      <w:r>
        <w:rPr>
          <w:b/>
        </w:rPr>
        <w:t xml:space="preserve">[03:34] </w:t>
      </w:r>
      <w:r>
        <w:t>matlab main to nahi kehta, aisa kaha jata hai Hindu India.</w:t>
      </w:r>
    </w:p>
    <w:p>
      <w:pPr>
        <w:jc w:val="right"/>
      </w:pPr>
      <w:r>
        <w:t>مطلب میں تو نہیں کہتا، ایسا کہا جاتا ہے ہندو انڈیا۔</w:t>
      </w:r>
    </w:p>
    <w:p>
      <w:r>
        <w:rPr>
          <w:b/>
        </w:rPr>
        <w:t xml:space="preserve">[03:40] </w:t>
      </w:r>
      <w:r>
        <w:t>doosri baat yeh hai ke yeh age hai globalization ka.</w:t>
      </w:r>
    </w:p>
    <w:p>
      <w:pPr>
        <w:jc w:val="right"/>
      </w:pPr>
      <w:r>
        <w:t>دوسری بات یہ ہے کہ یہ age ہے globalization کا۔</w:t>
      </w:r>
    </w:p>
    <w:p>
      <w:r>
        <w:rPr>
          <w:b/>
        </w:rPr>
        <w:t xml:space="preserve">[03:46] </w:t>
      </w:r>
      <w:r>
        <w:t>kyunke ek taraf Hinduon ke domination ka area, logon ke kehne ke mutabiq. doosra American exploitation ka zamana.</w:t>
      </w:r>
    </w:p>
    <w:p>
      <w:pPr>
        <w:jc w:val="right"/>
      </w:pPr>
      <w:r>
        <w:t>کیونکہ ایک طرف ہندوؤں کے domination کا ایریا، لوگوں کے کہنے کے مطابق۔ دوسرا American exploitation کا زمانہ۔</w:t>
      </w:r>
    </w:p>
    <w:p>
      <w:r>
        <w:rPr>
          <w:b/>
        </w:rPr>
        <w:t xml:space="preserve">[03:57] </w:t>
      </w:r>
      <w:r>
        <w:t>is ke darmiyan hain woh. aur Muslim world mein richest aadmi ban gaye woh. jabke fifty-seven Muslim countries hain.</w:t>
      </w:r>
    </w:p>
    <w:p>
      <w:pPr>
        <w:jc w:val="right"/>
      </w:pPr>
      <w:r>
        <w:t>اس کے درمیان ہیں وہ۔ اور مسلم world میں richest آدمی بن گئے وہ۔ جبکہ fifty-seven مسلم countries ہیں۔</w:t>
      </w:r>
    </w:p>
    <w:p>
      <w:r>
        <w:rPr>
          <w:b/>
        </w:rPr>
        <w:t xml:space="preserve">[04:06] </w:t>
      </w:r>
      <w:r>
        <w:t>aisa kaise hua?</w:t>
      </w:r>
    </w:p>
    <w:p>
      <w:pPr>
        <w:jc w:val="right"/>
      </w:pPr>
      <w:r>
        <w:t>ایسا کیسے ہوا؟</w:t>
      </w:r>
    </w:p>
    <w:p>
      <w:r>
        <w:rPr>
          <w:b/>
        </w:rPr>
        <w:t xml:space="preserve">[04:09] </w:t>
      </w:r>
      <w:r>
        <w:t>to is mein mujhe jo cheez lena hai woh yeh ke ek interview mein Azeem Hashim Premji ne kaha, aur wohi mujhe, yaani khaas taur par lena hai is mein se, woh yeh ke "Globalization is a two-way traffic.</w:t>
      </w:r>
    </w:p>
    <w:p>
      <w:pPr>
        <w:jc w:val="right"/>
      </w:pPr>
      <w:r>
        <w:t>تو اس میں مجھے جو چیز لینا ہے وہ یہ کہ ایک انٹرویو میں عظیم ہاشم پریم جی نے کہا، اور وہی مجھے، یعنی خاص طور پر لینا ہے اس میں سے، وہ یہ کہ "Globalization is a two-way traffic.</w:t>
      </w:r>
    </w:p>
    <w:p>
      <w:r>
        <w:rPr>
          <w:b/>
        </w:rPr>
        <w:t xml:space="preserve">[04:30] </w:t>
      </w:r>
      <w:r>
        <w:t>It's not a one-way traffic."</w:t>
      </w:r>
    </w:p>
    <w:p>
      <w:pPr>
        <w:jc w:val="right"/>
      </w:pPr>
      <w:r>
        <w:t>It's not a one-way traffic."</w:t>
      </w:r>
    </w:p>
    <w:p>
      <w:r>
        <w:rPr>
          <w:b/>
        </w:rPr>
        <w:t xml:space="preserve">[04:34] </w:t>
      </w:r>
      <w:r>
        <w:t>matlab yeh hai ke log yeh samajhte hain ke yeh jo globalization hai, is ka matlab yeh hai ke America duniya ko loot raha hai. Western nations duniya ko loot rahi hain.</w:t>
      </w:r>
    </w:p>
    <w:p>
      <w:pPr>
        <w:jc w:val="right"/>
      </w:pPr>
      <w:r>
        <w:t>مطلب یہ ہے کہ لوگ یہ سمجھتے ہیں کہ یہ جو globalization ہے، اس کا مطلب یہ ہے کہ امریکہ دنیا کو لوٹ رہا ہے۔ Western nations دنیا کو لوٹ رہی ہیں۔</w:t>
      </w:r>
    </w:p>
    <w:p>
      <w:r>
        <w:rPr>
          <w:b/>
        </w:rPr>
        <w:t xml:space="preserve">[04:46] </w:t>
      </w:r>
      <w:r>
        <w:t>aap dekhte honge, khaas taur par Muslim akhbarat, Muslim magazine, Muslim speeches to main yahi sunta hoon. barabar.</w:t>
      </w:r>
    </w:p>
    <w:p>
      <w:pPr>
        <w:jc w:val="right"/>
      </w:pPr>
      <w:r>
        <w:t>آپ دیکھتے ہوں گے، خاص طور پر مسلم اخبارات، مسلم میگزین، مسلم speeches تو میں یہی سنتا ہوں۔ برابر۔</w:t>
      </w:r>
    </w:p>
    <w:p>
      <w:r>
        <w:rPr>
          <w:b/>
        </w:rPr>
        <w:t xml:space="preserve">[04:57] </w:t>
      </w:r>
      <w:r>
        <w:t>yaani globalization ko saare Musalman "one to all" negative sense mein lete hain. Negative sense mein. to unhon ne kaha ke "Globalization is not a one-way traffic.</w:t>
      </w:r>
    </w:p>
    <w:p>
      <w:pPr>
        <w:jc w:val="right"/>
      </w:pPr>
      <w:r>
        <w:t>یعنی globalization کو سارے مسلمان "one to all" negative sense میں لیتے ہیں۔ Negative sense میں۔ تو انہوں نے کہا کہ "Globalization is not a one-way traffic.</w:t>
      </w:r>
    </w:p>
    <w:p>
      <w:r>
        <w:rPr>
          <w:b/>
        </w:rPr>
        <w:t xml:space="preserve">[05:10] </w:t>
      </w:r>
      <w:r>
        <w:t>It is a two-way traffic." matlab woh agar hum se kuch lete hain to humein kuch dete bhi hain woh.</w:t>
      </w:r>
    </w:p>
    <w:p>
      <w:pPr>
        <w:jc w:val="right"/>
      </w:pPr>
      <w:r>
        <w:t>It is a two-way traffic." مطلب وہ اگر ہم سے کچھ لیتے ہیں تو ہمیں کچھ دیتے بھی ہیں وہ۔</w:t>
      </w:r>
    </w:p>
    <w:p>
      <w:r>
        <w:rPr>
          <w:b/>
        </w:rPr>
        <w:t xml:space="preserve">[05:16] </w:t>
      </w:r>
      <w:r>
        <w:t>isi liye yeh possible hua ke India mein rehne wala, globalization ke zamane mein rehne wala ek aadmi, richest aadmi ban jaye.</w:t>
      </w:r>
    </w:p>
    <w:p>
      <w:pPr>
        <w:jc w:val="right"/>
      </w:pPr>
      <w:r>
        <w:t>اسی لیے یہ possible ہوا کہ انڈیا میں رہنے والا، globalization کے زمانے میں رہنے والا ایک آدمی، richest آدمی بن جائے۔</w:t>
      </w:r>
    </w:p>
    <w:p>
      <w:r>
        <w:rPr>
          <w:b/>
        </w:rPr>
        <w:t xml:space="preserve">[05:26] </w:t>
      </w:r>
      <w:r>
        <w:t>to is se main ek baat, is ko le kar main ek baat batana chahta hoon aap ko ke Khuda ne yeh jo duniya banai hai, woh full of opportunities hai.</w:t>
      </w:r>
    </w:p>
    <w:p>
      <w:pPr>
        <w:jc w:val="right"/>
      </w:pPr>
      <w:r>
        <w:t>تو اس سے میں ایک بات، اس کو لے کر میں ایک بات بتانا چاہتا ہوں آپ کو کہ خدا نے یہ جو دنیا بنائی ہے، وہ full of opportunities ہے۔</w:t>
      </w:r>
    </w:p>
    <w:p>
      <w:r>
        <w:rPr>
          <w:b/>
        </w:rPr>
        <w:t xml:space="preserve">[05:46] </w:t>
      </w:r>
      <w:r>
        <w:t>itni zyada opportunities hain ke koi is ko khatam nahi kar sakta, koi abolish nahi kar sakta koi. na koi Hindu, na koi American, na koi dushman bhi nahi kar sakta abolish.</w:t>
      </w:r>
    </w:p>
    <w:p>
      <w:pPr>
        <w:jc w:val="right"/>
      </w:pPr>
      <w:r>
        <w:t>اتنی زیادہ opportunities ہیں کہ کوئی اس کو ختم نہیں کر سکتا، کوئی abolish نہیں کر سکتا کوئی۔ نہ کوئی ہندو، نہ کوئی امریکن، نہ کوئی دشمن بھی نہیں کر سکتا abolish۔</w:t>
      </w:r>
    </w:p>
    <w:p>
      <w:r>
        <w:rPr>
          <w:b/>
        </w:rPr>
        <w:t xml:space="preserve">[05:58] </w:t>
      </w:r>
      <w:r>
        <w:t>to hadith mein aata hai ke "لن يغلب عسر يسرين" ۔ is ka matlab yeh hai ke "The number of opportunities is always greater than the number of problems."</w:t>
      </w:r>
    </w:p>
    <w:p>
      <w:pPr>
        <w:jc w:val="right"/>
      </w:pPr>
      <w:r>
        <w:t>تو حدیث میں آتا ہے کہ "لن يغلب عسر يسرين" ۔ اس کا مطلب یہ ہے کہ "The number of opportunities is always greater than the number of problems."</w:t>
      </w:r>
    </w:p>
    <w:p>
      <w:r>
        <w:rPr>
          <w:b/>
        </w:rPr>
        <w:t xml:space="preserve">[06:16] </w:t>
      </w:r>
      <w:r>
        <w:t>is hadith ka matlab yeh hai, is hadith ko aap dekh sakte hain Surah Al-Mashrah ke tehat, Tafsir Ibn Kathir mein.</w:t>
      </w:r>
    </w:p>
    <w:p>
      <w:pPr>
        <w:jc w:val="right"/>
      </w:pPr>
      <w:r>
        <w:t>اس حدیث کا مطلب یہ ہے، اس حدیث کو آپ دیکھ سکتے ہیں سورہ المشرہ کے تحت، تفسیر ابن کثیر میں۔</w:t>
      </w:r>
    </w:p>
    <w:p>
      <w:r>
        <w:rPr>
          <w:b/>
        </w:rPr>
        <w:t xml:space="preserve">[06:30] </w:t>
      </w:r>
      <w:r>
        <w:t>"The number of opportunities is always greater than the number of problems." is ka matlab yeh hua ke kuch bhi problem ho, kuch bhi ho, opportunities kabhi khatam nahi hoti.</w:t>
      </w:r>
    </w:p>
    <w:p>
      <w:pPr>
        <w:jc w:val="right"/>
      </w:pPr>
      <w:r>
        <w:t>کہ "The number of opportunities is always greater than the number of problems." اس کا مطلب یہ ہوا کہ کچھ بھی problem ہو، کچھ بھی ہو، opportunities کبھی ختم نہیں ہوتی۔</w:t>
      </w:r>
    </w:p>
    <w:p>
      <w:r>
        <w:rPr>
          <w:b/>
        </w:rPr>
        <w:t xml:space="preserve">[06:47] </w:t>
      </w:r>
      <w:r>
        <w:t>to is ka ek proof yeh hai ke logon ke kehne ke mutabiq so-called Hindu India mein aur logon ke kehne ke mutabiq so-called American exploitation ke zamane mein ek aadmi richest aadmi ban gaya.</w:t>
      </w:r>
    </w:p>
    <w:p>
      <w:pPr>
        <w:jc w:val="right"/>
      </w:pPr>
      <w:r>
        <w:t>تو اس کا ایک proof یہ ہے کہ لوگوں کے کہنے کے مطابق so-called ہندو انڈیا میں اور لوگوں کے کہنے کے مطابق so-called American exploitation کے زمانے میں ایک آدمی richest آدمی بن گیا۔</w:t>
      </w:r>
    </w:p>
    <w:p>
      <w:r>
        <w:rPr>
          <w:b/>
        </w:rPr>
        <w:t xml:space="preserve">[07:04] </w:t>
      </w:r>
      <w:r>
        <w:t>kyun? koi bhi aata hai to woh opportunities ko abolish nahi kar sakta. yahan tak ke enemy bhi nahi kar sakta.</w:t>
      </w:r>
    </w:p>
    <w:p>
      <w:pPr>
        <w:jc w:val="right"/>
      </w:pPr>
      <w:r>
        <w:t>کیوں؟ کوئی بھی آتا ہے تو وہ opportunities کو abolish نہیں کر سکتا۔ یہاں تک کہ enemy بھی نہیں کر سکتا۔</w:t>
      </w:r>
    </w:p>
    <w:p>
      <w:r>
        <w:rPr>
          <w:b/>
        </w:rPr>
        <w:t xml:space="preserve">[07:14] </w:t>
      </w:r>
      <w:r>
        <w:t>is par sochte hue mujhe</w:t>
      </w:r>
    </w:p>
    <w:p>
      <w:pPr>
        <w:jc w:val="right"/>
      </w:pPr>
      <w:r>
        <w:t>اس پر سوچتے ہوئے مجھے</w:t>
      </w:r>
    </w:p>
    <w:p>
      <w:r>
        <w:rPr>
          <w:b/>
        </w:rPr>
        <w:t xml:space="preserve">[07:18] </w:t>
      </w:r>
      <w:r>
        <w:t>kuch references aur yaad aaye tareekh ke. maslan aap dekhiye ke India mein jab British rule kar rahe the to unhon ne ek scheme banai.</w:t>
      </w:r>
    </w:p>
    <w:p>
      <w:pPr>
        <w:jc w:val="right"/>
      </w:pPr>
      <w:r>
        <w:t>کچھ references اور یاد آئے تاریخ کے۔ مثلاً آپ دیکھئے کہ انڈیا میں جب British rule کر رہے تھے تو انہوں نے ایک scheme بنائی۔</w:t>
      </w:r>
    </w:p>
    <w:p>
      <w:r>
        <w:rPr>
          <w:b/>
        </w:rPr>
        <w:t xml:space="preserve">[07:29] </w:t>
      </w:r>
      <w:r>
        <w:t>saare India ko Angrezi parhao. Angrezi parhao. Lord Macaulay bohat hi, yaani bara scholar tha.</w:t>
      </w:r>
    </w:p>
    <w:p>
      <w:pPr>
        <w:jc w:val="right"/>
      </w:pPr>
      <w:r>
        <w:t>سارے انڈیا کو انگریزی پڑھواؤ۔ انگریزی پڑھواؤ۔ لارڈ میکالے بہت ہی، یعنی بڑا scholar تھا۔</w:t>
      </w:r>
    </w:p>
    <w:p>
      <w:r>
        <w:rPr>
          <w:b/>
        </w:rPr>
        <w:t xml:space="preserve">[07:42] </w:t>
      </w:r>
      <w:r>
        <w:t>us ne ek is ka plan banaya. aur is ke plan ko India mein laagu kiya gaya. to Lord Macaulay ne kaha tha bohat hi, yaani pride ke sath ke yeh jo hum duniya India mein jo la rahe hain to maqsad kya hai</w:t>
      </w:r>
    </w:p>
    <w:p>
      <w:pPr>
        <w:jc w:val="right"/>
      </w:pPr>
      <w:r>
        <w:t>اس نے ایک اس کا plan بنایا۔ اور اس کے plan کو انڈیا میں لاگو کیا گیا۔ تو لارڈ میکالے نے کہا تھا بہت ہی، یعنی pride کے ساتھ کہ یہ جو ہم دنیا انڈیا میں جو لا رہے ہیں تو مقصد کیا ہے</w:t>
      </w:r>
    </w:p>
    <w:p>
      <w:r>
        <w:rPr>
          <w:b/>
        </w:rPr>
        <w:t xml:space="preserve">[08:01] </w:t>
      </w:r>
      <w:r>
        <w:t>? ke "So that a generation may arise that will be Indian in birth and British in thought." lekin aaj kya hai?</w:t>
      </w:r>
    </w:p>
    <w:p>
      <w:pPr>
        <w:jc w:val="right"/>
      </w:pPr>
      <w:r>
        <w:t>؟ کہ "So that a generation may arise that will be Indian in birth and British in thought." لیکن آج کیا ہے؟</w:t>
      </w:r>
    </w:p>
    <w:p>
      <w:r>
        <w:rPr>
          <w:b/>
        </w:rPr>
        <w:t xml:space="preserve">[08:17] </w:t>
      </w:r>
      <w:r>
        <w:t>wo angrezi India ke liye sab se bara advantage ban gaya. Isi angrezi ki badolat India aaj developed countries ki taraf barh raha hai.</w:t>
      </w:r>
    </w:p>
    <w:p>
      <w:pPr>
        <w:jc w:val="right"/>
      </w:pPr>
      <w:r>
        <w:t>وہ انگریزی انڈیا کے لیے سب سے بڑا advantage بن گئی۔ اسی انگریزی کی بدولت انڈیا آج developed countries کی طرف بڑھ رہا ہے۔</w:t>
      </w:r>
    </w:p>
    <w:p>
      <w:r>
        <w:rPr>
          <w:b/>
        </w:rPr>
        <w:t xml:space="preserve">[08:27] </w:t>
      </w:r>
      <w:r>
        <w:t>mein shamil ho raha hai.</w:t>
      </w:r>
    </w:p>
    <w:p>
      <w:pPr>
        <w:jc w:val="right"/>
      </w:pPr>
      <w:r>
        <w:t>میں شامل ہو رہا ہے۔</w:t>
      </w:r>
    </w:p>
    <w:p>
      <w:r>
        <w:rPr>
          <w:b/>
        </w:rPr>
        <w:t xml:space="preserve">[08:29] </w:t>
      </w:r>
      <w:r>
        <w:t>kyun ke aap jante hain ke English jo hai computer age mein must ban chuki hai. English computer age mein must ban chuki hai.</w:t>
      </w:r>
    </w:p>
    <w:p>
      <w:pPr>
        <w:jc w:val="right"/>
      </w:pPr>
      <w:r>
        <w:t>کیونکہ آپ جانتے ہیں کہ انگلش جو ہے کمپیوٹر age میں must بن چکی ہے۔ انگلش کمپیوٹر age میں must بن چکی ہے۔</w:t>
      </w:r>
    </w:p>
    <w:p>
      <w:r>
        <w:rPr>
          <w:b/>
        </w:rPr>
        <w:t xml:space="preserve">[08:41] </w:t>
      </w:r>
      <w:r>
        <w:t>baghair English ke computer age se aap faida nahi utha sakte. To is waqt dunya mein India teesre number par hai English mein.</w:t>
      </w:r>
    </w:p>
    <w:p>
      <w:pPr>
        <w:jc w:val="right"/>
      </w:pPr>
      <w:r>
        <w:t>بغیر انگلش کے کمپیوٹر age سے آپ فائدہ نہیں اٹھا سکتے۔ تو اس وقت دنیا میں انڈیا تیسرے نمبر پر ہے انگلش میں۔</w:t>
      </w:r>
    </w:p>
    <w:p>
      <w:r>
        <w:rPr>
          <w:b/>
        </w:rPr>
        <w:t xml:space="preserve">[08:51] </w:t>
      </w:r>
      <w:r>
        <w:t>yani Britain, America, phir is ke baad India hai.</w:t>
      </w:r>
    </w:p>
    <w:p>
      <w:pPr>
        <w:jc w:val="right"/>
      </w:pPr>
      <w:r>
        <w:t>یعنی برٹن، امریکہ، پھر اس کے بعد انڈیا ہے۔</w:t>
      </w:r>
    </w:p>
    <w:p>
      <w:r>
        <w:rPr>
          <w:b/>
        </w:rPr>
        <w:t xml:space="preserve">[08:55] </w:t>
      </w:r>
      <w:r>
        <w:t>To Lord Macaulay ne jo angrezi yahan chalai thi is liye ke yahan par hamesha ke liye British rule qaim rahe, is se kya dekhiye?</w:t>
      </w:r>
    </w:p>
    <w:p>
      <w:pPr>
        <w:jc w:val="right"/>
      </w:pPr>
      <w:r>
        <w:t>تو لارڈ میکالے نے جو انگریزی یہاں چلائی تھی اس لیے کہ یہاں پر ہمیشہ کے لیے British rule قائم رہے، اس سے کیا دیکھئے؟</w:t>
      </w:r>
    </w:p>
    <w:p>
      <w:r>
        <w:rPr>
          <w:b/>
        </w:rPr>
        <w:t xml:space="preserve">[09:05] </w:t>
      </w:r>
      <w:r>
        <w:t>India ki development nikal aai. Isi ki badolat India aaj yahan tak taraqqi kar raha hai. Isi English ki badolat.</w:t>
      </w:r>
    </w:p>
    <w:p>
      <w:pPr>
        <w:jc w:val="right"/>
      </w:pPr>
      <w:r>
        <w:t>انڈیا کی development نکل آئی۔ اسی کی بدولت انڈیا آج یہاں تک ترقی کر رہا ہے۔ اسی انگلش کی بدولت۔</w:t>
      </w:r>
    </w:p>
    <w:p>
      <w:r>
        <w:rPr>
          <w:b/>
        </w:rPr>
        <w:t xml:space="preserve">[09:15] </w:t>
      </w:r>
      <w:r>
        <w:t>aise hi dekhiye Japan</w:t>
      </w:r>
    </w:p>
    <w:p>
      <w:pPr>
        <w:jc w:val="right"/>
      </w:pPr>
      <w:r>
        <w:t>ایسے ہی دیکھئے جاپان</w:t>
      </w:r>
    </w:p>
    <w:p>
      <w:r>
        <w:rPr>
          <w:b/>
        </w:rPr>
        <w:t xml:space="preserve">[09:16] </w:t>
      </w:r>
      <w:r>
        <w:t>mein hua. Second World War ke baad wahan General MacArthur ne wo system banaya jo education ka.</w:t>
      </w:r>
    </w:p>
    <w:p>
      <w:pPr>
        <w:jc w:val="right"/>
      </w:pPr>
      <w:r>
        <w:t>میں ہوا۔ سیکنڈ ورلڈ وار کے بعد وہاں جنرل میکارتھر نے وہ سسٹم بنایا جو education کا۔</w:t>
      </w:r>
    </w:p>
    <w:p>
      <w:r>
        <w:rPr>
          <w:b/>
        </w:rPr>
        <w:t xml:space="preserve">[09:24] </w:t>
      </w:r>
      <w:r>
        <w:t>jo poori tarah American system tha wo. Wo samajhte the ke American system ko yahan lagao, yahan laagu karo. Aur hamesha ke liye Japan par apna rule chalate raho.</w:t>
      </w:r>
    </w:p>
    <w:p>
      <w:pPr>
        <w:jc w:val="right"/>
      </w:pPr>
      <w:r>
        <w:t>جو پوری طرح American سسٹم تھا وہ۔ وہ سمجھتے تھے کہ American سسٹم کو یہاں لگاؤ، یہاں لاگو کرو۔ اور ہمیشہ کے لیے جاپان پر اپنا rule چلاتے رہو۔</w:t>
      </w:r>
    </w:p>
    <w:p>
      <w:r>
        <w:rPr>
          <w:b/>
        </w:rPr>
        <w:t xml:space="preserve">[09:37] </w:t>
      </w:r>
      <w:r>
        <w:t>lekin kya hua? Japan aik rival power ban kar ubhra.</w:t>
      </w:r>
    </w:p>
    <w:p>
      <w:pPr>
        <w:jc w:val="right"/>
      </w:pPr>
      <w:r>
        <w:t>لیکن کیا ہوا؟ جاپان ایک rival power بن کر ابھرا۔</w:t>
      </w:r>
    </w:p>
    <w:p>
      <w:r>
        <w:rPr>
          <w:b/>
        </w:rPr>
        <w:t xml:space="preserve">[09:43] </w:t>
      </w:r>
      <w:r>
        <w:t>yani America military superpower tha to Japan economic superpower ban gaya.</w:t>
      </w:r>
    </w:p>
    <w:p>
      <w:pPr>
        <w:jc w:val="right"/>
      </w:pPr>
      <w:r>
        <w:t>یعنی امریکہ military superpower تھا تو جاپان economic superpower بن گیا۔</w:t>
      </w:r>
    </w:p>
    <w:p>
      <w:r>
        <w:rPr>
          <w:b/>
        </w:rPr>
        <w:t xml:space="preserve">[09:52] </w:t>
      </w:r>
      <w:r>
        <w:t>Ab dekhiye ke log samajhte the ke wo enemy hain. MacArthur enemy hai ya Macaulay enemy hain. Isi enemy ki jo planning thi, isi enemy se hamare liye sab se bara advantage nikal aya.</w:t>
      </w:r>
    </w:p>
    <w:p>
      <w:pPr>
        <w:jc w:val="right"/>
      </w:pPr>
      <w:r>
        <w:t>اب دیکھئے کہ لوگ سمجھتے تھے کہ وہ enemy ہیں۔ میکارتھر enemy ہے یا میکالے enemy ہیں۔ اسی enemy کی جو planning تھی، اسی enemy سے ہمارے لیے سب سے بڑا advantage نکل آیا۔</w:t>
      </w:r>
    </w:p>
    <w:p>
      <w:r>
        <w:rPr>
          <w:b/>
        </w:rPr>
        <w:t xml:space="preserve">[10:07] </w:t>
      </w:r>
      <w:r>
        <w:t>To is ke mutabiq enemy bhi aap ke liye opportunities ko abolish nahi kar sakta.</w:t>
      </w:r>
    </w:p>
    <w:p>
      <w:pPr>
        <w:jc w:val="right"/>
      </w:pPr>
      <w:r>
        <w:t>تو اس کے مطابق enemy بھی آپ کے لیے opportunities کو abolish نہیں کر سکتا۔</w:t>
      </w:r>
    </w:p>
    <w:p>
      <w:r>
        <w:rPr>
          <w:b/>
        </w:rPr>
        <w:t xml:space="preserve">[10:13] </w:t>
      </w:r>
      <w:r>
        <w:t>Kaisi ajeeb baat hai ye. Is se maine samjha hai ke Allah taala ne ye jo rakha hai dunya mein system, is liye rakha hai ke Khuda ko bilkul hi pasand nahi hai negative thinking.</w:t>
      </w:r>
    </w:p>
    <w:p>
      <w:pPr>
        <w:jc w:val="right"/>
      </w:pPr>
      <w:r>
        <w:t>کیسی عجیب بات ہے یہ۔ اس سے میں نے سمجھا ہے کہ اللہ تعالیٰ نے یہ جو رکھا ہے دنیا میں سسٹم، اس لیے رکھا ہے کہ خدا کو بالکل ہی پسند نہیں ہے negative thinking۔</w:t>
      </w:r>
    </w:p>
    <w:p>
      <w:r>
        <w:rPr>
          <w:b/>
        </w:rPr>
        <w:t xml:space="preserve">[10:30] </w:t>
      </w:r>
      <w:r>
        <w:t>Negative thinking Khuda ko sab se buri cheez hai Khuda ke nazdeek. Main to samajhta hoon ke sharab aur khanzir se bhi ziyada buri cheez hai negative thinking.</w:t>
      </w:r>
    </w:p>
    <w:p>
      <w:pPr>
        <w:jc w:val="right"/>
      </w:pPr>
      <w:r>
        <w:t>Negative thinking خدا کو سب سے بری چیز ہے خدا کے نزدیک۔ میں تو سمجھتا ہوں کہ شراب اور خنزیر سے بھی زیادہ بری چیز ہے negative thinking۔</w:t>
      </w:r>
    </w:p>
    <w:p>
      <w:r>
        <w:rPr>
          <w:b/>
        </w:rPr>
        <w:t xml:space="preserve">[10:40] </w:t>
      </w:r>
      <w:r>
        <w:t>Khuda chahta hai ke aap positive thinker banen.</w:t>
      </w:r>
    </w:p>
    <w:p>
      <w:pPr>
        <w:jc w:val="right"/>
      </w:pPr>
      <w:r>
        <w:t>خدا چاہتا ہے کہ آپ positive thinker بنیں۔</w:t>
      </w:r>
    </w:p>
    <w:p>
      <w:r>
        <w:rPr>
          <w:b/>
        </w:rPr>
        <w:t xml:space="preserve">[10:43] </w:t>
      </w:r>
      <w:r>
        <w:t>Hamesha aap ke andar musbat khayalat hon. Kyun? Khuda aap ke andar jo blessing dalna chahta hai, wo blessing us waqt aap receive nahi kar sakte.</w:t>
      </w:r>
    </w:p>
    <w:p>
      <w:pPr>
        <w:jc w:val="right"/>
      </w:pPr>
      <w:r>
        <w:t>ہمیشہ آپ کے اندر مثبت خیالات ہوں۔ کیوں؟ خدا آپ کے اندر جو blessing ڈالنا چاہتا ہے، وہ blessing اس وقت آپ receive نہیں کر سکتے۔</w:t>
      </w:r>
    </w:p>
    <w:p>
      <w:r>
        <w:rPr>
          <w:b/>
        </w:rPr>
        <w:t xml:space="preserve">[10:55] </w:t>
      </w:r>
      <w:r>
        <w:t>Agar aap ke andar negative thought hon. Hundred percent positivity chahiye Khuda ki blessing ko receive karne ke liye. To Khuda ko bohat hi ziyada, Khuda pasand nahi hai zara bhi negative thinking.</w:t>
      </w:r>
    </w:p>
    <w:p>
      <w:pPr>
        <w:jc w:val="right"/>
      </w:pPr>
      <w:r>
        <w:t>اگر آپ کے اندر negative thought ہوں۔ Hundred percent positivity چاہیے خدا کی blessing کو receive کرنے کے لیے۔ تو خدا کو بہت ہی زیادہ، خدا پسند نہیں ہے ذرا بھی negative thinking۔</w:t>
      </w:r>
    </w:p>
    <w:p>
      <w:r>
        <w:rPr>
          <w:b/>
        </w:rPr>
        <w:t xml:space="preserve">[11:12] </w:t>
      </w:r>
      <w:r>
        <w:t>To Khuda ne itna ziyada yahan bhar diya opportunities ke aap ka dushman bhi aap ko kill na kar sake. Aap ka dushman bhi aap ke, aap ki taraqqi ko chheen na sake.</w:t>
      </w:r>
    </w:p>
    <w:p>
      <w:pPr>
        <w:jc w:val="right"/>
      </w:pPr>
      <w:r>
        <w:t>تو خدا نے اتنا زیادہ یہاں بھر دیا opportunities کہ آپ کا دشمن بھی آپ کو kill نہ کر سکے۔ آپ کا دشمن بھی آپ کے، آپ کی ترقی کو چھین نہ سکے۔</w:t>
      </w:r>
    </w:p>
    <w:p>
      <w:r>
        <w:rPr>
          <w:b/>
        </w:rPr>
        <w:t xml:space="preserve">[11:23] </w:t>
      </w:r>
      <w:r>
        <w:t>Is se ziyada aur kya ho sakta hai? Is se ziyada to kuch nahi ho sakta hai. Ke</w:t>
      </w:r>
    </w:p>
    <w:p>
      <w:pPr>
        <w:jc w:val="right"/>
      </w:pPr>
      <w:r>
        <w:t>اس سے زیادہ اور کیا ہو سکتا ہے؟ اس سے زیادہ تو کچھ نہیں ہو سکتا ہے۔ کہ</w:t>
      </w:r>
    </w:p>
    <w:p>
      <w:r>
        <w:rPr>
          <w:b/>
        </w:rPr>
        <w:t xml:space="preserve">[11:30] </w:t>
      </w:r>
      <w:r>
        <w:t>To ye, is ka aik, aik reference mujhe ye mila ke isi dunya mein, isi India mein rehte hue, isi globalization ke zamanay mein aik shakhs richest aadmi ban gaya.</w:t>
      </w:r>
    </w:p>
    <w:p>
      <w:pPr>
        <w:jc w:val="right"/>
      </w:pPr>
      <w:r>
        <w:t>۔ تو یہ، اس کا ایک، ایک reference مجھے یہ ملا کہ اسی دنیا میں، اسی انڈیا میں رہتے ہوئے، اسی globalization کے زمانے میں ایک شخص richest آدمی بن گیا۔</w:t>
      </w:r>
    </w:p>
    <w:p>
      <w:r>
        <w:rPr>
          <w:b/>
        </w:rPr>
        <w:t xml:space="preserve">[11:45] </w:t>
      </w:r>
      <w:r>
        <w:t>To ye hai sab se bari baat jis ko hamein janna chahiye. Ye na janne ki wajah se, yani imkanat hamesha ziyada hote hain masail ke muqable mein.</w:t>
      </w:r>
    </w:p>
    <w:p>
      <w:pPr>
        <w:jc w:val="right"/>
      </w:pPr>
      <w:r>
        <w:t>تو یہ ہے سب سے بڑی بات جس کو ہمیں جاننا چاہیے۔ یہ نہ جاننے کی وجہ سے، یعنی امکانات ہمیشہ زیادہ ہوتے ہیں مسائل کے مقابلے میں۔</w:t>
      </w:r>
    </w:p>
    <w:p>
      <w:r>
        <w:rPr>
          <w:b/>
        </w:rPr>
        <w:t xml:space="preserve">[11:59] </w:t>
      </w:r>
      <w:r>
        <w:t>Abhi mere paas aik sahib aaye, wo bahar rehte hain. Bahar ke aik country mein. To</w:t>
      </w:r>
    </w:p>
    <w:p>
      <w:pPr>
        <w:jc w:val="right"/>
      </w:pPr>
      <w:r>
        <w:t>ابھی میرے پاس ایک صاحب آئے، وہ باہر رہتے ہیں۔ باہر کے ایک country میں۔ تو</w:t>
      </w:r>
    </w:p>
    <w:p>
      <w:r>
        <w:rPr>
          <w:b/>
        </w:rPr>
        <w:t xml:space="preserve">[12:10] </w:t>
      </w:r>
      <w:r>
        <w:t>unhon ne kaha ke main, pehli baar mulaqat mujh se hui thi un se, unhon ne kaha ke main aap ka, aap ki cheezon ko bohat der se parhta raha hoon.</w:t>
      </w:r>
    </w:p>
    <w:p>
      <w:pPr>
        <w:jc w:val="right"/>
      </w:pPr>
      <w:r>
        <w:t>انہوں نے کہا کہ میں، پہلی بار ملاقات مجھ سے ہوئی تھی ان سے، انہوں نے کہا کہ میں آپ کا، آپ کی چیزوں کو بہت دیر سے پڑھتا رہا ہوں۔</w:t>
      </w:r>
    </w:p>
    <w:p>
      <w:r>
        <w:rPr>
          <w:b/>
        </w:rPr>
        <w:t xml:space="preserve">[12:25] </w:t>
      </w:r>
      <w:r>
        <w:t>Hundred percent aap se agree karta hoon.</w:t>
      </w:r>
    </w:p>
    <w:p>
      <w:pPr>
        <w:jc w:val="right"/>
      </w:pPr>
      <w:r>
        <w:t>Hundred percent آپ سے agree کرتا ہوں۔</w:t>
      </w:r>
    </w:p>
    <w:p>
      <w:r>
        <w:rPr>
          <w:b/>
        </w:rPr>
        <w:t xml:space="preserve">[12:27] </w:t>
      </w:r>
      <w:r>
        <w:t>Unhon ne kaha ke aap ki jo ideology hai, us se better ideology koi musbat thinker nahi de saka aap tak. Is poore do sau saal mein.</w:t>
      </w:r>
    </w:p>
    <w:p>
      <w:pPr>
        <w:jc w:val="right"/>
      </w:pPr>
      <w:r>
        <w:t>انہوں نے کہا کہ آپ کی جو ideology ہے، اس سے better ideology کوئی مثبت thinker نہیں دے سکا آپ تک۔ اس پورے دو سو سال میں۔</w:t>
      </w:r>
    </w:p>
    <w:p>
      <w:r>
        <w:rPr>
          <w:b/>
        </w:rPr>
        <w:t xml:space="preserve">[12:37] </w:t>
      </w:r>
      <w:r>
        <w:t>Aap ki ideology jo hai wahi best ideology hai musalmanon ke liye. Is tarah ki baatein unhon ne kahein. Unhon ne kaha ke main, main ne poocha ke aap kaise jaana, aap ne hamare mission ko, unhon ne kaha ke books aap ki us ko parhta hoon.</w:t>
      </w:r>
    </w:p>
    <w:p>
      <w:pPr>
        <w:jc w:val="right"/>
      </w:pPr>
      <w:r>
        <w:t>آپ کی ideology جو ہے وہی best ideology ہے مسلمانوں کے لیے۔ اس طرح کی باتیں انہوں نے کہیں۔ انہوں نے کہا کہ میں، میں نے پوچھا کہ آپ کیسے جانا، آپ نے ہمارے mission کو، انہوں نے کہا کہ books آپ کی اس کو پڑھتا ہوں۔</w:t>
      </w:r>
    </w:p>
    <w:p>
      <w:r>
        <w:rPr>
          <w:b/>
        </w:rPr>
        <w:t xml:space="preserve">[12:52] </w:t>
      </w:r>
      <w:r>
        <w:t>Aur main computer par aap ki cheezein parhta rehta hoon.</w:t>
      </w:r>
    </w:p>
    <w:p>
      <w:pPr>
        <w:jc w:val="right"/>
      </w:pPr>
      <w:r>
        <w:t>اور میں کمپیوٹر پر آپ کی چیزیں پڑھتا رہتا ہوں۔</w:t>
      </w:r>
    </w:p>
    <w:p>
      <w:r>
        <w:rPr>
          <w:b/>
        </w:rPr>
        <w:t xml:space="preserve">[12:57] </w:t>
      </w:r>
      <w:r>
        <w:t>Phir unhon ne ek baat kahi. Unhon ne kaha ke India mein main yahan aaya to main ne dekha ke doosri jo jamaatein hain, un ke bare bare center bane hue hain.</w:t>
      </w:r>
    </w:p>
    <w:p>
      <w:pPr>
        <w:jc w:val="right"/>
      </w:pPr>
      <w:r>
        <w:t>پھر انہوں نے ایک بات کہی۔ انہوں نے کہا کہ انڈیا میں میں یہاں آیا تو میں نے دیکھا کہ دوسری جو جماعتیں ہیں، ان کے بڑے بڑے center بنے ہوئے ہیں۔</w:t>
      </w:r>
    </w:p>
    <w:p>
      <w:r>
        <w:rPr>
          <w:b/>
        </w:rPr>
        <w:t xml:space="preserve">[13:08] </w:t>
      </w:r>
      <w:r>
        <w:t>Aap ka to koi bada center nahi. Sab se best ideology aap ke paas hai. Lekin center doosron ke paas bare bare bane hue hain.</w:t>
      </w:r>
    </w:p>
    <w:p>
      <w:pPr>
        <w:jc w:val="right"/>
      </w:pPr>
      <w:r>
        <w:t>آپ کا تو کوئی بڑا center نہیں۔ سب سے best ideology آپ کے پاس ہے۔ لیکن center دوسروں کے پاس بڑے بڑے بنے ہوئے ہیں۔</w:t>
      </w:r>
    </w:p>
    <w:p>
      <w:r>
        <w:rPr>
          <w:b/>
        </w:rPr>
        <w:t xml:space="preserve">[13:18] </w:t>
      </w:r>
      <w:r>
        <w:t>To main ne kaha ke dekhiye yeh aap ek, ek aisi baat kehte hain jis ko kehte hain anachronism. Zamane ke khilaaf.</w:t>
      </w:r>
    </w:p>
    <w:p>
      <w:pPr>
        <w:jc w:val="right"/>
      </w:pPr>
      <w:r>
        <w:t>تو میں نے کہا کہ دیکھئے یہ آپ ایک، ایک ایسی بات کہتے ہیں جس کو کہتے ہیں anachronism۔ زمانے کے خلاف۔</w:t>
      </w:r>
    </w:p>
    <w:p>
      <w:r>
        <w:rPr>
          <w:b/>
        </w:rPr>
        <w:t xml:space="preserve">[13:28] </w:t>
      </w:r>
      <w:r>
        <w:t>Woh zamana khatam ho gaya jab localized center hua karte the. Ab expanded center hote hain. Hum jee rahe hain aise zamane mein jab ke expanded center hote hain.</w:t>
      </w:r>
    </w:p>
    <w:p>
      <w:pPr>
        <w:jc w:val="right"/>
      </w:pPr>
      <w:r>
        <w:t>وہ زمانہ ختم ہو گیا جب localized center ہوا کرتے تھے۔ اب expanded center ہوتے ہیں۔ ہم جی رہے ہیں ایسے زمانے میں جب کہ expanded center ہوتے ہیں۔</w:t>
      </w:r>
    </w:p>
    <w:p>
      <w:r>
        <w:rPr>
          <w:b/>
        </w:rPr>
        <w:t xml:space="preserve">[13:41] </w:t>
      </w:r>
      <w:r>
        <w:t>Phaila hua center. Woh ek jagah par ek center ho, ek building ho. Woh, woh zamana hi khatam ho gaya. Main ne kaha ke aap khud is ka proof hain.</w:t>
      </w:r>
    </w:p>
    <w:p>
      <w:pPr>
        <w:jc w:val="right"/>
      </w:pPr>
      <w:r>
        <w:t>پھیلا ہوا center۔ وہ ایک جگہ پر ایک center ہو، ایک بلڈنگ ہو۔ وہ، وہ زمانہ ہی ختم ہو گیا۔ میں نے کہا کہ آپ خود اس کا proof ہیں۔</w:t>
      </w:r>
    </w:p>
    <w:p>
      <w:r>
        <w:rPr>
          <w:b/>
        </w:rPr>
        <w:t xml:space="preserve">[13:52] </w:t>
      </w:r>
      <w:r>
        <w:t>Aap itne door rehte hain ek doosre mulk mein. Aur aap hum ko sab kuch jante hain. Book ke, literature ke zariye aur computer ke zariye.</w:t>
      </w:r>
    </w:p>
    <w:p>
      <w:pPr>
        <w:jc w:val="right"/>
      </w:pPr>
      <w:r>
        <w:t>آپ اتنے دور رہتے ہیں ایک دوسرے ملک میں۔ اور آپ ہم کو سب کچھ جانتے ہیں۔ Book کے، literature کے ذریعے اور کمپیوٹر کے ذریعے۔</w:t>
      </w:r>
    </w:p>
    <w:p>
      <w:r>
        <w:rPr>
          <w:b/>
        </w:rPr>
        <w:t xml:space="preserve">[14:04] </w:t>
      </w:r>
      <w:r>
        <w:t>Website ko parh kar ke. Main ne kaha yeh hamara center expanded center hai. Aap bhi is ka ek part hain. Hamari team ka har aadmi, hamare mission ka har aadmi, kahin bhi rehta ho,</w:t>
      </w:r>
    </w:p>
    <w:p>
      <w:pPr>
        <w:jc w:val="right"/>
      </w:pPr>
      <w:r>
        <w:t>ویب سائٹ کو پڑھ کر کے۔ میں نے کہا یہ ہمارا center expanded center ہے۔ آپ بھی اس کا ایک part ہیں۔ ہماری ٹیم کا ہر آدمی، ہمارے mission کا ہر آدمی، کہیں بھی رہتا ہو،</w:t>
      </w:r>
    </w:p>
    <w:p>
      <w:r>
        <w:rPr>
          <w:b/>
        </w:rPr>
        <w:t xml:space="preserve">[14:19] </w:t>
      </w:r>
      <w:r>
        <w:t>Agar us ke paas hamari books hain, agar us ke paas ek, ek computer hai to woh part hai hamare, hamare center ka.</w:t>
      </w:r>
    </w:p>
    <w:p>
      <w:pPr>
        <w:jc w:val="right"/>
      </w:pPr>
      <w:r>
        <w:t>اگر اس کے پاس ہماری books ہیں، اگر اس کے پاس ایک، ایک کمپیوٹر ہے تو وہ part ہے ہمارے، ہمارے center کا۔</w:t>
      </w:r>
    </w:p>
    <w:p>
      <w:r>
        <w:rPr>
          <w:b/>
        </w:rPr>
        <w:t xml:space="preserve">[14:29] </w:t>
      </w:r>
      <w:r>
        <w:t>Hamara center jo hai us ko aap aaj ke zamane ke lehaz se dekhiye. Pichle zamane ke lehaz se na dekhiye. Jab ke communication nahi tha.</w:t>
      </w:r>
    </w:p>
    <w:p>
      <w:pPr>
        <w:jc w:val="right"/>
      </w:pPr>
      <w:r>
        <w:t>ہمارا center جو ہے اس کو آپ آج کے زمانے کے لحاظ سے دیکھئے۔ پچھلے زمانے کے لحاظ سے نہ دیکھئے۔ جب کہ communication نہیں تھا۔</w:t>
      </w:r>
    </w:p>
    <w:p>
      <w:r>
        <w:rPr>
          <w:b/>
        </w:rPr>
        <w:t xml:space="preserve">[14:39] </w:t>
      </w:r>
      <w:r>
        <w:t>Jab duniya mein communication nahi tha. Jab duniya mein computer nahi aaya tha. Jab duniya mein printed, print media aur electronic media nahi aaye the.</w:t>
      </w:r>
    </w:p>
    <w:p>
      <w:pPr>
        <w:jc w:val="right"/>
      </w:pPr>
      <w:r>
        <w:t>جب دنیا میں communication نہیں تھا۔ جب دنیا میں کمپیوٹر نہیں آیا تھا۔ جب دنیا میں پرنٹڈ، پرنٹ میڈیا اور الیکٹرانک میڈیا نہیں آئے تھے۔</w:t>
      </w:r>
    </w:p>
    <w:p>
      <w:r>
        <w:rPr>
          <w:b/>
        </w:rPr>
        <w:t xml:space="preserve">[14:48] </w:t>
      </w:r>
      <w:r>
        <w:t>Tab local center hua karte the.</w:t>
      </w:r>
    </w:p>
    <w:p>
      <w:pPr>
        <w:jc w:val="right"/>
      </w:pPr>
      <w:r>
        <w:t>تب local center ہوا کرتے تھے۔</w:t>
      </w:r>
    </w:p>
    <w:p>
      <w:r>
        <w:rPr>
          <w:b/>
        </w:rPr>
        <w:t xml:space="preserve">[14:53] </w:t>
      </w:r>
      <w:r>
        <w:t>Ab local center ki zaroorat hi nahi hai. Ab hum expanded center ke zamane mein hain. H</w:t>
      </w:r>
    </w:p>
    <w:p>
      <w:pPr>
        <w:jc w:val="right"/>
      </w:pPr>
      <w:r>
        <w:t>اب local center کی ضرورت ہی نہیں ہے۔ اب ہم expanded center کے زمانے میں ہیں۔ ہ</w:t>
      </w:r>
    </w:p>
    <w:p>
      <w:r>
        <w:rPr>
          <w:b/>
        </w:rPr>
        <w:t xml:space="preserve">[14:59] </w:t>
      </w:r>
      <w:r>
        <w:t>um kahin bhi hon, hamara center phaila hua hai. Through literature, through computer, through multimedia. To Khuda ke fazl se main yeh keh sakta hoon ke hamara mission jo hai is waqt kam az kam musalmanon ki nisbat se sab se bada mission hai.</w:t>
      </w:r>
    </w:p>
    <w:p>
      <w:pPr>
        <w:jc w:val="right"/>
      </w:pPr>
      <w:r>
        <w:t>م کہیں بھی ہوں، ہمارا center پھیلا ہوا ہے۔ Through literature, through کمپیوٹر، through multimedia۔ تو خدا کے فضل سے میں یہ کہہ سکتا ہوں کہ ہمارا mission جو ہے اس وقت کم از کم مسلمانوں کی نسبت سے سب سے بڑا mission ہے۔</w:t>
      </w:r>
    </w:p>
    <w:p>
      <w:r>
        <w:rPr>
          <w:b/>
        </w:rPr>
        <w:t xml:space="preserve">[15:18] </w:t>
      </w:r>
      <w:r>
        <w:t>Itna bada mission kisi bhi jagah nahi hai. Na Arab mein, na, na Pakistan mein, na India mein kahin.</w:t>
      </w:r>
    </w:p>
    <w:p>
      <w:pPr>
        <w:jc w:val="right"/>
      </w:pPr>
      <w:r>
        <w:t>اتنا بڑا mission کسی بھی جگہ نہیں ہے۔ نہ عرب میں، نہ، نہ پاکستان میں، نہ انڈیا میں کہیں۔</w:t>
      </w:r>
    </w:p>
    <w:p>
      <w:r>
        <w:rPr>
          <w:b/>
        </w:rPr>
        <w:t xml:space="preserve">[15:26] </w:t>
      </w:r>
      <w:r>
        <w:t>Aisa, aisa literature kisi ke paas nahi. Is tarah se phaila hua hamare aadmi Khuda ke fazl se har jagah hain.</w:t>
      </w:r>
    </w:p>
    <w:p>
      <w:pPr>
        <w:jc w:val="right"/>
      </w:pPr>
      <w:r>
        <w:t>ایسا، ایسا literature کسی کے پاس نہیں۔ اس طرح سے پھیلا ہوا ہمارے آدمی خدا کے فضل سے ہر جگہ ہیں۔</w:t>
      </w:r>
    </w:p>
    <w:p>
      <w:r>
        <w:rPr>
          <w:b/>
        </w:rPr>
        <w:t xml:space="preserve">[15:36] </w:t>
      </w:r>
      <w:r>
        <w:t>Computer par baithe hue hain, sar har jagah kaam kar rahe hain woh. Phaila rahe hain is mission ko. Sara literature hamara aap jante hain ke website par aa chuka hai.</w:t>
      </w:r>
    </w:p>
    <w:p>
      <w:pPr>
        <w:jc w:val="right"/>
      </w:pPr>
      <w:r>
        <w:t>کمپیوٹر پر بیٹھے ہوئے ہیں، سر ہر جگہ کام کر رہے ہیں وہ۔ پھیلا رہے ہیں اس mission کو۔ سارا literature ہمارا آپ جانتے ہیں کہ ویب سائٹ پر آ چکا ہے۔</w:t>
      </w:r>
    </w:p>
    <w:p>
      <w:r>
        <w:rPr>
          <w:b/>
        </w:rPr>
        <w:t xml:space="preserve">[15:47] </w:t>
      </w:r>
      <w:r>
        <w:t>Hamare mission ke jitne log hain, ek kamre mein baithe hue hain, agar ek computer par baithe hue hain to woh hamara part hain hamare center ka. To hamare center ko aap kya samajhte hain?</w:t>
      </w:r>
    </w:p>
    <w:p>
      <w:pPr>
        <w:jc w:val="right"/>
      </w:pPr>
      <w:r>
        <w:t>ہمارے mission کے جتنے لوگ ہیں، ایک کمرے میں بیٹھے ہوئے ہیں، اگر ایک کمپیوٹر پر بیٹھے ہوئے ہیں تو وہ ہمارا part ہیں ہمارے center کا۔ تو ہمارے center کو آپ کیا سمجھتے ہیں؟</w:t>
      </w:r>
    </w:p>
    <w:p>
      <w:r>
        <w:rPr>
          <w:b/>
        </w:rPr>
        <w:t xml:space="preserve">[15:59] </w:t>
      </w:r>
      <w:r>
        <w:t>Ab in internal building ko dekhte hain. Internal communication dekhiye. Aap twenty-eighth century mein hain to aap hamare center ko internal building dekh rahe hain.</w:t>
      </w:r>
    </w:p>
    <w:p>
      <w:pPr>
        <w:jc w:val="right"/>
      </w:pPr>
      <w:r>
        <w:t>اب ان internal بلڈنگ کو دیکھتے ہیں۔ Internal communication دیکھئے۔ آپ twenty-eighth century میں ہیں تو آپ ہمارے center کو internal بلڈنگ دیکھ رہے ہیں۔</w:t>
      </w:r>
    </w:p>
    <w:p>
      <w:r>
        <w:rPr>
          <w:b/>
        </w:rPr>
        <w:t xml:space="preserve">[16:12] </w:t>
      </w:r>
      <w:r>
        <w:t>Aap internal communication dekhiye. To aap payein ge ke itna bada kaam koi bhi center nahi kar raha hai. Logon ke paas buildingein hon lekin wahan aaj jaiye to wahan par ek, ek dead life hai bas aur kuch nahi.</w:t>
      </w:r>
    </w:p>
    <w:p>
      <w:pPr>
        <w:jc w:val="right"/>
      </w:pPr>
      <w:r>
        <w:t>آپ internal communication دیکھئے۔ تو آپ پائیں کہ اتنا بڑا کام کوئی بھی center نہیں کر رہا ہے۔ لوگوں کے پاس بلڈنگیں ہوں لیکن وہاں آج جائیے تو وہاں پر ایک، ایک dead life ہے بس اور کچھ نہیں۔</w:t>
      </w:r>
    </w:p>
    <w:p>
      <w:r>
        <w:rPr>
          <w:b/>
        </w:rPr>
        <w:t xml:space="preserve">[16:24] </w:t>
      </w:r>
      <w:r>
        <w:t>Koi nahi un ke paas idea hai, nahi un ke paas koi thought hai, nahi un ke paas koi literature hai, kuch bhi nahi.</w:t>
      </w:r>
    </w:p>
    <w:p>
      <w:pPr>
        <w:jc w:val="right"/>
      </w:pPr>
      <w:r>
        <w:t>کوئی نہیں ان کے پاس idea ہے، نہیں ان کے پاس کوئی thought ہے، نہیں ان کے پاس کوئی literature ہے، کچھ بھی نہیں۔</w:t>
      </w:r>
    </w:p>
    <w:p>
      <w:r>
        <w:rPr>
          <w:b/>
        </w:rPr>
        <w:t xml:space="preserve">[16:30] </w:t>
      </w:r>
      <w:r>
        <w:t>Lekin Khuda ke fazl se hamare mission mein zinda ideas hain. Aur is aap ke mind ko capture kar liya haalankeh aap itne door rehte hain, hum se dekha bhi nahi aap, hum ne aap ko.</w:t>
      </w:r>
    </w:p>
    <w:p>
      <w:pPr>
        <w:jc w:val="right"/>
      </w:pPr>
      <w:r>
        <w:t>لیکن خدا کے فضل سے ہمارے mission میں زندہ ideas ہیں۔ اور اس آپ کے mind کو capture کر لیا حالانکہ آپ اتنے دور رہتے ہیں، ہم سے دیکھا بھی نہیں آپ، ہم نے آپ کو۔</w:t>
      </w:r>
    </w:p>
    <w:p>
      <w:r>
        <w:rPr>
          <w:b/>
        </w:rPr>
        <w:t xml:space="preserve">[16:40] </w:t>
      </w:r>
      <w:r>
        <w:t>to khair un se yeh baat hui, unhon ne maana is baat ko ke waqai mujh se bhool hui. Hamein is zamane ke lihaaz se dekhna chahiye. Aaj ka zamana communication ka zamana hai.</w:t>
      </w:r>
    </w:p>
    <w:p>
      <w:pPr>
        <w:jc w:val="right"/>
      </w:pPr>
      <w:r>
        <w:t>تو خیر ان سے یہ بات ہوئی، انہوں نے مانا اس بات کو کہ واقعی مجھ سے بھول ہوئی۔ ہمیں اس زمانے کے لحاظ سے دیکھنا چاہیے۔ آج کا زمانہ communication کا زمانہ ہے۔</w:t>
      </w:r>
    </w:p>
    <w:p>
      <w:r>
        <w:rPr>
          <w:b/>
        </w:rPr>
        <w:t xml:space="preserve">[16:51] </w:t>
      </w:r>
      <w:r>
        <w:t>ek american professor se main ek martaba baat kar raha tha. To bohat pehle ki baat hai lekin us waqt us ne ek baat kahi thi. Woh aaj tak mere mind mein goonj rahi hai.</w:t>
      </w:r>
    </w:p>
    <w:p>
      <w:pPr>
        <w:jc w:val="right"/>
      </w:pPr>
      <w:r>
        <w:t>ایک امریکن پروفیسر سے میں ایک مرتبہ بات کر رہا تھا۔ تو بہت پہلے کی بات ہے لیکن اس وقت اس نے ایک بات کہی تھی۔ وہ آج تک میرے mind میں گونج رہی ہے۔</w:t>
      </w:r>
    </w:p>
    <w:p>
      <w:r>
        <w:rPr>
          <w:b/>
        </w:rPr>
        <w:t xml:space="preserve">[17:00] </w:t>
      </w:r>
      <w:r>
        <w:t>Unhon ne kaha ke yeh, yeh communication ka zamana hai. Age of communication yeh lafz pehli baar main ne ek american professor se suna tha. Bohat pehle.</w:t>
      </w:r>
    </w:p>
    <w:p>
      <w:pPr>
        <w:jc w:val="right"/>
      </w:pPr>
      <w:r>
        <w:t>انہوں نے کہا کہ یہ، یہ communication کا زمانہ ہے۔ Age of communication یہ لفظ پہلی بار میں نے ایک امریکن پروفیسر سے سنا تھا۔ بہت پہلے۔</w:t>
      </w:r>
    </w:p>
    <w:p>
      <w:r>
        <w:rPr>
          <w:b/>
        </w:rPr>
        <w:t xml:space="preserve">[17:10] </w:t>
      </w:r>
      <w:r>
        <w:t>Yeh age of communication hai. Isi waqt mera mind khul gaya. We are living in an age of communication. To age of communication ke zamane ka center jo hai wahi hoga jaisa ke hamara hai.</w:t>
      </w:r>
    </w:p>
    <w:p>
      <w:pPr>
        <w:jc w:val="right"/>
      </w:pPr>
      <w:r>
        <w:t>یہ age of communication ہے۔ اسی وقت میرا mind کھل گیا۔ We are living in an age of communication. تو age of communication کے زمانے کا center جو ہے وہی ہوگا جیسا کہ ہمارا ہے۔</w:t>
      </w:r>
    </w:p>
    <w:p>
      <w:r>
        <w:rPr>
          <w:b/>
        </w:rPr>
        <w:t xml:space="preserve">[17:24] </w:t>
      </w:r>
      <w:r>
        <w:t>Woh to pre communication age ka jo center hua karta tha woh kisi building mein kahin goshe mein hua karta tha.</w:t>
      </w:r>
    </w:p>
    <w:p>
      <w:pPr>
        <w:jc w:val="right"/>
      </w:pPr>
      <w:r>
        <w:t>وہ تو pre communication age کا جو center ہوا کرتا تھا وہ کسی بلڈنگ میں کہیں گوشے میں ہوا کرتا تھا۔</w:t>
      </w:r>
    </w:p>
    <w:p>
      <w:r>
        <w:rPr>
          <w:b/>
        </w:rPr>
        <w:t xml:space="preserve">[17:31] </w:t>
      </w:r>
      <w:r>
        <w:t>To main is mein poori tarah confident hoon. Poora, poora mujhe yaqeen hai ke Allah taala ne hamare center ko aalami phaila diya hai. International phaila diya hai.</w:t>
      </w:r>
    </w:p>
    <w:p>
      <w:pPr>
        <w:jc w:val="right"/>
      </w:pPr>
      <w:r>
        <w:t>تو میں اس میں پوری طرح confident ہوں۔ پورا، پورا مجھے یقین ہے کہ اللہ تعالیٰ نے ہمارے center کو عالمی پھیلا دیا ہے۔ International پھیلا دیا ہے۔</w:t>
      </w:r>
    </w:p>
    <w:p>
      <w:r>
        <w:rPr>
          <w:b/>
        </w:rPr>
        <w:t xml:space="preserve">[17:41] </w:t>
      </w:r>
      <w:r>
        <w:t>International level par yeh kaam kar raha hai. Khuda ke fazl se hamara literature, hamara magazine, hamari baatein aap kahin Mexico mein hon, aap SO mein hon, aap Russia mein hon, kahin bhi hon.</w:t>
      </w:r>
    </w:p>
    <w:p>
      <w:pPr>
        <w:jc w:val="right"/>
      </w:pPr>
      <w:r>
        <w:t>International level پر یہ کام کر رہا ہے۔ خدا کے فضل سے ہمارا literature، ہمارا میگزین، ہماری باتیں آپ کہیں میکسیکو میں ہوں، آپ ایس او میں ہوں، آپ رشیا میں ہوں، کہیں بھی ہوں۔</w:t>
      </w:r>
    </w:p>
    <w:p>
      <w:r>
        <w:rPr>
          <w:b/>
        </w:rPr>
        <w:t xml:space="preserve">[17:55] </w:t>
      </w:r>
      <w:r>
        <w:t>Aap computer ke through is ko dekhte hain aur parhte hain aur sunte hain.</w:t>
      </w:r>
    </w:p>
    <w:p>
      <w:pPr>
        <w:jc w:val="right"/>
      </w:pPr>
      <w:r>
        <w:t>آپ کمپیوٹر کے through اس کو دیکھتے ہیں اور پڑھتے ہیں اور سنتے ہیں۔</w:t>
      </w:r>
    </w:p>
    <w:p>
      <w:r>
        <w:rPr>
          <w:b/>
        </w:rPr>
        <w:t xml:space="preserve">[17:59] </w:t>
      </w:r>
      <w:r>
        <w:t>Yahi to hai center ka matlab. To khair woh maan gaye.</w:t>
      </w:r>
    </w:p>
    <w:p>
      <w:pPr>
        <w:jc w:val="right"/>
      </w:pPr>
      <w:r>
        <w:t>یہی تو ہے center کا مطلب۔ تو خیر وہ مان گئے۔</w:t>
      </w:r>
    </w:p>
    <w:p>
      <w:r>
        <w:rPr>
          <w:b/>
        </w:rPr>
        <w:t xml:space="preserve">[18:06] </w:t>
      </w:r>
      <w:r>
        <w:t>To main samajhta hoon ke is baat ko jaanna chahiye ke mazhabi aqeedah, mazhabi ibaadat wahi mazhab ka part nahi hai.</w:t>
      </w:r>
    </w:p>
    <w:p>
      <w:pPr>
        <w:jc w:val="right"/>
      </w:pPr>
      <w:r>
        <w:t>تو میں سمجھتا ہوں کہ اس بات کو جاننا چاہیے کہ مذہبی عقیدہ، مذہبی عبادت وہی مذہب کا part نہیں ہے۔</w:t>
      </w:r>
    </w:p>
    <w:p>
      <w:r>
        <w:rPr>
          <w:b/>
        </w:rPr>
        <w:t xml:space="preserve">[18:22] </w:t>
      </w:r>
      <w:r>
        <w:t>yeh</w:t>
      </w:r>
    </w:p>
    <w:p>
      <w:pPr>
        <w:jc w:val="right"/>
      </w:pPr>
      <w:r>
        <w:t>یہ</w:t>
      </w:r>
    </w:p>
    <w:p>
      <w:r>
        <w:rPr>
          <w:b/>
        </w:rPr>
        <w:t xml:space="preserve">[18:23] </w:t>
      </w:r>
      <w:r>
        <w:t>bhi mazhab ka part hai ke aap in yakoon baseera be zamana. Aap zamane ko jaanen. Situation aap ki jo contemporary situation hai us ko jaanen.</w:t>
      </w:r>
    </w:p>
    <w:p>
      <w:pPr>
        <w:jc w:val="right"/>
      </w:pPr>
      <w:r>
        <w:t>بھی مذہب کا part ہے کہ آپ ان یکون بصیرا بے زمانہ۔ آپ زمانے کو جانیں۔ Situation آپ کی جو contemporary situation ہے اس کو جانیں۔</w:t>
      </w:r>
    </w:p>
    <w:p>
      <w:r>
        <w:rPr>
          <w:b/>
        </w:rPr>
        <w:t xml:space="preserve">[18:33] </w:t>
      </w:r>
      <w:r>
        <w:t>Aur situation ko manage karna jaanen. Main Arab dunya mein ek hain, un ka naam hai Dr. Ahmed Amin.</w:t>
      </w:r>
    </w:p>
    <w:p>
      <w:pPr>
        <w:jc w:val="right"/>
      </w:pPr>
      <w:r>
        <w:t>اور situation کو manage کرنا جانیں۔ میں عرب دنیا میں ایک ہیں، ان کا نام ہے ڈاکٹر احمد امین۔</w:t>
      </w:r>
    </w:p>
    <w:p>
      <w:r>
        <w:rPr>
          <w:b/>
        </w:rPr>
        <w:t xml:space="preserve">[18:44] </w:t>
      </w:r>
      <w:r>
        <w:t>Woh bohat hi, ab un ka inteqaal ho chuka hai nineteen fifty four mein.</w:t>
      </w:r>
    </w:p>
    <w:p>
      <w:pPr>
        <w:jc w:val="right"/>
      </w:pPr>
      <w:r>
        <w:t>وہ بہت ہی، اب ان کا انتقال ہو چکا ہے nineteen fifty four میں۔</w:t>
      </w:r>
    </w:p>
    <w:p>
      <w:r>
        <w:rPr>
          <w:b/>
        </w:rPr>
        <w:t xml:space="preserve">[18:51] </w:t>
      </w:r>
      <w:r>
        <w:t>Woh bohat bare scholar maane jaate thay. To pehle woh sirf Arabi zabaan jaante thay.</w:t>
      </w:r>
    </w:p>
    <w:p>
      <w:pPr>
        <w:jc w:val="right"/>
      </w:pPr>
      <w:r>
        <w:t>وہ بہت بڑے scholar مانے جاتے تھے۔ تو پہلے وہ صرف عربی زبان جانتے تھے۔</w:t>
      </w:r>
    </w:p>
    <w:p>
      <w:r>
        <w:rPr>
          <w:b/>
        </w:rPr>
        <w:t xml:space="preserve">[19:00] </w:t>
      </w:r>
      <w:r>
        <w:t>Us ke baad unhon ne English parhi. Bohat mehnat kar ke. To apni kitaab mein likha unhon ne ke jab main English parh liya main ne to aisa laga mujh ko ke main pehle ek aankh wala tha, ab do aankh wala ho gaya.</w:t>
      </w:r>
    </w:p>
    <w:p>
      <w:pPr>
        <w:jc w:val="right"/>
      </w:pPr>
      <w:r>
        <w:t>اس کے بعد انہوں نے انگلش پڑھی۔ بہت محنت کر کے۔ تو اپنی کتاب میں لکھا انہوں نے کہ جب میں انگلش پڑھ لیا میں نے تو ایسا لگا مجھ کو کہ میں پہلے ایک آنکھ والا تھا، اب دو آنکھ والا ہو گیا۔</w:t>
      </w:r>
    </w:p>
    <w:p>
      <w:r>
        <w:rPr>
          <w:b/>
        </w:rPr>
        <w:t xml:space="preserve">[19:13] </w:t>
      </w:r>
      <w:r>
        <w:t>Is mein lesson yeh hai ke do aankh wala ban kar bhi unhon ne kya kiya?</w:t>
      </w:r>
    </w:p>
    <w:p>
      <w:pPr>
        <w:jc w:val="right"/>
      </w:pPr>
      <w:r>
        <w:t>اس میں lesson یہ ہے کہ دو آنکھ والا بن کر بھی انہوں نے کیا کیا؟</w:t>
      </w:r>
    </w:p>
    <w:p>
      <w:r>
        <w:rPr>
          <w:b/>
        </w:rPr>
        <w:t xml:space="preserve">[19:18] </w:t>
      </w:r>
      <w:r>
        <w:t>Angrezi zabaan ke sirf literature ko parha unhon ne. Dekhein, Angrezi zabaan jaan kar ke aap sirf agar literature ko parhein, yaani novel ko parhein aur shaaeron ko parhein to aap ne phir bhi kuch nahi jaana.</w:t>
      </w:r>
    </w:p>
    <w:p>
      <w:pPr>
        <w:jc w:val="right"/>
      </w:pPr>
      <w:r>
        <w:t>انگریزی زبان کے صرف literature کو پڑھا انہوں نے۔ دیکھیں، انگریزی زبان جان کر کے آپ صرف اگر literature کو پڑھیں، یعنی ناول کو پڑھیں اور شاعروں کو پڑھیں تو آپ نے پھر بھی کچھ نہیں جانا۔</w:t>
      </w:r>
    </w:p>
    <w:p>
      <w:r>
        <w:rPr>
          <w:b/>
        </w:rPr>
        <w:t xml:space="preserve">[19:32] </w:t>
      </w:r>
      <w:r>
        <w:t>Aap ko English parh kar ke modern science ko parhna chahiye. Modern thought ko parhna chahiye. Modern thinking kya, us ko jaanna chahiye.</w:t>
      </w:r>
    </w:p>
    <w:p>
      <w:pPr>
        <w:jc w:val="right"/>
      </w:pPr>
      <w:r>
        <w:t>آپ کو انگلش پڑھ کر کے modern سائنس کو پڑھنا چاہیے۔ Modern thought کو پڑھنا چاہیے۔ Modern thinking کیا، اس کو جاننا چاہیے۔</w:t>
      </w:r>
    </w:p>
    <w:p>
      <w:r>
        <w:rPr>
          <w:b/>
        </w:rPr>
        <w:t xml:space="preserve">[19:40] </w:t>
      </w:r>
      <w:r>
        <w:t>Modern mind kya, us ko jaanna chahiye.</w:t>
      </w:r>
    </w:p>
    <w:p>
      <w:pPr>
        <w:jc w:val="right"/>
      </w:pPr>
      <w:r>
        <w:t>Modern mind کیا، اس کو جاننا چاہیے۔</w:t>
      </w:r>
    </w:p>
    <w:p>
      <w:r>
        <w:rPr>
          <w:b/>
        </w:rPr>
        <w:t xml:space="preserve">[19:43] </w:t>
      </w:r>
      <w:r>
        <w:t>To woh agarche do aankh walay banay lekin pehle bhi woh literary aadmi thay, baad ko bhi literary aadmi rahay woh. Yaani Arab, Arabic language mein bhi woh literary aadmi thay woh.</w:t>
      </w:r>
    </w:p>
    <w:p>
      <w:pPr>
        <w:jc w:val="right"/>
      </w:pPr>
      <w:r>
        <w:t>تو وہ اگرچہ دو آنکھ والے بنے لیکن پہلے بھی وہ literary آدمی تھے، بعد کو بھی literary آدمی رہے وہ۔ یعنی عرب، عربic language میں بھی وہ literary آدمی تھے وہ۔</w:t>
      </w:r>
    </w:p>
    <w:p>
      <w:r>
        <w:rPr>
          <w:b/>
        </w:rPr>
        <w:t xml:space="preserve">[19:54] </w:t>
      </w:r>
      <w:r>
        <w:t>Aur Angrezi parh kar bhi woh literary aadmi ban kar reh gaye. To main jo kehta hoon ke naye zamane ko jaanie to is, is liye samjhein nahi ke aap naye zamane ke navel parhiye.</w:t>
      </w:r>
    </w:p>
    <w:p>
      <w:pPr>
        <w:jc w:val="right"/>
      </w:pPr>
      <w:r>
        <w:t>اور انگریزی پڑھ کر بھی وہ literary آدمی بن کر رہ گئے۔ تو میں جو کہتا ہوں کہ نئے زمانے کو جانیے تو اس، اس لیے سمجھیں نہیں کہ آپ نئے زمانے کے ناولیں پڑھیے۔</w:t>
      </w:r>
    </w:p>
    <w:p>
      <w:r>
        <w:rPr>
          <w:b/>
        </w:rPr>
        <w:t xml:space="preserve">[20:05] </w:t>
      </w:r>
      <w:r>
        <w:t>Naye zamane ke shaaeron ko parhiye. Yeh mera matlab nahi hua karta.</w:t>
      </w:r>
    </w:p>
    <w:p>
      <w:pPr>
        <w:jc w:val="right"/>
      </w:pPr>
      <w:r>
        <w:t>نئے زمانے کے شاعروں کو پڑھیے۔ یہ میرا مطلب نہیں ہوا کرتا۔</w:t>
      </w:r>
    </w:p>
    <w:p>
      <w:r>
        <w:rPr>
          <w:b/>
        </w:rPr>
        <w:t xml:space="preserve">[20:10] </w:t>
      </w:r>
      <w:r>
        <w:t>Aap modern thought ko jaanie. Modern thought ko jaanie. Jaise misaal ke taur par dekhiye, yeh Delhi se ek Muslim idarah hai, is se ek kitaab chhapi hai globalization par.</w:t>
      </w:r>
    </w:p>
    <w:p>
      <w:pPr>
        <w:jc w:val="right"/>
      </w:pPr>
      <w:r>
        <w:t>آپ modern thought کو جانیے۔ Modern thought کو جانیے۔ جیسے مثال کے طور پر دیکھیے، یہ دلی سے ایک مسلم ادارہ ہے، اس سے ایک کتاب چھپی ہے گلوبلائزیشن پر۔</w:t>
      </w:r>
    </w:p>
    <w:p>
      <w:r>
        <w:rPr>
          <w:b/>
        </w:rPr>
        <w:t xml:space="preserve">[20:27] </w:t>
      </w:r>
      <w:r>
        <w:t>Bohat hi bura bura, gaali galoch is mein hai. Bohat hi bura, bohat hi bura. Ke woh Islam ke khilaaf ek saazish hai. Globalization jis ko kaha jaata hai, woh Islam ke khilaaf ek saaz</w:t>
      </w:r>
    </w:p>
    <w:p>
      <w:pPr>
        <w:jc w:val="right"/>
      </w:pPr>
      <w:r>
        <w:t>بہت ہی برا برا، گالی گلوچ اس میں ہے۔ بہت ہی برا، بہت ہی برا۔ کہ وہ اسلام کے خلاف ایک سازش ہے۔ گلوبلائزیشن جس کو کہا جاتا ہے، وہ اسلام کے خلاف ایک ساز</w:t>
      </w:r>
    </w:p>
    <w:p>
      <w:r>
        <w:rPr>
          <w:b/>
        </w:rPr>
        <w:t xml:space="preserve">[20:39] </w:t>
      </w:r>
      <w:r>
        <w:t>hai. Yeh kyun hai? Woh angrezi jante hain, woh sahib jinhon ne woh kitab likhi hai. Lekin angrezi parh kar unhon ne sirf literature ko parha. Is se aage nahi parha unhon ne.</w:t>
      </w:r>
    </w:p>
    <w:p>
      <w:pPr>
        <w:jc w:val="right"/>
      </w:pPr>
      <w:r>
        <w:t>ش ہے۔ یہ کیوں ہے؟ وہ انگریزی جانتے ہیں، وہ صاحب جنہوں نے وہ کتاب لکھی ہے۔ لیکن انگریزی پڑھ کر انہوں نے صرف literature کو پڑھا۔ اس سے آگے نہیں پڑھا انہوں نے۔</w:t>
      </w:r>
    </w:p>
    <w:p>
      <w:r>
        <w:rPr>
          <w:b/>
        </w:rPr>
        <w:t xml:space="preserve">[20:50] </w:t>
      </w:r>
      <w:r>
        <w:t>Angrezi jan kar ke bhi unhon ne, yaani unhon ne aaj ki dunya ko nahi jana. Woh kaise?</w:t>
      </w:r>
    </w:p>
    <w:p>
      <w:pPr>
        <w:jc w:val="right"/>
      </w:pPr>
      <w:r>
        <w:t>انگریزی جان کر کے بھی انہوں نے، یعنی انہوں نے آج کی دنیا کو نہیں جانا۔ وہ کیسے؟</w:t>
      </w:r>
    </w:p>
    <w:p>
      <w:r>
        <w:rPr>
          <w:b/>
        </w:rPr>
        <w:t xml:space="preserve">[21:01] </w:t>
      </w:r>
      <w:r>
        <w:t>Woh is tarah se ke aaj ka jo globalization hai, woh is se alag hai jo pehle ka hua karta tha.</w:t>
      </w:r>
    </w:p>
    <w:p>
      <w:pPr>
        <w:jc w:val="right"/>
      </w:pPr>
      <w:r>
        <w:t>وہ اس طرح سے کہ آج کا جو گلوبلائزیشن ہے، وہ اس سے الگ ہے جو پہلے کا ہوا کرتا تھا۔</w:t>
      </w:r>
    </w:p>
    <w:p>
      <w:r>
        <w:rPr>
          <w:b/>
        </w:rPr>
        <w:t xml:space="preserve">[21:09] </w:t>
      </w:r>
      <w:r>
        <w:t>Pehle zamane mein badshah banate the kya? Fort banate the. Aur apna tomb banate the. Aur apne, apne palace banate the.</w:t>
      </w:r>
    </w:p>
    <w:p>
      <w:pPr>
        <w:jc w:val="right"/>
      </w:pPr>
      <w:r>
        <w:t>پہلے زمانے میں بادشاہ بناتے تھے کیا؟ Fort بناتے تھے۔ اور اپنا ٹوم بناتے تھے۔ اور اپنے، اپنے پیلس بناتے تھے۔</w:t>
      </w:r>
    </w:p>
    <w:p>
      <w:r>
        <w:rPr>
          <w:b/>
        </w:rPr>
        <w:t xml:space="preserve">[21:22] </w:t>
      </w:r>
      <w:r>
        <w:t>Yeh tha yak tarfa. Yaani un ko khud faida hota tha lekin muashre ke liye is mein koi faida nahi tha. Aaj ka jo jis ko aap so called exploiter jo hai, woh kya karta hai?</w:t>
      </w:r>
    </w:p>
    <w:p>
      <w:pPr>
        <w:jc w:val="right"/>
      </w:pPr>
      <w:r>
        <w:t>یہ تھا یکطرفہ۔ یعنی ان کو خود فائدہ ہوتا تھا لیکن معاشرے کے لیے اس میں کوئی فائدہ نہیں تھا۔ آج کا جو جس کو آپ so called exploiter جو ہے، وہ کیا کرتا ہے؟</w:t>
      </w:r>
    </w:p>
    <w:p>
      <w:r>
        <w:rPr>
          <w:b/>
        </w:rPr>
        <w:t xml:space="preserve">[21:34] </w:t>
      </w:r>
      <w:r>
        <w:t>Woh factory lagata hai. Factory.</w:t>
      </w:r>
    </w:p>
    <w:p>
      <w:pPr>
        <w:jc w:val="right"/>
      </w:pPr>
      <w:r>
        <w:t>وہ factory لگاتا ہے۔ Factory۔</w:t>
      </w:r>
    </w:p>
    <w:p>
      <w:r>
        <w:rPr>
          <w:b/>
        </w:rPr>
        <w:t xml:space="preserve">[21:38] </w:t>
      </w:r>
      <w:r>
        <w:t>Aaj ka jo exploiter hai, woh, woh qila aur rate fort nahi banata woh. Woh palace nahi banata woh. Woh factory lagata hai.</w:t>
      </w:r>
    </w:p>
    <w:p>
      <w:pPr>
        <w:jc w:val="right"/>
      </w:pPr>
      <w:r>
        <w:t>آج کا جو exploiter ہے، وہ، وہ قلعہ اور rate fort نہیں بناتا وہ۔ وہ پیلس نہیں بناتا وہ۔ وہ factory لگاتا ہے۔</w:t>
      </w:r>
    </w:p>
    <w:p>
      <w:r>
        <w:rPr>
          <w:b/>
        </w:rPr>
        <w:t xml:space="preserve">[21:48] </w:t>
      </w:r>
      <w:r>
        <w:t>Jaise India mein aap dekhiye, multi nations aaye, unhon ne India mein mobile banana shuru kiya. Mobile bechna shuru kiya. Aur sari dunya mein.</w:t>
      </w:r>
    </w:p>
    <w:p>
      <w:pPr>
        <w:jc w:val="right"/>
      </w:pPr>
      <w:r>
        <w:t>جیسے انڈیا میں آپ دیکھیے، multi nations آئے، انہوں نے انڈیا میں موبائل بنانا شروع کیا۔ موبائل بیچنا شروع کیا۔ اور ساری دنیا میں۔</w:t>
      </w:r>
    </w:p>
    <w:p>
      <w:r>
        <w:rPr>
          <w:b/>
        </w:rPr>
        <w:t xml:space="preserve">[21:59] </w:t>
      </w:r>
      <w:r>
        <w:t>Toh unhon ne mobile banaya is liye ke mobile bech kar ke woh paisa yahan se hasil karein. Lekin is ke baad kya hua?</w:t>
      </w:r>
    </w:p>
    <w:p>
      <w:pPr>
        <w:jc w:val="right"/>
      </w:pPr>
      <w:r>
        <w:t>تو انہوں نے موبائل بنایا اس لیے کہ موبائل بیچ کر کے وہ پیسہ یہاں سے حاصل کریں۔ لیکن اس کے بعد کیا ہوا؟</w:t>
      </w:r>
    </w:p>
    <w:p>
      <w:r>
        <w:rPr>
          <w:b/>
        </w:rPr>
        <w:t xml:space="preserve">[22:07] </w:t>
      </w:r>
      <w:r>
        <w:t>India mein achaanak bohat zyada economy barh gayi. Economic activities barh gayeen. Yeh chand saalon ke andar itna zyada karobar barh gaya yahan ke jis ko dekhiye mobile liya hua hai aur bare bare business kar raha hai.</w:t>
      </w:r>
    </w:p>
    <w:p>
      <w:pPr>
        <w:jc w:val="right"/>
      </w:pPr>
      <w:r>
        <w:t>انڈیا میں اچانک بہت زیادہ economy بڑھ گئی۔ Economic activities بڑھ گئیں۔ یہ چند سالوں کے اندر اتنا زیادہ کاروبار بڑھ گیا یہاں کہ جس کو دیکھیے موبائل لیا ہوا ہے اور بڑے بڑے business کر رہا ہے۔</w:t>
      </w:r>
    </w:p>
    <w:p>
      <w:r>
        <w:rPr>
          <w:b/>
        </w:rPr>
        <w:t xml:space="preserve">[22:22] </w:t>
      </w:r>
      <w:r>
        <w:t>Abhi mere paas telephone aaya hai, woh Maharashtra ke ek gaon se. Ek, ek qasba hai. Toh hamare ek saathi hain,</w:t>
      </w:r>
    </w:p>
    <w:p>
      <w:pPr>
        <w:jc w:val="right"/>
      </w:pPr>
      <w:r>
        <w:t>ابھی میرے پاس ٹیلی فون آیا ہے، وہ مہاراش کے ایک گاؤں سے۔ ایک، ایک قصبہ ہے۔ تو ہمارے ایک ساتھی ہیں،</w:t>
      </w:r>
    </w:p>
    <w:p>
      <w:r>
        <w:rPr>
          <w:b/>
        </w:rPr>
        <w:t xml:space="preserve">[22:33] </w:t>
      </w:r>
      <w:r>
        <w:t>Unhon ne kaha ke sahib pehle toh yahan par kuch saathi mil jaya karte the, ab koi saathi nahi milta. Toh main ne kaha kyun? Yeh Nanded ke ek gaon ke the woh sahib jinka telephone mere paas aaya.</w:t>
      </w:r>
    </w:p>
    <w:p>
      <w:pPr>
        <w:jc w:val="right"/>
      </w:pPr>
      <w:r>
        <w:t>انہوں نے کہا کہ صاحب پہلے تو یہاں پر کچھ ساتھی مل جایا کرتے تھے، اب کوئی ساتھی نہیں ملتا۔ تو میں نے کہا کیوں؟ یہ ناندیڑ کے ایک گاؤں کے تھے وہ صاحب جن کا ٹیلی فون میرے پاس آیا۔</w:t>
      </w:r>
    </w:p>
    <w:p>
      <w:r>
        <w:rPr>
          <w:b/>
        </w:rPr>
        <w:t xml:space="preserve">[22:48] </w:t>
      </w:r>
      <w:r>
        <w:t>Ke pehle aadmi ka wada tha hazar toh aap kama das hazar rupay kamaya hai, kama raha hai. Pehle kama raha tha das hazar, ab pachas hazar rupay kama raha hai. Toh main ne poocha kaise hain?</w:t>
      </w:r>
    </w:p>
    <w:p>
      <w:pPr>
        <w:jc w:val="right"/>
      </w:pPr>
      <w:r>
        <w:t>کہ پہلے آدمی کا وعدہ تھا ہزار تو آپ کما دس ہزار روپے کمایا ہے، کما رہا ہے۔ پہلے کما رہا تھا دس ہزار، اب پچاس ہزار روپے کما رہا ہے۔ تو میں نے پوچھا کیسے ہیں؟</w:t>
      </w:r>
    </w:p>
    <w:p>
      <w:r>
        <w:rPr>
          <w:b/>
        </w:rPr>
        <w:t xml:space="preserve">[22:57] </w:t>
      </w:r>
      <w:r>
        <w:t>Unhon ne kaha ke mobile, mobile ke aanay ki</w:t>
      </w:r>
    </w:p>
    <w:p>
      <w:pPr>
        <w:jc w:val="right"/>
      </w:pPr>
      <w:r>
        <w:t>انہوں نے کہا کہ موبائل، موبائل کے آنے کی</w:t>
      </w:r>
    </w:p>
    <w:p>
      <w:r>
        <w:rPr>
          <w:b/>
        </w:rPr>
        <w:t xml:space="preserve">[22:59] </w:t>
      </w:r>
      <w:r>
        <w:t>Wajah se. Zyada tar communication hota hai. Zyada tar expansion ho raha hai. Toh unhon ne agar yahan par mobile ki industry lagayi apne faide ke liye toh unhon ne aap ko bhi kitna zyada faida pohanchaya ke India mein ek naya zamana aa gaya.</w:t>
      </w:r>
    </w:p>
    <w:p>
      <w:pPr>
        <w:jc w:val="right"/>
      </w:pPr>
      <w:r>
        <w:t>وجہ سے۔ زیادہ تر communication ہوتا ہے۔ زیادہ تر expansion ہو رہا ہے۔ تو انہوں نے اگر یہاں پر موبائل کی industry لگائی اپنے فائدے کے لیے تو انہوں نے آپ کو بھی کتنا زیادہ فائدہ پہنچایا کہ انڈیا میں ایک نیا زمانہ آ گیا۔</w:t>
      </w:r>
    </w:p>
    <w:p>
      <w:r>
        <w:rPr>
          <w:b/>
        </w:rPr>
        <w:t xml:space="preserve">[23:20] </w:t>
      </w:r>
      <w:r>
        <w:t>Yaani economic explosion ho gaya India mein. Toh globalization jo hai woh samajhte hain globalization maani exploitation.</w:t>
      </w:r>
    </w:p>
    <w:p>
      <w:pPr>
        <w:jc w:val="right"/>
      </w:pPr>
      <w:r>
        <w:t>یعنی economic explosion ہو گیا انڈیا میں۔ تو گلوبلائزیشن جو ہے وہ سمجھتے ہیں گلوبلائزیشن معنی exploitation۔</w:t>
      </w:r>
    </w:p>
    <w:p>
      <w:r>
        <w:rPr>
          <w:b/>
        </w:rPr>
        <w:t xml:space="preserve">[23:28] </w:t>
      </w:r>
      <w:r>
        <w:t>Yeh bekhabri ka nateeja hai. Kyun ke woh yeh log agarche angrezi jante hain lekin parhte kya hain? Novel. Aur isi qism ki literary cheezein.</w:t>
      </w:r>
    </w:p>
    <w:p>
      <w:pPr>
        <w:jc w:val="right"/>
      </w:pPr>
      <w:r>
        <w:t>یہ بے خبری کا نتیجہ ہے۔ کیونکہ وہ یہ لوگ اگرچہ انگریزی جانتے ہیں لیکن پڑھتے کیا ہیں؟ ناول۔ اور اسی قسم کی literary چیزیں۔</w:t>
      </w:r>
    </w:p>
    <w:p>
      <w:r>
        <w:rPr>
          <w:b/>
        </w:rPr>
        <w:t xml:space="preserve">[23:39] </w:t>
      </w:r>
      <w:r>
        <w:t>Asal cheez jis se ke aap janein modern world ko woh nahi parhte yeh log. Yeh log bilkul bekhabar rehte hain. Main Khuda ke fazal se novel waghera nahi parhta. Main in kitabon ko parhta hoon jis se ke aaj ke thought ko hum janein.</w:t>
      </w:r>
    </w:p>
    <w:p>
      <w:pPr>
        <w:jc w:val="right"/>
      </w:pPr>
      <w:r>
        <w:t>اصل چیز جس سے کہ آپ جانیں modern world کو وہ نہیں پڑھتے یہ لوگ۔ یہ لوگ بالکل بے خبر رہتے ہیں۔ میں خدا کے فضل سے ناول وغیرہ نہیں پڑھتا۔ میں ان کتابوں کو پڑھتا ہوں جس سے کہ آج کے thought کو ہم جانیں۔</w:t>
      </w:r>
    </w:p>
    <w:p>
      <w:r>
        <w:rPr>
          <w:b/>
        </w:rPr>
        <w:t xml:space="preserve">[23:52] </w:t>
      </w:r>
      <w:r>
        <w:t>Aaj ke mind ko janein.</w:t>
      </w:r>
    </w:p>
    <w:p>
      <w:pPr>
        <w:jc w:val="right"/>
      </w:pPr>
      <w:r>
        <w:t>آج کے mind کو جانیں۔</w:t>
      </w:r>
    </w:p>
    <w:p>
      <w:r>
        <w:rPr>
          <w:b/>
        </w:rPr>
        <w:t xml:space="preserve">[23:57] </w:t>
      </w:r>
      <w:r>
        <w:t>Toh yeh, is zamane mein jaise ke dekhiye India mein jab Britishs aaye toh railway line bichhayi unhon ne. Toh hamare kuch leaderon ne kaha ke yeh railway line jo hai woh yeh, yeh iron chain hai yeh.</w:t>
      </w:r>
    </w:p>
    <w:p>
      <w:pPr>
        <w:jc w:val="right"/>
      </w:pPr>
      <w:r>
        <w:t>تو یہ، اس زمانے میں جیسے کہ دیکھیے انڈیا میں جب برٹشز آئے تو ریلوے لائن بچھائی انہوں نے۔ تو ہمارے کچھ لیڈروں نے کہا کہ یہ ریلوے لائن جو ہے وہ یہ، یہ iron chain ہے یہ۔</w:t>
      </w:r>
    </w:p>
    <w:p>
      <w:r>
        <w:rPr>
          <w:b/>
        </w:rPr>
        <w:t xml:space="preserve">[24:13] </w:t>
      </w:r>
      <w:r>
        <w:t>Lohe ki zanjeerein hain hamein hamari ghulami ko bandhne ke liye. Yeh kaun logon ne kaha? Woh log, unhon ne kaha jo Hindi aur Urdu parhte the un ko woh nahi jante the woh.</w:t>
      </w:r>
    </w:p>
    <w:p>
      <w:pPr>
        <w:jc w:val="right"/>
      </w:pPr>
      <w:r>
        <w:t>لوہے کی زنجیریں ہیں ہمیں ہماری غلامی کو باندھنے کے لیے۔ یہ کون لوگوں نے کہا؟ وہ لوگ، انہوں نے کہا جو ہندی اور اردو پڑھتے تھے ان کو وہ نہیں جانتے تھے وہ۔</w:t>
      </w:r>
    </w:p>
    <w:p>
      <w:r>
        <w:rPr>
          <w:b/>
        </w:rPr>
        <w:t xml:space="preserve">[24:24] </w:t>
      </w:r>
      <w:r>
        <w:t>Yeh nahi socha unhon ne ke unhon ne agar railway line bichhayi hai apne faide ke liye is se India ko bohat zyada faida pohancha.</w:t>
      </w:r>
    </w:p>
    <w:p>
      <w:pPr>
        <w:jc w:val="right"/>
      </w:pPr>
      <w:r>
        <w:t>یہ نہیں سوچا انہوں نے کہ انہوں نے اگر ریلوے لائن بچھائی ہے اپنے فائدے کے لیے اس سے انڈیا کو بہت زیادہ فائدہ پہنچا۔</w:t>
      </w:r>
    </w:p>
    <w:p>
      <w:r>
        <w:rPr>
          <w:b/>
        </w:rPr>
        <w:t xml:space="preserve">[24:33] </w:t>
      </w:r>
      <w:r>
        <w:t>India ki mobility barh gayi. India ka business barh gaya. India ka safar barh gaya. Railway line ne India mein ek inqilab barpa kar diya. Ek inqilab barpa kar diya.</w:t>
      </w:r>
    </w:p>
    <w:p>
      <w:pPr>
        <w:jc w:val="right"/>
      </w:pPr>
      <w:r>
        <w:t>انڈیا کی mobility بڑھ گئی۔ انڈیا کا business بڑھ گیا۔ انڈیا کا سفر بڑھ گیا۔ ریلوے لائن نے انڈیا میں ایک انقلاب برپا کر دیا۔ ایک انقلاب برپا کر دیا۔</w:t>
      </w:r>
    </w:p>
    <w:p>
      <w:r>
        <w:rPr>
          <w:b/>
        </w:rPr>
        <w:t xml:space="preserve">[24:44] </w:t>
      </w:r>
      <w:r>
        <w:t>Toh is zamane ka jo exploiter hai so called exploiter woh pehle woh agar leta hai toh kuch deta bhi hai aap ko. Yeh pehle zamane jaisa emperor nahi hota hai woh.</w:t>
      </w:r>
    </w:p>
    <w:p>
      <w:pPr>
        <w:jc w:val="right"/>
      </w:pPr>
      <w:r>
        <w:t>تو اس زمانے کا جو exploiter ہے so called exploiter وہ پہلے وہ اگر لیتا ہے تو کچھ دیتا بھی ہے آپ کو۔ یہ پہلے زمانے جیسا emperor نہیں ہوتا ہے وہ۔</w:t>
      </w:r>
    </w:p>
    <w:p>
      <w:r>
        <w:rPr>
          <w:b/>
        </w:rPr>
        <w:t xml:space="preserve">[24:56] </w:t>
      </w:r>
      <w:r>
        <w:t>Yeh hai baseer zamane ki baat. Ke aaj ke zamane mein jo halaat hain us ko aap jab tak janenge nahi toh aap us ko manage nahi kar sake. Is se deal nahi kar sakte.</w:t>
      </w:r>
    </w:p>
    <w:p>
      <w:pPr>
        <w:jc w:val="right"/>
      </w:pPr>
      <w:r>
        <w:t>یہ ہے بصیر زمانے کی بات۔ کہ آج کے زمانے میں جو حالات ہیں اس کو آپ جب تک جانیں گے نہیں تو آپ اس کو manage نہیں کر سکے۔ اس سے deal نہیں کر سکتے۔</w:t>
      </w:r>
    </w:p>
    <w:p>
      <w:r>
        <w:rPr>
          <w:b/>
        </w:rPr>
        <w:t xml:space="preserve">[25:05] </w:t>
      </w:r>
      <w:r>
        <w:t>apni planning nahi kar sakte aap is ke andar. to</w:t>
      </w:r>
    </w:p>
    <w:p>
      <w:pPr>
        <w:jc w:val="right"/>
      </w:pPr>
      <w:r>
        <w:t>اپنی planning نہیں کر سکتے آپ اس کے اندر۔ تو</w:t>
      </w:r>
    </w:p>
    <w:p>
      <w:r>
        <w:rPr>
          <w:b/>
        </w:rPr>
        <w:t xml:space="preserve">[25:13] </w:t>
      </w:r>
      <w:r>
        <w:t>modern language ya modern thought ko jannay ka aik bohat hi bara maqsad mere liye dekhiye hai ke aap interaction barhaen apna.</w:t>
      </w:r>
    </w:p>
    <w:p>
      <w:pPr>
        <w:jc w:val="right"/>
      </w:pPr>
      <w:r>
        <w:t>modern language یا modern thought کو جاننے کا ایک بہت ہی بڑا مقصد میرے لیے دیکھیے ہے کہ آپ interaction بڑھائیں اپنا۔</w:t>
      </w:r>
    </w:p>
    <w:p>
      <w:r>
        <w:rPr>
          <w:b/>
        </w:rPr>
        <w:t xml:space="preserve">[25:22] </w:t>
      </w:r>
      <w:r>
        <w:t>apna interaction barhaen.</w:t>
      </w:r>
    </w:p>
    <w:p>
      <w:pPr>
        <w:jc w:val="right"/>
      </w:pPr>
      <w:r>
        <w:t>اپنا interaction بڑھائیں۔</w:t>
      </w:r>
    </w:p>
    <w:p>
      <w:r>
        <w:rPr>
          <w:b/>
        </w:rPr>
        <w:t xml:space="preserve">[25:25] </w:t>
      </w:r>
      <w:r>
        <w:t>main interaction ko bohat ziyada importance deta hoon. bohat ziyada. aap kitabein parhein to kuch aap jaan, kuch aap ko information mile gi.</w:t>
      </w:r>
    </w:p>
    <w:p>
      <w:pPr>
        <w:jc w:val="right"/>
      </w:pPr>
      <w:r>
        <w:t>میں interaction کو بہت زیادہ importance دیتا ہوں۔ بہت زیادہ۔ آپ کتابیں پڑھیں تو کچھ آپ جان، کچھ آپ کو information ملے گی۔</w:t>
      </w:r>
    </w:p>
    <w:p>
      <w:r>
        <w:rPr>
          <w:b/>
        </w:rPr>
        <w:t xml:space="preserve">[25:36] </w:t>
      </w:r>
      <w:r>
        <w:t>lekin sari information aap ko kitabon se nahi mil sakti hai. interaction ka mani insanon se seekhna. kitab parhi aap ne to books se seekha aap ne, kitab se seekha.</w:t>
      </w:r>
    </w:p>
    <w:p>
      <w:pPr>
        <w:jc w:val="right"/>
      </w:pPr>
      <w:r>
        <w:t>لیکن ساری information آپ کو کتابوں سے نہیں مل سکتی ہے۔ Interaction کا معنی انسانوں سے سیکھنا۔ کتاب پڑھی آپ نے تو books سے سیکھا آپ نے، کتاب سے سیکھا۔</w:t>
      </w:r>
    </w:p>
    <w:p>
      <w:r>
        <w:rPr>
          <w:b/>
        </w:rPr>
        <w:t xml:space="preserve">[25:48] </w:t>
      </w:r>
      <w:r>
        <w:t>lekin jab interaction karte hain to insan se seekhte hain, zinda insan se. zinda insan se aap seekhte hain.</w:t>
      </w:r>
    </w:p>
    <w:p>
      <w:pPr>
        <w:jc w:val="right"/>
      </w:pPr>
      <w:r>
        <w:t>لیکن جب interaction کرتے ہیں تو انسان سے سیکھتے ہیں، زندہ انسان سے۔ زندہ انسان سے آپ سیکھتے ہیں۔</w:t>
      </w:r>
    </w:p>
    <w:p>
      <w:r>
        <w:rPr>
          <w:b/>
        </w:rPr>
        <w:t xml:space="preserve">[25:56] </w:t>
      </w:r>
      <w:r>
        <w:t>to main jo zor deta hoon is cheez par to is liye ke aaj ka jo insan hai us se interaction barhe aap ka. agar aap sirf apni madri zuban jante hain to apni masjid mein madrasay mein interaction karein ge aap.</w:t>
      </w:r>
    </w:p>
    <w:p>
      <w:pPr>
        <w:jc w:val="right"/>
      </w:pPr>
      <w:r>
        <w:t>تو میں جو زور دیتا ہوں اس چیز پر تو اس لیے کہ آج کا جو انسان ہے اس سے interaction بڑھے آپ کا۔ اگر آپ صرف اپنی مادری زبان جانتے ہیں تو اپنی مسجد میں مدرسے میں interaction کریں گے آپ۔</w:t>
      </w:r>
    </w:p>
    <w:p>
      <w:r>
        <w:rPr>
          <w:b/>
        </w:rPr>
        <w:t xml:space="preserve">[26:11] </w:t>
      </w:r>
      <w:r>
        <w:t>bahir ki dunya mein aap ka interaction nahi ho ga.</w:t>
      </w:r>
    </w:p>
    <w:p>
      <w:pPr>
        <w:jc w:val="right"/>
      </w:pPr>
      <w:r>
        <w:t>باہر کی دنیا میں آپ کا interaction نہیں ہوگا۔</w:t>
      </w:r>
    </w:p>
    <w:p>
      <w:r>
        <w:rPr>
          <w:b/>
        </w:rPr>
        <w:t xml:space="preserve">[26:14] </w:t>
      </w:r>
      <w:r>
        <w:t>lekin agar aap aaj ki zuban jannay to aap ka interaction bohat barh jaye ga. aur jab tak aap ka interaction aap ne barhaya hi nahi aap ne interaction ko us waqt tak aap ka intellectual development nahi ho sakta.</w:t>
      </w:r>
    </w:p>
    <w:p>
      <w:pPr>
        <w:jc w:val="right"/>
      </w:pPr>
      <w:r>
        <w:t>لیکن اگر آپ آج کی زبان جانیں تو آپ کا interaction بہت بڑھ جائے گا۔ اور جب تک آپ کا interaction آپ نے بڑھایا ہی نہیں آپ نے interaction کو اس وقت تک آپ کا intellectual development نہیں ہو سکتا۔</w:t>
      </w:r>
    </w:p>
    <w:p>
      <w:r>
        <w:rPr>
          <w:b/>
        </w:rPr>
        <w:t xml:space="preserve">[26:31] </w:t>
      </w:r>
      <w:r>
        <w:t>namumkin hai.</w:t>
      </w:r>
    </w:p>
    <w:p>
      <w:pPr>
        <w:jc w:val="right"/>
      </w:pPr>
      <w:r>
        <w:t>ناممکن ہے۔</w:t>
      </w:r>
    </w:p>
    <w:p>
      <w:r>
        <w:rPr>
          <w:b/>
        </w:rPr>
        <w:t xml:space="preserve">[26:36] </w:t>
      </w:r>
      <w:r>
        <w:t>to main isi liye hamesha is par zor deta hoon ke interaction barhaen. history barhaen, interaction barhaen aur discussion barhaen aur dialogue barhaen.</w:t>
      </w:r>
    </w:p>
    <w:p>
      <w:pPr>
        <w:jc w:val="right"/>
      </w:pPr>
      <w:r>
        <w:t>تو میں اسی لیے ہمیشہ اس پر زور دیتا ہوں کہ interaction بڑھائیے۔ History بڑھائیے، interaction بڑھائیے اور discussion بڑھائیے اور dialogue بڑھائیے۔</w:t>
      </w:r>
    </w:p>
    <w:p>
      <w:r>
        <w:rPr>
          <w:b/>
        </w:rPr>
        <w:t xml:space="preserve">[26:50] </w:t>
      </w:r>
      <w:r>
        <w:t>is par zor deta hoon. aur daawa jo hai daawa work apne aap hi mein dialogue hai.</w:t>
      </w:r>
    </w:p>
    <w:p>
      <w:pPr>
        <w:jc w:val="right"/>
      </w:pPr>
      <w:r>
        <w:t>اس پر زور دیتا ہوں۔ اور دعویٰ جو ہے دعویٰ work اپنے آپ ہی میں dialogue ہے۔</w:t>
      </w:r>
    </w:p>
    <w:p>
      <w:r>
        <w:rPr>
          <w:b/>
        </w:rPr>
        <w:t xml:space="preserve">[26:58] </w:t>
      </w:r>
      <w:r>
        <w:t>main aik misaal aap ko arz karoon is ki ke Abbasi, Abbasi period jo hai wo khatam kiya tha is ko Tatariyon ne.</w:t>
      </w:r>
    </w:p>
    <w:p>
      <w:pPr>
        <w:jc w:val="right"/>
      </w:pPr>
      <w:r>
        <w:t>میں ایک مثال آپ کو عرض کروں اس کی کہ عباسی، عباسی period جو ہے وہ ختم کیا تھا اس کو تاتاریوں نے۔</w:t>
      </w:r>
    </w:p>
    <w:p>
      <w:r>
        <w:rPr>
          <w:b/>
        </w:rPr>
        <w:t xml:space="preserve">[27:08] </w:t>
      </w:r>
      <w:r>
        <w:t>Tatariyon ne. to is ke baad bohat hi kam arsay mein yani koi forty years ke andar andar ye sare Tatari jo hain Islam mein dakhil ho gaye aur Islam ka ke chokidar ban gaye wo.</w:t>
      </w:r>
    </w:p>
    <w:p>
      <w:pPr>
        <w:jc w:val="right"/>
      </w:pPr>
      <w:r>
        <w:t>تاتاریوں نے۔ تو اس کے بعد بہت ہی کم عرصے میں یعنی کوئی forty years کے اندر اندر یہ سارے تاتاری جو ہیں اسلام میں داخل ہو گئے اور اسلام کا کے چوکیدار بن گئے وہ۔</w:t>
      </w:r>
    </w:p>
    <w:p>
      <w:r>
        <w:rPr>
          <w:b/>
        </w:rPr>
        <w:t xml:space="preserve">[27:24] </w:t>
      </w:r>
      <w:r>
        <w:t>to ye kaise hua?</w:t>
      </w:r>
    </w:p>
    <w:p>
      <w:pPr>
        <w:jc w:val="right"/>
      </w:pPr>
      <w:r>
        <w:t>تو یہ کیسے ہوا؟</w:t>
      </w:r>
    </w:p>
    <w:p>
      <w:r>
        <w:rPr>
          <w:b/>
        </w:rPr>
        <w:t xml:space="preserve">[27:26] </w:t>
      </w:r>
      <w:r>
        <w:t>Arabi kitabon mein is par aap ko kuch milta nahi. main ne bohat dhoonda ke ye itna kaise aisa hua ke wo jo khoonkhar log thay jinhon ne ke Samarkand se le kar ke Halab tak sab tarrj kar diya tha Islami saltanat ko wo kaise sab Islam mein dakhil ho gaye wo?</w:t>
      </w:r>
    </w:p>
    <w:p>
      <w:pPr>
        <w:jc w:val="right"/>
      </w:pPr>
      <w:r>
        <w:t>عربی کتابوں میں اس پر آپ کو کچھ ملتا نہیں۔ میں نے بہت ڈھونڈا کہ یہ اتنا کیسے ایسا ہوا کہ وہ جو خونخوار لوگ تھے جنہوں نے کہ سمرقند سے لے کر کے حلب تک سب تاراج کر دیا تھا اسلامی سلطنت کو وہ کیسے سب اسلام میں داخل ہو گئے وہ؟</w:t>
      </w:r>
    </w:p>
    <w:p>
      <w:r>
        <w:rPr>
          <w:b/>
        </w:rPr>
        <w:t xml:space="preserve">[27:45] </w:t>
      </w:r>
      <w:r>
        <w:t>kaise aisa hua?</w:t>
      </w:r>
    </w:p>
    <w:p>
      <w:pPr>
        <w:jc w:val="right"/>
      </w:pPr>
      <w:r>
        <w:t>کیسے ایسا ہوا؟</w:t>
      </w:r>
    </w:p>
    <w:p>
      <w:r>
        <w:rPr>
          <w:b/>
        </w:rPr>
        <w:t xml:space="preserve">[27:47] </w:t>
      </w:r>
      <w:r>
        <w:t>is ka raaz khola hai pehli bar jahan tak main janta hoon professor, professor T.W. Arnold ne</w:t>
      </w:r>
    </w:p>
    <w:p>
      <w:pPr>
        <w:jc w:val="right"/>
      </w:pPr>
      <w:r>
        <w:t>اس کا راز کھولا ہے پہلی بار جہاں تک میں جانتا ہوں پروفیسر، پروفیسر ٹی ڈبلیو ارنلڈ نے</w:t>
      </w:r>
    </w:p>
    <w:p>
      <w:r>
        <w:rPr>
          <w:b/>
        </w:rPr>
        <w:t xml:space="preserve">[27:59] </w:t>
      </w:r>
      <w:r>
        <w:t>jo British scholar thay un ki kitab hai "The Preaching of Islam" to wo kai language jantay thay Chinese language bhi jantay thay wo kai language to unhon ne doosri doosri language mein jo tha Tatariyon ke baray mein us ko parha unhon ne</w:t>
      </w:r>
    </w:p>
    <w:p>
      <w:pPr>
        <w:jc w:val="right"/>
      </w:pPr>
      <w:r>
        <w:t>جو برٹش scholar تھے ان کی کتاب ہے "The Preaching of Islam" تو وہ کئی language جانتے تھے چائنیز language بھی جانتے تھے وہ کئی language تو انہوں نے دوسری دوسری language میں جو تھا تاتاریوں کے بارے میں اس کو پڑھا انہوں نے</w:t>
      </w:r>
    </w:p>
    <w:p>
      <w:r>
        <w:rPr>
          <w:b/>
        </w:rPr>
        <w:t xml:space="preserve">[28:18] </w:t>
      </w:r>
      <w:r>
        <w:t>to unhon ne likha hai ke main ne pehli bar inhi kitab se jana hai is haqeeqat ko jo Arabi kitabon se nahi maloom ho saka tha ke hua ye ke unhon ne jab jab apni hukoomat qaim kar li apna rule qaim kar liya unhon ne to unhon ne Musalman auraton aur Musalman mardon ko apna rakh liya</w:t>
      </w:r>
    </w:p>
    <w:p>
      <w:pPr>
        <w:jc w:val="right"/>
      </w:pPr>
      <w:r>
        <w:t>تو انہوں نے لکھا ہے کہ میں نے پہلی بار انہی کتاب سے جانا ہے اس حقیقت کو جو عربی کتابوں سے نہیں معلوم ہو سکا تھا کہ ہوا یہ کہ انہوں نے جب جب اپنی حکومت قائم کر لی اپنا rule قائم کر لیا انہوں نے تو انہوں نے مسلمان عورتوں اور مسلمان مردوں کو اپنا رکھ لیا</w:t>
      </w:r>
    </w:p>
    <w:p>
      <w:r>
        <w:rPr>
          <w:b/>
        </w:rPr>
        <w:t xml:space="preserve">[28:40] </w:t>
      </w:r>
      <w:r>
        <w:t>is zamanay mein to aap yani yahi hota tha slavery aur to bator servant ke rakh liya unhon ne har Tatari ghar mein bohat se Muslim mard aur Muslim aurtein bator servant ke hua karti theen is zamanay mein yahi sab hota tha to kya hua interaction honay laga</w:t>
      </w:r>
    </w:p>
    <w:p>
      <w:pPr>
        <w:jc w:val="right"/>
      </w:pPr>
      <w:r>
        <w:t>اس زمانے میں تو آپ یعنی یہی ہوتا تھا slavery اور تو بطور servant کے رکھ لیا انہوں نے ہر تاتاری گھر میں بہت سے مسلم مرد اور مسلم عورتیں بطور servant کے ہوا کرتی تھیں اس زمانے میں یہی سب ہوتا تھا تو کیا ہوا interaction ہونے لگا</w:t>
      </w:r>
    </w:p>
    <w:p>
      <w:r>
        <w:rPr>
          <w:b/>
        </w:rPr>
        <w:t xml:space="preserve">[29:02] </w:t>
      </w:r>
      <w:r>
        <w:t>yani ye Musalman jo un ke ghar mein puhanch gaye thay agarche bator servant ke gaye thay wahan par lekin interaction to hoga interaction honay laga jaise suppose aik Musalman ko cheenk aa gayi us ne kaha ke Alhamdulillah ab wo Tatari poochta hai ke bhai ye kya cheez hai tum ne kya kaha Alhamdulillah kya hai us ko us ne explain kiya</w:t>
      </w:r>
    </w:p>
    <w:p>
      <w:pPr>
        <w:jc w:val="right"/>
      </w:pPr>
      <w:r>
        <w:t>یعنی یہ مسلمان جو ان کے گھر میں پہنچ گئے تھے اگرچہ بطور servant کے گئے تھے وہاں پر لیکن interaction تو ہوگا interaction ہونے لگا جیسے suppose ایک مسلمان کو چھینک آ گئی اس نے کہا کہ الحمدللہ اب وہ تاتاری پوچھتا ہے کہ بھئی یہ کیا چیز ہے تم نے کیا کہا الحمدللہ کیا ہے اس کو اس نے explain کیا</w:t>
      </w:r>
    </w:p>
    <w:p>
      <w:r>
        <w:rPr>
          <w:b/>
        </w:rPr>
        <w:t xml:space="preserve">[29:27] </w:t>
      </w:r>
      <w:r>
        <w:t>isi tarah se wo us ne wuzu kiya namaz parhne ke liye wo abhi ye wuzu kya cheez kya kar rahay ho tum us ne bataya ke ye bhi cheez hai to interaction se kya hota hai wo curiosity aati hai interaction se kya hota hai sawal o jawab hota hai to ye jo unhon ne un ko bator servant ke rakh liya tha apne haan is se interaction barha to un ki zuban bhi seekhnay lagay</w:t>
      </w:r>
    </w:p>
    <w:p>
      <w:pPr>
        <w:jc w:val="right"/>
      </w:pPr>
      <w:r>
        <w:t>اسی طرح سے وہ اس نے وضو کیا نماز پڑھنے کے لیے وہ ابھی یہ وضو کیا چیز کیا کر رہے ہو تم اس نے بتایا کہ یہ بھی چیز ہے تو interaction سے کیا ہوتا ہے وہ curiosity آتی ہے interaction سے کیا ہوتا ہے سوال و جواب ہوتا ہے تو یہ جو انہوں نے ان کو بطور servant کے رکھ لیا تھا اپنے ہاں اس سے interaction بڑھا تو ان کی زبان بھی سیکھنے لگے</w:t>
      </w:r>
    </w:p>
    <w:p>
      <w:r>
        <w:rPr>
          <w:b/>
        </w:rPr>
        <w:t xml:space="preserve">[29:57] </w:t>
      </w:r>
      <w:r>
        <w:t>wo un ki zuban seekhnay lagay wo un ki zuban seekhnay lagay aur dialogue honay laga dialogue honay laga us ko main is raaz ko main samjha main aik martaba main Birmingham mein aik sahib ke haan tha to wahan par kuch Angrez larkay aaye un ke haan un ke haan kisi kaam se to us se baat kartay huay unhon ne kaha ke tumhari clergy tum ko bohat bewakoof banati hai</w:t>
      </w:r>
    </w:p>
    <w:p>
      <w:pPr>
        <w:jc w:val="right"/>
      </w:pPr>
      <w:r>
        <w:t>وہ ان کی زبان سیکھنے لگے وہ ان کی زبان سیکھنے لگے اور dialogue ہونے لگا dialogue ہونے لگا اس کو میں اس راز کو میں سمجھا میں ایک مرتبہ میں برمنگم میں ایک صاحب کے ہاں تھا تو وہاں پر کچھ انگریز لڑکے آئے ان کے ہاں ان کے ہاں کسی کام سے تو اس سے بات کرتے ہوئے انہوں نے کہا کہ تمہاری کلرجی تم کو بہت بیوقوف بناتی ہے</w:t>
      </w:r>
    </w:p>
    <w:p>
      <w:r>
        <w:rPr>
          <w:b/>
        </w:rPr>
        <w:t xml:space="preserve">[30:24] </w:t>
      </w:r>
      <w:r>
        <w:t>un Angrez larkon se kaha unhon ne yani Christian larkay thay wo Christian to larkon ne poocha ke kaise kaha ke dekho wo kehtay hain ke Masih un ko sui par charhaya gaya saleeb crucify kiya gaya to tumharay gunah maaf ho gaye to unhon ne kaha ke yani sui par koi aur charhay aur maaf aur gunah kisi aur ka maaf ho ye kitna illogical baat hai to unhon ne kaha Mr. Khan you are right</w:t>
      </w:r>
    </w:p>
    <w:p>
      <w:pPr>
        <w:jc w:val="right"/>
      </w:pPr>
      <w:r>
        <w:t>ان انگریز لڑکوں سے کہا انہوں نے یعنی کرسچن لڑکے تھے وہ کرسچن تو لڑکوں نے پوچھا کہ کیسے کہا کہ دیکھو وہ کہتے ہیں کہ مسیح وہ ان کو سولی پر چڑھایا گیا صلیب crucify کیا گیا تو تمہارے گناہ معاف ہو گئے تو انہوں نے کہا کہ یعنی سولی پر کوئی اور چڑھے اور معاف اور گناہ کسی اور کا معاف ہو یہ کتنا illogical بات ہے تو انہوں نے کہا مسٹر خان you areright</w:t>
      </w:r>
    </w:p>
    <w:p>
      <w:r>
        <w:rPr>
          <w:b/>
        </w:rPr>
        <w:t xml:space="preserve">[30:54] </w:t>
      </w:r>
      <w:r>
        <w:t>yeh hai dialogue</w:t>
      </w:r>
    </w:p>
    <w:p>
      <w:pPr>
        <w:jc w:val="right"/>
      </w:pPr>
      <w:r>
        <w:t>یہ ہے dialogue</w:t>
      </w:r>
    </w:p>
    <w:p>
      <w:r>
        <w:rPr>
          <w:b/>
        </w:rPr>
        <w:t xml:space="preserve">[30:56] </w:t>
      </w:r>
      <w:r>
        <w:t>during interaction use maine samjha ki wahan par jo hua hoga ki jab unhone musalman auraton</w:t>
      </w:r>
    </w:p>
    <w:p>
      <w:pPr>
        <w:jc w:val="right"/>
      </w:pPr>
      <w:r>
        <w:t>during interaction اسے میں نے سمجھا کہ وہاں پر جو ہوا ہوگا کہ جب انہوں نے مسلمان عورتوں</w:t>
      </w:r>
    </w:p>
    <w:p>
      <w:r>
        <w:rPr>
          <w:b/>
        </w:rPr>
        <w:t xml:space="preserve">[31:03] </w:t>
      </w:r>
      <w:r>
        <w:t>aur musalman mardon ko apne haan servant bana ke rakh liya to bar bar aisa hota hoga ki</w:t>
      </w:r>
    </w:p>
    <w:p>
      <w:pPr>
        <w:jc w:val="right"/>
      </w:pPr>
      <w:r>
        <w:t>اور مسلمان مردوں کو اپنے ہاں servant بنا کے رکھ لیا تو بار بار ایسا ہوتا ہوگا کہ</w:t>
      </w:r>
    </w:p>
    <w:p>
      <w:r>
        <w:rPr>
          <w:b/>
        </w:rPr>
        <w:t xml:space="preserve">[31:09] </w:t>
      </w:r>
      <w:r>
        <w:t>ki point of discussion koi samne aata hoga koi sawal samne aata hoga aur uske through interaction</w:t>
      </w:r>
    </w:p>
    <w:p>
      <w:pPr>
        <w:jc w:val="right"/>
      </w:pPr>
      <w:r>
        <w:t>کہ point of discussion کوئی سامنے آتا ہوگا کوئی سوال سامنے آتا ہوگا اور اس کے through interaction</w:t>
      </w:r>
    </w:p>
    <w:p>
      <w:r>
        <w:rPr>
          <w:b/>
        </w:rPr>
        <w:t xml:space="preserve">[31:15] </w:t>
      </w:r>
      <w:r>
        <w:t>badhta raha hoga badhta hoga badhta hoga</w:t>
      </w:r>
    </w:p>
    <w:p>
      <w:pPr>
        <w:jc w:val="right"/>
      </w:pPr>
      <w:r>
        <w:t>بڑھتا رہا ہوگا بڑھتا ہوگا بڑھتا ہوگا</w:t>
      </w:r>
    </w:p>
    <w:p>
      <w:r>
        <w:rPr>
          <w:b/>
        </w:rPr>
        <w:t xml:space="preserve">[31:19] </w:t>
      </w:r>
      <w:r>
        <w:t>aur dheere dheere dheere dheere wo Islam mein dakhil ho gaye kyunki yeh Tatari jo the unka</w:t>
      </w:r>
    </w:p>
    <w:p>
      <w:pPr>
        <w:jc w:val="right"/>
      </w:pPr>
      <w:r>
        <w:t>اور دھیرے دھیرے دھیرے دھیرے وہ اسلام میں داخل ہو گئے کیونکہ یہ تاتاری جو تھے ان کا</w:t>
      </w:r>
    </w:p>
    <w:p>
      <w:r>
        <w:rPr>
          <w:b/>
        </w:rPr>
        <w:t xml:space="preserve">[31:24] </w:t>
      </w:r>
      <w:r>
        <w:t>koi mazhab nahi hota tha</w:t>
      </w:r>
    </w:p>
    <w:p>
      <w:pPr>
        <w:jc w:val="right"/>
      </w:pPr>
      <w:r>
        <w:t>کوئی مذہب نہیں ہوتا تھا</w:t>
      </w:r>
    </w:p>
    <w:p>
      <w:r>
        <w:rPr>
          <w:b/>
        </w:rPr>
        <w:t xml:space="preserve">[31:26] </w:t>
      </w:r>
      <w:r>
        <w:t>yeh to wahshi log thay paharon mein aur jangalon mein rehte thay to un ka apna koi abai mazhab nahi tha to kisi mazhabi aqidey par nahi thay woh to bohat aasani se woh samajhne lage is ko yahan tak ke un ki majority jo thi woh Islam mein dakhil ho gayi to yeh hai raaz interaction ka</w:t>
      </w:r>
    </w:p>
    <w:p>
      <w:pPr>
        <w:jc w:val="right"/>
      </w:pPr>
      <w:r>
        <w:t>یہ تو وحشی لوگ تھے پہاڑوں میں اور جنگلوں میں رہتے تھے تو ان کا اپنا کوئی آبائی مذہب نہیں تھا تو کسی مذہبی عقیدے پر نہیں تھے وہ تو بہت آسانی سے وہ سمجھنے لگے اس کو یہاں تک کہ ان کی majority جو تھی وہ اسلام میں داخل ہو گئی تو یہ ہے راز interaction کا</w:t>
      </w:r>
    </w:p>
    <w:p>
      <w:r>
        <w:rPr>
          <w:b/>
        </w:rPr>
        <w:t xml:space="preserve">[31:53] </w:t>
      </w:r>
      <w:r>
        <w:t>hazrat maseeh ke bare mein aata hai ke hazrat maseeh ne kaha apne shagerdon se ke tum log yerushalim se bahar chale jao doosre countries mein tablegh ke liye to unhon ne kaha ke hum kaise jayen hum to un ki zaban jante nahi un ki language to hum ko aati hi nahi kyunke jao chale jao Khuda tum ko bolna sikha dega to yeh log samajhte hain ke mysteriously aisa hua</w:t>
      </w:r>
    </w:p>
    <w:p>
      <w:pPr>
        <w:jc w:val="right"/>
      </w:pPr>
      <w:r>
        <w:t>حضرت مسیح کے بارے میں آتا ہے کہ حضرت مسیح نے کہا اپنے شاگردوں سے کہ تم لوگ یروشلم سے باہر چلے جاؤ دوسرے countries میں تبلیغ کے لیے تو انہوں نے کہا کہ ہم کیسے جائیں ہم تو ان کی زبان جانتے نہیں ان کی language تو ہم کو آتی ہی نہیں کیونکہ جاؤ چلے جاؤ خدا تم کو بولنا سکھا دے گا تو یہ لوگ سمجھتے ہیں کہ mysteriously ایسا ہوا</w:t>
      </w:r>
    </w:p>
    <w:p>
      <w:r>
        <w:rPr>
          <w:b/>
        </w:rPr>
        <w:t xml:space="preserve">[32:21] </w:t>
      </w:r>
      <w:r>
        <w:t>yani waqea isi tarah se likha hua hai lekin to log samajhte hain ke mysteriously aisa hua ke un ke jo disciple thay woh ya hazrat maseeh ke karamat se un ke karishme se wahan ki zaban bolne lage yeh matlab nahi hai is ka yeh matlab yeh hai ke jab wahan gaye yeh log interaction hua to dhire dhire dhire dhire un ki zaban seekh liya unhon ne aise hi hota hai</w:t>
      </w:r>
    </w:p>
    <w:p>
      <w:pPr>
        <w:jc w:val="right"/>
      </w:pPr>
      <w:r>
        <w:t>یعنی واقعہ اسی طرح سے لکھا ہوا ہے لیکن تو لوگ سمجھتے ہیں کہ mysteriously ایسا ہوا کہ ان کے جو disciple تھے وہ یا حضرت مسیح کے کرامت سے ان کے کرشمے سے وہاں کی زبان بولنے لگے یہ مطلب نہیں ہے اس کا یہ مطلب یہ ہے کہ جب وہاں گئے یہ لوگ interaction ہوا تو دھیرے دھیرے دھیرے دھیرے ان کی زبان سیکھ لیا انہوں نے ایسے ہی ہوتا ہے</w:t>
      </w:r>
    </w:p>
    <w:p>
      <w:r>
        <w:rPr>
          <w:b/>
        </w:rPr>
        <w:t xml:space="preserve">[32:49] </w:t>
      </w:r>
      <w:r>
        <w:t>aise hi rasool Allah ke zamane mein jo sahaba gaye thay bahar doosre countries mein to woh shuru mein un ki zaban nahi jante thay woh lekin dhire dhire unhon ne woh zaban seekh liya unhon ne to yeh koi mysterious waqea nahi tha balke interaction ke zariye aisa hua discussion ke zariye aisa hua dialogue ke zariye aisa hua</w:t>
      </w:r>
    </w:p>
    <w:p>
      <w:pPr>
        <w:jc w:val="right"/>
      </w:pPr>
      <w:r>
        <w:t>ایسے ہی رسول اللہ کے زمانے میں جو صحابہ گئے تھے باہر دوسرے countries میں تو وہ شروع میں ان کی زبان نہیں جانتے تھے وہ لیکن دھیرے دھیرے انہوں نے وہ زبان سیکھ لیا انہوں نے تو یہ کوئی mysterious واقعہ نہیں تھا بلکہ interaction کے ذریعے ایسا ہوا discussion کے ذریعے ایسا ہوا dialogue کے ذریعے ایسا ہوا</w:t>
      </w:r>
    </w:p>
    <w:p>
      <w:r>
        <w:rPr>
          <w:b/>
        </w:rPr>
        <w:t xml:space="preserve">[33:13] </w:t>
      </w:r>
      <w:r>
        <w:t>to mein samajhta hoon ke hamare mission mein is baat ko aap janiye ke hamara mission jo hai isi isi kamre tak confine nahi hai kai log yeh samajhte hain ke hamara mission jo hai is tarah se koi bohat bara mission nahi jaisa doosre logon ka mission hai mein kahunga is se bhi zyada bara mission nahi hai</w:t>
      </w:r>
    </w:p>
    <w:p>
      <w:pPr>
        <w:jc w:val="right"/>
      </w:pPr>
      <w:r>
        <w:t>تو میں سمجھتا ہوں کہ ہمارے مشن میں اس بات کو آپ جانیے کہ ہمارا مشن جو ہے اسی اسی کمرے تک confine نہیں ہے کئی لوگ یہ سمجھتے ہیں کہ ہمارا مشن جو ہے اس طرح سے کوئی بہت بڑا مشن نہیں جیسا دوسرے لوگوں کا مشن ہے میں کہوں گا اس سے بھی زیادہ بڑا مشن نہیں ہے</w:t>
      </w:r>
    </w:p>
    <w:p>
      <w:r>
        <w:rPr>
          <w:b/>
        </w:rPr>
        <w:t xml:space="preserve">[33:38] </w:t>
      </w:r>
      <w:r>
        <w:t>in terms of communication in terms of expansion</w:t>
      </w:r>
    </w:p>
    <w:p>
      <w:pPr>
        <w:jc w:val="right"/>
      </w:pPr>
      <w:r>
        <w:t>in terms of communication in terms of expansion</w:t>
      </w:r>
    </w:p>
    <w:p>
      <w:r>
        <w:rPr>
          <w:b/>
        </w:rPr>
        <w:t xml:space="preserve">[33:46] </w:t>
      </w:r>
      <w:r>
        <w:t>daily mujhe aise kabhi khat aata hai kabhi telephone aata hai kabhi kisi se mulaqat hoti hai wahan hotay hain kahan kahan yeh mission phaila hua hai ke aise aise ilaqon mein jahan ke hum jante bhi nahi bas Russia mein ek ek sahib ek sahib hain unhon ne kuch pamphlets bhije Russian language mein</w:t>
      </w:r>
    </w:p>
    <w:p>
      <w:pPr>
        <w:jc w:val="right"/>
      </w:pPr>
      <w:r>
        <w:t>daily مجھے ایسے کبھی خط آتا ہے کبھی ٹیلی فون آتا ہے کبھی کسی سے ملاقات ہوتی ہے وہاں ہوتے ہیں کہاں کہاں یہ مشن پھیلا ہوا ہے کہ ایسے ایسے علاقوں میں جہاں کہ ہم جانتے بھی نہیں بس رشیا میں ایک ایک صاحب ایک صاحب ہیں انہوں نے کچھ پیمفلیٹ بھیجے رشین language میں</w:t>
      </w:r>
    </w:p>
    <w:p>
      <w:r>
        <w:rPr>
          <w:b/>
        </w:rPr>
        <w:t xml:space="preserve">[34:06] </w:t>
      </w:r>
      <w:r>
        <w:t>woh Russia mein hain kisi kaam ke tehat to Russian language mein unhon ne chhapa hamare kuch cheezon ko ab wahan us ko distribute kiya unhon ne halanke hum jante bhi nahi thay ke Russia mein bhi koi pahuncha hua hai hamare koi aadmi</w:t>
      </w:r>
    </w:p>
    <w:p>
      <w:pPr>
        <w:jc w:val="right"/>
      </w:pPr>
      <w:r>
        <w:t>وہ رشیا میں ہیں کسی کام کے تحت تو رشین language میں انہوں نے چھاپا ہمارے کچھ چیزوں کو اب وہاں اس کو distribute کیا انہوں نے حالانکہ ہم جانتے بھی نہیں تھے کہ رشیا میں بھی کوئی پہنچا ہوا ہے ہمارے کوئی آدمی</w:t>
      </w:r>
    </w:p>
    <w:p>
      <w:r>
        <w:rPr>
          <w:b/>
        </w:rPr>
        <w:t xml:space="preserve">[34:22] </w:t>
      </w:r>
      <w:r>
        <w:t>to jagah jagah jagah jagah is tarah se hai to ek cheez to aap apne mind mein baitha lijiye</w:t>
      </w:r>
    </w:p>
    <w:p>
      <w:pPr>
        <w:jc w:val="right"/>
      </w:pPr>
      <w:r>
        <w:t>تو جگہ جگہ جگہ جگہ اس طریقے سے ہے تو ایک چیز تو آپ اپنے mind میں بٹھا لیجیے</w:t>
      </w:r>
    </w:p>
    <w:p>
      <w:r>
        <w:rPr>
          <w:b/>
        </w:rPr>
        <w:t xml:space="preserve">[34:28] </w:t>
      </w:r>
      <w:r>
        <w:t>yeh mission Khuda ke fazl se yeh Allah ke ta'ala ki khaas rehmat hai ke communication ke zamane mein woh</w:t>
      </w:r>
    </w:p>
    <w:p>
      <w:pPr>
        <w:jc w:val="right"/>
      </w:pPr>
      <w:r>
        <w:t>یہ مشن خدا کے فضل سے یہ اللہ کے تعالی کی خاص رحمت ہے کہ communication کے زمانے میں وہ</w:t>
      </w:r>
    </w:p>
    <w:p>
      <w:r>
        <w:rPr>
          <w:b/>
        </w:rPr>
        <w:t xml:space="preserve">[34:37] </w:t>
      </w:r>
      <w:r>
        <w:t>communication ke zamane mein yeh mission utha hai isi ke lehaz se is ka expansion hai isi ke lehaz se is ka yani establishment hai is mission ka establishment international international level par hai is ko aap yeh samjhiye kisi company ke barabar hai woh</w:t>
      </w:r>
    </w:p>
    <w:p>
      <w:pPr>
        <w:jc w:val="right"/>
      </w:pPr>
      <w:r>
        <w:t>communication کے زمانے میں یہ مشن اٹھا ہے اسی کے لحاظ سے اس کا expansion ہے اسی کے لحاظ سے اس کا یعنی establishment ہے اس مشن کا establishment international international level پر ہے اس کو آپ یہ سمجھئے کسی کمپنی کے برابر ہے وہ</w:t>
      </w:r>
    </w:p>
    <w:p>
      <w:r>
        <w:rPr>
          <w:b/>
        </w:rPr>
        <w:t xml:space="preserve">[34:54] </w:t>
      </w:r>
      <w:r>
        <w:t>international level par is ka establishment already ho chuka hai kyunke hum jis zamane mein hain is zamane mein yeh zaroorat nahi hai ke hamare pas sau company ki ek building ho jin logon ke pas bohat bari building hain kaam kuch bhi nahi un ke haan aap ja kar dekh lijiye un ko</w:t>
      </w:r>
    </w:p>
    <w:p>
      <w:pPr>
        <w:jc w:val="right"/>
      </w:pPr>
      <w:r>
        <w:t>international level پر اس کا establishment already ہو چکا ہے کیونکہ ہم جس زمانے میں ہیں اس زمانے میں یہ ضرورت نہیں ہے کہ ہمارے پاس سو کمپنی کی ایک بلڈنگ ہو جن لوگوں کے پاس بہت بڑی بلڈنگ ہیں کام کچھ بھی نہیں ان کے ہاں آپ جا کر دیکھ لیجیے ان کو</w:t>
      </w:r>
    </w:p>
    <w:p>
      <w:r>
        <w:rPr>
          <w:b/>
        </w:rPr>
        <w:t xml:space="preserve">[35:13] </w:t>
      </w:r>
      <w:r>
        <w:t>is zamane mein buildingen irrelevant ban gayi hain irrelevant</w:t>
      </w:r>
    </w:p>
    <w:p>
      <w:pPr>
        <w:jc w:val="right"/>
      </w:pPr>
      <w:r>
        <w:t>اس زمانے میں بلڈنگیں irrelevant بن گئی ہیں irrelevant</w:t>
      </w:r>
    </w:p>
    <w:p>
      <w:r>
        <w:rPr>
          <w:b/>
        </w:rPr>
        <w:t xml:space="preserve">[35:20] </w:t>
      </w:r>
      <w:r>
        <w:t>to jo cheez relevant hai jo cheez effective hai woh Allah ke fazl se hamare pas hai aur woh kaam ho raha hai</w:t>
      </w:r>
    </w:p>
    <w:p>
      <w:pPr>
        <w:jc w:val="right"/>
      </w:pPr>
      <w:r>
        <w:t>تو جو چیز relevant ہے جو چیز effective ہے وہ اللہ کے فضل سے ہمارے پاس ہے اور وہ کام ہو رہا ہے</w:t>
      </w:r>
    </w:p>
    <w:p>
      <w:r>
        <w:rPr>
          <w:b/>
        </w:rPr>
        <w:t xml:space="preserve">[35:31] </w:t>
      </w:r>
      <w:r>
        <w:t>albata aap logon ko apne aap ko tayyar karna chahiye maslan aap mein se jis ko urdu aati hai woh English seekhe jis ko English aati hai woh urdu seekhe yeh kaam karna chahiye kyunke language ki bohat important hoti hai bohat importance hai language ki</w:t>
      </w:r>
    </w:p>
    <w:p>
      <w:pPr>
        <w:jc w:val="right"/>
      </w:pPr>
      <w:r>
        <w:t>البتہ آپ لوگوں کو اپنے آپ کو تیار کرنا چاہیے مثلا آپ میں سے جس کو اردو آتی ہے وہ انگلش سیکھ ہے جس کو انگلش آتی ہے وہ اردو سیکھ ہے یہ کام کرنا چاہیے کیونکہ language کی بہت important ہوتی ہے بہت importance ہے language کی</w:t>
      </w:r>
    </w:p>
    <w:p>
      <w:r>
        <w:rPr>
          <w:b/>
        </w:rPr>
        <w:t xml:space="preserve">[35:47] </w:t>
      </w:r>
      <w:r>
        <w:t>hum bas har shakhs yeh soch le ke agar mujhe urdu aati hai to mujhe English seekhna hai mujhe English aati hai to mujhe urdu seekhna hai kyunke bilingual to honi chahiye aadmi ko kam se kam do zaban warna teen zaban best yeh hai ke aap urdu arabic aur English teen zaban janiye</w:t>
      </w:r>
    </w:p>
    <w:p>
      <w:pPr>
        <w:jc w:val="right"/>
      </w:pPr>
      <w:r>
        <w:t>ہم بس ہر شخص یہ سوچ لے کہ اگر مجھے اردو آتی ہے تو مجھے انگلش سیکھنا ہے مجھے انگلش آتی ہے تو مجھے اردو سیکھنا ہے کیونکہ bilingual تو ہونی چاہیے آدمی کو کم سے کم دو زبان ورنہ تین زبان best یہ ہے کہ آپ اردو عربک اور انگلش تین زبان جانیں</w:t>
      </w:r>
    </w:p>
    <w:p>
      <w:r>
        <w:rPr>
          <w:b/>
        </w:rPr>
        <w:t xml:space="preserve">[36:08] </w:t>
      </w:r>
      <w:r>
        <w:t>urdu arabic English teen zaban lekin agar teen aap ke liye difficult hai to kam se kam do zaban to aap ko janni hi janna hai urdu aur English yeh to behal must hai hum mein se har ek ke liye har ek ke liye must hai yani maximum yeh hai ke aap teen zaban janiye urdu English arabic</w:t>
      </w:r>
    </w:p>
    <w:p>
      <w:pPr>
        <w:jc w:val="right"/>
      </w:pPr>
      <w:r>
        <w:t>اردو عربک انگلش تین زبان لیکن اگر تین آپ کے لیے difficult ہے تو کم سے کم دو زبان تو آپ کو جاننی ہی جاننا ہے اردو اور انگلش یہ تو بہرحال must ہے ہم میں سے ہر ایک کے لیے ہر ایک کے لیے must ہے یعنی maximum یہ ہے کہ آپ تین زبان جانیں اردو انگلش عربک</w:t>
      </w:r>
    </w:p>
    <w:p>
      <w:r>
        <w:rPr>
          <w:b/>
        </w:rPr>
        <w:t xml:space="preserve">[36:36] </w:t>
      </w:r>
      <w:r>
        <w:t>lekin minimum jo hai woh yeh hai ke aap do zaban janiye urdu aur English is ke baghair kaam zyada effective tor par nahi hoga jo Allah ta'ala ne jo jo yeh establishment yeh bana diya hai is is ko zyada se zyada aap avail karne ke liye aap ko zaroori hai ke aap do zabanein janiye</w:t>
      </w:r>
    </w:p>
    <w:p>
      <w:pPr>
        <w:jc w:val="right"/>
      </w:pPr>
      <w:r>
        <w:t>لیکن minimum جو ہے وہ یہ ہے کہ آپ دو زبان جانیں اردو اور انگلش اس کے بغیر کام زیادہ effective طور پر نہیں ہوگا جو اللہ تعالی نے جو جو یہ establishment یہ بنا دیا ہے اس اس کو زیادہ سے زیادہ آپ avail کرنے کے لیے آپ کو ضروری ہے کہ آپ دو زبانیں جانیں</w:t>
      </w:r>
    </w:p>
    <w:p>
      <w:r>
        <w:rPr>
          <w:b/>
        </w:rPr>
        <w:t xml:space="preserve">[36:58] </w:t>
      </w:r>
      <w:r>
        <w:t>yeh bohat hi zaroori hai</w:t>
      </w:r>
    </w:p>
    <w:p>
      <w:pPr>
        <w:jc w:val="right"/>
      </w:pPr>
      <w:r>
        <w:t>یہ بہت ہی ضروری ہے</w:t>
      </w:r>
    </w:p>
    <w:p>
      <w:r>
        <w:rPr>
          <w:b/>
        </w:rPr>
        <w:t xml:space="preserve">[37:03] </w:t>
      </w:r>
      <w:r>
        <w:t>aur aaj hi mein kisi se keh raha tha ke woh ek masle mein uljhe un ka telephone aaya mere pas to maine kaha is masle ko aap itna bara bana rahe hain maine kaha ke da'i cannot afford</w:t>
      </w:r>
    </w:p>
    <w:p>
      <w:pPr>
        <w:jc w:val="right"/>
      </w:pPr>
      <w:r>
        <w:t>اور آج ہی میں کسی سے کہہ رہا تھا کہ وہ ایک مسئلے میں الجھے ان کا ٹیلی فون آیا میرے پاس تو میں نے کہا اس مسئلے کو آپ اتنا بڑا بنا رہے ہیں میں نے کہا کہ داعی cannot afford</w:t>
      </w:r>
    </w:p>
    <w:p>
      <w:r>
        <w:rPr>
          <w:b/>
        </w:rPr>
        <w:t xml:space="preserve">[37:22] </w:t>
      </w:r>
      <w:r>
        <w:t>any problem other than other than da'wa</w:t>
      </w:r>
    </w:p>
    <w:p>
      <w:pPr>
        <w:jc w:val="right"/>
      </w:pPr>
      <w:r>
        <w:t>any problem other than other than دعویٰ</w:t>
      </w:r>
    </w:p>
    <w:p>
      <w:r>
        <w:rPr>
          <w:b/>
        </w:rPr>
        <w:t xml:space="preserve">[37:28] </w:t>
      </w:r>
      <w:r>
        <w:t>da'wa hi aap ka concern ho da'wa hi aap ka problem ho da'wa hi aap ki sab kuch ho isi doosri cheez ko agar aap apne liye masla banayenge problem banayenge to bohat bhari ghalati karenge yeh yeh bohat hi zaroori hai ke kisi bhi koi bhi masla ho kitna hi bara bazahir dikhai de kitni gumbhir dikhai deta ho us ko us ko brush aside kar dijiye ek hi cheez ko apna supreme concern banaiye da'wa</w:t>
      </w:r>
    </w:p>
    <w:p>
      <w:pPr>
        <w:jc w:val="right"/>
      </w:pPr>
      <w:r>
        <w:t>دعویٰ ہی آپ کا concern ہو دعویٰ ہی آپ کا problem ہو دعویٰ ہی آپ کی سب کچھ ہو اسی دوسری چیز کو اگر آپ اپنے لیے مسئلہ بنائیں گے problem بنائیں گے تو بہت بھاری غلطی کریں گے یہ یہ بہت ہی ضروری ہے کہ کسی بھی کوئی بھی مسئلہ ہو کتنا ہی بڑا بظاہر دکھائی دے کتنی گمبھیر دکھائی دیتا ہو اس کو اس کو برش aside کر دیجیے ایک ہی چیز کو اپنا supreme concern بنائیے دعویٰ</w:t>
      </w:r>
    </w:p>
    <w:p>
      <w:r>
        <w:rPr>
          <w:b/>
        </w:rPr>
        <w:t xml:space="preserve">[37:58] </w:t>
      </w:r>
      <w:r>
        <w:t>kisi doosre masle ko apni zindagi mein dakhil na hone dijiye to maine un se kaha ke da'i jo hai us ko afford nahi kar sakta ke ke da'wati mission ke siwa kisi aur cheez ko apni zindagi mein problem banaye us ko us ko yani ek hi problem ko le kar chalna hai aur woh hai da'wa ka problem baqi jo sakdi banai hai sakdi banai hai sakdi banai hai</w:t>
      </w:r>
    </w:p>
    <w:p>
      <w:pPr>
        <w:jc w:val="right"/>
      </w:pPr>
      <w:r>
        <w:t>کسی دوسرے مسئلے کو اپنی زندگی میں داخل نہ ہونے دیجیے تو میں نے ان سے کہا کہ داعی جو ہے اس کو afford نہیں کر سکتا کہ کہ دعوتی مشن کے سوا کسی اور چیز کو اپنی زندگی میں problem بنائے اس کو اس کو یعنی ایک ہی problem کو لے کر چلنا ہے اور وہ ہے دعویٰ کا problem باقی جو سکردی بنائی ہے سکردی بنائی ہے سکردی بنائی ہے</w:t>
      </w:r>
    </w:p>
    <w:p>
      <w:r>
        <w:rPr>
          <w:b/>
        </w:rPr>
        <w:t xml:space="preserve">[38:26] </w:t>
      </w:r>
      <w:r>
        <w:t>yeh aaj hi kisi ne mujhe telephone par kaha to yeh sab baatein aap ko janna hai ke dawat ke siwa aap jante hain ke zindagi mein har ek ke problem aate hain tarah tarah ke problem family mein family ke bahar log isi par sochte rehte hain chahte hain ke us ko solve karen nahi us ko sakdi banaiye yeh shart nahi hai ke woh problem solve ho solve hona shart nahi hai</w:t>
      </w:r>
    </w:p>
    <w:p>
      <w:pPr>
        <w:jc w:val="right"/>
      </w:pPr>
      <w:r>
        <w:t>یہ آج ہی کسی نے مجھے ٹیلی فون پر کہا تو یہ سب باتیں آپ کو جاننا ہے کہ دعوت کے سوا آپ جانتے ہیں کہ زندگی میں ہر ایک کے problem آتے ہیں طرح طرح کے problem family میں family کے باہر لوگ اسی پر سوچتے رہتے ہیں چاہتے ہیں کہ اس کو solve کریں نہیں اس کو سکردی بنائیے یہ شرط نہیں ہے کہ وہ problem solve ہو solve ہونا شرط نہیں ہے</w:t>
      </w:r>
    </w:p>
    <w:p>
      <w:r>
        <w:rPr>
          <w:b/>
        </w:rPr>
        <w:t xml:space="preserve">[38:55] </w:t>
      </w:r>
      <w:r>
        <w:t>shart yeh hai ki aap isko secure banaye</w:t>
      </w:r>
    </w:p>
    <w:p>
      <w:pPr>
        <w:jc w:val="right"/>
      </w:pPr>
      <w:r>
        <w:t>شرط یہ ہے کہ آپ اس کو سکردی بنائیں</w:t>
      </w:r>
    </w:p>
    <w:p>
      <w:r>
        <w:rPr>
          <w:b/>
        </w:rPr>
        <w:t xml:space="preserve">[38:58] </w:t>
      </w:r>
      <w:r>
        <w:t>to yeh aap ko ka wisdom ki baat hai yeh ke siwa dawat ke kisi bhi doosri cheez</w:t>
      </w:r>
    </w:p>
    <w:p>
      <w:pPr>
        <w:jc w:val="right"/>
      </w:pPr>
      <w:r>
        <w:t>تو یہ آپ کو کا wisdom کی بات ہے یہ کہ سوا دعوت کے کسی بھی دوسری چیز</w:t>
      </w:r>
    </w:p>
    <w:p>
      <w:r>
        <w:rPr>
          <w:b/>
        </w:rPr>
        <w:t xml:space="preserve">[39:05] </w:t>
      </w:r>
      <w:r>
        <w:t>ko aap apne liye</w:t>
      </w:r>
    </w:p>
    <w:p>
      <w:pPr>
        <w:jc w:val="right"/>
      </w:pPr>
      <w:r>
        <w:t>کو آپ اپنے لیے</w:t>
      </w:r>
    </w:p>
    <w:p>
      <w:r>
        <w:rPr>
          <w:b/>
        </w:rPr>
        <w:t xml:space="preserve">[39:09] </w:t>
      </w:r>
      <w:r>
        <w:t>issue na banayein problem na banayein masla na banayein</w:t>
      </w:r>
    </w:p>
    <w:p>
      <w:pPr>
        <w:jc w:val="right"/>
      </w:pPr>
      <w:r>
        <w:t>issue نہ بنائیں problem نہ بنائیں مسئلہ نہ بنائیں</w:t>
      </w:r>
    </w:p>
    <w:p>
      <w:r>
        <w:rPr>
          <w:b/>
        </w:rPr>
        <w:t xml:space="preserve">[39:13] </w:t>
      </w:r>
      <w:r>
        <w:t>isko sakrdi bana kar aage badhte rahein aur sirf dawah mission jo hai dawah work jo hai</w:t>
      </w:r>
    </w:p>
    <w:p>
      <w:pPr>
        <w:jc w:val="right"/>
      </w:pPr>
      <w:r>
        <w:t>اس کو سکردی بنا کر آگے بڑھتے رہیں اور صرف دعویٰ مشن جو ہے دعویٰ work جو ہے</w:t>
      </w:r>
    </w:p>
    <w:p>
      <w:r>
        <w:rPr>
          <w:b/>
        </w:rPr>
        <w:t xml:space="preserve">[39:19] </w:t>
      </w:r>
      <w:r>
        <w:t>isi ki taraf apne apne ko poori tarah dedicate karte rahein apni soch ko</w:t>
      </w:r>
    </w:p>
    <w:p>
      <w:pPr>
        <w:jc w:val="right"/>
      </w:pPr>
      <w:r>
        <w:t>اسی کی طرف اپنے اپنے کو پوری طریقے سے dedicate کرتے رہیں اپنی سوچ کو</w:t>
      </w:r>
    </w:p>
    <w:p>
      <w:r>
        <w:rPr>
          <w:b/>
        </w:rPr>
        <w:t xml:space="preserve">[39:27] </w:t>
      </w:r>
      <w:r>
        <w:t>jin ka mein ne zikr kiya woh ek ek problem mein ulajh kar ke aisa lagta hai ke woh dawti woh kaam hi chhod denge mein ne kaha ke yeh kaun se aqalmandi aap kar rahe hain is ko is ko sakrdi banaiye hamesha yaad rahe ke hum mein se har har ek ko yeh karna hai ke is ki zindagi mein kuch na kuch problem aayenge problem free zindagi possible nahi hai to yeh zaroori nahi ke is ko aap hal kar lein</w:t>
      </w:r>
    </w:p>
    <w:p>
      <w:pPr>
        <w:jc w:val="right"/>
      </w:pPr>
      <w:r>
        <w:t>جن کا میں نے ذکر کیا وہ ایک ایک problem میں الجھ کر کے ایسا لگتا ہے کہ وہ دعوتی وہ کام ہی چھوڑ دیں گے میں نے کہا کہ یہ کون سے عقلمندی آپ کر رہے ہیں اس کو اس کو سکردی بنائیے ہمیشہ یاد رہے کہ ہم میں سے ہر ہر ایک کو یہ کرنا ہے کہ اس کی زندگی میں کچھ نہ کچھ problem آئیں گے problem free زندگی possible نہیں ہے تو یہ ضروری نہیں کہ اس کو آپ حل کر لیں</w:t>
      </w:r>
    </w:p>
    <w:p>
      <w:r>
        <w:rPr>
          <w:b/>
        </w:rPr>
        <w:t xml:space="preserve">[39:56] </w:t>
      </w:r>
      <w:r>
        <w:t>hal karna zaroori nahi hai</w:t>
      </w:r>
    </w:p>
    <w:p>
      <w:pPr>
        <w:jc w:val="right"/>
      </w:pPr>
      <w:r>
        <w:t>حل کرنا ضروری نہیں ہے</w:t>
      </w:r>
    </w:p>
    <w:p>
      <w:r>
        <w:rPr>
          <w:b/>
        </w:rPr>
        <w:t xml:space="preserve">[40:00] </w:t>
      </w:r>
      <w:r>
        <w:t>zaroori sirf yeh hai ke aap isko sakrdi bana dein hal ho na ho</w:t>
      </w:r>
    </w:p>
    <w:p>
      <w:pPr>
        <w:jc w:val="right"/>
      </w:pPr>
      <w:r>
        <w:t>ضروری صرف یہ ہے کہ آپ اس کو سکردی بنا دیں حل ہو نہ ہو</w:t>
      </w:r>
    </w:p>
    <w:p>
      <w:r>
        <w:rPr>
          <w:b/>
        </w:rPr>
        <w:t xml:space="preserve">[40:05] </w:t>
      </w:r>
      <w:r>
        <w:t>sakrdi bana kar aage badh jaiye khuda par daal dijiye</w:t>
      </w:r>
    </w:p>
    <w:p>
      <w:pPr>
        <w:jc w:val="right"/>
      </w:pPr>
      <w:r>
        <w:t>سکردی بنا کر آگے بڑھ جائیے خدا پر ڈال دیجیے</w:t>
      </w:r>
    </w:p>
    <w:p>
      <w:r>
        <w:rPr>
          <w:b/>
        </w:rPr>
        <w:t xml:space="preserve">[40:10] </w:t>
      </w:r>
      <w:r>
        <w:t>isko khuda par daal dijiye</w:t>
      </w:r>
    </w:p>
    <w:p>
      <w:pPr>
        <w:jc w:val="right"/>
      </w:pPr>
      <w:r>
        <w:t>اس کو خدا پر ڈال دیجیے</w:t>
      </w:r>
    </w:p>
    <w:p>
      <w:r>
        <w:rPr>
          <w:b/>
        </w:rPr>
        <w:t xml:space="preserve">[40:13] </w:t>
      </w:r>
      <w:r>
        <w:t>yeh bhi ek bohat hi wisdom ki baat hai is wisdom ko agar aap nahi lenge to</w:t>
      </w:r>
    </w:p>
    <w:p>
      <w:pPr>
        <w:jc w:val="right"/>
      </w:pPr>
      <w:r>
        <w:t>یہ بھی ایک بہت ہی wisdom کی بات ہے اس wisdom کو اگر آپ نہیں لیں گے تو</w:t>
      </w:r>
    </w:p>
    <w:p>
      <w:r>
        <w:rPr>
          <w:b/>
        </w:rPr>
        <w:t xml:space="preserve">[40:18] </w:t>
      </w:r>
      <w:r>
        <w:t>kahin na kahin phans kar reh jayenge</w:t>
      </w:r>
    </w:p>
    <w:p>
      <w:pPr>
        <w:jc w:val="right"/>
      </w:pPr>
      <w:r>
        <w:t>کہیں نہ کہیں پھنس کر رہ جائیں گے</w:t>
      </w:r>
    </w:p>
    <w:p>
      <w:r>
        <w:rPr>
          <w:b/>
        </w:rPr>
        <w:t xml:space="preserve">[40:21] </w:t>
      </w:r>
      <w:r>
        <w:t>kahin na kahin phans kar reh jayenge</w:t>
      </w:r>
    </w:p>
    <w:p>
      <w:pPr>
        <w:jc w:val="right"/>
      </w:pPr>
      <w:r>
        <w:t>کہیں نہ کہیں پھنس کر رہ جائیں گے</w:t>
      </w:r>
    </w:p>
    <w:p>
      <w:r>
        <w:rPr>
          <w:b/>
        </w:rPr>
        <w:t xml:space="preserve">[40:28] </w:t>
      </w:r>
      <w:r>
        <w:t>to hamein jo kaam karna hai is mein planning chahiye is mein wisdom chahiye is mein har waqt</w:t>
      </w:r>
    </w:p>
    <w:p>
      <w:pPr>
        <w:jc w:val="right"/>
      </w:pPr>
      <w:r>
        <w:t>تو ہمیں جو کام کرنا ہے اس میں planning چاہیے اس میں wisdom چاہیے اس میں ہر وقت</w:t>
      </w:r>
    </w:p>
    <w:p>
      <w:r>
        <w:rPr>
          <w:b/>
        </w:rPr>
        <w:t xml:space="preserve">[40:34] </w:t>
      </w:r>
      <w:r>
        <w:t>sochte rehna chahiye ke kahin aisa na ho ke shaitan mujhe aisi cheez mein uljha de</w:t>
      </w:r>
    </w:p>
    <w:p>
      <w:pPr>
        <w:jc w:val="right"/>
      </w:pPr>
      <w:r>
        <w:t>سوچتے رہنا چاہیے کہ کہیں ایسا نہ ہو کہ شیطان مجھے ایسی چیز میں الجھا دے</w:t>
      </w:r>
    </w:p>
    <w:p>
      <w:r>
        <w:rPr>
          <w:b/>
        </w:rPr>
        <w:t xml:space="preserve">[40:41] </w:t>
      </w:r>
      <w:r>
        <w:t>jis se mera maqsad hi khatam ho jaye meri dawat ki zindagi jo hai wahi khatam ho jaye</w:t>
      </w:r>
    </w:p>
    <w:p>
      <w:pPr>
        <w:jc w:val="right"/>
      </w:pPr>
      <w:r>
        <w:t>جس سے میرا مقصد ہی ختم ہو جائے میری دعوت کی زندگی جو ہے وہی ختم ہو جائے</w:t>
      </w:r>
    </w:p>
    <w:p>
      <w:r>
        <w:rPr>
          <w:b/>
        </w:rPr>
        <w:t xml:space="preserve">[40:49] </w:t>
      </w:r>
      <w:r>
        <w:t>wa qaul qaulaha wastaghfirullaha li walakum ajmaeen</w:t>
      </w:r>
    </w:p>
    <w:p>
      <w:pPr>
        <w:jc w:val="right"/>
      </w:pPr>
      <w:r>
        <w:t>وقول قولھذا واستغفراللہ لی ولكم اجمعین</w:t>
      </w:r>
    </w:p>
    <w:p>
      <w:r>
        <w:rPr>
          <w:b/>
        </w:rPr>
        <w:t xml:space="preserve">[41:05] </w:t>
      </w:r>
      <w:r>
        <w:t>maulana what is the meaning of word hazrat</w:t>
      </w:r>
    </w:p>
    <w:p>
      <w:pPr>
        <w:jc w:val="right"/>
      </w:pPr>
      <w:r>
        <w:t>مولانا what is the meaning of word حضرت</w:t>
      </w:r>
    </w:p>
    <w:p>
      <w:r>
        <w:rPr>
          <w:b/>
        </w:rPr>
        <w:t xml:space="preserve">[41:12] </w:t>
      </w:r>
      <w:r>
        <w:t>dekhein hazrat is sense mein jo hum istemal karte hain woh to urdu mein hota hai bas aur kahin arabic language mein</w:t>
      </w:r>
    </w:p>
    <w:p>
      <w:pPr>
        <w:jc w:val="right"/>
      </w:pPr>
      <w:r>
        <w:t>دیکھیں حضرت اس sense میں جو ہم استعمال کرتے ہیں وہ تو اردو میں ہوتا ہے بس اور کہیں عربک language میں</w:t>
      </w:r>
    </w:p>
    <w:p>
      <w:r>
        <w:rPr>
          <w:b/>
        </w:rPr>
        <w:t xml:space="preserve">[41:21] </w:t>
      </w:r>
      <w:r>
        <w:t>hazrat bas ek ek woh izzat ka lafz ke taur par istemal hota hai urdu mein lekin arabic kitabon mein aap kahin nahi padhenge hazrat umar hazrat abubakar kahin nahi paayenge aap</w:t>
      </w:r>
    </w:p>
    <w:p>
      <w:pPr>
        <w:jc w:val="right"/>
      </w:pPr>
      <w:r>
        <w:t>حضرت بس ایک ایک وہ عزت کا لفظ کے طور پر استعمال ہوتا ہے اردو میں لیکن عربک کتابوں میں آپ کہیں نہیں پڑھیں گے حضرت عمر حضرت ابوبکر کہیں نہیں پائیں گے آپ</w:t>
      </w:r>
    </w:p>
    <w:p>
      <w:r>
        <w:rPr>
          <w:b/>
        </w:rPr>
        <w:t xml:space="preserve">[41:34] </w:t>
      </w:r>
      <w:r>
        <w:t>kahin nahi milega aap ko behal urdu ka ek andaaz hai woh chalta hai yaani izzat ke liye jod diya jata hai ke hazrat falan hazrat falan she has another question what is nisaab man and woman for man and woman how much should one give zakat on that</w:t>
      </w:r>
    </w:p>
    <w:p>
      <w:pPr>
        <w:jc w:val="right"/>
      </w:pPr>
      <w:r>
        <w:t>کہیں نہیں ملے گا آپ کو بہرحال اردو کا ایک انداز ہے وہ چلتا ہے یعنی عزت کے لیے جوڑ دیا جاتا ہے کہ حضرت فلاں حضرت فلاں شی has another question what is نصاب man and woman for man and woman how much should one give زکوۃ on that</w:t>
      </w:r>
    </w:p>
    <w:p>
      <w:r>
        <w:rPr>
          <w:b/>
        </w:rPr>
        <w:t xml:space="preserve">[42:01] </w:t>
      </w:r>
      <w:r>
        <w:t>dekhein yeh masail jo hain mein samajhta hoon ke yahan par poochne ke bajaye is ka sahi tareeqa yeh hai ke ise maslan talak ka masla hai zakat ke nisaab ka masla hai waghera to har aadmi agar waqeatan is ka masla hai ek to hai ke waqeatan is ka masla nahi matlab masle ko pooch raha hai to ek alag baat hai woh likh kar ke ek istifta banaye</w:t>
      </w:r>
    </w:p>
    <w:p>
      <w:pPr>
        <w:jc w:val="right"/>
      </w:pPr>
      <w:r>
        <w:t>دیکھیں یہ مسائل جو ہیں میں سمجھتا ہوں کہ یہاں پر پوچھنے کے بجائے اس کا صحیح طریقہ یہ ہے کہ اسے مثلا طلاق کا مسئلہ ہے زکوۃ کے نصاب کا مسئلہ ہے وغیرہ تو ہر آدمی اگر واقعتا اس کا مسئلہ ہے ایک تو ہے کہ واقعتا اس کا مسئلہ نہیں مطلب مسئلے کو پوچھ رہا ہے تو ایک الگ بات ہے وہ لکھ کر کے ایک استفتہ بنائے</w:t>
      </w:r>
    </w:p>
    <w:p>
      <w:r>
        <w:rPr>
          <w:b/>
        </w:rPr>
        <w:t xml:space="preserve">[42:27] </w:t>
      </w:r>
      <w:r>
        <w:t>is ka tareeqa sahi yahi hai istifta banakar ke woh bheje jaise deoband mein bheje nadwa mein bheje dilli mein bhi hain aise log hamare paas bhi bhej sakta hai woh lekin woh hota hai hona chahiye writing mein warna yeh bohat is mein misadjusting ho jati hai yaani ek sawal ke jawab mein ek aadmi ne keh diya kuch ab is mein aur bhi points reh gaya is mein to woh woh kahe ke dekho is mein yeh points nahi aaya</w:t>
      </w:r>
    </w:p>
    <w:p>
      <w:pPr>
        <w:jc w:val="right"/>
      </w:pPr>
      <w:r>
        <w:t>اس کا طریقہ صحیح یہی ہے استفتہ بنا کر کے وہ بھیجے جیسے دیوبند میں بھیجے ندوہ میں بھیجے دلی میں بھی ہیں ایسے لوگ ہمارے پاس بھی بھیج سکتا ہے وہ لیکن وہ ہوتا ہے ہونا چاہیے رائٹنگ میں ورنہ یہ بہت اس میں misadjusting ہو جاتی ہے یعنی ایک سوال کے جواب میں ایک آدمی نے کہہ دیا کچھ اب اس میں اور بھی points رہ گیا اس میں تو وہ وہ کہے کہ دیکھو اس میں یہ points نہیں آیا</w:t>
      </w:r>
    </w:p>
    <w:p>
      <w:r>
        <w:rPr>
          <w:b/>
        </w:rPr>
        <w:t xml:space="preserve">[42:54] </w:t>
      </w:r>
      <w:r>
        <w:t>to is liye behtar yahi hai jo tareeqa ke likha hua sawal likha hua jawab haan yahi sahi tareeqa hai to aadmi ko jis par aitmad ho woh wahan kare hamare paas bhej sakta hai nadwa bhej sakta hai deoband bhej sakta hai dilli mein aur bhi idare hain wahan bhej sakta hai yahi sahi tareeqa is ka hai muhammad sahib jo mardon ke liye kaha gaya hai ke takhno se nahi upar kapda pehanna chahiye kai bar kaha jata hai ke yeh neeche takhno se upar pehanna chah</w:t>
      </w:r>
    </w:p>
    <w:p>
      <w:pPr>
        <w:jc w:val="right"/>
      </w:pPr>
      <w:r>
        <w:t>تو اس لیے بہتر یہی ہے جو طریقہ کہ لکھا ہوا سوال لکھا ہوا جواب ہاں یہی صحیح طریقہ ہے تو آدمی کو جس پر اعتماد ہو وہ وہاں کرے ہمارے پاس بھیج سکتا ہے ندوہ بھیج سکتا ہے دیوبند بھیج سکتا ہے دلی میں اور بھی ادارے ہیں وہاں بھیج سکتا ہے یہی صحیح طریقہ اس کا ہے محمد صاحب جو مردوں کے لیے کہا گیا ہے کہ ٹخنوں سے نہیں اوپر کپڑا پہننا چاہیے کئی بار کہا جاتا ہے کہ یہ نیچے ٹخنوں سے اوپر پہننا چاہ</w:t>
      </w:r>
    </w:p>
    <w:p>
      <w:r>
        <w:rPr>
          <w:b/>
        </w:rPr>
        <w:t xml:space="preserve">[43:24] </w:t>
      </w:r>
      <w:r>
        <w:t>ye yeh jaiz hai ya just aise hi ek custom hai jis ki wajah se haan yeh bada nazuk masla hai is mamle mein mein ne hadithon ko padha to asal mein do qism ki hadithien hain</w:t>
      </w:r>
    </w:p>
    <w:p>
      <w:pPr>
        <w:jc w:val="right"/>
      </w:pPr>
      <w:r>
        <w:t>یے یہ جائز ہے یا just ایسے ہی ایک custom ہے جس کی وجہ سے ہاں یہ بڑا نازک مسئلہ ہے اس معاملے میں میں نے حدیثوں کو پڑھا تو اصل میں دو قسم کی حدیثیں ہیں</w:t>
      </w:r>
    </w:p>
    <w:p>
      <w:r>
        <w:rPr>
          <w:b/>
        </w:rPr>
        <w:t xml:space="preserve">[43:45] </w:t>
      </w:r>
      <w:r>
        <w:t>to kuch hadithien aisi hain is mein yeh hai ke ke jis ka kapda neeche rahega to woh jahannam mein jayega kuch aur hadithien hain is se yeh baat nahi nikalti</w:t>
      </w:r>
    </w:p>
    <w:p>
      <w:pPr>
        <w:jc w:val="right"/>
      </w:pPr>
      <w:r>
        <w:t>تو کچھ حدیثیں ایسی ہیں اس میں یہ ہے کہ کہ جس کا کپڑا نیچے رہے گا تو وہ جہنم میں جائے گا کچھ اور حدیثیں ہیں اس سے یہ بات نہیں نکلتی</w:t>
      </w:r>
    </w:p>
    <w:p>
      <w:r>
        <w:rPr>
          <w:b/>
        </w:rPr>
        <w:t xml:space="preserve">[44:04] </w:t>
      </w:r>
      <w:r>
        <w:t>to is par ghor karne ke baad mujhe samajh aaya hai ke bohat sari hadithien hain</w:t>
      </w:r>
    </w:p>
    <w:p>
      <w:pPr>
        <w:jc w:val="right"/>
      </w:pPr>
      <w:r>
        <w:t>تو اس پر غور کرنے کے بعد مجھے سمجھ آیا ہے کہ بہت ساری حدیثیں ہیں</w:t>
      </w:r>
    </w:p>
    <w:p>
      <w:r>
        <w:rPr>
          <w:b/>
        </w:rPr>
        <w:t xml:space="preserve">[44:10] </w:t>
      </w:r>
      <w:r>
        <w:t>to basically woh hai masla in hadithon ko le kar jo hai jis mein lafz aata hai munjar azaar ke takhne ke neeche par nahi hai balkeh munjar azaar upar hai mein samajhta hoon ke sahi baat yeh nahi hai ke takhne ke neeche hona yahan se baat nahi hai balkeh jar azaar jar mani ghaseetna</w:t>
      </w:r>
    </w:p>
    <w:p>
      <w:pPr>
        <w:jc w:val="right"/>
      </w:pPr>
      <w:r>
        <w:t>تو basically وہ ہے مسئلہ ان حدیثوں کو لے کر جو ہے جس میں لفظ آتا ہے منجر اعذار کہ ٹخنے کے نیچے پر نہیں ہے بلکہ منجر اعذار اوپر ہے میں سمجھتا ہوں کہ صحیح بات یہ نہیں ہے کہ ٹخنے کے نیچے ہونا یہاں سے بات نہیں ہے بلکہ جر اعذار جر معنی گھسیٹنا</w:t>
      </w:r>
    </w:p>
    <w:p>
      <w:r>
        <w:rPr>
          <w:b/>
        </w:rPr>
        <w:t xml:space="preserve">[44:37] </w:t>
      </w:r>
      <w:r>
        <w:t>to log yeh samajhte hain ke takhne se agar neeche ho gaya to foran woh jahannam mein jayega to mein is ko sahi nahi samajhta asal cheez hai jar azaar jis ne apne azaar ko ghaseeta to azaar asal mein pehle zamane mein badshah waghera jo hua karte the to bade bade un ke hote the kapde jo ghaseetata hua chalta tha woh yeh shaan samajhi jati thi bade logon ki shaan</w:t>
      </w:r>
    </w:p>
    <w:p>
      <w:pPr>
        <w:jc w:val="right"/>
      </w:pPr>
      <w:r>
        <w:t>تو لوگ یہ سمجھتے ہیں کہ ٹخنے سے اگر نیچے ہو گیا تو فورا وہ جہنم میں جائے گا تو میں اس کو صحیح نہیں سمجھتا اصل چیز ہے جر اعذار جس نے اپنے اعذار کو گھسیٹا تو اعذار اصل میں پہلے زمانے میں بادشاہ وغیرہ جو ہوا کرتے تھے تو بڑے بڑے ان کے ہوتے تھے کپڑے جو گھسیٹتا ہوا چلتا تھا وہ یہ شان سمجھ جاتی تھی بڑے لوگوں کی شان</w:t>
      </w:r>
    </w:p>
    <w:p>
      <w:r>
        <w:rPr>
          <w:b/>
        </w:rPr>
        <w:t xml:space="preserve">[45:05] </w:t>
      </w:r>
      <w:r>
        <w:t>abhi bhi agar aap ko yaad ho to iran mein jo jo shadi hui thi to jo poora dewa jo thi uska jo kapda banaya gaya tha woh bahar latakta hua ghaseetata hua tha woh balkeh woh itna bada tha ke do aadmi idhar pakde idhar do aadmi idhar pakde hue the to pehle zamane mein aisa tha ab to aisa hai hi nahi ke ghaseette hue kapde log pehante the yeh shahi un ko shaan samajhte the</w:t>
      </w:r>
    </w:p>
    <w:p>
      <w:pPr>
        <w:jc w:val="right"/>
      </w:pPr>
      <w:r>
        <w:t>ابھی بھی اگر آپ کو یاد ہو تو ایران میں جو جو شادی ہوئی تھی تو جو پورا دیوا جو تھی اس کا جو کپڑا بنایا گیا تھا وہ باہر لٹکتا ہوا گھسیٹتا ہوا تھا وہ بلکہ وہ اتنا بڑا تھا کہ دو آدمی ادھر پکڑے ادھر دو آدمی ادھر پکڑے ہوئے تھے تو پہلے زمانے میں ایسا تھا اب تو ایسا ہے ہی نہیں کہ گھسیٹتے ہوئے کپڑے لوگ پہنتے تھے یہ شاہی ان کو شان سمجھتے تھے</w:t>
      </w:r>
    </w:p>
    <w:p>
      <w:r>
        <w:rPr>
          <w:b/>
        </w:rPr>
        <w:t xml:space="preserve">[45:30] </w:t>
      </w:r>
      <w:r>
        <w:t>to is liye lafz hai mun jar azaar jis ne ghaseeta apne azaar ko azaar ko to</w:t>
      </w:r>
    </w:p>
    <w:p>
      <w:pPr>
        <w:jc w:val="right"/>
      </w:pPr>
      <w:r>
        <w:t>تو اس لیے لفظ ہے من جر اعذار جس نے گھسیٹا اپنے اعذار کو اعذار کو تو</w:t>
      </w:r>
    </w:p>
    <w:p>
      <w:r>
        <w:rPr>
          <w:b/>
        </w:rPr>
        <w:t xml:space="preserve">[45:42] </w:t>
      </w:r>
      <w:r>
        <w:t>yaani azaar yeh jo aap jo pehente hain neeche is ko azaar kaha jata hai to jo us zamane mein tehmat pehente the log tehmat to apne tehmat ko jis ne ghaseeta takhne ke neeche nahi ghaseeta uska lafz hai jar is ke mani hain ke is mein aur lafz aata hai khaila munjar azaar khaila mutakabirana taur par</w:t>
      </w:r>
    </w:p>
    <w:p>
      <w:pPr>
        <w:jc w:val="right"/>
      </w:pPr>
      <w:r>
        <w:t>یعنی اعذار یہ جو آپ جو پہنتے ہیں نیچے اس کو اعذار کہا جاتا ہے تو جو اس زمانے میں تہمت پہنتے تھے لوگ تہمت تو اپنے تہمت کو جس نے گھسیٹا ٹخنے کے نیچے نہیں گھسیٹا اس کا لفظ ہے جر اس کے معنی ہیں کہ اس میں اور لفظ آتا ہے خیلا منجر اعذار خیلا متکبرانہ طور پر</w:t>
      </w:r>
    </w:p>
    <w:p>
      <w:r>
        <w:rPr>
          <w:b/>
        </w:rPr>
        <w:t xml:space="preserve">[46:09] </w:t>
      </w:r>
      <w:r>
        <w:t>yeh bhi lafz is mein aata hai jis ne ghaseeta apne azaar ko mutakabirana taur par proudly to mein samajhta hoon ke jis pe zor hai woh hai takabbur par arrogance par na ke mahaz takhne ke neeche hone par to mujhe is se ittefaq nahi hai ke mahaz takhne ke neeche hona jo hai yahi koi aisi cheez jo aadmi jahannam mein daal diya jayega</w:t>
      </w:r>
    </w:p>
    <w:p>
      <w:pPr>
        <w:jc w:val="right"/>
      </w:pPr>
      <w:r>
        <w:t>یہ بھی لفظ اس میں آتا ہے جس نے گھسیٹا اپنے اعذار کو متکبرانہ طور پر پراؤڈلی تو میں سمجھتا ہوں کہ جس پہ زور ہے وہ ہے تکبر پر اروگنس پر نہ کہ محض ٹخنے کے نیچے ہونے پر تو مجھے اس سے اتفاق نہیں ہے کہ محض ٹخنے کے نیچے ہونا جو ہے یہی کوئی ایسی چیز جو آدمی جہنم میں ڈال دیا جائے گا</w:t>
      </w:r>
    </w:p>
    <w:p>
      <w:r>
        <w:rPr>
          <w:b/>
        </w:rPr>
        <w:t xml:space="preserve">[46:37] </w:t>
      </w:r>
      <w:r>
        <w:t>balkeh jo mutakabbirana taur par yaani arrogantly jis ne apne kapde ko latkaya aur ghaseetta hua chala is</w:t>
      </w:r>
    </w:p>
    <w:p>
      <w:pPr>
        <w:jc w:val="right"/>
      </w:pPr>
      <w:r>
        <w:t>بلکہ جو متکبرانہ طور پر یعنی اروگنٹلی جس نے اپنے کپڑے کو لٹکایا اور گھسیٹتا ہوا چلا اس</w:t>
      </w:r>
    </w:p>
    <w:p>
      <w:r>
        <w:rPr>
          <w:b/>
        </w:rPr>
        <w:t xml:space="preserve">[46:47] </w:t>
      </w:r>
      <w:r>
        <w:t>ko ayat hai is mein ke jahannum mein jayega</w:t>
      </w:r>
    </w:p>
    <w:p>
      <w:pPr>
        <w:jc w:val="right"/>
      </w:pPr>
      <w:r>
        <w:t>کو آیت ہے اس میں کہ جہنم میں جائے گا</w:t>
      </w:r>
    </w:p>
    <w:p>
      <w:r>
        <w:rPr>
          <w:b/>
        </w:rPr>
        <w:t xml:space="preserve">[46:52] </w:t>
      </w:r>
      <w:r>
        <w:t>mukhtalif hadithien jo hain isko le kar maine yeh matlab samjha hai iska</w:t>
      </w:r>
    </w:p>
    <w:p>
      <w:pPr>
        <w:jc w:val="right"/>
      </w:pPr>
      <w:r>
        <w:t>مختلف حدیثیں جو ہیں اس کو لے کر میں نے یہ مطلب سمجھا ہے اس کا</w:t>
      </w:r>
    </w:p>
    <w:p>
      <w:r>
        <w:rPr>
          <w:b/>
        </w:rPr>
        <w:t xml:space="preserve">[46:57] </w:t>
      </w:r>
      <w:r>
        <w:t>khayal jo hai is mein ek baat yeh bhi arz kar doon ke Abu Bakr jo the jo top</w:t>
      </w:r>
    </w:p>
    <w:p>
      <w:pPr>
        <w:jc w:val="right"/>
      </w:pPr>
      <w:r>
        <w:t>خیلا جو ہے اس میں ایک بات یہ بھی عرض کر دوں کہ ابوبکر جو تھے جو ٹاپ</w:t>
      </w:r>
    </w:p>
    <w:p>
      <w:r>
        <w:rPr>
          <w:b/>
        </w:rPr>
        <w:t xml:space="preserve">[47:02] </w:t>
      </w:r>
      <w:r>
        <w:t>ke companion the Rasool Allah ke to unka kapda latak jata tha</w:t>
      </w:r>
    </w:p>
    <w:p>
      <w:pPr>
        <w:jc w:val="right"/>
      </w:pPr>
      <w:r>
        <w:t>کے کمپینین تھے رسول اللہ کے تو ان کا کپڑا لٹک جاتا تھا</w:t>
      </w:r>
    </w:p>
    <w:p>
      <w:r>
        <w:rPr>
          <w:b/>
        </w:rPr>
        <w:t xml:space="preserve">[47:08] </w:t>
      </w:r>
      <w:r>
        <w:t>to un ka kuch aisa tha ke woh latak jata tha zameen mein to to woh unhone kaha ke bhai kapda latak jata hai aur us ki wajah yeh hai ke mera bandhne bandhta hoon lekin latak jata hai woh to aap ne kaha ke woh un ka sahi matlab exempted hain abubakar exempted hain kyunke woh khaila ka mamla nahi tha un ka yaani woh arrogantly aisa nahi karte the balkeh baali ki banawat pe kuch aisi thi ke us se latak jata tha woh</w:t>
      </w:r>
    </w:p>
    <w:p>
      <w:pPr>
        <w:jc w:val="right"/>
      </w:pPr>
      <w:r>
        <w:t>تو ان کا کچھ ایسا تھا کہ وہ لٹک جاتا تھا زمین میں تو تو وہ انہوں نے کہا کہ بھئی کپڑا لٹک جاتا ہے اور اس کی وجہ یہ ہے کہ میرا باندھنے باندھتا ہوں لیکن لٹک جاتا ہے وہ تو آپ نے کہا کہ وہ ان کا صحیح معنی ایگزیمپٹڈ ہیں ابوبکر ایگزیمپٹڈ ہیں کیونکہ وہ خیلا کا معاملہ نہیں تھا ان کا یعنی وہ اروگنٹلی ایسا نہیں کرتے تھے بلکہ بالی کی بناوٹ پہ کچھ ایسی تھی کہ اس سے لٹک جاتا تھا وہ</w:t>
      </w:r>
    </w:p>
    <w:p>
      <w:r>
        <w:rPr>
          <w:b/>
        </w:rPr>
        <w:t xml:space="preserve">[47:37] </w:t>
      </w:r>
      <w:r>
        <w:t>to behal khulasa yeh hai ke mahaz takhne ke neeche hona yeh asal baat nahi hai jo jahannam mein daal de kisi ko asal cheez hai ke woh arrogantly koi aadmi aisa kare to us ke liye to asal asal jo jo jo jo gunah hai jo sin hai woh woh arrogance hai na ke mahaz takhne ke neeche kapde ka hona</w:t>
      </w:r>
    </w:p>
    <w:p>
      <w:pPr>
        <w:jc w:val="right"/>
      </w:pPr>
      <w:r>
        <w:t>تو بہرحال خلاصہ یہ ہے کہ محض ٹخنے کے نیچے ہونا یہ اصل بات نہیں ہے جو جہنم میں ڈال دے کسی کو اصل چیز ہے کہ وہ اروگنٹلی کوئی آدمی ایسا کرے تو اس کے لیے تو اصل اصل جو جو جو جو گناہ ہے جو سن ہے وہ وہ اروگنس ہے نہ کہ محض ٹخنے کے نیچے کپڑے کا ہونا</w:t>
      </w:r>
    </w:p>
    <w:p>
      <w:r>
        <w:rPr>
          <w:b/>
        </w:rPr>
        <w:t xml:space="preserve">[48:03] </w:t>
      </w:r>
      <w:r>
        <w:t>this question is from shah imran hassan.</w:t>
      </w:r>
    </w:p>
    <w:p>
      <w:pPr>
        <w:jc w:val="right"/>
      </w:pPr>
      <w:r>
        <w:t>This question is from Shah Imran Hassan.</w:t>
      </w:r>
    </w:p>
    <w:p>
      <w:r>
        <w:rPr>
          <w:b/>
        </w:rPr>
        <w:t xml:space="preserve">[48:06] </w:t>
      </w:r>
      <w:r>
        <w:t>what is the meaning of sajda?</w:t>
      </w:r>
    </w:p>
    <w:p>
      <w:pPr>
        <w:jc w:val="right"/>
      </w:pPr>
      <w:r>
        <w:t>What is the meaning of سجدہ?</w:t>
      </w:r>
    </w:p>
    <w:p>
      <w:r>
        <w:rPr>
          <w:b/>
        </w:rPr>
        <w:t xml:space="preserve">[48:13] </w:t>
      </w:r>
      <w:r>
        <w:t>sajda ke mani wahi hain jo angrezi mein kehte hain bow bow jhukna to jhukne ki ek shakal hai rukoo ek shakal yeh hai ke zameen mein sir rakhna</w:t>
      </w:r>
    </w:p>
    <w:p>
      <w:pPr>
        <w:jc w:val="right"/>
      </w:pPr>
      <w:r>
        <w:t>سجدہ کے معنی وہی ہیں جو انگریزی میں کہتے ہیں باؤ بی او ڈبلیو باؤ جھکنا تو جھکنے کی ایک شکل ہے رکوع ایک شکل یہ ہے کہ زمین میں سر رکھنا</w:t>
      </w:r>
    </w:p>
    <w:p>
      <w:r>
        <w:rPr>
          <w:b/>
        </w:rPr>
        <w:t xml:space="preserve">[48:25] </w:t>
      </w:r>
      <w:r>
        <w:t>to jaise first woh is mein aata hai surah yusuf mein sajda ka lafz wahan bhi aata hai ya farishton ke baray mein aata hai ke sajda kiya unhon ne to kai ulama is ko mante hain jhukne ke mani mein lete hain jab sir par zameen rakhne ke mani mein nahi lete balkay lateral mani mein lete hain lateral mani mein wahi hain bow bow jhukna</w:t>
      </w:r>
    </w:p>
    <w:p>
      <w:pPr>
        <w:jc w:val="right"/>
      </w:pPr>
      <w:r>
        <w:t>تو جیسے فرسٹ وہ اس میں آتا ہے سورہ یوسف میں سجدہ کا لفظ وہاں بھی آتا ہے یا فرشتوں کے بارے میں آتا ہے کہ سجدہ کیا انہوں نے تو کئی علماء اس کو مانتے ہیں جھکنے کے معنی میں لیتے ہیں جب سر پر زمین رکھنے کے معنی میں نہیں لیتے بلکہ لیٹرل معنی میں لیتے ہیں لیٹرل معنی میں وہی ہیں بی او ڈبلیو باؤ جھکنا</w:t>
      </w:r>
    </w:p>
    <w:p>
      <w:r>
        <w:rPr>
          <w:b/>
        </w:rPr>
        <w:t xml:space="preserve">[48:53] </w:t>
      </w:r>
      <w:r>
        <w:t>to yahan tak mein samajhta hoon ke jhukna to kisi insan ke liye jaiz hai lekin sir ko zameen par rakhna woh jaiz nahi hai maulana agar sirf kapra taknay se neeche ho janay par jahannum ho to jitnay bhi log moza pehente hain sab jahannami hain moza to hamesha band hi rakhta hai taknay ko is liye is ko hi sahi baat hai ke mutakbirana andaaz mein jo kapray ko latkaye ga</w:t>
      </w:r>
    </w:p>
    <w:p>
      <w:pPr>
        <w:jc w:val="right"/>
      </w:pPr>
      <w:r>
        <w:t>تو یہاں تک میں سمجھتا ہوں کہ جھکنا تو کسی انسان کے لیے جائز ہے لیکن سر کو زمین پر رکھنا وہ جائز نہیں ہے مولانا اگر صرف کپڑا ٹخنے سے نیچے ہو جانے پر جہنم ہو تو جتنے بھی لوگ موزہ پہنتے ہیں سب جہنمی ہیں موزہ تو ہمیشہ بند ہی رکھتا ہے ٹخنے کو اس لیے اس کو ہی صحیح بات ہے کہ متکبرانہ انداز میں جو کپڑے کو لٹکائے گا</w:t>
      </w:r>
    </w:p>
    <w:p>
      <w:r>
        <w:rPr>
          <w:b/>
        </w:rPr>
        <w:t xml:space="preserve">[49:21] </w:t>
      </w:r>
      <w:r>
        <w:t>haan sahi hai yeh bhi sahi baat hai yeh bhi sahi baat hai lekin yeh in woh hai</w:t>
      </w:r>
    </w:p>
    <w:p>
      <w:pPr>
        <w:jc w:val="right"/>
      </w:pPr>
      <w:r>
        <w:t>ہاں صحیح ہے یہ بھی صحیح بات ہے یہ بھی صحیح بات ہے لیکن یہ ان وہ ہے</w:t>
      </w:r>
    </w:p>
    <w:p>
      <w:r>
        <w:rPr>
          <w:b/>
        </w:rPr>
        <w:t xml:space="preserve">[49:28] </w:t>
      </w:r>
      <w:r>
        <w:t>ek hai isbal azzar jo is mein jo lafz aata hai na isbal kaha jata hai isbal mein</w:t>
      </w:r>
    </w:p>
    <w:p>
      <w:pPr>
        <w:jc w:val="right"/>
      </w:pPr>
      <w:r>
        <w:t>ایک ہے اسبال اعذار جو اس میں جو لفظ آتا ہے نا اسبال کہا جاتا ہے اسبال میں</w:t>
      </w:r>
    </w:p>
    <w:p>
      <w:r>
        <w:rPr>
          <w:b/>
        </w:rPr>
        <w:t xml:space="preserve">[49:33] </w:t>
      </w:r>
      <w:r>
        <w:t>latkana to logon ne yeh bana liya hai ke takhne ke neeche ke takhne ke neeche jo hai</w:t>
      </w:r>
    </w:p>
    <w:p>
      <w:pPr>
        <w:jc w:val="right"/>
      </w:pPr>
      <w:r>
        <w:t>لٹکانا تو لوگوں نے یہ بنا لیا ہے کہ ٹخنے کے نیچے کہ ٹخنے کے نیچے جو ہے</w:t>
      </w:r>
    </w:p>
    <w:p>
      <w:r>
        <w:rPr>
          <w:b/>
        </w:rPr>
        <w:t xml:space="preserve">[49:38] </w:t>
      </w:r>
      <w:r>
        <w:t>logon ne bana rakha hai warna haqeeqat mein jo lafz hai woh isbal ka lafz hai isbal azzar</w:t>
      </w:r>
    </w:p>
    <w:p>
      <w:pPr>
        <w:jc w:val="right"/>
      </w:pPr>
      <w:r>
        <w:t>لوگوں نے بنا رکھا ہے ورنہ حقیقت میں جو لفظ ہے وہ اسبال کا لفظ ہے اسبال اعذار</w:t>
      </w:r>
    </w:p>
    <w:p>
      <w:r>
        <w:rPr>
          <w:b/>
        </w:rPr>
        <w:t xml:space="preserve">[49:43] </w:t>
      </w:r>
      <w:r>
        <w:t>is mein bhi khaila ka lafz hai yani mutakbirana tor par aezar ko latkana</w:t>
      </w:r>
    </w:p>
    <w:p>
      <w:pPr>
        <w:jc w:val="right"/>
      </w:pPr>
      <w:r>
        <w:t>اس میں بھی خیلا کا لفظ ہے یعنی متکبرانہ طور پر اعذار کو لٹکانا</w:t>
      </w:r>
    </w:p>
    <w:p>
      <w:r>
        <w:rPr>
          <w:b/>
        </w:rPr>
        <w:t xml:space="preserve">[49:49] </w:t>
      </w:r>
      <w:r>
        <w:t>ah Maulana This question is from Sadia.</w:t>
      </w:r>
    </w:p>
    <w:p>
      <w:pPr>
        <w:jc w:val="right"/>
      </w:pPr>
      <w:r>
        <w:t>اہ مولانا This question is from سعدیہ.</w:t>
      </w:r>
    </w:p>
    <w:p>
      <w:r>
        <w:rPr>
          <w:b/>
        </w:rPr>
        <w:t xml:space="preserve">[49:52] </w:t>
      </w:r>
      <w:r>
        <w:t>Some people say that globalization is good, but in a country like India, which has a huge population, there is still a need for labor-intensive work.</w:t>
      </w:r>
    </w:p>
    <w:p>
      <w:pPr>
        <w:jc w:val="right"/>
      </w:pPr>
      <w:r>
        <w:t>Some people say that globalization is good, but in a country like India, which has a huge population, there is still a need for labor-intensive work.</w:t>
      </w:r>
    </w:p>
    <w:p>
      <w:r>
        <w:rPr>
          <w:b/>
        </w:rPr>
        <w:t xml:space="preserve">[50:05] </w:t>
      </w:r>
      <w:r>
        <w:t>Therefore, as MNCs which come in India leave numerous jobless, they should not be therefore allowed in India.</w:t>
      </w:r>
    </w:p>
    <w:p>
      <w:pPr>
        <w:jc w:val="right"/>
      </w:pPr>
      <w:r>
        <w:t>Therefore, as MNCs which come in India leave numerous jobless, they should not be therefore allowed in India.</w:t>
      </w:r>
    </w:p>
    <w:p>
      <w:r>
        <w:rPr>
          <w:b/>
        </w:rPr>
        <w:t xml:space="preserve">[50:15] </w:t>
      </w:r>
      <w:r>
        <w:t>What is your comment on this?</w:t>
      </w:r>
    </w:p>
    <w:p>
      <w:pPr>
        <w:jc w:val="right"/>
      </w:pPr>
      <w:r>
        <w:t>What is your comment on this?</w:t>
      </w:r>
    </w:p>
    <w:p>
      <w:r>
        <w:rPr>
          <w:b/>
        </w:rPr>
        <w:t xml:space="preserve">[50:18] </w:t>
      </w:r>
      <w:r>
        <w:t>mein samajhta hoon ke ek supposition hai yeh yeh phailai hai communiston ne</w:t>
      </w:r>
    </w:p>
    <w:p>
      <w:pPr>
        <w:jc w:val="right"/>
      </w:pPr>
      <w:r>
        <w:t>میں سمجھتا ہوں کہ ایک سپوزیشن ہے یہ یہ پھیلائی ہے کمیونسٹوں نے</w:t>
      </w:r>
    </w:p>
    <w:p>
      <w:r>
        <w:rPr>
          <w:b/>
        </w:rPr>
        <w:t xml:space="preserve">[50:24] </w:t>
      </w:r>
      <w:r>
        <w:t>یہ کمیونسٹوں نے پھیلائی تھی یہ سپوزیشن مارکس نے لکھا تھا سب سے پہلے اس کو لیکن آپ</w:t>
      </w:r>
    </w:p>
    <w:p>
      <w:pPr>
        <w:jc w:val="right"/>
      </w:pPr>
      <w:r>
        <w:t>یہ کمیونسٹوں نے پھیلائی تھی یہ سپوزیشن مارس نے لکھا تھا سب سے پہلے اس کو لیکن آپ</w:t>
      </w:r>
    </w:p>
    <w:p>
      <w:r>
        <w:rPr>
          <w:b/>
        </w:rPr>
        <w:t xml:space="preserve">[50:29] </w:t>
      </w:r>
      <w:r>
        <w:t>result dekhiye result dekhen to kahan job less ho rahe hain log job mil raha hai logon ko</w:t>
      </w:r>
    </w:p>
    <w:p>
      <w:pPr>
        <w:jc w:val="right"/>
      </w:pPr>
      <w:r>
        <w:t>رزلٹ دیکھیے رزلٹ دیکھیں تو کہاں جاب لیس ہو رہے ہیں لوگ جاب مل رہا ہے لوگوں کو</w:t>
      </w:r>
    </w:p>
    <w:p>
      <w:r>
        <w:rPr>
          <w:b/>
        </w:rPr>
        <w:t xml:space="preserve">[50:34] </w:t>
      </w:r>
      <w:r>
        <w:t>har qism ke logon ko mil raha hai job</w:t>
      </w:r>
    </w:p>
    <w:p>
      <w:pPr>
        <w:jc w:val="right"/>
      </w:pPr>
      <w:r>
        <w:t>ہر قسم کے لوگوں کو مل رہا ہے جاب</w:t>
      </w:r>
    </w:p>
    <w:p>
      <w:r>
        <w:rPr>
          <w:b/>
        </w:rPr>
        <w:t xml:space="preserve">[50:38] </w:t>
      </w:r>
      <w:r>
        <w:t>har qism ke logon ko mein ne mujhe maloom hua ke Jamia mein jo ladke padhte hain na</w:t>
      </w:r>
    </w:p>
    <w:p>
      <w:pPr>
        <w:jc w:val="right"/>
      </w:pPr>
      <w:r>
        <w:t>ہر قسم کے لوگوں کو میں نے مجھے معلوم ہوا کہ جامعہ میں جو لڑکے پڑھتے ہیں نا</w:t>
      </w:r>
    </w:p>
    <w:p>
      <w:r>
        <w:rPr>
          <w:b/>
        </w:rPr>
        <w:t xml:space="preserve">[50:43] </w:t>
      </w:r>
      <w:r>
        <w:t>wo sab un ko bhi kaam mila hua hai ja ke dohr kaam karte hain wo ja kar</w:t>
      </w:r>
    </w:p>
    <w:p>
      <w:pPr>
        <w:jc w:val="right"/>
      </w:pPr>
      <w:r>
        <w:t>وہ سب ان کو بھی کام ملا ہوا ہے جا کے دوڑ کام کرتے ہیں وہ جا کر</w:t>
      </w:r>
    </w:p>
    <w:p>
      <w:r>
        <w:rPr>
          <w:b/>
        </w:rPr>
        <w:t xml:space="preserve">[50:47] </w:t>
      </w:r>
      <w:r>
        <w:t>ke</w:t>
      </w:r>
    </w:p>
    <w:p>
      <w:pPr>
        <w:jc w:val="right"/>
      </w:pPr>
      <w:r>
        <w:t>کے</w:t>
      </w:r>
    </w:p>
    <w:p>
      <w:r>
        <w:rPr>
          <w:b/>
        </w:rPr>
        <w:t xml:space="preserve">[50:48] </w:t>
      </w:r>
      <w:r>
        <w:t>bohat hi kam jante hain woh bohat hi kam un</w:t>
      </w:r>
    </w:p>
    <w:p>
      <w:pPr>
        <w:jc w:val="right"/>
      </w:pPr>
      <w:r>
        <w:t>بہت ہی کم جانتے ہیں وہ بہت ہی کم ان کے انگریزی بھی نہیں آتی تب بھی ان کو کام مل رہا ہے دیکھیے جو کہتے ہیں انگریزی میں پرکولیشن ہر چیز پرکولیٹ کرتی ہے جس طرح پانی پرکولیٹ کرتا ہے اسی طرح سے پیسہ بھی پرکولیٹ کرتا ہے یہ امپاسیبل ہے کہ کوئی پیسہ کما کر اپنے اپنے اس میں ائرن سیف میں بھر لے یہ نہیں پاسیبل ہے وہ پرکولیٹ کرے گا</w:t>
      </w:r>
    </w:p>
    <w:p>
      <w:r>
        <w:rPr>
          <w:b/>
        </w:rPr>
        <w:t xml:space="preserve">[51:15] </w:t>
      </w:r>
      <w:r>
        <w:t>just like water aur percolate kar ke woh sab tak pohnchega yeh aik yeh aik supposition hai jo Marx ne phailai thi yeh baat aur isi ko abhi tak log dohratay hain yani ke mein is ko jab result mein yeh kehta hoon ke result dekho result dekho Marx ne kaha tha ke industrial countries jo hain wahan par sab ghareeb ho jayen ge aur thore logon ke paas paisa rahega aur wahan kahan aisa hua</w:t>
      </w:r>
    </w:p>
    <w:p>
      <w:pPr>
        <w:jc w:val="right"/>
      </w:pPr>
      <w:r>
        <w:t>جسٹ لائک واٹر اور پرکولیٹ کر کے وہ سب تک پہنچے گا یہ ایک یہ ایک سپوزیشن ہے جو مارس نے پھیلائی تھی یہ بات اور اسی کو ابھی تک لوگ دہراتے ہیں یعنی کہ میں اس کو جب رزلٹ میں یہ کہتا ہوں کہ رزلٹ دیکھو رزلٹ دیکھو مارس نے کہا تھا کہ انڈسٹریل کنٹریز جو ہیں وہاں پر سب غریب ہو جائیں گے اور تھوڑے لوگوں کے پاس پیسہ رہے گا اور وہاں کہاں ایسا ہوا</w:t>
      </w:r>
    </w:p>
    <w:p>
      <w:r>
        <w:rPr>
          <w:b/>
        </w:rPr>
        <w:t xml:space="preserve">[51:41] </w:t>
      </w:r>
      <w:r>
        <w:t>ab dekhiye France ko dekhiye Germany ko dekhiye America ko dekhiye paisay hi paisay sab ke paas hua mein aik martaba baitha hua tha aik woh London ke mein kahin to aik aik larki aayi gaari mein baith kar ke to jahan mein tha unhon ne kaha ke dekhen yeh woh hai yani safai karne ke liye aayi hai yani safai karne wali aurat jo hai woh gaari mein baith kar aati hai</w:t>
      </w:r>
    </w:p>
    <w:p>
      <w:pPr>
        <w:jc w:val="right"/>
      </w:pPr>
      <w:r>
        <w:t>اب دیکھیے فرانس کو دیکھیے جرمنی کو دیکھیے امریکہ کو دیکھیے پیسے ہی پیسے سب کے پاس ہوا میں ایک مرتبہ بیٹھا ہوا تھا ایک وہ لندن کے میں کہیں تو ایک ایک لڑکی آئی گاڑی میں بیٹھ کر کے تو جہاں میں تھا انہوں نے کہا کہ دیکھیں یہ وہ ہے یعنی صفائی کرنے کے لیے آئی ہے یعنی صفائی کرنے والی عورت جو ہے وہ گاڑی میں بیٹھ کر آتی ہے</w:t>
      </w:r>
    </w:p>
    <w:p>
      <w:r>
        <w:rPr>
          <w:b/>
        </w:rPr>
        <w:t xml:space="preserve">[52:10] </w:t>
      </w:r>
      <w:r>
        <w:t>to wo to labor class hai wo to labor class hai dekhen yeh yeh ek supposition tha jo</w:t>
      </w:r>
    </w:p>
    <w:p>
      <w:pPr>
        <w:jc w:val="right"/>
      </w:pPr>
      <w:r>
        <w:t>تو وہ تو لیبر کلاس ہے وہ تو لیبر کلاس ہے دیکھیں یہ یہ ایک سپوزیشن تھا جو</w:t>
      </w:r>
    </w:p>
    <w:p>
      <w:r>
        <w:rPr>
          <w:b/>
        </w:rPr>
        <w:t xml:space="preserve">[52:15] </w:t>
      </w:r>
      <w:r>
        <w:t>Marx ne phailaya tha aur result ne bataya ke bilkul galat hai yeh aur is ki koi haqeeqat</w:t>
      </w:r>
    </w:p>
    <w:p>
      <w:pPr>
        <w:jc w:val="right"/>
      </w:pPr>
      <w:r>
        <w:t>مارکس نے پھیلایا تھا اور رزلٹ نے بتایا کہ بالکل غلط ہے یہ اور اس کی کوئی حقیقت</w:t>
      </w:r>
    </w:p>
    <w:p>
      <w:r>
        <w:rPr>
          <w:b/>
        </w:rPr>
        <w:t xml:space="preserve">[52:22] </w:t>
      </w:r>
      <w:r>
        <w:t>نہیں ہے کہ اسے اس کو سمجھانے کی percolation percolation کو کیسے روکے گا کوئی پانی ہے تو</w:t>
      </w:r>
    </w:p>
    <w:p>
      <w:pPr>
        <w:jc w:val="right"/>
      </w:pPr>
      <w:r>
        <w:t>نہیں ہے کہ اسے اس کو سمجھانے کی پرکولیشن پرکولیشن کو کیسے روکے گا کوئی پانی ہے تو</w:t>
      </w:r>
    </w:p>
    <w:p>
      <w:r>
        <w:rPr>
          <w:b/>
        </w:rPr>
        <w:t xml:space="preserve">[52:27] </w:t>
      </w:r>
      <w:r>
        <w:t>percolate karega koi rok nahi sakta is ko barish hui hai to zameen mein ghuse gi wo</w:t>
      </w:r>
    </w:p>
    <w:p>
      <w:pPr>
        <w:jc w:val="right"/>
      </w:pPr>
      <w:r>
        <w:t>پرکولیٹ کرے گا کوئی روک نہیں سکتا اس کو بارش ہوئی ہے تو زمین میں گھسے گی وہ</w:t>
      </w:r>
    </w:p>
    <w:p>
      <w:r>
        <w:rPr>
          <w:b/>
        </w:rPr>
        <w:t xml:space="preserve">[52:31] </w:t>
      </w:r>
      <w:r>
        <w:t>koi rok nahi sakta is ko</w:t>
      </w:r>
    </w:p>
    <w:p>
      <w:pPr>
        <w:jc w:val="right"/>
      </w:pPr>
      <w:r>
        <w:t>کوئی روک نہیں سکتا اس کو</w:t>
      </w:r>
    </w:p>
    <w:p>
      <w:r>
        <w:rPr>
          <w:b/>
        </w:rPr>
        <w:t xml:space="preserve">[52:34] </w:t>
      </w:r>
      <w:r>
        <w:t>aur aap result dekhiye India mein Delhi mein dekh lein sab ko kaam mila hua tod rahe hain</w:t>
      </w:r>
    </w:p>
    <w:p>
      <w:pPr>
        <w:jc w:val="right"/>
      </w:pPr>
      <w:r>
        <w:t>اور آپ رزلٹ دیکھیے انڈیا میں دلی میں دیکھ لیں سب کو کام ملا ہوا توڑ رہے ہیں</w:t>
      </w:r>
    </w:p>
    <w:p>
      <w:r>
        <w:rPr>
          <w:b/>
        </w:rPr>
        <w:t xml:space="preserve">[52:39] </w:t>
      </w:r>
      <w:r>
        <w:t>sab idhar udhar</w:t>
      </w:r>
    </w:p>
    <w:p>
      <w:pPr>
        <w:jc w:val="right"/>
      </w:pPr>
      <w:r>
        <w:t>سب ادھر ادھر</w:t>
      </w:r>
    </w:p>
    <w:p>
      <w:r>
        <w:rPr>
          <w:b/>
        </w:rPr>
        <w:t xml:space="preserve">[52:41] </w:t>
      </w:r>
      <w:r>
        <w:t>wo kehte hain bohat se tareeqay hotay hain kaam karne ke bohat si cheezain nikalti hain</w:t>
      </w:r>
    </w:p>
    <w:p>
      <w:pPr>
        <w:jc w:val="right"/>
      </w:pPr>
      <w:r>
        <w:t>وہ کہتے ہیں بہت سے طریقے ہوتے ہیں کام کرنے کے بہت سی چیزیں نکلتی ہیں</w:t>
      </w:r>
    </w:p>
    <w:p>
      <w:r>
        <w:rPr>
          <w:b/>
        </w:rPr>
        <w:t xml:space="preserve">[52:50] </w:t>
      </w:r>
      <w:r>
        <w:t>is mein logon ko kaam milta rehta hai bohat se tareeqay hain to mein is is is theory ko mein nahi manta</w:t>
      </w:r>
    </w:p>
    <w:p>
      <w:pPr>
        <w:jc w:val="right"/>
      </w:pPr>
      <w:r>
        <w:t>اس میں لوگوں کو کام ملتا رہتا ہے بہت سے طریقے ہیں تو میں اس اس اس تھیوری کو میں نہیں مانتا</w:t>
      </w:r>
    </w:p>
    <w:p>
      <w:r>
        <w:rPr>
          <w:b/>
        </w:rPr>
        <w:t xml:space="preserve">[53:01] </w:t>
      </w:r>
      <w:r>
        <w:t>maulana ah I would like to add something to it</w:t>
      </w:r>
    </w:p>
    <w:p>
      <w:pPr>
        <w:jc w:val="right"/>
      </w:pPr>
      <w:r>
        <w:t>مولانا اہ I would like to add something to it</w:t>
      </w:r>
    </w:p>
    <w:p>
      <w:r>
        <w:rPr>
          <w:b/>
        </w:rPr>
        <w:t xml:space="preserve">[53:04] </w:t>
      </w:r>
      <w:r>
        <w:t>. In fact, I I work in a financial industry, and that gives me an opportunity to interact with a lot of people and attend a lot of global presentations.</w:t>
      </w:r>
    </w:p>
    <w:p>
      <w:pPr>
        <w:jc w:val="right"/>
      </w:pPr>
      <w:r>
        <w:t>. In fact, I I work in a financial industry, and that gives me an opportunity to interact with a lot of people and attend a lot of global presentations.</w:t>
      </w:r>
    </w:p>
    <w:p>
      <w:r>
        <w:rPr>
          <w:b/>
        </w:rPr>
        <w:t xml:space="preserve">[53:14] </w:t>
      </w:r>
      <w:r>
        <w:t>So this population point which Sadia has raised, in fact, that has become a very attractive point for all these MNCs to come and set up shops here.</w:t>
      </w:r>
    </w:p>
    <w:p>
      <w:pPr>
        <w:jc w:val="right"/>
      </w:pPr>
      <w:r>
        <w:t>So this population point which Sadia has raised, in fact, that has become a very attractive point for all these MNCs to come and set up shops here.</w:t>
      </w:r>
    </w:p>
    <w:p>
      <w:r>
        <w:rPr>
          <w:b/>
        </w:rPr>
        <w:t xml:space="preserve">[53:24] </w:t>
      </w:r>
      <w:r>
        <w:t>They have used the term as demographic dividend. So they are saying that demographic dividend, dividend, dividends,</w:t>
      </w:r>
    </w:p>
    <w:p>
      <w:pPr>
        <w:jc w:val="right"/>
      </w:pPr>
      <w:r>
        <w:t>They have used the term as demographic dividend. So they are saying that demographic dividend, dividend, dividends,</w:t>
      </w:r>
    </w:p>
    <w:p>
      <w:r>
        <w:rPr>
          <w:b/>
        </w:rPr>
        <w:t xml:space="preserve">[53:32] </w:t>
      </w:r>
      <w:r>
        <w:t>they are saying that India is so largely populated and they have a young population. More than 50% of India's population is in the young category, and therefore it is very attractive for investment.</w:t>
      </w:r>
    </w:p>
    <w:p>
      <w:pPr>
        <w:jc w:val="right"/>
      </w:pPr>
      <w:r>
        <w:t>they are saying that India is so largely populated and they have a young population. More than 50% of India's population is in the young category, and therefore it is very attractive for investment.</w:t>
      </w:r>
    </w:p>
    <w:p>
      <w:r>
        <w:rPr>
          <w:b/>
        </w:rPr>
        <w:t xml:space="preserve">[53:45] </w:t>
      </w:r>
      <w:r>
        <w:t>In fact, they made few slides jis mein unhon ne yeh dikhaya tha ke Japanese economy kyunke aging population hai to woh pehle hi peak ho chuki hai 1950 mein and India will not peak even by 2050.</w:t>
      </w:r>
    </w:p>
    <w:p>
      <w:pPr>
        <w:jc w:val="right"/>
      </w:pPr>
      <w:r>
        <w:t>In fact, they made few slides جس میں انہوں نے یہ دکھایا تھا کہ جاپانیز اکانومی کیونکہ ایجنگ پاپولیشن ہے تو وہ پہلے ہی پیک ہو چکی ہے 1950 میں and India will not peak even by 2050.</w:t>
      </w:r>
    </w:p>
    <w:p>
      <w:r>
        <w:rPr>
          <w:b/>
        </w:rPr>
        <w:t xml:space="preserve">[54:00] </w:t>
      </w:r>
      <w:r>
        <w:t>So in terms of attractiveness, because of this young population, India will continue to be a favored destination point for many decades to come.</w:t>
      </w:r>
    </w:p>
    <w:p>
      <w:pPr>
        <w:jc w:val="right"/>
      </w:pPr>
      <w:r>
        <w:t>So in terms of attractiveness, because of this young population, India will continue to be a favored destination point for many decades to come.</w:t>
      </w:r>
    </w:p>
    <w:p>
      <w:r>
        <w:rPr>
          <w:b/>
        </w:rPr>
        <w:t xml:space="preserve">[54:09] </w:t>
      </w:r>
      <w:r>
        <w:t>acha ji bohat acha bohat acha</w:t>
      </w:r>
    </w:p>
    <w:p>
      <w:pPr>
        <w:jc w:val="right"/>
      </w:pPr>
      <w:r>
        <w:t>اچھا جی بہت اچھا بہت اچھا</w:t>
      </w:r>
    </w:p>
    <w:p>
      <w:r>
        <w:rPr>
          <w:b/>
        </w:rPr>
        <w:t xml:space="preserve">[54:16] </w:t>
      </w:r>
      <w:r>
        <w:t>bohat acha So we'll end this session now. Thank you.</w:t>
      </w:r>
    </w:p>
    <w:p>
      <w:pPr>
        <w:jc w:val="right"/>
      </w:pPr>
      <w:r>
        <w:t>بہت اچھا So we'll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