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Admitting One's Mistake January 12, 2007 Maulana Wahiduddin Khan</w:t>
      </w:r>
    </w:p>
    <w:p>
      <w:r>
        <w:t>https://www.youtube.com/watch?v=9yGGkxRF8r8</w:t>
      </w:r>
    </w:p>
    <w:p>
      <w:r>
        <w:rPr>
          <w:b/>
        </w:rPr>
        <w:t xml:space="preserve">[00:33] </w:t>
      </w:r>
      <w:r>
        <w:t>mein soch raha tha ke aaj ka topic kya ho,</w:t>
      </w:r>
    </w:p>
    <w:p>
      <w:pPr>
        <w:jc w:val="right"/>
      </w:pPr>
      <w:r>
        <w:t>میں سوچ رہا تھا کہ آج کا ٹاپک کیا ہو،</w:t>
      </w:r>
    </w:p>
    <w:p>
      <w:r>
        <w:rPr>
          <w:b/>
        </w:rPr>
        <w:t xml:space="preserve">[00:42] </w:t>
      </w:r>
      <w:r>
        <w:t>to</w:t>
      </w:r>
    </w:p>
    <w:p>
      <w:pPr>
        <w:jc w:val="right"/>
      </w:pPr>
      <w:r>
        <w:t>تو</w:t>
      </w:r>
    </w:p>
    <w:p>
      <w:r>
        <w:rPr>
          <w:b/>
        </w:rPr>
        <w:t xml:space="preserve">[00:46] </w:t>
      </w:r>
      <w:r>
        <w:t>kisi ek rai par mein nahi pahunch raha tha.</w:t>
      </w:r>
    </w:p>
    <w:p>
      <w:pPr>
        <w:jc w:val="right"/>
      </w:pPr>
      <w:r>
        <w:t>کسی ایک رائے پر میں نہیں پہنچ رہا تھا۔</w:t>
      </w:r>
    </w:p>
    <w:p>
      <w:r>
        <w:rPr>
          <w:b/>
        </w:rPr>
        <w:t xml:space="preserve">[00:58] </w:t>
      </w:r>
      <w:r>
        <w:t>phir mujhe yeh aaj ka Times of India mila,</w:t>
      </w:r>
    </w:p>
    <w:p>
      <w:pPr>
        <w:jc w:val="right"/>
      </w:pPr>
      <w:r>
        <w:t>پھر مجھے یہ آج کا ٹائمز آف انڈیا ملا،</w:t>
      </w:r>
    </w:p>
    <w:p>
      <w:r>
        <w:rPr>
          <w:b/>
        </w:rPr>
        <w:t xml:space="preserve">[01:05] </w:t>
      </w:r>
      <w:r>
        <w:t>yani january 12 ka times of india. is mein dekhiye, ek news item hai george bush ke baray mein, yani united states ke jo president hain, george bush junior,</w:t>
      </w:r>
    </w:p>
    <w:p>
      <w:pPr>
        <w:jc w:val="right"/>
      </w:pPr>
      <w:r>
        <w:t>یعنی جنوری 12 کا ٹائمز آف انڈیا۔ اس میں دیکھیے، ایک نیوز آئٹم ہے جارج بش کے بارے میں، یعنی یونائیٹڈ اسٹیٹس کے جو پریزیڈنٹ ہیں، جارج بش جونیئر،</w:t>
      </w:r>
    </w:p>
    <w:p>
      <w:r>
        <w:rPr>
          <w:b/>
        </w:rPr>
        <w:t xml:space="preserve">[01:25] </w:t>
      </w:r>
      <w:r>
        <w:t>un ke baray mein.</w:t>
      </w:r>
    </w:p>
    <w:p>
      <w:pPr>
        <w:jc w:val="right"/>
      </w:pPr>
      <w:r>
        <w:t>ان کے بارے میں۔</w:t>
      </w:r>
    </w:p>
    <w:p>
      <w:r>
        <w:rPr>
          <w:b/>
        </w:rPr>
        <w:t xml:space="preserve">[01:29] </w:t>
      </w:r>
      <w:r>
        <w:t>to aaj ke paper mein, yani january 12 ke paper mein, chupa hai un ke baray mein ke bush admits to iraq mistakes.</w:t>
      </w:r>
    </w:p>
    <w:p>
      <w:pPr>
        <w:jc w:val="right"/>
      </w:pPr>
      <w:r>
        <w:t>تو آج کے پیپر میں، یعنی جنوری 12 کے پیپر میں، چھپا ہے ان کے بارے میں کہ بش ایڈمٹس ٹو عراق مسٹیکس۔</w:t>
      </w:r>
    </w:p>
    <w:p>
      <w:r>
        <w:rPr>
          <w:b/>
        </w:rPr>
        <w:t xml:space="preserve">[01:49] </w:t>
      </w:r>
      <w:r>
        <w:t>bush admits to iraq mistakes.</w:t>
      </w:r>
    </w:p>
    <w:p>
      <w:pPr>
        <w:jc w:val="right"/>
      </w:pPr>
      <w:r>
        <w:t>بش ایڈمٹس ٹو عراق مسٹیکس۔</w:t>
      </w:r>
    </w:p>
    <w:p>
      <w:r>
        <w:rPr>
          <w:b/>
        </w:rPr>
        <w:t xml:space="preserve">[01:57] </w:t>
      </w:r>
      <w:r>
        <w:t>yani bush yeh mante hain ke iraq par jo unhon ne attack kiya tha, is mein un se ghaltiyan hu'een.</w:t>
      </w:r>
    </w:p>
    <w:p>
      <w:pPr>
        <w:jc w:val="right"/>
      </w:pPr>
      <w:r>
        <w:t>یعنی بش یہ مانتے ہیں کہ عراق پر جو انہوں نے اٹیک کیا تھا، اس میں ان سے غلطیاں ہوئیں۔</w:t>
      </w:r>
    </w:p>
    <w:p>
      <w:r>
        <w:rPr>
          <w:b/>
        </w:rPr>
        <w:t xml:space="preserve">[02:10] </w:t>
      </w:r>
      <w:r>
        <w:t>bush admits to iraq mistakes. to is ko parh kar main sochne laga.</w:t>
      </w:r>
    </w:p>
    <w:p>
      <w:pPr>
        <w:jc w:val="right"/>
      </w:pPr>
      <w:r>
        <w:t>بش ایڈمٹس ٹو عراق مسٹیکس۔ تو اس کو پڑھ کر میں سوچنے لگا۔</w:t>
      </w:r>
    </w:p>
    <w:p>
      <w:r>
        <w:rPr>
          <w:b/>
        </w:rPr>
        <w:t xml:space="preserve">[02:21] </w:t>
      </w:r>
      <w:r>
        <w:t>waqia yeh hai ke sara din main sochta raha ke aisa kaise hua.</w:t>
      </w:r>
    </w:p>
    <w:p>
      <w:pPr>
        <w:jc w:val="right"/>
      </w:pPr>
      <w:r>
        <w:t>واقعہ یہ ہے کہ سارا دن میں سوچتا رہا کہ ایسا کیسے ہوا۔</w:t>
      </w:r>
    </w:p>
    <w:p>
      <w:r>
        <w:rPr>
          <w:b/>
        </w:rPr>
        <w:t xml:space="preserve">[02:28] </w:t>
      </w:r>
      <w:r>
        <w:t>aap jante hain ke usa jo hai, woh superpower mana jata hai. in ke paas har qism ka infrastructure hai.</w:t>
      </w:r>
    </w:p>
    <w:p>
      <w:pPr>
        <w:jc w:val="right"/>
      </w:pPr>
      <w:r>
        <w:t>آپ جانتے ہیں کہ یو ایس اے جو ہے، وہ سپر پاور مانا جاتا ہے۔ ان کے پاس ہر قسم کا انفراسٹرکچر ہے۔</w:t>
      </w:r>
    </w:p>
    <w:p>
      <w:r>
        <w:rPr>
          <w:b/>
        </w:rPr>
        <w:t xml:space="preserve">[02:41] </w:t>
      </w:r>
      <w:r>
        <w:t>dunya ki sab se acha administration in ke paas hai. in ke paas sab se acha think tank hai.</w:t>
      </w:r>
    </w:p>
    <w:p>
      <w:pPr>
        <w:jc w:val="right"/>
      </w:pPr>
      <w:r>
        <w:t>دنیا کی سب سے اچھا ایڈمنسٹریشن ان کے پاس ہے۔ ان کے پاس سب سے اچھا تھنک ٹینک ہے۔</w:t>
      </w:r>
    </w:p>
    <w:p>
      <w:r>
        <w:rPr>
          <w:b/>
        </w:rPr>
        <w:t xml:space="preserve">[02:53] </w:t>
      </w:r>
      <w:r>
        <w:t>kaha jata hai ke dunya bhar ke jitne intelligent log hain, woh america mein jama hain. in ka intelligence bohat ooncha hai.</w:t>
      </w:r>
    </w:p>
    <w:p>
      <w:pPr>
        <w:jc w:val="right"/>
      </w:pPr>
      <w:r>
        <w:t>کہا جاتا ہے کہ دنیا بھر کے جتنے انٹیلیجنٹ لوگ ہیں، وہ امریکہ میں جمع ہیں۔ ان کا انٹیلیجنس بہت اونچا ہے۔</w:t>
      </w:r>
    </w:p>
    <w:p>
      <w:r>
        <w:rPr>
          <w:b/>
        </w:rPr>
        <w:t xml:space="preserve">[03:04] </w:t>
      </w:r>
      <w:r>
        <w:t>technical aitbar se woh sab se zyada agay hain. yani har cheez mein america jo hai, woh superior hai sari dunya se.</w:t>
      </w:r>
    </w:p>
    <w:p>
      <w:pPr>
        <w:jc w:val="right"/>
      </w:pPr>
      <w:r>
        <w:t>ٹیکنیکل اعتبار سے وہ سب سے زیادہ آگے ہیں۔ یعنی ہر چیز میں امریکہ جو ہے، وہ سپیریئر ہے ساری دنیا سے۔</w:t>
      </w:r>
    </w:p>
    <w:p>
      <w:r>
        <w:rPr>
          <w:b/>
        </w:rPr>
        <w:t xml:space="preserve">[03:17] </w:t>
      </w:r>
      <w:r>
        <w:t>to phir is ne aisi ghalti kaise ki?</w:t>
      </w:r>
    </w:p>
    <w:p>
      <w:pPr>
        <w:jc w:val="right"/>
      </w:pPr>
      <w:r>
        <w:t>تو پھر اس نے ایسی غلطی کیسے کی؟</w:t>
      </w:r>
    </w:p>
    <w:p>
      <w:r>
        <w:rPr>
          <w:b/>
        </w:rPr>
        <w:t xml:space="preserve">[03:24] </w:t>
      </w:r>
      <w:r>
        <w:t>dekhiye, yeh simple baat nahi hai.</w:t>
      </w:r>
    </w:p>
    <w:p>
      <w:pPr>
        <w:jc w:val="right"/>
      </w:pPr>
      <w:r>
        <w:t>دیکھیے، یہ سمپل بات نہیں ہے۔</w:t>
      </w:r>
    </w:p>
    <w:p>
      <w:r>
        <w:rPr>
          <w:b/>
        </w:rPr>
        <w:t xml:space="preserve">[03:28] </w:t>
      </w:r>
      <w:r>
        <w:t>yeh simple baat nahi hai. is ke peechay ek bohat gehra raaz chupa hua hai.</w:t>
      </w:r>
    </w:p>
    <w:p>
      <w:pPr>
        <w:jc w:val="right"/>
      </w:pPr>
      <w:r>
        <w:t>یہ سمپل بات نہیں ہے۔ اس کے پیچھے ایک بہت گہرا راز چھپا ہوا ہے۔</w:t>
      </w:r>
    </w:p>
    <w:p>
      <w:r>
        <w:rPr>
          <w:b/>
        </w:rPr>
        <w:t xml:space="preserve">[03:38] </w:t>
      </w:r>
      <w:r>
        <w:t>woh yeh hai ke</w:t>
      </w:r>
    </w:p>
    <w:p>
      <w:pPr>
        <w:jc w:val="right"/>
      </w:pPr>
      <w:r>
        <w:t>وہ یہ ہے کہ</w:t>
      </w:r>
    </w:p>
    <w:p>
      <w:r>
        <w:rPr>
          <w:b/>
        </w:rPr>
        <w:t xml:space="preserve">[03:43] </w:t>
      </w:r>
      <w:r>
        <w:t>dunya mein hamesha aisa hota hai ke kuch baatein aap ki pasand ke khilaf hoti hain.</w:t>
      </w:r>
    </w:p>
    <w:p>
      <w:pPr>
        <w:jc w:val="right"/>
      </w:pPr>
      <w:r>
        <w:t>دنیا میں ہمیشہ ایسا ہوتا ہے کہ کچھ باتیں آپ کی پسند کے خلاف ہوتی ہیں۔</w:t>
      </w:r>
    </w:p>
    <w:p>
      <w:r>
        <w:rPr>
          <w:b/>
        </w:rPr>
        <w:t xml:space="preserve">[03:54] </w:t>
      </w:r>
      <w:r>
        <w:t>woh aap ka bohat bara test hota hai ke wahan aap jazbati radd-e-amal dein ya ghor se radd-e-amal dein.</w:t>
      </w:r>
    </w:p>
    <w:p>
      <w:pPr>
        <w:jc w:val="right"/>
      </w:pPr>
      <w:r>
        <w:t>وہ آپ کا بہت بڑا ٹیسٹ ہوتا ہے کہ وہاں آپ جذباتی ردِعمل دیں یا غور سے ردِعمل دیں۔</w:t>
      </w:r>
    </w:p>
    <w:p>
      <w:r>
        <w:rPr>
          <w:b/>
        </w:rPr>
        <w:t xml:space="preserve">[04:05] </w:t>
      </w:r>
      <w:r>
        <w:t>yani socha samjha radd-e-amal dein ya jazbati tor par kuch kar dalain.</w:t>
      </w:r>
    </w:p>
    <w:p>
      <w:pPr>
        <w:jc w:val="right"/>
      </w:pPr>
      <w:r>
        <w:t>یعنی سوچا سمجھا ردِعمل دیں یا جذباتی طور پر کچھ کر ڈالیں۔</w:t>
      </w:r>
    </w:p>
    <w:p>
      <w:r>
        <w:rPr>
          <w:b/>
        </w:rPr>
        <w:t xml:space="preserve">[04:13] </w:t>
      </w:r>
      <w:r>
        <w:t>to aap jante hain ke september 11, 2001 ko america mein ek bohat bara waqia hua ke new york tower ko hawai jahaz se takra kar tabah kar diya gaya.</w:t>
      </w:r>
    </w:p>
    <w:p>
      <w:pPr>
        <w:jc w:val="right"/>
      </w:pPr>
      <w:r>
        <w:t>تو آپ جانتے ہیں کہ ستمبر 11، 2001 کو امریکہ میں ایک بہت بڑا واقعہ ہوا کہ نیویارک ٹاور کو ہوائی جہاز سے ٹکرا کر تباہ کر دیا گیا۔</w:t>
      </w:r>
    </w:p>
    <w:p>
      <w:r>
        <w:rPr>
          <w:b/>
        </w:rPr>
        <w:t xml:space="preserve">[04:32] </w:t>
      </w:r>
      <w:r>
        <w:t>yeh america ki shan ko challenge karna tha.</w:t>
      </w:r>
    </w:p>
    <w:p>
      <w:pPr>
        <w:jc w:val="right"/>
      </w:pPr>
      <w:r>
        <w:t>یہ امریکہ کی شان کو چیلنج کرنا تھا۔</w:t>
      </w:r>
    </w:p>
    <w:p>
      <w:r>
        <w:rPr>
          <w:b/>
        </w:rPr>
        <w:t xml:space="preserve">[04:39] </w:t>
      </w:r>
      <w:r>
        <w:t>yahan par amrici log bhark uthay.</w:t>
      </w:r>
    </w:p>
    <w:p>
      <w:pPr>
        <w:jc w:val="right"/>
      </w:pPr>
      <w:r>
        <w:t>یہاں پر امریکی لوگ بھڑک اٹھے۔</w:t>
      </w:r>
    </w:p>
    <w:p>
      <w:r>
        <w:rPr>
          <w:b/>
        </w:rPr>
        <w:t xml:space="preserve">[04:43] </w:t>
      </w:r>
      <w:r>
        <w:t>sare america mein, main samajhta hoon ke aksariyat amriciyon ki jo thi, woh badla lene ki zaban bolne lagi. to badla kya hai?</w:t>
      </w:r>
    </w:p>
    <w:p>
      <w:pPr>
        <w:jc w:val="right"/>
      </w:pPr>
      <w:r>
        <w:t>سارے امریکہ میں، میں سمجھتا ہوں کہ اکثریت امریکیوں کی جو تھی، وہ بدلہ لینے کی زبان بولنے لگی۔ تو بدلہ کیا ہے؟</w:t>
      </w:r>
    </w:p>
    <w:p>
      <w:r>
        <w:rPr>
          <w:b/>
        </w:rPr>
        <w:t xml:space="preserve">[04:53] </w:t>
      </w:r>
      <w:r>
        <w:t>badla to jazbati radd-e-amal hai is surat-e-haal ka.</w:t>
      </w:r>
    </w:p>
    <w:p>
      <w:pPr>
        <w:jc w:val="right"/>
      </w:pPr>
      <w:r>
        <w:t>بدلہ تو جذباتی ردِعمل ہے اس صورتحال کا۔</w:t>
      </w:r>
    </w:p>
    <w:p>
      <w:r>
        <w:rPr>
          <w:b/>
        </w:rPr>
        <w:t xml:space="preserve">[05:00] </w:t>
      </w:r>
      <w:r>
        <w:t>main jab america, kai bar america gaya hoon, main to ek bar aisa hua ke main yeh new york tower ke ooper charha. yeh bohat hi ooncha hai.</w:t>
      </w:r>
    </w:p>
    <w:p>
      <w:pPr>
        <w:jc w:val="right"/>
      </w:pPr>
      <w:r>
        <w:t>میں جب امریکہ، کئی بار امریکہ گیا ہوں، میں تو ایک بار ایسا ہوا کہ میں یہ نیویارک ٹاور کے اوپر چڑھا۔ یہ بہت ہی اونچا ہے۔</w:t>
      </w:r>
    </w:p>
    <w:p>
      <w:r>
        <w:rPr>
          <w:b/>
        </w:rPr>
        <w:t xml:space="preserve">[05:10] </w:t>
      </w:r>
      <w:r>
        <w:t>jab</w:t>
      </w:r>
    </w:p>
    <w:p>
      <w:pPr>
        <w:jc w:val="right"/>
      </w:pPr>
      <w:r>
        <w:t>جب</w:t>
      </w:r>
    </w:p>
    <w:p>
      <w:r>
        <w:rPr>
          <w:b/>
        </w:rPr>
        <w:t xml:space="preserve">[05:11] </w:t>
      </w:r>
      <w:r>
        <w:t>bana to sab se ooncha tower wahi tha. to jab mein ek dam is ke oopar pohancha, oopar se jab neeche dekha mein ne logon ko, to log bohat hi dwarf dikhai de rahe thay.</w:t>
      </w:r>
    </w:p>
    <w:p>
      <w:pPr>
        <w:jc w:val="right"/>
      </w:pPr>
      <w:r>
        <w:t>بنا تو سب سے اونچا ٹاور وہی تھا۔ تو جب میں ایک دم اس کے اوپر پہنچا، اوپر سے جب نیچے دیکھا میں نے لوگوں کو، تو لوگ بہت ہی ڈوارف دکھائی دے رہے تھے۔</w:t>
      </w:r>
    </w:p>
    <w:p>
      <w:r>
        <w:rPr>
          <w:b/>
        </w:rPr>
        <w:t xml:space="preserve">[05:26] </w:t>
      </w:r>
      <w:r>
        <w:t>bohat hi chote chote. sarkon par reng rahe thay. dwarf.</w:t>
      </w:r>
    </w:p>
    <w:p>
      <w:pPr>
        <w:jc w:val="right"/>
      </w:pPr>
      <w:r>
        <w:t>بہت ہی چھوٹے چھوٹے۔ سڑکوں پر رینگ رہے تھے۔ ڈوارف۔</w:t>
      </w:r>
    </w:p>
    <w:p>
      <w:r>
        <w:rPr>
          <w:b/>
        </w:rPr>
        <w:t xml:space="preserve">[05:33] </w:t>
      </w:r>
      <w:r>
        <w:t>to mere zehn mein aaya ke amrikiyon ne jab yeh banaya hoga, yeh tower, is ke oopar aap charhe honge pehli baar, to lashaoori tor par ya shaoori tor par unhon ne samjha hoga ke sari dunya hamare muqable mein dwarf hai.</w:t>
      </w:r>
    </w:p>
    <w:p>
      <w:pPr>
        <w:jc w:val="right"/>
      </w:pPr>
      <w:r>
        <w:t>تو میرے ذہن میں آیا کہ امریکیوں نے جب یہ بنایا ہوگا، یہ ٹاور، اس کے اوپر آپ چڑھے ہوں گے پہلی بار، تو لاشعوری طور پر یا شعوری طور پر انہوں نے سمجھا ہوگا کہ ساری دنیا ہمارے مقابلے میں ڈوارف ہے۔</w:t>
      </w:r>
    </w:p>
    <w:p>
      <w:r>
        <w:rPr>
          <w:b/>
        </w:rPr>
        <w:t xml:space="preserve">[05:52] </w:t>
      </w:r>
      <w:r>
        <w:t>hum aala hain. hum sab se barhe hain.</w:t>
      </w:r>
    </w:p>
    <w:p>
      <w:pPr>
        <w:jc w:val="right"/>
      </w:pPr>
      <w:r>
        <w:t>ہم اعلیٰ ہیں۔ ہم سب سے بڑے ہیں۔</w:t>
      </w:r>
    </w:p>
    <w:p>
      <w:r>
        <w:rPr>
          <w:b/>
        </w:rPr>
        <w:t xml:space="preserve">[05:57] </w:t>
      </w:r>
      <w:r>
        <w:t>shaoori tor par to nahi aaya hoga lekin lashaoori tor par zaroor aaya hoga. kyun ke wahan par jab mein charha hoga is par, to ajeeb manzar tha woh.</w:t>
      </w:r>
    </w:p>
    <w:p>
      <w:pPr>
        <w:jc w:val="right"/>
      </w:pPr>
      <w:r>
        <w:t>شعوری طور پر تو نہیں آیا ہوگا لیکن لاشعوری طور پر ضرور آیا ہوگا۔ کیوں کہ وہاں پر جب میں چڑھا ہوگا اس پر، تو عجیب منظر تھا وہ۔</w:t>
      </w:r>
    </w:p>
    <w:p>
      <w:r>
        <w:rPr>
          <w:b/>
        </w:rPr>
        <w:t xml:space="preserve">[06:09] </w:t>
      </w:r>
      <w:r>
        <w:t>hum to chah foot ke insaan thay. ab woh chah inch ka dikhai parta tha woh neeche jo aadmi chal raha tha.</w:t>
      </w:r>
    </w:p>
    <w:p>
      <w:pPr>
        <w:jc w:val="right"/>
      </w:pPr>
      <w:r>
        <w:t>ہم تو چھ فٹ کے انسان تھے۔ اب وہ چھ انچ کا دکھائی پڑتا تھا وہ نیچے جو آدمی چل رہا تھا۔</w:t>
      </w:r>
    </w:p>
    <w:p>
      <w:r>
        <w:rPr>
          <w:b/>
        </w:rPr>
        <w:t xml:space="preserve">[06:17] </w:t>
      </w:r>
      <w:r>
        <w:t>sab ke sab dwarf. to us waqt jab ke woh bana to itna ooncha, itni oonchi imarat poori tareekh mein kabhi nahi bani thi.</w:t>
      </w:r>
    </w:p>
    <w:p>
      <w:pPr>
        <w:jc w:val="right"/>
      </w:pPr>
      <w:r>
        <w:t>سب کے سب ڈوارف۔ تو اس وقت جب کہ وہ بنا تو اتنا اونچا، اتنی اونچی عمارت پوری تاریخ میں کبھی نہیں بنی تھی۔</w:t>
      </w:r>
    </w:p>
    <w:p>
      <w:r>
        <w:rPr>
          <w:b/>
        </w:rPr>
        <w:t xml:space="preserve">[06:31] </w:t>
      </w:r>
      <w:r>
        <w:t>to yeh tha fitri ke amrikiyon ke zehn mein lashaoori tor par aaye ke hum sab se oonche aa gaye hain. hum aala hain.</w:t>
      </w:r>
    </w:p>
    <w:p>
      <w:pPr>
        <w:jc w:val="right"/>
      </w:pPr>
      <w:r>
        <w:t>تو یہ تھا فطری کہ امریکیوں کے ذہن میں لاشعوری طور پر آئے کہ ہم سب سے اونچے آگئے ہیں۔ ہم اعلیٰ ہیں۔</w:t>
      </w:r>
    </w:p>
    <w:p>
      <w:r>
        <w:rPr>
          <w:b/>
        </w:rPr>
        <w:t xml:space="preserve">[06:41] </w:t>
      </w:r>
      <w:r>
        <w:t>sari dunya hamare muqable mein dwarf hai. to yeh tha fakhr.</w:t>
      </w:r>
    </w:p>
    <w:p>
      <w:pPr>
        <w:jc w:val="right"/>
      </w:pPr>
      <w:r>
        <w:t>ساری دنیا ہمارے مقابلے میں ڈوارف ہے۔ تو یہ تھا فخر۔</w:t>
      </w:r>
    </w:p>
    <w:p>
      <w:r>
        <w:rPr>
          <w:b/>
        </w:rPr>
        <w:t xml:space="preserve">[06:49] </w:t>
      </w:r>
      <w:r>
        <w:t>to new york tower jo tha, woh amrikiyon ki shaan ka nishan tha. is se un ko fakhr milta tha. is ko tod diya.</w:t>
      </w:r>
    </w:p>
    <w:p>
      <w:pPr>
        <w:jc w:val="right"/>
      </w:pPr>
      <w:r>
        <w:t>تو نیویارک ٹاور جو تھا، وہ امریکیوں کی شان کا نشان تھا۔ اس سے ان کو فخر ملتا تھا۔ اس کو توڑ دیا۔</w:t>
      </w:r>
    </w:p>
    <w:p>
      <w:r>
        <w:rPr>
          <w:b/>
        </w:rPr>
        <w:t xml:space="preserve">[07:03] </w:t>
      </w:r>
      <w:r>
        <w:t>kuch logon ne. aur yeh maghribi tor par toda ke hawai jahaz se takra diya is ko. kuch hawai jahazon ko high jack kiya.</w:t>
      </w:r>
    </w:p>
    <w:p>
      <w:pPr>
        <w:jc w:val="right"/>
      </w:pPr>
      <w:r>
        <w:t>کچھ لوگوں نے۔ اور یہ مغربی طور پر توڑا کہ ہوائی جہاز سے ٹکرا دیا اس کو۔ کچھ ہوائی جہازوں کو ہائی جیک کیا۔</w:t>
      </w:r>
    </w:p>
    <w:p>
      <w:r>
        <w:rPr>
          <w:b/>
        </w:rPr>
        <w:t xml:space="preserve">[07:12] </w:t>
      </w:r>
      <w:r>
        <w:t>high jack kar ke le aa kar in se takra diya.</w:t>
      </w:r>
    </w:p>
    <w:p>
      <w:pPr>
        <w:jc w:val="right"/>
      </w:pPr>
      <w:r>
        <w:t>ہائی جیک کر کے لے آ کر ان سے ٹکرا دیا۔</w:t>
      </w:r>
    </w:p>
    <w:p>
      <w:r>
        <w:rPr>
          <w:b/>
        </w:rPr>
        <w:t xml:space="preserve">[07:14] </w:t>
      </w:r>
      <w:r>
        <w:t>yani khud to khudkushi ki unhon ne aur sath sath amrica ki shaan par bhi unhon ne itna bara hamla kiya jis ko amrica bardasht nahi kar paya.</w:t>
      </w:r>
    </w:p>
    <w:p>
      <w:pPr>
        <w:jc w:val="right"/>
      </w:pPr>
      <w:r>
        <w:t>یعنی خود تو خودکشی کی انہوں نے اور ساتھ ساتھ امریکہ کی شان پر بھی انہوں نے اتنا بڑا حملہ کیا جس کو امریکہ برداشت نہیں کر پایا۔</w:t>
      </w:r>
    </w:p>
    <w:p>
      <w:r>
        <w:rPr>
          <w:b/>
        </w:rPr>
        <w:t xml:space="preserve">[07:25] </w:t>
      </w:r>
      <w:r>
        <w:t>to badla mein par gaya woh. fakhr ke sath badla jura hua hai. agar aap ke andar aajzi ho, apne aap ko bohat kam samajhte hon aap, tab aap ke andar badla nahi ayega.</w:t>
      </w:r>
    </w:p>
    <w:p>
      <w:pPr>
        <w:jc w:val="right"/>
      </w:pPr>
      <w:r>
        <w:t>تو بدلہ میں پڑ گیا وہ۔ فخر کے ساتھ بدلہ جڑا ہوا ہے۔ اگر آپ کے اندر عاجزی ہو، اپنے آپ کو بہت کم سمجھتے ہوں آپ، تب آپ کے اندر بدلہ نہیں آئے گا۔</w:t>
      </w:r>
    </w:p>
    <w:p>
      <w:r>
        <w:rPr>
          <w:b/>
        </w:rPr>
        <w:t xml:space="preserve">[07:44] </w:t>
      </w:r>
      <w:r>
        <w:t>aajiz aadmi ke andar badle ka jazba nahi aata. woh to jis ke andar gharoor hai, jis ke andar fakhr hai, jis ke andar ana hai, us ke andar bharkta hai badle ka jazba.</w:t>
      </w:r>
    </w:p>
    <w:p>
      <w:pPr>
        <w:jc w:val="right"/>
      </w:pPr>
      <w:r>
        <w:t>عاجز آدمی کے اندر بدلے کا جذبہ نہیں آتا۔ وہ تو جس کے اندر غرور ہے، جس کے اندر فخر ہے، جس کے اندر انا ہے، اس کے اندر بھڑکتا ہے بدلے کا جذبہ۔</w:t>
      </w:r>
    </w:p>
    <w:p>
      <w:r>
        <w:rPr>
          <w:b/>
        </w:rPr>
        <w:t xml:space="preserve">[08:00] </w:t>
      </w:r>
      <w:r>
        <w:t>to amrikiyon ne jo hamla kiya iraq ke oopar, woh sach poochein to badle ke liye tha.</w:t>
      </w:r>
    </w:p>
    <w:p>
      <w:pPr>
        <w:jc w:val="right"/>
      </w:pPr>
      <w:r>
        <w:t>تو امریکیوں نے جو حملہ کیا عراق کے اوپر، وہ سچ پوچھیں تو بدلے کے لیے تھا۔</w:t>
      </w:r>
    </w:p>
    <w:p>
      <w:r>
        <w:rPr>
          <w:b/>
        </w:rPr>
        <w:t xml:space="preserve">[08:12] </w:t>
      </w:r>
      <w:r>
        <w:t>yeh bolay bhi thay us zamane mein george bush ke hamein badla lena hai.</w:t>
      </w:r>
    </w:p>
    <w:p>
      <w:pPr>
        <w:jc w:val="right"/>
      </w:pPr>
      <w:r>
        <w:t>یہ بولے بھی تھے اس زمانے میں جارج بش کہ ہمیں بدلہ لینا ہے۔</w:t>
      </w:r>
    </w:p>
    <w:p>
      <w:r>
        <w:rPr>
          <w:b/>
        </w:rPr>
        <w:t xml:space="preserve">[08:19] </w:t>
      </w:r>
      <w:r>
        <w:t>to dekhiye, jab bhi aadmi kisi soorat e haal ka jazbati radd e amal de to yeh tay sambhaliye ke use shikast hogi.</w:t>
      </w:r>
    </w:p>
    <w:p>
      <w:pPr>
        <w:jc w:val="right"/>
      </w:pPr>
      <w:r>
        <w:t>تو دیکھیے، جب بھی آدمی کسی صورتحال کا جذباتی ردِعمل دے تو یہ طے سنبھالیے کہ اسے شکست ہوگی۔</w:t>
      </w:r>
    </w:p>
    <w:p>
      <w:r>
        <w:rPr>
          <w:b/>
        </w:rPr>
        <w:t xml:space="preserve">[08:33] </w:t>
      </w:r>
      <w:r>
        <w:t>yani fakhr ke liye, apne gharoor ke liye, badle ke liye, yani kisi kisi jazbat</w:t>
      </w:r>
    </w:p>
    <w:p>
      <w:pPr>
        <w:jc w:val="right"/>
      </w:pPr>
      <w:r>
        <w:t>یعنی فخر کے لیے، اپنے غرور کے لیے، بدلے کے لیے، یعنی کسی کسی جذبات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