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Choice Between Right and Wrong Battlefield January 26, 2007 Maulana Wahiddduin Khan</w:t>
      </w:r>
    </w:p>
    <w:p>
      <w:r>
        <w:t>https://www.youtube.com/watch?v=F-onKK3Ibcc</w:t>
      </w:r>
    </w:p>
    <w:p>
      <w:r>
        <w:rPr>
          <w:b/>
        </w:rPr>
        <w:t xml:space="preserve">[00:14]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[00:28] </w:t>
      </w:r>
      <w:r>
        <w:t>aaj ka jo topic hai woh yeh hai ke life ek struggle hai, har ek ke liye.</w:t>
      </w:r>
    </w:p>
    <w:p>
      <w:pPr>
        <w:jc w:val="right"/>
      </w:pPr>
      <w:r>
        <w:t>آج کا جو ٹاپک ہے وہ یہ ہے کہ لائف ایک سٹرگل ہے، ہر ایک کے لیے۔</w:t>
      </w:r>
    </w:p>
    <w:p>
      <w:r>
        <w:rPr>
          <w:b/>
        </w:rPr>
        <w:t xml:space="preserve">[00:42] </w:t>
      </w:r>
      <w:r>
        <w:t>chahe koi individual ho ya koi state ho. lekin is struggle ke liye aksar aisa hota hai ke log galat jagah intikhab kar lete hain.</w:t>
      </w:r>
    </w:p>
    <w:p>
      <w:pPr>
        <w:jc w:val="right"/>
      </w:pPr>
      <w:r>
        <w:t>چاہے کوئی انڈیویجول ہو یا کوئی اسٹیٹ ہو۔ لیکن اس سٹرگل کے لیے اکثر ایسا ہوتا ہے کہ لوگ غلط جگہ انتخاب کر لیتے ہیں۔</w:t>
      </w:r>
    </w:p>
    <w:p>
      <w:r>
        <w:rPr>
          <w:b/>
        </w:rPr>
        <w:t xml:space="preserve">[00:59] </w:t>
      </w:r>
      <w:r>
        <w:t>wrong battle ground le lete hain. isi liye fail ho jate hain aksar log.</w:t>
      </w:r>
    </w:p>
    <w:p>
      <w:pPr>
        <w:jc w:val="right"/>
      </w:pPr>
      <w:r>
        <w:t>رانگ بیٹل گراؤنڈ لے لیتے ہیں۔ اسی لیے فیل ہو جاتے ہیں اکثر لوگ۔</w:t>
      </w:r>
    </w:p>
    <w:p>
      <w:r>
        <w:rPr>
          <w:b/>
        </w:rPr>
        <w:t xml:space="preserve">[01:09] </w:t>
      </w:r>
      <w:r>
        <w:t>to aaj ka jo topic hai is ko mein shuru kar raha hoon times of india ki ek report se. dekhiye yeh mere hath mein jo times of india ka jo issue hai woh hai kal ka yani 25 jannori ka.</w:t>
      </w:r>
    </w:p>
    <w:p>
      <w:pPr>
        <w:jc w:val="right"/>
      </w:pPr>
      <w:r>
        <w:t>تو آج کا جو ٹاپک ہے اس کو میں شروع کر رہا ہوں ٹائمز آف انڈیا کی ایک رپورٹ سے۔ دیکھیے یہ میرے ہاتھ میں جو ٹائمز آف انڈیا کا جو ایشو ہے وہ ہے کل کا یعنی 25 جنوری کا۔</w:t>
      </w:r>
    </w:p>
    <w:p>
      <w:r>
        <w:rPr>
          <w:b/>
        </w:rPr>
        <w:t xml:space="preserve">[01:29] </w:t>
      </w:r>
      <w:r>
        <w:t>is ki jo heading hai woh hai yeh george bush ka. george bush ke baray mein</w:t>
      </w:r>
    </w:p>
    <w:p>
      <w:pPr>
        <w:jc w:val="right"/>
      </w:pPr>
      <w:r>
        <w:t>اس کی جو ہیڈنگ ہے وہ ہے یہ جارج بش کا۔ جارج بش کے بارے میں</w:t>
      </w:r>
    </w:p>
    <w:p>
      <w:r>
        <w:rPr>
          <w:b/>
        </w:rPr>
        <w:t xml:space="preserve">[01:38] </w:t>
      </w:r>
      <w:r>
        <w:t>hai. George Bush ne ek speech di hai Washington mein. Is ko le kar ek report banai gai hai.</w:t>
      </w:r>
    </w:p>
    <w:p>
      <w:pPr>
        <w:jc w:val="right"/>
      </w:pPr>
      <w:r>
        <w:t>ہے۔ جارج بش نے ایک سپیچ دی ہے واشنگٹن میں۔ اس کو لے کر ایک رپورٹ بنائی گئی ہے۔</w:t>
      </w:r>
    </w:p>
    <w:p>
      <w:r>
        <w:rPr>
          <w:b/>
        </w:rPr>
        <w:t xml:space="preserve">[01:47] </w:t>
      </w:r>
      <w:r>
        <w:t>Aur wahan ke survey ko le kar ke. To George Bush kehte hain "Good Iraq, good Iraq, give war a chance."</w:t>
      </w:r>
    </w:p>
    <w:p>
      <w:pPr>
        <w:jc w:val="right"/>
      </w:pPr>
      <w:r>
        <w:t>اور وہاں کے سروے کو لے کر کے۔ تو جارج بش کہتے ہیں "Good Iraq, good Iraq, war a chance."</w:t>
      </w:r>
    </w:p>
    <w:p>
      <w:r>
        <w:rPr>
          <w:b/>
        </w:rPr>
        <w:t xml:space="preserve">[02:01] </w:t>
      </w:r>
      <w:r>
        <w:t>"Good Iraq, war a chance."</w:t>
      </w:r>
    </w:p>
    <w:p>
      <w:pPr>
        <w:jc w:val="right"/>
      </w:pPr>
      <w:r>
        <w:t>"Good Iraq, war a chance."</w:t>
      </w:r>
    </w:p>
    <w:p>
      <w:r>
        <w:rPr>
          <w:b/>
        </w:rPr>
        <w:t xml:space="preserve">[02:07] </w:t>
      </w:r>
      <w:r>
        <w:t>To is ko le kar wahan ke baray mein ek report is mein chapi hai. January 25 ke Times of India mein. Yeh bohat hi zyada lesson hai is mein hum sab ke liye.</w:t>
      </w:r>
    </w:p>
    <w:p>
      <w:pPr>
        <w:jc w:val="right"/>
      </w:pPr>
      <w:r>
        <w:t>تو اس کو لے کر وہاں کے بارے میں ایک رپورٹ اس میں چھپی ہے۔ جنوری 25 کے ٹائمز آف انڈیا میں۔ یہ بہت ہی زیادہ لیسن ہے اس میں ہم سب کے لیے۔</w:t>
      </w:r>
    </w:p>
    <w:p>
      <w:r>
        <w:rPr>
          <w:b/>
        </w:rPr>
        <w:t xml:space="preserve">[02:22] </w:t>
      </w:r>
      <w:r>
        <w:t>Woh lesson yeh hai ke is ke is report ke aakhir mein yeh bataya gaya hai ke Americans ki kya rai hai Iraq war ke baray mein.</w:t>
      </w:r>
    </w:p>
    <w:p>
      <w:pPr>
        <w:jc w:val="right"/>
      </w:pPr>
      <w:r>
        <w:t>وہ لیسن یہ ہے کہ اس کے اس رپورٹ کے آخر میں یہ بتایا گیا ہے کہ امریکنز کی کیا رائے ہے عراق وار کے بارے میں۔</w:t>
      </w:r>
    </w:p>
    <w:p>
      <w:r>
        <w:rPr>
          <w:b/>
        </w:rPr>
        <w:t xml:space="preserve">[02:38] </w:t>
      </w:r>
      <w:r>
        <w:t>Bataya gaya hai ke Americans ki majority samajhti hai ke America ka involvement war mein ghalat tha.</w:t>
      </w:r>
    </w:p>
    <w:p>
      <w:pPr>
        <w:jc w:val="right"/>
      </w:pPr>
      <w:r>
        <w:t>بتایا گیا ہے کہ امریکنز کی میجورٹی سمجھتی ہے کہ امریکہ کا انوالومنٹ وار میں غلط تھا۔</w:t>
      </w:r>
    </w:p>
    <w:p>
      <w:r>
        <w:rPr>
          <w:b/>
        </w:rPr>
        <w:t xml:space="preserve">[02:51] </w:t>
      </w:r>
      <w:r>
        <w:t>Ghalat tha. Bohat hi clear tor par is mein yeh baat kahi gai hai.</w:t>
      </w:r>
    </w:p>
    <w:p>
      <w:pPr>
        <w:jc w:val="right"/>
      </w:pPr>
      <w:r>
        <w:t>غلط تھا۔ بہت ہی کلیئر طور پر اس میں یہ بات کہی گئی ہے۔</w:t>
      </w:r>
    </w:p>
    <w:p>
      <w:r>
        <w:rPr>
          <w:b/>
        </w:rPr>
        <w:t xml:space="preserve">[02:56] </w:t>
      </w:r>
      <w:r>
        <w:t>To is ke jo jo report khatam ki hai reporter ne woh is sentence ke sath ke "According to the Americans,</w:t>
      </w:r>
    </w:p>
    <w:p>
      <w:pPr>
        <w:jc w:val="right"/>
      </w:pPr>
      <w:r>
        <w:t>تو اس کے جو جو رپورٹ ختم کی ہے رپورٹر نے وہ اس سینٹنس کے ساتھ کہ "According to the Americans,</w:t>
      </w:r>
    </w:p>
    <w:p>
      <w:r>
        <w:rPr>
          <w:b/>
        </w:rPr>
        <w:t xml:space="preserve">[03:12] </w:t>
      </w:r>
      <w:r>
        <w:t>Iraq is not the real battle ground in the war on terrorism.</w:t>
      </w:r>
    </w:p>
    <w:p>
      <w:pPr>
        <w:jc w:val="right"/>
      </w:pPr>
      <w:r>
        <w:t>Iraq is not the real battle ground in the war on terrorism.</w:t>
      </w:r>
    </w:p>
    <w:p>
      <w:r>
        <w:rPr>
          <w:b/>
        </w:rPr>
        <w:t xml:space="preserve">[03:26] </w:t>
      </w:r>
      <w:r>
        <w:t>And going there was a tribal mistake." Yeh hai is ki wording.</w:t>
      </w:r>
    </w:p>
    <w:p>
      <w:pPr>
        <w:jc w:val="right"/>
      </w:pPr>
      <w:r>
        <w:t>And going there was a tribal mistake." یہ ہے اس کی ورڈنگ۔</w:t>
      </w:r>
    </w:p>
    <w:p>
      <w:r>
        <w:rPr>
          <w:b/>
        </w:rPr>
        <w:t xml:space="preserve">[03:37] </w:t>
      </w:r>
      <w:r>
        <w:t>Main is ko repeat karunga ke "According to the Americans, Iraq is not the real battle ground in the war on terrorism.</w:t>
      </w:r>
    </w:p>
    <w:p>
      <w:pPr>
        <w:jc w:val="right"/>
      </w:pPr>
      <w:r>
        <w:t>میں اس کو ریپیٹ کروں گا کہ "According to the Americans, Iraq is not the real battle ground in the war on terrorism.</w:t>
      </w:r>
    </w:p>
    <w:p>
      <w:r>
        <w:rPr>
          <w:b/>
        </w:rPr>
        <w:t xml:space="preserve">[03:55] </w:t>
      </w:r>
      <w:r>
        <w:t>And going there was a tribal mistake by America."</w:t>
      </w:r>
    </w:p>
    <w:p>
      <w:pPr>
        <w:jc w:val="right"/>
      </w:pPr>
      <w:r>
        <w:t>And going there was a tribal mistake by America."</w:t>
      </w:r>
    </w:p>
    <w:p>
      <w:r>
        <w:rPr>
          <w:b/>
        </w:rPr>
        <w:t xml:space="preserve">[04:04] </w:t>
      </w:r>
      <w:r>
        <w:t>Yeh hai</w:t>
      </w:r>
    </w:p>
    <w:p>
      <w:pPr>
        <w:jc w:val="right"/>
      </w:pPr>
      <w:r>
        <w:t>یہ ہے</w:t>
      </w:r>
    </w:p>
    <w:p>
      <w:r>
        <w:rPr>
          <w:b/>
        </w:rPr>
        <w:t xml:space="preserve">[04:08] </w:t>
      </w:r>
      <w:r>
        <w:t>Jo report tayar ki gai hai. Aaj kal jo mood hai American voters ka is ko le kar ke woh yeh keh rahe hain ke</w:t>
      </w:r>
    </w:p>
    <w:p>
      <w:pPr>
        <w:jc w:val="right"/>
      </w:pPr>
      <w:r>
        <w:t>جو رپورٹ تیار کی گئی ہے۔ آج کل جو موڈ ہے امریکن ووٹرز کا اس کو لے کر کے وہ یہ کہہ رہے ہیں کہ</w:t>
      </w:r>
    </w:p>
    <w:p>
      <w:r>
        <w:rPr>
          <w:b/>
        </w:rPr>
        <w:t xml:space="preserve">[04:22] </w:t>
      </w:r>
      <w:r>
        <w:t>Woh yeh keh rahe hain ke</w:t>
      </w:r>
    </w:p>
    <w:p>
      <w:pPr>
        <w:jc w:val="right"/>
      </w:pPr>
      <w:r>
        <w:t>وہ یہ کہہ رہے ہیں کہ</w:t>
      </w:r>
    </w:p>
    <w:p>
      <w:r>
        <w:rPr>
          <w:b/>
        </w:rPr>
        <w:t xml:space="preserve">[04:27] </w:t>
      </w:r>
      <w:r>
        <w:t>Ek tribal mistake tha yeh. Kyun?</w:t>
      </w:r>
    </w:p>
    <w:p>
      <w:pPr>
        <w:jc w:val="right"/>
      </w:pPr>
      <w:r>
        <w:t>ایک ٹریبل مسٹیک تھا یہ۔ کیوں؟</w:t>
      </w:r>
    </w:p>
    <w:p>
      <w:r>
        <w:rPr>
          <w:b/>
        </w:rPr>
        <w:t xml:space="preserve">[04:32] </w:t>
      </w:r>
      <w:r>
        <w:t>Unhon ne yeh larai chheri terrorism ko khatam karne ke liye. Lekin Americans ka khayal yeh hai ke terrorism ko khatam karne ki ka right place jo hai woh Iraq nahi hai.</w:t>
      </w:r>
    </w:p>
    <w:p>
      <w:pPr>
        <w:jc w:val="right"/>
      </w:pPr>
      <w:r>
        <w:t>انہوں نے یہ لڑائی چھیڑی ٹیررزم کو ختم کرنے کے لیے۔ لیکن امریکنز کا خیال یہ ہے کہ ٹیررزم کو ختم کرنے کی کا رائٹ پلیس جو ہے وہ عراق نہیں ہے۔</w:t>
      </w:r>
    </w:p>
    <w:p>
      <w:r>
        <w:rPr>
          <w:b/>
        </w:rPr>
        <w:t xml:space="preserve">[04:47] </w:t>
      </w:r>
      <w:r>
        <w:t>Kyunke abhi bhi jari hai woh. Is ko hum ne itna zyada bombardment kiya, itna tabah kiya. Phir bhi terrorism jari hai.</w:t>
      </w:r>
    </w:p>
    <w:p>
      <w:pPr>
        <w:jc w:val="right"/>
      </w:pPr>
      <w:r>
        <w:t>کیونکہ ابھی بھی جاری ہے وہ۔ اس کو ہم نے اتنا زیادہ بمبارٹمنٹ کیا، اتنا تباہ کیا۔ پھر بھی ٹیررزم جاری ہے۔</w:t>
      </w:r>
    </w:p>
    <w:p>
      <w:r>
        <w:rPr>
          <w:b/>
        </w:rPr>
        <w:t xml:space="preserve">[04:56] </w:t>
      </w:r>
      <w:r>
        <w:t>Is mani ke un ke apne shabdon mein wrong battle ground liya America ne apne maqsad ke liye.</w:t>
      </w:r>
    </w:p>
    <w:p>
      <w:pPr>
        <w:jc w:val="right"/>
      </w:pPr>
      <w:r>
        <w:t>اس معنی کہ ان کے اپنے शब्दوں میں رانگ بیٹل گراؤنڈ لیا امریکہ نے اپنے مقصد کے لیے۔</w:t>
      </w:r>
    </w:p>
    <w:p>
      <w:r>
        <w:rPr>
          <w:b/>
        </w:rPr>
        <w:t xml:space="preserve">[05:12] </w:t>
      </w:r>
      <w:r>
        <w:t>Is ko parh kar ke mujhe yeh khayal hua ke yeh sirf America ki baat nahi hai.</w:t>
      </w:r>
    </w:p>
    <w:p>
      <w:pPr>
        <w:jc w:val="right"/>
      </w:pPr>
      <w:r>
        <w:t>اس کو پڑھ کر کے مجھے یہ خیال ہوا کہ یہ صرف امریکہ کی بات نہیں ہے۔</w:t>
      </w:r>
    </w:p>
    <w:p>
      <w:r>
        <w:rPr>
          <w:b/>
        </w:rPr>
        <w:t xml:space="preserve">[05:21] </w:t>
      </w:r>
      <w:r>
        <w:t>Har individual ki, har nation ki, har state ki baat hai. Is zamane mein sabhi log yeh kar rahe hain ke woh</w:t>
      </w:r>
    </w:p>
    <w:p>
      <w:pPr>
        <w:jc w:val="right"/>
      </w:pPr>
      <w:r>
        <w:t>ہر انڈیویجول کی، ہر نیشن کی، ہر اسٹیٹ کی بات ہے۔ اس زمانے میں سبھی لوگ یہ کر رہے ہیں کہ وہ</w:t>
      </w:r>
    </w:p>
    <w:p>
      <w:r>
        <w:rPr>
          <w:b/>
        </w:rPr>
        <w:t xml:space="preserve">[05:36] </w:t>
      </w:r>
      <w:r>
        <w:t>Wrong battle ground par apni larai lad rahe hain.</w:t>
      </w:r>
    </w:p>
    <w:p>
      <w:pPr>
        <w:jc w:val="right"/>
      </w:pPr>
      <w:r>
        <w:t>رانگ بیٹل گراؤنڈ پر اپنی لڑائی لڑ رہے ہیں۔</w:t>
      </w:r>
    </w:p>
    <w:p>
      <w:r>
        <w:rPr>
          <w:b/>
        </w:rPr>
        <w:t xml:space="preserve">[05:43] </w:t>
      </w:r>
      <w:r>
        <w:t>Mera apna main boorha ho chuka hoon, bohat dekha maine dunya ko</w:t>
      </w:r>
    </w:p>
    <w:p>
      <w:pPr>
        <w:jc w:val="right"/>
      </w:pPr>
      <w:r>
        <w:t>میرا اپنا میں بوڑھا ہو چکا ہوں، بہت دیکھا میں نے دنیا کو</w:t>
      </w:r>
    </w:p>
    <w:p>
      <w:r>
        <w:rPr>
          <w:b/>
        </w:rPr>
        <w:t xml:space="preserve">[05:48] </w:t>
      </w:r>
      <w:r>
        <w:t>. Mera apna ehsas yeh hai ke taqreeban sabhi log yahi ghalati karte hain. Wajah kya hai? Wajah yeh hai ke woh</w:t>
      </w:r>
    </w:p>
    <w:p>
      <w:pPr>
        <w:jc w:val="right"/>
      </w:pPr>
      <w:r>
        <w:t>۔ میرا اپنا احساس یہ ہے کہ تقریباً سبھی لوگ یہی غلطی کرتے ہیں۔ وجہ کیا ہے؟ وجہ یہ ہے کہ وہ</w:t>
      </w:r>
    </w:p>
    <w:p>
      <w:r>
        <w:rPr>
          <w:b/>
        </w:rPr>
        <w:t xml:space="preserve">[06:02] </w:t>
      </w:r>
      <w:r>
        <w:t>Negative un ke andar koi situation un ke khilaf pesh ayi, ghussa aya un ko, negative thought un ke andar aa gaye.</w:t>
      </w:r>
    </w:p>
    <w:p>
      <w:pPr>
        <w:jc w:val="right"/>
      </w:pPr>
      <w:r>
        <w:t>نیگیٹیو ان کے اندر کوئی سچویشن ان کے خلاف پیش آئی، غصہ آیا ان کو، نیگیٹیو تھاٹ ان کے اندر آ گئے۔</w:t>
      </w:r>
    </w:p>
    <w:p>
      <w:r>
        <w:rPr>
          <w:b/>
        </w:rPr>
        <w:t xml:space="preserve">[06:13] </w:t>
      </w:r>
      <w:r>
        <w:t>bas khare ho gaye</w:t>
      </w:r>
    </w:p>
    <w:p>
      <w:pPr>
        <w:jc w:val="right"/>
      </w:pPr>
      <w:r>
        <w:t>بس کھڑے ہو گئے</w:t>
      </w:r>
    </w:p>
    <w:p>
      <w:r>
        <w:rPr>
          <w:b/>
        </w:rPr>
        <w:t xml:space="preserve">[06:19] </w:t>
      </w:r>
      <w:r>
        <w:t>karne ke liye. to besikali sare log out of reaction kar rahe hain jo kuch kar rahe hain. yani positive reaction nahi balkeh negative reaction.</w:t>
      </w:r>
    </w:p>
    <w:p>
      <w:pPr>
        <w:jc w:val="right"/>
      </w:pPr>
      <w:r>
        <w:t>کرنے کے لیے۔ تو بیسیکلی سارے لوگ آؤٹ آف ری ایکشن کر رہے ہیں جو کچھ کر رہے ہیں۔ یعنی پازیٹیو ری ایکشن نہیں بلکہ نیگیٹیو ری ایکشن۔</w:t>
      </w:r>
    </w:p>
    <w:p>
      <w:r>
        <w:rPr>
          <w:b/>
        </w:rPr>
        <w:t xml:space="preserve">[06:30] </w:t>
      </w:r>
      <w:r>
        <w:t>dekhiye principal kya hai?</w:t>
      </w:r>
    </w:p>
    <w:p>
      <w:pPr>
        <w:jc w:val="right"/>
      </w:pPr>
      <w:r>
        <w:t>دیکھیے پرنسپل کیا ہے؟</w:t>
      </w:r>
    </w:p>
    <w:p>
      <w:r>
        <w:rPr>
          <w:b/>
        </w:rPr>
        <w:t xml:space="preserve">[06:34] </w:t>
      </w:r>
      <w:r>
        <w:t>jab aap situation se bhark uthein, situation se aap situation aap ko provoke kar de to aap apni aql ko sahi taur par istemal nahi kar sakte.</w:t>
      </w:r>
    </w:p>
    <w:p>
      <w:pPr>
        <w:jc w:val="right"/>
      </w:pPr>
      <w:r>
        <w:t>جب آپ سچویشن سے بھڑک اٹھیں، سچویشن سے آپ سچویشن آپ کو پرووک کر دے تو آپ اپنی عقل کو صحیح طور پر استعمال نہیں کر سکتے۔</w:t>
      </w:r>
    </w:p>
    <w:p>
      <w:r>
        <w:rPr>
          <w:b/>
        </w:rPr>
        <w:t xml:space="preserve">[06:51] </w:t>
      </w:r>
      <w:r>
        <w:t>halankeh aap ke mind jo hai itna bara hai keh yeh jo brain aap ka hai, is brain ke alpan ka ek jo tip hota hai, alpan ka tip jo sarson se bhi chota hota hai,</w:t>
      </w:r>
    </w:p>
    <w:p>
      <w:pPr>
        <w:jc w:val="right"/>
      </w:pPr>
      <w:r>
        <w:t>حالانکہ آپ کے مائنڈ جو ہے اتنا بڑا ہے کہ یہ جو برین آپ کا ہے، اس برین کے آلپن کا ایک جو ٹپ ہوتا ہے، ہارپن کا ٹپ جو سرسوں سے بھی چھوٹا ہوتا ہے،</w:t>
      </w:r>
    </w:p>
    <w:p>
      <w:r>
        <w:rPr>
          <w:b/>
        </w:rPr>
        <w:t xml:space="preserve">[07:05] </w:t>
      </w:r>
      <w:r>
        <w:t>to kaha jata hai keh is ke andar hundred crore connections hote hain jo transmit karte hain informations ko.</w:t>
      </w:r>
    </w:p>
    <w:p>
      <w:pPr>
        <w:jc w:val="right"/>
      </w:pPr>
      <w:r>
        <w:t>تو کہا جاتا ہے کہ اس کے اندر ہنڈرڈ کروڑ کنیکشنز ہوتے ہیں جو ٹرانسمٹ کرتے ہیں انفارمیشنز کو۔</w:t>
      </w:r>
    </w:p>
    <w:p>
      <w:r>
        <w:rPr>
          <w:b/>
        </w:rPr>
        <w:t xml:space="preserve">[07:17] </w:t>
      </w:r>
      <w:r>
        <w:t>itna bara aap ke pas potential hai mind ki surat mein. lekin aap is ko istemal nahi kar paate. kyun? aap ghussa ho jate hain, aap bhark uthte hain, negative thought mein aa jate hain aap.</w:t>
      </w:r>
    </w:p>
    <w:p>
      <w:pPr>
        <w:jc w:val="right"/>
      </w:pPr>
      <w:r>
        <w:t>اتنا بڑا آپ کے پاس پوٹینشل ہے مائنڈ کی صورت میں۔ لیکن آپ اس کو استعمال نہیں کر پاتے۔ کیوں؟ آپ غصہ ہو جاتے ہیں، آپ بھڑک اٹھتے ہیں، نیگیٹیو تھاٹ میں آ جاتے ہیں آپ۔</w:t>
      </w:r>
    </w:p>
    <w:p>
      <w:r>
        <w:rPr>
          <w:b/>
        </w:rPr>
        <w:t xml:space="preserve">[07:32] </w:t>
      </w:r>
      <w:r>
        <w:t>main ne dekha keh sare log negative reaction kar ke apna action plan banate hain.</w:t>
      </w:r>
    </w:p>
    <w:p>
      <w:pPr>
        <w:jc w:val="right"/>
      </w:pPr>
      <w:r>
        <w:t>میں نے دیکھا کہ سارے لوگ نیگیٹیو ری ایکشن کر کے اپنا ایکشن پلان بناتے ہیں۔</w:t>
      </w:r>
    </w:p>
    <w:p>
      <w:r>
        <w:rPr>
          <w:b/>
        </w:rPr>
        <w:t xml:space="preserve">[07:40] </w:t>
      </w:r>
      <w:r>
        <w:t>yani positive thinkings ko le kar action plan nahi banate log. balkeh negative thought ko le kar ke apna action plan banate hain.</w:t>
      </w:r>
    </w:p>
    <w:p>
      <w:pPr>
        <w:jc w:val="right"/>
      </w:pPr>
      <w:r>
        <w:t>یعنی پازیٹیو تھنکنگز کو لے کر ایکشن پلان نہیں بناتے لوگ۔ بلکہ نیگیٹیو تھاٹ کو لے کر کے اپنا ایکشن پلان بناتے ہیں۔</w:t>
      </w:r>
    </w:p>
    <w:p>
      <w:r>
        <w:rPr>
          <w:b/>
        </w:rPr>
        <w:t xml:space="preserve">[07:51] </w:t>
      </w:r>
      <w:r>
        <w:t>to wahi hota hai phir keh har ek apni larai larta hai kahan? wrong battlefield mein. itna bara superpower hai, is ke pas itna bara intelligence hai, itna bara woh hai think tank hai,</w:t>
      </w:r>
    </w:p>
    <w:p>
      <w:pPr>
        <w:jc w:val="right"/>
      </w:pPr>
      <w:r>
        <w:t>تو وہی ہوتا ہے پھر کہ ہر ایک اپنی لڑائی لڑتا ہے کہاں؟ رانگ بیٹل فیلڈ میں۔ اتنا بڑا سپر پاور ہے، اس کے پاس اتنا بڑا انٹیلیجنس ہے، اتنا بڑا وہ ہے تھنک ٹینک ہے،</w:t>
      </w:r>
    </w:p>
    <w:p>
      <w:r>
        <w:rPr>
          <w:b/>
        </w:rPr>
        <w:t xml:space="preserve">[08:06] </w:t>
      </w:r>
      <w:r>
        <w:t>kya kuch hai is ke pas.</w:t>
      </w:r>
    </w:p>
    <w:p>
      <w:pPr>
        <w:jc w:val="right"/>
      </w:pPr>
      <w:r>
        <w:t>کیا کچھ ہے اس کے پاس۔</w:t>
      </w:r>
    </w:p>
    <w:p>
      <w:r>
        <w:rPr>
          <w:b/>
        </w:rPr>
        <w:t xml:space="preserve">[08:08] </w:t>
      </w:r>
      <w:r>
        <w:t>tab bhi is ne wrong battlefield le liya. kyun? gyarah september do hazar ek ko aisa hua keh new york tower ko kuch logon ne tod diya.</w:t>
      </w:r>
    </w:p>
    <w:p>
      <w:pPr>
        <w:jc w:val="right"/>
      </w:pPr>
      <w:r>
        <w:t>تب بھی اس نے رانگ بیٹل فیلڈ لے لیا۔ کیوں؟ گیارہ ستمبر دو ہزار ایک کو ایسا ہوا کہ نیویارک ٹاور کو کچھ لوگوں نے توڑ دیا۔</w:t>
      </w:r>
    </w:p>
    <w:p>
      <w:r>
        <w:rPr>
          <w:b/>
        </w:rPr>
        <w:t xml:space="preserve">[08:30] </w:t>
      </w:r>
      <w:r>
        <w:t>demolish kar diya. to sare log ghussa ho gaye. main yeh kahunga keh bilashubah yeh</w:t>
      </w:r>
    </w:p>
    <w:p>
      <w:pPr>
        <w:jc w:val="right"/>
      </w:pPr>
      <w:r>
        <w:t>ڈیمالش کر دیا۔ تو سارے لوگ غصہ ہو گئے۔ میں یہ کہوں گا کہ بلاشبہ یہ</w:t>
      </w:r>
    </w:p>
    <w:p>
      <w:r>
        <w:rPr>
          <w:b/>
        </w:rPr>
        <w:t xml:space="preserve">[08:37] </w:t>
      </w:r>
      <w:r>
        <w:t>bat galat thi. main pehla insan tha kam az kam muslim world mein jis ne is ko condemn kiya. is ko condemn kiya.</w:t>
      </w:r>
    </w:p>
    <w:p>
      <w:pPr>
        <w:jc w:val="right"/>
      </w:pPr>
      <w:r>
        <w:t>بات غلط تھی۔ میں پہلا انسان تھا کم از کم مسلم ورلڈ میں جس نے اس کو کنڈیم کیا۔ اس کو کنڈیم کیا۔</w:t>
      </w:r>
    </w:p>
    <w:p>
      <w:r>
        <w:rPr>
          <w:b/>
        </w:rPr>
        <w:t xml:space="preserve">[08:47] </w:t>
      </w:r>
      <w:r>
        <w:t>aur mujhe achi tarah yad hai keh jab main yahan c 29 mein apne kamre mein tha aur radio par yeh khabar aayi, main generally radio sunta hoon keh new york tower ko kuch logon ne hawa jahaz takra kar tod diya.</w:t>
      </w:r>
    </w:p>
    <w:p>
      <w:pPr>
        <w:jc w:val="right"/>
      </w:pPr>
      <w:r>
        <w:t>اور مجھے اچھی طرح یاد ہے کہ جب میں یہاں سی 29 میں اپنے کمرے میں تھا اور ریڈیو پر یہ خبر آئی، میں جنرلی ریڈیو سنتا ہوں کہ نیویارک ٹاور کو کچھ لوگوں نے ہوا جہاز ٹکرا کر توڑ دیا۔</w:t>
      </w:r>
    </w:p>
    <w:p>
      <w:r>
        <w:rPr>
          <w:b/>
        </w:rPr>
        <w:t xml:space="preserve">[09:05] </w:t>
      </w:r>
      <w:r>
        <w:t>to be ikhtyar main rone laga.</w:t>
      </w:r>
    </w:p>
    <w:p>
      <w:pPr>
        <w:jc w:val="right"/>
      </w:pPr>
      <w:r>
        <w:t>تو بے اختیار میں رونے لگا۔</w:t>
      </w:r>
    </w:p>
    <w:p>
      <w:r>
        <w:rPr>
          <w:b/>
        </w:rPr>
        <w:t xml:space="preserve">[09:09] </w:t>
      </w:r>
      <w:r>
        <w:t>be ikhtyar main rone laga. kyun? yeh jo attack tha yeh new york tower par nahi tha, yeh humanity par tha.</w:t>
      </w:r>
    </w:p>
    <w:p>
      <w:pPr>
        <w:jc w:val="right"/>
      </w:pPr>
      <w:r>
        <w:t>بے اختیار میں رونے لگا۔ کیوں؟ یہ جو اٹیک تھا یہ نیویارک ٹاور پر نہیں تھا، یہ ہیومینٹی پر تھا۔</w:t>
      </w:r>
    </w:p>
    <w:p>
      <w:r>
        <w:rPr>
          <w:b/>
        </w:rPr>
        <w:t xml:space="preserve">[09:17] </w:t>
      </w:r>
      <w:r>
        <w:t>humanity. insaniyat par tha.</w:t>
      </w:r>
    </w:p>
    <w:p>
      <w:pPr>
        <w:jc w:val="right"/>
      </w:pPr>
      <w:r>
        <w:t>ہیومینٹی۔ انسانیت پر تھا۔</w:t>
      </w:r>
    </w:p>
    <w:p>
      <w:r>
        <w:rPr>
          <w:b/>
        </w:rPr>
        <w:t xml:space="preserve">[09:23] </w:t>
      </w:r>
      <w:r>
        <w:t>to main yeh kahunga keh bilashubah main itna tadpa is par keh meri aankhon se musalsal aansu jari ho gaye.</w:t>
      </w:r>
    </w:p>
    <w:p>
      <w:pPr>
        <w:jc w:val="right"/>
      </w:pPr>
      <w:r>
        <w:t>تو میں یہ کہوں گا کہ بلاشبہ میں اتنا تڑپا اس پر کہ میری آنکھوں سے مسلسل آنسو جاری ہو گئے۔</w:t>
      </w:r>
    </w:p>
    <w:p>
      <w:r>
        <w:rPr>
          <w:b/>
        </w:rPr>
        <w:t xml:space="preserve">[09:33] </w:t>
      </w:r>
      <w:r>
        <w:t>main nahi samajhta keh dunya mein koi bhi insan aisa hoga jo itna tadpa hoga is waqeye par. ghussa to bohat hi honge log. lekin jis tarah tadpa main is waqeye par, shayad main akela insan tha is pure globe par.</w:t>
      </w:r>
    </w:p>
    <w:p>
      <w:pPr>
        <w:jc w:val="right"/>
      </w:pPr>
      <w:r>
        <w:t>میں نہیں سمجھتا کہ دنیا میں کوئی بھی انسان ایسا ہوگا جو اتنا تڑپا ہوگا اس واقعے پر۔ غصہ تو بہت ہی ہوں گے لوگ۔ لیکن جس طرح تڑپا میں اس واقعے پر، شاید میں اکیلا انسان تھا اس پورے گلوب پر۔</w:t>
      </w:r>
    </w:p>
    <w:p>
      <w:r>
        <w:rPr>
          <w:b/>
        </w:rPr>
        <w:t xml:space="preserve">[09:46] </w:t>
      </w:r>
      <w:r>
        <w:t>kyunkeh is ke baad hi main kai international conferences mein gaya, switzerland mein, london waghera mein.</w:t>
      </w:r>
    </w:p>
    <w:p>
      <w:pPr>
        <w:jc w:val="right"/>
      </w:pPr>
      <w:r>
        <w:t>کیونکہ اس کے بعد ہی میں کئی انٹرنیشنل کانفرنسوں میں گیا، سویٹزرلینڈ میں، لندن وغیرہ میں۔</w:t>
      </w:r>
    </w:p>
    <w:p>
      <w:r>
        <w:rPr>
          <w:b/>
        </w:rPr>
        <w:t xml:space="preserve">[09:52] </w:t>
      </w:r>
      <w:r>
        <w:t>koi aur insan mujhe nahi mila jis jo itni bari tadap ka is ko tajurba hua ho. lekin main phir kahunga keh yeh tha crisis management ka time america ke liye.</w:t>
      </w:r>
    </w:p>
    <w:p>
      <w:pPr>
        <w:jc w:val="right"/>
      </w:pPr>
      <w:r>
        <w:t>کوئی اور انسان مجھے نہیں ملا جس جو اتنی بڑی تڑپ کا اس کو تجربہ ہوا ہو۔ لیکن میں پھر کہوں گا کہ یہ تھا کرائسز مینجمنٹ کا ٹائم امریکہ کے لیے۔</w:t>
      </w:r>
    </w:p>
    <w:p>
      <w:r>
        <w:rPr>
          <w:b/>
        </w:rPr>
        <w:t xml:space="preserve">[10:08] </w:t>
      </w:r>
      <w:r>
        <w:t>crisis management ka time. crisis management ke liye aap ko positive thinking chahiye. positive mind chahiye.</w:t>
      </w:r>
    </w:p>
    <w:p>
      <w:pPr>
        <w:jc w:val="right"/>
      </w:pPr>
      <w:r>
        <w:t>کرائسز مینجمنٹ کا ٹائم۔ کرائسز مینجمنٹ کے لیے آپ کو پازیٹیو تھنکنگ چاہیے۔ پازیٹیو مائنڈ چاہیے۔</w:t>
      </w:r>
    </w:p>
    <w:p>
      <w:r>
        <w:rPr>
          <w:b/>
        </w:rPr>
        <w:t xml:space="preserve">[10:18] </w:t>
      </w:r>
      <w:r>
        <w:t>agar aap bhark uthein, positivity ko kho dein aap, aap ke mind mein negativity aa jaye to kya hoga? aap ka action plan jo hai sahi rukh par nahi banega.</w:t>
      </w:r>
    </w:p>
    <w:p>
      <w:pPr>
        <w:jc w:val="right"/>
      </w:pPr>
      <w:r>
        <w:t>اگر آپ بھڑک اٹھیں، پازیٹیوٹی کو کھو دیں آپ، آپ کے مائنڈ میں نیگیٹیوٹی آ جائے تو کیا ہوگا؟ آپ کا ایکشن پلان جو ہے صحیح رخ پر نہیں بنے گا۔</w:t>
      </w:r>
    </w:p>
    <w:p>
      <w:r>
        <w:rPr>
          <w:b/>
        </w:rPr>
        <w:t xml:space="preserve">[10:31] </w:t>
      </w:r>
      <w:r>
        <w:t>aur is report ke alfaaz mein apni larai aap chhed dein ge wrong battlefield mein. aur jante hain is ka nateeja hamesha ulta nikalta hai.</w:t>
      </w:r>
    </w:p>
    <w:p>
      <w:pPr>
        <w:jc w:val="right"/>
      </w:pPr>
      <w:r>
        <w:t>اور اس رپورٹ کے الفاظ میں اپنی لڑائی آپ چھیڑ دیں گے رانگ بیٹل فیلڈ میں۔ اور جانتے ہیں اس کا نتیجہ ہمیشہ الٹا نکلتا ہے۔</w:t>
      </w:r>
    </w:p>
    <w:p>
      <w:r>
        <w:rPr>
          <w:b/>
        </w:rPr>
        <w:t xml:space="preserve">[10:43] </w:t>
      </w:r>
      <w:r>
        <w:t>to is ki aik example dekhiye yeh hai ke mere haath mein 23 ka yeh times of India hai. 23 January ka.</w:t>
      </w:r>
    </w:p>
    <w:p>
      <w:pPr>
        <w:jc w:val="right"/>
      </w:pPr>
      <w:r>
        <w:t>تو اس کی ایک ایگزامپل دیکھیے یہ ہے کہ میرے ہاتھ میں 23 کا یہ ٹائمز آف انڈیا ہے۔ 23 جنوری کا۔</w:t>
      </w:r>
    </w:p>
    <w:p>
      <w:r>
        <w:rPr>
          <w:b/>
        </w:rPr>
        <w:t xml:space="preserve">[10:52] </w:t>
      </w:r>
      <w:r>
        <w:t>isi mahina January ka 23. is mein aik report hai Pakistan ke baray mein. Kashmir ke leader,</w:t>
      </w:r>
    </w:p>
    <w:p>
      <w:pPr>
        <w:jc w:val="right"/>
      </w:pPr>
      <w:r>
        <w:t>اسی مہینہ جنوری کا 23۔ اس میں ایک رپورٹ ہے پاکستان کے بارے میں۔ کشمیر کے لیڈر،</w:t>
      </w:r>
    </w:p>
    <w:p>
      <w:r>
        <w:rPr>
          <w:b/>
        </w:rPr>
        <w:t xml:space="preserve">[11:04] </w:t>
      </w:r>
      <w:r>
        <w:t>mein in ka naam lene ki zaroorat nahi hai, aap is mein naam parh sakte hain is war mein. Pakistan gaye.</w:t>
      </w:r>
    </w:p>
    <w:p>
      <w:pPr>
        <w:jc w:val="right"/>
      </w:pPr>
      <w:r>
        <w:t>میں ان کا نام لینے کی ضرورت نہیں ہے، آپ اس میں نام پڑھ سکتے ہیں اس وار میں۔ پاکستان گئے۔</w:t>
      </w:r>
    </w:p>
    <w:p>
      <w:r>
        <w:rPr>
          <w:b/>
        </w:rPr>
        <w:t xml:space="preserve">[11:12] </w:t>
      </w:r>
      <w:r>
        <w:t>Pakistan mein ja kar unhon ne elaan kiya</w:t>
      </w:r>
    </w:p>
    <w:p>
      <w:pPr>
        <w:jc w:val="right"/>
      </w:pPr>
      <w:r>
        <w:t>پاکستان میں جا کر انہوں نے اعلان کیا</w:t>
      </w:r>
    </w:p>
    <w:p>
      <w:r>
        <w:rPr>
          <w:b/>
        </w:rPr>
        <w:t xml:space="preserve">[11:16] </w:t>
      </w:r>
      <w:r>
        <w:t>ke violence ke zariye hum Kashmir mein kuch pa nahi sakte. hamein violence ko chhodna chahiye.</w:t>
      </w:r>
    </w:p>
    <w:p>
      <w:pPr>
        <w:jc w:val="right"/>
      </w:pPr>
      <w:r>
        <w:t>کہ وائلنس کے ذریعے ہم کشمیر میں کچھ پا نہیں سکتے۔ ہمیں وائلنس کو چھوڑنا چاہیے۔</w:t>
      </w:r>
    </w:p>
    <w:p>
      <w:r>
        <w:rPr>
          <w:b/>
        </w:rPr>
        <w:t xml:space="preserve">[11:27] </w:t>
      </w:r>
      <w:r>
        <w:t>yeh parhiye ga yeh kya hai yeh? zor se parhiye ga Mirwaiz call for terror groups to shun violence has received widespread support from Kashmiris</w:t>
      </w:r>
    </w:p>
    <w:p>
      <w:pPr>
        <w:jc w:val="right"/>
      </w:pPr>
      <w:r>
        <w:t>یہ پڑھیے گا یہ کیا ہے یہ؟ زور سے پڑھیے گا۔ मीर वाइज कॉल फॉर टेरर ग्रुप्स टू शन वायलेंस हैज रिसीवड वाइड स्प्रेड सपोर्ट फ्रॉम कश्मीरीज</w:t>
      </w:r>
    </w:p>
    <w:p>
      <w:r>
        <w:rPr>
          <w:b/>
        </w:rPr>
        <w:t xml:space="preserve">[11:40] </w:t>
      </w:r>
      <w:r>
        <w:t>yeh aaj keh rahe hain yeh log. aik waqt tha ke Kashmir mein aik insaan bhi nahi tha jo yeh baat kahe. Pakistan mein aik insaan nahi tha jo yeh baat kahe.</w:t>
      </w:r>
    </w:p>
    <w:p>
      <w:pPr>
        <w:jc w:val="right"/>
      </w:pPr>
      <w:r>
        <w:t>یہ آج کہہ رہے ہیں یہ لوگ۔ ایک وقت تھا کہ کشمیر میں ایک انسان بھی نہیں تھا جو یہ بات کہے۔ پاکستان میں ایک انسان نہیں تھا جو یہ بات کہے۔</w:t>
      </w:r>
    </w:p>
    <w:p>
      <w:r>
        <w:rPr>
          <w:b/>
        </w:rPr>
        <w:t xml:space="preserve">[11:51] </w:t>
      </w:r>
      <w:r>
        <w:t>mein Pakistan mein is se pehle gaya tha, bohat pehle ki baat hai. to yeh baat mein ne kahi thi Lahore college mein. to mera do din ka program tha wahan.</w:t>
      </w:r>
    </w:p>
    <w:p>
      <w:pPr>
        <w:jc w:val="right"/>
      </w:pPr>
      <w:r>
        <w:t>میں پاکستان میں اس سے پہلے گیا تھا، بہت پہلے کی بات ہے۔ تو یہ بات میں نے کہی تھی لاہور کالج میں۔ تو میرا دو دن کا پروگرام تھا وہاں۔</w:t>
      </w:r>
    </w:p>
    <w:p>
      <w:r>
        <w:rPr>
          <w:b/>
        </w:rPr>
        <w:t xml:space="preserve">[12:02] </w:t>
      </w:r>
      <w:r>
        <w:t>pehlay din jab mein ne yeh kahi to wahan to bohat se log, aik poora bheed aa gayi thi wahan meri baat sunne ke liye.</w:t>
      </w:r>
    </w:p>
    <w:p>
      <w:pPr>
        <w:jc w:val="right"/>
      </w:pPr>
      <w:r>
        <w:t>پہلے دن جب میں نے یہ کہی تو وہاں تو بہت سے لوگ، ایک پورا بھیڑ آ گئی تھی وہاں میری بات سننے کے لیے۔</w:t>
      </w:r>
    </w:p>
    <w:p>
      <w:r>
        <w:rPr>
          <w:b/>
        </w:rPr>
        <w:t xml:space="preserve">[12:07] </w:t>
      </w:r>
      <w:r>
        <w:t>lekin jab mein ne yeh baat kahi ke Kashmir ko aap bhula dein to aglay din mera jalsa hi cancel kar diya gaya. doosra doosra jalsa hi nahi hua.</w:t>
      </w:r>
    </w:p>
    <w:p>
      <w:pPr>
        <w:jc w:val="right"/>
      </w:pPr>
      <w:r>
        <w:t>لیکن جب میں نے یہ بات کہی کہ کشمیر کو آپ بھلا دیں تو اگلے دن میرا جلسہ ہی کینسل کر دیا گیا۔ دوسرا دوسرا جلسہ ہی نہیں ہوا۔</w:t>
      </w:r>
    </w:p>
    <w:p>
      <w:r>
        <w:rPr>
          <w:b/>
        </w:rPr>
        <w:t xml:space="preserve">[12:18] </w:t>
      </w:r>
      <w:r>
        <w:t>itna josh mein thay woh aaj. aaj aaj yahi baat kahi ja rahi hai Pakistan mein aur koi bharkta nahi.</w:t>
      </w:r>
    </w:p>
    <w:p>
      <w:pPr>
        <w:jc w:val="right"/>
      </w:pPr>
      <w:r>
        <w:t>اتنا جوش میں تھے وہ آج۔ آج آج یہی بات کہی جا رہی ہے پاکستان میں اور کوئی بھڑکتا نہیں۔</w:t>
      </w:r>
    </w:p>
    <w:p>
      <w:r>
        <w:rPr>
          <w:b/>
        </w:rPr>
        <w:t xml:space="preserve">[12:29] </w:t>
      </w:r>
      <w:r>
        <w:t>to is ko mein aqalmandi nahi kahunga. agar kho kar kisi ne seekha to kya seekha?</w:t>
      </w:r>
    </w:p>
    <w:p>
      <w:pPr>
        <w:jc w:val="right"/>
      </w:pPr>
      <w:r>
        <w:t>تو اس کو میں عقلمندی نہیں کہوں گا۔ اگر کھو کر کسی نے سیکھا تو کیا سیکھا؟</w:t>
      </w:r>
    </w:p>
    <w:p>
      <w:r>
        <w:rPr>
          <w:b/>
        </w:rPr>
        <w:t xml:space="preserve">[12:34] </w:t>
      </w:r>
      <w:r>
        <w:t>ab Kashmir tabah ho gaya, Pakistan tabah ho gaya, tab aap yeh keh rahe hain. mein samajhta hoon ke abhi aadhi baat hai. aap ko kehna chahiye ke I was blind then we were blind that time yeh kehna chahiye aap ko.</w:t>
      </w:r>
    </w:p>
    <w:p>
      <w:pPr>
        <w:jc w:val="right"/>
      </w:pPr>
      <w:r>
        <w:t>اب کشمیر تباہ ہو گیا، پاکستان تباہ ہو گیا، تب آپ یہ کہہ رہے ہیں۔ میں سمجھتا ہوں کہ ابھی آدھی بات ہے۔ آپ کو کہنا چاہیے کہ I was blind then we were blind that time یہ کہنا چاہیے آپ کو۔</w:t>
      </w:r>
    </w:p>
    <w:p>
      <w:r>
        <w:rPr>
          <w:b/>
        </w:rPr>
        <w:t xml:space="preserve">[12:49] </w:t>
      </w:r>
      <w:r>
        <w:t>yeh kyun nahi kehte aap ke hum ne, hum yeh andha pan tha ke hum ne larai chheri jis ka koi result nikalne wala nahi tha. to abhi bhi yeh to keh rahe hain ke hamein chhod dena chahiye violence.</w:t>
      </w:r>
    </w:p>
    <w:p>
      <w:pPr>
        <w:jc w:val="right"/>
      </w:pPr>
      <w:r>
        <w:t>یہ کیوں نہیں کہتے آپ کہ ہم نے، ہم یہ اندھا پن تھا کہ ہم نے لڑائی چھیڑی جس کا کوئی رزلٹ نکلنے والا نہیں تھا۔ تو ابھی بھی یہ تو کہہ رہے ہیں کہ ہمیں چھوڑ دینا چاہیے وائلنس۔</w:t>
      </w:r>
    </w:p>
    <w:p>
      <w:r>
        <w:rPr>
          <w:b/>
        </w:rPr>
        <w:t xml:space="preserve">[13:02] </w:t>
      </w:r>
      <w:r>
        <w:t>abhi koi yeh nahi keh raha hai ke hum us waqt hum mad ho gaye thay ke larai ko samajhte thay solution.</w:t>
      </w:r>
    </w:p>
    <w:p>
      <w:pPr>
        <w:jc w:val="right"/>
      </w:pPr>
      <w:r>
        <w:t>ابھی کوئی یہ نہیں کہہ رہا ہے کہ ہم اس وقت ہم میڈ ہو گئے تھے کہ لڑائی کو سمجھتے تھے سلوشن۔</w:t>
      </w:r>
    </w:p>
    <w:p>
      <w:r>
        <w:rPr>
          <w:b/>
        </w:rPr>
        <w:t xml:space="preserve">[13:11] </w:t>
      </w:r>
      <w:r>
        <w:t>jab tak yeh na kahein, yaad rakhein jab tak koi la ilaha na kahe illa Allah, is ka nahi hota. sirf illa Allah kehne se kalma poora nahi hota.</w:t>
      </w:r>
    </w:p>
    <w:p>
      <w:pPr>
        <w:jc w:val="right"/>
      </w:pPr>
      <w:r>
        <w:t>جب تک یہ نہ کہیں، یاد رکھیں جب تک کوئی لا الہ نہ کہے الا اللہ، اس کا نہیں ہوتا۔ صرف الا اللہ کہنے سے کلمہ پورا نہیں ہوتا۔</w:t>
      </w:r>
    </w:p>
    <w:p>
      <w:r>
        <w:rPr>
          <w:b/>
        </w:rPr>
        <w:t xml:space="preserve">[13:20] </w:t>
      </w:r>
      <w:r>
        <w:t>aap ko la ilaha kehna pare ga. isi tarah se aap ko kehna pare ga ke hum us waqt mad ho gaye thay.</w:t>
      </w:r>
    </w:p>
    <w:p>
      <w:pPr>
        <w:jc w:val="right"/>
      </w:pPr>
      <w:r>
        <w:t>آپ کو لا الہ کہنا پڑے گا۔ اسی طریقے سے آپ کو کہنا پڑے گا کہ ہم اس وقت میڈ ہو گئے تھے۔</w:t>
      </w:r>
    </w:p>
    <w:p>
      <w:r>
        <w:rPr>
          <w:b/>
        </w:rPr>
        <w:t xml:space="preserve">[13:28] </w:t>
      </w:r>
      <w:r>
        <w:t>jab tak aap I was wrong na kahein, tab tak aap ki koi baat ki koi value nahi hai. dekhiye, mein arz karta hoon ke October, aap ko pata hai ke October 1989 mein Kashmir mein militancy shuru hui thi.</w:t>
      </w:r>
    </w:p>
    <w:p>
      <w:pPr>
        <w:jc w:val="right"/>
      </w:pPr>
      <w:r>
        <w:t>جب تک آپ I was wrong نہ کہیں، تب تک آپ کی کوئی بات کی کوئی ویلیو نہیں ہے۔ دیکھیے، میں عرض کرتا ہوں کہ اکتوبر، آپ کو پتہ ہے کہ اکتوبر 1989 میں کشمیر میں بلنٹیسی شروع ہوئی تھی۔</w:t>
      </w:r>
    </w:p>
    <w:p>
      <w:r>
        <w:rPr>
          <w:b/>
        </w:rPr>
        <w:t xml:space="preserve">[13:49] </w:t>
      </w:r>
      <w:r>
        <w:t>October 1989 mein. is se aik mahina pehle mein wahan gaya tha.</w:t>
      </w:r>
    </w:p>
    <w:p>
      <w:pPr>
        <w:jc w:val="right"/>
      </w:pPr>
      <w:r>
        <w:t>اکتوبر 1989 میں۔ اس سے ایک مہینہ پہلے میں وہاں گیا تھا۔</w:t>
      </w:r>
    </w:p>
    <w:p>
      <w:r>
        <w:rPr>
          <w:b/>
        </w:rPr>
        <w:t xml:space="preserve">[13:59] </w:t>
      </w:r>
      <w:r>
        <w:t>aik mahina ya dedh mahina pehle. wahan mein ne Tagore Hall mein, Srinagar ke Tagore Hall mein aik speech di thi. is speech ka audio tape maujood hai abhi bhi.</w:t>
      </w:r>
    </w:p>
    <w:p>
      <w:pPr>
        <w:jc w:val="right"/>
      </w:pPr>
      <w:r>
        <w:t>ایک مہینہ یا ڈیڑھ مہینہ پہلے۔ وہاں میں نے ٹیگور ہال میں، سری نگر کے ٹیگور ہال میں ایک اسپیچ دی تھی۔ اس اسپیچ کا آڈیو ٹیپ موجود ہے ابھی بھی۔</w:t>
      </w:r>
    </w:p>
    <w:p>
      <w:r>
        <w:rPr>
          <w:b/>
        </w:rPr>
        <w:t xml:space="preserve">[14:11] </w:t>
      </w:r>
      <w:r>
        <w:t>Hameedullah Hameed ke paas jo wahan rehte hain.</w:t>
      </w:r>
    </w:p>
    <w:p>
      <w:pPr>
        <w:jc w:val="right"/>
      </w:pPr>
      <w:r>
        <w:t>حمید اللہ حمید کے پاس جو وہاں رہتے ہیں۔</w:t>
      </w:r>
    </w:p>
    <w:p>
      <w:r>
        <w:rPr>
          <w:b/>
        </w:rPr>
        <w:t xml:space="preserve">[14:16] </w:t>
      </w:r>
      <w:r>
        <w:t>us waqt mein ne kaha tha kyunke us waqt har taraf yahi baatein ho rahi theen ke hum ko jihad chherna hai. hum ko armed struggle karna hai.</w:t>
      </w:r>
    </w:p>
    <w:p>
      <w:pPr>
        <w:jc w:val="right"/>
      </w:pPr>
      <w:r>
        <w:t>اس وقت میں نے کہا تھا کیونکہ اس وقت ہر طرف یہی باتیں ہو رہی تھیں کہ ہم کو جہاد چھیڑنا ہے۔ ہم کو آرمڈ اسٹرگل کرنا ہے۔</w:t>
      </w:r>
    </w:p>
    <w:p>
      <w:r>
        <w:rPr>
          <w:b/>
        </w:rPr>
        <w:t xml:space="preserve">[14:26] </w:t>
      </w:r>
      <w:r>
        <w:t>yeh sab baatein ho rahi theen. aur taqreeban yaqeen hi ho gaya tha ke log jihad ke naam par wahan military insurgency shuru kar denge.</w:t>
      </w:r>
    </w:p>
    <w:p>
      <w:pPr>
        <w:jc w:val="right"/>
      </w:pPr>
      <w:r>
        <w:t>یہ سب باتیں ہو رہی تھیں۔ اور تقریباً یقین ہی ہو گیا تھا کہ لوگ جہاد کے نام پر وہاں ملٹری اینسی شروع کر دیں گے۔</w:t>
      </w:r>
    </w:p>
    <w:p>
      <w:r>
        <w:rPr>
          <w:b/>
        </w:rPr>
        <w:t xml:space="preserve">[14:35] </w:t>
      </w:r>
      <w:r>
        <w:t>chunanche October mein shuru ho gayi woh. is se koi aik mahina ya dedh mahina pehle mein wahan gaya tha aur mein wahan speech di thi Tagore Hall mein.</w:t>
      </w:r>
    </w:p>
    <w:p>
      <w:pPr>
        <w:jc w:val="right"/>
      </w:pPr>
      <w:r>
        <w:t>چنانچہ اکتوبر میں شروع ہو گئی وہ۔ اس سے کوئی ایک مہینہ یا ڈیڑھ مہینہ پہلے میں وہاں گیا تھا اور میں وہاں اسپیچ دی تھی ٹیگور ہال میں۔</w:t>
      </w:r>
    </w:p>
    <w:p>
      <w:r>
        <w:rPr>
          <w:b/>
        </w:rPr>
        <w:t xml:space="preserve">[14:44] </w:t>
      </w:r>
      <w:r>
        <w:t>us waqt mein ne kaha tha ke agar aap ne military chhera, yani yahan par violence, to unilateral طور par aap hi ko is ka laat uthana pare ga.</w:t>
      </w:r>
    </w:p>
    <w:p>
      <w:pPr>
        <w:jc w:val="right"/>
      </w:pPr>
      <w:r>
        <w:t>اس وقت میں نے کہا تھا کہ اگر آپ نے ملٹری چھیڑا، یعنی یہاں پر وائلنس، تو یونی لیٹرل طور پر آپ ہی کو اس کا لات اٹھانا پڑے گا۔</w:t>
      </w:r>
    </w:p>
    <w:p>
      <w:r>
        <w:rPr>
          <w:b/>
        </w:rPr>
        <w:t xml:space="preserve">[14:57] </w:t>
      </w:r>
      <w:r>
        <w:t>aur kuch bhi aap payenge nahin. aap ke liye koi option nahin is ke siwa ke aap you have to accept the reality</w:t>
      </w:r>
    </w:p>
    <w:p>
      <w:pPr>
        <w:jc w:val="right"/>
      </w:pPr>
      <w:r>
        <w:t>اور کچھ بھی آپ پائیں گے نہیں۔ آپ کے لیے کوئی آپشن نہیں اس کے سوا کہ آپ you have to accept the reality</w:t>
      </w:r>
    </w:p>
    <w:p>
      <w:r>
        <w:rPr>
          <w:b/>
        </w:rPr>
        <w:t xml:space="preserve">[15:06] </w:t>
      </w:r>
      <w:r>
        <w:t>is waqt mein ne kaha tha ke kashmir ka india se talluq aik reality ban chuka hai. So you have to accept the reality</w:t>
      </w:r>
    </w:p>
    <w:p>
      <w:pPr>
        <w:jc w:val="right"/>
      </w:pPr>
      <w:r>
        <w:t>اس وقت میں نے کہا تھا کہ کشمیر کا انڈیا سے تعلق ایک ریلیٹی بن چکا ہے۔ So you have to accept the reality</w:t>
      </w:r>
    </w:p>
    <w:p>
      <w:r>
        <w:rPr>
          <w:b/>
        </w:rPr>
        <w:t xml:space="preserve">[15:18] </w:t>
      </w:r>
      <w:r>
        <w:t>yeh baat mein ne khalsa logon se bhi kahi thi punjab mein ke kya aap log tehreek chala rahe hain? kabhi bhi khalsa government nahin banegi india mein.</w:t>
      </w:r>
    </w:p>
    <w:p>
      <w:pPr>
        <w:jc w:val="right"/>
      </w:pPr>
      <w:r>
        <w:t>یہ بات میں نے خالصہ لوگوں سے بھی کہی تھی پنجاب میں کہ کیا آپ لوگ تحریک چلا رہے ہیں؟ کبھی بھی خالصہ گورنمنٹ نہیں بنے گی انڈیا میں۔</w:t>
      </w:r>
    </w:p>
    <w:p>
      <w:r>
        <w:rPr>
          <w:b/>
        </w:rPr>
        <w:t xml:space="preserve">[15:27] </w:t>
      </w:r>
      <w:r>
        <w:t>impossible hai.</w:t>
      </w:r>
    </w:p>
    <w:p>
      <w:pPr>
        <w:jc w:val="right"/>
      </w:pPr>
      <w:r>
        <w:t>امپاسیبل ہے۔</w:t>
      </w:r>
    </w:p>
    <w:p>
      <w:r>
        <w:rPr>
          <w:b/>
        </w:rPr>
        <w:t xml:space="preserve">[15:30] </w:t>
      </w:r>
      <w:r>
        <w:t>impossible hai. koi country ke aap apne apne border par aik aisi state create karega jo woh chhede hue ho, aap ke sath jang chhede hue ho.</w:t>
      </w:r>
    </w:p>
    <w:p>
      <w:pPr>
        <w:jc w:val="right"/>
      </w:pPr>
      <w:r>
        <w:t>امپاسیبل ہے۔ کوئی کنٹری کہ آپ اپنے اپنے بارڈر پر ایک ایسی اسٹیٹ کریٹ کرے گا جو وہ چھیڑے ہوئے ہو، آپ کے ساتھ جنگ چھیڑے ہوئے ہو۔</w:t>
      </w:r>
    </w:p>
    <w:p>
      <w:r>
        <w:rPr>
          <w:b/>
        </w:rPr>
        <w:t xml:space="preserve">[15:41] </w:t>
      </w:r>
      <w:r>
        <w:t>woh kaun state dunya mein aisi bewakoof ho sakti hai ke aisi border state create karta hai? woh kabhi bhi india khalsa government nahin banne dega punjab mein.</w:t>
      </w:r>
    </w:p>
    <w:p>
      <w:pPr>
        <w:jc w:val="right"/>
      </w:pPr>
      <w:r>
        <w:t>وہ کون اسٹیٹ دنیا میں ایسی بیوقوف ہو سکتی ہے کہ ایسی بارڈر اسٹیٹ کریٹ کرتا ہے؟ وہ کبھی بھی انڈیا خالصہ گورنمنٹ نہیں بننے دے گا پنجاب میں۔</w:t>
      </w:r>
    </w:p>
    <w:p>
      <w:r>
        <w:rPr>
          <w:b/>
        </w:rPr>
        <w:t xml:space="preserve">[15:53] </w:t>
      </w:r>
      <w:r>
        <w:t>is waqt mein ne kaha tha jab ke dhoom thi wahan par punjab mein. aur mein ne, mein, mein article bhi chhapwa tha hindustan times mein. is mein yahi is ka woh tha ke you have to accept the reality dono ke liye kaha tha mein ne.</w:t>
      </w:r>
    </w:p>
    <w:p>
      <w:pPr>
        <w:jc w:val="right"/>
      </w:pPr>
      <w:r>
        <w:t>اس وقت میں نے کہا تھا جب کہ دھوم تھی وہاں پر پنجاب میں۔ اور میں نے، میں، میں آرٹیکل بھی چھپا تھا ہندوستان ٹائمز میں۔ اس میں یہی اس کا وہ تھا کہ you have to accept the reality دونوں کے لیے کہا تھا میں نے۔</w:t>
      </w:r>
    </w:p>
    <w:p>
      <w:r>
        <w:rPr>
          <w:b/>
        </w:rPr>
        <w:t xml:space="preserve">[16:07] </w:t>
      </w:r>
      <w:r>
        <w:t>kashmir ke liye bhi aur punjab ke liye bhi. to punjab mein to bohat pehle unhon ne reality ko accept kar liya. aur kashmir ne ab accept kiya hai.</w:t>
      </w:r>
    </w:p>
    <w:p>
      <w:pPr>
        <w:jc w:val="right"/>
      </w:pPr>
      <w:r>
        <w:t>کشمیر کے لیے بھی اور پنجاب کے لیے بھی۔ تو پنجاب میں تو بہت پہلے انہوں نے ریلیٹی کو ایکسیپٹ کر لیا۔ اور کشمیر نے اب ایکسیپٹ کیا ہے۔</w:t>
      </w:r>
    </w:p>
    <w:p>
      <w:r>
        <w:rPr>
          <w:b/>
        </w:rPr>
        <w:t xml:space="preserve">[16:19] </w:t>
      </w:r>
      <w:r>
        <w:t>to mein jab wahan gaya tha aur tagore hall mein jo speech di thi mein ne, to wahan mein ne aik hadith sunai. mein ne kaha ke dekhiye, aap log musalman hain aur nizam e mustafa ke naam par aap tehreek chala rahe hain.</w:t>
      </w:r>
    </w:p>
    <w:p>
      <w:pPr>
        <w:jc w:val="right"/>
      </w:pPr>
      <w:r>
        <w:t>تو میں جب وہاں گیا تھا اور ٹیگور ہال میں جو اسپیچ دی تھی میں نے، تو وہاں میں نے ایک حدیث سنائی۔ میں نے کہا کہ دیکھیے، آپ لوگ مسلمان ہیں اور نظام مصطفیٰ کے نام پر آپ تحریک چلا رہے ہیں۔</w:t>
      </w:r>
    </w:p>
    <w:p>
      <w:r>
        <w:rPr>
          <w:b/>
        </w:rPr>
        <w:t xml:space="preserve">[16:37] </w:t>
      </w:r>
      <w:r>
        <w:t>to mein aap ko mustafa ki sunnat batata hoon.</w:t>
      </w:r>
    </w:p>
    <w:p>
      <w:pPr>
        <w:jc w:val="right"/>
      </w:pPr>
      <w:r>
        <w:t>تو میں آپ کو مصطفیٰ کی سنت بتاتا ہوں۔</w:t>
      </w:r>
    </w:p>
    <w:p>
      <w:r>
        <w:rPr>
          <w:b/>
        </w:rPr>
        <w:t xml:space="preserve">[16:42] </w:t>
      </w:r>
      <w:r>
        <w:t>rasool Allah ki sunnat.</w:t>
      </w:r>
    </w:p>
    <w:p>
      <w:pPr>
        <w:jc w:val="right"/>
      </w:pPr>
      <w:r>
        <w:t>رسول اللہ کی سنت۔</w:t>
      </w:r>
    </w:p>
    <w:p>
      <w:r>
        <w:rPr>
          <w:b/>
        </w:rPr>
        <w:t xml:space="preserve">[16:46] </w:t>
      </w:r>
      <w:r>
        <w:t>bukhari mein yeh waqia hai, sahih al bukhari mein ke madina ki masjid jo musalmanon mein bohat muqaddas mani jati hai, aap jante hain ke teen masjidain sab se ziyada muqaddas hain: makkah ki kaaba,</w:t>
      </w:r>
    </w:p>
    <w:p>
      <w:pPr>
        <w:jc w:val="right"/>
      </w:pPr>
      <w:r>
        <w:t>بخاری میں یہ واقعہ ہے، صحیح البخاری میں کہ مدینہ کی مسجد جو مسلمانوں میں بہت مقدس مانی جاتی ہے، آپ جانتے ہیں کہ تین مسجدیں سب سے زیادہ مقدس ہیں: مکہ کی کعبہ،</w:t>
      </w:r>
    </w:p>
    <w:p>
      <w:r>
        <w:rPr>
          <w:b/>
        </w:rPr>
        <w:t xml:space="preserve">[17:03] </w:t>
      </w:r>
      <w:r>
        <w:t>aur yerushalayim ki masjid aqsa, aur madina ki masjid nabwi. yeh teen</w:t>
      </w:r>
    </w:p>
    <w:p>
      <w:pPr>
        <w:jc w:val="right"/>
      </w:pPr>
      <w:r>
        <w:t>اور یروشلم کی مسجد اقصی، اور مدینہ کی مسجد نبوی۔ یہ تین</w:t>
      </w:r>
    </w:p>
    <w:p>
      <w:r>
        <w:rPr>
          <w:b/>
        </w:rPr>
        <w:t xml:space="preserve">[17:10] </w:t>
      </w:r>
      <w:r>
        <w:t>. to mein ne kaha ke dekhiye, rasool Allah ke zamane mein aisa hua ke wahan aap maujood thay. aik bahar se aik aaya dehati aadmi.</w:t>
      </w:r>
    </w:p>
    <w:p>
      <w:pPr>
        <w:jc w:val="right"/>
      </w:pPr>
      <w:r>
        <w:t>۔ تو میں نے کہا کہ دیکھیے، رسول اللہ کے زمانے میں ایسا ہوا کہ وہاں آپ موجود تھے۔ ایک باہر سے ایک آیا دیہاتی آدمی۔</w:t>
      </w:r>
    </w:p>
    <w:p>
      <w:r>
        <w:rPr>
          <w:b/>
        </w:rPr>
        <w:t xml:space="preserve">[17:20] </w:t>
      </w:r>
      <w:r>
        <w:t>dehati aadmi. us ne masjid nabwi mein peshab kar diya. ganda kar diya us ko. to sahaba ne us ko marna chaha.</w:t>
      </w:r>
    </w:p>
    <w:p>
      <w:pPr>
        <w:jc w:val="right"/>
      </w:pPr>
      <w:r>
        <w:t>دیہاتی آدمی۔ اس نے مسجد نبوی میں پیشاب کر دیا۔ گندا کر دیا اس کو۔ تو صحابہ نے اس کو مارنا چاہا۔</w:t>
      </w:r>
    </w:p>
    <w:p>
      <w:r>
        <w:rPr>
          <w:b/>
        </w:rPr>
        <w:t xml:space="preserve">[17:29] </w:t>
      </w:r>
      <w:r>
        <w:t>phir rasool Allah ne mana kar diya. chhod do us ko. simply aap ne kaha yeh karo ke wahan par pani baha do.</w:t>
      </w:r>
    </w:p>
    <w:p>
      <w:pPr>
        <w:jc w:val="right"/>
      </w:pPr>
      <w:r>
        <w:t>پھر رسول اللہ نے منع کر دیا۔ چھوڑ دو اس کو۔ سمپلی آپ نے کہا یہ کرو کہ وہاں پر پانی بہا دو۔</w:t>
      </w:r>
    </w:p>
    <w:p>
      <w:r>
        <w:rPr>
          <w:b/>
        </w:rPr>
        <w:t xml:space="preserve">[17:39] </w:t>
      </w:r>
      <w:r>
        <w:t>pani baha do. jagah saaf ho jayegi. aap ne us ko wahan us ko bulaya, apne pas samjhaya ke dekho yeh ibadat khana hai. yeh sab kaam karne ki jagah nahin hai.</w:t>
      </w:r>
    </w:p>
    <w:p>
      <w:pPr>
        <w:jc w:val="right"/>
      </w:pPr>
      <w:r>
        <w:t>پانی بہا دو۔ جگہ صاف ہو جائے گی۔ آپ نے اس کو وہاں اس کو بلایا، اپنے پاس سمجھایا کہ دیکھو یہ عبادت خانہ ہے۔ یہ سب کام کرنے کی جگہ نہیں ہے۔</w:t>
      </w:r>
    </w:p>
    <w:p>
      <w:r>
        <w:rPr>
          <w:b/>
        </w:rPr>
        <w:t xml:space="preserve">[17:50] </w:t>
      </w:r>
      <w:r>
        <w:t>to kya hua? woh aadmi gaya apne tribe. apne qabile mein. madine ke bahar rehte thay woh log.</w:t>
      </w:r>
    </w:p>
    <w:p>
      <w:pPr>
        <w:jc w:val="right"/>
      </w:pPr>
      <w:r>
        <w:t>تو کیا ہوا؟ وہ آدمی گیا اپنے ٹرائب۔ اپنے قبیلے میں۔ مدینے کے باہر رہتے تھے وہ لوگ۔</w:t>
      </w:r>
    </w:p>
    <w:p>
      <w:r>
        <w:rPr>
          <w:b/>
        </w:rPr>
        <w:t xml:space="preserve">[17:59] </w:t>
      </w:r>
      <w:r>
        <w:t>to dekhiye, consciousness har aadmi ke andar hota hai. jab us ke sath darp sulook kiya aap ne to consciousness us ka jaag utha.</w:t>
      </w:r>
    </w:p>
    <w:p>
      <w:pPr>
        <w:jc w:val="right"/>
      </w:pPr>
      <w:r>
        <w:t>تو دیکھیے، کانشیسنس ہر آدمی کے اندر ہوتا ہے۔ جب اس کے ساتھ درپ سلوک کیا آپ نے تو کانشیسنس اس کا جاگ اٹھا۔</w:t>
      </w:r>
    </w:p>
    <w:p>
      <w:r>
        <w:rPr>
          <w:b/>
        </w:rPr>
        <w:t xml:space="preserve">[18:10] </w:t>
      </w:r>
      <w:r>
        <w:t>woh ja kar apne qabile mein logon se kaha us ne ke dekho mein madina gaya. wahan mein ne un ke masjid mein jo place of worship thi un ke liye muqaddas,</w:t>
      </w:r>
    </w:p>
    <w:p>
      <w:pPr>
        <w:jc w:val="right"/>
      </w:pPr>
      <w:r>
        <w:t>وہ جا کر اپنے قبیلے میں لوگوں سے کہا اس نے کہ دیکھو میں مدینہ گیا۔ وہاں میں نے ان کے مسجد میں جو پلیس آف ورشپ تھی ان کے لیے مقدس،</w:t>
      </w:r>
    </w:p>
    <w:p>
      <w:r>
        <w:rPr>
          <w:b/>
        </w:rPr>
        <w:t xml:space="preserve">[18:25] </w:t>
      </w:r>
      <w:r>
        <w:t>us ko mein ne ganda kar diya. lekin والله ما قهرني محمد والله ما زجرني محمد</w:t>
      </w:r>
    </w:p>
    <w:p>
      <w:pPr>
        <w:jc w:val="right"/>
      </w:pPr>
      <w:r>
        <w:t>اس کو میں نے گندا کر دیا۔ لیکن والله ما قهرني محمد والله ما زجرني محمد</w:t>
      </w:r>
    </w:p>
    <w:p>
      <w:r>
        <w:rPr>
          <w:b/>
        </w:rPr>
        <w:t xml:space="preserve">[18:36] </w:t>
      </w:r>
      <w:r>
        <w:t>khuda ki qasam Muhammad ne mujhe jhirka nahin. khuda ki qasam Muhammad ne mujh ko mara nahin.</w:t>
      </w:r>
    </w:p>
    <w:p>
      <w:pPr>
        <w:jc w:val="right"/>
      </w:pPr>
      <w:r>
        <w:t>خدا کی قسم محمد نے مجھے جھڑکا نہیں۔ خدا کی قسم محمد نے مجھ کو مارا نہیں۔</w:t>
      </w:r>
    </w:p>
    <w:p>
      <w:r>
        <w:rPr>
          <w:b/>
        </w:rPr>
        <w:t xml:space="preserve">[18:43] </w:t>
      </w:r>
      <w:r>
        <w:t>والله ما قهرني محمد والله ما زجرني محمد kuch bhi nahin kiya. dekhiye jab yeh baat kahi us ne apne qabile walon se to yeh baat poore qabile mein phail gayi.</w:t>
      </w:r>
    </w:p>
    <w:p>
      <w:pPr>
        <w:jc w:val="right"/>
      </w:pPr>
      <w:r>
        <w:t>والله ما قهرني محمد والله ما زجرني محمد کچھ بھی نہیں کیا۔ دیکھیے جب یہ بات کہی اس نے اپنے قبیلے والوں سے تو یہ بات پورے قبیلے میں پھیل گئی۔</w:t>
      </w:r>
    </w:p>
    <w:p>
      <w:r>
        <w:rPr>
          <w:b/>
        </w:rPr>
        <w:t xml:space="preserve">[19:00] </w:t>
      </w:r>
      <w:r>
        <w:t>aur logon ke andar aik curiosity paida hui. curiosity kyunke woh jante thay ke un ka jo ibadat khana tha jahan but rakhe thay, unhon ne but,</w:t>
      </w:r>
    </w:p>
    <w:p>
      <w:pPr>
        <w:jc w:val="right"/>
      </w:pPr>
      <w:r>
        <w:t>اور لوگوں کے اندر ایک کیوریسٹی پیدا ہوئی۔ کیوریسٹی کیونکہ وہ جانتے تھے کہ ان کا جو عبادت خانہ تھا جہاں بت رکھے تھے، انہوں نے بت،</w:t>
      </w:r>
    </w:p>
    <w:p>
      <w:r>
        <w:rPr>
          <w:b/>
        </w:rPr>
        <w:t xml:space="preserve">[19:10] </w:t>
      </w:r>
      <w:r>
        <w:t>un ke bhi ibadat khane thay jis mein but rakhte thay woh log. kyunke woh log idol worshipper thay. to wahan agar koi aisi harkat kare to khoob marte thay us ko.</w:t>
      </w:r>
    </w:p>
    <w:p>
      <w:pPr>
        <w:jc w:val="right"/>
      </w:pPr>
      <w:r>
        <w:t>ان کے بھی عبادت خانے تھے جس میں بت رکھتے تھے وہ لوگ۔ کیونکہ وہ لوگ آئیڈل ورشپر تھے۔ تو وہاں اگر کوئی ایسی حرکت کرے تو خوب مارتے تھے اس کو۔</w:t>
      </w:r>
    </w:p>
    <w:p>
      <w:r>
        <w:rPr>
          <w:b/>
        </w:rPr>
        <w:t xml:space="preserve">[19:19] </w:t>
      </w:r>
      <w:r>
        <w:t>woh khoob marte, peette the us ko. to unhon ne kaha ke yeh kaise log hain ke un ke ibadat khane mein, un ki muqaddas jagah par, yahan se aadmi jata ho, us ko ganda kar deta hai.</w:t>
      </w:r>
    </w:p>
    <w:p>
      <w:pPr>
        <w:jc w:val="right"/>
      </w:pPr>
      <w:r>
        <w:t>وہ خوب مارتے، پیٹتے تھے اس کو۔ تو انہوں نے کہا کہ یہ کیسے لوگ ہیں کہ ان کے عبادت خانے میں، ان کی مقدس جگہ پر، یہاں سے آدمی جاتا ہو، اس کو گندا کر دیتا ہے۔</w:t>
      </w:r>
    </w:p>
    <w:p>
      <w:r>
        <w:rPr>
          <w:b/>
        </w:rPr>
        <w:t xml:space="preserve">[19:34] </w:t>
      </w:r>
      <w:r>
        <w:t>wahan unhein power hasil hai. wahan ki, wahan woh rule kar rahe hain. kyunke madina jo tha us waqt city state ban chuka tha. tab bhi kuch nahi kiya unhon ne.</w:t>
      </w:r>
    </w:p>
    <w:p>
      <w:pPr>
        <w:jc w:val="right"/>
      </w:pPr>
      <w:r>
        <w:t>وہاں انہیں پاور حاصل ہے۔ وہاں کی، وہاں وہ رول کر رہے ہیں۔ کیونکہ مدینہ جو تھا اس وقت سٹی اسٹیٹ بن چکا تھا۔ تب بھی کچھ نہیں کیا انہوں نے۔</w:t>
      </w:r>
    </w:p>
    <w:p>
      <w:r>
        <w:rPr>
          <w:b/>
        </w:rPr>
        <w:t xml:space="preserve">[19:45] </w:t>
      </w:r>
      <w:r>
        <w:t>kaise log hain?</w:t>
      </w:r>
    </w:p>
    <w:p>
      <w:pPr>
        <w:jc w:val="right"/>
      </w:pPr>
      <w:r>
        <w:t>کیسے لوگ ہیں؟</w:t>
      </w:r>
    </w:p>
    <w:p>
      <w:r>
        <w:rPr>
          <w:b/>
        </w:rPr>
        <w:t xml:space="preserve">[19:49] </w:t>
      </w:r>
      <w:r>
        <w:t>to is ki wajah se kya hua? unhon ne kaha ke chal ke dekhte hain ke woh kaise log hain aur kya hai. kuch log aaye aur inquiry ki, pata kiya.</w:t>
      </w:r>
    </w:p>
    <w:p>
      <w:pPr>
        <w:jc w:val="right"/>
      </w:pPr>
      <w:r>
        <w:t>تو اس کی وجہ سے کیا ہوا؟ انہوں نے کہا کہ چل کے دیکھتے ہیں کہ وہ کیسے لوگ ہیں اور کیا ہے۔ کچھ لوگ آئے اور انکوائری کی، پتہ کیا۔</w:t>
      </w:r>
    </w:p>
    <w:p>
      <w:r>
        <w:rPr>
          <w:b/>
        </w:rPr>
        <w:t xml:space="preserve">[20:02] </w:t>
      </w:r>
      <w:r>
        <w:t>saara qabeela islam mein dakhil ho gaya. yeh qissa mein ne sunaya wahan par. military nsi shuru hone se aik mahina pehle.</w:t>
      </w:r>
    </w:p>
    <w:p>
      <w:pPr>
        <w:jc w:val="right"/>
      </w:pPr>
      <w:r>
        <w:t>سارا قبیلہ اسلام میں داخل ہو گیا۔ یہ قصہ میں نے سنایا وہاں پر۔ ملٹری اینسی شروع ہونے سے ایک مہینہ پہلے۔</w:t>
      </w:r>
    </w:p>
    <w:p>
      <w:r>
        <w:rPr>
          <w:b/>
        </w:rPr>
        <w:t xml:space="preserve">[20:12] </w:t>
      </w:r>
      <w:r>
        <w:t>aur yeh record par, yeh mere, mere, meri yeh wording record par hai wahan par. is ka maujood hai record abhi bhi. koi sun sakta hai is ko.</w:t>
      </w:r>
    </w:p>
    <w:p>
      <w:pPr>
        <w:jc w:val="right"/>
      </w:pPr>
      <w:r>
        <w:t>اور یہ ریکارڈ پر، یہ میرے، میرے، میری یہ ورڈنگ ریکارڈ پر ہے وہاں پر۔ اس کا موجود ہے ریکارڈ ابھی بھی۔ کوئی سن سکتا ہے اس کو۔</w:t>
      </w:r>
    </w:p>
    <w:p>
      <w:r>
        <w:rPr>
          <w:b/>
        </w:rPr>
        <w:t xml:space="preserve">[20:21] </w:t>
      </w:r>
      <w:r>
        <w:t>mere paas to nahi hai lekin hameedullah hameed m.a. ke paas maujood hai aaj bhi.</w:t>
      </w:r>
    </w:p>
    <w:p>
      <w:pPr>
        <w:jc w:val="right"/>
      </w:pPr>
      <w:r>
        <w:t>میرے پاس تو نہیں ہے لیکن حمید اللہ حمید ایم اے کے پاس موجود ہے آج بھی۔</w:t>
      </w:r>
    </w:p>
    <w:p>
      <w:r>
        <w:rPr>
          <w:b/>
        </w:rPr>
        <w:t xml:space="preserve">[20:27] </w:t>
      </w:r>
      <w:r>
        <w:t>to mein ne kaha tha us waqt ke rasool Allah, paighambar e islam ne jis maqsad ko hasil kiya tha, aik dol pani baha kar, us ko aap, us maqsad ko aap hasil karna chahte hain, khoon baha kar,</w:t>
      </w:r>
    </w:p>
    <w:p>
      <w:pPr>
        <w:jc w:val="right"/>
      </w:pPr>
      <w:r>
        <w:t>تو میں نے کہا تھا اس وقت کہ رسول اللہ، پیغمبر اسلام نے جس مقصد کو حاصل کیا تھا، ایک ڈول پانی بہا کر، اس کو آپ، اس مقصد کو آپ حاصل کرنا چاہتے ہیں، خون بہا کر،</w:t>
      </w:r>
    </w:p>
    <w:p>
      <w:r>
        <w:rPr>
          <w:b/>
        </w:rPr>
        <w:t xml:space="preserve">[20:48] </w:t>
      </w:r>
      <w:r>
        <w:t>to kabhi aisa nahi hoga, kabhi aisa nahi hoga, kabhi aisa nahi hoga.</w:t>
      </w:r>
    </w:p>
    <w:p>
      <w:pPr>
        <w:jc w:val="right"/>
      </w:pPr>
      <w:r>
        <w:t>تو کبھی ایسا نہیں ہوگا، کبھی ایسا نہیں ہوگا، کبھی ایسا نہیں ہوگا۔</w:t>
      </w:r>
    </w:p>
    <w:p>
      <w:r>
        <w:rPr>
          <w:b/>
        </w:rPr>
        <w:t xml:space="preserve">[20:54] </w:t>
      </w:r>
      <w:r>
        <w:t>saare kashmeeron ka khoon baha dijiye, kabhi nahi aisa hoga. woh maqsad to pani bahane se milta hai. aansu, aansu bahane se milta hai.</w:t>
      </w:r>
    </w:p>
    <w:p>
      <w:pPr>
        <w:jc w:val="right"/>
      </w:pPr>
      <w:r>
        <w:t>سارے کشمیروں کا خون بہا دیجیے، کبھی نہیں ایسا ہوگا۔ وہ مقصد تو پانی بہانے سے ملتا ہے۔ آنسو، آنسو بہانے سے ملتا ہے۔</w:t>
      </w:r>
    </w:p>
    <w:p>
      <w:r>
        <w:rPr>
          <w:b/>
        </w:rPr>
        <w:t xml:space="preserve">[21:05] </w:t>
      </w:r>
      <w:r>
        <w:t>jo maqsad hai aap ka, us maqsad ke liye aansu bahana parta hai. us maqsad ke liye pani bahana parta hai. is ke liye pyar ka darya bahana parta hai.</w:t>
      </w:r>
    </w:p>
    <w:p>
      <w:pPr>
        <w:jc w:val="right"/>
      </w:pPr>
      <w:r>
        <w:t>جو مقصد ہے آپ کا، اس مقصد کے لیے آنسو بہانا پڑتا ہے۔ اس مقصد کے لیے پانی بہانا پڑتا ہے۔ اس کے لیے پیار کا دریا بہانا پڑتا ہے۔</w:t>
      </w:r>
    </w:p>
    <w:p>
      <w:r>
        <w:rPr>
          <w:b/>
        </w:rPr>
        <w:t xml:space="preserve">[21:16] </w:t>
      </w:r>
      <w:r>
        <w:t>khoon bahane se, nafrat ke khoon bahane se woh maqsad hasil nahi hota.</w:t>
      </w:r>
    </w:p>
    <w:p>
      <w:pPr>
        <w:jc w:val="right"/>
      </w:pPr>
      <w:r>
        <w:t>خون بہانے سے، نفرت کے خون بہانے سے وہ مقصد حاصل نہیں ہوتا۔</w:t>
      </w:r>
    </w:p>
    <w:p>
      <w:r>
        <w:rPr>
          <w:b/>
        </w:rPr>
        <w:t xml:space="preserve">[21:23] </w:t>
      </w:r>
      <w:r>
        <w:t>us waqt mein ne yeh baat ki thi jab ke abhi military nsi shuru nahi hui thi. is ke baad october 89 mein military nsi shuru hui, ab khatam bhi ho gayi.</w:t>
      </w:r>
    </w:p>
    <w:p>
      <w:pPr>
        <w:jc w:val="right"/>
      </w:pPr>
      <w:r>
        <w:t>اس وقت میں نے یہ بات کی تھی جب کہ ابھی ملٹری اینسی شروع نہیں ہوئی تھی۔ اس کے بعد اکتوبر 89 میں ملٹری اینسی شروع ہوئی، اب ختم بھی ہو گئی۔</w:t>
      </w:r>
    </w:p>
    <w:p>
      <w:r>
        <w:rPr>
          <w:b/>
        </w:rPr>
        <w:t xml:space="preserve">[21:34] </w:t>
      </w:r>
      <w:r>
        <w:t>aur kuch bhi nahi mila siwaye is ke ke sab destroy hoga. kashmir destroy ho gaya. siwaye tabaahi ke aur kuch bhi kashmeeron ko nahi mila.</w:t>
      </w:r>
    </w:p>
    <w:p>
      <w:pPr>
        <w:jc w:val="right"/>
      </w:pPr>
      <w:r>
        <w:t>اور کچھ بھی نہیں ملا سوائے اس کے کہ سب ڈسٹروئے ہوگا۔ کشمیر ڈسٹروئے ہو گیا۔ سوائے تباہی کے اور کچھ بھی کشمیروں کو نہیں ملا۔</w:t>
      </w:r>
    </w:p>
    <w:p>
      <w:r>
        <w:rPr>
          <w:b/>
        </w:rPr>
        <w:t xml:space="preserve">[21:45] </w:t>
      </w:r>
      <w:r>
        <w:t>to ab, ab bataiye ke ab yeh log keh rahe hain, mein kehta hoon abhi bhi nahi kaha unhon ne. abhi bhi nahi kaha.</w:t>
      </w:r>
    </w:p>
    <w:p>
      <w:pPr>
        <w:jc w:val="right"/>
      </w:pPr>
      <w:r>
        <w:t>تو اب، اب بتائیے کہ اب یہ لوگ کہہ رہے ہیں، میں کہتا ہوں ابھی بھی نہیں کہا انہوں نے۔ ابھی بھی نہیں کہا۔</w:t>
      </w:r>
    </w:p>
    <w:p>
      <w:r>
        <w:rPr>
          <w:b/>
        </w:rPr>
        <w:t xml:space="preserve">[21:55] </w:t>
      </w:r>
      <w:r>
        <w:t>unhein kehna chahiye ke us waqt hum andhe the. us waqt hum mad the ke hum nahi samajh sake ke military nsi se kuch milne wala nahi hai.</w:t>
      </w:r>
    </w:p>
    <w:p>
      <w:pPr>
        <w:jc w:val="right"/>
      </w:pPr>
      <w:r>
        <w:t>انہیں کہنا چاہیے کہ اس وقت ہم اندھے تھے۔ اس وقت ہم میڈ تھے کہ ہم نہیں سمجھ سکے کہ ملٹری اینسی سے کچھ ملنے والا نہیں ہے۔</w:t>
      </w:r>
    </w:p>
    <w:p>
      <w:r>
        <w:rPr>
          <w:b/>
        </w:rPr>
        <w:t xml:space="preserve">[22:09] </w:t>
      </w:r>
      <w:r>
        <w:t>to mein us waqt jo baat kehna chahta hoon woh yeh hai</w:t>
      </w:r>
    </w:p>
    <w:p>
      <w:pPr>
        <w:jc w:val="right"/>
      </w:pPr>
      <w:r>
        <w:t>تو میں اس وقت جو بات کہنا چاہتا ہوں وہ یہ ہے</w:t>
      </w:r>
    </w:p>
    <w:p>
      <w:r>
        <w:rPr>
          <w:b/>
        </w:rPr>
        <w:t xml:space="preserve">[22:15] </w:t>
      </w:r>
      <w:r>
        <w:t>ke hum mein se har shakhs isi test mein hai</w:t>
      </w:r>
    </w:p>
    <w:p>
      <w:pPr>
        <w:jc w:val="right"/>
      </w:pPr>
      <w:r>
        <w:t>کہ ہم میں سے ہر شخص اسی ٹیسٹ میں ہے</w:t>
      </w:r>
    </w:p>
    <w:p>
      <w:r>
        <w:rPr>
          <w:b/>
        </w:rPr>
        <w:t xml:space="preserve">[22:22] </w:t>
      </w:r>
      <w:r>
        <w:t>ke kaun sa battle ground woh leta hai. right battle ground ya rod bit, wrong battle ground. real battle ground ya unreal battle ground.</w:t>
      </w:r>
    </w:p>
    <w:p>
      <w:pPr>
        <w:jc w:val="right"/>
      </w:pPr>
      <w:r>
        <w:t>کہ کون سا بیٹل گراؤنڈ وہ لیتا ہے۔ رائٹ بیٹل گراؤنڈ یا راڈ بٹ، رانگ بیٹل گراؤنڈ۔ ریئل بیٹل گراؤنڈ یا ان ریئل بیٹل گراؤنڈ۔</w:t>
      </w:r>
    </w:p>
    <w:p>
      <w:r>
        <w:rPr>
          <w:b/>
        </w:rPr>
        <w:t xml:space="preserve">[22:34] </w:t>
      </w:r>
      <w:r>
        <w:t>hum mein se har shakhs isi test par hai.</w:t>
      </w:r>
    </w:p>
    <w:p>
      <w:pPr>
        <w:jc w:val="right"/>
      </w:pPr>
      <w:r>
        <w:t>ہم میں سے ہر شخص اسی ٹیسٹ پر ہے۔</w:t>
      </w:r>
    </w:p>
    <w:p>
      <w:r>
        <w:rPr>
          <w:b/>
        </w:rPr>
        <w:t xml:space="preserve">[22:37] </w:t>
      </w:r>
      <w:r>
        <w:t>jaise aaj kal dekhiye, larkiyan jo hain, saari duniya mein, yahan se le kar america tak chale jaiye, har jagah kya hai? larkiyan wrong battle ground liye hue hain.</w:t>
      </w:r>
    </w:p>
    <w:p>
      <w:pPr>
        <w:jc w:val="right"/>
      </w:pPr>
      <w:r>
        <w:t>جیسے آج کل دیکھیے، لڑکیاں جو ہیں، ساری دنیا میں، یہاں سے لے کر امریکہ تک چلے جائیے، ہر جگہ کیا ہے؟ لڑکیاں رانگ بیٹل گراؤنڈ لیے ہوئے ہیں۔</w:t>
      </w:r>
    </w:p>
    <w:p>
      <w:r>
        <w:rPr>
          <w:b/>
        </w:rPr>
        <w:t xml:space="preserve">[22:48] </w:t>
      </w:r>
      <w:r>
        <w:t>majority in ki. kya hota hai? shadi karti hain boyfriend se. love affair ke baad.</w:t>
      </w:r>
    </w:p>
    <w:p>
      <w:pPr>
        <w:jc w:val="right"/>
      </w:pPr>
      <w:r>
        <w:t>میجورٹی ان کی۔ کیا ہوتا ہے؟ شادی کرتی ہیں بوائے فرینڈ سے۔ لو افیئر کے بعد۔</w:t>
      </w:r>
    </w:p>
    <w:p>
      <w:r>
        <w:rPr>
          <w:b/>
        </w:rPr>
        <w:t xml:space="preserve">[22:59] </w:t>
      </w:r>
      <w:r>
        <w:t>us ke chand hi dinon ke baad differences aa jate hain. difference kis baat par aate hain?</w:t>
      </w:r>
    </w:p>
    <w:p>
      <w:pPr>
        <w:jc w:val="right"/>
      </w:pPr>
      <w:r>
        <w:t>اس کے چند ہی دنوں کے بعد ڈیفرنسز آ جاتے ہیں۔ ڈیفرنس کس بات پر آتے ہیں؟</w:t>
      </w:r>
    </w:p>
    <w:p>
      <w:r>
        <w:rPr>
          <w:b/>
        </w:rPr>
        <w:t xml:space="preserve">[23:06] </w:t>
      </w:r>
      <w:r>
        <w:t>is liye ke gender equality ka jo un ke mind mein bhara hua hai, woh poora nahi hota. un ka jo husband jo hai, woh unhein gender equality, un ka jo bind hai, us ki taskeen nahi deta.</w:t>
      </w:r>
    </w:p>
    <w:p>
      <w:pPr>
        <w:jc w:val="right"/>
      </w:pPr>
      <w:r>
        <w:t>اس لیے کہ جینڈر ایکولٹی کا جو ان کے مائنڈ میں بھرا ہوا ہے، وہ پورا نہیں ہوتا۔ ان کا جو ہسبینڈ جو ہے، وہ انہیں جینڈر ایکولٹی، ان کا جو بائنڈ ہے، اس کی تسکین نہیں دیتا۔</w:t>
      </w:r>
    </w:p>
    <w:p>
      <w:r>
        <w:rPr>
          <w:b/>
        </w:rPr>
        <w:t xml:space="preserve">[23:19] </w:t>
      </w:r>
      <w:r>
        <w:t>woh, woh chahta hai ke meri baat maane yeh. yani jab, jab tak love affair chal raha tha, jab tak gender equality tha, aur jab shadi ho gayi to gender inequality shuru ho gaya.</w:t>
      </w:r>
    </w:p>
    <w:p>
      <w:pPr>
        <w:jc w:val="right"/>
      </w:pPr>
      <w:r>
        <w:t>وہ، وہ چاہتا ہے کہ میری بات مانے یہ۔ یعنی جب، جب تک لو افیئر چل رہا تھا، جب تک جینڈر ایکولٹی تھا، اور جب شادی ہو گئی تو جینڈر ان ایکولٹی شروع ہو گیا۔</w:t>
      </w:r>
    </w:p>
    <w:p>
      <w:r>
        <w:rPr>
          <w:b/>
        </w:rPr>
        <w:t xml:space="preserve">[23:32] </w:t>
      </w:r>
      <w:r>
        <w:t>koi maane ya na maane, yeh mera tajurba hai.</w:t>
      </w:r>
    </w:p>
    <w:p>
      <w:pPr>
        <w:jc w:val="right"/>
      </w:pPr>
      <w:r>
        <w:t>کوئی مانے یا نہ مانے، یہ میرا تجربہ ہے۔</w:t>
      </w:r>
    </w:p>
    <w:p>
      <w:r>
        <w:rPr>
          <w:b/>
        </w:rPr>
        <w:t xml:space="preserve">[23:36] </w:t>
      </w:r>
      <w:r>
        <w:t>poore duniya mein yahi hai ke love affair jab tak chalta hai, tab tak gender equality hota hai. aur jab shadi ho gayi to nature aa jati hai.</w:t>
      </w:r>
    </w:p>
    <w:p>
      <w:pPr>
        <w:jc w:val="right"/>
      </w:pPr>
      <w:r>
        <w:t>پورے دنیا میں یہی ہے کہ لو افیئر جب تک چلتا ہے، تب تک جینڈر ایکولٹی ہوتا ہے۔ اور جب شادی ہو گئی تو نیچر آ جاتی ہے۔</w:t>
      </w:r>
    </w:p>
    <w:p>
      <w:r>
        <w:rPr>
          <w:b/>
        </w:rPr>
        <w:t xml:space="preserve">[23:47] </w:t>
      </w:r>
      <w:r>
        <w:t>aur nature hai, gender inequality ko pesh karti hai.</w:t>
      </w:r>
    </w:p>
    <w:p>
      <w:pPr>
        <w:jc w:val="right"/>
      </w:pPr>
      <w:r>
        <w:t>اور نیچر ہے، جینڈر ان ایکولٹی کو پیش کرتی ہے۔</w:t>
      </w:r>
    </w:p>
    <w:p>
      <w:r>
        <w:rPr>
          <w:b/>
        </w:rPr>
        <w:t xml:space="preserve">[23:51] </w:t>
      </w:r>
      <w:r>
        <w:t>to jhagda, fasad, difference. kya hota hai? ke wahi ladki jo kaarm mohabbat ke saath shadi karti hai, wahi alag ho jati hai is se.</w:t>
      </w:r>
    </w:p>
    <w:p>
      <w:pPr>
        <w:jc w:val="right"/>
      </w:pPr>
      <w:r>
        <w:t>تو جھگڑا، فساد، ڈیفرنس۔ کیا ہوتا ہے؟ کہ وہی لڑکی جو کارم محبت کے ساتھ شادی کرتی ہے، وہی الگ ہو جاتی ہے اس سے۔</w:t>
      </w:r>
    </w:p>
    <w:p>
      <w:r>
        <w:rPr>
          <w:b/>
        </w:rPr>
        <w:t xml:space="preserve">[24:00] </w:t>
      </w:r>
      <w:r>
        <w:t>alag ho kar phir kahan jati hai? wrong battle ground leti hai. job talash karti hai. aur job talash karne mein kya kya us ko jhelni padta hai. yahan tak ke compromise tak karna padta hai us ko.</w:t>
      </w:r>
    </w:p>
    <w:p>
      <w:pPr>
        <w:jc w:val="right"/>
      </w:pPr>
      <w:r>
        <w:t>الگ ہو کر پھر کہاں جاتی ہے؟ رانگ بیٹل گراؤنڈ لیتی ہے۔ جاب تلاش کرتی ہے۔ اور جاب تلاش کرنے میں کیا کیا اس کو جھیلنا پڑتا ہے۔ یہاں تک کہ کمپرومائز تک کرنا پڑتا ہے اس کو۔</w:t>
      </w:r>
    </w:p>
    <w:p>
      <w:r>
        <w:rPr>
          <w:b/>
        </w:rPr>
        <w:t xml:space="preserve">[24:11] </w:t>
      </w:r>
      <w:r>
        <w:t>yeh sab ho raha hai. to har ek wrong battle ground ko le raha hai. ke jahan use struggle karna chahiye, wahan nahi struggle kar raha hai.</w:t>
      </w:r>
    </w:p>
    <w:p>
      <w:pPr>
        <w:jc w:val="right"/>
      </w:pPr>
      <w:r>
        <w:t>یہ سب ہو رہا ہے۔ تو ہر ایک رانگ بیٹل گراؤنڈ کو لے رہا ہے۔ کہ جہاں اسے اسٹرگل کرنا چاہیے، وہاں نہیں اسٹرگل کر رہا ہے۔</w:t>
      </w:r>
    </w:p>
    <w:p>
      <w:r>
        <w:rPr>
          <w:b/>
        </w:rPr>
        <w:t xml:space="preserve">[24:20] </w:t>
      </w:r>
      <w:r>
        <w:t>kahin aur ja kar struggle kar raha hai.</w:t>
      </w:r>
    </w:p>
    <w:p>
      <w:pPr>
        <w:jc w:val="right"/>
      </w:pPr>
      <w:r>
        <w:t>کہیں اور جا کر اسٹرگل کر رہا ہے۔</w:t>
      </w:r>
    </w:p>
    <w:p>
      <w:r>
        <w:rPr>
          <w:b/>
        </w:rPr>
        <w:t xml:space="preserve">[24:23] </w:t>
      </w:r>
      <w:r>
        <w:t>yeh har ghar ka masla hai. har qaum ka masla hai. society ka masla hai. har jagah ka yeh masla hai.</w:t>
      </w:r>
    </w:p>
    <w:p>
      <w:pPr>
        <w:jc w:val="right"/>
      </w:pPr>
      <w:r>
        <w:t>یہ ہر گھر کا مسئلہ ہے۔ ہر قوم کا مسئلہ ہے۔ سوسائٹی کا مسئلہ ہے۔ ہر جگہ کا یہ مسئلہ ہے۔</w:t>
      </w:r>
    </w:p>
    <w:p>
      <w:r>
        <w:rPr>
          <w:b/>
        </w:rPr>
        <w:t xml:space="preserve">[24:33] </w:t>
      </w:r>
      <w:r>
        <w:t>to main samajhta hoon ke hum mein se har shakhs ko yeh chahiye ke is ghalti ko na dohraaye. zindagi naam hai bilashuba struggle ka, challenge ka, competition ka.</w:t>
      </w:r>
    </w:p>
    <w:p>
      <w:pPr>
        <w:jc w:val="right"/>
      </w:pPr>
      <w:r>
        <w:t>تو میں سمجھتا ہوں کہ ہم میں سے ہر شخص کو یہ چاہیے کہ اس غلطی کو نہ دہرائے۔ زندگی نام ہے بلاشبہ संघर्ष کا، چیلنج کا، کمپیٹیشن کا۔</w:t>
      </w:r>
    </w:p>
    <w:p>
      <w:r>
        <w:rPr>
          <w:b/>
        </w:rPr>
        <w:t xml:space="preserve">[24:47] </w:t>
      </w:r>
      <w:r>
        <w:t>is liye yeh to pesh aa gayi hamare samne ke hum kya karein.</w:t>
      </w:r>
    </w:p>
    <w:p>
      <w:pPr>
        <w:jc w:val="right"/>
      </w:pPr>
      <w:r>
        <w:t>اس لیے یہ تو پیش آ گئی ہمارے سامنے کہ ہم کیا کریں۔</w:t>
      </w:r>
    </w:p>
    <w:p>
      <w:r>
        <w:rPr>
          <w:b/>
        </w:rPr>
        <w:t xml:space="preserve">[24:53] </w:t>
      </w:r>
      <w:r>
        <w:t>yaani apna struggle kahan jaari rakhein. apni jo zindagi ki ladai hai, woh kahan ladein. ladai ka lafz main bol raha hoon peaceful sense mein.</w:t>
      </w:r>
    </w:p>
    <w:p>
      <w:pPr>
        <w:jc w:val="right"/>
      </w:pPr>
      <w:r>
        <w:t>یعنی اپنا संघर्ष کہاں جاری رکھیں۔ اپنی جو زندگی کی لڑائی ہے، وہ کہاں لڑیں۔ لڑائی کا لفظ میں بول رہا ہوں پیس فل سینس میں۔</w:t>
      </w:r>
    </w:p>
    <w:p>
      <w:r>
        <w:rPr>
          <w:b/>
        </w:rPr>
        <w:t xml:space="preserve">[25:06] </w:t>
      </w:r>
      <w:r>
        <w:t>rasool Allah ki ek choti si hadith hai. ek shakhs aata hai, aap se poochta hai ke ya rasool Allah aalimm-ni kalimaat aish bain wa la tuqassir 'alayya fa-ins</w:t>
      </w:r>
    </w:p>
    <w:p>
      <w:pPr>
        <w:jc w:val="right"/>
      </w:pPr>
      <w:r>
        <w:t>رسول اللہ کی ایک چھوٹی سی حدیث ہے۔ ایک شخص آتا ہے، آپ سے پوچھتا ہے کہ یا رسول اللہ علمنی کلمات عیش بین ولا تقصر علی فانس</w:t>
      </w:r>
    </w:p>
    <w:p>
      <w:r>
        <w:rPr>
          <w:b/>
        </w:rPr>
        <w:t xml:space="preserve">[25:21] </w:t>
      </w:r>
      <w:r>
        <w:t>iska matlab yeh hai, translation nahi, matlab ke O Prophet, give me a master advice by which I may be able to manage all the affairs of my life</w:t>
      </w:r>
    </w:p>
    <w:p>
      <w:pPr>
        <w:jc w:val="right"/>
      </w:pPr>
      <w:r>
        <w:t>اس کا مطلب یہ ہے، ٹرانسلیشن نہیں، مطلب کہ O Prophet, give me a master advice by which I may be able to manage all the affairs of my life</w:t>
      </w:r>
    </w:p>
    <w:p>
      <w:r>
        <w:rPr>
          <w:b/>
        </w:rPr>
        <w:t xml:space="preserve">[25:38] </w:t>
      </w:r>
      <w:r>
        <w:t>woh poochne wala yeh poochta hai. aap kehte hain la taghzab ghussa na karo Don't be angry</w:t>
      </w:r>
    </w:p>
    <w:p>
      <w:pPr>
        <w:jc w:val="right"/>
      </w:pPr>
      <w:r>
        <w:t>وہ پوچھنے والا یہ پوچھتا ہے۔ آپ کہتے ہیں لا تغضب غصہ نہ کرو Don't be angry</w:t>
      </w:r>
    </w:p>
    <w:p>
      <w:r>
        <w:rPr>
          <w:b/>
        </w:rPr>
        <w:t xml:space="preserve">[25:51] </w:t>
      </w:r>
      <w:r>
        <w:t>iska matlab kya hai? iska matlab yeh hai ke jab tumhein ghussa aajaye to us waqt tak koi decision na lo jab tak ke ghussa khatam na kar lo.</w:t>
      </w:r>
    </w:p>
    <w:p>
      <w:pPr>
        <w:jc w:val="right"/>
      </w:pPr>
      <w:r>
        <w:t>اس کا مطلب کیا ہے؟ اس کا مطلب یہ ہے کہ جب تمہیں غصہ آجائے تو اس وقت تک کوئی ڈیسیژن نہ لو جب تک کہ غصہ ختم نہ کر لو۔</w:t>
      </w:r>
    </w:p>
    <w:p>
      <w:r>
        <w:rPr>
          <w:b/>
        </w:rPr>
        <w:t xml:space="preserve">[26:04] </w:t>
      </w:r>
      <w:r>
        <w:t>dekhein, jab ghussa aajaye to mujhe kya karna hai? do cheez ke beech mein option hota hai. do cheez ke beech mein. revenge aur ghusse ko manage karna.</w:t>
      </w:r>
    </w:p>
    <w:p>
      <w:pPr>
        <w:jc w:val="right"/>
      </w:pPr>
      <w:r>
        <w:t>دیکھیں، جب غصہ آجائے تو مجھے کیا کرنا ہے؟ دو چیز کے بیچ میں آپشن ہوتا ہے۔ دو چیز کے بیچ میں۔ ریونج اور غصے کو مینج کرنا۔</w:t>
      </w:r>
    </w:p>
    <w:p>
      <w:r>
        <w:rPr>
          <w:b/>
        </w:rPr>
        <w:t xml:space="preserve">[26:18] </w:t>
      </w:r>
      <w:r>
        <w:t>yaani ghusse ki halat mein action kar daaloon main. ghusse ki halat mein kood padoon main. ghusse ki halat mein kuch karne lagoon to is ka naam hai revenge.</w:t>
      </w:r>
    </w:p>
    <w:p>
      <w:pPr>
        <w:jc w:val="right"/>
      </w:pPr>
      <w:r>
        <w:t>یعنی غصے کی حالت میں ایکشن کر ڈالوں میں۔ غصے کی حالت میں کود پڑوں میں۔ غصے کی حالت میں کچھ کرنے لگوں تو اس کا نام ہے ریونج۔</w:t>
      </w:r>
    </w:p>
    <w:p>
      <w:r>
        <w:rPr>
          <w:b/>
        </w:rPr>
        <w:t xml:space="preserve">[26:29] </w:t>
      </w:r>
      <w:r>
        <w:t>yeh nahi. pehla kaam yeh nahi hai. pehla kaam yeh hai ke aap apne ghusse ko manage karein.</w:t>
      </w:r>
    </w:p>
    <w:p>
      <w:pPr>
        <w:jc w:val="right"/>
      </w:pPr>
      <w:r>
        <w:t>یہ نہیں۔ پہلا کام یہ نہیں ہے۔ پہلا کام یہ ہے کہ آپ اپنے غصے کو مینج کریں۔</w:t>
      </w:r>
    </w:p>
    <w:p>
      <w:r>
        <w:rPr>
          <w:b/>
        </w:rPr>
        <w:t xml:space="preserve">[26:40] </w:t>
      </w:r>
      <w:r>
        <w:t>al-kaazhimina al-ghayz pehla kaam yeh hai ke ghusse ko pee jayein. ghusse ko manage karein. jaise main kya karta hoon</w:t>
      </w:r>
    </w:p>
    <w:p>
      <w:pPr>
        <w:jc w:val="right"/>
      </w:pPr>
      <w:r>
        <w:t>القا ذبیل الغيظ پہلا کام یہ ہے کہ غصے کو پی جائیں۔ غصے کو مینج کریں۔ جیسے میں کیا کرتا ہوں</w:t>
      </w:r>
    </w:p>
    <w:p>
      <w:r>
        <w:rPr>
          <w:b/>
        </w:rPr>
        <w:t xml:space="preserve">[26:47] </w:t>
      </w:r>
      <w:r>
        <w:t>? mujhe bhi ghussa aata hai apne ghar mein. to main kya karta hoon? jaise hi ghussa aaya, pehla kaam yeh karta hoon ke main chup ho jata hoon.</w:t>
      </w:r>
    </w:p>
    <w:p>
      <w:pPr>
        <w:jc w:val="right"/>
      </w:pPr>
      <w:r>
        <w:t>؟ مجھے بھی غصہ آتا ہے اپنے گھر میں۔ تو میں کیا کرتا ہوں؟ جیسے ہی غصہ آیا، پہلا کام یہ کرتا ہوں کہ میں چپ ہو جاتا ہوں۔</w:t>
      </w:r>
    </w:p>
    <w:p>
      <w:r>
        <w:rPr>
          <w:b/>
        </w:rPr>
        <w:t xml:space="preserve">[26:58] </w:t>
      </w:r>
      <w:r>
        <w:t>ek dum chup ho jaunga main. jab yeh chup aajaye, main chup ho jaon to samajh lein ke mujhe bohat ziyada ghussa aa gaya hai. aur phir foran main chala jaunga bahar, balcony mere ghar ke samne hai, wahan.</w:t>
      </w:r>
    </w:p>
    <w:p>
      <w:pPr>
        <w:jc w:val="right"/>
      </w:pPr>
      <w:r>
        <w:t>ایک دم چپ ہو جاؤں گا میں۔ جب یہ چپ آجائے، میں چپ ہو جاؤں تو سمجھ لیں کہ مجھے بہت زیادہ غصہ آگیا ہے۔ اور پھر فوراً میں چلا جاؤں گا باہر، بالکنی میرے گھر کے سامنے ہے، وہاں۔</w:t>
      </w:r>
    </w:p>
    <w:p>
      <w:r>
        <w:rPr>
          <w:b/>
        </w:rPr>
        <w:t xml:space="preserve">[27:12] </w:t>
      </w:r>
      <w:r>
        <w:t>chup ho kar wahan ja kar ke wahan walk karunga.</w:t>
      </w:r>
    </w:p>
    <w:p>
      <w:pPr>
        <w:jc w:val="right"/>
      </w:pPr>
      <w:r>
        <w:t>چپ ہو کر وہاں جا کر کے وہاں واک کروں گا۔</w:t>
      </w:r>
    </w:p>
    <w:p>
      <w:r>
        <w:rPr>
          <w:b/>
        </w:rPr>
        <w:t xml:space="preserve">[27:16] </w:t>
      </w:r>
      <w:r>
        <w:t>us waqt tak walk karunga jab tak mera ghussa thanda na ho jaye. phir lotunga. phir jo mujhe decision lena hai, woh decision lunga.</w:t>
      </w:r>
    </w:p>
    <w:p>
      <w:pPr>
        <w:jc w:val="right"/>
      </w:pPr>
      <w:r>
        <w:t>اس وقت تک واک کروں گا جب تک میرا غصہ ٹھنڈا نہ ہو جائے۔ پھر لوٹوں گا۔ پھر جو مجھے ڈیسیژن لینا ہے، وہ ڈیسیژن لوں گا۔</w:t>
      </w:r>
    </w:p>
    <w:p>
      <w:r>
        <w:rPr>
          <w:b/>
        </w:rPr>
        <w:t xml:space="preserve">[27:27] </w:t>
      </w:r>
      <w:r>
        <w:t>ek simple sa formula yeh hai. lekin duniya bhar mein shayad bohat hi kam log honge jo is formula par amal karte hon. ke jab ghussa aajaye aap ko to aap kya kijiye?</w:t>
      </w:r>
    </w:p>
    <w:p>
      <w:pPr>
        <w:jc w:val="right"/>
      </w:pPr>
      <w:r>
        <w:t>ایک سمپل سا فارمولا یہ ہے۔ لیکن دنیا بھر میں شاید بہت ہی کم لوگ ہوں گے جو اس فارمولے پر عمل کرتے ہوں۔ کہ جب غصہ آجائے آپ کو تو آپ کیا کیجیے؟</w:t>
      </w:r>
    </w:p>
    <w:p>
      <w:r>
        <w:rPr>
          <w:b/>
        </w:rPr>
        <w:t xml:space="preserve">[27:39] </w:t>
      </w:r>
      <w:r>
        <w:t>pehlay ghusse ko manage kijiye. na ke aap jis ne ghussa dilaya hai, us ke khilaf action lene lagein.</w:t>
      </w:r>
    </w:p>
    <w:p>
      <w:pPr>
        <w:jc w:val="right"/>
      </w:pPr>
      <w:r>
        <w:t>پہلے غصے کو مینج کیجیے۔ نہ کہ آپ جس نے غصہ دلایا ہے، اس کے خلاف ایکشن لینے لگیں۔</w:t>
      </w:r>
    </w:p>
    <w:p>
      <w:r>
        <w:rPr>
          <w:b/>
        </w:rPr>
        <w:t xml:space="preserve">[27:48] </w:t>
      </w:r>
      <w:r>
        <w:t>yani is waqt ek aap hote hain, ek doosra aadmi hota hai jis ne aap ko provoke kiya hai. jab aap ko ghussa aata hai, negative thought aa jate hain, kisi ke khilaaf aap ke andar maelth aa jata hai, to ek aap hote hain, ek doosra aadmi hota hai.</w:t>
      </w:r>
    </w:p>
    <w:p>
      <w:pPr>
        <w:jc w:val="right"/>
      </w:pPr>
      <w:r>
        <w:t>یعنی اس وقت ایک آپ ہوتے ہیں، ایک دوسرا آدمی ہوتا ہے جس نے آپ کو پرووک کیا ہے۔ جب آپ کو غصہ آتا ہے، نیگیٹیو تھاٹ آ جاتے ہیں، کسی کے خلاف آپ کے اندر میلث آ جاتا ہے، تو ایک آپ ہوتے ہیں، ایک دوسرا آدمی ہوتا ہے۔</w:t>
      </w:r>
    </w:p>
    <w:p>
      <w:r>
        <w:rPr>
          <w:b/>
        </w:rPr>
        <w:t xml:space="preserve">[28:06] </w:t>
      </w:r>
      <w:r>
        <w:t>to log kya karte hain? apne ghusse ko isi ke upar odhel dete hain. apni jo negative thought hai, isi ke upar daal dete</w:t>
      </w:r>
    </w:p>
    <w:p>
      <w:pPr>
        <w:jc w:val="right"/>
      </w:pPr>
      <w:r>
        <w:t>تو لوگ کیا کرتے ہیں؟ اپنے غصے کو اسی کے اوپر اڈیل دیتے ہیں۔ اپنی جو نیگیٹیو تھاٹ ہے، اسی کے اوپر ڈال دیت</w:t>
      </w:r>
    </w:p>
    <w:p>
      <w:r>
        <w:rPr>
          <w:b/>
        </w:rPr>
        <w:t xml:space="preserve">[28:14] </w:t>
      </w:r>
      <w:r>
        <w:t>hain. bade bade log yahi karte hain. bade bade top ke log bhi yahi karte hain. hamare, hamare desh mein top ke aadmi the Mahatma Gandhi.</w:t>
      </w:r>
    </w:p>
    <w:p>
      <w:pPr>
        <w:jc w:val="right"/>
      </w:pPr>
      <w:r>
        <w:t>ے ہیں۔ بڑے بڑے لوگ یہی کرتے ہیں۔ بڑے بڑے ٹاپ کے لوگ بھی یہی کرتے ہیں۔ ہمارے، ہمارے દેશ میں ٹاپ کے آدمی تھے مہاتما گاندھی۔</w:t>
      </w:r>
    </w:p>
    <w:p>
      <w:r>
        <w:rPr>
          <w:b/>
        </w:rPr>
        <w:t xml:space="preserve">[28:26] </w:t>
      </w:r>
      <w:r>
        <w:t>Mahatma Gandhi ne khud likha hai, khud mere paas maujood hai kitaab ke jab South Africa ke ek station par raat ke waqt ek white angrez ne unhein dhakel ke bahar nikaal diya,</w:t>
      </w:r>
    </w:p>
    <w:p>
      <w:pPr>
        <w:jc w:val="right"/>
      </w:pPr>
      <w:r>
        <w:t>مہاتما گاندھی نے خود لکھا ہے، خود میرے پاس موجود ہے کتاب کہ جب ساؤتھ افریقہ کے ایک اسٹیشن پر رات کے وقت ایک وائٹ انگریز نے انہیں دھکیل کے باہر نکال دیا،</w:t>
      </w:r>
    </w:p>
    <w:p>
      <w:r>
        <w:rPr>
          <w:b/>
        </w:rPr>
        <w:t xml:space="preserve">[28:43] </w:t>
      </w:r>
      <w:r>
        <w:t>aur wahan par thandi sard mein woh platform par raat guzarni padi unhein,</w:t>
      </w:r>
    </w:p>
    <w:p>
      <w:pPr>
        <w:jc w:val="right"/>
      </w:pPr>
      <w:r>
        <w:t>اور وہاں پر ٹھنڈی سردی میں وہ پلیٹ فارم پر رات گزارنی پڑی انہیں،</w:t>
      </w:r>
    </w:p>
    <w:p>
      <w:r>
        <w:rPr>
          <w:b/>
        </w:rPr>
        <w:t xml:space="preserve">[28:49] </w:t>
      </w:r>
      <w:r>
        <w:t>itna shock laga un ko, shock laga. khud likhte hain woh ke This event set the course of my life This event set the course of my life aap ghor kijiye.</w:t>
      </w:r>
    </w:p>
    <w:p>
      <w:pPr>
        <w:jc w:val="right"/>
      </w:pPr>
      <w:r>
        <w:t>اتنا شاک لگا ان کو، شاک لگا۔ خود لکھتے ہیں وہ کہ This event set the course of my life This event set the course of my life آپ غور کیجیے۔</w:t>
      </w:r>
    </w:p>
    <w:p>
      <w:r>
        <w:rPr>
          <w:b/>
        </w:rPr>
        <w:t xml:space="preserve">[29:04] </w:t>
      </w:r>
      <w:r>
        <w:t>yeh is event ko unhein bhulana tha, bhula kar ke unhein sochna tha, ghusse ko manage karna tha, phir bahut dinon ke soch samajh ke baad koi apna course banana tha apni zindagi ka.</w:t>
      </w:r>
    </w:p>
    <w:p>
      <w:pPr>
        <w:jc w:val="right"/>
      </w:pPr>
      <w:r>
        <w:t>یہ اس ایونٹ کو انہیں بھلانا تھا، بھلا کر کے انہیں سوچنا تھا، غصے کو مینج کرنا تھا، پھر بہت دنوں کے سوچ سمجھ کے بعد کوئی اپنا کورس بنانا تھا اپنی زندگی کا۔</w:t>
      </w:r>
    </w:p>
    <w:p>
      <w:r>
        <w:rPr>
          <w:b/>
        </w:rPr>
        <w:t xml:space="preserve">[29:17] </w:t>
      </w:r>
      <w:r>
        <w:t>yahan se nahi banana tha.</w:t>
      </w:r>
    </w:p>
    <w:p>
      <w:pPr>
        <w:jc w:val="right"/>
      </w:pPr>
      <w:r>
        <w:t>یہاں سے نہیں بنانا تھا۔</w:t>
      </w:r>
    </w:p>
    <w:p>
      <w:r>
        <w:rPr>
          <w:b/>
        </w:rPr>
        <w:t xml:space="preserve">[29:18] </w:t>
      </w:r>
      <w:r>
        <w:t>khud likhte hain ke This event set the course of my life yeh Mr. Jinnah ne kiya. Mr. Jinnah aap ko jaante honge ke shuru mein Mr. Jinnah Congress mein the.</w:t>
      </w:r>
    </w:p>
    <w:p>
      <w:pPr>
        <w:jc w:val="right"/>
      </w:pPr>
      <w:r>
        <w:t>خود لکھتے ہیں کہ This event set the course of my life یہ مسٹر جناح نے کیا۔ مسٹر جناح آپ کو جانتے ہوں گے کہ شروع میں مسٹر جناح کانگریس میں تھے۔</w:t>
      </w:r>
    </w:p>
    <w:p>
      <w:r>
        <w:rPr>
          <w:b/>
        </w:rPr>
        <w:t xml:space="preserve">[29:32] </w:t>
      </w:r>
      <w:r>
        <w:t>Jinnah sahab aur Gandhi ek platform hua karte the pehle. yeh zara bahut hi angrez type ke aadmi the aur Mahatma waghera nahi bolte the.</w:t>
      </w:r>
    </w:p>
    <w:p>
      <w:pPr>
        <w:jc w:val="right"/>
      </w:pPr>
      <w:r>
        <w:t>جناح صاحب اور گاندھی ایک پلیٹ فارم ہوا کرتے تھے پہلے۔ یہ ذرا بہت ہی انگریز ٹائپ کے آدمی تھے اور مہاتما وغیرہ نہیں بولتے تھے۔</w:t>
      </w:r>
    </w:p>
    <w:p>
      <w:r>
        <w:rPr>
          <w:b/>
        </w:rPr>
        <w:t xml:space="preserve">[29:42] </w:t>
      </w:r>
      <w:r>
        <w:t>yeh Mahatma ya Maulana, yeh sab alfaaz un ki vocabulary mein nahi the.</w:t>
      </w:r>
    </w:p>
    <w:p>
      <w:pPr>
        <w:jc w:val="right"/>
      </w:pPr>
      <w:r>
        <w:t>یہ مہاتما یا مولانا، یہ سب الفاظ ان کی وکیبلری میں نہیں تھے۔</w:t>
      </w:r>
    </w:p>
    <w:p>
      <w:r>
        <w:rPr>
          <w:b/>
        </w:rPr>
        <w:t xml:space="preserve">[29:47] </w:t>
      </w:r>
      <w:r>
        <w:t>to Congress jalsa ho raha tha, aaye to aap jaante hain ke stage par jo log aate hain bolne ke liye to woh address karte hain. to pehle yeh kehte hain ke Mr. falan, Mr. falan, Mr. falan, phir apni baat kehte hain.</w:t>
      </w:r>
    </w:p>
    <w:p>
      <w:pPr>
        <w:jc w:val="right"/>
      </w:pPr>
      <w:r>
        <w:t>تو کانگریس جلسہ ہو رہا تھا، آئے تو آپ جانتے ہیں کہ اسٹیج پر جو لوگ آتے ہیں بولنے کے لیے تو وہ ایڈریس کرتے ہیں۔ تو پہلے یہ کہتے ہیں کہ مسٹر فلاں، مسٹر فلاں، مسٹر فلاں، پھر اپنی بات کہتے ہیں۔</w:t>
      </w:r>
    </w:p>
    <w:p>
      <w:r>
        <w:rPr>
          <w:b/>
        </w:rPr>
        <w:t xml:space="preserve">[30:01] </w:t>
      </w:r>
      <w:r>
        <w:t>to unhon ne shuru kiya Mr. Gandhi. woh Gandhi the, kuch aur log the to Mr. Gandhi. ek aadmi khada ho gaya, us ne kaha ke nahi, kaho ke Mahatma Gandhi.</w:t>
      </w:r>
    </w:p>
    <w:p>
      <w:pPr>
        <w:jc w:val="right"/>
      </w:pPr>
      <w:r>
        <w:t>تو انہوں نے شروع کیا مسٹر گاندھی۔ وہ گاندھی تھے، کچھ اور لوگ تھے تو مسٹر گاندھی۔ ایک آدمی کھڑا ہو گیا، اس نے کہا کہ نہیں، کہو کہ مہاتما گاندھی۔</w:t>
      </w:r>
    </w:p>
    <w:p>
      <w:r>
        <w:rPr>
          <w:b/>
        </w:rPr>
        <w:t xml:space="preserve">[30:16] </w:t>
      </w:r>
      <w:r>
        <w:t>Mr. Jinnah ne dobara kaha, shuru jab kiya Mr. Gandhi, phir woh khada ho gaya, nahi, Mahatma Gandhi kaho. is ke baad Jinnah stage se utre aur chale gaye.</w:t>
      </w:r>
    </w:p>
    <w:p>
      <w:pPr>
        <w:jc w:val="right"/>
      </w:pPr>
      <w:r>
        <w:t>مسٹر جناح نے دوبارہ کہا، شروع جب کیا مسٹر گاندھی، پھر وہ کھڑا ہو گیا، نہیں، مہاتما گاندھی کہو۔ اس کے بعد جناح اسٹیج سے اترے اور چلے گئے۔</w:t>
      </w:r>
    </w:p>
    <w:p>
      <w:r>
        <w:rPr>
          <w:b/>
        </w:rPr>
        <w:t xml:space="preserve">[30:29] </w:t>
      </w:r>
      <w:r>
        <w:t>aur isi se Jinnah ki zindagi ka bhi course set hua. Jinnah ka bhi zindagi ka jo course set hua, isi se hua ke ab main dikhaunga</w:t>
      </w:r>
    </w:p>
    <w:p>
      <w:pPr>
        <w:jc w:val="right"/>
      </w:pPr>
      <w:r>
        <w:t>اور اسی سے جناح کی زندگی کا بھی کورس سیٹ ہوا۔ جناح کا بھی زندگی کا جو کورس سیٹ ہوا، اسی سے ہوا کہ اب میں دکھاؤں گا</w:t>
      </w:r>
    </w:p>
    <w:p>
      <w:r>
        <w:rPr>
          <w:b/>
        </w:rPr>
        <w:t xml:space="preserve">[30:42] </w:t>
      </w:r>
      <w:r>
        <w:t>tum ko.</w:t>
      </w:r>
    </w:p>
    <w:p>
      <w:pPr>
        <w:jc w:val="right"/>
      </w:pPr>
      <w:r>
        <w:t>تم کو۔</w:t>
      </w:r>
    </w:p>
    <w:p>
      <w:r>
        <w:rPr>
          <w:b/>
        </w:rPr>
        <w:t xml:space="preserve">[30:45] </w:t>
      </w:r>
      <w:r>
        <w:t>is par jab woh nikal ke chale gaye aur to yeh lamba qissa hai. Nehru ne keh diya tha ke bas ab, yani Jinnah ka problem khatam ho gaya.</w:t>
      </w:r>
    </w:p>
    <w:p>
      <w:pPr>
        <w:jc w:val="right"/>
      </w:pPr>
      <w:r>
        <w:t>اس پر جب وہ نکل کے چلے گئے اور تو یہ لمبا قصہ ہے۔ نہرو نے کہہ دیا تھا کہ بس اب، یعنی جناح کا پرابلم ختم ہو گیا۔</w:t>
      </w:r>
    </w:p>
    <w:p>
      <w:r>
        <w:rPr>
          <w:b/>
        </w:rPr>
        <w:t xml:space="preserve">[30:58] </w:t>
      </w:r>
      <w:r>
        <w:t>to jab suna unhon ne, woh chale gaye the London azm mein, waqti taur par. to unhon ne keh diya ke gaye ab.</w:t>
      </w:r>
    </w:p>
    <w:p>
      <w:pPr>
        <w:jc w:val="right"/>
      </w:pPr>
      <w:r>
        <w:t>تو جب سنا انہوں نے، وہ چلے گئے تھے لندن عزم میں، وقتی طور پر۔ تو انہوں نے کہہ دیا کہ گئے اب۔</w:t>
      </w:r>
    </w:p>
    <w:p>
      <w:r>
        <w:rPr>
          <w:b/>
        </w:rPr>
        <w:t xml:space="preserve">[31:08] </w:t>
      </w:r>
      <w:r>
        <w:t>to ab to jab unhon ne suna Jinnah sahab ne London mein, us ne kaha ke Nehru yeh samajhte hain ke main ab nahi hoon India mein, yahan aa gaya hoon. to unhon ne kaha ke un ko maloom hona chahiye, I am very much there aur aaye aur phir partition chalaya unhon ne.</w:t>
      </w:r>
    </w:p>
    <w:p>
      <w:pPr>
        <w:jc w:val="right"/>
      </w:pPr>
      <w:r>
        <w:t>تو اب تو جب انہوں نے سنا جناح صاحب نے لندن میں، اس نے کہا کہ نہرو یہ سمجھتے ہیں کہ میں اب نہیں ہوں انڈیا میں، یہاں آگیا ہوں۔ تو انہوں نے کہا کہ ان کو معلوم ہونا چاہیے، I am very much there اور آئے اور پھر پارٹیشن چلایا انہوں نے۔</w:t>
      </w:r>
    </w:p>
    <w:p>
      <w:r>
        <w:rPr>
          <w:b/>
        </w:rPr>
        <w:t xml:space="preserve">[31:23] </w:t>
      </w:r>
      <w:r>
        <w:t>is maeni ke partition jo tha, out of reaction bana. to dono bade bade leader hamare India ke, unhon ne out of reaction apna apna course banaya.</w:t>
      </w:r>
    </w:p>
    <w:p>
      <w:pPr>
        <w:jc w:val="right"/>
      </w:pPr>
      <w:r>
        <w:t>اس معنی کہ پارٹیشن جو تھا، آؤٹ آف ری ایکشن بنا۔ تو دونوں بڑے بڑے لیڈر ہمارے انڈیا کے، انہوں نے آؤٹ آف ری ایکشن اپنا اپنا کورس بنا کیا۔</w:t>
      </w:r>
    </w:p>
    <w:p>
      <w:r>
        <w:rPr>
          <w:b/>
        </w:rPr>
        <w:t xml:space="preserve">[31:34] </w:t>
      </w:r>
      <w:r>
        <w:t>aaj tak India bhi bhugat raha hai, aaj ke Pakistan bhi bhugat raha hai.</w:t>
      </w:r>
    </w:p>
    <w:p>
      <w:pPr>
        <w:jc w:val="right"/>
      </w:pPr>
      <w:r>
        <w:t>آج تک انڈیا بھی بھگت رہا ہے، آج کے پاکستان بھی بھگت رہا ہے۔</w:t>
      </w:r>
    </w:p>
    <w:p>
      <w:r>
        <w:rPr>
          <w:b/>
        </w:rPr>
        <w:t xml:space="preserve">[31:38] </w:t>
      </w:r>
      <w:r>
        <w:t>nahi, yahan par kuch ban saka na wahan kuch ban saka. aap dekhiye ke yahan par pehle colonial, yani colonial powers ka yahan par woh tha, dominate kar rahi thein.</w:t>
      </w:r>
    </w:p>
    <w:p>
      <w:pPr>
        <w:jc w:val="right"/>
      </w:pPr>
      <w:r>
        <w:t>نہیں، یہاں پر کچھ بن سکا نہ وہاں کچھ بن سکا۔ آپ دیکھیے کہ یہاں پر پہلے کلونیل، یعنی کلونیل پاورز کا یہاں پر وہ تھا، ڈومینیٹ کر رہی تھیں۔</w:t>
      </w:r>
    </w:p>
    <w:p>
      <w:r>
        <w:rPr>
          <w:b/>
        </w:rPr>
        <w:t xml:space="preserve">[31:51] </w:t>
      </w:r>
      <w:r>
        <w:t>ab kya hai? multi nations dominate kar rahi hain. jahan bhi dekhiye, multi nations ka dabdaba hai. English ka dabdaba hai. Hindi kahin, Hindi no ever ho gayi hai.</w:t>
      </w:r>
    </w:p>
    <w:p>
      <w:pPr>
        <w:jc w:val="right"/>
      </w:pPr>
      <w:r>
        <w:t>اب کیا ہے؟ ملٹی نیشنز ڈومینیٹ کر رہی ہیں۔ جہاں بھی دیکھیے، ملٹی نیشنز کا دبدبہ ہے۔ انگلش کا دبدبہ ہے۔ ہندی کہیں، ہندی نو ایور ہو گئی ہے۔</w:t>
      </w:r>
    </w:p>
    <w:p>
      <w:r>
        <w:rPr>
          <w:b/>
        </w:rPr>
        <w:t xml:space="preserve">[32:04] </w:t>
      </w:r>
      <w:r>
        <w:t>hamare India mein Hindi jo likha gaya tha constitution mein ke India hamari national language hogi. India ko corner, India mein Hindi ko corner kar diya English ne.</w:t>
      </w:r>
    </w:p>
    <w:p>
      <w:pPr>
        <w:jc w:val="right"/>
      </w:pPr>
      <w:r>
        <w:t>ہمارے انڈیا میں ہندی جو لکھا گیا تھا کانسٹیٹیوشن میں کہ انڈیا ہماری نیشنل لینگویج ہوگی۔ انڈیا کو کارنر، انڈیا میں ہندی کو کارنر کر دیا انگلش نے۔</w:t>
      </w:r>
    </w:p>
    <w:p>
      <w:r>
        <w:rPr>
          <w:b/>
        </w:rPr>
        <w:t xml:space="preserve">[32:16] </w:t>
      </w:r>
      <w:r>
        <w:t>ab English dabdaba hai, multi nations ka dabdaba hai, western companies ka dabdaba hai. yeh haal hai hamare India ka, yeh haal hai Pakistan ka.</w:t>
      </w:r>
    </w:p>
    <w:p>
      <w:pPr>
        <w:jc w:val="right"/>
      </w:pPr>
      <w:r>
        <w:t>اب انگلش دبدبہ ہے، ملٹی نیشنز کا دبدبہ ہے، ویسٹرن کمپنیز کا دبدبہ ہے۔ یہ حال ہے ہمارے انڈیا کا، یہ حال ہے پاکستان کا۔</w:t>
      </w:r>
    </w:p>
    <w:p>
      <w:r>
        <w:rPr>
          <w:b/>
        </w:rPr>
        <w:t xml:space="preserve">[32:26] </w:t>
      </w:r>
      <w:r>
        <w:t>to dekhiye, yeh qissa individual ke sath bhi hota hai aur nation ke sath bhi hota hai, har jagah hota hai.</w:t>
      </w:r>
    </w:p>
    <w:p>
      <w:pPr>
        <w:jc w:val="right"/>
      </w:pPr>
      <w:r>
        <w:t>تو دیکھیے، یہ قصہ انڈیویجول کے ساتھ بھی ہوتا ہے اور نیشن کے ساتھ بھی ہوتا ہے، ہر جگہ ہوتا ہے۔</w:t>
      </w:r>
    </w:p>
    <w:p>
      <w:r>
        <w:rPr>
          <w:b/>
        </w:rPr>
        <w:t xml:space="preserve">[32:33] </w:t>
      </w:r>
      <w:r>
        <w:t>palestine mein yeh hua ke palestine mein balfour ke jo commission tha, us ne jo 1948 mein jo partition kiya tha,</w:t>
      </w:r>
    </w:p>
    <w:p>
      <w:pPr>
        <w:jc w:val="right"/>
      </w:pPr>
      <w:r>
        <w:t>پیلسٹائن میں یہ ہوا کہ پیلسٹائن میں بالپور کے جو کمیشن تھا، اس نے جو 1948 میں جو پارٹیشن کیا تھا،</w:t>
      </w:r>
    </w:p>
    <w:p>
      <w:r>
        <w:rPr>
          <w:b/>
        </w:rPr>
        <w:t xml:space="preserve">[32:47] </w:t>
      </w:r>
      <w:r>
        <w:t>one third palestine ka diya tha israel ko. one third. aur two third tha arabon ke paas. aur two third hi sab kuch, yani wahan ka sab se zyada acha jo area tha, including jerusalem, yeh arabon ke paas tha.</w:t>
      </w:r>
    </w:p>
    <w:p>
      <w:pPr>
        <w:jc w:val="right"/>
      </w:pPr>
      <w:r>
        <w:t>ون تھرڈ پیلسٹائن کا دیا تھا اسرائیل کو۔ ون تھرڈ۔ اور ٹو تھرڈ تھا عربوں کے پاس۔ اور ٹو تھرڈ ہی سب کچھ، یعنی وہاں کا سب سے زیادہ اچھا جو ایریا تھا، انکلوڈنگ یروشلم، یہ عربوں کے پاس تھا۔</w:t>
      </w:r>
    </w:p>
    <w:p>
      <w:r>
        <w:rPr>
          <w:b/>
        </w:rPr>
        <w:t xml:space="preserve">[33:04] </w:t>
      </w:r>
      <w:r>
        <w:t>aur desert jo tha, woh un ko diya tha, one third sirf. lekin arabon ne kaha ke hum tum ko nikalenge. sun</w:t>
      </w:r>
    </w:p>
    <w:p>
      <w:pPr>
        <w:jc w:val="right"/>
      </w:pPr>
      <w:r>
        <w:t>اور ڈیزرٹ جو تھا، وہ ان کو دیا تھا، ون تھرڈ صرف۔ لیکن عربوں نے کہا کہ ہم تمہیں نکالیں گے۔ سن</w:t>
      </w:r>
    </w:p>
    <w:p>
      <w:r>
        <w:rPr>
          <w:b/>
        </w:rPr>
        <w:t xml:space="preserve">[33:11] </w:t>
      </w:r>
      <w:r>
        <w:t>ramikum fil bahr hum tum ko dhakel denge samandar mein. ab kya hua? hasan al banna jo leader the, bohat bade, unhone juloos nikala.</w:t>
      </w:r>
    </w:p>
    <w:p>
      <w:pPr>
        <w:jc w:val="right"/>
      </w:pPr>
      <w:r>
        <w:t>رميكم فی البحر ہم تم کو دھکیل دیں گے سمندر میں۔ اب کیا ہوا؟ حسن البنا جو لیڈر تھے، بہت بڑے، انہوں نے جلوس نکالا۔</w:t>
      </w:r>
    </w:p>
    <w:p>
      <w:r>
        <w:rPr>
          <w:b/>
        </w:rPr>
        <w:t xml:space="preserve">[33:23] </w:t>
      </w:r>
      <w:r>
        <w:t>ek lakh egyptians is mein shareek hue. naara lagaya ke labbaik ya falasteen labbaik ya falasteen. aap ghor kijiye ke yeh musalman hajj mein jaate hain to labbaik allahumma labbaik kehte hain.</w:t>
      </w:r>
    </w:p>
    <w:p>
      <w:pPr>
        <w:jc w:val="right"/>
      </w:pPr>
      <w:r>
        <w:t>ایک لاکھ ایجپشنز اس میں شریک ہوئے۔ نعرہ لگایا کہ لبیک یا فلسطین لبیک یا فلسطین۔ آپ غور کیجیے کہ یہ مسلمان حج میں جاتے ہیں تو لبیک اللہم لبیک کہتے ہیں۔</w:t>
      </w:r>
    </w:p>
    <w:p>
      <w:r>
        <w:rPr>
          <w:b/>
        </w:rPr>
        <w:t xml:space="preserve">[33:37] </w:t>
      </w:r>
      <w:r>
        <w:t>aur yahan par naara lag raha tha ke labbaik ya falasteen</w:t>
      </w:r>
    </w:p>
    <w:p>
      <w:pPr>
        <w:jc w:val="right"/>
      </w:pPr>
      <w:r>
        <w:t>اور یہاں پر نعرہ لگ رہا تھا کہ لبیک یا فلسطین</w:t>
      </w:r>
    </w:p>
    <w:p>
      <w:r>
        <w:rPr>
          <w:b/>
        </w:rPr>
        <w:t xml:space="preserve">[33:41] </w:t>
      </w:r>
      <w:r>
        <w:t>aap dekhiye ke saath baras beet gaye aur tabahi, tabahi ke siwa kuch nahi ho raha. israel ne bohat bade area par qabza kar liya aur dhakel diya arabon ko corner mein.</w:t>
      </w:r>
    </w:p>
    <w:p>
      <w:pPr>
        <w:jc w:val="right"/>
      </w:pPr>
      <w:r>
        <w:t>آپ دیکھیے کہ ساٹھ برس بیت گئے اور تباہی، تباہی کے سوا کچھ نہیں ہو رہا۔ اسرائیل نے بہت بڑے ایریا پر قبضہ کر لیا اور دھکیل دیا عربوں کو کارنر میں۔</w:t>
      </w:r>
    </w:p>
    <w:p>
      <w:r>
        <w:rPr>
          <w:b/>
        </w:rPr>
        <w:t xml:space="preserve">[33:54] </w:t>
      </w:r>
      <w:r>
        <w:t>falasteen mein unhein corner par dhakel diya. kya mila? kuch bhi nahi mila.</w:t>
      </w:r>
    </w:p>
    <w:p>
      <w:pPr>
        <w:jc w:val="right"/>
      </w:pPr>
      <w:r>
        <w:t>فلسطین میں انہیں کارنر پر دھکیل دیا۔ کیا ملا؟ کچھ بھی نہیں ملا۔</w:t>
      </w:r>
    </w:p>
    <w:p>
      <w:r>
        <w:rPr>
          <w:b/>
        </w:rPr>
        <w:t xml:space="preserve">[33:59] </w:t>
      </w:r>
      <w:r>
        <w:t>kyun? yeh tha, yeh sara jo, yeh jo sara jihadi movement tha falasteen mein, yeh sab ka tha, yeh, yeh, yeh ek negative movement tha.</w:t>
      </w:r>
    </w:p>
    <w:p>
      <w:pPr>
        <w:jc w:val="right"/>
      </w:pPr>
      <w:r>
        <w:t>کیوں؟ یہ تھا، یہ سارا جو، یہ جو سارا جہادی موومنٹ تھا پیلسٹائن میں، یہ سب کا تھا، یہ، یہ، یہ ایک نیگیٹیو موومنٹ تھا۔</w:t>
      </w:r>
    </w:p>
    <w:p>
      <w:r>
        <w:rPr>
          <w:b/>
        </w:rPr>
        <w:t xml:space="preserve">[34:09] </w:t>
      </w:r>
      <w:r>
        <w:t>yeh koi positive movement nahi thi. yaad rakhiye, jihad jo hai, hundred percent ek, ek positive action ka naam hai.</w:t>
      </w:r>
    </w:p>
    <w:p>
      <w:pPr>
        <w:jc w:val="right"/>
      </w:pPr>
      <w:r>
        <w:t>یہ کوئی پازیٹیو موومنٹ نہیں تھی۔ یاد رکھیے، جہاد جو ہے، ہنڈرڈ پرسنٹ ایک، ایک پازیٹیو ایکشن کا نام ہے۔</w:t>
      </w:r>
    </w:p>
    <w:p>
      <w:r>
        <w:rPr>
          <w:b/>
        </w:rPr>
        <w:t xml:space="preserve">[34:19] </w:t>
      </w:r>
      <w:r>
        <w:t>jo is jihad islam mein bataya gaya hai, woh positive action ka naam hai. aur jo jihad falasteen mein chala gaya, woh ek negative action tha, woh. isi liye is ka koi positive result bhi nahi nikla.</w:t>
      </w:r>
    </w:p>
    <w:p>
      <w:pPr>
        <w:jc w:val="right"/>
      </w:pPr>
      <w:r>
        <w:t>جو اس جہاد اسلام میں بتایا گیا ہے، وہ پازیٹیو ایکشن کا نام ہے۔ اور جو جہاد پیلسٹائن میں چلا گیا، وہ ایک نیگیٹیو ایکشن تھا، وہ۔ اسی لیے اس کا کوئی پازیٹیو رزلٹ بھی نہیں نکلا۔</w:t>
      </w:r>
    </w:p>
    <w:p>
      <w:r>
        <w:rPr>
          <w:b/>
        </w:rPr>
        <w:t xml:space="preserve">[34:33] </w:t>
      </w:r>
      <w:r>
        <w:t>to yeh baatein mein is liye bata raha hoon aap ko ke aap sabak len.</w:t>
      </w:r>
    </w:p>
    <w:p>
      <w:pPr>
        <w:jc w:val="right"/>
      </w:pPr>
      <w:r>
        <w:t>تو یہ باتیں میں اس لیے بتا رہا ہوں آپ کو کہ آپ سبق لیں۔</w:t>
      </w:r>
    </w:p>
    <w:p>
      <w:r>
        <w:rPr>
          <w:b/>
        </w:rPr>
        <w:t xml:space="preserve">[34:39] </w:t>
      </w:r>
      <w:r>
        <w:t>apni individual life mein bhi, apni social life mein bhi, apne job mein, apni company mein, har jagah. har jagah yeh aadmi ghalati karta hai ke wrong battle ground ko le leta hai aur aakhir mein ja kar ke us ko frustration hota hai aur tabahi hoti hai.</w:t>
      </w:r>
    </w:p>
    <w:p>
      <w:pPr>
        <w:jc w:val="right"/>
      </w:pPr>
      <w:r>
        <w:t>اپنی انڈیویجول لائف میں بھی، اپنی سوشل لائف میں بھی، اپنے جاب میں، اپنی کمپنی میں، ہر جگہ۔ ہر جگہ یہ آدمی غلطی کرتا ہے کہ رانگ بیٹل گراؤنڈ کو لے لیتا ہے اور آخر میں جا کر کے اس کو فرسٹریشن ہوتا ہے اور تباہی ہوتی ہے۔</w:t>
      </w:r>
    </w:p>
    <w:p>
      <w:r>
        <w:rPr>
          <w:b/>
        </w:rPr>
        <w:t xml:space="preserve">[35:06] </w:t>
      </w:r>
      <w:r>
        <w:t>yeh bohat hi important baat hai. bohat zyada important baat hai. agar aap sochiye to har subah, har shaam, hum mein se har shakhs ke sath aisa hota hai.</w:t>
      </w:r>
    </w:p>
    <w:p>
      <w:pPr>
        <w:jc w:val="right"/>
      </w:pPr>
      <w:r>
        <w:t>یہ بہت ہی امپورٹنٹ بات ہے۔ بہت زیادہ امپورٹنٹ بات ہے۔ اگر آپ سوچیے تو ہر صبح، ہر شام، ہم میں سے ہر شخص کے ساتھ ایسا ہوتا ہے۔</w:t>
      </w:r>
    </w:p>
    <w:p>
      <w:r>
        <w:rPr>
          <w:b/>
        </w:rPr>
        <w:t xml:space="preserve">[35:22] </w:t>
      </w:r>
      <w:r>
        <w:t>har subah, har shaam aisa hota hai ke hum do mein se ek ke beech mein hote hain. ya to apne struggle ko right place mein shuru karein ya wrong place mein shuru karein.</w:t>
      </w:r>
    </w:p>
    <w:p>
      <w:pPr>
        <w:jc w:val="right"/>
      </w:pPr>
      <w:r>
        <w:t>ہر صبح، ہر شام ایسا ہوتا ہے کہ ہم دو میں سے ایک کے بیچ میں ہوتے ہیں۔ یا تو اپنے اسٹرگل کو رائٹ پلیس میں شروع کریں یا رانگ پلیس میں شروع کریں۔</w:t>
      </w:r>
    </w:p>
    <w:p>
      <w:r>
        <w:rPr>
          <w:b/>
        </w:rPr>
        <w:t xml:space="preserve">[35:36] </w:t>
      </w:r>
      <w:r>
        <w:t>har subah, har shaam aisa hota hai. to jo log right place par apni struggle shuru karenge, wohi kaamyaab honge. aur jo wrong place par shuru karenge, wohi nakaam honge.</w:t>
      </w:r>
    </w:p>
    <w:p>
      <w:pPr>
        <w:jc w:val="right"/>
      </w:pPr>
      <w:r>
        <w:t>ہر صبح، ہر شام ایسا ہوتا ہے۔ تو جو لوگ رائٹ پلیس پر اپنی اسٹرگل شروع کریں گے، وہی کامیاب ہوں گے۔ اور جو رانگ پلیس پر شروع کریں گے، وہی ناکام ہوں گے۔</w:t>
      </w:r>
    </w:p>
    <w:p>
      <w:r>
        <w:rPr>
          <w:b/>
        </w:rPr>
        <w:t xml:space="preserve">[35:51] </w:t>
      </w:r>
      <w:r>
        <w:t>prophet ko dekhiye.</w:t>
      </w:r>
    </w:p>
    <w:p>
      <w:pPr>
        <w:jc w:val="right"/>
      </w:pPr>
      <w:r>
        <w:t>پرافٹ کو دیکھیے۔</w:t>
      </w:r>
    </w:p>
    <w:p>
      <w:r>
        <w:rPr>
          <w:b/>
        </w:rPr>
        <w:t xml:space="preserve">[35:55] </w:t>
      </w:r>
      <w:r>
        <w:t>prophet, aksar log mujh se bohat woh karte hain ke aap hudaybiyah ka bohat naam lete hain.</w:t>
      </w:r>
    </w:p>
    <w:p>
      <w:pPr>
        <w:jc w:val="right"/>
      </w:pPr>
      <w:r>
        <w:t>پرافٹ، اکثر لوگ مجھ سے بہت وہ کرتے ہیں کہ آپ حدیبیہ کا بہت نام لیتے ہیں۔</w:t>
      </w:r>
    </w:p>
    <w:p>
      <w:r>
        <w:rPr>
          <w:b/>
        </w:rPr>
        <w:t xml:space="preserve">[36:02] </w:t>
      </w:r>
      <w:r>
        <w:t>mein kehta hoon hudaybiyah ke bare mein ek sahabi kehte hain ke ma kaana fath a'zam min sul al hudaybiyah fil islam ke sab se bari fatah jo islam mein thi, woh hudaybiyah thi.</w:t>
      </w:r>
    </w:p>
    <w:p>
      <w:pPr>
        <w:jc w:val="right"/>
      </w:pPr>
      <w:r>
        <w:t>میں کہتا ہوں حدیبیہ کے بارے میں ایک صحابی کہتے ہیں کہ ما کان فتح اعظم من سل الحدیبیہ فی الاسلام کہ سب سے بڑی فتح جو اسلام میں تھی، وہ حدیبیہ تھی۔</w:t>
      </w:r>
    </w:p>
    <w:p>
      <w:r>
        <w:rPr>
          <w:b/>
        </w:rPr>
        <w:t xml:space="preserve">[36:13] </w:t>
      </w:r>
      <w:r>
        <w:t>to mein kyun na naam loon is ka? aap ghor kijiye. quran mein hai ke inna fatahna laka fatham mubeen quran kehta hai ke hudaybiyah fath mubeen thi.</w:t>
      </w:r>
    </w:p>
    <w:p>
      <w:pPr>
        <w:jc w:val="right"/>
      </w:pPr>
      <w:r>
        <w:t>تو میں کیوں نہ نام لوں اس کا؟ آپ غور کیجیے۔ قرآن میں ہے کہ انا فتحنا لک فتح مبین قرآن کہتا ہے کہ حدیبیہ فتح مبین تھی۔</w:t>
      </w:r>
    </w:p>
    <w:p>
      <w:r>
        <w:rPr>
          <w:b/>
        </w:rPr>
        <w:t xml:space="preserve">[36:27] </w:t>
      </w:r>
      <w:r>
        <w:t>sahabi kehte hain ke hudaybiyah fath a'zam thi. to mein kyun na is ka naam loon?</w:t>
      </w:r>
    </w:p>
    <w:p>
      <w:pPr>
        <w:jc w:val="right"/>
      </w:pPr>
      <w:r>
        <w:t>صحابی کہتے ہیں کہ حدیبیہ فتح اعظم تھی۔ تو میں کیوں نہ اس کا نام لوں؟</w:t>
      </w:r>
    </w:p>
    <w:p>
      <w:r>
        <w:rPr>
          <w:b/>
        </w:rPr>
        <w:t xml:space="preserve">[36:32] </w:t>
      </w:r>
      <w:r>
        <w:t>log kehte hain ke sahabi ke paas hudaybiyah hai. phir kyun na hudaybiyah hoga? jab use fath mubeen ka raaz chupa hua hai to hudaybiyah mein dekhiye, rasool allah ke ke samne kya tha?</w:t>
      </w:r>
    </w:p>
    <w:p>
      <w:pPr>
        <w:jc w:val="right"/>
      </w:pPr>
      <w:r>
        <w:t>لوگ کہتے ہیں کہ صحابی کے پاس حدیبیہ ہے۔ پھر کیوں نہ حدیبیہ ہوگا؟ جب اسے فتح مبین کا راز چھپا ہوا ہے تو حدیبیہ میں دیکھیے، رسول اللہ کے کے سامنے کیا تھا؟</w:t>
      </w:r>
    </w:p>
    <w:p>
      <w:r>
        <w:rPr>
          <w:b/>
        </w:rPr>
        <w:t xml:space="preserve">[36:47] </w:t>
      </w:r>
      <w:r>
        <w:t>woh log provoke kar rahe the, woh log bhadka rahe the. is ki lambi tafseel aap, lambi detail aap kitabon mein parh sakte hain.</w:t>
      </w:r>
    </w:p>
    <w:p>
      <w:pPr>
        <w:jc w:val="right"/>
      </w:pPr>
      <w:r>
        <w:t>وہ لوگ پرووک کر رہے تھے، وہ لوگ بھڑکا رہے تھے۔ اس کی لمبی تفصیل آپ، لمبی ڈیٹیل آپ کتابوں میں پڑھ سکتے ہیں۔</w:t>
      </w:r>
    </w:p>
    <w:p>
      <w:r>
        <w:rPr>
          <w:b/>
        </w:rPr>
        <w:t xml:space="preserve">[36:56] </w:t>
      </w:r>
      <w:r>
        <w:t>to ek taraf yeh tha ke aap un se, un ke provocation se bhadak kar ke koi rai banayein. ek tha is se alag ho kar rai banayein.</w:t>
      </w:r>
    </w:p>
    <w:p>
      <w:pPr>
        <w:jc w:val="right"/>
      </w:pPr>
      <w:r>
        <w:t>تو ایک طرف یہ تھا کہ آپ ان سے، ان کے پرووکیشن سے بھڑک کر کے کوئی رائے بنائیں۔ ایک تھا اس سے الگ ہو کر رائے بنائیں۔</w:t>
      </w:r>
    </w:p>
    <w:p>
      <w:r>
        <w:rPr>
          <w:b/>
        </w:rPr>
        <w:t xml:space="preserve">[37:08] </w:t>
      </w:r>
      <w:r>
        <w:t>to woh log to har, yaani unhon ne pathar hi mar. ek aadmi ko unhon ne jaan se mar dala, ek sahabi ko. aur bohat se qisse unhon ne kiye bharkane wale.</w:t>
      </w:r>
    </w:p>
    <w:p>
      <w:pPr>
        <w:jc w:val="right"/>
      </w:pPr>
      <w:r>
        <w:t>تو وہ لوگ تو ہر، یعنی انہوں نے پتھر ہی مارا۔ ایک آدمی کو انہوں نے جان سے مار ڈالا، ایک صحابی کو۔ اور بہت سے قصے انہوں نے کیے بھڑکانے والے۔</w:t>
      </w:r>
    </w:p>
    <w:p>
      <w:r>
        <w:rPr>
          <w:b/>
        </w:rPr>
        <w:t xml:space="preserve">[37:19] </w:t>
      </w:r>
      <w:r>
        <w:t>kyun? woh chahte the ke larai ho jaye.</w:t>
      </w:r>
    </w:p>
    <w:p>
      <w:pPr>
        <w:jc w:val="right"/>
      </w:pPr>
      <w:r>
        <w:t>کیوں؟ وہ چاہتے تھے کہ لڑائی ہو جائے۔</w:t>
      </w:r>
    </w:p>
    <w:p>
      <w:r>
        <w:rPr>
          <w:b/>
        </w:rPr>
        <w:t xml:space="preserve">[37:24] </w:t>
      </w:r>
      <w:r>
        <w:t>larai ho jaye. kyunke unke paas aadmi zyada the, idhar aadmi kam the.</w:t>
      </w:r>
    </w:p>
    <w:p>
      <w:pPr>
        <w:jc w:val="right"/>
      </w:pPr>
      <w:r>
        <w:t>لڑائی ہو جائے۔ کیونکہ ان کے پاس آدمی زیادہ تھے، ادھر آدمی کم تھے۔</w:t>
      </w:r>
    </w:p>
    <w:p>
      <w:r>
        <w:rPr>
          <w:b/>
        </w:rPr>
        <w:t xml:space="preserve">[37:31] </w:t>
      </w:r>
      <w:r>
        <w:t>to Rasool Allah ke samne kya tha? ya to bhadak kar ke us ke mutabiq apna battle ground banayein.</w:t>
      </w:r>
    </w:p>
    <w:p>
      <w:pPr>
        <w:jc w:val="right"/>
      </w:pPr>
      <w:r>
        <w:t>تو رسول اللہ کے سامنے کیا تھا؟ یا تو بھڑک کر کے اس کے مطابق اپنا بیٹل گراؤنڈ بنائیں۔</w:t>
      </w:r>
    </w:p>
    <w:p>
      <w:r>
        <w:rPr>
          <w:b/>
        </w:rPr>
        <w:t xml:space="preserve">[37:40] </w:t>
      </w:r>
      <w:r>
        <w:t>zahir hai ke woh jang hoga. ya na bhadak kar ke apna battle ground banayein. woh peace hoga. to aap ne kya kiya?</w:t>
      </w:r>
    </w:p>
    <w:p>
      <w:pPr>
        <w:jc w:val="right"/>
      </w:pPr>
      <w:r>
        <w:t>ظاہر ہے کہ وہ جنگ ہوگا۔ یا نہ بھڑک کر کے اپنا بیٹل گراؤنڈ بنائیں۔ وہ پیس ہوگا۔ تو آپ نے کیا کیا؟</w:t>
      </w:r>
    </w:p>
    <w:p>
      <w:r>
        <w:rPr>
          <w:b/>
        </w:rPr>
        <w:t xml:space="preserve">[37:51] </w:t>
      </w:r>
      <w:r>
        <w:t>bhadak kar apna battle ground banane ka jo tareeqa chhod diya, us ko. matlab jang ki taraf nahi gaye. na bhadak kar ke jo aap ne kiya, woh kya tha?</w:t>
      </w:r>
    </w:p>
    <w:p>
      <w:pPr>
        <w:jc w:val="right"/>
      </w:pPr>
      <w:r>
        <w:t>بھڑک کر اپنا بیٹل گراؤنڈ بنانے کا جو طریقہ چھوڑ دیا، اس کو۔ مطلب جنگ کی طرف نہیں گئے۔ نہ بھڑک کر کے جو آپ نے کیا، وہ کیا تھا؟</w:t>
      </w:r>
    </w:p>
    <w:p>
      <w:r>
        <w:rPr>
          <w:b/>
        </w:rPr>
        <w:t xml:space="preserve">[38:01] </w:t>
      </w:r>
      <w:r>
        <w:t>ke aap ne un se peace treaty kar li.</w:t>
      </w:r>
    </w:p>
    <w:p>
      <w:pPr>
        <w:jc w:val="right"/>
      </w:pPr>
      <w:r>
        <w:t>کہ آپ نے ان سے پیس ٹریٹی کر لی۔</w:t>
      </w:r>
    </w:p>
    <w:p>
      <w:r>
        <w:rPr>
          <w:b/>
        </w:rPr>
        <w:t xml:space="preserve">[38:06] </w:t>
      </w:r>
      <w:r>
        <w:t>no war pact kar liya. to no war pact jo tha, woh kya tha? woh yeh tha ke aap ne right battle ground liya.</w:t>
      </w:r>
    </w:p>
    <w:p>
      <w:pPr>
        <w:jc w:val="right"/>
      </w:pPr>
      <w:r>
        <w:t>نو وار پیکٹ کر لیا۔ تو نو وار پیکٹ جو تھا، وہ کیا تھا؟ وہ یہ تھا کہ آپ نے رائٹ بیٹل گراؤنڈ لیا۔</w:t>
      </w:r>
    </w:p>
    <w:p>
      <w:r>
        <w:rPr>
          <w:b/>
        </w:rPr>
        <w:t xml:space="preserve">[38:17] </w:t>
      </w:r>
      <w:r>
        <w:t>battle ground jang ke ma'ne mein nahi bol raha hoon, peace, peace ke ma'ne mein bol raha hoon. to wrong battle ground lete aap to woh larai ki taraf chale jate aap.</w:t>
      </w:r>
    </w:p>
    <w:p>
      <w:pPr>
        <w:jc w:val="right"/>
      </w:pPr>
      <w:r>
        <w:t>بیٹل گراؤنڈ جنگ کے معنی میں نہیں بول رہا ہوں، پیس، پیس کے معنی میں بول رہا ہوں۔ تو رانگ بیٹل گراؤنڈ لیتے آپ تو وہ لڑائی کی طرف چلے جاتے آپ۔</w:t>
      </w:r>
    </w:p>
    <w:p>
      <w:r>
        <w:rPr>
          <w:b/>
        </w:rPr>
        <w:t xml:space="preserve">[38:28] </w:t>
      </w:r>
      <w:r>
        <w:t>aur right battle ground aap ne liya to aap peace ki taraf chale gaye. yaani peaceful struggle. militant struggle ko chhod kar ke, yeh violent struggle ko chhod kar ke, peaceful struggle.</w:t>
      </w:r>
    </w:p>
    <w:p>
      <w:pPr>
        <w:jc w:val="right"/>
      </w:pPr>
      <w:r>
        <w:t>اور رائٹ بیٹل گراؤنڈ آپ نے لیا تو آپ پیس کی طرف چلے گئے۔ یعنی پیس فل اسٹرگل۔ ملٹنٹ اسٹرگل کو چھوڑ کر کے، یہ وائلنٹ اسٹرگل کو چھوڑ کر کے، پیس فل اسٹرگل۔</w:t>
      </w:r>
    </w:p>
    <w:p>
      <w:r>
        <w:rPr>
          <w:b/>
        </w:rPr>
        <w:t xml:space="preserve">[38:40] </w:t>
      </w:r>
      <w:r>
        <w:t>chunanche aap un se peace treaty kar ke loot aaye aur us ke baad da'wa barq shuru kar diya.</w:t>
      </w:r>
    </w:p>
    <w:p>
      <w:pPr>
        <w:jc w:val="right"/>
      </w:pPr>
      <w:r>
        <w:t>چنانچہ آپ ان سے پیس ٹریٹی کر کے لوٹ آئے اور اس کے بعد دعویٰ برق شروع کر دیا۔</w:t>
      </w:r>
    </w:p>
    <w:p>
      <w:r>
        <w:rPr>
          <w:b/>
        </w:rPr>
        <w:t xml:space="preserve">[38:48] </w:t>
      </w:r>
      <w:r>
        <w:t>yaani aap ne un se yeh ahad kar liya ke hum mein tum mein larai nahi hogi. hum tum nahi ladenge das saal tak. ladna band. to kaha ke cease fire keh lijiye aap us ko das saal ke liye.</w:t>
      </w:r>
    </w:p>
    <w:p>
      <w:pPr>
        <w:jc w:val="right"/>
      </w:pPr>
      <w:r>
        <w:t>یعنی آپ نے ان سے یہ عہد کر لیا کہ ہم میں تم میں لڑائی نہیں ہوگی۔ ہم تم نہیں لڑیں گے دس سال تک۔ لڑنا بند۔ تو کہا کہ سیز فائر کہہ لیجیے آپ اس کو دس سال کے لیے۔</w:t>
      </w:r>
    </w:p>
    <w:p>
      <w:r>
        <w:rPr>
          <w:b/>
        </w:rPr>
        <w:t xml:space="preserve">[39:03] </w:t>
      </w:r>
      <w:r>
        <w:t>to aap ne jang ko band karwa kar ke aur da'wa work shuru kar diya. aap, aap ke sahaba sab log da'wa work mein lag gaye.</w:t>
      </w:r>
    </w:p>
    <w:p>
      <w:pPr>
        <w:jc w:val="right"/>
      </w:pPr>
      <w:r>
        <w:t>تو آپ نے جنگ کو بند کروا کر کے اور دعویٰ ورک شروع کر دیا۔ آپ، آپ کے صحابہ سب لوگ دعویٰ ورک میں لگ گئے۔</w:t>
      </w:r>
    </w:p>
    <w:p>
      <w:r>
        <w:rPr>
          <w:b/>
        </w:rPr>
        <w:t xml:space="preserve">[39:12] </w:t>
      </w:r>
      <w:r>
        <w:t>aur phir kya hua? ke do saal ke andar andar ek miracle ho gaya. us waqt aap ke sath jo log the, woh kul chaudah so the.</w:t>
      </w:r>
    </w:p>
    <w:p>
      <w:pPr>
        <w:jc w:val="right"/>
      </w:pPr>
      <w:r>
        <w:t>اور پھر کیا ہوا؟ کہ دو سال کے اندر اندر ایک میریکل ہو گیا۔ اس وقت آپ کے ساتھ جو لوگ تھے، وہ کل چودہ سو تھے۔</w:t>
      </w:r>
    </w:p>
    <w:p>
      <w:r>
        <w:rPr>
          <w:b/>
        </w:rPr>
        <w:t xml:space="preserve">[39:24] </w:t>
      </w:r>
      <w:r>
        <w:t>One thousand four hundred do saal ke andar andar kya hua? ke aap ke saathi'on ki tadad ten thousand ho gayi.</w:t>
      </w:r>
    </w:p>
    <w:p>
      <w:pPr>
        <w:jc w:val="right"/>
      </w:pPr>
      <w:r>
        <w:t>One thousand four hundred دو سال کے اندر اندر کیا ہوا؟ کہ آپ کے ساتھیوں کی تعداد ٹین تھاؤزنڈ ہو گئی۔</w:t>
      </w:r>
    </w:p>
    <w:p>
      <w:r>
        <w:rPr>
          <w:b/>
        </w:rPr>
        <w:t xml:space="preserve">[39:33] </w:t>
      </w:r>
      <w:r>
        <w:t>yaani chaudah so se barh kar ten thousand.</w:t>
      </w:r>
    </w:p>
    <w:p>
      <w:pPr>
        <w:jc w:val="right"/>
      </w:pPr>
      <w:r>
        <w:t>یعنی چودہ سو سے بڑھ کر ٹین تھاؤزنڈ۔</w:t>
      </w:r>
    </w:p>
    <w:p>
      <w:r>
        <w:rPr>
          <w:b/>
        </w:rPr>
        <w:t xml:space="preserve">[39:37] </w:t>
      </w:r>
      <w:r>
        <w:t>to yeh, yeh ginti itni zyada thi ke sirf number hi kafi ho gaya is baat ke liye ke woh log surrender kar dein. yaani aap ki tadad itni barh gayi, itni barh gayi, itni barh gayi.</w:t>
      </w:r>
    </w:p>
    <w:p>
      <w:pPr>
        <w:jc w:val="right"/>
      </w:pPr>
      <w:r>
        <w:t>تو یہ، یہ گنتی اتنی زیادہ تھی کہ صرف نمبر ہی کافی ہو گیا اس بات کے لیے کہ وہ لوگ سرنڈر کر دیں۔ یعنی آپ کی تعداد اتنی بڑھ گئی، اتنی بڑھ گئی، اتنی بڑھ گئی۔</w:t>
      </w:r>
    </w:p>
    <w:p>
      <w:r>
        <w:rPr>
          <w:b/>
        </w:rPr>
        <w:t xml:space="preserve">[39:48] </w:t>
      </w:r>
      <w:r>
        <w:t>aap ke saathi'on ki. ke makka ke log jo dushmani kar rahe the pehle, aap ki tadad hi ko dekh kar surrender kar gaye.</w:t>
      </w:r>
    </w:p>
    <w:p>
      <w:pPr>
        <w:jc w:val="right"/>
      </w:pPr>
      <w:r>
        <w:t>آپ کے ساتھیوں کی۔ کہ مکہ کے لوگ جو دشمنی کر رہے تھے پہلے، آپ کی تعداد ہی کو دیکھ کر سرنڈر کر گئے۔</w:t>
      </w:r>
    </w:p>
    <w:p>
      <w:r>
        <w:rPr>
          <w:b/>
        </w:rPr>
        <w:t xml:space="preserve">[39:58] </w:t>
      </w:r>
      <w:r>
        <w:t>aelan kar diya ke ab humare andar Muhammad se ladne ki taqat nahi hai.</w:t>
      </w:r>
    </w:p>
    <w:p>
      <w:pPr>
        <w:jc w:val="right"/>
      </w:pPr>
      <w:r>
        <w:t>اعلان کر دیا کہ اب ہمارے اندر محمد سے لڑنے کی طاقت نہیں ہے۔</w:t>
      </w:r>
    </w:p>
    <w:p>
      <w:r>
        <w:rPr>
          <w:b/>
        </w:rPr>
        <w:t xml:space="preserve">[40:03] </w:t>
      </w:r>
      <w:r>
        <w:t>yeh hai zindagi ka ma'mla. aap ko main kahunga ke aap hamesha yeh sochiye ke aap zindagi ek struggle hai.</w:t>
      </w:r>
    </w:p>
    <w:p>
      <w:pPr>
        <w:jc w:val="right"/>
      </w:pPr>
      <w:r>
        <w:t>یہ ہے زندگی کا معاملہ۔ آپ کو میں کہوں گا کہ آپ ہمیشہ یہ سوچیے کہ آپ زندگی ایک اسٹرگل ہے۔</w:t>
      </w:r>
    </w:p>
    <w:p>
      <w:r>
        <w:rPr>
          <w:b/>
        </w:rPr>
        <w:t xml:space="preserve">[40:17] </w:t>
      </w:r>
      <w:r>
        <w:t>lekin is struggle ko aap right field mein karna hai, na ke wrong field mein. yahi zindagi ka imtehan hai.</w:t>
      </w:r>
    </w:p>
    <w:p>
      <w:pPr>
        <w:jc w:val="right"/>
      </w:pPr>
      <w:r>
        <w:t>لیکن اس اسٹرگل کو آپ رائٹ فیلڈ میں کرنا ہے، نہ کہ رانگ فیلڈ میں۔ یہی زندگی کا امتحان ہے۔</w:t>
      </w:r>
    </w:p>
    <w:p>
      <w:r>
        <w:rPr>
          <w:b/>
        </w:rPr>
        <w:t xml:space="preserve">[40:26] </w:t>
      </w:r>
      <w:r>
        <w:t>jo is raat mein jeet gaya, woh jeet gaya.</w:t>
      </w:r>
    </w:p>
    <w:p>
      <w:pPr>
        <w:jc w:val="right"/>
      </w:pPr>
      <w:r>
        <w:t>جو اس رات میں جیت گیا، وہ جیت گیا۔</w:t>
      </w:r>
    </w:p>
    <w:p>
      <w:r>
        <w:rPr>
          <w:b/>
        </w:rPr>
        <w:t xml:space="preserve">[40:31] </w:t>
      </w:r>
      <w:r>
        <w:t>aur jis mein hara, woh haar gaya. bas yahi do lafzon mein poori zindagi ka khulasa hai.</w:t>
      </w:r>
    </w:p>
    <w:p>
      <w:pPr>
        <w:jc w:val="right"/>
      </w:pPr>
      <w:r>
        <w:t>اور جس میں ہارا، وہ ہار گیا۔ بس یہی دو لفظوں میں پوری زندگی کا خلاصہ ہے۔</w:t>
      </w:r>
    </w:p>
    <w:p>
      <w:r>
        <w:rPr>
          <w:b/>
        </w:rPr>
        <w:t xml:space="preserve">[40:40] </w:t>
      </w:r>
      <w:r>
        <w:t>ma'ni alam hai ke jo sawaneh umri hai, yaani autobiography, us ka naam hai "Karwan-e-Zindagi".</w:t>
      </w:r>
    </w:p>
    <w:p>
      <w:pPr>
        <w:jc w:val="right"/>
      </w:pPr>
      <w:r>
        <w:t>معنی عالم ہے کہ جو سوانح عمری ہے، یعنی آٹو بائیوگرافی، اس کا نام ہے "کاروان زندگی"۔</w:t>
      </w:r>
    </w:p>
    <w:p>
      <w:r>
        <w:rPr>
          <w:b/>
        </w:rPr>
        <w:t xml:space="preserve">[40:51] </w:t>
      </w:r>
      <w:r>
        <w:t>us mein unhon ne ek waqea likha hai.</w:t>
      </w:r>
    </w:p>
    <w:p>
      <w:pPr>
        <w:jc w:val="right"/>
      </w:pPr>
      <w:r>
        <w:t>اس میں انہوں نے ایک واقعہ لکھا ہے۔</w:t>
      </w:r>
    </w:p>
    <w:p>
      <w:r>
        <w:rPr>
          <w:b/>
        </w:rPr>
        <w:t xml:space="preserve">[40:56] </w:t>
      </w:r>
      <w:r>
        <w:t>woh</w:t>
      </w:r>
    </w:p>
    <w:p>
      <w:pPr>
        <w:jc w:val="right"/>
      </w:pPr>
      <w:r>
        <w:t>وہ</w:t>
      </w:r>
    </w:p>
    <w:p>
      <w:r>
        <w:rPr>
          <w:b/>
        </w:rPr>
        <w:t xml:space="preserve">[40:57] </w:t>
      </w:r>
      <w:r>
        <w:t>bahir kisi country mein gaye hue thay, wahan par koi meeting thi. is mein mukhtalif muslim countrys ke log thay.</w:t>
      </w:r>
    </w:p>
    <w:p>
      <w:pPr>
        <w:jc w:val="right"/>
      </w:pPr>
      <w:r>
        <w:t>باہر کسی کنٹری میں گئے ہوئے تھے، وہاں پر کوئی میٹنگ تھی۔ اس میں مختلف مسلم کنٹریز کے لوگ تھے۔</w:t>
      </w:r>
    </w:p>
    <w:p>
      <w:r>
        <w:rPr>
          <w:b/>
        </w:rPr>
        <w:t xml:space="preserve">[41:07] </w:t>
      </w:r>
      <w:r>
        <w:t>is mein Iran ke Ayatullah Khomeini bhi maujood thay.</w:t>
      </w:r>
    </w:p>
    <w:p>
      <w:pPr>
        <w:jc w:val="right"/>
      </w:pPr>
      <w:r>
        <w:t>اس میں ایران کے آیت اللہ خمینی بھی موجود تھے۔</w:t>
      </w:r>
    </w:p>
    <w:p>
      <w:r>
        <w:rPr>
          <w:b/>
        </w:rPr>
        <w:t xml:space="preserve">[41:14] </w:t>
      </w:r>
      <w:r>
        <w:t>to Maulana Abu Hassan Ali Rizvi thay, Ayatullah Khomeini thay. aur aik sahab thay, un ka naam tha Maulana Masood Alam Qasmi.</w:t>
      </w:r>
    </w:p>
    <w:p>
      <w:pPr>
        <w:jc w:val="right"/>
      </w:pPr>
      <w:r>
        <w:t>تو مولانا ابو الحسن علی رضوی تھے، آیت اللہ خمینی تھے۔ اور ایک صاحب تھے، ان کا نام تھا مولانا مسعود عالم قاسمی۔</w:t>
      </w:r>
    </w:p>
    <w:p>
      <w:r>
        <w:rPr>
          <w:b/>
        </w:rPr>
        <w:t xml:space="preserve">[41:27] </w:t>
      </w:r>
      <w:r>
        <w:t>yeh teenon sahaban ab dunya mein nahi hain. teeno ki wafat ho chuki hai. lekin yeh qissa "caravan zindagi" jo kitaab hai, is mein chupa hua hai.</w:t>
      </w:r>
    </w:p>
    <w:p>
      <w:pPr>
        <w:jc w:val="right"/>
      </w:pPr>
      <w:r>
        <w:t>یہ تینوں صاحبان اب دنیا میں نہیں ہیں۔ تینوں کی وفات ہو چکی ہے۔ لیکن یہ قصہ "کاروان زندگی" جو کتاب ہے، اس میں چھپا ہوا ہے۔</w:t>
      </w:r>
    </w:p>
    <w:p>
      <w:r>
        <w:rPr>
          <w:b/>
        </w:rPr>
        <w:t xml:space="preserve">[41:43] </w:t>
      </w:r>
      <w:r>
        <w:t>to is kitaab ke author hain Maulana Abu Hassan Ali Nadvi. jo bohat hi well known thay poore muslim world mein.</w:t>
      </w:r>
    </w:p>
    <w:p>
      <w:pPr>
        <w:jc w:val="right"/>
      </w:pPr>
      <w:r>
        <w:t>تو اس کتاب کے آتھر ہیں مولانا ابو الحسن علی ندوی۔ جو بہت ہی ویل نون تھے پورے مسلم ورلڈ میں۔</w:t>
      </w:r>
    </w:p>
    <w:p>
      <w:r>
        <w:rPr>
          <w:b/>
        </w:rPr>
        <w:t xml:space="preserve">[41:54] </w:t>
      </w:r>
      <w:r>
        <w:t>to aisa hua ke shayad ibtidai zamanay ki baat hai, jo bohat ziyada log in ko pehchantay nahi hon gay. to wahan par introduction ho raha tha.</w:t>
      </w:r>
    </w:p>
    <w:p>
      <w:pPr>
        <w:jc w:val="right"/>
      </w:pPr>
      <w:r>
        <w:t>تو ایسا ہوا کہ شاید ابتدائی زمانے کی بات ہے، جو بہت زیادہ لوگ ان کو پہچانتے نہیں ہوں گے۔ تو وہاں پر انٹروڈکشن ہو رہا تھا۔</w:t>
      </w:r>
    </w:p>
    <w:p>
      <w:r>
        <w:rPr>
          <w:b/>
        </w:rPr>
        <w:t xml:space="preserve">[42:06] </w:t>
      </w:r>
      <w:r>
        <w:t>Maulana Masood Alam Nadvi jo thay, woh introduction kara rahay thay.</w:t>
      </w:r>
    </w:p>
    <w:p>
      <w:pPr>
        <w:jc w:val="right"/>
      </w:pPr>
      <w:r>
        <w:t>مولانا مسعود عالم ندوی جو تھے، وہ انٹروڈکشن کرا رہے تھے۔</w:t>
      </w:r>
    </w:p>
    <w:p>
      <w:r>
        <w:rPr>
          <w:b/>
        </w:rPr>
        <w:t xml:space="preserve">[42:14] </w:t>
      </w:r>
      <w:r>
        <w:t>to har aik ka karaya introduction unhon ne. to us waqt Maulana Ali Mian jo thay, woh baithe hue thay.</w:t>
      </w:r>
    </w:p>
    <w:p>
      <w:pPr>
        <w:jc w:val="right"/>
      </w:pPr>
      <w:r>
        <w:t>تو ہر ایک کا کرایا انٹروڈکشن انہوں نے۔ تو اس وقت مولانا علی میاں جو تھے، وہ بیٹھے ہوئے تھے۔</w:t>
      </w:r>
    </w:p>
    <w:p>
      <w:r>
        <w:rPr>
          <w:b/>
        </w:rPr>
        <w:t xml:space="preserve">[42:24] </w:t>
      </w:r>
      <w:r>
        <w:t>woh kuch ziyada farbah body nahi tha un ka, kuch dublay se thay woh. to aik taraf baithe hue thay woh.</w:t>
      </w:r>
    </w:p>
    <w:p>
      <w:pPr>
        <w:jc w:val="right"/>
      </w:pPr>
      <w:r>
        <w:t>وہ کچھ زیادہ فربہ باڈی نہیں تھا ان کا، کچھ دبلے سے تھے وہ۔ تو ایک طرف بیٹھے ہوئے تھے وہ۔</w:t>
      </w:r>
    </w:p>
    <w:p>
      <w:r>
        <w:rPr>
          <w:b/>
        </w:rPr>
        <w:t xml:space="preserve">[42:35] </w:t>
      </w:r>
      <w:r>
        <w:t>to Ayatullah Khomeini ne un ki taraf ishara kar ke poocha ke yeh kaun sahab hain?</w:t>
      </w:r>
    </w:p>
    <w:p>
      <w:pPr>
        <w:jc w:val="right"/>
      </w:pPr>
      <w:r>
        <w:t>تو آیت اللہ خمینی نے ان کی طرف اشارہ کر کے پوچھا کہ یہ کون صاحب ہیں؟</w:t>
      </w:r>
    </w:p>
    <w:p>
      <w:r>
        <w:rPr>
          <w:b/>
        </w:rPr>
        <w:t xml:space="preserve">[42:43] </w:t>
      </w:r>
      <w:r>
        <w:t>yeh kaun sahab hain? to Maulana Masood Alam Nadvi ne kaha, woh Arabic mein, Arabic language mein wahan ho raha tha.</w:t>
      </w:r>
    </w:p>
    <w:p>
      <w:pPr>
        <w:jc w:val="right"/>
      </w:pPr>
      <w:r>
        <w:t>یہ کون صاحب ہیں؟ تو مولانا مسعود عالم ندوی نے کہا، وہ عربی میں، عربک لینگویج میں وہاں ہو رہا تھا۔</w:t>
      </w:r>
    </w:p>
    <w:p>
      <w:r>
        <w:rPr>
          <w:b/>
        </w:rPr>
        <w:t xml:space="preserve">[42:54] </w:t>
      </w:r>
      <w:r>
        <w:t>to unhon ne kaha ke is bahu akbar bin jismi. un ka naam un ke body se ziyada bara hai.</w:t>
      </w:r>
    </w:p>
    <w:p>
      <w:pPr>
        <w:jc w:val="right"/>
      </w:pPr>
      <w:r>
        <w:t>تو انہوں نے کہا کہ اس بہو اکبر بن جسمہ ۔ ان کا نام ان کے باڈی سے زیادہ بڑا ہے۔</w:t>
      </w:r>
    </w:p>
    <w:p>
      <w:r>
        <w:rPr>
          <w:b/>
        </w:rPr>
        <w:t xml:space="preserve">[43:08] </w:t>
      </w:r>
      <w:r>
        <w:t>is bahu akbar bin jismi.</w:t>
      </w:r>
    </w:p>
    <w:p>
      <w:pPr>
        <w:jc w:val="right"/>
      </w:pPr>
      <w:r>
        <w:t>اس بہو اکبر بن جسمہ ۔</w:t>
      </w:r>
    </w:p>
    <w:p>
      <w:r>
        <w:rPr>
          <w:b/>
        </w:rPr>
        <w:t xml:space="preserve">[43:12] </w:t>
      </w:r>
      <w:r>
        <w:t>kyun ke dekhnay mein bohat hi shayad manager se lagtay hon gay. to unhon ne kaha ke is bahu akbar bin jismi.</w:t>
      </w:r>
    </w:p>
    <w:p>
      <w:pPr>
        <w:jc w:val="right"/>
      </w:pPr>
      <w:r>
        <w:t>کیونکہ دیکھنے میں بہت ہی شاید مینیجر سے لگتے ہوں۔ تو انہوں نے کہا کہ اس بہو اکبر بن جسمہ ۔</w:t>
      </w:r>
    </w:p>
    <w:p>
      <w:r>
        <w:rPr>
          <w:b/>
        </w:rPr>
        <w:t xml:space="preserve">[43:21] </w:t>
      </w:r>
      <w:r>
        <w:t>un ka naam un ke body se bara hai. phir unhon ne bataya ke yeh Sheikh Abu Hassan Ali Nadvi hain. to Ayatullah Khomeini bohat khush hue, kaha ke in ki kitaab to mere paas hai, woh mein ne parhi hai, woh kitaab un ki.</w:t>
      </w:r>
    </w:p>
    <w:p>
      <w:pPr>
        <w:jc w:val="right"/>
      </w:pPr>
      <w:r>
        <w:t>ان کا نام ان کے باڈی سے بڑا ہے۔ پھر انہوں نے بتایا کہ یہ شیخ ابو الحسن علی ندوی ہیں۔ تو آیت اللہ خمینی بہت خوش ہوئے، کہا کہ ان کی کتاب تو میرے پاس ہے، وہ میں نے پڑھی ہے، وہ کتاب ان کی۔</w:t>
      </w:r>
    </w:p>
    <w:p>
      <w:r>
        <w:rPr>
          <w:b/>
        </w:rPr>
        <w:t xml:space="preserve">[43:37] </w:t>
      </w:r>
      <w:r>
        <w:t>is ka naam hai raddatun wala abubakar lah.</w:t>
      </w:r>
    </w:p>
    <w:p>
      <w:pPr>
        <w:jc w:val="right"/>
      </w:pPr>
      <w:r>
        <w:t>اس کا نام ہے ردة ولا ابا بکر لہ ۔</w:t>
      </w:r>
    </w:p>
    <w:p>
      <w:r>
        <w:rPr>
          <w:b/>
        </w:rPr>
        <w:t xml:space="preserve">[43:43] </w:t>
      </w:r>
      <w:r>
        <w:t>aik Arabic mein yeh kitaab hai. Maulana Ali Mian achi English, achi Arabic jantay thay. to unhon ne Arabic mein yeh kitaab likhi thi raddatun wala abubakar lah.</w:t>
      </w:r>
    </w:p>
    <w:p>
      <w:pPr>
        <w:jc w:val="right"/>
      </w:pPr>
      <w:r>
        <w:t>ایک عربک میں یہ کتاب ہے۔ مولانا علی میاں اچھی انگلش، اچھی عربک جانتے تھے۔ تو انہوں نے عربک میں یہ کتاب لکھی تھی ردة ولا ابا بكر لہ ۔</w:t>
      </w:r>
    </w:p>
    <w:p>
      <w:r>
        <w:rPr>
          <w:b/>
        </w:rPr>
        <w:t xml:space="preserve">[43:56] </w:t>
      </w:r>
      <w:r>
        <w:t>yeh kitaab chhapi thi 1959 mein. 1959 mein. to yeh waqia zahir hai ke is ke baad ka hoga.</w:t>
      </w:r>
    </w:p>
    <w:p>
      <w:pPr>
        <w:jc w:val="right"/>
      </w:pPr>
      <w:r>
        <w:t>یہ کتاب چھپی تھی 1959 میں۔ 1959 میں۔ تو یہ واقعہ ظاہر ہے کہ اس کے بعد کا ہوگا۔</w:t>
      </w:r>
    </w:p>
    <w:p>
      <w:r>
        <w:rPr>
          <w:b/>
        </w:rPr>
        <w:t xml:space="preserve">[44:08] </w:t>
      </w:r>
      <w:r>
        <w:t>to Ayatullah Khomeini bohat khush hue ke mein is aadmi se mil raha hoon jis ki kitaab mein ne parhi thi aur mujhe pasand aayi thi.</w:t>
      </w:r>
    </w:p>
    <w:p>
      <w:pPr>
        <w:jc w:val="right"/>
      </w:pPr>
      <w:r>
        <w:t>تو آیت اللہ خمینی بہت خوش ہوئے کہ میں اس آدمی سے مل رہا ہوں جس کی کتاب میں نے پڑھی تھی اور مجھے پسند آئی تھی۔</w:t>
      </w:r>
    </w:p>
    <w:p>
      <w:r>
        <w:rPr>
          <w:b/>
        </w:rPr>
        <w:t xml:space="preserve">[44:18] </w:t>
      </w:r>
      <w:r>
        <w:t>yeh qissa bataya unhon ne.</w:t>
      </w:r>
    </w:p>
    <w:p>
      <w:pPr>
        <w:jc w:val="right"/>
      </w:pPr>
      <w:r>
        <w:t>یہ قصہ بتایا انہوں نے۔</w:t>
      </w:r>
    </w:p>
    <w:p>
      <w:r>
        <w:rPr>
          <w:b/>
        </w:rPr>
        <w:t xml:space="preserve">[44:22] </w:t>
      </w:r>
      <w:r>
        <w:t>dekhiye,</w:t>
      </w:r>
    </w:p>
    <w:p>
      <w:pPr>
        <w:jc w:val="right"/>
      </w:pPr>
      <w:r>
        <w:t>دیکھیے،</w:t>
      </w:r>
    </w:p>
    <w:p>
      <w:r>
        <w:rPr>
          <w:b/>
        </w:rPr>
        <w:t xml:space="preserve">[44:25] </w:t>
      </w:r>
      <w:r>
        <w:t>aik poora zamanay guzra hai, poora sau baras ka. jabkay poora muslim world, sirf muslim world hi nahi balkay saaray log,</w:t>
      </w:r>
    </w:p>
    <w:p>
      <w:pPr>
        <w:jc w:val="right"/>
      </w:pPr>
      <w:r>
        <w:t>ایک پورا زمانہ گزرا ہے، پورا سو برس کا۔ جبکہ پورا مسلم ورلڈ، صرف مسلم ورلڈ ہی نہیں بلکہ سارے لوگ،</w:t>
      </w:r>
    </w:p>
    <w:p>
      <w:r>
        <w:rPr>
          <w:b/>
        </w:rPr>
        <w:t xml:space="preserve">[44:40] </w:t>
      </w:r>
      <w:r>
        <w:t>yani Eastern world jo hai, Eastern part of the globe jo hai, woh aik hi soch mein para hua tha ke Western civilization jo hai, hamaray liye aik aik bohat bara danger ban kar aayi hai.</w:t>
      </w:r>
    </w:p>
    <w:p>
      <w:pPr>
        <w:jc w:val="right"/>
      </w:pPr>
      <w:r>
        <w:t>یعنی ایسٹرن ورلڈ جو ہے، ایسٹرن پارٹ آف دا گلوب جو ہے، وہ ایک ہی سوچ میں پڑا ہوا تھا کہ ویسٹرن سیولائزیشن جو ہے، ہمارے لیے ایک ایک بہت بڑا ڈینجر بن کر آئی ہے۔</w:t>
      </w:r>
    </w:p>
    <w:p>
      <w:r>
        <w:rPr>
          <w:b/>
        </w:rPr>
        <w:t xml:space="preserve">[44:54] </w:t>
      </w:r>
      <w:r>
        <w:t>musalmanon ko yeh ehsas tha ke hamari generation jo hai, woh apnay mazhab ko chhor rahi hai. Hinduon ko, Christian ko, Jewish ko, sab ko yeh ehsas tha ke hamara jo tradition tha pehlay ka, jo hamara religion tha, jo hamaray religious tareeqay thay, us ko yeh log chhor chhor kar ke ja rahay hain.</w:t>
      </w:r>
    </w:p>
    <w:p>
      <w:pPr>
        <w:jc w:val="right"/>
      </w:pPr>
      <w:r>
        <w:t>مسلمانوں کو یہ احساس تھا کہ ہماری جنریشن جو ہے، وہ اپنے مذہب کو چھوڑ رہی ہے۔ ہندوؤں کو، کرسچن کو، جوئش کو، سب کو یہ احساس تھا کہ ہمارا جو ٹریڈیشن تھا پہلے کا، جو ہمارا ریلیجن تھا، جو ہمارے ریلیجیس طریقے تھے، اس کو یہ لوگ چھوڑ چھوڑ کر کے جا رہے ہیں۔</w:t>
      </w:r>
    </w:p>
    <w:p>
      <w:r>
        <w:rPr>
          <w:b/>
        </w:rPr>
        <w:t xml:space="preserve">[45:17] </w:t>
      </w:r>
      <w:r>
        <w:t>yani koi atheist ban raha hai, koi modernist ban raha hai, koi kuch ban raha hai. to sab ko yeh ehsas tha ke hamari nai generation jo hai, woh pichle tradition ko chhod kar ke,</w:t>
      </w:r>
    </w:p>
    <w:p>
      <w:pPr>
        <w:jc w:val="right"/>
      </w:pPr>
      <w:r>
        <w:t>یعنی کوئی ایتھیسٹ بن رہا ہے، کوئی ماڈرنسٹ بن رہا ہے، کوئی کچھ بن رہا ہے۔ تو سب کو یہ احساس تھا کہ ہماری نئی جنریشن جو ہے، وہ پچھلے ٹریڈیشن کو چھوڑ کر کے،</w:t>
      </w:r>
    </w:p>
    <w:p>
      <w:r>
        <w:rPr>
          <w:b/>
        </w:rPr>
        <w:t xml:space="preserve">[45:33] </w:t>
      </w:r>
      <w:r>
        <w:t>yani door ja</w:t>
      </w:r>
    </w:p>
    <w:p>
      <w:pPr>
        <w:jc w:val="right"/>
      </w:pPr>
      <w:r>
        <w:t>یعنی دور جا</w:t>
      </w:r>
    </w:p>
    <w:p>
      <w:r>
        <w:rPr>
          <w:b/>
        </w:rPr>
        <w:t xml:space="preserve">[45:34] </w:t>
      </w:r>
      <w:r>
        <w:t>rahi hai. yani family ka jo tradition tha, jo religion tha, jo culture tha, us se bahar ja rahi hai. yeh sab ko ehsas tha. main America gaya, wahan ek Hindu family se meri mulaqat hui.</w:t>
      </w:r>
    </w:p>
    <w:p>
      <w:pPr>
        <w:jc w:val="right"/>
      </w:pPr>
      <w:r>
        <w:t>رہی ہے۔ یعنی فیملی کا جو ٹریڈیشن تھا، جو ریلیجن تھا، جو کلچر تھا، اس سے باہر جا رہی ہے۔ یہ سب کو احساس تھا۔ میں امریکہ گیا، وہاں ایک ہندو فیملی سے میری ملاقات ہوئی۔</w:t>
      </w:r>
    </w:p>
    <w:p>
      <w:r>
        <w:rPr>
          <w:b/>
        </w:rPr>
        <w:t xml:space="preserve">[45:48] </w:t>
      </w:r>
      <w:r>
        <w:t>to unhon ne kaha ke main America chhod kar ke India ja raha hoon wapas. halanke bahut achha ghar tha wahan unka. main ne kaha kyun?</w:t>
      </w:r>
    </w:p>
    <w:p>
      <w:pPr>
        <w:jc w:val="right"/>
      </w:pPr>
      <w:r>
        <w:t>تو انہوں نے کہا کہ میں امریکہ چھوڑ کر کے انڈیا جا رہا ہوں واپس۔ حالانکہ بہت اچھا گھر تھا وہاں ان کا۔ میں نے کہا کیوں؟</w:t>
      </w:r>
    </w:p>
    <w:p>
      <w:r>
        <w:rPr>
          <w:b/>
        </w:rPr>
        <w:t xml:space="preserve">[45:57] </w:t>
      </w:r>
      <w:r>
        <w:t>unhon ne kaha ke dekhiye, hamare bachche, hamare bachche hamare qabu mein nahi hain.</w:t>
      </w:r>
    </w:p>
    <w:p>
      <w:pPr>
        <w:jc w:val="right"/>
      </w:pPr>
      <w:r>
        <w:t>انہوں نے کہا کہ دیکھیے، ہمارے بچے، ہمارے بچے ہمارے قابو میں نہیں ہیں۔</w:t>
      </w:r>
    </w:p>
    <w:p>
      <w:r>
        <w:rPr>
          <w:b/>
        </w:rPr>
        <w:t xml:space="preserve">[46:02] </w:t>
      </w:r>
      <w:r>
        <w:t>to apne jo baap dada ka dharm tha, us ko chhod diya unhon ne. to yahan rehne se kya faida? to America chhod kar yahan chale aaye. aisi bahut si Muslim family hai jo wahan chhod kar yahan chali aai.</w:t>
      </w:r>
    </w:p>
    <w:p>
      <w:pPr>
        <w:jc w:val="right"/>
      </w:pPr>
      <w:r>
        <w:t>تو اپنے جو باپ دادا کا دھرم تھا، اس کو چھوڑ دیا انہوں نے۔ تو یہاں رہنے سے کیا فائدہ؟ تو امریکہ چھوڑ کر یہاں چلے آئے۔ ایسی بہت سی مسلم فیملی ہے جو وہاں چھوڑ کر یہاں چلی آئی۔</w:t>
      </w:r>
    </w:p>
    <w:p>
      <w:r>
        <w:rPr>
          <w:b/>
        </w:rPr>
        <w:t xml:space="preserve">[46:15] </w:t>
      </w:r>
      <w:r>
        <w:t>to sab logon ke samne yeh masla is zamane mein paida hua ke modern education, modern culture, modern thought, is ne logon ko mazhab se hata diya hai.</w:t>
      </w:r>
    </w:p>
    <w:p>
      <w:pPr>
        <w:jc w:val="right"/>
      </w:pPr>
      <w:r>
        <w:t>تو سب لوگوں کے سامنے یہ مسئلہ اس زمانے میں پیدا ہوا کہ ماڈرن ایجوکیشن، ماڈرن کلچر، ماڈرن تھاٹ، اس نے لوگوں کو مذہب سے ہٹا دیا ہے۔</w:t>
      </w:r>
    </w:p>
    <w:p>
      <w:r>
        <w:rPr>
          <w:b/>
        </w:rPr>
        <w:t xml:space="preserve">[46:33] </w:t>
      </w:r>
      <w:r>
        <w:t>yeh ek obsession tha jo sab par chhaya hua tha. Dr. Raja Krishan ki jo kitab hai "Recovery of Faith\</w:t>
      </w:r>
    </w:p>
    <w:p>
      <w:pPr>
        <w:jc w:val="right"/>
      </w:pPr>
      <w:r>
        <w:t>یہ ایک اوبسیشن تھا جو سب پر چھایا ہوا تھا۔ ڈاکٹر راجہ کرشن کی جو کتاب ہے "ریکوری آف فیتھ"، وہ اسی کے بارے میں ہے۔ مسلمانوں میں ایک کتاب لکھی گئی "ردت ابا بکر اللہ"، وہ بھی اسی پر ہے۔</w:t>
      </w:r>
    </w:p>
    <w:p>
      <w:r>
        <w:rPr>
          <w:b/>
        </w:rPr>
        <w:t xml:space="preserve">[46:48] </w:t>
      </w:r>
      <w:r>
        <w:t>har taraf yahi charchaa hai aur abhi tak yeh charchaa baqi hai.</w:t>
      </w:r>
    </w:p>
    <w:p>
      <w:pPr>
        <w:jc w:val="right"/>
      </w:pPr>
      <w:r>
        <w:t>ہر طرف یہی چرچہ ہے اور ابھی تک یہ چرچہ باقی ہے۔</w:t>
      </w:r>
    </w:p>
    <w:p>
      <w:r>
        <w:rPr>
          <w:b/>
        </w:rPr>
        <w:t xml:space="preserve">[46:55] </w:t>
      </w:r>
      <w:r>
        <w:t>to mujh se ek sahab ne bataya America mein ke woh ek ek Jewish family se mil</w:t>
      </w:r>
    </w:p>
    <w:p>
      <w:pPr>
        <w:jc w:val="right"/>
      </w:pPr>
      <w:r>
        <w:t>تو مجھ سے ایک صاحب نے بتایا امریکہ میں کہ وہ ایک ایک جوئش فیملی سے مل</w:t>
      </w:r>
    </w:p>
    <w:p>
      <w:r>
        <w:rPr>
          <w:b/>
        </w:rPr>
        <w:t xml:space="preserve">[47:01] </w:t>
      </w:r>
      <w:r>
        <w:t>e. unhon ne kaha ke kafi pehle ki baat hai ke hum apne Muslim naujawanon ko, apne youth ko, Islam ki taraf, Islam se baqi rakhne mein kamyab ho rahe hain kyunke hum ne yahan pe school khol rakhe hain, Muslim school.</w:t>
      </w:r>
    </w:p>
    <w:p>
      <w:pPr>
        <w:jc w:val="right"/>
      </w:pPr>
      <w:r>
        <w:t>ے۔ انہوں نے کہا کہ کافی پہلے کی بات ہے کہ ہم اپنے مسلم نوجوانوں کو، اپنے یوتھ کو، اسلام کی طرف، اسلام سے باقی رکھنے میں کامیاب ہو رہے ہیں کیونکہ ہم نے یہاں پہ اسکول کھول رکھے ہیں، مسلم اسکول۔</w:t>
      </w:r>
    </w:p>
    <w:p>
      <w:r>
        <w:rPr>
          <w:b/>
        </w:rPr>
        <w:t xml:space="preserve">[47:19] </w:t>
      </w:r>
      <w:r>
        <w:t>to is wajood ne, is Yahudi ne kaha ke theek hai, tum agli generation jab aa jaye, tab mere pas aana, batana mujh ko.</w:t>
      </w:r>
    </w:p>
    <w:p>
      <w:pPr>
        <w:jc w:val="right"/>
      </w:pPr>
      <w:r>
        <w:t>تو اس وجود نے، اس یہودی نے کہا کہ ٹھیک ہے، تم اگلی جنریشن جب آ جائے، تب میرے پاس آنا، بتانا مجھ کو۔</w:t>
      </w:r>
    </w:p>
    <w:p>
      <w:r>
        <w:rPr>
          <w:b/>
        </w:rPr>
        <w:t xml:space="preserve">[47:28] </w:t>
      </w:r>
      <w:r>
        <w:t>kyunke second generation mein yeh sab nahi rahega aur third generation mein to bilkul nahi rahega. yeh hai sab ke samne. lekin main kehta hoon ke yeh Khuda ki blessing hai.</w:t>
      </w:r>
    </w:p>
    <w:p>
      <w:pPr>
        <w:jc w:val="right"/>
      </w:pPr>
      <w:r>
        <w:t>کیونکہ سیکنڈ جنریشن میں یہ سب نہیں رہے گا اور تھرڈ جنریشن میں تو بالکل نہیں رہے گا۔ یہ ہے سب کے سامنے۔ لیکن میں کہتا ہوں کہ یہ خدا کی بلیسنگ ہے۔</w:t>
      </w:r>
    </w:p>
    <w:p>
      <w:r>
        <w:rPr>
          <w:b/>
        </w:rPr>
        <w:t xml:space="preserve">[47:42] </w:t>
      </w:r>
      <w:r>
        <w:t>yeh Khuda ki ek blessing thi jis ko logon ne samjha nahi.</w:t>
      </w:r>
    </w:p>
    <w:p>
      <w:pPr>
        <w:jc w:val="right"/>
      </w:pPr>
      <w:r>
        <w:t>یہ خدا کی ایک بلیسنگ تھی جس کو لوگوں نے سمجھا نہیں۔</w:t>
      </w:r>
    </w:p>
    <w:p>
      <w:r>
        <w:rPr>
          <w:b/>
        </w:rPr>
        <w:t xml:space="preserve">[47:46] </w:t>
      </w:r>
      <w:r>
        <w:t>na Christian ne samjha, na Jewish logon ne samjha, na Musalmanon ne samjha, na Hinduo ne samjha. yeh thi universal deconditioning.</w:t>
      </w:r>
    </w:p>
    <w:p>
      <w:pPr>
        <w:jc w:val="right"/>
      </w:pPr>
      <w:r>
        <w:t>نہ کرسچن نے سمجھا، نہ جوئش لوگوں نے سمجھا، نہ مسلمانوں نے سمجھا، نہ ہندوؤں نے سمجھا۔ یہ تھی یونیورسل ڈی کنڈیشننگ۔</w:t>
      </w:r>
    </w:p>
    <w:p>
      <w:r>
        <w:rPr>
          <w:b/>
        </w:rPr>
        <w:t xml:space="preserve">[47:58] </w:t>
      </w:r>
      <w:r>
        <w:t>jo mazhab suppress, superstition pe base karta tha, tradition pe base karta tha, mere soch se samjhe, ek form tha jis ko log liye hue the, us se hata diya modern science ne insan ko.</w:t>
      </w:r>
    </w:p>
    <w:p>
      <w:pPr>
        <w:jc w:val="right"/>
      </w:pPr>
      <w:r>
        <w:t>جو مذہب سپریس، سپریسٹیشن پہ بیس کرتا تھا، ٹریڈیشن پہ بیس کرتا تھا، میرے سوچ سے سمجھے، ایک فارم تھا جس کو لوگ لیے ہوئے تھے، اس سے ہٹا دیا ماڈرن سائنس نے انسان کو۔</w:t>
      </w:r>
    </w:p>
    <w:p>
      <w:r>
        <w:rPr>
          <w:b/>
        </w:rPr>
        <w:t xml:space="preserve">[48:16] </w:t>
      </w:r>
      <w:r>
        <w:t>aur naya ek zehan banaya jis mein ke insan ek aise mazhab ko talash karne laga jo rational ho, jo scientific ho, jis mein uska mind address hota ho.</w:t>
      </w:r>
    </w:p>
    <w:p>
      <w:pPr>
        <w:jc w:val="right"/>
      </w:pPr>
      <w:r>
        <w:t>اور نیا ایک ذہن بنایا جس میں کہ انسان ایک ایسے مذہب کو تلاش کرنے لگا جو ریشنل ہو، جو سائنٹیفک ہو، جس میں اس کا مائنڈ ایڈریس ہوتا ہو۔</w:t>
      </w:r>
    </w:p>
    <w:p>
      <w:r>
        <w:rPr>
          <w:b/>
        </w:rPr>
        <w:t xml:space="preserve">[48:29] </w:t>
      </w:r>
      <w:r>
        <w:t>dekhiye, main is se pehle kai bar keh chuka hoon ke sab se pehla kaam hai deconditioning. kyunke har aadmi jo hai, jo paida hota hai, to paida hote hi us ki conditioning shuru ho jati hai.</w:t>
      </w:r>
    </w:p>
    <w:p>
      <w:pPr>
        <w:jc w:val="right"/>
      </w:pPr>
      <w:r>
        <w:t>دیکھیے، میں اس سے پہلے کئی بار کہہ چکا ہوں کہ سب سے پہلا کام ہے ڈی کنڈیشننگ۔ کیونکہ ہر آدمی جو ہے، جو پیدا ہوتا ہے، تو پیدا ہوتے ہی اس کی کنڈیشننگ شروع ہو جاتی ہے۔</w:t>
      </w:r>
    </w:p>
    <w:p>
      <w:r>
        <w:rPr>
          <w:b/>
        </w:rPr>
        <w:t xml:space="preserve">[48:45] </w:t>
      </w:r>
      <w:r>
        <w:t>jaisa ke hadith mein aata hai ke "kullu mawludin yuladu 'alal fitrati wa abawahu yuhawwidanihi wa yunasirraanihi wa yumajisanihi".</w:t>
      </w:r>
    </w:p>
    <w:p>
      <w:pPr>
        <w:jc w:val="right"/>
      </w:pPr>
      <w:r>
        <w:t>جیسا کہ حدیث میں آتا ہے کہ کل مولدین یولدوا على الفطرة وبواه یحبدانہ ومجسانه ونصرانہ ۔</w:t>
      </w:r>
    </w:p>
    <w:p>
      <w:r>
        <w:rPr>
          <w:b/>
        </w:rPr>
        <w:t xml:space="preserve">[48:54] </w:t>
      </w:r>
      <w:r>
        <w:t>har bachcha paida hota hai nature par. p</w:t>
      </w:r>
    </w:p>
    <w:p>
      <w:pPr>
        <w:jc w:val="right"/>
      </w:pPr>
      <w:r>
        <w:t>ہر بچہ پیدا ہوتا ہے نیچر پر۔ پ</w:t>
      </w:r>
    </w:p>
    <w:p>
      <w:r>
        <w:rPr>
          <w:b/>
        </w:rPr>
        <w:t xml:space="preserve">[48:59] </w:t>
      </w:r>
      <w:r>
        <w:t>har us ke maa baap us ko</w:t>
      </w:r>
    </w:p>
    <w:p>
      <w:pPr>
        <w:jc w:val="right"/>
      </w:pPr>
      <w:r>
        <w:t>ھر اس کے ماں باپ اس کو</w:t>
      </w:r>
    </w:p>
    <w:p>
      <w:r>
        <w:rPr>
          <w:b/>
        </w:rPr>
        <w:t xml:space="preserve">[49:04] </w:t>
      </w:r>
      <w:r>
        <w:t>Yahudi, Nasrani, Majusi bana dete hain. yeh hai conditioning. is hadith mein jo baat batai gayi hai, woh conditioning.</w:t>
      </w:r>
    </w:p>
    <w:p>
      <w:pPr>
        <w:jc w:val="right"/>
      </w:pPr>
      <w:r>
        <w:t>یہودی، نصرانی، مجوسی بنا دیتے ہیں۔ یہ ہے کنڈیشننگ۔ اس حدیث میں جو بات بتائی گئی ہے، وہ کنڈیشننگ۔</w:t>
      </w:r>
    </w:p>
    <w:p>
      <w:r>
        <w:rPr>
          <w:b/>
        </w:rPr>
        <w:t xml:space="preserve">[49:14] </w:t>
      </w:r>
      <w:r>
        <w:t>yani ghar ki conditioning, mahaul ki conditioning, education ki conditioning, us ko badal deti hai.</w:t>
      </w:r>
    </w:p>
    <w:p>
      <w:pPr>
        <w:jc w:val="right"/>
      </w:pPr>
      <w:r>
        <w:t>یعنی گھر کی کنڈیشننگ، ماحول کی کنڈیشننگ، ایجوکیشن کی کنڈیشننگ، اس کو بدل دیتی ہے۔</w:t>
      </w:r>
    </w:p>
    <w:p>
      <w:r>
        <w:rPr>
          <w:b/>
        </w:rPr>
        <w:t xml:space="preserve">[49:23] </w:t>
      </w:r>
      <w:r>
        <w:t>to paida jo hota hai aadmi, uska master nature hota hai. lekin conditioning hote hote kuch se kuch ho jata hai woh. misconditioned ho jata hai woh.</w:t>
      </w:r>
    </w:p>
    <w:p>
      <w:pPr>
        <w:jc w:val="right"/>
      </w:pPr>
      <w:r>
        <w:t>تو پیدا جو ہوتا ہے آدمی، اس کا مسٹر نیچر ہوتا ہے۔ لیکن کنڈیشننگ ہوتے ہوتے ہوئے کچھ سے کچھ ہو جاتا ہے وہ۔ مسڈ کنڈیشنڈ ہو جاتا ہے وہ۔</w:t>
      </w:r>
    </w:p>
    <w:p>
      <w:r>
        <w:rPr>
          <w:b/>
        </w:rPr>
        <w:t xml:space="preserve">[49:33] </w:t>
      </w:r>
      <w:r>
        <w:t>yeh hamein yeh yeh masla bahut pehle se tha duniya mein. dekhiye, aap Quran ko padhiye.</w:t>
      </w:r>
    </w:p>
    <w:p>
      <w:pPr>
        <w:jc w:val="right"/>
      </w:pPr>
      <w:r>
        <w:t>یہ ہمیں یہ یہ مسئلہ بہت پہلے سے تھا دنیا میں۔ دیکھیے، آپ قرآن کو پڑھئے۔</w:t>
      </w:r>
    </w:p>
    <w:p>
      <w:r>
        <w:rPr>
          <w:b/>
        </w:rPr>
        <w:t xml:space="preserve">[49:45] </w:t>
      </w:r>
      <w:r>
        <w:t>hazrat ibrahim ke jo waqiat hain quran mein, is mein aik baat yeh batai gayi hai ke</w:t>
      </w:r>
    </w:p>
    <w:p>
      <w:pPr>
        <w:jc w:val="right"/>
      </w:pPr>
      <w:r>
        <w:t>حضرت ابراہیم کے جو واقعات ہیں قرآن میں، اس میں ایک بات یہ بتائی گئی ہے کہ</w:t>
      </w:r>
    </w:p>
    <w:p>
      <w:r>
        <w:rPr>
          <w:b/>
        </w:rPr>
        <w:t xml:space="preserve">[49:53] </w:t>
      </w:r>
      <w:r>
        <w:t>hazrat ibrahim ne jab iraq mein, aap jante hain ke hazrat ibrahim paida hue thay iraq mein, us waqt is shehar ka naam ur tha.</w:t>
      </w:r>
    </w:p>
    <w:p>
      <w:pPr>
        <w:jc w:val="right"/>
      </w:pPr>
      <w:r>
        <w:t>حضرت ابراہیم نے جب عراق میں، آپ جانتے ہیں کہ حضرت ابراہیم پیدا ہوئے تھے عراق میں، اس وقت اس شہر کا نام عُر تھا۔</w:t>
      </w:r>
    </w:p>
    <w:p>
      <w:r>
        <w:rPr>
          <w:b/>
        </w:rPr>
        <w:t xml:space="preserve">[50:03] </w:t>
      </w:r>
      <w:r>
        <w:t>u-r . yeh ur jo hai, zameen mein dab gaya tha. ab woh aik excavation ke zariye woh nikal aaya hai bahar.</w:t>
      </w:r>
    </w:p>
    <w:p>
      <w:pPr>
        <w:jc w:val="right"/>
      </w:pPr>
      <w:r>
        <w:t>U-R ۔ یہ عُر جو ہے، زمین میں دب گیا تھا۔ اب وہ ایک ایکسکیویشن کے ذریعے وہ نکل آیا ہے باہر۔</w:t>
      </w:r>
    </w:p>
    <w:p>
      <w:r>
        <w:rPr>
          <w:b/>
        </w:rPr>
        <w:t xml:space="preserve">[50:12] </w:t>
      </w:r>
      <w:r>
        <w:t>ab log ja kar dekhte hain, tourist is ko.</w:t>
      </w:r>
    </w:p>
    <w:p>
      <w:pPr>
        <w:jc w:val="right"/>
      </w:pPr>
      <w:r>
        <w:t>اب لوگ جا کر دیکھتے ہیں، ٹورسٹ اس کو۔</w:t>
      </w:r>
    </w:p>
    <w:p>
      <w:r>
        <w:rPr>
          <w:b/>
        </w:rPr>
        <w:t xml:space="preserve">[50:15] </w:t>
      </w:r>
      <w:r>
        <w:t>to wahan woh paida hue thay. bohat hi zabardast un ki speech thi. bohat zabardast un ki logic hua karti thi. to unhon ne wahan par movement chalai.</w:t>
      </w:r>
    </w:p>
    <w:p>
      <w:pPr>
        <w:jc w:val="right"/>
      </w:pPr>
      <w:r>
        <w:t>تو وہاں وہ پیدا ہوئے تھے۔ بہت ہی زبردست ان کی اسپیچ تھی۔ بہت زبردست ان کی لاجک ہوا کرتی تھی۔ تو انہوں نے وہاں پر موومنٹ چلائی۔</w:t>
      </w:r>
    </w:p>
    <w:p>
      <w:r>
        <w:rPr>
          <w:b/>
        </w:rPr>
        <w:t xml:space="preserve">[50:25] </w:t>
      </w:r>
      <w:r>
        <w:t>"one ness of god" . ki taraf bulaya logon ko. to woh kuch wahan ke jo sardar thay, jo baray log thay, unhon ne socha ke yeh to hamare chha jayenge, hamare logon ke upar.</w:t>
      </w:r>
    </w:p>
    <w:p>
      <w:pPr>
        <w:jc w:val="right"/>
      </w:pPr>
      <w:r>
        <w:t>"One Ness of God" ۔ کی طرف بلایا لوگوں کو۔ تو وہ کچھ وہاں کے جو سردار تھے، جو بڑے لوگ تھے، انہوں نے سوچا کہ یہ تو ہمارے چھا جائیں گے، ہمارے لوگوں کے اوپر۔</w:t>
      </w:r>
    </w:p>
    <w:p>
      <w:r>
        <w:rPr>
          <w:b/>
        </w:rPr>
        <w:t xml:space="preserve">[50:38] </w:t>
      </w:r>
      <w:r>
        <w:t>to jaisa ke quran mein aata hai ke un ko aag mein dal diya.</w:t>
      </w:r>
    </w:p>
    <w:p>
      <w:pPr>
        <w:jc w:val="right"/>
      </w:pPr>
      <w:r>
        <w:t>تو جیسا کہ قرآن میں آتا ہے کہ ان کو آگ میں ڈال دیا۔</w:t>
      </w:r>
    </w:p>
    <w:p>
      <w:r>
        <w:rPr>
          <w:b/>
        </w:rPr>
        <w:t xml:space="preserve">[50:42] </w:t>
      </w:r>
      <w:r>
        <w:t>to us waqt jo kaha unhon ne, to quran mein aaya hai ke unhon ne kaha ke "ansiro alhatakum" .</w:t>
      </w:r>
    </w:p>
    <w:p>
      <w:pPr>
        <w:jc w:val="right"/>
      </w:pPr>
      <w:r>
        <w:t>تو اس وقت جو کہا انہوں نے، تو قرآن میں آیا ہے کہ انہوں نے کہا کہ "انْصِرُوا آلِهَتَكُمْ" ۔</w:t>
      </w:r>
    </w:p>
    <w:p>
      <w:r>
        <w:rPr>
          <w:b/>
        </w:rPr>
        <w:t xml:space="preserve">[50:53] </w:t>
      </w:r>
      <w:r>
        <w:t>"ansiro alhatakum" . "let us save our gods" . hamare jo gods hain, hamare jo devta hain, hamara jo mazhab hai, is ko bachao.</w:t>
      </w:r>
    </w:p>
    <w:p>
      <w:pPr>
        <w:jc w:val="right"/>
      </w:pPr>
      <w:r>
        <w:t>"انْصِرُوا آلِهَتَكُمْ" ۔ "Let us save our gods" ۔ ہمارے جو گاڈز ہیں، ہمارے جو دیوتا ہیں، ہمارا جو مذہب ہے، اس کو بچاؤ۔</w:t>
      </w:r>
    </w:p>
    <w:p>
      <w:r>
        <w:rPr>
          <w:b/>
        </w:rPr>
        <w:t xml:space="preserve">[51:06] </w:t>
      </w:r>
      <w:r>
        <w:t>"let us save our gods" .</w:t>
      </w:r>
    </w:p>
    <w:p>
      <w:pPr>
        <w:jc w:val="right"/>
      </w:pPr>
      <w:r>
        <w:t>"Let us save our gods" ۔</w:t>
      </w:r>
    </w:p>
    <w:p>
      <w:r>
        <w:rPr>
          <w:b/>
        </w:rPr>
        <w:t xml:space="preserve">[51:10] </w:t>
      </w:r>
      <w:r>
        <w:t>is liye unhon ne un ko aag mein dhakel diya. yeh kya cheez thi? hamesha aisa hota hai ke jo log aik aik prevalent jo culture hai, aik prevalent jo mazhab hai, us ke upar kuch log leader, leader ban jate hain.</w:t>
      </w:r>
    </w:p>
    <w:p>
      <w:pPr>
        <w:jc w:val="right"/>
      </w:pPr>
      <w:r>
        <w:t>اس لیے انہوں نے ان کو آگ میں دھکیل دیا۔ یہ کیا چیز تھی؟ ہمیشہ ایسا ہوتا ہے کہ جو لوگ ایک ایک پریولینٹ جو کلچر ہے، ایک پریولینٹ جو مذہب ہے، اس کے اوپر کچھ لوگ لیڈر، لیڈر بن جاتے ہیں۔</w:t>
      </w:r>
    </w:p>
    <w:p>
      <w:r>
        <w:rPr>
          <w:b/>
        </w:rPr>
        <w:t xml:space="preserve">[51:25] </w:t>
      </w:r>
      <w:r>
        <w:t>ab agar woh na rahe to leaderi khatam ho jaye un ki. to yeh log is ko chahte hain ke crash kar ke khatam karen taake un ki leaderi baqi rahe.</w:t>
      </w:r>
    </w:p>
    <w:p>
      <w:pPr>
        <w:jc w:val="right"/>
      </w:pPr>
      <w:r>
        <w:t>اب اگر وہ نہ رہے تو لیڈری ختم ہو جائے ان کی۔ تو یہ لوگ اس کو چاہتے ہیں کہ کریش کر کے ختم کریں تاکہ ان کی لیڈری باقی رہے۔</w:t>
      </w:r>
    </w:p>
    <w:p>
      <w:r>
        <w:rPr>
          <w:b/>
        </w:rPr>
        <w:t xml:space="preserve">[51:37] </w:t>
      </w:r>
      <w:r>
        <w:t>to unhon ne kaha ke aao hum bachayen apne gods ko, apne devtaon ko, apne mazhab ko. yahi har zamanay mein hua hai.</w:t>
      </w:r>
    </w:p>
    <w:p>
      <w:pPr>
        <w:jc w:val="right"/>
      </w:pPr>
      <w:r>
        <w:t>تو انہوں نے کہا کہ آؤ ہم بچائیں اپنے گاڈز کو، اپنے دیوتاؤں کو، اپنے مذہب کو۔ یہی ہر زمانے میں ہوا ہے۔</w:t>
      </w:r>
    </w:p>
    <w:p>
      <w:r>
        <w:rPr>
          <w:b/>
        </w:rPr>
        <w:t xml:space="preserve">[51:47] </w:t>
      </w:r>
      <w:r>
        <w:t>har zamanay mein hua hai. to yeh jo yeh jo situation thi wahan par ke conditioning ki wajah se us waqt shirk, aap jante hain ke us waqt shirk ki civilization chhai hui thi sari duniya par.</w:t>
      </w:r>
    </w:p>
    <w:p>
      <w:pPr>
        <w:jc w:val="right"/>
      </w:pPr>
      <w:r>
        <w:t>ہر زمانے میں ہوا ہے۔ تو یہ جو یہ جو سچوئیشن تھی وہاں پر کہ کنڈیشننگ کی وجہ سے اس وقت شرک، آپ جانتے ہیں کہ اس وقت شرک کی سیولائزیشن چھائی ہوئی تھی ساری دنیا پر۔</w:t>
      </w:r>
    </w:p>
    <w:p>
      <w:r>
        <w:rPr>
          <w:b/>
        </w:rPr>
        <w:t xml:space="preserve">[52:03] </w:t>
      </w:r>
      <w:r>
        <w:t>to log shirk mein condition ho jate</w:t>
      </w:r>
    </w:p>
    <w:p>
      <w:pPr>
        <w:jc w:val="right"/>
      </w:pPr>
      <w:r>
        <w:t>تو لوگ شرک میں کنڈیشن ہو جات</w:t>
      </w:r>
    </w:p>
    <w:p>
      <w:r>
        <w:rPr>
          <w:b/>
        </w:rPr>
        <w:t xml:space="preserve">[52:05] </w:t>
      </w:r>
      <w:r>
        <w:t>the. paida hote hi sara jo ghar ka mahol, ghar se bahar ka mahol, sab kuch shirk mein dooba hua tha.</w:t>
      </w:r>
    </w:p>
    <w:p>
      <w:pPr>
        <w:jc w:val="right"/>
      </w:pPr>
      <w:r>
        <w:t>ے تھے۔ پیدا ہوتے ہی سارا جو گھر کا ماحول، گھر سے باہر کا ماحول، سب کچھ شرک میں ڈوبا ہوا تھا۔</w:t>
      </w:r>
    </w:p>
    <w:p>
      <w:r>
        <w:rPr>
          <w:b/>
        </w:rPr>
        <w:t xml:space="preserve">[52:15] </w:t>
      </w:r>
      <w:r>
        <w:t>to sab log ki soch, mushkana soch ban jati thi. to us waqt ki civilization jo thi, woh base karti thi shirk ke upar.</w:t>
      </w:r>
    </w:p>
    <w:p>
      <w:pPr>
        <w:jc w:val="right"/>
      </w:pPr>
      <w:r>
        <w:t>تو سب لوگ کی سوچ، مشکانہ سوچ بن جاتی تھی۔ تو اس وقت کی سیولائزیشن جو تھی، وہ بیس کرتی تھی شرک کے اوپر۔</w:t>
      </w:r>
    </w:p>
    <w:p>
      <w:r>
        <w:rPr>
          <w:b/>
        </w:rPr>
        <w:t xml:space="preserve">[52:26] </w:t>
      </w:r>
      <w:r>
        <w:t>to allah taala ne unhein hukum diya ke tum jao aur desert mein, yani makkah ke paas, desert mein aik generation banao.</w:t>
      </w:r>
    </w:p>
    <w:p>
      <w:pPr>
        <w:jc w:val="right"/>
      </w:pPr>
      <w:r>
        <w:t>تو اللہ تعالیٰ نے انہیں حکم دیا کہ تم جاؤ اور ڈیزرٹ میں، یعنی مکہ کے پاس، ڈیزرٹ میں ایک جنریشن بناؤ۔</w:t>
      </w:r>
    </w:p>
    <w:p>
      <w:r>
        <w:rPr>
          <w:b/>
        </w:rPr>
        <w:t xml:space="preserve">[52:33] </w:t>
      </w:r>
      <w:r>
        <w:t>yani civilized world ko chhod kar in civilized world mein. yani iraq jo tha, aap jante hain ke iraq jo hai, is ko mesopotamia kaha jata hai.</w:t>
      </w:r>
    </w:p>
    <w:p>
      <w:pPr>
        <w:jc w:val="right"/>
      </w:pPr>
      <w:r>
        <w:t>یعنی سیولائزڈ ورلڈ کو چھوڑ کر ان سیولائزڈ ورلڈ میں۔ یعنی عراق جو تھا، آپ جانتے ہیں کہ عراق جو ہے، اس کو میسوپوٹیمیا کہا جاتا ہے۔</w:t>
      </w:r>
    </w:p>
    <w:p>
      <w:r>
        <w:rPr>
          <w:b/>
        </w:rPr>
        <w:t xml:space="preserve">[52:43] </w:t>
      </w:r>
      <w:r>
        <w:t>mesopotamia. sab se pehli civilization isi area mein bani. history ki sab se bari civilization yahi bani mesopotamia mein, jis ko iraq kaha jata hai.</w:t>
      </w:r>
    </w:p>
    <w:p>
      <w:pPr>
        <w:jc w:val="right"/>
      </w:pPr>
      <w:r>
        <w:t>میسوپوٹیمیا۔ سب سے پہلی سیولائزیشن اسی ایریا میں بنی۔ ہسٹری کی سب سے بڑی سیولائزیشن یہی بنی میسوپوٹیمیا میں، جس کو عراق کہا جاتا ہے۔</w:t>
      </w:r>
    </w:p>
    <w:p>
      <w:r>
        <w:rPr>
          <w:b/>
        </w:rPr>
        <w:t xml:space="preserve">[52:54] </w:t>
      </w:r>
      <w:r>
        <w:t>to allah ne hukum diya ke yeh civilized world jo hai, is mein log conditioned ho gaye hain shirk par. ab tum in civilized world mein ja kar ke aik generation banao.</w:t>
      </w:r>
    </w:p>
    <w:p>
      <w:pPr>
        <w:jc w:val="right"/>
      </w:pPr>
      <w:r>
        <w:t>تو اللہ نے حکم دیا کہ یہ سیولائزڈ ورلڈ جو ہے، اس میں لوگ کنڈیشنڈ ہو گئے ہیں شرک پر۔ اب تم ان سیولائزڈ ورلڈ میں جا کر کے ایک جنریشن بناؤ۔</w:t>
      </w:r>
    </w:p>
    <w:p>
      <w:r>
        <w:rPr>
          <w:b/>
        </w:rPr>
        <w:t xml:space="preserve">[53:05] </w:t>
      </w:r>
      <w:r>
        <w:t>to chunache hazrat khwaja ko jab basaya unhon ne makkah mein, yeh kya tha? yeh tha yeh ke woh to mr, jitne bhi thay, woh mr condition bane hue thay.</w:t>
      </w:r>
    </w:p>
    <w:p>
      <w:pPr>
        <w:jc w:val="right"/>
      </w:pPr>
      <w:r>
        <w:t>تو چنانچہ حضرت خواجہ کو جب بسایا انہوں نے مکہ میں، یہ کیا تھا؟ یہ تھا یہ کہ وہ تو مسٹر، جتنے بھی تھے، وہ مسٹر کنڈیشن بنے ہوئے تھے۔</w:t>
      </w:r>
    </w:p>
    <w:p>
      <w:r>
        <w:rPr>
          <w:b/>
        </w:rPr>
        <w:t xml:space="preserve">[53:15] </w:t>
      </w:r>
      <w:r>
        <w:t>ab logon ko mr nature banana tha. yani condition se nikalne ke baad jo insan banta hai, woh kya hota hai? woh nature hota hai.</w:t>
      </w:r>
    </w:p>
    <w:p>
      <w:pPr>
        <w:jc w:val="right"/>
      </w:pPr>
      <w:r>
        <w:t>اب لوگوں کو مسٹر نیچر بنانا تھا۔ یعنی کنڈیشن سے نکالنے کے بعد جو انسان بنتا ہے، وہ کیا ہوتا ہے؟ وہ نیچر ہوتا ہے۔</w:t>
      </w:r>
    </w:p>
    <w:p>
      <w:r>
        <w:rPr>
          <w:b/>
        </w:rPr>
        <w:t xml:space="preserve">[53:24] </w:t>
      </w:r>
      <w:r>
        <w:t>woh nature hota hai. to yeh aik qaum banai gayi, aik nation banai gayi. jo yeh yeh jo desert mein jo yeh jo hazrat haajra se jo jo struggle shuru hui, haqeeqat woh deconditioning ki struggle thi.</w:t>
      </w:r>
    </w:p>
    <w:p>
      <w:pPr>
        <w:jc w:val="right"/>
      </w:pPr>
      <w:r>
        <w:t>وہ نیچر ہوتا ہے۔ تو یہ ایک قوم بنائی گئی، ایک نیشن بنائی گئی۔ جو یہ یہ جو ڈیزرٹ میں جو یہ جو حضرت ہاجرہ سے جو جو اسٹرگل شروع ہوئی، حقیقت وہ ڈی کنڈیشننگ کی اسٹرگل تھی۔</w:t>
      </w:r>
    </w:p>
    <w:p>
      <w:r>
        <w:rPr>
          <w:b/>
        </w:rPr>
        <w:t xml:space="preserve">[53:44] </w:t>
      </w:r>
      <w:r>
        <w:t>to dekhiye, aik hota hai individual deconditioning. aik aadmi ko liya aap ne, us ko aap samjha rahe hain. aik hai universal deconditioning.</w:t>
      </w:r>
    </w:p>
    <w:p>
      <w:pPr>
        <w:jc w:val="right"/>
      </w:pPr>
      <w:r>
        <w:t>تو دیکھیے، ایک ہوتا ہے انڈیویجول ڈی کنڈیشننگ۔ ایک آدمی کو لیا آپ نے، اس کو آپ سمجھا رہے ہیں۔ ایک ہے یونیورسل ڈی کنڈیشننگ۔</w:t>
      </w:r>
    </w:p>
    <w:p>
      <w:r>
        <w:rPr>
          <w:b/>
        </w:rPr>
        <w:t xml:space="preserve">[53:54] </w:t>
      </w:r>
      <w:r>
        <w:t>to yeh tha universal de conditioning tha. yani hazrat hajra ke zariye jo wahan kaam hua, woh tha universal de conditioning. ek bari generation banai jaye jo conditioning se pak ho.</w:t>
      </w:r>
    </w:p>
    <w:p>
      <w:pPr>
        <w:jc w:val="right"/>
      </w:pPr>
      <w:r>
        <w:t>تو یہ تھا یونیورسل ڈی کنڈیشننگ تھا۔ یعنی حضرت ہاجرہ کے ذریعے جو وہاں کام ہوا، وہ تھا یونیورسل ڈی کنڈیشننگ۔ ایک بڑی جنریشن بنائی جائے جو کنڈیشننگ سے پاک ہو۔</w:t>
      </w:r>
    </w:p>
    <w:p>
      <w:r>
        <w:rPr>
          <w:b/>
        </w:rPr>
        <w:t xml:space="preserve">[54:07] </w:t>
      </w:r>
      <w:r>
        <w:t>jis mein har ek aadmi mister nature ho.</w:t>
      </w:r>
    </w:p>
    <w:p>
      <w:pPr>
        <w:jc w:val="right"/>
      </w:pPr>
      <w:r>
        <w:t>جس میں ہر ایک آدمی مسٹر نیچر ہو۔</w:t>
      </w:r>
    </w:p>
    <w:p>
      <w:r>
        <w:rPr>
          <w:b/>
        </w:rPr>
        <w:t xml:space="preserve">[54:09] </w:t>
      </w:r>
      <w:r>
        <w:t>yehi log thay jin se ke sahaba karam bane, jin se rasool allah ne apni team banai. aur jo log bohat aasani se samajh lete thay, yani religion of nature ko.</w:t>
      </w:r>
    </w:p>
    <w:p>
      <w:pPr>
        <w:jc w:val="right"/>
      </w:pPr>
      <w:r>
        <w:t>یہی لوگ تھے جن سے کہ صحابہ کرام بنے، جن سے رسول اللہ نے اپنی ٹیم بنائی۔ اور جو لوگ بہت آسانی سے سمجھ لیتے تھے، یعنی ریلیجن آف نیچر کو۔</w:t>
      </w:r>
    </w:p>
    <w:p>
      <w:r>
        <w:rPr>
          <w:b/>
        </w:rPr>
        <w:t xml:space="preserve">[54:22] </w:t>
      </w:r>
      <w:r>
        <w:t>kyunke un ki conditioning jo hai, is is desert mein tod tod dali gayi thi. is mein se jitne bhi log thay, woh un ki, is ki, woh un, woh mister nature thay, woh de conditioning ki wajah se.</w:t>
      </w:r>
    </w:p>
    <w:p>
      <w:pPr>
        <w:jc w:val="right"/>
      </w:pPr>
      <w:r>
        <w:t>کیونکہ ان کی کنڈیشننگ جو ہے، اس اس ڈیزرٹ میں توڑ توڑ ڈالی گئی تھی۔ اس میں سے جتنے بھی لوگ تھے، وہ ان کی، اس کی، وہ ان، وہ مسٹر نیچر تھے، وہ ڈی کنڈیشننگ کی وجہ سے۔</w:t>
      </w:r>
    </w:p>
    <w:p>
      <w:r>
        <w:rPr>
          <w:b/>
        </w:rPr>
        <w:t xml:space="preserve">[54:38] </w:t>
      </w:r>
      <w:r>
        <w:t>to yeh main samajhta hoon ke history mein do baar aisa hua hai ke jis ko main kehta hoon universal de conditioning. ek tha desert mein, hazrat hajra ke zamanay mein hua.</w:t>
      </w:r>
    </w:p>
    <w:p>
      <w:pPr>
        <w:jc w:val="right"/>
      </w:pPr>
      <w:r>
        <w:t>تو یہ میں سمجھتا ہوں کہ ہسٹری میں دو بار ایسا ہوا ہے کہ جس کو میں کہتا ہوں یونیورسل ڈی کنڈیشننگ۔ ایک تھا ڈیزرٹ میں، حضرت ہاجرہ کے زمانے میں ہوا۔</w:t>
      </w:r>
    </w:p>
    <w:p>
      <w:r>
        <w:rPr>
          <w:b/>
        </w:rPr>
        <w:t xml:space="preserve">[54:47] </w:t>
      </w:r>
      <w:r>
        <w:t>doosra is zamanay mein. jis cheez ko log kehte hain ke hamari sari nasal jo hai, woh western civilization ki taraf ja rahi hai, western culture ki taraf ja rahi hai.</w:t>
      </w:r>
    </w:p>
    <w:p>
      <w:pPr>
        <w:jc w:val="right"/>
      </w:pPr>
      <w:r>
        <w:t>دوسرا اس زمانے میں۔ جس چیز کو لوگ کہتے ہیں کہ ہماری ساری نسل جو ہے، وہ ویسٹرن سیولائزیشن کی طرف جا رہی ہے، ویسٹرن کلچر کی طرف جا رہی ہے۔</w:t>
      </w:r>
    </w:p>
    <w:p>
      <w:r>
        <w:rPr>
          <w:b/>
        </w:rPr>
        <w:t xml:space="preserve">[54:59] </w:t>
      </w:r>
      <w:r>
        <w:t>mere nazar qadar yeh de conditioning hai.</w:t>
      </w:r>
    </w:p>
    <w:p>
      <w:pPr>
        <w:jc w:val="right"/>
      </w:pPr>
      <w:r>
        <w:t>میرے نظر قدر یہ ڈی کنڈیشننگ ہے۔</w:t>
      </w:r>
    </w:p>
    <w:p>
      <w:r>
        <w:rPr>
          <w:b/>
        </w:rPr>
        <w:t xml:space="preserve">[55:02] </w:t>
      </w:r>
      <w:r>
        <w:t>sari nai nasal jo hai, woh universityon mein, collegeon mein aur schoolon mein, is ki de conditioning ho rahi hai. yani is ko phir se banaya ja raha hai ke tum hat kar socho.</w:t>
      </w:r>
    </w:p>
    <w:p>
      <w:pPr>
        <w:jc w:val="right"/>
      </w:pPr>
      <w:r>
        <w:t>ساری نئی نسل جو ہے، وہ یونیورسٹیوں میں، کالجوں میں اور اسکولوں میں، اس کی ڈی کنڈیشننگ ہو رہی ہے۔ یعنی اس کو پھر سے بنایا جا رہا ہے کہ تم ہٹ کر سوچو۔</w:t>
      </w:r>
    </w:p>
    <w:p>
      <w:r>
        <w:rPr>
          <w:b/>
        </w:rPr>
        <w:t xml:space="preserve">[55:15] </w:t>
      </w:r>
      <w:r>
        <w:t>yani tradition se bahar aa kar socho. superstition se bahar aa kar socho. baap dada ke tareeqon se bahar aa kar socho. yehi to de conditioning hai.</w:t>
      </w:r>
    </w:p>
    <w:p>
      <w:pPr>
        <w:jc w:val="right"/>
      </w:pPr>
      <w:r>
        <w:t>یعنی ٹریڈیشن سے باہر آ کر سوچو۔ سپریسٹیشن سے باہر آ کر سوچو۔ باپ دادا کے طریقوں سے باہر آ کر سوچو۔ یہی تو ڈی کنڈیشننگ ہے۔</w:t>
      </w:r>
    </w:p>
    <w:p>
      <w:r>
        <w:rPr>
          <w:b/>
        </w:rPr>
        <w:t xml:space="preserve">[55:26] </w:t>
      </w:r>
      <w:r>
        <w:t>yehi to de conditioning hai.</w:t>
      </w:r>
    </w:p>
    <w:p>
      <w:pPr>
        <w:jc w:val="right"/>
      </w:pPr>
      <w:r>
        <w:t>یہی تو ڈی کنڈیشننگ ہے۔</w:t>
      </w:r>
    </w:p>
    <w:p>
      <w:r>
        <w:rPr>
          <w:b/>
        </w:rPr>
        <w:t xml:space="preserve">[55:29] </w:t>
      </w:r>
      <w:r>
        <w:t>log logon ke mind par past ka poora ek bojh hota tha. past ka culture. baap dada ka culture.</w:t>
      </w:r>
    </w:p>
    <w:p>
      <w:pPr>
        <w:jc w:val="right"/>
      </w:pPr>
      <w:r>
        <w:t>لوگ لوگوں کے مائنڈ پر پاسٹ کا پورا ایک بوجھ ہوتا تھا۔ پاسٹ کا کلچر۔ باپ دادا کا کلچر۔</w:t>
      </w:r>
    </w:p>
    <w:p>
      <w:r>
        <w:rPr>
          <w:b/>
        </w:rPr>
        <w:t xml:space="preserve">[55:40] </w:t>
      </w:r>
      <w:r>
        <w:t>samaj ka culture. isi ko le kar dunya mein aate thay woh log. lekin is zamanay mein chunke jo scientific zamana aaya, to science ne pehli baar dunya mein yeh kiya ke har cheez par shakk karna sikhaya.</w:t>
      </w:r>
    </w:p>
    <w:p>
      <w:pPr>
        <w:jc w:val="right"/>
      </w:pPr>
      <w:r>
        <w:t>سماج کا کلچر۔ اسی کو لے کر دنیا میں آتے تھے وہ لوگ۔ لیکن اس زمانے میں چونکہ جو سائنٹیفک زمانہ آیا، تو سائنس نے پہلی بار دنیا میں یہ کیا کہ ہر چیز پر شک کرنا سکھایا۔</w:t>
      </w:r>
    </w:p>
    <w:p>
      <w:r>
        <w:rPr>
          <w:b/>
        </w:rPr>
        <w:t xml:space="preserve">[55:54] </w:t>
      </w:r>
      <w:r>
        <w:t>will to doubt</w:t>
      </w:r>
    </w:p>
    <w:p>
      <w:pPr>
        <w:jc w:val="right"/>
      </w:pPr>
      <w:r>
        <w:t>Will to doubt</w:t>
      </w:r>
    </w:p>
    <w:p>
      <w:r>
        <w:rPr>
          <w:b/>
        </w:rPr>
        <w:t xml:space="preserve">[55:57] </w:t>
      </w:r>
      <w:r>
        <w:t>. yani pehle zamanay mein yeh hota tha aadmi apni zindagi ko shuru karta tha "i know" se. ab yeh hua scientific culture mein ke aadmi shuru karne laga "i don't know" se.</w:t>
      </w:r>
    </w:p>
    <w:p>
      <w:pPr>
        <w:jc w:val="right"/>
      </w:pPr>
      <w:r>
        <w:t>۔ یعنی پہلے زمانے میں یہ ہوتا تھا آدمی اپنی زندگی کو شروع کرتا تھا "I know" سے۔ اب یہ ہوا سائنٹیفک کلچر میں کہ آدمی شروع کرنے لگا "I don't know" سے۔</w:t>
      </w:r>
    </w:p>
    <w:p>
      <w:r>
        <w:rPr>
          <w:b/>
        </w:rPr>
        <w:t xml:space="preserve">[56:10] </w:t>
      </w:r>
      <w:r>
        <w:t>jaise mashhoor jo waqea hai seb ka, ke seb gira to us ko dekha newton ne. to use sochne laga ke newton ne ke ooper se neechay kyun aaya seb?</w:t>
      </w:r>
    </w:p>
    <w:p>
      <w:pPr>
        <w:jc w:val="right"/>
      </w:pPr>
      <w:r>
        <w:t>جیسے مشہور جو واقعہ ہے سیب کا، کہ سیب گرا تو اس کو دیکھا نیوٹن نے۔ تو اسے سوچنے لگا کہ نیوٹن نے کہ اوپر سے نیچے کیوں آیا سیب؟</w:t>
      </w:r>
    </w:p>
    <w:p>
      <w:r>
        <w:rPr>
          <w:b/>
        </w:rPr>
        <w:t xml:space="preserve">[56:21] </w:t>
      </w:r>
      <w:r>
        <w:t>to saare logon ne, yani history mein is se pehle kabhi is kisi ne socha nahi tha ke seb ooper se neechay kyun aaya. kyun?</w:t>
      </w:r>
    </w:p>
    <w:p>
      <w:pPr>
        <w:jc w:val="right"/>
      </w:pPr>
      <w:r>
        <w:t>تو سارے لوگوں نے، یعنی ہسٹری میں اس سے پہلے کبھی اس کسی نے سوچا نہیں تھا کہ سیب اوپر سے نیچے کیوں آیا۔ کیوں؟</w:t>
      </w:r>
    </w:p>
    <w:p>
      <w:r>
        <w:rPr>
          <w:b/>
        </w:rPr>
        <w:t xml:space="preserve">[56:29] </w:t>
      </w:r>
      <w:r>
        <w:t>log guaranteed liya karte thay cheezon ko. woh samajhte thay ke "i know". newton ne pehli baar yeh sawal kiya ke "i don't know".</w:t>
      </w:r>
    </w:p>
    <w:p>
      <w:pPr>
        <w:jc w:val="right"/>
      </w:pPr>
      <w:r>
        <w:t>لوگ فار گارنٹیڈ لیا کرتے تھے چیزوں کو۔ وہ سمجھتے تھے کہ "I know"۔ نیوٹن نے پہلی بار یہ سوال کیا کہ "I don't know"۔</w:t>
      </w:r>
    </w:p>
    <w:p>
      <w:r>
        <w:rPr>
          <w:b/>
        </w:rPr>
        <w:t xml:space="preserve">[56:39] </w:t>
      </w:r>
      <w:r>
        <w:t>main nahi jaanta ke kyun seb gira hai ooper se neechay. tab ja kar ke aap jante hain ke woh scientific discovery hui jis ko aap kehte hain gravity. gravity ki daryaft hui.</w:t>
      </w:r>
    </w:p>
    <w:p>
      <w:pPr>
        <w:jc w:val="right"/>
      </w:pPr>
      <w:r>
        <w:t>میں نہیں جانتا کہ کیوں سیب گرا ہے اوپر سے نیچے۔ تب جا کر کے آپ جانتے ہیں کہ وہ سائنٹیفک ڈسکوری ہوئی جس کو آپ کہتے ہیں گریویٹی۔ گریویٹی کی دریافت ہوئی۔</w:t>
      </w:r>
    </w:p>
    <w:p>
      <w:r>
        <w:rPr>
          <w:b/>
        </w:rPr>
        <w:t xml:space="preserve">[56:51] </w:t>
      </w:r>
      <w:r>
        <w:t>to insaan ne pehli baar, pehli baar history mein aisa hua ke is se pehle log "i know" ke culture mein jeetay thay.</w:t>
      </w:r>
    </w:p>
    <w:p>
      <w:pPr>
        <w:jc w:val="right"/>
      </w:pPr>
      <w:r>
        <w:t>تو انسان نے پہلی بار، پہلی بار ہسٹری میں ایسا ہوا کہ اس سے پہلے لوگ "I know" کے کلچر میں جیتے تھے۔</w:t>
      </w:r>
    </w:p>
    <w:p>
      <w:r>
        <w:rPr>
          <w:b/>
        </w:rPr>
        <w:t xml:space="preserve">[57:03] </w:t>
      </w:r>
      <w:r>
        <w:t>"i know" ke mind ke sath jeetay thay. pehli baar yeh hua ke science ke asar ki wajah se, science ke influence ki wajah se, log "i don't know" ke is par jeenay lagay.</w:t>
      </w:r>
    </w:p>
    <w:p>
      <w:pPr>
        <w:jc w:val="right"/>
      </w:pPr>
      <w:r>
        <w:t>"I know" کے مائنڈ کے ساتھ جیتے تھے۔ پہلی بار یہ ہوا کہ سائنس کے اثر کی وجہ سے، سائنس کے انفلوئنس کی وجہ سے، لوگ "I don't know" کے اس پر جینے لگے۔</w:t>
      </w:r>
    </w:p>
    <w:p>
      <w:r>
        <w:rPr>
          <w:b/>
        </w:rPr>
        <w:t xml:space="preserve">[57:14] </w:t>
      </w:r>
      <w:r>
        <w:t>to har cheez ki scrutiny hone lagi. har cheez ke baray mein log sawal karne lagay.</w:t>
      </w:r>
    </w:p>
    <w:p>
      <w:pPr>
        <w:jc w:val="right"/>
      </w:pPr>
      <w:r>
        <w:t>تو ہر چیز کی اسکرٹنی ہونے لگی۔ ہر چیز کے بارے میں لوگ سوال کرنے لگے۔</w:t>
      </w:r>
    </w:p>
    <w:p>
      <w:r>
        <w:rPr>
          <w:b/>
        </w:rPr>
        <w:t xml:space="preserve">[57:21] </w:t>
      </w:r>
      <w:r>
        <w:t>ab jo log ke mazhab ko pichlay tradition ki base par liye bethe thay, woh un ka jawab nahi de paate thay. woh to phir "do" aur "don't" ki zaban aadi thi un ko.</w:t>
      </w:r>
    </w:p>
    <w:p>
      <w:pPr>
        <w:jc w:val="right"/>
      </w:pPr>
      <w:r>
        <w:t>اب جو لوگ کہ مذہب کو پچھلے ٹریڈیشن کی بیس پر لیے بیٹھے تھے، وہ ان کا جواب نہیں دے پاتے تھے۔ وہ تو پھر "Do" اور "Don't" کی زبان عادی تھی ان کو۔</w:t>
      </w:r>
    </w:p>
    <w:p>
      <w:r>
        <w:rPr>
          <w:b/>
        </w:rPr>
        <w:t xml:space="preserve">[57:34] </w:t>
      </w:r>
      <w:r>
        <w:t>yeh halal hai, yeh woh haram hai. yeh maano, woh na maano. lekin rational basis par woh un ka jawab nahi de paate thay. is liye frapna paida hua.</w:t>
      </w:r>
    </w:p>
    <w:p>
      <w:pPr>
        <w:jc w:val="right"/>
      </w:pPr>
      <w:r>
        <w:t>یہ حلال ہے، یہ وہ حرام ہے۔ یہ مانو، وہ نہ مانو۔ لیکن ریشنل بیسز پر وہ ان کا جواب نہیں دے پاتے تھے۔ اس لیے فراپنا پیدا ہوا۔</w:t>
      </w:r>
    </w:p>
    <w:p>
      <w:r>
        <w:rPr>
          <w:b/>
        </w:rPr>
        <w:t xml:space="preserve">[57:45] </w:t>
      </w:r>
      <w:r>
        <w:t>jo iqbal ne kaha hai ke hum yeh samjhe thay ke laye gi firaqat taleem. kya khabar thi ke chalaye ga ilhad bhi sath. yeh ilhad nahi aaya tha. yeh ek spirit of inquiry aayi thi.</w:t>
      </w:r>
    </w:p>
    <w:p>
      <w:pPr>
        <w:jc w:val="right"/>
      </w:pPr>
      <w:r>
        <w:t>جو اقبال نے کہا ہے کہ ہم یہ سمجھے تھے کہ لائے گی فراغت تعلیم۔ کیا خبر تھی کہ چلائے گا الحاد بھی ساتھ۔ یہ الحاد نہیں آیا تھا۔ یہ ایک اسپرٹ آف انکوائری آئی تھی۔</w:t>
      </w:r>
    </w:p>
    <w:p>
      <w:r>
        <w:rPr>
          <w:b/>
        </w:rPr>
        <w:t xml:space="preserve">[57:56] </w:t>
      </w:r>
      <w:r>
        <w:t>jis ko aap ne ilhad samajh liya. ya maula modoodi ne kaha ke yeh college aur universityan jo hain, yeh qatl gaah hain. slaughter house hain. slaughter house nahi thay woh.</w:t>
      </w:r>
    </w:p>
    <w:p>
      <w:pPr>
        <w:jc w:val="right"/>
      </w:pPr>
      <w:r>
        <w:t>جس کو آپ نے الحاد سمجھ لیا۔ یا مولا مودودی نے کہا کہ یہ کالج اور یونیورسٹیاں جو ہیں، یہ قتل گاہ ہیں۔ سلاٹر ہاؤس ہیں۔ سلاٹر ہاؤس نہیں تھے وہ۔</w:t>
      </w:r>
    </w:p>
    <w:p>
      <w:r>
        <w:rPr>
          <w:b/>
        </w:rPr>
        <w:t xml:space="preserve">[58:07] </w:t>
      </w:r>
      <w:r>
        <w:t>woh slaughter house nahi thay. woh deconditioning ke institutions thay woh.</w:t>
      </w:r>
    </w:p>
    <w:p>
      <w:pPr>
        <w:jc w:val="right"/>
      </w:pPr>
      <w:r>
        <w:t>وہ سلاٹر ہاؤس نہیں تھے۔ وہ ڈی کنڈیشننگ کے انسٹیٹیوشنز تھے وہ۔</w:t>
      </w:r>
    </w:p>
    <w:p>
      <w:r>
        <w:rPr>
          <w:b/>
        </w:rPr>
        <w:t xml:space="preserve">[58:13] </w:t>
      </w:r>
      <w:r>
        <w:t>yani college aur university jo hain, woh slaughter house nahi thay. deconditioning ke institutions thay. aur insaan phir se nature par laya ja raha tha ke, yani apnay mind ko free kar ke soch sakay.</w:t>
      </w:r>
    </w:p>
    <w:p>
      <w:pPr>
        <w:jc w:val="right"/>
      </w:pPr>
      <w:r>
        <w:t>یعنی کالج اور یونیورسٹیاں جو ہیں، وہ سلاٹر ہاؤس نہیں تھے۔ ڈی کنڈیشننگ کے انسٹیٹیوشنز تھے۔ اور انسان پھر سے نیچر پر لایا جا رہا تھا کہ، یعنی اپنے مائنڈ کو فری کر کے سوچ سکے۔</w:t>
      </w:r>
    </w:p>
    <w:p>
      <w:r>
        <w:rPr>
          <w:b/>
        </w:rPr>
        <w:t xml:space="preserve">[58:31] </w:t>
      </w:r>
      <w:r>
        <w:t>yeh baat mujhe bohat dinon ke baad samajh mein aayi.</w:t>
      </w:r>
    </w:p>
    <w:p>
      <w:pPr>
        <w:jc w:val="right"/>
      </w:pPr>
      <w:r>
        <w:t>یہ بات مجھے بہت دنوں کے بعد سمجھ میں آئی۔</w:t>
      </w:r>
    </w:p>
    <w:p>
      <w:r>
        <w:rPr>
          <w:b/>
        </w:rPr>
        <w:t xml:space="preserve">[58:37] </w:t>
      </w:r>
      <w:r>
        <w:t>bohat arsay tak mein kaam karta tha in logon mein jo madaris ke parhay huay hain. pichlay tradition mein jo palay barhay hain. jo apnay ko mazhabi samajhtay hain.</w:t>
      </w:r>
    </w:p>
    <w:p>
      <w:pPr>
        <w:jc w:val="right"/>
      </w:pPr>
      <w:r>
        <w:t>بہت عرصے تک میں کام کرتا تھا ان لوگوں میں جو مدرسوں کے پڑھے ہوئے ہیں۔ پچھلے ٹریڈیشن میں جو پلے بڑھے ہیں۔ جو اپنے کو مذہبی سمجھتے ہیں۔</w:t>
      </w:r>
    </w:p>
    <w:p>
      <w:r>
        <w:rPr>
          <w:b/>
        </w:rPr>
        <w:t xml:space="preserve">[58:47] </w:t>
      </w:r>
      <w:r>
        <w:t>in mein kaam karta tha. bohat dinon tak. lekin mujhe koi khaas safalta nahi mili. koi khaas success nahi mili. kyun?</w:t>
      </w:r>
    </w:p>
    <w:p>
      <w:pPr>
        <w:jc w:val="right"/>
      </w:pPr>
      <w:r>
        <w:t>ان میں کام کرتا تھا۔ بہت دنوں تک۔ لیکن مجھے کوئی خاص سफलتا نہیں ملی۔ کوئی خاص سکسیس نہیں ملی۔ کیوں؟</w:t>
      </w:r>
    </w:p>
    <w:p>
      <w:r>
        <w:rPr>
          <w:b/>
        </w:rPr>
        <w:t xml:space="preserve">[58:55] </w:t>
      </w:r>
      <w:r>
        <w:t>woh log sab ke sab conditioned thay. woh apnay buzurgon mein jeetay thay. apnay mazi ki tradition mein jeetay thay.</w:t>
      </w:r>
    </w:p>
    <w:p>
      <w:pPr>
        <w:jc w:val="right"/>
      </w:pPr>
      <w:r>
        <w:t>وہ لوگ سب کے سب کنڈیشنڈ تھے۔ وہ اپنے بزرگوں میں جیتے تھے۔ اپنے ماضی کی ٹریڈیشن میں جیتے تھے۔</w:t>
      </w:r>
    </w:p>
    <w:p>
      <w:r>
        <w:rPr>
          <w:b/>
        </w:rPr>
        <w:t xml:space="preserve">[59:05] </w:t>
      </w:r>
      <w:r>
        <w:t>baap dada ka jo tareeqa tha, us mein jeetay thay. us se bahir aa kar sochna un ke liye mumkin nahi tha. toh abhi mere paas parson telephone aaya tha Pakistan se.</w:t>
      </w:r>
    </w:p>
    <w:p>
      <w:pPr>
        <w:jc w:val="right"/>
      </w:pPr>
      <w:r>
        <w:t>باپ دادا کا جو طریقہ تھا، اس میں جیتے تھے۔ اس سے باہر آ کر سوچنا ان کے لیے ممکن نہیں تھا۔ تو ابھی میرے پاس پرسوں ٹیلہون آیا تھا پاکستان سے۔</w:t>
      </w:r>
    </w:p>
    <w:p>
      <w:r>
        <w:rPr>
          <w:b/>
        </w:rPr>
        <w:t xml:space="preserve">[59:17] </w:t>
      </w:r>
      <w:r>
        <w:t>aik sahib ka jo hamaray bohat dinon se hamari cheezen parh rahay hain. unhon ne jo baat kahi, wohi poori dunya ke liye sahi hai. unhon ne kaha ke Pakistan mein aap ka literature madaris mein toh bohat ziyada us ko, yani pas</w:t>
      </w:r>
    </w:p>
    <w:p>
      <w:pPr>
        <w:jc w:val="right"/>
      </w:pPr>
      <w:r>
        <w:t>ایک صاحب کا جو ہمارے بہت دنوں سے ہماری چیزیں پڑھ رہے ہیں۔ انہوں نے جو بات کہی، وہی پوری دنیا کے لیے صحیح ہے۔ انہوں نے کہا کہ پاکستان میں آپ کا لٹریچر مدرسوں میں تو بہت زیادہ اس کو، یعنی پس</w:t>
      </w:r>
    </w:p>
    <w:p>
      <w:r>
        <w:rPr>
          <w:b/>
        </w:rPr>
        <w:t xml:space="preserve">[59:34] </w:t>
      </w:r>
      <w:r>
        <w:t>and nahi kiya jata. log dislike kartay hain. madrasay ke log aap ke literature ko pasand nahi kartay. kyun ke madrasay mein toh jihadi baaten ki jati hain ziyada.</w:t>
      </w:r>
    </w:p>
    <w:p>
      <w:pPr>
        <w:jc w:val="right"/>
      </w:pPr>
      <w:r>
        <w:t>ند نہیں کیا جاتا۔ لوگ ڈس لائک کرتے ہیں۔ مدرسے کے لوگ آپ کے لٹریچر کو پسند نہیں کرتے۔ کیونکہ مدرسے میں تو جہادی باتیں کی جاتی ہیں زیادہ۔</w:t>
      </w:r>
    </w:p>
    <w:p>
      <w:r>
        <w:rPr>
          <w:b/>
        </w:rPr>
        <w:t xml:space="preserve">[59:43] </w:t>
      </w:r>
      <w:r>
        <w:t>log jihadi baaton par conditioned ho gaye hain. woh samajhtay hain ke Islam naam hai jihad ka. Islam hai jihad ka. toh madrasay ki education, madrasay ki training, madrasay ka mahol logon ko jihadi baaten sikha raha hai.</w:t>
      </w:r>
    </w:p>
    <w:p>
      <w:pPr>
        <w:jc w:val="right"/>
      </w:pPr>
      <w:r>
        <w:t>لوگ جہادی باتوں پر کنڈیشنڈ ہو گئے ہیں۔ وہ سمجھتے ہیں کہ اسلام نام ہے جہاد کا۔ اسلام ہے جہاد کا۔ تو مدرسے کی ایجوکیشن، مدرسے کی ٹریننگ، مدرسے کا ماحول لوگوں کو جہادی باتیں سکھا رہا ہے۔</w:t>
      </w:r>
    </w:p>
    <w:p>
      <w:r>
        <w:rPr>
          <w:b/>
        </w:rPr>
        <w:t xml:space="preserve">[1:00:01] </w:t>
      </w:r>
      <w:r>
        <w:t>woh jihad mein conditioned ho gaye</w:t>
      </w:r>
    </w:p>
    <w:p>
      <w:pPr>
        <w:jc w:val="right"/>
      </w:pPr>
      <w:r>
        <w:t>وہ جہاد میں کنڈیشنڈ ہو گئے</w:t>
      </w:r>
    </w:p>
    <w:p>
      <w:r>
        <w:rPr>
          <w:b/>
        </w:rPr>
        <w:t xml:space="preserve">[1:00:03] </w:t>
      </w:r>
      <w:r>
        <w:t>hain. aap ki baaten un ki samajh mein nahi aati. lekin unhon ne kaha ke hamaray Pakistan ke jo college aur university hain, us mein aap ka literature bohat tezi se phail raha hai.</w:t>
      </w:r>
    </w:p>
    <w:p>
      <w:pPr>
        <w:jc w:val="right"/>
      </w:pPr>
      <w:r>
        <w:t>ہیں۔ آپ کی باتیں ان کی سمجھ میں نہیں آتی۔ لیکن انہوں نے کہا کہ ہمارے پاکستان کے جو کالج اور یونیورسٹی ہیں، اس میں آپ کا لٹریچر بہت تیزی سے پھیل رہا ہے۔</w:t>
      </w:r>
    </w:p>
    <w:p>
      <w:r>
        <w:rPr>
          <w:b/>
        </w:rPr>
        <w:t xml:space="preserve">[1:00:13] </w:t>
      </w:r>
      <w:r>
        <w:t>yani Pakistan ke collegeon mein, universityon mein unhon ne kaha ke hamara literature bohat tezi se phail raha hai. kyun ke aap jantay hain ke Pakistan mein Urdu jo hai, woh national language hai.</w:t>
      </w:r>
    </w:p>
    <w:p>
      <w:pPr>
        <w:jc w:val="right"/>
      </w:pPr>
      <w:r>
        <w:t>یعنی پاکستان کے کالجوں میں، یونیورسٹیوں میں انہوں نے کہا کہ ہمارا لٹریچر بہت تیزی سے پھیل رہا ہے۔ کیونکہ آپ جانتے ہیں کہ پاکستان میں اردو جو ہے، وہ نیشنل لینگویج ہے۔</w:t>
      </w:r>
    </w:p>
    <w:p>
      <w:r>
        <w:rPr>
          <w:b/>
        </w:rPr>
        <w:t xml:space="preserve">[1:00:26] </w:t>
      </w:r>
      <w:r>
        <w:t>aur wahan par collegeon aur universityon mein Urdu ka bohat ziyada riwaj hai.</w:t>
      </w:r>
    </w:p>
    <w:p>
      <w:pPr>
        <w:jc w:val="right"/>
      </w:pPr>
      <w:r>
        <w:t>اور وہاں پر کالجوں اور یونیورسٹیوں میں اردو کا بہت زیادہ رواج ہے۔</w:t>
      </w:r>
    </w:p>
    <w:p>
      <w:r>
        <w:rPr>
          <w:b/>
        </w:rPr>
        <w:t xml:space="preserve">[1:00:30] </w:t>
      </w:r>
      <w:r>
        <w:t>toh hamara jo book, hamari jo kitaben hain Urdu mein, woh bohat phail rahi hain wahan par. ab mein ne socha ke kya wajah hai ke madrasay ke log jo hain, hamari kitaben pasand nahi kartay.</w:t>
      </w:r>
    </w:p>
    <w:p>
      <w:pPr>
        <w:jc w:val="right"/>
      </w:pPr>
      <w:r>
        <w:t>تو ہمارا جو بک، ہماری جو کتابیں ہیں اردو میں، وہ بہت پھیل رہی ہیں وہاں پر۔ اب میں نے سوچا کہ کیا وجہ ہے کہ مدرسے کے لوگ جو ہیں، ہماری کتابیں پسند نہیں کرتے۔</w:t>
      </w:r>
    </w:p>
    <w:p>
      <w:r>
        <w:rPr>
          <w:b/>
        </w:rPr>
        <w:t xml:space="preserve">[1:00:40] </w:t>
      </w:r>
      <w:r>
        <w:t>aur college university ke log pasand kar rahay hain. is ki wajah yahi hai ke madrasay logon log conditioning mein jeetay hain. aur college university mein un ki deconditioning ho chuki hai.</w:t>
      </w:r>
    </w:p>
    <w:p>
      <w:pPr>
        <w:jc w:val="right"/>
      </w:pPr>
      <w:r>
        <w:t>اور کالج یونیورسٹی کے لوگ پسند کر رہے ہیں۔ اس کی وجہ یہی ہے کہ مدرسے لوگوں لوگ کنڈیشننگ میں جیتے ہیں۔ اور کالج یونیورسٹی میں ان کی ڈی کنڈیشننگ ہو چکی ہے۔</w:t>
      </w:r>
    </w:p>
    <w:p>
      <w:r>
        <w:rPr>
          <w:b/>
        </w:rPr>
        <w:t xml:space="preserve">[1:00:54] </w:t>
      </w:r>
      <w:r>
        <w:t>yani modern education, English ki taleem, modern scientific thought, in cheezon ne un ki deconditioning kar di hai. is wajah se hamari kitaben bohat tezi se phail rahi hain un ke andar.</w:t>
      </w:r>
    </w:p>
    <w:p>
      <w:pPr>
        <w:jc w:val="right"/>
      </w:pPr>
      <w:r>
        <w:t>یعنی ماڈرن ایجوکیشن، انگلش کی تعلیم، ماڈرن سائنٹیفک تھاٹ، ان چیزوں نے ان کی ڈی کنڈیشننگ کر دی ہے۔ اس وجہ سے ہماری کتابیں بہت تیزی سے پھیل رہی ہیں ان کے اندر۔</w:t>
      </w:r>
    </w:p>
    <w:p>
      <w:r>
        <w:rPr>
          <w:b/>
        </w:rPr>
        <w:t xml:space="preserve">[1:01:06] </w:t>
      </w:r>
      <w:r>
        <w:t>toh aap dekhiye ke yahi baat har jagah hai. poori dunya mein yahi baat hai. ke jo baaten hum pesh kar rahay hain, har jagah ke liye mera tajurba hai ke woh log jaldi samajh letay hain hamari baaton ko.</w:t>
      </w:r>
    </w:p>
    <w:p>
      <w:pPr>
        <w:jc w:val="right"/>
      </w:pPr>
      <w:r>
        <w:t>تو آپ دیکھیے کہ یہی بات ہر جگہ ہے۔ پوری دنیا میں یہی بات ہے۔ کہ جو باتیں ہم پیش کر رہے ہیں، ہر جگہ کے لیے میرا تجربہ ہے کہ وہ لوگ جلدی سمجھ لیتے ہیں ہماری باتوں کو۔</w:t>
      </w:r>
    </w:p>
    <w:p>
      <w:r>
        <w:rPr>
          <w:b/>
        </w:rPr>
        <w:t xml:space="preserve">[1:01:19] </w:t>
      </w:r>
      <w:r>
        <w:t>jin ko modern kaha jata hai.</w:t>
      </w:r>
    </w:p>
    <w:p>
      <w:pPr>
        <w:jc w:val="right"/>
      </w:pPr>
      <w:r>
        <w:t>جن کو ماڈرن کہا جاتا ہے۔</w:t>
      </w:r>
    </w:p>
    <w:p>
      <w:r>
        <w:rPr>
          <w:b/>
        </w:rPr>
        <w:t xml:space="preserve">[1:01:23] </w:t>
      </w:r>
      <w:r>
        <w:t>jin ki modern education jeeti hui hai. ziyada jaldi samajh letay hain woh log. aur jo puranay log hain, woh nahi samajh patay.</w:t>
      </w:r>
    </w:p>
    <w:p>
      <w:pPr>
        <w:jc w:val="right"/>
      </w:pPr>
      <w:r>
        <w:t>جن کی ماڈرن ایجوکیشن جیتی ہوئی ہے۔ زیادہ جلدی سمجھ لیتے ہیں وہ لوگ۔ اور جو پرانے لوگ ہیں، وہ نہیں سمجھ پاتے۔</w:t>
      </w:r>
    </w:p>
    <w:p>
      <w:r>
        <w:rPr>
          <w:b/>
        </w:rPr>
        <w:t xml:space="preserve">[1:01:32] </w:t>
      </w:r>
      <w:r>
        <w:t>kyun ke un ki conditioning tootti nahi. toh college universityon ne conditioning ko torney ka kaam kiya hai. deconditioning ka kaam kiya hai.</w:t>
      </w:r>
    </w:p>
    <w:p>
      <w:pPr>
        <w:jc w:val="right"/>
      </w:pPr>
      <w:r>
        <w:t>کیونکہ ان کی کنڈیشننگ ٹوٹتی نہیں۔ تو کالج یونیورسٹیوں نے کنڈیشننگ کو توڑنے کا کام کیا ہے۔ ڈی کنڈیشننگ کا کام کیا ہے۔</w:t>
      </w:r>
    </w:p>
    <w:p>
      <w:r>
        <w:rPr>
          <w:b/>
        </w:rPr>
        <w:t xml:space="preserve">[1:01:42] </w:t>
      </w:r>
      <w:r>
        <w:t>toh Hajra ke zamanay mein aik universal deconditioning hui thi. jis se Sahaba Karam banay.</w:t>
      </w:r>
    </w:p>
    <w:p>
      <w:pPr>
        <w:jc w:val="right"/>
      </w:pPr>
      <w:r>
        <w:t>تو ہاجرہ کے زمانے میں ایک یونیورسل ڈی کنڈیشننگ ہوئی تھی۔ جس سے صحابہ کرام بنے۔</w:t>
      </w:r>
    </w:p>
    <w:p>
      <w:r>
        <w:rPr>
          <w:b/>
        </w:rPr>
        <w:t xml:space="preserve">[1:01:49] </w:t>
      </w:r>
      <w:r>
        <w:t>ab dobara aik universal deconditioning hui hai. ab phir moqa mila hai hamein ke hum kaam kar sakain. ke dobara hamein Mr Nature mil rahay hain.</w:t>
      </w:r>
    </w:p>
    <w:p>
      <w:pPr>
        <w:jc w:val="right"/>
      </w:pPr>
      <w:r>
        <w:t>اب دوبارہ ایک یونیورسل ڈی کنڈیشننگ ہوئی ہے۔ اب پھر موقع ملا ہے ہمیں کہ ہم کام کر سکیں۔ کہ دوبارہ ہمیں مسٹر نیچر مل رہے ہیں۔</w:t>
      </w:r>
    </w:p>
    <w:p>
      <w:r>
        <w:rPr>
          <w:b/>
        </w:rPr>
        <w:t xml:space="preserve">[1:02:00] </w:t>
      </w:r>
      <w:r>
        <w:t>aur Ms Nature mil rahi hain hum ko. toh Rasool Allah ko milay thay aisay log jo Mr Nature thay. aur Ms Nature thay is zamanay ke lehaz se. toh jaldi se samajh liya unhon ne aap ki baaton ko.</w:t>
      </w:r>
    </w:p>
    <w:p>
      <w:pPr>
        <w:jc w:val="right"/>
      </w:pPr>
      <w:r>
        <w:t>اور مس نیچر مل رہی ہیں ہم کو۔ تو رسول اللہ کو ملے تھے ایسے لوگ جو مسٹر نیچر تھے۔ اور مس نیچر تھے اس زمانے کے لحاظ سے۔ تو جلدی سے سمجھ لیا انہوں نے آپ کی باتوں کو۔</w:t>
      </w:r>
    </w:p>
    <w:p>
      <w:r>
        <w:rPr>
          <w:b/>
        </w:rPr>
        <w:t xml:space="preserve">[1:02:11] </w:t>
      </w:r>
      <w:r>
        <w:t>kyun ke Hajra ke zariye wahan par jo deconditioning hui thi, us se sab logon ka zehn saaf ho gaya tha.</w:t>
      </w:r>
    </w:p>
    <w:p>
      <w:pPr>
        <w:jc w:val="right"/>
      </w:pPr>
      <w:r>
        <w:t>کیونکہ ہاجرہ کے ذریعے وہاں پر جو ڈی کنڈیشننگ ہوئی تھی، اس سے سب لوگوں کا ذہن صاف ہو گیا تھا۔</w:t>
      </w:r>
    </w:p>
    <w:p>
      <w:r>
        <w:rPr>
          <w:b/>
        </w:rPr>
        <w:t xml:space="preserve">[1:02:19] </w:t>
      </w:r>
      <w:r>
        <w:t>ab dobara modern education ne, modern thought ne logon ki deconditioning kar di hai.</w:t>
      </w:r>
    </w:p>
    <w:p>
      <w:pPr>
        <w:jc w:val="right"/>
      </w:pPr>
      <w:r>
        <w:t>اب دوبارہ ماڈرن ایجوکیشن نے، ماڈرن تھاٹ نے لوگوں کی ڈی کنڈیشننگ کر دی ہے۔</w:t>
      </w:r>
    </w:p>
    <w:p>
      <w:r>
        <w:rPr>
          <w:b/>
        </w:rPr>
        <w:t xml:space="preserve">[1:02:28] </w:t>
      </w:r>
      <w:r>
        <w:t>to ek universal deconditioning ka yeh plan tha Khuda ka jo hua hai. ab aap aage ki baat samjhiye jo main kehna chahta hoon.</w:t>
      </w:r>
    </w:p>
    <w:p>
      <w:pPr>
        <w:jc w:val="right"/>
      </w:pPr>
      <w:r>
        <w:t>تو ایک یونیورسل ڈی کنڈیشننگ کا یہ پلان تھا خدا کا جو ہوا ہے۔ اب آپ آگے کی بات سمجھئے جو میں کہنا چاہتا ہوں۔</w:t>
      </w:r>
    </w:p>
    <w:p>
      <w:r>
        <w:rPr>
          <w:b/>
        </w:rPr>
        <w:t xml:space="preserve">[1:02:37] </w:t>
      </w:r>
      <w:r>
        <w:t>jis se aap ko andaza ho ke aap ka mission jo hai, woh kya hai. aur kya kaam karna hai aap ko.</w:t>
      </w:r>
    </w:p>
    <w:p>
      <w:pPr>
        <w:jc w:val="right"/>
      </w:pPr>
      <w:r>
        <w:t>جس سے آپ کو اندازہ ہو کہ آپ کا مشن جو ہے، وہ کیا ہے۔ اور کیا کام کرنا ہے آپ کو۔</w:t>
      </w:r>
    </w:p>
    <w:p>
      <w:r>
        <w:rPr>
          <w:b/>
        </w:rPr>
        <w:t xml:space="preserve">[1:02:43] </w:t>
      </w:r>
      <w:r>
        <w:t>dekhiye, ek kisan jo hai, agar barish na ho to kya karega? aap jante hain ke hamare India mein bohat se logon ne suicide kar liya kisanon ne.</w:t>
      </w:r>
    </w:p>
    <w:p>
      <w:pPr>
        <w:jc w:val="right"/>
      </w:pPr>
      <w:r>
        <w:t>دیکھیے، ایک کسان جو ہے، اگر بارش نہ ہو تو کیا کرے گا؟ آپ جانتے ہیں کہ ہمارے انڈیا میں بہت سے لوگوں نے سوسائیڈ کر لیا کسانوں نے۔</w:t>
      </w:r>
    </w:p>
    <w:p>
      <w:r>
        <w:rPr>
          <w:b/>
        </w:rPr>
        <w:t xml:space="preserve">[1:02:57] </w:t>
      </w:r>
      <w:r>
        <w:t>kyun ke barish hui nahin. zameen sokhi padi reh gayi. aur un ko kuch bhi nahin mila zameen se. to yahan tak naubat aayi ke suicide kar liya unhon ne.</w:t>
      </w:r>
    </w:p>
    <w:p>
      <w:pPr>
        <w:jc w:val="right"/>
      </w:pPr>
      <w:r>
        <w:t>کیونکہ بارش ہوئی نہیں۔ زمین سوکھی پڑی رہ گئی۔ اور ان کو کچھ بھی نہیں ملا زمین سے۔ تو یہاں تک نوبت آئی کہ سوسائیڈ کر لیا انہوں نے۔</w:t>
      </w:r>
    </w:p>
    <w:p>
      <w:r>
        <w:rPr>
          <w:b/>
        </w:rPr>
        <w:t xml:space="preserve">[1:03:07] </w:t>
      </w:r>
      <w:r>
        <w:t>to kisan ki kisani ke liye zaroori hai ke barish ho.</w:t>
      </w:r>
    </w:p>
    <w:p>
      <w:pPr>
        <w:jc w:val="right"/>
      </w:pPr>
      <w:r>
        <w:t>تو کسان کی کسانی کے لیے ضروری ہے کہ بارش ہو۔</w:t>
      </w:r>
    </w:p>
    <w:p>
      <w:r>
        <w:rPr>
          <w:b/>
        </w:rPr>
        <w:t xml:space="preserve">[1:03:13] </w:t>
      </w:r>
      <w:r>
        <w:t>kisan ki kisani ke liye zaroori hai ke barish ho. jab barish hoga, tab kisan ka jo process hai kisani ka, woh chalega. yaani agricultural process chalta hai kab?</w:t>
      </w:r>
    </w:p>
    <w:p>
      <w:pPr>
        <w:jc w:val="right"/>
      </w:pPr>
      <w:r>
        <w:t>کسان کی کسانی کے لیے ضروری ہے کہ بارش ہو۔ جب بارش ہو گا، تب کسان کا جو پروسیس ہے کسانی کا، وہ چلے گا۔ یعنی ایگریکلچرل پروسیس چلتا ہے کب؟</w:t>
      </w:r>
    </w:p>
    <w:p>
      <w:r>
        <w:rPr>
          <w:b/>
        </w:rPr>
        <w:t xml:space="preserve">[1:03:23] </w:t>
      </w:r>
      <w:r>
        <w:t>jab rain aati hai upar se. tab. Without rain, there is no agricultural process. theek yahi Maulana Daud Work ka hai.</w:t>
      </w:r>
    </w:p>
    <w:p>
      <w:pPr>
        <w:jc w:val="right"/>
      </w:pPr>
      <w:r>
        <w:t>جب رین آتی ہے اوپر سے۔ تب۔ Without rain, there is no agricultural process. ٹھیک یہی مولا داؤ ورک کا ہے۔</w:t>
      </w:r>
    </w:p>
    <w:p>
      <w:r>
        <w:rPr>
          <w:b/>
        </w:rPr>
        <w:t xml:space="preserve">[1:03:36] </w:t>
      </w:r>
      <w:r>
        <w:t>Daud Work ke liye zaroorat hai deconditioning.</w:t>
      </w:r>
    </w:p>
    <w:p>
      <w:pPr>
        <w:jc w:val="right"/>
      </w:pPr>
      <w:r>
        <w:t>داؤ ورک کے لیے ضرورت ہے ڈی کنڈیشننگ۔</w:t>
      </w:r>
    </w:p>
    <w:p>
      <w:r>
        <w:rPr>
          <w:b/>
        </w:rPr>
        <w:t xml:space="preserve">[1:03:41] </w:t>
      </w:r>
      <w:r>
        <w:t>deconditioning ho tab Daud Work chalta hai is ke.</w:t>
      </w:r>
    </w:p>
    <w:p>
      <w:pPr>
        <w:jc w:val="right"/>
      </w:pPr>
      <w:r>
        <w:t>ڈی کنڈیشننگ ہو تب داؤ ورک چلتا ہے اس کے۔</w:t>
      </w:r>
    </w:p>
    <w:p>
      <w:r>
        <w:rPr>
          <w:b/>
        </w:rPr>
        <w:t xml:space="preserve">[1:03:47] </w:t>
      </w:r>
      <w:r>
        <w:t>Without deconditioning, there is no Daud Work. to ek deconditioning woh hai jo hum aap kar rahe the bohat dinon se ek ek individual ko le kar ke.</w:t>
      </w:r>
    </w:p>
    <w:p>
      <w:pPr>
        <w:jc w:val="right"/>
      </w:pPr>
      <w:r>
        <w:t>Without deconditioning, there is no daؤ work. تو ایک ڈی کنڈیشننگ وہ ہے جو ہم آپ کر رہے تھے بہت دنوں سے ایک ایک انڈیویجول کو لے کر کے۔</w:t>
      </w:r>
    </w:p>
    <w:p>
      <w:r>
        <w:rPr>
          <w:b/>
        </w:rPr>
        <w:t xml:space="preserve">[1:03:58] </w:t>
      </w:r>
      <w:r>
        <w:t>is mein to hazar baras lag jaate hain.</w:t>
      </w:r>
    </w:p>
    <w:p>
      <w:pPr>
        <w:jc w:val="right"/>
      </w:pPr>
      <w:r>
        <w:t>اس میں تو ہزار برس لگ جاتے ہیں۔</w:t>
      </w:r>
    </w:p>
    <w:p>
      <w:r>
        <w:rPr>
          <w:b/>
        </w:rPr>
        <w:t xml:space="preserve">[1:04:01] </w:t>
      </w:r>
      <w:r>
        <w:t>lekin yeh jo modern education aayi, modern jo thought aaye, modern science aayi, spirit of inquiry aayi, Will to doubt ka culture chala duniya mein.</w:t>
      </w:r>
    </w:p>
    <w:p>
      <w:pPr>
        <w:jc w:val="right"/>
      </w:pPr>
      <w:r>
        <w:t>لیکن یہ جو ماڈرن ایجوکیشن آئی، ماڈرن جو تھاٹ آئے، ماڈرن سائنس آئی، اسپرٹ آف انکوائری آئی، Will to doubt کا کلچر چلا دنیا میں۔</w:t>
      </w:r>
    </w:p>
    <w:p>
      <w:r>
        <w:rPr>
          <w:b/>
        </w:rPr>
        <w:t xml:space="preserve">[1:04:12] </w:t>
      </w:r>
      <w:r>
        <w:t>is ne ek taraf se logon ko deconditioning kar diya.</w:t>
      </w:r>
    </w:p>
    <w:p>
      <w:pPr>
        <w:jc w:val="right"/>
      </w:pPr>
      <w:r>
        <w:t>اس نے ایک طرف سے لوگوں کو ڈی کنڈیشننگ کر دیا۔</w:t>
      </w:r>
    </w:p>
    <w:p>
      <w:r>
        <w:rPr>
          <w:b/>
        </w:rPr>
        <w:t xml:space="preserve">[1:04:17] </w:t>
      </w:r>
      <w:r>
        <w:t>ek taraf se. ek nukta, ek ek bohat ahem, bohat important point samjhiye aap. ke yeh log jo agar is mein pad gaye ke radd al wala bibakar laha ke there is an apostasy, but there is no abubakar.</w:t>
      </w:r>
    </w:p>
    <w:p>
      <w:pPr>
        <w:jc w:val="right"/>
      </w:pPr>
      <w:r>
        <w:t>ایک طرف سے۔ ایک نکتہ، ایک ایک بہت اہم، بہت امپورٹنٹ پوائنٹ سمجھیے آپ۔ کہ یہ لوگ جو اگر اس میں پڑ گئے کہ ردت الولاء بابكر لها کہ there is an apostasy, but there is no ابوبکر۔</w:t>
      </w:r>
    </w:p>
    <w:p>
      <w:r>
        <w:rPr>
          <w:b/>
        </w:rPr>
        <w:t xml:space="preserve">[1:04:37] </w:t>
      </w:r>
      <w:r>
        <w:t>yeh apostasy nahin thi yeh. yeh deconditioning thi yeh. to yeh log samajhte the ke deconditioning ke maani kya hain?</w:t>
      </w:r>
    </w:p>
    <w:p>
      <w:pPr>
        <w:jc w:val="right"/>
      </w:pPr>
      <w:r>
        <w:t>یہ apostasy نہیں تھی یہ۔ یہ ڈی کنڈیشننگ تھی یہ۔ تو یہ لوگ سمجھتے تھے کہ ڈی کنڈیشننگ کے معنی کیا ہیں؟</w:t>
      </w:r>
    </w:p>
    <w:p>
      <w:r>
        <w:rPr>
          <w:b/>
        </w:rPr>
        <w:t xml:space="preserve">[1:04:45] </w:t>
      </w:r>
      <w:r>
        <w:t>insan ka mazhab ko chhod dena. Atheist ban jana. yeh sahi nahin hai yeh. jo Iqbal ne kaha tha ke hum samajhte the ke layegi farraghat taleem.</w:t>
      </w:r>
    </w:p>
    <w:p>
      <w:pPr>
        <w:jc w:val="right"/>
      </w:pPr>
      <w:r>
        <w:t>انسان کا مذہب کو چھوڑ دینا۔ Atheist بن جانا۔ یہ صحیح نہیں ہے یہ۔ جو اقبال نے کہا تھا کہ ہم سمجھتے تھے کہ لائے گی فراغت تعلیم۔</w:t>
      </w:r>
    </w:p>
    <w:p>
      <w:r>
        <w:rPr>
          <w:b/>
        </w:rPr>
        <w:t xml:space="preserve">[1:04:56] </w:t>
      </w:r>
      <w:r>
        <w:t>kya khabar thi ke chalayega ilhad bhi saath. ya Maulana Maududi ne kaha tha ke yeh qatl gahein yeh sab hain. wahan par murder kiya jata hai hamare naujawanon ka.</w:t>
      </w:r>
    </w:p>
    <w:p>
      <w:pPr>
        <w:jc w:val="right"/>
      </w:pPr>
      <w:r>
        <w:t>کیا خبر تھی کہ چلائے گا الحاد بھی ساتھ۔ یا مولا مودودی نے کہا تھا کہ یہ قتل گاہیں یہ سب ہیں۔ وہاں پر مرڈر کیا جاتا ہے ہمارے نوجوانوں کا۔</w:t>
      </w:r>
    </w:p>
    <w:p>
      <w:r>
        <w:rPr>
          <w:b/>
        </w:rPr>
        <w:t xml:space="preserve">[1:05:07] </w:t>
      </w:r>
      <w:r>
        <w:t>yeh sab bilkul galat baatein hain. murder nahin, deconditioning ki jati hai.</w:t>
      </w:r>
    </w:p>
    <w:p>
      <w:pPr>
        <w:jc w:val="right"/>
      </w:pPr>
      <w:r>
        <w:t>یہ سب بالکل غلط باتیں ہیں۔ مرڈر نہیں، ڈی کنڈیشننگ کی جاتی ہے۔</w:t>
      </w:r>
    </w:p>
    <w:p>
      <w:r>
        <w:rPr>
          <w:b/>
        </w:rPr>
        <w:t xml:space="preserve">[1:05:12] </w:t>
      </w:r>
      <w:r>
        <w:t>to yeh log samjhe ke jab ek naujawan mazhab ke khilaf bolne lage, Islam ke khilaf bolne lage, to atheist ho gaya woh.</w:t>
      </w:r>
    </w:p>
    <w:p>
      <w:pPr>
        <w:jc w:val="right"/>
      </w:pPr>
      <w:r>
        <w:t>تو یہ لوگ سمجھے کہ جب ایک نوجوان مذہب کے خلاف بولنے لگے، اسلام کے خلاف بولنے لگے، تو atheist ہو گیا وہ۔</w:t>
      </w:r>
    </w:p>
    <w:p>
      <w:r>
        <w:rPr>
          <w:b/>
        </w:rPr>
        <w:t xml:space="preserve">[1:05:24] </w:t>
      </w:r>
      <w:r>
        <w:t>mazhab ke se bahar nikal gaya. nahin. yeh baat sahi nahin hai. woh Mr. Nature ho gaya. dekhiye, superfluous conditioning to khatam ho sakti hai.</w:t>
      </w:r>
    </w:p>
    <w:p>
      <w:pPr>
        <w:jc w:val="right"/>
      </w:pPr>
      <w:r>
        <w:t>مذہب کے سے باہر نکل گیا۔ نہیں۔ یہ بات صحیح نہیں ہے۔ وہ مسٹر نیچر ہو گیا۔ دیکھیے، superfluous کنڈیشننگ تو ختم ہو سکتی ہے۔</w:t>
      </w:r>
    </w:p>
    <w:p>
      <w:r>
        <w:rPr>
          <w:b/>
        </w:rPr>
        <w:t xml:space="preserve">[1:05:36] </w:t>
      </w:r>
      <w:r>
        <w:t>nature khatam nahin ho sakta, yaad rakhiye.</w:t>
      </w:r>
    </w:p>
    <w:p>
      <w:pPr>
        <w:jc w:val="right"/>
      </w:pPr>
      <w:r>
        <w:t>نیچر ختم نہیں ہو سکتا، یاد رکھیے۔</w:t>
      </w:r>
    </w:p>
    <w:p>
      <w:r>
        <w:rPr>
          <w:b/>
        </w:rPr>
        <w:t xml:space="preserve">[1:05:40] </w:t>
      </w:r>
      <w:r>
        <w:t>jab conditioning khatam hoti hai to kya cheez prevail karti hai? nature. aisa nahin ke nature bhi khatam ho jaye.</w:t>
      </w:r>
    </w:p>
    <w:p>
      <w:pPr>
        <w:jc w:val="right"/>
      </w:pPr>
      <w:r>
        <w:t>جب کنڈیشننگ ختم ہوتی ہے تو کیا چیز prevail کرتی ہے؟ نیچر۔ ایسا نہیں کہ نیچر بھی ختم ہو جائے۔</w:t>
      </w:r>
    </w:p>
    <w:p>
      <w:r>
        <w:rPr>
          <w:b/>
        </w:rPr>
        <w:t xml:space="preserve">[1:05:49] </w:t>
      </w:r>
      <w:r>
        <w:t>ke nature to insan ke bas mein nahin hai. kya aap pyas ko aap apne andar se khatam kar sakte hain? kya bhook ko aap apne andar se khatam kar sakte hain?</w:t>
      </w:r>
    </w:p>
    <w:p>
      <w:pPr>
        <w:jc w:val="right"/>
      </w:pPr>
      <w:r>
        <w:t>کہ نیچر تو انسان کے بس میں نہیں ہے۔ کیا آپ پیاس کو آپ اپنے اندر سے ختم کر سکتے ہیں؟ کیا بھوک کو آپ اپنے اندر سے ختم کر سکتے ہیں؟</w:t>
      </w:r>
    </w:p>
    <w:p>
      <w:r>
        <w:rPr>
          <w:b/>
        </w:rPr>
        <w:t xml:space="preserve">[1:06:00] </w:t>
      </w:r>
      <w:r>
        <w:t>is tarike se aap apne nature ko khatam nahin kar sakte.</w:t>
      </w:r>
    </w:p>
    <w:p>
      <w:pPr>
        <w:jc w:val="right"/>
      </w:pPr>
      <w:r>
        <w:t>اس طریقے سے آپ اپنے نیچر کو ختم نہیں کر سکتے۔</w:t>
      </w:r>
    </w:p>
    <w:p>
      <w:r>
        <w:rPr>
          <w:b/>
        </w:rPr>
        <w:t xml:space="preserve">[1:06:05] </w:t>
      </w:r>
      <w:r>
        <w:t>to chahe kuch bhi conditioning, kuch bhi deconditioning ho, yani mazhab ke khilaf ho jaye hamare naujawan, Islam ke khilaf bolne lagen hamare naujawan, tab bhi apne nature unka phir bhi baki rehta hai.</w:t>
      </w:r>
    </w:p>
    <w:p>
      <w:pPr>
        <w:jc w:val="right"/>
      </w:pPr>
      <w:r>
        <w:t>تو چاہے کچھ بھی کنڈیشننگ، کچھ بھی ڈی کنڈیشننگ ہو، یعنی مذہب کے خلاف ہو جائے ہمارے نوجوان، اسلام کے خلاف بولنے لگیں ہمارے نوجوان، تب بھی اپنے نیچر ان کا پھر بھی باقی رہتا ہے۔</w:t>
      </w:r>
    </w:p>
    <w:p>
      <w:r>
        <w:rPr>
          <w:b/>
        </w:rPr>
        <w:t xml:space="preserve">[1:06:24] </w:t>
      </w:r>
      <w:r>
        <w:t>And you have to address this nature. yeh bohat hi important point hai, isko samjhiye aap. kyunke sare log is se bekhabar hain.</w:t>
      </w:r>
    </w:p>
    <w:p>
      <w:pPr>
        <w:jc w:val="right"/>
      </w:pPr>
      <w:r>
        <w:t>And you have to address this nature. یہ بہت ہی امپورٹنٹ پوائنٹ ہے، اس کو سمجھیے آپ۔ کیونکہ سارے لوگ اس سے بے خبر ہیں۔</w:t>
      </w:r>
    </w:p>
    <w:p>
      <w:r>
        <w:rPr>
          <w:b/>
        </w:rPr>
        <w:t xml:space="preserve">[1:06:33] </w:t>
      </w:r>
      <w:r>
        <w:t>woh samajhte hain ke log lamzahab ho gaye to bas khatam. nahi lamzahab hue to Mr Nature ban gaye woh. mazhab se hate to Mr Nature ban gaye.</w:t>
      </w:r>
    </w:p>
    <w:p>
      <w:pPr>
        <w:jc w:val="right"/>
      </w:pPr>
      <w:r>
        <w:t>وہ سمجھتے ہیں کہ لوگ لامذہب ہو گئے تو بس ختم۔ نہیں۔ لامذہب ہوئے تو مسٹر نیچر بن گئے وہ۔ مذہب سے ہٹے تو مسٹر نیچر بن گئے۔</w:t>
      </w:r>
    </w:p>
    <w:p>
      <w:r>
        <w:rPr>
          <w:b/>
        </w:rPr>
        <w:t xml:space="preserve">[1:06:45] </w:t>
      </w:r>
      <w:r>
        <w:t>Atheist nahi hue sahi maano mein. woh Mr Nature ban gaye. aur Nature, Mr Nature ban gaye to yeh to hamare best target ho gaye woh.</w:t>
      </w:r>
    </w:p>
    <w:p>
      <w:pPr>
        <w:jc w:val="right"/>
      </w:pPr>
      <w:r>
        <w:t>Atheist نہیں ہوئے صحیح معنوں میں۔ وہ مسٹر نیچر بن گئے۔ اور نیچر، مسٹر نیچر بن گئے تو یہ تو ہمارے بیسٹ ٹارگٹ ہو گئے وہ۔</w:t>
      </w:r>
    </w:p>
    <w:p>
      <w:r>
        <w:rPr>
          <w:b/>
        </w:rPr>
        <w:t xml:space="preserve">[1:06:54] </w:t>
      </w:r>
      <w:r>
        <w:t>best audience ho gaye hamare woh.</w:t>
      </w:r>
    </w:p>
    <w:p>
      <w:pPr>
        <w:jc w:val="right"/>
      </w:pPr>
      <w:r>
        <w:t>بیسٹ آڈینس ہو گئے ہمارے وہ۔</w:t>
      </w:r>
    </w:p>
    <w:p>
      <w:r>
        <w:rPr>
          <w:b/>
        </w:rPr>
        <w:t xml:space="preserve">[1:06:59] </w:t>
      </w:r>
      <w:r>
        <w:t>bohat dinon ke ghor o fikr ke baad mujhe yeh baat samajh mein aayi hai ke logon ne yeh samjha tha ke hamare naujawan jo deen se hat rahe hain, namaz roze ko chhod rahe hain,</w:t>
      </w:r>
    </w:p>
    <w:p>
      <w:pPr>
        <w:jc w:val="right"/>
      </w:pPr>
      <w:r>
        <w:t>بہت دنوں کے غور و فکر کے بعد مجھے یہ بات سمجھ میں آئی ہے کہ لوگوں نے یہ سمجھا تھا کہ ہمارے نوجوان جو دین سے ہٹ رہے ہیں، نماز روزے کو چھوڑ رہے ہیں،</w:t>
      </w:r>
    </w:p>
    <w:p>
      <w:r>
        <w:rPr>
          <w:b/>
        </w:rPr>
        <w:t xml:space="preserve">[1:07:14] </w:t>
      </w:r>
      <w:r>
        <w:t>Islam ke khilaf sawal karne lage hain, to woh ho gaye mazhab se door. woh ho gaye irreligious.</w:t>
      </w:r>
    </w:p>
    <w:p>
      <w:pPr>
        <w:jc w:val="right"/>
      </w:pPr>
      <w:r>
        <w:t>اسلام کے خلاف سوال کرنے لگے ہیں، تو وہ ہو گئے مذہب سے دور۔ وہ ہو گئے irreligious۔</w:t>
      </w:r>
    </w:p>
    <w:p>
      <w:r>
        <w:rPr>
          <w:b/>
        </w:rPr>
        <w:t xml:space="preserve">[1:07:23] </w:t>
      </w:r>
      <w:r>
        <w:t>woh ho gaye</w:t>
      </w:r>
    </w:p>
    <w:p>
      <w:pPr>
        <w:jc w:val="right"/>
      </w:pPr>
      <w:r>
        <w:t>وہ ہو گئے</w:t>
      </w:r>
    </w:p>
    <w:p>
      <w:r>
        <w:rPr>
          <w:b/>
        </w:rPr>
        <w:t xml:space="preserve">[1:07:24] </w:t>
      </w:r>
      <w:r>
        <w:t>lamzahab. nahi woh is mazhab se jo unko baap dada ne mila tha, us se nikal kar woh nature par aa gaye. kyunke nature to khatam nahi hota.</w:t>
      </w:r>
    </w:p>
    <w:p>
      <w:pPr>
        <w:jc w:val="right"/>
      </w:pPr>
      <w:r>
        <w:t>لامذہب۔ نہیں۔ وہ اس مذہب سے جو ان کو باپ دادا نے ملا تھا، اس سے نکل کر وہ نیچر پر آ گئے۔ کیونکہ نیچر تو ختم نہیں ہوتا۔</w:t>
      </w:r>
    </w:p>
    <w:p>
      <w:r>
        <w:rPr>
          <w:b/>
        </w:rPr>
        <w:t xml:space="preserve">[1:07:36] </w:t>
      </w:r>
      <w:r>
        <w:t>Nature to baki rehta hai hamesha. to best audience ban gaye hamare liye woh. jo rukawat thi woh, woh mazhab tha jo tradition par base karta tha.</w:t>
      </w:r>
    </w:p>
    <w:p>
      <w:pPr>
        <w:jc w:val="right"/>
      </w:pPr>
      <w:r>
        <w:t>نیچر تو باقی رہتا ہے ہمیشہ۔ تو بیسٹ آڈینس بن گئے ہمارے لیے وہ۔ جو رکاوٹ تھی وہ، وہ مذہب تھا جو ٹریڈیشن پر بیس کرتا تھا۔</w:t>
      </w:r>
    </w:p>
    <w:p>
      <w:r>
        <w:rPr>
          <w:b/>
        </w:rPr>
        <w:t xml:space="preserve">[1:07:47] </w:t>
      </w:r>
      <w:r>
        <w:t>jo superstition par base karta tha.</w:t>
      </w:r>
    </w:p>
    <w:p>
      <w:pPr>
        <w:jc w:val="right"/>
      </w:pPr>
      <w:r>
        <w:t>جو superstition پر بیس کرتا تھا۔</w:t>
      </w:r>
    </w:p>
    <w:p>
      <w:r>
        <w:rPr>
          <w:b/>
        </w:rPr>
        <w:t xml:space="preserve">[1:07:50] </w:t>
      </w:r>
      <w:r>
        <w:t>jab woh khatam hua aur aadmi ka nature prevail karne laga to hamare liye kya hua woh? best audience ban gaya hamare liye.</w:t>
      </w:r>
    </w:p>
    <w:p>
      <w:pPr>
        <w:jc w:val="right"/>
      </w:pPr>
      <w:r>
        <w:t>جب وہ ختم ہوا اور آدمی کا نیچر prevail کرنے لگا تو ہمارے لیے کیا ہوا وہ؟ بیسٹ آڈینس بن گیا ہمارے لیے۔</w:t>
      </w:r>
    </w:p>
    <w:p>
      <w:r>
        <w:rPr>
          <w:b/>
        </w:rPr>
        <w:t xml:space="preserve">[1:08:02] </w:t>
      </w:r>
      <w:r>
        <w:t>to is se pehle maine aap ko bataya tha ke hadith ke mutale se yeh baat samne aati hai ke tareekh mein do barhe role rakhe gaye the, Allah taala ne rakhe the.</w:t>
      </w:r>
    </w:p>
    <w:p>
      <w:pPr>
        <w:jc w:val="right"/>
      </w:pPr>
      <w:r>
        <w:t>تو اس سے پہلے میں نے آپ کو بتایا تھا کہ حدیث کے مطالعے سے یہ بات سامنے آتی ہے کہ تاریخ میں دو بڑے رول رکھے گئے تھے، اللہ تعالیٰ نے رکھے تھے۔</w:t>
      </w:r>
    </w:p>
    <w:p>
      <w:r>
        <w:rPr>
          <w:b/>
        </w:rPr>
        <w:t xml:space="preserve">[1:08:14] </w:t>
      </w:r>
      <w:r>
        <w:t>ek tha Ashab e Rasool ka role. ek tha Ikhwan e Rasool ka role.</w:t>
      </w:r>
    </w:p>
    <w:p>
      <w:pPr>
        <w:jc w:val="right"/>
      </w:pPr>
      <w:r>
        <w:t>ایک تھا اصحاب رسول کا رول۔ ایک تھا اخوان رسول کا رول۔</w:t>
      </w:r>
    </w:p>
    <w:p>
      <w:r>
        <w:rPr>
          <w:b/>
        </w:rPr>
        <w:t xml:space="preserve">[1:08:20] </w:t>
      </w:r>
      <w:r>
        <w:t>yeh baat main is se pehle bata chuka hoon ke hadith ke mutabiq tareekh mein, poori tareekh mein, do barhe role the.</w:t>
      </w:r>
    </w:p>
    <w:p>
      <w:pPr>
        <w:jc w:val="right"/>
      </w:pPr>
      <w:r>
        <w:t>یہ بات میں اس سے پہلے بتا چکا ہوں کہ حدیث کے مطابق تاریخ میں، پوری تاریخ میں، دو بڑے رول تھے۔</w:t>
      </w:r>
    </w:p>
    <w:p>
      <w:r>
        <w:rPr>
          <w:b/>
        </w:rPr>
        <w:t xml:space="preserve">[1:08:31] </w:t>
      </w:r>
      <w:r>
        <w:t>ek tha Ikhwan e Rasool ka role baad ke zamane mein aur ek tha Ashab e Rasool ka role jo saatvi sadi mein hua.</w:t>
      </w:r>
    </w:p>
    <w:p>
      <w:pPr>
        <w:jc w:val="right"/>
      </w:pPr>
      <w:r>
        <w:t>ایک تھا اخوان رسول کا رول بعد کے زمانے میں اور ایک تھا اصحاب رسول کا رول جو ساتویں صدی میں ہوا۔</w:t>
      </w:r>
    </w:p>
    <w:p>
      <w:r>
        <w:rPr>
          <w:b/>
        </w:rPr>
        <w:t xml:space="preserve">[1:08:41] </w:t>
      </w:r>
      <w:r>
        <w:t>to aap yahan par sochiye ke woh role jo unhon ne, Ikhwan e Rasool ka jo role tha, woh kaise mumkin hua?</w:t>
      </w:r>
    </w:p>
    <w:p>
      <w:pPr>
        <w:jc w:val="right"/>
      </w:pPr>
      <w:r>
        <w:t>تو آپ یہاں پر سوچیے کہ وہ رول جو انہوں نے، اخوان رسول کا جو رول تھا، وہ کیسے ممکن ہوا؟</w:t>
      </w:r>
    </w:p>
    <w:p>
      <w:r>
        <w:rPr>
          <w:b/>
        </w:rPr>
        <w:t xml:space="preserve">[1:08:49] </w:t>
      </w:r>
      <w:r>
        <w:t>woh mumkin isi liye hua ke unko aise log mil gaye, aisa amla mil gaya jis ki deconditioning ho chuki thi. yani Hajra qurbani se ek aisi nasal bani jis ki deconditioning ho chuki thi.</w:t>
      </w:r>
    </w:p>
    <w:p>
      <w:pPr>
        <w:jc w:val="right"/>
      </w:pPr>
      <w:r>
        <w:t>وہ ممکن اسی لیے ہوا کہ ان کو ایسے لوگ مل گئے، ایسا عملہ مل گیا جس کی ڈی کنڈیشننگ ہو چکی تھی۔ یعنی ہاجرہ قربانی سے ایک ایسی نسل بنی جس کی ڈی کنڈیشننگ ہو چکی تھی۔</w:t>
      </w:r>
    </w:p>
    <w:p>
      <w:r>
        <w:rPr>
          <w:b/>
        </w:rPr>
        <w:t xml:space="preserve">[1:09:05] </w:t>
      </w:r>
      <w:r>
        <w:t>yeh tha insano ka ek amla. ek insano ka ek giroh. to un ke liye ek best audience mil gaya unhein.</w:t>
      </w:r>
    </w:p>
    <w:p>
      <w:pPr>
        <w:jc w:val="right"/>
      </w:pPr>
      <w:r>
        <w:t>یہ تھا انسانوں کا ایک عملہ۔ ایک انسانوں کا ایک گروہ۔ تو ان کے لیے ایک بیسٹ آڈینس مل گیا انہیں۔</w:t>
      </w:r>
    </w:p>
    <w:p>
      <w:r>
        <w:rPr>
          <w:b/>
        </w:rPr>
        <w:t xml:space="preserve">[1:09:16] </w:t>
      </w:r>
      <w:r>
        <w:t>dekhiye, jab tak aadmi conditioned ho, aap ka audience nahi banta woh. jab deconditioning ho jati hai, tab woh aap ka audience banta hai. to Ashab e Rasool apna role us waqt kar paye jabke ek lambi tareekh ke nateejay mein unhein ek aisi nasal mili jis ki deconditioning ho chuki thi.</w:t>
      </w:r>
    </w:p>
    <w:p>
      <w:pPr>
        <w:jc w:val="right"/>
      </w:pPr>
      <w:r>
        <w:t>دیکھیے، جب تک آدمی کنڈیشنڈ ہو، آپ کا آڈینس نہیں بنتا وہ۔ جب ڈی کنڈیشننگ ہو جاتی ہے، تب وہ آپ کا آڈینس بنتا ہے۔ تو اصحاب رسول اپنا رول اس وقت کر پائے جبکہ ایک لمبی تاریخ کے نتیجے میں انہیں ایک ایسی نسل ملی جس کی ڈی کنڈیشننگ ہو چکی تھی۔</w:t>
      </w:r>
    </w:p>
    <w:p>
      <w:r>
        <w:rPr>
          <w:b/>
        </w:rPr>
        <w:t xml:space="preserve">[1:09:38] </w:t>
      </w:r>
      <w:r>
        <w:t>aur woh nature par aa chuka tha. is tarah se unhein ek best audience mil gaya.</w:t>
      </w:r>
    </w:p>
    <w:p>
      <w:pPr>
        <w:jc w:val="right"/>
      </w:pPr>
      <w:r>
        <w:t>اور وہ نیچر پر آ چکا تھا۔ اس طرح سے انہیں ایک بیسٹ آڈینس مل گیا۔</w:t>
      </w:r>
    </w:p>
    <w:p>
      <w:r>
        <w:rPr>
          <w:b/>
        </w:rPr>
        <w:t xml:space="preserve">[1:09:45] </w:t>
      </w:r>
      <w:r>
        <w:t>warna aap dekhiye kitne kam muddat mein, sare morkheen kehte hain ke itne kam arsay mein, yani sirf 23 saal mein poora Arab Islamize ho gaya.</w:t>
      </w:r>
    </w:p>
    <w:p>
      <w:pPr>
        <w:jc w:val="right"/>
      </w:pPr>
      <w:r>
        <w:t>ورنہ آپ دیکھیے کتنے کم مدت میں، سارے مورخین کہتے ہیں کہ اتنے کم عرصے میں، یعنی صرف 23 سال میں پورا عرب اسلامائز ہو گیا۔</w:t>
      </w:r>
    </w:p>
    <w:p>
      <w:r>
        <w:rPr>
          <w:b/>
        </w:rPr>
        <w:t xml:space="preserve">[1:09:56] </w:t>
      </w:r>
      <w:r>
        <w:t>aur agle 25 saal mein kya hua ke ek bohat bari dunya Islamize ho gayi. Islam ka ek ek empire ban gaya.</w:t>
      </w:r>
    </w:p>
    <w:p>
      <w:pPr>
        <w:jc w:val="right"/>
      </w:pPr>
      <w:r>
        <w:t>اور اگلے 25 سال میں کیا ہوا کہ ایک بہت بڑی دنیا اسلامائز ہو گئی۔ اسلام کا ایک ایک ایمپائر بن گیا۔</w:t>
      </w:r>
    </w:p>
    <w:p>
      <w:r>
        <w:rPr>
          <w:b/>
        </w:rPr>
        <w:t xml:space="preserve">[1:10:08] </w:t>
      </w:r>
      <w:r>
        <w:t>to kaise hua? yeh koi moajza nahi tha.</w:t>
      </w:r>
    </w:p>
    <w:p>
      <w:pPr>
        <w:jc w:val="right"/>
      </w:pPr>
      <w:r>
        <w:t>تو کیسے ہوا؟ یہ کوئی معجزہ نہیں تھا۔</w:t>
      </w:r>
    </w:p>
    <w:p>
      <w:r>
        <w:rPr>
          <w:b/>
        </w:rPr>
        <w:t xml:space="preserve">[1:10:12] </w:t>
      </w:r>
      <w:r>
        <w:t>yeh is liye hua ke Hazrat Hajra qurbani ke zariye aur sehra mein jo deconditioning ki gayi thi, us ki wajah se best audience mil gaya. woh audience aisa tha ke jhoot nahi bolta tha.</w:t>
      </w:r>
    </w:p>
    <w:p>
      <w:pPr>
        <w:jc w:val="right"/>
      </w:pPr>
      <w:r>
        <w:t>یہ اس لیے ہوا کہ حضرت ہاجرہ قربانی کے ذریعے اور صحرا میں جو ڈی کنڈیشننگ کی گئی تھی، اس کی وجہ سے بیسٹ آڈینس مل گیا۔ وہ آڈینس ایسا تھا کہ جھوٹ نہیں بولتا تھا۔</w:t>
      </w:r>
    </w:p>
    <w:p>
      <w:r>
        <w:rPr>
          <w:b/>
        </w:rPr>
        <w:t xml:space="preserve">[1:10:24] </w:t>
      </w:r>
      <w:r>
        <w:t>woh be imani thi us ke paas. nahi janta tha woh. hamesha sach bolte the woh. sach bolte the aur doosre ko sacha samajhte the.</w:t>
      </w:r>
    </w:p>
    <w:p>
      <w:pPr>
        <w:jc w:val="right"/>
      </w:pPr>
      <w:r>
        <w:t>وہ بے ایمانی تھی اس کے پاس۔ نہیں جانتا تھا وہ۔ ہمیشہ سچ بولتے تھے وہ۔ سچ بولتے تھے اور دوسرے کو سچا سمجھتے تھے۔</w:t>
      </w:r>
    </w:p>
    <w:p>
      <w:r>
        <w:rPr>
          <w:b/>
        </w:rPr>
        <w:t xml:space="preserve">[1:10:36] </w:t>
      </w:r>
      <w:r>
        <w:t>aaj kya halaat mein jhoot bolta hai aur doosre ko jhoota samajhta hai?</w:t>
      </w:r>
    </w:p>
    <w:p>
      <w:pPr>
        <w:jc w:val="right"/>
      </w:pPr>
      <w:r>
        <w:t>آج کیا حالات میں جھوٹ بولتا ہے اور دوسرے کو جھوٹا سمجھتا ہے؟</w:t>
      </w:r>
    </w:p>
    <w:p>
      <w:r>
        <w:rPr>
          <w:b/>
        </w:rPr>
        <w:t xml:space="preserve">[1:10:41] </w:t>
      </w:r>
      <w:r>
        <w:t>mein aap ko aik qissa aur sunoon. aik aadmi oont par sawaar ho kar aata hai. madine ke bahir se. oont par baithe baithe woh jo masjid thi wahan madine mein, wahan aata hai woh.</w:t>
      </w:r>
    </w:p>
    <w:p>
      <w:pPr>
        <w:jc w:val="right"/>
      </w:pPr>
      <w:r>
        <w:t>میں آپ کو ایک قصہ اور سنوں۔ ایک آدمی اونٹ پر سوار ہو کر آتا ہے۔ مدینے کے باہر سے۔ اونٹ پر بیٹھے بیٹھے وہ جو مسجد تھی وہاں مدینے میں، وہاں آتا ہے وہ۔</w:t>
      </w:r>
    </w:p>
    <w:p>
      <w:r>
        <w:rPr>
          <w:b/>
        </w:rPr>
        <w:t xml:space="preserve">[1:10:55] </w:t>
      </w:r>
      <w:r>
        <w:t>wahan kai log baithe hue hain. wahan se baithe baithe poochta hai woh apne oont par se ke tum mein se kaun hai ibn abdul muttalib?</w:t>
      </w:r>
    </w:p>
    <w:p>
      <w:pPr>
        <w:jc w:val="right"/>
      </w:pPr>
      <w:r>
        <w:t>وہاں کئی لوگ بیٹھے ہوئے ہیں۔ وہاں سے بیٹھے بیٹھے پوچھتا ہے وہ اپنے اونٹ پر سے کہ تم میں سے کون ہے ابن عبدالمطلب؟</w:t>
      </w:r>
    </w:p>
    <w:p>
      <w:r>
        <w:rPr>
          <w:b/>
        </w:rPr>
        <w:t xml:space="preserve">[1:11:06] </w:t>
      </w:r>
      <w:r>
        <w:t>woh log aap ko ibn abdul muttalib kehte the, yaani muhammad. tum mein se kaun hai jo muhammad hai? toh rasool allah kehte hain ke mein hoon.</w:t>
      </w:r>
    </w:p>
    <w:p>
      <w:pPr>
        <w:jc w:val="right"/>
      </w:pPr>
      <w:r>
        <w:t>وہ لوگ آپ کو ابن عبدالمطلب کہتے تھے، یعنی محمد۔ تم میں سے کون ہے جو محمد ہے؟ تو رسول اللہ کہتے ہیں کہ میں ہوں۔</w:t>
      </w:r>
    </w:p>
    <w:p>
      <w:r>
        <w:rPr>
          <w:b/>
        </w:rPr>
        <w:t xml:space="preserve">[1:11:15] </w:t>
      </w:r>
      <w:r>
        <w:t>is mauqe par sochiye aap, kaise log the woh? de conditioning ke baad jo insaan banta hai, us ki tasweer us mein dikhai deti hai aap ko ke woh kya insaan hota hai.</w:t>
      </w:r>
    </w:p>
    <w:p>
      <w:pPr>
        <w:jc w:val="right"/>
      </w:pPr>
      <w:r>
        <w:t>اس موقع پر سوچیے آپ، کیسے لوگ تھے وہ؟ ڈی کنڈیشننگ کے بعد جو انسان بنتا ہے، اس کی تصویر اس میں دکھائی دیتی ہے آپ کو کہ وہ کیا انسان ہوتا ہے۔</w:t>
      </w:r>
    </w:p>
    <w:p>
      <w:r>
        <w:rPr>
          <w:b/>
        </w:rPr>
        <w:t xml:space="preserve">[1:11:28] </w:t>
      </w:r>
      <w:r>
        <w:t>toh woh poochta hai oont par se baithe baithe ke aap mein se kaun hai jo muhammad hai?</w:t>
      </w:r>
    </w:p>
    <w:p>
      <w:pPr>
        <w:jc w:val="right"/>
      </w:pPr>
      <w:r>
        <w:t>تو وہ پوچھتا ہے اونٹ پر سے بیٹھے بیٹھے کہ آپ میں سے کون ہے جو محمد ہے؟</w:t>
      </w:r>
    </w:p>
    <w:p>
      <w:r>
        <w:rPr>
          <w:b/>
        </w:rPr>
        <w:t xml:space="preserve">[1:11:36] </w:t>
      </w:r>
      <w:r>
        <w:t>aap kehte hain ke mein hoon. toh oont par baithe baithe woh poochta hai</w:t>
      </w:r>
    </w:p>
    <w:p>
      <w:pPr>
        <w:jc w:val="right"/>
      </w:pPr>
      <w:r>
        <w:t>آپ کہتے ہیں کہ میں ہوں۔ تو اونٹ پر بیٹھے بیٹھے وہ پوچھتا ہے</w:t>
      </w:r>
    </w:p>
    <w:p>
      <w:r>
        <w:rPr>
          <w:b/>
        </w:rPr>
        <w:t xml:space="preserve">[1:11:46] </w:t>
      </w:r>
      <w:r>
        <w:t>ke kya aap ko khuda ne apna rasool banaya hai? aap kehte hain Allahumma na'am haan. bas maan leta hai woh.</w:t>
      </w:r>
    </w:p>
    <w:p>
      <w:pPr>
        <w:jc w:val="right"/>
      </w:pPr>
      <w:r>
        <w:t>کہ کیا آپ کو خدا نے اپنا رسول بنایا ہے؟ آپ کہتے ہیں اللَّهُمَّ النَّعَمُ ہاں۔ بس مان لیتا ہے وہ۔</w:t>
      </w:r>
    </w:p>
    <w:p>
      <w:r>
        <w:rPr>
          <w:b/>
        </w:rPr>
        <w:t xml:space="preserve">[1:11:56] </w:t>
      </w:r>
      <w:r>
        <w:t>kyun ke woh na toh khud jhoot bolta tha, na woh us ko janta tha ke doosra aisa jhoot bolega.</w:t>
      </w:r>
    </w:p>
    <w:p>
      <w:pPr>
        <w:jc w:val="right"/>
      </w:pPr>
      <w:r>
        <w:t>کیونکہ وہ نہ تو خود جھوٹ بولتا تھا، نہ وہ اس کو جانتا تھا کہ دوسرا ایسا جھوٹ بولے گا۔</w:t>
      </w:r>
    </w:p>
    <w:p>
      <w:r>
        <w:rPr>
          <w:b/>
        </w:rPr>
        <w:t xml:space="preserve">[1:12:03] </w:t>
      </w:r>
      <w:r>
        <w:t>yeh the mr nature. yeh the de conditioned log. toh woh kehta hai ke kya aap muhammad hain? kaha aap ne kaha haan.</w:t>
      </w:r>
    </w:p>
    <w:p>
      <w:pPr>
        <w:jc w:val="right"/>
      </w:pPr>
      <w:r>
        <w:t>یہ تھے مسٹر نیچر۔ یہ تھے ڈی کنڈیشن لوگ۔ تو وہ کہتا ہے کہ کیا آپ محمد ہیں؟ کہا آپ نے کہا ہاں۔</w:t>
      </w:r>
    </w:p>
    <w:p>
      <w:r>
        <w:rPr>
          <w:b/>
        </w:rPr>
        <w:t xml:space="preserve">[1:12:12] </w:t>
      </w:r>
      <w:r>
        <w:t>kya aap? aur haan, mein aap ko khuda ki qasam dila kar poochta hoon ke kya khuda ne aap ko rasool banaya hai apna?</w:t>
      </w:r>
    </w:p>
    <w:p>
      <w:pPr>
        <w:jc w:val="right"/>
      </w:pPr>
      <w:r>
        <w:t>کیا آپ؟ اور ہاں، میں آپ کو خدا کی قسم دلا کر پوچھتا ہوں کہ کیا خدا نے آپ کو رسول بنایا ہے اپنا؟</w:t>
      </w:r>
    </w:p>
    <w:p>
      <w:r>
        <w:rPr>
          <w:b/>
        </w:rPr>
        <w:t xml:space="preserve">[1:12:22] </w:t>
      </w:r>
      <w:r>
        <w:t>prophet banaya hai? aap kehte hain Allahumma na'am haan.</w:t>
      </w:r>
    </w:p>
    <w:p>
      <w:pPr>
        <w:jc w:val="right"/>
      </w:pPr>
      <w:r>
        <w:t>Prophet بنایا ہے؟ آپ کہتے ہیں اللَّهُمَّ النَّعَمُ ہاں۔</w:t>
      </w:r>
    </w:p>
    <w:p>
      <w:r>
        <w:rPr>
          <w:b/>
        </w:rPr>
        <w:t xml:space="preserve">[1:12:27] </w:t>
      </w:r>
      <w:r>
        <w:t>phir woh poochta hai aik aik baat, aik aik baat. ke mein aap ko khuda ki qasam dilata hoon aur poochta hoon aap se ke kya khuda ne yeh kaha hai?</w:t>
      </w:r>
    </w:p>
    <w:p>
      <w:pPr>
        <w:jc w:val="right"/>
      </w:pPr>
      <w:r>
        <w:t>پھر وہ پوچھتا ہے ایک ایک بات، ایک ایک بات۔ کہ میں آپ کو خدا کی قسم دلاتا ہوں اور پوچھتا ہوں آپ سے کہ کیا خدا نے یہ کہا ہے؟</w:t>
      </w:r>
    </w:p>
    <w:p>
      <w:r>
        <w:rPr>
          <w:b/>
        </w:rPr>
        <w:t xml:space="preserve">[1:12:37] </w:t>
      </w:r>
      <w:r>
        <w:t>kya hum paanch waqt ki namaz padhein? aap kehte hain Allahumma na'am haan. aik aik baat poochta hai woh. aur sirf yahi baat par maan leta hai woh ke woh kehte hain ke haan, haan, haan, haan.</w:t>
      </w:r>
    </w:p>
    <w:p>
      <w:pPr>
        <w:jc w:val="right"/>
      </w:pPr>
      <w:r>
        <w:t>کیا ہم پانچ وقت کی نماز پڑھیں؟ آپ کہتے ہیں اللَّهُمَّ النَّعَمُ ہاں۔ ایک ایک بات پوچھتا ہے وہ۔ اور صرف یہی بات پر مان لیتا ہے وہ کہ وہ کہتے ہیں کہ ہاں، ہاں، ہاں، ہاں۔</w:t>
      </w:r>
    </w:p>
    <w:p>
      <w:r>
        <w:rPr>
          <w:b/>
        </w:rPr>
        <w:t xml:space="preserve">[1:12:51] </w:t>
      </w:r>
      <w:r>
        <w:t>kyun ke woh janta tha ke jhoot bol nahi sakta insaan.</w:t>
      </w:r>
    </w:p>
    <w:p>
      <w:pPr>
        <w:jc w:val="right"/>
      </w:pPr>
      <w:r>
        <w:t>کیونکہ وہ جانتا تھا کہ جھوٹ بول نہیں سکتا انسان۔</w:t>
      </w:r>
    </w:p>
    <w:p>
      <w:r>
        <w:rPr>
          <w:b/>
        </w:rPr>
        <w:t xml:space="preserve">[1:12:57] </w:t>
      </w:r>
      <w:r>
        <w:t>is ke baad oont se utarta hai aur aap ke haath par islam qabool kar leta hai aur chala jata hai.</w:t>
      </w:r>
    </w:p>
    <w:p>
      <w:pPr>
        <w:jc w:val="right"/>
      </w:pPr>
      <w:r>
        <w:t>اس کے بعد اونٹ سے اترتا ہے اور آپ کے ہاتھ پر اسلام قبول کر لیتا ہے اور چلا جاتا ہے۔</w:t>
      </w:r>
    </w:p>
    <w:p>
      <w:r>
        <w:rPr>
          <w:b/>
        </w:rPr>
        <w:t xml:space="preserve">[1:13:04] </w:t>
      </w:r>
      <w:r>
        <w:t>aise bohat se waqiat hain. toh mein jo baat karna chahta hoon woh yeh karna chahta hoon ke de conditioning ke baad kaisa insaan banta hai. de conditioning bohat hi mushkil kaam hai, bohat hi mushkil kaam hai, bohat hi mushkil kaam hai de conditioning.</w:t>
      </w:r>
    </w:p>
    <w:p>
      <w:pPr>
        <w:jc w:val="right"/>
      </w:pPr>
      <w:r>
        <w:t>ایسے بہت سے واقعات ہیں۔ تو میں جو بات کرنا چاہتا ہوں وہ یہ کرنا چاہتا ہوں کہ ڈی کنڈیشننگ کے بعد کیسا انسان بنتا ہے۔ ڈی کنڈیشننگ بہت ہی مشکل کام ہے، بہت ہی مشکل کام ہے، بہت ہی مشکل کام ہے ڈی کنڈیشننگ۔</w:t>
      </w:r>
    </w:p>
    <w:p>
      <w:r>
        <w:rPr>
          <w:b/>
        </w:rPr>
        <w:t xml:space="preserve">[1:13:18] </w:t>
      </w:r>
      <w:r>
        <w:t>saare log bias mein jeete hain.</w:t>
      </w:r>
    </w:p>
    <w:p>
      <w:pPr>
        <w:jc w:val="right"/>
      </w:pPr>
      <w:r>
        <w:t>سارے لوگ bias میں جیتے ہیں۔</w:t>
      </w:r>
    </w:p>
    <w:p>
      <w:r>
        <w:rPr>
          <w:b/>
        </w:rPr>
        <w:t xml:space="preserve">[1:13:21] </w:t>
      </w:r>
      <w:r>
        <w:t>bias ko hatana. jab hata diya jaye toh phir mr nature wahan par aa jata hai. aur jab mr nature aa jaye toh aise hi insaan hota hai woh.</w:t>
      </w:r>
    </w:p>
    <w:p>
      <w:pPr>
        <w:jc w:val="right"/>
      </w:pPr>
      <w:r>
        <w:t>Bias کو ہٹانا۔ جب ہٹا دیا جائے تو پھر مسٹر نیچر وہاں پر آ جاتا ہے۔ اور جب مسٹر نیچر آ جائے تو ایسے ہی انسان ہوتا ہے وہ۔</w:t>
      </w:r>
    </w:p>
    <w:p>
      <w:r>
        <w:rPr>
          <w:b/>
        </w:rPr>
        <w:t xml:space="preserve">[1:13:33] </w:t>
      </w:r>
      <w:r>
        <w:t>hamare aap ki jo jo khuda ki sab pe blessing hai ke dobara khuda ne aik universal de conditioning ki through modern education, through modern thought, through modern science</w:t>
      </w:r>
    </w:p>
    <w:p>
      <w:pPr>
        <w:jc w:val="right"/>
      </w:pPr>
      <w:r>
        <w:t>ہمارے آپ کی جو جو خدا کی سب پہ blessing ہے کہ دوبارہ خدا نے ایک universal ڈی کنڈیشننگ کی through modern education, through modern thought, through modern science</w:t>
      </w:r>
    </w:p>
    <w:p>
      <w:r>
        <w:rPr>
          <w:b/>
        </w:rPr>
        <w:t xml:space="preserve">[1:13:47] </w:t>
      </w:r>
      <w:r>
        <w:t>us ko samjhiye aap. yeh hamare logon ki nadani thi ke us ko samjhein ke yeh ilhad aa gaya hai. nahi, ilhad nahi aaya tha, yeh de conditioning aayi thi.</w:t>
      </w:r>
    </w:p>
    <w:p>
      <w:pPr>
        <w:jc w:val="right"/>
      </w:pPr>
      <w:r>
        <w:t>اس کو سمجھیے آپ۔ یہ ہمارے لوگوں کی نادانی تھی کہ اس کو سمجھیں کہ یہ الحاد آ گیا ہے۔ نہیں، الحاد نہیں آیا تھا، یہ ڈی کنڈیشننگ آئی تھی۔</w:t>
      </w:r>
    </w:p>
    <w:p>
      <w:r>
        <w:rPr>
          <w:b/>
        </w:rPr>
        <w:t xml:space="preserve">[1:13:58] </w:t>
      </w:r>
      <w:r>
        <w:t>yeh de conditioning aayi thi. mujh ko baar baar aisa ittefaq pada hai india mein bhi, europe, america mein bhi ke aaj ka jo insaan hai modern education wala, foran maan leta hai woh baat ko.</w:t>
      </w:r>
    </w:p>
    <w:p>
      <w:pPr>
        <w:jc w:val="right"/>
      </w:pPr>
      <w:r>
        <w:t>یہ ڈی کنڈیشننگ آئی تھی۔ مجھ کو بار بار ایسا اتفاق پڑا ہے انڈیا میں بھی، یورپ، امریکہ میں بھی کہ آج کا جو انسان ہے modern education والا، فوراً مان لیتا ہے وہ بات کو۔</w:t>
      </w:r>
    </w:p>
    <w:p>
      <w:r>
        <w:rPr>
          <w:b/>
        </w:rPr>
        <w:t xml:space="preserve">[1:14:11] </w:t>
      </w:r>
      <w:r>
        <w:t>jabke hum madrase mein jayein toh woh koi baat manta nahi hua ke wahan koi log conditioned log baste hain wahan par.</w:t>
      </w:r>
    </w:p>
    <w:p>
      <w:pPr>
        <w:jc w:val="right"/>
      </w:pPr>
      <w:r>
        <w:t>جبکہ ہم مدرسے میں جائیں تو وہ کوئی بات مانتا نہیں ہوا کہ وہاں کوئی لوگ کنڈیشن لوگ بستے ہیں وہاں پر۔</w:t>
      </w:r>
    </w:p>
    <w:p>
      <w:r>
        <w:rPr>
          <w:b/>
        </w:rPr>
        <w:t xml:space="preserve">[1:14:17] </w:t>
      </w:r>
      <w:r>
        <w:t>madrase aur masjid mein jo log baste hain woh sab conditioned log hote hain. woh kisi baat ko manne ko tayyar nahi hote. lekin aaj ka jo yeh insaan hai jo universityon mein, collegeon mein ban raha hai, modern science se se pala barha hai jo insaan,</w:t>
      </w:r>
    </w:p>
    <w:p>
      <w:pPr>
        <w:jc w:val="right"/>
      </w:pPr>
      <w:r>
        <w:t>مدرسے اور مسجد میں جو لوگ بستے ہیں وہ سب کنڈیشنڈ لوگ ہوتے ہیں۔ وہ کسی بات کو ماننے کو تیار نہیں ہوتے۔ لیکن آج کا جو یہ انسان ہے جو یونیورسٹیوں میں، کالجوں میں بن رہا ہے، modern سائنس سے سے پلا بڑھا ہے جو انسان،</w:t>
      </w:r>
    </w:p>
    <w:p>
      <w:r>
        <w:rPr>
          <w:b/>
        </w:rPr>
        <w:t xml:space="preserve">[1:14:32] </w:t>
      </w:r>
      <w:r>
        <w:t>agar aap is ko reason pesh karte hain, reason, logic, scientific base aa jaye is ke samne to foran maan leta hai woh.</w:t>
      </w:r>
    </w:p>
    <w:p>
      <w:pPr>
        <w:jc w:val="right"/>
      </w:pPr>
      <w:r>
        <w:t>اگر آپ اس کو reason پیش کرتے ہیں، reason، logic، scientific base آ جائے اس کے سامنے تو فوراً مان لیتا ہے وہ۔</w:t>
      </w:r>
    </w:p>
    <w:p>
      <w:r>
        <w:rPr>
          <w:b/>
        </w:rPr>
        <w:t xml:space="preserve">[1:14:42] </w:t>
      </w:r>
      <w:r>
        <w:t>isi liye meri kitab jo hai "Al-Islam Al-Wahda" jo English mein "God Arises" ke naam chapi hai aur bohat si das languages mein chhap chuki hai woh kitab.</w:t>
      </w:r>
    </w:p>
    <w:p>
      <w:pPr>
        <w:jc w:val="right"/>
      </w:pPr>
      <w:r>
        <w:t>اسی لیے میری کتاب جو ہے "الاسلام اتحدہ" جو انگلش میں "God Rises" کے نام چھپی ہے اور بہت سی دس languages میں چھپ چکی ہے وہ کتاب۔</w:t>
      </w:r>
    </w:p>
    <w:p>
      <w:r>
        <w:rPr>
          <w:b/>
        </w:rPr>
        <w:t xml:space="preserve">[1:14:53] </w:t>
      </w:r>
      <w:r>
        <w:t>to "God Arises" ke naam se English mein chhapi hai. Yani ek do lakhon logon ko is se phir se yani rediscovery hui Islam ki.</w:t>
      </w:r>
    </w:p>
    <w:p>
      <w:pPr>
        <w:jc w:val="right"/>
      </w:pPr>
      <w:r>
        <w:t>تو "God Arises" کے نام سے انگلش میں چھپی ہے۔ یعنی ایک دو لاکھوں لوگوں کو اس سے پھر سے یعنی rediscovery ہوئی اسلام کی۔</w:t>
      </w:r>
    </w:p>
    <w:p>
      <w:r>
        <w:rPr>
          <w:b/>
        </w:rPr>
        <w:t xml:space="preserve">[1:15:01] </w:t>
      </w:r>
      <w:r>
        <w:t>bilawithout any exaggeration lakhon logon ko. Kyunke is mein reason based Islam bataya gaya</w:t>
      </w:r>
    </w:p>
    <w:p>
      <w:pPr>
        <w:jc w:val="right"/>
      </w:pPr>
      <w:r>
        <w:t>بلا without any exaggeration لاکھوں لوگوں کو۔ کیونکہ اس میں reason based اسلام بتایا گیا</w:t>
      </w:r>
    </w:p>
    <w:p>
      <w:r>
        <w:rPr>
          <w:b/>
        </w:rPr>
        <w:t xml:space="preserve">[1:15:10] </w:t>
      </w:r>
      <w:r>
        <w:t>tha. Yani woh log jin ko ke in logon ne keh diya tha ke yeh log atheist ho gaye, Islam se bahar chale gaye. Yani wohi log jin ko yeh log kehte the إِنَّ الدَّينُ لَا بَابَ بَقْرٍ لَهُ woh samajhte the ke in logon ko maro kato in ko.</w:t>
      </w:r>
    </w:p>
    <w:p>
      <w:pPr>
        <w:jc w:val="right"/>
      </w:pPr>
      <w:r>
        <w:t>تھا۔ یعنی وہ لوگ جن کو کہ ان لوگوں نے کہہ دیا تھا کہ یہ لوگ atheist ہو گئے، اسلام سے باہر چلے گئے۔ یعنی وہی لوگ جن کو یہ لوگ کہتے تھے إِنَّ الدَّينُ لَا بَابَ بَقْرٍ لَهُ وہ سمجھتے تھے کہ ان لوگوں کو مارو کاٹو ان کو۔</w:t>
      </w:r>
    </w:p>
    <w:p>
      <w:r>
        <w:rPr>
          <w:b/>
        </w:rPr>
        <w:t xml:space="preserve">[1:15:23] </w:t>
      </w:r>
      <w:r>
        <w:t>nahin. Dekhiye yeh log ka case jo tha sach poochien to apostasic case nahin tha woh. Yeh intellectual dissatisfaction ka case tha.</w:t>
      </w:r>
    </w:p>
    <w:p>
      <w:pPr>
        <w:jc w:val="right"/>
      </w:pPr>
      <w:r>
        <w:t>نہیں۔ دیکھیے یہ لوگ کا case جو تھا سچ پوچھیں تو apostasic case نہیں تھا وہ۔ یہ intellectual dissatisfaction کا case تھا۔</w:t>
      </w:r>
    </w:p>
    <w:p>
      <w:r>
        <w:rPr>
          <w:b/>
        </w:rPr>
        <w:t xml:space="preserve">[1:15:36] </w:t>
      </w:r>
      <w:r>
        <w:t>Intellectual dissatisfaction. Yani un ko jo aaj ki masjid hai, aaj ka jo madrasa hai, un ko do's and don'ts ki zuban mein bol raha tha woh.</w:t>
      </w:r>
    </w:p>
    <w:p>
      <w:pPr>
        <w:jc w:val="right"/>
      </w:pPr>
      <w:r>
        <w:t>Intellectual dissatisfaction۔ یعنی ان کو جو آج کی مسجد ہے، آج کا جو مدرسہ ہے، ان کو do's and don'ts کی زبان میں بول رہا تھا وہ۔</w:t>
      </w:r>
    </w:p>
    <w:p>
      <w:r>
        <w:rPr>
          <w:b/>
        </w:rPr>
        <w:t xml:space="preserve">[1:15:45] </w:t>
      </w:r>
      <w:r>
        <w:t>yeh halal hai, yeh haram hai. Lekin maine un ko diya reason. Reason. Reason based Islam pesh kiya un ke samne.</w:t>
      </w:r>
    </w:p>
    <w:p>
      <w:pPr>
        <w:jc w:val="right"/>
      </w:pPr>
      <w:r>
        <w:t>یہ حلال ہے، یہ حرام ہے۔ لیکن میں نے ان کو دیا reason۔ Reason۔ Reason based اسلام پیش کیا ان کے سامنے۔</w:t>
      </w:r>
    </w:p>
    <w:p>
      <w:r>
        <w:rPr>
          <w:b/>
        </w:rPr>
        <w:t xml:space="preserve">[1:15:56] </w:t>
      </w:r>
      <w:r>
        <w:t>aur woh to un ka mind address ho gaya.</w:t>
      </w:r>
    </w:p>
    <w:p>
      <w:pPr>
        <w:jc w:val="right"/>
      </w:pPr>
      <w:r>
        <w:t>اور وہ تو ان کا mind address ہو گیا۔</w:t>
      </w:r>
    </w:p>
    <w:p>
      <w:r>
        <w:rPr>
          <w:b/>
        </w:rPr>
        <w:t xml:space="preserve">[1:16:00] </w:t>
      </w:r>
      <w:r>
        <w:t>woh jo misaal pesh kar rahe the jo log hamare madrason mein, hamare masjidon mein, un se un ka mind address nahin hota tha. Woh chahte the ke Islam hai sacha to is ka reason bhi ho.</w:t>
      </w:r>
    </w:p>
    <w:p>
      <w:pPr>
        <w:jc w:val="right"/>
      </w:pPr>
      <w:r>
        <w:t>وہ جو مثال پیش کر رہے تھے جو لوگ ہمارے مدرسوں میں، ہمارے مسجدوں میں، ان سے ان کا mind address نہیں ہوتا تھا۔ وہ چاہتے تھے کہ اسلام ہے سچا تو اس کا reason بھی ہو۔</w:t>
      </w:r>
    </w:p>
    <w:p>
      <w:r>
        <w:rPr>
          <w:b/>
        </w:rPr>
        <w:t xml:space="preserve">[1:16:13] </w:t>
      </w:r>
      <w:r>
        <w:t>Islam agar sacha hai to is ki logic bhi koi ho. Islam agar sacha hai to is ke scientific argument bhi is ke sath ho. Achha yeh de nahin paate the woh log.</w:t>
      </w:r>
    </w:p>
    <w:p>
      <w:pPr>
        <w:jc w:val="right"/>
      </w:pPr>
      <w:r>
        <w:t>اسلام اگر سچا ہے تو اس کی logic بھی کوئی ہو۔ اسلام اگر سچا ہے تو اس کے scientific argument بھی اس کے ساتھ ہو۔ اچھا یہ دے نہیں پاتے تھے وہ لوگ۔</w:t>
      </w:r>
    </w:p>
    <w:p>
      <w:r>
        <w:rPr>
          <w:b/>
        </w:rPr>
        <w:t xml:space="preserve">[1:16:22] </w:t>
      </w:r>
      <w:r>
        <w:t>yeh khali haram halaal ki boli bolte the. Maine apni kitabon mein aap parhiye is ko.</w:t>
      </w:r>
    </w:p>
    <w:p>
      <w:pPr>
        <w:jc w:val="right"/>
      </w:pPr>
      <w:r>
        <w:t>یہ خالی حرام حلال کی بولی بولتے تھے۔ میں نے اپنی کتابوں میں آپ پڑھیے اس کو۔</w:t>
      </w:r>
    </w:p>
    <w:p>
      <w:r>
        <w:rPr>
          <w:b/>
        </w:rPr>
        <w:t xml:space="preserve">[1:16:30] </w:t>
      </w:r>
      <w:r>
        <w:t>Reason based Islam pesh kiya.</w:t>
      </w:r>
    </w:p>
    <w:p>
      <w:pPr>
        <w:jc w:val="right"/>
      </w:pPr>
      <w:r>
        <w:t>Reason based اسلام پیش کیا۔</w:t>
      </w:r>
    </w:p>
    <w:p>
      <w:r>
        <w:rPr>
          <w:b/>
        </w:rPr>
        <w:t xml:space="preserve">[1:16:37] </w:t>
      </w:r>
      <w:r>
        <w:t>mujhe ek sahab mile jo qahira se aaye the woh to unhon ne kaha ke maine dekha qahira mein ek ek thele par bohat sari kitab rakh kar ke koi bech raha hai.</w:t>
      </w:r>
    </w:p>
    <w:p>
      <w:pPr>
        <w:jc w:val="right"/>
      </w:pPr>
      <w:r>
        <w:t>مجھے ایک صاحب ملے جو قاہرہ سے آئے تھے وہ تو انہوں نے کہا کہ میں نے دیکھا قاہرہ میں ایک ایک تھیلے پر بہت ساری کتاب رکھ کر کے کوئی بیچ رہا ہے۔</w:t>
      </w:r>
    </w:p>
    <w:p>
      <w:r>
        <w:rPr>
          <w:b/>
        </w:rPr>
        <w:t xml:space="preserve">[1:16:51] </w:t>
      </w:r>
      <w:r>
        <w:t>jaise just like jaise hamare sabzi bechte hain. Sabzi laad kar bechte hain thele par. Aise bech</w:t>
      </w:r>
    </w:p>
    <w:p>
      <w:pPr>
        <w:jc w:val="right"/>
      </w:pPr>
      <w:r>
        <w:t>جیسے just like جیسے ہمارے سبزی بیچتے ہیں۔ سبزی لاد کر بیچتے ہیں تھیلے پر۔ ایسے بیچ</w:t>
      </w:r>
    </w:p>
    <w:p>
      <w:r>
        <w:rPr>
          <w:b/>
        </w:rPr>
        <w:t xml:space="preserve">[1:16:58] </w:t>
      </w:r>
      <w:r>
        <w:t>raha hai. To maine kaha aap dekho kya kaisi kitab hai jo khoob khareed rahe the log. To ja kar dekha to maloom hua ke yeh "Al-Islam Al-Wahda" ka naya edition hai.</w:t>
      </w:r>
    </w:p>
    <w:p>
      <w:pPr>
        <w:jc w:val="right"/>
      </w:pPr>
      <w:r>
        <w:t>رہا ہے۔ تو میں نے کہا آپ دیکھو کیا کیسی کتاب ہے جو خوب خرید رہے تھے لوگ۔ تو جا کر دیکھا تو معلوم ہوا کہ یہ "الاسلام اتحدہ" کا نیا edition ہے۔</w:t>
      </w:r>
    </w:p>
    <w:p>
      <w:r>
        <w:rPr>
          <w:b/>
        </w:rPr>
        <w:t xml:space="preserve">[1:17:10] </w:t>
      </w:r>
      <w:r>
        <w:t>is tarah bik rahi thi woh. Kyunke logon ne samjha ke is mein hum ko Islam jo hai hum ko phir se reason ki language mein mil raha hai. Jo ke hum chah rahe the pehle se.</w:t>
      </w:r>
    </w:p>
    <w:p>
      <w:pPr>
        <w:jc w:val="right"/>
      </w:pPr>
      <w:r>
        <w:t>اس طرح بک رہی تھی وہ۔ کیونکہ لوگوں نے سمجھا کہ اس میں ہم کو اسلام جو ہے ہم کو پھر سے reason کی language میں مل رہا ہے۔ جو کہ ہم چاہ رہے تھے پہلے سے۔</w:t>
      </w:r>
    </w:p>
    <w:p>
      <w:r>
        <w:rPr>
          <w:b/>
        </w:rPr>
        <w:t xml:space="preserve">[1:17:21] </w:t>
      </w:r>
      <w:r>
        <w:t>yani insan pyasa tha aap pila rahe the us ko petrol to kaise peeta woh? Kaise peeta woh petrol ko?</w:t>
      </w:r>
    </w:p>
    <w:p>
      <w:pPr>
        <w:jc w:val="right"/>
      </w:pPr>
      <w:r>
        <w:t>یعنی انسان پیاسا تھا آپ پلا رہے تھے اس کو پٹرول تو کیسے پیتا وہ؟ کیسے پیتا وہ پٹرول کو؟</w:t>
      </w:r>
    </w:p>
    <w:p>
      <w:r>
        <w:rPr>
          <w:b/>
        </w:rPr>
        <w:t xml:space="preserve">[1:17:28] </w:t>
      </w:r>
      <w:r>
        <w:t>lekin jab us ko pani de diya gaya to foran pi liya us ne. Kyunke woh rooh pani chahti thi na ke petrol.</w:t>
      </w:r>
    </w:p>
    <w:p>
      <w:pPr>
        <w:jc w:val="right"/>
      </w:pPr>
      <w:r>
        <w:t>لیکن جب اس کو پانی دے دیا گیا تو فوراً پی لیا اس نے۔ کیونکہ وہ روح پانی چاہتی تھی نہ کہ پٹرول۔</w:t>
      </w:r>
    </w:p>
    <w:p>
      <w:r>
        <w:rPr>
          <w:b/>
        </w:rPr>
        <w:t xml:space="preserve">[1:17:38] </w:t>
      </w:r>
      <w:r>
        <w:t>to yaad rakhiye hamare paas hamare sath Allah taala ki bohat bari blessing hai is history ko repeat kiya hai Khuda ne aaj dobara. Universal deconditioning hui thi yeh Rasool Allah ke zamane mein.</w:t>
      </w:r>
    </w:p>
    <w:p>
      <w:pPr>
        <w:jc w:val="right"/>
      </w:pPr>
      <w:r>
        <w:t>تو یاد رکھیے ہمارے پاس ہمارے ساتھ اللہ تعالیٰ کی بہت بڑی blessing ہے اس history کو repeat کیا ہے خدا نے آج دوبارہ۔ Universal ڈی کنڈیشننگ ہوئی تھی یہ رسول اللہ کے زمانے میں۔</w:t>
      </w:r>
    </w:p>
    <w:p>
      <w:r>
        <w:rPr>
          <w:b/>
        </w:rPr>
        <w:t xml:space="preserve">[1:17:49] </w:t>
      </w:r>
      <w:r>
        <w:t>ab dobara universal deconditioning hui hai is zamane mein science ke zariye.</w:t>
      </w:r>
    </w:p>
    <w:p>
      <w:pPr>
        <w:jc w:val="right"/>
      </w:pPr>
      <w:r>
        <w:t>اب دوبارہ universal ڈی کنڈیشننگ ہوئی ہے اس زمانے میں سائنس کے ذریعے۔</w:t>
      </w:r>
    </w:p>
    <w:p>
      <w:r>
        <w:rPr>
          <w:b/>
        </w:rPr>
        <w:t xml:space="preserve">[1:17:56] </w:t>
      </w:r>
      <w:r>
        <w:t>Ukhuwwat-e-Rasool ka darja un logon ko milega jo is ko avail karen is is opportunity ko. Yani dobara jo universal deconditioning hui hai is ko jo log avail karen ge wohi Khuda ke haan Ukhuwwat-e-Rasool ka darja paayen ge.</w:t>
      </w:r>
    </w:p>
    <w:p>
      <w:pPr>
        <w:jc w:val="right"/>
      </w:pPr>
      <w:r>
        <w:t>اخوان رسول کا درجہ ان لوگوں کو ملے گا جو اس کو avail کریں اس اس opportunity کو۔ یعنی دوبارہ جو universal ڈی کنڈیشننگ ہوئی ہے اس کو جو لوگ avail کریں گے وہی خدا کے ہاں اخوان رسول کا درجہ پائیں گے۔</w:t>
      </w:r>
    </w:p>
    <w:p>
      <w:r>
        <w:rPr>
          <w:b/>
        </w:rPr>
        <w:t xml:space="preserve">[1:18:11] </w:t>
      </w:r>
      <w:r>
        <w:t>is ke liye sabr chahiye. Is ke liye honesty chahiye. Is ke liye patience chahiye. Is ke liye tolerance chahiye. Tab aap avail kar paayen ge is ko</w:t>
      </w:r>
    </w:p>
    <w:p>
      <w:pPr>
        <w:jc w:val="right"/>
      </w:pPr>
      <w:r>
        <w:t>اس کے لیے صبر چاہیے۔ اس کے لیے honesty چاہیے۔ اس کے لیے patience چاہیے۔ اس کے لیے tolerance چاہیے۔ تب آپ avail کر پائیں گے اس کو</w:t>
      </w:r>
    </w:p>
    <w:p>
      <w:r>
        <w:rPr>
          <w:b/>
        </w:rPr>
        <w:t xml:space="preserve">[1:18:23] </w:t>
      </w:r>
      <w:r>
        <w:t>۔ Is jo jo opportunity aayi hai jo. To khulasa yeh hai ke Ashab-e-Rasool bhi bane the us waqt jab ke unhon ne apne zamane ke jo situation paida hui thi jo universal deconditioning jo ke main kehta hoon is ko avail kiya unhon ne is opportunity ko.</w:t>
      </w:r>
    </w:p>
    <w:p>
      <w:pPr>
        <w:jc w:val="right"/>
      </w:pPr>
      <w:r>
        <w:t>۔ اس جو جو opportunity آئی ہے جو۔ تو خلاصہ یہ ہے کہ اصحاب رسول بھی بنے تھے اس وقت جب کہ انہوں نے اپنے زمانے کے جو situation پیدا ہوئی تھی جو universal ڈی کنڈیشننگ جو کہ میں کہتا ہوں اس کو avail کیا انہوں نے اس opportunity کو۔</w:t>
      </w:r>
    </w:p>
    <w:p>
      <w:r>
        <w:rPr>
          <w:b/>
        </w:rPr>
        <w:t xml:space="preserve">[1:18:41] </w:t>
      </w:r>
      <w:r>
        <w:t>ab dobara ek nai history dobara repeat hui hai ke phir se universal deconditioning hui hai through science, through modern education.</w:t>
      </w:r>
    </w:p>
    <w:p>
      <w:pPr>
        <w:jc w:val="right"/>
      </w:pPr>
      <w:r>
        <w:t>اب دوبارہ ایک نئی history دوبارہ repeat ہوئی ہے کہ پھر سے universal ڈی کنڈیشننگ ہوئی ہے through سائنس، through modern education۔</w:t>
      </w:r>
    </w:p>
    <w:p>
      <w:r>
        <w:rPr>
          <w:b/>
        </w:rPr>
        <w:t xml:space="preserve">[1:18:51] </w:t>
      </w:r>
      <w:r>
        <w:t>aaj ke jo naujawan hain woh sab aap ke liye behtareen target hain. behtareen target hain. yaani modern education in ki hui hai. in ke mind agar aap reason based islam pesh karen to in ka mind address kare ga aur foran woh qabool kar len ge khuda ki sachai ko.</w:t>
      </w:r>
    </w:p>
    <w:p>
      <w:pPr>
        <w:jc w:val="right"/>
      </w:pPr>
      <w:r>
        <w:t>آج کے جو نوجوان ہیں وہ سب آپ کے لیے بہترین target ہیں۔ بہترین target ہیں۔ یعنی modern education ان کی ہوئی ہے۔ ان کے mind اگر آپ reason based اسلام پیش کریں تو ان کا mind address کرے گا اور فوراً وہ قبول کر لیں گے خدا کی سچائی کو۔</w:t>
      </w:r>
    </w:p>
    <w:p>
      <w:r>
        <w:rPr>
          <w:b/>
        </w:rPr>
        <w:t xml:space="preserve">[1:19:10] </w:t>
      </w:r>
      <w:r>
        <w:t>to jis ko khuda ke haan ikhwaan-e-rasool ka darja lena hai woh is ko samjhe achhe tareeqe se ke kon si opportunity khuda ne kholi hai.</w:t>
      </w:r>
    </w:p>
    <w:p>
      <w:pPr>
        <w:jc w:val="right"/>
      </w:pPr>
      <w:r>
        <w:t>تو جس کو خدا کے ہاں اخوان رسول کا درجہ لینا ہے وہ اس کو سمجھے اچھے طریقے سے کہ کون سی opportunity خدا نے کھولی ہے۔</w:t>
      </w:r>
    </w:p>
    <w:p>
      <w:r>
        <w:rPr>
          <w:b/>
        </w:rPr>
        <w:t xml:space="preserve">[1:19:19] </w:t>
      </w:r>
      <w:r>
        <w:t>jis kisaan ko apne khet se lehlati fasal lena hai woh samjhe ke khuda ne baees baras aa kar ke is ko aik opportunity ka darwaza khola hai. isi tarah se jo aadmi ikhwaan-e-rasool mein dakhil hona chahta hai woh samjhe khuda ki scheme ko.</w:t>
      </w:r>
    </w:p>
    <w:p>
      <w:pPr>
        <w:jc w:val="right"/>
      </w:pPr>
      <w:r>
        <w:t>جس کسان کو اپنے کھیت سے لہلاتی فصل لینا ہے وہ سمجھے کہ خدا نے بائیس برس آ کر کے اس کو ایک opportunity کا دروازہ کھولا ہے۔ اسی طرح سے جو آدمی اخوان رسول میں داخل ہونا چاہتا ہے وہ سمجھے خدا کی scheme کو۔</w:t>
      </w:r>
    </w:p>
    <w:p>
      <w:r>
        <w:rPr>
          <w:b/>
        </w:rPr>
        <w:t xml:space="preserve">[1:19:34] </w:t>
      </w:r>
      <w:r>
        <w:t>khuda ki scheme ko ke dobara khuda ne universal deconditioning kar di hai duniya mein. ab phir se aise log paida kar diye hain jo mister nature hain.</w:t>
      </w:r>
    </w:p>
    <w:p>
      <w:pPr>
        <w:jc w:val="right"/>
      </w:pPr>
      <w:r>
        <w:t>خدا کی scheme کو کہ دوبارہ خدا نے universal ڈی کنڈیشننگ کر دی ہے دنیا میں۔ اب پھر سے ایسے لوگ پیدا کر دیے ہیں جو مسٹر نیچر ہیں۔</w:t>
      </w:r>
    </w:p>
    <w:p>
      <w:r>
        <w:rPr>
          <w:b/>
        </w:rPr>
        <w:t xml:space="preserve">[1:19:45] </w:t>
      </w:r>
      <w:r>
        <w:t>jo cheezon ko agar in ko reason based reason yaani reason ki zabaan mein bata diya jaye, science ki zabaan mein bata diya jaye to daud kar is ko qabool kar len ge.</w:t>
      </w:r>
    </w:p>
    <w:p>
      <w:pPr>
        <w:jc w:val="right"/>
      </w:pPr>
      <w:r>
        <w:t>جو چیزوں کو اگر ان کو reason based reason یعنی reason کے زبان میں بتا دیا جائے، سائنس کی زبان میں بتا دیا جائے تو دوڑ کر اس کو قبول کر لیں گے۔</w:t>
      </w:r>
    </w:p>
    <w:p>
      <w:r>
        <w:rPr>
          <w:b/>
        </w:rPr>
        <w:t xml:space="preserve">[1:19:57] </w:t>
      </w:r>
      <w:r>
        <w:t>is opportunity ko aap ko avail karna hai.</w:t>
      </w:r>
    </w:p>
    <w:p>
      <w:pPr>
        <w:jc w:val="right"/>
      </w:pPr>
      <w:r>
        <w:t>اس opportunity کو آپ کو avail کرنا ہے۔</w:t>
      </w:r>
    </w:p>
    <w:p>
      <w:r>
        <w:rPr>
          <w:b/>
        </w:rPr>
        <w:t xml:space="preserve">[1:20:03] </w:t>
      </w:r>
      <w:r>
        <w:t>lekin is ke liye sabr chahiye, patience chahiye, sacrifice chahiye, dedication chahiye.</w:t>
      </w:r>
    </w:p>
    <w:p>
      <w:pPr>
        <w:jc w:val="right"/>
      </w:pPr>
      <w:r>
        <w:t>لیکن اس کے لیے صبر چاہیے، patience چاہیے، sacrifice چاہیے، dedication چاہیے۔</w:t>
      </w:r>
    </w:p>
    <w:p>
      <w:r>
        <w:rPr>
          <w:b/>
        </w:rPr>
        <w:t xml:space="preserve">[1:20:10] </w:t>
      </w:r>
      <w:r>
        <w:t>koi bhi opportunity avail karne ke liye hamesha struggle struggle chahiye hoti hai. yaani free mein kabhi aisa nahi hota ke koi aadmi kisi opportunity ko avail kar le.</w:t>
      </w:r>
    </w:p>
    <w:p>
      <w:pPr>
        <w:jc w:val="right"/>
      </w:pPr>
      <w:r>
        <w:t>کوئی بھی opportunity avail کرنے کے لیے ہمیشہ struggle struggle چاہیے ہوتی ہے۔ یعنی free میں کبھی ایسا نہیں ہوتا کہ کوئی آدمی کسی opportunity کو avail کر لے۔</w:t>
      </w:r>
    </w:p>
    <w:p>
      <w:r>
        <w:rPr>
          <w:b/>
        </w:rPr>
        <w:t xml:space="preserve">[1:20:23] </w:t>
      </w:r>
      <w:r>
        <w:t>to yeh is baat ko samjhiye aur apne aap ko is khuda ki is blessing ko jaan kar ke is situation ko avail kijiye.</w:t>
      </w:r>
    </w:p>
    <w:p>
      <w:pPr>
        <w:jc w:val="right"/>
      </w:pPr>
      <w:r>
        <w:t>تو یہ اس بات کو سمجھیے اور اپنے آپ کو اس خدا کی اس blessing کو جان کر کے اس situation کو avail کیجیے۔</w:t>
      </w:r>
    </w:p>
    <w:p>
      <w:r>
        <w:rPr>
          <w:b/>
        </w:rPr>
        <w:t xml:space="preserve">[1:20:33] </w:t>
      </w:r>
      <w:r>
        <w:t>is opportunity ko avail kijiye taake khuda ke haan aap ko ikhwaan-e-rasool ka darja milay.</w:t>
      </w:r>
    </w:p>
    <w:p>
      <w:pPr>
        <w:jc w:val="right"/>
      </w:pPr>
      <w:r>
        <w:t>اس opportunity کو avail کیجیے تاکہ خدا کے ہاں آپ کو اخوان رسول کا درجہ ملے۔</w:t>
      </w:r>
    </w:p>
    <w:p>
      <w:r>
        <w:rPr>
          <w:b/>
        </w:rPr>
        <w:t xml:space="preserve">[1:20:40] </w:t>
      </w:r>
      <w:r>
        <w:t>aqool qawli hadha wa astaghfirullaha li wa 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