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Spirit of Zakat (English) May 16, 2007 Maulana Wahiduddin Khan</w:t>
      </w:r>
    </w:p>
    <w:p>
      <w:r>
        <w:t>https://www.youtube.com/watch?v=J-0gHxSsXWc</w:t>
      </w:r>
    </w:p>
    <w:p>
      <w:r>
        <w:rPr>
          <w:b/>
        </w:rPr>
        <w:t xml:space="preserve">[00:10] </w:t>
      </w:r>
      <w:r>
        <w:t>bismillah hir rahman nir raheem, wa salla Allahu ala an nabiyyil kareem. rab ishrah li sadri, wa yassir li amri, wah lul uqdatan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[00:33] </w:t>
      </w:r>
      <w:r>
        <w:t>Today I would like to say a few words about Zakat.</w:t>
      </w:r>
    </w:p>
    <w:p>
      <w:pPr>
        <w:jc w:val="right"/>
      </w:pPr>
      <w:r>
        <w:t>Today I would like to say a few words about Zakat.</w:t>
      </w:r>
    </w:p>
    <w:p>
      <w:r>
        <w:rPr>
          <w:b/>
        </w:rPr>
        <w:t xml:space="preserve">[00:44] </w:t>
      </w:r>
      <w:r>
        <w:t>Zakat is one of the important teachings of Islam</w:t>
      </w:r>
    </w:p>
    <w:p>
      <w:pPr>
        <w:jc w:val="right"/>
      </w:pPr>
      <w:r>
        <w:t>Zakat is one of the important teachings of Islam</w:t>
      </w:r>
    </w:p>
    <w:p>
      <w:r>
        <w:rPr>
          <w:b/>
        </w:rPr>
        <w:t xml:space="preserve">[00:55] </w:t>
      </w:r>
      <w:r>
        <w:t>. According to Hadith, there are five pillars of Islam: Al-Arqan al-Khamsa.</w:t>
      </w:r>
    </w:p>
    <w:p>
      <w:pPr>
        <w:jc w:val="right"/>
      </w:pPr>
      <w:r>
        <w:t>. According to Hadith, there are five pillars of Islam: Al-Arqan al-Khamsa.</w:t>
      </w:r>
    </w:p>
    <w:p>
      <w:r>
        <w:rPr>
          <w:b/>
        </w:rPr>
        <w:t xml:space="preserve">[01:09] </w:t>
      </w:r>
      <w:r>
        <w:t>These five pillars are like this: kalma tauheed,</w:t>
      </w:r>
    </w:p>
    <w:p>
      <w:pPr>
        <w:jc w:val="right"/>
      </w:pPr>
      <w:r>
        <w:t>These five pillars are like this: کلمہ توحید،</w:t>
      </w:r>
    </w:p>
    <w:p>
      <w:r>
        <w:rPr>
          <w:b/>
        </w:rPr>
        <w:t xml:space="preserve">[01:22] </w:t>
      </w:r>
      <w:r>
        <w:t>Namaz, that is prayer;</w:t>
      </w:r>
    </w:p>
    <w:p>
      <w:pPr>
        <w:jc w:val="right"/>
      </w:pPr>
      <w:r>
        <w:t>Namaaz, that is prayer;</w:t>
      </w:r>
    </w:p>
    <w:p>
      <w:r>
        <w:rPr>
          <w:b/>
        </w:rPr>
        <w:t xml:space="preserve">[01:27] </w:t>
      </w:r>
      <w:r>
        <w:t>Fasting, that is Sawm;</w:t>
      </w:r>
    </w:p>
    <w:p>
      <w:pPr>
        <w:jc w:val="right"/>
      </w:pPr>
      <w:r>
        <w:t>Fasting, that is Sawm;</w:t>
      </w:r>
    </w:p>
    <w:p>
      <w:r>
        <w:rPr>
          <w:b/>
        </w:rPr>
        <w:t xml:space="preserve">[01:35] </w:t>
      </w:r>
      <w:r>
        <w:t>Zakat, and Hajj.</w:t>
      </w:r>
    </w:p>
    <w:p>
      <w:pPr>
        <w:jc w:val="right"/>
      </w:pPr>
      <w:r>
        <w:t>Zakat, and Hajj.</w:t>
      </w:r>
    </w:p>
    <w:p>
      <w:r>
        <w:rPr>
          <w:b/>
        </w:rPr>
        <w:t xml:space="preserve">[01:41] </w:t>
      </w:r>
      <w:r>
        <w:t>These are five</w:t>
      </w:r>
    </w:p>
    <w:p>
      <w:pPr>
        <w:jc w:val="right"/>
      </w:pPr>
      <w:r>
        <w:t>These are five</w:t>
      </w:r>
    </w:p>
    <w:p>
      <w:r>
        <w:rPr>
          <w:b/>
        </w:rPr>
        <w:t xml:space="preserve">[01:47] </w:t>
      </w:r>
      <w:r>
        <w:t>pillars of Islam. Now, there is a Hadith</w:t>
      </w:r>
    </w:p>
    <w:p>
      <w:pPr>
        <w:jc w:val="right"/>
      </w:pPr>
      <w:r>
        <w:t>pillars of Islam. Now, there is a Hadith</w:t>
      </w:r>
    </w:p>
    <w:p>
      <w:r>
        <w:rPr>
          <w:b/>
        </w:rPr>
        <w:t xml:space="preserve">[01:59] </w:t>
      </w:r>
      <w:r>
        <w:t>about Roza. لكل شيء زكاة وزكاة الجسد الصوم There are Zakat for everything, and Zakat of the body is Sawm,</w:t>
      </w:r>
    </w:p>
    <w:p>
      <w:pPr>
        <w:jc w:val="right"/>
      </w:pPr>
      <w:r>
        <w:t>about Roza. لكل شيء زكاة وزكاة الجسد الصوم There are Zakat for everything, and Zakat of the body is Sawm,</w:t>
      </w:r>
    </w:p>
    <w:p>
      <w:r>
        <w:rPr>
          <w:b/>
        </w:rPr>
        <w:t xml:space="preserve">[02:15] </w:t>
      </w:r>
      <w:r>
        <w:t>that is fasting.</w:t>
      </w:r>
    </w:p>
    <w:p>
      <w:pPr>
        <w:jc w:val="right"/>
      </w:pPr>
      <w:r>
        <w:t>that is fasting.</w:t>
      </w:r>
    </w:p>
    <w:p>
      <w:r>
        <w:rPr>
          <w:b/>
        </w:rPr>
        <w:t xml:space="preserve">[02:19] </w:t>
      </w:r>
      <w:r>
        <w:t>Now, Zakat is an Arabic word. Literally, it means purification or making pure.</w:t>
      </w:r>
    </w:p>
    <w:p>
      <w:pPr>
        <w:jc w:val="right"/>
      </w:pPr>
      <w:r>
        <w:t>Now, Zakat is an Arabic word. Literally, it means purification or making pure.</w:t>
      </w:r>
    </w:p>
    <w:p>
      <w:r>
        <w:rPr>
          <w:b/>
        </w:rPr>
        <w:t xml:space="preserve">[02:37] </w:t>
      </w:r>
      <w:r>
        <w:t>So, according to Islam, purification or Zakat or Tazkiyah is the most important teaching of Islam.</w:t>
      </w:r>
    </w:p>
    <w:p>
      <w:pPr>
        <w:jc w:val="right"/>
      </w:pPr>
      <w:r>
        <w:t>So, according to Islam, purification or Zakat or Tazkiyah is the most important teaching of Islam.</w:t>
      </w:r>
    </w:p>
    <w:p>
      <w:r>
        <w:rPr>
          <w:b/>
        </w:rPr>
        <w:t xml:space="preserve">[02:54] </w:t>
      </w:r>
      <w:r>
        <w:t>In this world, we are impure. Now we have to purify our soul in every aspec</w:t>
      </w:r>
    </w:p>
    <w:p>
      <w:pPr>
        <w:jc w:val="right"/>
      </w:pPr>
      <w:r>
        <w:t>In this world, we are impure. Now we have to purify our soul in every aspec</w:t>
      </w:r>
    </w:p>
    <w:p>
      <w:r>
        <w:rPr>
          <w:b/>
        </w:rPr>
        <w:t xml:space="preserve">[03:08] </w:t>
      </w:r>
      <w:r>
        <w:t>t. This is our test. This is our test, TEST. This is our test.</w:t>
      </w:r>
    </w:p>
    <w:p>
      <w:pPr>
        <w:jc w:val="right"/>
      </w:pPr>
      <w:r>
        <w:t>t. This is our test. This is our test, TEST. This is our test.</w:t>
      </w:r>
    </w:p>
    <w:p>
      <w:r>
        <w:rPr>
          <w:b/>
        </w:rPr>
        <w:t xml:space="preserve">[03:19] </w:t>
      </w:r>
      <w:r>
        <w:t>Man is born as impure, and it is his test that he must purify himself.</w:t>
      </w:r>
    </w:p>
    <w:p>
      <w:pPr>
        <w:jc w:val="right"/>
      </w:pPr>
      <w:r>
        <w:t>Man is born as impure, and it is his test that he must purify himself.</w:t>
      </w:r>
    </w:p>
    <w:p>
      <w:r>
        <w:rPr>
          <w:b/>
        </w:rPr>
        <w:t xml:space="preserve">[03:32] </w:t>
      </w:r>
      <w:r>
        <w:t>So,</w:t>
      </w:r>
    </w:p>
    <w:p>
      <w:pPr>
        <w:jc w:val="right"/>
      </w:pPr>
      <w:r>
        <w:t>So,</w:t>
      </w:r>
    </w:p>
    <w:p>
      <w:r>
        <w:rPr>
          <w:b/>
        </w:rPr>
        <w:t xml:space="preserve">[03:36] </w:t>
      </w:r>
      <w:r>
        <w:t>I think there are five basic aspects of human life. And these five principles, these five principles are Al-Arqan al-Khamsa,</w:t>
      </w:r>
    </w:p>
    <w:p>
      <w:pPr>
        <w:jc w:val="right"/>
      </w:pPr>
      <w:r>
        <w:t>I think there are five basic aspects of human life. And these five principles, these five principles are Al-Arqan al-Khamsa,</w:t>
      </w:r>
    </w:p>
    <w:p>
      <w:r>
        <w:rPr>
          <w:b/>
        </w:rPr>
        <w:t xml:space="preserve">[03:52] </w:t>
      </w:r>
      <w:r>
        <w:t>cover all these five aspects of human life.</w:t>
      </w:r>
    </w:p>
    <w:p>
      <w:pPr>
        <w:jc w:val="right"/>
      </w:pPr>
      <w:r>
        <w:t>cover all these five aspects of human life.</w:t>
      </w:r>
    </w:p>
    <w:p>
      <w:r>
        <w:rPr>
          <w:b/>
        </w:rPr>
        <w:t xml:space="preserve">[04:03] </w:t>
      </w:r>
      <w:r>
        <w:t>The first is Kalmah-e-Tauhid. Kalmah-e-Tauhid pertains to belief system.</w:t>
      </w:r>
    </w:p>
    <w:p>
      <w:pPr>
        <w:jc w:val="right"/>
      </w:pPr>
      <w:r>
        <w:t>The first is Kalmah-e-Tauhid. Kalmah-e-Tauhid pertains to belief system.</w:t>
      </w:r>
    </w:p>
    <w:p>
      <w:r>
        <w:rPr>
          <w:b/>
        </w:rPr>
        <w:t xml:space="preserve">[04:12] </w:t>
      </w:r>
      <w:r>
        <w:t>Belief system. So, Kalmah-e-Tauhid is</w:t>
      </w:r>
    </w:p>
    <w:p>
      <w:pPr>
        <w:jc w:val="right"/>
      </w:pPr>
      <w:r>
        <w:t>Belief system. So, Kalmah-e-Tauhid is</w:t>
      </w:r>
    </w:p>
    <w:p>
      <w:r>
        <w:rPr>
          <w:b/>
        </w:rPr>
        <w:t xml:space="preserve">[04:20] </w:t>
      </w:r>
      <w:r>
        <w:t>a way of purification of your thought</w:t>
      </w:r>
    </w:p>
    <w:p>
      <w:pPr>
        <w:jc w:val="right"/>
      </w:pPr>
      <w:r>
        <w:t>a way of purification of your thought</w:t>
      </w:r>
    </w:p>
    <w:p>
      <w:r>
        <w:rPr>
          <w:b/>
        </w:rPr>
        <w:t xml:space="preserve">[04:26] </w:t>
      </w:r>
      <w:r>
        <w:t>. When you believe in the Oneness of God, then you purify your mind.</w:t>
      </w:r>
    </w:p>
    <w:p>
      <w:pPr>
        <w:jc w:val="right"/>
      </w:pPr>
      <w:r>
        <w:t>. When you believe in the Oneness of God, then you purify your mind.</w:t>
      </w:r>
    </w:p>
    <w:p>
      <w:r>
        <w:rPr>
          <w:b/>
        </w:rPr>
        <w:t xml:space="preserve">[04:37] </w:t>
      </w:r>
      <w:r>
        <w:t>Because mind may believe in different things. But when you</w:t>
      </w:r>
    </w:p>
    <w:p>
      <w:pPr>
        <w:jc w:val="right"/>
      </w:pPr>
      <w:r>
        <w:t>Because mind may believe in different things. But when you</w:t>
      </w:r>
    </w:p>
    <w:p>
      <w:r>
        <w:rPr>
          <w:b/>
        </w:rPr>
        <w:t xml:space="preserve">[04:48] </w:t>
      </w:r>
      <w:r>
        <w:t>adopt Kalmah-e-Tauhid, then you find the starting point</w:t>
      </w:r>
    </w:p>
    <w:p>
      <w:pPr>
        <w:jc w:val="right"/>
      </w:pPr>
      <w:r>
        <w:t>adopt Kalmah-e-Tauhid, then you find the starting point</w:t>
      </w:r>
    </w:p>
    <w:p>
      <w:r>
        <w:rPr>
          <w:b/>
        </w:rPr>
        <w:t xml:space="preserve">[04:53] </w:t>
      </w:r>
      <w:r>
        <w:t>. Then you find how to purify your thought, how to purify your mind, how to purify your intellectual being.</w:t>
      </w:r>
    </w:p>
    <w:p>
      <w:pPr>
        <w:jc w:val="right"/>
      </w:pPr>
      <w:r>
        <w:t>. Then you find how to purify your thought, how to purify your mind, how to purify your intellectual being.</w:t>
      </w:r>
    </w:p>
    <w:p>
      <w:r>
        <w:rPr>
          <w:b/>
        </w:rPr>
        <w:t xml:space="preserve">[05:07] </w:t>
      </w:r>
      <w:r>
        <w:t>So, Kalmah-e-Tauhid means</w:t>
      </w:r>
    </w:p>
    <w:p>
      <w:pPr>
        <w:jc w:val="right"/>
      </w:pPr>
      <w:r>
        <w:t>So, Kalmah-e-Tauhid means</w:t>
      </w:r>
    </w:p>
    <w:p>
      <w:r>
        <w:rPr>
          <w:b/>
        </w:rPr>
        <w:t xml:space="preserve">[05:13] </w:t>
      </w:r>
      <w:r>
        <w:t>purifying your intellectual aspect of life. That is mind. That is soul.</w:t>
      </w:r>
    </w:p>
    <w:p>
      <w:pPr>
        <w:jc w:val="right"/>
      </w:pPr>
      <w:r>
        <w:t>purifying your intellectual aspect of life. That is mind. That is soul.</w:t>
      </w:r>
    </w:p>
    <w:p>
      <w:r>
        <w:rPr>
          <w:b/>
        </w:rPr>
        <w:t xml:space="preserve">[05:23] </w:t>
      </w:r>
      <w:r>
        <w:t>So, Kalmah-e-Tauhid is not simply a recitation. It is a principle. It is not simply a recitation.</w:t>
      </w:r>
    </w:p>
    <w:p>
      <w:pPr>
        <w:jc w:val="right"/>
      </w:pPr>
      <w:r>
        <w:t>So, Kalmah-e-Tauhid is not simply a recitation. It is a principle. It is not simply a recitation.</w:t>
      </w:r>
    </w:p>
    <w:p>
      <w:r>
        <w:rPr>
          <w:b/>
        </w:rPr>
        <w:t xml:space="preserve">[05:34] </w:t>
      </w:r>
      <w:r>
        <w:t>It is a principle. By this principle, you can purify your mind.</w:t>
      </w:r>
    </w:p>
    <w:p>
      <w:pPr>
        <w:jc w:val="right"/>
      </w:pPr>
      <w:r>
        <w:t>It is a principle. By this principle, you can purify your mind.</w:t>
      </w:r>
    </w:p>
    <w:p>
      <w:r>
        <w:rPr>
          <w:b/>
        </w:rPr>
        <w:t xml:space="preserve">[05:44] </w:t>
      </w:r>
      <w:r>
        <w:t>When you believe in the Oneness of God, you find that basic principle by which you can</w:t>
      </w:r>
    </w:p>
    <w:p>
      <w:pPr>
        <w:jc w:val="right"/>
      </w:pPr>
      <w:r>
        <w:t>When you believe in the Oneness of God, you find that basic principle by which you can</w:t>
      </w:r>
    </w:p>
    <w:p>
      <w:r>
        <w:rPr>
          <w:b/>
        </w:rPr>
        <w:t xml:space="preserve">[05:58] </w:t>
      </w:r>
      <w:r>
        <w:t>purify yourself in terms of intellectual development or spiritual development.</w:t>
      </w:r>
    </w:p>
    <w:p>
      <w:pPr>
        <w:jc w:val="right"/>
      </w:pPr>
      <w:r>
        <w:t>purify yourself in terms of intellectual development or spiritual development.</w:t>
      </w:r>
    </w:p>
    <w:p>
      <w:r>
        <w:rPr>
          <w:b/>
        </w:rPr>
        <w:t xml:space="preserve">[06:08] </w:t>
      </w:r>
      <w:r>
        <w:t>So, this is the first principle, first basic principle.</w:t>
      </w:r>
    </w:p>
    <w:p>
      <w:pPr>
        <w:jc w:val="right"/>
      </w:pPr>
      <w:r>
        <w:t>So, this is the first principle, first basic principle.</w:t>
      </w:r>
    </w:p>
    <w:p>
      <w:r>
        <w:rPr>
          <w:b/>
        </w:rPr>
        <w:t xml:space="preserve">[06:13] </w:t>
      </w:r>
      <w:r>
        <w:t>Then there is the</w:t>
      </w:r>
    </w:p>
    <w:p>
      <w:pPr>
        <w:jc w:val="right"/>
      </w:pPr>
      <w:r>
        <w:t>Then there is the</w:t>
      </w:r>
    </w:p>
    <w:p>
      <w:r>
        <w:rPr>
          <w:b/>
        </w:rPr>
        <w:t xml:space="preserve">[06:18] </w:t>
      </w:r>
      <w:r>
        <w:t>Namaaz, that is Salat. Salat is also a basic principle. Five-time Salat is very important to manage your activities</w:t>
      </w:r>
    </w:p>
    <w:p>
      <w:pPr>
        <w:jc w:val="right"/>
      </w:pPr>
      <w:r>
        <w:t>Namaaz, that is Salat. Salat is also a basic principle. Five-time Salat is very important to manage your activities</w:t>
      </w:r>
    </w:p>
    <w:p>
      <w:r>
        <w:rPr>
          <w:b/>
        </w:rPr>
        <w:t xml:space="preserve">[06:37] </w:t>
      </w:r>
      <w:r>
        <w:t>. When you</w:t>
      </w:r>
    </w:p>
    <w:p>
      <w:pPr>
        <w:jc w:val="right"/>
      </w:pPr>
      <w:r>
        <w:t>. When you</w:t>
      </w:r>
    </w:p>
    <w:p>
      <w:r>
        <w:rPr>
          <w:b/>
        </w:rPr>
        <w:t xml:space="preserve">[06:43] </w:t>
      </w:r>
      <w:r>
        <w:t>perform Salat five times a day, then you are able to manage your time, your day and night.</w:t>
      </w:r>
    </w:p>
    <w:p>
      <w:pPr>
        <w:jc w:val="right"/>
      </w:pPr>
      <w:r>
        <w:t>perform Salat five times a day, then you are able to manage your time, your day and night.</w:t>
      </w:r>
    </w:p>
    <w:p>
      <w:r>
        <w:rPr>
          <w:b/>
        </w:rPr>
        <w:t xml:space="preserve">[06:58] </w:t>
      </w:r>
      <w:r>
        <w:t>In this sense, Salat is the art of time management</w:t>
      </w:r>
    </w:p>
    <w:p>
      <w:pPr>
        <w:jc w:val="right"/>
      </w:pPr>
      <w:r>
        <w:t>In this sense, Salat is the art of time management</w:t>
      </w:r>
    </w:p>
    <w:p>
      <w:r>
        <w:rPr>
          <w:b/>
        </w:rPr>
        <w:t xml:space="preserve">[07:03] </w:t>
      </w:r>
      <w:r>
        <w:t>. I am not using time management in technical terms, as a technical term. No. I am using this word as a spiritual term.</w:t>
      </w:r>
    </w:p>
    <w:p>
      <w:pPr>
        <w:jc w:val="right"/>
      </w:pPr>
      <w:r>
        <w:t>. I am not using time management in technical terms, as a technical term. No. I am using this word as a spiritual term.</w:t>
      </w:r>
    </w:p>
    <w:p>
      <w:r>
        <w:rPr>
          <w:b/>
        </w:rPr>
        <w:t xml:space="preserve">[07:16] </w:t>
      </w:r>
      <w:r>
        <w:t>You can manage your spirituality in these five basic principles.</w:t>
      </w:r>
    </w:p>
    <w:p>
      <w:pPr>
        <w:jc w:val="right"/>
      </w:pPr>
      <w:r>
        <w:t>You can manage your spirituality in these five basic principles.</w:t>
      </w:r>
    </w:p>
    <w:p>
      <w:r>
        <w:rPr>
          <w:b/>
        </w:rPr>
        <w:t xml:space="preserve">[07:25] </w:t>
      </w:r>
      <w:r>
        <w:t>When you perform Salat five times a day, then you are able to manage your spirituality according to this.</w:t>
      </w:r>
    </w:p>
    <w:p>
      <w:pPr>
        <w:jc w:val="right"/>
      </w:pPr>
      <w:r>
        <w:t>When you perform Salat five times a day, then you are able to manage your spirituality according to this.</w:t>
      </w:r>
    </w:p>
    <w:p>
      <w:r>
        <w:rPr>
          <w:b/>
        </w:rPr>
        <w:t xml:space="preserve">[07:38] </w:t>
      </w:r>
      <w:r>
        <w:t>So, five-time prayer gives you a principle by which you can manage your life in the terms of spirituality.</w:t>
      </w:r>
    </w:p>
    <w:p>
      <w:pPr>
        <w:jc w:val="right"/>
      </w:pPr>
      <w:r>
        <w:t>So, five-time prayer gives you a principle by which you can manage your life in the terms of spirituality.</w:t>
      </w:r>
    </w:p>
    <w:p>
      <w:r>
        <w:rPr>
          <w:b/>
        </w:rPr>
        <w:t xml:space="preserve">[07:56] </w:t>
      </w:r>
      <w:r>
        <w:t>Then there is the Sawm, that is fasting.</w:t>
      </w:r>
    </w:p>
    <w:p>
      <w:pPr>
        <w:jc w:val="right"/>
      </w:pPr>
      <w:r>
        <w:t>Then there is the Sawm, that is fasting.</w:t>
      </w:r>
    </w:p>
    <w:p>
      <w:r>
        <w:rPr>
          <w:b/>
        </w:rPr>
        <w:t xml:space="preserve">[08:03] </w:t>
      </w:r>
      <w:r>
        <w:t>During fasting, you curb your desires. Your desires. So, Sawm means Sawm or fasting means managing your desires.</w:t>
      </w:r>
    </w:p>
    <w:p>
      <w:pPr>
        <w:jc w:val="right"/>
      </w:pPr>
      <w:r>
        <w:t>During fasting, you curb your desires. Your desires. So, Sawm means Sawm or fasting means managing your desires.</w:t>
      </w:r>
    </w:p>
    <w:p>
      <w:r>
        <w:rPr>
          <w:b/>
        </w:rPr>
        <w:t xml:space="preserve">[08:19] </w:t>
      </w:r>
      <w:r>
        <w:t>The Sawm is a principle.</w:t>
      </w:r>
    </w:p>
    <w:p>
      <w:pPr>
        <w:jc w:val="right"/>
      </w:pPr>
      <w:r>
        <w:t>The Sawm is a principle.</w:t>
      </w:r>
    </w:p>
    <w:p>
      <w:r>
        <w:rPr>
          <w:b/>
        </w:rPr>
        <w:t xml:space="preserve">[08:22] </w:t>
      </w:r>
      <w:r>
        <w:t>Sawm is also a principle by which you can manage your desires.</w:t>
      </w:r>
    </w:p>
    <w:p>
      <w:pPr>
        <w:jc w:val="right"/>
      </w:pPr>
      <w:r>
        <w:t>Sawm is also a principle by which you can manage your desires.</w:t>
      </w:r>
    </w:p>
    <w:p>
      <w:r>
        <w:rPr>
          <w:b/>
        </w:rPr>
        <w:t xml:space="preserve">[08:32] </w:t>
      </w:r>
      <w:r>
        <w:t>So, Sawm or Roza or fasting is not simply a ritual. It is also a principle.</w:t>
      </w:r>
    </w:p>
    <w:p>
      <w:pPr>
        <w:jc w:val="right"/>
      </w:pPr>
      <w:r>
        <w:t>So, Sawm or Roza or fasting is not simply a ritual. It is also a principle.</w:t>
      </w:r>
    </w:p>
    <w:p>
      <w:r>
        <w:rPr>
          <w:b/>
        </w:rPr>
        <w:t xml:space="preserve">[08:45] </w:t>
      </w:r>
      <w:r>
        <w:t>This principle gives you a method, an art of desire management.</w:t>
      </w:r>
    </w:p>
    <w:p>
      <w:pPr>
        <w:jc w:val="right"/>
      </w:pPr>
      <w:r>
        <w:t>This principle gives you a method, an art of desire management.</w:t>
      </w:r>
    </w:p>
    <w:p>
      <w:r>
        <w:rPr>
          <w:b/>
        </w:rPr>
        <w:t xml:space="preserve">[08:59] </w:t>
      </w:r>
      <w:r>
        <w:t>Desire management is very important for every human being. Because it is desire that makes you a case of disaster.</w:t>
      </w:r>
    </w:p>
    <w:p>
      <w:pPr>
        <w:jc w:val="right"/>
      </w:pPr>
      <w:r>
        <w:t>Desire management is very important for every human being. Because it is desire that makes you a case of disaster.</w:t>
      </w:r>
    </w:p>
    <w:p>
      <w:r>
        <w:rPr>
          <w:b/>
        </w:rPr>
        <w:t xml:space="preserve">[09:14] </w:t>
      </w:r>
      <w:r>
        <w:t>So, if you are able to manage your desires, then you are a complete human being.</w:t>
      </w:r>
    </w:p>
    <w:p>
      <w:pPr>
        <w:jc w:val="right"/>
      </w:pPr>
      <w:r>
        <w:t>So, if you are able to manage your desires, then you are a complete human being.</w:t>
      </w:r>
    </w:p>
    <w:p>
      <w:r>
        <w:rPr>
          <w:b/>
        </w:rPr>
        <w:t xml:space="preserve">[09:24] </w:t>
      </w:r>
      <w:r>
        <w:t>Then your success is ensured. Then there is the Hajj. Hajj is an international worship</w:t>
      </w:r>
    </w:p>
    <w:p>
      <w:pPr>
        <w:jc w:val="right"/>
      </w:pPr>
      <w:r>
        <w:t>Then your success is ensured. Then there is the Hajj. Hajj is an international worship</w:t>
      </w:r>
    </w:p>
    <w:p>
      <w:r>
        <w:rPr>
          <w:b/>
        </w:rPr>
        <w:t xml:space="preserve">[09:39] </w:t>
      </w:r>
      <w:r>
        <w:t>. So, Hajj means</w:t>
      </w:r>
    </w:p>
    <w:p>
      <w:pPr>
        <w:jc w:val="right"/>
      </w:pPr>
      <w:r>
        <w:t>. So, Hajj means</w:t>
      </w:r>
    </w:p>
    <w:p>
      <w:r>
        <w:rPr>
          <w:b/>
        </w:rPr>
        <w:t xml:space="preserve">[09:43] </w:t>
      </w:r>
      <w:r>
        <w:t>managing Muslim Ummah on an international level. Hajj means managing Muslim Ummah or believer community on an international level.</w:t>
      </w:r>
    </w:p>
    <w:p>
      <w:pPr>
        <w:jc w:val="right"/>
      </w:pPr>
      <w:r>
        <w:t>managing Muslim Ummah on an international level. Hajj means managing Muslim Ummah or believer community on an international level.</w:t>
      </w:r>
    </w:p>
    <w:p>
      <w:r>
        <w:rPr>
          <w:b/>
        </w:rPr>
        <w:t xml:space="preserve">[10:01] </w:t>
      </w:r>
      <w:r>
        <w:t>So, Hajj also gives you a very important principle: how to manage the international community of Islam.</w:t>
      </w:r>
    </w:p>
    <w:p>
      <w:pPr>
        <w:jc w:val="right"/>
      </w:pPr>
      <w:r>
        <w:t>So, Hajj also gives you a very important principle: how to manage the international community of Islam.</w:t>
      </w:r>
    </w:p>
    <w:p>
      <w:r>
        <w:rPr>
          <w:b/>
        </w:rPr>
        <w:t xml:space="preserve">[10:13] </w:t>
      </w:r>
      <w:r>
        <w:t>Then there is the Zakat. And in this talk, I am going to say something about Zakat.</w:t>
      </w:r>
    </w:p>
    <w:p>
      <w:pPr>
        <w:jc w:val="right"/>
      </w:pPr>
      <w:r>
        <w:t>Then there is the Zakat. And in this talk, I am going to say something about Zakat.</w:t>
      </w:r>
    </w:p>
    <w:p>
      <w:r>
        <w:rPr>
          <w:b/>
        </w:rPr>
        <w:t xml:space="preserve">[10:27] </w:t>
      </w:r>
      <w:r>
        <w:t>Zakat is one of the five principles of Islam. And Zakat is very important for</w:t>
      </w:r>
    </w:p>
    <w:p>
      <w:pPr>
        <w:jc w:val="right"/>
      </w:pPr>
      <w:r>
        <w:t>Zakat is one of the five principles of Islam. And Zakat is very important for</w:t>
      </w:r>
    </w:p>
    <w:p>
      <w:r>
        <w:rPr>
          <w:b/>
        </w:rPr>
        <w:t xml:space="preserve">[10:43] </w:t>
      </w:r>
      <w:r>
        <w:t>the process of purification. Zakat literally means purification or making pure.</w:t>
      </w:r>
    </w:p>
    <w:p>
      <w:pPr>
        <w:jc w:val="right"/>
      </w:pPr>
      <w:r>
        <w:t>the process of purification. Zakat literally means purification or making pure.</w:t>
      </w:r>
    </w:p>
    <w:p>
      <w:r>
        <w:rPr>
          <w:b/>
        </w:rPr>
        <w:t xml:space="preserve">[10:56] </w:t>
      </w:r>
      <w:r>
        <w:t>So, Zakat pertains to money or earning. So, Zakat principle gives you the art of money management: how to manage your money in theright way,</w:t>
      </w:r>
    </w:p>
    <w:p>
      <w:pPr>
        <w:jc w:val="right"/>
      </w:pPr>
      <w:r>
        <w:t>So, Zakat pertains to money or earning. So, Zakat principle gives you the art of money management: how to manage your money in theright way,</w:t>
      </w:r>
    </w:p>
    <w:p>
      <w:r>
        <w:rPr>
          <w:b/>
        </w:rPr>
        <w:t xml:space="preserve">[11:15] </w:t>
      </w:r>
      <w:r>
        <w:t>how to manage your earning according to God's commandment</w:t>
      </w:r>
    </w:p>
    <w:p>
      <w:pPr>
        <w:jc w:val="right"/>
      </w:pPr>
      <w:r>
        <w:t>how to manage your earning according to God's commandment</w:t>
      </w:r>
    </w:p>
    <w:p>
      <w:r>
        <w:rPr>
          <w:b/>
        </w:rPr>
        <w:t xml:space="preserve">[11:24] </w:t>
      </w:r>
      <w:r>
        <w:t>s. So, Zakat is very important in this regard. Zakat gives you the art of money management.</w:t>
      </w:r>
    </w:p>
    <w:p>
      <w:pPr>
        <w:jc w:val="right"/>
      </w:pPr>
      <w:r>
        <w:t>s. So, Zakat is very important in this regard. Zakat gives you the art of money management.</w:t>
      </w:r>
    </w:p>
    <w:p>
      <w:r>
        <w:rPr>
          <w:b/>
        </w:rPr>
        <w:t xml:space="preserve">[11:37] </w:t>
      </w:r>
      <w:r>
        <w:t>Now, there are two different aspects of Zakat: Masa'il-e-Zakat and Haqiqat-e-Zakat. Masa'il-e-Zakat means</w:t>
      </w:r>
    </w:p>
    <w:p>
      <w:pPr>
        <w:jc w:val="right"/>
      </w:pPr>
      <w:r>
        <w:t>Now, there are two different aspects of Zakat: Masa'il-e-Zakat and Haqiqat-e-Zakat. Masa'il-e-Zakat means</w:t>
      </w:r>
    </w:p>
    <w:p>
      <w:r>
        <w:rPr>
          <w:b/>
        </w:rPr>
        <w:t xml:space="preserve">[11:51] </w:t>
      </w:r>
      <w:r>
        <w:t>legal details.</w:t>
      </w:r>
    </w:p>
    <w:p>
      <w:pPr>
        <w:jc w:val="right"/>
      </w:pPr>
      <w:r>
        <w:t>legal details.</w:t>
      </w:r>
    </w:p>
    <w:p>
      <w:r>
        <w:rPr>
          <w:b/>
        </w:rPr>
        <w:t xml:space="preserve">[11:55] </w:t>
      </w:r>
      <w:r>
        <w:t>Masa'il-e-Zakat means legal details of Zakat. So, legal details are very well known.</w:t>
      </w:r>
    </w:p>
    <w:p>
      <w:pPr>
        <w:jc w:val="right"/>
      </w:pPr>
      <w:r>
        <w:t>Masa'il-e-Zakat means legal details of Zakat. So, legal details are very well known.</w:t>
      </w:r>
    </w:p>
    <w:p>
      <w:r>
        <w:rPr>
          <w:b/>
        </w:rPr>
        <w:t xml:space="preserve">[12:07] </w:t>
      </w:r>
      <w:r>
        <w:t>And you can obtain these details over the Internet.</w:t>
      </w:r>
    </w:p>
    <w:p>
      <w:pPr>
        <w:jc w:val="right"/>
      </w:pPr>
      <w:r>
        <w:t>And you can obtain these details over the Internet.</w:t>
      </w:r>
    </w:p>
    <w:p>
      <w:r>
        <w:rPr>
          <w:b/>
        </w:rPr>
        <w:t xml:space="preserve">[12:18] </w:t>
      </w:r>
      <w:r>
        <w:t>On the Internet, all the details of Zakat are available.</w:t>
      </w:r>
    </w:p>
    <w:p>
      <w:pPr>
        <w:jc w:val="right"/>
      </w:pPr>
      <w:r>
        <w:t>On the Internet, all the details of Zakat are available.</w:t>
      </w:r>
    </w:p>
    <w:p>
      <w:r>
        <w:rPr>
          <w:b/>
        </w:rPr>
        <w:t xml:space="preserve">[12:26] </w:t>
      </w:r>
      <w:r>
        <w:t>Zakat, that is Z-A-K-A-T. By using this word, you can obtain all the details from the Internet.</w:t>
      </w:r>
    </w:p>
    <w:p>
      <w:pPr>
        <w:jc w:val="right"/>
      </w:pPr>
      <w:r>
        <w:t>Zakat, that is Z-A-K-A-T. By using this word, you can obtain all the details from the Internet.</w:t>
      </w:r>
    </w:p>
    <w:p>
      <w:r>
        <w:rPr>
          <w:b/>
        </w:rPr>
        <w:t xml:space="preserve">[12:39] </w:t>
      </w:r>
      <w:r>
        <w:t>It is very easy for any educated person.</w:t>
      </w:r>
    </w:p>
    <w:p>
      <w:pPr>
        <w:jc w:val="right"/>
      </w:pPr>
      <w:r>
        <w:t>It is very easy for any educated person.</w:t>
      </w:r>
    </w:p>
    <w:p>
      <w:r>
        <w:rPr>
          <w:b/>
        </w:rPr>
        <w:t xml:space="preserve">[12:45] </w:t>
      </w:r>
      <w:r>
        <w:t>So, in this talk, I would like to say a few words about Haqiqat-e-Zakat, that is the wisdom behind Zakat, the meanings behind Zakat,</w:t>
      </w:r>
    </w:p>
    <w:p>
      <w:pPr>
        <w:jc w:val="right"/>
      </w:pPr>
      <w:r>
        <w:t>So, in this talk, I would like to say a few words about Haqiqat-e-Zakat, that is the wisdom behind Zakat, the meanings behind Zakat,</w:t>
      </w:r>
    </w:p>
    <w:p>
      <w:r>
        <w:rPr>
          <w:b/>
        </w:rPr>
        <w:t xml:space="preserve">[13:00] </w:t>
      </w:r>
      <w:r>
        <w:t>the Hikmat of Zakat.</w:t>
      </w:r>
    </w:p>
    <w:p>
      <w:pPr>
        <w:jc w:val="right"/>
      </w:pPr>
      <w:r>
        <w:t>the Hikmat of Zakat.</w:t>
      </w:r>
    </w:p>
    <w:p>
      <w:r>
        <w:rPr>
          <w:b/>
        </w:rPr>
        <w:t xml:space="preserve">[13:03] </w:t>
      </w:r>
      <w:r>
        <w:t>That is very important. And there is the very basic purpose of Zakat.</w:t>
      </w:r>
    </w:p>
    <w:p>
      <w:pPr>
        <w:jc w:val="right"/>
      </w:pPr>
      <w:r>
        <w:t>That is very important. And there is the very basic purpose of Zakat.</w:t>
      </w:r>
    </w:p>
    <w:p>
      <w:r>
        <w:rPr>
          <w:b/>
        </w:rPr>
        <w:t xml:space="preserve">[13:15] </w:t>
      </w:r>
      <w:r>
        <w:t>Now,</w:t>
      </w:r>
    </w:p>
    <w:p>
      <w:pPr>
        <w:jc w:val="right"/>
      </w:pPr>
      <w:r>
        <w:t>Now,</w:t>
      </w:r>
    </w:p>
    <w:p>
      <w:r>
        <w:rPr>
          <w:b/>
        </w:rPr>
        <w:t xml:space="preserve">[13:18] </w:t>
      </w:r>
      <w:r>
        <w:t>Zakat has two aspects: one Haqqullah and the other one Haqqulabad.</w:t>
      </w:r>
    </w:p>
    <w:p>
      <w:pPr>
        <w:jc w:val="right"/>
      </w:pPr>
      <w:r>
        <w:t>Zakat has two aspects: one Haqqullah and the other one Haqqulabad.</w:t>
      </w:r>
    </w:p>
    <w:p>
      <w:r>
        <w:rPr>
          <w:b/>
        </w:rPr>
        <w:t xml:space="preserve">[13:29] </w:t>
      </w:r>
      <w:r>
        <w:t>When you pay Zakat from your earnings, from your assets, from your savings, you know Zakat is payable on an annual basis.</w:t>
      </w:r>
    </w:p>
    <w:p>
      <w:pPr>
        <w:jc w:val="right"/>
      </w:pPr>
      <w:r>
        <w:t>When you pay Zakat from your earnings, from your assets, from your savings, you know Zakat is payable on an annual basis.</w:t>
      </w:r>
    </w:p>
    <w:p>
      <w:r>
        <w:rPr>
          <w:b/>
        </w:rPr>
        <w:t xml:space="preserve">[13:46] </w:t>
      </w:r>
      <w:r>
        <w:t>Annual basis. That is called Hawlan-e-Hawl. After completion of the year, that is the Hijra calendar.</w:t>
      </w:r>
    </w:p>
    <w:p>
      <w:pPr>
        <w:jc w:val="right"/>
      </w:pPr>
      <w:r>
        <w:t>Annual basis. That is called Hawlan-e-Hawl. After completion of the year, that is the Hijra calendar.</w:t>
      </w:r>
    </w:p>
    <w:p>
      <w:r>
        <w:rPr>
          <w:b/>
        </w:rPr>
        <w:t xml:space="preserve">[13:54] </w:t>
      </w:r>
      <w:r>
        <w:t>So, after completion of the year, you have to pay Zakat.</w:t>
      </w:r>
    </w:p>
    <w:p>
      <w:pPr>
        <w:jc w:val="right"/>
      </w:pPr>
      <w:r>
        <w:t>So, after completion of the year, you have to pay Zakat.</w:t>
      </w:r>
    </w:p>
    <w:p>
      <w:r>
        <w:rPr>
          <w:b/>
        </w:rPr>
        <w:t xml:space="preserve">[14:02] </w:t>
      </w:r>
      <w:r>
        <w:t>So, Zakat is there are several rates of Zakat. Generally, it is 2.5% from your asset, from your money, from your savings.</w:t>
      </w:r>
    </w:p>
    <w:p>
      <w:pPr>
        <w:jc w:val="right"/>
      </w:pPr>
      <w:r>
        <w:t>So, Zakat is there are several rates of Zakat. Generally, it is 2.5% from your asset, from your money, from your savings.</w:t>
      </w:r>
    </w:p>
    <w:p>
      <w:r>
        <w:rPr>
          <w:b/>
        </w:rPr>
        <w:t xml:space="preserve">[14:22] </w:t>
      </w:r>
      <w:r>
        <w:t>2.5%</w:t>
      </w:r>
    </w:p>
    <w:p>
      <w:pPr>
        <w:jc w:val="right"/>
      </w:pPr>
      <w:r>
        <w:t>2.5%</w:t>
      </w:r>
    </w:p>
    <w:p>
      <w:r>
        <w:rPr>
          <w:b/>
        </w:rPr>
        <w:t xml:space="preserve">[14:25] </w:t>
      </w:r>
      <w:r>
        <w:t>. Then there are some other rates about other things. But generally, it is 2.5%.</w:t>
      </w:r>
    </w:p>
    <w:p>
      <w:pPr>
        <w:jc w:val="right"/>
      </w:pPr>
      <w:r>
        <w:t>. Then there are some other rates about other things. But generally, it is 2.5%.</w:t>
      </w:r>
    </w:p>
    <w:p>
      <w:r>
        <w:rPr>
          <w:b/>
        </w:rPr>
        <w:t xml:space="preserve">[14:36] </w:t>
      </w:r>
      <w:r>
        <w:t>Now, there are two basic aspects. One is Haqqullah and the other one is Haqqulabad.</w:t>
      </w:r>
    </w:p>
    <w:p>
      <w:pPr>
        <w:jc w:val="right"/>
      </w:pPr>
      <w:r>
        <w:t>Now, there are two basic aspects. One is Haqqullah and the other one is Haqqulabad.</w:t>
      </w:r>
    </w:p>
    <w:p>
      <w:r>
        <w:rPr>
          <w:b/>
        </w:rPr>
        <w:t xml:space="preserve">[14:46] </w:t>
      </w:r>
      <w:r>
        <w:t>So, in the Qur'an, there is fa atoo haqqahu wa yauma hasa</w:t>
      </w:r>
    </w:p>
    <w:p>
      <w:pPr>
        <w:jc w:val="right"/>
      </w:pPr>
      <w:r>
        <w:t>So, in the Qur'an, there is فَأَتُوا حَقَّهُ وَيَوْبَ حَسَ</w:t>
      </w:r>
    </w:p>
    <w:p>
      <w:r>
        <w:rPr>
          <w:b/>
        </w:rPr>
        <w:t xml:space="preserve">[14:52] </w:t>
      </w:r>
      <w:r>
        <w:t>adihi So, according to the Qur'an, Zakat is Haqqullah, theright of God.</w:t>
      </w:r>
    </w:p>
    <w:p>
      <w:pPr>
        <w:jc w:val="right"/>
      </w:pPr>
      <w:r>
        <w:t>ادِهِ So, according to the Qur'an, Zakat is Haqqullah, theright of God.</w:t>
      </w:r>
    </w:p>
    <w:p>
      <w:r>
        <w:rPr>
          <w:b/>
        </w:rPr>
        <w:t xml:space="preserve">[15:00] </w:t>
      </w:r>
      <w:r>
        <w:t>Right of God. So, why is it theright of God? Because it is God who has given you all this money, all these things.</w:t>
      </w:r>
    </w:p>
    <w:p>
      <w:pPr>
        <w:jc w:val="right"/>
      </w:pPr>
      <w:r>
        <w:t>Right of God. So, why is it theright of God? Because it is God who has given you all this money, all these things.</w:t>
      </w:r>
    </w:p>
    <w:p>
      <w:r>
        <w:rPr>
          <w:b/>
        </w:rPr>
        <w:t xml:space="preserve">[15:16] </w:t>
      </w:r>
      <w:r>
        <w:t>Your share is very little, less than one person</w:t>
      </w:r>
    </w:p>
    <w:p>
      <w:pPr>
        <w:jc w:val="right"/>
      </w:pPr>
      <w:r>
        <w:t>Your share is very little, less than one person</w:t>
      </w:r>
    </w:p>
    <w:p>
      <w:r>
        <w:rPr>
          <w:b/>
        </w:rPr>
        <w:t xml:space="preserve">[15:23] </w:t>
      </w:r>
      <w:r>
        <w:t>. Because when you do a business, when you do a job, when you earn any amount of money, it requires God's infrastructure, God's support system.</w:t>
      </w:r>
    </w:p>
    <w:p>
      <w:pPr>
        <w:jc w:val="right"/>
      </w:pPr>
      <w:r>
        <w:t>. Because when you do a business, when you do a job, when you earn any amount of money, it requires God's infrastructure, God's support system.</w:t>
      </w:r>
    </w:p>
    <w:p>
      <w:r>
        <w:rPr>
          <w:b/>
        </w:rPr>
        <w:t xml:space="preserve">[15:40] </w:t>
      </w:r>
      <w:r>
        <w:t>Without the divine support system, you cannot earn anything. For example, you have to move on the Earth.</w:t>
      </w:r>
    </w:p>
    <w:p>
      <w:pPr>
        <w:jc w:val="right"/>
      </w:pPr>
      <w:r>
        <w:t>Without the divine support system, you cannot earn anything. For example, you have to move on the Earth.</w:t>
      </w:r>
    </w:p>
    <w:p>
      <w:r>
        <w:rPr>
          <w:b/>
        </w:rPr>
        <w:t xml:space="preserve">[15:51] </w:t>
      </w:r>
      <w:r>
        <w:t>How can you move on the Earth without the gravitational pull? You need oxygen. How can you generate oxygen on your own basis?</w:t>
      </w:r>
    </w:p>
    <w:p>
      <w:pPr>
        <w:jc w:val="right"/>
      </w:pPr>
      <w:r>
        <w:t>How can you move on the Earth without the gravitational pull? You need oxygen. How can you generate oxygen on your own basis?</w:t>
      </w:r>
    </w:p>
    <w:p>
      <w:r>
        <w:rPr>
          <w:b/>
        </w:rPr>
        <w:t xml:space="preserve">[16:02] </w:t>
      </w:r>
      <w:r>
        <w:t>Oxygen is supplied by God. You need light. Because without light, you cannot see anything.</w:t>
      </w:r>
    </w:p>
    <w:p>
      <w:pPr>
        <w:jc w:val="right"/>
      </w:pPr>
      <w:r>
        <w:t>Oxygen is supplied by God. You need light. Because without light, you cannot see anything.</w:t>
      </w:r>
    </w:p>
    <w:p>
      <w:r>
        <w:rPr>
          <w:b/>
        </w:rPr>
        <w:t xml:space="preserve">[16:12] </w:t>
      </w:r>
      <w:r>
        <w:t>So, again, it is God who is supplying to you light through the Sun.</w:t>
      </w:r>
    </w:p>
    <w:p>
      <w:pPr>
        <w:jc w:val="right"/>
      </w:pPr>
      <w:r>
        <w:t>So, again, it is God who is supplying to you light through the Sun.</w:t>
      </w:r>
    </w:p>
    <w:p>
      <w:r>
        <w:rPr>
          <w:b/>
        </w:rPr>
        <w:t xml:space="preserve">[16:22] </w:t>
      </w:r>
      <w:r>
        <w:t>So, light and air and oxygen and everything, everything, everything is supplied by God. So, your effort is very, very little.</w:t>
      </w:r>
    </w:p>
    <w:p>
      <w:pPr>
        <w:jc w:val="right"/>
      </w:pPr>
      <w:r>
        <w:t>So, light and air and oxygen and everything, everything, everything is supplied by God. So, your effort is very, very little.</w:t>
      </w:r>
    </w:p>
    <w:p>
      <w:r>
        <w:rPr>
          <w:b/>
        </w:rPr>
        <w:t xml:space="preserve">[16:34] </w:t>
      </w:r>
      <w:r>
        <w:t>Your effort is less than one person. And God's blessing is more than 99%.</w:t>
      </w:r>
    </w:p>
    <w:p>
      <w:pPr>
        <w:jc w:val="right"/>
      </w:pPr>
      <w:r>
        <w:t>Your effort is less than one person. And God's blessing is more than 99%.</w:t>
      </w:r>
    </w:p>
    <w:p>
      <w:r>
        <w:rPr>
          <w:b/>
        </w:rPr>
        <w:t xml:space="preserve">[16:41] </w:t>
      </w:r>
      <w:r>
        <w:t>So, you have to pay God's share. God's share means fi sabeelillah in the way of God.</w:t>
      </w:r>
    </w:p>
    <w:p>
      <w:pPr>
        <w:jc w:val="right"/>
      </w:pPr>
      <w:r>
        <w:t>So, you have to pay God's share. God's share means فِي سَبِيلِ اللَّهِ in the way of God.</w:t>
      </w:r>
    </w:p>
    <w:p>
      <w:r>
        <w:rPr>
          <w:b/>
        </w:rPr>
        <w:t xml:space="preserve">[16:56] </w:t>
      </w:r>
      <w:r>
        <w:t>In the way of God, that is in the way of truth, in the way of charity, in the way of da'wah work.</w:t>
      </w:r>
    </w:p>
    <w:p>
      <w:pPr>
        <w:jc w:val="right"/>
      </w:pPr>
      <w:r>
        <w:t>In the way of God, that is in the way of truth, in the way of charity, in the way of da'wah work.</w:t>
      </w:r>
    </w:p>
    <w:p>
      <w:r>
        <w:rPr>
          <w:b/>
        </w:rPr>
        <w:t xml:space="preserve">[17:05] </w:t>
      </w:r>
      <w:r>
        <w:t>This is God's share.</w:t>
      </w:r>
    </w:p>
    <w:p>
      <w:pPr>
        <w:jc w:val="right"/>
      </w:pPr>
      <w:r>
        <w:t>This is God's share.</w:t>
      </w:r>
    </w:p>
    <w:p>
      <w:r>
        <w:rPr>
          <w:b/>
        </w:rPr>
        <w:t xml:space="preserve">[17:11] </w:t>
      </w:r>
      <w:r>
        <w:t>So, when you earn money, you have to remind that you are not the owner of all this money. God is the owner.</w:t>
      </w:r>
    </w:p>
    <w:p>
      <w:pPr>
        <w:jc w:val="right"/>
      </w:pPr>
      <w:r>
        <w:t>So, when you earn money, you have to remind that you are not the owner of all this money. God is the owner.</w:t>
      </w:r>
    </w:p>
    <w:p>
      <w:r>
        <w:rPr>
          <w:b/>
        </w:rPr>
        <w:t xml:space="preserve">[17:23] </w:t>
      </w:r>
      <w:r>
        <w:t>Your share in this money is less than one percent. And God's share in this money is more than 99%.</w:t>
      </w:r>
    </w:p>
    <w:p>
      <w:pPr>
        <w:jc w:val="right"/>
      </w:pPr>
      <w:r>
        <w:t>Your share in this money is less than one percent. And God's share in this money is more than 99%.</w:t>
      </w:r>
    </w:p>
    <w:p>
      <w:r>
        <w:rPr>
          <w:b/>
        </w:rPr>
        <w:t xml:space="preserve">[17:32] </w:t>
      </w:r>
      <w:r>
        <w:t>So, you have to pay God His share.</w:t>
      </w:r>
    </w:p>
    <w:p>
      <w:pPr>
        <w:jc w:val="right"/>
      </w:pPr>
      <w:r>
        <w:t>So, you have to pay God His share.</w:t>
      </w:r>
    </w:p>
    <w:p>
      <w:r>
        <w:rPr>
          <w:b/>
        </w:rPr>
        <w:t xml:space="preserve">[17:37] </w:t>
      </w:r>
      <w:r>
        <w:t>You have theright to</w:t>
      </w:r>
    </w:p>
    <w:p>
      <w:pPr>
        <w:jc w:val="right"/>
      </w:pPr>
      <w:r>
        <w:t>You have theright to</w:t>
      </w:r>
    </w:p>
    <w:p>
      <w:r>
        <w:rPr>
          <w:b/>
        </w:rPr>
        <w:t xml:space="preserve">[17:41] </w:t>
      </w:r>
      <w:r>
        <w:t>take your share. But it is very little. It is God's blessing that He said that if you give 2.5%, that is enough.</w:t>
      </w:r>
    </w:p>
    <w:p>
      <w:pPr>
        <w:jc w:val="right"/>
      </w:pPr>
      <w:r>
        <w:t>take your share. But it is very little. It is God's blessing that He said that if you give 2.5%, that is enough.</w:t>
      </w:r>
    </w:p>
    <w:p>
      <w:r>
        <w:rPr>
          <w:b/>
        </w:rPr>
        <w:t xml:space="preserve">[18:00] </w:t>
      </w:r>
      <w:r>
        <w:t>Although His share is 99%. Although His share is 99%. But He it was His blessing that He directed you to pay just 2.5%.</w:t>
      </w:r>
    </w:p>
    <w:p>
      <w:pPr>
        <w:jc w:val="right"/>
      </w:pPr>
      <w:r>
        <w:t>Although His share is 99%. Although His share is 99%. But He it was His blessing that He directed you to pay just 2.5%.</w:t>
      </w:r>
    </w:p>
    <w:p>
      <w:r>
        <w:rPr>
          <w:b/>
        </w:rPr>
        <w:t xml:space="preserve">[18:21] </w:t>
      </w:r>
      <w:r>
        <w:t>It is very little.</w:t>
      </w:r>
    </w:p>
    <w:p>
      <w:pPr>
        <w:jc w:val="right"/>
      </w:pPr>
      <w:r>
        <w:t>It is very little.</w:t>
      </w:r>
    </w:p>
    <w:p>
      <w:r>
        <w:rPr>
          <w:b/>
        </w:rPr>
        <w:t xml:space="preserve">[18:22] </w:t>
      </w:r>
      <w:r>
        <w:t>So, when you give your money in the way of good deed, in the way of charity, in the way of da'wah work, then you are paying the share of God.</w:t>
      </w:r>
    </w:p>
    <w:p>
      <w:pPr>
        <w:jc w:val="right"/>
      </w:pPr>
      <w:r>
        <w:t>So, when you give your money in the way of good deed, in the way of charity, in the way of da'wah work, then you are paying the share of God.</w:t>
      </w:r>
    </w:p>
    <w:p>
      <w:r>
        <w:rPr>
          <w:b/>
        </w:rPr>
        <w:t xml:space="preserve">[18:33] </w:t>
      </w:r>
      <w:r>
        <w:t>So, God will give you a reward for this honesty. It is your honesty that you are paying the share of God</w:t>
      </w:r>
    </w:p>
    <w:p>
      <w:pPr>
        <w:jc w:val="right"/>
      </w:pPr>
      <w:r>
        <w:t>So, God will give you a reward for this honesty. It is your honesty that you are paying the share of God</w:t>
      </w:r>
    </w:p>
    <w:p>
      <w:r>
        <w:rPr>
          <w:b/>
        </w:rPr>
        <w:t xml:space="preserve">[18:43] </w:t>
      </w:r>
      <w:r>
        <w:t>. So, God will give you a reward</w:t>
      </w:r>
    </w:p>
    <w:p>
      <w:pPr>
        <w:jc w:val="right"/>
      </w:pPr>
      <w:r>
        <w:t>. So, God will give you a reward</w:t>
      </w:r>
    </w:p>
    <w:p>
      <w:r>
        <w:rPr>
          <w:b/>
        </w:rPr>
        <w:t xml:space="preserve">[18:51] </w:t>
      </w:r>
      <w:r>
        <w:t>by acknowledging your honesty. Then it is also Haqqulabad.</w:t>
      </w:r>
    </w:p>
    <w:p>
      <w:pPr>
        <w:jc w:val="right"/>
      </w:pPr>
      <w:r>
        <w:t>by acknowledging your honesty. Then it is also Haqqulabad.</w:t>
      </w:r>
    </w:p>
    <w:p>
      <w:r>
        <w:rPr>
          <w:b/>
        </w:rPr>
        <w:t xml:space="preserve">[19:01] </w:t>
      </w:r>
      <w:r>
        <w:t>That is people's share. People'sright. Then how is it people's share?</w:t>
      </w:r>
    </w:p>
    <w:p>
      <w:pPr>
        <w:jc w:val="right"/>
      </w:pPr>
      <w:r>
        <w:t>That is people's share. People'sright. Then how is it people's share?</w:t>
      </w:r>
    </w:p>
    <w:p>
      <w:r>
        <w:rPr>
          <w:b/>
        </w:rPr>
        <w:t xml:space="preserve">[19:11] </w:t>
      </w:r>
      <w:r>
        <w:t>How is it people'sright?</w:t>
      </w:r>
    </w:p>
    <w:p>
      <w:pPr>
        <w:jc w:val="right"/>
      </w:pPr>
      <w:r>
        <w:t>How is it people'sright?</w:t>
      </w:r>
    </w:p>
    <w:p>
      <w:r>
        <w:rPr>
          <w:b/>
        </w:rPr>
        <w:t xml:space="preserve">[19:13] </w:t>
      </w:r>
      <w:r>
        <w:t>Because you cannot you earn anything alone without the assistance of humanity.</w:t>
      </w:r>
    </w:p>
    <w:p>
      <w:pPr>
        <w:jc w:val="right"/>
      </w:pPr>
      <w:r>
        <w:t>Because you cannot you earn anything alone without the assistance of humanity.</w:t>
      </w:r>
    </w:p>
    <w:p>
      <w:r>
        <w:rPr>
          <w:b/>
        </w:rPr>
        <w:t xml:space="preserve">[19:25] </w:t>
      </w:r>
      <w:r>
        <w:t>It is impossible. A whole society, a whole civilization, all men and women have some share.</w:t>
      </w:r>
    </w:p>
    <w:p>
      <w:pPr>
        <w:jc w:val="right"/>
      </w:pPr>
      <w:r>
        <w:t>It is impossible. A whole society, a whole civilization, all men and women have some share.</w:t>
      </w:r>
    </w:p>
    <w:p>
      <w:r>
        <w:rPr>
          <w:b/>
        </w:rPr>
        <w:t xml:space="preserve">[19:35] </w:t>
      </w:r>
      <w:r>
        <w:t>Otherwise, you cannot do anything.</w:t>
      </w:r>
    </w:p>
    <w:p>
      <w:pPr>
        <w:jc w:val="right"/>
      </w:pPr>
      <w:r>
        <w:t>Otherwise, you cannot do anything.</w:t>
      </w:r>
    </w:p>
    <w:p>
      <w:r>
        <w:rPr>
          <w:b/>
        </w:rPr>
        <w:t xml:space="preserve">[19:39] </w:t>
      </w:r>
      <w:r>
        <w:t>For example, when you do any business or when you do a job, you have to travel by car, by train, by aeroplane.</w:t>
      </w:r>
    </w:p>
    <w:p>
      <w:pPr>
        <w:jc w:val="right"/>
      </w:pPr>
      <w:r>
        <w:t>For example, when you do any business or when you do a job, you have to travel by car, by train, by aeroplane.</w:t>
      </w:r>
    </w:p>
    <w:p>
      <w:r>
        <w:rPr>
          <w:b/>
        </w:rPr>
        <w:t xml:space="preserve">[19:51] </w:t>
      </w:r>
      <w:r>
        <w:t>Who has invented all these things? It is civilization. Civilization is a combined effort of humanity.</w:t>
      </w:r>
    </w:p>
    <w:p>
      <w:pPr>
        <w:jc w:val="right"/>
      </w:pPr>
      <w:r>
        <w:t>Who has invented all these things? It is civilization. Civilization is a combined effort of humanity.</w:t>
      </w:r>
    </w:p>
    <w:p>
      <w:r>
        <w:rPr>
          <w:b/>
        </w:rPr>
        <w:t xml:space="preserve">[20:04] </w:t>
      </w:r>
      <w:r>
        <w:t>What is civilization?</w:t>
      </w:r>
    </w:p>
    <w:p>
      <w:pPr>
        <w:jc w:val="right"/>
      </w:pPr>
      <w:r>
        <w:t>What is civilization?</w:t>
      </w:r>
    </w:p>
    <w:p>
      <w:r>
        <w:rPr>
          <w:b/>
        </w:rPr>
        <w:t xml:space="preserve">[20:06] </w:t>
      </w:r>
      <w:r>
        <w:t>Civilization is a combined effort of humanity. So, the whole civilization is involved.</w:t>
      </w:r>
    </w:p>
    <w:p>
      <w:pPr>
        <w:jc w:val="right"/>
      </w:pPr>
      <w:r>
        <w:t>Civilization is a combined effort of humanity. So, the whole civilization is involved.</w:t>
      </w:r>
    </w:p>
    <w:p>
      <w:r>
        <w:rPr>
          <w:b/>
        </w:rPr>
        <w:t xml:space="preserve">[20:15] </w:t>
      </w:r>
      <w:r>
        <w:t>All those things you use</w:t>
      </w:r>
    </w:p>
    <w:p>
      <w:pPr>
        <w:jc w:val="right"/>
      </w:pPr>
      <w:r>
        <w:t>All those things you use</w:t>
      </w:r>
    </w:p>
    <w:p>
      <w:r>
        <w:rPr>
          <w:b/>
        </w:rPr>
        <w:t xml:space="preserve">[20:20] </w:t>
      </w:r>
      <w:r>
        <w:t>in the way of earning money are given to you by civilization: your cloth, your shoes, your conveyance.</w:t>
      </w:r>
    </w:p>
    <w:p>
      <w:pPr>
        <w:jc w:val="right"/>
      </w:pPr>
      <w:r>
        <w:t>in the way of earning money are given to you by civilization: your cloth, your shoes, your conveyance.</w:t>
      </w:r>
    </w:p>
    <w:p>
      <w:r>
        <w:rPr>
          <w:b/>
        </w:rPr>
        <w:t xml:space="preserve">[20:33] </w:t>
      </w:r>
      <w:r>
        <w:t>And all those thing</w:t>
      </w:r>
    </w:p>
    <w:p>
      <w:pPr>
        <w:jc w:val="right"/>
      </w:pPr>
      <w:r>
        <w:t>And all those thing</w:t>
      </w:r>
    </w:p>
    <w:p>
      <w:r>
        <w:rPr>
          <w:b/>
        </w:rPr>
        <w:t xml:space="preserve">[20:36] </w:t>
      </w:r>
      <w:r>
        <w:t>s, these cities, are given to you by civilization. It is a contribution of civilization.</w:t>
      </w:r>
    </w:p>
    <w:p>
      <w:pPr>
        <w:jc w:val="right"/>
      </w:pPr>
      <w:r>
        <w:t>s, these cities, are given to you by civilization. It is a contribution of civilization.</w:t>
      </w:r>
    </w:p>
    <w:p>
      <w:r>
        <w:rPr>
          <w:b/>
        </w:rPr>
        <w:t xml:space="preserve">[20:48] </w:t>
      </w:r>
      <w:r>
        <w:t>So, when your money was due to all these contributions by humanity, you have to give it a share.</w:t>
      </w:r>
    </w:p>
    <w:p>
      <w:pPr>
        <w:jc w:val="right"/>
      </w:pPr>
      <w:r>
        <w:t>So, when your money was due to all these contributions by humanity, you have to give it a share.</w:t>
      </w:r>
    </w:p>
    <w:p>
      <w:r>
        <w:rPr>
          <w:b/>
        </w:rPr>
        <w:t xml:space="preserve">[21:05] </w:t>
      </w:r>
      <w:r>
        <w:t>This is an act of honesty. So, when you pay Zakat, you are acknowledging the contribution of civilization.</w:t>
      </w:r>
    </w:p>
    <w:p>
      <w:pPr>
        <w:jc w:val="right"/>
      </w:pPr>
      <w:r>
        <w:t>This is an act of honesty. So, when you pay Zakat, you are acknowledging the contribution of civilization.</w:t>
      </w:r>
    </w:p>
    <w:p>
      <w:r>
        <w:rPr>
          <w:b/>
        </w:rPr>
        <w:t xml:space="preserve">[21:18] </w:t>
      </w:r>
      <w:r>
        <w:t>When you pay Zakat on one side, you are acknowledging the contribution of God in terms of life support system.</w:t>
      </w:r>
    </w:p>
    <w:p>
      <w:pPr>
        <w:jc w:val="right"/>
      </w:pPr>
      <w:r>
        <w:t>When you pay Zakat on one side, you are acknowledging the contribution of God in terms of life support system.</w:t>
      </w:r>
    </w:p>
    <w:p>
      <w:r>
        <w:rPr>
          <w:b/>
        </w:rPr>
        <w:t xml:space="preserve">[21:28] </w:t>
      </w:r>
      <w:r>
        <w:t>And on the other side, on the other side, when you are paying Zakat, you are acknowledging the contribution of humanity or civilization.</w:t>
      </w:r>
    </w:p>
    <w:p>
      <w:pPr>
        <w:jc w:val="right"/>
      </w:pPr>
      <w:r>
        <w:t>And on the other side, on the other side, when you are paying Zakat, you are acknowledging the contribution of humanity or civilization.</w:t>
      </w:r>
    </w:p>
    <w:p>
      <w:r>
        <w:rPr>
          <w:b/>
        </w:rPr>
        <w:t xml:space="preserve">[21:40] </w:t>
      </w:r>
      <w:r>
        <w:t>So, these are two Haqqullah and Haqqulabad.</w:t>
      </w:r>
    </w:p>
    <w:p>
      <w:pPr>
        <w:jc w:val="right"/>
      </w:pPr>
      <w:r>
        <w:t>So, these are two Haqqullah and Haqqulabad.</w:t>
      </w:r>
    </w:p>
    <w:p>
      <w:r>
        <w:rPr>
          <w:b/>
        </w:rPr>
        <w:t xml:space="preserve">[21:46] </w:t>
      </w:r>
      <w:r>
        <w:t>So, Zakat has two aspects. In one aspect, you are paying the Haq of God, Haqqullah.</w:t>
      </w:r>
    </w:p>
    <w:p>
      <w:pPr>
        <w:jc w:val="right"/>
      </w:pPr>
      <w:r>
        <w:t>So, Zakat has two aspects. In one aspect, you are paying the Haq of God, Haqqullah.</w:t>
      </w:r>
    </w:p>
    <w:p>
      <w:r>
        <w:rPr>
          <w:b/>
        </w:rPr>
        <w:t xml:space="preserve">[21:58] </w:t>
      </w:r>
      <w:r>
        <w:t>On the other aspect, you are paying the Haq of man, Haqqulabad.</w:t>
      </w:r>
    </w:p>
    <w:p>
      <w:pPr>
        <w:jc w:val="right"/>
      </w:pPr>
      <w:r>
        <w:t>On the other aspect, you are paying the Haq of man, Haqqulabad.</w:t>
      </w:r>
    </w:p>
    <w:p>
      <w:r>
        <w:rPr>
          <w:b/>
        </w:rPr>
        <w:t xml:space="preserve">[22:07] </w:t>
      </w:r>
      <w:r>
        <w:t>So, this is the</w:t>
      </w:r>
    </w:p>
    <w:p>
      <w:pPr>
        <w:jc w:val="right"/>
      </w:pPr>
      <w:r>
        <w:t>So, this is the</w:t>
      </w:r>
    </w:p>
    <w:p>
      <w:r>
        <w:rPr>
          <w:b/>
        </w:rPr>
        <w:t xml:space="preserve">[22:14] </w:t>
      </w:r>
      <w:r>
        <w:t>wisdom of Zakat. This is the logic of Zakat. This is the philosophy of Zakat. This is the ideology of Zakat.</w:t>
      </w:r>
    </w:p>
    <w:p>
      <w:pPr>
        <w:jc w:val="right"/>
      </w:pPr>
      <w:r>
        <w:t>wisdom of Zakat. This is the logic of Zakat. This is the philosophy of Zakat. This is the ideology of Zakat.</w:t>
      </w:r>
    </w:p>
    <w:p>
      <w:r>
        <w:rPr>
          <w:b/>
        </w:rPr>
        <w:t xml:space="preserve">[22:25] </w:t>
      </w:r>
      <w:r>
        <w:t>Then</w:t>
      </w:r>
    </w:p>
    <w:p>
      <w:pPr>
        <w:jc w:val="right"/>
      </w:pPr>
      <w:r>
        <w:t>Then</w:t>
      </w:r>
    </w:p>
    <w:p>
      <w:r>
        <w:rPr>
          <w:b/>
        </w:rPr>
        <w:t xml:space="preserve">[22:29] </w:t>
      </w:r>
      <w:r>
        <w:t>there is a Hadith Prophet sallallahu alaihi wasallam has said about Zakat: tu khudh min aghniyaikum wa turaddu ila fuqaraiqum</w:t>
      </w:r>
    </w:p>
    <w:p>
      <w:pPr>
        <w:jc w:val="right"/>
      </w:pPr>
      <w:r>
        <w:t>there is a Hadith Prophet صلى الله عليه وسلم has said about Zakat: تُؤْخَذُ مِنْ أَغْنِيَائِكُمْ وَتُرَدُّ إِلَى فُقْرَائِكُمْ</w:t>
      </w:r>
    </w:p>
    <w:p>
      <w:r>
        <w:rPr>
          <w:b/>
        </w:rPr>
        <w:t xml:space="preserve">[22:42] </w:t>
      </w:r>
      <w:r>
        <w:t>The Prophet sallallahu alaihi wasallam has said about Zakat that Zakat is taken from rich people and then</w:t>
      </w:r>
    </w:p>
    <w:p>
      <w:pPr>
        <w:jc w:val="right"/>
      </w:pPr>
      <w:r>
        <w:t>The Prophet صلى الله عليه وسلم has said about Zakat that Zakat is taken from rich people and then</w:t>
      </w:r>
    </w:p>
    <w:p>
      <w:r>
        <w:rPr>
          <w:b/>
        </w:rPr>
        <w:t xml:space="preserve">[23:01] </w:t>
      </w:r>
      <w:r>
        <w:t>given to poor people. This is the Zakat.</w:t>
      </w:r>
    </w:p>
    <w:p>
      <w:pPr>
        <w:jc w:val="right"/>
      </w:pPr>
      <w:r>
        <w:t>given to poor people. This is the Zakat.</w:t>
      </w:r>
    </w:p>
    <w:p>
      <w:r>
        <w:rPr>
          <w:b/>
        </w:rPr>
        <w:t xml:space="preserve">[23:08] </w:t>
      </w:r>
      <w:r>
        <w:t>Then why this division? That there are some rich people, there are some poor people. And why there are some needy people?</w:t>
      </w:r>
    </w:p>
    <w:p>
      <w:pPr>
        <w:jc w:val="right"/>
      </w:pPr>
      <w:r>
        <w:t>Then why this division? That there are some rich people, there are some poor people. And why there are some needy people?</w:t>
      </w:r>
    </w:p>
    <w:p>
      <w:r>
        <w:rPr>
          <w:b/>
        </w:rPr>
        <w:t xml:space="preserve">[23:21] </w:t>
      </w:r>
      <w:r>
        <w:t>Why there are some wealthy people or some needy people? This is not a permanent division.</w:t>
      </w:r>
    </w:p>
    <w:p>
      <w:pPr>
        <w:jc w:val="right"/>
      </w:pPr>
      <w:r>
        <w:t>Why there are some wealthy people or some needy people? This is not a permanent division.</w:t>
      </w:r>
    </w:p>
    <w:p>
      <w:r>
        <w:rPr>
          <w:b/>
        </w:rPr>
        <w:t xml:space="preserve">[23:30] </w:t>
      </w:r>
      <w:r>
        <w:t>Every time, there is a change.</w:t>
      </w:r>
    </w:p>
    <w:p>
      <w:pPr>
        <w:jc w:val="right"/>
      </w:pPr>
      <w:r>
        <w:t>Every time, there is a change.</w:t>
      </w:r>
    </w:p>
    <w:p>
      <w:r>
        <w:rPr>
          <w:b/>
        </w:rPr>
        <w:t xml:space="preserve">[23:35] </w:t>
      </w:r>
      <w:r>
        <w:t>Today's poor becomes rich tomorrow. And today's rich becomes poor by tomorrow.</w:t>
      </w:r>
    </w:p>
    <w:p>
      <w:pPr>
        <w:jc w:val="right"/>
      </w:pPr>
      <w:r>
        <w:t>Today's poor becomes rich tomorrow. And today's rich becomes poor by tomorrow.</w:t>
      </w:r>
    </w:p>
    <w:p>
      <w:r>
        <w:rPr>
          <w:b/>
        </w:rPr>
        <w:t xml:space="preserve">[23:50] </w:t>
      </w:r>
      <w:r>
        <w:t>So, every time, there is a change. Now, why is this difference? Why is this division in the society?</w:t>
      </w:r>
    </w:p>
    <w:p>
      <w:pPr>
        <w:jc w:val="right"/>
      </w:pPr>
      <w:r>
        <w:t>So, every time, there is a change. Now, why is this difference? Why is this division in the society?</w:t>
      </w:r>
    </w:p>
    <w:p>
      <w:r>
        <w:rPr>
          <w:b/>
        </w:rPr>
        <w:t xml:space="preserve">[24:01] </w:t>
      </w:r>
      <w:r>
        <w:t>It is due to the law of nature.</w:t>
      </w:r>
    </w:p>
    <w:p>
      <w:pPr>
        <w:jc w:val="right"/>
      </w:pPr>
      <w:r>
        <w:t>It is due to the law of nature.</w:t>
      </w:r>
    </w:p>
    <w:p>
      <w:r>
        <w:rPr>
          <w:b/>
        </w:rPr>
        <w:t xml:space="preserve">[24:06] </w:t>
      </w:r>
      <w:r>
        <w:t>It is God's scheme to create completion in the society. It is God's scheme to create change in the different sections of society.</w:t>
      </w:r>
    </w:p>
    <w:p>
      <w:pPr>
        <w:jc w:val="right"/>
      </w:pPr>
      <w:r>
        <w:t>It is God's scheme to create completion in the society. It is God's scheme to create change in the different sections of society.</w:t>
      </w:r>
    </w:p>
    <w:p>
      <w:r>
        <w:rPr>
          <w:b/>
        </w:rPr>
        <w:t xml:space="preserve">[24:24] </w:t>
      </w:r>
      <w:r>
        <w:t>So, this is the wisdom</w:t>
      </w:r>
    </w:p>
    <w:p>
      <w:pPr>
        <w:jc w:val="right"/>
      </w:pPr>
      <w:r>
        <w:t>So, this is the wisdom</w:t>
      </w:r>
    </w:p>
    <w:p>
      <w:r>
        <w:rPr>
          <w:b/>
        </w:rPr>
        <w:t xml:space="preserve">[24:29] </w:t>
      </w:r>
      <w:r>
        <w:t>behind this division</w:t>
      </w:r>
    </w:p>
    <w:p>
      <w:pPr>
        <w:jc w:val="right"/>
      </w:pPr>
      <w:r>
        <w:t>behind this division</w:t>
      </w:r>
    </w:p>
    <w:p>
      <w:r>
        <w:rPr>
          <w:b/>
        </w:rPr>
        <w:t xml:space="preserve">[24:31] </w:t>
      </w:r>
      <w:r>
        <w:t>. Without division, without difference, there was no competition. There was no change. So, God put this difference or division in the society only to create change, to create competition.</w:t>
      </w:r>
    </w:p>
    <w:p>
      <w:pPr>
        <w:jc w:val="right"/>
      </w:pPr>
      <w:r>
        <w:t>. Without division, without difference, there was no competition. There was no change. So, God put this difference or division in the society only to create change, to create competition.</w:t>
      </w:r>
    </w:p>
    <w:p>
      <w:r>
        <w:rPr>
          <w:b/>
        </w:rPr>
        <w:t xml:space="preserve">[24:53] </w:t>
      </w:r>
      <w:r>
        <w:t>Then He tried to make balance</w:t>
      </w:r>
    </w:p>
    <w:p>
      <w:pPr>
        <w:jc w:val="right"/>
      </w:pPr>
      <w:r>
        <w:t>Then He tried to make balance</w:t>
      </w:r>
    </w:p>
    <w:p>
      <w:r>
        <w:rPr>
          <w:b/>
        </w:rPr>
        <w:t xml:space="preserve">[24:58] </w:t>
      </w:r>
      <w:r>
        <w:t>. He commanded rich people that you have to give the share of poor people. You have to pay Zakat so that it will be given to poor people.</w:t>
      </w:r>
    </w:p>
    <w:p>
      <w:pPr>
        <w:jc w:val="right"/>
      </w:pPr>
      <w:r>
        <w:t>. He commanded rich people that you have to give the share of poor people. You have to pay Zakat so that it will be given to poor people.</w:t>
      </w:r>
    </w:p>
    <w:p>
      <w:r>
        <w:rPr>
          <w:b/>
        </w:rPr>
        <w:t xml:space="preserve">[25:14] </w:t>
      </w:r>
      <w:r>
        <w:t>So, on</w:t>
      </w:r>
    </w:p>
    <w:p>
      <w:pPr>
        <w:jc w:val="right"/>
      </w:pPr>
      <w:r>
        <w:t>So, on</w:t>
      </w:r>
    </w:p>
    <w:p>
      <w:r>
        <w:rPr>
          <w:b/>
        </w:rPr>
        <w:t xml:space="preserve">[25:17] </w:t>
      </w:r>
      <w:r>
        <w:t>one side, God created people and He put differences.</w:t>
      </w:r>
    </w:p>
    <w:p>
      <w:pPr>
        <w:jc w:val="right"/>
      </w:pPr>
      <w:r>
        <w:t>one side, God created people and He put differences.</w:t>
      </w:r>
    </w:p>
    <w:p>
      <w:r>
        <w:rPr>
          <w:b/>
        </w:rPr>
        <w:t xml:space="preserve">[25:27] </w:t>
      </w:r>
      <w:r>
        <w:t>Differences by God</w:t>
      </w:r>
    </w:p>
    <w:p>
      <w:pPr>
        <w:jc w:val="right"/>
      </w:pPr>
      <w:r>
        <w:t>Differences by God</w:t>
      </w:r>
    </w:p>
    <w:p>
      <w:r>
        <w:rPr>
          <w:b/>
        </w:rPr>
        <w:t xml:space="preserve">[25:29] </w:t>
      </w:r>
      <w:r>
        <w:t>. This is the difference that there are poor and there are rich. There are weak and there are strong. So, all these differences are due to the scheme, to the Krishna Purana of God.</w:t>
      </w:r>
    </w:p>
    <w:p>
      <w:pPr>
        <w:jc w:val="right"/>
      </w:pPr>
      <w:r>
        <w:t>. This is the difference that there are poor and there are rich. There are weak and there are strong. So, all these differences are due to the scheme, to the Krishna Purana of God.</w:t>
      </w:r>
    </w:p>
    <w:p>
      <w:r>
        <w:rPr>
          <w:b/>
        </w:rPr>
        <w:t xml:space="preserve">[25:43] </w:t>
      </w:r>
      <w:r>
        <w:t>And the wisdom is that it is this difference that creates change, that creates competition</w:t>
      </w:r>
    </w:p>
    <w:p>
      <w:pPr>
        <w:jc w:val="right"/>
      </w:pPr>
      <w:r>
        <w:t>And the wisdom is that it is this difference that creates change, that creates competition</w:t>
      </w:r>
    </w:p>
    <w:p>
      <w:r>
        <w:rPr>
          <w:b/>
        </w:rPr>
        <w:t xml:space="preserve">[25:53] </w:t>
      </w:r>
      <w:r>
        <w:t>. Then, to establish balance, God has commanded rich people to pay Zakat</w:t>
      </w:r>
    </w:p>
    <w:p>
      <w:pPr>
        <w:jc w:val="right"/>
      </w:pPr>
      <w:r>
        <w:t>. Then, to establish balance, God has commanded rich people to pay Zakat</w:t>
      </w:r>
    </w:p>
    <w:p>
      <w:r>
        <w:rPr>
          <w:b/>
        </w:rPr>
        <w:t xml:space="preserve">[26:08] </w:t>
      </w:r>
      <w:r>
        <w:t>so that the poor people may find their due shares. Although this division is not permanent,</w:t>
      </w:r>
    </w:p>
    <w:p>
      <w:pPr>
        <w:jc w:val="right"/>
      </w:pPr>
      <w:r>
        <w:t>so that the poor people may find their due shares. Although this division is not permanent,</w:t>
      </w:r>
    </w:p>
    <w:p>
      <w:r>
        <w:rPr>
          <w:b/>
        </w:rPr>
        <w:t xml:space="preserve">[26:20] </w:t>
      </w:r>
      <w:r>
        <w:t>every day, there is change. Every day. Because one who is poor today, poverty inculcates incentives in his personality.</w:t>
      </w:r>
    </w:p>
    <w:p>
      <w:pPr>
        <w:jc w:val="right"/>
      </w:pPr>
      <w:r>
        <w:t>every day, there is change. Every day. Because one who is poor today, poverty inculcates incentives in his personality.</w:t>
      </w:r>
    </w:p>
    <w:p>
      <w:r>
        <w:rPr>
          <w:b/>
        </w:rPr>
        <w:t xml:space="preserve">[26:38] </w:t>
      </w:r>
      <w:r>
        <w:t>Poverty is not simply poverty. Poverty is a mode of motivation.</w:t>
      </w:r>
    </w:p>
    <w:p>
      <w:pPr>
        <w:jc w:val="right"/>
      </w:pPr>
      <w:r>
        <w:t>Poverty is not simply poverty. Poverty is a mode of motivation.</w:t>
      </w:r>
    </w:p>
    <w:p>
      <w:r>
        <w:rPr>
          <w:b/>
        </w:rPr>
        <w:t xml:space="preserve">[26:49] </w:t>
      </w:r>
      <w:r>
        <w:t>Poverty is not simply a poverty. It is poverty that motivates you, that gives you incentives.</w:t>
      </w:r>
    </w:p>
    <w:p>
      <w:pPr>
        <w:jc w:val="right"/>
      </w:pPr>
      <w:r>
        <w:t>Poverty is not simply a poverty. It is poverty that motivates you, that gives you incentives.</w:t>
      </w:r>
    </w:p>
    <w:p>
      <w:r>
        <w:rPr>
          <w:b/>
        </w:rPr>
        <w:t xml:space="preserve">[26:59] </w:t>
      </w:r>
      <w:r>
        <w:t>Without poverty, there was no incentive, no motivation. So, poverty is not a negative point.</w:t>
      </w:r>
    </w:p>
    <w:p>
      <w:pPr>
        <w:jc w:val="right"/>
      </w:pPr>
      <w:r>
        <w:t>Without poverty, there was no incentive, no motivation. So, poverty is not a negative point.</w:t>
      </w:r>
    </w:p>
    <w:p>
      <w:r>
        <w:rPr>
          <w:b/>
        </w:rPr>
        <w:t xml:space="preserve">[27:11] </w:t>
      </w:r>
      <w:r>
        <w:t>Poverty also has a positive point</w:t>
      </w:r>
    </w:p>
    <w:p>
      <w:pPr>
        <w:jc w:val="right"/>
      </w:pPr>
      <w:r>
        <w:t>Poverty also has a positive point</w:t>
      </w:r>
    </w:p>
    <w:p>
      <w:r>
        <w:rPr>
          <w:b/>
        </w:rPr>
        <w:t xml:space="preserve">[27:17] </w:t>
      </w:r>
      <w:r>
        <w:t>. That it is poverty which gives you incentives, which gives you motivation.</w:t>
      </w:r>
    </w:p>
    <w:p>
      <w:pPr>
        <w:jc w:val="right"/>
      </w:pPr>
      <w:r>
        <w:t>. That it is poverty which gives you incentives, which gives you motivation.</w:t>
      </w:r>
    </w:p>
    <w:p>
      <w:r>
        <w:rPr>
          <w:b/>
        </w:rPr>
        <w:t xml:space="preserve">[27:28] </w:t>
      </w:r>
      <w:r>
        <w:t>So, due to this motivation, poor people do their work on a greater scale. They are able to do more effort than rich people.</w:t>
      </w:r>
    </w:p>
    <w:p>
      <w:pPr>
        <w:jc w:val="right"/>
      </w:pPr>
      <w:r>
        <w:t>So, due to this motivation, poor people do their work on a greater scale. They are able to do more effort than rich people.</w:t>
      </w:r>
    </w:p>
    <w:p>
      <w:r>
        <w:rPr>
          <w:b/>
        </w:rPr>
        <w:t xml:space="preserve">[27:43] </w:t>
      </w:r>
      <w:r>
        <w:t>This is the law of nature.</w:t>
      </w:r>
    </w:p>
    <w:p>
      <w:pPr>
        <w:jc w:val="right"/>
      </w:pPr>
      <w:r>
        <w:t>This is the law of nature.</w:t>
      </w:r>
    </w:p>
    <w:p>
      <w:r>
        <w:rPr>
          <w:b/>
        </w:rPr>
        <w:t xml:space="preserve">[27:47] </w:t>
      </w:r>
      <w:r>
        <w:t>There is a very relevant saying that it is not ease but effort, not facility.</w:t>
      </w:r>
    </w:p>
    <w:p>
      <w:pPr>
        <w:jc w:val="right"/>
      </w:pPr>
      <w:r>
        <w:t>There is a very relevant saying that it is not ease but effort, not facility.</w:t>
      </w:r>
    </w:p>
    <w:p>
      <w:r>
        <w:rPr>
          <w:b/>
        </w:rPr>
        <w:t xml:space="preserve">[27:58] </w:t>
      </w:r>
      <w:r>
        <w:t>It is not ease but effort, not facility but difficulty that makes men. So, poverty</w:t>
      </w:r>
    </w:p>
    <w:p>
      <w:pPr>
        <w:jc w:val="right"/>
      </w:pPr>
      <w:r>
        <w:t>It is not ease but effort, not facility but difficulty that makes men. So, poverty</w:t>
      </w:r>
    </w:p>
    <w:p>
      <w:r>
        <w:rPr>
          <w:b/>
        </w:rPr>
        <w:t xml:space="preserve">[28:11] </w:t>
      </w:r>
      <w:r>
        <w:t>elevates you.</w:t>
      </w:r>
    </w:p>
    <w:p>
      <w:pPr>
        <w:jc w:val="right"/>
      </w:pPr>
      <w:r>
        <w:t>elevates you.</w:t>
      </w:r>
    </w:p>
    <w:p>
      <w:r>
        <w:rPr>
          <w:b/>
        </w:rPr>
        <w:t xml:space="preserve">[28:13] </w:t>
      </w:r>
      <w:r>
        <w:t>It makes you</w:t>
      </w:r>
    </w:p>
    <w:p>
      <w:pPr>
        <w:jc w:val="right"/>
      </w:pPr>
      <w:r>
        <w:t>It makes you</w:t>
      </w:r>
    </w:p>
    <w:p>
      <w:r>
        <w:rPr>
          <w:b/>
        </w:rPr>
        <w:t xml:space="preserve">[28:17] </w:t>
      </w:r>
      <w:r>
        <w:t>a superman. Poverty or difficulty makes you a superman. It gives you greater motivation, greater incentives.</w:t>
      </w:r>
    </w:p>
    <w:p>
      <w:pPr>
        <w:jc w:val="right"/>
      </w:pPr>
      <w:r>
        <w:t>a superman. Poverty or difficulty makes you a superman. It gives you greater motivation, greater incentives.</w:t>
      </w:r>
    </w:p>
    <w:p>
      <w:r>
        <w:rPr>
          <w:b/>
        </w:rPr>
        <w:t xml:space="preserve">[28:30] </w:t>
      </w:r>
      <w:r>
        <w:t>So, behind poverty and behind this division, that there are some rich and some poor, behind this division</w:t>
      </w:r>
    </w:p>
    <w:p>
      <w:pPr>
        <w:jc w:val="right"/>
      </w:pPr>
      <w:r>
        <w:t>So, behind poverty and behind this division, that there are some rich and some poor, behind this division</w:t>
      </w:r>
    </w:p>
    <w:p>
      <w:r>
        <w:rPr>
          <w:b/>
        </w:rPr>
        <w:t xml:space="preserve">[28:42] </w:t>
      </w:r>
      <w:r>
        <w:t>, there is a great wisdom. Without this division, there was no development.</w:t>
      </w:r>
    </w:p>
    <w:p>
      <w:pPr>
        <w:jc w:val="right"/>
      </w:pPr>
      <w:r>
        <w:t>, there is a great wisdom. Without this division, there was no development.</w:t>
      </w:r>
    </w:p>
    <w:p>
      <w:r>
        <w:rPr>
          <w:b/>
        </w:rPr>
        <w:t xml:space="preserve">[28:54] </w:t>
      </w:r>
      <w:r>
        <w:t>It is this difference, it is this division that</w:t>
      </w:r>
    </w:p>
    <w:p>
      <w:pPr>
        <w:jc w:val="right"/>
      </w:pPr>
      <w:r>
        <w:t>It is this difference, it is this division that</w:t>
      </w:r>
    </w:p>
    <w:p>
      <w:r>
        <w:rPr>
          <w:b/>
        </w:rPr>
        <w:t xml:space="preserve">[29:03] </w:t>
      </w:r>
      <w:r>
        <w:t>is responsible for all kinds of development and progress</w:t>
      </w:r>
    </w:p>
    <w:p>
      <w:pPr>
        <w:jc w:val="right"/>
      </w:pPr>
      <w:r>
        <w:t>is responsible for all kinds of development and progress</w:t>
      </w:r>
    </w:p>
    <w:p>
      <w:r>
        <w:rPr>
          <w:b/>
        </w:rPr>
        <w:t xml:space="preserve">[29:11] </w:t>
      </w:r>
      <w:r>
        <w:t>. Because without competition, without change, there is no progress, no activity, no creativity.</w:t>
      </w:r>
    </w:p>
    <w:p>
      <w:pPr>
        <w:jc w:val="right"/>
      </w:pPr>
      <w:r>
        <w:t>. Because without competition, without change, there is no progress, no activity, no creativity.</w:t>
      </w:r>
    </w:p>
    <w:p>
      <w:r>
        <w:rPr>
          <w:b/>
        </w:rPr>
        <w:t xml:space="preserve">[29:22] </w:t>
      </w:r>
      <w:r>
        <w:t>So, on one side, God</w:t>
      </w:r>
    </w:p>
    <w:p>
      <w:pPr>
        <w:jc w:val="right"/>
      </w:pPr>
      <w:r>
        <w:t>So, on one side, God</w:t>
      </w:r>
    </w:p>
    <w:p>
      <w:r>
        <w:rPr>
          <w:b/>
        </w:rPr>
        <w:t xml:space="preserve">[29:27] </w:t>
      </w:r>
      <w:r>
        <w:t>created people with differences. Some are rich, some are poor.</w:t>
      </w:r>
    </w:p>
    <w:p>
      <w:pPr>
        <w:jc w:val="right"/>
      </w:pPr>
      <w:r>
        <w:t>created people with differences. Some are rich, some are poor.</w:t>
      </w:r>
    </w:p>
    <w:p>
      <w:r>
        <w:rPr>
          <w:b/>
        </w:rPr>
        <w:t xml:space="preserve">[29:34] </w:t>
      </w:r>
      <w:r>
        <w:t>But on the other side, God gave a commandment that rich people must pay Zakat</w:t>
      </w:r>
    </w:p>
    <w:p>
      <w:pPr>
        <w:jc w:val="right"/>
      </w:pPr>
      <w:r>
        <w:t>But on the other side, God gave a commandment that rich people must pay Zakat</w:t>
      </w:r>
    </w:p>
    <w:p>
      <w:r>
        <w:rPr>
          <w:b/>
        </w:rPr>
        <w:t xml:space="preserve">[29:48] </w:t>
      </w:r>
      <w:r>
        <w:t>and it will be given to poor people. In this sense, Zakat is only a temporary relief.</w:t>
      </w:r>
    </w:p>
    <w:p>
      <w:pPr>
        <w:jc w:val="right"/>
      </w:pPr>
      <w:r>
        <w:t>and it will be given to poor people. In this sense, Zakat is only a temporary relief.</w:t>
      </w:r>
    </w:p>
    <w:p>
      <w:r>
        <w:rPr>
          <w:b/>
        </w:rPr>
        <w:t xml:space="preserve">[29:56] </w:t>
      </w:r>
      <w:r>
        <w:t>It is not a permanent thing. Because poverty is a temporary phenomenon.</w:t>
      </w:r>
    </w:p>
    <w:p>
      <w:pPr>
        <w:jc w:val="right"/>
      </w:pPr>
      <w:r>
        <w:t>It is not a permanent thing. Because poverty is a temporary phenomenon.</w:t>
      </w:r>
    </w:p>
    <w:p>
      <w:r>
        <w:rPr>
          <w:b/>
        </w:rPr>
        <w:t xml:space="preserve">[30:05] </w:t>
      </w:r>
      <w:r>
        <w:t>Poverty is not a permanent phenomenon. No, not at all. Neither rich are permanently rich, nor is poor permanently poor.</w:t>
      </w:r>
    </w:p>
    <w:p>
      <w:pPr>
        <w:jc w:val="right"/>
      </w:pPr>
      <w:r>
        <w:t>Poverty is not a permanent phenomenon. No, not at all. Neither rich are permanently rich, nor is poor permanently poor.</w:t>
      </w:r>
    </w:p>
    <w:p>
      <w:r>
        <w:rPr>
          <w:b/>
        </w:rPr>
        <w:t xml:space="preserve">[30:22] </w:t>
      </w:r>
      <w:r>
        <w:t>So, both are temporary phenomenons. So, it is a temporary relief to poors. It is not a permanent adjustment, permanent settlement.</w:t>
      </w:r>
    </w:p>
    <w:p>
      <w:pPr>
        <w:jc w:val="right"/>
      </w:pPr>
      <w:r>
        <w:t>So, both are temporary phenomenons. So, it is a temporary relief to poors. It is not a permanent adjustment, permanent settlement.</w:t>
      </w:r>
    </w:p>
    <w:p>
      <w:r>
        <w:rPr>
          <w:b/>
        </w:rPr>
        <w:t xml:space="preserve">[30:34] </w:t>
      </w:r>
      <w:r>
        <w:t>No.</w:t>
      </w:r>
    </w:p>
    <w:p>
      <w:pPr>
        <w:jc w:val="right"/>
      </w:pPr>
      <w:r>
        <w:t>No.</w:t>
      </w:r>
    </w:p>
    <w:p>
      <w:r>
        <w:rPr>
          <w:b/>
        </w:rPr>
        <w:t xml:space="preserve">[30:36] </w:t>
      </w:r>
      <w:r>
        <w:t>Zakat is a temporary relief to those people who are temporarily poor. No one is permanently poor.</w:t>
      </w:r>
    </w:p>
    <w:p>
      <w:pPr>
        <w:jc w:val="right"/>
      </w:pPr>
      <w:r>
        <w:t>Zakat is a temporary relief to those people who are temporarily poor. No one is permanently poor.</w:t>
      </w:r>
    </w:p>
    <w:p>
      <w:r>
        <w:rPr>
          <w:b/>
        </w:rPr>
        <w:t xml:space="preserve">[30:46] </w:t>
      </w:r>
      <w:r>
        <w:t>In this world, no one is permanently poor. And also, no one is permanently rich. Every time, there is change in society.</w:t>
      </w:r>
    </w:p>
    <w:p>
      <w:pPr>
        <w:jc w:val="right"/>
      </w:pPr>
      <w:r>
        <w:t>In this world, no one is permanently poor. And also, no one is permanently rich. Every time, there is change in society.</w:t>
      </w:r>
    </w:p>
    <w:p>
      <w:r>
        <w:rPr>
          <w:b/>
        </w:rPr>
        <w:t xml:space="preserve">[30:59] </w:t>
      </w:r>
      <w:r>
        <w:t>Every time, there is change in equation.</w:t>
      </w:r>
    </w:p>
    <w:p>
      <w:pPr>
        <w:jc w:val="right"/>
      </w:pPr>
      <w:r>
        <w:t>Every time, there is change in equation.</w:t>
      </w:r>
    </w:p>
    <w:p>
      <w:r>
        <w:rPr>
          <w:b/>
        </w:rPr>
        <w:t xml:space="preserve">[31:04] </w:t>
      </w:r>
      <w:r>
        <w:t>So, God wanted to</w:t>
      </w:r>
    </w:p>
    <w:p>
      <w:pPr>
        <w:jc w:val="right"/>
      </w:pPr>
      <w:r>
        <w:t>So, God wanted to</w:t>
      </w:r>
    </w:p>
    <w:p>
      <w:r>
        <w:rPr>
          <w:b/>
        </w:rPr>
        <w:t xml:space="preserve">[31:10] </w:t>
      </w:r>
      <w:r>
        <w:t>make change so that people</w:t>
      </w:r>
    </w:p>
    <w:p>
      <w:pPr>
        <w:jc w:val="right"/>
      </w:pPr>
      <w:r>
        <w:t>make change so that people</w:t>
      </w:r>
    </w:p>
    <w:p>
      <w:r>
        <w:rPr>
          <w:b/>
        </w:rPr>
        <w:t xml:space="preserve">[31:18] </w:t>
      </w:r>
      <w:r>
        <w:t>are motivated. And at the same time, God wanted to</w:t>
      </w:r>
    </w:p>
    <w:p>
      <w:pPr>
        <w:jc w:val="right"/>
      </w:pPr>
      <w:r>
        <w:t>are motivated. And at the same time, God wanted to</w:t>
      </w:r>
    </w:p>
    <w:p>
      <w:r>
        <w:rPr>
          <w:b/>
        </w:rPr>
        <w:t xml:space="preserve">[31:30] </w:t>
      </w:r>
      <w:r>
        <w:t>give some Zakat as a temporary relief to the poor people. So, this is the 'Krishna Purana' of God.</w:t>
      </w:r>
    </w:p>
    <w:p>
      <w:pPr>
        <w:jc w:val="right"/>
      </w:pPr>
      <w:r>
        <w:t>give some Zakat as a temporary relief to the poor people. So, this is the Krishna Purana of God.</w:t>
      </w:r>
    </w:p>
    <w:p>
      <w:r>
        <w:rPr>
          <w:b/>
        </w:rPr>
        <w:t xml:space="preserve">[31:39] </w:t>
      </w:r>
      <w:r>
        <w:t>This is the divine scheme. Zakat is not simply a charity.</w:t>
      </w:r>
    </w:p>
    <w:p>
      <w:pPr>
        <w:jc w:val="right"/>
      </w:pPr>
      <w:r>
        <w:t>This is the divine scheme. Zakat is not simply a charity.</w:t>
      </w:r>
    </w:p>
    <w:p>
      <w:r>
        <w:rPr>
          <w:b/>
        </w:rPr>
        <w:t xml:space="preserve">[31:51] </w:t>
      </w:r>
      <w:r>
        <w:t>Zakat is not simply a charity. Zakat is a part of the divine scheme.</w:t>
      </w:r>
    </w:p>
    <w:p>
      <w:pPr>
        <w:jc w:val="right"/>
      </w:pPr>
      <w:r>
        <w:t>Zakat is not simply a charity. Zakat is a part of the divine scheme.</w:t>
      </w:r>
    </w:p>
    <w:p>
      <w:r>
        <w:rPr>
          <w:b/>
        </w:rPr>
        <w:t xml:space="preserve">[32:00] </w:t>
      </w:r>
      <w:r>
        <w:t>It is a very important point. Philanthropy means that</w:t>
      </w:r>
    </w:p>
    <w:p>
      <w:pPr>
        <w:jc w:val="right"/>
      </w:pPr>
      <w:r>
        <w:t>It is a very important point. Philanthropy means that</w:t>
      </w:r>
    </w:p>
    <w:p>
      <w:r>
        <w:rPr>
          <w:b/>
        </w:rPr>
        <w:t xml:space="preserve">[32:13] </w:t>
      </w:r>
      <w:r>
        <w:t>philanthropy is very good, but philanthropy has a negative connotation.</w:t>
      </w:r>
    </w:p>
    <w:p>
      <w:pPr>
        <w:jc w:val="right"/>
      </w:pPr>
      <w:r>
        <w:t>philanthropy is very good, but philanthropy has a negative connotation.</w:t>
      </w:r>
    </w:p>
    <w:p>
      <w:r>
        <w:rPr>
          <w:b/>
        </w:rPr>
        <w:t xml:space="preserve">[32:21] </w:t>
      </w:r>
      <w:r>
        <w:t>But Zakat has no negative connotation. Zakat refers only to temporary need, temporary relief.</w:t>
      </w:r>
    </w:p>
    <w:p>
      <w:pPr>
        <w:jc w:val="right"/>
      </w:pPr>
      <w:r>
        <w:t>But Zakat has no negative connotation. Zakat refers only to temporary need, temporary relief.</w:t>
      </w:r>
    </w:p>
    <w:p>
      <w:r>
        <w:rPr>
          <w:b/>
        </w:rPr>
        <w:t xml:space="preserve">[32:33] </w:t>
      </w:r>
      <w:r>
        <w:t>Because Zakat</w:t>
      </w:r>
    </w:p>
    <w:p>
      <w:pPr>
        <w:jc w:val="right"/>
      </w:pPr>
      <w:r>
        <w:t>Because Zakat</w:t>
      </w:r>
    </w:p>
    <w:p>
      <w:r>
        <w:rPr>
          <w:b/>
        </w:rPr>
        <w:t xml:space="preserve">[32:40] </w:t>
      </w:r>
      <w:r>
        <w:t>reminds you of the Krishna Purana of God.</w:t>
      </w:r>
    </w:p>
    <w:p>
      <w:pPr>
        <w:jc w:val="right"/>
      </w:pPr>
      <w:r>
        <w:t>reminds you of the Krishna Purana of God.</w:t>
      </w:r>
    </w:p>
    <w:p>
      <w:r>
        <w:rPr>
          <w:b/>
        </w:rPr>
        <w:t xml:space="preserve">[32:45] </w:t>
      </w:r>
      <w:r>
        <w:t>So, according to the Krishna Purana</w:t>
      </w:r>
    </w:p>
    <w:p>
      <w:pPr>
        <w:jc w:val="right"/>
      </w:pPr>
      <w:r>
        <w:t>So, according to the Krishna Purana</w:t>
      </w:r>
    </w:p>
    <w:p>
      <w:r>
        <w:rPr>
          <w:b/>
        </w:rPr>
        <w:t xml:space="preserve">[32:53] </w:t>
      </w:r>
      <w:r>
        <w:t>of God, Zakat is a temporary relief. And it is to offer some temporary help to those people who are temporarily</w:t>
      </w:r>
    </w:p>
    <w:p>
      <w:pPr>
        <w:jc w:val="right"/>
      </w:pPr>
      <w:r>
        <w:t>of God, Zakat is a temporary relief. And it is to offer some temporary help to those people who are temporarily</w:t>
      </w:r>
    </w:p>
    <w:p>
      <w:r>
        <w:rPr>
          <w:b/>
        </w:rPr>
        <w:t xml:space="preserve">[33:11] </w:t>
      </w:r>
      <w:r>
        <w:t>poor. Then, in the Qur'an, there are different words in this regard: Zakat, Sadaqah, Infaq.</w:t>
      </w:r>
    </w:p>
    <w:p>
      <w:pPr>
        <w:jc w:val="right"/>
      </w:pPr>
      <w:r>
        <w:t>poor. Then, in the Qur'an, there are different words in this regard: Zakat, Sadaqah, Infaq.</w:t>
      </w:r>
    </w:p>
    <w:p>
      <w:r>
        <w:rPr>
          <w:b/>
        </w:rPr>
        <w:t xml:space="preserve">[33:22] </w:t>
      </w:r>
      <w:r>
        <w:t>These are three words: Zakat, Sadaqah, Infaq. So, according to the Qur'an, Zakat is not a charity.</w:t>
      </w:r>
    </w:p>
    <w:p>
      <w:pPr>
        <w:jc w:val="right"/>
      </w:pPr>
      <w:r>
        <w:t>These are three words: Zakat, Sadaqah, Infaq. So, according to the Qur'an, Zakat is not a charity.</w:t>
      </w:r>
    </w:p>
    <w:p>
      <w:r>
        <w:rPr>
          <w:b/>
        </w:rPr>
        <w:t xml:space="preserve">[33:32] </w:t>
      </w:r>
      <w:r>
        <w:t>It is not simply philanthropy.</w:t>
      </w:r>
    </w:p>
    <w:p>
      <w:pPr>
        <w:jc w:val="right"/>
      </w:pPr>
      <w:r>
        <w:t>It is not simply philanthropy.</w:t>
      </w:r>
    </w:p>
    <w:p>
      <w:r>
        <w:rPr>
          <w:b/>
        </w:rPr>
        <w:t xml:space="preserve">[33:35] </w:t>
      </w:r>
      <w:r>
        <w:t>It is a contribution towards society. And there are two levels of this contribution: minimum and maximum.</w:t>
      </w:r>
    </w:p>
    <w:p>
      <w:pPr>
        <w:jc w:val="right"/>
      </w:pPr>
      <w:r>
        <w:t>It is a contribution towards society. And there are two levels of this contribution: minimum and maximum.</w:t>
      </w:r>
    </w:p>
    <w:p>
      <w:r>
        <w:rPr>
          <w:b/>
        </w:rPr>
        <w:t xml:space="preserve">[33:50] </w:t>
      </w:r>
      <w:r>
        <w:t>Minimum contribution is 2.5% from your earnings, from your assets, from your money, from your savings.</w:t>
      </w:r>
    </w:p>
    <w:p>
      <w:pPr>
        <w:jc w:val="right"/>
      </w:pPr>
      <w:r>
        <w:t>Minimum contribution is 2.5% from your earnings, from your assets, from your money, from your savings.</w:t>
      </w:r>
    </w:p>
    <w:p>
      <w:r>
        <w:rPr>
          <w:b/>
        </w:rPr>
        <w:t xml:space="preserve">[34:00] </w:t>
      </w:r>
      <w:r>
        <w:t>So, Zakat is a contribution towards society, towards mankind.</w:t>
      </w:r>
    </w:p>
    <w:p>
      <w:pPr>
        <w:jc w:val="right"/>
      </w:pPr>
      <w:r>
        <w:t>So, Zakat is a contribution towards society, towards mankind.</w:t>
      </w:r>
    </w:p>
    <w:p>
      <w:r>
        <w:rPr>
          <w:b/>
        </w:rPr>
        <w:t xml:space="preserve">[34:06] </w:t>
      </w:r>
      <w:r>
        <w:t>Then, there are two different levels: minimum and maximum. Minimum contribution is 2.5% from your earnings.</w:t>
      </w:r>
    </w:p>
    <w:p>
      <w:pPr>
        <w:jc w:val="right"/>
      </w:pPr>
      <w:r>
        <w:t>Then, there are two different levels: minimum and maximum. Minimum contribution is 2.5% from your earnings.</w:t>
      </w:r>
    </w:p>
    <w:p>
      <w:r>
        <w:rPr>
          <w:b/>
        </w:rPr>
        <w:t xml:space="preserve">[34:22] </w:t>
      </w:r>
      <w:r>
        <w:t>Then, for the maximum contribution, there is no limit. No limit. There is a very relevant verse in the Qur'an: yassaloonaka matha yunfiqun</w:t>
      </w:r>
    </w:p>
    <w:p>
      <w:pPr>
        <w:jc w:val="right"/>
      </w:pPr>
      <w:r>
        <w:t>Then, for the maximum contribution, there is no limit. No limit. There is a very relevant verse in the Qur'an: يَسْأَلُونَكَ مَاذَا يُنْفَقُون</w:t>
      </w:r>
    </w:p>
    <w:p>
      <w:r>
        <w:rPr>
          <w:b/>
        </w:rPr>
        <w:t xml:space="preserve">[34:35] </w:t>
      </w:r>
      <w:r>
        <w:t>a qulil lahu People ask you about Infaq.</w:t>
      </w:r>
    </w:p>
    <w:p>
      <w:pPr>
        <w:jc w:val="right"/>
      </w:pPr>
      <w:r>
        <w:t>َ قُلِّ لَهُ People ask you about Infaq.</w:t>
      </w:r>
    </w:p>
    <w:p>
      <w:r>
        <w:rPr>
          <w:b/>
        </w:rPr>
        <w:t xml:space="preserve">[34:44] </w:t>
      </w:r>
      <w:r>
        <w:t>Infaq means giving money for the betterment of society, for the sake of God.</w:t>
      </w:r>
    </w:p>
    <w:p>
      <w:pPr>
        <w:jc w:val="right"/>
      </w:pPr>
      <w:r>
        <w:t>Infaq means giving money for the betterment of society, for the sake of God.</w:t>
      </w:r>
    </w:p>
    <w:p>
      <w:r>
        <w:rPr>
          <w:b/>
        </w:rPr>
        <w:t xml:space="preserve">[34:54] </w:t>
      </w:r>
      <w:r>
        <w:t>So, people ask you about Infaq. matha yunfiqun People ask you about Infaq.</w:t>
      </w:r>
    </w:p>
    <w:p>
      <w:pPr>
        <w:jc w:val="right"/>
      </w:pPr>
      <w:r>
        <w:t>So, people ask you about Infaq. مَاذَا يُنْفَقُونَ People ask you about Infaq.</w:t>
      </w:r>
    </w:p>
    <w:p>
      <w:r>
        <w:rPr>
          <w:b/>
        </w:rPr>
        <w:t xml:space="preserve">[35:06] </w:t>
      </w:r>
      <w:r>
        <w:t>So,</w:t>
      </w:r>
    </w:p>
    <w:p>
      <w:pPr>
        <w:jc w:val="right"/>
      </w:pPr>
      <w:r>
        <w:t>So,</w:t>
      </w:r>
    </w:p>
    <w:p>
      <w:r>
        <w:rPr>
          <w:b/>
        </w:rPr>
        <w:t xml:space="preserve">[35:09] </w:t>
      </w:r>
      <w:r>
        <w:t>tell them that all that which is all that which is more than your need matha yunfiqun qulil lahu you have right only for your basic needs.</w:t>
      </w:r>
    </w:p>
    <w:p>
      <w:pPr>
        <w:jc w:val="right"/>
      </w:pPr>
      <w:r>
        <w:t>tell them that all that which is all that which is more than your need مَاذَا يُنْفَقُونَ قُلِّ لَهُ you haveright only for your basic needs.</w:t>
      </w:r>
    </w:p>
    <w:p>
      <w:r>
        <w:rPr>
          <w:b/>
        </w:rPr>
        <w:t xml:space="preserve">[35:30] </w:t>
      </w:r>
      <w:r>
        <w:t>So, you have to pay everything other than need</w:t>
      </w:r>
    </w:p>
    <w:p>
      <w:pPr>
        <w:jc w:val="right"/>
      </w:pPr>
      <w:r>
        <w:t>So, you have to pay everything other than need</w:t>
      </w:r>
    </w:p>
    <w:p>
      <w:r>
        <w:rPr>
          <w:b/>
        </w:rPr>
        <w:t xml:space="preserve">[35:35] </w:t>
      </w:r>
      <w:r>
        <w:t>s. Other than needs. This is the maximum. The minimum limit of Infaq is 2.5%.</w:t>
      </w:r>
    </w:p>
    <w:p>
      <w:pPr>
        <w:jc w:val="right"/>
      </w:pPr>
      <w:r>
        <w:t>s. Other than needs. This is the maximum. The minimum limit of Infaq is 2.5%.</w:t>
      </w:r>
    </w:p>
    <w:p>
      <w:r>
        <w:rPr>
          <w:b/>
        </w:rPr>
        <w:t xml:space="preserve">[35:45] </w:t>
      </w:r>
      <w:r>
        <w:t>And the maximum limit of Infaq is</w:t>
      </w:r>
    </w:p>
    <w:p>
      <w:pPr>
        <w:jc w:val="right"/>
      </w:pPr>
      <w:r>
        <w:t>And the maximum limit of Infaq is</w:t>
      </w:r>
    </w:p>
    <w:p>
      <w:r>
        <w:rPr>
          <w:b/>
        </w:rPr>
        <w:t xml:space="preserve">[35:53] </w:t>
      </w:r>
      <w:r>
        <w:t>all everything that is more than your need, more than your need, more than your basic need.</w:t>
      </w:r>
    </w:p>
    <w:p>
      <w:pPr>
        <w:jc w:val="right"/>
      </w:pPr>
      <w:r>
        <w:t>all everything that is more than your need, more than your need, more than your basic need.</w:t>
      </w:r>
    </w:p>
    <w:p>
      <w:r>
        <w:rPr>
          <w:b/>
        </w:rPr>
        <w:t xml:space="preserve">[36:05] </w:t>
      </w:r>
      <w:r>
        <w:t>So, this is the minimum limit and maximum limit.</w:t>
      </w:r>
    </w:p>
    <w:p>
      <w:pPr>
        <w:jc w:val="right"/>
      </w:pPr>
      <w:r>
        <w:t>So, this is the minimum limit and maximum limit.</w:t>
      </w:r>
    </w:p>
    <w:p>
      <w:r>
        <w:rPr>
          <w:b/>
        </w:rPr>
        <w:t xml:space="preserve">[36:13] </w:t>
      </w:r>
      <w:r>
        <w:t>Here, I would like to give you two examples about the maximum limit. Everyone knows what is the minimum limit.</w:t>
      </w:r>
    </w:p>
    <w:p>
      <w:pPr>
        <w:jc w:val="right"/>
      </w:pPr>
      <w:r>
        <w:t>Here, I would like to give you two examples about the maximum limit. Everyone knows what is the minimum limit.</w:t>
      </w:r>
    </w:p>
    <w:p>
      <w:r>
        <w:rPr>
          <w:b/>
        </w:rPr>
        <w:t xml:space="preserve">[36:26] </w:t>
      </w:r>
      <w:r>
        <w:t>Everyone knows what is the minimum limit of Zakat or Infaq or Sadaqah.</w:t>
      </w:r>
    </w:p>
    <w:p>
      <w:pPr>
        <w:jc w:val="right"/>
      </w:pPr>
      <w:r>
        <w:t>Everyone knows what is the minimum limit of Zakat or Infaq or Sadaqah.</w:t>
      </w:r>
    </w:p>
    <w:p>
      <w:r>
        <w:rPr>
          <w:b/>
        </w:rPr>
        <w:t xml:space="preserve">[36:34] </w:t>
      </w:r>
      <w:r>
        <w:t>That is 2.5%. Now, what is the maximum limit? I will give you some examples from the companions of the Prophet of Islam.</w:t>
      </w:r>
    </w:p>
    <w:p>
      <w:pPr>
        <w:jc w:val="right"/>
      </w:pPr>
      <w:r>
        <w:t>That is 2.5%. Now, what is the maximum limit? I will give you some examples from the companions of the Prophet of Islam.</w:t>
      </w:r>
    </w:p>
    <w:p>
      <w:r>
        <w:rPr>
          <w:b/>
        </w:rPr>
        <w:t xml:space="preserve">[36:45] </w:t>
      </w:r>
      <w:r>
        <w:t>You know, after migration, the Prophet migrated from Mecca to Madinah. And those who are called Muhajir, basically, they were immigrants.</w:t>
      </w:r>
    </w:p>
    <w:p>
      <w:pPr>
        <w:jc w:val="right"/>
      </w:pPr>
      <w:r>
        <w:t>You know, after migration, the Prophet migrated from Mecca to Madinah. And those who are called Muhajir, basically, they were immigrants.</w:t>
      </w:r>
    </w:p>
    <w:p>
      <w:r>
        <w:rPr>
          <w:b/>
        </w:rPr>
        <w:t xml:space="preserve">[37:00] </w:t>
      </w:r>
      <w:r>
        <w:t>In Islamic history, those who are called Muhajir, Al-Muhajirun, they were immigrants. And it is a history that immigrants always</w:t>
      </w:r>
    </w:p>
    <w:p>
      <w:pPr>
        <w:jc w:val="right"/>
      </w:pPr>
      <w:r>
        <w:t>In Islamic history, those who are called Muhajir, Al-Muhajirun, they were immigrants. And it is a history that immigrants always</w:t>
      </w:r>
    </w:p>
    <w:p>
      <w:r>
        <w:rPr>
          <w:b/>
        </w:rPr>
        <w:t xml:space="preserve">[37:19] </w:t>
      </w:r>
      <w:r>
        <w:t>strive more than the locals, more than the others.</w:t>
      </w:r>
    </w:p>
    <w:p>
      <w:pPr>
        <w:jc w:val="right"/>
      </w:pPr>
      <w:r>
        <w:t>strive more than the locals, more than the others.</w:t>
      </w:r>
    </w:p>
    <w:p>
      <w:r>
        <w:rPr>
          <w:b/>
        </w:rPr>
        <w:t xml:space="preserve">[37:24] </w:t>
      </w:r>
      <w:r>
        <w:t>Immigrant people are more hardworkers.</w:t>
      </w:r>
    </w:p>
    <w:p>
      <w:pPr>
        <w:jc w:val="right"/>
      </w:pPr>
      <w:r>
        <w:t>Immigrant people are more hardworkers.</w:t>
      </w:r>
    </w:p>
    <w:p>
      <w:r>
        <w:rPr>
          <w:b/>
        </w:rPr>
        <w:t xml:space="preserve">[37:33] </w:t>
      </w:r>
      <w:r>
        <w:t>They plan on a greater scale. They are able to do more than the local people.</w:t>
      </w:r>
    </w:p>
    <w:p>
      <w:pPr>
        <w:jc w:val="right"/>
      </w:pPr>
      <w:r>
        <w:t>They plan on a greater scale. They are able to do more than the local people.</w:t>
      </w:r>
    </w:p>
    <w:p>
      <w:r>
        <w:rPr>
          <w:b/>
        </w:rPr>
        <w:t xml:space="preserve">[37:43] </w:t>
      </w:r>
      <w:r>
        <w:t>Because when they are immigrants, they are more motivated people</w:t>
      </w:r>
    </w:p>
    <w:p>
      <w:pPr>
        <w:jc w:val="right"/>
      </w:pPr>
      <w:r>
        <w:t>Because when they are immigrants, they are more motivated people</w:t>
      </w:r>
    </w:p>
    <w:p>
      <w:r>
        <w:rPr>
          <w:b/>
        </w:rPr>
        <w:t xml:space="preserve">[37:51] </w:t>
      </w:r>
      <w:r>
        <w:t>. One who migrates from his homeland and settles somewhere in any other country, so he inculcates himself more incentives, more motivation.</w:t>
      </w:r>
    </w:p>
    <w:p>
      <w:pPr>
        <w:jc w:val="right"/>
      </w:pPr>
      <w:r>
        <w:t>. One who migrates from his homeland and settles somewhere in any other country, so he inculcates himself more incentives, more motivation.</w:t>
      </w:r>
    </w:p>
    <w:p>
      <w:r>
        <w:rPr>
          <w:b/>
        </w:rPr>
        <w:t xml:space="preserve">[38:07] </w:t>
      </w:r>
      <w:r>
        <w:t>So, it is a history that immigrant people do more than the locals.</w:t>
      </w:r>
    </w:p>
    <w:p>
      <w:pPr>
        <w:jc w:val="right"/>
      </w:pPr>
      <w:r>
        <w:t>So, it is a history that immigrant people do more than the locals.</w:t>
      </w:r>
    </w:p>
    <w:p>
      <w:r>
        <w:rPr>
          <w:b/>
        </w:rPr>
        <w:t xml:space="preserve">[38:13] </w:t>
      </w:r>
      <w:r>
        <w:t>So, when these Sahaba, these Muhajirun, settle in Madinah as immigrants, they became</w:t>
      </w:r>
    </w:p>
    <w:p>
      <w:pPr>
        <w:jc w:val="right"/>
      </w:pPr>
      <w:r>
        <w:t>So, when these Sahaba, these Muhajirun, settle in Madinah as immigrants, they became</w:t>
      </w:r>
    </w:p>
    <w:p>
      <w:r>
        <w:rPr>
          <w:b/>
        </w:rPr>
        <w:t xml:space="preserve">[38:26] </w:t>
      </w:r>
      <w:r>
        <w:t>hardworkers, very, very hardworkers.</w:t>
      </w:r>
    </w:p>
    <w:p>
      <w:pPr>
        <w:jc w:val="right"/>
      </w:pPr>
      <w:r>
        <w:t>hardworkers, very, very hardworkers.</w:t>
      </w:r>
    </w:p>
    <w:p>
      <w:r>
        <w:rPr>
          <w:b/>
        </w:rPr>
        <w:t xml:space="preserve">[38:32] </w:t>
      </w:r>
      <w:r>
        <w:t>And at least two Muhajir, two immigrants, were the richest men in the richest men in Madinah.</w:t>
      </w:r>
    </w:p>
    <w:p>
      <w:pPr>
        <w:jc w:val="right"/>
      </w:pPr>
      <w:r>
        <w:t>And at least two Muhajir, two immigrants, were the richest men in the richest men in Madinah.</w:t>
      </w:r>
    </w:p>
    <w:p>
      <w:r>
        <w:rPr>
          <w:b/>
        </w:rPr>
        <w:t xml:space="preserve">[38:46] </w:t>
      </w:r>
      <w:r>
        <w:t>The richest person in Madinah, they were Uthman bin Affan and Abdurrahman bin Awf.</w:t>
      </w:r>
    </w:p>
    <w:p>
      <w:pPr>
        <w:jc w:val="right"/>
      </w:pPr>
      <w:r>
        <w:t>The richest person in Madinah, they were Uthman bin Affan and Abdurrahman bin Awf.</w:t>
      </w:r>
    </w:p>
    <w:p>
      <w:r>
        <w:rPr>
          <w:b/>
        </w:rPr>
        <w:t xml:space="preserve">[38:56] </w:t>
      </w:r>
      <w:r>
        <w:t>Uthman bin Affan and Abdurrahman bin Awf, both were immigrants, but both were the richest persons in Madinah.</w:t>
      </w:r>
    </w:p>
    <w:p>
      <w:pPr>
        <w:jc w:val="right"/>
      </w:pPr>
      <w:r>
        <w:t>Uthman bin Affan and Abdurrahman bin Awf, both were immigrants, but both were the richest persons in Madinah.</w:t>
      </w:r>
    </w:p>
    <w:p>
      <w:r>
        <w:rPr>
          <w:b/>
        </w:rPr>
        <w:t xml:space="preserve">[39:07] </w:t>
      </w:r>
      <w:r>
        <w:t>So, they used to spend their money for the sake of God every day and night</w:t>
      </w:r>
    </w:p>
    <w:p>
      <w:pPr>
        <w:jc w:val="right"/>
      </w:pPr>
      <w:r>
        <w:t>So, they used to spend their money for the sake of God every day and night</w:t>
      </w:r>
    </w:p>
    <w:p>
      <w:r>
        <w:rPr>
          <w:b/>
        </w:rPr>
        <w:t xml:space="preserve">[39:19] </w:t>
      </w:r>
      <w:r>
        <w:t>. Once,</w:t>
      </w:r>
    </w:p>
    <w:p>
      <w:pPr>
        <w:jc w:val="right"/>
      </w:pPr>
      <w:r>
        <w:t>. Once,</w:t>
      </w:r>
    </w:p>
    <w:p>
      <w:r>
        <w:rPr>
          <w:b/>
        </w:rPr>
        <w:t xml:space="preserve">[39:25] </w:t>
      </w:r>
      <w:r>
        <w:t>both were traders, both were businessmen. So, they were doing export business, import business.</w:t>
      </w:r>
    </w:p>
    <w:p>
      <w:pPr>
        <w:jc w:val="right"/>
      </w:pPr>
      <w:r>
        <w:t>both were traders, both were businessmen. So, they were doing export business, import business.</w:t>
      </w:r>
    </w:p>
    <w:p>
      <w:r>
        <w:rPr>
          <w:b/>
        </w:rPr>
        <w:t xml:space="preserve">[39:39] </w:t>
      </w:r>
      <w:r>
        <w:t>Both were doing import business, import-export business.</w:t>
      </w:r>
    </w:p>
    <w:p>
      <w:pPr>
        <w:jc w:val="right"/>
      </w:pPr>
      <w:r>
        <w:t>Both were doing import business, import-export business.</w:t>
      </w:r>
    </w:p>
    <w:p>
      <w:r>
        <w:rPr>
          <w:b/>
        </w:rPr>
        <w:t xml:space="preserve">[39:44] </w:t>
      </w:r>
      <w:r>
        <w:t>So, once</w:t>
      </w:r>
    </w:p>
    <w:p>
      <w:pPr>
        <w:jc w:val="right"/>
      </w:pPr>
      <w:r>
        <w:t>So, once</w:t>
      </w:r>
    </w:p>
    <w:p>
      <w:r>
        <w:rPr>
          <w:b/>
        </w:rPr>
        <w:t xml:space="preserve">[39:48] </w:t>
      </w:r>
      <w:r>
        <w:t>a caravan came from Syria to Madinah, this caravan was Uthman's.</w:t>
      </w:r>
    </w:p>
    <w:p>
      <w:pPr>
        <w:jc w:val="right"/>
      </w:pPr>
      <w:r>
        <w:t>a caravan came from Syria to Madinah, this caravan was Uthman's.</w:t>
      </w:r>
    </w:p>
    <w:p>
      <w:r>
        <w:rPr>
          <w:b/>
        </w:rPr>
        <w:t xml:space="preserve">[40:00] </w:t>
      </w:r>
      <w:r>
        <w:t>This caravan belonged to Uthman.</w:t>
      </w:r>
    </w:p>
    <w:p>
      <w:pPr>
        <w:jc w:val="right"/>
      </w:pPr>
      <w:r>
        <w:t>This caravan belonged to Uthman.</w:t>
      </w:r>
    </w:p>
    <w:p>
      <w:r>
        <w:rPr>
          <w:b/>
        </w:rPr>
        <w:t xml:space="preserve">[40:09] </w:t>
      </w:r>
      <w:r>
        <w:t>So, in this caravan, there were perhaps 1,000 camels. So, 1,000 camels came to Madinah from Syria.</w:t>
      </w:r>
    </w:p>
    <w:p>
      <w:pPr>
        <w:jc w:val="right"/>
      </w:pPr>
      <w:r>
        <w:t>So, in this caravan, there were perhaps 1,000 camels. So, 1,000 camels came to Madinah from Syria.</w:t>
      </w:r>
    </w:p>
    <w:p>
      <w:r>
        <w:rPr>
          <w:b/>
        </w:rPr>
        <w:t xml:space="preserve">[40:25] </w:t>
      </w:r>
      <w:r>
        <w:t>They were loaded with different kinds of trade item</w:t>
      </w:r>
    </w:p>
    <w:p>
      <w:pPr>
        <w:jc w:val="right"/>
      </w:pPr>
      <w:r>
        <w:t>They were loaded with different kinds of trade item</w:t>
      </w:r>
    </w:p>
    <w:p>
      <w:r>
        <w:rPr>
          <w:b/>
        </w:rPr>
        <w:t xml:space="preserve">[40:33] </w:t>
      </w:r>
      <w:r>
        <w:t>s. So, the traders of Madinah visited Uthman bin Affan and asked and wanted to purchase all those items.</w:t>
      </w:r>
    </w:p>
    <w:p>
      <w:pPr>
        <w:jc w:val="right"/>
      </w:pPr>
      <w:r>
        <w:t>s. So, the traders of Madinah visited Uthman bin Affan and asked and wanted to purchase all those items.</w:t>
      </w:r>
    </w:p>
    <w:p>
      <w:r>
        <w:rPr>
          <w:b/>
        </w:rPr>
        <w:t xml:space="preserve">[40:50] </w:t>
      </w:r>
      <w:r>
        <w:t>So, Uthman bin Affan said to these traders,</w:t>
      </w:r>
    </w:p>
    <w:p>
      <w:pPr>
        <w:jc w:val="right"/>
      </w:pPr>
      <w:r>
        <w:t>So, Uthman bin Affan said to these traders,</w:t>
      </w:r>
    </w:p>
    <w:p>
      <w:r>
        <w:rPr>
          <w:b/>
        </w:rPr>
        <w:t xml:space="preserve">[40:59] </w:t>
      </w:r>
      <w:r>
        <w:t>"I have offered more than yours.</w:t>
      </w:r>
    </w:p>
    <w:p>
      <w:pPr>
        <w:jc w:val="right"/>
      </w:pPr>
      <w:r>
        <w:t>"I have offered more than yours.</w:t>
      </w:r>
    </w:p>
    <w:p>
      <w:r>
        <w:rPr>
          <w:b/>
        </w:rPr>
        <w:t xml:space="preserve">[41:07] </w:t>
      </w:r>
      <w:r>
        <w:t>You are offering some rate, but I have already received some offer more than you."</w:t>
      </w:r>
    </w:p>
    <w:p>
      <w:pPr>
        <w:jc w:val="right"/>
      </w:pPr>
      <w:r>
        <w:t>You are offering some rate, but I have already received some offer more than you."</w:t>
      </w:r>
    </w:p>
    <w:p>
      <w:r>
        <w:rPr>
          <w:b/>
        </w:rPr>
        <w:t xml:space="preserve">[41:24] </w:t>
      </w:r>
      <w:r>
        <w:t>So, they said that all the traders of Madinah are here at your house.</w:t>
      </w:r>
    </w:p>
    <w:p>
      <w:pPr>
        <w:jc w:val="right"/>
      </w:pPr>
      <w:r>
        <w:t>So, they said that all the traders of Madinah are here at your house.</w:t>
      </w:r>
    </w:p>
    <w:p>
      <w:r>
        <w:rPr>
          <w:b/>
        </w:rPr>
        <w:t xml:space="preserve">[41:32] </w:t>
      </w:r>
      <w:r>
        <w:t>So, who is going to offer more than our offers? Who is that person?</w:t>
      </w:r>
    </w:p>
    <w:p>
      <w:pPr>
        <w:jc w:val="right"/>
      </w:pPr>
      <w:r>
        <w:t>So, who is going to offer more than our offers? Who is that person?</w:t>
      </w:r>
    </w:p>
    <w:p>
      <w:r>
        <w:rPr>
          <w:b/>
        </w:rPr>
        <w:t xml:space="preserve">[41:44] </w:t>
      </w:r>
      <w:r>
        <w:t>Then he said, "He is God Almighty."</w:t>
      </w:r>
    </w:p>
    <w:p>
      <w:pPr>
        <w:jc w:val="right"/>
      </w:pPr>
      <w:r>
        <w:t>Then he said, "He is God Almighty."</w:t>
      </w:r>
    </w:p>
    <w:p>
      <w:r>
        <w:rPr>
          <w:b/>
        </w:rPr>
        <w:t xml:space="preserve">[41:50] </w:t>
      </w:r>
      <w:r>
        <w:t>In the Qur'an, there is a permanent offer that everyone who spends his money, his earnings, in the way of God, for the sake of God, he will be given an award ten times more</w:t>
      </w:r>
    </w:p>
    <w:p>
      <w:pPr>
        <w:jc w:val="right"/>
      </w:pPr>
      <w:r>
        <w:t>In the Qur'an, there is a permanent offer that everyone who spends his money, his earnings, in the way of God, for the sake of God, he will be given an award ten times more</w:t>
      </w:r>
    </w:p>
    <w:p>
      <w:r>
        <w:rPr>
          <w:b/>
        </w:rPr>
        <w:t xml:space="preserve">[42:17] </w:t>
      </w:r>
      <w:r>
        <w:t>than the worldly award</w:t>
      </w:r>
    </w:p>
    <w:p>
      <w:pPr>
        <w:jc w:val="right"/>
      </w:pPr>
      <w:r>
        <w:t>than the worldly award</w:t>
      </w:r>
    </w:p>
    <w:p>
      <w:r>
        <w:rPr>
          <w:b/>
        </w:rPr>
        <w:t xml:space="preserve">[42:19] </w:t>
      </w:r>
      <w:r>
        <w:t>. So, he said that, "You are offering me some money, but God is offering me ten times more than this money.</w:t>
      </w:r>
    </w:p>
    <w:p>
      <w:pPr>
        <w:jc w:val="right"/>
      </w:pPr>
      <w:r>
        <w:t>. So, he said that, "You are offering me some money, but God is offering me ten times more than this money.</w:t>
      </w:r>
    </w:p>
    <w:p>
      <w:r>
        <w:rPr>
          <w:b/>
        </w:rPr>
        <w:t xml:space="preserve">[42:30] </w:t>
      </w:r>
      <w:r>
        <w:t>So, I will give all these</w:t>
      </w:r>
    </w:p>
    <w:p>
      <w:pPr>
        <w:jc w:val="right"/>
      </w:pPr>
      <w:r>
        <w:t>So, I will give all these</w:t>
      </w:r>
    </w:p>
    <w:p>
      <w:r>
        <w:rPr>
          <w:b/>
        </w:rPr>
        <w:t xml:space="preserve">[42:36] </w:t>
      </w:r>
      <w:r>
        <w:t>things in the way of God</w:t>
      </w:r>
    </w:p>
    <w:p>
      <w:pPr>
        <w:jc w:val="right"/>
      </w:pPr>
      <w:r>
        <w:t>things in the way of God</w:t>
      </w:r>
    </w:p>
    <w:p>
      <w:r>
        <w:rPr>
          <w:b/>
        </w:rPr>
        <w:t xml:space="preserve">[42:41] </w:t>
      </w:r>
      <w:r>
        <w:t>." So, Uthman bin Affan declared that everyone who is needy, who is poor,</w:t>
      </w:r>
    </w:p>
    <w:p>
      <w:pPr>
        <w:jc w:val="right"/>
      </w:pPr>
      <w:r>
        <w:t>." So, Uthman bin Affan declared that everyone who is needy, who is poor,</w:t>
      </w:r>
    </w:p>
    <w:p>
      <w:r>
        <w:rPr>
          <w:b/>
        </w:rPr>
        <w:t xml:space="preserve">[42:53] </w:t>
      </w:r>
      <w:r>
        <w:t>"Come, come on, come here," and he may take all these thing</w:t>
      </w:r>
    </w:p>
    <w:p>
      <w:pPr>
        <w:jc w:val="right"/>
      </w:pPr>
      <w:r>
        <w:t>"Come, come on, come here," and he may take all these thing</w:t>
      </w:r>
    </w:p>
    <w:p>
      <w:r>
        <w:rPr>
          <w:b/>
        </w:rPr>
        <w:t xml:space="preserve">[43:02] </w:t>
      </w:r>
      <w:r>
        <w:t>s. So, he</w:t>
      </w:r>
    </w:p>
    <w:p>
      <w:pPr>
        <w:jc w:val="right"/>
      </w:pPr>
      <w:r>
        <w:t>s. So, he</w:t>
      </w:r>
    </w:p>
    <w:p>
      <w:r>
        <w:rPr>
          <w:b/>
        </w:rPr>
        <w:t xml:space="preserve">[43:09] </w:t>
      </w:r>
      <w:r>
        <w:t>gave all this money in the way of God. So, this was an example of maximum charity, maximum Infaq.</w:t>
      </w:r>
    </w:p>
    <w:p>
      <w:pPr>
        <w:jc w:val="right"/>
      </w:pPr>
      <w:r>
        <w:t>gave all this money in the way of God. So, this was an example of maximum charity, maximum Infaq.</w:t>
      </w:r>
    </w:p>
    <w:p>
      <w:r>
        <w:rPr>
          <w:b/>
        </w:rPr>
        <w:t xml:space="preserve">[43:23] </w:t>
      </w:r>
      <w:r>
        <w:t>The same happened with Abdurrahman bin Awf.</w:t>
      </w:r>
    </w:p>
    <w:p>
      <w:pPr>
        <w:jc w:val="right"/>
      </w:pPr>
      <w:r>
        <w:t>The same happened with Abdurrahman bin Awf.</w:t>
      </w:r>
    </w:p>
    <w:p>
      <w:r>
        <w:rPr>
          <w:b/>
        </w:rPr>
        <w:t xml:space="preserve">[43:26] </w:t>
      </w:r>
      <w:r>
        <w:t>Abdurrahman bin Awf was a senior Sahabi,</w:t>
      </w:r>
    </w:p>
    <w:p>
      <w:pPr>
        <w:jc w:val="right"/>
      </w:pPr>
      <w:r>
        <w:t>Abdurrahman bin Awf was a senior Sahabi,</w:t>
      </w:r>
    </w:p>
    <w:p>
      <w:r>
        <w:rPr>
          <w:b/>
        </w:rPr>
        <w:t xml:space="preserve">[43:35] </w:t>
      </w:r>
      <w:r>
        <w:t>a senior companion of the Prophet of Islam. He was also an immigrant, and he was a great trader in Madinah.</w:t>
      </w:r>
    </w:p>
    <w:p>
      <w:pPr>
        <w:jc w:val="right"/>
      </w:pPr>
      <w:r>
        <w:t>a senior companion of the Prophet of Islam. He was also an immigrant, and he was a great trader in Madinah.</w:t>
      </w:r>
    </w:p>
    <w:p>
      <w:r>
        <w:rPr>
          <w:b/>
        </w:rPr>
        <w:t xml:space="preserve">[43:50] </w:t>
      </w:r>
      <w:r>
        <w:t>So, one day, his caravan reached Madinah from Syria.</w:t>
      </w:r>
    </w:p>
    <w:p>
      <w:pPr>
        <w:jc w:val="right"/>
      </w:pPr>
      <w:r>
        <w:t>So, one day, his caravan reached Madinah from Syria.</w:t>
      </w:r>
    </w:p>
    <w:p>
      <w:r>
        <w:rPr>
          <w:b/>
        </w:rPr>
        <w:t xml:space="preserve">[44:02] </w:t>
      </w:r>
      <w:r>
        <w:t>This caravan was</w:t>
      </w:r>
    </w:p>
    <w:p>
      <w:pPr>
        <w:jc w:val="right"/>
      </w:pPr>
      <w:r>
        <w:t>This caravan was</w:t>
      </w:r>
    </w:p>
    <w:p>
      <w:r>
        <w:rPr>
          <w:b/>
        </w:rPr>
        <w:t xml:space="preserve">[44:08] </w:t>
      </w:r>
      <w:r>
        <w:t>of 1,000 camels.</w:t>
      </w:r>
    </w:p>
    <w:p>
      <w:pPr>
        <w:jc w:val="right"/>
      </w:pPr>
      <w:r>
        <w:t>of 1,000 camels.</w:t>
      </w:r>
    </w:p>
    <w:p>
      <w:r>
        <w:rPr>
          <w:b/>
        </w:rPr>
        <w:t xml:space="preserve">[44:15] </w:t>
      </w:r>
      <w:r>
        <w:t>This caravan was comprised of 1,000</w:t>
      </w:r>
    </w:p>
    <w:p>
      <w:pPr>
        <w:jc w:val="right"/>
      </w:pPr>
      <w:r>
        <w:t>This caravan was comprised of 1,000</w:t>
      </w:r>
    </w:p>
    <w:p>
      <w:r>
        <w:rPr>
          <w:b/>
        </w:rPr>
        <w:t xml:space="preserve">[44:19] </w:t>
      </w:r>
      <w:r>
        <w:t>camels. All these camels were loaded with commodities like cereal and other food items.</w:t>
      </w:r>
    </w:p>
    <w:p>
      <w:pPr>
        <w:jc w:val="right"/>
      </w:pPr>
      <w:r>
        <w:t>camels. All these camels were loaded with commodities like cereal and other food items.</w:t>
      </w:r>
    </w:p>
    <w:p>
      <w:r>
        <w:rPr>
          <w:b/>
        </w:rPr>
        <w:t xml:space="preserve">[44:31] </w:t>
      </w:r>
      <w:r>
        <w:t>So, Abdurrahman bin Awf was a senior Sahabi. He announced at that time, at that time in Madinah, that people were in need of food items.</w:t>
      </w:r>
    </w:p>
    <w:p>
      <w:pPr>
        <w:jc w:val="right"/>
      </w:pPr>
      <w:r>
        <w:t>So, Abdurrahman bin Awf was a senior Sahabi. He announced at that time, at that time in Madinah, that people were in need of food items.</w:t>
      </w:r>
    </w:p>
    <w:p>
      <w:r>
        <w:rPr>
          <w:b/>
        </w:rPr>
        <w:t xml:space="preserve">[44:48] </w:t>
      </w:r>
      <w:r>
        <w:t>There was food items, there was a scarcity of food items at that time.</w:t>
      </w:r>
    </w:p>
    <w:p>
      <w:pPr>
        <w:jc w:val="right"/>
      </w:pPr>
      <w:r>
        <w:t>There was food items, there was a scarcity of food items at that time.</w:t>
      </w:r>
    </w:p>
    <w:p>
      <w:r>
        <w:rPr>
          <w:b/>
        </w:rPr>
        <w:t xml:space="preserve">[44:56] </w:t>
      </w:r>
      <w:r>
        <w:t>So, Abdurrahman bin Awf</w:t>
      </w:r>
    </w:p>
    <w:p>
      <w:pPr>
        <w:jc w:val="right"/>
      </w:pPr>
      <w:r>
        <w:t>So, Abdurrahman bin Awf</w:t>
      </w:r>
    </w:p>
    <w:p>
      <w:r>
        <w:rPr>
          <w:b/>
        </w:rPr>
        <w:t xml:space="preserve">[45:03] </w:t>
      </w:r>
      <w:r>
        <w:t>decided not to exploit the situation.</w:t>
      </w:r>
    </w:p>
    <w:p>
      <w:pPr>
        <w:jc w:val="right"/>
      </w:pPr>
      <w:r>
        <w:t>decided not to exploit the situation.</w:t>
      </w:r>
    </w:p>
    <w:p>
      <w:r>
        <w:rPr>
          <w:b/>
        </w:rPr>
        <w:t xml:space="preserve">[45:10] </w:t>
      </w:r>
      <w:r>
        <w:t>Instead, he decided to distribute freely to all those people without any price.</w:t>
      </w:r>
    </w:p>
    <w:p>
      <w:pPr>
        <w:jc w:val="right"/>
      </w:pPr>
      <w:r>
        <w:t>Instead, he decided to distribute freely to all those people without any price.</w:t>
      </w:r>
    </w:p>
    <w:p>
      <w:r>
        <w:rPr>
          <w:b/>
        </w:rPr>
        <w:t xml:space="preserve">[45:24] </w:t>
      </w:r>
      <w:r>
        <w:t>So, Abdurrahman bin Awf announced in Madinah that all those people who are needy, who are poor,</w:t>
      </w:r>
    </w:p>
    <w:p>
      <w:pPr>
        <w:jc w:val="right"/>
      </w:pPr>
      <w:r>
        <w:t>So, Abdurrahman bin Awf announced in Madinah that all those people who are needy, who are poor,</w:t>
      </w:r>
    </w:p>
    <w:p>
      <w:r>
        <w:rPr>
          <w:b/>
        </w:rPr>
        <w:t xml:space="preserve">[45:38] </w:t>
      </w:r>
      <w:r>
        <w:t>who are in need of food items, they come to my home, and I will give them all these food items free, without any cost</w:t>
      </w:r>
    </w:p>
    <w:p>
      <w:pPr>
        <w:jc w:val="right"/>
      </w:pPr>
      <w:r>
        <w:t>who are in need of food items, they come to my home, and I will give them all these food items free, without any cost</w:t>
      </w:r>
    </w:p>
    <w:p>
      <w:r>
        <w:rPr>
          <w:b/>
        </w:rPr>
        <w:t xml:space="preserve">[45:54] </w:t>
      </w:r>
      <w:r>
        <w:t>. So, all those needy people came to his house, and he distributed all those food items</w:t>
      </w:r>
    </w:p>
    <w:p>
      <w:pPr>
        <w:jc w:val="right"/>
      </w:pPr>
      <w:r>
        <w:t>. So, all those needy people came to his house, and he distributed all those food items</w:t>
      </w:r>
    </w:p>
    <w:p>
      <w:r>
        <w:rPr>
          <w:b/>
        </w:rPr>
        <w:t xml:space="preserve">[46:07] </w:t>
      </w:r>
      <w:r>
        <w:t>free of cost. So, this was an example of maximum Infaq.</w:t>
      </w:r>
    </w:p>
    <w:p>
      <w:pPr>
        <w:jc w:val="right"/>
      </w:pPr>
      <w:r>
        <w:t>free of cost. So, this was an example of maximum Infaq.</w:t>
      </w:r>
    </w:p>
    <w:p>
      <w:r>
        <w:rPr>
          <w:b/>
        </w:rPr>
        <w:t xml:space="preserve">[46:18] </w:t>
      </w:r>
      <w:r>
        <w:t>He distributed all those food items</w:t>
      </w:r>
    </w:p>
    <w:p>
      <w:pPr>
        <w:jc w:val="right"/>
      </w:pPr>
      <w:r>
        <w:t>He distributed all those food items</w:t>
      </w:r>
    </w:p>
    <w:p>
      <w:r>
        <w:rPr>
          <w:b/>
        </w:rPr>
        <w:t xml:space="preserve">[46:24] </w:t>
      </w:r>
      <w:r>
        <w:t>without any cost. Then, there is a verse in the Qur'an.</w:t>
      </w:r>
    </w:p>
    <w:p>
      <w:pPr>
        <w:jc w:val="right"/>
      </w:pPr>
      <w:r>
        <w:t>without any cost. Then, there is a verse in the Qur'an.</w:t>
      </w:r>
    </w:p>
    <w:p>
      <w:r>
        <w:rPr>
          <w:b/>
        </w:rPr>
        <w:t xml:space="preserve">[46:39] </w:t>
      </w:r>
      <w:r>
        <w:t>It reads, "Yuti malahu yatazakka."</w:t>
      </w:r>
    </w:p>
    <w:p>
      <w:pPr>
        <w:jc w:val="right"/>
      </w:pPr>
      <w:r>
        <w:t>It reads, "Yuti malahu yatazakka."</w:t>
      </w:r>
    </w:p>
    <w:p>
      <w:r>
        <w:rPr>
          <w:b/>
        </w:rPr>
        <w:t xml:space="preserve">[46:47] </w:t>
      </w:r>
      <w:r>
        <w:t>It</w:t>
      </w:r>
    </w:p>
    <w:p>
      <w:pPr>
        <w:jc w:val="right"/>
      </w:pPr>
      <w:r>
        <w:t>It</w:t>
      </w:r>
    </w:p>
    <w:p>
      <w:r>
        <w:rPr>
          <w:b/>
        </w:rPr>
        <w:t xml:space="preserve">[46:50] </w:t>
      </w:r>
      <w:r>
        <w:t>means that believers give their money for the purpose of purification, for the purpose of self-purification.</w:t>
      </w:r>
    </w:p>
    <w:p>
      <w:pPr>
        <w:jc w:val="right"/>
      </w:pPr>
      <w:r>
        <w:t>means that believers give their money for the purpose of purification, for the purpose of self-purification.</w:t>
      </w:r>
    </w:p>
    <w:p>
      <w:r>
        <w:rPr>
          <w:b/>
        </w:rPr>
        <w:t xml:space="preserve">[47:08] </w:t>
      </w:r>
      <w:r>
        <w:t>So, by this Qur'anic verse, we can understand that what is the real purpose of Zakaat,</w:t>
      </w:r>
    </w:p>
    <w:p>
      <w:pPr>
        <w:jc w:val="right"/>
      </w:pPr>
      <w:r>
        <w:t>So, by this Qur'anic verse, we can understand that what is the real purpose of Zakaat,</w:t>
      </w:r>
    </w:p>
    <w:p>
      <w:r>
        <w:rPr>
          <w:b/>
        </w:rPr>
        <w:t xml:space="preserve">[47:17] </w:t>
      </w:r>
      <w:r>
        <w:t>what is the real purpose of Infaq, what is the real purpose of Sadaqah. It is self-purification.</w:t>
      </w:r>
    </w:p>
    <w:p>
      <w:pPr>
        <w:jc w:val="right"/>
      </w:pPr>
      <w:r>
        <w:t>what is the real purpose of Infaq, what is the real purpose of Sadaqah. It is self-purification.</w:t>
      </w:r>
    </w:p>
    <w:p>
      <w:r>
        <w:rPr>
          <w:b/>
        </w:rPr>
        <w:t xml:space="preserve">[47:28] </w:t>
      </w:r>
      <w:r>
        <w:t>You know,</w:t>
      </w:r>
    </w:p>
    <w:p>
      <w:pPr>
        <w:jc w:val="right"/>
      </w:pPr>
      <w:r>
        <w:t>You know,</w:t>
      </w:r>
    </w:p>
    <w:p>
      <w:r>
        <w:rPr>
          <w:b/>
        </w:rPr>
        <w:t xml:space="preserve">[47:32] </w:t>
      </w:r>
      <w:r>
        <w:t>you know, money is the most important thing for every human being.</w:t>
      </w:r>
    </w:p>
    <w:p>
      <w:pPr>
        <w:jc w:val="right"/>
      </w:pPr>
      <w:r>
        <w:t>you know, money is the most important thing for every human being.</w:t>
      </w:r>
    </w:p>
    <w:p>
      <w:r>
        <w:rPr>
          <w:b/>
        </w:rPr>
        <w:t xml:space="preserve">[47:43] </w:t>
      </w:r>
      <w:r>
        <w:t>Everyone is</w:t>
      </w:r>
    </w:p>
    <w:p>
      <w:pPr>
        <w:jc w:val="right"/>
      </w:pPr>
      <w:r>
        <w:t>Everyone is</w:t>
      </w:r>
    </w:p>
    <w:p>
      <w:r>
        <w:rPr>
          <w:b/>
        </w:rPr>
        <w:t xml:space="preserve">[47:47] </w:t>
      </w:r>
      <w:r>
        <w:t>a great lover of money. Everyone loves money. Everyone.</w:t>
      </w:r>
    </w:p>
    <w:p>
      <w:pPr>
        <w:jc w:val="right"/>
      </w:pPr>
      <w:r>
        <w:t>a great lover of money. Everyone loves money. Everyone.</w:t>
      </w:r>
    </w:p>
    <w:p>
      <w:r>
        <w:rPr>
          <w:b/>
        </w:rPr>
        <w:t xml:space="preserve">[47:57] </w:t>
      </w:r>
      <w:r>
        <w:t>There is a saying in Persian language that</w:t>
      </w:r>
    </w:p>
    <w:p>
      <w:pPr>
        <w:jc w:val="right"/>
      </w:pPr>
      <w:r>
        <w:t>There is a saying in Persian language that</w:t>
      </w:r>
    </w:p>
    <w:p>
      <w:r>
        <w:rPr>
          <w:b/>
        </w:rPr>
        <w:t xml:space="preserve">[48:06] </w:t>
      </w:r>
      <w:r>
        <w:t>"jami talabi mazaiqa neest, zarmi talabi sukhan darainast" It means that if you ask my life, then it is okay.</w:t>
      </w:r>
    </w:p>
    <w:p>
      <w:pPr>
        <w:jc w:val="right"/>
      </w:pPr>
      <w:r>
        <w:t>"جامی طلبی مضائقہ نیست، زرمی طلبی سخن درینست" It means that if you ask my life, then it is okay.</w:t>
      </w:r>
    </w:p>
    <w:p>
      <w:r>
        <w:rPr>
          <w:b/>
        </w:rPr>
        <w:t xml:space="preserve">[48:26] </w:t>
      </w:r>
      <w:r>
        <w:t>I am ready to give you my life.</w:t>
      </w:r>
    </w:p>
    <w:p>
      <w:pPr>
        <w:jc w:val="right"/>
      </w:pPr>
      <w:r>
        <w:t>I am ready to give you my life.</w:t>
      </w:r>
    </w:p>
    <w:p>
      <w:r>
        <w:rPr>
          <w:b/>
        </w:rPr>
        <w:t xml:space="preserve">[48:31] </w:t>
      </w:r>
      <w:r>
        <w:t>"jami talabi mazaiqa neest, zarmi talabi sukhan darainast" If you ask my life, it is okay.</w:t>
      </w:r>
    </w:p>
    <w:p>
      <w:pPr>
        <w:jc w:val="right"/>
      </w:pPr>
      <w:r>
        <w:t>"جامی طلبی مضائقہ نیست، زرمی طلبی سخن درینست" If you ask my life, it is okay.</w:t>
      </w:r>
    </w:p>
    <w:p>
      <w:r>
        <w:rPr>
          <w:b/>
        </w:rPr>
        <w:t xml:space="preserve">[48:43] </w:t>
      </w:r>
      <w:r>
        <w:t>But if you ask money, so it is not very easy.</w:t>
      </w:r>
    </w:p>
    <w:p>
      <w:pPr>
        <w:jc w:val="right"/>
      </w:pPr>
      <w:r>
        <w:t>But if you ask money, so it is not very easy.</w:t>
      </w:r>
    </w:p>
    <w:p>
      <w:r>
        <w:rPr>
          <w:b/>
        </w:rPr>
        <w:t xml:space="preserve">[48:56] </w:t>
      </w:r>
      <w:r>
        <w:t>It is a difficult question. So, man loves money.</w:t>
      </w:r>
    </w:p>
    <w:p>
      <w:pPr>
        <w:jc w:val="right"/>
      </w:pPr>
      <w:r>
        <w:t>It is a difficult question. So, man loves money.</w:t>
      </w:r>
    </w:p>
    <w:p>
      <w:r>
        <w:rPr>
          <w:b/>
        </w:rPr>
        <w:t xml:space="preserve">[49:07] </w:t>
      </w:r>
      <w:r>
        <w:t>No one is ready to give money for others. Everyone wants to spend money in his own interest, to fulfill his desires.</w:t>
      </w:r>
    </w:p>
    <w:p>
      <w:pPr>
        <w:jc w:val="right"/>
      </w:pPr>
      <w:r>
        <w:t>No one is ready to give money for others. Everyone wants to spend money in his own interest, to fulfill his desires.</w:t>
      </w:r>
    </w:p>
    <w:p>
      <w:r>
        <w:rPr>
          <w:b/>
        </w:rPr>
        <w:t xml:space="preserve">[49:21] </w:t>
      </w:r>
      <w:r>
        <w:t>So, no one by nature wants to give his money to other people. So, when you pay Zakaat or Sadaqah or Infaq, you are exercising a sacrifice.</w:t>
      </w:r>
    </w:p>
    <w:p>
      <w:pPr>
        <w:jc w:val="right"/>
      </w:pPr>
      <w:r>
        <w:t>So, no one by nature wants to give his money to other people. So, when you pay Zakaat or Sadaqah or Infaq, you are exercising a sacrifice.</w:t>
      </w:r>
    </w:p>
    <w:p>
      <w:r>
        <w:rPr>
          <w:b/>
        </w:rPr>
        <w:t xml:space="preserve">[49:38] </w:t>
      </w:r>
      <w:r>
        <w:t>Zakaat or Sadaqah or Infaq are</w:t>
      </w:r>
    </w:p>
    <w:p>
      <w:pPr>
        <w:jc w:val="right"/>
      </w:pPr>
      <w:r>
        <w:t>Zakaat or Sadaqah or Infaq are</w:t>
      </w:r>
    </w:p>
    <w:p>
      <w:r>
        <w:rPr>
          <w:b/>
        </w:rPr>
        <w:t xml:space="preserve">[49:44] </w:t>
      </w:r>
      <w:r>
        <w:t>an act of sacrifice.</w:t>
      </w:r>
    </w:p>
    <w:p>
      <w:pPr>
        <w:jc w:val="right"/>
      </w:pPr>
      <w:r>
        <w:t>an act of sacrifice.</w:t>
      </w:r>
    </w:p>
    <w:p>
      <w:r>
        <w:rPr>
          <w:b/>
        </w:rPr>
        <w:t xml:space="preserve">[49:48] </w:t>
      </w:r>
      <w:r>
        <w:t>Because when you pay Zakaat or Sadaqah or Infaq, you curb your desires, you kill your love.</w:t>
      </w:r>
    </w:p>
    <w:p>
      <w:pPr>
        <w:jc w:val="right"/>
      </w:pPr>
      <w:r>
        <w:t>Because when you pay Zakaat or Sadaqah or Infaq, you curb your desires, you kill your love.</w:t>
      </w:r>
    </w:p>
    <w:p>
      <w:r>
        <w:rPr>
          <w:b/>
        </w:rPr>
        <w:t xml:space="preserve">[50:05] </w:t>
      </w:r>
      <w:r>
        <w:t>Without sacrifice, one cannot give his money to others. So, it is very difficult.</w:t>
      </w:r>
    </w:p>
    <w:p>
      <w:pPr>
        <w:jc w:val="right"/>
      </w:pPr>
      <w:r>
        <w:t>Without sacrifice, one cannot give his money to others. So, it is very difficult.</w:t>
      </w:r>
    </w:p>
    <w:p>
      <w:r>
        <w:rPr>
          <w:b/>
        </w:rPr>
        <w:t xml:space="preserve">[50:17] </w:t>
      </w:r>
      <w:r>
        <w:t>This is the formula of Tazkiyah or purification.</w:t>
      </w:r>
    </w:p>
    <w:p>
      <w:pPr>
        <w:jc w:val="right"/>
      </w:pPr>
      <w:r>
        <w:t>This is the formula of Tazkiyah or purification.</w:t>
      </w:r>
    </w:p>
    <w:p>
      <w:r>
        <w:rPr>
          <w:b/>
        </w:rPr>
        <w:t xml:space="preserve">[50:25] </w:t>
      </w:r>
      <w:r>
        <w:t>You love money. You want to fulfill your desires. But</w:t>
      </w:r>
    </w:p>
    <w:p>
      <w:pPr>
        <w:jc w:val="right"/>
      </w:pPr>
      <w:r>
        <w:t>You love money. You want to fulfill your desires. But</w:t>
      </w:r>
    </w:p>
    <w:p>
      <w:r>
        <w:rPr>
          <w:b/>
        </w:rPr>
        <w:t xml:space="preserve">[50:32] </w:t>
      </w:r>
      <w:r>
        <w:t>when you give money to others for the sake of God, then you are curbing your desire, you are curbing your love towards money.</w:t>
      </w:r>
    </w:p>
    <w:p>
      <w:pPr>
        <w:jc w:val="right"/>
      </w:pPr>
      <w:r>
        <w:t>when you give money to others for the sake of God, then you are curbing your desire, you are curbing your love towards money.</w:t>
      </w:r>
    </w:p>
    <w:p>
      <w:r>
        <w:rPr>
          <w:b/>
        </w:rPr>
        <w:t xml:space="preserve">[50:47] </w:t>
      </w:r>
      <w:r>
        <w:t>This purification, by giving Zakaat or Sadaqah or Infaq, you purify your soul from lust, from greed,</w:t>
      </w:r>
    </w:p>
    <w:p>
      <w:pPr>
        <w:jc w:val="right"/>
      </w:pPr>
      <w:r>
        <w:t>This purification, by giving Zakaat or Sadaqah or Infaq, you purify your soul from lust, from greed,</w:t>
      </w:r>
    </w:p>
    <w:p>
      <w:r>
        <w:rPr>
          <w:b/>
        </w:rPr>
        <w:t xml:space="preserve">[51:05] </w:t>
      </w:r>
      <w:r>
        <w:t>from self-interest.</w:t>
      </w:r>
    </w:p>
    <w:p>
      <w:pPr>
        <w:jc w:val="right"/>
      </w:pPr>
      <w:r>
        <w:t>from self-interest.</w:t>
      </w:r>
    </w:p>
    <w:p>
      <w:r>
        <w:rPr>
          <w:b/>
        </w:rPr>
        <w:t xml:space="preserve">[51:11] </w:t>
      </w:r>
      <w:r>
        <w:t>So, it is very important.</w:t>
      </w:r>
    </w:p>
    <w:p>
      <w:pPr>
        <w:jc w:val="right"/>
      </w:pPr>
      <w:r>
        <w:t>So, it is very important.</w:t>
      </w:r>
    </w:p>
    <w:p>
      <w:r>
        <w:rPr>
          <w:b/>
        </w:rPr>
        <w:t xml:space="preserve">[51:17] </w:t>
      </w:r>
      <w:r>
        <w:t>zalka jaza muntazaka</w:t>
      </w:r>
    </w:p>
    <w:p>
      <w:pPr>
        <w:jc w:val="right"/>
      </w:pPr>
      <w:r>
        <w:t>ذالک جزا منتزکا</w:t>
      </w:r>
    </w:p>
    <w:p>
      <w:r>
        <w:rPr>
          <w:b/>
        </w:rPr>
        <w:t xml:space="preserve">[51:22] </w:t>
      </w:r>
      <w:r>
        <w:t>According to this verse, and also there are some other verses and Hadiths that tell us that giving money is the most important thing in the way of Tazkiyah.</w:t>
      </w:r>
    </w:p>
    <w:p>
      <w:pPr>
        <w:jc w:val="right"/>
      </w:pPr>
      <w:r>
        <w:t>According to this verse, and also there are some other verses and Hadiths that tell us that giving money is the most important thing in the way of Tazkiyah.</w:t>
      </w:r>
    </w:p>
    <w:p>
      <w:r>
        <w:rPr>
          <w:b/>
        </w:rPr>
        <w:t xml:space="preserve">[51:41] </w:t>
      </w:r>
      <w:r>
        <w:t>Everyone is required to do Tazkiyah. That is purification, purifying your soul.</w:t>
      </w:r>
    </w:p>
    <w:p>
      <w:pPr>
        <w:jc w:val="right"/>
      </w:pPr>
      <w:r>
        <w:t>Everyone is required to do Tazkiyah. That is purification, purifying your soul.</w:t>
      </w:r>
    </w:p>
    <w:p>
      <w:r>
        <w:rPr>
          <w:b/>
        </w:rPr>
        <w:t xml:space="preserve">[51:49] </w:t>
      </w:r>
      <w:r>
        <w:t>This is important for everyone. Because</w:t>
      </w:r>
    </w:p>
    <w:p>
      <w:pPr>
        <w:jc w:val="right"/>
      </w:pPr>
      <w:r>
        <w:t>This is important for everyone. Because</w:t>
      </w:r>
    </w:p>
    <w:p>
      <w:r>
        <w:rPr>
          <w:b/>
        </w:rPr>
        <w:t xml:space="preserve">[51:55] </w:t>
      </w:r>
      <w:r>
        <w:t>there is another verse in the Qur'an that zaka jaza mantazka It means that Paradise will be rewarded only to those people who have completed their Tazkiyah course.</w:t>
      </w:r>
    </w:p>
    <w:p>
      <w:pPr>
        <w:jc w:val="right"/>
      </w:pPr>
      <w:r>
        <w:t>there is another verse in the Qur'an that ذالک جزا منتزکا It means that Paradise will be rewarded only to those people who have completed their Tazkiyah course.</w:t>
      </w:r>
    </w:p>
    <w:p>
      <w:r>
        <w:rPr>
          <w:b/>
        </w:rPr>
        <w:t xml:space="preserve">[52:16] </w:t>
      </w:r>
      <w:r>
        <w:t>Paradise will be rewarded to those who are purified persons, purified souls. So, only purified souls can go to Paradise.</w:t>
      </w:r>
    </w:p>
    <w:p>
      <w:pPr>
        <w:jc w:val="right"/>
      </w:pPr>
      <w:r>
        <w:t>Paradise will be rewarded to those who are purified persons, purified souls. So, only purified souls can go to Paradise.</w:t>
      </w:r>
    </w:p>
    <w:p>
      <w:r>
        <w:rPr>
          <w:b/>
        </w:rPr>
        <w:t xml:space="preserve">[52:33] </w:t>
      </w:r>
      <w:r>
        <w:t>And then, money is the most important</w:t>
      </w:r>
    </w:p>
    <w:p>
      <w:pPr>
        <w:jc w:val="right"/>
      </w:pPr>
      <w:r>
        <w:t>And then, money is the most important</w:t>
      </w:r>
    </w:p>
    <w:p>
      <w:r>
        <w:rPr>
          <w:b/>
        </w:rPr>
        <w:t xml:space="preserve">[52:42] </w:t>
      </w:r>
      <w:r>
        <w:t>source of this purification.</w:t>
      </w:r>
    </w:p>
    <w:p>
      <w:pPr>
        <w:jc w:val="right"/>
      </w:pPr>
      <w:r>
        <w:t>source of this purification.</w:t>
      </w:r>
    </w:p>
    <w:p>
      <w:r>
        <w:rPr>
          <w:b/>
        </w:rPr>
        <w:t xml:space="preserve">[52:50] </w:t>
      </w:r>
      <w:r>
        <w:t>So, the formula is that giving money purifies your soul, and a purified soul will be rewarded in Paradise.</w:t>
      </w:r>
    </w:p>
    <w:p>
      <w:pPr>
        <w:jc w:val="right"/>
      </w:pPr>
      <w:r>
        <w:t>So, the formula is that giving money purifies your soul, and a purified soul will be rewarded in Paradise.</w:t>
      </w:r>
    </w:p>
    <w:p>
      <w:r>
        <w:rPr>
          <w:b/>
        </w:rPr>
        <w:t xml:space="preserve">[53:08] </w:t>
      </w:r>
      <w:r>
        <w:t>So, this is very important. Giving money is the key to Paradise.</w:t>
      </w:r>
    </w:p>
    <w:p>
      <w:pPr>
        <w:jc w:val="right"/>
      </w:pPr>
      <w:r>
        <w:t>So, this is very important. Giving money is the key to Paradise.</w:t>
      </w:r>
    </w:p>
    <w:p>
      <w:r>
        <w:rPr>
          <w:b/>
        </w:rPr>
        <w:t xml:space="preserve">[53:17] </w:t>
      </w:r>
      <w:r>
        <w:t>Giving money for the sake of God is the road to Paradise.</w:t>
      </w:r>
    </w:p>
    <w:p>
      <w:pPr>
        <w:jc w:val="right"/>
      </w:pPr>
      <w:r>
        <w:t>Giving money for the sake of God is the road to Paradise.</w:t>
      </w:r>
    </w:p>
    <w:p>
      <w:r>
        <w:rPr>
          <w:b/>
        </w:rPr>
        <w:t xml:space="preserve">[53:27] </w:t>
      </w:r>
      <w:r>
        <w:t>It means that Zakaat and Sadaqat and Infaq are not simple things.</w:t>
      </w:r>
    </w:p>
    <w:p>
      <w:pPr>
        <w:jc w:val="right"/>
      </w:pPr>
      <w:r>
        <w:t>It means that Zakaat and Sadaqat and Infaq are not simple things.</w:t>
      </w:r>
    </w:p>
    <w:p>
      <w:r>
        <w:rPr>
          <w:b/>
        </w:rPr>
        <w:t xml:space="preserve">[53:38] </w:t>
      </w:r>
      <w:r>
        <w:t>It is the road to Paradise. It is the road to Paradise.</w:t>
      </w:r>
    </w:p>
    <w:p>
      <w:pPr>
        <w:jc w:val="right"/>
      </w:pPr>
      <w:r>
        <w:t>It is the road to Paradise. It is the road to Paradise.</w:t>
      </w:r>
    </w:p>
    <w:p>
      <w:r>
        <w:rPr>
          <w:b/>
        </w:rPr>
        <w:t xml:space="preserve">[53:49] </w:t>
      </w:r>
      <w:r>
        <w:t>Because according to the Qur'an, when you give money for the sake of God, you purify your soul. An only purified soul can go to Paradise.</w:t>
      </w:r>
    </w:p>
    <w:p>
      <w:pPr>
        <w:jc w:val="right"/>
      </w:pPr>
      <w:r>
        <w:t>Because according to the Qur'an, when you give money for the sake of God, you purify your soul. An only purified soul can go to Paradise.</w:t>
      </w:r>
    </w:p>
    <w:p>
      <w:r>
        <w:rPr>
          <w:b/>
        </w:rPr>
        <w:t xml:space="preserve">[54:06] </w:t>
      </w:r>
      <w:r>
        <w:t>So, Zakaat or Sadaqat or Infaq are very important for your future, for success in the world hereafter.</w:t>
      </w:r>
    </w:p>
    <w:p>
      <w:pPr>
        <w:jc w:val="right"/>
      </w:pPr>
      <w:r>
        <w:t>So, Zakaat or Sadaqat or Infaq are very important for your future, for success in the world hereafter.</w:t>
      </w:r>
    </w:p>
    <w:p>
      <w:r>
        <w:rPr>
          <w:b/>
        </w:rPr>
        <w:t xml:space="preserve">[54:21] </w:t>
      </w:r>
      <w:r>
        <w:t>According to the Qur'an, Zakaat or Sadaqat or Infaq are not simply philanthropy, a social service.</w:t>
      </w:r>
    </w:p>
    <w:p>
      <w:pPr>
        <w:jc w:val="right"/>
      </w:pPr>
      <w:r>
        <w:t>According to the Qur'an, Zakaat or Sadaqat or Infaq are not simply philanthropy, a social service.</w:t>
      </w:r>
    </w:p>
    <w:p>
      <w:r>
        <w:rPr>
          <w:b/>
        </w:rPr>
        <w:t xml:space="preserve">[54:32] </w:t>
      </w:r>
      <w:r>
        <w:t>No, it is the way to Paradise. It is the road to Paradise. It is not simply philanthropy, a worldly service.</w:t>
      </w:r>
    </w:p>
    <w:p>
      <w:pPr>
        <w:jc w:val="right"/>
      </w:pPr>
      <w:r>
        <w:t>No, it is the way to Paradise. It is the road to Paradise. It is not simply philanthropy, a worldly service.</w:t>
      </w:r>
    </w:p>
    <w:p>
      <w:r>
        <w:rPr>
          <w:b/>
        </w:rPr>
        <w:t xml:space="preserve">[54:47] </w:t>
      </w:r>
      <w:r>
        <w:t>It has other worldly values also.</w:t>
      </w:r>
    </w:p>
    <w:p>
      <w:pPr>
        <w:jc w:val="right"/>
      </w:pPr>
      <w:r>
        <w:t>It has other worldly values also.</w:t>
      </w:r>
    </w:p>
    <w:p>
      <w:r>
        <w:rPr>
          <w:b/>
        </w:rPr>
        <w:t xml:space="preserve">[54:55] </w:t>
      </w:r>
      <w:r>
        <w:t>When you give money for the sake of God, you purify your soul.</w:t>
      </w:r>
    </w:p>
    <w:p>
      <w:pPr>
        <w:jc w:val="right"/>
      </w:pPr>
      <w:r>
        <w:t>When you give money for the sake of God, you purify your soul.</w:t>
      </w:r>
    </w:p>
    <w:p>
      <w:r>
        <w:rPr>
          <w:b/>
        </w:rPr>
        <w:t xml:space="preserve">[55:06] </w:t>
      </w:r>
      <w:r>
        <w:t>An only purified soul is those who are deserving candidates for Paradise.</w:t>
      </w:r>
    </w:p>
    <w:p>
      <w:pPr>
        <w:jc w:val="right"/>
      </w:pPr>
      <w:r>
        <w:t>An only purified soul is those who are deserving candidates for Paradise.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