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Zakat May 4, 2007 Maulana Wahiduddin Khan</w:t>
      </w:r>
    </w:p>
    <w:p>
      <w:r>
        <w:t>https://www.youtube.com/watch?v=oj5_5pFnmHk</w:t>
      </w:r>
    </w:p>
    <w:p>
      <w:r>
        <w:rPr>
          <w:b/>
        </w:rPr>
        <w:t xml:space="preserve">[00:13] </w:t>
      </w:r>
      <w:r>
        <w:t>wasallallahu ala nabiyyil kareem. rabishrah li sadri, wayassir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[00:31] </w:t>
      </w:r>
      <w:r>
        <w:t>aaj ki</w:t>
      </w:r>
    </w:p>
    <w:p>
      <w:pPr>
        <w:jc w:val="right"/>
      </w:pPr>
      <w:r>
        <w:t>آج کی</w:t>
      </w:r>
    </w:p>
    <w:p>
      <w:r>
        <w:rPr>
          <w:b/>
        </w:rPr>
        <w:t xml:space="preserve">[00:35] </w:t>
      </w:r>
      <w:r>
        <w:t>baat cheet ka mozu hai zakaat.</w:t>
      </w:r>
    </w:p>
    <w:p>
      <w:pPr>
        <w:jc w:val="right"/>
      </w:pPr>
      <w:r>
        <w:t>بات چیت کا موضوع ہے زکوۃ۔</w:t>
      </w:r>
    </w:p>
    <w:p>
      <w:r>
        <w:rPr>
          <w:b/>
        </w:rPr>
        <w:t xml:space="preserve">[00:42] </w:t>
      </w:r>
      <w:r>
        <w:t>aap jante hain ke zakaat Islam ke paanch buniyadi arkan mein se aik رکن hai.</w:t>
      </w:r>
    </w:p>
    <w:p>
      <w:pPr>
        <w:jc w:val="right"/>
      </w:pPr>
      <w:r>
        <w:t>آپ جانتے ہیں کہ زکوۃ اسلام کے پانچ بنیادی ارکان میں سے ایک رکن ہے۔</w:t>
      </w:r>
    </w:p>
    <w:p>
      <w:r>
        <w:rPr>
          <w:b/>
        </w:rPr>
        <w:t xml:space="preserve">[00:56] </w:t>
      </w:r>
      <w:r>
        <w:t>paanch cheezein jo Islam mein buniyadi taur par farz ki gayi hain, un mein se aik hai zakaat. zakaat ka lafz aam taur par raaij ho gaya hai, warna Quran mein is ke liye teen lafz aaye hain:</w:t>
      </w:r>
    </w:p>
    <w:p>
      <w:pPr>
        <w:jc w:val="right"/>
      </w:pPr>
      <w:r>
        <w:t>پانچ چیزیں جو اسلام میں بنیادی طور پر فرض کی گئی ہیں، ان میں سے ایک ہے زکوۃ۔ زکوۃ کا لفظ عام طور پر رائج ہو گیا ہے، ورنہ قرآن میں اس کے لیے تین لفظ آئے ہیں:</w:t>
      </w:r>
    </w:p>
    <w:p>
      <w:r>
        <w:rPr>
          <w:b/>
        </w:rPr>
        <w:t xml:space="preserve">[01:11] </w:t>
      </w:r>
      <w:r>
        <w:t>zakaat, sadaqat, aur infaq.</w:t>
      </w:r>
    </w:p>
    <w:p>
      <w:pPr>
        <w:jc w:val="right"/>
      </w:pPr>
      <w:r>
        <w:t>زکوۃ، صدقات، اور انفاق۔</w:t>
      </w:r>
    </w:p>
    <w:p>
      <w:r>
        <w:rPr>
          <w:b/>
        </w:rPr>
        <w:t xml:space="preserve">[01:21] </w:t>
      </w:r>
      <w:r>
        <w:t>zakaat, sadaqat, aur infaq. yeh</w:t>
      </w:r>
    </w:p>
    <w:p>
      <w:pPr>
        <w:jc w:val="right"/>
      </w:pPr>
      <w:r>
        <w:t>زکوۃ، صدقات، اور انفاق۔ یہ</w:t>
      </w:r>
    </w:p>
    <w:p>
      <w:r>
        <w:rPr>
          <w:b/>
        </w:rPr>
        <w:t xml:space="preserve">[01:27] </w:t>
      </w:r>
      <w:r>
        <w:t>alfaaz islam ki is taleem ko batate hain jo maal ya kamai se mutalliq hai.</w:t>
      </w:r>
    </w:p>
    <w:p>
      <w:pPr>
        <w:jc w:val="right"/>
      </w:pPr>
      <w:r>
        <w:t>الفاظ اسلام کی اس تعلیم کو بتاتے ہیں جو مال یا کمائی سے متعلق ہے۔</w:t>
      </w:r>
    </w:p>
    <w:p>
      <w:r>
        <w:rPr>
          <w:b/>
        </w:rPr>
        <w:t xml:space="preserve">[01:42] </w:t>
      </w:r>
      <w:r>
        <w:t>islam ke tasawwur ke mutabiq</w:t>
      </w:r>
    </w:p>
    <w:p>
      <w:pPr>
        <w:jc w:val="right"/>
      </w:pPr>
      <w:r>
        <w:t>اسلام کے تصور کے مطابق</w:t>
      </w:r>
    </w:p>
    <w:p>
      <w:r>
        <w:rPr>
          <w:b/>
        </w:rPr>
        <w:t xml:space="preserve">[01:48] </w:t>
      </w:r>
      <w:r>
        <w:t>aadmi jo kuch kamata hai, woh us ki zaati milkiyat nahi hai. is liye ke</w:t>
      </w:r>
    </w:p>
    <w:p>
      <w:pPr>
        <w:jc w:val="right"/>
      </w:pPr>
      <w:r>
        <w:t>آدمی جو کچھ کماتا ہے، وہ اس کی ذاتی ملکیت نہیں ہے۔ اس لیے کہ</w:t>
      </w:r>
    </w:p>
    <w:p>
      <w:r>
        <w:rPr>
          <w:b/>
        </w:rPr>
        <w:t xml:space="preserve">[02:02] </w:t>
      </w:r>
      <w:r>
        <w:t>is kamai mein aadmi jin cheezon ko istemal karta hai, woh sab ke sab khuda ki di hui hain.</w:t>
      </w:r>
    </w:p>
    <w:p>
      <w:pPr>
        <w:jc w:val="right"/>
      </w:pPr>
      <w:r>
        <w:t>اس کمائی میں آدمی جن چیزوں کو استعمال کرتا ہے، وہ سب کے سب خدا کی دی ہوئی ہیں۔</w:t>
      </w:r>
    </w:p>
    <w:p>
      <w:r>
        <w:rPr>
          <w:b/>
        </w:rPr>
        <w:t xml:space="preserve">[02:14] </w:t>
      </w:r>
      <w:r>
        <w:t>aadmi ki apni zaat, is ka dimagh, is ki zabaan, is ka kaan, is ki aankh, yeh sab kuch khuda ka diya hua hai.</w:t>
      </w:r>
    </w:p>
    <w:p>
      <w:pPr>
        <w:jc w:val="right"/>
      </w:pPr>
      <w:r>
        <w:t>آدمی کی اپنی ذات، اس کا دماغ، اس کی زبان، اس کا کان، اس کی آنکھ، یہ سب کچھ خدا کا دیا ہوا ہے۔</w:t>
      </w:r>
    </w:p>
    <w:p>
      <w:r>
        <w:rPr>
          <w:b/>
        </w:rPr>
        <w:t xml:space="preserve">[02:26] </w:t>
      </w:r>
      <w:r>
        <w:t>inhi ko istemal kar ke woh kamai karta hai. phir dekhiye, apni zaat ke bahir bohat sari cheezein hain</w:t>
      </w:r>
    </w:p>
    <w:p>
      <w:pPr>
        <w:jc w:val="right"/>
      </w:pPr>
      <w:r>
        <w:t>انہی کو استعمال کر کے وہ کمائی کرتا ہے۔ پھر دیکھیے، اپنی ذات کے باہر بہت ساری چیزیں ہیں</w:t>
      </w:r>
    </w:p>
    <w:p>
      <w:r>
        <w:rPr>
          <w:b/>
        </w:rPr>
        <w:t xml:space="preserve">[02:39] </w:t>
      </w:r>
      <w:r>
        <w:t>jo agar na hon to aadmi kuch bhi nahi kar sakta. in ko kaha jata hai life support system.</w:t>
      </w:r>
    </w:p>
    <w:p>
      <w:pPr>
        <w:jc w:val="right"/>
      </w:pPr>
      <w:r>
        <w:t>جو اگر نہ ہوں تو آدمی کچھ بھی نہیں کر سکتا۔ ان کو کہا جاتا ہے لائف سپورٹ سسٹم۔</w:t>
      </w:r>
    </w:p>
    <w:p>
      <w:r>
        <w:rPr>
          <w:b/>
        </w:rPr>
        <w:t xml:space="preserve">[02:50] </w:t>
      </w:r>
      <w:r>
        <w:t>jaise suraj ki roshni.</w:t>
      </w:r>
    </w:p>
    <w:p>
      <w:pPr>
        <w:jc w:val="right"/>
      </w:pPr>
      <w:r>
        <w:t>جیسے سورج کی روشنی۔</w:t>
      </w:r>
    </w:p>
    <w:p>
      <w:r>
        <w:rPr>
          <w:b/>
        </w:rPr>
        <w:t xml:space="preserve">[02:54] </w:t>
      </w:r>
      <w:r>
        <w:t>aap jante hain ke roshni na ho to sirf aankh se hum kuch dekh nahi sakte. hua agar hawa na ho to hum kaan se kuch sun nahi sakte.</w:t>
      </w:r>
    </w:p>
    <w:p>
      <w:pPr>
        <w:jc w:val="right"/>
      </w:pPr>
      <w:r>
        <w:t>آپ جانتے ہیں کہ روشنی نہ ہو تو صرف آنکھ سے ہم کچھ دیکھ نہیں سکتے۔ ہوا۔ اگر ہوا نہ ہو تو ہم کان سے کچھ سن نہیں سکتے۔</w:t>
      </w:r>
    </w:p>
    <w:p>
      <w:r>
        <w:rPr>
          <w:b/>
        </w:rPr>
        <w:t xml:space="preserve">[03:07] </w:t>
      </w:r>
      <w:r>
        <w:t>zabaan se bolen, zabaan se bolen to doosre ko woh sunai nahi de ga. zameen mein jo kashish hai, agar woh na ho to hum na is pe chal saken, na is pe ghar bana saken.</w:t>
      </w:r>
    </w:p>
    <w:p>
      <w:pPr>
        <w:jc w:val="right"/>
      </w:pPr>
      <w:r>
        <w:t>زبان سے بلیں، زبان سے بولیں تو دوسرے کو وہ سنائی نہیں دے گا۔ زمین میں جو کشش ہے، اگر وہ نہ ہو تو ہم نہ اس پہ چل سکیں، نہ اس پہ گھر بنا سکیں۔</w:t>
      </w:r>
    </w:p>
    <w:p>
      <w:r>
        <w:rPr>
          <w:b/>
        </w:rPr>
        <w:t xml:space="preserve">[03:22] </w:t>
      </w:r>
      <w:r>
        <w:t>to is tarah ki anginat cheezein hain, anginat cheezein hain, jo goya ke khudai infrastructure hain ya life support system kaha jata hai in ko.</w:t>
      </w:r>
    </w:p>
    <w:p>
      <w:pPr>
        <w:jc w:val="right"/>
      </w:pPr>
      <w:r>
        <w:t>تو اس طرح کی انگنت چیزیں ہیں، انگنت چیزیں ہیں، جو گویا کہ خدائی انفراسٹرکچر ہیں یا لائف سپورٹ سسٹم کہا جاتا ہے ان کو۔</w:t>
      </w:r>
    </w:p>
    <w:p>
      <w:r>
        <w:rPr>
          <w:b/>
        </w:rPr>
        <w:t xml:space="preserve">[03:37] </w:t>
      </w:r>
      <w:r>
        <w:t>to yeh cheezein agar na hon to aadmi koi bhi kaam nahi kar sakta.</w:t>
      </w:r>
    </w:p>
    <w:p>
      <w:pPr>
        <w:jc w:val="right"/>
      </w:pPr>
      <w:r>
        <w:t>تو یہ چیزیں اگر نہ ہوں تو آدمی کوئی بھی کام نہیں کر سکتا۔</w:t>
      </w:r>
    </w:p>
    <w:p>
      <w:r>
        <w:rPr>
          <w:b/>
        </w:rPr>
        <w:t xml:space="preserve">[03:44] </w:t>
      </w:r>
      <w:r>
        <w:t>to jo aadmi paisa kamata hai, jo maal kamata hai, is mein agar dekha jaye to insaan ka sirf insaan ka jo hissa hai, woh sirf irade ke بقدر hai.</w:t>
      </w:r>
    </w:p>
    <w:p>
      <w:pPr>
        <w:jc w:val="right"/>
      </w:pPr>
      <w:r>
        <w:t>تو جو آدمی پیسہ کماتا ہے، جو مال کماتا ہے، اس میں اگر دیکھا جائے تو انسان کا صرف انسان کا جو حصہ ہے، وہ صرف ارادے کے بقدر ہے۔</w:t>
      </w:r>
    </w:p>
    <w:p>
      <w:r>
        <w:rPr>
          <w:b/>
        </w:rPr>
        <w:t xml:space="preserve">[04:01] </w:t>
      </w:r>
      <w:r>
        <w:t>yani is ne irada kiya ke woh kamai kare. bas irade ke bahir jo kuch bhi is ne kiya, woh sab khuda ka diya hua tha.</w:t>
      </w:r>
    </w:p>
    <w:p>
      <w:pPr>
        <w:jc w:val="right"/>
      </w:pPr>
      <w:r>
        <w:t>یعنی اس نے ارادہ کیا کہ وہ کمائی کرے۔ بس ارادے کے باہر جو کچھ بھی اس نے کیا، وہ سب خدا کا دیا ہوا تھا۔</w:t>
      </w:r>
    </w:p>
    <w:p>
      <w:r>
        <w:rPr>
          <w:b/>
        </w:rPr>
        <w:t xml:space="preserve">[04:11] </w:t>
      </w:r>
      <w:r>
        <w:t>yani ek percent se bhi kam hai aadmi ka apna hissa. is liye kaha gaya ke yeh sab wa'atu haqqahu yawma hasadihi yani khuda ka haq do.</w:t>
      </w:r>
    </w:p>
    <w:p>
      <w:pPr>
        <w:jc w:val="right"/>
      </w:pPr>
      <w:r>
        <w:t>یعنی ایک پرسنٹ سے بھی کم ہے آدمی کا اپنا حصہ۔ اس لیے کہا گیا کہ یہ سب وَاعْطُوا حَقَّهُ يَوْمَ حَسَادِهِ یعنی خدا کا حق دو۔</w:t>
      </w:r>
    </w:p>
    <w:p>
      <w:r>
        <w:rPr>
          <w:b/>
        </w:rPr>
        <w:t xml:space="preserve">[04:31] </w:t>
      </w:r>
      <w:r>
        <w:t>apni kamai mein se khuda ka haq do. yeh jo zakat hai ya ushr hai, yeh</w:t>
      </w:r>
    </w:p>
    <w:p>
      <w:pPr>
        <w:jc w:val="right"/>
      </w:pPr>
      <w:r>
        <w:t>اپنی کمائی میں سے خدا کا حق دو۔ یہ جو زکوۃ ہے یا عشر ہے، یہ</w:t>
      </w:r>
    </w:p>
    <w:p>
      <w:r>
        <w:rPr>
          <w:b/>
        </w:rPr>
        <w:t xml:space="preserve">[04:42] </w:t>
      </w:r>
      <w:r>
        <w:t>insaan ka atiya nahi hai. yeh khuda ka haq hai jis ko woh lotata hai. wa'atu haqqahu yawma hasadihi is ko kaha gaya hai haq ul maal.</w:t>
      </w:r>
    </w:p>
    <w:p>
      <w:pPr>
        <w:jc w:val="right"/>
      </w:pPr>
      <w:r>
        <w:t>انسان کا عطیہ نہیں ہے۔ یہ خدا کا حق ہے جس کو وہ لوٹاتا ہے۔ وَاعْطُوا حَقَّهُ يَوْمَ حَسَادِهِ اس کو کہا گیا ہے حق المال۔</w:t>
      </w:r>
    </w:p>
    <w:p>
      <w:r>
        <w:rPr>
          <w:b/>
        </w:rPr>
        <w:t xml:space="preserve">[05:01] </w:t>
      </w:r>
      <w:r>
        <w:t>to islam ka jo tasawwur hai, woh yeh hai ke aadmi jab deta hai apne maal mein se to woh apni cheez nahi deta, balkeh khuda hi ki cheez hoti hai jis ko woh khuda ki taraf lotata hai.</w:t>
      </w:r>
    </w:p>
    <w:p>
      <w:pPr>
        <w:jc w:val="right"/>
      </w:pPr>
      <w:r>
        <w:t>تو اسلام کا جو تصور ہے، وہ یہ ہے کہ آدمی جب دیتا ہے اپنے مال میں سے تو وہ اپنی چیز نہیں دیتا، بلکہ خدا ہی کی چیز ہوتی ہے جس کو وہ خدا کی طرف لوٹاتا ہے۔</w:t>
      </w:r>
    </w:p>
    <w:p>
      <w:r>
        <w:rPr>
          <w:b/>
        </w:rPr>
        <w:t xml:space="preserve">[05:23] </w:t>
      </w:r>
      <w:r>
        <w:t>ab dekhiye ke is ke liye zakat ka lafz jo istemal kiya gaya, yeh bhi bohat ba'mani hai. bohat ba'mani hai.</w:t>
      </w:r>
    </w:p>
    <w:p>
      <w:pPr>
        <w:jc w:val="right"/>
      </w:pPr>
      <w:r>
        <w:t>اب دیکھیے کہ اس کے لیے زکوۃ کا لفظ جو استعمال کیا گیا، یہ بھی بہت بامعنی ہے۔ بہت بامعنی ہے۔</w:t>
      </w:r>
    </w:p>
    <w:p>
      <w:r>
        <w:rPr>
          <w:b/>
        </w:rPr>
        <w:t xml:space="preserve">[05:35] </w:t>
      </w:r>
      <w:r>
        <w:t>zakat ka ulta israf hai. maal ke muamle mein ek rawaiyya woh hai jis ko israf kaha gaya. doosra rawaiyya woh hai jis ko zakat kaha gaya.</w:t>
      </w:r>
    </w:p>
    <w:p>
      <w:pPr>
        <w:jc w:val="right"/>
      </w:pPr>
      <w:r>
        <w:t>زکوۃ کا الٹا اسراف ہے۔ مال کے معاملے میں ایک رویہ وہ ہے جس کو اسراف کہا گیا۔ دوسرا رویہ وہ ہے جس کو زکوۃ کہا گیا۔</w:t>
      </w:r>
    </w:p>
    <w:p>
      <w:r>
        <w:rPr>
          <w:b/>
        </w:rPr>
        <w:t xml:space="preserve">[05:48] </w:t>
      </w:r>
      <w:r>
        <w:t>in dono lafzon ko agar samajh liya jaye to maal ke muamle mein islam ki taleem poori tarah wazeh ho jati hai.</w:t>
      </w:r>
    </w:p>
    <w:p>
      <w:pPr>
        <w:jc w:val="right"/>
      </w:pPr>
      <w:r>
        <w:t>ان دونوں لفظوں کو اگر سمجھ لیا جائے تو مال کے معاملے میں اسلام کی تعلیم پوری طرح واضح ہو جاتی ہے۔</w:t>
      </w:r>
    </w:p>
    <w:p>
      <w:r>
        <w:rPr>
          <w:b/>
        </w:rPr>
        <w:t xml:space="preserve">[05:57] </w:t>
      </w:r>
      <w:r>
        <w:t>yani jis ko mein kahunga ke art of money management. islami nuqta nazar se money management sab kuch aadmi jaan lega agar woh in do lafzon ko samajh le.</w:t>
      </w:r>
    </w:p>
    <w:p>
      <w:pPr>
        <w:jc w:val="right"/>
      </w:pPr>
      <w:r>
        <w:t>یعنی جس کو میں کہوں گا کہ آرٹ آف منی مینجمنٹ۔ اسلامی نقطہ نظر سے منی مینجمنٹ سب کچھ آدمی جان لے گا اگر وہ ان دو لفظوں کو سمجھ لے۔</w:t>
      </w:r>
    </w:p>
    <w:p>
      <w:r>
        <w:rPr>
          <w:b/>
        </w:rPr>
        <w:t xml:space="preserve">[06:15] </w:t>
      </w:r>
      <w:r>
        <w:t>ab dekhiye ke israf kya hai.</w:t>
      </w:r>
    </w:p>
    <w:p>
      <w:pPr>
        <w:jc w:val="right"/>
      </w:pPr>
      <w:r>
        <w:t>اب دیکھیے کہ اسراف کیا ہے۔</w:t>
      </w:r>
    </w:p>
    <w:p>
      <w:r>
        <w:rPr>
          <w:b/>
        </w:rPr>
        <w:t xml:space="preserve">[06:18] </w:t>
      </w:r>
      <w:r>
        <w:t>israf ka matlab hai paisay ko idhar udhar kharch karna. israf ke lafzi ma'ani hote hain to waste, zaya karna.</w:t>
      </w:r>
    </w:p>
    <w:p>
      <w:pPr>
        <w:jc w:val="right"/>
      </w:pPr>
      <w:r>
        <w:t>اسراف کا مطلب ہے پیسے کو ادھر ادھر خرچ کرنا۔ اسراف کے لفظی معنی ہوتے ہیں to waste، ضائع کرنا۔</w:t>
      </w:r>
    </w:p>
    <w:p>
      <w:r>
        <w:rPr>
          <w:b/>
        </w:rPr>
        <w:t xml:space="preserve">[06:33] </w:t>
      </w:r>
      <w:r>
        <w:t>quran mein hai ke la tabazzir tabzira inn al mubazzireen kaanu ikhwan al shaitain yani jo paisa tum kamate ho aur kama kar tumhari jeb mein aata hai,</w:t>
      </w:r>
    </w:p>
    <w:p>
      <w:pPr>
        <w:jc w:val="right"/>
      </w:pPr>
      <w:r>
        <w:t>قرآن میں ہے کہ لَا تَبَزِّرْ تَبْزِيرًا إِنَّ الْمُبَزِّرِينَ كَانُوا إِخْوَانَ الشَّيَاطِينَ یعنی جو پیسہ تم کماتے ہو اور کما کر تمہاری جیب میں آتا ہے،</w:t>
      </w:r>
    </w:p>
    <w:p>
      <w:r>
        <w:rPr>
          <w:b/>
        </w:rPr>
        <w:t xml:space="preserve">[06:48] </w:t>
      </w:r>
      <w:r>
        <w:t>is ko chheento mat. tabzeer ke maani hain chheentna. to zameen par aap koi cheez chheentein idhar udhar to aaj zahir hai ke aap ne waste kiya is ko.</w:t>
      </w:r>
    </w:p>
    <w:p>
      <w:pPr>
        <w:jc w:val="right"/>
      </w:pPr>
      <w:r>
        <w:t>اس کو چھینٹو مت۔ تبذیر کے معنی ہیں چھینٹنا۔ تو زمین پر آپ کوئی چیز چھینٹیں ادھر ادھر تو آج ظاہر ہے کہ آپ نے waste کیا اس کو۔</w:t>
      </w:r>
    </w:p>
    <w:p>
      <w:r>
        <w:rPr>
          <w:b/>
        </w:rPr>
        <w:t xml:space="preserve">[06:58] </w:t>
      </w:r>
      <w:r>
        <w:t>yahi hai israf</w:t>
      </w:r>
    </w:p>
    <w:p>
      <w:pPr>
        <w:jc w:val="right"/>
      </w:pPr>
      <w:r>
        <w:t>یہی ہے اسراف</w:t>
      </w:r>
    </w:p>
    <w:p>
      <w:r>
        <w:rPr>
          <w:b/>
        </w:rPr>
        <w:t xml:space="preserve">[07:01] </w:t>
      </w:r>
      <w:r>
        <w:t>to woh saari maddein jo haqeeqi zaroorat se zyada hain, woh sab quran ke mutabiq ya islam ke mutabiq woh tabzeer ya israf hain.</w:t>
      </w:r>
    </w:p>
    <w:p>
      <w:pPr>
        <w:jc w:val="right"/>
      </w:pPr>
      <w:r>
        <w:t>۔ تو وہ ساری مدیں جو حقیقی ضرورت سے زیادہ ہیں، وہ سب قرآن کے مطابق یا اسلام کے مطابق وہ تبذیر یا اسراف ہیں۔</w:t>
      </w:r>
    </w:p>
    <w:p>
      <w:r>
        <w:rPr>
          <w:b/>
        </w:rPr>
        <w:t xml:space="preserve">[07:12] </w:t>
      </w:r>
      <w:r>
        <w:t>to israf maani hain to waste, maal ko zaya karna. is ka matlab kya hua</w:t>
      </w:r>
    </w:p>
    <w:p>
      <w:pPr>
        <w:jc w:val="right"/>
      </w:pPr>
      <w:r>
        <w:t>تو اسراف معنی ہیں to waste، مال کو ضائع کرنا۔ اس کا مطلب کیا ہوا</w:t>
      </w:r>
    </w:p>
    <w:p>
      <w:r>
        <w:rPr>
          <w:b/>
        </w:rPr>
        <w:t xml:space="preserve">[07:24] </w:t>
      </w:r>
      <w:r>
        <w:t>ke jo maal aap ne apni khwahish ke liye kharch kiya, dunya ki numaish ke liye kharch kiya, dunya mein logon ko khush karne ke liye kharch kiya,</w:t>
      </w:r>
    </w:p>
    <w:p>
      <w:pPr>
        <w:jc w:val="right"/>
      </w:pPr>
      <w:r>
        <w:t>کہ جو مال آپ نے اپنی خواہش کے لیے خرچ کیا، دنیا کی نمائش کے لیے خرچ کیا، دنیا میں لوگوں کو خوش کرنے کے لیے خرچ کیا،</w:t>
      </w:r>
    </w:p>
    <w:p>
      <w:r>
        <w:rPr>
          <w:b/>
        </w:rPr>
        <w:t xml:space="preserve">[07:38] </w:t>
      </w:r>
      <w:r>
        <w:t>maal apne ghar walon ko khush karne ke liye kharch kiya, shadi byah mein dhoom machai waghera waghera,</w:t>
      </w:r>
    </w:p>
    <w:p>
      <w:pPr>
        <w:jc w:val="right"/>
      </w:pPr>
      <w:r>
        <w:t>مال اپنے گھر والوں کو خوش کرنے کے لیے خرچ کیا، شادی بیاہ میں دھوم مچائی وغیرہ وغیرہ،</w:t>
      </w:r>
    </w:p>
    <w:p>
      <w:r>
        <w:rPr>
          <w:b/>
        </w:rPr>
        <w:t xml:space="preserve">[07:48] </w:t>
      </w:r>
      <w:r>
        <w:t>to yeh sab jo hai khuda ki nazar mein israf hai. yaani paise ko waste karna hai. kyun waste karna hai? paisa is liye hai ke is ke zariye aadmi aakhirat mein apni jagah banaaye.</w:t>
      </w:r>
    </w:p>
    <w:p>
      <w:pPr>
        <w:jc w:val="right"/>
      </w:pPr>
      <w:r>
        <w:t>تو یہ سب جو ہے خدا کی نظر میں اسراف ہے۔ یعنی پیسے کو waste کرنا ہے۔ کیوں waste کرنا ہے؟ پیسہ اس لیے ہے کہ اس کے ذریعے آدمی آخرت میں اپنی جگہ بنائے۔</w:t>
      </w:r>
    </w:p>
    <w:p>
      <w:r>
        <w:rPr>
          <w:b/>
        </w:rPr>
        <w:t xml:space="preserve">[08:05] </w:t>
      </w:r>
      <w:r>
        <w:t>paisa jo hai is liye hai ke aakhirat mein apni jagah banaaye.</w:t>
      </w:r>
    </w:p>
    <w:p>
      <w:pPr>
        <w:jc w:val="right"/>
      </w:pPr>
      <w:r>
        <w:t>پیسہ جو ہے اس لیے ہے کہ آخرت میں اپنی جگہ بنائے۔</w:t>
      </w:r>
    </w:p>
    <w:p>
      <w:r>
        <w:rPr>
          <w:b/>
        </w:rPr>
        <w:t xml:space="preserve">[08:11] </w:t>
      </w:r>
      <w:r>
        <w:t>wa ata al mala li hubbihi yaani agarche paisa insaan ko mehboob hota hai lekin use kharch karna hai, tab us ko jannat mile gi.</w:t>
      </w:r>
    </w:p>
    <w:p>
      <w:pPr>
        <w:jc w:val="right"/>
      </w:pPr>
      <w:r>
        <w:t>وَعَطَ الْمَالَ لَحُبِّهِ یعنی اگرچہ پیسہ انسان کو محبوب ہوتا ہے لیکن اسے خرچ کرنا ہے، تب اس کو جنت ملے گی۔</w:t>
      </w:r>
    </w:p>
    <w:p>
      <w:r>
        <w:rPr>
          <w:b/>
        </w:rPr>
        <w:t xml:space="preserve">[08:23] </w:t>
      </w:r>
      <w:r>
        <w:t>apni mehboob cheez ko khuda ki raah mein kharch karna pare ga. quran mein hai ke lan tanalu al birra hatta tunfiqu mimma tuhibboon tum neki ko nahi pa sakte</w:t>
      </w:r>
    </w:p>
    <w:p>
      <w:pPr>
        <w:jc w:val="right"/>
      </w:pPr>
      <w:r>
        <w:t>اپنی محبوب چیز کو خدا کی راہ میں خرچ کرنا پڑے گا۔ قرآن میں ہے کہ لَنْ تَنَالُوا الْبِرَّ حَتَّى تُنْفِقُوا مِمَّا تُحِبُّونَ تم نیکی کو نہیں پا سکتے</w:t>
      </w:r>
    </w:p>
    <w:p>
      <w:r>
        <w:rPr>
          <w:b/>
        </w:rPr>
        <w:t xml:space="preserve">[08:41] </w:t>
      </w:r>
      <w:r>
        <w:t xml:space="preserve">lan tanalu al birra hatta tunfiqu mimma tuhibboon yaani tum neki ko nahi pa sakte jab tak tum apne mehboob maal ko khuda ke raaste mein kharch na karo. </w:t>
      </w:r>
    </w:p>
    <w:p>
      <w:pPr>
        <w:jc w:val="right"/>
      </w:pPr>
      <w:r>
        <w:t>لَنْ تَنَالُوا الْبِرَّ حَتَّى تُنْفِقُوا مِمَّا تُحِبُّونَ یعنی تم نیکی کو نہیں پا سکتے جب تک تم اپنے محبوب مال کو خدا کے راستے میں خرچ نہ کرو۔</w:t>
      </w:r>
    </w:p>
    <w:p>
      <w:r>
        <w:rPr>
          <w:b/>
        </w:rPr>
        <w:t xml:space="preserve">[08:57] </w:t>
      </w:r>
      <w:r>
        <w:t>yeh ek saari dunya mein ek maroof baat hai ke insaan ko paisa bohat azeez hota hai.</w:t>
      </w:r>
    </w:p>
    <w:p>
      <w:pPr>
        <w:jc w:val="right"/>
      </w:pPr>
      <w:r>
        <w:t>یہ ایک ساری دنیا میں ایک معروف بات ہے کہ انسان کو پیسہ بہت عزیز ہوتا ہے۔</w:t>
      </w:r>
    </w:p>
    <w:p>
      <w:r>
        <w:rPr>
          <w:b/>
        </w:rPr>
        <w:t xml:space="preserve">[09:07] </w:t>
      </w:r>
      <w:r>
        <w:t>farsi ka ek misl hai ke jami talbi muzaiqa nist, zarmi talbi sukhan darin ast yeh persian saying hai ke jami talbi muzaiqa nist, zarmi talbi sukhan darin ast</w:t>
      </w:r>
    </w:p>
    <w:p>
      <w:pPr>
        <w:jc w:val="right"/>
      </w:pPr>
      <w:r>
        <w:t>فارسی کا ایک مثل ہے کہ جامی طلبی مضائقہ نیست، زرمی طلبی سخن درین است یہ پرشین saying ہے کہ جامی طلبی مضائقہ نیست، زرمی طلبی سخن درین است</w:t>
      </w:r>
    </w:p>
    <w:p>
      <w:r>
        <w:rPr>
          <w:b/>
        </w:rPr>
        <w:t xml:space="preserve">[09:30] </w:t>
      </w:r>
      <w:r>
        <w:t>agar jaan maango, agar jaan maango to hazir hai, lekin agar tum maal maango to sochna pare ga.</w:t>
      </w:r>
    </w:p>
    <w:p>
      <w:pPr>
        <w:jc w:val="right"/>
      </w:pPr>
      <w:r>
        <w:t>اگر جان مانگو، اگر جان مانگو تو حاضر ہے، لیکن اگر تم مال مانگو تو سوچنا پڑے گا۔</w:t>
      </w:r>
    </w:p>
    <w:p>
      <w:r>
        <w:rPr>
          <w:b/>
        </w:rPr>
        <w:t xml:space="preserve">[09:41] </w:t>
      </w:r>
      <w:r>
        <w:t>to maal ke bare mein aadmi hamesha haris hota hai.</w:t>
      </w:r>
    </w:p>
    <w:p>
      <w:pPr>
        <w:jc w:val="right"/>
      </w:pPr>
      <w:r>
        <w:t>تو مال کے بارے میں آدمی ہمیشہ حریص ہوتا ہے۔</w:t>
      </w:r>
    </w:p>
    <w:p>
      <w:r>
        <w:rPr>
          <w:b/>
        </w:rPr>
        <w:t xml:space="preserve">[09:46] </w:t>
      </w:r>
      <w:r>
        <w:t>apni zaat par kharch karna jaanta hai woh. apni zaat par, apne biwi bachon par, apni shohrat par, apne dikhawe par, apni taqreebat aur shadiyon mein dhoom machane par.</w:t>
      </w:r>
    </w:p>
    <w:p>
      <w:pPr>
        <w:jc w:val="right"/>
      </w:pPr>
      <w:r>
        <w:t>اپنی ذات پر خرچ کرنا جانتا ہے وہ۔ اپنی ذات پر، اپنے بیوی بچوں پر، اپنی شہرت پر، اپنے دکھاوے پر، اپنی تقریبات اور شادیوں میں دھوم مچانے پر۔</w:t>
      </w:r>
    </w:p>
    <w:p>
      <w:r>
        <w:rPr>
          <w:b/>
        </w:rPr>
        <w:t xml:space="preserve">[10:03] </w:t>
      </w:r>
      <w:r>
        <w:t>yaani woh cheezein ya woh maddein jis se us ki apni izzat barhti ho, us ki apni khwahishein poori hoti hon,</w:t>
      </w:r>
    </w:p>
    <w:p>
      <w:pPr>
        <w:jc w:val="right"/>
      </w:pPr>
      <w:r>
        <w:t>یعنی وہ چیزیں یا وہ مدیں جس سے اس کی اپنی عزت بڑھتی ہو، اس کی اپنی خواہشیں پوری ہوتی ہوں،</w:t>
      </w:r>
    </w:p>
    <w:p>
      <w:r>
        <w:rPr>
          <w:b/>
        </w:rPr>
        <w:t xml:space="preserve">[10:15] </w:t>
      </w:r>
      <w:r>
        <w:t>us ke ahle o ayal ko khushi milti ho, samaaj mein us ko koi darja us se milta ho, wahan par woh barey shauq se apna maal kharch karta hai.</w:t>
      </w:r>
    </w:p>
    <w:p>
      <w:pPr>
        <w:jc w:val="right"/>
      </w:pPr>
      <w:r>
        <w:t>اس کے اہل و عیال کو خوشی ملتی ہو، سماج میں اس کو کوئی درجہ اس سے ملتا ہو، وہاں پر وہ بڑے شوق سے اپنا مال خرچ کرتا ہے۔</w:t>
      </w:r>
    </w:p>
    <w:p>
      <w:r>
        <w:rPr>
          <w:b/>
        </w:rPr>
        <w:t xml:space="preserve">[10:30] </w:t>
      </w:r>
      <w:r>
        <w:t>yeh isi liye farmaaya ke lan tanalu al birra hatta tunfiqu mimma tuhibboon tum ko neki nahi mil sakti.</w:t>
      </w:r>
    </w:p>
    <w:p>
      <w:pPr>
        <w:jc w:val="right"/>
      </w:pPr>
      <w:r>
        <w:t>یہ اسی لیے فرمایا کہ لَنْ تَنَالُوا الْبِرَّ حَتَّى تُنْفِقُوا مِمَّا تُحِبُّونَ تم کو نیکی نہیں مل سکتی۔</w:t>
      </w:r>
    </w:p>
    <w:p>
      <w:r>
        <w:rPr>
          <w:b/>
        </w:rPr>
        <w:t xml:space="preserve">[10:41] </w:t>
      </w:r>
      <w:r>
        <w:t>khuda ki nazar mein tum naik nahi ban sakte</w:t>
      </w:r>
    </w:p>
    <w:p>
      <w:pPr>
        <w:jc w:val="right"/>
      </w:pPr>
      <w:r>
        <w:t>خدا کی نظر میں تم نیک نہیں بن سکتے</w:t>
      </w:r>
    </w:p>
    <w:p>
      <w:r>
        <w:rPr>
          <w:b/>
        </w:rPr>
        <w:t xml:space="preserve">[10:45] </w:t>
      </w:r>
      <w:r>
        <w:t>jab tak tum apne mehboob maal mein se na kharch karo. to yeh hai zakat ya infaq ya sadqa. ke maal agarche aadmi ko bohat mehboob hai, lekin khuda ke raaste mein us ko kharch karna pare ga, warna us ko jannat nahi milne wali hai.</w:t>
      </w:r>
    </w:p>
    <w:p>
      <w:pPr>
        <w:jc w:val="right"/>
      </w:pPr>
      <w:r>
        <w:t>جب تک تم اپنے محبوب مال میں سے نہ خرچ کرو۔ تو یہ ہے زکوۃ یا انفاق یا صدقہ۔ کہ مال اگرچہ آدمی کو بہت محبوب ہے، لیکن خدا کے راستے میں اس کو خرچ کرنا پڑے گا، ورنہ اس کو جنت نہیں ملنے والی ہے۔</w:t>
      </w:r>
    </w:p>
    <w:p>
      <w:r>
        <w:rPr>
          <w:b/>
        </w:rPr>
        <w:t xml:space="preserve">[11:06] </w:t>
      </w:r>
      <w:r>
        <w:t>to maal ko kharch karne ka har aadmi zahir hai ke paisa kamata hai. har aadmi maal kamata hai.</w:t>
      </w:r>
    </w:p>
    <w:p>
      <w:pPr>
        <w:jc w:val="right"/>
      </w:pPr>
      <w:r>
        <w:t>تو مال کو خرچ کرنے کا ہر آدمی ظاہر ہے کہ پیسہ کماتا ہے۔ ہر آدمی مال کماتا ہے۔</w:t>
      </w:r>
    </w:p>
    <w:p>
      <w:r>
        <w:rPr>
          <w:b/>
        </w:rPr>
        <w:t xml:space="preserve">[11:14] </w:t>
      </w:r>
      <w:r>
        <w:t>ab is ke kharch ki do maddein ho jati hain. ek hai israf, doosra hai zakat. to israf jaisa ke mein ne arz kiya, israf ka matlab hai zaya karna, waste karna.</w:t>
      </w:r>
    </w:p>
    <w:p>
      <w:pPr>
        <w:jc w:val="right"/>
      </w:pPr>
      <w:r>
        <w:t>اب اس کے خرچ کی دو مدیں ہو جاتی ہیں۔ ایک ہے اسراف، دوسرا ہے زکوۃ۔ تو اسراف جیسا کہ میں نے عرض کیا، اسراف کا مطلب ہے ضائع کرنا، waste کرنا۔</w:t>
      </w:r>
    </w:p>
    <w:p>
      <w:r>
        <w:rPr>
          <w:b/>
        </w:rPr>
        <w:t xml:space="preserve">[11:28] </w:t>
      </w:r>
      <w:r>
        <w:t>to woh saare kharch zaya karne ke maani hain jo isi dunya ke aitbaar se kharch kiya gaya ho.</w:t>
      </w:r>
    </w:p>
    <w:p>
      <w:pPr>
        <w:jc w:val="right"/>
      </w:pPr>
      <w:r>
        <w:t>تو وہ سارے خرچ ضائع کرنے کے معنی ہیں جو اسی دنیا کے اعتبار سے خرچ کیا گیا ہو۔</w:t>
      </w:r>
    </w:p>
    <w:p>
      <w:r>
        <w:rPr>
          <w:b/>
        </w:rPr>
        <w:t xml:space="preserve">[11:39] </w:t>
      </w:r>
      <w:r>
        <w:t>is dunya mein faida lena, is dunya mein shohrat lena, is dunya mein logon ki nazar mein acha banna, is dunya mein apni khwahishein poori karna, is tarah ki madon mein jo paisa kharch kiya jaye, woh hai israf.</w:t>
      </w:r>
    </w:p>
    <w:p>
      <w:pPr>
        <w:jc w:val="right"/>
      </w:pPr>
      <w:r>
        <w:t>اس دنیا میں فائدہ لینا، اس دنیا میں شہرت لینا، اس دنیا میں لوگوں کی نظر میں اچھا بننا، اس دنیا میں اپنی خواہشیں پوری کرنا، اس طرح کی مدوں میں جو پیسہ خرچ کیا جائے، وہ ہے اسراف۔</w:t>
      </w:r>
    </w:p>
    <w:p>
      <w:r>
        <w:rPr>
          <w:b/>
        </w:rPr>
        <w:t xml:space="preserve">[11:57] </w:t>
      </w:r>
      <w:r>
        <w:t>woh zaya karna hai. zaya karna is mani mein hai ke is ka koi faida agli dunya mein milne wala nahi hai.</w:t>
      </w:r>
    </w:p>
    <w:p>
      <w:pPr>
        <w:jc w:val="right"/>
      </w:pPr>
      <w:r>
        <w:t>وہ ضائع کرنا ہے۔ ضائع کرنا اس معنی میں ہے کہ اس کا کوئی فائدہ اگلی دنیا میں ملنے والا نہیں ہے۔</w:t>
      </w:r>
    </w:p>
    <w:p>
      <w:r>
        <w:rPr>
          <w:b/>
        </w:rPr>
        <w:t xml:space="preserve">[12:08] </w:t>
      </w:r>
      <w:r>
        <w:t>to khuda cheezon ko janchta hai jis miyar se. woh miyar yeh hota hai ke agli jo eternal dunya hai, agli jo abadi dunya hai, wahan ke aitbar se is ka kya faida hai.</w:t>
      </w:r>
    </w:p>
    <w:p>
      <w:pPr>
        <w:jc w:val="right"/>
      </w:pPr>
      <w:r>
        <w:t>تو خدا چیزوں کو جانچتا ہے جس معیار سے۔ وہ معیار یہ ہوتا ہے کہ اگلی جو eternal دنیا ہے، اگلی جو ابدی دنیا ہے، وہاں کے اعتبار سے اس کا کیا فائدہ ہے۔</w:t>
      </w:r>
    </w:p>
    <w:p>
      <w:r>
        <w:rPr>
          <w:b/>
        </w:rPr>
        <w:t xml:space="preserve">[12:25] </w:t>
      </w:r>
      <w:r>
        <w:t>to quran mein hai ke yuhibbun al-'ajila wa yadruna waraahum yawman thaqeela</w:t>
      </w:r>
    </w:p>
    <w:p>
      <w:pPr>
        <w:jc w:val="right"/>
      </w:pPr>
      <w:r>
        <w:t>تو قرآن میں ہے کہ يَحِبُّونَ الْعَاجِلَ وَيَدْرُونَ وَرَاهُمْ يَوْمًا ثَقِيلًا</w:t>
      </w:r>
    </w:p>
    <w:p>
      <w:r>
        <w:rPr>
          <w:b/>
        </w:rPr>
        <w:t xml:space="preserve">[12:31] </w:t>
      </w:r>
      <w:r>
        <w:t>to aaj ka jo thoda sa lamha hai, aaj ka jo temporary thoda sa lamha hai, usi mein log phanse hue hain.</w:t>
      </w:r>
    </w:p>
    <w:p>
      <w:pPr>
        <w:jc w:val="right"/>
      </w:pPr>
      <w:r>
        <w:t>تو آج کا جو تھوڑا سا لمحہ ہے، آج کا جو temporary تھوڑا سا لمحہ ہے، اسی میں لوگ پھنسے ہوئے ہیں۔</w:t>
      </w:r>
    </w:p>
    <w:p>
      <w:r>
        <w:rPr>
          <w:b/>
        </w:rPr>
        <w:t xml:space="preserve">[12:43] </w:t>
      </w:r>
      <w:r>
        <w:t>usi ke aitbar se un ki sargharmiyan chalti hain. aur jo bara din hai, jo bari kamyabi hai, jo eternal life hai, us ko unhon ne apna concern nahi ban</w:t>
      </w:r>
    </w:p>
    <w:p>
      <w:pPr>
        <w:jc w:val="right"/>
      </w:pPr>
      <w:r>
        <w:t>اسی کے اعتبار سے ان کی سرگرمیاں چلتی ہیں۔ اور جو بڑا دن ہے، جو بڑی کامیابی ہے، جو eternal life ہے، اس کو انہوں نے اپنا concern نہیں بن</w:t>
      </w:r>
    </w:p>
    <w:p>
      <w:r>
        <w:rPr>
          <w:b/>
        </w:rPr>
        <w:t xml:space="preserve">[12:57] </w:t>
      </w:r>
      <w:r>
        <w:t>aya. wahan ke lihaz se woh apni taqat ko, apni energy ko, apne maal ko kharch nahi karte. ab zakat jo hai, woh isi cheez ka naam hai.</w:t>
      </w:r>
    </w:p>
    <w:p>
      <w:pPr>
        <w:jc w:val="right"/>
      </w:pPr>
      <w:r>
        <w:t>ایا۔ وہاں کے لحاظ سے وہ اپنی طاقت کو، اپنی energy کو، اپنے مال کو خرچ نہیں کرتے۔ اب زکوۃ جو ہے، وہ اسی چیز کا نام ہے۔</w:t>
      </w:r>
    </w:p>
    <w:p>
      <w:r>
        <w:rPr>
          <w:b/>
        </w:rPr>
        <w:t xml:space="preserve">[13:08] </w:t>
      </w:r>
      <w:r>
        <w:t>dekhiye, zakat ke mani kya hain? yani literal taur par zakat ka matlab hai barhotri, numo.</w:t>
      </w:r>
    </w:p>
    <w:p>
      <w:pPr>
        <w:jc w:val="right"/>
      </w:pPr>
      <w:r>
        <w:t>دیکھیے، زکوۃ کے معنی کیا ہیں؟ یعنی literal طور پر زکوۃ کا مطلب ہے بڑھوتری، نمو۔</w:t>
      </w:r>
    </w:p>
    <w:p>
      <w:r>
        <w:rPr>
          <w:b/>
        </w:rPr>
        <w:t xml:space="preserve">[13:18] </w:t>
      </w:r>
      <w:r>
        <w:t>yani to grow. zakat ke mani hote hain to grow. yani badhna, flourish karna.</w:t>
      </w:r>
    </w:p>
    <w:p>
      <w:pPr>
        <w:jc w:val="right"/>
      </w:pPr>
      <w:r>
        <w:t>یعنی to grow۔ زکوۃ کے معنی ہوتے ہیں to grow۔ یعنی بڑھنا، flourish کرنا۔</w:t>
      </w:r>
    </w:p>
    <w:p>
      <w:r>
        <w:rPr>
          <w:b/>
        </w:rPr>
        <w:t xml:space="preserve">[13:28] </w:t>
      </w:r>
      <w:r>
        <w:t>to is aise maal ko jo Allah ke raste mein kharch kiya jaye, us ko zakat kyun kaha gaya? is liye ke woh badhta hai.</w:t>
      </w:r>
    </w:p>
    <w:p>
      <w:pPr>
        <w:jc w:val="right"/>
      </w:pPr>
      <w:r>
        <w:t>تو اس ایسے مال کو جو اللہ کے راستے میں خرچ کیا جائے، اس کو زکوۃ کیوں کہا گیا؟ اس لیے کہ وہ بڑھتا ہے۔</w:t>
      </w:r>
    </w:p>
    <w:p>
      <w:r>
        <w:rPr>
          <w:b/>
        </w:rPr>
        <w:t xml:space="preserve">[13:39] </w:t>
      </w:r>
      <w:r>
        <w:t>badhne ke mani kya hain? ke dunya se le kar akhirat tak is ka faida pahunch jata hai. badhne ke mani yeh hain. kharch kiya aap ne dunya mein, lekin woh badha, badha, badha, yahan tak ke woh akhirat mein pahunch gaya.</w:t>
      </w:r>
    </w:p>
    <w:p>
      <w:pPr>
        <w:jc w:val="right"/>
      </w:pPr>
      <w:r>
        <w:t>بڑھنے کے معنی کیا ہیں؟ کہ دنیا سے لے کر آخرت تک اس کا فائدہ پہنچ جاتا ہے۔ بڑھنے کے معنی یہ ہیں۔ خرچ کیا آپ نے دنیا میں، لیکن وہ بڑھا، بڑھا، بڑھا، یہاں تک کہ وہ آخرت میں پہنچ گیا۔</w:t>
      </w:r>
    </w:p>
    <w:p>
      <w:r>
        <w:rPr>
          <w:b/>
        </w:rPr>
        <w:t xml:space="preserve">[13:56] </w:t>
      </w:r>
      <w:r>
        <w:t>marne ke baad jab wahan pahunchenge to woh maal aap ko milega. akhirat ke aitbar se jannat ki shakal mein, abadi inaam aur abadi rahat ki shakal mein.</w:t>
      </w:r>
    </w:p>
    <w:p>
      <w:pPr>
        <w:jc w:val="right"/>
      </w:pPr>
      <w:r>
        <w:t>مرنے کے بعد جب وہاں پہنچیں گے تو وہ مال آپ کو ملے گا۔ آخرت کے اعتبار سے جنت کی شکل میں، ابدی انعام اور ابدی راحت کی شکل میں۔</w:t>
      </w:r>
    </w:p>
    <w:p>
      <w:r>
        <w:rPr>
          <w:b/>
        </w:rPr>
        <w:t xml:space="preserve">[14:09] </w:t>
      </w:r>
      <w:r>
        <w:t>isi liye is ko badhna kaha. is ko phir chheentna kaha.</w:t>
      </w:r>
    </w:p>
    <w:p>
      <w:pPr>
        <w:jc w:val="right"/>
      </w:pPr>
      <w:r>
        <w:t>اسی لیے اس کو بڑھنا کہا۔ اس کو پھر چھینٹنا کہا۔</w:t>
      </w:r>
    </w:p>
    <w:p>
      <w:r>
        <w:rPr>
          <w:b/>
        </w:rPr>
        <w:t xml:space="preserve">[14:16] </w:t>
      </w:r>
      <w:r>
        <w:t>jo maal aap ne apni khwahish ke liye kharch kiya, us ko quran mein kaha gaya ke yeh maal chheentna hai. aur jo maal aap ne kharch kiya, akhirat ko Khuda ki khushnudi ko samne rakh kar ke, us ka khud is ko badhna kaha gaya.</w:t>
      </w:r>
    </w:p>
    <w:p>
      <w:pPr>
        <w:jc w:val="right"/>
      </w:pPr>
      <w:r>
        <w:t>جو مال آپ نے اپنی خواہش کے لیے خرچ کیا، اس کو قرآن میں کہا گیا کہ یہ مال چھینٹنا ہے۔ اور جو مال آپ نے خرچ کیا، آخرت کو خدا کی خوشنودی کو سامنے رکھ کر کے، اس کا خود اس کو بڑھنا کہا گیا۔</w:t>
      </w:r>
    </w:p>
    <w:p>
      <w:r>
        <w:rPr>
          <w:b/>
        </w:rPr>
        <w:t xml:space="preserve">[14:36] </w:t>
      </w:r>
      <w:r>
        <w:t>kyun ke badhte badhte is ka faida akhirat tak pahunchta hai.</w:t>
      </w:r>
    </w:p>
    <w:p>
      <w:pPr>
        <w:jc w:val="right"/>
      </w:pPr>
      <w:r>
        <w:t>کیونکہ بڑھتے بڑھتے اس کا فائدہ آخرت تک پہنچتا ہے۔</w:t>
      </w:r>
    </w:p>
    <w:p>
      <w:r>
        <w:rPr>
          <w:b/>
        </w:rPr>
        <w:t xml:space="preserve">[14:42] </w:t>
      </w:r>
      <w:r>
        <w:t>dekhiye, zakat ka ek qanooni aspect hai ya ek fiqhi masail hain is ke. us waqt mein is ke qanooni pehlu ya fiqhi masail par kuch arz nahi kar raha hoon.</w:t>
      </w:r>
    </w:p>
    <w:p>
      <w:pPr>
        <w:jc w:val="right"/>
      </w:pPr>
      <w:r>
        <w:t>دیکھیے، زکوۃ کا ایک قانونی aspect ہے یا ایک فقہی مسائل ہیں اس کے۔ اس وقت میں اس کے قانونی پہلو یا فقہی مسائل پر کچھ عرض نہیں کر رہا ہوں۔</w:t>
      </w:r>
    </w:p>
    <w:p>
      <w:r>
        <w:rPr>
          <w:b/>
        </w:rPr>
        <w:t xml:space="preserve">[14:57] </w:t>
      </w:r>
      <w:r>
        <w:t>kyun ke fiqhi masail zakat ke aam taur par logon ko maloom hain. masjidon mein woh sunte hain un baton ko.</w:t>
      </w:r>
    </w:p>
    <w:p>
      <w:pPr>
        <w:jc w:val="right"/>
      </w:pPr>
      <w:r>
        <w:t>کیونکہ فقہی مسائل زکوۃ کے عام طور پر لوگوں کو معلوم ہیں۔ مسجدوں میں وہ سنتے ہیں ان باتوں کو۔</w:t>
      </w:r>
    </w:p>
    <w:p>
      <w:r>
        <w:rPr>
          <w:b/>
        </w:rPr>
        <w:t xml:space="preserve">[15:06] </w:t>
      </w:r>
      <w:r>
        <w:t>madarson mein baatein batai jati hain.</w:t>
      </w:r>
    </w:p>
    <w:p>
      <w:pPr>
        <w:jc w:val="right"/>
      </w:pPr>
      <w:r>
        <w:t>مدرسوں میں باتیں بتائی جاتی ہیں۔</w:t>
      </w:r>
    </w:p>
    <w:p>
      <w:r>
        <w:rPr>
          <w:b/>
        </w:rPr>
        <w:t xml:space="preserve">[15:08] </w:t>
      </w:r>
      <w:r>
        <w:t>kitaben bohat zyada chhapi hui hain is tarah ki. fakhuz zakat type ki. to fiqhi masail to aam hain kitabon mein, taqrirron mein, madarson mein, har jagah.</w:t>
      </w:r>
    </w:p>
    <w:p>
      <w:pPr>
        <w:jc w:val="right"/>
      </w:pPr>
      <w:r>
        <w:t>کتابیں بہت زیادہ چھپی ہوئی ہیں اس طرح کی۔ فخذ زکوۃ ٹائپ کی۔ تو فقہی مسائل تو عام ہیں کتابوں میں، تقریروں میں، مدرسوں میں، ہر جگہ۔</w:t>
      </w:r>
    </w:p>
    <w:p>
      <w:r>
        <w:rPr>
          <w:b/>
        </w:rPr>
        <w:t xml:space="preserve">[15:21] </w:t>
      </w:r>
      <w:r>
        <w:t>is ko janna har ek amalan is ko janta hai in baton ko. main is waqt jis baat ko arz karna chahunga, woh hai zakat ki ma'anwi ahmiyat.</w:t>
      </w:r>
    </w:p>
    <w:p>
      <w:pPr>
        <w:jc w:val="right"/>
      </w:pPr>
      <w:r>
        <w:t>اس کو جاننا ہر ایک عملاً اس کو جانتا ہے ان باتوں کو۔ میں اس وقت جس بات کو عرض کرنا چاہوں گا، وہ ہے زکوۃ کی معنوی اہمیت۔</w:t>
      </w:r>
    </w:p>
    <w:p>
      <w:r>
        <w:rPr>
          <w:b/>
        </w:rPr>
        <w:t xml:space="preserve">[15:36] </w:t>
      </w:r>
      <w:r>
        <w:t>is ki jo hikmat hai, zakat ke andar jo hikmat ka pehlu hai, us par behas karna chahunga. to zakat ka ek pehlu, main jahan tak maine samjha hai, zakat ke do pehlu hain.</w:t>
      </w:r>
    </w:p>
    <w:p>
      <w:pPr>
        <w:jc w:val="right"/>
      </w:pPr>
      <w:r>
        <w:t>اس کی جو حکمت ہے، زکوۃ کے اندر جو حکمت کا پہلو ہے، اس پر بحث کرنا چاہوں گا۔ تو زکوۃ کا ایک پہلو، میں جہاں تک میں نے سمجھا ہے، زکوۃ کے دو پہلو ہیں۔</w:t>
      </w:r>
    </w:p>
    <w:p>
      <w:r>
        <w:rPr>
          <w:b/>
        </w:rPr>
        <w:t xml:space="preserve">[15:54] </w:t>
      </w:r>
      <w:r>
        <w:t>ek hai individual ke aitbar se aadmi ko is ka faida milna. aur ek hai society ko is ka faida milna.</w:t>
      </w:r>
    </w:p>
    <w:p>
      <w:pPr>
        <w:jc w:val="right"/>
      </w:pPr>
      <w:r>
        <w:t>ایک ہے individual کے اعتبار سے آدمی کو اس کا فائدہ ملنا۔ اور ایک ہے society کو اس کا فائدہ ملنا۔</w:t>
      </w:r>
    </w:p>
    <w:p>
      <w:r>
        <w:rPr>
          <w:b/>
        </w:rPr>
        <w:t xml:space="preserve">[16:05] </w:t>
      </w:r>
      <w:r>
        <w:t>jahan tak maine samjha hai, zakat ke do pehlu hain. to inforadi aitbar se, as an individual jo faida milta hai, us ke baray mein farmaya ke jo maal kharch karta hai apne aap ko pak karne ke liye.</w:t>
      </w:r>
    </w:p>
    <w:p>
      <w:pPr>
        <w:jc w:val="right"/>
      </w:pPr>
      <w:r>
        <w:t>جہاں تک میں نے سمجھا ہے، زکوۃ کے دو پہلو ہیں۔ تو انفرادی اعتبار سے، as an individual جو فائدہ ملتا ہے، اس کے بارے میں فرمایا کہ جو مال خرچ کرتا ہے اپنے آپ کو پاک کرنے کے لیے۔</w:t>
      </w:r>
    </w:p>
    <w:p>
      <w:r>
        <w:rPr>
          <w:b/>
        </w:rPr>
        <w:t xml:space="preserve">[16:22] </w:t>
      </w:r>
      <w:r>
        <w:t>alladhi yu'ti malahu yutazakka jo maal deta hai apne aap ko pak karne ke liye. yeh hai fard ke aitbar se.</w:t>
      </w:r>
    </w:p>
    <w:p>
      <w:pPr>
        <w:jc w:val="right"/>
      </w:pPr>
      <w:r>
        <w:t>الَّذِي يُوتِّي مَالَهُ يُتَزَكَّى جو مال دیتا ہے اپنے آپ کو پاک کرنے کے لیے۔ یہ ہے فرد کے اعتبار سے۔</w:t>
      </w:r>
    </w:p>
    <w:p>
      <w:r>
        <w:rPr>
          <w:b/>
        </w:rPr>
        <w:t xml:space="preserve">[16:33] </w:t>
      </w:r>
      <w:r>
        <w:t>kyun ke jaisa ke maine arz kiya, maal aadmi ki sab se zyada mehboob cheez hai. to jab mehboob cheez ko Khuda ke liye dega, woh is ke mani kya hue?</w:t>
      </w:r>
    </w:p>
    <w:p>
      <w:pPr>
        <w:jc w:val="right"/>
      </w:pPr>
      <w:r>
        <w:t>کیونکہ جیسا کہ میں نے عرض کیا، مال آدمی کی سب سے زیادہ محبوب چیز ہے۔ تو جب محبوب چیز کو خدا کے لیے دے گا، وہ اس کے معنی کیا ہوئے؟</w:t>
      </w:r>
    </w:p>
    <w:p>
      <w:r>
        <w:rPr>
          <w:b/>
        </w:rPr>
        <w:t xml:space="preserve">[16:47] </w:t>
      </w:r>
      <w:r>
        <w:t>us ne Khuda ki mohabbat ko har doosri cheez par priority di. is ka dil atka hua tha maal mein.</w:t>
      </w:r>
    </w:p>
    <w:p>
      <w:pPr>
        <w:jc w:val="right"/>
      </w:pPr>
      <w:r>
        <w:t>اس نے خدا کی محبت کو ہر دوسری چیز پر priority دی۔ اس کا دل اٹکا ہوا تھا مال میں۔</w:t>
      </w:r>
    </w:p>
    <w:p>
      <w:r>
        <w:rPr>
          <w:b/>
        </w:rPr>
        <w:t xml:space="preserve">[16:56] </w:t>
      </w:r>
      <w:r>
        <w:t>lekin jab is mehboob cheez ko is ne Khuda ke liye diya, to is ke maani hain ke is ne yeh apne andar yeh inculcate kiya, yeh jazba, yeh spirit apne andar bhari ke Khuda jo hai, woh supreme hai.</w:t>
      </w:r>
    </w:p>
    <w:p>
      <w:pPr>
        <w:jc w:val="right"/>
      </w:pPr>
      <w:r>
        <w:t>لیکن جب اس محبوب چیز کو اس نے خدا کے لیے دیا، تو اس کے معنی ہیں کہ اس نے یہ اپنے اندر یہ inculcate کیا، یہ جذبہ، یہ spirit اپنے اندر بھری کہ خدا جو ہے، وہ supreme ہے۔</w:t>
      </w:r>
    </w:p>
    <w:p>
      <w:r>
        <w:rPr>
          <w:b/>
        </w:rPr>
        <w:t xml:space="preserve">[17:13] </w:t>
      </w:r>
      <w:r>
        <w:t>Khuda mera supreme concern hai. Khuda ki mohabbat sab se bari mohabbat hai.</w:t>
      </w:r>
    </w:p>
    <w:p>
      <w:pPr>
        <w:jc w:val="right"/>
      </w:pPr>
      <w:r>
        <w:t>خدا میرا supreme concern ہے۔ خدا کی محبت سب سے بڑی محبت ہے۔</w:t>
      </w:r>
    </w:p>
    <w:p>
      <w:r>
        <w:rPr>
          <w:b/>
        </w:rPr>
        <w:t xml:space="preserve">[17:18] </w:t>
      </w:r>
      <w:r>
        <w:t>jaisa ke Quran mein aata hai ke أشد حباً لله والذين آمنوا أشد حباً لله ke jo believers hain, jo imaan laane wale hain, woh sab se ziyada mohabbat Khuda se karte hain.</w:t>
      </w:r>
    </w:p>
    <w:p>
      <w:pPr>
        <w:jc w:val="right"/>
      </w:pPr>
      <w:r>
        <w:t>جیسا کہ قرآن میں آتا ہے کہ أشد حباً لله والذين آمنوا أشد حباً لله کہ جو believers ہیں، جو ایمان لانے والے ہیں، وہ سب سے زیادہ محبت خدا سے کرتے ہیں۔</w:t>
      </w:r>
    </w:p>
    <w:p>
      <w:r>
        <w:rPr>
          <w:b/>
        </w:rPr>
        <w:t xml:space="preserve">[17:36] </w:t>
      </w:r>
      <w:r>
        <w:t>to momin kaun hai?</w:t>
      </w:r>
    </w:p>
    <w:p>
      <w:pPr>
        <w:jc w:val="right"/>
      </w:pPr>
      <w:r>
        <w:t>تو مومن کون ہے؟</w:t>
      </w:r>
    </w:p>
    <w:p>
      <w:r>
        <w:rPr>
          <w:b/>
        </w:rPr>
        <w:t xml:space="preserve">[17:38] </w:t>
      </w:r>
      <w:r>
        <w:t>momin ka criterion yahi hai ke Khuda se is ki mohabbat sab se ziyada ho. Yaani maal se ziyada mohabbat Khuda se ho.</w:t>
      </w:r>
    </w:p>
    <w:p>
      <w:pPr>
        <w:jc w:val="right"/>
      </w:pPr>
      <w:r>
        <w:t>مومن کا criterion یہی ہے کہ خدا سے اس کی محبت سب سے زیادہ ہو۔ یعنی مال سے زیادہ محبت خدا سے ہو۔</w:t>
      </w:r>
    </w:p>
    <w:p>
      <w:r>
        <w:rPr>
          <w:b/>
        </w:rPr>
        <w:t xml:space="preserve">[17:48] </w:t>
      </w:r>
      <w:r>
        <w:t>aulad se ziyada mohabbat Khuda se ho. Maadi nafe se ziyada mohabbat Khuda se ho. business aur industry har cheez se ziyada mohabbat woh Khuda se karta ho.</w:t>
      </w:r>
    </w:p>
    <w:p>
      <w:pPr>
        <w:jc w:val="right"/>
      </w:pPr>
      <w:r>
        <w:t>اولاد سے زیادہ محبت خدا سے ہو۔ مادی نفع سے زیادہ محبت خدا سے ہو۔ business اور industry ہر چیز سے زیادہ محبت وہ خدا سے کرتا ہو۔</w:t>
      </w:r>
    </w:p>
    <w:p>
      <w:r>
        <w:rPr>
          <w:b/>
        </w:rPr>
        <w:t xml:space="preserve">[18:01] </w:t>
      </w:r>
      <w:r>
        <w:t>dekhiye, yaad rakhiye ke insaan ke paas sab se bari cheez jo hai, woh mohabbat hai.</w:t>
      </w:r>
    </w:p>
    <w:p>
      <w:pPr>
        <w:jc w:val="right"/>
      </w:pPr>
      <w:r>
        <w:t>دیکھیے، یاد رکھیے کہ انسان کے پاس سب سے بڑی چیز جو ہے، وہ محبت ہے۔</w:t>
      </w:r>
    </w:p>
    <w:p>
      <w:r>
        <w:rPr>
          <w:b/>
        </w:rPr>
        <w:t xml:space="preserve">[18:07] </w:t>
      </w:r>
      <w:r>
        <w:t>agar insaan ne mohabbat nahi di Khuda ko, to phir use kuch bhi nahi diya. Aise insaan ko Khuda ki blessing nahi milne wali hai.</w:t>
      </w:r>
    </w:p>
    <w:p>
      <w:pPr>
        <w:jc w:val="right"/>
      </w:pPr>
      <w:r>
        <w:t>اگر انسان نے محبت نہیں دی خدا کو، تو پھر اسے کچھ بھی نہیں دیا۔ ایسے انسان کو خدا کی blessing نہیں ملنے والی ہے۔</w:t>
      </w:r>
    </w:p>
    <w:p>
      <w:r>
        <w:rPr>
          <w:b/>
        </w:rPr>
        <w:t xml:space="preserve">[18:20] </w:t>
      </w:r>
      <w:r>
        <w:t>yaani kuch rituals to woh Khuda ko de. Kuch form ke aitbaar se kuch aamaal Khuda ke liye kar le woh.</w:t>
      </w:r>
    </w:p>
    <w:p>
      <w:pPr>
        <w:jc w:val="right"/>
      </w:pPr>
      <w:r>
        <w:t>یعنی کچھ rituals تو وہ خدا کو دے۔ کچھ فارم کے اعتبار سے کچھ اعمال خدا کے لیے کر لے وہ۔</w:t>
      </w:r>
    </w:p>
    <w:p>
      <w:r>
        <w:rPr>
          <w:b/>
        </w:rPr>
        <w:t xml:space="preserve">[18:32] </w:t>
      </w:r>
      <w:r>
        <w:t>yaani kuch ek rituals ya kuch rasmi aamaal ya kuch form ke aitbaar se kuch cheezein to woh Khuda ke liye kare.</w:t>
      </w:r>
    </w:p>
    <w:p>
      <w:pPr>
        <w:jc w:val="right"/>
      </w:pPr>
      <w:r>
        <w:t>یعنی کچھ ایک rituals یا کچھ رسمی اعمال یا کچھ فارم کے اعتبار سے کچھ چیزیں تو وہ خدا کے لیے کرے۔</w:t>
      </w:r>
    </w:p>
    <w:p>
      <w:r>
        <w:rPr>
          <w:b/>
        </w:rPr>
        <w:t xml:space="preserve">[18:44] </w:t>
      </w:r>
      <w:r>
        <w:t>lekin dil mein jo dil wala jo ta'alluq hai, woh kisi aur cheezon mein laga hua ho. Maslan is ne sajda kiya, sajde mein is ne zameen par sar rakha Khuda ke liye.</w:t>
      </w:r>
    </w:p>
    <w:p>
      <w:pPr>
        <w:jc w:val="right"/>
      </w:pPr>
      <w:r>
        <w:t>لیکن دل میں جو دل والا جو تعلق ہے، وہ کسی اور چیزوں میں لگا ہوا ہو۔ مثلاً اس نے سجدہ کیا، سجدے میں اس نے زمین پر سر رکھا خدا کے لیے۔</w:t>
      </w:r>
    </w:p>
    <w:p>
      <w:r>
        <w:rPr>
          <w:b/>
        </w:rPr>
        <w:t xml:space="preserve">[19:00] </w:t>
      </w:r>
      <w:r>
        <w:t>to agar yeh sirf form hai, agar sirf yeh rituals hain, to kuch bhi value Khuda ke nazdeek is ki nahi hai. Yeh zahiri soorat ke aitbaar se ya form ke aitbaar se ya ritual ke aitbaar se dua zahir kar raha hai ke main Khuda ke aage jhukta hoon, Khuda ke aage sajda karta hoon.</w:t>
      </w:r>
    </w:p>
    <w:p>
      <w:pPr>
        <w:jc w:val="right"/>
      </w:pPr>
      <w:r>
        <w:t>تو اگر یہ صرف فارم ہے، اگر صرف یہ rituals ہیں، تو کچھ بھی value خدا کے نزدیک اس کی نہیں ہے۔ یہ ظاہری صورت کے اعتبار سے یا فارم کے اعتبار سے یا ritual کے اعتبار سے دعا ظاہر کر رہا ہے کہ میں خدا کے آگے جھکتا ہوں، خدا کے آگے سجدہ کرتا ہوں۔</w:t>
      </w:r>
    </w:p>
    <w:p>
      <w:r>
        <w:rPr>
          <w:b/>
        </w:rPr>
        <w:t xml:space="preserve">[19:19] </w:t>
      </w:r>
      <w:r>
        <w:t>lekin is ka dil jhuka hua hai maal ke liye. Is ka dil jhuka hua hai apni aulad ke liye. Is ka dil jhuka hua hai apni family ke liye. Is ka dil jhuka hua hai apne material interest ke liye.</w:t>
      </w:r>
    </w:p>
    <w:p>
      <w:pPr>
        <w:jc w:val="right"/>
      </w:pPr>
      <w:r>
        <w:t>لیکن اس کا دل جھکا ہوا ہے مال کے لیے۔ اس کا دل جھکا ہوا ہے اپنی اولاد کے لیے۔ اس کا دل جھکا ہوا ہے اپنی family کے لیے۔ اس کا دل جھکا ہوا ہے اپنے material interest کے لیے۔</w:t>
      </w:r>
    </w:p>
    <w:p>
      <w:r>
        <w:rPr>
          <w:b/>
        </w:rPr>
        <w:t xml:space="preserve">[19:32] </w:t>
      </w:r>
      <w:r>
        <w:t>to dekha yeh jayega ke dil ka jhukao kis ke liye hai? Sirf form ke aitbaar se jhukao? Sirf shakal ke aitbaar se jhukao?</w:t>
      </w:r>
    </w:p>
    <w:p>
      <w:pPr>
        <w:jc w:val="right"/>
      </w:pPr>
      <w:r>
        <w:t>تو دیکھا یہ جائے گا کہ دل کا جھکاؤ کس کے لیے ہے؟ صرف فارم کے اعتبار سے جھکاؤ؟ صرف شکل کے اعتبار سے جھکاؤ؟</w:t>
      </w:r>
    </w:p>
    <w:p>
      <w:r>
        <w:rPr>
          <w:b/>
        </w:rPr>
        <w:t xml:space="preserve">[19:43] </w:t>
      </w:r>
      <w:r>
        <w:t>ya sirf rasam ke aitbaar se jhukao? Nahi dekha jayega. To woh rukoo ya sajda rasmi rukoo aur sajda hai.</w:t>
      </w:r>
    </w:p>
    <w:p>
      <w:pPr>
        <w:jc w:val="right"/>
      </w:pPr>
      <w:r>
        <w:t>یا صرف رسم کے اعتبار سے جھکاؤ؟ نہیں دیکھا جائے گا۔ تو وہ رکوع یا سجدہ رسمی رکوع اور سجدہ ہے۔</w:t>
      </w:r>
    </w:p>
    <w:p>
      <w:r>
        <w:rPr>
          <w:b/>
        </w:rPr>
        <w:t xml:space="preserve">[19:54] </w:t>
      </w:r>
      <w:r>
        <w:t>jis mein aadmi ka dil jhuka hua na ho.</w:t>
      </w:r>
    </w:p>
    <w:p>
      <w:pPr>
        <w:jc w:val="right"/>
      </w:pPr>
      <w:r>
        <w:t>جس میں آدمی کا دل جھکا ہوا نہ ہو۔</w:t>
      </w:r>
    </w:p>
    <w:p>
      <w:r>
        <w:rPr>
          <w:b/>
        </w:rPr>
        <w:t xml:space="preserve">[19:58] </w:t>
      </w:r>
      <w:r>
        <w:t>is ne apni mohabbat ko Khuda ke liye khaas na kar diya ho. To zakat jo hai, yeh hai ke aadmi apni mehboob cheez ko Khuda ke liye de kar ke yeh Allah par zahir kare ke Khudaaya!</w:t>
      </w:r>
    </w:p>
    <w:p>
      <w:pPr>
        <w:jc w:val="right"/>
      </w:pPr>
      <w:r>
        <w:t>اس نے اپنی محبت کو خدا کے لیے خاص نہ کر دیا ہو۔ تو زکوۃ جو ہے، یہ ہے کہ آدمی اپنی محبوب چیز کو خدا کے لیے دے کر کے یہ اللہ پر ظاہر کرے کہ خدایا!</w:t>
      </w:r>
    </w:p>
    <w:p>
      <w:r>
        <w:rPr>
          <w:b/>
        </w:rPr>
        <w:t xml:space="preserve">[20:17] </w:t>
      </w:r>
      <w:r>
        <w:t>main sab se ziyada mohabbat, sab se ziyada mohabbat tujh se karta hoon. Maal se nahi, aulad se nahi, kisi aur se nahi.</w:t>
      </w:r>
    </w:p>
    <w:p>
      <w:pPr>
        <w:jc w:val="right"/>
      </w:pPr>
      <w:r>
        <w:t>میں سب سے زیادہ محبت، سب سے زیادہ محبت تجھ سے کرتا ہوں۔ مال سے نہیں، اولاد سے نہیں، کسی اور سے نہیں۔</w:t>
      </w:r>
    </w:p>
    <w:p>
      <w:r>
        <w:rPr>
          <w:b/>
        </w:rPr>
        <w:t xml:space="preserve">[20:27] </w:t>
      </w:r>
      <w:r>
        <w:t>is aitbaar se bohat ziyada ahmiyat hai zakat ki ya infaq ki ya sadqe ki. Bohat ziyada.</w:t>
      </w:r>
    </w:p>
    <w:p>
      <w:pPr>
        <w:jc w:val="right"/>
      </w:pPr>
      <w:r>
        <w:t>اس اعتبار سے بہت زیادہ اہمیت ہے زکوۃ کی یا انفاق کی یا صدقہ کی۔ بہت زیادہ۔</w:t>
      </w:r>
    </w:p>
    <w:p>
      <w:r>
        <w:rPr>
          <w:b/>
        </w:rPr>
        <w:t xml:space="preserve">[20:35] </w:t>
      </w:r>
      <w:r>
        <w:t>kyun ke yahin faisla hona hai. Dekhiye, ek lafz mein yeh kaha ja sakta hai ke Khuda ke haan jo darja milne wala hai agli duniya mein, is ka faisla is aitbaar se hota hoga.</w:t>
      </w:r>
    </w:p>
    <w:p>
      <w:pPr>
        <w:jc w:val="right"/>
      </w:pPr>
      <w:r>
        <w:t>کیونکہ یہیں فیصلہ ہونا ہے۔ دیکھیے، ایک لفظ میں یہ کہا جا سکتا ہے کہ خدا کے ہاں جو درجہ ملنے والا ہے اگلی دنیا میں، اس کا فیصلہ اس اعتبار سے ہوتا ہوگا۔</w:t>
      </w:r>
    </w:p>
    <w:p>
      <w:r>
        <w:rPr>
          <w:b/>
        </w:rPr>
        <w:t xml:space="preserve">[20:53] </w:t>
      </w:r>
      <w:r>
        <w:t>do do buniyadon par hoga. Jaisa ke Quran mein bataya gaya hai.</w:t>
      </w:r>
    </w:p>
    <w:p>
      <w:pPr>
        <w:jc w:val="right"/>
      </w:pPr>
      <w:r>
        <w:t>دو دو بنیادوں پر ہوگا۔ جیسا کہ قرآن میں بتایا گیا ہے۔</w:t>
      </w:r>
    </w:p>
    <w:p>
      <w:r>
        <w:rPr>
          <w:b/>
        </w:rPr>
        <w:t xml:space="preserve">[20:58] </w:t>
      </w:r>
      <w:r>
        <w:t>ek to yeh hai ke والذين آمنوا أشد حباً لله doosra hai ke ولم يخشَ إلا الله Yaani darr sirf Khuda ka aur mohabbat sirf Khuda ki.</w:t>
      </w:r>
    </w:p>
    <w:p>
      <w:pPr>
        <w:jc w:val="right"/>
      </w:pPr>
      <w:r>
        <w:t>ایک تو یہ ہے کہ والذين آمنوا أشد حباً لله دوسرا ہے کہ ولم يخشَ إلا الله یعنی ڈر صرف خدا کا اور محبت صرف خدا کی۔</w:t>
      </w:r>
    </w:p>
    <w:p>
      <w:r>
        <w:rPr>
          <w:b/>
        </w:rPr>
        <w:t xml:space="preserve">[21:11] </w:t>
      </w:r>
      <w:r>
        <w:t>dekhiye, insaan inhi do chaaron cheezon ke beech mein rehta hai.</w:t>
      </w:r>
    </w:p>
    <w:p>
      <w:pPr>
        <w:jc w:val="right"/>
      </w:pPr>
      <w:r>
        <w:t>دیکھیے، انسان انہی دو چاروں چیزوں کے بیچ میں رہتا ہے۔</w:t>
      </w:r>
    </w:p>
    <w:p>
      <w:r>
        <w:rPr>
          <w:b/>
        </w:rPr>
        <w:t xml:space="preserve">[21:17] </w:t>
      </w:r>
      <w:r>
        <w:t>ek andesha aur mohabbat. Darr aur mohabbat. Saare jazbaat insaan ke jo hain, aadmi ki saari jo daud dhoop hai, jo kuch bhi woh karta hai subah se shaam tak, woh sab inhi do mein se,</w:t>
      </w:r>
    </w:p>
    <w:p>
      <w:pPr>
        <w:jc w:val="right"/>
      </w:pPr>
      <w:r>
        <w:t>ایک اندیشہ اور محبت۔ ڈر اور محبت۔ سارے جذبات انسان کے جو ہیں، آدمی کی ساری جو دوڑ دھوپ ہے، جو کچھ بھی وہ کرتا ہے صبح سے شام تک، وہ سب انہی دو میں سے،</w:t>
      </w:r>
    </w:p>
    <w:p>
      <w:r>
        <w:rPr>
          <w:b/>
        </w:rPr>
        <w:t xml:space="preserve">[21:35] </w:t>
      </w:r>
      <w:r>
        <w:t>inhi do mein se kisi cheez ke tehat hota hai. Ya to darr se karega ya mohabbat se karega.</w:t>
      </w:r>
    </w:p>
    <w:p>
      <w:pPr>
        <w:jc w:val="right"/>
      </w:pPr>
      <w:r>
        <w:t>انہی دو میں سے کسی چیز کے تحت ہوتا ہے۔ یا تو ڈر سے کرے گا یا محبت سے کرے گا۔</w:t>
      </w:r>
    </w:p>
    <w:p>
      <w:r>
        <w:rPr>
          <w:b/>
        </w:rPr>
        <w:t xml:space="preserve">[21:43] </w:t>
      </w:r>
      <w:r>
        <w:t>dar ka matlab hota hai andesha. andesha. to jab aadmi zakat sachay dil se deta hai, sachay dil se zakat ka matlab apne maal ko, apni kamai ko sachay dil se khuda ke liye kharch karta hai,</w:t>
      </w:r>
    </w:p>
    <w:p>
      <w:pPr>
        <w:jc w:val="right"/>
      </w:pPr>
      <w:r>
        <w:t>ڈر کا مطلب ہوتا ہے اندیشہ۔ اندیشہ۔ تو جب آدمی زکوۃ سچے دل سے دیتا ہے، سچے دل سے زکوۃ کا مطلب اپنے مال کو، اپنی کمائی کو سچے دل سے خدا کے لیے خرچ کرتا ہے،</w:t>
      </w:r>
    </w:p>
    <w:p>
      <w:r>
        <w:rPr>
          <w:b/>
        </w:rPr>
        <w:t xml:space="preserve">[22:03] </w:t>
      </w:r>
      <w:r>
        <w:t>to is ka matlab kya hua? woh yeh zahir karta hai ke mujhe sab se zyada dar khuda ki pakar ka hai.</w:t>
      </w:r>
    </w:p>
    <w:p>
      <w:pPr>
        <w:jc w:val="right"/>
      </w:pPr>
      <w:r>
        <w:t>تو اس کا مطلب کیا ہوا؟ وہ یہ ظاہر کرتا ہے کہ مجھے سب سے زیادہ ڈر خدا کی پکڑ کا ہے۔</w:t>
      </w:r>
    </w:p>
    <w:p>
      <w:r>
        <w:rPr>
          <w:b/>
        </w:rPr>
        <w:t xml:space="preserve">[22:12] </w:t>
      </w:r>
      <w:r>
        <w:t>sab se zyada dar mujhe kis ka hai? khuda ki pakar ka hai. main chahta hoon khuda mujhe akhirat mein na pakray. aur isi ke sath, isi ke sath woh yeh zahir karta hai ke mujhe sab se zyada mohabbat khuda se hai.</w:t>
      </w:r>
    </w:p>
    <w:p>
      <w:pPr>
        <w:jc w:val="right"/>
      </w:pPr>
      <w:r>
        <w:t>سب سے زیادہ ڈر مجھے کس کا ہے؟ خدا کی پکڑ کا ہے۔ میں چاہتا ہوں خدا مجھے آخرت میں نہ پکڑے۔ اور اسی کے ساتھ، اسی کے ساتھ وہ یہ ظاہر کرتا ہے کہ مجھے سب سے زیادہ محبت خدا سے ہے۔</w:t>
      </w:r>
    </w:p>
    <w:p>
      <w:r>
        <w:rPr>
          <w:b/>
        </w:rPr>
        <w:t xml:space="preserve">[22:28] </w:t>
      </w:r>
      <w:r>
        <w:t>kyun ke main apni mehboob cheez ko khuda ke naam par kharch kar ke yeh yeh dikha raha hoon, yeh zahir kar raha hoon ke khudaaya! har doosri cheez secondary mere liye hai.</w:t>
      </w:r>
    </w:p>
    <w:p>
      <w:pPr>
        <w:jc w:val="right"/>
      </w:pPr>
      <w:r>
        <w:t>کیونکہ میں اپنی محبوب چیز کو خدا کے نام پر خرچ کر کے یہ یہ دکھا رہا ہوں، یہ ظاہر کر رہا ہوں کہ خدایا! ہر دوسری چیز secondary میرے لیے ہے۔</w:t>
      </w:r>
    </w:p>
    <w:p>
      <w:r>
        <w:rPr>
          <w:b/>
        </w:rPr>
        <w:t xml:space="preserve">[22:39] </w:t>
      </w:r>
      <w:r>
        <w:t>to hi mera supreme concern hai.</w:t>
      </w:r>
    </w:p>
    <w:p>
      <w:pPr>
        <w:jc w:val="right"/>
      </w:pPr>
      <w:r>
        <w:t>تو ہی میرا supreme concern ہے۔</w:t>
      </w:r>
    </w:p>
    <w:p>
      <w:r>
        <w:rPr>
          <w:b/>
        </w:rPr>
        <w:t xml:space="preserve">[22:43] </w:t>
      </w:r>
      <w:r>
        <w:t>to yaad rakhiye, zakat koi sadah cheez nahi hai. bazahir to aap kahain ge ke zakat kya hai?</w:t>
      </w:r>
    </w:p>
    <w:p>
      <w:pPr>
        <w:jc w:val="right"/>
      </w:pPr>
      <w:r>
        <w:t>تو یاد رکھیے، زکوۃ کوئی سادہ چیز نہیں ہے۔ بظاہر تو آپ کہیں گے کہ زکوۃ کیا ہے؟</w:t>
      </w:r>
    </w:p>
    <w:p>
      <w:r>
        <w:rPr>
          <w:b/>
        </w:rPr>
        <w:t xml:space="preserve">[22:53] </w:t>
      </w:r>
      <w:r>
        <w:t>yani aam aitbar se zakat yeh hai ke saal bhar aap ne kamaya, saal ke akhir mein jo kuch hai aap ke paas, us mein se aap ne dhai percent de diya.</w:t>
      </w:r>
    </w:p>
    <w:p>
      <w:pPr>
        <w:jc w:val="right"/>
      </w:pPr>
      <w:r>
        <w:t>یعنی عام اعتبار سے زکوۃ یہ ہے کہ سال بھر آپ نے کمایا، سال کے آخر میں جو کچھ ہے آپ کے پاس، اس میں سے آپ نے ڈھائی percent دے دیا۔</w:t>
      </w:r>
    </w:p>
    <w:p>
      <w:r>
        <w:rPr>
          <w:b/>
        </w:rPr>
        <w:t xml:space="preserve">[23:04] </w:t>
      </w:r>
      <w:r>
        <w:t>saal bhar kamaya, aap ne kharch kiya, hotay hotay akhir mein jo jis ko kehte hain hawalana hawal, hawalana hawal,</w:t>
      </w:r>
    </w:p>
    <w:p>
      <w:pPr>
        <w:jc w:val="right"/>
      </w:pPr>
      <w:r>
        <w:t>سال بھر کمایا، آپ نے خرچ کیا، ہوتے ہوتے آخر میں جو جس کو کہتے ہیں حولان حول، حولان حول،</w:t>
      </w:r>
    </w:p>
    <w:p>
      <w:r>
        <w:rPr>
          <w:b/>
        </w:rPr>
        <w:t xml:space="preserve">[23:14] </w:t>
      </w:r>
      <w:r>
        <w:t>saal ke poora hone par jo maal aap ke paas hai, us mein se aap ne dhai percent de diya. to yeh hai zakat.</w:t>
      </w:r>
    </w:p>
    <w:p>
      <w:pPr>
        <w:jc w:val="right"/>
      </w:pPr>
      <w:r>
        <w:t>سال کے پورا ہونے پر جو مال آپ کے پاس ہے، اس میں سے آپ نے ڈھائی percent دے دیا۔ تو یہ ہے زکوۃ۔</w:t>
      </w:r>
    </w:p>
    <w:p>
      <w:r>
        <w:rPr>
          <w:b/>
        </w:rPr>
        <w:t xml:space="preserve">[23:24] </w:t>
      </w:r>
      <w:r>
        <w:t>lekin yeh bhi samajh lijiye ke yeh dhai percent jo hai, yeh minimum hai. yeh dhai percent jo hai, yeh minimum hai.</w:t>
      </w:r>
    </w:p>
    <w:p>
      <w:pPr>
        <w:jc w:val="right"/>
      </w:pPr>
      <w:r>
        <w:t>لیکن یہ بھی سمجھ لیجیے کہ یہ ڈھائی percent جو ہے، یہ minimum ہے۔ یہ ڈھائی percent جو ہے، یہ minimum ہے۔</w:t>
      </w:r>
    </w:p>
    <w:p>
      <w:r>
        <w:rPr>
          <w:b/>
        </w:rPr>
        <w:t xml:space="preserve">[23:36] </w:t>
      </w:r>
      <w:r>
        <w:t>maximum kya hai?</w:t>
      </w:r>
    </w:p>
    <w:p>
      <w:pPr>
        <w:jc w:val="right"/>
      </w:pPr>
      <w:r>
        <w:t>maximum کیا ہے؟</w:t>
      </w:r>
    </w:p>
    <w:p>
      <w:r>
        <w:rPr>
          <w:b/>
        </w:rPr>
        <w:t xml:space="preserve">[23:38] </w:t>
      </w:r>
      <w:r>
        <w:t>woh yeh hai ke quran mein bataya gaya hai ke</w:t>
      </w:r>
    </w:p>
    <w:p>
      <w:pPr>
        <w:jc w:val="right"/>
      </w:pPr>
      <w:r>
        <w:t>وہ یہ ہے کہ قرآن میں بتایا گیا ہے کہ</w:t>
      </w:r>
    </w:p>
    <w:p>
      <w:r>
        <w:rPr>
          <w:b/>
        </w:rPr>
        <w:t xml:space="preserve">[23:44] </w:t>
      </w:r>
      <w:r>
        <w:t>yasaloonaka matha yunfaqoon</w:t>
      </w:r>
    </w:p>
    <w:p>
      <w:pPr>
        <w:jc w:val="right"/>
      </w:pPr>
      <w:r>
        <w:t>يَسْأَلُونَكَ مَاذَا يُنْفَقُونَ</w:t>
      </w:r>
    </w:p>
    <w:p>
      <w:r>
        <w:rPr>
          <w:b/>
        </w:rPr>
        <w:t xml:space="preserve">[23:49] </w:t>
      </w:r>
      <w:r>
        <w:t>yeh quran ki ayat hai ke yasaloonaka matha yunfaqoon poochte hain ke kya kharch karein?</w:t>
      </w:r>
    </w:p>
    <w:p>
      <w:pPr>
        <w:jc w:val="right"/>
      </w:pPr>
      <w:r>
        <w:t>یہ قرآن کی آیت ہے کہ يَسْأَلُونَكَ مَاذَا يُنْفَقُونَ پوچھتے ہیں کہ کیا خرچ کریں؟</w:t>
      </w:r>
    </w:p>
    <w:p>
      <w:r>
        <w:rPr>
          <w:b/>
        </w:rPr>
        <w:t xml:space="preserve">[23:59] </w:t>
      </w:r>
      <w:r>
        <w:t>log tum se poochte hain, aye paighambar! ke hum kya kh</w:t>
      </w:r>
    </w:p>
    <w:p>
      <w:pPr>
        <w:jc w:val="right"/>
      </w:pPr>
      <w:r>
        <w:t>لوگ تم سے پوچھتے ہیں، اے پیغمبر! کہ ہم کیا خ</w:t>
      </w:r>
    </w:p>
    <w:p>
      <w:r>
        <w:rPr>
          <w:b/>
        </w:rPr>
        <w:t xml:space="preserve">[24:03] </w:t>
      </w:r>
      <w:r>
        <w:t>arch karein? to keh do ke alaf yani apni zarorat ya apni needs ke siwa jo kuch hai, sab.</w:t>
      </w:r>
    </w:p>
    <w:p>
      <w:pPr>
        <w:jc w:val="right"/>
      </w:pPr>
      <w:r>
        <w:t>رچ کریں؟ تو کہہ دو کہ أَلَفْ یعنی اپنی ضرورت یا اپنی needs کے سوا جو کچھ ہے، سب۔</w:t>
      </w:r>
    </w:p>
    <w:p>
      <w:r>
        <w:rPr>
          <w:b/>
        </w:rPr>
        <w:t xml:space="preserve">[24:15] </w:t>
      </w:r>
      <w:r>
        <w:t>jo bare need jo hai, jo bilkul zarori cheezein hain zindagi ki, haqeeqi zarorat kaha jaye ga.</w:t>
      </w:r>
    </w:p>
    <w:p>
      <w:pPr>
        <w:jc w:val="right"/>
      </w:pPr>
      <w:r>
        <w:t>جو bare need جو ہے، جو بالکل ضروری چیزیں ہیں زندگی کی، حقیقی ضرورت کہا جائے گا۔</w:t>
      </w:r>
    </w:p>
    <w:p>
      <w:r>
        <w:rPr>
          <w:b/>
        </w:rPr>
        <w:t xml:space="preserve">[24:26] </w:t>
      </w:r>
      <w:r>
        <w:t>ke zindagi ki haqeeqi zarorat ko poora karne ke liye, jo need hai us ke liye, to us se zyada jo kuch hai, sab kharch kar do khuda ki raah mein.</w:t>
      </w:r>
    </w:p>
    <w:p>
      <w:pPr>
        <w:jc w:val="right"/>
      </w:pPr>
      <w:r>
        <w:t>کہ زندگی کی حقیقی ضرورت کو پورا کرنے کے لیے، جو need ہے اس کے لیے، تو اس سے زیادہ جو کچھ ہے، سب خرچ کر دو خدا کی راہ میں۔</w:t>
      </w:r>
    </w:p>
    <w:p>
      <w:r>
        <w:rPr>
          <w:b/>
        </w:rPr>
        <w:t xml:space="preserve">[24:38] </w:t>
      </w:r>
      <w:r>
        <w:t>kyun ke aadmi dekhiye, nanga to rahe ga nahi, bhooka to maray ga nahi.</w:t>
      </w:r>
    </w:p>
    <w:p>
      <w:pPr>
        <w:jc w:val="right"/>
      </w:pPr>
      <w:r>
        <w:t>کیونکہ آدمی دیکھیے، ننگا تو رہے گا نہیں، بھوکا تو مرے گا نہیں۔</w:t>
      </w:r>
    </w:p>
    <w:p>
      <w:r>
        <w:rPr>
          <w:b/>
        </w:rPr>
        <w:t xml:space="preserve">[24:44] </w:t>
      </w:r>
      <w:r>
        <w:t>to kuch cheezein hain aisi jo insaan ke liye real need ki hesiyat rakhti hain. us ke baghair aadmi zinda nahi reh sakta.</w:t>
      </w:r>
    </w:p>
    <w:p>
      <w:pPr>
        <w:jc w:val="right"/>
      </w:pPr>
      <w:r>
        <w:t>تو کچھ چیزیں ہیں ایسی جو انسان کے لیے real need کی حیثیت رکھتی ہیں۔ اس کے بغیر آدمی زندہ نہیں رہ سکتا۔</w:t>
      </w:r>
    </w:p>
    <w:p>
      <w:r>
        <w:rPr>
          <w:b/>
        </w:rPr>
        <w:t xml:space="preserve">[24:54] </w:t>
      </w:r>
      <w:r>
        <w:t>to real need se zyada jo kuch hai, woh sab khuda ke rastay mein de do. yeh hai maximum. to yaad rakhiye,</w:t>
      </w:r>
    </w:p>
    <w:p>
      <w:pPr>
        <w:jc w:val="right"/>
      </w:pPr>
      <w:r>
        <w:t>تو real need سے زیادہ جو کچھ ہے، وہ سب خدا کے راستے میں دے دو۔ یہ ہے maximum۔ تو یاد رکھیے،</w:t>
      </w:r>
    </w:p>
    <w:p>
      <w:r>
        <w:rPr>
          <w:b/>
        </w:rPr>
        <w:t xml:space="preserve">[25:06] </w:t>
      </w:r>
      <w:r>
        <w:t>zakat ya infaq ya sadqa ka aik minimum hai, aik maximum hai.</w:t>
      </w:r>
    </w:p>
    <w:p>
      <w:pPr>
        <w:jc w:val="right"/>
      </w:pPr>
      <w:r>
        <w:t>زکوۃ یا انفاق یا صدقہ کا ایک minimum ہے، ایک maximum ہے۔</w:t>
      </w:r>
    </w:p>
    <w:p>
      <w:r>
        <w:rPr>
          <w:b/>
        </w:rPr>
        <w:t xml:space="preserve">[25:14] </w:t>
      </w:r>
      <w:r>
        <w:t>minimum yeh hai ke aap ne dhai percent apne maal mein se nikal kar ke de diya saal poora hone par.</w:t>
      </w:r>
    </w:p>
    <w:p>
      <w:pPr>
        <w:jc w:val="right"/>
      </w:pPr>
      <w:r>
        <w:t>minimum یہ ہے کہ آپ نے ڈھائی percent اپنے مال میں سے نکال کر کے دے دیا سال پورا ہونے پر۔</w:t>
      </w:r>
    </w:p>
    <w:p>
      <w:r>
        <w:rPr>
          <w:b/>
        </w:rPr>
        <w:t xml:space="preserve">[25:25] </w:t>
      </w:r>
      <w:r>
        <w:t>lekin maximum kya hai? ke real need ke siwa jo kuch hai, woh sab de diya khuda ke rastay mein.</w:t>
      </w:r>
    </w:p>
    <w:p>
      <w:pPr>
        <w:jc w:val="right"/>
      </w:pPr>
      <w:r>
        <w:t>لیکن maximum کیا ہے؟ کہ real need کے سوا جو کچھ ہے، وہ سب دے دیا خدا کے راستے میں۔</w:t>
      </w:r>
    </w:p>
    <w:p>
      <w:r>
        <w:rPr>
          <w:b/>
        </w:rPr>
        <w:t xml:space="preserve">[25:37] </w:t>
      </w:r>
      <w:r>
        <w:t>yeh hai zakat ya sadqat ya infaq ka maamla.</w:t>
      </w:r>
    </w:p>
    <w:p>
      <w:pPr>
        <w:jc w:val="right"/>
      </w:pPr>
      <w:r>
        <w:t>یہ ہے زکوۃ یا صدقات یا انفاق کا معاملہ۔</w:t>
      </w:r>
    </w:p>
    <w:p>
      <w:r>
        <w:rPr>
          <w:b/>
        </w:rPr>
        <w:t xml:space="preserve">[25:43] </w:t>
      </w:r>
      <w:r>
        <w:t>sahaba karam ka agar aap mutala karain un ki zindagi ka, to aik aik shakhs is mein barh barh kar kharch karta tha. woh minimum par nahi rukte thay.</w:t>
      </w:r>
    </w:p>
    <w:p>
      <w:pPr>
        <w:jc w:val="right"/>
      </w:pPr>
      <w:r>
        <w:t>صحابہ کرام کا اگر آپ مطالعہ کریں ان کی زندگیوں کا، تو ایک ایک شخص اس میں بڑھ بڑھ کر خرچ کرتا تھا۔ وہ minimum پر نہیں رکتے تھے۔</w:t>
      </w:r>
    </w:p>
    <w:p>
      <w:r>
        <w:rPr>
          <w:b/>
        </w:rPr>
        <w:t xml:space="preserve">[25:56] </w:t>
      </w:r>
      <w:r>
        <w:t>balkay maximum par jatay thay woh. kyun? un ke dil mein yeh jazba hota tha ke Khuda unhein ziyada se ziyada apni blessing de.</w:t>
      </w:r>
    </w:p>
    <w:p>
      <w:pPr>
        <w:jc w:val="right"/>
      </w:pPr>
      <w:r>
        <w:t>بلکہ maximum پر جاتے تھے وہ۔ کیوں؟ ان کے دل میں یہ جذبہ ہوتا تھا کہ خدا انہیں زیادہ سے زیادہ اپنی blessing دے۔</w:t>
      </w:r>
    </w:p>
    <w:p>
      <w:r>
        <w:rPr>
          <w:b/>
        </w:rPr>
        <w:t xml:space="preserve">[26:09] </w:t>
      </w:r>
      <w:r>
        <w:t>un ke dil mein be panah had tak yeh jazba hota tha ke Khuda unhein ziyada se ziyada apni rehmatain de. ziyada se ziyada apni blessing unhein de.</w:t>
      </w:r>
    </w:p>
    <w:p>
      <w:pPr>
        <w:jc w:val="right"/>
      </w:pPr>
      <w:r>
        <w:t>ان کے دل میں بے پناہ حد تک یہ جذبہ ہوتا تھا کہ خدا انہیں زیادہ سے زیادہ اپنی رحمتیں دے۔ زیادہ سے زیادہ اپنی blessing انہیں دے۔</w:t>
      </w:r>
    </w:p>
    <w:p>
      <w:r>
        <w:rPr>
          <w:b/>
        </w:rPr>
        <w:t xml:space="preserve">[26:21] </w:t>
      </w:r>
      <w:r>
        <w:t>to jab woh Khuda se ziyada se ziyada chahtay thay, to woh jantay thay ke it is but natural ke mujhe bhi ziyada se ziyada dena chahiye.</w:t>
      </w:r>
    </w:p>
    <w:p>
      <w:pPr>
        <w:jc w:val="right"/>
      </w:pPr>
      <w:r>
        <w:t>تو جب وہ خدا سے زیادہ سے زیادہ چاہتے تھے، تو وہ جانتے تھے کہ it is but natural کہ مجھے بھی زیادہ سے زیادہ دینا چاہیے۔</w:t>
      </w:r>
    </w:p>
    <w:p>
      <w:r>
        <w:rPr>
          <w:b/>
        </w:rPr>
        <w:t xml:space="preserve">[26:35] </w:t>
      </w:r>
      <w:r>
        <w:t>banday ke paas jo kuch hai, is mein se jab woh ziyada de ga, tab hi woh Khuda ki taraf se ziyada paye ga.</w:t>
      </w:r>
    </w:p>
    <w:p>
      <w:pPr>
        <w:jc w:val="right"/>
      </w:pPr>
      <w:r>
        <w:t>بندے کے پاس جو کچھ ہے، اس میں سے جب وہ زیادہ دے گا، تب ہی وہ خدا کی طرف سے زیادہ پائے گا۔</w:t>
      </w:r>
    </w:p>
    <w:p>
      <w:r>
        <w:rPr>
          <w:b/>
        </w:rPr>
        <w:t xml:space="preserve">[26:45] </w:t>
      </w:r>
      <w:r>
        <w:t>yeh nahi ho sakta hai ke apni taraf se to banda kam de aur Khuda ki taraf se us ko ziyada mil jaye. aisa nahi ho sakta hai.</w:t>
      </w:r>
    </w:p>
    <w:p>
      <w:pPr>
        <w:jc w:val="right"/>
      </w:pPr>
      <w:r>
        <w:t>یہ نہیں ہو سکتا ہے کہ اپنی طرف سے تو بندہ کم دے اور خدا کی طرف سے اس کو زیادہ مل جائے۔ ایسا نہیں ہو سکتا ہے۔</w:t>
      </w:r>
    </w:p>
    <w:p>
      <w:r>
        <w:rPr>
          <w:b/>
        </w:rPr>
        <w:t xml:space="preserve">[26:56] </w:t>
      </w:r>
      <w:r>
        <w:t>dekhiye, ziyada ka matlab yeh nahi ke quantity nahi hai.</w:t>
      </w:r>
    </w:p>
    <w:p>
      <w:pPr>
        <w:jc w:val="right"/>
      </w:pPr>
      <w:r>
        <w:t>دیکھیے، زیادہ کا معنی یہ نہیں کہ quantity نہیں ہے۔</w:t>
      </w:r>
    </w:p>
    <w:p>
      <w:r>
        <w:rPr>
          <w:b/>
        </w:rPr>
        <w:t xml:space="preserve">[27:01] </w:t>
      </w:r>
      <w:r>
        <w:t>is ka matlab nahi ke aik billion dollar to ziyada hai aur das rupay kam hain. nahi. yaad rakhiye, ziyada ka jo ta'ayyun hai, woh miqdar ke aitbar se nahi hota.</w:t>
      </w:r>
    </w:p>
    <w:p>
      <w:pPr>
        <w:jc w:val="right"/>
      </w:pPr>
      <w:r>
        <w:t>اس کا مطلب نہیں کہ ایک بلین ڈالر تو زیادہ ہے اور دس روپے کم ہے۔ نہیں۔ یاد رکھیے، زیادہ کا جو تعین ہے، وہ مقدار کے اعتبار سے نہیں ہوتا۔</w:t>
      </w:r>
    </w:p>
    <w:p>
      <w:r>
        <w:rPr>
          <w:b/>
        </w:rPr>
        <w:t xml:space="preserve">[27:16] </w:t>
      </w:r>
      <w:r>
        <w:t>balkay denay walay ki apni position se hota hai.</w:t>
      </w:r>
    </w:p>
    <w:p>
      <w:pPr>
        <w:jc w:val="right"/>
      </w:pPr>
      <w:r>
        <w:t>بلکہ دینے والے کی اپنی position سے ہوتا ہے۔</w:t>
      </w:r>
    </w:p>
    <w:p>
      <w:r>
        <w:rPr>
          <w:b/>
        </w:rPr>
        <w:t xml:space="preserve">[27:24] </w:t>
      </w:r>
      <w:r>
        <w:t>yani aik aadmi ke paas so million dollar hai.</w:t>
      </w:r>
    </w:p>
    <w:p>
      <w:pPr>
        <w:jc w:val="right"/>
      </w:pPr>
      <w:r>
        <w:t>یعنی ایک آدمی کے پاس سو ملین ڈالر ہے۔</w:t>
      </w:r>
    </w:p>
    <w:p>
      <w:r>
        <w:rPr>
          <w:b/>
        </w:rPr>
        <w:t xml:space="preserve">[27:30] </w:t>
      </w:r>
      <w:r>
        <w:t>ab woh so million dollar wala aadmi agar aik billion dollar de de, tab bhi woh is ke liye ziyada nahi hoga. lekin aap aik aadmi hain jis ke paas kul das rupay hain.</w:t>
      </w:r>
    </w:p>
    <w:p>
      <w:pPr>
        <w:jc w:val="right"/>
      </w:pPr>
      <w:r>
        <w:t>اب وہ سو ملین ڈالر والا آدمی اگر ایک بلین ڈالر دے دے، تب بھی وہ اس کے لیے زیادہ نہیں ہوگا۔ لیکن آپ ایک آدمی ہیں جس کے پاس کل دس روپے ہیں۔</w:t>
      </w:r>
    </w:p>
    <w:p>
      <w:r>
        <w:rPr>
          <w:b/>
        </w:rPr>
        <w:t xml:space="preserve">[27:42] </w:t>
      </w:r>
      <w:r>
        <w:t>woh das rupay mein se agar nau rupay de deta hai woh, to wohi is ke bohat ziyada ho jaye ga. bohat ziyada ho jaye ga.</w:t>
      </w:r>
    </w:p>
    <w:p>
      <w:pPr>
        <w:jc w:val="right"/>
      </w:pPr>
      <w:r>
        <w:t>وہ دس روپے میں سے اگر نو روپے دے دیتا ہے وہ، تو وہی اس کے بہت زیادہ ہو جائے گا۔ بہت زیادہ ہو جائے گا۔</w:t>
      </w:r>
    </w:p>
    <w:p>
      <w:r>
        <w:rPr>
          <w:b/>
        </w:rPr>
        <w:t xml:space="preserve">[27:52] </w:t>
      </w:r>
      <w:r>
        <w:t>to ziyada ka jo lafz mein ne istemal kiya, is ka matlab miqdar ya quantity nahi hai. balkay denay walay ki apni hesiyat ke aitbar se hai is ka ta'alluq.</w:t>
      </w:r>
    </w:p>
    <w:p>
      <w:pPr>
        <w:jc w:val="right"/>
      </w:pPr>
      <w:r>
        <w:t>تو زیادہ کا جو لفظ میں نے استعمال کیا، اس کا مطلب مقدار یا quantity نہیں ہے۔ بلکہ دینے والے کی اپنی حیثیت کے اعتبار سے ہے اس کا تعلق۔</w:t>
      </w:r>
    </w:p>
    <w:p>
      <w:r>
        <w:rPr>
          <w:b/>
        </w:rPr>
        <w:t xml:space="preserve">[28:07] </w:t>
      </w:r>
      <w:r>
        <w:t>ke mere paas jitna tha, is mein se mein ne apne liye kam rakha, Khuda ke liye ziyada de diya.</w:t>
      </w:r>
    </w:p>
    <w:p>
      <w:pPr>
        <w:jc w:val="right"/>
      </w:pPr>
      <w:r>
        <w:t>کہ میرے پاس جتنا تھا، اس میں سے میں نے اپنے لیے کم رکھا، خدا کے لیے زیادہ دے دیا۔</w:t>
      </w:r>
    </w:p>
    <w:p>
      <w:r>
        <w:rPr>
          <w:b/>
        </w:rPr>
        <w:t xml:space="preserve">[28:19] </w:t>
      </w:r>
      <w:r>
        <w:t>apne liye kam rakha, Khuda ke liye ziyada de diya.</w:t>
      </w:r>
    </w:p>
    <w:p>
      <w:pPr>
        <w:jc w:val="right"/>
      </w:pPr>
      <w:r>
        <w:t>اپنے لیے کم رکھا، خدا کے لیے زیادہ دے دیا۔</w:t>
      </w:r>
    </w:p>
    <w:p>
      <w:r>
        <w:rPr>
          <w:b/>
        </w:rPr>
        <w:t xml:space="preserve">[28:22] </w:t>
      </w:r>
      <w:r>
        <w:t>yeh matlab hai is ka. to sahaba ke andar yeh jazba bohat ziyada hota tha. mislan</w:t>
      </w:r>
    </w:p>
    <w:p>
      <w:pPr>
        <w:jc w:val="right"/>
      </w:pPr>
      <w:r>
        <w:t>یہ مطلب ہے اس کا۔ تو صحابہ کے اندر یہ جذبہ بہت زیادہ ہوتا تھا۔ مثلاً</w:t>
      </w:r>
    </w:p>
    <w:p>
      <w:r>
        <w:rPr>
          <w:b/>
        </w:rPr>
        <w:t xml:space="preserve">[28:36] </w:t>
      </w:r>
      <w:r>
        <w:t>madinay mein do sahabi aisay thay jo bohat hi dolat mand manay jatay thay. aik Hazrat Usman aur aik Hazrat Abdul Rehman Ibn Auf.</w:t>
      </w:r>
    </w:p>
    <w:p>
      <w:pPr>
        <w:jc w:val="right"/>
      </w:pPr>
      <w:r>
        <w:t>مدینے میں دو صحابی ایسے تھے جو بہت ہی دولت مند مانے جاتے تھے۔ ایک حضرت عثمان اور ایک حضرت عبدالرحمن ابن عوف۔</w:t>
      </w:r>
    </w:p>
    <w:p>
      <w:r>
        <w:rPr>
          <w:b/>
        </w:rPr>
        <w:t xml:space="preserve">[28:48] </w:t>
      </w:r>
      <w:r>
        <w:t>to Hazrat Usman jo thay, aik baar un ka qafila aaya, tijarti qafila. aur bohat se oonton par sab saman lad kar aaya jo madinay ke bazaar mein is ko bechna tha.</w:t>
      </w:r>
    </w:p>
    <w:p>
      <w:pPr>
        <w:jc w:val="right"/>
      </w:pPr>
      <w:r>
        <w:t>تو حضرت عثمان جو تھے، ایک بار ان کا قافلہ آیا، تجارتی قافلہ۔ اور بہت سے اونٹوں پر سب سامان لد کر آیا جو مدینے کے بازار میں اس کو بیچنا تھا۔</w:t>
      </w:r>
    </w:p>
    <w:p>
      <w:r>
        <w:rPr>
          <w:b/>
        </w:rPr>
        <w:t xml:space="preserve">[29:04] </w:t>
      </w:r>
      <w:r>
        <w:t>ghalla waghera. to wahan par aap ke ghar par tajar akhatta hue khareednay ke liye.</w:t>
      </w:r>
    </w:p>
    <w:p>
      <w:pPr>
        <w:jc w:val="right"/>
      </w:pPr>
      <w:r>
        <w:t>غلہ وغیرہ۔ تو وہاں پر آپ کے گھر پر تاجر اکٹھا ہوئے خریدنے کے لیے۔</w:t>
      </w:r>
    </w:p>
    <w:p>
      <w:r>
        <w:rPr>
          <w:b/>
        </w:rPr>
        <w:t xml:space="preserve">[29:16] </w:t>
      </w:r>
      <w:r>
        <w:t>to unhon ne daam lagaye.</w:t>
      </w:r>
    </w:p>
    <w:p>
      <w:pPr>
        <w:jc w:val="right"/>
      </w:pPr>
      <w:r>
        <w:t>تو انہوں نے دام لگائے۔</w:t>
      </w:r>
    </w:p>
    <w:p>
      <w:r>
        <w:rPr>
          <w:b/>
        </w:rPr>
        <w:t xml:space="preserve">[29:20] </w:t>
      </w:r>
      <w:r>
        <w:t>yeh ziyada tar khanay peenay ki cheezain theen. to unhon ne daam lagaye. to Hazrat Usman ne kaha ke mujh ko is se bhi ziyada mil raha hai.</w:t>
      </w:r>
    </w:p>
    <w:p>
      <w:pPr>
        <w:jc w:val="right"/>
      </w:pPr>
      <w:r>
        <w:t>یہ زیادہ تر کھانے پینے کی چیزیں تھیں۔ تو انہوں نے دام لگائے۔ تو حضرت عثمان نے کہا کہ مجھ کو اس سے بھی زیادہ مل رہا ہے۔</w:t>
      </w:r>
    </w:p>
    <w:p>
      <w:r>
        <w:rPr>
          <w:b/>
        </w:rPr>
        <w:t xml:space="preserve">[29:31] </w:t>
      </w:r>
      <w:r>
        <w:t>to har aik daam barhata gaya. aur aap hamesha kehtay gaye ke mujh ko is se bhi ziyada mil raha hai.</w:t>
      </w:r>
    </w:p>
    <w:p>
      <w:pPr>
        <w:jc w:val="right"/>
      </w:pPr>
      <w:r>
        <w:t>تو ہر ایک دام بڑھاتا گیا۔ اور آپ ہمیشہ کہتے گئے کہ مجھ کو اس سے بھی زیادہ مل رہا ہے۔</w:t>
      </w:r>
    </w:p>
    <w:p>
      <w:r>
        <w:rPr>
          <w:b/>
        </w:rPr>
        <w:t xml:space="preserve">[29:41] </w:t>
      </w:r>
      <w:r>
        <w:t>to aakhir mein un logon ne kaha ke aap ko is tarah kon de raha hai?</w:t>
      </w:r>
    </w:p>
    <w:p>
      <w:pPr>
        <w:jc w:val="right"/>
      </w:pPr>
      <w:r>
        <w:t>تو آخر میں ان لوگوں نے کہا کہ آپ کو اس طرح کون دے رہا ہے؟</w:t>
      </w:r>
    </w:p>
    <w:p>
      <w:r>
        <w:rPr>
          <w:b/>
        </w:rPr>
        <w:t xml:space="preserve">[29:48] </w:t>
      </w:r>
      <w:r>
        <w:t>yahan to madinay ke saaray tajar akhatta hain. yahan to madinay ke saaray tajar akhatta hain. to woh kon hai jo aap ko ziyada de raha hai?</w:t>
      </w:r>
    </w:p>
    <w:p>
      <w:pPr>
        <w:jc w:val="right"/>
      </w:pPr>
      <w:r>
        <w:t>یہاں تو مدینے کے سارے تاجر اکٹھا ہیں۔ یہاں تو مدینے کے سارے تاجر اکٹھا ہیں۔ تو وہ کون ہے جو آپ کو زیادہ دے رہا ہے؟</w:t>
      </w:r>
    </w:p>
    <w:p>
      <w:r>
        <w:rPr>
          <w:b/>
        </w:rPr>
        <w:t xml:space="preserve">[30:00] </w:t>
      </w:r>
      <w:r>
        <w:t>to aap ne ayat parhi.</w:t>
      </w:r>
    </w:p>
    <w:p>
      <w:pPr>
        <w:jc w:val="right"/>
      </w:pPr>
      <w:r>
        <w:t>تو آپ نے آیت پڑھی۔</w:t>
      </w:r>
    </w:p>
    <w:p>
      <w:r>
        <w:rPr>
          <w:b/>
        </w:rPr>
        <w:t xml:space="preserve">[30:05] </w:t>
      </w:r>
      <w:r>
        <w:t>keh khuda neki ka das guna banda deta hai. Das guna se le kar ke saat sau guna tak deta hai.</w:t>
      </w:r>
    </w:p>
    <w:p>
      <w:pPr>
        <w:jc w:val="right"/>
      </w:pPr>
      <w:r>
        <w:t>کہ خدا نیکی کا دس گنا بندہ دیتا ہے۔ دس گنا سے لے کر کے سات سو گنا تک دیتا ہے۔</w:t>
      </w:r>
    </w:p>
    <w:p>
      <w:r>
        <w:rPr>
          <w:b/>
        </w:rPr>
        <w:t xml:space="preserve">[30:14] </w:t>
      </w:r>
      <w:r>
        <w:t>yani khuda ke haan minimum aur maximum ka bataya. Ke khuda ke haan dene ka jo hai, to minimum to yeh hai ke das guna de.</w:t>
      </w:r>
    </w:p>
    <w:p>
      <w:pPr>
        <w:jc w:val="right"/>
      </w:pPr>
      <w:r>
        <w:t>یعنی خدا کے ہاں minimum اور maximum کا بتایا۔ کہ خدا کے ہاں دینے کا جو ہے، تو minimum تو یہ ہے کہ دس گنا دے۔</w:t>
      </w:r>
    </w:p>
    <w:p>
      <w:r>
        <w:rPr>
          <w:b/>
        </w:rPr>
        <w:t xml:space="preserve">[30:24] </w:t>
      </w:r>
      <w:r>
        <w:t>maximum to hai ke saat sau guna tak de deta tha. To unhon ne kaha ke deta tum de rahe ho, is se bohat zyada mujhe khuda ki taraf se wada kiya ja raha hai dene ka.</w:t>
      </w:r>
    </w:p>
    <w:p>
      <w:pPr>
        <w:jc w:val="right"/>
      </w:pPr>
      <w:r>
        <w:t>maximum تو ہے کہ سات سو گنا تک دے دیتا تھا۔ تو انہوں نے کہا کہ دیتا تم دے رہے ہو، اس سے بہت زیادہ مجھے خدا کی طرف سے وعدہ کیا جا رہا ہے دینے کا۔</w:t>
      </w:r>
    </w:p>
    <w:p>
      <w:r>
        <w:rPr>
          <w:b/>
        </w:rPr>
        <w:t xml:space="preserve">[30:35] </w:t>
      </w:r>
      <w:r>
        <w:t>To chunancha unhon ne sara jo khane peene ka saman tha, us ko unhon ne sadqa kar diya. Sadqa kar diya.</w:t>
      </w:r>
    </w:p>
    <w:p>
      <w:pPr>
        <w:jc w:val="right"/>
      </w:pPr>
      <w:r>
        <w:t>تو چنانچہ انہوں نے سارا جو کھانے پینے کا سامان تھا، اس کو انہوں نے صدقہ کر دیا۔ صدقہ کر دیا۔</w:t>
      </w:r>
    </w:p>
    <w:p>
      <w:r>
        <w:rPr>
          <w:b/>
        </w:rPr>
        <w:t xml:space="preserve">[30:44] </w:t>
      </w:r>
      <w:r>
        <w:t>Yeh spirit hoti thi sahaba karam mein. Kyun ke woh jante the ke jitna mein yahan dunga, dunya dunya mein jitna mein dunga, is se bohat zyada mujhe return milega.</w:t>
      </w:r>
    </w:p>
    <w:p>
      <w:pPr>
        <w:jc w:val="right"/>
      </w:pPr>
      <w:r>
        <w:t>یہ spirit ہوتی تھی صحابہ کرام میں۔ کیونکہ وہ جانتے تھے کہ جتنا میں یہاں دوں گا، دنیا دنیا میں جتنا میں دوں گا، اس سے بہت زیادہ مجھے return ملے گا۔</w:t>
      </w:r>
    </w:p>
    <w:p>
      <w:r>
        <w:rPr>
          <w:b/>
        </w:rPr>
        <w:t xml:space="preserve">[30:54] </w:t>
      </w:r>
      <w:r>
        <w:t>Aakhirat mein. To log dunya ke return ko dekh kar kharch karte hain. Aur momin jo hai, woh aakhirat ke return ko dekh kar kharch karta hai.</w:t>
      </w:r>
    </w:p>
    <w:p>
      <w:pPr>
        <w:jc w:val="right"/>
      </w:pPr>
      <w:r>
        <w:t>آخرت میں۔ تو لوگ دنیا کے return کو دیکھ کر خرچ کرتے ہیں۔ اور مومن جو ہے، وہ آخرت کے return کو دیکھ کر خرچ کرتا ہے۔</w:t>
      </w:r>
    </w:p>
    <w:p>
      <w:r>
        <w:rPr>
          <w:b/>
        </w:rPr>
        <w:t xml:space="preserve">[31:09] </w:t>
      </w:r>
      <w:r>
        <w:t>Ab mein aap ko ek hadith sunaoonga, ek</w:t>
      </w:r>
    </w:p>
    <w:p>
      <w:pPr>
        <w:jc w:val="right"/>
      </w:pPr>
      <w:r>
        <w:t>اب میں آپ کو ایک حدیث سناؤں گا، ایک</w:t>
      </w:r>
    </w:p>
    <w:p>
      <w:r>
        <w:rPr>
          <w:b/>
        </w:rPr>
        <w:t xml:space="preserve">[31:13] </w:t>
      </w:r>
      <w:r>
        <w:t>. Hadith mein aaya hai ke zakat aur sadqat ke bare mein. Ke تُخَذُ مِنْ أَغْنِيَائِكُمْ وَتُرَدُّ إِلَى فُقْرَائِكُمْ zakat ke bare mein farmaya ke تُخَذُ مِنْ أَغْنِيَائِكُمْ وَتُرَدُّ إِلَى فُقْرَائِكُمْ</w:t>
      </w:r>
    </w:p>
    <w:p>
      <w:pPr>
        <w:jc w:val="right"/>
      </w:pPr>
      <w:r>
        <w:t>۔ حدیث میں آیا ہے کہ زکوۃ اور صدقات کے بارے میں۔ کہ تُخَذُ مِنْ أَغْنِيَائِكُمْ وَتُرَدُّ إِلَى فُقْرَائِكُمْ زکوۃ کے بارے میں فرمایا کہ تُخَذُ مِنْ أَغْنِيَائِكُمْ وَتُرَدُّ إِلَى فُقْرَائِكُمْ</w:t>
      </w:r>
    </w:p>
    <w:p>
      <w:r>
        <w:rPr>
          <w:b/>
        </w:rPr>
        <w:t xml:space="preserve">[31:36] </w:t>
      </w:r>
      <w:r>
        <w:t>Ke yeh zakat ka jo maal hai, jo tum se liya jata hai, aam taur par is ki miqdar jo hai, saal ke aakhir mein dahi feesad hoti hai.</w:t>
      </w:r>
    </w:p>
    <w:p>
      <w:pPr>
        <w:jc w:val="right"/>
      </w:pPr>
      <w:r>
        <w:t>کہ یہ زکوۃ کا جو مال ہے، جو تم سے لیا جاتا ہے، عام طور پر اس کی مقدار جو ہے، سال کے آخر میں ڈھائی فیصد ہوتی ہے۔</w:t>
      </w:r>
    </w:p>
    <w:p>
      <w:r>
        <w:rPr>
          <w:b/>
        </w:rPr>
        <w:t xml:space="preserve">[31:50] </w:t>
      </w:r>
      <w:r>
        <w:t>Mukhtalif aitbar se hoti hai, yani ek hai maal, ek hai ziraat ki paidawar, ek hai maweshi waghera.</w:t>
      </w:r>
    </w:p>
    <w:p>
      <w:pPr>
        <w:jc w:val="right"/>
      </w:pPr>
      <w:r>
        <w:t>مختلف اعتبار سے ہوتی ہے، یعنی ایک ہے مال، ایک ہے زراعت کی پیداوار، ایک ہے مویشی وغیرہ۔</w:t>
      </w:r>
    </w:p>
    <w:p>
      <w:r>
        <w:rPr>
          <w:b/>
        </w:rPr>
        <w:t xml:space="preserve">[32:00] </w:t>
      </w:r>
      <w:r>
        <w:t>Lekin عمومی طور par jo is ka miqdar hai, woh hai maal par dahi feesad, saal ka pura hone par. To farmaya ke تُخَذُ مِنْ أَغْنِيَائِكُمْ وَتُرَدُّ إِلَى فُقْرَائِكُم</w:t>
      </w:r>
    </w:p>
    <w:p>
      <w:pPr>
        <w:jc w:val="right"/>
      </w:pPr>
      <w:r>
        <w:t>لیکن عمومی طور پر جو اس کا مقدار ہے، وہ ہے مال پر ڈھائی فیصد، سال کا پورا ہونے پر۔ تو فرمایا کہ تُخَذُ مِنْ أَغْنِيَائِكُمْ وَتُرَدُّ إِلَى فُقْرَائِكُم</w:t>
      </w:r>
    </w:p>
    <w:p>
      <w:r>
        <w:rPr>
          <w:b/>
        </w:rPr>
        <w:t xml:space="preserve">[32:14] </w:t>
      </w:r>
      <w:r>
        <w:t>Ke tumhare daulat mandon se li jati hai aur tumhare gharibon par di jati hai. Yeh bohat aham baat hai.</w:t>
      </w:r>
    </w:p>
    <w:p>
      <w:pPr>
        <w:jc w:val="right"/>
      </w:pPr>
      <w:r>
        <w:t>ْ کہ تمہارے دولت مندوں سے لی جاتی ہے اور تمہارے غریبوں پر دی جاتی ہے۔ یہ بہت اہم بات ہے۔</w:t>
      </w:r>
    </w:p>
    <w:p>
      <w:r>
        <w:rPr>
          <w:b/>
        </w:rPr>
        <w:t xml:space="preserve">[32:25] </w:t>
      </w:r>
      <w:r>
        <w:t>Dekhiye, khuda ne jo nizam banaya hai, woh nizam mein equality nahi hai ke sab ko barabar, sab ko barabar, sab ko barabar.</w:t>
      </w:r>
    </w:p>
    <w:p>
      <w:pPr>
        <w:jc w:val="right"/>
      </w:pPr>
      <w:r>
        <w:t>دیکھیے، خدا نے جو نظام بنایا ہے، وہ نظام میں equality نہیں ہے کہ سب کو برابر، سب کو برابر، سب کو برابر۔</w:t>
      </w:r>
    </w:p>
    <w:p>
      <w:r>
        <w:rPr>
          <w:b/>
        </w:rPr>
        <w:t xml:space="preserve">[32:35] </w:t>
      </w:r>
      <w:r>
        <w:t>Nahi. Khuda ne sab ko barabar ka usool nahi rakha hai.</w:t>
      </w:r>
    </w:p>
    <w:p>
      <w:pPr>
        <w:jc w:val="right"/>
      </w:pPr>
      <w:r>
        <w:t>نہیں۔ خدا نے سب کو برابر کا اصول نہیں رکھا ہے۔</w:t>
      </w:r>
    </w:p>
    <w:p>
      <w:r>
        <w:rPr>
          <w:b/>
        </w:rPr>
        <w:t xml:space="preserve">[32:45] </w:t>
      </w:r>
      <w:r>
        <w:t>Kyun ke aap jante hain, kisi ke masjid zyada taqatwar hote hain, kisi ke kamzor hote hain. Koi zyada intelligent hota hai, koi kam hota hai. Is lehaz se kamai mein farq ho jata hai.</w:t>
      </w:r>
    </w:p>
    <w:p>
      <w:pPr>
        <w:jc w:val="right"/>
      </w:pPr>
      <w:r>
        <w:t>کیونکہ آپ جانتے ہیں، کسی کے مسجد زیادہ طاقتور ہوتے ہیں، کسی کے کمزور ہوتے ہیں۔ کوئی زیادہ intelligent ہوتا ہے، کوئی کم ہوتا ہے۔ اس لحاظ سے کمائی میں فرق ہو جاتا ہے۔</w:t>
      </w:r>
    </w:p>
    <w:p>
      <w:r>
        <w:rPr>
          <w:b/>
        </w:rPr>
        <w:t xml:space="preserve">[32:58] </w:t>
      </w:r>
      <w:r>
        <w:t>Koi zyada kamata hai, koi kam kamata hai. To khuda ne yeh farq rakha, yeh farq, difference. Is liye ta ke struggle jari rahe, competition jari rahe.</w:t>
      </w:r>
    </w:p>
    <w:p>
      <w:pPr>
        <w:jc w:val="right"/>
      </w:pPr>
      <w:r>
        <w:t>کوئی زیادہ کماتا ہے، کوئی کم کماتا ہے۔ تو خدا نے یہ فرق رکھا، یہ فرق، difference۔ اس لیے تاکہ struggle جاری رہے، competition جاری رہے۔</w:t>
      </w:r>
    </w:p>
    <w:p>
      <w:r>
        <w:rPr>
          <w:b/>
        </w:rPr>
        <w:t xml:space="preserve">[33:09] </w:t>
      </w:r>
      <w:r>
        <w:t>Khoob mehnatain karein log.</w:t>
      </w:r>
    </w:p>
    <w:p>
      <w:pPr>
        <w:jc w:val="right"/>
      </w:pPr>
      <w:r>
        <w:t>خوب محنتیں کریں لوگ۔</w:t>
      </w:r>
    </w:p>
    <w:p>
      <w:r>
        <w:rPr>
          <w:b/>
        </w:rPr>
        <w:t xml:space="preserve">[33:13] </w:t>
      </w:r>
      <w:r>
        <w:t>Yeh motivation ke liye hai aur incentive ke liye. Agar farq na ho to incentive khatam. Farq na ho to competition khatam.</w:t>
      </w:r>
    </w:p>
    <w:p>
      <w:pPr>
        <w:jc w:val="right"/>
      </w:pPr>
      <w:r>
        <w:t>یہ motivation کے لیے ہے اور incentive کے لیے۔ اگر فرق نہ ہو تو incentive ختم۔ فرق نہ ہو تو competition ختم۔</w:t>
      </w:r>
    </w:p>
    <w:p>
      <w:r>
        <w:rPr>
          <w:b/>
        </w:rPr>
        <w:t xml:space="preserve">[33:23] </w:t>
      </w:r>
      <w:r>
        <w:t>Farq na ho to challenge khatam. To phir taraqqi bhi nahi hogi.</w:t>
      </w:r>
    </w:p>
    <w:p>
      <w:pPr>
        <w:jc w:val="right"/>
      </w:pPr>
      <w:r>
        <w:t>فرق نہ ہو تو challenge ختم۔ تو پھر ترقی بھی نہیں ہوگی۔</w:t>
      </w:r>
    </w:p>
    <w:p>
      <w:r>
        <w:rPr>
          <w:b/>
        </w:rPr>
        <w:t xml:space="preserve">[33:30] </w:t>
      </w:r>
      <w:r>
        <w:t>To maishiyat mein jo farq rakha gaya hai, kisi ke paas kam hai, kisi ke paas zyada hai, woh koi evil nahi hai.</w:t>
      </w:r>
    </w:p>
    <w:p>
      <w:pPr>
        <w:jc w:val="right"/>
      </w:pPr>
      <w:r>
        <w:t>تو معاشیات میں جو فرق رکھا گیا ہے، کسی کے پاس کم ہے، کسی کے پاس زیادہ ہے، وہ کوئی evil نہیں ہے۔</w:t>
      </w:r>
    </w:p>
    <w:p>
      <w:r>
        <w:rPr>
          <w:b/>
        </w:rPr>
        <w:t xml:space="preserve">[33:40] </w:t>
      </w:r>
      <w:r>
        <w:t>Woh koi kharabi ki baat nahi hai. Woh khuda ka nizam hai. Isi ke zariye se competition ka mahol paida hota hai.</w:t>
      </w:r>
    </w:p>
    <w:p>
      <w:pPr>
        <w:jc w:val="right"/>
      </w:pPr>
      <w:r>
        <w:t>وہ کوئی خرابی کی بات نہیں ہے۔ وہ خدا کا نظام ہے۔ اسی کے ذریعے سے competition کا ماحول پیدا ہوتا ہے۔</w:t>
      </w:r>
    </w:p>
    <w:p>
      <w:r>
        <w:rPr>
          <w:b/>
        </w:rPr>
        <w:t xml:space="preserve">[33:49] </w:t>
      </w:r>
      <w:r>
        <w:t>Isi ke zariye se logon ke andar hosla aata hai ke mujhe bhi aage badhna chahiye. Mera pro se aage badha hua hai to mujhe bhi aage badhna chahiye. Yeh jazba agar na ho to taraqqi ruk jayegi.</w:t>
      </w:r>
    </w:p>
    <w:p>
      <w:pPr>
        <w:jc w:val="right"/>
      </w:pPr>
      <w:r>
        <w:t>اسی کے ذریعے سے لوگوں کے اندر حوصلہ آتا ہے کہ مجھے بھی آگے بڑھنا چاہیے۔ میرا pro سے آگے بڑھا ہوا ہے تو مجھے بھی آگے بڑھنا چاہیے۔ یہ جذبہ اگر نہ ہو تو ترقی رک جائے گی۔</w:t>
      </w:r>
    </w:p>
    <w:p>
      <w:r>
        <w:rPr>
          <w:b/>
        </w:rPr>
        <w:t xml:space="preserve">[34:01] </w:t>
      </w:r>
      <w:r>
        <w:t>Agar sab ko bilkul barabar barabar ho, sab ko barabar barabar ho, jo ke fitri taur par namumkin hai, lekin agar ho aisa</w:t>
      </w:r>
    </w:p>
    <w:p>
      <w:pPr>
        <w:jc w:val="right"/>
      </w:pPr>
      <w:r>
        <w:t>اگر سب کو بالکل برابر برابر ہو، سب کو برابر برابر ہو، جو کہ فطری طور پر ناممکن ہے، لیکن اگر ہو ایسا</w:t>
      </w:r>
    </w:p>
    <w:p>
      <w:r>
        <w:rPr>
          <w:b/>
        </w:rPr>
        <w:t xml:space="preserve">[34:10] </w:t>
      </w:r>
      <w:r>
        <w:t>Madarse ka argument to sari sargharmiyan khatam ho jayengi. Bilkul dull ho kar log reh jayenge. To Allah taala ne hikmat musabqat ki bina par yeh rakha hai ke dunya mein logon ke paas barabar barabar na rahe, balke farq ke sath rahe.</w:t>
      </w:r>
    </w:p>
    <w:p>
      <w:pPr>
        <w:jc w:val="right"/>
      </w:pPr>
      <w:r>
        <w:t>مدرسے کا argument تو ساری سرگرمیاں ختم ہو جائیں۔ بالکل ڈل ہو کر لوگ رہ جائیں۔ تو اللہ تعالیٰ نے حکمت مسابقت کی بنا پر یہ رکھا ہے کہ دنیا میں لوگوں کے پاس برابر برابر نہ رہے، بلکہ فرق کے ساتھ رہے۔</w:t>
      </w:r>
    </w:p>
    <w:p>
      <w:r>
        <w:rPr>
          <w:b/>
        </w:rPr>
        <w:t xml:space="preserve">[34:32] </w:t>
      </w:r>
      <w:r>
        <w:t>To yeh farq ke sath hone, is is is fitri usool ki bina par kya hota hai? Ke kisi ke paas zyada aa gaya, kisi ke paas kam aa gaya.</w:t>
      </w:r>
    </w:p>
    <w:p>
      <w:pPr>
        <w:jc w:val="right"/>
      </w:pPr>
      <w:r>
        <w:t>تو یہ فرق کے ساتھ ہونے، اس اس اس فطری اصول کی بنا پر کیا ہوتا ہے؟ کہ کسی کے پاس زیادہ آ گیا، کسی کے پاس کم آ گیا۔</w:t>
      </w:r>
    </w:p>
    <w:p>
      <w:r>
        <w:rPr>
          <w:b/>
        </w:rPr>
        <w:t xml:space="preserve">[34:43] </w:t>
      </w:r>
      <w:r>
        <w:t>is ki wajah se kya hua? logon ko moqa diya gaya ke tum ek aur neki kamao. abhi tum ne paisa kamaya tha, ab neki kamao.</w:t>
      </w:r>
    </w:p>
    <w:p>
      <w:pPr>
        <w:jc w:val="right"/>
      </w:pPr>
      <w:r>
        <w:t>اس کی وجہ سے کیا ہوا؟ لوگوں کو موقع دیا گیا کہ تم ایک اور نیکی کماؤ۔ ابھی تم نے پیسہ کمایا تھا، اب نیکی کماؤ۔</w:t>
      </w:r>
    </w:p>
    <w:p>
      <w:r>
        <w:rPr>
          <w:b/>
        </w:rPr>
        <w:t xml:space="preserve">[34:54] </w:t>
      </w:r>
      <w:r>
        <w:t>yani apne ziyada ko doosron ki taraf pahunchao.</w:t>
      </w:r>
    </w:p>
    <w:p>
      <w:pPr>
        <w:jc w:val="right"/>
      </w:pPr>
      <w:r>
        <w:t>یعنی اپنے زیادہ کو دوسروں کی طرف پہنچاؤ۔</w:t>
      </w:r>
    </w:p>
    <w:p>
      <w:r>
        <w:rPr>
          <w:b/>
        </w:rPr>
        <w:t xml:space="preserve">[35:01] </w:t>
      </w:r>
      <w:r>
        <w:t>yani abhi tak aap ne paisa kamaya tha aur aap ke paas ziyada aa gaya. ab aap ko moqa hai ke aap neki kamain. yani in logon ko dein jin ke paas is dorr dhoop mein aur fitri nizaam ki wajah se kam aaya hai.</w:t>
      </w:r>
    </w:p>
    <w:p>
      <w:pPr>
        <w:jc w:val="right"/>
      </w:pPr>
      <w:r>
        <w:t>یعنی ابھی تک آپ نے پیسہ کمایا تھا اور آپ کے پاس زیادہ آ گیا۔ اب آپ کو موقع ہے کہ آپ نیکی کمائیں۔ یعنی ان لوگوں کو دیں جن کے پاس اس دوڑ دھوپ میں اور فطری نظام کی وجہ سے کم آیا ہے۔</w:t>
      </w:r>
    </w:p>
    <w:p>
      <w:r>
        <w:rPr>
          <w:b/>
        </w:rPr>
        <w:t xml:space="preserve">[35:17] </w:t>
      </w:r>
      <w:r>
        <w:t>is liye farmaya ke تُخَذُ مِنْ أَغْنِيَائِكُمْ وَتُرَدُّ إِلَى فُقْرَائِكُمْ tumhare dolat mandon se liya jata hai aur tumhare tumhare ghareebon ko diya jata hai.</w:t>
      </w:r>
    </w:p>
    <w:p>
      <w:pPr>
        <w:jc w:val="right"/>
      </w:pPr>
      <w:r>
        <w:t>اس لیے فرمایا کہ تُخَذُ مِنْ أَغْنِيَائِكُمْ وَتُرَدُّ إِلَى فُقْرَائِكُمْ تمہارے دولت مندوں سے لیا جاتا ہے اور تمہارے تمہارے غریبوں کو دیا جاتا ہے۔</w:t>
      </w:r>
    </w:p>
    <w:p>
      <w:r>
        <w:rPr>
          <w:b/>
        </w:rPr>
        <w:t xml:space="preserve">[35:30] </w:t>
      </w:r>
      <w:r>
        <w:t>yeh jo nizaam hai, best to yeh hai ke is ka hukoomat ke tehat is ka nizaam ho. lekin jab hukoomat qaim na ho, hukoomat ke nizaam ke tehat aisa hona mumkin na ho, to phir doosra tareeqa kya hai?</w:t>
      </w:r>
    </w:p>
    <w:p>
      <w:pPr>
        <w:jc w:val="right"/>
      </w:pPr>
      <w:r>
        <w:t>یہ جو نظام ہے، best تو یہ ہے کہ اس کا حکومت کے تحت اس کا نظام ہو۔ لیکن جب حکومت قائم نہ ہو، حکومت کے نظام کے تحت ایسا ہونا ممکن نہ ہو، تو پھر دوسرا طریقہ کیا ہے؟</w:t>
      </w:r>
    </w:p>
    <w:p>
      <w:r>
        <w:rPr>
          <w:b/>
        </w:rPr>
        <w:t xml:space="preserve">[35:47] </w:t>
      </w:r>
      <w:r>
        <w:t>log tanzeemein banain, idaray banain. yani ek bait ul maal woh hai jo hukoomat banati hai. to hukoomat agar banati hai to hukoomat se woh taqseem hoga.</w:t>
      </w:r>
    </w:p>
    <w:p>
      <w:pPr>
        <w:jc w:val="right"/>
      </w:pPr>
      <w:r>
        <w:t>لوگ تنظیمیں بنائیں، ادارے بنائیں۔ یعنی ایک بیت المال وہ ہے جو حکومت بناتی ہے۔ تو حکومت اگر بناتی ہے تو حکومت سے وہ تقسیم ہوگا۔</w:t>
      </w:r>
    </w:p>
    <w:p>
      <w:r>
        <w:rPr>
          <w:b/>
        </w:rPr>
        <w:t xml:space="preserve">[35:59] </w:t>
      </w:r>
      <w:r>
        <w:t>yani logon ke zakat ya sadqat ke jo ashar, is amwaal jo hain, woh jayen ge hukoomat ke bait ul maal mein, wahan se phir taqseem hoga.</w:t>
      </w:r>
    </w:p>
    <w:p>
      <w:pPr>
        <w:jc w:val="right"/>
      </w:pPr>
      <w:r>
        <w:t>یعنی لوگوں کے زکوۃ یا صدقات کے جو عشر، اس اموال جو ہیں، وہ جائیں گے حکومت کے بیت المال میں، وہاں سے پھر تقسیم ہوگا۔</w:t>
      </w:r>
    </w:p>
    <w:p>
      <w:r>
        <w:rPr>
          <w:b/>
        </w:rPr>
        <w:t xml:space="preserve">[36:09] </w:t>
      </w:r>
      <w:r>
        <w:t>agar aisa nizaam na ho to phir doosra tareeqa yeh hai ke log apne apne razakarana tor par woh banain, idaray banain, tanzeemein banain, institution banain.</w:t>
      </w:r>
    </w:p>
    <w:p>
      <w:pPr>
        <w:jc w:val="right"/>
      </w:pPr>
      <w:r>
        <w:t>اگر ایسا نظام نہ ہو تو پھر دوسرا طریقہ یہ ہے کہ لوگ اپنے اپنے رضاکارانہ طور پر وہ بنائیں، ادارے بنائیں، تنظیمیں بنائیں، institution بنائیں۔</w:t>
      </w:r>
    </w:p>
    <w:p>
      <w:r>
        <w:rPr>
          <w:b/>
        </w:rPr>
        <w:t xml:space="preserve">[36:26] </w:t>
      </w:r>
      <w:r>
        <w:t>to yeh hoga, yeh jo hai bait ul maal banega, yeh ghair hukoomati bait ul maal hoga. is ke zariye se taqseem kiya jayega.</w:t>
      </w:r>
    </w:p>
    <w:p>
      <w:pPr>
        <w:jc w:val="right"/>
      </w:pPr>
      <w:r>
        <w:t>تو یہ ہوگا، یہ جو ہے بیت المال بنے گا، یہ غیر حکومتی بیت المال ہوگا۔ اس کے ذریعے سے تقسیم کیا جائے گا۔</w:t>
      </w:r>
    </w:p>
    <w:p>
      <w:r>
        <w:rPr>
          <w:b/>
        </w:rPr>
        <w:t xml:space="preserve">[36:36] </w:t>
      </w:r>
      <w:r>
        <w:t>agar yeh bhi mumkin na ho, yani samajhi satah par ya ijtamai satah par ghair hukoomati andaaz mein bait ul maal qaim karna mumkin na ho, to phir afraad ko chahiye ke woh kharch karain.</w:t>
      </w:r>
    </w:p>
    <w:p>
      <w:pPr>
        <w:jc w:val="right"/>
      </w:pPr>
      <w:r>
        <w:t>اگر یہ بھی ممکن نہ ہو، یعنی سماجی سطح پر یا اجتماعی سطح پر غیر حکومتی انداز میں بیت المال قائم کرنا ممکن نہ ہو، تو پھر افراد کو چاہیے کہ وہ خرچ کریں۔</w:t>
      </w:r>
    </w:p>
    <w:p>
      <w:r>
        <w:rPr>
          <w:b/>
        </w:rPr>
        <w:t xml:space="preserve">[36:52] </w:t>
      </w:r>
      <w:r>
        <w:t>jis ke paas ziyada hai, woh kam wale ko de.</w:t>
      </w:r>
    </w:p>
    <w:p>
      <w:pPr>
        <w:jc w:val="right"/>
      </w:pPr>
      <w:r>
        <w:t>جس کے پاس زیادہ ہے، وہ کم والے کو دے۔</w:t>
      </w:r>
    </w:p>
    <w:p>
      <w:r>
        <w:rPr>
          <w:b/>
        </w:rPr>
        <w:t xml:space="preserve">[36:56] </w:t>
      </w:r>
      <w:r>
        <w:t>yeh teen shakalain hain. lekin dena zaroori hai. yaad rakhiye, jis ke paas paisa ziyada hai, woh hargiz is liye nahi hai ke woh apni khwahishein poori kare, shadiyon mein kharch kare, taqreebon mein kharch kare, apne biwi bachon ko khush karne ke liye kharch kare, outing mein aur shopping mein kharch kare.</w:t>
      </w:r>
    </w:p>
    <w:p>
      <w:pPr>
        <w:jc w:val="right"/>
      </w:pPr>
      <w:r>
        <w:t>یہ تین شکلیں ہیں۔ لیکن دینا ضروری ہے۔ یاد رکھیے، جس کے پاس پیسہ زیادہ ہے، وہ ہرگز اس لیے نہیں ہے کہ وہ اپنی خواہشیں پوری کرے، شادیوں میں خرچ کرے، تقریبوں میں خرچ کرے، اپنے بیوی بچوں کو خوش کرنے کے لیے خرچ کرے، آؤٹنگ میں اور شاپنگ میں خرچ کرے۔</w:t>
      </w:r>
    </w:p>
    <w:p>
      <w:r>
        <w:rPr>
          <w:b/>
        </w:rPr>
        <w:t xml:space="preserve">[37:18] </w:t>
      </w:r>
      <w:r>
        <w:t>bilashuba yeh Khuda ke ghazab ko dawat dena hai. is mein koi shakk hi nahi hai.</w:t>
      </w:r>
    </w:p>
    <w:p>
      <w:pPr>
        <w:jc w:val="right"/>
      </w:pPr>
      <w:r>
        <w:t>بلاشبہ یہ خدا کے غضب کو دعوت دینا ہے۔ اس میں کوئی شک ہی نہیں ہے۔</w:t>
      </w:r>
    </w:p>
    <w:p>
      <w:r>
        <w:rPr>
          <w:b/>
        </w:rPr>
        <w:t xml:space="preserve">[37:24] </w:t>
      </w:r>
      <w:r>
        <w:t>woh Khuda ki amanat hai jo is insaan ke paas aa gayi hai. haq hai Khuda ka woh. is ko achi tarah samajh lena chahiye ke jab ek aadmi ke paas ziyada maal aa jaye to woh hargiz hargiz is liye nahi hai ke woh is ko apni khwahishon mein kharch kare, apne biwi bachon ko khush karne mein kharch kare,</w:t>
      </w:r>
    </w:p>
    <w:p>
      <w:pPr>
        <w:jc w:val="right"/>
      </w:pPr>
      <w:r>
        <w:t>وہ خدا کی امانت ہے جو اس انسان کے پاس آئی ہے۔ حق ہے خدا کا وہ۔ اس کو اچھی طرح سمجھ لینا چاہیے کہ جب ایک آدمی کے پاس زیادہ مال آ جائے تو وہ ہرگز ہرگز اس لیے نہیں ہے کہ وہ اس کو اپنی خواہشوں میں خرچ کرے، اپنے بیوی بچوں کو خوش کرنے میں خرچ کرے،</w:t>
      </w:r>
    </w:p>
    <w:p>
      <w:r>
        <w:rPr>
          <w:b/>
        </w:rPr>
        <w:t xml:space="preserve">[37:47] </w:t>
      </w:r>
      <w:r>
        <w:t>apni shohrat ke liye, naam o numood ke liye kharch kare.</w:t>
      </w:r>
    </w:p>
    <w:p>
      <w:pPr>
        <w:jc w:val="right"/>
      </w:pPr>
      <w:r>
        <w:t>اپنی شہرت کے لیے، نام و نمود کے لیے خرچ کرے۔</w:t>
      </w:r>
    </w:p>
    <w:p>
      <w:r>
        <w:rPr>
          <w:b/>
        </w:rPr>
        <w:t xml:space="preserve">[37:51] </w:t>
      </w:r>
      <w:r>
        <w:t>aisa karna Khuda ke jo nizaam taqseem hai, is ko na samajhna hai, is ke khilaf chalna hai.</w:t>
      </w:r>
    </w:p>
    <w:p>
      <w:pPr>
        <w:jc w:val="right"/>
      </w:pPr>
      <w:r>
        <w:t>ایسا کرنا خدا کے جو نظام تقسیم ہے، اس کو نہ سمجھنا ہے، اس کے خلاف چلنا ہے۔</w:t>
      </w:r>
    </w:p>
    <w:p>
      <w:r>
        <w:rPr>
          <w:b/>
        </w:rPr>
        <w:t xml:space="preserve">[38:00] </w:t>
      </w:r>
      <w:r>
        <w:t>aur woh Khuda ke ghazab ko dawat dena hai. is liye aise aadmi ko kya karna hai? is ko yeh jaanna chahiye ke doosron ka haq hai jo mere paas aa gaya hai.</w:t>
      </w:r>
    </w:p>
    <w:p>
      <w:pPr>
        <w:jc w:val="right"/>
      </w:pPr>
      <w:r>
        <w:t>اور وہ خدا کے غضب کو دعوت دینا ہے۔ اس لیے ایسے آدمی کو کیا کرنا ہے؟ اس کو یہ جاننا چاہیے کہ دوسروں کا حق ہے جو میرے پاس آ گیا ہے۔</w:t>
      </w:r>
    </w:p>
    <w:p>
      <w:r>
        <w:rPr>
          <w:b/>
        </w:rPr>
        <w:t xml:space="preserve">[38:14] </w:t>
      </w:r>
      <w:r>
        <w:t>is liye woh Khuda ki amanat hai. is liye woh Khuda ki amanat hai.</w:t>
      </w:r>
    </w:p>
    <w:p>
      <w:pPr>
        <w:jc w:val="right"/>
      </w:pPr>
      <w:r>
        <w:t>اس لیے وہ خدا کی امانت ہے۔ اس لیے وہ خدا کی امانت ہے۔</w:t>
      </w:r>
    </w:p>
    <w:p>
      <w:r>
        <w:rPr>
          <w:b/>
        </w:rPr>
        <w:t xml:space="preserve">[38:22] </w:t>
      </w:r>
      <w:r>
        <w:t>yani fitri nizaam jo banaya Khuda ne, is mein aisa nahi banaya hai ke sab ko barabar barabar pahunche. fitri nizaam jo Khuda ka banaya hua hai, jo jo Khuda ka jo creation plan hai,</w:t>
      </w:r>
    </w:p>
    <w:p>
      <w:pPr>
        <w:jc w:val="right"/>
      </w:pPr>
      <w:r>
        <w:t>یعنی فطری نظام جو بنایا خدا نے، اس میں ایسا نہیں بنایا ہے کہ سب کو برابر برابر پہنچے۔ فطری نظام جو خدا کا بنایا ہوا ہے، جو جو خدا کا جو creation plan ہے،</w:t>
      </w:r>
    </w:p>
    <w:p>
      <w:r>
        <w:rPr>
          <w:b/>
        </w:rPr>
        <w:t xml:space="preserve">[38:36] </w:t>
      </w:r>
      <w:r>
        <w:t>woh Khuda ne is tarah banaya hai ke logon ko barabar barabar na pahunche. yahan tak ke aap jante hain ke communist empire mein yeh koshish ki gayi ke sab ko barabar barabar pahunche.</w:t>
      </w:r>
    </w:p>
    <w:p>
      <w:pPr>
        <w:jc w:val="right"/>
      </w:pPr>
      <w:r>
        <w:t>وہ خدا نے اس طرح بنایا ہے کہ لوگوں کو برابر برابر نہ پہنچے۔ یہاں تک کہ آپ جانتے ہیں کہ communist empire میں یہ کوشش کی گئی کہ سب کو برابر برابر پہنچے۔</w:t>
      </w:r>
    </w:p>
    <w:p>
      <w:r>
        <w:rPr>
          <w:b/>
        </w:rPr>
        <w:t xml:space="preserve">[38:50] </w:t>
      </w:r>
      <w:r>
        <w:t>lekin pachhatar saal ki zabardast is struggle ke bawajood communist empire toot gaya. aur sab ko barabar pahunchane ka nizaam darham barham ho gaya.</w:t>
      </w:r>
    </w:p>
    <w:p>
      <w:pPr>
        <w:jc w:val="right"/>
      </w:pPr>
      <w:r>
        <w:t>لیکن پچھتر سال کی زبردست اس struggle کے باوجود communist empire ٹوٹ گیا۔ اور سب کو برابر پہنچانے کا نظام درہم برہم ہو گیا۔</w:t>
      </w:r>
    </w:p>
    <w:p>
      <w:r>
        <w:rPr>
          <w:b/>
        </w:rPr>
        <w:t xml:space="preserve">[39:01] </w:t>
      </w:r>
      <w:r>
        <w:t>kyun ke fitrat ke khilaf tha woh.</w:t>
      </w:r>
    </w:p>
    <w:p>
      <w:pPr>
        <w:jc w:val="right"/>
      </w:pPr>
      <w:r>
        <w:t>کیونکہ فطرت کے خلاف تھا وہ۔</w:t>
      </w:r>
    </w:p>
    <w:p>
      <w:r>
        <w:rPr>
          <w:b/>
        </w:rPr>
        <w:t xml:space="preserve">[39:06] </w:t>
      </w:r>
      <w:r>
        <w:t>kehne ke liye logon ko bara acha lagta tha.</w:t>
      </w:r>
    </w:p>
    <w:p>
      <w:pPr>
        <w:jc w:val="right"/>
      </w:pPr>
      <w:r>
        <w:t>کہنے کے لیے لوگوں کو بڑا اچھا لگتا تھا۔</w:t>
      </w:r>
    </w:p>
    <w:p>
      <w:r>
        <w:rPr>
          <w:b/>
        </w:rPr>
        <w:t xml:space="preserve">[39:09] </w:t>
      </w:r>
      <w:r>
        <w:t>jab yeh nazariya pesh kiya gaya ke sab ko barabar pahunche, to bohat khush hue log. lekin chunke yeh fitrat ke khilaf tha, yeh nature ke khilaf tha, yeh Khuda ki, yeh Khuda ke creation plan ke khilaf tha,</w:t>
      </w:r>
    </w:p>
    <w:p>
      <w:pPr>
        <w:jc w:val="right"/>
      </w:pPr>
      <w:r>
        <w:t>جب یہ نظریہ پیش کیا گیا کہ سب کو برابر پہنچے، تو بہت خوش ہوئے لوگ۔ لیکن چونکہ یہ فطرت کے خلاف تھا، یہ nature کے خلاف تھا، یہ خدا کی، یہ خدا کے creation plan کے خلاف تھا،</w:t>
      </w:r>
    </w:p>
    <w:p>
      <w:r>
        <w:rPr>
          <w:b/>
        </w:rPr>
        <w:t xml:space="preserve">[39:27] </w:t>
      </w:r>
      <w:r>
        <w:t>is liye woh woh practicable nahi tha, woh is ki feasibility nahi thi. chunache woh toot gaya, woh nakaam ho gaya.</w:t>
      </w:r>
    </w:p>
    <w:p>
      <w:pPr>
        <w:jc w:val="right"/>
      </w:pPr>
      <w:r>
        <w:t>اس لیے وہ وہ practicable نہیں تھا، وہ اس کی feasibility نہیں تھی۔ چنانچہ وہ ٹوٹ گیا، وہ ناکام ہو گیا۔</w:t>
      </w:r>
    </w:p>
    <w:p>
      <w:r>
        <w:rPr>
          <w:b/>
        </w:rPr>
        <w:t xml:space="preserve">[39:39] </w:t>
      </w:r>
      <w:r>
        <w:t>to jab bhi aisa kiya gaya hai ke ke sab ko barabar barabar aamdani ho, sab ko barabar barabar, sab ke paas maal ho, to aisa dream hamesha nakaam hua hai.</w:t>
      </w:r>
    </w:p>
    <w:p>
      <w:pPr>
        <w:jc w:val="right"/>
      </w:pPr>
      <w:r>
        <w:t>تو جب بھی ایسا کیا گیا ہے کہ کہ سب کو برابر برابر آمدنی ہو، سب کو برابر برابر، سب کے پاس مال ہو، تو ایسا dream ہمیشہ ناکام ہوا ہے۔</w:t>
      </w:r>
    </w:p>
    <w:p>
      <w:r>
        <w:rPr>
          <w:b/>
        </w:rPr>
        <w:t xml:space="preserve">[39:53] </w:t>
      </w:r>
      <w:r>
        <w:t>woh Khuda nahi chahta aisa.</w:t>
      </w:r>
    </w:p>
    <w:p>
      <w:pPr>
        <w:jc w:val="right"/>
      </w:pPr>
      <w:r>
        <w:t>وہ خدا نہیں چاہتا ایسا۔</w:t>
      </w:r>
    </w:p>
    <w:p>
      <w:r>
        <w:rPr>
          <w:b/>
        </w:rPr>
        <w:t xml:space="preserve">[39:57] </w:t>
      </w:r>
      <w:r>
        <w:t>Khuda to yeh chahta hai ke kisi ke paas, Surah Fajr mein yeh bataya gaya hai ke Khuda jab kisi ko ijazat de deta hai to woh superiority complex mein mubtala ho jata hai.</w:t>
      </w:r>
    </w:p>
    <w:p>
      <w:pPr>
        <w:jc w:val="right"/>
      </w:pPr>
      <w:r>
        <w:t>خدا تو یہ چاہتا ہے کہ کسی کے پاس، سورہ فجر میں یہ بتایا گیا ہے کہ خدا جب کسی کو اجازت دے دیتا ہے تو وہ superiority complex میں مبتلا ہو جاتا ہے۔</w:t>
      </w:r>
    </w:p>
    <w:p>
      <w:r>
        <w:rPr>
          <w:b/>
        </w:rPr>
        <w:t xml:space="preserve">[40:11] </w:t>
      </w:r>
      <w:r>
        <w:t>kehta hai ke Khuda ne bari bari izzat di, Khuda ka bara fazal mere upar hua hai. yeh Khuda ko pasand nahi hai ke aap aisa bolen. yeh fazal nahi hai, yeh test paper hai.</w:t>
      </w:r>
    </w:p>
    <w:p>
      <w:pPr>
        <w:jc w:val="right"/>
      </w:pPr>
      <w:r>
        <w:t>کہتا ہے کہ خدا نے بڑی بڑی عزت دی، خدا کا بڑا فضل میرے اوپر ہوا ہے۔ یہ خدا کو پسند نہیں ہے کہ آپ ایسا بولیں۔ یہ فضل نہیں ہے، یہ ٹیسٹ پیپر ہے۔</w:t>
      </w:r>
    </w:p>
    <w:p>
      <w:r>
        <w:rPr>
          <w:b/>
        </w:rPr>
        <w:t xml:space="preserve">[40:24] </w:t>
      </w:r>
      <w:r>
        <w:t>yaad rakhiye, agar aap ko Khuda ne power diya hai, political power, aap ko zyada paisa de diya hai, aur aap yeh kehte hain ke yeh bara Khuda ka fazal hai mere upar, yeh jhoota kehna hai.</w:t>
      </w:r>
    </w:p>
    <w:p>
      <w:pPr>
        <w:jc w:val="right"/>
      </w:pPr>
      <w:r>
        <w:t>یاد رکھیے، اگر آپ کو خدا نے power دیا ہے، political power، آپ کو زیادہ پیسہ دے دیا ہے، اور آپ یہ کہتے ہیں کہ یہ بڑا خدا کا فضل ہے میرے اوپر، یہ جھوٹا کہنا ہے۔</w:t>
      </w:r>
    </w:p>
    <w:p>
      <w:r>
        <w:rPr>
          <w:b/>
        </w:rPr>
        <w:t xml:space="preserve">[40:37] </w:t>
      </w:r>
      <w:r>
        <w:t>Surah Fajr mein aap parh lijiye.</w:t>
      </w:r>
    </w:p>
    <w:p>
      <w:pPr>
        <w:jc w:val="right"/>
      </w:pPr>
      <w:r>
        <w:t>سورہ فجر میں آپ پڑھ لیجیے۔</w:t>
      </w:r>
    </w:p>
    <w:p>
      <w:r>
        <w:rPr>
          <w:b/>
        </w:rPr>
        <w:t xml:space="preserve">[40:42] </w:t>
      </w:r>
      <w:r>
        <w:t>yeh kehna bhi jhoota kehna hai. kyunke yeh fazal nahi hai, yeh hai parcha imtehan, yeh hai test paper.</w:t>
      </w:r>
    </w:p>
    <w:p>
      <w:pPr>
        <w:jc w:val="right"/>
      </w:pPr>
      <w:r>
        <w:t>یہ کہنا بھی جھوٹا کہنا ہے۔ کیونکہ یہ فضل نہیں ہے، یہ ہے پرچہ امتحان، یہ ہے ٹیسٹ پیپر۔</w:t>
      </w:r>
    </w:p>
    <w:p>
      <w:r>
        <w:rPr>
          <w:b/>
        </w:rPr>
        <w:t xml:space="preserve">[40:52] </w:t>
      </w:r>
      <w:r>
        <w:t>Hazrat Hazrat Daud ne yahi kaha tha ke un ko jo political power mila tha, to unhon ne kaha ke yeh is liye hai ke Khuda mujhe aazmana chahta hai.</w:t>
      </w:r>
    </w:p>
    <w:p>
      <w:pPr>
        <w:jc w:val="right"/>
      </w:pPr>
      <w:r>
        <w:t>حضرت حضرت داؤد نے یہی کہا تھا کہ ان کو جو political power ملا تھا، تو انہوں نے کہا کہ یہ اس لیے ہے کہ خدا مجھے آزمانا چاہتا ہے۔</w:t>
      </w:r>
    </w:p>
    <w:p>
      <w:r>
        <w:rPr>
          <w:b/>
        </w:rPr>
        <w:t xml:space="preserve">[41:01] </w:t>
      </w:r>
      <w:r>
        <w:t>to yeh Quran mein bilkul wazeh hai ke agar kisi ko political power mile, agar kisi ko fame mile, agar kisi ko zyada paisa mile, yahan tak ke agar kisi ko muscle power mile, kuch bhi mile, kuch bhi mile,</w:t>
      </w:r>
    </w:p>
    <w:p>
      <w:pPr>
        <w:jc w:val="right"/>
      </w:pPr>
      <w:r>
        <w:t>تو یہ قرآن میں بالکل واضح ہے کہ اگر کسی کو political power ملے، اگر کسی کو fame ملے، اگر کسی کو زیادہ پیسہ ملے، یہاں تک کہ اگر کسی کو muscle power ملے، کچھ بھی ملے، کچھ بھی ملے،</w:t>
      </w:r>
    </w:p>
    <w:p>
      <w:r>
        <w:rPr>
          <w:b/>
        </w:rPr>
        <w:t xml:space="preserve">[41:19] </w:t>
      </w:r>
      <w:r>
        <w:t>woh bator fazal nahi hota hai, woh bator imtehan hota hai, bator test hota hai. woh is ke liye test paper hota hai.</w:t>
      </w:r>
    </w:p>
    <w:p>
      <w:pPr>
        <w:jc w:val="right"/>
      </w:pPr>
      <w:r>
        <w:t>وہ بطور فضل نہیں ہوتا ہے، وہ بطور امتحان ہوتا ہے، بطور ٹیسٹ ہوتا ہے۔ وہ اس کے لیے ٹیسٹ پیپر ہوتا ہے۔</w:t>
      </w:r>
    </w:p>
    <w:p>
      <w:r>
        <w:rPr>
          <w:b/>
        </w:rPr>
        <w:t xml:space="preserve">[41:29] </w:t>
      </w:r>
      <w:r>
        <w:t>is baat ka test paper ke woh kahin apne ko bara na samajhne lage, kahin ghamand mein na mubtala ho jaye. to Khuda chahta hai ke jab tum ko zyada mile to jhuk jao.</w:t>
      </w:r>
    </w:p>
    <w:p>
      <w:pPr>
        <w:jc w:val="right"/>
      </w:pPr>
      <w:r>
        <w:t>اس بات کا ٹیسٹ پیپر کہ وہ کہیں اپنے کو بڑا نہ سمجھنے لگے، کہیں گھمنڈ میں نہ مبتلا ہو جائے۔ تو خدا چاہتا ہے کہ جب تم کو زیادہ ملے تو جھک جاؤ۔</w:t>
      </w:r>
    </w:p>
    <w:p>
      <w:r>
        <w:rPr>
          <w:b/>
        </w:rPr>
        <w:t xml:space="preserve">[41:43] </w:t>
      </w:r>
      <w:r>
        <w:t>zyada mile to logon ko zyada do. zyada mile to aur zyada tum surrender karo. zyada mile to aur zyada modesty ke sath dunya mein raho.</w:t>
      </w:r>
    </w:p>
    <w:p>
      <w:pPr>
        <w:jc w:val="right"/>
      </w:pPr>
      <w:r>
        <w:t>زیادہ ملے تو لوگوں کو زیادہ دو۔ زیادہ ملے تو اور زیادہ تم surrender کرو۔ زیادہ ملے تو اور زیادہ modesty کے ساتھ دنیا میں رہو۔</w:t>
      </w:r>
    </w:p>
    <w:p>
      <w:r>
        <w:rPr>
          <w:b/>
        </w:rPr>
        <w:t xml:space="preserve">[41:55] </w:t>
      </w:r>
      <w:r>
        <w:t>yeh hai.</w:t>
      </w:r>
    </w:p>
    <w:p>
      <w:pPr>
        <w:jc w:val="right"/>
      </w:pPr>
      <w:r>
        <w:t>یہ ہے۔</w:t>
      </w:r>
    </w:p>
    <w:p>
      <w:r>
        <w:rPr>
          <w:b/>
        </w:rPr>
        <w:t xml:space="preserve">[41:58] </w:t>
      </w:r>
      <w:r>
        <w:t>to yeh test paper hai ke zyada pa kar aap ghamand mein par gaye ya apne aap ko aur modest bana liya. isi tarah se jin ko kam milta hai, un ka bhi test hai.</w:t>
      </w:r>
    </w:p>
    <w:p>
      <w:pPr>
        <w:jc w:val="right"/>
      </w:pPr>
      <w:r>
        <w:t>تو یہ ٹیسٹ پیپر ہے کہ زیادہ پا کر آپ گھمنڈ میں پڑ گئے یا اپنے آپ کو اور modest بنا لیا۔ اسی طریقے سے جن کو کم ملتا ہے، ان کا بھی ٹیسٹ ہے۔</w:t>
      </w:r>
    </w:p>
    <w:p>
      <w:r>
        <w:rPr>
          <w:b/>
        </w:rPr>
        <w:t xml:space="preserve">[42:11] </w:t>
      </w:r>
      <w:r>
        <w:t>woh yaqoolu rabbii ahaanan yeh kehne lage ke Khuda ne mujhe bura haal mein daal diya, Khuda ne mere upar inayat nahi ki, Khuda ne mujhe musibat mein daal diya.</w:t>
      </w:r>
    </w:p>
    <w:p>
      <w:pPr>
        <w:jc w:val="right"/>
      </w:pPr>
      <w:r>
        <w:t>وہ يَقُولُ رَبِّي أَهَانًا یہ کہنے لگے کہ خدا نے مجھے برا حال میں ڈال دیا، خدا نے میرے اوپر عنایت نہیں کی، خدا نے مجھے مصیبت میں ڈال دیا۔</w:t>
      </w:r>
    </w:p>
    <w:p>
      <w:r>
        <w:rPr>
          <w:b/>
        </w:rPr>
        <w:t xml:space="preserve">[42:24] </w:t>
      </w:r>
      <w:r>
        <w:t>to aisa kehne wala bhi goya ke fail ho gaya.</w:t>
      </w:r>
    </w:p>
    <w:p>
      <w:pPr>
        <w:jc w:val="right"/>
      </w:pPr>
      <w:r>
        <w:t>تو ایسا کہنے والا بھی گویا کہ fail ہو گیا۔</w:t>
      </w:r>
    </w:p>
    <w:p>
      <w:r>
        <w:rPr>
          <w:b/>
        </w:rPr>
        <w:t xml:space="preserve">[42:29] </w:t>
      </w:r>
      <w:r>
        <w:t>woh bhi fail ho gaya. kyunke is ko Khuda ne kam de kar jaanna tha. to kam de kar jaana tha, tab bhi is ko shukriya karna tha.</w:t>
      </w:r>
    </w:p>
    <w:p>
      <w:pPr>
        <w:jc w:val="right"/>
      </w:pPr>
      <w:r>
        <w:t>وہ بھی fail ہو گیا۔ کیونکہ اس کو خدا نے کم دے کر جانا تھا۔ تو کم دے کر جانا تھا، تب بھی اس کو شکریہ کرنا تھا۔</w:t>
      </w:r>
    </w:p>
    <w:p>
      <w:r>
        <w:rPr>
          <w:b/>
        </w:rPr>
        <w:t xml:space="preserve">[42:43] </w:t>
      </w:r>
      <w:r>
        <w:t>dekhiye, yaad rakhiye achi tarah se, kisi ke paas zyada paisa hai, tab bhi woh is ke liye test paper hai. kisi ke paas kam paisa hai, tab bhi woh is ke liye test paper hai.</w:t>
      </w:r>
    </w:p>
    <w:p>
      <w:pPr>
        <w:jc w:val="right"/>
      </w:pPr>
      <w:r>
        <w:t>دیکھیے، یاد رکھیے اچھی طریقے سے، کسی کے پاس زیادہ پیسہ ہے، تب بھی وہ اس کے لیے ٹیسٹ پیپر ہے۔ کسی کے پاس کم پیسہ ہے، تب بھی وہ اس کے لیے ٹیسٹ پیپر ہے۔</w:t>
      </w:r>
    </w:p>
    <w:p>
      <w:r>
        <w:rPr>
          <w:b/>
        </w:rPr>
        <w:t xml:space="preserve">[42:54] </w:t>
      </w:r>
      <w:r>
        <w:t>in mein se koi bhi aisa nahi hai ke zyada hai to woh fazal hai, rehmat hai, blessing hai. aisa hargiz nahi hai. alag alag test paper hain.</w:t>
      </w:r>
    </w:p>
    <w:p>
      <w:pPr>
        <w:jc w:val="right"/>
      </w:pPr>
      <w:r>
        <w:t>ان میں سے کوئی بھی ایسا نہیں ہے کہ زیادہ ہے تو وہ فضل ہے، رحمت ہے، blessing ہے۔ ایسا ہرگز نہیں ہے۔ الگ الگ ٹیسٹ پیپر ہیں۔</w:t>
      </w:r>
    </w:p>
    <w:p>
      <w:r>
        <w:rPr>
          <w:b/>
        </w:rPr>
        <w:t xml:space="preserve">[43:06] </w:t>
      </w:r>
      <w:r>
        <w:t>is tarah se agar kisi ke paas kam hai to aisa matlab nahi hai ke Khuda ne is ko kam inayat ki hai.</w:t>
      </w:r>
    </w:p>
    <w:p>
      <w:pPr>
        <w:jc w:val="right"/>
      </w:pPr>
      <w:r>
        <w:t>اس طرح سے اگر کسی کے پاس کم ہے تو ایسا مطلب نہیں ہے کہ خدا نے اس کو کم عنایت کی ہے۔</w:t>
      </w:r>
    </w:p>
    <w:p>
      <w:r>
        <w:rPr>
          <w:b/>
        </w:rPr>
        <w:t xml:space="preserve">[43:15] </w:t>
      </w:r>
      <w:r>
        <w:t>yaad rakhiye ek baat, aksar log yeh sochte rehte hain ke maine falan kaam kiya hota to mujhe yeh taraqqi hoti,</w:t>
      </w:r>
    </w:p>
    <w:p>
      <w:pPr>
        <w:jc w:val="right"/>
      </w:pPr>
      <w:r>
        <w:t>یاد رکھیے ایک بات، اکثر لوگ یہ سوچتے رہتے ہیں کہ میں نے فلاں کام کیا ہوتا تو مجھے یہ ترقی ہوتی،</w:t>
      </w:r>
    </w:p>
    <w:p>
      <w:r>
        <w:rPr>
          <w:b/>
        </w:rPr>
        <w:t xml:space="preserve">[43:24] </w:t>
      </w:r>
      <w:r>
        <w:t>main London mein chala gaya hota to wahan mujhe yeh taraqqi hoti, agar main America chala gaya hota to wahan yeh karta main. yani har aitbar se, taleem ke aitbar se, aur paise ke aitbar se,</w:t>
      </w:r>
    </w:p>
    <w:p>
      <w:pPr>
        <w:jc w:val="right"/>
      </w:pPr>
      <w:r>
        <w:t>میں لندن میں چلا گیا ہوتا تو وہاں مجھے یہ ترقی ہوتی، اگر میں امریکہ چلا گیا ہوتا تو وہاں یہ کرتا میں۔ یعنی ہر اعتبار سے، تعلیم کے اعتبار سے، اور پیسے کے اعتبار سے،</w:t>
      </w:r>
    </w:p>
    <w:p>
      <w:r>
        <w:rPr>
          <w:b/>
        </w:rPr>
        <w:t xml:space="preserve">[43:40] </w:t>
      </w:r>
      <w:r>
        <w:t>shadiyon ke aitbar se, har aitbar se log yahi sochte rehte hain hamesha. Hadees mein aata hai ke la taqooloo law fa inna law min awwal al shaitan</w:t>
      </w:r>
    </w:p>
    <w:p>
      <w:pPr>
        <w:jc w:val="right"/>
      </w:pPr>
      <w:r>
        <w:t>شادیوں کے اعتبار سے، ہر اعتبار سے لوگ یہی سوچتے رہتے ہیں ہمیشہ۔ حدیث میں آتا ہے کہ لا تقولوا لو فإن لو من أول الشيطان</w:t>
      </w:r>
    </w:p>
    <w:p>
      <w:r>
        <w:rPr>
          <w:b/>
        </w:rPr>
        <w:t xml:space="preserve">[43:50] </w:t>
      </w:r>
      <w:r>
        <w:t>yeh na kaho ke kaash maine aisa kiya hota. kyunke yeh shaitan ka darwaza kholta hai aisa kehna. to chahe shadi ka mamla ho, chahe kamai ka mamla ho, chahe settle hone ka mamla ho, yeh na kahiye.</w:t>
      </w:r>
    </w:p>
    <w:p>
      <w:pPr>
        <w:jc w:val="right"/>
      </w:pPr>
      <w:r>
        <w:t>یہ نہ کہو کہ کاش میں نے ایسا کیا ہوتا۔ کیونکہ یہ شیطان کا دروازہ کھولتا ہے ایسا کہنا۔ تو چاہے شادی کا معاملہ ہو، چاہے کمائی کا معاملہ ہو، چاہے settle ہونے کا معاملہ ہو، یہ نہ کہیے۔</w:t>
      </w:r>
    </w:p>
    <w:p>
      <w:r>
        <w:rPr>
          <w:b/>
        </w:rPr>
        <w:t xml:space="preserve">[44:06] </w:t>
      </w:r>
      <w:r>
        <w:t>kyun? aap ke liye jo test place tha, wahan rakha gaya hai aap ko.</w:t>
      </w:r>
    </w:p>
    <w:p>
      <w:pPr>
        <w:jc w:val="right"/>
      </w:pPr>
      <w:r>
        <w:t>کیوں؟ آپ کے لیے جو ٹیسٹ پلیس تھا، وہاں رکھا گیا ہے آپ کو۔</w:t>
      </w:r>
    </w:p>
    <w:p>
      <w:r>
        <w:rPr>
          <w:b/>
        </w:rPr>
        <w:t xml:space="preserve">[44:14] </w:t>
      </w:r>
      <w:r>
        <w:t>yaad rakhiye. test place aap ka agar london mein hai to london mein aap ko pohanchaya jayega. aur test place aap ka agar agar india mein hai to india mein aap ko laya jayega.</w:t>
      </w:r>
    </w:p>
    <w:p>
      <w:pPr>
        <w:jc w:val="right"/>
      </w:pPr>
      <w:r>
        <w:t>یاد رکھیے۔ ٹیسٹ پلیس آپ کا اگر لندن میں ہے تو لندن میں آپ کو پہنچایا جائے گا۔ اور ٹیسٹ پلیس آپ کا اگر اگر انڈیا میں ہے تو انڈیا میں آپ کو لایا جائے گا۔</w:t>
      </w:r>
    </w:p>
    <w:p>
      <w:r>
        <w:rPr>
          <w:b/>
        </w:rPr>
        <w:t xml:space="preserve">[44:30] </w:t>
      </w:r>
      <w:r>
        <w:t>test place aap ka aik aik rich family mein hai to wahan aap ki shadi hogi. test place aap ka ghareeb family hai to wahan aap ki shadi hogi.</w:t>
      </w:r>
    </w:p>
    <w:p>
      <w:pPr>
        <w:jc w:val="right"/>
      </w:pPr>
      <w:r>
        <w:t>ٹیسٹ پلیس آپ کا ایک ایک rich family میں ہے تو وہاں آپ کی شادی ہوگی۔ ٹیسٹ پلیس آپ کا غریب family ہے تو وہاں آپ کی شادی ہوگی۔</w:t>
      </w:r>
    </w:p>
    <w:p>
      <w:r>
        <w:rPr>
          <w:b/>
        </w:rPr>
        <w:t xml:space="preserve">[44:39] </w:t>
      </w:r>
      <w:r>
        <w:t>test place aap ka agar kam paise mein ho to aap ko kam paise hi milega, chahe kuch bhi kar dalen aap. aur test place aap ka zyada paise mein ho to aap ko zyada paisa diya jayega.</w:t>
      </w:r>
    </w:p>
    <w:p>
      <w:pPr>
        <w:jc w:val="right"/>
      </w:pPr>
      <w:r>
        <w:t>ٹیسٹ پلیس آپ کا اگر کم پیسے میں ہو تو آپ کو کم پیسے ہی ملے گا، چاہے کچھ بھی کر ڈالیں آپ۔ اور ٹیسٹ پلیس آپ کا زیادہ پیسے میں ہو تو آپ کو زیادہ پیسہ دیا جائے گا۔</w:t>
      </w:r>
    </w:p>
    <w:p>
      <w:r>
        <w:rPr>
          <w:b/>
        </w:rPr>
        <w:t xml:space="preserve">[44:51] </w:t>
      </w:r>
      <w:r>
        <w:t>to is ko achi tarah samajh lijiye ke aksar log yeh sochte rehte hain ke yeh shadi jo maine kar di, bhai bari ghalati ho gayi. woh shadi karta to zyada acha rehta.</w:t>
      </w:r>
    </w:p>
    <w:p>
      <w:pPr>
        <w:jc w:val="right"/>
      </w:pPr>
      <w:r>
        <w:t>تو اس کو اچھی طرح سمجھ لیجیے کہ اکثر لوگ یہ سوچتے رہتے ہیں کہ یہ شادی جو میں نے کر دی، بھئی بڑی غلطی ہو گئی۔ وہ شادی کرتا تو زیادہ اچھا رہتا۔</w:t>
      </w:r>
    </w:p>
    <w:p>
      <w:r>
        <w:rPr>
          <w:b/>
        </w:rPr>
        <w:t xml:space="preserve">[45:03] </w:t>
      </w:r>
      <w:r>
        <w:t>maine apne bachay ko london nahi bheja. london gaya hota to zyada kamyab rehta woh.</w:t>
      </w:r>
    </w:p>
    <w:p>
      <w:pPr>
        <w:jc w:val="right"/>
      </w:pPr>
      <w:r>
        <w:t>میں نے اپنے بچے کو لندن نہیں بھیجا۔ لندن گیا ہوتا تو زیادہ کامیاب رہتا وہ۔</w:t>
      </w:r>
    </w:p>
    <w:p>
      <w:r>
        <w:rPr>
          <w:b/>
        </w:rPr>
        <w:t xml:space="preserve">[45:09] </w:t>
      </w:r>
      <w:r>
        <w:t>maine is ko falan university mein nahi parhaya. maine is ko madrasay mein parha diya. woh bara acha rehta wahan par. yeh sab shaitani soch hai.</w:t>
      </w:r>
    </w:p>
    <w:p>
      <w:pPr>
        <w:jc w:val="right"/>
      </w:pPr>
      <w:r>
        <w:t>میں نے اس کو فلاں یونیورسٹی میں نہیں پڑھایا۔ میں نے اس کو مدرسے میں پڑھا دیا۔ وہ بڑا اچھا رہتا وہاں پر۔ یہ سب شیطانی سوچ ہے۔</w:t>
      </w:r>
    </w:p>
    <w:p>
      <w:r>
        <w:rPr>
          <w:b/>
        </w:rPr>
        <w:t xml:space="preserve">[45:20] </w:t>
      </w:r>
      <w:r>
        <w:t>kyunke sab khuda ki taraf se predetermined hai, yaad rakhiye. sab kuch hai test paper.</w:t>
      </w:r>
    </w:p>
    <w:p>
      <w:pPr>
        <w:jc w:val="right"/>
      </w:pPr>
      <w:r>
        <w:t>کیونکہ سب خدا کی طرف سے predetermined ہے، یاد رکھیے۔ سب کچھ ہے ٹیسٹ پیپر۔</w:t>
      </w:r>
    </w:p>
    <w:p>
      <w:r>
        <w:rPr>
          <w:b/>
        </w:rPr>
        <w:t xml:space="preserve">[45:31] </w:t>
      </w:r>
      <w:r>
        <w:t>jo test place aap ka hai, wahan aap ko wahin par aap ko halaat pohancha denge.</w:t>
      </w:r>
    </w:p>
    <w:p>
      <w:pPr>
        <w:jc w:val="right"/>
      </w:pPr>
      <w:r>
        <w:t>جو ٹیسٹ پلیس آپ کا ہے، وہاں آپ کو وہیں پر آپ کو حالات پہنچا دیں گے۔</w:t>
      </w:r>
    </w:p>
    <w:p>
      <w:r>
        <w:rPr>
          <w:b/>
        </w:rPr>
        <w:t xml:space="preserve">[45:39] </w:t>
      </w:r>
      <w:r>
        <w:t>jo aap ka test place hai, halaat wahin aap ko pohancha denge. jo aap ka test paper hai, woh aap ko kisi na kisi tareeqay se wahin par aap pohanch jayenge.</w:t>
      </w:r>
    </w:p>
    <w:p>
      <w:pPr>
        <w:jc w:val="right"/>
      </w:pPr>
      <w:r>
        <w:t>جو آپ کا ٹیسٹ پلیس ہے، حالات وہیں آپ کو پہنچا دیں گے۔ جو آپ کا ٹیسٹ پیپر ہے، وہ آپ کو کسی نہ کسی طریقے سے وہیں پر آپ پہنچ جائیں گے۔</w:t>
      </w:r>
    </w:p>
    <w:p>
      <w:r>
        <w:rPr>
          <w:b/>
        </w:rPr>
        <w:t xml:space="preserve">[45:50] </w:t>
      </w:r>
      <w:r>
        <w:t>jo test place aap ka hai, jo aap ka test paper hai, jo aap ka jis situation mein aap ko test lena hai, woh sab aap ko mil kar rahega.</w:t>
      </w:r>
    </w:p>
    <w:p>
      <w:pPr>
        <w:jc w:val="right"/>
      </w:pPr>
      <w:r>
        <w:t>جو ٹیسٹ پلیس آپ کا ہے، جو آپ کا ٹیسٹ پیپر ہے، جو آپ کا جس situation میں آپ کو ٹیسٹ لینا ہے، وہ سب آپ کو مل کر رہے گا۔</w:t>
      </w:r>
    </w:p>
    <w:p>
      <w:r>
        <w:rPr>
          <w:b/>
        </w:rPr>
        <w:t xml:space="preserve">[46:03] </w:t>
      </w:r>
      <w:r>
        <w:t>is liye kabhi bhi yeh nahi sochna chahiye.</w:t>
      </w:r>
    </w:p>
    <w:p>
      <w:pPr>
        <w:jc w:val="right"/>
      </w:pPr>
      <w:r>
        <w:t>اس لیے کبھی بھی یہ نہیں سوچنا چاہیے۔</w:t>
      </w:r>
    </w:p>
    <w:p>
      <w:r>
        <w:rPr>
          <w:b/>
        </w:rPr>
        <w:t xml:space="preserve">[46:06] </w:t>
      </w:r>
      <w:r>
        <w:t>yeh fire birds ki zaban mein kabhi nahi sochna chahiye. yeh bohat important baat hai. kyunke maine dekha aksar log yahi sochte rehte hain.</w:t>
      </w:r>
    </w:p>
    <w:p>
      <w:pPr>
        <w:jc w:val="right"/>
      </w:pPr>
      <w:r>
        <w:t>یہ fire birds کی زبان میں کبھی نہیں سوچنا چاہیے۔ یہ بہت important بات ہے۔ کیونکہ میں نے دیکھا اکثر لوگ یہی سوچتے رہتے ہیں۔</w:t>
      </w:r>
    </w:p>
    <w:p>
      <w:r>
        <w:rPr>
          <w:b/>
        </w:rPr>
        <w:t xml:space="preserve">[46:17] </w:t>
      </w:r>
      <w:r>
        <w:t>shadiyon ko le kar ke aur kahan unhon ne apna kaam kiya, is ko le kar ke. kis university mein parha, is ko le kar ke. konsa business kiya, is ko le kar ke.</w:t>
      </w:r>
    </w:p>
    <w:p>
      <w:pPr>
        <w:jc w:val="right"/>
      </w:pPr>
      <w:r>
        <w:t>شادیوں کو لے کر کے اور کہاں انہوں نے اپنا کام کیا، اس کو لے کر کے۔ کس یونیورسٹی میں پڑھا، اس کو لے کر کے۔ کون سا business کیا، اس کو لے کر کے۔</w:t>
      </w:r>
    </w:p>
    <w:p>
      <w:r>
        <w:rPr>
          <w:b/>
        </w:rPr>
        <w:t xml:space="preserve">[46:28] </w:t>
      </w:r>
      <w:r>
        <w:t>ke agar aisa kiya hota to waisa hota. agar aisa kiya hota to waisa hota. yeh agar jo hai, yeh shaitani soch hai.</w:t>
      </w:r>
    </w:p>
    <w:p>
      <w:pPr>
        <w:jc w:val="right"/>
      </w:pPr>
      <w:r>
        <w:t>کہ اگر ایسا کیا ہوتا تو ویسا ہوتا۔ اگر ایسا کیا ہوتا تو ویسا ہوتا۔ یہ اگر جو ہے، یہ شیطانی سوچ ہے۔</w:t>
      </w:r>
    </w:p>
    <w:p>
      <w:r>
        <w:rPr>
          <w:b/>
        </w:rPr>
        <w:t xml:space="preserve">[46:36] </w:t>
      </w:r>
      <w:r>
        <w:t>kyunke aap ka jo jahan aap hain, jahan aap hain, in terms of money, in terms of place, in terms of job,</w:t>
      </w:r>
    </w:p>
    <w:p>
      <w:pPr>
        <w:jc w:val="right"/>
      </w:pPr>
      <w:r>
        <w:t>کیونکہ آپ کا جو جہاں آپ ہیں، جہاں آپ ہیں، in terms of money، in terms of place، in terms of job،</w:t>
      </w:r>
    </w:p>
    <w:p>
      <w:r>
        <w:rPr>
          <w:b/>
        </w:rPr>
        <w:t xml:space="preserve">[46:52] </w:t>
      </w:r>
      <w:r>
        <w:t>in terms of business, jahan bhi aap hain, wahin aap ko pohancha tha. kyunke aap ka test place wahin tha.</w:t>
      </w:r>
    </w:p>
    <w:p>
      <w:pPr>
        <w:jc w:val="right"/>
      </w:pPr>
      <w:r>
        <w:t>in terms of business، جہاں بھی آپ ہیں، وہیں آپ کو پہنچنا تھا۔ کیونکہ آپ کا ٹیسٹ پلیس وہیں تھا۔</w:t>
      </w:r>
    </w:p>
    <w:p>
      <w:r>
        <w:rPr>
          <w:b/>
        </w:rPr>
        <w:t xml:space="preserve">[47:01] </w:t>
      </w:r>
      <w:r>
        <w:t>aap ka test paper wahin tha.</w:t>
      </w:r>
    </w:p>
    <w:p>
      <w:pPr>
        <w:jc w:val="right"/>
      </w:pPr>
      <w:r>
        <w:t>آپ کا ٹیسٹ پیپر وہیں تھا۔</w:t>
      </w:r>
    </w:p>
    <w:p>
      <w:r>
        <w:rPr>
          <w:b/>
        </w:rPr>
        <w:t xml:space="preserve">[47:06] </w:t>
      </w:r>
      <w:r>
        <w:t>yeh bohat important baat hai jis ko samajhna chahiye. maine paya hai logon ko, aksar log isi isi mein mubtala rehte hain. isi if mein aur but mein.</w:t>
      </w:r>
    </w:p>
    <w:p>
      <w:pPr>
        <w:jc w:val="right"/>
      </w:pPr>
      <w:r>
        <w:t>یہ بہت important بات ہے جس کو سمجھنا چاہیے۔ میں نے پایا ہے لوگوں کو، اکثر لوگ اسی اسی میں مبتلا رہتے ہیں۔ اسی if میں اور but میں۔</w:t>
      </w:r>
    </w:p>
    <w:p>
      <w:r>
        <w:rPr>
          <w:b/>
        </w:rPr>
        <w:t xml:space="preserve">[47:18] </w:t>
      </w:r>
      <w:r>
        <w:t>to jahan bhi aadmi hai, wahan us ko khuda ne pohanchaya hai. jo bhi us ki mali halat hai, us ko khuda ne us ke liye muqaddar kiya hai.</w:t>
      </w:r>
    </w:p>
    <w:p>
      <w:pPr>
        <w:jc w:val="right"/>
      </w:pPr>
      <w:r>
        <w:t>تو جہاں بھی آدمی ہے، وہاں اس کو خدا نے پہنچایا ہے۔ جو بھی اس کی مالی حالت ہے، اس کو خدا نے اس کے لیے مقدر کیا ہے۔</w:t>
      </w:r>
    </w:p>
    <w:p>
      <w:r>
        <w:rPr>
          <w:b/>
        </w:rPr>
        <w:t xml:space="preserve">[47:28] </w:t>
      </w:r>
      <w:r>
        <w:t>jo bhi job ya business aadmi kar raha hai, woh sab khuda ki taraf se tay hua hai.</w:t>
      </w:r>
    </w:p>
    <w:p>
      <w:pPr>
        <w:jc w:val="right"/>
      </w:pPr>
      <w:r>
        <w:t>جو بھی job یا business آدمی کر رہا ہے، وہ سب خدا کی طرف سے طے ہوا ہے۔</w:t>
      </w:r>
    </w:p>
    <w:p>
      <w:r>
        <w:rPr>
          <w:b/>
        </w:rPr>
        <w:t xml:space="preserve">[47:35] </w:t>
      </w:r>
      <w:r>
        <w:t>to jo test paper hai aap ka, jo test place hai aap ka, wahan aap ko pohancha hi padega. kuch bhi aap karen. aaj ki duniya mein logon ko samajh mein nahi aaye to na aaye, lekin maut ke baad khuda ke samne jab pohanchenge to un par yeh cheez khul jayegi.</w:t>
      </w:r>
    </w:p>
    <w:p>
      <w:pPr>
        <w:jc w:val="right"/>
      </w:pPr>
      <w:r>
        <w:t>تو جو ٹیسٹ پیپر ہے آپ کا، جو ٹیسٹ پلیس ہے آپ کا، وہاں آپ کو پہنچنا ہی پڑے گا۔ کچھ بھی آپ کریں۔ آج کی دنیا میں لوگوں کو سمجھ میں نہیں آئے تو نہ آئے، لیکن موت کے بعد خدا کے سامنے جب پہنچیں گے تو ان پر یہ چیز کھل جائے گی۔</w:t>
      </w:r>
    </w:p>
    <w:p>
      <w:r>
        <w:rPr>
          <w:b/>
        </w:rPr>
        <w:t xml:space="preserve">[47:56] </w:t>
      </w:r>
      <w:r>
        <w:t>ke jo kuch hua tha mere sath, woh khuda ki taraf se tha. woh insan ki taraf se nahi tha.</w:t>
      </w:r>
    </w:p>
    <w:p>
      <w:pPr>
        <w:jc w:val="right"/>
      </w:pPr>
      <w:r>
        <w:t>کہ جو کچھ ہوا تھا میرے ساتھ، وہ خدا کی طرف سے تھا۔ وہ انسان کی طرف سے نہیں تھا۔</w:t>
      </w:r>
    </w:p>
    <w:p>
      <w:r>
        <w:rPr>
          <w:b/>
        </w:rPr>
        <w:t xml:space="preserve">[48:05] </w:t>
      </w:r>
      <w:r>
        <w:t>woh insan ki taraf se nahi tha. kyunke yaad rakhiye khalaqal mauta wal hayata li yablukum ayukum wa ahsanun amala. is duniya mein aadmi ko paida kiya gaya hai, is ka maqsad sirf aik hai, sirf aik hai, sirf aik hai.</w:t>
      </w:r>
    </w:p>
    <w:p>
      <w:pPr>
        <w:jc w:val="right"/>
      </w:pPr>
      <w:r>
        <w:t>وہ انسان کی طرف سے نہیں تھا۔ کیونکہ یاد رکھیے خَلَقَ الْمَوْتَ وَالْحَيَاةَ لِيَبْلُوْكُمْ مَيًّا وَمَحْسَنًا عُمَلًا اس دنیا میں آدمی کو پیدا کیا گیا ہے، اس کا مقصد صرف ایک ہے، صرف ایک ہے، صرف ایک ہے۔</w:t>
      </w:r>
    </w:p>
    <w:p>
      <w:r>
        <w:rPr>
          <w:b/>
        </w:rPr>
        <w:t xml:space="preserve">[48:23] </w:t>
      </w:r>
      <w:r>
        <w:t>woh kya hai? imtehan, test, ibtila. to jo kuch bhi hai, woh isi se samajhna chahiye.</w:t>
      </w:r>
    </w:p>
    <w:p>
      <w:pPr>
        <w:jc w:val="right"/>
      </w:pPr>
      <w:r>
        <w:t>وہ کیا ہے؟ امتحان، ٹیسٹ، ابتلا۔ تو جو کچھ بھی ہے، وہ اسی سے سمجھنا چاہیے۔</w:t>
      </w:r>
    </w:p>
    <w:p>
      <w:r>
        <w:rPr>
          <w:b/>
        </w:rPr>
        <w:t xml:space="preserve">[48:33] </w:t>
      </w:r>
      <w:r>
        <w:t>yani health bhi hai to is mein bhi yeh maqsad hai. achi health hai, woh bhi test hai. kharab health hai to bhi test hai.</w:t>
      </w:r>
    </w:p>
    <w:p>
      <w:pPr>
        <w:jc w:val="right"/>
      </w:pPr>
      <w:r>
        <w:t>یعنی health بھی ہے تو اس میں بھی یہ مقصد ہے۔ اچھی health ہے، وہ بھی ٹیسٹ ہے۔ خراب health ہے تو بھی ٹیسٹ ہے۔</w:t>
      </w:r>
    </w:p>
    <w:p>
      <w:r>
        <w:rPr>
          <w:b/>
        </w:rPr>
        <w:t xml:space="preserve">[48:44] </w:t>
      </w:r>
      <w:r>
        <w:t>ziyada ilm hai, tab bhi test hai. kam ilm hai, tab bhi test hai. aap ke pas koi bari degree hai, tab bhi test hai. choti degree hai, tab bhi test hai.</w:t>
      </w:r>
    </w:p>
    <w:p>
      <w:pPr>
        <w:jc w:val="right"/>
      </w:pPr>
      <w:r>
        <w:t>زیادہ علم ہے، تب بھی ٹیسٹ ہے۔ کم علم ہے، تب بھی ٹیسٹ ہے۔ آپ کے پاس کوئی بڑی degree ہے، تب بھی ٹیسٹ ہے۔ چھوٹی degree ہے، تب بھی ٹیسٹ ہے۔</w:t>
      </w:r>
    </w:p>
    <w:p>
      <w:r>
        <w:rPr>
          <w:b/>
        </w:rPr>
        <w:t xml:space="preserve">[48:58] </w:t>
      </w:r>
      <w:r>
        <w:t>yani kuch bhi, kuch bhi, kuch bhi hai, woh test hai.</w:t>
      </w:r>
    </w:p>
    <w:p>
      <w:pPr>
        <w:jc w:val="right"/>
      </w:pPr>
      <w:r>
        <w:t>یعنی کچھ بھی، کچھ بھی، کچھ بھی ہے، وہ ٹیسٹ ہے۔</w:t>
      </w:r>
    </w:p>
    <w:p>
      <w:r>
        <w:rPr>
          <w:b/>
        </w:rPr>
        <w:t xml:space="preserve">[49:01] </w:t>
      </w:r>
      <w:r>
        <w:t>yahan tak ke agar aap farz yeh hai ke aap beautiful hain, to woh bhi test hai. aur aap beautiful nahin hain, tab bhi woh test hai. yani kisi ko healthy bana kar test liya ja raha hai.</w:t>
      </w:r>
    </w:p>
    <w:p>
      <w:pPr>
        <w:jc w:val="right"/>
      </w:pPr>
      <w:r>
        <w:t>یہاں تک کہ اگر آپ فرض یہ ہے کہ آپ beautiful ہیں، تو وہ بھی ٹیسٹ ہے۔ اور آپ beautiful نہیں ہیں، تب بھی وہ ٹیسٹ ہے۔ یعنی کسی کو healthy بنا کر ٹیسٹ لیا جا رہا ہے۔</w:t>
      </w:r>
    </w:p>
    <w:p>
      <w:r>
        <w:rPr>
          <w:b/>
        </w:rPr>
        <w:t xml:space="preserve">[49:14] </w:t>
      </w:r>
      <w:r>
        <w:t>kisi ko beautiful bana kar test liya ja raha hai. kisi ko wealthy bana kar test liya ja raha hai. aur kisi ko is ko ulta kar ke test liya ja raha hai.</w:t>
      </w:r>
    </w:p>
    <w:p>
      <w:pPr>
        <w:jc w:val="right"/>
      </w:pPr>
      <w:r>
        <w:t>کسی کو beautiful بنا کر ٹیسٹ لیا جا رہا ہے۔ کسی کو wealthy بنا کر ٹیسٹ لیا جا رہا ہے۔ اور کسی کو اس کو الٹا کر کے ٹیسٹ لیا جا رہا ہے۔</w:t>
      </w:r>
    </w:p>
    <w:p>
      <w:r>
        <w:rPr>
          <w:b/>
        </w:rPr>
        <w:t xml:space="preserve">[49:27] </w:t>
      </w:r>
      <w:r>
        <w:t>to kisi bhi cheez ko janchne ka ek hi criterion hai, woh yeh hai ke is ko aap test ki nazar se dekhen.</w:t>
      </w:r>
    </w:p>
    <w:p>
      <w:pPr>
        <w:jc w:val="right"/>
      </w:pPr>
      <w:r>
        <w:t>تو کسی بھی چیز کو جانچنے کا ایک ہی criterion ہے، وہ یہ ہے کہ اس کو آپ ٹیسٹ کی نظر سے دیکھیں۔</w:t>
      </w:r>
    </w:p>
    <w:p>
      <w:r>
        <w:rPr>
          <w:b/>
        </w:rPr>
        <w:t xml:space="preserve">[49:39] </w:t>
      </w:r>
      <w:r>
        <w:t>quran mein dekhiye, surah taubah</w:t>
      </w:r>
    </w:p>
    <w:p>
      <w:pPr>
        <w:jc w:val="right"/>
      </w:pPr>
      <w:r>
        <w:t>قرآن میں دیکھیے، سورہ توبہ</w:t>
      </w:r>
    </w:p>
    <w:p>
      <w:r>
        <w:rPr>
          <w:b/>
        </w:rPr>
        <w:t xml:space="preserve">[49:44] </w:t>
      </w:r>
      <w:r>
        <w:t>mein ek ayat hai, is mein yeh ayat hai ke innama assadaqatu lil fuqarai wal masakeeni wal amileena alaiha</w:t>
      </w:r>
    </w:p>
    <w:p>
      <w:pPr>
        <w:jc w:val="right"/>
      </w:pPr>
      <w:r>
        <w:t>میں ایک آیت ہے، اس میں یہ آیت ہے کہ إِنَّمَا الصَّدَقَاتُ لِلْفُقْرَاءِ وَالْمَسَاكِينِ وَالْعَامِلِينَ عَلَيْهَا</w:t>
      </w:r>
    </w:p>
    <w:p>
      <w:r>
        <w:rPr>
          <w:b/>
        </w:rPr>
        <w:t xml:space="preserve">[49:53] </w:t>
      </w:r>
      <w:r>
        <w:t>wa fi ar riqabi is tarah se ayat hai jis mein aath maddein batai gayi hain. aath maddein. to jis aadmi ko detail mein janna ho ke zakat ki maddein kya hain, kahan kahan zakat ke paise ko kharch karna hai,</w:t>
      </w:r>
    </w:p>
    <w:p>
      <w:pPr>
        <w:jc w:val="right"/>
      </w:pPr>
      <w:r>
        <w:t>وَفِي الرَّقَابِ اس طریقے سے آیت ہے جس میں آٹھ مدیں بتائی گئی ہیں۔ آٹھ مدیں۔ تو جس آدمی کو detail میں جاننا ہو کہ زکوٰۃ کی مدیں کیا ہیں، کہاں کہاں زکوٰۃ کے پیسے کو خرچ کرنا ہے،</w:t>
      </w:r>
    </w:p>
    <w:p>
      <w:r>
        <w:rPr>
          <w:b/>
        </w:rPr>
        <w:t xml:space="preserve">[50:09] </w:t>
      </w:r>
      <w:r>
        <w:t>to is ayat ka mutala kar sakta hai woh. is ayat, koi bhi tafsir aap ke pas ho, us tafsir mein aap ko yeh ayat mil jayegi.</w:t>
      </w:r>
    </w:p>
    <w:p>
      <w:pPr>
        <w:jc w:val="right"/>
      </w:pPr>
      <w:r>
        <w:t>تو اس آیت کا مطالعہ کر سکتا ہے وہ۔ اس آیت، کوئی بھی تفسیر آپ کے پاس ہو، اس تفسیر میں آپ کو یہ آیت مل جائے گی۔</w:t>
      </w:r>
    </w:p>
    <w:p>
      <w:r>
        <w:rPr>
          <w:b/>
        </w:rPr>
        <w:t xml:space="preserve">[50:18] </w:t>
      </w:r>
      <w:r>
        <w:t>surah taubah mein innama assadaqatu lil fuqarai wal masakeeni wal amileena alaiha</w:t>
      </w:r>
    </w:p>
    <w:p>
      <w:pPr>
        <w:jc w:val="right"/>
      </w:pPr>
      <w:r>
        <w:t>سورہ توبہ میں إِنَّمَا الصَّدَقَاتُ لِلْفُقْرَاءِ وَالْمَسَاكِينِ وَالْعَامِلِينَ عَلَيْهَا</w:t>
      </w:r>
    </w:p>
    <w:p>
      <w:r>
        <w:rPr>
          <w:b/>
        </w:rPr>
        <w:t xml:space="preserve">[50:28] </w:t>
      </w:r>
      <w:r>
        <w:t>to is ayat mein dekhiye,</w:t>
      </w:r>
    </w:p>
    <w:p>
      <w:pPr>
        <w:jc w:val="right"/>
      </w:pPr>
      <w:r>
        <w:t>تو اس آیت میں دیکھیے،</w:t>
      </w:r>
    </w:p>
    <w:p>
      <w:r>
        <w:rPr>
          <w:b/>
        </w:rPr>
        <w:t xml:space="preserve">[50:35] </w:t>
      </w:r>
      <w:r>
        <w:t>aath maddein batai gayi hain. to woh aath maddein jo hain, woh kya kya hain? fuqara aur masakeen, yani ghareeb log.</w:t>
      </w:r>
    </w:p>
    <w:p>
      <w:pPr>
        <w:jc w:val="right"/>
      </w:pPr>
      <w:r>
        <w:t>آٹھ مدیں بتائی گئی ہیں۔ تو وہ آٹھ مدیں جو ہیں، وہ کیا کیا ہیں؟ فقراء اور مساکین، یعنی غریب لوگ۔</w:t>
      </w:r>
    </w:p>
    <w:p>
      <w:r>
        <w:rPr>
          <w:b/>
        </w:rPr>
        <w:t xml:space="preserve">[50:47] </w:t>
      </w:r>
      <w:r>
        <w:t>ghareeb logon ke upar kharch karna hai.</w:t>
      </w:r>
    </w:p>
    <w:p>
      <w:pPr>
        <w:jc w:val="right"/>
      </w:pPr>
      <w:r>
        <w:t>غریب لوگوں کے اوپر خرچ کرنا ہے۔</w:t>
      </w:r>
    </w:p>
    <w:p>
      <w:r>
        <w:rPr>
          <w:b/>
        </w:rPr>
        <w:t xml:space="preserve">[50:51] </w:t>
      </w:r>
      <w:r>
        <w:t>is tarah se woh log jo masayib mein phans gaye hon, jaise musafir, ghar mein to is ke pas jeene ke liye saman maujood hai, lekin safar mein gaya, wahan phans gaya woh.</w:t>
      </w:r>
    </w:p>
    <w:p>
      <w:pPr>
        <w:jc w:val="right"/>
      </w:pPr>
      <w:r>
        <w:t>اس طریقے سے وہ لوگ جو مصائب میں پھنس گئے ہوں، جیسے مسافر، گھر میں تو اس کے پاس جینے کے لیے سامان موجود ہے، لیکن سفر میں گیا، وہاں پھنس گیا وہ۔</w:t>
      </w:r>
    </w:p>
    <w:p>
      <w:r>
        <w:rPr>
          <w:b/>
        </w:rPr>
        <w:t xml:space="preserve">[51:02] </w:t>
      </w:r>
      <w:r>
        <w:t>to ek woh log hain jo fuqara aur masakeen hain, jin ke pas kam paisa hai, aamdani nahin hai. ek woh log hain, yani mustaqil taur par woh masle se dochar hain.</w:t>
      </w:r>
    </w:p>
    <w:p>
      <w:pPr>
        <w:jc w:val="right"/>
      </w:pPr>
      <w:r>
        <w:t>تو ایک وہ لوگ ہیں جو فقراء اور مساکین ہیں، جن کے پاس کم پیسہ ہے، آمدنی نہیں ہے۔ ایک وہ لوگ ہیں، یعنی مستقل طور پر وہ مسئلے سے دوچار ہیں۔</w:t>
      </w:r>
    </w:p>
    <w:p>
      <w:r>
        <w:rPr>
          <w:b/>
        </w:rPr>
        <w:t xml:space="preserve">[51:15] </w:t>
      </w:r>
      <w:r>
        <w:t>ek woh hai jo musafir hota hai, ghar par woh ho to ghar par is ke liye saman hota hai, lekin safar mein kabhi phans jata hai to is ko bhi aap zakat ki mad se de sakte hain.</w:t>
      </w:r>
    </w:p>
    <w:p>
      <w:pPr>
        <w:jc w:val="right"/>
      </w:pPr>
      <w:r>
        <w:t>ایک وہ ہے جو مسافر ہوتا ہے، گھر پر وہ ہو تو گھر پر اس کے لیے سامان ہوتا ہے، لیکن سفر میں کبھی پھنس جاتا ہے تو اس کو بھی آپ زکوٰۃ کی مد سے دے سکتے ہیں۔</w:t>
      </w:r>
    </w:p>
    <w:p>
      <w:r>
        <w:rPr>
          <w:b/>
        </w:rPr>
        <w:t xml:space="preserve">[51:28] </w:t>
      </w:r>
      <w:r>
        <w:t>is tarah se jo musibaton mein phanse hue hon, maslan farz kiye ke woh muqadma tha un ke pas, un ke upar tawan lagaya gaya.</w:t>
      </w:r>
    </w:p>
    <w:p>
      <w:pPr>
        <w:jc w:val="right"/>
      </w:pPr>
      <w:r>
        <w:t>اس طریقے سے جو مصیبتوں میں پھنسے ہوئے ہوں، مثلاً فرض کیے کہ وہ مقدمہ تھا ان کے پاس، ان کے اوپر تاوان لگایا گیا۔</w:t>
      </w:r>
    </w:p>
    <w:p>
      <w:r>
        <w:rPr>
          <w:b/>
        </w:rPr>
        <w:t xml:space="preserve">[51:39] </w:t>
      </w:r>
      <w:r>
        <w:t>tawan nahin de paye woh, ab woh jail mein pade hue hain.</w:t>
      </w:r>
    </w:p>
    <w:p>
      <w:pPr>
        <w:jc w:val="right"/>
      </w:pPr>
      <w:r>
        <w:t>تاوان نہیں دے پائے وہ، اب وہ جیل میں پڑے ہوئے ہیں۔</w:t>
      </w:r>
    </w:p>
    <w:p>
      <w:r>
        <w:rPr>
          <w:b/>
        </w:rPr>
        <w:t xml:space="preserve">[51:43] </w:t>
      </w:r>
      <w:r>
        <w:t>in ka tawan ada kar diya jaye taake woh jail se un ko chhutti mil jaye. yeh bhi zakat ki mad se diya ja sakta hai. is tarah se Allah ke raste mein ek mad yeh bhi hai ke Allah ke raste mein kharch karna.</w:t>
      </w:r>
    </w:p>
    <w:p>
      <w:pPr>
        <w:jc w:val="right"/>
      </w:pPr>
      <w:r>
        <w:t>ان کا تاوان ادا کر دیا جائے تاکہ وہ جیل سے ان کو چھٹی مل جائے۔ یہ بھی زکوٰۃ کی مد سے دیا جا سکتا ہے۔ اس طریقے سے اللہ کے راستے میں ایک مد یہ بھی ہے کہ اللہ کے راستے میں خرچ کرنا۔</w:t>
      </w:r>
    </w:p>
    <w:p>
      <w:r>
        <w:rPr>
          <w:b/>
        </w:rPr>
        <w:t xml:space="preserve">[51:58] </w:t>
      </w:r>
      <w:r>
        <w:t>Allah ke raste mein kharch karne se, jahan tak maine samjha hai, sab se bari mad jo hai, woh hai dawat ilal Allah.</w:t>
      </w:r>
    </w:p>
    <w:p>
      <w:pPr>
        <w:jc w:val="right"/>
      </w:pPr>
      <w:r>
        <w:t>اللہ کے راستے میں خرچ کرنے سے، جہاں تک میں نے سمجھا ہے، سب سے بڑی مد جو ہے، وہ ہے دعوت الی اللہ۔</w:t>
      </w:r>
    </w:p>
    <w:p>
      <w:r>
        <w:rPr>
          <w:b/>
        </w:rPr>
        <w:t xml:space="preserve">[52:07] </w:t>
      </w:r>
      <w:r>
        <w:t>Allah</w:t>
      </w:r>
    </w:p>
    <w:p>
      <w:pPr>
        <w:jc w:val="right"/>
      </w:pPr>
      <w:r>
        <w:t>اللہ</w:t>
      </w:r>
    </w:p>
    <w:p>
      <w:r>
        <w:rPr>
          <w:b/>
        </w:rPr>
        <w:t xml:space="preserve">[52:08] </w:t>
      </w:r>
      <w:r>
        <w:t>ke raste mein kharch karne ka jo is ayat mein maujood hai, is se murad hai, jahan tak main samajhta hoon, dawat ilal Allah, yani Allah ke paigham ko doosron tak pahunchana.</w:t>
      </w:r>
    </w:p>
    <w:p>
      <w:pPr>
        <w:jc w:val="right"/>
      </w:pPr>
      <w:r>
        <w:t>کے راستے میں خرچ کرنے کا جو اس آیت میں موجود ہے، اس سے مراد ہے، جہاں تک میں سمجھتا ہوں، دعوت الی اللہ، یعنی اللہ کے پیغام کو دوسروں تک پہنچانا۔</w:t>
      </w:r>
    </w:p>
    <w:p>
      <w:r>
        <w:rPr>
          <w:b/>
        </w:rPr>
        <w:t xml:space="preserve">[52:23] </w:t>
      </w:r>
      <w:r>
        <w:t>main samajhta hoon ke yeh sab se bara kaam hai jo Allah ke raste mein kiya jata hai. yani Allah ne banaya hai is dunya ko</w:t>
      </w:r>
    </w:p>
    <w:p>
      <w:pPr>
        <w:jc w:val="right"/>
      </w:pPr>
      <w:r>
        <w:t>میں سمجھتا ہوں کہ یہ سب سے بڑا کام ہے جو اللہ کے راستے میں کیا جاتا ہے۔ یعنی اللہ نے بنایا ہے اس دنیا کو</w:t>
      </w:r>
    </w:p>
    <w:p>
      <w:r>
        <w:rPr>
          <w:b/>
        </w:rPr>
        <w:t xml:space="preserve">[52:32] </w:t>
      </w:r>
      <w:r>
        <w:t>ab Khuda yeh chahta hai ke maut se pehle logon ko yeh maloom ho jaye ke What was the creation plan of God.</w:t>
      </w:r>
    </w:p>
    <w:p>
      <w:pPr>
        <w:jc w:val="right"/>
      </w:pPr>
      <w:r>
        <w:t>۔ اب خدا یہ چاہتا ہے کہ موت سے پہلے لوگوں کو یہ معلوم ہو جائے کہ What was the creation plan of God ۔</w:t>
      </w:r>
    </w:p>
    <w:p>
      <w:r>
        <w:rPr>
          <w:b/>
        </w:rPr>
        <w:t xml:space="preserve">[52:44] </w:t>
      </w:r>
      <w:r>
        <w:t>Khuda ka takhliqi naqsha kya tha? taake woh jaan len ke akhirat mein jab unhein jaancha jayega, is jaanch ka criterion kya hoga.</w:t>
      </w:r>
    </w:p>
    <w:p>
      <w:pPr>
        <w:jc w:val="right"/>
      </w:pPr>
      <w:r>
        <w:t>خدا کا تخلیقی نقشہ کیا تھا؟ تاکہ وہ جان لیں کہ آخرت میں جب انہیں جانچا جائے گا، اس جانچ کا criterion کیا ہوگا۔</w:t>
      </w:r>
    </w:p>
    <w:p>
      <w:r>
        <w:rPr>
          <w:b/>
        </w:rPr>
        <w:t xml:space="preserve">[52:56] </w:t>
      </w:r>
      <w:r>
        <w:t>yeh bohat hi important baat hai ke log paida ho rahe hain, jeete hain, mar jaate hain.</w:t>
      </w:r>
    </w:p>
    <w:p>
      <w:pPr>
        <w:jc w:val="right"/>
      </w:pPr>
      <w:r>
        <w:t>یہ بہت ہی important بات ہے کہ لوگ پیدا ہو رہے ہیں، جیتے ہیں، مر جاتے ہیں۔</w:t>
      </w:r>
    </w:p>
    <w:p>
      <w:r>
        <w:rPr>
          <w:b/>
        </w:rPr>
        <w:t xml:space="preserve">[53:03] </w:t>
      </w:r>
      <w:r>
        <w:t>lekin aap jante hain ke aasman se koi awaaz to aati nahin. Koi pahad par likha hua nahin hai. What is the purpose of life?</w:t>
      </w:r>
    </w:p>
    <w:p>
      <w:pPr>
        <w:jc w:val="right"/>
      </w:pPr>
      <w:r>
        <w:t>لیکن آپ جانتے ہیں کہ آسمان سے کوئی آواز تو آتی نہیں۔ کوئی پہاڑ پر لکھا ہوا نہیں ہے۔ What is the purpose of life?</w:t>
      </w:r>
    </w:p>
    <w:p>
      <w:r>
        <w:rPr>
          <w:b/>
        </w:rPr>
        <w:t xml:space="preserve">[53:13] </w:t>
      </w:r>
      <w:r>
        <w:t>What is life and what is death? What is the day of judgment. yeh sab cheezein jo likhi hui nahin hain, Khuda ne apne paighambaron ke zariye bheji hain.</w:t>
      </w:r>
    </w:p>
    <w:p>
      <w:pPr>
        <w:jc w:val="right"/>
      </w:pPr>
      <w:r>
        <w:t>What is life and what is death? What is the day of judgment ۔ یہ سب چیزیں جو لکھی ہوئی نہیں ہیں، خدا نے اپنے پیغمبروں کے ذریعے بھیجی ہیں۔</w:t>
      </w:r>
    </w:p>
    <w:p>
      <w:r>
        <w:rPr>
          <w:b/>
        </w:rPr>
        <w:t xml:space="preserve">[53:24] </w:t>
      </w:r>
      <w:r>
        <w:t>to in baaton, is message ko, yaani Khuda ki is scheme ko batana logon ko har zabaan mein, har zamane mein, har mauqe par, yeh hai dawat ilal Allah.</w:t>
      </w:r>
    </w:p>
    <w:p>
      <w:pPr>
        <w:jc w:val="right"/>
      </w:pPr>
      <w:r>
        <w:t>تو ان باتوں، اس message کو، یعنی خدا کی اس scheme کو بتانا لوگوں کو ہر زبان میں، ہر زمانے میں، ہر موقع پر، یہ ہے دعوت الی اللہ۔</w:t>
      </w:r>
    </w:p>
    <w:p>
      <w:r>
        <w:rPr>
          <w:b/>
        </w:rPr>
        <w:t xml:space="preserve">[53:38] </w:t>
      </w:r>
      <w:r>
        <w:t>yeh Khuda ka sab se bara concern hai. Khuda yeh chahta hai ke log marne se pehle jaan lein. Yaani Khuda bekhabari mein na marein.</w:t>
      </w:r>
    </w:p>
    <w:p>
      <w:pPr>
        <w:jc w:val="right"/>
      </w:pPr>
      <w:r>
        <w:t>یہ خدا کا سب سے بڑا concern ہے۔ خدا یہ چاہتا ہے کہ لوگ مرنے سے پہلے جان لیں۔ یعنی خدا بے خبری میں نہ مرے۔</w:t>
      </w:r>
    </w:p>
    <w:p>
      <w:r>
        <w:rPr>
          <w:b/>
        </w:rPr>
        <w:t xml:space="preserve">[53:47] </w:t>
      </w:r>
      <w:r>
        <w:t>Khuda chahta hai ke log bekhabari mein na marein.</w:t>
      </w:r>
    </w:p>
    <w:p>
      <w:pPr>
        <w:jc w:val="right"/>
      </w:pPr>
      <w:r>
        <w:t>خدا چاہتا ہے کہ لوگ بے خبری میں نہ مریں۔</w:t>
      </w:r>
    </w:p>
    <w:p>
      <w:r>
        <w:rPr>
          <w:b/>
        </w:rPr>
        <w:t xml:space="preserve">[53:52] </w:t>
      </w:r>
      <w:r>
        <w:t>yeh na keh sakein wahan ja kar ke hamein koi pata hi nahin tha. Inna kunna ghafileen . Khuda ke samne jab pesh honge woh, to woh yeh na keh sakein ke hum to jante nahin the ke Day of Judgment hai, hisab kitab hai, jannat jahannum hai.</w:t>
      </w:r>
    </w:p>
    <w:p>
      <w:pPr>
        <w:jc w:val="right"/>
      </w:pPr>
      <w:r>
        <w:t>یہ نہ کہہ سکیں وہاں جا کر کہ ہمیں کوئی پتہ ہی نہیں تھا۔ إِنَّا كُنَّا غَافِلِينَ ۔ خدا کے سامنے جب پیش ہوں گے وہ، تو وہ یہ نہ کہہ سکیں کہ ہم تو جانتے نہیں تھے کہ day of judgment ہے، حساب کتاب ہے، جنت جہنم ہے۔</w:t>
      </w:r>
    </w:p>
    <w:p>
      <w:r>
        <w:rPr>
          <w:b/>
        </w:rPr>
        <w:t xml:space="preserve">[54:10] </w:t>
      </w:r>
      <w:r>
        <w:t>hamein to kuch pata nahin tha. To Khuda chahta hai ke in ki is bekhabari ko toda jaye.</w:t>
      </w:r>
    </w:p>
    <w:p>
      <w:pPr>
        <w:jc w:val="right"/>
      </w:pPr>
      <w:r>
        <w:t>ہمیں تو کچھ پتہ نہیں تھا۔ تو خدا چاہتا ہے کہ ان کی اس بے خبری کو توڑا جائے۔</w:t>
      </w:r>
    </w:p>
    <w:p>
      <w:r>
        <w:rPr>
          <w:b/>
        </w:rPr>
        <w:t xml:space="preserve">[54:19] </w:t>
      </w:r>
      <w:r>
        <w:t>woh sab kuch in ke ilm mein aa jaye. Taake jis ko hidayat lena hai, woh hidayat le. Jo hidayat nahin lena hai, to woh pakda jayega woh.</w:t>
      </w:r>
    </w:p>
    <w:p>
      <w:pPr>
        <w:jc w:val="right"/>
      </w:pPr>
      <w:r>
        <w:t>وہ سب کچھ ان کے علم میں آ جائے۔ تاکہ جس کو ہدایت لینا ہے، وہ ہدایت لے۔ جو ہدایت نہیں لینا ہے، تو وہ پکڑا جائے گا وہ۔</w:t>
      </w:r>
    </w:p>
    <w:p>
      <w:r>
        <w:rPr>
          <w:b/>
        </w:rPr>
        <w:t xml:space="preserve">[54:31] </w:t>
      </w:r>
      <w:r>
        <w:t>to logon ko Khuda ki is scheme se ba-khabar karna. Khuda ki logon ki bekhabari ko todna.</w:t>
      </w:r>
    </w:p>
    <w:p>
      <w:pPr>
        <w:jc w:val="right"/>
      </w:pPr>
      <w:r>
        <w:t>تو لوگوں کو خدا کی اس scheme سے باخبر کرنا۔ خدا کی لوگوں کی بے خبری کو توڑنا۔</w:t>
      </w:r>
    </w:p>
    <w:p>
      <w:r>
        <w:rPr>
          <w:b/>
        </w:rPr>
        <w:t xml:space="preserve">[54:40] </w:t>
      </w:r>
      <w:r>
        <w:t>ke log marein to haalat-e-ghafalat mein na marein. Log marein to haalat-e-ghafalat mein na marein. Yeh hai dawat ilal Allah.</w:t>
      </w:r>
    </w:p>
    <w:p>
      <w:pPr>
        <w:jc w:val="right"/>
      </w:pPr>
      <w:r>
        <w:t>کہ لوگ مرے تو حالت غفلت میں نہ مریں۔ لوگ مرے تو حالت غفلت میں نہ مریں۔ یہ ہے دعوت الی اللہ۔</w:t>
      </w:r>
    </w:p>
    <w:p>
      <w:r>
        <w:rPr>
          <w:b/>
        </w:rPr>
        <w:t xml:space="preserve">[54:48] </w:t>
      </w:r>
      <w:r>
        <w:t>isi liye Quran mein is ko inzar aur basharat kaha gaya hai. Inzar aur basharat. Yaani warning dena. Aur good tiding dena.</w:t>
      </w:r>
    </w:p>
    <w:p>
      <w:pPr>
        <w:jc w:val="right"/>
      </w:pPr>
      <w:r>
        <w:t>اسی لیے قرآن میں اس کو انذار اور تفسیر کہا گیا ہے۔ انذار اور تفسیر۔ یعنی warning دینا۔ اور good tiding دینا۔</w:t>
      </w:r>
    </w:p>
    <w:p>
      <w:r>
        <w:rPr>
          <w:b/>
        </w:rPr>
        <w:t xml:space="preserve">[55:00] </w:t>
      </w:r>
      <w:r>
        <w:t>Warning is baat ki ke agar tum ne Khuda ke scheme ke khilaf zindagi bitai is duniya mein, to tumhare liye hell hai.</w:t>
      </w:r>
    </w:p>
    <w:p>
      <w:pPr>
        <w:jc w:val="right"/>
      </w:pPr>
      <w:r>
        <w:t>Warning اس بات کی کہ اگر تم نے خدا کے scheme کے خلاف زندگی بتائی اس دنیا میں، تو تمہارے لیے hell ہے۔</w:t>
      </w:r>
    </w:p>
    <w:p>
      <w:r>
        <w:rPr>
          <w:b/>
        </w:rPr>
        <w:t xml:space="preserve">[55:11] </w:t>
      </w:r>
      <w:r>
        <w:t>Aur good tiding yeh ke agar tum ne Khuda ke hukumon ko follow kiya, to tumhare liye paradise hai.</w:t>
      </w:r>
    </w:p>
    <w:p>
      <w:pPr>
        <w:jc w:val="right"/>
      </w:pPr>
      <w:r>
        <w:t>اور good tiding یہ کہ اگر تم نے خدا کے حکموں کو follow کیا، تو تمہارے لیے paradise ہے۔</w:t>
      </w:r>
    </w:p>
    <w:p>
      <w:r>
        <w:rPr>
          <w:b/>
        </w:rPr>
        <w:t xml:space="preserve">[55:18] </w:t>
      </w:r>
      <w:r>
        <w:t>to yeh dawat ilal Allah ko Quran mein kaha gaya hai inzar aur basharat. To yeh kaam jo hai, main samajhta hoon ke fi sabilillah mein sab se muqaddam yahi hai.</w:t>
      </w:r>
    </w:p>
    <w:p>
      <w:pPr>
        <w:jc w:val="right"/>
      </w:pPr>
      <w:r>
        <w:t>تو یہ دعوت الی اللہ کو قرآن میں کہا گیا ہے انذار اور تفسیر۔ تو یہ کام جو ہے، میں سمجھتا ہوں کہ فی سبیل اللہ میں سب سے مقدم یہی ہے۔</w:t>
      </w:r>
    </w:p>
    <w:p>
      <w:r>
        <w:rPr>
          <w:b/>
        </w:rPr>
        <w:t xml:space="preserve">[55:34] </w:t>
      </w:r>
      <w:r>
        <w:t>ke jo aath maddain hain, un aath maddon mein se ek mad fi sabilillah ki hai. Aur fi sabilillah se mere nazdeek sab se aham jo, yaani jo aham jo mad murad hai, woh hai dawat ilal Allah.</w:t>
      </w:r>
    </w:p>
    <w:p>
      <w:pPr>
        <w:jc w:val="right"/>
      </w:pPr>
      <w:r>
        <w:t>کہ جو آٹھ مدیں ہیں، ان آٹھ مدوں میں سے ایک مد فی سبیل اللہ کی ہے۔ اور فی سبیل اللہ سے میرے نزدیک سب سے اہم جو، یعنی جو اہم جو مد مراد ہے، وہ ہے دعوت الی اللہ۔</w:t>
      </w:r>
    </w:p>
    <w:p>
      <w:r>
        <w:rPr>
          <w:b/>
        </w:rPr>
        <w:t xml:space="preserve">[55:49] </w:t>
      </w:r>
      <w:r>
        <w:t>is tareeqe se is mein ek hai talif-e-qalb. Yeh bhi ek mad hai. Ke jin ki talif-e-qalb maqsood ho, unhein dena.</w:t>
      </w:r>
    </w:p>
    <w:p>
      <w:pPr>
        <w:jc w:val="right"/>
      </w:pPr>
      <w:r>
        <w:t>اس طریقے سے اس میں ایک ہے تالیف قلب۔ یہ بھی ایک مد ہے۔ کہ جن کی تالیف قلب مقصود ہو، انہیں دینا۔</w:t>
      </w:r>
    </w:p>
    <w:p>
      <w:r>
        <w:rPr>
          <w:b/>
        </w:rPr>
        <w:t xml:space="preserve">[55:59] </w:t>
      </w:r>
      <w:r>
        <w:t>to aksar ulama ne is ko mansookh qarar diya hai. Lekin main samajhta hoon ke bilkul galat hai yeh. Yeh yeh hamesha rehne wali mad hai.</w:t>
      </w:r>
    </w:p>
    <w:p>
      <w:pPr>
        <w:jc w:val="right"/>
      </w:pPr>
      <w:r>
        <w:t>تو اکثر علماء نے اس کو منسوخ قرار دیا ہے۔ لیکن میں سمجھتا ہوں کہ بالکل غلط ہے یہ۔ یہ یہ ہمیشہ رہنے والی مد ہے۔</w:t>
      </w:r>
    </w:p>
    <w:p>
      <w:r>
        <w:rPr>
          <w:b/>
        </w:rPr>
        <w:t xml:space="preserve">[56:09] </w:t>
      </w:r>
      <w:r>
        <w:t>kabhi mansookh nahin ho sakta. Koi koi mansookh nahin kar sakta is ko. Mol</w:t>
      </w:r>
    </w:p>
    <w:p>
      <w:pPr>
        <w:jc w:val="right"/>
      </w:pPr>
      <w:r>
        <w:t>کبھی منسوخ نہیں ہو سکتا۔ کوئی کوئی منسوخ نہیں کر سکتا اس کو۔ مول</w:t>
      </w:r>
    </w:p>
    <w:p>
      <w:r>
        <w:rPr>
          <w:b/>
        </w:rPr>
        <w:t xml:space="preserve">[56:15] </w:t>
      </w:r>
      <w:r>
        <w:t>Ana Munazir Asghar Gilani ne bohat acha likha hai is ke bare mein. Maslan apni kitab Maashiyat mein, Islami Maashiyat mein.</w:t>
      </w:r>
    </w:p>
    <w:p>
      <w:pPr>
        <w:jc w:val="right"/>
      </w:pPr>
      <w:r>
        <w:t>انا مناظر اصغر گیلانی نے بہت اچھا لکھا ہے اس کے بارے میں۔ مثلاً اپنی کتاب معاشیات میں، اسلامی معاشیات میں۔</w:t>
      </w:r>
    </w:p>
    <w:p>
      <w:r>
        <w:rPr>
          <w:b/>
        </w:rPr>
        <w:t xml:space="preserve">[56:25] </w:t>
      </w:r>
      <w:r>
        <w:t>ke yeh kehna ke yeh mansookh ho gayi, bilkul galat hai. Yeh talif-e-qalb ke maani kya hain, dekhiye. Talif-e-qalb ke maani hote hain ke dilon ko naram karna.</w:t>
      </w:r>
    </w:p>
    <w:p>
      <w:pPr>
        <w:jc w:val="right"/>
      </w:pPr>
      <w:r>
        <w:t>کہ یہ کہنا کہ یہ منسوخ ہو گئی، بالکل غلط ہے۔ یہ تالیف قلب کے معنی کیا ہیں، دیکھیے۔ تالیف قلب کے معنی ہوتے ہیں کہ دلوں کو نرم کرنا۔</w:t>
      </w:r>
    </w:p>
    <w:p>
      <w:r>
        <w:rPr>
          <w:b/>
        </w:rPr>
        <w:t xml:space="preserve">[56:37] </w:t>
      </w:r>
      <w:r>
        <w:t>dilon ko naram karna. Naram karna kis baat par</w:t>
      </w:r>
    </w:p>
    <w:p>
      <w:pPr>
        <w:jc w:val="right"/>
      </w:pPr>
      <w:r>
        <w:t>دلوں کو نرم کرنا۔ نرم کرنا کس بات پر</w:t>
      </w:r>
    </w:p>
    <w:p>
      <w:r>
        <w:rPr>
          <w:b/>
        </w:rPr>
        <w:t xml:space="preserve">[56:42] </w:t>
      </w:r>
      <w:r>
        <w:t>? Yeh baat par ke dawat ilal Allah ka yeh yeh woh hai. Isi ke silsile ki ek cheez hai.</w:t>
      </w:r>
    </w:p>
    <w:p>
      <w:pPr>
        <w:jc w:val="right"/>
      </w:pPr>
      <w:r>
        <w:t>؟ یہ بات پر کہ دعوت الی اللہ کا یہ یہ وہ ہے۔ اسی کے سلسلے کی ایک چیز ہے۔</w:t>
      </w:r>
    </w:p>
    <w:p>
      <w:r>
        <w:rPr>
          <w:b/>
        </w:rPr>
        <w:t xml:space="preserve">[56:53] </w:t>
      </w:r>
      <w:r>
        <w:t>jin logon ko sachai ki taraf raghbat nahin hai, jo sachai se phire hue hain, jo sachai par ziyada dhyan nahin dete hain, to un ko aap tabligh karenge, dawat pahunchayenge.</w:t>
      </w:r>
    </w:p>
    <w:p>
      <w:pPr>
        <w:jc w:val="right"/>
      </w:pPr>
      <w:r>
        <w:t>جن لوگوں کو سچائی کی طرف رغبت نہیں ہے، جو سچائی سے پھرے ہوئے ہیں، جو سچائی پر زیادہ دھیان نہیں دیتے ہیں، تو ان کو آپ تبلیغ کریں گے، دعوت پہنچائیں گے۔</w:t>
      </w:r>
    </w:p>
    <w:p>
      <w:r>
        <w:rPr>
          <w:b/>
        </w:rPr>
        <w:t xml:space="preserve">[57:07] </w:t>
      </w:r>
      <w:r>
        <w:t>literature se, taqreer se, jaise bhi koshish karenge. Sath sath un ke dilon ko naram karne ke liye zakat ke mad se unhein kharch kiya ja sakta hai un ke upar.</w:t>
      </w:r>
    </w:p>
    <w:p>
      <w:pPr>
        <w:jc w:val="right"/>
      </w:pPr>
      <w:r>
        <w:t>لٹریچر سے، تقریر سے، جیسے بھی کوشش کریں گے۔ ساتھ ساتھ ان کے دلوں کو نرم کرنے کے لیے زکوٰۃ کے مد سے انہیں خرچ کیا جا سکتا ہے ان کے اوپر۔</w:t>
      </w:r>
    </w:p>
    <w:p>
      <w:r>
        <w:rPr>
          <w:b/>
        </w:rPr>
        <w:t xml:space="preserve">[57:20] </w:t>
      </w:r>
      <w:r>
        <w:t>to talif qalb aik mustaqil mad hai. bohat hi bari mad hai. yahan tak ke rasool allah salallaho alaihi wasallam jab madina gaye to shuru shuru mein taqreeban solah mahine aap ne yeh kiya ke yahood ke qible ko apna, apni ibadat ka qibla bana liya.</w:t>
      </w:r>
    </w:p>
    <w:p>
      <w:pPr>
        <w:jc w:val="right"/>
      </w:pPr>
      <w:r>
        <w:t>تو تالیف قلب ایک مستقل مد ہے۔ بہت ہی بڑی مد ہے۔ یہاں تک کہ رسول اللہ صلی اللہ علیہ وسلم جب مدینہ گئے تو شروع شروع میں تقریباً سولہ مہینے آپ نے یہ کیا کہ یہود کے قبلے کو اپنا، اپنی عبادت کا قبلہ بنا لیا۔</w:t>
      </w:r>
    </w:p>
    <w:p>
      <w:r>
        <w:rPr>
          <w:b/>
        </w:rPr>
        <w:t xml:space="preserve">[57:41] </w:t>
      </w:r>
      <w:r>
        <w:t>yahood namaz parhte the. qubbat al-sakhrah un ka</w:t>
      </w:r>
    </w:p>
    <w:p>
      <w:pPr>
        <w:jc w:val="right"/>
      </w:pPr>
      <w:r>
        <w:t>یہود نماز پڑھتے تھے۔ قبة الصخرة ان کا</w:t>
      </w:r>
    </w:p>
    <w:p>
      <w:r>
        <w:rPr>
          <w:b/>
        </w:rPr>
        <w:t xml:space="preserve">[57:44] </w:t>
      </w:r>
      <w:r>
        <w:t>qibla tha. yerushalayim mein jo hai, yeh kaaba ki ulti simt mein parta tha. to aap wahan gaye to yahudiyon ke qible ko apna qibla bana liya.</w:t>
      </w:r>
    </w:p>
    <w:p>
      <w:pPr>
        <w:jc w:val="right"/>
      </w:pPr>
      <w:r>
        <w:t>قبلہ تھا۔ یروشلم میں جو ہے، یہ کعبہ کی الٹی سمت میں پڑتا تھا۔ تو آپ وہاں گئے تو یہودیوں کے قبلے کو اپنا قبلہ بنا لیا۔</w:t>
      </w:r>
    </w:p>
    <w:p>
      <w:r>
        <w:rPr>
          <w:b/>
        </w:rPr>
        <w:t xml:space="preserve">[57:58] </w:t>
      </w:r>
      <w:r>
        <w:t>yeh tafsir mein likha hua hai. yani solah mahine ke baad badla aap ne. ke talifan lil yahood. yahood ki talif qalb ke liye aisa kiya tha aap ne.</w:t>
      </w:r>
    </w:p>
    <w:p>
      <w:pPr>
        <w:jc w:val="right"/>
      </w:pPr>
      <w:r>
        <w:t>یہ تفسیر میں لکھا ہوا ہے۔ یعنی سولہ مہینے کے بعد بدلا آپ نے۔ کہ تَالِيفًا لِلْيَهُودِ ۔ یہود کی تالیف قلب کے لیے ایسا کیا تھا آپ نے۔</w:t>
      </w:r>
    </w:p>
    <w:p>
      <w:r>
        <w:rPr>
          <w:b/>
        </w:rPr>
        <w:t xml:space="preserve">[58:10] </w:t>
      </w:r>
      <w:r>
        <w:t>ke yahood ko naram karne ke liye, yahood ko qareeb lane ke liye.</w:t>
      </w:r>
    </w:p>
    <w:p>
      <w:pPr>
        <w:jc w:val="right"/>
      </w:pPr>
      <w:r>
        <w:t>کہ یہود کو نرم کرنے کے لیے، یہود کو قریب لانے کے لیے۔</w:t>
      </w:r>
    </w:p>
    <w:p>
      <w:r>
        <w:rPr>
          <w:b/>
        </w:rPr>
        <w:t xml:space="preserve">[58:16] </w:t>
      </w:r>
      <w:r>
        <w:t>yahood ko, woh yahood ke dilon mein saaf corner paida karne ke liye, apne mission ke liye. to aap dekhiye ke rasool allah talif qalb mein yahan tak gaye, yahan tak gaye, yahan tak gaye.</w:t>
      </w:r>
    </w:p>
    <w:p>
      <w:pPr>
        <w:jc w:val="right"/>
      </w:pPr>
      <w:r>
        <w:t>یہود کو، وہ یہود کے دلوں میں صاف corner پیدا کرنے کے لیے، اپنے mission کے لیے۔ تو آپ دیکھیے کہ رسول اللہ تالیف قلب میں یہاں تک گئے، یہاں تک گئے، یہاں تک گئے۔</w:t>
      </w:r>
    </w:p>
    <w:p>
      <w:r>
        <w:rPr>
          <w:b/>
        </w:rPr>
        <w:t xml:space="preserve">[58:28] </w:t>
      </w:r>
      <w:r>
        <w:t>ke aap ne yahood ke qible ko apni ibadat ka qibla bana liya. yani kaaba maujood tha. aur ghaur farmaiye ke makka mein tera saal tak aap kaaba ki taraf namaz parhte rahe.</w:t>
      </w:r>
    </w:p>
    <w:p>
      <w:pPr>
        <w:jc w:val="right"/>
      </w:pPr>
      <w:r>
        <w:t>کہ آپ نے یہود کے قبلے کو اپنی عبادت کا قبلہ بنا لیا۔ یعنی کعبہ موجود تھا۔ اور غور فرمائیے کہ مکہ میں تیرہ سال تک آپ کعبہ کی طرف نماز پڑھتے رہے۔</w:t>
      </w:r>
    </w:p>
    <w:p>
      <w:r>
        <w:rPr>
          <w:b/>
        </w:rPr>
        <w:t xml:space="preserve">[58:42] </w:t>
      </w:r>
      <w:r>
        <w:t>aur madina mein gaye to wahan aap ne kiya kiya?</w:t>
      </w:r>
    </w:p>
    <w:p>
      <w:pPr>
        <w:jc w:val="right"/>
      </w:pPr>
      <w:r>
        <w:t>اور مدینہ میں گئے تو وہاں آپ نے کیا کیا؟</w:t>
      </w:r>
    </w:p>
    <w:p>
      <w:r>
        <w:rPr>
          <w:b/>
        </w:rPr>
        <w:t xml:space="preserve">[58:46] </w:t>
      </w:r>
      <w:r>
        <w:t>yani yahudiyon ke qible ki taraf namaz parhne lage. taake yahudiyon ke dilon mein saaf corner aaye. yahudiyon ke dilon mein aap ke message ke liye narmi paida ho.</w:t>
      </w:r>
    </w:p>
    <w:p>
      <w:pPr>
        <w:jc w:val="right"/>
      </w:pPr>
      <w:r>
        <w:t>یعنی یہودیوں کے قبلے کی طرف نماز پڑھنے لگے۔ تاکہ یہودیوں کے دلوں میں صاف corner آئے۔ یہودیوں کے دلوں میں آپ کے message کے لیے نرمی پیدا ہو۔</w:t>
      </w:r>
    </w:p>
    <w:p>
      <w:r>
        <w:rPr>
          <w:b/>
        </w:rPr>
        <w:t xml:space="preserve">[59:00] </w:t>
      </w:r>
      <w:r>
        <w:t>itni zyada ahmiyat hai talif qalb ki. isi liye zakat mein se aik mad is ke liye rakhi gayi. wal muallafati qulubuhum</w:t>
      </w:r>
    </w:p>
    <w:p>
      <w:pPr>
        <w:jc w:val="right"/>
      </w:pPr>
      <w:r>
        <w:t>اتنی زیادہ اہمیت ہے تالیف قلب کی۔ اسی لیے زکوٰۃ میں سے ایک مد اس کے لیے رکھی گئی۔ وَالْمُؤَلَّفَةِ قُلُوبُهُمْ</w:t>
      </w:r>
    </w:p>
    <w:p>
      <w:r>
        <w:rPr>
          <w:b/>
        </w:rPr>
        <w:t xml:space="preserve">[59:11] </w:t>
      </w:r>
      <w:r>
        <w:t>. yani un logon ke liye kharch karna jin ki talif qalb matloob ho. to yeh koi aisi cheez nahi ke is ko aap mansookh kar dein.</w:t>
      </w:r>
    </w:p>
    <w:p>
      <w:pPr>
        <w:jc w:val="right"/>
      </w:pPr>
      <w:r>
        <w:t>۔ یعنی ان لوگوں کے لیے خرچ کرنا جن کی تالیف قلب مطلوب ہو۔ تو یہ کوئی ایسی چیز نہیں کہ اس کو آپ منسوخ کر دیں۔</w:t>
      </w:r>
    </w:p>
    <w:p>
      <w:r>
        <w:rPr>
          <w:b/>
        </w:rPr>
        <w:t xml:space="preserve">[59:21] </w:t>
      </w:r>
      <w:r>
        <w:t>yeh to eternal cheez hai. jab tak insan hai, tab tak yeh rahega. jab tak dunya mein insan hai, tab tak is ke paas dil hai.</w:t>
      </w:r>
    </w:p>
    <w:p>
      <w:pPr>
        <w:jc w:val="right"/>
      </w:pPr>
      <w:r>
        <w:t>یہ تو eternal چیز ہے۔ جب تک انسان ہے، تب تک یہ رہے گا۔ جب تک دنیا میں انسان ہے، تب تک اس کے پاس دل ہے۔</w:t>
      </w:r>
    </w:p>
    <w:p>
      <w:r>
        <w:rPr>
          <w:b/>
        </w:rPr>
        <w:t xml:space="preserve">[59:30] </w:t>
      </w:r>
      <w:r>
        <w:t>jab tak dil hai to is ki talif karni padegi. is ka koi sense hi nahi hai ke is ko aap mansookh kar dein.</w:t>
      </w:r>
    </w:p>
    <w:p>
      <w:pPr>
        <w:jc w:val="right"/>
      </w:pPr>
      <w:r>
        <w:t>جب تک دل ہے تو اس کی تالیف کرنی پڑے گی۔ اس کا کوئی sense ہی نہیں ہے کہ اس کو آپ منسوخ کر دیں۔</w:t>
      </w:r>
    </w:p>
    <w:p>
      <w:r>
        <w:rPr>
          <w:b/>
        </w:rPr>
        <w:t xml:space="preserve">[59:40] </w:t>
      </w:r>
      <w:r>
        <w:t>aur koi aisi hadith nahi hai. koi aisa quran mein, koi aisi baat nahi hai. yani hadith aur quran se yeh sabit nahi hota. aur common sense se aap sochiye.</w:t>
      </w:r>
    </w:p>
    <w:p>
      <w:pPr>
        <w:jc w:val="right"/>
      </w:pPr>
      <w:r>
        <w:t>اور کوئی ایسی حدیث نہیں ہے۔ کوئی ایسا قرآن میں، کوئی ایسی بات نہیں ہے۔ یعنی حدیث اور قرآن سے یہ ثابت نہیں ہوتا۔ اور common sense سے آپ سوچیے۔</w:t>
      </w:r>
    </w:p>
    <w:p>
      <w:r>
        <w:rPr>
          <w:b/>
        </w:rPr>
        <w:t xml:space="preserve">[59:52] </w:t>
      </w:r>
      <w:r>
        <w:t>talif qalb jo hai, qalb ki talif. to qalb jab tak hai, tab tak talif bhi karna hai. jab tak qalb hai, matlab jab tak yeh dunya hai, jab tak dunya mein zinda insan hai, jab tak aise log hain jo sachai se phire hue hain,</w:t>
      </w:r>
    </w:p>
    <w:p>
      <w:pPr>
        <w:jc w:val="right"/>
      </w:pPr>
      <w:r>
        <w:t>تالیف قلب جو ہے، قلب کی تالیف۔ تو قلب جب تک ہے، تب تک تالیف بھی کرنا ہے۔ جب تک قلب ہے، مطلب جب تک یہ دنیا ہے، جب تک دنیا میں زندہ انسان ہے، جب تک ایسے لوگ ہیں جو سچائی سے پھرے ہوئے ہیں،</w:t>
      </w:r>
    </w:p>
    <w:p>
      <w:r>
        <w:rPr>
          <w:b/>
        </w:rPr>
        <w:t xml:space="preserve">[1:00:09] </w:t>
      </w:r>
      <w:r>
        <w:t>to talif qalb aik abadi mad hai. jab tak qayamat nahi aati hai, jab tak dunya mein insan reh rahe hain, tab tak, jab bhi yeh zaroorat mehsoos hogi ke logon ki talif qalb ki jaye, logon ke dilon ko naram kiya jaye,</w:t>
      </w:r>
    </w:p>
    <w:p>
      <w:pPr>
        <w:jc w:val="right"/>
      </w:pPr>
      <w:r>
        <w:t>تو تالیف قلب ایک ابدی مد ہے۔ جب تک قیامت نہیں آتی ہے، جب تک دنیا میں انسان رہ رہے ہیں، تب تک، جب بھی یہ ضرورت محسوس ہوگی کہ لوگوں کی تالیف قلب کی جائے، لوگوں کے دلوں کو نرم کیا جائے،</w:t>
      </w:r>
    </w:p>
    <w:p>
      <w:r>
        <w:rPr>
          <w:b/>
        </w:rPr>
        <w:t xml:space="preserve">[1:00:25] </w:t>
      </w:r>
      <w:r>
        <w:t>logon ke dilon mein sachai ki taraf mailan paida kiya jaye, logon ke dilon mein, yani jo kehte hain, saaf corner, saaf corner paida kiya jaye sachai ke liye,</w:t>
      </w:r>
    </w:p>
    <w:p>
      <w:pPr>
        <w:jc w:val="right"/>
      </w:pPr>
      <w:r>
        <w:t>لوگوں کے دلوں میں سچائی کی طرف میلان پیدا کیا جائے، لوگوں کے دلوں میں، یعنی جو کہتے ہیں، صاف corner، صاف corner پیدا کیا جائے سچائی کے لیے،</w:t>
      </w:r>
    </w:p>
    <w:p>
      <w:r>
        <w:rPr>
          <w:b/>
        </w:rPr>
        <w:t xml:space="preserve">[1:00:37] </w:t>
      </w:r>
      <w:r>
        <w:t>tab tak zakat ki yeh mad jari rahegi, baqi rahegi. is ko koi mansookh nahi kar sakta hai.</w:t>
      </w:r>
    </w:p>
    <w:p>
      <w:pPr>
        <w:jc w:val="right"/>
      </w:pPr>
      <w:r>
        <w:t>تب تک زکوٰۃ کی یہ مد جاری رہے گی، باقی رہے گی۔ اس کو کوئی منسوخ نہیں کر سکتا ہے۔</w:t>
      </w:r>
    </w:p>
    <w:p>
      <w:r>
        <w:rPr>
          <w:b/>
        </w:rPr>
        <w:t xml:space="preserve">[1:00:46] </w:t>
      </w:r>
      <w:r>
        <w:t>to is tarah se surah al-tawbah mein zakat ki aath madain batai gayi hain. zakat ki aath madain batai gayi hain.</w:t>
      </w:r>
    </w:p>
    <w:p>
      <w:pPr>
        <w:jc w:val="right"/>
      </w:pPr>
      <w:r>
        <w:t>تو اس طرح سے سورہ التوبہ میں زکوٰۃ کی آٹھ مدیں بتائی گئی ہیں۔ زکوٰۃ کی آٹھ مدیں بتائی گئی ہیں۔</w:t>
      </w:r>
    </w:p>
    <w:p>
      <w:r>
        <w:rPr>
          <w:b/>
        </w:rPr>
        <w:t xml:space="preserve">[1:00:57] </w:t>
      </w:r>
      <w:r>
        <w:t>lekin jaisa ke maine arz kiya. zakat ya infaq ya sadqat ki aik hai minimum miqdar, aik hai maximum miqdar.</w:t>
      </w:r>
    </w:p>
    <w:p>
      <w:pPr>
        <w:jc w:val="right"/>
      </w:pPr>
      <w:r>
        <w:t>لیکن جیسا کہ میں نے عرض کیا۔ زکوٰۃ یا انفاق یا صدقات کی ایک ہے minimum مقدار، ایک ہے maximum مقدار۔</w:t>
      </w:r>
    </w:p>
    <w:p>
      <w:r>
        <w:rPr>
          <w:b/>
        </w:rPr>
        <w:t xml:space="preserve">[1:01:10] </w:t>
      </w:r>
      <w:r>
        <w:t>to minimum miqdar to wohi hai ke dahi feesad. maximum miqdar ki koi had nahi hai.</w:t>
      </w:r>
    </w:p>
    <w:p>
      <w:pPr>
        <w:jc w:val="right"/>
      </w:pPr>
      <w:r>
        <w:t>تو minimum مقدار تو وہی ہے کہ ڈھائی فیصد۔ Maximum مقدار کی کوئی حد نہیں ہے۔</w:t>
      </w:r>
    </w:p>
    <w:p>
      <w:r>
        <w:rPr>
          <w:b/>
        </w:rPr>
        <w:t xml:space="preserve">[1:01:24] </w:t>
      </w:r>
      <w:r>
        <w:t>madine mein aik sahabi the, un ka naam tha abdul rehman bin auf. woh kafi bara un ka tijarti silsila tha.</w:t>
      </w:r>
    </w:p>
    <w:p>
      <w:pPr>
        <w:jc w:val="right"/>
      </w:pPr>
      <w:r>
        <w:t>مدینے میں ایک صحابی تھے، ان کا نام تھا عبدالرحمن بن عوف۔ وہ کافی بڑا ان کا تجارتی سلسلہ تھا۔</w:t>
      </w:r>
    </w:p>
    <w:p>
      <w:r>
        <w:rPr>
          <w:b/>
        </w:rPr>
        <w:t xml:space="preserve">[1:01:34] </w:t>
      </w:r>
      <w:r>
        <w:t>to rasool allah ki wafat ke baad ka aik waqia hai. rasool allah ki wafat ho</w:t>
      </w:r>
    </w:p>
    <w:p>
      <w:pPr>
        <w:jc w:val="right"/>
      </w:pPr>
      <w:r>
        <w:t>تو رسول اللہ کی وفات کے بعد کا ایک واقعہ ہے۔ رسول اللہ کی وفات ہو</w:t>
      </w:r>
    </w:p>
    <w:p>
      <w:r>
        <w:rPr>
          <w:b/>
        </w:rPr>
        <w:t xml:space="preserve">[1:01:39] </w:t>
      </w:r>
      <w:r>
        <w:t>chuki thi, tab ka waqia hai. ke aik din aisa hua ke hazrat aisha ko, hazrat aisha ne dekha ke madine mein bohat gard uthi hai.</w:t>
      </w:r>
    </w:p>
    <w:p>
      <w:pPr>
        <w:jc w:val="right"/>
      </w:pPr>
      <w:r>
        <w:t>چکی تھی، تب کا واقعہ ہے۔ کہ ایک دن ایسا ہوا کہ حضرت عائشہ کو، حضرت عائشہ نے دیکھا کہ مدینے میں بہت گرد اٹھی ہے۔</w:t>
      </w:r>
    </w:p>
    <w:p>
      <w:r>
        <w:rPr>
          <w:b/>
        </w:rPr>
        <w:t xml:space="preserve">[1:01:50] </w:t>
      </w:r>
      <w:r>
        <w:t>gard. zahir hai, rozana pakhta sarkein nahi hoti thi, pakhta ghar bhi nahi hote the. to aap ne dekha ke bohat zyada gard uthi hai.</w:t>
      </w:r>
    </w:p>
    <w:p>
      <w:pPr>
        <w:jc w:val="right"/>
      </w:pPr>
      <w:r>
        <w:t>گرد۔ ظاہر ہے، روزانہ پختہ سڑکیں نہیں ہوتی تھیں، پختہ گھر بھی نہیں ہوتے تھے۔ تو آپ نے دیکھا کہ بہت زیادہ گرد اٹھی ہے۔</w:t>
      </w:r>
    </w:p>
    <w:p>
      <w:r>
        <w:rPr>
          <w:b/>
        </w:rPr>
        <w:t xml:space="preserve">[1:02:02] </w:t>
      </w:r>
      <w:r>
        <w:t>to aap ne un se poocha ke itni gard kyun uthi hai, kya baat hai?</w:t>
      </w:r>
    </w:p>
    <w:p>
      <w:pPr>
        <w:jc w:val="right"/>
      </w:pPr>
      <w:r>
        <w:t>تو آپ نے ان سے پوچھا کہ اتنی گرد کیوں اٹھی ہے، کیا بات ہے؟</w:t>
      </w:r>
    </w:p>
    <w:p>
      <w:r>
        <w:rPr>
          <w:b/>
        </w:rPr>
        <w:t xml:space="preserve">[1:02:06] </w:t>
      </w:r>
      <w:r>
        <w:t>to unhon ne bataya ke abdulrehman bin auf ka tijarti qafila aa raha hai.</w:t>
      </w:r>
    </w:p>
    <w:p>
      <w:pPr>
        <w:jc w:val="right"/>
      </w:pPr>
      <w:r>
        <w:t>تو انہوں نے بتایا کہ عبدالرحمن بن عوف کا تجارتی قافلہ آ رہا ہے۔</w:t>
      </w:r>
    </w:p>
    <w:p>
      <w:r>
        <w:rPr>
          <w:b/>
        </w:rPr>
        <w:t xml:space="preserve">[1:02:14] </w:t>
      </w:r>
      <w:r>
        <w:t>tijarti qafila, is mein aik hazar oont thay. to woh bahir se aaya tha, sham waghera se. to jab dakhil hua madine mein, to ab zahir hai ke is zamane mein jab ke pakhta ghar nahi thay, pakhta sarkain nahi theen, to aik hazar oont jab aayenge to gard uthegi fiza mein.</w:t>
      </w:r>
    </w:p>
    <w:p>
      <w:pPr>
        <w:jc w:val="right"/>
      </w:pPr>
      <w:r>
        <w:t>تجارتی قافلہ، اس میں ایک ہزار اونٹ تھے۔ تو وہ باہر سے آیا تھا، شام وغیرہ سے۔ تو جب داخل ہوا مدینے میں، تو اب ظاہر ہے کہ اس زمانے میں جب کہ پختہ گھر نہیں تھے، پختہ سڑکیں نہیں تھیں، تو ایک ہزار اونٹ جب آئیں گے تو گرد اٹھے گی فضا میں۔</w:t>
      </w:r>
    </w:p>
    <w:p>
      <w:r>
        <w:rPr>
          <w:b/>
        </w:rPr>
        <w:t xml:space="preserve">[1:02:35] </w:t>
      </w:r>
      <w:r>
        <w:t>to gard uthi. to hazrat aisha ko bataya gaya ke yeh abdulrehman bin auf ke tijarti qafila aya hai, hazrat abdulrehman bin auf ka tijarti qafila aya hai, is liye itni gard uthi hai madine mein.</w:t>
      </w:r>
    </w:p>
    <w:p>
      <w:pPr>
        <w:jc w:val="right"/>
      </w:pPr>
      <w:r>
        <w:t>تو گرد اٹھی۔ تو حضرت عائشہ کو بتایا گیا کہ یہ عبدالرحمن بن عوف کے تجارتی قافلہ آیا ہے، حضرت عبدالرحمن بن عوف کا تجارتی قافلہ آیا ہے، اس لیے اتنی گرد اٹھی ہے مدینہ میں۔</w:t>
      </w:r>
    </w:p>
    <w:p>
      <w:r>
        <w:rPr>
          <w:b/>
        </w:rPr>
        <w:t xml:space="preserve">[1:02:49] </w:t>
      </w:r>
      <w:r>
        <w:t>to</w:t>
      </w:r>
    </w:p>
    <w:p>
      <w:pPr>
        <w:jc w:val="right"/>
      </w:pPr>
      <w:r>
        <w:t>تو</w:t>
      </w:r>
    </w:p>
    <w:p>
      <w:r>
        <w:rPr>
          <w:b/>
        </w:rPr>
        <w:t xml:space="preserve">[1:02:53] </w:t>
      </w:r>
      <w:r>
        <w:t>hazrat aisha ne kaha ke maine rasool allah salallaho alaihe wasallam se suna hai ke abdulrehman bin auf ghisste hue jannat mein jayenge.</w:t>
      </w:r>
    </w:p>
    <w:p>
      <w:pPr>
        <w:jc w:val="right"/>
      </w:pPr>
      <w:r>
        <w:t>حضرت عائشہ نے کہا کہ میں نے رسول اللہ صلی اللہ علیہ وسلم سے سنا ہے کہ عبدالرحمن بن عوف گھسٹتے ہوئے جنت میں جائیں گے۔</w:t>
      </w:r>
    </w:p>
    <w:p>
      <w:r>
        <w:rPr>
          <w:b/>
        </w:rPr>
        <w:t xml:space="preserve">[1:03:09] </w:t>
      </w:r>
      <w:r>
        <w:t>yani khare khare nahi jayenge, jaise insan chalta hai. to aap ne farmaya ke maine suna hai rasool allah salallaho alaihe wasallam se ke abdulrehman bin auf ghutnon ke bal ghisste hue paradise mein jayenge, jannat mein jayenge.</w:t>
      </w:r>
    </w:p>
    <w:p>
      <w:pPr>
        <w:jc w:val="right"/>
      </w:pPr>
      <w:r>
        <w:t>یعنی کھڑے کھڑے نہیں جائیں گے، جیسے انسان چلتا ہے۔ تو آپ نے فرمایا کہ میں نے سنا ہے رسول اللہ صلی اللہ علیہ وسلم سے کہ عبدالرحمن بن عوف گھٹنوں کے بل گھسٹتے ہوئے paradise میں جائیں گے، جنت میں جائیں گے۔</w:t>
      </w:r>
    </w:p>
    <w:p>
      <w:r>
        <w:rPr>
          <w:b/>
        </w:rPr>
        <w:t xml:space="preserve">[1:03:27] </w:t>
      </w:r>
      <w:r>
        <w:t>yeh baat kisi ne pohancha di. yeh baat kisi ne pohancha di. abdulrehman bin auf ko jo sahabi thay, senior sahabi thay woh,</w:t>
      </w:r>
    </w:p>
    <w:p>
      <w:pPr>
        <w:jc w:val="right"/>
      </w:pPr>
      <w:r>
        <w:t>یہ بات کسی نے پہنچا دی۔ یہ بات کسی نے پہنچا دی۔ عبدالرحمن بن عوف کو جو صحابی تھے، senior صحابی تھے وہ،</w:t>
      </w:r>
    </w:p>
    <w:p>
      <w:r>
        <w:rPr>
          <w:b/>
        </w:rPr>
        <w:t xml:space="preserve">[1:03:39] </w:t>
      </w:r>
      <w:r>
        <w:t>jaisa ke maine arz kiya ke madine mein do sahabi bohat zyada maal wale thay. aik thay hazrat usman, to yeh thay abdulrehman bin auf. to jab unhon ne suna ke aisha aisa keh rahi hain, to unhon ne kaha ke yeh dekhiye, in ka, in ki spirit kya hoti thi sahaba ki.</w:t>
      </w:r>
    </w:p>
    <w:p>
      <w:pPr>
        <w:jc w:val="right"/>
      </w:pPr>
      <w:r>
        <w:t>جیسا کہ میں نے عرض کیا کہ مدینے میں دو صحابی بہت زیادہ مال والے تھے۔ ایک تھے حضرت عثمان، تو یہ تھے عبدالرحمن بن عوف۔ تو جب انہوں نے سنا کہ عائشہ ایسا کہہ رہی ہیں، تو انہوں نے کہا کہ یہ دیکھیے، ان کا، ان کی spirit کیا ہوتی تھی صحابہ کی۔</w:t>
      </w:r>
    </w:p>
    <w:p>
      <w:r>
        <w:rPr>
          <w:b/>
        </w:rPr>
        <w:t xml:space="preserve">[1:04:00] </w:t>
      </w:r>
      <w:r>
        <w:t>to unhon ne kaha ke khuda ne chaha to main khare khare jannat mein jaunga.</w:t>
      </w:r>
    </w:p>
    <w:p>
      <w:pPr>
        <w:jc w:val="right"/>
      </w:pPr>
      <w:r>
        <w:t>تو انہوں نے کہا کہ خدا نے چاہا تو میں کھڑے کھڑے جنت میں جاؤں گا۔</w:t>
      </w:r>
    </w:p>
    <w:p>
      <w:r>
        <w:rPr>
          <w:b/>
        </w:rPr>
        <w:t xml:space="preserve">[1:04:06] </w:t>
      </w:r>
      <w:r>
        <w:t>unhon ne kaha tha ke pairon ke bal ghisste hue jannat mein jayenge. jaise akkar chalta hai aadmi. to unhon ne kaha ke khuda ne chaha to main khare khare jannat mein jaunga.</w:t>
      </w:r>
    </w:p>
    <w:p>
      <w:pPr>
        <w:jc w:val="right"/>
      </w:pPr>
      <w:r>
        <w:t>انہوں نے کہا تھا کہ پیروں کے بل گھسٹتے ہوئے جنت میں جائیں گے۔ جیسے اکڑ چلتا ہے آدمی۔ تو انہوں نے کہا کہ خدا نے چاہا تو میں کھڑے کھڑے جنت میں جاؤں گا۔</w:t>
      </w:r>
    </w:p>
    <w:p>
      <w:r>
        <w:rPr>
          <w:b/>
        </w:rPr>
        <w:t xml:space="preserve">[1:04:20] </w:t>
      </w:r>
      <w:r>
        <w:t>yani izzat ke andaaz mein, izzat ke roop mein. phir unhon ne elaan kar diya.</w:t>
      </w:r>
    </w:p>
    <w:p>
      <w:pPr>
        <w:jc w:val="right"/>
      </w:pPr>
      <w:r>
        <w:t>یعنی عزت کے انداز میں، عزت کے روپ میں۔ پھر انہوں نے اعلان کر دیا۔</w:t>
      </w:r>
    </w:p>
    <w:p>
      <w:r>
        <w:rPr>
          <w:b/>
        </w:rPr>
        <w:t xml:space="preserve">[1:04:28] </w:t>
      </w:r>
      <w:r>
        <w:t>yeh sara saman jo aya hai, woh sab allah ke raste mein main deta hoon.</w:t>
      </w:r>
    </w:p>
    <w:p>
      <w:pPr>
        <w:jc w:val="right"/>
      </w:pPr>
      <w:r>
        <w:t>یہ سارا سامان جو آیا ہے، وہ سب اللہ کے راستے میں میں دیتا ہوں۔</w:t>
      </w:r>
    </w:p>
    <w:p>
      <w:r>
        <w:rPr>
          <w:b/>
        </w:rPr>
        <w:t xml:space="preserve">[1:04:36] </w:t>
      </w:r>
      <w:r>
        <w:t>is ko business nahi kiya unhon ne. aaya tha bechne ke liye. woh saman aaya tha ke bech aayen. aur zyada paisa hasil karen.</w:t>
      </w:r>
    </w:p>
    <w:p>
      <w:pPr>
        <w:jc w:val="right"/>
      </w:pPr>
      <w:r>
        <w:t>اس کو business نہیں کیا انہوں نے۔ آیا تھا بیچنے کے لیے۔ وہ سامان آیا تھا کہ بیچ آئیں۔ اور زیادہ پیسہ حاصل کریں۔</w:t>
      </w:r>
    </w:p>
    <w:p>
      <w:r>
        <w:rPr>
          <w:b/>
        </w:rPr>
        <w:t xml:space="preserve">[1:04:49] </w:t>
      </w:r>
      <w:r>
        <w:t>unhon ne elaan kar diya ke sara saman khuda ke raste mein main de raha hoon. aur sab ka sab de diya.</w:t>
      </w:r>
    </w:p>
    <w:p>
      <w:pPr>
        <w:jc w:val="right"/>
      </w:pPr>
      <w:r>
        <w:t>انہوں نے اعلان کر دیا کہ سارا سامان خدا کے راستے میں میں دے رہا ہوں۔ اور سب کا سب دے دیا۔</w:t>
      </w:r>
    </w:p>
    <w:p>
      <w:r>
        <w:rPr>
          <w:b/>
        </w:rPr>
        <w:t xml:space="preserve">[1:05:01] </w:t>
      </w:r>
      <w:r>
        <w:t>is mein main aik baat aur is ab add karna chahunga ke dekhiye. quran aur hadith mein is tarah ki jo baatein aati hain, is ke samajhne mein logon ne bohat ghalati ki hai.</w:t>
      </w:r>
    </w:p>
    <w:p>
      <w:pPr>
        <w:jc w:val="right"/>
      </w:pPr>
      <w:r>
        <w:t>اس میں میں ایک بات اور اس اب add کرنا چاہوں گا کہ دیکھیے۔ قرآن اور حدیث میں اس طرح کی جو باتیں آتی ہیں، اس کے سمجھنے میں لوگوں نے بہت غلطی کی ہے۔</w:t>
      </w:r>
    </w:p>
    <w:p>
      <w:r>
        <w:rPr>
          <w:b/>
        </w:rPr>
        <w:t xml:space="preserve">[1:05:14] </w:t>
      </w:r>
      <w:r>
        <w:t>dekhiye, yeh hoti hai hammering ki zuban. hammering ki zuban hoti hai. jaise quran mein khuda ki zuban se rasool allah ne to kisi ko kafir nahi kaha.</w:t>
      </w:r>
    </w:p>
    <w:p>
      <w:pPr>
        <w:jc w:val="right"/>
      </w:pPr>
      <w:r>
        <w:t>دیکھیے، یہ ہوتی ہے hammering کی زبان۔ hammering کی زبان ہوتی ہے۔ جیسے قرآن میں خدا کی زبان سے رسول اللہ نے تو کسی کو کافر نہیں کہا۔</w:t>
      </w:r>
    </w:p>
    <w:p>
      <w:r>
        <w:rPr>
          <w:b/>
        </w:rPr>
        <w:t xml:space="preserve">[1:05:26] </w:t>
      </w:r>
      <w:r>
        <w:t>lekin khuda ki zuban se aaya hai ke ayyuhal kafirun. yaad rakhiye ke quran mein jahan bhi aaya hai, khuda ki zuban se hai, rasool allah ki zuban se nahi hai kafir ka lafz.</w:t>
      </w:r>
    </w:p>
    <w:p>
      <w:pPr>
        <w:jc w:val="right"/>
      </w:pPr>
      <w:r>
        <w:t>لیکن خدا کی زبان سے آیا ہے کہ أَيُّهَا الْكَافِرُونَ ۔ یاد رکھیے کہ قرآن میں جہاں بھی آیا ہے، خدا کی زبان سے ہے، رسول اللہ کی زبان سے نہیں ہے کافر کا لفظ۔</w:t>
      </w:r>
    </w:p>
    <w:p>
      <w:r>
        <w:rPr>
          <w:b/>
        </w:rPr>
        <w:t xml:space="preserve">[1:05:39] </w:t>
      </w:r>
      <w:r>
        <w:t>to khuda ne jab kaha ke ayyuhal kafirun. aye inkar karne walo. aur rasool allah ne jab kaha ke yeh ghutnon ke bal ghisste hue jayenge.</w:t>
      </w:r>
    </w:p>
    <w:p>
      <w:pPr>
        <w:jc w:val="right"/>
      </w:pPr>
      <w:r>
        <w:t>تو خدا نے جب کہا کہ أَيُّهَا الْكَافِرُونَ ۔ اے انکار کرنے والو۔ اور رسول اللہ نے جب کہا کہ یہ گھٹنوں کے بل گھسٹتے ہوئے جائیں گے۔</w:t>
      </w:r>
    </w:p>
    <w:p>
      <w:r>
        <w:rPr>
          <w:b/>
        </w:rPr>
        <w:t xml:space="preserve">[1:05:53] </w:t>
      </w:r>
      <w:r>
        <w:t>that was language of hammering.</w:t>
      </w:r>
    </w:p>
    <w:p>
      <w:pPr>
        <w:jc w:val="right"/>
      </w:pPr>
      <w:r>
        <w:t>That was language of hammering.</w:t>
      </w:r>
    </w:p>
    <w:p>
      <w:r>
        <w:rPr>
          <w:b/>
        </w:rPr>
        <w:t xml:space="preserve">[1:05:58] </w:t>
      </w:r>
      <w:r>
        <w:t>is ko log na samajhne ki wajah se is ko le lete hain literal maanon mein.</w:t>
      </w:r>
    </w:p>
    <w:p>
      <w:pPr>
        <w:jc w:val="right"/>
      </w:pPr>
      <w:r>
        <w:t>۔ اس کو لوگ نہ سمجھنے کی وجہ سے اس کو لے لیتے ہیں literal معنوں میں۔</w:t>
      </w:r>
    </w:p>
    <w:p>
      <w:r>
        <w:rPr>
          <w:b/>
        </w:rPr>
        <w:t xml:space="preserve">[1:06:03] </w:t>
      </w:r>
      <w:r>
        <w:t>to woh samajh nahi paate baaton ko. quran aur hadith mein jahan bhi sakht alfaaz hain, woh sab hammering ki zuban hai, hammering. hammering ke maane hote hain hathaura chalana.</w:t>
      </w:r>
    </w:p>
    <w:p>
      <w:pPr>
        <w:jc w:val="right"/>
      </w:pPr>
      <w:r>
        <w:t>تو وہ سمجھ نہیں پاتے باتوں کو۔ قرآن اور حدیث میں جہاں بھی سخت الفاظ ہیں، وہ سب hammering کی زبان ہے، hammering۔ hammering کے معنی ہوتے ہیں ہتھوڑا چلانا۔</w:t>
      </w:r>
    </w:p>
    <w:p>
      <w:r>
        <w:rPr>
          <w:b/>
        </w:rPr>
        <w:t xml:space="preserve">[1:06:13] </w:t>
      </w:r>
      <w:r>
        <w:t>aik hai aap naram naram baatein karen. aik hai kade andaaz mein bolen aap. is ko kaha jata hai language of hammering.</w:t>
      </w:r>
    </w:p>
    <w:p>
      <w:pPr>
        <w:jc w:val="right"/>
      </w:pPr>
      <w:r>
        <w:t>ایک ہے آپ نرم نرم باتیں کہیں۔ ایک ہے کڑے انداز میں بولیں آپ۔ اس کو کہا جاتا ہے language of hammering۔</w:t>
      </w:r>
    </w:p>
    <w:p>
      <w:r>
        <w:rPr>
          <w:b/>
        </w:rPr>
        <w:t xml:space="preserve">[1:06:23] </w:t>
      </w:r>
      <w:r>
        <w:t>to tajurba yeh hai ke aap naram naram baatein karen to aadmi asar nahi leta.</w:t>
      </w:r>
    </w:p>
    <w:p>
      <w:pPr>
        <w:jc w:val="right"/>
      </w:pPr>
      <w:r>
        <w:t>تو تجربہ یہ ہے کہ آپ نرم نرم باتیں کریں تو آدمی اثر نہیں لیتا۔</w:t>
      </w:r>
    </w:p>
    <w:p>
      <w:r>
        <w:rPr>
          <w:b/>
        </w:rPr>
        <w:t xml:space="preserve">[1:06:29] </w:t>
      </w:r>
      <w:r>
        <w:t>lekin jab kada bolte hain aap to asar leta hai woh. aur badal jata hai woh. isi liye aap dekhiye. jin logon ke baray mein allah taala ne farmaya tha ke ayyuhal kafirun.</w:t>
      </w:r>
    </w:p>
    <w:p>
      <w:pPr>
        <w:jc w:val="right"/>
      </w:pPr>
      <w:r>
        <w:t>لیکن جب کڑا بولتے ہیں آپ تو اثر لیتا ہے وہ۔ اور بدل جاتا ہے وہ۔ اسی لیے آپ دیکھیے۔ جن لوگوں کے بارے میں اللہ تعالیٰ نے فرمایا تھا کہ أَيُّهَا الْكَافِرُونَ ۔</w:t>
      </w:r>
    </w:p>
    <w:p>
      <w:r>
        <w:rPr>
          <w:b/>
        </w:rPr>
        <w:t xml:space="preserve">[1:06:40] </w:t>
      </w:r>
      <w:r>
        <w:t xml:space="preserve">qul ya ayyuha alkafiroon. woh kaun thay? makka ke log thay. jab rasool allah ne hijrat ki makka se, us waqt yeh ayat utri thi. </w:t>
      </w:r>
    </w:p>
    <w:p>
      <w:pPr>
        <w:jc w:val="right"/>
      </w:pPr>
      <w:r>
        <w:t>قُلْ يَا أَيُّهَا الْكَافِرُونَ۔ وہ کون تھے؟ مکہ کے لوگ تھے۔ جب رسول اللہ نے ہجرت کی مکہ سے، اس وقت یہ آیت اتری تھی۔</w:t>
      </w:r>
    </w:p>
    <w:p>
      <w:r>
        <w:rPr>
          <w:b/>
        </w:rPr>
        <w:t xml:space="preserve">[1:06:52] </w:t>
      </w:r>
      <w:r>
        <w:t>nubowat ke terahwein saal, jab rasool allah ne makka se hijrat ki, us waqt yeh ayat utri thi. is mein kaha gaya hai qul ya ayyuha alkafiroon .</w:t>
      </w:r>
    </w:p>
    <w:p>
      <w:pPr>
        <w:jc w:val="right"/>
      </w:pPr>
      <w:r>
        <w:t>نبوت کے تیرہویں سال، جب رسول اللہ نے مکہ سے ہجرت کی، اس وقت یہ آیت اتری تھی۔ اس میں کہا گیا ہے قُلْ يَا أَيُّهَا الْكَافِرُونَ ۔</w:t>
      </w:r>
    </w:p>
    <w:p>
      <w:r>
        <w:rPr>
          <w:b/>
        </w:rPr>
        <w:t xml:space="preserve">[1:07:03] </w:t>
      </w:r>
      <w:r>
        <w:t>keh do ke aye inkar karne walon. lekin aap jante hain ke yeh taqreeban saare log phir islam mein dakhil ho gaye.</w:t>
      </w:r>
    </w:p>
    <w:p>
      <w:pPr>
        <w:jc w:val="right"/>
      </w:pPr>
      <w:r>
        <w:t>کہہ دو کہ اے انکار کرنے والو۔ لیکن آپ جانتے ہیں کہ یہ تقریباً سارے لوگ پھر اسلام میں داخل ہو گئے۔</w:t>
      </w:r>
    </w:p>
    <w:p>
      <w:r>
        <w:rPr>
          <w:b/>
        </w:rPr>
        <w:t xml:space="preserve">[1:07:14] </w:t>
      </w:r>
      <w:r>
        <w:t>to agar khuda ne muqaddar kar diya hota ke inkar mein rahen, inkar mein maren, to un ko yeh tofeeq kyun milti?</w:t>
      </w:r>
    </w:p>
    <w:p>
      <w:pPr>
        <w:jc w:val="right"/>
      </w:pPr>
      <w:r>
        <w:t>تو اگر خدا نے مقدر کر دیا ہوتا کہ انکار میں رہیں، انکار میں مریں، تو ان کو یہ توفیق کیوں ملتی؟</w:t>
      </w:r>
    </w:p>
    <w:p>
      <w:r>
        <w:rPr>
          <w:b/>
        </w:rPr>
        <w:t xml:space="preserve">[1:07:22] </w:t>
      </w:r>
      <w:r>
        <w:t>kyun ke sachai ko qabool karna jo hai, woh insan karta hai lekin tofeeq khuda ki taraf se aati hai, yaad rakhiye.</w:t>
      </w:r>
    </w:p>
    <w:p>
      <w:pPr>
        <w:jc w:val="right"/>
      </w:pPr>
      <w:r>
        <w:t>کیونکہ سچائی کو قبول کرنا جو ہے، وہ انسان کرتا ہے لیکن توفیق خدا کی طرف سے آتی ہے، یاد رکھیے۔</w:t>
      </w:r>
    </w:p>
    <w:p>
      <w:r>
        <w:rPr>
          <w:b/>
        </w:rPr>
        <w:t xml:space="preserve">[1:07:33] </w:t>
      </w:r>
      <w:r>
        <w:t>baghair khuda ki tofeeq se koi aadmi sachai ko na samjhega, na manega.</w:t>
      </w:r>
    </w:p>
    <w:p>
      <w:pPr>
        <w:jc w:val="right"/>
      </w:pPr>
      <w:r>
        <w:t>بغیر خدا کی توفیق سے کوئی آدمی سچائی کو نہ سمجھے گا، نہ مانے گا۔</w:t>
      </w:r>
    </w:p>
    <w:p>
      <w:r>
        <w:rPr>
          <w:b/>
        </w:rPr>
        <w:t xml:space="preserve">[1:07:42] </w:t>
      </w:r>
      <w:r>
        <w:t>walakin allaha yahdi man yashao innaka la tahdi man abata</w:t>
      </w:r>
    </w:p>
    <w:p>
      <w:pPr>
        <w:jc w:val="right"/>
      </w:pPr>
      <w:r>
        <w:t>وَلَكِنَّ اللَّهَ يَهْدِي مَنْ يَشَاءُ إِنَّكَ لَا تَهْدِي مَنْ أَبَطَ</w:t>
      </w:r>
    </w:p>
    <w:p>
      <w:r>
        <w:rPr>
          <w:b/>
        </w:rPr>
        <w:t xml:space="preserve">[1:07:52] </w:t>
      </w:r>
      <w:r>
        <w:t>. yeh mamooli baat nahi ke aadmi sachai ko manay. har aadmi conditioning mein jeeta hai, har aadmi ke dimagh mein khayalat ka jangla basa hua hota hai.</w:t>
      </w:r>
    </w:p>
    <w:p>
      <w:pPr>
        <w:jc w:val="right"/>
      </w:pPr>
      <w:r>
        <w:t>۔ یہ معمولی بات نہیں کہ آدمی سچائی کو مانے۔ ہر آدمی conditioning میں جیتا ہے، ہر آدمی کے دماغ میں خیالات کا جنگل بسا ہوا ہوتا ہے۔</w:t>
      </w:r>
    </w:p>
    <w:p>
      <w:r>
        <w:rPr>
          <w:b/>
        </w:rPr>
        <w:t xml:space="preserve">[1:08:05] </w:t>
      </w:r>
      <w:r>
        <w:t>bachpan se le kar baad ki umer tak kya kya baaten hoti hain jin mein woh jeeta hai woh. phir sachai ko manna koi aasan kaam hai?</w:t>
      </w:r>
    </w:p>
    <w:p>
      <w:pPr>
        <w:jc w:val="right"/>
      </w:pPr>
      <w:r>
        <w:t>بچپن سے لے کر بعد کی عمر تک کیا کیا باتیں ہوتی ہیں جن میں وہ جیتا ہے وہ۔ پھر سچائی کو ماننا کوئی آسان کام ہے؟</w:t>
      </w:r>
    </w:p>
    <w:p>
      <w:r>
        <w:rPr>
          <w:b/>
        </w:rPr>
        <w:t xml:space="preserve">[1:08:16] </w:t>
      </w:r>
      <w:r>
        <w:t>apni poori zindagi ko use hadaf karna parta hai.</w:t>
      </w:r>
    </w:p>
    <w:p>
      <w:pPr>
        <w:jc w:val="right"/>
      </w:pPr>
      <w:r>
        <w:t>اپنی پوری زندگی کو اسے حذف کرنا پڑتا ہے۔</w:t>
      </w:r>
    </w:p>
    <w:p>
      <w:r>
        <w:rPr>
          <w:b/>
        </w:rPr>
        <w:t xml:space="preserve">[1:08:20] </w:t>
      </w:r>
      <w:r>
        <w:t>farz kijiye ke ek aadmi sachai ko man raha hai chalis saal ki umer mein. paida hua bure mahol mein, chalis saal bitaya bure mahol mein.</w:t>
      </w:r>
    </w:p>
    <w:p>
      <w:pPr>
        <w:jc w:val="right"/>
      </w:pPr>
      <w:r>
        <w:t>فرض کیجیے کہ ایک آدمی سچائی کو مان رہا ہے چالیس سال کی عمر میں۔ پیدا ہوا برے ماحول میں، چالیس سال بتایا برے ماحول میں۔</w:t>
      </w:r>
    </w:p>
    <w:p>
      <w:r>
        <w:rPr>
          <w:b/>
        </w:rPr>
        <w:t xml:space="preserve">[1:08:31] </w:t>
      </w:r>
      <w:r>
        <w:t>ab chalis saal ke baad woh kehta hai ke main sachai ko manta hoon. to yeh mamooli baat nahi hai. yeh apne chalis saal ko hadaf karna hai.</w:t>
      </w:r>
    </w:p>
    <w:p>
      <w:pPr>
        <w:jc w:val="right"/>
      </w:pPr>
      <w:r>
        <w:t>اب چالیس سال کے بعد وہ کہتا ہے کہ میں سچائی کو مانتا ہوں۔ تو یہ معمولی بات نہیں ہے۔ یہ اپنے چالیس سال کو حذف کرنا ہے۔</w:t>
      </w:r>
    </w:p>
    <w:p>
      <w:r>
        <w:rPr>
          <w:b/>
        </w:rPr>
        <w:t xml:space="preserve">[1:08:40] </w:t>
      </w:r>
      <w:r>
        <w:t>is ko reject karna hai. is ko mitana hai.</w:t>
      </w:r>
    </w:p>
    <w:p>
      <w:pPr>
        <w:jc w:val="right"/>
      </w:pPr>
      <w:r>
        <w:t>اس کو reject کرنا ہے۔ اس کو مٹانا ہے۔</w:t>
      </w:r>
    </w:p>
    <w:p>
      <w:r>
        <w:rPr>
          <w:b/>
        </w:rPr>
        <w:t xml:space="preserve">[1:08:46] </w:t>
      </w:r>
      <w:r>
        <w:t>itna bara hausla, itni bari soojh boojh, baghair khuda ki tofeeq ke nahi aa sakti hai. to agar khuda ke haan yeh muqaddar hota ke log jo hain inkar hi mein jiyenge, inkar mein marenge,</w:t>
      </w:r>
    </w:p>
    <w:p>
      <w:pPr>
        <w:jc w:val="right"/>
      </w:pPr>
      <w:r>
        <w:t>اتنا بڑا حوصلہ، اتنی بڑی سوجھ بوجھ، بغیر خدا کی توفیق کے نہیں آ سکتی ہے۔ تو اگر خدا کے ہاں یہ مقدر ہوتا کہ لوگ جو ہیں انکار ہی میں جئیں گے، انکار میں مریں گے،</w:t>
      </w:r>
    </w:p>
    <w:p>
      <w:r>
        <w:rPr>
          <w:b/>
        </w:rPr>
        <w:t xml:space="preserve">[1:09:02] </w:t>
      </w:r>
      <w:r>
        <w:t>to yeh kabhi na aisa aata.</w:t>
      </w:r>
    </w:p>
    <w:p>
      <w:pPr>
        <w:jc w:val="right"/>
      </w:pPr>
      <w:r>
        <w:t>تو یہ کبھی نہ ایسا آتا۔</w:t>
      </w:r>
    </w:p>
    <w:p>
      <w:r>
        <w:rPr>
          <w:b/>
        </w:rPr>
        <w:t xml:space="preserve">[1:09:08] </w:t>
      </w:r>
      <w:r>
        <w:t>aisa tha hi nahi.</w:t>
      </w:r>
    </w:p>
    <w:p>
      <w:pPr>
        <w:jc w:val="right"/>
      </w:pPr>
      <w:r>
        <w:t>ایسا تھا ہی نہیں۔</w:t>
      </w:r>
    </w:p>
    <w:p>
      <w:r>
        <w:rPr>
          <w:b/>
        </w:rPr>
        <w:t xml:space="preserve">[1:09:10] </w:t>
      </w:r>
      <w:r>
        <w:t>to jab khuda ne farmaya ke qul ya ayyuha alkafiroon . yeh darasal yeh thi language of hammering. aur aap dekhiye ke kitna zabardast asar is ka hua ke woh sab ke sab aa gaye, rasool allah ke saathi ban gaye.</w:t>
      </w:r>
    </w:p>
    <w:p>
      <w:pPr>
        <w:jc w:val="right"/>
      </w:pPr>
      <w:r>
        <w:t>تو جب خدا نے فرمایا کہ قُلْ يَا أَيُّهَا الْكَافِرُونَ ۔ یہ دراصل یہ تھی language of hammering۔ اور آپ دیکھیے کہ کتنا زبردست اثر اس کا ہوا کہ وہ سب کے سب آ گئے، رسول اللہ کے ساتھی بن گئے۔</w:t>
      </w:r>
    </w:p>
    <w:p>
      <w:r>
        <w:rPr>
          <w:b/>
        </w:rPr>
        <w:t xml:space="preserve">[1:09:26] </w:t>
      </w:r>
      <w:r>
        <w:t>rasool allah ke saathi ban gaye. isi tarah se jab aap ne yeh farmaya ke abdul rehman bin auf jo hain, abdul rehman bin auf jo hain, woh jayenge jannat mein ghisatate hue.</w:t>
      </w:r>
    </w:p>
    <w:p>
      <w:pPr>
        <w:jc w:val="right"/>
      </w:pPr>
      <w:r>
        <w:t>رسول اللہ کے ساتھی بن گئے۔ اسی طرح سے جب آپ نے یہ فرمایا کہ عبدالرحمن بن عوف جو ہیں، عبدالرحمن بن عوف جو ہیں، وہ جائیں گے جنت میں گھسٹتے ہوئے۔</w:t>
      </w:r>
    </w:p>
    <w:p>
      <w:r>
        <w:rPr>
          <w:b/>
        </w:rPr>
        <w:t xml:space="preserve">[1:09:40] </w:t>
      </w:r>
      <w:r>
        <w:t>that was also language of hammering. Kyun ke agar sach much yahi hone wala hota to kyun aisa hota ke woh khare ho kar ke jate jannat mein?</w:t>
      </w:r>
    </w:p>
    <w:p>
      <w:pPr>
        <w:jc w:val="right"/>
      </w:pPr>
      <w:r>
        <w:t>That was also language of hammering ۔ کیونکہ اگر سچ مچ یہی ہونے والا ہوتا تو کیوں ایسا ہوتا کہ وہ کھڑے ہو کر کے جاتے جنت میں؟</w:t>
      </w:r>
    </w:p>
    <w:p>
      <w:r>
        <w:rPr>
          <w:b/>
        </w:rPr>
        <w:t xml:space="preserve">[1:09:52] </w:t>
      </w:r>
      <w:r>
        <w:t>un ko yeh tofeeq milti ke itne bare tijarti qafle ko woh khuda ke rastay mein de dein? saare saman ko?</w:t>
      </w:r>
    </w:p>
    <w:p>
      <w:pPr>
        <w:jc w:val="right"/>
      </w:pPr>
      <w:r>
        <w:t>ان کو یہ توفیق ملتی کہ اتنے بڑے تجارتی قافلے کو وہ خدا کے راستے میں دے دیں؟ سارے سامان کو؟</w:t>
      </w:r>
    </w:p>
    <w:p>
      <w:r>
        <w:rPr>
          <w:b/>
        </w:rPr>
        <w:t xml:space="preserve">[1:10:03] </w:t>
      </w:r>
      <w:r>
        <w:t>to jis tarah se qul ya ayyuha alkafiroon . language of hammering thi. isi tarah se aap ko yeh kehna bhi hota language of hammering.</w:t>
      </w:r>
    </w:p>
    <w:p>
      <w:pPr>
        <w:jc w:val="right"/>
      </w:pPr>
      <w:r>
        <w:t>تو جس طرح سے قُلْ يَا أَيُّهَا الْكَافِرُونَ ۔ language of hammering تھی۔ اسی طرح سے آپ کو یہ کہنا بھی ہوتا language of hammering۔</w:t>
      </w:r>
    </w:p>
    <w:p>
      <w:r>
        <w:rPr>
          <w:b/>
        </w:rPr>
        <w:t xml:space="preserve">[1:10:15] </w:t>
      </w:r>
      <w:r>
        <w:t>yeh tha, dekhiye language of hammering kya hai? yeh mohabbat ki zaban hai. yeh maan ki zaban hai.</w:t>
      </w:r>
    </w:p>
    <w:p>
      <w:pPr>
        <w:jc w:val="right"/>
      </w:pPr>
      <w:r>
        <w:t>یہ تھا، دیکھیے language of hammering کیا ہے؟ یہ محبت کی زبان ہے۔ یہ ماں کی زبان ہے۔</w:t>
      </w:r>
    </w:p>
    <w:p>
      <w:r>
        <w:rPr>
          <w:b/>
        </w:rPr>
        <w:t xml:space="preserve">[1:10:25] </w:t>
      </w:r>
      <w:r>
        <w:t>aap dekhte hain, jante hain ke ek maan hai.</w:t>
      </w:r>
    </w:p>
    <w:p>
      <w:pPr>
        <w:jc w:val="right"/>
      </w:pPr>
      <w:r>
        <w:t>آپ دیکھتے ہیں، جانتے ہیں کہ ایک ماں ہے۔</w:t>
      </w:r>
    </w:p>
    <w:p>
      <w:r>
        <w:rPr>
          <w:b/>
        </w:rPr>
        <w:t xml:space="preserve">[1:10:30] </w:t>
      </w:r>
      <w:r>
        <w:t>ab bachcha choti cycle le kar ke sarak par jana chahta hai. maan mana kar rahi hai ke abhi yeh time nahi hai, us waqt bohat traffic hota hai. doosre waqt jana.</w:t>
      </w:r>
    </w:p>
    <w:p>
      <w:pPr>
        <w:jc w:val="right"/>
      </w:pPr>
      <w:r>
        <w:t>اب بچہ چھوٹی سائیکل لے کر کے سڑک پر جانا چاہتا ہے۔ ماں منع کر رہی ہے کہ ابھی یہ ٹائم نہیں ہے، اس وقت بہت ٹریفک ہوتا ہے۔ دوسرے وقت جانا۔</w:t>
      </w:r>
    </w:p>
    <w:p>
      <w:r>
        <w:rPr>
          <w:b/>
        </w:rPr>
        <w:t xml:space="preserve">[1:10:39] </w:t>
      </w:r>
      <w:r>
        <w:t>jab traffic jab kam hota hai, tab jana. aur bachcha nahi manta. woh cycle le ke nikal parta hai. ab maan kehti hai, "ja, ja, ja ja kar sarak par mar ja." maan kehti hai ke "ja, ja kar sarak par mar ja." to kya sach much maan chahti hai ke mare woh?</w:t>
      </w:r>
    </w:p>
    <w:p>
      <w:pPr>
        <w:jc w:val="right"/>
      </w:pPr>
      <w:r>
        <w:t>جب ٹریفک جب کم ہوتا ہے، تب جانا۔ اور بچہ نہیں مانتا۔ وہ سائیکل لے کے نکل پڑتا ہے۔ اب ماں کہتی ہے، "جا، جا، جا جا کر سڑک پر مر جا۔" ماں کہتی ہے کہ "جا، جا کر سڑک پر مر جا۔" تو کیا سچ مچ ماں چاہتی ہے کہ مرے وہ؟</w:t>
      </w:r>
    </w:p>
    <w:p>
      <w:r>
        <w:rPr>
          <w:b/>
        </w:rPr>
        <w:t xml:space="preserve">[1:10:59] </w:t>
      </w:r>
      <w:r>
        <w:t>kya chahti hai ke woh sach much maray woh ja kar ke? yeh yeh mohabbat ki zaban hai. yeh maan ki zaban hai. yeh shafqat ki zaban hai.</w:t>
      </w:r>
    </w:p>
    <w:p>
      <w:pPr>
        <w:jc w:val="right"/>
      </w:pPr>
      <w:r>
        <w:t>کیا چاہتی ہے کہ وہ سچ مچ مرے وہ جا کر کے؟ یہ یہ محبت کی زبان ہے۔ یہ ماں کی زبان ہے۔ یہ شفقت کی زبان ہے۔</w:t>
      </w:r>
    </w:p>
    <w:p>
      <w:r>
        <w:rPr>
          <w:b/>
        </w:rPr>
        <w:t xml:space="preserve">[1:11:13] </w:t>
      </w:r>
      <w:r>
        <w:t>to language of hammering jo hai, woh shafqat ki zaban hai. yeh maan wali zaban hai.</w:t>
      </w:r>
    </w:p>
    <w:p>
      <w:pPr>
        <w:jc w:val="right"/>
      </w:pPr>
      <w:r>
        <w:t>تو language of hammering جو ہے، وہ شفقت کی زبان ہے۔ یہ ماں والی زبان ہے۔</w:t>
      </w:r>
    </w:p>
    <w:p>
      <w:r>
        <w:rPr>
          <w:b/>
        </w:rPr>
        <w:t xml:space="preserve">[1:11:19] </w:t>
      </w:r>
      <w:r>
        <w:t>quran o hadees mein aisi cheezein aap parhein ge, jahan par yeh baat aap paein ge ke jo log maal nahi kharch karte, un ko sakht zaban mein tanbeeh ki gayi hai.</w:t>
      </w:r>
    </w:p>
    <w:p>
      <w:pPr>
        <w:jc w:val="right"/>
      </w:pPr>
      <w:r>
        <w:t>قرآن و حدیث میں ایسی چیزیں آپ پڑھیں گے، جہاں پر یہ بات آپ پائیں گے کہ جو لوگ مال نہیں خرچ کرتے، ان کو سخت زبان میں تنبیہ کی گئی ہے۔</w:t>
      </w:r>
    </w:p>
    <w:p>
      <w:r>
        <w:rPr>
          <w:b/>
        </w:rPr>
        <w:t xml:space="preserve">[1:11:32] </w:t>
      </w:r>
      <w:r>
        <w:t>kamate hain aur kharch nahi karte. bohat sakht zaban mein. woh bhi kya</w:t>
      </w:r>
    </w:p>
    <w:p>
      <w:pPr>
        <w:jc w:val="right"/>
      </w:pPr>
      <w:r>
        <w:t>کماتے ہیں اور خرچ نہیں کرتے۔ بہت سخت زبان میں۔ وہ بھی کیا</w:t>
      </w:r>
    </w:p>
    <w:p>
      <w:r>
        <w:rPr>
          <w:b/>
        </w:rPr>
        <w:t xml:space="preserve">[1:11:39] </w:t>
      </w:r>
      <w:r>
        <w:t>hai? woh bhi language of hammering hai. ke woh log jo kamaya, jinhon ne kamai kiya, paisa laye apne ghar mein, lekin us ko khuda ke raste mein kharch nahi karte.</w:t>
      </w:r>
    </w:p>
    <w:p>
      <w:pPr>
        <w:jc w:val="right"/>
      </w:pPr>
      <w:r>
        <w:t>ہے؟ وہ بھی language of hammering ہے۔ کہ وہ لوگ جو کمایا، جنہوں نے کمائی کیا، پیسہ لائے اپنے گھر میں، لیکن اس کو خدا کے راستے میں خرچ نہیں کرتے۔</w:t>
      </w:r>
    </w:p>
    <w:p>
      <w:r>
        <w:rPr>
          <w:b/>
        </w:rPr>
        <w:t xml:space="preserve">[1:11:53] </w:t>
      </w:r>
      <w:r>
        <w:t>is par quran o hadees mein bohat sakht alfaaz mein</w:t>
      </w:r>
    </w:p>
    <w:p>
      <w:pPr>
        <w:jc w:val="right"/>
      </w:pPr>
      <w:r>
        <w:t>اس پر قرآن و حدیث میں بہت سخت الفاظ میں</w:t>
      </w:r>
    </w:p>
    <w:p>
      <w:r>
        <w:rPr>
          <w:b/>
        </w:rPr>
        <w:t xml:space="preserve">[1:12:01] </w:t>
      </w:r>
      <w:r>
        <w:t>naqeer ki gayi hai. yeh naqeer kya hai? jis cheez ko hum naqeer kehte hain, woh kya hai?</w:t>
      </w:r>
    </w:p>
    <w:p>
      <w:pPr>
        <w:jc w:val="right"/>
      </w:pPr>
      <w:r>
        <w:t>نقیر کی گئی ہے۔ یہ نقیر کیا ہے؟ جس چیز کو ہم نقیر کہتے ہیں، وہ کیا ہے؟</w:t>
      </w:r>
    </w:p>
    <w:p>
      <w:r>
        <w:rPr>
          <w:b/>
        </w:rPr>
        <w:t xml:space="preserve">[1:12:10] </w:t>
      </w:r>
      <w:r>
        <w:t>woh hai language of hammering. woh hai language of hammering.</w:t>
      </w:r>
    </w:p>
    <w:p>
      <w:pPr>
        <w:jc w:val="right"/>
      </w:pPr>
      <w:r>
        <w:t>وہ ہے language of hammering۔ وہ ہے language of hammering۔</w:t>
      </w:r>
    </w:p>
    <w:p>
      <w:r>
        <w:rPr>
          <w:b/>
        </w:rPr>
        <w:t xml:space="preserve">[1:12:19] </w:t>
      </w:r>
      <w:r>
        <w:t>is ko achi tarah samajh lena chahiye ke kai baat, kai bar aisa hota hai ke ek baat kahi jati hai, magar woh literal maano mein matloob nahi hoti.</w:t>
      </w:r>
    </w:p>
    <w:p>
      <w:pPr>
        <w:jc w:val="right"/>
      </w:pPr>
      <w:r>
        <w:t>اس کو اچھی طرح سمجھ لینا چاہیے کہ کئی بات، کئی بار ایسا ہوتا ہے کہ ایک بات کہی جاتی ہے، مگر وہ literal معنوں میں مطلوب نہیں ہوتی۔</w:t>
      </w:r>
    </w:p>
    <w:p>
      <w:r>
        <w:rPr>
          <w:b/>
        </w:rPr>
        <w:t xml:space="preserve">[1:12:33] </w:t>
      </w:r>
      <w:r>
        <w:t>ek baat kahi jaye gi quran mein ya hadees mein, lekin us ko literal tor par nahi lena chahiye aap ko.</w:t>
      </w:r>
    </w:p>
    <w:p>
      <w:pPr>
        <w:jc w:val="right"/>
      </w:pPr>
      <w:r>
        <w:t>ایک بات کہی جائے گی قرآن میں یا حدیث میں، لیکن اس کو literal طور پر نہیں لینا چاہیے آپ کو۔</w:t>
      </w:r>
    </w:p>
    <w:p>
      <w:r>
        <w:rPr>
          <w:b/>
        </w:rPr>
        <w:t xml:space="preserve">[1:12:40] </w:t>
      </w:r>
      <w:r>
        <w:t>wahan par sochna chahiye aap ko ke asal matlab kya hai. is ke gehrai mein jana chahiye.</w:t>
      </w:r>
    </w:p>
    <w:p>
      <w:pPr>
        <w:jc w:val="right"/>
      </w:pPr>
      <w:r>
        <w:t>وہاں پر سوچنا چاہیے آپ کو کہ اصل مطلب کیا ہے۔ اس کے گہرائی میں جانا چاہیے۔</w:t>
      </w:r>
    </w:p>
    <w:p>
      <w:r>
        <w:rPr>
          <w:b/>
        </w:rPr>
        <w:t xml:space="preserve">[1:12:48] </w:t>
      </w:r>
      <w:r>
        <w:t>isi gehrai mein jana chahiye. baghair gehrai mein gaye hue aap is ka matlab nahi samajh sakte.</w:t>
      </w:r>
    </w:p>
    <w:p>
      <w:pPr>
        <w:jc w:val="right"/>
      </w:pPr>
      <w:r>
        <w:t>اسی گہرائی میں جانا چاہیے۔ بغیر گہرائی میں گئے ہوئے آپ اس کا مطلب نہیں سمجھ سکتے۔</w:t>
      </w:r>
    </w:p>
    <w:p>
      <w:r>
        <w:rPr>
          <w:b/>
        </w:rPr>
        <w:t xml:space="preserve">[1:13:00] </w:t>
      </w:r>
      <w:r>
        <w:t>ab mein ek ayat aap ko aur sunana chahoon ga is silsile mein.</w:t>
      </w:r>
    </w:p>
    <w:p>
      <w:pPr>
        <w:jc w:val="right"/>
      </w:pPr>
      <w:r>
        <w:t>اب میں ایک آیت آپ کو اور سنانا چاہوں گا اس سلسلے میں۔</w:t>
      </w:r>
    </w:p>
    <w:p>
      <w:r>
        <w:rPr>
          <w:b/>
        </w:rPr>
        <w:t xml:space="preserve">[1:13:06] </w:t>
      </w:r>
      <w:r>
        <w:t>woh ayat yeh hai ke ahle jannat ke baray mein kaha gaya hai, jo log jannat mein jayen ge, un ke baray mein. ke kaise, kyun jannat mili un ko?</w:t>
      </w:r>
    </w:p>
    <w:p>
      <w:pPr>
        <w:jc w:val="right"/>
      </w:pPr>
      <w:r>
        <w:t>وہ آیت یہ ہے کہ اہل جنت کے بارے میں کہا گیا ہے، جو لوگ جنت میں جائیں گے، ان کے بارے میں۔ کہ کیسے، کیوں جنت ملی ان کو؟</w:t>
      </w:r>
    </w:p>
    <w:p>
      <w:r>
        <w:rPr>
          <w:b/>
        </w:rPr>
        <w:t xml:space="preserve">[1:13:19] </w:t>
      </w:r>
      <w:r>
        <w:t>jannat unhein kyun di gayi</w:t>
      </w:r>
    </w:p>
    <w:p>
      <w:pPr>
        <w:jc w:val="right"/>
      </w:pPr>
      <w:r>
        <w:t>جنت انہیں کیوں دی گئی</w:t>
      </w:r>
    </w:p>
    <w:p>
      <w:r>
        <w:rPr>
          <w:b/>
        </w:rPr>
        <w:t xml:space="preserve">[1:13:21] </w:t>
      </w:r>
      <w:r>
        <w:t>? to farmaya ke dhalika jaza'u man tazakka. dhalika jaza'u man tazakka.</w:t>
      </w:r>
    </w:p>
    <w:p>
      <w:pPr>
        <w:jc w:val="right"/>
      </w:pPr>
      <w:r>
        <w:t>؟ تو فرمایا کہ ذٰلِكَ جَزَاءُ مَنْ تَزَكَّى ۔ ذٰلِكَ جَزَاءُ مَنْ تَزَكَّى۔</w:t>
      </w:r>
    </w:p>
    <w:p>
      <w:r>
        <w:rPr>
          <w:b/>
        </w:rPr>
        <w:t xml:space="preserve">[1:13:32] </w:t>
      </w:r>
      <w:r>
        <w:t>is liye ke unhon ne tazkiya kiya apna. yani apne upar zakat ka fe'l kiya. wa innahum liz zakawati fa'iloon.</w:t>
      </w:r>
    </w:p>
    <w:p>
      <w:pPr>
        <w:jc w:val="right"/>
      </w:pPr>
      <w:r>
        <w:t>اس لیے کہ انہوں نے تزکیہ کیا اپنا۔ یعنی اپنے اوپر زکوٰۃ کا فعل کیا۔ وَإِنَّهُمْ لِلزَّكٰوٰتِ فَاعِلُونَ ۔</w:t>
      </w:r>
    </w:p>
    <w:p>
      <w:r>
        <w:rPr>
          <w:b/>
        </w:rPr>
        <w:t xml:space="preserve">[1:13:43] </w:t>
      </w:r>
      <w:r>
        <w:t>quran mein hai ke wa innahum liz zakawati fa'iloon. woh zakat ka amal karte hain.</w:t>
      </w:r>
    </w:p>
    <w:p>
      <w:pPr>
        <w:jc w:val="right"/>
      </w:pPr>
      <w:r>
        <w:t>قرآن میں ہے کہ وَإِنَّهُمْ لِلزَّكٰوٰتِ فَاعِلُونَ ۔ وہ زکوٰۃ کا عمل کرتے ہیں۔</w:t>
      </w:r>
    </w:p>
    <w:p>
      <w:r>
        <w:rPr>
          <w:b/>
        </w:rPr>
        <w:t xml:space="preserve">[1:13:50] </w:t>
      </w:r>
      <w:r>
        <w:t>to zakat ek amal hai. to farmaya ke</w:t>
      </w:r>
    </w:p>
    <w:p>
      <w:pPr>
        <w:jc w:val="right"/>
      </w:pPr>
      <w:r>
        <w:t>تو زکوٰۃ ایک عمل ہے۔ تو فرمایا کہ</w:t>
      </w:r>
    </w:p>
    <w:p>
      <w:r>
        <w:rPr>
          <w:b/>
        </w:rPr>
        <w:t xml:space="preserve">[1:13:58] </w:t>
      </w:r>
      <w:r>
        <w:t>is se murad kya hai? is se murad hai jo kehte hain purification. purification.</w:t>
      </w:r>
    </w:p>
    <w:p>
      <w:pPr>
        <w:jc w:val="right"/>
      </w:pPr>
      <w:r>
        <w:t>اس سے مراد کیا ہے؟ اس سے مراد ہے جو کہتے ہیں purification۔ Purification۔</w:t>
      </w:r>
    </w:p>
    <w:p>
      <w:r>
        <w:rPr>
          <w:b/>
        </w:rPr>
        <w:t xml:space="preserve">[1:14:07] </w:t>
      </w:r>
      <w:r>
        <w:t>apne aap ko pak karna. pak karna kis cheez se? dekhiye, hamare andar desires hain.</w:t>
      </w:r>
    </w:p>
    <w:p>
      <w:pPr>
        <w:jc w:val="right"/>
      </w:pPr>
      <w:r>
        <w:t>اپنے آپ کو پاک کرنا۔ پاک کرنا کس چیز سے؟ دیکھیے، ہمارے اندر desires ہیں۔</w:t>
      </w:r>
    </w:p>
    <w:p>
      <w:r>
        <w:rPr>
          <w:b/>
        </w:rPr>
        <w:t xml:space="preserve">[1:14:18] </w:t>
      </w:r>
      <w:r>
        <w:t>bohat qism ki desires.</w:t>
      </w:r>
    </w:p>
    <w:p>
      <w:pPr>
        <w:jc w:val="right"/>
      </w:pPr>
      <w:r>
        <w:t>بہت قسم کی desires۔</w:t>
      </w:r>
    </w:p>
    <w:p>
      <w:r>
        <w:rPr>
          <w:b/>
        </w:rPr>
        <w:t xml:space="preserve">[1:14:22] </w:t>
      </w:r>
      <w:r>
        <w:t>woh desire ka hum par attack hota hai. isi mein se ek hai hub-e-maal. hub-e-maal ka attack hota hai hamare upar.</w:t>
      </w:r>
    </w:p>
    <w:p>
      <w:pPr>
        <w:jc w:val="right"/>
      </w:pPr>
      <w:r>
        <w:t>وہ desire کا ہم پر attack ہوتا ہے۔ اسی میں سے ایک ہے حبِ مال۔ حبِ مال کا attack ہوتا ہے ہمارے اوپر۔</w:t>
      </w:r>
    </w:p>
    <w:p>
      <w:r>
        <w:rPr>
          <w:b/>
        </w:rPr>
        <w:t xml:space="preserve">[1:14:34] </w:t>
      </w:r>
      <w:r>
        <w:t>maal ki mohabbat. attack hota hai. to apne ko pak karna hai. jaise inteqam ka jazba aya, wahan par ek attack hua hamare upar.</w:t>
      </w:r>
    </w:p>
    <w:p>
      <w:pPr>
        <w:jc w:val="right"/>
      </w:pPr>
      <w:r>
        <w:t>مال کی محبت۔ attack ہوتا ہے۔ تو اپنے کو پاک کرنا ہے۔ جیسے انتقام کا جذبہ آیا، وہاں پر ایک attack ہوا ہمارے اوپر۔</w:t>
      </w:r>
    </w:p>
    <w:p>
      <w:r>
        <w:rPr>
          <w:b/>
        </w:rPr>
        <w:t xml:space="preserve">[1:14:48] </w:t>
      </w:r>
      <w:r>
        <w:t>to inteqam se apne ko bachana hai.</w:t>
      </w:r>
    </w:p>
    <w:p>
      <w:pPr>
        <w:jc w:val="right"/>
      </w:pPr>
      <w:r>
        <w:t>تو انتقام سے اپنے کو بچانا ہے۔</w:t>
      </w:r>
    </w:p>
    <w:p>
      <w:r>
        <w:rPr>
          <w:b/>
        </w:rPr>
        <w:t xml:space="preserve">[1:14:52] </w:t>
      </w:r>
      <w:r>
        <w:t>isi tarike se hub e maal ka attack hota hai. wahan par apne ko bachana hai. to jab aap maal ki mohabbat se apne ko nikalen, maal ko khuda ke raste mein de kar ke,</w:t>
      </w:r>
    </w:p>
    <w:p>
      <w:pPr>
        <w:jc w:val="right"/>
      </w:pPr>
      <w:r>
        <w:t>اسی طریقے سے حبِ مال کا attack ہوتا ہے۔ وہاں پر اپنے کو بچانا ہے۔ تو جب آپ مال کی محبت سے اپنے کو نکالیں، مال کو خدا کے راستے میں دے کر کے،</w:t>
      </w:r>
    </w:p>
    <w:p>
      <w:r>
        <w:rPr>
          <w:b/>
        </w:rPr>
        <w:t xml:space="preserve">[1:15:07] </w:t>
      </w:r>
      <w:r>
        <w:t>apne maal ko khuda ke raste mein den, to goya ke apne aap ko aap ne purify kiya.</w:t>
      </w:r>
    </w:p>
    <w:p>
      <w:pPr>
        <w:jc w:val="right"/>
      </w:pPr>
      <w:r>
        <w:t>اپنے مال کو خدا کے راستے میں دیں، تو گویا کہ اپنے آپ کو آپ نے purify کیا۔</w:t>
      </w:r>
    </w:p>
    <w:p>
      <w:r>
        <w:rPr>
          <w:b/>
        </w:rPr>
        <w:t xml:space="preserve">[1:15:13] </w:t>
      </w:r>
      <w:r>
        <w:t>jis tarah intiqam ke jazbe ko mita kar aap apne aap ko purify karte hain, isi tarah se maal de kar apne aap ko hub e maal se pak karte hain.</w:t>
      </w:r>
    </w:p>
    <w:p>
      <w:pPr>
        <w:jc w:val="right"/>
      </w:pPr>
      <w:r>
        <w:t>جس طرح انتقام کے جذبے کو مٹا کر آپ اپنے آپ کو purify کرتے ہیں، اسی طرح سے مال دے کر اپنے آپ کو حبِ مال سے پاک کرتے ہیں۔</w:t>
      </w:r>
    </w:p>
    <w:p>
      <w:r>
        <w:rPr>
          <w:b/>
        </w:rPr>
        <w:t xml:space="preserve">[1:15:25] </w:t>
      </w:r>
      <w:r>
        <w:t>yeh hai purification. to sirf purified soul hi jannat mein jayegi. apne aap ko humein purify karna hai.</w:t>
      </w:r>
    </w:p>
    <w:p>
      <w:pPr>
        <w:jc w:val="right"/>
      </w:pPr>
      <w:r>
        <w:t>یہ ہے purification۔ تو صرف purified soul ہی جنت میں جائیں گی۔ اپنے آپ کو ہمیں purify کرنا ہے۔</w:t>
      </w:r>
    </w:p>
    <w:p>
      <w:r>
        <w:rPr>
          <w:b/>
        </w:rPr>
        <w:t xml:space="preserve">[1:15:36] </w:t>
      </w:r>
      <w:r>
        <w:t>purify karna hai har negative thought se aur sath sath hub e maal se.</w:t>
      </w:r>
    </w:p>
    <w:p>
      <w:pPr>
        <w:jc w:val="right"/>
      </w:pPr>
      <w:r>
        <w:t>purify کرنا ہے ہر negative thought سے اور ساتھ ساتھ حبِ مال سے۔</w:t>
      </w:r>
    </w:p>
    <w:p>
      <w:r>
        <w:rPr>
          <w:b/>
        </w:rPr>
        <w:t xml:space="preserve">[1:15:44] </w:t>
      </w:r>
      <w:r>
        <w:t>aqool qawli hadha wa astaghfirullaha li wa lakum ajmaeen.</w:t>
      </w:r>
    </w:p>
    <w:p>
      <w:pPr>
        <w:jc w:val="right"/>
      </w:pPr>
      <w:r>
        <w:t>أَقُولُ قَوْلِي هٰذَا وَأَسْتَغْفِرُوا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