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Warning October 31, 2013 Maulana Wahiduddin Khan</w:t>
      </w:r>
    </w:p>
    <w:p>
      <w:r>
        <w:t>https://www.youtube.com/watch?v=np9p9TqUa-g</w:t>
      </w:r>
    </w:p>
    <w:p>
      <w:r>
        <w:rPr>
          <w:b/>
        </w:rPr>
        <w:t xml:space="preserve">[00:14] </w:t>
      </w:r>
      <w:r>
        <w:t>falawla iz jaahum baasuna tazaru'u walakin qasad quloobuhum wa zayyana lahumush shaytanu ma kanoo ya'maloon. surah al an'am chapter number six verse number 43.</w:t>
      </w:r>
    </w:p>
    <w:p>
      <w:pPr>
        <w:jc w:val="right"/>
      </w:pPr>
      <w:r>
        <w:t>فلولا اذ جاءہم باسنا تضرعوا ولكن قصد قلوبہم وزین لہم الشیطان ما کانو یعملون۔ سورہ الانعام چیپٹر نمبر سکس ورس نمبر 43۔</w:t>
      </w:r>
    </w:p>
    <w:p>
      <w:r>
        <w:rPr>
          <w:b/>
        </w:rPr>
        <w:t xml:space="preserve">[00:27] </w:t>
      </w:r>
      <w:r>
        <w:t>pas jab hamari taraf se un par sakhti aayi to kyon na woh jhuke, balke un ke dil sakht ho gaye aur shaitan un ke amal ko un ki nazar mein khushnuma kar ke dikhata raha.</w:t>
      </w:r>
    </w:p>
    <w:p>
      <w:pPr>
        <w:jc w:val="right"/>
      </w:pPr>
      <w:r>
        <w:t>پس جب ہماری طرف سے ان پر سختی آئی تو کیوں نہ وہ جھکے، بلکہ ان کے دل سخت ہو گئے اور شیطان ان کے عمل کو ان کی نظر میں خوشنما کر کے دکھاتا رہا۔</w:t>
      </w:r>
    </w:p>
    <w:p>
      <w:r>
        <w:rPr>
          <w:b/>
        </w:rPr>
        <w:t xml:space="preserve">[00:39] </w:t>
      </w:r>
      <w:r>
        <w:t>bismillah rahman rahim.</w:t>
      </w:r>
    </w:p>
    <w:p>
      <w:pPr>
        <w:jc w:val="right"/>
      </w:pPr>
      <w:r>
        <w:t>بسم اللہ الرحمن الرحیم۔</w:t>
      </w:r>
    </w:p>
    <w:p>
      <w:r>
        <w:rPr>
          <w:b/>
        </w:rPr>
        <w:t xml:space="preserve">[00:46] </w:t>
      </w:r>
      <w:r>
        <w:t>quran ki yeh aayat bohat bari tanbeeh hai.</w:t>
      </w:r>
    </w:p>
    <w:p>
      <w:pPr>
        <w:jc w:val="right"/>
      </w:pPr>
      <w:r>
        <w:t>قرآن کی یہ آیت بہت بڑی تنبیہ ہے۔</w:t>
      </w:r>
    </w:p>
    <w:p>
      <w:r>
        <w:rPr>
          <w:b/>
        </w:rPr>
        <w:t xml:space="preserve">[00:54] </w:t>
      </w:r>
      <w:r>
        <w:t>yeh tanbeeh</w:t>
      </w:r>
    </w:p>
    <w:p>
      <w:pPr>
        <w:jc w:val="right"/>
      </w:pPr>
      <w:r>
        <w:t>یہ تنبیہ</w:t>
      </w:r>
    </w:p>
    <w:p>
      <w:r>
        <w:rPr>
          <w:b/>
        </w:rPr>
        <w:t xml:space="preserve">[00:58] </w:t>
      </w:r>
      <w:r>
        <w:t>sirf doosri qaumon ke liye nahi thi balke woh khud ummat e muslema ke liye bhi hai.</w:t>
      </w:r>
    </w:p>
    <w:p>
      <w:pPr>
        <w:jc w:val="right"/>
      </w:pPr>
      <w:r>
        <w:t>صرف دوسری قوموں کے لیے نہیں تھی بلکہ وہ خود امت مسلمہ کے لیے بھی ہے۔</w:t>
      </w:r>
    </w:p>
    <w:p>
      <w:r>
        <w:rPr>
          <w:b/>
        </w:rPr>
        <w:t xml:space="preserve">[01:05] </w:t>
      </w:r>
      <w:r>
        <w:t>aur main samajhta hoon ke maw'ooda zamana jo hai, maw'ood zamane ke musalman theek is ka misdaq ban chuke hain.</w:t>
      </w:r>
    </w:p>
    <w:p>
      <w:pPr>
        <w:jc w:val="right"/>
      </w:pPr>
      <w:r>
        <w:t>اور میں سمجھتا ہوں کہ موعودہ زمانہ جو ہے، موعود زمانے کے مسلمان ٹھیک اس کا مصداق بن چکے ہیں۔</w:t>
      </w:r>
    </w:p>
    <w:p>
      <w:r>
        <w:rPr>
          <w:b/>
        </w:rPr>
        <w:t xml:space="preserve">[01:21] </w:t>
      </w:r>
      <w:r>
        <w:t>quran ki is aayat mein char lafz par ghaur kijiye: baas, tazarr'u, tazyeen, aur qasawat.</w:t>
      </w:r>
    </w:p>
    <w:p>
      <w:pPr>
        <w:jc w:val="right"/>
      </w:pPr>
      <w:r>
        <w:t>قرآن کی اس آیت میں چار لفظ پر غور کیجیے: باس، تضرع، تزیم، اور قساوت۔</w:t>
      </w:r>
    </w:p>
    <w:p>
      <w:r>
        <w:rPr>
          <w:b/>
        </w:rPr>
        <w:t xml:space="preserve">[01:39] </w:t>
      </w:r>
      <w:r>
        <w:t>is ka matlab yeh hai ke jab kisi qaum ke upar</w:t>
      </w:r>
    </w:p>
    <w:p>
      <w:pPr>
        <w:jc w:val="right"/>
      </w:pPr>
      <w:r>
        <w:t>اس کا مطلب یہ ہے کہ جب کسی قوم کے اوپر</w:t>
      </w:r>
    </w:p>
    <w:p>
      <w:r>
        <w:rPr>
          <w:b/>
        </w:rPr>
        <w:t xml:space="preserve">[01:46] </w:t>
      </w:r>
      <w:r>
        <w:t>bigaad aata hai</w:t>
      </w:r>
    </w:p>
    <w:p>
      <w:pPr>
        <w:jc w:val="right"/>
      </w:pPr>
      <w:r>
        <w:t>بگاڑ آتا ہے</w:t>
      </w:r>
    </w:p>
    <w:p>
      <w:r>
        <w:rPr>
          <w:b/>
        </w:rPr>
        <w:t xml:space="preserve">[01:50] </w:t>
      </w:r>
      <w:r>
        <w:t>to Allah is ki islaah ke liye, Allah ki taraf se is ki islaah ke liye tanbeehat aati hain. in tanbeehat ko yahan baas kaha gaya hai.</w:t>
      </w:r>
    </w:p>
    <w:p>
      <w:pPr>
        <w:jc w:val="right"/>
      </w:pPr>
      <w:r>
        <w:t>تو اللہ اس کی اصلاح کے لیے، اللہ کی طرف سے اس کی اصلاح کے لیے تنبیہات آتی ہیں۔ ان تنبیہات کو یہاں باس کہا گیا ہے۔</w:t>
      </w:r>
    </w:p>
    <w:p>
      <w:r>
        <w:rPr>
          <w:b/>
        </w:rPr>
        <w:t xml:space="preserve">[02:04] </w:t>
      </w:r>
      <w:r>
        <w:t>tanbeehat yani aise masail, aise sakht tajrubaat jo goya ke shock treatment ke hamana hote hain.</w:t>
      </w:r>
    </w:p>
    <w:p>
      <w:pPr>
        <w:jc w:val="right"/>
      </w:pPr>
      <w:r>
        <w:t>تنبیہات یعنی ایسے مسائل، ایسے سخت تجربات جو گویا کہ شاک ٹریٹمنٹ کے ہمانہ ہوتے ہیں۔</w:t>
      </w:r>
    </w:p>
    <w:p>
      <w:r>
        <w:rPr>
          <w:b/>
        </w:rPr>
        <w:t xml:space="preserve">[02:17] </w:t>
      </w:r>
      <w:r>
        <w:t>to jab is tarah ki tanbeehat aati hain to maqsood kya hota hai ke logon mein tazarr'u paida ho, yani muhasba paida ho, introspection paida ho.</w:t>
      </w:r>
    </w:p>
    <w:p>
      <w:pPr>
        <w:jc w:val="right"/>
      </w:pPr>
      <w:r>
        <w:t>تو جب اس طرح کی تنبیہات آتی ہیں تو مقصود کیا ہوتا ہے کہ لوگوں میں تضرع پیدا ہو، یعنی محاسبہ پیدا ہو، انٹراسپیکشن پیدا ہو۔</w:t>
      </w:r>
    </w:p>
    <w:p>
      <w:r>
        <w:rPr>
          <w:b/>
        </w:rPr>
        <w:t xml:space="preserve">[02:34] </w:t>
      </w:r>
      <w:r>
        <w:t>log sochen aur apni islaah karen.</w:t>
      </w:r>
    </w:p>
    <w:p>
      <w:pPr>
        <w:jc w:val="right"/>
      </w:pPr>
      <w:r>
        <w:t>لوگ سوچیں اور اپنی اصلاح کریں۔</w:t>
      </w:r>
    </w:p>
    <w:p>
      <w:r>
        <w:rPr>
          <w:b/>
        </w:rPr>
        <w:t xml:space="preserve">[02:41] </w:t>
      </w:r>
      <w:r>
        <w:t>lekin jab koi qaum zawal ke darje pahunch chuki hoti hai to aisa bohat kam hota hai.</w:t>
      </w:r>
    </w:p>
    <w:p>
      <w:pPr>
        <w:jc w:val="right"/>
      </w:pPr>
      <w:r>
        <w:t>لیکن جب کوئی قوم زوال کے درجے پہنچ چکی ہوتی ہے تو ایسا بہت کم ہوتا ہے۔</w:t>
      </w:r>
    </w:p>
    <w:p>
      <w:r>
        <w:rPr>
          <w:b/>
        </w:rPr>
        <w:t xml:space="preserve">[02:50] </w:t>
      </w:r>
      <w:r>
        <w:t>zyadatar kya hota hai? woh cheez hoti hai jis ko kaha gaya hai tazyeen. yeh tazyeen khud qaum ke leader karte hain.</w:t>
      </w:r>
    </w:p>
    <w:p>
      <w:pPr>
        <w:jc w:val="right"/>
      </w:pPr>
      <w:r>
        <w:t>زیادہ تر کیا ہوتا ہے؟ وہ چیز ہوتی ہے جس کو کہا گیا ہے تزین۔ یہ تزین خود قوم کے لیڈر کرتے ہیں۔</w:t>
      </w:r>
    </w:p>
    <w:p>
      <w:r>
        <w:rPr>
          <w:b/>
        </w:rPr>
        <w:t xml:space="preserve">[03:04] </w:t>
      </w:r>
      <w:r>
        <w:t>woh tazyeen yeh hai ke jo tanbeehat Allah ki taraf se aayi hain,</w:t>
      </w:r>
    </w:p>
    <w:p>
      <w:pPr>
        <w:jc w:val="right"/>
      </w:pPr>
      <w:r>
        <w:t>وہ تزین یہ ہے کہ جو تنبیہات اللہ کی طرف سے آئی ہیں،</w:t>
      </w:r>
    </w:p>
    <w:p>
      <w:r>
        <w:rPr>
          <w:b/>
        </w:rPr>
        <w:t xml:space="preserve">[03:13] </w:t>
      </w:r>
      <w:r>
        <w:t>un ko insanon ki taraf mansoob kar diya jaye. aur bajaye islaah e khish ke, shikayat ghair ka jazba ubhaar diya jaye.</w:t>
      </w:r>
    </w:p>
    <w:p>
      <w:pPr>
        <w:jc w:val="right"/>
      </w:pPr>
      <w:r>
        <w:t>ان کو انسانوں کی طرف منسوب کر دیا جائے۔ اور بجائے اصلاح خیش کے، شکایت غیر کا جذبہ ابھار دیا جائے۔</w:t>
      </w:r>
    </w:p>
    <w:p>
      <w:r>
        <w:rPr>
          <w:b/>
        </w:rPr>
        <w:t xml:space="preserve">[03:24] </w:t>
      </w:r>
      <w:r>
        <w:t>to jab aisa hota hai to kya hota hai? nateeja qasawat. aur zyada log be-hiss ho jate hain, islaah ka jazba aur kam ho jata hai.</w:t>
      </w:r>
    </w:p>
    <w:p>
      <w:pPr>
        <w:jc w:val="right"/>
      </w:pPr>
      <w:r>
        <w:t>تو جب ایسا ہوتا ہے تو کیا ہوتا ہے؟ نتیجہ قساوت۔ اور زیادہ لوگ بے حس ہو جاتے ہیں، اصلاح کا جذبہ اور کم ہو جاتا ہے۔</w:t>
      </w:r>
    </w:p>
    <w:p>
      <w:r>
        <w:rPr>
          <w:b/>
        </w:rPr>
        <w:t xml:space="preserve">[03:37] </w:t>
      </w:r>
      <w:r>
        <w:t>yeh hota hai. To mein samajhta hoon ke yeh ayat jo hai Quran ki, mowooda zaman ke musalmanon ke liye poori tarah saadiq aa rahi hai.</w:t>
      </w:r>
    </w:p>
    <w:p>
      <w:pPr>
        <w:jc w:val="right"/>
      </w:pPr>
      <w:r>
        <w:t>یہ ہوتا ہے۔ تو میں سمجھتا ہوں کہ یہ آیت جو ہے قرآن کی، موعودہ زمانے کے مسلمانوں کے لیے پوری طرح صادق آ رہی ہے۔</w:t>
      </w:r>
    </w:p>
    <w:p>
      <w:r>
        <w:rPr>
          <w:b/>
        </w:rPr>
        <w:t xml:space="preserve">[03:51] </w:t>
      </w:r>
      <w:r>
        <w:t>Poori tarah.</w:t>
      </w:r>
    </w:p>
    <w:p>
      <w:pPr>
        <w:jc w:val="right"/>
      </w:pPr>
      <w:r>
        <w:t>پوری طرح۔</w:t>
      </w:r>
    </w:p>
    <w:p>
      <w:r>
        <w:rPr>
          <w:b/>
        </w:rPr>
        <w:t xml:space="preserve">[03:55] </w:t>
      </w:r>
      <w:r>
        <w:t>Mowooda zaman mein, yaani do sau saal ka jo zaman hai, is mein hum jante hain ke doosri qaumein, khaas taur par aal-e-maghrib ya israil,</w:t>
      </w:r>
    </w:p>
    <w:p>
      <w:pPr>
        <w:jc w:val="right"/>
      </w:pPr>
      <w:r>
        <w:t>موعودہ زمانے میں، یعنی دو سو سال کا جو زمانہ ہے، اس میں ہم جانتے ہیں کہ دوسری قومیں، خاص طور پر آل مغرب یا اسرائیل،</w:t>
      </w:r>
    </w:p>
    <w:p>
      <w:r>
        <w:rPr>
          <w:b/>
        </w:rPr>
        <w:t xml:space="preserve">[04:11] </w:t>
      </w:r>
      <w:r>
        <w:t>Doosri qaumon ki taraf se musalmanon par</w:t>
      </w:r>
    </w:p>
    <w:p>
      <w:pPr>
        <w:jc w:val="right"/>
      </w:pPr>
      <w:r>
        <w:t>دوسری قوموں کی طرف سے مسلمانوں پر</w:t>
      </w:r>
    </w:p>
    <w:p>
      <w:r>
        <w:rPr>
          <w:b/>
        </w:rPr>
        <w:t xml:space="preserve">[04:18] </w:t>
      </w:r>
      <w:r>
        <w:t>Baws ka izhaar hua.</w:t>
      </w:r>
    </w:p>
    <w:p>
      <w:pPr>
        <w:jc w:val="right"/>
      </w:pPr>
      <w:r>
        <w:t>باس کا اظہار ہوا۔</w:t>
      </w:r>
    </w:p>
    <w:p>
      <w:r>
        <w:rPr>
          <w:b/>
        </w:rPr>
        <w:t xml:space="preserve">[04:21] </w:t>
      </w:r>
      <w:r>
        <w:t>Yaani un ki political</w:t>
      </w:r>
    </w:p>
    <w:p>
      <w:pPr>
        <w:jc w:val="right"/>
      </w:pPr>
      <w:r>
        <w:t>یعنی ان کی پولیٹیکل</w:t>
      </w:r>
    </w:p>
    <w:p>
      <w:r>
        <w:rPr>
          <w:b/>
        </w:rPr>
        <w:t xml:space="preserve">[04:26] </w:t>
      </w:r>
      <w:r>
        <w:t>Dabdaba khatam hua. Un ki qaumi nuqsanat pesh aaye un ko.</w:t>
      </w:r>
    </w:p>
    <w:p>
      <w:pPr>
        <w:jc w:val="right"/>
      </w:pPr>
      <w:r>
        <w:t>دبدبہ ختم ہوا۔ ان کی قومی نقصانات پیش آئے ان کو۔</w:t>
      </w:r>
    </w:p>
    <w:p>
      <w:r>
        <w:rPr>
          <w:b/>
        </w:rPr>
        <w:t xml:space="preserve">[04:38] </w:t>
      </w:r>
      <w:r>
        <w:t>Un ka jo fakhr ka jazba tha woh toot gaya. Is tarah ke tajrubaat pesh aaye. To ain is ke baad kya hua?</w:t>
      </w:r>
    </w:p>
    <w:p>
      <w:pPr>
        <w:jc w:val="right"/>
      </w:pPr>
      <w:r>
        <w:t>ان کا جو فخر کا جذبہ تھا وہ ٹوٹا۔ اس طرح کے تجربات پیش آئے۔ تو عین اس کے بعد کیا ہوا؟</w:t>
      </w:r>
    </w:p>
    <w:p>
      <w:r>
        <w:rPr>
          <w:b/>
        </w:rPr>
        <w:t xml:space="preserve">[04:52] </w:t>
      </w:r>
      <w:r>
        <w:t>Ke tazeen ka amal shuru ho gaya. Yaani hona yeh to chahiye tha ke in waqeaat par logon ke andar muhasba jaage, introspection jaage.</w:t>
      </w:r>
    </w:p>
    <w:p>
      <w:pPr>
        <w:jc w:val="right"/>
      </w:pPr>
      <w:r>
        <w:t>کہ تزین کا عمل شروع ہو گیا۔ یعنی ہونا یہ تو چاہیے تھا کہ ان واقعات پر لوگوں کے اندر محاسبہ جاگے، انٹراسپیکشن جاگے۔</w:t>
      </w:r>
    </w:p>
    <w:p>
      <w:r>
        <w:rPr>
          <w:b/>
        </w:rPr>
        <w:t xml:space="preserve">[05:04] </w:t>
      </w:r>
      <w:r>
        <w:t>Apni islaah karein. Phir hota yeh hai ke yeh soorat-e-haal jo pesh aati hai, pehle yahood ke saath pesh aayi thi.</w:t>
      </w:r>
    </w:p>
    <w:p>
      <w:pPr>
        <w:jc w:val="right"/>
      </w:pPr>
      <w:r>
        <w:t>اپنی اصلاح کریں۔ پھر ہوتا یہ ہے کہ یہ صورتحال جو پیش آتی ہے، پہلے یہود کے ساتھ پیش آئی تھی۔</w:t>
      </w:r>
    </w:p>
    <w:p>
      <w:r>
        <w:rPr>
          <w:b/>
        </w:rPr>
        <w:t xml:space="preserve">[05:15] </w:t>
      </w:r>
      <w:r>
        <w:t>Is se pehle.</w:t>
      </w:r>
    </w:p>
    <w:p>
      <w:pPr>
        <w:jc w:val="right"/>
      </w:pPr>
      <w:r>
        <w:t>اس سے پہلے۔</w:t>
      </w:r>
    </w:p>
    <w:p>
      <w:r>
        <w:rPr>
          <w:b/>
        </w:rPr>
        <w:t xml:space="preserve">[05:17] </w:t>
      </w:r>
      <w:r>
        <w:t>To woh jo soorat-e-haal pesh aati hai, baws jo zahir hota hai, woh insaanon ki taraf se hota hai. Farishton ki taraf se nahi hota hai.</w:t>
      </w:r>
    </w:p>
    <w:p>
      <w:pPr>
        <w:jc w:val="right"/>
      </w:pPr>
      <w:r>
        <w:t>تو وہ جو صورتحال پیش آتی ہے، باس جو ظاہر ہوتا ہے، وہ انسانوں کی طرف سے ہوتا ہے۔ فرشتوں کی طرف سے نہیں ہوتا ہے۔</w:t>
      </w:r>
    </w:p>
    <w:p>
      <w:r>
        <w:rPr>
          <w:b/>
        </w:rPr>
        <w:t xml:space="preserve">[05:28] </w:t>
      </w:r>
      <w:r>
        <w:t>Lekin ek hota hai azaab aasmani. Woh to aasman se aata hai. Lekin yeh jo tanbihaat hoti hain, woh aasman se nahi aati.</w:t>
      </w:r>
    </w:p>
    <w:p>
      <w:pPr>
        <w:jc w:val="right"/>
      </w:pPr>
      <w:r>
        <w:t>لیکن ایک ہوتا ہے عذاب آسمانی۔ وہ تو آسمان سے آتا ہے۔ لیکن یہ جو تنبیہات ہوتی ہیں، وہ آسمان سے نہیں آتی۔</w:t>
      </w:r>
    </w:p>
    <w:p>
      <w:r>
        <w:rPr>
          <w:b/>
        </w:rPr>
        <w:t xml:space="preserve">[05:41] </w:t>
      </w:r>
      <w:r>
        <w:t>Woh insaanon ki taraf se aati hain.</w:t>
      </w:r>
    </w:p>
    <w:p>
      <w:pPr>
        <w:jc w:val="right"/>
      </w:pPr>
      <w:r>
        <w:t>وہ انسانوں کی طرف سے آتی ہیں۔</w:t>
      </w:r>
    </w:p>
    <w:p>
      <w:r>
        <w:rPr>
          <w:b/>
        </w:rPr>
        <w:t xml:space="preserve">[05:45] </w:t>
      </w:r>
      <w:r>
        <w:t>Jaisa ke yahood ke saath hua. Ke Iran aur Babal ke badshahon ne yahood par hamla kiya. Un ki tod phod ki.</w:t>
      </w:r>
    </w:p>
    <w:p>
      <w:pPr>
        <w:jc w:val="right"/>
      </w:pPr>
      <w:r>
        <w:t>جیسا کہ یہود کے ساتھ ہوا۔ کہ ایران اور بابل کے بادشاہوں نے یہود پر حملہ کیا۔ ان کی توڑ پھوڑ کی۔</w:t>
      </w:r>
    </w:p>
    <w:p>
      <w:r>
        <w:rPr>
          <w:b/>
        </w:rPr>
        <w:t xml:space="preserve">[05:55] </w:t>
      </w:r>
      <w:r>
        <w:t>To yahood ne kya kiya? In waqeaat ko Iran aur Babal ke badshahon ki taraf mansoob kar ke un ke khilaaf shikayat ka toofan khada kar diya.</w:t>
      </w:r>
    </w:p>
    <w:p>
      <w:pPr>
        <w:jc w:val="right"/>
      </w:pPr>
      <w:r>
        <w:t>تو یہود نے کیا کیا؟ ان واقعات کو ایران اور بابل کے بادشاہوں کی طرف منسوب کر کے ان کے خلاف شکایت کا طوفان کھڑا کر دیا۔</w:t>
      </w:r>
    </w:p>
    <w:p>
      <w:r>
        <w:rPr>
          <w:b/>
        </w:rPr>
        <w:t xml:space="preserve">[06:07] </w:t>
      </w:r>
      <w:r>
        <w:t>Aur zulm, zulm, zulm yeh cheekhne lage.</w:t>
      </w:r>
    </w:p>
    <w:p>
      <w:pPr>
        <w:jc w:val="right"/>
      </w:pPr>
      <w:r>
        <w:t>اور ظلم، ظلم، ظلم یہ چیخنے لگے۔</w:t>
      </w:r>
    </w:p>
    <w:p>
      <w:r>
        <w:rPr>
          <w:b/>
        </w:rPr>
        <w:t xml:space="preserve">[06:10] </w:t>
      </w:r>
      <w:r>
        <w:t>Is bare mein yahood ka literature bohat zyada mawad is mein maujood hai. Bani Risalah mein is ki kuch tafseelat likhi hain.</w:t>
      </w:r>
    </w:p>
    <w:p>
      <w:pPr>
        <w:jc w:val="right"/>
      </w:pPr>
      <w:r>
        <w:t>اس بارے میں یہود کا لٹریچر بہت زیادہ مواد اس میں موجود ہے۔ بنی رسالہ میں اس کی کچھ تفصیلات لکھی ہیں۔</w:t>
      </w:r>
    </w:p>
    <w:p>
      <w:r>
        <w:rPr>
          <w:b/>
        </w:rPr>
        <w:t xml:space="preserve">[06:23] </w:t>
      </w:r>
      <w:r>
        <w:t>To aasmani azaab agar aaye to woh to wazeh taur par maloom hota hai ke Allah ki taraf se aaya hai.</w:t>
      </w:r>
    </w:p>
    <w:p>
      <w:pPr>
        <w:jc w:val="right"/>
      </w:pPr>
      <w:r>
        <w:t>تو آسمانی عذاب اگر آئے تو وہ تو واضح طور پر معلوم ہوتا ہے کہ اللہ کی طرف سے آیا ہے۔</w:t>
      </w:r>
    </w:p>
    <w:p>
      <w:r>
        <w:rPr>
          <w:b/>
        </w:rPr>
        <w:t xml:space="preserve">[06:32] </w:t>
      </w:r>
      <w:r>
        <w:t>Lekin woh alag cheez hai. Yeh tanbihaat jo hain woh aasman se nahi aati hain.</w:t>
      </w:r>
    </w:p>
    <w:p>
      <w:pPr>
        <w:jc w:val="right"/>
      </w:pPr>
      <w:r>
        <w:t>لیکن وہ الگ چیز ہے۔ یہ تنبیہات جو ہیں وہ آسمان سے نہیں آتی ہیں۔</w:t>
      </w:r>
    </w:p>
    <w:p>
      <w:r>
        <w:rPr>
          <w:b/>
        </w:rPr>
        <w:t xml:space="preserve">[06:41] </w:t>
      </w:r>
      <w:r>
        <w:t>Woh kisi insaan ki taraf se, kisi qaum ki taraf se, kisi badshah ki taraf se aati hain. To is zahiri soorat, zahiri shakal ki bina par qaum ke leader kya karte hain?</w:t>
      </w:r>
    </w:p>
    <w:p>
      <w:pPr>
        <w:jc w:val="right"/>
      </w:pPr>
      <w:r>
        <w:t>وہ کسی انسان کی طرف سے، کسی قوم کی طرف سے، کسی بادشاہ کی طرف سے آتی ہیں۔ تو اس ظاہری صورت، ظاہری شکل کی بنا پر قوم کے لیڈر کیا کرتے ہیں؟</w:t>
      </w:r>
    </w:p>
    <w:p>
      <w:r>
        <w:rPr>
          <w:b/>
        </w:rPr>
        <w:t xml:space="preserve">[06:56] </w:t>
      </w:r>
      <w:r>
        <w:t>Un ko zalim thehra kar ke, apne ko mazloom bata kar ke, shikayat aur ihtijaj ka toofan khada kar dete hain. Yahan tak ke mauqa ho to tashaddud karte hain.</w:t>
      </w:r>
    </w:p>
    <w:p>
      <w:pPr>
        <w:jc w:val="right"/>
      </w:pPr>
      <w:r>
        <w:t>ان کو ظالم ٹھہرا کر کے، اپنے کو مظلوم بتا کر کے، شکایت اور احتجاج کا طوفان کھڑا کر دیتے ہیں۔ یہاں تک کہ موقع ہو تو تشدد کرتے ہیں۔</w:t>
      </w:r>
    </w:p>
    <w:p>
      <w:r>
        <w:rPr>
          <w:b/>
        </w:rPr>
        <w:t xml:space="preserve">[07:05] </w:t>
      </w:r>
      <w:r>
        <w:t>Gun aur bomb chalate hain.</w:t>
      </w:r>
    </w:p>
    <w:p>
      <w:pPr>
        <w:jc w:val="right"/>
      </w:pPr>
      <w:r>
        <w:t>گن اور بم چلاتے ہیں۔</w:t>
      </w:r>
    </w:p>
    <w:p>
      <w:r>
        <w:rPr>
          <w:b/>
        </w:rPr>
        <w:t xml:space="preserve">[07:09] </w:t>
      </w:r>
      <w:r>
        <w:t>To is ka nateeja kya hota hai? Ke jo baws ka jo zahoor hua tha, is liye ke logon ke andar apni ghalti ka ehsaas paida ho, woh apna muhasba karein.</w:t>
      </w:r>
    </w:p>
    <w:p>
      <w:pPr>
        <w:jc w:val="right"/>
      </w:pPr>
      <w:r>
        <w:t>تو اس کا نتیجہ کیا ہوتا ہے؟ کہ جو باس کا جو ظہور ہوا تھا، اس لیے کہ لوگوں کے اندر اپنی غلطی کا احساس پیدا ہو، وہ اپنا محاسبہ کریں۔</w:t>
      </w:r>
    </w:p>
    <w:p>
      <w:r>
        <w:rPr>
          <w:b/>
        </w:rPr>
        <w:t xml:space="preserve">[07:23] </w:t>
      </w:r>
      <w:r>
        <w:t>Tauba karein. Apni islaah karein. Is ke bajaye ulta ho jata hai. Woh samajhte hain ke hum to bilkul theek thaak hain. Hamari koi ghalti nahi hai.</w:t>
      </w:r>
    </w:p>
    <w:p>
      <w:pPr>
        <w:jc w:val="right"/>
      </w:pPr>
      <w:r>
        <w:t>توبہ کریں۔ اپنی اصلاح کریں۔ اس کے بجائے الٹا ہو جاتا ہے۔ وہ سمجھتے ہیں کہ ہم تو بالکل ٹھیک ٹھاک ہیں۔ ہماری کوئی غلطی نہیں ہے۔</w:t>
      </w:r>
    </w:p>
    <w:p>
      <w:r>
        <w:rPr>
          <w:b/>
        </w:rPr>
        <w:t xml:space="preserve">[07:32] </w:t>
      </w:r>
      <w:r>
        <w:t>gh</w:t>
      </w:r>
    </w:p>
    <w:p>
      <w:pPr>
        <w:jc w:val="right"/>
      </w:pPr>
      <w:r>
        <w:t>غ</w:t>
      </w:r>
    </w:p>
    <w:p>
      <w:r>
        <w:rPr>
          <w:b/>
        </w:rPr>
        <w:t xml:space="preserve">[07:33] </w:t>
      </w:r>
      <w:r>
        <w:t>lati to mafool, yani farzi zalimon ki hai. Farzi tor par zalimon ki taraf mansoob kar dete hain is ko.</w:t>
      </w:r>
    </w:p>
    <w:p>
      <w:pPr>
        <w:jc w:val="right"/>
      </w:pPr>
      <w:r>
        <w:t>لطی تو مفعول، یعنی فرضی ظالموں کی ہے۔ فرضی طور پر ظالموں کی طرف منسوب کر دیتے ہیں اس کو۔</w:t>
      </w:r>
    </w:p>
    <w:p>
      <w:r>
        <w:rPr>
          <w:b/>
        </w:rPr>
        <w:t xml:space="preserve">[07:43] </w:t>
      </w:r>
      <w:r>
        <w:t>is se kya pata hota hai? Qasawat. Qasawat ka matlab hai ke aur zyada log jari ho jate hain apne ghalt kariyon par. To yeh kitna ajeeb surat-haal hai.</w:t>
      </w:r>
    </w:p>
    <w:p>
      <w:pPr>
        <w:jc w:val="right"/>
      </w:pPr>
      <w:r>
        <w:t>اس سے کیا پتہ ہوتا ہے؟ قساوت۔ قساوت کا مطلب ہے کہ اور زیادہ لوگ جری ہو جاتے ہیں اپنے غلط کاریوں پر۔ تو یہ کتنا عجیب صورتحال ہے۔</w:t>
      </w:r>
    </w:p>
    <w:p>
      <w:r>
        <w:rPr>
          <w:b/>
        </w:rPr>
        <w:t xml:space="preserve">[07:56] </w:t>
      </w:r>
      <w:r>
        <w:t>aur aaj jo musalmanon ka halat tha, woh theek isi ka misdaq tha.</w:t>
      </w:r>
    </w:p>
    <w:p>
      <w:pPr>
        <w:jc w:val="right"/>
      </w:pPr>
      <w:r>
        <w:t>اور آج جو مسلمانوں کا حالت تھا، وہ ٹھیک اسی کا مصداق تھا۔</w:t>
      </w:r>
    </w:p>
    <w:p>
      <w:r>
        <w:rPr>
          <w:b/>
        </w:rPr>
        <w:t xml:space="preserve">[08:02] </w:t>
      </w:r>
      <w:r>
        <w:t>aap musalmanon ke jalson mein jaiye. Un ke akhbar ko, un ke jarayed ko parhiye.</w:t>
      </w:r>
    </w:p>
    <w:p>
      <w:pPr>
        <w:jc w:val="right"/>
      </w:pPr>
      <w:r>
        <w:t>آپ مسلمانوں کے جلسوں میں جائیے۔ ان کے اخبار کو، ان کے جرائد کو پڑھیے۔</w:t>
      </w:r>
    </w:p>
    <w:p>
      <w:r>
        <w:rPr>
          <w:b/>
        </w:rPr>
        <w:t xml:space="preserve">[08:12] </w:t>
      </w:r>
      <w:r>
        <w:t>un ki majlis mein baithiye.</w:t>
      </w:r>
    </w:p>
    <w:p>
      <w:pPr>
        <w:jc w:val="right"/>
      </w:pPr>
      <w:r>
        <w:t>ان کی مجلسوں میں بیٹھیے۔</w:t>
      </w:r>
    </w:p>
    <w:p>
      <w:r>
        <w:rPr>
          <w:b/>
        </w:rPr>
        <w:t xml:space="preserve">[08:15] </w:t>
      </w:r>
      <w:r>
        <w:t>har jagah aap charchaa sunenge doosri qaumon ke zulm ka. Yahood ka zulm, America ka zulm, Europi qaumon ka zulm, Israel ka zulm,</w:t>
      </w:r>
    </w:p>
    <w:p>
      <w:pPr>
        <w:jc w:val="right"/>
      </w:pPr>
      <w:r>
        <w:t>ہر جگہ آپ چرچہ سنیں گے دوسری قوموں کے ظلم کا۔ یہود کا ظلم، امریکہ کا ظلم، یورپی قوموں کا ظلم، اسرائیل کا ظلم،</w:t>
      </w:r>
    </w:p>
    <w:p>
      <w:r>
        <w:rPr>
          <w:b/>
        </w:rPr>
        <w:t xml:space="preserve">[08:30] </w:t>
      </w:r>
      <w:r>
        <w:t>un ka zulm, un ka zulm. Isi ki charchaa har jagah ho raha hai. Haalankeh zulm nahi hai yeh.</w:t>
      </w:r>
    </w:p>
    <w:p>
      <w:pPr>
        <w:jc w:val="right"/>
      </w:pPr>
      <w:r>
        <w:t>ان کا ظلم، ان کا ظلم۔ اسی کی چرچہ ہر جگہ ہو رہا ہے۔ حالانکہ ظلم نہیں ہے یہ۔</w:t>
      </w:r>
    </w:p>
    <w:p>
      <w:r>
        <w:rPr>
          <w:b/>
        </w:rPr>
        <w:t xml:space="preserve">[08:40] </w:t>
      </w:r>
      <w:r>
        <w:t>bazaahir insaanon ki taraf se ho raha hai, is liye logon ko mauqa mil jata hai ke is ko zulm kahein. Nahi, woh zulm nahi hai. Woh tanbihaat-e-ilahiya hain.</w:t>
      </w:r>
    </w:p>
    <w:p>
      <w:pPr>
        <w:jc w:val="right"/>
      </w:pPr>
      <w:r>
        <w:t>بظاہر انسانوں کی طرف سے ہو رہا ہے، اس لیے لوگوں کو موقع مل جاتا ہے کہ اس کو ظلم کہیں۔ نہیں، وہ ظلم نہیں ہے۔ وہ تنبیہات الہیہ ہیں۔</w:t>
      </w:r>
    </w:p>
    <w:p>
      <w:r>
        <w:rPr>
          <w:b/>
        </w:rPr>
        <w:t xml:space="preserve">[08:52] </w:t>
      </w:r>
      <w:r>
        <w:t>Allah ki taraf se tanbihaat hain.</w:t>
      </w:r>
    </w:p>
    <w:p>
      <w:pPr>
        <w:jc w:val="right"/>
      </w:pPr>
      <w:r>
        <w:t>اللہ کی طرف سے تنبیہات ہیں۔</w:t>
      </w:r>
    </w:p>
    <w:p>
      <w:r>
        <w:rPr>
          <w:b/>
        </w:rPr>
        <w:t xml:space="preserve">[08:57] </w:t>
      </w:r>
      <w:r>
        <w:t>aur tanbiha is liye aati hai ke logon mein rujoo ila Allah paida ho. Islah ka jazba ubhare. Tauba karein.</w:t>
      </w:r>
    </w:p>
    <w:p>
      <w:pPr>
        <w:jc w:val="right"/>
      </w:pPr>
      <w:r>
        <w:t>اور تنبیہ اس لیے آتی ہے کہ لوگوں میں رجوع الی اللہ پیدا ہو۔ اصلاح کا جذبہ ابھرے۔ توبہ کریں۔</w:t>
      </w:r>
    </w:p>
    <w:p>
      <w:r>
        <w:rPr>
          <w:b/>
        </w:rPr>
        <w:t xml:space="preserve">[09:08] </w:t>
      </w:r>
      <w:r>
        <w:t>to</w:t>
      </w:r>
    </w:p>
    <w:p>
      <w:pPr>
        <w:jc w:val="right"/>
      </w:pPr>
      <w:r>
        <w:t>تو</w:t>
      </w:r>
    </w:p>
    <w:p>
      <w:r>
        <w:rPr>
          <w:b/>
        </w:rPr>
        <w:t xml:space="preserve">[09:09] </w:t>
      </w:r>
      <w:r>
        <w:t>agar hamari qaum ke rehnuma in ko yeh batayein ke yeh to tanbiha-e-ilahi hai, is ko zalim zulm kyun kehte ho? Kisi insaan ka muamla nahi hai yeh.</w:t>
      </w:r>
    </w:p>
    <w:p>
      <w:pPr>
        <w:jc w:val="right"/>
      </w:pPr>
      <w:r>
        <w:t>اگر ہماری قوم کے رہنما ان کو یہ بتائیں کہ یہ تو تنبیہ الہی ہے، اس کو ظالم ظلم کیوں کہتے ہو؟ کسی انسان کا معاملہ نہیں ہے یہ۔</w:t>
      </w:r>
    </w:p>
    <w:p>
      <w:r>
        <w:rPr>
          <w:b/>
        </w:rPr>
        <w:t xml:space="preserve">[09:23] </w:t>
      </w:r>
      <w:r>
        <w:t>yeh insaan ki marifat, Allah ki tanbiha aayi hai tumhare paas.</w:t>
      </w:r>
    </w:p>
    <w:p>
      <w:pPr>
        <w:jc w:val="right"/>
      </w:pPr>
      <w:r>
        <w:t>یہ انسان کی معرفت، اللہ کی تنبیہ آئی ہے تمہارے پاس۔</w:t>
      </w:r>
    </w:p>
    <w:p>
      <w:r>
        <w:rPr>
          <w:b/>
        </w:rPr>
        <w:t xml:space="preserve">[09:30] </w:t>
      </w:r>
      <w:r>
        <w:t>to phir kya hoga? Logon ke andar muhasiba jaagega, rujoo paida hoga, tauba karenge. Lekin sab se badi ghalti aise mauqe par qaum ke rehnuma karte hain.</w:t>
      </w:r>
    </w:p>
    <w:p>
      <w:pPr>
        <w:jc w:val="right"/>
      </w:pPr>
      <w:r>
        <w:t>تو پھر کیا ہوگا؟ لوگوں کے اندر محاسبہ جاگے گا، رجوع پیدا ہوگا، توبہ کریں گے۔ لیکن سب سے بڑی غلطی ایسے موقع پر قوم کے رہنما کرتے ہیں۔</w:t>
      </w:r>
    </w:p>
    <w:p>
      <w:r>
        <w:rPr>
          <w:b/>
        </w:rPr>
        <w:t xml:space="preserve">[09:46] </w:t>
      </w:r>
      <w:r>
        <w:t>qaum ke rehnuma.</w:t>
      </w:r>
    </w:p>
    <w:p>
      <w:pPr>
        <w:jc w:val="right"/>
      </w:pPr>
      <w:r>
        <w:t>قوم کے رہنما۔</w:t>
      </w:r>
    </w:p>
    <w:p>
      <w:r>
        <w:rPr>
          <w:b/>
        </w:rPr>
        <w:t xml:space="preserve">[09:53] </w:t>
      </w:r>
      <w:r>
        <w:t>aise mauqe par asal jo kaam hota hai, woh qaum ke rehnumaon ko hota hai ke woh batayein ke bazaahir agar chahiye waqeaat insaan ki taraf se paish aa rahe hain, lekin apni haqeeqat ke aitbaar se woh Allah ki taraf se hain.</w:t>
      </w:r>
    </w:p>
    <w:p>
      <w:pPr>
        <w:jc w:val="right"/>
      </w:pPr>
      <w:r>
        <w:t>ایسے موقع پر اصل جو کام ہوتا ہے، وہ قوم کے رہنماؤں کو ہوتا ہے کہ وہ بتائیں کہ بظاہر اگر چاہیے واقعات انسان کی طرف سے پیش آ رہے ہیں، لیکن اپنی حقیقت کے اعتبار سے وہ اللہ کی طرف سے ہیں۔</w:t>
      </w:r>
    </w:p>
    <w:p>
      <w:r>
        <w:rPr>
          <w:b/>
        </w:rPr>
        <w:t xml:space="preserve">[10:11] </w:t>
      </w:r>
      <w:r>
        <w:t>woh Allah ki tanbihaat hain. To tum zalim ke khilaaf nafrat mat karo. Un ke khilaaf tashaddud mat karo</w:t>
      </w:r>
    </w:p>
    <w:p>
      <w:pPr>
        <w:jc w:val="right"/>
      </w:pPr>
      <w:r>
        <w:t>وہ اللہ کی تنبیہات ہیں۔ تو تم ظالم کے خلاف نفرت مت کرو۔ ان کے خلاف تشدد مت کرو</w:t>
      </w:r>
    </w:p>
    <w:p>
      <w:r>
        <w:rPr>
          <w:b/>
        </w:rPr>
        <w:t xml:space="preserve">[10:22] </w:t>
      </w:r>
      <w:r>
        <w:t>. Un ke khilaaf bad duaayein mat karo. Yeh bhi ghalt hai ke aap un ko zalim thehra kar, un ko bad dua karo un ke khilaaf. Aisi bad dua kabhi qabool nahi hogi.</w:t>
      </w:r>
    </w:p>
    <w:p>
      <w:pPr>
        <w:jc w:val="right"/>
      </w:pPr>
      <w:r>
        <w:t>۔ ان کے خلاف بد دعائیں مت کرو۔ یہ بھی غلط ہے کہ آپ ان کو ظالم ٹھہرا کر، ان کو بد دعا کرو ان کے خلاف۔ ایسی بد دعا کبھی قبول نہیں ہوگی۔</w:t>
      </w:r>
    </w:p>
    <w:p>
      <w:r>
        <w:rPr>
          <w:b/>
        </w:rPr>
        <w:t xml:space="preserve">[10:33] </w:t>
      </w:r>
      <w:r>
        <w:t>hazaar saal tak ki aata rahe, kabhi qabool nahi hogi. Kyun? Woh zalim nahi hain woh. Woh Allah ke kaarindey hain.</w:t>
      </w:r>
    </w:p>
    <w:p>
      <w:pPr>
        <w:jc w:val="right"/>
      </w:pPr>
      <w:r>
        <w:t>ہزار سال تک کی آتا رہے، کبھی قبول نہیں ہوگی۔ کیوں؟ وہ ظالم نہیں ہیں وہ۔ وہ اللہ کے کارندے ہیں۔</w:t>
      </w:r>
    </w:p>
    <w:p>
      <w:r>
        <w:rPr>
          <w:b/>
        </w:rPr>
        <w:t xml:space="preserve">[10:44] </w:t>
      </w:r>
      <w:r>
        <w:t>to bad dua kaise qabool hogi?</w:t>
      </w:r>
    </w:p>
    <w:p>
      <w:pPr>
        <w:jc w:val="right"/>
      </w:pPr>
      <w:r>
        <w:t>تو بد دعا کیسے قبول ہوگی؟</w:t>
      </w:r>
    </w:p>
    <w:p>
      <w:r>
        <w:rPr>
          <w:b/>
        </w:rPr>
        <w:t xml:space="preserve">[10:47] </w:t>
      </w:r>
      <w:r>
        <w:t>aise mauqe par jo karna hai kaam, woh yeh hai ke khud apne andar tauba ka jazba jaage.</w:t>
      </w:r>
    </w:p>
    <w:p>
      <w:pPr>
        <w:jc w:val="right"/>
      </w:pPr>
      <w:r>
        <w:t>ایسے موقع پر جو کرنا ہے کام، وہ یہ ہے کہ خود اپنے اندر توبہ کا جذبہ جاگے۔</w:t>
      </w:r>
    </w:p>
    <w:p>
      <w:r>
        <w:rPr>
          <w:b/>
        </w:rPr>
        <w:t xml:space="preserve">[10:59] </w:t>
      </w:r>
      <w:r>
        <w:t>apne andar islah ka jazba ubhare. Apni haalat ko badalne ka faisla karein log.</w:t>
      </w:r>
    </w:p>
    <w:p>
      <w:pPr>
        <w:jc w:val="right"/>
      </w:pPr>
      <w:r>
        <w:t>اپنے اندر اصلاح کا جذبہ ابھرے۔ اپنی حالت کو بدلنے کا فیصلہ کریں لوگ۔</w:t>
      </w:r>
    </w:p>
    <w:p>
      <w:r>
        <w:rPr>
          <w:b/>
        </w:rPr>
        <w:t xml:space="preserve">[11:11] </w:t>
      </w:r>
      <w:r>
        <w:t>to yeh surat-haal aaj poori tarah musalmanon par saadiq aa rahi hai. Saari duniya mein.</w:t>
      </w:r>
    </w:p>
    <w:p>
      <w:pPr>
        <w:jc w:val="right"/>
      </w:pPr>
      <w:r>
        <w:t>تو یہ صورتحال آج پوری طرح مسلمانوں پر صادق آ رہی ہے۔ ساری دنیا میں۔</w:t>
      </w:r>
    </w:p>
    <w:p>
      <w:r>
        <w:rPr>
          <w:b/>
        </w:rPr>
        <w:t xml:space="preserve">[11:16] </w:t>
      </w:r>
      <w:r>
        <w:t>aap kisi bhi mulk mein jaiye jahan musalman rehte hon. Chaahe Muslim mulk hon, chaahe ghair Muslim mulk.</w:t>
      </w:r>
    </w:p>
    <w:p>
      <w:pPr>
        <w:jc w:val="right"/>
      </w:pPr>
      <w:r>
        <w:t>آپ کسی بھی ملک میں جائیے جہاں مسلمان رہتے ہوں۔ چاہے مسلم ملک ہوں، چاہے غیر مسلم ملک۔</w:t>
      </w:r>
    </w:p>
    <w:p>
      <w:r>
        <w:rPr>
          <w:b/>
        </w:rPr>
        <w:t xml:space="preserve">[11:27] </w:t>
      </w:r>
      <w:r>
        <w:t>chahay musalman jahan majority mein, wahan jayen aap. jahan minority mein, wahan jayen aap. har jagah aap sunenge yahi. zulm ki batain.</w:t>
      </w:r>
    </w:p>
    <w:p>
      <w:pPr>
        <w:jc w:val="right"/>
      </w:pPr>
      <w:r>
        <w:t>چاہے مسلمان جہاں میجورٹی میں، وہاں جائیں آپ۔ جہاں مائنورٹی میں، وہاں جائیں آپ۔ ہر جگہ آپ سنیں گے یہی۔ ظلم کی باتیں۔</w:t>
      </w:r>
    </w:p>
    <w:p>
      <w:r>
        <w:rPr>
          <w:b/>
        </w:rPr>
        <w:t xml:space="preserve">[11:38] </w:t>
      </w:r>
      <w:r>
        <w:t>shikayat ki batain. protest ki batain. aur jahan mauqa hai, wahan par tashaddud. gun culture aur bib culture.</w:t>
      </w:r>
    </w:p>
    <w:p>
      <w:pPr>
        <w:jc w:val="right"/>
      </w:pPr>
      <w:r>
        <w:t>شکایت کی باتیں۔ پروٹیسٹ کی باتیں۔ اور جہاں موقع ہے، وہاں پر تشدد۔ گن کلچر اور بب کلچر۔</w:t>
      </w:r>
    </w:p>
    <w:p>
      <w:r>
        <w:rPr>
          <w:b/>
        </w:rPr>
        <w:t xml:space="preserve">[11:50] </w:t>
      </w:r>
      <w:r>
        <w:t>yani farzi zalimon ke khilaf.</w:t>
      </w:r>
    </w:p>
    <w:p>
      <w:pPr>
        <w:jc w:val="right"/>
      </w:pPr>
      <w:r>
        <w:t>یعنی فرضی ظالموں کے خلاف۔</w:t>
      </w:r>
    </w:p>
    <w:p>
      <w:r>
        <w:rPr>
          <w:b/>
        </w:rPr>
        <w:t xml:space="preserve">[11:56] </w:t>
      </w:r>
      <w:r>
        <w:t>to aam musalmanon ki is mamle mein agar ek zimmedari hai to rehnamaon ki double zimmedari hai.</w:t>
      </w:r>
    </w:p>
    <w:p>
      <w:pPr>
        <w:jc w:val="right"/>
      </w:pPr>
      <w:r>
        <w:t>تو عام مسلمانوں کی اس معاملے میں اگر ایک ذمہ داری ہے تو رہنماؤں کی ڈبل ذمہ داری ہے۔</w:t>
      </w:r>
    </w:p>
    <w:p>
      <w:r>
        <w:rPr>
          <w:b/>
        </w:rPr>
        <w:t xml:space="preserve">[12:06] </w:t>
      </w:r>
      <w:r>
        <w:t>kyunke yeh darasal rehnama hota hai jo aise mauqe par lead deta hai. jo sochne ka dhang batata hai.</w:t>
      </w:r>
    </w:p>
    <w:p>
      <w:pPr>
        <w:jc w:val="right"/>
      </w:pPr>
      <w:r>
        <w:t>کیونکہ یہ دراصل رہنما ہوتا ہے جو ایسے موقع پر لیڈ دیتا ہے۔ جو سوچنے کا ڈھنگ بتاتا ہے۔</w:t>
      </w:r>
    </w:p>
    <w:p>
      <w:r>
        <w:rPr>
          <w:b/>
        </w:rPr>
        <w:t xml:space="preserve">[12:20] </w:t>
      </w:r>
      <w:r>
        <w:t>yeh bohat hi zyada sochne wali ayat hai yeh. bohat zyada sochne wali ayat hai.</w:t>
      </w:r>
    </w:p>
    <w:p>
      <w:pPr>
        <w:jc w:val="right"/>
      </w:pPr>
      <w:r>
        <w:t>یہ بہت ہی زیادہ سوچنے والی آیت ہے یہ۔ بہت زیادہ سوچنے والی آیت ہے۔</w:t>
      </w:r>
    </w:p>
    <w:p>
      <w:r>
        <w:rPr>
          <w:b/>
        </w:rPr>
        <w:t xml:space="preserve">[12:30] </w:t>
      </w:r>
      <w:r>
        <w:t>dekhiye yeh aise jo boss ya aise jo sakhtiyan pesh ati hain, woh blessing in disguise hoti hain. woh Allah ki rehmat hoti hai.</w:t>
      </w:r>
    </w:p>
    <w:p>
      <w:pPr>
        <w:jc w:val="right"/>
      </w:pPr>
      <w:r>
        <w:t>دیکھیے یہ ایسے جو باس یا ایسے جو سختیاں پیش آتی ہیں، وہ بلیسنگ ان ڈس گائز ہوتی ہیں۔ وہ اللہ کی رحمت ہوتی ہے۔</w:t>
      </w:r>
    </w:p>
    <w:p>
      <w:r>
        <w:rPr>
          <w:b/>
        </w:rPr>
        <w:t xml:space="preserve">[12:44] </w:t>
      </w:r>
      <w:r>
        <w:t>jaise hadith mein aata hai ke in Allah ahabb qawman ibtala Allah jis se mohabbat karta hai to us ko woh mubtala kar deta hai sakhti mein.</w:t>
      </w:r>
    </w:p>
    <w:p>
      <w:pPr>
        <w:jc w:val="right"/>
      </w:pPr>
      <w:r>
        <w:t>جیسے حدیث میں آتا ہے کہ ان اللہ احب کامن ابتلا اللہ جس سے محبت کرتا ہے تو اس کو وہ مبتلا کر دیتا ہے سختی میں۔</w:t>
      </w:r>
    </w:p>
    <w:p>
      <w:r>
        <w:rPr>
          <w:b/>
        </w:rPr>
        <w:t xml:space="preserve">[12:58] </w:t>
      </w:r>
      <w:r>
        <w:t>to yeh goya ke hammering ki zuban hai. yeh jhanjhorne ki zuban hai. yeh blessing in disguise hai.</w:t>
      </w:r>
    </w:p>
    <w:p>
      <w:pPr>
        <w:jc w:val="right"/>
      </w:pPr>
      <w:r>
        <w:t>تو یہ گویا کہ ہیمبرنگ کی زبان ہے۔ یہ جھجوڑنے کی زبان ہے۔ یہ بلیسنگ ان ڈس گائز ہے۔</w:t>
      </w:r>
    </w:p>
    <w:p>
      <w:r>
        <w:rPr>
          <w:b/>
        </w:rPr>
        <w:t xml:space="preserve">[13:08] </w:t>
      </w:r>
      <w:r>
        <w:t>to rehmat hi to hai yeh. is tarah ki soorat-e-haal mein agar narmi se baat ki jaye in ko to to is ka koi faida nahi hota.</w:t>
      </w:r>
    </w:p>
    <w:p>
      <w:pPr>
        <w:jc w:val="right"/>
      </w:pPr>
      <w:r>
        <w:t>تو رحمت ہی تو ہے یہ۔ اس طرح کی صورتحال میں اگر نرمی سے بات کی جائے ان کو تو تو اس کا کوئی فائدہ نہیں ہوتا۔</w:t>
      </w:r>
    </w:p>
    <w:p>
      <w:r>
        <w:rPr>
          <w:b/>
        </w:rPr>
        <w:t xml:space="preserve">[13:22] </w:t>
      </w:r>
      <w:r>
        <w:t>phool barsaya jaye to is ka koi faida nahi hota. jhanjhorna parta hai.</w:t>
      </w:r>
    </w:p>
    <w:p>
      <w:pPr>
        <w:jc w:val="right"/>
      </w:pPr>
      <w:r>
        <w:t>پھول برسایا جائے تو اس کا کوئی فائدہ نہیں ہوتا۔ جھجوڑنا پڑتا ہے۔</w:t>
      </w:r>
    </w:p>
    <w:p>
      <w:r>
        <w:rPr>
          <w:b/>
        </w:rPr>
        <w:t xml:space="preserve">[13:28] </w:t>
      </w:r>
      <w:r>
        <w:t>to yeh jhanjhorne ke liye aise waqeat pesh atay hain. is bina par woh Allah ki rehmat.</w:t>
      </w:r>
    </w:p>
    <w:p>
      <w:pPr>
        <w:jc w:val="right"/>
      </w:pPr>
      <w:r>
        <w:t>تو یہ جھجوڑنے کے لیے ایسے واقعات پیش آتے ہیں۔ اس بنا پر وہ اللہ کی رحمت۔</w:t>
      </w:r>
    </w:p>
    <w:p>
      <w:r>
        <w:rPr>
          <w:b/>
        </w:rPr>
        <w:t xml:space="preserve">[13:39] </w:t>
      </w:r>
      <w:r>
        <w:t>lekin aam log, aam logon ke andar itna taqat nahi hoti tajziya karne ki. in ko sochne ki taqat nahi hoti. in ko mamlat ka fehm nahi hota.</w:t>
      </w:r>
    </w:p>
    <w:p>
      <w:pPr>
        <w:jc w:val="right"/>
      </w:pPr>
      <w:r>
        <w:t>لیکن عام لوگ، عام لوگوں کے اندر اتنا طاقت نہیں ہوتی تجزیہ کرنے کی۔ ان کو سوچنے کی طاقت نہیں ہوتی۔ ان کو معاملات کا فہم نہیں ہوتا۔</w:t>
      </w:r>
    </w:p>
    <w:p>
      <w:r>
        <w:rPr>
          <w:b/>
        </w:rPr>
        <w:t xml:space="preserve">[13:52] </w:t>
      </w:r>
      <w:r>
        <w:t>to aam log is mamle mein rai qaim nahi kar paate ke kya mamla hai, kya ho raha hai.</w:t>
      </w:r>
    </w:p>
    <w:p>
      <w:pPr>
        <w:jc w:val="right"/>
      </w:pPr>
      <w:r>
        <w:t>تو عام لوگ اس معاملے میں رائے قائم نہیں کر پاتے کہ کیا معاملہ ہے، کیا ہو رہا ہے۔</w:t>
      </w:r>
    </w:p>
    <w:p>
      <w:r>
        <w:rPr>
          <w:b/>
        </w:rPr>
        <w:t xml:space="preserve">[13:58] </w:t>
      </w:r>
      <w:r>
        <w:t>lekin jo rehnama hain,</w:t>
      </w:r>
    </w:p>
    <w:p>
      <w:pPr>
        <w:jc w:val="right"/>
      </w:pPr>
      <w:r>
        <w:t>لیکن جو رہنما ہیں،</w:t>
      </w:r>
    </w:p>
    <w:p>
      <w:r>
        <w:rPr>
          <w:b/>
        </w:rPr>
        <w:t xml:space="preserve">[14:03] </w:t>
      </w:r>
      <w:r>
        <w:t>wo rehnama jo hain, in ko ilm hota hai, in ke andar tajziye ki taqat hoti hai. woh baton ko gehrai mein samajh sakte hain.</w:t>
      </w:r>
    </w:p>
    <w:p>
      <w:pPr>
        <w:jc w:val="right"/>
      </w:pPr>
      <w:r>
        <w:t>وہ رہنما جو ہیں، ان کو علم ہوتا ہے، ان کے اندر تجزیے کی طاقت ہوتی ہے۔ وہ باتوں کو گہرائی میں سمجھ سکتے ہیں۔</w:t>
      </w:r>
    </w:p>
    <w:p>
      <w:r>
        <w:rPr>
          <w:b/>
        </w:rPr>
        <w:t xml:space="preserve">[14:14] </w:t>
      </w:r>
      <w:r>
        <w:t>to asal zimmedari aise mauqe par rehnamaon ki hoti hai ke aam logon ko woh sahi lead dein.</w:t>
      </w:r>
    </w:p>
    <w:p>
      <w:pPr>
        <w:jc w:val="right"/>
      </w:pPr>
      <w:r>
        <w:t>تو اصل ذمہ داری ایسے موقع پر رہنماؤں کی ہوتی ہے کہ عام لوگوں کو وہ صحیح لیڈ دیں۔</w:t>
      </w:r>
    </w:p>
    <w:p>
      <w:r>
        <w:rPr>
          <w:b/>
        </w:rPr>
        <w:t xml:space="preserve">[14:25] </w:t>
      </w:r>
      <w:r>
        <w:t>in ko is se bachayen ke woh shikayat mein par jayen. protest karne lagen. yahan tak ke tashaddud utar aaye. ladai chhod dein.</w:t>
      </w:r>
    </w:p>
    <w:p>
      <w:pPr>
        <w:jc w:val="right"/>
      </w:pPr>
      <w:r>
        <w:t>ان کو اس سے بچائیں کہ وہ شکایت میں پڑ جائیں۔ پروٹیسٹ کرنے لگیں۔ یہاں تک کہ تشدد اتر آئے۔ لڑائی چھوڑ دیں۔</w:t>
      </w:r>
    </w:p>
    <w:p>
      <w:r>
        <w:rPr>
          <w:b/>
        </w:rPr>
        <w:t xml:space="preserve">[14:33] </w:t>
      </w:r>
      <w:r>
        <w:t>is se bachayen. kyunke is se koi faida nahi hoga. kuch bhi aap karen, kuch bhi karen, is se aap kuch faida nahi pa sakte.</w:t>
      </w:r>
    </w:p>
    <w:p>
      <w:pPr>
        <w:jc w:val="right"/>
      </w:pPr>
      <w:r>
        <w:t>اس سے بچائیں۔ کیونکہ اس سے کوئی فائدہ نہیں ہوگا۔ کچھ بھی آپ کریں، کچھ بھی کریں، اس سے آپ کچھ فائدہ نہیں پا سکتے۔</w:t>
      </w:r>
    </w:p>
    <w:p>
      <w:r>
        <w:rPr>
          <w:b/>
        </w:rPr>
        <w:t xml:space="preserve">[14:43] </w:t>
      </w:r>
      <w:r>
        <w:t>faida is mein nahi hai ke farzi zalimon ke khilaf laren. faida is mein hai ke aap apni islaah karen.</w:t>
      </w:r>
    </w:p>
    <w:p>
      <w:pPr>
        <w:jc w:val="right"/>
      </w:pPr>
      <w:r>
        <w:t>فائدہ اس میں نہیں ہے کہ فرضی ظالموں کے خلاف لڑیں۔ فائدہ اس میں ہے کہ آپ اپنی اصلاح کریں۔</w:t>
      </w:r>
    </w:p>
    <w:p>
      <w:r>
        <w:rPr>
          <w:b/>
        </w:rPr>
        <w:t xml:space="preserve">[14:51] </w:t>
      </w:r>
      <w:r>
        <w:t>achhe se samajh lijiyye. is tarah ki soorat-e-haal mein qaum ka faida is mein nahi hai ke woh ladai chhod de. qaum ka faida is mein hai ke woh apni islaah kare.</w:t>
      </w:r>
    </w:p>
    <w:p>
      <w:pPr>
        <w:jc w:val="right"/>
      </w:pPr>
      <w:r>
        <w:t>اچھے سے سمجھ لیجئے۔ اس طرح کی صورتحال میں قوم کا فائدہ اس میں نہیں ہے کہ وہ لڑائی چھوڑ دے۔ قوم کا فائدہ اس میں ہے کہ وہ اپنی اصلاح کرے۔</w:t>
      </w:r>
    </w:p>
    <w:p>
      <w:r>
        <w:rPr>
          <w:b/>
        </w:rPr>
        <w:t xml:space="preserve">[15:04] </w:t>
      </w:r>
      <w:r>
        <w:t>aur is ka dekhiye amli saboot yeh hai ke poori duniya ke musalman taqreeban do sau saal se apne farzi zalimon ke khilaf ladai chhede hue hain.</w:t>
      </w:r>
    </w:p>
    <w:p>
      <w:pPr>
        <w:jc w:val="right"/>
      </w:pPr>
      <w:r>
        <w:t>اور اس کا دیکھیے عملی ثبوت یہ ہے کہ پوری دنیا کے مسلمان تقریباً دو سو سال سے اپنے فرضی ظالموں کے خلاف لڑائی چھڑے ہوئے ہیں۔</w:t>
      </w:r>
    </w:p>
    <w:p>
      <w:r>
        <w:rPr>
          <w:b/>
        </w:rPr>
        <w:t xml:space="preserve">[15:19] </w:t>
      </w:r>
      <w:r>
        <w:t>do sau saal beet gaye. lekin faida kya hua? kuch bhi nahi. yak tarafah tor par musalman hi aur tabah ho rahe hain. jo farzi zalim hain, un ka to kuch bigda nahi.</w:t>
      </w:r>
    </w:p>
    <w:p>
      <w:pPr>
        <w:jc w:val="right"/>
      </w:pPr>
      <w:r>
        <w:t>دو سو سال بیت گئے۔ لیکن فائدہ کیا ہوا؟ کچھ بھی نہیں۔ یک طرفہ طور پر مسلمان ہی اور تباہ ہو رہے ہیں۔ جو فرضی ظالم ہیں، ان کا تو کچھ بگڑا نہیں۔</w:t>
      </w:r>
    </w:p>
    <w:p>
      <w:r>
        <w:rPr>
          <w:b/>
        </w:rPr>
        <w:t xml:space="preserve">[15:33] </w:t>
      </w:r>
      <w:r>
        <w:t>to Allah ki madad kahan aayi? khoob bad duaen ho rahi hain. sari duniya mein bad duaen ho rahi hain. qunoot-e-naazilah parhi ja rahi hai. lekin aap nateeje ke aitbar se dekhen to ek feesad bhi koi faida nahi hai is ka.</w:t>
      </w:r>
    </w:p>
    <w:p>
      <w:pPr>
        <w:jc w:val="right"/>
      </w:pPr>
      <w:r>
        <w:t>تو اللہ کی مدد کہاں آئی؟ خوب بد دعائیں ہو رہی ہیں۔ ساری دنیا میں بد دعائیں ہو رہی ہیں۔ قنوت نادرہ پڑھی جا رہی ہے۔ لیکن آپ نتیجے کے اعتبار سے دیکھیں تو ایک فیصد بھی کوئی فائدہ نہیں ہے اس کا۔</w:t>
      </w:r>
    </w:p>
    <w:p>
      <w:r>
        <w:rPr>
          <w:b/>
        </w:rPr>
        <w:t xml:space="preserve">[15:50] </w:t>
      </w:r>
      <w:r>
        <w:t>to na bad duaon ka faida ho sakta hai. na shikayat ka faida ho sakta hai. na protest ka aur tashaddud ka faida ho sakta hai.</w:t>
      </w:r>
    </w:p>
    <w:p>
      <w:pPr>
        <w:jc w:val="right"/>
      </w:pPr>
      <w:r>
        <w:t>تو نہ بد دعاؤں کا فائدہ ہو سکتا ہے۔ نہ شکایت کا فائدہ ہو سکتا ہے۔ نہ پروٹیسٹ کا اور تشدد کا فائدہ ہو سکتا ہے۔</w:t>
      </w:r>
    </w:p>
    <w:p>
      <w:r>
        <w:rPr>
          <w:b/>
        </w:rPr>
        <w:t xml:space="preserve">[15:59] </w:t>
      </w:r>
      <w:r>
        <w:t>kisi cheez ka koi faida nahi hoga. tazru ki zaroorat hai. tazru. tazru ka matlab yahi hai. you turn lena.</w:t>
      </w:r>
    </w:p>
    <w:p>
      <w:pPr>
        <w:jc w:val="right"/>
      </w:pPr>
      <w:r>
        <w:t>کسی چیز کا کوئی فائدہ نہیں ہوگا۔ تضرع کی ضرورت ہے۔ تضرع۔ تضرع کا مطلب یہی ہے۔ یو ٹرن لینا۔</w:t>
      </w:r>
    </w:p>
    <w:p>
      <w:r>
        <w:rPr>
          <w:b/>
        </w:rPr>
        <w:t xml:space="preserve">[16:12] </w:t>
      </w:r>
      <w:r>
        <w:t>tauba karna. apna muhasba karna. apni islaah karna. is se faida hoga.</w:t>
      </w:r>
    </w:p>
    <w:p>
      <w:pPr>
        <w:jc w:val="right"/>
      </w:pPr>
      <w:r>
        <w:t>توبہ کرنا۔ اپنا محاسبہ کرنا۔ اپنی اصلاح کرنا۔ اس سے فائدہ ہوگا۔</w:t>
      </w:r>
    </w:p>
    <w:p>
      <w:r>
        <w:rPr>
          <w:b/>
        </w:rPr>
        <w:t xml:space="preserve">[16:23] </w:t>
      </w:r>
      <w:r>
        <w:t>dusron ke khilaaf shikayat aur ihtijaj ka toofan barpa karne se agar faida hota to ho chuka hota.</w:t>
      </w:r>
    </w:p>
    <w:p>
      <w:pPr>
        <w:jc w:val="right"/>
      </w:pPr>
      <w:r>
        <w:t>دوسروں کے خلاف شکایت اور احتجاج کا طوفان برپا کرنے سے اگر فائدہ ہوتا تو ہو چکا ہوتا۔</w:t>
      </w:r>
    </w:p>
    <w:p>
      <w:r>
        <w:rPr>
          <w:b/>
        </w:rPr>
        <w:t xml:space="preserve">[16:33] </w:t>
      </w:r>
      <w:r>
        <w:t>ya dusron ko zalim qarar de kar un ke khilaaf shikayat aur protest ka toofan ya tashaddud ke hangame jari karne se agar faida hota to ho chuka hota.</w:t>
      </w:r>
    </w:p>
    <w:p>
      <w:pPr>
        <w:jc w:val="right"/>
      </w:pPr>
      <w:r>
        <w:t>یا دوسروں کو ظالم قرار دے کر ان کے خلاف شکایت اور پروٹیسٹ کا طوفان یا تشدد کے ہنگامے جاری کرنے سے اگر فائدہ ہوتا تو ہو چکا ہوتا۔</w:t>
      </w:r>
    </w:p>
    <w:p>
      <w:r>
        <w:rPr>
          <w:b/>
        </w:rPr>
        <w:t xml:space="preserve">[16:44] </w:t>
      </w:r>
      <w:r>
        <w:t>kyun ke woh to bohat kar chuke hain musalman. bohat zyada kar chuke hain. yaani qurbani ki had tak kar chuke. suicide bombing ki had tak kar chuke.</w:t>
      </w:r>
    </w:p>
    <w:p>
      <w:pPr>
        <w:jc w:val="right"/>
      </w:pPr>
      <w:r>
        <w:t>کیونکہ وہ تو بہت کر چکے ہیں مسلمان۔ بہت زیادہ کر چکے ہیں۔ یعنی قربانی کی حد تک کر چکے۔ سوسائیڈ بمبنگ کی حد تک کر چکے۔</w:t>
      </w:r>
    </w:p>
    <w:p>
      <w:r>
        <w:rPr>
          <w:b/>
        </w:rPr>
        <w:t xml:space="preserve">[16:59] </w:t>
      </w:r>
      <w:r>
        <w:t>to agar yeh mufeed cheez hoti to ab tak is ka faida samne aa chuka hota.</w:t>
      </w:r>
    </w:p>
    <w:p>
      <w:pPr>
        <w:jc w:val="right"/>
      </w:pPr>
      <w:r>
        <w:t>تو اگر یہ مفید چیز ہوتی تو اب تک اس کا فائدہ سامنے آ چکا ہوتا۔</w:t>
      </w:r>
    </w:p>
    <w:p>
      <w:r>
        <w:rPr>
          <w:b/>
        </w:rPr>
        <w:t xml:space="preserve">[17:08] </w:t>
      </w:r>
      <w:r>
        <w:t>to ab aakhri waqt aa gaya hai is maamle mein ke tamam musalman sochein. tamam muslim rehnuma ghorein. aur ijtamai tauba karein.</w:t>
      </w:r>
    </w:p>
    <w:p>
      <w:pPr>
        <w:jc w:val="right"/>
      </w:pPr>
      <w:r>
        <w:t>تو اب آخری وقت آ گیا ہے اس معاملے میں کہ تمام مسلمان سوچیں۔ تمام مسلم رہنما غور کریں۔ اور اجتماعی توبہ کریں۔</w:t>
      </w:r>
    </w:p>
    <w:p>
      <w:r>
        <w:rPr>
          <w:b/>
        </w:rPr>
        <w:t xml:space="preserve">[17:19] </w:t>
      </w:r>
      <w:r>
        <w:t>ijtimai tauba. quran mein aata hai ke toobu ila jamee'an al musalmoon sab mil kar tauba karo aye musalmano.</w:t>
      </w:r>
    </w:p>
    <w:p>
      <w:pPr>
        <w:jc w:val="right"/>
      </w:pPr>
      <w:r>
        <w:t>اجتماعی توبہ۔ قرآن میں آتا ہے کہ توبو الہ جمیعاً المسلمون سب مل کر توبہ کرو اے مسلمانوں۔</w:t>
      </w:r>
    </w:p>
    <w:p>
      <w:r>
        <w:rPr>
          <w:b/>
        </w:rPr>
        <w:t xml:space="preserve">[17:30] </w:t>
      </w:r>
      <w:r>
        <w:t>sab mil kar ke maani kya hain?</w:t>
      </w:r>
    </w:p>
    <w:p>
      <w:pPr>
        <w:jc w:val="right"/>
      </w:pPr>
      <w:r>
        <w:t>سب مل کر کے معنی کیا ہیں؟</w:t>
      </w:r>
    </w:p>
    <w:p>
      <w:r>
        <w:rPr>
          <w:b/>
        </w:rPr>
        <w:t xml:space="preserve">[17:33] </w:t>
      </w:r>
      <w:r>
        <w:t>jab umoomi bigaad paida ho jaye, aam bigaad, aam satah par, tab ashya wahan par mantiq hoti hain.</w:t>
      </w:r>
    </w:p>
    <w:p>
      <w:pPr>
        <w:jc w:val="right"/>
      </w:pPr>
      <w:r>
        <w:t>جب عمومی بگاڑ پیدا ہو جائے، عام بگاڑ، عام سطح پر، تب اشیاء وہاں پر منطبق ہوتی ہیں۔</w:t>
      </w:r>
    </w:p>
    <w:p>
      <w:r>
        <w:rPr>
          <w:b/>
        </w:rPr>
        <w:t xml:space="preserve">[17:44] </w:t>
      </w:r>
      <w:r>
        <w:t>yaani sare hi log jo hain, un ke andar yeh jazba ubharna chahiye.</w:t>
      </w:r>
    </w:p>
    <w:p>
      <w:pPr>
        <w:jc w:val="right"/>
      </w:pPr>
      <w:r>
        <w:t>یعنی سارے ہی لوگ جو ہیں، ان کے اندر یہ جذبہ ابھرنا چاہیے۔</w:t>
      </w:r>
    </w:p>
    <w:p>
      <w:r>
        <w:rPr>
          <w:b/>
        </w:rPr>
        <w:t xml:space="preserve">[17:49] </w:t>
      </w:r>
      <w:r>
        <w:t>ek taraf se ke hamein tauba karna hai. hamein apni ghalti ko manna hai. hamein nafrat ko khatm karna hai. shikayat ko khatm karna hai.</w:t>
      </w:r>
    </w:p>
    <w:p>
      <w:pPr>
        <w:jc w:val="right"/>
      </w:pPr>
      <w:r>
        <w:t>ایک طرف سے کہ ہمیں توبہ کرنا ہے۔ ہمیں اپنی غلطی کو ماننا ہے۔ ہمیں نفرت کو ختم کرنا ہے۔ شکایت کو ختم کرنا ہے۔</w:t>
      </w:r>
    </w:p>
    <w:p>
      <w:r>
        <w:rPr>
          <w:b/>
        </w:rPr>
        <w:t xml:space="preserve">[18:01] </w:t>
      </w:r>
      <w:r>
        <w:t>puri tarah apne aap ko positive banana hai. bad dua karne ka tareeqa bilkul ek dam band kar dena hai. mukammal stop kar dena hai is ko.</w:t>
      </w:r>
    </w:p>
    <w:p>
      <w:pPr>
        <w:jc w:val="right"/>
      </w:pPr>
      <w:r>
        <w:t>پوری طرح اپنے آپ کو پازیٹیو بنانا ہے۔ بد دعا کرنے کا طریقہ بالکل ایک دم بند کر دینا ہے۔ مکمل سٹاپ کر دینا ہے اس کو۔</w:t>
      </w:r>
    </w:p>
    <w:p>
      <w:r>
        <w:rPr>
          <w:b/>
        </w:rPr>
        <w:t xml:space="preserve">[18:14] </w:t>
      </w:r>
      <w:r>
        <w:t>yeh yeh isi ko kehte hain, kaha gaya hai tazru.</w:t>
      </w:r>
    </w:p>
    <w:p>
      <w:pPr>
        <w:jc w:val="right"/>
      </w:pPr>
      <w:r>
        <w:t>یہ یہ اسی کو کہتے ہیں، کہا گیا ہے تضرع۔</w:t>
      </w:r>
    </w:p>
    <w:p>
      <w:r>
        <w:rPr>
          <w:b/>
        </w:rPr>
        <w:t xml:space="preserve">[18:18] </w:t>
      </w:r>
      <w:r>
        <w:t>yahi tazru hai.</w:t>
      </w:r>
    </w:p>
    <w:p>
      <w:pPr>
        <w:jc w:val="right"/>
      </w:pPr>
      <w:r>
        <w:t>یہی تضرع ہے۔</w:t>
      </w:r>
    </w:p>
    <w:p>
      <w:r>
        <w:rPr>
          <w:b/>
        </w:rPr>
        <w:t xml:space="preserve">[18:25] </w:t>
      </w:r>
      <w:r>
        <w:t>tazru ke lafzi maani hote hain gadgadana. lekin apne intabaq, apne application ke aitbar se is waqt jo tazru matloob hai, woh yahi hai ke bad duaen khatm, nafrat khatm, protest khatm, tashaddud khatm,</w:t>
      </w:r>
    </w:p>
    <w:p>
      <w:pPr>
        <w:jc w:val="right"/>
      </w:pPr>
      <w:r>
        <w:t>تضرع کے لفظی معنی ہوتے ہیں گڑگڑانا۔ لیکن اپنے انطباق، اپنے ایپلیکیشن کے اعتبار سے اس وقت جو تضرع مطلوب ہے، وہ یہی ہے کہ بد دعائیں ختم، نفرت ختم، پروٹیسٹ ختم، تشدد ختم،</w:t>
      </w:r>
    </w:p>
    <w:p>
      <w:r>
        <w:rPr>
          <w:b/>
        </w:rPr>
        <w:t xml:space="preserve">[18:44] </w:t>
      </w:r>
      <w:r>
        <w:t>suicide bombing khatm, dusron ko zalim samajhna khatm.</w:t>
      </w:r>
    </w:p>
    <w:p>
      <w:pPr>
        <w:jc w:val="right"/>
      </w:pPr>
      <w:r>
        <w:t>سوسائیڈ بمبنگ ختم، دوسروں کو ظالم سمجھنا ختم۔</w:t>
      </w:r>
    </w:p>
    <w:p>
      <w:r>
        <w:rPr>
          <w:b/>
        </w:rPr>
        <w:t xml:space="preserve">[18:50] </w:t>
      </w:r>
      <w:r>
        <w:t>apne ko zimmedar samajh kar self introspection karna. apni ghaltiyon ko dhoond dhoond kar nikalna aur apni islaah karna.</w:t>
      </w:r>
    </w:p>
    <w:p>
      <w:pPr>
        <w:jc w:val="right"/>
      </w:pPr>
      <w:r>
        <w:t>اپنے کو ذمہ دار سمجھ کر سیلف انٹراسپیکشن کرنا۔ اپنی غلطیوں کو ڈھونڈ ڈھونڈ کر نکالنا اور اپنی اصلاح کرنا۔</w:t>
      </w:r>
    </w:p>
    <w:p>
      <w:r>
        <w:rPr>
          <w:b/>
        </w:rPr>
        <w:t xml:space="preserve">[19:03] </w:t>
      </w:r>
      <w:r>
        <w:t>yeh hai tazru.</w:t>
      </w:r>
    </w:p>
    <w:p>
      <w:pPr>
        <w:jc w:val="right"/>
      </w:pPr>
      <w:r>
        <w:t>یہ ہے تضرع۔</w:t>
      </w:r>
    </w:p>
    <w:p>
      <w:r>
        <w:rPr>
          <w:b/>
        </w:rPr>
        <w:t xml:space="preserve">[19:09] </w:t>
      </w:r>
      <w:r>
        <w:t>to yeh ayat maujooda zamane ke musalmanon ko khitab kar rahi hai. aur puri tarah un ke upar apply hoti hai. mukammal taur par.</w:t>
      </w:r>
    </w:p>
    <w:p>
      <w:pPr>
        <w:jc w:val="right"/>
      </w:pPr>
      <w:r>
        <w:t>تو یہ آیت موجودہ زمانے کے مسلمانوں کو خطاب کر رہی ہے۔ اور پوری طرح ان کے اوپر اپلائی ہوتی ہے۔ مکمل طور پر۔</w:t>
      </w:r>
    </w:p>
    <w:p>
      <w:r>
        <w:rPr>
          <w:b/>
        </w:rPr>
        <w:t xml:space="preserve">[19:21] </w:t>
      </w:r>
      <w:r>
        <w:t>yaani un mein sab se pehle un ke zawal ki niyat bighad aya. zawal ki niyat bighad aya.</w:t>
      </w:r>
    </w:p>
    <w:p>
      <w:pPr>
        <w:jc w:val="right"/>
      </w:pPr>
      <w:r>
        <w:t>یعنی ان میں سب سے پہلے ان کے زوال کی نیتیں بگاڑ آیا۔ زوال کی نیتیں بگاڑ آیا۔</w:t>
      </w:r>
    </w:p>
    <w:p>
      <w:r>
        <w:rPr>
          <w:b/>
        </w:rPr>
        <w:t xml:space="preserve">[19:32] </w:t>
      </w:r>
      <w:r>
        <w:t>to phir Allah ki taraf se bas zahir hua.</w:t>
      </w:r>
    </w:p>
    <w:p>
      <w:pPr>
        <w:jc w:val="right"/>
      </w:pPr>
      <w:r>
        <w:t>تو پھر اللہ کی طرف سے باس ظاہر ہوا۔</w:t>
      </w:r>
    </w:p>
    <w:p>
      <w:r>
        <w:rPr>
          <w:b/>
        </w:rPr>
        <w:t xml:space="preserve">[19:36] </w:t>
      </w:r>
      <w:r>
        <w:t>insanon ki taraf se Allah ne unhein tanbihat bhejin. ab kya matloob tha? tazru matloob tha. tazru.</w:t>
      </w:r>
    </w:p>
    <w:p>
      <w:pPr>
        <w:jc w:val="right"/>
      </w:pPr>
      <w:r>
        <w:t>انسانوں کی طرف سے اللہ نے انہیں تنبیہات بھیجیں۔ اب کیا مطلوب تھا؟ تضرع مطلوب تھا۔ تضرع۔</w:t>
      </w:r>
    </w:p>
    <w:p>
      <w:r>
        <w:rPr>
          <w:b/>
        </w:rPr>
        <w:t xml:space="preserve">[19:47] </w:t>
      </w:r>
      <w:r>
        <w:t>lekin hua kya ke musalmanon ke nadan leader khare ho gaye. aur daur jadeed mein jo press ki taqat zahir hui thi.</w:t>
      </w:r>
    </w:p>
    <w:p>
      <w:pPr>
        <w:jc w:val="right"/>
      </w:pPr>
      <w:r>
        <w:t>لیکن ہوا کیا کہ مسلمانوں کے نادان لیڈر کھڑے ہو گئے۔ اور دور جدید میں جو پریس کی طاقت ظاہر ہوئی تھی۔</w:t>
      </w:r>
    </w:p>
    <w:p>
      <w:r>
        <w:rPr>
          <w:b/>
        </w:rPr>
        <w:t xml:space="preserve">[19:58] </w:t>
      </w:r>
      <w:r>
        <w:t>jo communication ke zamane mein aaya tha, un sab ko istemal kar ke ek taraf se le gaye cheekh pukaar karne. zulm hai, zulm hai, zulm hai. is ke nateeje mein kya hua?</w:t>
      </w:r>
    </w:p>
    <w:p>
      <w:pPr>
        <w:jc w:val="right"/>
      </w:pPr>
      <w:r>
        <w:t>جو کمیونیکیشن کے زمانے میں آیا تھا، ان سب کو استعمال کر کے ایک طرف سے لے گئے چیخ پکار کرنے۔ ظلم ہے، ظلم ہے، ظلم ہے۔ اس کے نتیجے میں کیا ہوا؟</w:t>
      </w:r>
    </w:p>
    <w:p>
      <w:r>
        <w:rPr>
          <w:b/>
        </w:rPr>
        <w:t xml:space="preserve">[20:09] </w:t>
      </w:r>
      <w:r>
        <w:t>keh qasaawat aa gayi. yani aur pakhta ho gaye log apne bigaad par.</w:t>
      </w:r>
    </w:p>
    <w:p>
      <w:pPr>
        <w:jc w:val="right"/>
      </w:pPr>
      <w:r>
        <w:t>کہ قساوت آ گئی۔ یعنی اور پختہ ہو گئے لوگ اپنے بگاڑ پر۔</w:t>
      </w:r>
    </w:p>
    <w:p>
      <w:r>
        <w:rPr>
          <w:b/>
        </w:rPr>
        <w:t xml:space="preserve">[20:16] </w:t>
      </w:r>
      <w:r>
        <w:t>qasaawat ke lafzi maani hote hain be-hesi. to yahan is ka matlab yeh hai ke islaah ke jazbe ka khatma.</w:t>
      </w:r>
    </w:p>
    <w:p>
      <w:pPr>
        <w:jc w:val="right"/>
      </w:pPr>
      <w:r>
        <w:t>قساوت کے لفظی معنی ہوتے ہیں بے حسی۔ تو یہاں اس کا مطلب یہ ہے کہ اصلاح کے جذبے کا خاتمہ۔</w:t>
      </w:r>
    </w:p>
    <w:p>
      <w:r>
        <w:rPr>
          <w:b/>
        </w:rPr>
        <w:t xml:space="preserve">[20:27] </w:t>
      </w:r>
      <w:r>
        <w:t>jab aap ko yeh samjhaya jaye ke aap ki ghalti hi nahi hai, ghalti to un logon ki hai jin ko zalim farz kar liya gaya hai,</w:t>
      </w:r>
    </w:p>
    <w:p>
      <w:pPr>
        <w:jc w:val="right"/>
      </w:pPr>
      <w:r>
        <w:t>جب آپ کو یہ سمجھایا جائے کہ آپ کی غلطی ہی نہیں ہے، غلطی تو ان لوگوں کی ہے جن کو ظالم فرض کر لیا گیا ہے،</w:t>
      </w:r>
    </w:p>
    <w:p>
      <w:r>
        <w:rPr>
          <w:b/>
        </w:rPr>
        <w:t xml:space="preserve">[20:37] </w:t>
      </w:r>
      <w:r>
        <w:t>to kya hoga? phir qasaawat aayegi. be-hesi aayegi. log dheet ho jayenge. log ghalti karne par jaree ho jayenge.</w:t>
      </w:r>
    </w:p>
    <w:p>
      <w:pPr>
        <w:jc w:val="right"/>
      </w:pPr>
      <w:r>
        <w:t>تو کیا ہوگا؟ پھر قساوت آئے گی۔ بے حسی آئے گی۔ لوگ ڈھیٹ ہو جائیں گے۔ لوگ غلطی کرنے پر جری ہو جائیں گے۔</w:t>
      </w:r>
    </w:p>
    <w:p>
      <w:r>
        <w:rPr>
          <w:b/>
        </w:rPr>
        <w:t xml:space="preserve">[20:47] </w:t>
      </w:r>
      <w:r>
        <w:t>samjhenge ke ghalti hamari to kuch hai hi nahi. hamein kya karna hai? karein doosre log. jo un ke khayal ke mutabiq zalim hain.</w:t>
      </w:r>
    </w:p>
    <w:p>
      <w:pPr>
        <w:jc w:val="right"/>
      </w:pPr>
      <w:r>
        <w:t>سمجھیں گے کہ غلطی ہماری تو کچھ ہے ہی نہیں۔ ہمیں کیا کرنا ہے؟ کریں دوسرے لوگ۔ جو ان کے خیال کے مطابق ظالم ہیں۔</w:t>
      </w:r>
    </w:p>
    <w:p>
      <w:r>
        <w:rPr>
          <w:b/>
        </w:rPr>
        <w:t xml:space="preserve">[20:58] </w:t>
      </w:r>
      <w:r>
        <w:t>keh bohat hi yeh serious soorat-e-haal hai. bohat hi sangin soorat-e-haal hai.</w:t>
      </w:r>
    </w:p>
    <w:p>
      <w:pPr>
        <w:jc w:val="right"/>
      </w:pPr>
      <w:r>
        <w:t>کہ بہت ہی یہ سیریس صورتحال ہے۔ بہت ہی سنگین صورتحال ہے۔</w:t>
      </w:r>
    </w:p>
    <w:p>
      <w:r>
        <w:rPr>
          <w:b/>
        </w:rPr>
        <w:t xml:space="preserve">[21:08] </w:t>
      </w:r>
      <w:r>
        <w:t>tamam musalmanon ko jo dunya mein aik billion se zyada hain, sab ko yani ijtamai toba karna chahiye. ijtamai toba.</w:t>
      </w:r>
    </w:p>
    <w:p>
      <w:pPr>
        <w:jc w:val="right"/>
      </w:pPr>
      <w:r>
        <w:t>تمام مسلمانوں کو جو دنیا میں ایک بلین سے زیادہ ہیں، سب کو یعنی اجتماعی توبہ کرنا چاہیے۔ اجتماعی توبہ۔</w:t>
      </w:r>
    </w:p>
    <w:p>
      <w:r>
        <w:rPr>
          <w:b/>
        </w:rPr>
        <w:t xml:space="preserve">[21:20] </w:t>
      </w:r>
      <w:r>
        <w:t>aik lakht band hona. aik lakht band band kar dena chahiye. shikayat aur protest aur ehtejaj aur tashaddud aur hungaame. aik lakht band kar dena chahiye.</w:t>
      </w:r>
    </w:p>
    <w:p>
      <w:pPr>
        <w:jc w:val="right"/>
      </w:pPr>
      <w:r>
        <w:t>ایک لخت بند ہونا۔ ایک لخت بند بند کر دینا چاہیے۔ شکایت اور پروٹیسٹ اور احتجاج اور تشدد اور ہنگامے۔ ایک لخت بند کر دینا چاہیے۔</w:t>
      </w:r>
    </w:p>
    <w:p>
      <w:r>
        <w:rPr>
          <w:b/>
        </w:rPr>
        <w:t xml:space="preserve">[21:30] </w:t>
      </w:r>
      <w:r>
        <w:t>bad duaon ko aik lakht band kar dena chahiye.</w:t>
      </w:r>
    </w:p>
    <w:p>
      <w:pPr>
        <w:jc w:val="right"/>
      </w:pPr>
      <w:r>
        <w:t>بد دعاؤں کو ایک لخت بند کر دینا چاہیے۔</w:t>
      </w:r>
    </w:p>
    <w:p>
      <w:r>
        <w:rPr>
          <w:b/>
        </w:rPr>
        <w:t xml:space="preserve">[21:38] </w:t>
      </w:r>
      <w:r>
        <w:t>is ke baad hi yeh mumkin hai ke hamare halaat badlein. Allah ki nasrat aaye. aur Allah hamare liye aise halaat faraham karein jo hamein kamyabi ki taraf le jane wale hon.</w:t>
      </w:r>
    </w:p>
    <w:p>
      <w:pPr>
        <w:jc w:val="right"/>
      </w:pPr>
      <w:r>
        <w:t>اس کے بعد ہی یہ ممکن ہے کہ ہمارے حالات بدلیں۔ اللہ کی نصرت آئے۔ اور اللہ ہمارے لیے ایسے حالات فراہم کریں جو ہمیں کامیابی کی طرف لے جانے والے ہوں۔</w:t>
      </w:r>
    </w:p>
    <w:p>
      <w:r>
        <w:rPr>
          <w:b/>
        </w:rPr>
        <w:t xml:space="preserve">[22:04] </w:t>
      </w:r>
      <w:r>
        <w:t>halaat hamesha Allah ki taraf se paida kiye jate hain.</w:t>
      </w:r>
    </w:p>
    <w:p>
      <w:pPr>
        <w:jc w:val="right"/>
      </w:pPr>
      <w:r>
        <w:t>حالات ہمیشہ اللہ کی طرف سے پیدا کیے جاتے ہیں۔</w:t>
      </w:r>
    </w:p>
    <w:p>
      <w:r>
        <w:rPr>
          <w:b/>
        </w:rPr>
        <w:t xml:space="preserve">[22:09] </w:t>
      </w:r>
      <w:r>
        <w:t>halaat khud se nahi wajood mein a jate. isi ko naam nasrat hai. nasrat ka matlab kya hai? muwafiq halaat paida karna.</w:t>
      </w:r>
    </w:p>
    <w:p>
      <w:pPr>
        <w:jc w:val="right"/>
      </w:pPr>
      <w:r>
        <w:t>حالات خود سے نہیں وجود میں آ جاتے۔ اسی کو نام نصرت ہے۔ نصرت کا مطلب کیا ہے؟ موافق حالات پیدا کرنا۔</w:t>
      </w:r>
    </w:p>
    <w:p>
      <w:r>
        <w:rPr>
          <w:b/>
        </w:rPr>
        <w:t xml:space="preserve">[22:20] </w:t>
      </w:r>
      <w:r>
        <w:t>yani jo bhi quran ne bataya ke barabar ke Allah ahl-e-imaan ki nasrat karta hai, un ki madad karta hai, is ka matlab yeh hai ke aise muwafiq halaat paida karta hai jis ko istemal kar ke ahl-e-imaan apne aap ko kamyab bana saken.</w:t>
      </w:r>
    </w:p>
    <w:p>
      <w:pPr>
        <w:jc w:val="right"/>
      </w:pPr>
      <w:r>
        <w:t>یعنی جو بھی قرآن نے بتایا کہ برابر کہ اللہ اہل ایمان کی نصرت کرتا ہے، ان کی مدد کرتا ہے، اس کا مطلب یہ ہے کہ ایسے موافق حالات پیدا کرتا ہے جس کو استعمال کر کے اہل ایمان اپنے آپ کو کامیاب بنا سکیں۔</w:t>
      </w:r>
    </w:p>
    <w:p>
      <w:r>
        <w:rPr>
          <w:b/>
        </w:rPr>
        <w:t xml:space="preserve">[22:38] </w:t>
      </w:r>
      <w:r>
        <w:t>yeh matlab hai. nasrat kabhi bhi aasman se tapakti nahi hai. aisa nahi hota ke aasman se tapke.</w:t>
      </w:r>
    </w:p>
    <w:p>
      <w:pPr>
        <w:jc w:val="right"/>
      </w:pPr>
      <w:r>
        <w:t>یہ مطلب ہے۔ نصرت کبھی بھی آسمان سے ٹپکتی نہیں ہے۔ ایسا نہیں ہوتا کہ آسمان سے ٹپکے۔</w:t>
      </w:r>
    </w:p>
    <w:p>
      <w:r>
        <w:rPr>
          <w:b/>
        </w:rPr>
        <w:t xml:space="preserve">[22:49] </w:t>
      </w:r>
      <w:r>
        <w:t>halaat ke halaat ki shakal mein aati hai woh. muwafiq halaat ki soorat mein aati hai woh.</w:t>
      </w:r>
    </w:p>
    <w:p>
      <w:pPr>
        <w:jc w:val="right"/>
      </w:pPr>
      <w:r>
        <w:t>حالات کے حالات کی شکل میں آتی ہے وہ۔ موافق حالات کی صورت میں آتی ہے وہ۔</w:t>
      </w:r>
    </w:p>
    <w:p>
      <w:r>
        <w:rPr>
          <w:b/>
        </w:rPr>
        <w:t xml:space="preserve">[22:59] </w:t>
      </w:r>
      <w:r>
        <w:t>un ko pehchan kar un ko istemal karna padta hai.</w:t>
      </w:r>
    </w:p>
    <w:p>
      <w:pPr>
        <w:jc w:val="right"/>
      </w:pPr>
      <w:r>
        <w:t>ان کو پہچان کر ان کو استعمال کرنا پڑتا ہے۔</w:t>
      </w:r>
    </w:p>
    <w:p>
      <w:r>
        <w:rPr>
          <w:b/>
        </w:rPr>
        <w:t xml:space="preserve">[23:05] </w:t>
      </w:r>
      <w:r>
        <w:t>to yeh sab baatein bohat zyada sochne ki hain. aur main samajhta hoon ke ab aakhri waqt aa gaya hai ke musalman sochein. reassess karein, revise karein.</w:t>
      </w:r>
    </w:p>
    <w:p>
      <w:pPr>
        <w:jc w:val="right"/>
      </w:pPr>
      <w:r>
        <w:t>تو یہ سب باتیں بہت زیادہ سوچنے کی ہیں۔ اور میں سمجھتا ہوں کہ اب آخری وقت آ گیا ہے کہ مسلمان سوچیں۔ ری اسس کریں، ریوائز کریں۔</w:t>
      </w:r>
    </w:p>
    <w:p>
      <w:r>
        <w:rPr>
          <w:b/>
        </w:rPr>
        <w:t xml:space="preserve">[23:22] </w:t>
      </w:r>
      <w:r>
        <w:t>lekin reassess karne ki shart lazim yeh hai ke aap apne aap ko mukammal maano mein positive banaein. agar</w:t>
      </w:r>
    </w:p>
    <w:p>
      <w:pPr>
        <w:jc w:val="right"/>
      </w:pPr>
      <w:r>
        <w:t>لیکن ری اسس کرنے کی شرط لازم یہ ہے کہ آپ اپنے آپ کو مکمل معنوں میں پازیٹیو بنائیں۔ اگر</w:t>
      </w:r>
    </w:p>
    <w:p>
      <w:r>
        <w:rPr>
          <w:b/>
        </w:rPr>
        <w:t xml:space="preserve">[23:31] </w:t>
      </w:r>
      <w:r>
        <w:t>negativity maujood hai mind mein. nafratein maujood hain mind mein. shikayatein maujood hain. tab kuch bhi faida nahi hoga sochne ka.</w:t>
      </w:r>
    </w:p>
    <w:p>
      <w:pPr>
        <w:jc w:val="right"/>
      </w:pPr>
      <w:r>
        <w:t>نیگیٹیوٹی موجود ہے مائنڈ میں۔ نفرتیں موجود ہیں مائنڈ میں۔ شکایتیں موجود ہیں۔ تب کچھ بھی فائدہ نہیں ہوگا سوچنے کا۔</w:t>
      </w:r>
    </w:p>
    <w:p>
      <w:r>
        <w:rPr>
          <w:b/>
        </w:rPr>
        <w:t xml:space="preserve">[23:48] </w:t>
      </w:r>
      <w:r>
        <w:t>right thinking jab aayegi. right thinking jab aayegi jab aap ka mind poori tarah positive ho chuka ho.</w:t>
      </w:r>
    </w:p>
    <w:p>
      <w:pPr>
        <w:jc w:val="right"/>
      </w:pPr>
      <w:r>
        <w:t>رائٹ تھنکنگ جب آئے گی۔ رائٹ تھنکنگ جب آئے گی جب آپ کا مائنڈ پوری طرح پازیٹیو ہو چکا ہو۔</w:t>
      </w:r>
    </w:p>
    <w:p>
      <w:r>
        <w:rPr>
          <w:b/>
        </w:rPr>
        <w:t xml:space="preserve">[23:58] </w:t>
      </w:r>
      <w:r>
        <w:t>shikayaton se khali ho chuka ho. protest se khali ho chuka ho.</w:t>
      </w:r>
    </w:p>
    <w:p>
      <w:pPr>
        <w:jc w:val="right"/>
      </w:pPr>
      <w:r>
        <w:t>شکایتوں سے خالی ہو چکا ہو۔ پروٹیسٹ سے خالی ہو چکا ہو۔</w:t>
      </w:r>
    </w:p>
    <w:p>
      <w:r>
        <w:rPr>
          <w:b/>
        </w:rPr>
        <w:t xml:space="preserve">[24:06] </w:t>
      </w:r>
      <w:r>
        <w:t>doosron ko ziddien sambhalne se khali ho chuka ho. jab bhi aap isi ko kehte hain yani khule zehan se sochna.</w:t>
      </w:r>
    </w:p>
    <w:p>
      <w:pPr>
        <w:jc w:val="right"/>
      </w:pPr>
      <w:r>
        <w:t>دوسروں کو زڑیں سنبھلنے سے خالی ہو چکا ہو۔ جب بھی آپ اسی کو کہتے ہیں یعنی کھلے ذہن سے سوچنا۔</w:t>
      </w:r>
    </w:p>
    <w:p>
      <w:r>
        <w:rPr>
          <w:b/>
        </w:rPr>
        <w:t xml:space="preserve">[24:18] </w:t>
      </w:r>
      <w:r>
        <w:t>jab aisa hoga us waqt ja kar ke baat samajh mein aayegi. aur sahih islaah paida hogi.</w:t>
      </w:r>
    </w:p>
    <w:p>
      <w:pPr>
        <w:jc w:val="right"/>
      </w:pPr>
      <w:r>
        <w:t>جب ایسا ہوگا اس وقت جا کر کے بات سمجھ میں آئے گی۔ اور صحیح اصلاح پیدا ہوگی۔</w:t>
      </w:r>
    </w:p>
    <w:p>
      <w:r>
        <w:rPr>
          <w:b/>
        </w:rPr>
        <w:t xml:space="preserve">[24:30] </w:t>
      </w:r>
      <w:r>
        <w:t>aur musalman jo hain Allah ki nasrat ke mustahiq banenge.</w:t>
      </w:r>
    </w:p>
    <w:p>
      <w:pPr>
        <w:jc w:val="right"/>
      </w:pPr>
      <w:r>
        <w:t>اور مسلمان جو ہیں اللہ کی نصرت کے مستحق بنیں گے۔</w:t>
      </w:r>
    </w:p>
    <w:p>
      <w:r>
        <w:rPr>
          <w:b/>
        </w:rPr>
        <w:t xml:space="preserve">[24:37] </w:t>
      </w:r>
      <w:r>
        <w:t>lekin nasrat aati hai istihqaaq par. yaad rakhiye. nasrat yun hi nahi aati. Allah ki madad aati hai woh yun hi nahi aati.</w:t>
      </w:r>
    </w:p>
    <w:p>
      <w:pPr>
        <w:jc w:val="right"/>
      </w:pPr>
      <w:r>
        <w:t>لیکن نصرت آتی ہے استحقاق پر۔ یاد رکھیے۔ نصرت یوں ہی نہیں آتی۔ اللہ کی مدد آتی ہے وہ یوں ہی نہیں آتی۔</w:t>
      </w:r>
    </w:p>
    <w:p>
      <w:r>
        <w:rPr>
          <w:b/>
        </w:rPr>
        <w:t xml:space="preserve">[24:47] </w:t>
      </w:r>
      <w:r>
        <w:t>istiḥqāq par ātī hai. yānī agar musalmān apne āp ko mustaḥiq banāyeṅ ge.</w:t>
      </w:r>
    </w:p>
    <w:p>
      <w:pPr>
        <w:jc w:val="right"/>
      </w:pPr>
      <w:r>
        <w:t>استحقاق پر آتی ہے۔ یعنی اگر مسلمان اپنے آپ کو مستحق بنائیں گے۔</w:t>
      </w:r>
    </w:p>
    <w:p>
      <w:r>
        <w:rPr>
          <w:b/>
        </w:rPr>
        <w:t xml:space="preserve">[24:58] </w:t>
      </w:r>
      <w:r>
        <w:t>agar musalmān apne āp ko khudāī qānūn ke mutābiq mustaḥiq banāyeṅ ge.</w:t>
      </w:r>
    </w:p>
    <w:p>
      <w:pPr>
        <w:jc w:val="right"/>
      </w:pPr>
      <w:r>
        <w:t>اگر مسلمان اپنے آپ کو خدائی قانون کے مطابق مستحق بنائیں گے۔</w:t>
      </w:r>
    </w:p>
    <w:p>
      <w:r>
        <w:rPr>
          <w:b/>
        </w:rPr>
        <w:t xml:space="preserve">[25:08] </w:t>
      </w:r>
      <w:r>
        <w:t>Allāh dekhegā ki vo vāqiʿī deserve kar rahe haiṅ. tab un par Allāh kī naṣrat āyegī.</w:t>
      </w:r>
    </w:p>
    <w:p>
      <w:pPr>
        <w:jc w:val="right"/>
      </w:pPr>
      <w:r>
        <w:t>اللہ دیکھے گا کہ وہ واقعی ڈیزرو کر رہے ہیں۔ تب ان پر اللہ کی نصرت آئے گی۔</w:t>
      </w:r>
    </w:p>
    <w:p>
      <w:r>
        <w:rPr>
          <w:b/>
        </w:rPr>
        <w:t xml:space="preserve">[25:15] </w:t>
      </w:r>
      <w:r>
        <w:t>naṣrat ke maʿnī haiṅ ḥālāt badal jāyeṅ ge. ḥālāt ko muvāfiq ṣūrat dī jāyegī.</w:t>
      </w:r>
    </w:p>
    <w:p>
      <w:pPr>
        <w:jc w:val="right"/>
      </w:pPr>
      <w:r>
        <w:t>نصرت کے معنی ہیں حالات بدل جائیں گے۔ حالات کو موافق صورت دی جائے گی۔</w:t>
      </w:r>
    </w:p>
    <w:p>
      <w:r>
        <w:rPr>
          <w:b/>
        </w:rPr>
        <w:t xml:space="preserve">[25:27] </w:t>
      </w:r>
      <w:r>
        <w:t>yah sāri bāteṅ Qurʾān kī is āyat se maʿlūm hotī haiṅ.</w:t>
      </w:r>
    </w:p>
    <w:p>
      <w:pPr>
        <w:jc w:val="right"/>
      </w:pPr>
      <w:r>
        <w:t>یہ ساری باتیں قرآن کی اس آیت سے معلوم ہوتی ہیں۔</w:t>
      </w:r>
    </w:p>
    <w:p>
      <w:r>
        <w:rPr>
          <w:b/>
        </w:rPr>
        <w:t xml:space="preserve">[25:33] </w:t>
      </w:r>
      <w:r>
        <w:t>yah āyat hamāre lie goyā eye opener hai. chashm-kushā hai.</w:t>
      </w:r>
    </w:p>
    <w:p>
      <w:pPr>
        <w:jc w:val="right"/>
      </w:pPr>
      <w:r>
        <w:t>یہ آیت ہمارے لیے گویا آئی اوپنر ہے۔ چشم کشا ہے۔</w:t>
      </w:r>
    </w:p>
    <w:p>
      <w:r>
        <w:rPr>
          <w:b/>
        </w:rPr>
        <w:t xml:space="preserve">[25:44] </w:t>
      </w:r>
      <w:r>
        <w:t>aur maiṅ samajhtā hūṅ ki here is the starting. ummat-e-muslima ke andar agar koī nayā mustaqbil lānā hai.</w:t>
      </w:r>
    </w:p>
    <w:p>
      <w:pPr>
        <w:jc w:val="right"/>
      </w:pPr>
      <w:r>
        <w:t>اور میں سمجھتا ہوں کہ ہیر از دا سٹارٹنگ۔ امت مسلمہ کے اندر اگر کوئی نیا مستقبل لانا ہے۔</w:t>
      </w:r>
    </w:p>
    <w:p>
      <w:r>
        <w:rPr>
          <w:b/>
        </w:rPr>
        <w:t xml:space="preserve">[25:53] </w:t>
      </w:r>
      <w:r>
        <w:t>koī nayā daur lānā hai.</w:t>
      </w:r>
    </w:p>
    <w:p>
      <w:pPr>
        <w:jc w:val="right"/>
      </w:pPr>
      <w:r>
        <w:t>کوئی نیا دور لانا ہے۔</w:t>
      </w:r>
    </w:p>
    <w:p>
      <w:r>
        <w:rPr>
          <w:b/>
        </w:rPr>
        <w:t xml:space="preserve">[25:58] </w:t>
      </w:r>
      <w:r>
        <w:t>to is kī beginning yahī hai. is kī beginning usī āyat se maʿlūm hotī hai.</w:t>
      </w:r>
    </w:p>
    <w:p>
      <w:pPr>
        <w:jc w:val="right"/>
      </w:pPr>
      <w:r>
        <w:t>تو اس کی بگننگ یہی ہے۔ اس کی بگننگ اسی آیت سے معلوم ہوتی ہے۔</w:t>
      </w:r>
    </w:p>
    <w:p>
      <w:r>
        <w:rPr>
          <w:b/>
        </w:rPr>
        <w:t xml:space="preserve">[26:07] </w:t>
      </w:r>
      <w:r>
        <w:t>yah āyat batātī hai ki vo kaun sī beginning hai jo agar musalmān shurūʿ kar deṅ to un ke lie ek nayā mustaqbil paidā ho saktā hai.</w:t>
      </w:r>
    </w:p>
    <w:p>
      <w:pPr>
        <w:jc w:val="right"/>
      </w:pPr>
      <w:r>
        <w:t>یہ آیت بتاتی ہے کہ وہ کون سی بگننگ ہے جو اگر مسلمان شروع کر دیں تو ان کے لیے ایک نیا مستقبل پیدا ہو سکتا ہے۔</w:t>
      </w:r>
    </w:p>
    <w:p>
      <w:r>
        <w:rPr>
          <w:b/>
        </w:rPr>
        <w:t xml:space="preserve">[26:23] </w:t>
      </w:r>
      <w:r>
        <w:t>to yah sāri bāteṅ Qurʾān kī is āyat se maʿlūm hotī haiṅ.</w:t>
      </w:r>
    </w:p>
    <w:p>
      <w:pPr>
        <w:jc w:val="right"/>
      </w:pPr>
      <w:r>
        <w:t>تو یہ ساری باتیں قرآن کی اس آیت سے معلوم ہوتی ہیں۔</w:t>
      </w:r>
    </w:p>
    <w:p>
      <w:r>
        <w:rPr>
          <w:b/>
        </w:rPr>
        <w:t xml:space="preserve">[26:31] </w:t>
      </w:r>
      <w:r>
        <w:t>ki phir maiṅ ʿarẓ karūṅgā ki Qurʾān kī āyat kā jo aṣl muddaʿā hai us ko samajhne ke lie hameṅ hundred percent positive bananā paṛegā.</w:t>
      </w:r>
    </w:p>
    <w:p>
      <w:pPr>
        <w:jc w:val="right"/>
      </w:pPr>
      <w:r>
        <w:t>کہ پھر میں عرض کروں گا کہ قرآن کی آیت کا جو اصل مدعا ہے اس کو سمجھنے کے لیے ہمیں ہنڈرڈ فیصد پازیٹیو بننا پڑے گا۔</w:t>
      </w:r>
    </w:p>
    <w:p>
      <w:r>
        <w:rPr>
          <w:b/>
        </w:rPr>
        <w:t xml:space="preserve">[26:40] </w:t>
      </w:r>
      <w:r>
        <w:t>negative thought ko khatm karnā hogā. nafratoṅ ko miṭānā hogā. shikāyatoṅ ko bilkul khatm karnā hogā.</w:t>
      </w:r>
    </w:p>
    <w:p>
      <w:pPr>
        <w:jc w:val="right"/>
      </w:pPr>
      <w:r>
        <w:t>نیگیٹیو تھاٹ کو ختم کرنا ہوگا۔ نفرتوں کو مٹانا ہوگا۔ شکایتوں کو بالکل ختم کرنا ہوگا۔</w:t>
      </w:r>
    </w:p>
    <w:p>
      <w:r>
        <w:rPr>
          <w:b/>
        </w:rPr>
        <w:t xml:space="preserve">[26:49] </w:t>
      </w:r>
      <w:r>
        <w:t>apne āp ko khule zehan vālā banānā hogā.</w:t>
      </w:r>
    </w:p>
    <w:p>
      <w:pPr>
        <w:jc w:val="right"/>
      </w:pPr>
      <w:r>
        <w:t>اپنے آپ کو کھلے ذہن والا بنانا ہوگا۔</w:t>
      </w:r>
    </w:p>
    <w:p>
      <w:r>
        <w:rPr>
          <w:b/>
        </w:rPr>
        <w:t xml:space="preserve">[26:56] </w:t>
      </w:r>
      <w:r>
        <w:t>bad duāʾoṅ ko khatm karnā hogā. is ke bajāye</w:t>
      </w:r>
    </w:p>
    <w:p>
      <w:pPr>
        <w:jc w:val="right"/>
      </w:pPr>
      <w:r>
        <w:t>بد دعاؤں کو ختم کرنا ہوگا۔ اس کے بجائے</w:t>
      </w:r>
    </w:p>
    <w:p>
      <w:r>
        <w:rPr>
          <w:b/>
        </w:rPr>
        <w:t xml:space="preserve">[27:04] </w:t>
      </w:r>
      <w:r>
        <w:t>un ke lie duā karnī hogī. un kā khairkhvāh bananā hogā.</w:t>
      </w:r>
    </w:p>
    <w:p>
      <w:pPr>
        <w:jc w:val="right"/>
      </w:pPr>
      <w:r>
        <w:t>ان کے لیے دعا کرنی ہوگی۔ ان کا خیر خواہ بننا ہوگا۔</w:t>
      </w:r>
    </w:p>
    <w:p>
      <w:r>
        <w:rPr>
          <w:b/>
        </w:rPr>
        <w:t xml:space="preserve">[27:11] </w:t>
      </w:r>
      <w:r>
        <w:t>is se pahle kuchh hone vālā nahīṅ hai. yah Allāh kī sunnat kā muʿāmala hai.</w:t>
      </w:r>
    </w:p>
    <w:p>
      <w:pPr>
        <w:jc w:val="right"/>
      </w:pPr>
      <w:r>
        <w:t>اس سے پہلے کچھ ہونے والا نہیں ہے۔ یہ اللہ کی سنت کا معاملہ ہے۔</w:t>
      </w:r>
    </w:p>
    <w:p>
      <w:r>
        <w:rPr>
          <w:b/>
        </w:rPr>
        <w:t xml:space="preserve">[27:19] </w:t>
      </w:r>
      <w:r>
        <w:t>yah jo maiṅ ʿarẓ kar rahā hūṅ yah Allāh kī sunnat kā muʿāmala hai. yah fiṭrat ke qānūn kā muʿāmala hai. yah koī sāda bāt nahīṅ hai.</w:t>
      </w:r>
    </w:p>
    <w:p>
      <w:pPr>
        <w:jc w:val="right"/>
      </w:pPr>
      <w:r>
        <w:t>یہ جو میں عرض کر رہا ہوں یہ اللہ کی سنت کا معاملہ ہے۔ یہ فطرت کے قانون کا معاملہ ہے۔ یہ کوئی سادہ بات نہیں ہے۔</w:t>
      </w:r>
    </w:p>
    <w:p>
      <w:r>
        <w:rPr>
          <w:b/>
        </w:rPr>
        <w:t xml:space="preserve">[27:31] </w:t>
      </w:r>
      <w:r>
        <w:t>aur Allāh qānūn kabhī badaltā nahīṅ. lan tajada li-sunnatillāhi tabdīlā</w:t>
      </w:r>
    </w:p>
    <w:p>
      <w:pPr>
        <w:jc w:val="right"/>
      </w:pPr>
      <w:r>
        <w:t>اور اللہ قانون کبھی بدلتا نہیں۔ لَنْ تَجَدْ لِسُنَّةِ اللَّهِ تَبْدِيلًا</w:t>
      </w:r>
    </w:p>
    <w:p>
      <w:r>
        <w:rPr>
          <w:b/>
        </w:rPr>
        <w:t xml:space="preserve">[27:40] </w:t>
      </w:r>
      <w:r>
        <w:t>. vo har ek ke lie ek sā rahtā hai. yah hargiz nahīṅ samajhnā chāhie ki ummat-e-muslima koī alg ummat hai. ummat-e-muslima kā ke sāth koī alg sulūk kiyā jāegā.</w:t>
      </w:r>
    </w:p>
    <w:p>
      <w:pPr>
        <w:jc w:val="right"/>
      </w:pPr>
      <w:r>
        <w:t>۔ وہ ہر ایک کے لیے ایک سا رہتا ہے۔ یہ ہرگز نہیں سمجھنا چاہیے کہ امت مسلمہ کوئی الگ امت ہے۔ امت مسلمہ کا کے ساتھ کوئی الگ سلوک کیا جائے گا۔</w:t>
      </w:r>
    </w:p>
    <w:p>
      <w:r>
        <w:rPr>
          <w:b/>
        </w:rPr>
        <w:t xml:space="preserve">[27:53] </w:t>
      </w:r>
      <w:r>
        <w:t>jo dūsrī qaumoṅ ke sāth nahīṅ huā. yah bahut baṛī bhayānak galatī hai.</w:t>
      </w:r>
    </w:p>
    <w:p>
      <w:pPr>
        <w:jc w:val="right"/>
      </w:pPr>
      <w:r>
        <w:t>جو دوسری قوموں کے ساتھ نہیں ہوا۔ یہ بہت بڑی بھیان غلطی ہے۔</w:t>
      </w:r>
    </w:p>
    <w:p>
      <w:r>
        <w:rPr>
          <w:b/>
        </w:rPr>
        <w:t xml:space="preserve">[28:02] </w:t>
      </w:r>
      <w:r>
        <w:t>Qurʾān meṅ dekheṅ sāf sāf hai ki laysa bi-amānikum wa lā amāniyyi ahlil-kitābi mā man yaʿbadu suwanaiyyuhum awjadabīna.</w:t>
      </w:r>
    </w:p>
    <w:p>
      <w:pPr>
        <w:jc w:val="right"/>
      </w:pPr>
      <w:r>
        <w:t>قرآن میں دیکھیں صاف صاف ہے کہ لَيْسَ بِأَمَانِيِّكُمْ وَلَا أَمَّانِيِّ أَهْلِ الْكِتَابِ مَا مَنْ يَعْبَدُ سُوَنَيُّهُمْ أَوْجْدَبِيْنَ۔</w:t>
      </w:r>
    </w:p>
    <w:p>
      <w:r>
        <w:rPr>
          <w:b/>
        </w:rPr>
        <w:t xml:space="preserve">[28:11] </w:t>
      </w:r>
      <w:r>
        <w:t>yahāṅ par dekheṅ musalmānoṅ ko bracket kiyā hai yahūd ke sāth. is āyat meṅ musalmānoṅ ko yahūd ke sāth bracket kiyā gayā hai.</w:t>
      </w:r>
    </w:p>
    <w:p>
      <w:pPr>
        <w:jc w:val="right"/>
      </w:pPr>
      <w:r>
        <w:t>یہاں پر دیکھیں مسلمانوں کو بریکٹ کیا ہے یہود کے ساتھ۔ اس آیت میں مسلمانوں کو یہود کے ساتھ بریکٹ کیا گیا ہے۔</w:t>
      </w:r>
    </w:p>
    <w:p>
      <w:r>
        <w:rPr>
          <w:b/>
        </w:rPr>
        <w:t xml:space="preserve">[28:23] </w:t>
      </w:r>
      <w:r>
        <w:t>is maʿnī kisī qaum kā koī silsila nahīṅ. koī kisī qaum kā muʿāmala alg nahīṅ.</w:t>
      </w:r>
    </w:p>
    <w:p>
      <w:pPr>
        <w:jc w:val="right"/>
      </w:pPr>
      <w:r>
        <w:t>اس معنی کسی قوم کا کوئی سلسلہ نہیں۔ کوئی کسی قوم کا معاملہ الگ نہیں۔</w:t>
      </w:r>
    </w:p>
    <w:p>
      <w:r>
        <w:rPr>
          <w:b/>
        </w:rPr>
        <w:t xml:space="preserve">[28:31] </w:t>
      </w:r>
      <w:r>
        <w:t>ek hī Allāh kā qānūn hai jo sab par yaksāṅ taur par apply hotā hai.</w:t>
      </w:r>
    </w:p>
    <w:p>
      <w:pPr>
        <w:jc w:val="right"/>
      </w:pPr>
      <w:r>
        <w:t>ایک ہی اللہ کا قانون ہے جو سب پر یکساں طور پر اپلائی ہوتا ہے۔</w:t>
      </w:r>
    </w:p>
    <w:p>
      <w:r>
        <w:rPr>
          <w:b/>
        </w:rPr>
        <w:t xml:space="preserve">[28:42] </w:t>
      </w:r>
      <w:r>
        <w:t>aur is qanoon ko is ayat mein bayan kar diya gaya hai.</w:t>
      </w:r>
    </w:p>
    <w:p>
      <w:pPr>
        <w:jc w:val="right"/>
      </w:pPr>
      <w:r>
        <w:t>اور اس قانون کو اس آیت میں بیان کر دیا گیا ہے۔</w:t>
      </w:r>
    </w:p>
    <w:p>
      <w:r>
        <w:rPr>
          <w:b/>
        </w:rPr>
        <w:t xml:space="preserve">[28:54] </w:t>
      </w:r>
      <w:r>
        <w:t>Allah taala mujh ko aur aap ko tofeeq de ke hum ayat ke paigham ko samjhein aur apni islaah karein. Assalam o alaikum wa rehmatullah.</w:t>
      </w:r>
    </w:p>
    <w:p>
      <w:pPr>
        <w:jc w:val="right"/>
      </w:pPr>
      <w:r>
        <w:t>اللہ تعالیٰ مجھ کو اور آپ کو توفیق دے کہ ہم آیت کے پیغام کو سمجھیں اور اپنی اصلاح کریں۔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