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Pacifism I May 08, 2011</w:t>
      </w:r>
    </w:p>
    <w:p>
      <w:r>
        <w:t>https://youtu.be/fkd605HEfRY</w:t>
      </w:r>
    </w:p>
    <w:p>
      <w:r>
        <w:rPr>
          <w:b/>
        </w:rPr>
        <w:t xml:space="preserve">[00:14] </w:t>
      </w:r>
      <w:r>
        <w:t>bismillah hir rahman nir rahim, wa sallallahu ala nabiyyil karim. rab ishrah li sadri, wa yassir li amri, wah lul uqdatan min lisani yafqahu qawli.</w:t>
      </w:r>
    </w:p>
    <w:p>
      <w:pPr>
        <w:jc w:val="right"/>
      </w:pPr>
      <w:r>
        <w:t>بسم اللہ الرحمن الرحیم، وصلی اللہ علی النبی الکریم ۔رب اشرحلی صدری، و یسرلی امری، واحلالعقدۃ من لسانی یفقہ قولی۔</w:t>
      </w:r>
    </w:p>
    <w:p>
      <w:r>
        <w:rPr>
          <w:b/>
        </w:rPr>
        <w:t xml:space="preserve">[00:33] </w:t>
      </w:r>
      <w:r>
        <w:t>aaj ka topic hai islam ka pacifism, yani aman pasandi islam mein.</w:t>
      </w:r>
    </w:p>
    <w:p>
      <w:pPr>
        <w:jc w:val="right"/>
      </w:pPr>
      <w:r>
        <w:t>آج کا ٹاپکہے اسلام ک پیسیفزم ،یعنی امنپس ندی اسلام میں۔</w:t>
      </w:r>
    </w:p>
    <w:p>
      <w:r>
        <w:rPr>
          <w:b/>
        </w:rPr>
        <w:t xml:space="preserve">[00:48] </w:t>
      </w:r>
      <w:r>
        <w:t>yeh topic maine is liye liya ke aaj kal har jagah osama bin laden ka charcha hai.</w:t>
      </w:r>
    </w:p>
    <w:p>
      <w:pPr>
        <w:jc w:val="right"/>
      </w:pPr>
      <w:r>
        <w:t>یہ ٹاپک میںنےاسلیےلیا کہآجکل ہرجگہ اسامہ بنلادنکا چرچہہے۔</w:t>
      </w:r>
    </w:p>
    <w:p>
      <w:r>
        <w:rPr>
          <w:b/>
        </w:rPr>
        <w:t xml:space="preserve">[00:58] </w:t>
      </w:r>
      <w:r>
        <w:t>ap jante hain, 2 mai 2011 ko amrika ne, amriki forces ne operation kar ke osama bin laden ko</w:t>
      </w:r>
    </w:p>
    <w:p>
      <w:pPr>
        <w:jc w:val="right"/>
      </w:pPr>
      <w:r>
        <w:t>آپجانتےہیں ، 2مئی20 11 کو امریک ہنے ، امریکی فورسزنےآپ ریشنکرکے اسامہبنلادنکو</w:t>
      </w:r>
    </w:p>
    <w:p>
      <w:r>
        <w:rPr>
          <w:b/>
        </w:rPr>
        <w:t xml:space="preserve">[01:14] </w:t>
      </w:r>
      <w:r>
        <w:t>khatam kar diya tha. to bohat charchaa hai, koi iske against bolta hai, koi inke foran bolta hai.</w:t>
      </w:r>
    </w:p>
    <w:p>
      <w:pPr>
        <w:jc w:val="right"/>
      </w:pPr>
      <w:r>
        <w:t>ختمکردیاتھا۔ تو بہت چرچاہے،کوئیاسکےاگینسٹبولتاہے،کوئیانکےفوراًبولتاہے۔</w:t>
      </w:r>
    </w:p>
    <w:p>
      <w:r>
        <w:rPr>
          <w:b/>
        </w:rPr>
        <w:t xml:space="preserve">[01:23] </w:t>
      </w:r>
      <w:r>
        <w:t>lekin mujhe dilchaspi hoti hai hamesha lesson se, ke is waqeye mein lesson kya hai. to is waqeye mein jo lesson hai, wo yeh hai ke militancy sary-e-sare koi option nahin hai,</w:t>
      </w:r>
    </w:p>
    <w:p>
      <w:pPr>
        <w:jc w:val="right"/>
      </w:pPr>
      <w:r>
        <w:t>لیکن مجھے دلچسپیہوتیہےہمیشہ لسن سے ،کہاس واقع ےمیں لسن کیاہے۔ تواسواقع ےمیںجولسنہے، وہیہہے کہ ملی ٹینسی سرےسے کوئیآپشنہینہیںہے،</w:t>
      </w:r>
    </w:p>
    <w:p>
      <w:r>
        <w:rPr>
          <w:b/>
        </w:rPr>
        <w:t xml:space="preserve">[01:45] </w:t>
      </w:r>
      <w:r>
        <w:t>kisi ke liye bhi nahin hai. na superpower ke liye aur na non-superpower ke liye. kyunke jis cheez mein result na nikle, wo option nahin ban sakta hai.</w:t>
      </w:r>
    </w:p>
    <w:p>
      <w:pPr>
        <w:jc w:val="right"/>
      </w:pPr>
      <w:r>
        <w:t>کسی کےلیےبھینہیں ہے۔ نہ سپرپاورکےلیے اور نہ نانسپرپاورکےلیے۔ کیونکہ جسچیزمیںرزلٹنہنکلے، وہ آپشننہیںبنسکتاہے۔</w:t>
      </w:r>
    </w:p>
    <w:p>
      <w:r>
        <w:rPr>
          <w:b/>
        </w:rPr>
        <w:t xml:space="preserve">[01:58] </w:t>
      </w:r>
      <w:r>
        <w:t>ab dekhiye, osama bin laden ne ek bohat bara operation kiya. taliban ki jo tanzeem hai, al-qaeda, is ne</w:t>
      </w:r>
    </w:p>
    <w:p>
      <w:pPr>
        <w:jc w:val="right"/>
      </w:pPr>
      <w:r>
        <w:t>ابدیکھیے، اسامہبنلادننے ایک بہت بڑا آپریشنکیا۔ مطلبانکیجو تنظیمہے، القاعدہ، اسنے</w:t>
      </w:r>
    </w:p>
    <w:p>
      <w:r>
        <w:rPr>
          <w:b/>
        </w:rPr>
        <w:t xml:space="preserve">[02:11] </w:t>
      </w:r>
      <w:r>
        <w:t>yeh tareekh ka sab se bara waqea hai, terror ka ghaleban tha, ke new york ke jo, new york ka jo trade tower tha,</w:t>
      </w:r>
    </w:p>
    <w:p>
      <w:pPr>
        <w:jc w:val="right"/>
      </w:pPr>
      <w:r>
        <w:t>یہ تاریخ کاسبسےبڑا واقع ہ ،ٹیررکا غالباًتھا، کہ نیویارککےجو ،نیویارککاجو ٹریڈٹاورتھا،</w:t>
      </w:r>
    </w:p>
    <w:p>
      <w:r>
        <w:rPr>
          <w:b/>
        </w:rPr>
        <w:t xml:space="preserve">[02:26] </w:t>
      </w:r>
      <w:r>
        <w:t>us se hawai jahaz ko takra diya. aur wo toot phoot kar khatam ho gaya. aisa terror to kabhi suna nahin tha, na kabhi kiya tha kisi ne.</w:t>
      </w:r>
    </w:p>
    <w:p>
      <w:pPr>
        <w:jc w:val="right"/>
      </w:pPr>
      <w:r>
        <w:t>اسسےہوائیجہازکوٹکرادیا۔ اور وہ ٹوٹپھوٹکرختمہوگیا۔ ایسا ٹیررتوکبھی سنانہیںتھا،نہکبھی کیاتھاکسی نے۔</w:t>
      </w:r>
    </w:p>
    <w:p>
      <w:r>
        <w:rPr>
          <w:b/>
        </w:rPr>
        <w:t xml:space="preserve">[02:40] </w:t>
      </w:r>
      <w:r>
        <w:t>lekin amrika waise hi ka waise hi hai, amriki taqat waise hi qaim hai. doosri taraf dekhiye, amrika ne itna bara operation kiya, bohat hi bara well-planned operation tha,</w:t>
      </w:r>
    </w:p>
    <w:p>
      <w:pPr>
        <w:jc w:val="right"/>
      </w:pPr>
      <w:r>
        <w:t>لیکن امریک ہ ویسےہیکاویسےہیہے، امریکی طاقتویسےہیقائمہے۔ دوسریطرفدیکھیے، امریک ہنے اتنابڑاآپریشنکیا ، بہت ہی بڑا ویلپلانڈآپریشنتھا،</w:t>
      </w:r>
    </w:p>
    <w:p>
      <w:r>
        <w:rPr>
          <w:b/>
        </w:rPr>
        <w:t xml:space="preserve">[02:57] </w:t>
      </w:r>
      <w:r>
        <w:t>ke abbotabad mein us jagah ko unhon ne spot kiya, jo bohat chupi hui jagah thi wo. aur wahan par helicopter ke zariye operation kiya unhon ne.</w:t>
      </w:r>
    </w:p>
    <w:p>
      <w:pPr>
        <w:jc w:val="right"/>
      </w:pPr>
      <w:r>
        <w:t>کہ بڈھاآباد میں اسجگہکو انہوں نے اسپاٹکیا،جوبہت چھپیہوئیجگہتھیوہ۔ اوروہاںپر ہیلیکاپٹرکےذریعےآپریشن کیا انہوںنے۔</w:t>
      </w:r>
    </w:p>
    <w:p>
      <w:r>
        <w:rPr>
          <w:b/>
        </w:rPr>
        <w:t xml:space="preserve">[03:10] </w:t>
      </w:r>
      <w:r>
        <w:t>aur un ke faujiyon ne wahan ja kar goli maar di. aur saari duniya ko khabar bhi nahin hui.</w:t>
      </w:r>
    </w:p>
    <w:p>
      <w:pPr>
        <w:jc w:val="right"/>
      </w:pPr>
      <w:r>
        <w:t>اور انکے فوجیوںنےوہاںجاکرگ ولیمار دی۔اور ساریدنیا کوخبربھینہیںہوئی ۔</w:t>
      </w:r>
    </w:p>
    <w:p>
      <w:r>
        <w:rPr>
          <w:b/>
        </w:rPr>
        <w:t xml:space="preserve">[03:17] </w:t>
      </w:r>
      <w:r>
        <w:t>itna ziyada well-planned tha yeh operation. lekin main yeh kahun ga ke osama ek individual tha, is ke maarne se osama phenomenon khatam nahin hota.</w:t>
      </w:r>
    </w:p>
    <w:p>
      <w:pPr>
        <w:jc w:val="right"/>
      </w:pPr>
      <w:r>
        <w:t>اتنازیادہ ویلپلانڈتھایہآپریشن ۔ لیکن میں یہکہوںگاکہ اس امہ ایک انڈیویجولتھا،اسکےمار نےسے اسامہفیناومیناختمنہیںہوتا۔</w:t>
      </w:r>
    </w:p>
    <w:p>
      <w:r>
        <w:rPr>
          <w:b/>
        </w:rPr>
        <w:t xml:space="preserve">[03:35] </w:t>
      </w:r>
      <w:r>
        <w:t>england mein kaha jaata hai ke</w:t>
      </w:r>
    </w:p>
    <w:p>
      <w:pPr>
        <w:jc w:val="right"/>
      </w:pPr>
      <w:r>
        <w:t>انگل ینڈمیںکہاجاتاہے کہ</w:t>
      </w:r>
    </w:p>
    <w:p>
      <w:r>
        <w:rPr>
          <w:b/>
        </w:rPr>
        <w:t xml:space="preserve">[03:40] </w:t>
      </w:r>
      <w:r>
        <w:t>wahan ek maqoolah hai ke badshah mar gaya magar badshah zinda hai.</w:t>
      </w:r>
    </w:p>
    <w:p>
      <w:pPr>
        <w:jc w:val="right"/>
      </w:pPr>
      <w:r>
        <w:t>وہاںایکمقولہہے کہ بادشاہمرگیا مگربادشاہزندہہے۔</w:t>
      </w:r>
    </w:p>
    <w:p>
      <w:r>
        <w:rPr>
          <w:b/>
        </w:rPr>
        <w:t xml:space="preserve">[03:51] </w:t>
      </w:r>
      <w:r>
        <w:t>main kahun ga ke osama mar gaya lekin osama ki aaj aaj bhi zinda hai.</w:t>
      </w:r>
    </w:p>
    <w:p>
      <w:pPr>
        <w:jc w:val="right"/>
      </w:pPr>
      <w:r>
        <w:t>میں کہوںگاکہ اسامہمرگیا لیکن اسامہکی آجآجبھی زندہہے۔</w:t>
      </w:r>
    </w:p>
    <w:p>
      <w:r>
        <w:rPr>
          <w:b/>
        </w:rPr>
        <w:t xml:space="preserve">[04:08] </w:t>
      </w:r>
      <w:r>
        <w:t>to wahan kehte hain ke "The King is dead, long live the King".</w:t>
      </w:r>
    </w:p>
    <w:p>
      <w:pPr>
        <w:jc w:val="right"/>
      </w:pPr>
      <w:r>
        <w:t>تووہاںکہتےہیںکہ "TheKing is dead, long live theKing "۔</w:t>
      </w:r>
    </w:p>
    <w:p>
      <w:r>
        <w:rPr>
          <w:b/>
        </w:rPr>
        <w:t xml:space="preserve">[04:15] </w:t>
      </w:r>
      <w:r>
        <w:t>to main kahun ga ke osama bin laden is dead, long live osama bin laden. kyunke unhon ne dhamki di hai, un ki jo al-qaeda hai, is ne ke hum is ka retaliate karein ge.</w:t>
      </w:r>
    </w:p>
    <w:p>
      <w:pPr>
        <w:jc w:val="right"/>
      </w:pPr>
      <w:r>
        <w:t>تومیںکہوںگاکہ اسامہ بنلادنisdead, long live اسامہبنلادن۔ کیونکہانہوںنےدھمکیدیہے،انکی جو القاعدہہے،اسنے کہہم اسکا ریٹیلیٹکریںگے۔</w:t>
      </w:r>
    </w:p>
    <w:p>
      <w:r>
        <w:rPr>
          <w:b/>
        </w:rPr>
        <w:t xml:space="preserve">[04:31] </w:t>
      </w:r>
      <w:r>
        <w:t>aur pata nahin kya katal karein ge wo. ho sakta hai ke is se bhi bara, 9/11 se bhi bara koi waqea karein.</w:t>
      </w:r>
    </w:p>
    <w:p>
      <w:pPr>
        <w:jc w:val="right"/>
      </w:pPr>
      <w:r>
        <w:t>اورپتہنہیںکیاکٹالیںگےوہ۔ ہو سکتاہےکہاسسےبھیبڑا، 9/11 سےبھیبڑاکوئیواقعہکریں۔</w:t>
      </w:r>
    </w:p>
    <w:p>
      <w:r>
        <w:rPr>
          <w:b/>
        </w:rPr>
        <w:t xml:space="preserve">[04:39] </w:t>
      </w:r>
      <w:r>
        <w:t>to behal, is se pehle bhi jis ne militancy chalai, misaal ke taur par hitler ne, bohat bara waqea kiya, second world war. lekin is se kuch bhi nahin mila us ko.</w:t>
      </w:r>
    </w:p>
    <w:p>
      <w:pPr>
        <w:jc w:val="right"/>
      </w:pPr>
      <w:r>
        <w:t>تو بہرحال، اسسےپہلے بھیجسنےملیٹینسیچلائی، مثالکےطورپرہٹلرنے،بہت بڑا واقع ہکیا، سیکنڈورلڈوار ۔لیکن اسسےکچھبھینہیںملااسکو۔</w:t>
      </w:r>
    </w:p>
    <w:p>
      <w:r>
        <w:rPr>
          <w:b/>
        </w:rPr>
        <w:t xml:space="preserve">[04:56] </w:t>
      </w:r>
      <w:r>
        <w:t>to mujhe jo is baat kehna hai wo yeh hai, jo sab qism mein ne liya hai wo yeh hai ke</w:t>
      </w:r>
    </w:p>
    <w:p>
      <w:pPr>
        <w:jc w:val="right"/>
      </w:pPr>
      <w:r>
        <w:t>تو مجھےجو اس بات کہناہےوہیہہے، جو سبقمیںنےلیاہے وہیہہے کہ</w:t>
      </w:r>
    </w:p>
    <w:p>
      <w:r>
        <w:rPr>
          <w:b/>
        </w:rPr>
        <w:t xml:space="preserve">[05:07] </w:t>
      </w:r>
      <w:r>
        <w:t>violence koi option nahin hai. na individual ke liye, na organization ke liye, na state ke liye. kahin bhi violence koi option nahin hai.</w:t>
      </w:r>
    </w:p>
    <w:p>
      <w:pPr>
        <w:jc w:val="right"/>
      </w:pPr>
      <w:r>
        <w:t>و ائلنس کوئیآپشننہیںہے۔ نہ انڈیویجولکےلیے ،نہآرگنائزیشنکےلیے، نہ اسٹیٹکےلیے۔ کہیںبھی وائلنس کوئیآپشننہیں ہے۔</w:t>
      </w:r>
    </w:p>
    <w:p>
      <w:r>
        <w:rPr>
          <w:b/>
        </w:rPr>
        <w:t xml:space="preserve">[05:20] </w:t>
      </w:r>
      <w:r>
        <w:t>violence ka jo result nikle ga us ko dekhiye. sirf tabaahi mein izafa, sirf evil mein izafa, aur kuch bhi nahin.</w:t>
      </w:r>
    </w:p>
    <w:p>
      <w:pPr>
        <w:jc w:val="right"/>
      </w:pPr>
      <w:r>
        <w:t>وائلنس کا جورزلٹ نکلےگااسکودیکھیے۔ صرف تباہیمیںاضافہ، صرف ایولمیںاضافہ، اور کچھبھینہیں ۔</w:t>
      </w:r>
    </w:p>
    <w:p>
      <w:r>
        <w:rPr>
          <w:b/>
        </w:rPr>
        <w:t xml:space="preserve">[05:34] </w:t>
      </w:r>
      <w:r>
        <w:t>lekin bohat hi ajeeb baat hai ke poori tareekh mein violence jari raha hai. pehle bhi aur ab bhi.</w:t>
      </w:r>
    </w:p>
    <w:p>
      <w:pPr>
        <w:jc w:val="right"/>
      </w:pPr>
      <w:r>
        <w:t>لیکن بہتہیعجیبباتہےکہ پوریتاریخ میں وائلنسجاریرہاہے۔ پہلے بھی اور اب بھی۔</w:t>
      </w:r>
    </w:p>
    <w:p>
      <w:r>
        <w:rPr>
          <w:b/>
        </w:rPr>
        <w:t xml:space="preserve">[05:43] </w:t>
      </w:r>
      <w:r>
        <w:t>to yeh pacifism jo Allah taala ne bola, main to yeh ek discipline hai, yani "Studies in Peace" ko kaha jaata hai pacifism.</w:t>
      </w:r>
    </w:p>
    <w:p>
      <w:pPr>
        <w:jc w:val="right"/>
      </w:pPr>
      <w:r>
        <w:t>تویہ پیسیفزمجواللہتعالیٰنےبولا،میں تویہایک ڈسپلنہے، یعنی "Studies in Peace" کوکہاجاتاہے پیسیفزم۔</w:t>
      </w:r>
    </w:p>
    <w:p>
      <w:r>
        <w:rPr>
          <w:b/>
        </w:rPr>
        <w:t xml:space="preserve">[05:58] </w:t>
      </w:r>
      <w:r>
        <w:t>lekin main ne bohat cheezein parhin pacifism ke bare mein. ek ba qaaida ek encyclopedia hai, encyclopedia of pacifism.</w:t>
      </w:r>
    </w:p>
    <w:p>
      <w:pPr>
        <w:jc w:val="right"/>
      </w:pPr>
      <w:r>
        <w:t>لیکن میںنےبہت چیزیںپڑھیں پیسیفزم کےبارےمیں ۔ ایکبا قاعدہایکانسائیکلوپیڈیاہے، انسائیکلوپیڈیاآفپیسیفزم۔</w:t>
      </w:r>
    </w:p>
    <w:p>
      <w:r>
        <w:rPr>
          <w:b/>
        </w:rPr>
        <w:t xml:space="preserve">[06:08] </w:t>
      </w:r>
      <w:r>
        <w:t>lekin kuch bhi is mein nahin.</w:t>
      </w:r>
    </w:p>
    <w:p>
      <w:pPr>
        <w:jc w:val="right"/>
      </w:pPr>
      <w:r>
        <w:t>لیکن کچھ بھی اسمیںنہیں ۔</w:t>
      </w:r>
    </w:p>
    <w:p>
      <w:r>
        <w:rPr>
          <w:b/>
        </w:rPr>
        <w:t xml:space="preserve">[06:12] </w:t>
      </w:r>
      <w:r>
        <w:t>kyun? biskbat dekhiye yeh hai ke aman ki ideology chahiye. aman ki ideology koi develop nahi kar saka.</w:t>
      </w:r>
    </w:p>
    <w:p>
      <w:pPr>
        <w:jc w:val="right"/>
      </w:pPr>
      <w:r>
        <w:t>کیوں ؟بیسکباتدیکھیےیہہے کہ امنکیآئیڈیالوجیچاہیے۔ امنکیآئیڈیالوجیکوئیڈویلپنہیںکرسکا۔</w:t>
      </w:r>
    </w:p>
    <w:p>
      <w:r>
        <w:rPr>
          <w:b/>
        </w:rPr>
        <w:t xml:space="preserve">[06:25] </w:t>
      </w:r>
      <w:r>
        <w:t>nah pehle nah ab. log kehte hain keh aman qaim hona chahiye, jang buri cheez hai. lekin aap ko ek ideology deni pare gi.</w:t>
      </w:r>
    </w:p>
    <w:p>
      <w:pPr>
        <w:jc w:val="right"/>
      </w:pPr>
      <w:r>
        <w:t>نہپہلے نہ اب ۔لوگ کہتےہیںکہ امنقائمہوناچاہیے،جنگ بریچیزہے۔ لیکن آپکو ایک آئیڈیالوجیدینیپڑےگی۔</w:t>
      </w:r>
    </w:p>
    <w:p>
      <w:r>
        <w:rPr>
          <w:b/>
        </w:rPr>
        <w:t xml:space="preserve">[06:37] </w:t>
      </w:r>
      <w:r>
        <w:t>jis mein aadmi ko lage justification mil jaye jang na karne ka. misaal ke taur par, aam taur par mana jata hai keh jab injustice hoga to larai hogi.</w:t>
      </w:r>
    </w:p>
    <w:p>
      <w:pPr>
        <w:jc w:val="right"/>
      </w:pPr>
      <w:r>
        <w:t>جسمیں آدمی کولگےجس ٹیفیکیشنملجائے جنگ نہکرنے کا ۔ مثالکےطورپر ،عامطورپر ماناجاتاہےکہ جب انجسٹسہوگاتولڑائیہوگی۔</w:t>
      </w:r>
    </w:p>
    <w:p>
      <w:r>
        <w:rPr>
          <w:b/>
        </w:rPr>
        <w:t xml:space="preserve">[06:53] </w:t>
      </w:r>
      <w:r>
        <w:t>is liye justice qaim karo, logon ko justice do, tab aman qaim ho jaye ga. yeh formula hi ghalat hai.</w:t>
      </w:r>
    </w:p>
    <w:p>
      <w:pPr>
        <w:jc w:val="right"/>
      </w:pPr>
      <w:r>
        <w:t>اسلیےجسٹسقائمکرو ، لوگوںکوجسٹسدو ، تب امنقائمہوجائےگا۔ یہ فار مولاہیغلطہے۔</w:t>
      </w:r>
    </w:p>
    <w:p>
      <w:r>
        <w:rPr>
          <w:b/>
        </w:rPr>
        <w:t xml:space="preserve">[07:05] </w:t>
      </w:r>
      <w:r>
        <w:t>yeh formula hi ghalat hai. kyun keh justice ek bilateral cheez</w:t>
      </w:r>
    </w:p>
    <w:p>
      <w:pPr>
        <w:jc w:val="right"/>
      </w:pPr>
      <w:r>
        <w:t>یہفارمولاہیغلطہے۔ کیونکہ جسٹس ایک بائیلیٹرلچیز</w:t>
      </w:r>
    </w:p>
    <w:p>
      <w:r>
        <w:rPr>
          <w:b/>
        </w:rPr>
        <w:t xml:space="preserve">[07:13] </w:t>
      </w:r>
      <w:r>
        <w:t>hai. aap samjhayein keh justice maine de di logon ko, doosra samjhe keh mujhe justice nahi mila hai. to phir bhi woh dissatisfied rahe ga.</w:t>
      </w:r>
    </w:p>
    <w:p>
      <w:pPr>
        <w:jc w:val="right"/>
      </w:pPr>
      <w:r>
        <w:t>ہے۔ آپ سمجھائیںکہ جسٹسمیںنےدےدیالوگوںکو،دوسراسمجھےکہمجھےجسٹسنہیںملاہے۔ توپھربھیوہ ڈسسیٹسفائیڈرہےگا۔</w:t>
      </w:r>
    </w:p>
    <w:p>
      <w:r>
        <w:rPr>
          <w:b/>
        </w:rPr>
        <w:t xml:space="preserve">[07:23] </w:t>
      </w:r>
      <w:r>
        <w:t>aur phir woh militancy chalaye ga. to justice koi criterion nahi ban sakta hai. sahi baat yeh hai keh peace qaim karo, peace se aap opportunities khulein gi,</w:t>
      </w:r>
    </w:p>
    <w:p>
      <w:pPr>
        <w:jc w:val="right"/>
      </w:pPr>
      <w:r>
        <w:t>اورپھروہ ملی ٹینسیچلائےگا۔ تو جسٹسکوئیکرائیٹیریانہیںبنسکتاہے۔ صحیحباتیہہےکہ پیسقائمکرو، پیسسےآپاپورچونیٹیزکھلیںگی،</w:t>
      </w:r>
    </w:p>
    <w:p>
      <w:r>
        <w:rPr>
          <w:b/>
        </w:rPr>
        <w:t xml:space="preserve">[07:36] </w:t>
      </w:r>
      <w:r>
        <w:t>aap opportunities ka avail karo, phir tum woh cheez hasil kar sakte ho jis ko tum kehte ho justice.</w:t>
      </w:r>
    </w:p>
    <w:p>
      <w:pPr>
        <w:jc w:val="right"/>
      </w:pPr>
      <w:r>
        <w:t>آپاپورچونیٹیزکااویلکرو ، پھر تموہچیزحاصل کرسکتےہوجسکوتم کہتےہو جسٹس۔</w:t>
      </w:r>
    </w:p>
    <w:p>
      <w:r>
        <w:rPr>
          <w:b/>
        </w:rPr>
        <w:t xml:space="preserve">[07:44] </w:t>
      </w:r>
      <w:r>
        <w:t>to main ne bohat sari cheezein parhi lekin yeh clear nahi hai logon ko keh aman kaise qaim kiya jaye.</w:t>
      </w:r>
    </w:p>
    <w:p>
      <w:pPr>
        <w:jc w:val="right"/>
      </w:pPr>
      <w:r>
        <w:t>تو میںنےبہت ساریچیزیںپڑھیںلیکن یہکلیئرنہیں ہےلوگوںکو کہ امنکیسےقائمکیا جائے۔</w:t>
      </w:r>
    </w:p>
    <w:p>
      <w:r>
        <w:rPr>
          <w:b/>
        </w:rPr>
        <w:t xml:space="preserve">[07:54] </w:t>
      </w:r>
      <w:r>
        <w:t>main samajhta hoon keh Islam ne pehli baar tareekh mein aman ki ideology di thi. ideology of peace. pehli baar.</w:t>
      </w:r>
    </w:p>
    <w:p>
      <w:pPr>
        <w:jc w:val="right"/>
      </w:pPr>
      <w:r>
        <w:t>میںسمجھتاہوںکہاسلام نے پہلیبار تاریخ میں امنکیآئیڈیالوجیدیتھی۔ آئیڈیالوجیآف پیس۔ پہلیبار ۔</w:t>
      </w:r>
    </w:p>
    <w:p>
      <w:r>
        <w:rPr>
          <w:b/>
        </w:rPr>
        <w:t xml:space="preserve">[08:04] </w:t>
      </w:r>
      <w:r>
        <w:t>yani Islam ne goya ek naya daur shuru kiya tha, daur aman. lekin bohat hi ajeeb baat hai keh Islam ki jo ideology of peace hai,</w:t>
      </w:r>
    </w:p>
    <w:p>
      <w:pPr>
        <w:jc w:val="right"/>
      </w:pPr>
      <w:r>
        <w:t>یعنی اسلام نے گویا ایک نیا دور شروع کیاتھا، دور امن۔ لیکن بہتہیعجیبباتہے کہاسلام کیجوآئیڈیالوجیآفپیسہے،</w:t>
      </w:r>
    </w:p>
    <w:p>
      <w:r>
        <w:rPr>
          <w:b/>
        </w:rPr>
        <w:t xml:space="preserve">[08:18] </w:t>
      </w:r>
      <w:r>
        <w:t>isko na musalman samjhe na doosron ko bata sake woh.</w:t>
      </w:r>
    </w:p>
    <w:p>
      <w:pPr>
        <w:jc w:val="right"/>
      </w:pPr>
      <w:r>
        <w:t>اسکو نہمسلمانسمجھے نہدوسروںکوبتاسکےوہ۔</w:t>
      </w:r>
    </w:p>
    <w:p>
      <w:r>
        <w:rPr>
          <w:b/>
        </w:rPr>
        <w:t xml:space="preserve">[08:24] </w:t>
      </w:r>
      <w:r>
        <w:t>na khud musalman isko samjhe aur na doosron ko bata sake. is liye agar che Rasool Allah (SAW) ne aur aap ke ashaab ne aman ki ideology bohat hi clear tareeqe par aur iska model bhediya.</w:t>
      </w:r>
    </w:p>
    <w:p>
      <w:pPr>
        <w:jc w:val="right"/>
      </w:pPr>
      <w:r>
        <w:t>نہخود مسلماناسکوسمجھے اورنہ دوسروںکوبتاسکے۔ اس لیے اگر چہرسولاللہصلیاللہعلیہوسلمنے اورآپکےاصحابنے امنکیآئیڈیالوجیبہت ہی کلی ئرطریقےپر اوراسکاماڈلبھیدےدیا۔</w:t>
      </w:r>
    </w:p>
    <w:p>
      <w:r>
        <w:rPr>
          <w:b/>
        </w:rPr>
        <w:t xml:space="preserve">[08:39] </w:t>
      </w:r>
      <w:r>
        <w:t>lekin bohat jald musalmanon mein derailment ho gaya. aur larai bhirayi, larai bhirayi, aaj kal larai bhirayi kar rahe hain. aur iska naam rakh rakha hai jihad.</w:t>
      </w:r>
    </w:p>
    <w:p>
      <w:pPr>
        <w:jc w:val="right"/>
      </w:pPr>
      <w:r>
        <w:t>لیکن بہت جلد مس لمانوںمیںڈیریلمنٹہوگیا۔ اورلڑائیبھڑائی،لڑائیبھڑائی،آجتکلڑائیبھڑائیکررہےہیں۔ اوراسکانامرکھ رکھاہےجہاد۔</w:t>
      </w:r>
    </w:p>
    <w:p>
      <w:r>
        <w:rPr>
          <w:b/>
        </w:rPr>
        <w:t xml:space="preserve">[08:51] </w:t>
      </w:r>
      <w:r>
        <w:t>ek hadith hai keh aap ne farmaya keh baad ke zamaney mein log sharab ko halal kar len ge. sharab ko jaiz kar len ge.</w:t>
      </w:r>
    </w:p>
    <w:p>
      <w:pPr>
        <w:jc w:val="right"/>
      </w:pPr>
      <w:r>
        <w:t>ایکحدیثہےکہ آپ نےفرمایا کہ بعد کےزمانےمیںلوگ شرابکو حلالکرلیںگے۔ شرابکو جائزکرلیںگے۔</w:t>
      </w:r>
    </w:p>
    <w:p>
      <w:r>
        <w:rPr>
          <w:b/>
        </w:rPr>
        <w:t xml:space="preserve">[09:02] </w:t>
      </w:r>
      <w:r>
        <w:t>to logon ne kaha keh aisa kaise ho ga keh sharab ko log jaiz kar len? to aap ne farmaya keh baghair is naam</w:t>
      </w:r>
    </w:p>
    <w:p>
      <w:pPr>
        <w:jc w:val="right"/>
      </w:pPr>
      <w:r>
        <w:t>تو لوگوںنےکہاکہایساکیسےہوگاکہشرابکولوگ جائز کرلیں؟ توآپنےفرمایا کہ بغیراسمنام</w:t>
      </w:r>
    </w:p>
    <w:p>
      <w:r>
        <w:rPr>
          <w:b/>
        </w:rPr>
        <w:t xml:space="preserve">[09:13] </w:t>
      </w:r>
      <w:r>
        <w:t>badal dein ge, naam badal kar isko jaiz kar len ge.</w:t>
      </w:r>
    </w:p>
    <w:p>
      <w:pPr>
        <w:jc w:val="right"/>
      </w:pPr>
      <w:r>
        <w:t>بدلدیںگے،نامبدلکراسکوجائزکرلیںگے۔</w:t>
      </w:r>
    </w:p>
    <w:p>
      <w:r>
        <w:rPr>
          <w:b/>
        </w:rPr>
        <w:t xml:space="preserve">[09:16] </w:t>
      </w:r>
      <w:r>
        <w:t>to aap dekhiye, terrorism ko aur violence ko keh diya jihad. to terrorism ko aur violence ko jihad ke naam par jaiz kar rakha hai. naam badal kar ek ناجائز ko jaiz kar lena.</w:t>
      </w:r>
    </w:p>
    <w:p>
      <w:pPr>
        <w:jc w:val="right"/>
      </w:pPr>
      <w:r>
        <w:t>توآپدیکھیے، ٹیررزمکو اور وائلنسکو کہہدیا جہاد۔ تو ٹیررزمکو اور وائلنس کو جہادکےنامپرجائزکررکھاہے۔نام بدلکر ایک ناجائزکو جائزکرلینا۔</w:t>
      </w:r>
    </w:p>
    <w:p>
      <w:r>
        <w:rPr>
          <w:b/>
        </w:rPr>
        <w:t xml:space="preserve">[09:31] </w:t>
      </w:r>
      <w:r>
        <w:t>yeh hi ho raha hai.</w:t>
      </w:r>
    </w:p>
    <w:p>
      <w:pPr>
        <w:jc w:val="right"/>
      </w:pPr>
      <w:r>
        <w:t>یہیہورہاہے۔</w:t>
      </w:r>
    </w:p>
    <w:p>
      <w:r>
        <w:rPr>
          <w:b/>
        </w:rPr>
        <w:t xml:space="preserve">[09:33] </w:t>
      </w:r>
      <w:r>
        <w:t>ab main aap ko le chalta hoon Rasool Allah ke zamaney ki taraf. Paighambar Islam (SAW), unka naam tha Muhammad bin Abdullah bin Abdul Muttalib.</w:t>
      </w:r>
    </w:p>
    <w:p>
      <w:pPr>
        <w:jc w:val="right"/>
      </w:pPr>
      <w:r>
        <w:t>ابمیںآپکو لےچلتاہوں رسولاللہکے زمان ےکیطرف ۔ پیغمبراسلام صلیاللہعلیہوسلم ،انکانامتھامحمد بنعبداللہبنعبد المطلب۔</w:t>
      </w:r>
    </w:p>
    <w:p>
      <w:r>
        <w:rPr>
          <w:b/>
        </w:rPr>
        <w:t xml:space="preserve">[09:43] </w:t>
      </w:r>
      <w:r>
        <w:t>woh 570 Esvi mein Makkah mein paida hue. 610 Esvi mein unhon ne Makkah mein apne mission ka, yani tauheed ke mission ka aaghaz kiya.</w:t>
      </w:r>
    </w:p>
    <w:p>
      <w:pPr>
        <w:jc w:val="right"/>
      </w:pPr>
      <w:r>
        <w:t>وہ 5 70عیسویمیں مکہمیںپیدا ہوئے۔ 6 10عیسویمیں انہوں نے مکہمیں اپنے مشنکا،یعنی توحیدکےمشنکا آغاز کیا۔</w:t>
      </w:r>
    </w:p>
    <w:p>
      <w:r>
        <w:rPr>
          <w:b/>
        </w:rPr>
        <w:t xml:space="preserve">[09:59] </w:t>
      </w:r>
      <w:r>
        <w:t>to us waqt shuru ke zamaney mein jo ayatein utri aap ke upar woh thi Al-Muddathir. Surah Al-Muddathir.</w:t>
      </w:r>
    </w:p>
    <w:p>
      <w:pPr>
        <w:jc w:val="right"/>
      </w:pPr>
      <w:r>
        <w:t>تواس وقت شروع کےزمانےمیں جو آیتیںاتریںآپکےاوپر وہ تھی المد ثر ۔ سورہ المد ثر ۔</w:t>
      </w:r>
    </w:p>
    <w:p>
      <w:r>
        <w:rPr>
          <w:b/>
        </w:rPr>
        <w:t xml:space="preserve">[10:10] </w:t>
      </w:r>
      <w:r>
        <w:t>is mein dekhiye, is mein pehli, yani shuru hi mein yeh bata diya gaya tha.</w:t>
      </w:r>
    </w:p>
    <w:p>
      <w:pPr>
        <w:jc w:val="right"/>
      </w:pPr>
      <w:r>
        <w:t>اسمیںدیکھیے، اسیمیںپہلی، یعنی شروع ہیمیں یہ بتادیاگیاتھا۔</w:t>
      </w:r>
    </w:p>
    <w:p>
      <w:r>
        <w:rPr>
          <w:b/>
        </w:rPr>
        <w:t xml:space="preserve">[10:20] </w:t>
      </w:r>
      <w:r>
        <w:t>wohi tha keh ya ayyuha al-muddathir. qum fa-anzir. wa rabbaka fa-kabbir. wa niyabaka fa-tahhir. war rizza fa-hajr. wa la tamnun tastakthir. wa li-rabbika fa-sabbir. yani aye Paighambar, da'wat pe niklo aur Allah ke liye sabr karo.</w:t>
      </w:r>
    </w:p>
    <w:p>
      <w:pPr>
        <w:jc w:val="right"/>
      </w:pPr>
      <w:r>
        <w:t>وہیہتھا کہ یا ای المد ثر قمفانظر و ربکفکبر وس اب کفطہر وال رز فاجر ولا تمن تستکثر ول ربکفطبر یعنی اےپیغمبر ، دا ؤورککرو اور اللہ کےلیےصبرکرو۔</w:t>
      </w:r>
    </w:p>
    <w:p>
      <w:r>
        <w:rPr>
          <w:b/>
        </w:rPr>
        <w:t xml:space="preserve">[10:44] </w:t>
      </w:r>
      <w:r>
        <w:t>yani mission ko chalane ke liye tum ko rukawatein pesh ayein gi,</w:t>
      </w:r>
    </w:p>
    <w:p>
      <w:pPr>
        <w:jc w:val="right"/>
      </w:pPr>
      <w:r>
        <w:t>یعنی مشنکو چلانےکےلیے تم کورکاوٹیںپیشآئیںگی،</w:t>
      </w:r>
    </w:p>
    <w:p>
      <w:r>
        <w:rPr>
          <w:b/>
        </w:rPr>
        <w:t xml:space="preserve">[10:49] </w:t>
      </w:r>
      <w:r>
        <w:t>logon ki taraf se tarah tarah ke masle khade kiye jayein ge. lekin tumhara tareeqa kya hai? sabr. sabr koi escape nahi hai, koi passivity attitude nahi hai.</w:t>
      </w:r>
    </w:p>
    <w:p>
      <w:pPr>
        <w:jc w:val="right"/>
      </w:pPr>
      <w:r>
        <w:t>لوگوںکیطرفسے طرح طرح کے مسئلےکھڑےکیےجائیںگے۔لیکن تمہاراطریقہکیاہے ؟ صبر۔ صبر کوئی اسپ ائینہیںہے، کوئیپیسیوایٹیٹیوڈنہیںہے۔</w:t>
      </w:r>
    </w:p>
    <w:p>
      <w:r>
        <w:rPr>
          <w:b/>
        </w:rPr>
        <w:t xml:space="preserve">[11:04] </w:t>
      </w:r>
      <w:r>
        <w:t>sabrnamehai masle ko thande tareeqe par ghore karna, masle par</w:t>
      </w:r>
    </w:p>
    <w:p>
      <w:pPr>
        <w:jc w:val="right"/>
      </w:pPr>
      <w:r>
        <w:t>صبرنامہے مسئلےکو ٹھنڈےطریقےپرغورکرنا،مسئلےپر</w:t>
      </w:r>
    </w:p>
    <w:p>
      <w:r>
        <w:rPr>
          <w:b/>
        </w:rPr>
        <w:t xml:space="preserve">[11:11] </w:t>
      </w:r>
      <w:r>
        <w:t>yani reaction kiye baghair, reaction ke baghair positive planning. yeh hai sabr. yani reaction nahi, nafrat nahi, jhanjhlahatan nahi,</w:t>
      </w:r>
    </w:p>
    <w:p>
      <w:pPr>
        <w:jc w:val="right"/>
      </w:pPr>
      <w:r>
        <w:t>یعنیریایکشن کیےبغیر، ریایکشنکےبغیر پازیٹیوپلاننگ۔ یہہے صبر ۔ یعنیریایکشننہیں ، نفرتنہیں ، جھنجھلاہٹنہیں ،</w:t>
      </w:r>
    </w:p>
    <w:p>
      <w:r>
        <w:rPr>
          <w:b/>
        </w:rPr>
        <w:t xml:space="preserve">[11:25] </w:t>
      </w:r>
      <w:r>
        <w:t>kina nahi, inteqam nahi. in sab se alag hokar ke aapas sochain. aur sochkar ke apne amal ki positive planning karein.</w:t>
      </w:r>
    </w:p>
    <w:p>
      <w:pPr>
        <w:jc w:val="right"/>
      </w:pPr>
      <w:r>
        <w:t>کینہنہیں،انتقامنہیں ۔ انسبسےالگہوکرکےآپسوچیں۔ اورسوچکرکے اپنے عمل کی پازیٹیوپلاننگکریں۔</w:t>
      </w:r>
    </w:p>
    <w:p>
      <w:r>
        <w:rPr>
          <w:b/>
        </w:rPr>
        <w:t xml:space="preserve">[11:34] </w:t>
      </w:r>
      <w:r>
        <w:t>isi ka naam hai sabr. shuru mein bata diya gaya yeh. kaisi ajeeb baat hai.</w:t>
      </w:r>
    </w:p>
    <w:p>
      <w:pPr>
        <w:jc w:val="right"/>
      </w:pPr>
      <w:r>
        <w:t>اسیکانامہےصبر ۔ شروع میںبتادیا گیایہ۔ کیسیعجیبباتہے۔</w:t>
      </w:r>
    </w:p>
    <w:p>
      <w:r>
        <w:rPr>
          <w:b/>
        </w:rPr>
        <w:t xml:space="preserve">[11:42] </w:t>
      </w:r>
      <w:r>
        <w:t>phir do aur aayaton ko lijiye. Quran majeed mein ek aayat hai al sulhu khair. sulah ka matlab hota hai wahi jo aap aaj kehte hain aman, peace. yani al sulhu khair ka matlab hai peaceful settlement is the best.</w:t>
      </w:r>
    </w:p>
    <w:p>
      <w:pPr>
        <w:jc w:val="right"/>
      </w:pPr>
      <w:r>
        <w:t>پھر دواورآیتوںکولیجیے۔ قرآنمجیدمیںایکآیتہے الصلح خیر ۔صلحکامطلبہوتاہےوہیجوآپ آجکہتےہیں امن ،پیس ۔یعنی الصلحخیرکامطلبہے peaceful sett lement isthebest ۔</w:t>
      </w:r>
    </w:p>
    <w:p>
      <w:r>
        <w:rPr>
          <w:b/>
        </w:rPr>
        <w:t xml:space="preserve">[12:03] </w:t>
      </w:r>
      <w:r>
        <w:t>yeh Quran mein Rasool Allah ko bataya gaya. yeh Surah Nisa mein yeh aayat hai.</w:t>
      </w:r>
    </w:p>
    <w:p>
      <w:pPr>
        <w:jc w:val="right"/>
      </w:pPr>
      <w:r>
        <w:t>یہ قرآنمیںرسولاللہکوبتایاگیا۔ یہ سورہ النساءمیںیہآیتہے۔</w:t>
      </w:r>
    </w:p>
    <w:p>
      <w:r>
        <w:rPr>
          <w:b/>
        </w:rPr>
        <w:t xml:space="preserve">[12:11] </w:t>
      </w:r>
      <w:r>
        <w:t>al sulhu khair. yani peaceful settlement is the best. doosri ek aayat Surah Hajj mein hai al Hajj</w:t>
      </w:r>
    </w:p>
    <w:p>
      <w:pPr>
        <w:jc w:val="right"/>
      </w:pPr>
      <w:r>
        <w:t>الصلحخیر۔یعنی peaceful sett lementisthebest ۔دوسریایک آیت سورہحجمیںہے الحج</w:t>
      </w:r>
    </w:p>
    <w:p>
      <w:r>
        <w:rPr>
          <w:b/>
        </w:rPr>
        <w:t xml:space="preserve">[12:23] </w:t>
      </w:r>
      <w:r>
        <w:t>ۖفلا ين ادون كفیالابر بدوالیربک ۔</w:t>
      </w:r>
    </w:p>
    <w:p>
      <w:pPr>
        <w:jc w:val="right"/>
      </w:pPr>
      <w:r>
        <w:t>ۖفلا ين ادون كفیالابر بدوالیربک ۔</w:t>
      </w:r>
    </w:p>
    <w:p>
      <w:r>
        <w:rPr>
          <w:b/>
        </w:rPr>
        <w:t xml:space="preserve">[12:28] </w:t>
      </w:r>
      <w:r>
        <w:t>yeh farmaya ke lafzi tarjuma to iska yeh hai ke woh tum se niza na karein, woh is se takrao na karein.</w:t>
      </w:r>
    </w:p>
    <w:p>
      <w:pPr>
        <w:jc w:val="right"/>
      </w:pPr>
      <w:r>
        <w:t>یہفرمایاکہ لفظیترجمہتواسکایہہےکہ وہ تم سے نزاع نہکریں، وہاسسےٹکراؤنہکریں۔</w:t>
      </w:r>
    </w:p>
    <w:p>
      <w:r>
        <w:rPr>
          <w:b/>
        </w:rPr>
        <w:t xml:space="preserve">[12:37] </w:t>
      </w:r>
      <w:r>
        <w:t>aur tum dawat, daawa work karo. lekin yeh arabi ka usloob hai. iska matlab yani kehne ka order diya ja raha hai ke tum niza mat karo.</w:t>
      </w:r>
    </w:p>
    <w:p>
      <w:pPr>
        <w:jc w:val="right"/>
      </w:pPr>
      <w:r>
        <w:t>اور تم دعوت ،دعویٰورککرو ۔ لیکن یہ عربی کااسلوبہے۔ اسکامطلب یعنیکہانہیں آرڈردیاجارہاہےکہتم نزاعمتکرو۔</w:t>
      </w:r>
    </w:p>
    <w:p>
      <w:r>
        <w:rPr>
          <w:b/>
        </w:rPr>
        <w:t xml:space="preserve">[12:51] </w:t>
      </w:r>
      <w:r>
        <w:t>yani da'ee ko nahi. da'ee se kaha ja raha hai ke tum niza karne ka batne na aao. jise arabi mein kaha jata hai ke la yadhribnak Zaid. to lafzi tarjuma to iska hai ke Zaid tum ko hargiz na mare.</w:t>
      </w:r>
    </w:p>
    <w:p>
      <w:pPr>
        <w:jc w:val="right"/>
      </w:pPr>
      <w:r>
        <w:t>یعنیمد عوکو نہیں ۔ داعیسےکہاجارہاہےکہتم نزاعکینوبتنہآنےدو ۔ جسےعربیمیںکہاجاتاہےکہ لا يضربن كزید ۔تو لفظیترجمہتواسکاہےکہزیدتمکوہرگزنہمارے۔</w:t>
      </w:r>
    </w:p>
    <w:p>
      <w:r>
        <w:rPr>
          <w:b/>
        </w:rPr>
        <w:t xml:space="preserve">[13:09] </w:t>
      </w:r>
      <w:r>
        <w:t>lekin iska matlab yeh nahi hai. iska matlab ke tum Zaid ko hargiz yeh mauqa na do ke woh tum ko mare. yeh matlab hai.</w:t>
      </w:r>
    </w:p>
    <w:p>
      <w:pPr>
        <w:jc w:val="right"/>
      </w:pPr>
      <w:r>
        <w:t>لیکن اسکامطلبیہنہیںہے۔ اسکامطلب کہ تم زیدکوہرگزیہموقعنہدوکہوہتمکومار مار ے۔ یہمطلب ہے۔</w:t>
      </w:r>
    </w:p>
    <w:p>
      <w:r>
        <w:rPr>
          <w:b/>
        </w:rPr>
        <w:t xml:space="preserve">[13:19] </w:t>
      </w:r>
      <w:r>
        <w:t>to matlab hai ke da'ee ko chahiye ke aisa andaaz ikhtiyar kare, aisa method ikhtiyar kare, aisi policy ikhtiyar kare ke</w:t>
      </w:r>
    </w:p>
    <w:p>
      <w:pPr>
        <w:jc w:val="right"/>
      </w:pPr>
      <w:r>
        <w:t>تومطلبہےکہداعیکوچاہیے کہ ایسا انداز اختیارکرے،ایسا میتھڈاختیارکرے، ایسی پالیسیاختیارکرے کہ</w:t>
      </w:r>
    </w:p>
    <w:p>
      <w:r>
        <w:rPr>
          <w:b/>
        </w:rPr>
        <w:t xml:space="preserve">[13:31] </w:t>
      </w:r>
      <w:r>
        <w:t>takrao karne ka batne na aaye, confrontation karne ka batne na aaye. peaceful environment ko baqi rakhe woh.</w:t>
      </w:r>
    </w:p>
    <w:p>
      <w:pPr>
        <w:jc w:val="right"/>
      </w:pPr>
      <w:r>
        <w:t>ٹکراؤکینوبتنہآئے، کنفrontiشنکینوبتنہآئے۔ پیسفل انوائرمنٹکو باقیرکھےوہ۔</w:t>
      </w:r>
    </w:p>
    <w:p>
      <w:r>
        <w:rPr>
          <w:b/>
        </w:rPr>
        <w:t xml:space="preserve">[13:41] </w:t>
      </w:r>
      <w:r>
        <w:t>da'ee apni taraf se. kyun ke iske baghair da'wa work nahi ho sakta hai.</w:t>
      </w:r>
    </w:p>
    <w:p>
      <w:pPr>
        <w:jc w:val="right"/>
      </w:pPr>
      <w:r>
        <w:t>داعی اپنیطرف سے ۔ کی وں کہاسکےبغیردعویٰورکنہیںہوسکتاہے۔</w:t>
      </w:r>
    </w:p>
    <w:p>
      <w:r>
        <w:rPr>
          <w:b/>
        </w:rPr>
        <w:t xml:space="preserve">[13:48] </w:t>
      </w:r>
      <w:r>
        <w:t>ab dono aayaton ko lijiye aap.</w:t>
      </w:r>
    </w:p>
    <w:p>
      <w:pPr>
        <w:jc w:val="right"/>
      </w:pPr>
      <w:r>
        <w:t>اباندونوںآیتوںکولیجیےآپ۔</w:t>
      </w:r>
    </w:p>
    <w:p>
      <w:r>
        <w:rPr>
          <w:b/>
        </w:rPr>
        <w:t xml:space="preserve">[13:53] </w:t>
      </w:r>
      <w:r>
        <w:t>to kya nikla? ke kaam karne ka tareeqa yeh bataya gaya ke tum kahin bhi kaam karoge to tum ko aise halaat pesh aayenge jo tumhare liye unwanted honge, nagawar honge.</w:t>
      </w:r>
    </w:p>
    <w:p>
      <w:pPr>
        <w:jc w:val="right"/>
      </w:pPr>
      <w:r>
        <w:t>توکیانکلا؟ کہ کام کرنے کاطریقہیہبتایاگیا کہتم کہیںبھیکامکروگےتو تم کو ایسےحالات پیشآئیںگے جوتمہارےلیے unwantedہوںگے، ناخوشگوارہوںگے۔</w:t>
      </w:r>
    </w:p>
    <w:p>
      <w:r>
        <w:rPr>
          <w:b/>
        </w:rPr>
        <w:t xml:space="preserve">[14:08] </w:t>
      </w:r>
      <w:r>
        <w:t>tumhare pasand ke khilaf honge. yeh hoga, hoga. kyun ke yeh law of nature hai.</w:t>
      </w:r>
    </w:p>
    <w:p>
      <w:pPr>
        <w:jc w:val="right"/>
      </w:pPr>
      <w:r>
        <w:t>تمہارےپسندکےخلاف ہوںگے۔ یہہوگا،ہوگا۔کیونکہیہ lawofnature ہے۔</w:t>
      </w:r>
    </w:p>
    <w:p>
      <w:r>
        <w:rPr>
          <w:b/>
        </w:rPr>
        <w:t xml:space="preserve">[14:16] </w:t>
      </w:r>
      <w:r>
        <w:t>yeh law of</w:t>
      </w:r>
    </w:p>
    <w:p>
      <w:pPr>
        <w:jc w:val="right"/>
      </w:pPr>
      <w:r>
        <w:t>یہlawof</w:t>
      </w:r>
    </w:p>
    <w:p>
      <w:r>
        <w:rPr>
          <w:b/>
        </w:rPr>
        <w:t xml:space="preserve">[14:17] </w:t>
      </w:r>
      <w:r>
        <w:t>nature hai. difference is part of nature. to kya karna chahiye? problem aayenge, problem are part of nature.</w:t>
      </w:r>
    </w:p>
    <w:p>
      <w:pPr>
        <w:jc w:val="right"/>
      </w:pPr>
      <w:r>
        <w:t>natureہے۔ differ enceispartofnature ۔تو کیا کرناچاہیے ؟ پرابلمآئیںگے، پرابلمare partofnature۔</w:t>
      </w:r>
    </w:p>
    <w:p>
      <w:r>
        <w:rPr>
          <w:b/>
        </w:rPr>
        <w:t xml:space="preserve">[14:28] </w:t>
      </w:r>
      <w:r>
        <w:t>to kya karna chahiye? problem ko manage karo, na ke problem se ladne lago.</w:t>
      </w:r>
    </w:p>
    <w:p>
      <w:pPr>
        <w:jc w:val="right"/>
      </w:pPr>
      <w:r>
        <w:t>توکیاکرناچاہیے؟ پرابلمکوmanageکرو، نہ کہپرابلمسےلڑنےلگو ۔</w:t>
      </w:r>
    </w:p>
    <w:p>
      <w:r>
        <w:rPr>
          <w:b/>
        </w:rPr>
        <w:t xml:space="preserve">[14:37] </w:t>
      </w:r>
      <w:r>
        <w:t>yeh hai. yani formula jo hai Islam ka woh yeh hai ke problem ko manage karo, nahi yeh ke tum is se ladne lago. aur isko eliminate karne ki koshish karo.</w:t>
      </w:r>
    </w:p>
    <w:p>
      <w:pPr>
        <w:jc w:val="right"/>
      </w:pPr>
      <w:r>
        <w:t>یہہے۔ یعنی فارمولاجوہےاسلام کا وہیہہے کہ پرابلم کو manageکرو ،نہیہکہتماسسےلڑنےلگو۔اوراسکو elimin ateکرنےکیکوششکرو۔</w:t>
      </w:r>
    </w:p>
    <w:p>
      <w:r>
        <w:rPr>
          <w:b/>
        </w:rPr>
        <w:t xml:space="preserve">[14:52] </w:t>
      </w:r>
      <w:r>
        <w:t>yeh hai formula of pacifism ka. to log jo hain chahte hain ke problem na ho to aman qaim ho. problem khatam ho jaye, injustice khatam ho jaye, zulm khatam ho jaye.</w:t>
      </w:r>
    </w:p>
    <w:p>
      <w:pPr>
        <w:jc w:val="right"/>
      </w:pPr>
      <w:r>
        <w:t>یہہےفارمولا پیسیفزمکا ۔ تولوگ جوہیں چاہتےہیںکہپرابلم نہہوتوامنقائمہو۔ پرابلمختمہوجائے،انجسٹسختمہوجائے،ظلمختمہوجائے۔</w:t>
      </w:r>
    </w:p>
    <w:p>
      <w:r>
        <w:rPr>
          <w:b/>
        </w:rPr>
        <w:t xml:space="preserve">[15:09] </w:t>
      </w:r>
      <w:r>
        <w:t>to yeh to kabhi nahi hoga. kehte hain kya hota hai log? aman ke naam par ek aur ladai chhod dete hain. koi baqaida violent activism chalata hai, koi street activism chalata hai.</w:t>
      </w:r>
    </w:p>
    <w:p>
      <w:pPr>
        <w:jc w:val="right"/>
      </w:pPr>
      <w:r>
        <w:t>تو یہ توکبھینہیںہوگا۔ کہتےہیںکیاہوتاہےلوگ ؟ امنکےنامپر ایکاور لڑائیچھڑدیتےہیں۔ کوئی باقاعدہ violentactiv ismچلاتاہے، کوئی streetactiv ism چلاتاہے۔</w:t>
      </w:r>
    </w:p>
    <w:p>
      <w:r>
        <w:rPr>
          <w:b/>
        </w:rPr>
        <w:t xml:space="preserve">[15:26] </w:t>
      </w:r>
      <w:r>
        <w:t>woh bhi ek qism ki ladai hai. yani koi hathiyar utha leta hai, koi hathiyar nahi uthata to crowd le ke aata hai street par, is se tarah tarah ke masail paida hote hain.</w:t>
      </w:r>
    </w:p>
    <w:p>
      <w:pPr>
        <w:jc w:val="right"/>
      </w:pPr>
      <w:r>
        <w:t>وہبھیایکقسم کیلڑائیہے۔ یعنیکوئیہتھیاراٹھالیتاہے، کوئیہتھیارنہیںاٹھاتاتو crowdلےکےآتاہے streetپر ،اسسے طرحطرح کےمسائلپیدا ہوتےہیں۔</w:t>
      </w:r>
    </w:p>
    <w:p>
      <w:r>
        <w:rPr>
          <w:b/>
        </w:rPr>
        <w:t xml:space="preserve">[15:39] </w:t>
      </w:r>
      <w:r>
        <w:t>to street activism bhi abhi isi category mein se taluq rakhta hai.</w:t>
      </w:r>
    </w:p>
    <w:p>
      <w:pPr>
        <w:jc w:val="right"/>
      </w:pPr>
      <w:r>
        <w:t>تو stre et activ ism بھی ابھی اسیcateg oryمیں سےتعلقرکھتاہے۔</w:t>
      </w:r>
    </w:p>
    <w:p>
      <w:r>
        <w:rPr>
          <w:b/>
        </w:rPr>
        <w:t xml:space="preserve">[15:51] </w:t>
      </w:r>
      <w:r>
        <w:t>Street activism se kya hota hai? Agitation paida hota hai, agitative mind paida hota hai, nafrat paida hoti hai, jhagre hote hain.</w:t>
      </w:r>
    </w:p>
    <w:p>
      <w:pPr>
        <w:jc w:val="right"/>
      </w:pPr>
      <w:r>
        <w:t>streetactiv ismسے کیاہوتاہے؟ agitationپیدا ہوتاہے، agitativemindپیدا ہوتاہے، نفرتپیدا ہوتیہے، جھگڑےہوتےہیں۔</w:t>
      </w:r>
    </w:p>
    <w:p>
      <w:r>
        <w:rPr>
          <w:b/>
        </w:rPr>
        <w:t xml:space="preserve">[16:01] </w:t>
      </w:r>
      <w:r>
        <w:t>we end the concept par aata hai. kyunke street activism chalata hai aap kisi ke khilaf. woh zalim hai, main mazloom hoon. woh mujhe mehroom ki hui hai, mujhe lena hai.</w:t>
      </w:r>
    </w:p>
    <w:p>
      <w:pPr>
        <w:jc w:val="right"/>
      </w:pPr>
      <w:r>
        <w:t>weendtheconceptپرآتاہے۔کیونکہstreetactiv ismچلاتاہےآپکسیکےخلاف ۔ وہ ظالمہے، میںمظلوم ہوں۔ وہمجھےمحرومکیہوئیہے،مجھےلیناہے۔</w:t>
      </w:r>
    </w:p>
    <w:p>
      <w:r>
        <w:rPr>
          <w:b/>
        </w:rPr>
        <w:t xml:space="preserve">[16:12] </w:t>
      </w:r>
      <w:r>
        <w:t>to yeh jo hai tareeqa. to chahe aap gun uthayein ya gun na uthakar ke aap demonstration, street activism, bheed bhaad jama karke slogan, policy chalana.</w:t>
      </w:r>
    </w:p>
    <w:p>
      <w:pPr>
        <w:jc w:val="right"/>
      </w:pPr>
      <w:r>
        <w:t>تو یہجو ہے طریقہ ۔توچاہےآپ گناٹھائیں یا گننہاٹھاکرکے آپ demonstr ation ، streetactiv ism ،بھیڑبھاڑجمع کرکےslogan،pol icyچلانا۔</w:t>
      </w:r>
    </w:p>
    <w:p>
      <w:r>
        <w:rPr>
          <w:b/>
        </w:rPr>
        <w:t xml:space="preserve">[16:26] </w:t>
      </w:r>
      <w:r>
        <w:t>yeh sab bhi wohi hai. koi farq nahi hai is mein.</w:t>
      </w:r>
    </w:p>
    <w:p>
      <w:pPr>
        <w:jc w:val="right"/>
      </w:pPr>
      <w:r>
        <w:t>یہسببھیوہیہے۔ کوئیفرقنہیںہےاسمیں ۔</w:t>
      </w:r>
    </w:p>
    <w:p>
      <w:r>
        <w:rPr>
          <w:b/>
        </w:rPr>
        <w:t xml:space="preserve">[16:30] </w:t>
      </w:r>
      <w:r>
        <w:t>to Islam mein hargiz dono mein se koi bhi nahi. Rasool Allah ne kabhi bhi agitation ki policy nahi chalai. juloos, naara, jhanda, agitation. yeh jo tareeqa hai protest, yeh Rasool Allah ne kabhi ikhtiyar nahi kiya.</w:t>
      </w:r>
    </w:p>
    <w:p>
      <w:pPr>
        <w:jc w:val="right"/>
      </w:pPr>
      <w:r>
        <w:t>تو اسلام میں ہرگز دونوںمیںسےکوئیبھینہیں ۔ رسولاللہنےکبھیبھی agitationکیپالیسینہیںچلائی۔ جلوس،نعرہ،جھنڈا،agitation ۔یہجوطریقہہےprotest ،یہرسولاللہنےکبھی اختیارنہیںکیا۔</w:t>
      </w:r>
    </w:p>
    <w:p>
      <w:r>
        <w:rPr>
          <w:b/>
        </w:rPr>
        <w:t xml:space="preserve">[16:47] </w:t>
      </w:r>
      <w:r>
        <w:t>halanke wahan bohat problem tha. misaal ke taur par Ka'aba mein sankaron but rakhe hue the. lekin aap ne kabhi agitation nahi kiya.</w:t>
      </w:r>
    </w:p>
    <w:p>
      <w:pPr>
        <w:jc w:val="right"/>
      </w:pPr>
      <w:r>
        <w:t>حالانکہوہاںبہتproblem تھا۔ مثالکےطورپرکعبہمیں سینکڑوںبترکھےہوئےتھے۔ لیکن آپنےکبھی agitationنہیںکیا۔</w:t>
      </w:r>
    </w:p>
    <w:p>
      <w:r>
        <w:rPr>
          <w:b/>
        </w:rPr>
        <w:t xml:space="preserve">[16:59] </w:t>
      </w:r>
      <w:r>
        <w:t>to dekhiye, peace jo hai, peace ka formula jo logon ne ikhtiyar kiya, woh formula hi galat hai.</w:t>
      </w:r>
    </w:p>
    <w:p>
      <w:pPr>
        <w:jc w:val="right"/>
      </w:pPr>
      <w:r>
        <w:t>تودیکھیے، peaceجوہے، peaceکا فارمولا جو لوگوںنےاختیارکیا،وہ فارم ولاہیغلطہے۔</w:t>
      </w:r>
    </w:p>
    <w:p>
      <w:r>
        <w:rPr>
          <w:b/>
        </w:rPr>
        <w:t xml:space="preserve">[17:14] </w:t>
      </w:r>
      <w:r>
        <w:t>isse peace kabhi nahi aa sakta. kyun? dekhiye, wajah yeh hai ke zindagi ko creator ka jo creation plan hai, usko samjhiye.</w:t>
      </w:r>
    </w:p>
    <w:p>
      <w:pPr>
        <w:jc w:val="right"/>
      </w:pPr>
      <w:r>
        <w:t>اسسےpeaceکبھینہیںآسکتا۔ کیوں ؟ دیکھیے،وجہ یہہےکہ زندگی کو cre atorکاجو cre ationplan ہے،اسکوسمجھی ے۔</w:t>
      </w:r>
    </w:p>
    <w:p>
      <w:r>
        <w:rPr>
          <w:b/>
        </w:rPr>
        <w:t xml:space="preserve">[17:27] </w:t>
      </w:r>
      <w:r>
        <w:t>Khuda ka jo creation plan hai, usko samjhiye. is plan mein apne aap shamil hain ke duniya mein problem rahenge, differences rahenge.</w:t>
      </w:r>
    </w:p>
    <w:p>
      <w:pPr>
        <w:jc w:val="right"/>
      </w:pPr>
      <w:r>
        <w:t>خداکاجو cre ationplan ہے،اسکوسمجھی ے۔ اس plan میں اپنےآپ شامل ہیںکہدنیا میں problem رہیںگے، differ encesرہیںگے۔</w:t>
      </w:r>
    </w:p>
    <w:p>
      <w:r>
        <w:rPr>
          <w:b/>
        </w:rPr>
        <w:t xml:space="preserve">[17:39] </w:t>
      </w:r>
      <w:r>
        <w:t>ek doosre ko, ek doosre se kuch chot pahunchegi, yeh sab, yeh sab ke plan mein shamil hai. to problem hissa hai zindagi ka.</w:t>
      </w:r>
    </w:p>
    <w:p>
      <w:pPr>
        <w:jc w:val="right"/>
      </w:pPr>
      <w:r>
        <w:t>ایکدوسرےکو ،ایکدوسرےسےکچھ چوٹپہنچےگی،یہسب،یہسب کےplan ہیمیںشامل ہے۔ تو problem حصہہے زندگی کا ۔</w:t>
      </w:r>
    </w:p>
    <w:p>
      <w:r>
        <w:rPr>
          <w:b/>
        </w:rPr>
        <w:t xml:space="preserve">[17:53] </w:t>
      </w:r>
      <w:r>
        <w:t>problem ko aap khatam nahi kar sakte.</w:t>
      </w:r>
    </w:p>
    <w:p>
      <w:pPr>
        <w:jc w:val="right"/>
      </w:pPr>
      <w:r>
        <w:t>problem کوآپختمنہیںکرسکتے۔</w:t>
      </w:r>
    </w:p>
    <w:p>
      <w:r>
        <w:rPr>
          <w:b/>
        </w:rPr>
        <w:t xml:space="preserve">[17:55] </w:t>
      </w:r>
      <w:r>
        <w:t>to problem ko manage kar sakte hain aap. problem ko aap eliminate nahi kar sakte.</w:t>
      </w:r>
    </w:p>
    <w:p>
      <w:pPr>
        <w:jc w:val="right"/>
      </w:pPr>
      <w:r>
        <w:t>تو problem کو manageکرسکتےہیںآپ ۔problem کو آپ elimin ateنہیںکرسکتے۔</w:t>
      </w:r>
    </w:p>
    <w:p>
      <w:r>
        <w:rPr>
          <w:b/>
        </w:rPr>
        <w:t xml:space="preserve">[18:06] </w:t>
      </w:r>
      <w:r>
        <w:t>yeh hai raaz jo Rasool Allah ko bataya gaya.</w:t>
      </w:r>
    </w:p>
    <w:p>
      <w:pPr>
        <w:jc w:val="right"/>
      </w:pPr>
      <w:r>
        <w:t>یہہے راز جو رسولاللہکوبتایاگیا۔</w:t>
      </w:r>
    </w:p>
    <w:p>
      <w:r>
        <w:rPr>
          <w:b/>
        </w:rPr>
        <w:t xml:space="preserve">[18:13] </w:t>
      </w:r>
      <w:r>
        <w:t>to dekhiye, iska Quran mein, Hadees mein isko bohat</w:t>
      </w:r>
    </w:p>
    <w:p>
      <w:pPr>
        <w:jc w:val="right"/>
      </w:pPr>
      <w:r>
        <w:t>تو دیکھیے، اسکا قرآنمیں،حدیثمیں اسکوبہت</w:t>
      </w:r>
    </w:p>
    <w:p>
      <w:r>
        <w:rPr>
          <w:b/>
        </w:rPr>
        <w:t xml:space="preserve">[18:20] </w:t>
      </w:r>
      <w:r>
        <w:t>khol kar bataya gaya. misaal ke taur par ek Hadees hai ke إن الله يعطي الرفقمولايعطي العون. yaani God grants to non-violence.</w:t>
      </w:r>
    </w:p>
    <w:p>
      <w:pPr>
        <w:jc w:val="right"/>
      </w:pPr>
      <w:r>
        <w:t>کھولکربتایاگیا۔ مثالکےطورپرایکحدیثہے کہ إن الله يعطي الرفقمولايعطي العون ۔یعنی God grants to non -violence.</w:t>
      </w:r>
    </w:p>
    <w:p>
      <w:r>
        <w:rPr>
          <w:b/>
        </w:rPr>
        <w:t xml:space="preserve">[18:30] </w:t>
      </w:r>
      <w:r>
        <w:t>What does God grant to violence? Khuda aman par woh cheez deta hai jo woh takrao par nahi deta.</w:t>
      </w:r>
    </w:p>
    <w:p>
      <w:pPr>
        <w:jc w:val="right"/>
      </w:pPr>
      <w:r>
        <w:t>Whatdo esGod granttoviol ence? ۔خدا امنپروہچیزدیتاہےجووہ ٹکراؤپرنہیںدیتا۔</w:t>
      </w:r>
    </w:p>
    <w:p>
      <w:r>
        <w:rPr>
          <w:b/>
        </w:rPr>
        <w:t xml:space="preserve">[18:40] </w:t>
      </w:r>
      <w:r>
        <w:t>aur doosre, kya kya? iska model Rasool Allah ne apni zindagi mein pesh kiya.</w:t>
      </w:r>
    </w:p>
    <w:p>
      <w:pPr>
        <w:jc w:val="right"/>
      </w:pPr>
      <w:r>
        <w:t>اور دوسرے ،کیا کیا ؟اسکا ماڈلرسولاللہنےاپنیزندگیمیںپیشکیا۔</w:t>
      </w:r>
    </w:p>
    <w:p>
      <w:r>
        <w:rPr>
          <w:b/>
        </w:rPr>
        <w:t xml:space="preserve">[18:46] </w:t>
      </w:r>
      <w:r>
        <w:t>maslan dekhiye, aap Makka mein the. to wahan har qism ke problem the. matlab ek problem yeh tha ke tauheed ke ghar mein but bohat saare bhare hue hain.</w:t>
      </w:r>
    </w:p>
    <w:p>
      <w:pPr>
        <w:jc w:val="right"/>
      </w:pPr>
      <w:r>
        <w:t>مثلاًدیکھیے، آپ مکہمیں تھے۔ تو وہاں ہرقسم کےproblem تھے۔ مطلبایکproblem یہتھاکہتوحیدکےگھرمیں بت بہتسارے بھرےہوئےہیں۔</w:t>
      </w:r>
    </w:p>
    <w:p>
      <w:r>
        <w:rPr>
          <w:b/>
        </w:rPr>
        <w:t xml:space="preserve">[18:59] </w:t>
      </w:r>
      <w:r>
        <w:t>ek problem yeh tha ke Rasool Allah ke jo saathi the, unko log maarte peette the. khud Rasool Allah ko satate the. Rasool Allah ko boycott kiya gaya.</w:t>
      </w:r>
    </w:p>
    <w:p>
      <w:pPr>
        <w:jc w:val="right"/>
      </w:pPr>
      <w:r>
        <w:t>ایک problem یہتھاکہرسولاللہ کےجوساتھیتھے،انکولوگ مارتےپیٹتےتھے۔ خود رسولاللہکو ستاتےتھے۔ رسولاللہکوboy cottکیاگیا۔</w:t>
      </w:r>
    </w:p>
    <w:p>
      <w:r>
        <w:rPr>
          <w:b/>
        </w:rPr>
        <w:t xml:space="preserve">[19:10] </w:t>
      </w:r>
      <w:r>
        <w:t>Makka mein rehna mushkil kar diya gaya aap ke liye.</w:t>
      </w:r>
    </w:p>
    <w:p>
      <w:pPr>
        <w:jc w:val="right"/>
      </w:pPr>
      <w:r>
        <w:t>مکہمیںرہنامشکلکردیاگیاآپکےلیے۔</w:t>
      </w:r>
    </w:p>
    <w:p>
      <w:r>
        <w:rPr>
          <w:b/>
        </w:rPr>
        <w:t xml:space="preserve">[19:14] </w:t>
      </w:r>
      <w:r>
        <w:t>yeh tarah tarah se jis cheez ko aap kehte hain atrocities, zulm, woh sab hua. lekin tehra saal ke poore daur mein Rasool Allah ne kabhi agitation nahi kiya.</w:t>
      </w:r>
    </w:p>
    <w:p>
      <w:pPr>
        <w:jc w:val="right"/>
      </w:pPr>
      <w:r>
        <w:t>یہطرح طرح سے جسچیزکوآپکہتےہیںatroc ities، ظلم ،وہسب ہوا۔ لیکن تیرہسالکےپورےدور میںرسولاللہنے کبھی agitationنہیںکیا۔</w:t>
      </w:r>
    </w:p>
    <w:p>
      <w:r>
        <w:rPr>
          <w:b/>
        </w:rPr>
        <w:t xml:space="preserve">[19:26] </w:t>
      </w:r>
      <w:r>
        <w:t>kabhi koi juloos nahi nikala. aur na kabhi ladai chhedi.</w:t>
      </w:r>
    </w:p>
    <w:p>
      <w:pPr>
        <w:jc w:val="right"/>
      </w:pPr>
      <w:r>
        <w:t>کبھیکوئیجلوسنہیںنکالا۔ اور نہکبھیلڑائیچھڑی ۔</w:t>
      </w:r>
    </w:p>
    <w:p>
      <w:r>
        <w:rPr>
          <w:b/>
        </w:rPr>
        <w:t xml:space="preserve">[19:33] </w:t>
      </w:r>
      <w:r>
        <w:t>jab tadad badh gayi to logon ne kaha ke hum hum ladenge, ladkar ke zulm khatam karenge. to aap ne farmaya ke nahi. اس بروحیعنیلم عمر بالقتال.</w:t>
      </w:r>
    </w:p>
    <w:p>
      <w:pPr>
        <w:jc w:val="right"/>
      </w:pPr>
      <w:r>
        <w:t>جب تعداد بڑھگئیتولوگوںنےکہاکہہم ہم لڑیںگے،لڑکرکےظلم ختمکریںگے۔ تو آپنےفرمایاکہنہیں۔اس بروحیعنیلم عمر بالقتال ۔</w:t>
      </w:r>
    </w:p>
    <w:p>
      <w:r>
        <w:rPr>
          <w:b/>
        </w:rPr>
        <w:t xml:space="preserve">[19:45] </w:t>
      </w:r>
      <w:r>
        <w:t>tum sabr karo, mujhko ladne ka hukm nahi diya gaya hai. yaani masle ko sabrana planning se khatam, hal karo.</w:t>
      </w:r>
    </w:p>
    <w:p>
      <w:pPr>
        <w:jc w:val="right"/>
      </w:pPr>
      <w:r>
        <w:t>تم صبرکرو ،مجھکو لڑنےکاحکمنہیںدیاگیاہے۔ یعنیمسئلےکو صابرانہ plan ningسےختم ،حلکرو۔</w:t>
      </w:r>
    </w:p>
    <w:p>
      <w:r>
        <w:rPr>
          <w:b/>
        </w:rPr>
        <w:t xml:space="preserve">[19:55] </w:t>
      </w:r>
      <w:r>
        <w:t>patientplan ning۔ larkar nahi۔</w:t>
      </w:r>
    </w:p>
    <w:p>
      <w:pPr>
        <w:jc w:val="right"/>
      </w:pPr>
      <w:r>
        <w:t>patientplan ning۔ لڑکر نہیں ۔</w:t>
      </w:r>
    </w:p>
    <w:p>
      <w:r>
        <w:rPr>
          <w:b/>
        </w:rPr>
        <w:t xml:space="preserve">[20:02] </w:t>
      </w:r>
      <w:r>
        <w:t>to yeh hai manage karna۔ iska naam manage karna۔ jaise but maujood the to aapne kya kiya؟ button ko nazar andaaz kar diya۔ aur wahan par jo log aate the, jab wahan par log jama hote the button ke naam par, unko lage aap dawat de rahe hain۔</w:t>
      </w:r>
    </w:p>
    <w:p>
      <w:pPr>
        <w:jc w:val="right"/>
      </w:pPr>
      <w:r>
        <w:t>تو یہہے manageکرنا۔ اسکانامmanageکرنا۔جیسےبت موجود تھےتوآپنےکیاکیا؟بتوںکونظراندازکردیا ۔ اوروہاںپر جولوگآتےتھے، جبوہاںپرلوگ اکٹھاہوتےتھےبتوںکےنامپر ،انکولگےآپ دعوتدےرہےہیں۔</w:t>
      </w:r>
    </w:p>
    <w:p>
      <w:r>
        <w:rPr>
          <w:b/>
        </w:rPr>
        <w:t xml:space="preserve">[20:18] </w:t>
      </w:r>
      <w:r>
        <w:t>aur kabhi yeh nahi kaha ke dekho yeh zulm hai kya؟ toheed ke ghar mein but bhare hue hain۔ yeh lafz kabhi bole nahi aap۔</w:t>
      </w:r>
    </w:p>
    <w:p>
      <w:pPr>
        <w:jc w:val="right"/>
      </w:pPr>
      <w:r>
        <w:t>اور کبھی یہنہیںکہاکہدیکھویہظلمہےکیا؟ توحیدکےگھرمیں بت بھرےہوئےہیں۔ یہلفظکبھیبولےنہیں آپ۔</w:t>
      </w:r>
    </w:p>
    <w:p>
      <w:r>
        <w:rPr>
          <w:b/>
        </w:rPr>
        <w:t xml:space="preserve">[20:28] </w:t>
      </w:r>
      <w:r>
        <w:t>yeh hai manage karna۔ phir dekhiye, unhone baqaida tay kiya ke Rasool Allah ko qatl kar dein۔</w:t>
      </w:r>
    </w:p>
    <w:p>
      <w:pPr>
        <w:jc w:val="right"/>
      </w:pPr>
      <w:r>
        <w:t>یہہےmanageکرنا۔ پھردیکھیے، انہوں نے باقاعدہ طےکیاکہرسولاللہکو قتلکردیں۔</w:t>
      </w:r>
    </w:p>
    <w:p>
      <w:r>
        <w:rPr>
          <w:b/>
        </w:rPr>
        <w:t xml:space="preserve">[20:38] </w:t>
      </w:r>
      <w:r>
        <w:t>unke yahan ek tribal parliament thi jis ka naam Mathadar Anda woh۔ ismein tay kiya unhone ke Muhammad ko qatl kar do, masla hi khatam ho jaye۔</w:t>
      </w:r>
    </w:p>
    <w:p>
      <w:pPr>
        <w:jc w:val="right"/>
      </w:pPr>
      <w:r>
        <w:t>انکےہاںایک tri bal parliament تھی جسکانامتھادار الندوہ۔ اسمیںطےکیاانہوںنے کہمحمد کوقتلکردو ، مسئلہہیختمہوجائے۔</w:t>
      </w:r>
    </w:p>
    <w:p>
      <w:r>
        <w:rPr>
          <w:b/>
        </w:rPr>
        <w:t xml:space="preserve">[20:49] </w:t>
      </w:r>
      <w:r>
        <w:t>to jab yeh faisla hua۔ to kya</w:t>
      </w:r>
    </w:p>
    <w:p>
      <w:pPr>
        <w:jc w:val="right"/>
      </w:pPr>
      <w:r>
        <w:t>توجب یہفیصلہہوا۔ تو کیا</w:t>
      </w:r>
    </w:p>
    <w:p>
      <w:r>
        <w:rPr>
          <w:b/>
        </w:rPr>
        <w:t xml:space="preserve">[20:53] </w:t>
      </w:r>
      <w:r>
        <w:t>hua؟ raat ke waqt Rasool Allah (SAW) Makka se rawana hokar Madine chale gaye۔ taake takrao ko na banaye۔</w:t>
      </w:r>
    </w:p>
    <w:p>
      <w:pPr>
        <w:jc w:val="right"/>
      </w:pPr>
      <w:r>
        <w:t>ہوا ؟ رات کےوقت رسولاللہصلیاللہعلیہوسلم مکہسےروانہہوکرمدینےچلےگئے۔ تاکہٹکراؤکینوبتنہآئے۔</w:t>
      </w:r>
    </w:p>
    <w:p>
      <w:r>
        <w:rPr>
          <w:b/>
        </w:rPr>
        <w:t xml:space="preserve">[21:03] </w:t>
      </w:r>
      <w:r>
        <w:t>takrao ko na banaye۔ is tarah se aapne yeh bhi ek it was also a way of management</w:t>
      </w:r>
    </w:p>
    <w:p>
      <w:pPr>
        <w:jc w:val="right"/>
      </w:pPr>
      <w:r>
        <w:t>ٹکراؤکینوبتنہآئے۔ اسطرحسےآپنے یہبھیایک itwasalso awayofman agement</w:t>
      </w:r>
    </w:p>
    <w:p>
      <w:r>
        <w:rPr>
          <w:b/>
        </w:rPr>
        <w:t xml:space="preserve">[21:14] </w:t>
      </w:r>
      <w:r>
        <w:t>۔ aap elaan karke jaate hain agar ۔ din ke waqt jaate hain agar ۔ logo se jhanjhat, jhagda karke jaate hain agar to logo ko pata hota hai logo ko ۔</w:t>
      </w:r>
    </w:p>
    <w:p>
      <w:pPr>
        <w:jc w:val="right"/>
      </w:pPr>
      <w:r>
        <w:t>۔آپ اعلانکرکےجاتےہیںاگر ۔ دنکےوقت جاتےہیںاگر ۔ لوگوںسے جھنجھٹ، جھگڑاکرکےجاتےہیںاگرتولوگوںکوپتہہوتاہےلوگوںکو ۔</w:t>
      </w:r>
    </w:p>
    <w:p>
      <w:r>
        <w:rPr>
          <w:b/>
        </w:rPr>
        <w:t xml:space="preserve">[21:23] </w:t>
      </w:r>
      <w:r>
        <w:t>phir takrao hota hai zahir hai۔ to aap ne khamoshi ke saath, bilkul khamoshi ke saath raat ko apne ghar se nikle۔</w:t>
      </w:r>
    </w:p>
    <w:p>
      <w:pPr>
        <w:jc w:val="right"/>
      </w:pPr>
      <w:r>
        <w:t>پھرٹکراؤہوتاہےظاہرہے۔ تو آپ نے خاموشیکےساتھ ،بالکل خاموشیکےساتھ راتکو اپنےگھرسےنکلے۔</w:t>
      </w:r>
    </w:p>
    <w:p>
      <w:r>
        <w:rPr>
          <w:b/>
        </w:rPr>
        <w:t xml:space="preserve">[21:33] </w:t>
      </w:r>
      <w:r>
        <w:t>aur Hazrat Abu Bakr se ko saath liya۔ aur oont par baith kar ke rawana ho gaye۔</w:t>
      </w:r>
    </w:p>
    <w:p>
      <w:pPr>
        <w:jc w:val="right"/>
      </w:pPr>
      <w:r>
        <w:t>اور حضرتابوبکرسے کوساتھ لیا۔ اور اونٹپربیٹھکرکےروانہہوگئے۔</w:t>
      </w:r>
    </w:p>
    <w:p>
      <w:r>
        <w:rPr>
          <w:b/>
        </w:rPr>
        <w:t xml:space="preserve">[21:43] </w:t>
      </w:r>
      <w:r>
        <w:t>aap ka ek guide tha۔ aur rawana woh ho gaye to aap ne ek naye raste se, agar aap woh rasta chalte hain jis ko jo kehte hain muhtat rasta۔</w:t>
      </w:r>
    </w:p>
    <w:p>
      <w:pPr>
        <w:jc w:val="right"/>
      </w:pPr>
      <w:r>
        <w:t>آپ کا ایک guideتھا۔ اور روانہجوہوگیاتو آپ نے ایک نئےراستےسے ،اگر آپ وہراستہچلتےہیںجسکو جوکہتےہیںمحتاط راستہ۔</w:t>
      </w:r>
    </w:p>
    <w:p>
      <w:r>
        <w:rPr>
          <w:b/>
        </w:rPr>
        <w:t xml:space="preserve">[21:52] </w:t>
      </w:r>
      <w:r>
        <w:t>yani jis par ke lakeer ban jati hai, jis par ke log aate jaate hain to rasta ban jata hai۔ woh raste se nahi gaye aap۔ ghair muhtat raste se aap ne safar kiya۔</w:t>
      </w:r>
    </w:p>
    <w:p>
      <w:pPr>
        <w:jc w:val="right"/>
      </w:pPr>
      <w:r>
        <w:t>یعنیجسپر کہ لکیربنجاتیہے، جسپر کہ لوگآتےجاتےہیںتوراستہبنجاتاہے۔وہراستےسےنہیںگئےآپ۔ غیر محتاطراستےسےآپ نےسفرکیا۔</w:t>
      </w:r>
    </w:p>
    <w:p>
      <w:r>
        <w:rPr>
          <w:b/>
        </w:rPr>
        <w:t xml:space="preserve">[22:04] </w:t>
      </w:r>
      <w:r>
        <w:t>iske liye aapko guide ki zaroorat padi۔ guide ki۔ agar aap jaate is raste se jo bana banaya rasta tha to phir guide ki zaroorat nahi thi۔</w:t>
      </w:r>
    </w:p>
    <w:p>
      <w:pPr>
        <w:jc w:val="right"/>
      </w:pPr>
      <w:r>
        <w:t>اسکےلیےآپکوguideکیضرورتپڑی۔guideکی۔اگرآپجاتےاسراستےسےجو بنابناراستہتھا تو پھرguideکیضرورتنہیںتھی۔</w:t>
      </w:r>
    </w:p>
    <w:p>
      <w:r>
        <w:rPr>
          <w:b/>
        </w:rPr>
        <w:t xml:space="preserve">[22:13] </w:t>
      </w:r>
      <w:r>
        <w:t>Abdullah ibn Hurayq ek naam tha ek shakhs ka ۔ jo yahi professional tha۔ aur as a professional woh yahi kaam karta tha guide karne ka ۔</w:t>
      </w:r>
    </w:p>
    <w:p>
      <w:pPr>
        <w:jc w:val="right"/>
      </w:pPr>
      <w:r>
        <w:t>عبداللہابن حریق ایک نامتھاایکشخص کا ۔جو یہی professional تھا۔ اور asaprofessional وہیہیکامکرتاتھاguideکرنےکا ۔</w:t>
      </w:r>
    </w:p>
    <w:p>
      <w:r>
        <w:rPr>
          <w:b/>
        </w:rPr>
        <w:t xml:space="preserve">[22:24] </w:t>
      </w:r>
      <w:r>
        <w:t>raste ka mahir tha۔ is zamane mein, aajkal ke to raste road par bane rehte hain۔ sign usko dekh kar aap jaan lete hain ke idhar jana hai, udhar jana hai۔</w:t>
      </w:r>
    </w:p>
    <w:p>
      <w:pPr>
        <w:jc w:val="right"/>
      </w:pPr>
      <w:r>
        <w:t>راستوںکاماہرتھا۔ اسزمانےمیں،آجکلکےتوراستے roadپر بنےرہتےہیں۔ sign اسکودیکھکرآپجانلیتےہیںکہادھر جاناہے،ادھرجاناہے۔</w:t>
      </w:r>
    </w:p>
    <w:p>
      <w:r>
        <w:rPr>
          <w:b/>
        </w:rPr>
        <w:t xml:space="preserve">[22:35] </w:t>
      </w:r>
      <w:r>
        <w:t>is zamane mein road aise hote nahi the۔ to guide hua karte the۔</w:t>
      </w:r>
    </w:p>
    <w:p>
      <w:pPr>
        <w:jc w:val="right"/>
      </w:pPr>
      <w:r>
        <w:t>اسزمانےمیں roadایسےہوانہیںکرتے تھے۔ تو guideہواکرتے تھے۔</w:t>
      </w:r>
    </w:p>
    <w:p>
      <w:r>
        <w:rPr>
          <w:b/>
        </w:rPr>
        <w:t xml:space="preserve">[22:40] </w:t>
      </w:r>
      <w:r>
        <w:t>to chunke aapko ek aise raste jana tha jo jangla hai, pahad hai۔ jo naye raste se ۔ to Abdullah ibn Hurayq aapko le kar ke nikla۔</w:t>
      </w:r>
    </w:p>
    <w:p>
      <w:pPr>
        <w:jc w:val="right"/>
      </w:pPr>
      <w:r>
        <w:t>تو چونکہآپکو ایک ایسےراستےجان اتھا جو جنگ لہے، پہاڑہے۔ جو نئےراستےسے ۔تو عبداللہابن ح ریق آپکو لےکرکےنکلا۔</w:t>
      </w:r>
    </w:p>
    <w:p>
      <w:r>
        <w:rPr>
          <w:b/>
        </w:rPr>
        <w:t xml:space="preserve">[22:54] </w:t>
      </w:r>
      <w:r>
        <w:t>aur mazeed dekhiye aapne kaha qibla ki taraf rawana hui hai۔ yani aap gaur kijiye ke Makka se nikal kar aap Ghar e Saur mein ja kar thehre۔</w:t>
      </w:r>
    </w:p>
    <w:p>
      <w:pPr>
        <w:jc w:val="right"/>
      </w:pPr>
      <w:r>
        <w:t>اور مزید دیکھیےآپنےکہالٹیطرف روانہہوئیہے۔ یعنی آپ غورکیجیےکہ مکہسےنکلکےآپغارثورمیںجاکرٹھہرے۔</w:t>
      </w:r>
    </w:p>
    <w:p>
      <w:r>
        <w:rPr>
          <w:b/>
        </w:rPr>
        <w:t xml:space="preserve">[23:05] </w:t>
      </w:r>
      <w:r>
        <w:t>Ghar e Saur jo hai woh Madine ki qibla ki taraf hai۔</w:t>
      </w:r>
    </w:p>
    <w:p>
      <w:pPr>
        <w:jc w:val="right"/>
      </w:pPr>
      <w:r>
        <w:t>غار ثورجوہےوہ مدینےکیالٹیطرف ہے۔</w:t>
      </w:r>
    </w:p>
    <w:p>
      <w:r>
        <w:rPr>
          <w:b/>
        </w:rPr>
        <w:t xml:space="preserve">[23:10] </w:t>
      </w:r>
      <w:r>
        <w:t>kyunki aapko khatra tha ke jab aap nikle, logo ko khabar hogi ke aap chale gaye Makka se to aap bhi bhejenge log, daudaenge log, giraftar karke lao, pakad kar lao۔</w:t>
      </w:r>
    </w:p>
    <w:p>
      <w:pPr>
        <w:jc w:val="right"/>
      </w:pPr>
      <w:r>
        <w:t>کیونکہآپکوخطرہتھاکہجبآپنکلے،لوگوںکوخبرہوگی کہآپ چلےگئےمکہسےتوآپ بھیجیںگےلوگ،دوڑائیںگےلوگ،گرفت ارکرکےلاؤ،پکڑکےلاؤ۔</w:t>
      </w:r>
    </w:p>
    <w:p>
      <w:r>
        <w:rPr>
          <w:b/>
        </w:rPr>
        <w:t xml:space="preserve">[23:21] </w:t>
      </w:r>
      <w:r>
        <w:t>to qibla ki taraf chale gaye aap ۔ ab woh daude idhar udhar۔ aap kuch thehre pehle Ghar e Saur mein۔</w:t>
      </w:r>
    </w:p>
    <w:p>
      <w:pPr>
        <w:jc w:val="right"/>
      </w:pPr>
      <w:r>
        <w:t>تو الٹیطرف چلےگئےآپ ۔ ابوہدوڑےادھرادھر۔ آپ کچھ ٹھہرے پہلے غارثورمیں۔</w:t>
      </w:r>
    </w:p>
    <w:p>
      <w:r>
        <w:rPr>
          <w:b/>
        </w:rPr>
        <w:t xml:space="preserve">[23:31] </w:t>
      </w:r>
      <w:r>
        <w:t>phir wahan se nikal kar ke naye raste se chalte hue aap Madina pahunch gaye۔</w:t>
      </w:r>
    </w:p>
    <w:p>
      <w:pPr>
        <w:jc w:val="right"/>
      </w:pPr>
      <w:r>
        <w:t>پھر وہاںسےنکلکرکے نئےراستےسے چلتےہوئے آپ مدینہپہنچگئے۔</w:t>
      </w:r>
    </w:p>
    <w:p>
      <w:r>
        <w:rPr>
          <w:b/>
        </w:rPr>
        <w:t xml:space="preserve">[23:38] </w:t>
      </w:r>
      <w:r>
        <w:t>yeh tha manage karna۔ takrao ko avoid karna۔ ladai ko avoid karna۔ fighting ko avoid karna۔</w:t>
      </w:r>
    </w:p>
    <w:p>
      <w:pPr>
        <w:jc w:val="right"/>
      </w:pPr>
      <w:r>
        <w:t>یہتھا manageکرنا۔ ٹکراؤکو avoidکرنا۔ لڑائیکو avoidکرنا۔ fightingکو avoidکرنا۔</w:t>
      </w:r>
    </w:p>
    <w:p>
      <w:r>
        <w:rPr>
          <w:b/>
        </w:rPr>
        <w:t xml:space="preserve">[23:47] </w:t>
      </w:r>
      <w:r>
        <w:t>violence ko avoid karna۔ to mukhtalif yani aap apne halaat ke lehaz se tareeqa intikhab karenge ke kaise avoid kiya jaye۔</w:t>
      </w:r>
    </w:p>
    <w:p>
      <w:pPr>
        <w:jc w:val="right"/>
      </w:pPr>
      <w:r>
        <w:t>viol enceکوavoidکرنا۔ تومختلف یعنی آپ اپنےحالاتکےلحاظسے طریقہ انتخاب کریںگے کہکیسےavoidکیاجائے۔</w:t>
      </w:r>
    </w:p>
    <w:p>
      <w:r>
        <w:rPr>
          <w:b/>
        </w:rPr>
        <w:t xml:space="preserve">[23:58] </w:t>
      </w:r>
      <w:r>
        <w:t>lekin basic baat hai ke yeh formula ke peaceful settlement is the best.</w:t>
      </w:r>
    </w:p>
    <w:p>
      <w:pPr>
        <w:jc w:val="right"/>
      </w:pPr>
      <w:r>
        <w:t>لیکن basicباتہےکہیہفارمولا کہ peaceful sett lementisthebest .</w:t>
      </w:r>
    </w:p>
    <w:p>
      <w:r>
        <w:rPr>
          <w:b/>
        </w:rPr>
        <w:t xml:space="preserve">[24:05] </w:t>
      </w:r>
      <w:r>
        <w:t>asal khair. Peaceful settlement is the best. aur doosra jo maine arz kiya ke fala yunadunka fil amr.</w:t>
      </w:r>
    </w:p>
    <w:p>
      <w:pPr>
        <w:jc w:val="right"/>
      </w:pPr>
      <w:r>
        <w:t>أصل الخير. Peaceful sett lement isthebest . اور دوسراجو میںنےعرضکیا کہ فلا ينادون كفيالأمر .</w:t>
      </w:r>
    </w:p>
    <w:p>
      <w:r>
        <w:rPr>
          <w:b/>
        </w:rPr>
        <w:t xml:space="preserve">[24:15] </w:t>
      </w:r>
      <w:r>
        <w:t>yani doosron ko tum yeh mauqa na do ke takraao ki nobat aaye.</w:t>
      </w:r>
    </w:p>
    <w:p>
      <w:pPr>
        <w:jc w:val="right"/>
      </w:pPr>
      <w:r>
        <w:t>یعنیدوسروںکو تم یہموقعہینہدوکہٹکراکےنوبتآئے۔</w:t>
      </w:r>
    </w:p>
    <w:p>
      <w:r>
        <w:rPr>
          <w:b/>
        </w:rPr>
        <w:t xml:space="preserve">[24:23] </w:t>
      </w:r>
      <w:r>
        <w:t>mauqa na do. Jaise misaal ke taur par dekhiye, taali aise kahin to taali baje gi. Aap ek haath neeche kar lein to taali baje gi na. To kaha ke aap ne taali bajne ka mauqa nahi diya.</w:t>
      </w:r>
    </w:p>
    <w:p>
      <w:pPr>
        <w:jc w:val="right"/>
      </w:pPr>
      <w:r>
        <w:t>موقعہینہدو۔جیسےمثالکےطورپردیکھیے،تالیایسے کہیںتوتالیبجےگی۔ آپایکہاتھنیچےکرلیںتوتالیبجےگینہیں۔ توکہاکہآپنےتالیبجنےکاموقعنہیںدیا ۔</w:t>
      </w:r>
    </w:p>
    <w:p>
      <w:r>
        <w:rPr>
          <w:b/>
        </w:rPr>
        <w:t xml:space="preserve">[24:33] </w:t>
      </w:r>
      <w:r>
        <w:t>jab aap ka haath yahan rahe ga to taali baje gi. Yahan rahe ga haath aap ka to to taali baje gi na. To niza'a ka, takraao ka, confrontation ka, ladai ka mauqa na do.</w:t>
      </w:r>
    </w:p>
    <w:p>
      <w:pPr>
        <w:jc w:val="right"/>
      </w:pPr>
      <w:r>
        <w:t>جبآپکاہاتھیہاںرہےگاتوتالیبجےگی۔ یہاںرہےگاہاتھآپکا تو تو تالیبجےگینہیں۔ تو نزاعکا، ٹکراؤکا، confront ationکا، لڑائیکاموقعہینہدو۔</w:t>
      </w:r>
    </w:p>
    <w:p>
      <w:r>
        <w:rPr>
          <w:b/>
        </w:rPr>
        <w:t xml:space="preserve">[24:49] </w:t>
      </w:r>
      <w:r>
        <w:t>achha, is tareeqe se aap chale gaye tera saal ke baad Makka se Madina. Wahan par aap ne ek lafz koi Makka walon ke khilaf nahi bole aap.</w:t>
      </w:r>
    </w:p>
    <w:p>
      <w:pPr>
        <w:jc w:val="right"/>
      </w:pPr>
      <w:r>
        <w:t>اچھا،اسطریقےسےآپچلےگئے تیرہسالکےبعد مک ہسے مدینہ۔ وہاںپرآپنے ایک لفظ کوئی مکہوالوںکےخلاف نہیںبولےآپ ۔</w:t>
      </w:r>
    </w:p>
    <w:p>
      <w:r>
        <w:rPr>
          <w:b/>
        </w:rPr>
        <w:t xml:space="preserve">[25:03] </w:t>
      </w:r>
      <w:r>
        <w:t>aam taur par kya hota hai, koi leader jab is tarah ke halaat mein chhodta hai apne watan ko</w:t>
      </w:r>
    </w:p>
    <w:p>
      <w:pPr>
        <w:jc w:val="right"/>
      </w:pPr>
      <w:r>
        <w:t>عام طورپرکیاہوتاہے،کوئیleaderجب اسطرحکےحالاتمیںچھوڑتاہےاپنےوطن کو</w:t>
      </w:r>
    </w:p>
    <w:p>
      <w:r>
        <w:rPr>
          <w:b/>
        </w:rPr>
        <w:t xml:space="preserve">[25:10] </w:t>
      </w:r>
      <w:r>
        <w:t>to sab se pehla iska jo hota hai, iske khilaf speech dena wahan pahunch kar ke. Dekho woh zalim hain, dekho inhone mujhe rehne diya, inhone dekho woh insaaf ke khilaf chal rahe hain, dekho woh injustice kar rahe hain.</w:t>
      </w:r>
    </w:p>
    <w:p>
      <w:pPr>
        <w:jc w:val="right"/>
      </w:pPr>
      <w:r>
        <w:t>تو سبسے پہلا اسکاجو ہوتاہے، اسکےخلاف speechدیناوہاںپہنچکرکے۔دیکھووہظالم ہیں،دیکھوانہوںنےمجھےرہنےدیا،انہوںنے دیکھووہانصافکےخلاف چلرہےہیں، دیکھووہinjusticeکررہےہیں۔</w:t>
      </w:r>
    </w:p>
    <w:p>
      <w:r>
        <w:rPr>
          <w:b/>
        </w:rPr>
        <w:t xml:space="preserve">[25:25] </w:t>
      </w:r>
      <w:r>
        <w:t>aaj kal ek lafz hai internationalize karna.</w:t>
      </w:r>
    </w:p>
    <w:p>
      <w:pPr>
        <w:jc w:val="right"/>
      </w:pPr>
      <w:r>
        <w:t>آجکلایکلفظہے international izeکرنا۔</w:t>
      </w:r>
    </w:p>
    <w:p>
      <w:r>
        <w:rPr>
          <w:b/>
        </w:rPr>
        <w:t xml:space="preserve">[25:28] </w:t>
      </w:r>
      <w:r>
        <w:t>chunaanche yeh jo Musalmanon ko jo problem hai Kashmir ka, Falasteen ka, to unhone apne aadmiyon ko bahar bhej rakha hai Europe, America mein.</w:t>
      </w:r>
    </w:p>
    <w:p>
      <w:pPr>
        <w:jc w:val="right"/>
      </w:pPr>
      <w:r>
        <w:t>چنانچہ یہ جو مسلمانوںکوجوproblem ہے کشمیرکا،فلس طینکا، تو انہوں نے اپنے آدمیوںکوباہربھیجرکھاہے یورپ،امریک ہمیں۔</w:t>
      </w:r>
    </w:p>
    <w:p>
      <w:r>
        <w:rPr>
          <w:b/>
        </w:rPr>
        <w:t xml:space="preserve">[25:37] </w:t>
      </w:r>
      <w:r>
        <w:t>kyun? internationalize karne ke liye. Yeh sab Rasool Allah ka tareeqa nahi tha. internationalize karne ke ma'ane kya hain? Aur zyada bhadkana, aur zyada provoke karna.</w:t>
      </w:r>
    </w:p>
    <w:p>
      <w:pPr>
        <w:jc w:val="right"/>
      </w:pPr>
      <w:r>
        <w:t>کیوں ؟ international izeکرنےکےلیے۔ یہسبرسولاللہکاطریقہنہیںتھا۔ international izeکرنےکےمعنیکیاہیں؟ اور زیادہ بھڑکانا، اور زیادہprov okeکرنا۔</w:t>
      </w:r>
    </w:p>
    <w:p>
      <w:r>
        <w:rPr>
          <w:b/>
        </w:rPr>
        <w:t xml:space="preserve">[25:48] </w:t>
      </w:r>
      <w:r>
        <w:t>yani masle ko aur zyada aggravate karna. Rasool Allah ka yeh tareeqa nahi tha.</w:t>
      </w:r>
    </w:p>
    <w:p>
      <w:pPr>
        <w:jc w:val="right"/>
      </w:pPr>
      <w:r>
        <w:t>یعنیمسئلےکو اور زیادہaggravateکرنا۔ رسولاللہکایہطریقہنہیںتھا۔</w:t>
      </w:r>
    </w:p>
    <w:p>
      <w:r>
        <w:rPr>
          <w:b/>
        </w:rPr>
        <w:t xml:space="preserve">[25:56] </w:t>
      </w:r>
      <w:r>
        <w:t>to jab aap Madina pahunche to unki jo aap ki jo taqreerein Madine ki hain, jo baatein aap Madine mein farmayein, woh sab Hadees ki kitabon mein maujood hain.</w:t>
      </w:r>
    </w:p>
    <w:p>
      <w:pPr>
        <w:jc w:val="right"/>
      </w:pPr>
      <w:r>
        <w:t>تو جب آپ مدینہپہنچے تو انکیجوآپکیجوتقریریںمدینےکیہیں، جو باتیںآپمدینےمیںفرمائیں، وہ سبحدیثکیکتاب وںمیںموجود ہیں۔</w:t>
      </w:r>
    </w:p>
    <w:p>
      <w:r>
        <w:rPr>
          <w:b/>
        </w:rPr>
        <w:t xml:space="preserve">[26:10] </w:t>
      </w:r>
      <w:r>
        <w:t>ek kitab se hai Al Rasool fil Madina. To Madine mein jo activities theen, woh is kitab mein maujood hain. Al Rasool fil Madina.</w:t>
      </w:r>
    </w:p>
    <w:p>
      <w:pPr>
        <w:jc w:val="right"/>
      </w:pPr>
      <w:r>
        <w:t>ایککتاب سے ہے الرسولفی المدینہ۔ تو مدینےمیں جو activ ities تھیں،وہاسکتابمیںموجود ہیں۔ الرسول فیالمدینہ۔</w:t>
      </w:r>
    </w:p>
    <w:p>
      <w:r>
        <w:rPr>
          <w:b/>
        </w:rPr>
        <w:t xml:space="preserve">[26:22] </w:t>
      </w:r>
      <w:r>
        <w:t>to poore daur mein jo das saal aap ka Madine ka daur hai, kabhi aap ne Makka walon ke khilaf koi taqreer nahi ki. Kuch bhi nahi.</w:t>
      </w:r>
    </w:p>
    <w:p>
      <w:pPr>
        <w:jc w:val="right"/>
      </w:pPr>
      <w:r>
        <w:t>تو پورے دورمیںجو دسسال آپکامد نیکادور ہے، کبھیآپنے مکہوالوںکےخلاف کوئیتقریرنہیںکی۔ کچھبھینہیں ۔</w:t>
      </w:r>
    </w:p>
    <w:p>
      <w:r>
        <w:rPr>
          <w:b/>
        </w:rPr>
        <w:t xml:space="preserve">[26:32] </w:t>
      </w:r>
      <w:r>
        <w:t>lekin woh chunaanche samajhte the, woh shirk ko manne wale the, woh log to tauheed ko khatra samajhte the, to unhone khud hi iqdam kiya.</w:t>
      </w:r>
    </w:p>
    <w:p>
      <w:pPr>
        <w:jc w:val="right"/>
      </w:pPr>
      <w:r>
        <w:t>لیکن وہ چونکہ سمجھتےتھے، وہ شرککو ماننےوالے تھے،وہلوگ توتوحیدکوخطرہسمجھتےتھے،توانہوںنےخود ہیاقدامکیا۔</w:t>
      </w:r>
    </w:p>
    <w:p>
      <w:r>
        <w:rPr>
          <w:b/>
        </w:rPr>
        <w:t xml:space="preserve">[26:44] </w:t>
      </w:r>
      <w:r>
        <w:t>aur kuch ladaiyan aap ne chhedin.</w:t>
      </w:r>
    </w:p>
    <w:p>
      <w:pPr>
        <w:jc w:val="right"/>
      </w:pPr>
      <w:r>
        <w:t>اور کچھ لڑائیاں آپنےچھیڑیں۔</w:t>
      </w:r>
    </w:p>
    <w:p>
      <w:r>
        <w:rPr>
          <w:b/>
        </w:rPr>
        <w:t xml:space="preserve">[26:48] </w:t>
      </w:r>
      <w:r>
        <w:t>aap ne dobara manage kiya, yani war ko manage karke aap ne isko aisa kiya ke woh sirf jhadapen ho kar reh gayeen. Isko kehte hain Angrezi mein skirmishes.</w:t>
      </w:r>
    </w:p>
    <w:p>
      <w:pPr>
        <w:jc w:val="right"/>
      </w:pPr>
      <w:r>
        <w:t>آپنے دوبارہ manageکیا، یعنی war کوmanageکرکےآپنےاسکو ایساکیاکہوہ صرفجھڑپیںہوکررہگئیں۔اسکوکہتےہیںانگریزیمیں escarm ishes۔</w:t>
      </w:r>
    </w:p>
    <w:p>
      <w:r>
        <w:rPr>
          <w:b/>
        </w:rPr>
        <w:t xml:space="preserve">[27:00] </w:t>
      </w:r>
      <w:r>
        <w:t>yani all those so called ghazwa and war were skirmishes rather than fulfilled war.</w:t>
      </w:r>
    </w:p>
    <w:p>
      <w:pPr>
        <w:jc w:val="right"/>
      </w:pPr>
      <w:r>
        <w:t>یعنی all those so-calledغزوہ اورwar were esc armishes ratherthan fulfilledwar ۔</w:t>
      </w:r>
    </w:p>
    <w:p>
      <w:r>
        <w:rPr>
          <w:b/>
        </w:rPr>
        <w:t xml:space="preserve">[27:09] </w:t>
      </w:r>
      <w:r>
        <w:t>to Rasool Allah Sallallahu Alaihi Wasallam ke zamane mein jisko kehte hain ghazwa, ghazwa, ghazwa, woh ghazwa nahi tha, woh sab skirmishes theen, jhadapen theen.</w:t>
      </w:r>
    </w:p>
    <w:p>
      <w:pPr>
        <w:jc w:val="right"/>
      </w:pPr>
      <w:r>
        <w:t>تورسولاللہصلیاللہعلیہوسلمکےزمانےمیںجسکوکہتےہیںغزوہ،غزوہ،غزوہ،وہغزوہنہیںتھا،وہ سب esc armishesتھیں،جھڑپیںتھیں۔</w:t>
      </w:r>
    </w:p>
    <w:p>
      <w:r>
        <w:rPr>
          <w:b/>
        </w:rPr>
        <w:t xml:space="preserve">[27:18] </w:t>
      </w:r>
      <w:r>
        <w:t>kyunki aaj sab dopahar shuru hui, shaam ko khatma ho gayi. Itna hi tha bas. To unko war kehna hi galat hai.</w:t>
      </w:r>
    </w:p>
    <w:p>
      <w:pPr>
        <w:jc w:val="right"/>
      </w:pPr>
      <w:r>
        <w:t>کیونکہ آج سب دوپہر شروعہوئی،شامکوختمہوگئی۔ اتناہیتھا بس۔ توانکو war کہناہیغلطہے۔</w:t>
      </w:r>
    </w:p>
    <w:p>
      <w:r>
        <w:rPr>
          <w:b/>
        </w:rPr>
        <w:t xml:space="preserve">[27:29] </w:t>
      </w:r>
      <w:r>
        <w:t>War to woh hai jo yeh jaise First World War, Second World War. Aisi kaun si duniya mein war hai jo aadhe din rahe bas?</w:t>
      </w:r>
    </w:p>
    <w:p>
      <w:pPr>
        <w:jc w:val="right"/>
      </w:pPr>
      <w:r>
        <w:t>War تووہہےجو یہ جیسےFirst World War,Second World War۔ ایسیکونسیدنیامیںwarہےجوآدھےدنرہےبس؟</w:t>
      </w:r>
    </w:p>
    <w:p>
      <w:r>
        <w:rPr>
          <w:b/>
        </w:rPr>
        <w:t xml:space="preserve">[27:40] </w:t>
      </w:r>
      <w:r>
        <w:t>Aisi to koi war nahi hai. War par badi badi tehqeeq ki gayi hai, moti moti kitabein likhi gayi hain war par.</w:t>
      </w:r>
    </w:p>
    <w:p>
      <w:pPr>
        <w:jc w:val="right"/>
      </w:pPr>
      <w:r>
        <w:t>ایسیتوکوئیwar نہیںہے۔ War پربڑیبڑیبکرکھیگئیہے،موٹیموٹیکتابیںلکھیگئیہیںwar پر۔</w:t>
      </w:r>
    </w:p>
    <w:p>
      <w:r>
        <w:rPr>
          <w:b/>
        </w:rPr>
        <w:t xml:space="preserve">[27:47] </w:t>
      </w:r>
      <w:r>
        <w:t>History of War. Ismein aap dekhiye, koi war nahi aisi mile gi aap ko jo bas aadhe din mein khatma ho jaye. Badr ki ladai aadhe din rahi, Uhud ki ladai aadhe din rahi.</w:t>
      </w:r>
    </w:p>
    <w:p>
      <w:pPr>
        <w:jc w:val="right"/>
      </w:pPr>
      <w:r>
        <w:t>History ofWar ۔اسمیںآپدیکھیے،کوئیwarنہیں ایسیملےگیآپکو جوبسآدھےدنمیںختمہوجائے۔ بدرکیلڑائیآدھےدن رہی، احدکیلڑائیآدھےدنرہی۔</w:t>
      </w:r>
    </w:p>
    <w:p>
      <w:r>
        <w:rPr>
          <w:b/>
        </w:rPr>
        <w:t xml:space="preserve">[28:00] </w:t>
      </w:r>
      <w:r>
        <w:t>to Rasool Allah ke zamane mein koi bhi fulfilled war nahi thi. Sab skirmishes theen. Kyun? Jhadapen ban gayeen woh.</w:t>
      </w:r>
    </w:p>
    <w:p>
      <w:pPr>
        <w:jc w:val="right"/>
      </w:pPr>
      <w:r>
        <w:t>تو رسولاللہ کےزمانےمیںکوئیبھی f ulfilledwar نہیںتھی۔ سب esc armishesتھیں۔ کیوں ؟ جھڑپیںبنگئیںوہ ۔</w:t>
      </w:r>
    </w:p>
    <w:p>
      <w:r>
        <w:rPr>
          <w:b/>
        </w:rPr>
        <w:t xml:space="preserve">[28:08] </w:t>
      </w:r>
      <w:r>
        <w:t>woh to war karna chahte the. woh aaye the ladne ke liye. aap</w:t>
      </w:r>
    </w:p>
    <w:p>
      <w:pPr>
        <w:jc w:val="right"/>
      </w:pPr>
      <w:r>
        <w:t>وہتو war کرناچاہتےتھے۔ وہآئےتھے لڑنےکےلیے۔ آپ</w:t>
      </w:r>
    </w:p>
    <w:p>
      <w:r>
        <w:rPr>
          <w:b/>
        </w:rPr>
        <w:t xml:space="preserve">[28:13] </w:t>
      </w:r>
      <w:r>
        <w:t>ke management ki wajah se, aap ki</w:t>
      </w:r>
    </w:p>
    <w:p>
      <w:pPr>
        <w:jc w:val="right"/>
      </w:pPr>
      <w:r>
        <w:t>کے man agementکیوجہسے، آپ کی</w:t>
      </w:r>
    </w:p>
    <w:p>
      <w:r>
        <w:rPr>
          <w:b/>
        </w:rPr>
        <w:t xml:space="preserve">[28:19] </w:t>
      </w:r>
      <w:r>
        <w:t>peaceful policy ki wajah se aisa hua ke woh escalations ban kar reh gaye. jharpein ban kar reh gaye. jaise iski ek misaal dekhiye, khandaq.</w:t>
      </w:r>
    </w:p>
    <w:p>
      <w:pPr>
        <w:jc w:val="right"/>
      </w:pPr>
      <w:r>
        <w:t>peaceful pol icyکیوجہسے ایساہواکہوہ esc armishesبنکررہگئیں۔ جھڑپیںبنکررہگئیں۔ جیسے اسکیایکمثالدیکھیے، خندق ۔</w:t>
      </w:r>
    </w:p>
    <w:p>
      <w:r>
        <w:rPr>
          <w:b/>
        </w:rPr>
        <w:t xml:space="preserve">[28:31] </w:t>
      </w:r>
      <w:r>
        <w:t>isko ghazwa khandaq kaha jata hai. lekin ghazwa kahan tha woh?</w:t>
      </w:r>
    </w:p>
    <w:p>
      <w:pPr>
        <w:jc w:val="right"/>
      </w:pPr>
      <w:r>
        <w:t>اسکو غزوہخندقکہاجاتاہے۔ لیکن غزوہکہاںتھاوہ ؟</w:t>
      </w:r>
    </w:p>
    <w:p>
      <w:r>
        <w:rPr>
          <w:b/>
        </w:rPr>
        <w:t xml:space="preserve">[28:38] </w:t>
      </w:r>
      <w:r>
        <w:t>yani woh log barah hazar ki tadad mein makkah se madina ki taraf aaye. jab aap ko pata chala, dekhiye aap ka ek, aap ke management ka ek ek juzviya bhi tha ke aap barabar pata karte rehte the ke aap ke mukhalifeen ki activities kya hain.</w:t>
      </w:r>
    </w:p>
    <w:p>
      <w:pPr>
        <w:jc w:val="right"/>
      </w:pPr>
      <w:r>
        <w:t>یعنیوہلوگ بارہہزارکیتعداد میں مک ہسے مدینہکیطرف آئے۔ جبآپکوپتہچلا، دیکھیےآپکا ایک ،آپ کے man agement کاایکایک جزیہبھیتھا کہآپ برابر پتہکرتے رہتےتھےکہ آپ کے مخالفینکیactiv itiesکیاہیں۔</w:t>
      </w:r>
    </w:p>
    <w:p>
      <w:r>
        <w:rPr>
          <w:b/>
        </w:rPr>
        <w:t xml:space="preserve">[28:58] </w:t>
      </w:r>
      <w:r>
        <w:t>aap ka intelligence department bohat hi mazboot tha. to aap ko bataya gaya ke wahan se barah hazar ka lashkar aa raha hai madine par attack karne ke liye.</w:t>
      </w:r>
    </w:p>
    <w:p>
      <w:pPr>
        <w:jc w:val="right"/>
      </w:pPr>
      <w:r>
        <w:t>آپ کا intelligencedepart mentبہتہی مضبوطتھا۔ تو آپ کوبتایاگیا کہوہاںسےبارہہزارکالشکرآرہاہےمدینےپرattackکرنےکےلیے۔</w:t>
      </w:r>
    </w:p>
    <w:p>
      <w:r>
        <w:rPr>
          <w:b/>
        </w:rPr>
        <w:t xml:space="preserve">[29:09] </w:t>
      </w:r>
      <w:r>
        <w:t>to jab aap ne yeh khabar suni to apne sahaba ko sath le kar ke aap ne madine ke kinare khandaq khod di, yani trench khod di.</w:t>
      </w:r>
    </w:p>
    <w:p>
      <w:pPr>
        <w:jc w:val="right"/>
      </w:pPr>
      <w:r>
        <w:t>توجبآپنےیہخبرسنی تو اپنے صحابہکوساتھلےکرکے آپنے مدینہ کےکنارے خندقکھوددی، یعنیtrenchکھوددی۔</w:t>
      </w:r>
    </w:p>
    <w:p>
      <w:r>
        <w:rPr>
          <w:b/>
        </w:rPr>
        <w:t xml:space="preserve">[29:21] </w:t>
      </w:r>
      <w:r>
        <w:t>kyun ke makkah, madina ek aisa shehar tha jo teen taraf se penetrated nahi kiya ja sakta tha us zamane mein. teen taraf se woh ghira hua tha.</w:t>
      </w:r>
    </w:p>
    <w:p>
      <w:pPr>
        <w:jc w:val="right"/>
      </w:pPr>
      <w:r>
        <w:t>کیونکہ مکہ، مدینہایکایساشہر تھاجو تینطرف سے penetratedنہیںکیاجاسکتااسزمان ےمیں۔ تینطرفسےوہگھراہواتھا۔</w:t>
      </w:r>
    </w:p>
    <w:p>
      <w:r>
        <w:rPr>
          <w:b/>
        </w:rPr>
        <w:t xml:space="preserve">[29:31] </w:t>
      </w:r>
      <w:r>
        <w:t>yani pahadiyan thin, bohat ghane baghat the. to teen taraf se woh koi fauj penetrated nahi kar sakti thi.</w:t>
      </w:r>
    </w:p>
    <w:p>
      <w:pPr>
        <w:jc w:val="right"/>
      </w:pPr>
      <w:r>
        <w:t>یعنیپہاڑیاںتھیں،بہت گھنے باغاتتھے۔ تو تینطرفسے وہ کوئی فوج penetratedنہیںکرسکتیتھی۔</w:t>
      </w:r>
    </w:p>
    <w:p>
      <w:r>
        <w:rPr>
          <w:b/>
        </w:rPr>
        <w:t xml:space="preserve">[29:39] </w:t>
      </w:r>
      <w:r>
        <w:t>ek taraf khula hua tha. aur madina chota shehar tha, koi dilli ki tarah bada shehar nahi tha. ek town tha, samjhiye town. ek taraf aap ne khandaq khod di.</w:t>
      </w:r>
    </w:p>
    <w:p>
      <w:pPr>
        <w:jc w:val="right"/>
      </w:pPr>
      <w:r>
        <w:t>ایکطرف کھلا ہواتھا۔ اور مدینہچھوٹا شہر تھا،کوئیدلیکیطرح بڑاشہر نہیںتھا۔ ایکٹاؤنتھا،سمجھئےٹاؤن۔ ایکطرف آپنے خندقکھوددی۔</w:t>
      </w:r>
    </w:p>
    <w:p>
      <w:r>
        <w:rPr>
          <w:b/>
        </w:rPr>
        <w:t xml:space="preserve">[29:49] </w:t>
      </w:r>
      <w:r>
        <w:t>woh helicopter ke zamane mein nahi tha ke helicopter urh kar ke wahan pahunch jaye. to woh log khandaq ke bahar aa kar padao daal diya.</w:t>
      </w:r>
    </w:p>
    <w:p>
      <w:pPr>
        <w:jc w:val="right"/>
      </w:pPr>
      <w:r>
        <w:t>وہ ہیلیکاپٹرکےزمانےمیںنہیںتھا کہ ہیلیکاپٹراڑکرکےوہاںپہنچجائے۔ تووہلوگ خندقکےباہر آکرپڑاؤڈالدیا۔</w:t>
      </w:r>
    </w:p>
    <w:p>
      <w:r>
        <w:rPr>
          <w:b/>
        </w:rPr>
        <w:t xml:space="preserve">[29:58] </w:t>
      </w:r>
      <w:r>
        <w:t>aur wahin pade rahe. ghaliban barah din tak. phir woh wapas chale gaye. phir ladai nahi hui.</w:t>
      </w:r>
    </w:p>
    <w:p>
      <w:pPr>
        <w:jc w:val="right"/>
      </w:pPr>
      <w:r>
        <w:t>اور وہیںپڑےرہے۔ غالباًبارہدنتک ۔ پھروہ واپسچلےگئے۔ پھرلڑائینہیںہوئی ۔</w:t>
      </w:r>
    </w:p>
    <w:p>
      <w:r>
        <w:rPr>
          <w:b/>
        </w:rPr>
        <w:t xml:space="preserve">[30:08] </w:t>
      </w:r>
      <w:r>
        <w:t>there was also a way of management. to woh jo rasool Allah ko bataya gaya tha ke asal khair. peaceful settlement is the best.</w:t>
      </w:r>
    </w:p>
    <w:p>
      <w:pPr>
        <w:jc w:val="right"/>
      </w:pPr>
      <w:r>
        <w:t>Therewasalso awayof man agement ۔تووہجورسولاللہکوبتایاگیاتھاکہأصل الخير .Peacefulsett lementisthebest .</w:t>
      </w:r>
    </w:p>
    <w:p>
      <w:r>
        <w:rPr>
          <w:b/>
        </w:rPr>
        <w:t xml:space="preserve">[30:18] </w:t>
      </w:r>
      <w:r>
        <w:t>. aur fala yun adu kafi al amr. . yani inko takrao ka mauqa na do. is tarah se aap karte rahe.</w:t>
      </w:r>
    </w:p>
    <w:p>
      <w:pPr>
        <w:jc w:val="right"/>
      </w:pPr>
      <w:r>
        <w:t>۔اور فلا ين ادون كفيالأمر ۔ ۔یعنیانکو ٹکراؤکاموقع نہدو ۔ اسطرحسےآپکرتے رہے۔</w:t>
      </w:r>
    </w:p>
    <w:p>
      <w:r>
        <w:rPr>
          <w:b/>
        </w:rPr>
        <w:t xml:space="preserve">[30:30] </w:t>
      </w:r>
      <w:r>
        <w:t>phir aakhir mein kya kiya? ek bohat hi bada waqea aap ne kiya.</w:t>
      </w:r>
    </w:p>
    <w:p>
      <w:pPr>
        <w:jc w:val="right"/>
      </w:pPr>
      <w:r>
        <w:t>پھر آخرمیںکیاکیا ؟ایکبہت ہیبڑا واقعہآپنےکیا۔</w:t>
      </w:r>
    </w:p>
    <w:p>
      <w:r>
        <w:rPr>
          <w:b/>
        </w:rPr>
        <w:t xml:space="preserve">[30:35] </w:t>
      </w:r>
      <w:r>
        <w:t>jo pacifism, jo discipline hai, uska masterpiece waqea hai yeh. yani aap ne bohat hi khamoshi ke sath aur bohat hi thande andaaz mein negotiation shuru kiya.</w:t>
      </w:r>
    </w:p>
    <w:p>
      <w:pPr>
        <w:jc w:val="right"/>
      </w:pPr>
      <w:r>
        <w:t>جو pacifism ،جو disciplineہے، اسکا mas terpieceواقعہہےیہ۔ یعنیآپ نے بہت ہی خاموشیکےساتھ اوربہتہی ٹھنڈےاندازمیں negotiationشروعکیا۔</w:t>
      </w:r>
    </w:p>
    <w:p>
      <w:r>
        <w:rPr>
          <w:b/>
        </w:rPr>
        <w:t xml:space="preserve">[30:54] </w:t>
      </w:r>
      <w:r>
        <w:t>baat cheet.</w:t>
      </w:r>
    </w:p>
    <w:p>
      <w:pPr>
        <w:jc w:val="right"/>
      </w:pPr>
      <w:r>
        <w:t>باتچیت ۔</w:t>
      </w:r>
    </w:p>
    <w:p>
      <w:r>
        <w:rPr>
          <w:b/>
        </w:rPr>
        <w:t xml:space="preserve">[30:59] </w:t>
      </w:r>
      <w:r>
        <w:t>aman ki baat cheet. yani fareeqain se, fareeq sani ki jo qiyadat kar rahe the, woh the quraish. makkah, quraish wahan bohat sab se bada qabeela samjha jata tha.</w:t>
      </w:r>
    </w:p>
    <w:p>
      <w:pPr>
        <w:jc w:val="right"/>
      </w:pPr>
      <w:r>
        <w:t>امنکیباتچیت ۔ یعنی فریقث انیسے ،فریق ثانی کی جو قیادتکررہےتھے،وہ تھےقریش ۔مک ہ،قریش وہاں بہت سبسےبڑاقبیلہسمجھاجاتا تھا۔</w:t>
      </w:r>
    </w:p>
    <w:p>
      <w:r>
        <w:rPr>
          <w:b/>
        </w:rPr>
        <w:t xml:space="preserve">[31:13] </w:t>
      </w:r>
      <w:r>
        <w:t>jaise india mein brahman nahi, aise hi wahan par quraish the. to quraish jo wahin, woh leadership sambhale hue the. to quraish se aap ne baat cheet shuru ki.</w:t>
      </w:r>
    </w:p>
    <w:p>
      <w:pPr>
        <w:jc w:val="right"/>
      </w:pPr>
      <w:r>
        <w:t>جیسےانڈیامیںبرہمنہیں،ایسےہیوہاںپرقریشتھے۔ تو قریشجوہیں،وہ leadership سنبھالےہوئےتھے۔ تو قریشسے آپنے باتچیتشروع کی۔</w:t>
      </w:r>
    </w:p>
    <w:p>
      <w:r>
        <w:rPr>
          <w:b/>
        </w:rPr>
        <w:t xml:space="preserve">[31:25] </w:t>
      </w:r>
      <w:r>
        <w:t>ke hamare tumhare darmiyan peace ka muahida ho jaye.</w:t>
      </w:r>
    </w:p>
    <w:p>
      <w:pPr>
        <w:jc w:val="right"/>
      </w:pPr>
      <w:r>
        <w:t>کہ ہمارےتم ہارےدرمیان peaceکامعاہدہہوجائے۔</w:t>
      </w:r>
    </w:p>
    <w:p>
      <w:r>
        <w:rPr>
          <w:b/>
        </w:rPr>
        <w:t xml:space="preserve">[31:29] </w:t>
      </w:r>
      <w:r>
        <w:t>na hum tum par attack karein, na tum hamare par attack karo. to unhone kaha ke theek hai, lekin unhone shartein aisi lagayin, condition. unilateral condition.</w:t>
      </w:r>
    </w:p>
    <w:p>
      <w:pPr>
        <w:jc w:val="right"/>
      </w:pPr>
      <w:r>
        <w:t>نہہمتمپرattackکریں،نہتمہمارےپرattackکرو۔ توانہوںنےکہاکہٹھیکہے،لیکن انہوںنےشرطیںایسیلگائیں،cond ition ۔Un ilateralcond ition ۔</w:t>
      </w:r>
    </w:p>
    <w:p>
      <w:r>
        <w:rPr>
          <w:b/>
        </w:rPr>
        <w:t xml:space="preserve">[31:41] </w:t>
      </w:r>
      <w:r>
        <w:t>bohat si unilateral condition. misaal ke taur par</w:t>
      </w:r>
    </w:p>
    <w:p>
      <w:pPr>
        <w:jc w:val="right"/>
      </w:pPr>
      <w:r>
        <w:t>بہتسیunilateralcond ition ۔ مثالکےطورپر</w:t>
      </w:r>
    </w:p>
    <w:p>
      <w:r>
        <w:rPr>
          <w:b/>
        </w:rPr>
        <w:t xml:space="preserve">[31:45] </w:t>
      </w:r>
      <w:r>
        <w:t>yeh kahiye ke agar makkah ka koi aadmi aap ke deen ko qabool kar le aur madina chala jaye to aap ko matlub tarikh ke baad, jis tarikh ko pichle ki baat nahi hai,</w:t>
      </w:r>
    </w:p>
    <w:p>
      <w:pPr>
        <w:jc w:val="right"/>
      </w:pPr>
      <w:r>
        <w:t>یہکہیےکہاگر مک ےکاکوئیآدمی آپ کےدینکو قبولکرلے اورمدینہچلاجائے تو آپ کو مط لباستاریخ کےبعد ،جس تاریخ کو پچھلےکیباتنہیںہے،</w:t>
      </w:r>
    </w:p>
    <w:p>
      <w:r>
        <w:rPr>
          <w:b/>
        </w:rPr>
        <w:t xml:space="preserve">[32:03] </w:t>
      </w:r>
      <w:r>
        <w:t>jis tarikh ko hamara aap ka muahida hoga, iske baad agar makkah ka koi aadmi aap ke deen ko qabool kar le aur makkah chhod kar madina chala jaye to aap ko us aadmi ko humein wapas karna padega.</w:t>
      </w:r>
    </w:p>
    <w:p>
      <w:pPr>
        <w:jc w:val="right"/>
      </w:pPr>
      <w:r>
        <w:t>جس تاریخ کوہماراآپکامعاہدہہوگا، اسکےبعد اگر مکےکاکوئی آدمی آپ کےدینکوقبولکرلےاورمکہچھوڑکرمدینہچلاجائے توآپ کو اس آدمیکوہمیںواپسکرناپڑےگا۔</w:t>
      </w:r>
    </w:p>
    <w:p>
      <w:r>
        <w:rPr>
          <w:b/>
        </w:rPr>
        <w:t xml:space="preserve">[32:17] </w:t>
      </w:r>
      <w:r>
        <w:t>wapas karna padega. is tarah ki kai is mein condition thin. yahan tak ke dekhiye, muahida is zamane mein paper hua karta tha, handmade paper.</w:t>
      </w:r>
    </w:p>
    <w:p>
      <w:pPr>
        <w:jc w:val="right"/>
      </w:pPr>
      <w:r>
        <w:t>واپسکرناپڑےگا۔ اسطرح کیکئی اسمیں cond itionتھیں۔ یہاںتککہدیکھیے، معاہدہ اسزمانےمیں paperہواکرتاتھا، hand madepaper۔</w:t>
      </w:r>
    </w:p>
    <w:p>
      <w:r>
        <w:rPr>
          <w:b/>
        </w:rPr>
        <w:t xml:space="preserve">[32:30] </w:t>
      </w:r>
      <w:r>
        <w:t>isparlikhajarehathatha. ke ispar likha gaya ke yeh muahida jo hai, quraish ke darmiyan aur Muhammad Rasool Allah ke darmiyan hai.</w:t>
      </w:r>
    </w:p>
    <w:p>
      <w:pPr>
        <w:jc w:val="right"/>
      </w:pPr>
      <w:r>
        <w:t>اسپرلکھاجارہاتھا۔ کہاسپر لکھاگیا کہیہ معاہدہجوہے، قریش کےدرمیاناور محمد رسولاللہکےدرمیان ہے۔</w:t>
      </w:r>
    </w:p>
    <w:p>
      <w:r>
        <w:rPr>
          <w:b/>
        </w:rPr>
        <w:t xml:space="preserve">[32:41] </w:t>
      </w:r>
      <w:r>
        <w:t>to unhon ne kaha ke Rasool Allah to hum mante nahi aap ko. yeh lafz kaatiye.</w:t>
      </w:r>
    </w:p>
    <w:p>
      <w:pPr>
        <w:jc w:val="right"/>
      </w:pPr>
      <w:r>
        <w:t>توانہوںنےکہاکہرسولاللہتوہممانتےنہیںآپکو ۔ یہلفظکاٹیے۔</w:t>
      </w:r>
    </w:p>
    <w:p>
      <w:r>
        <w:rPr>
          <w:b/>
        </w:rPr>
        <w:t xml:space="preserve">[32:46] </w:t>
      </w:r>
      <w:r>
        <w:t>sirf Muhammad bin Abdullah likhiye.</w:t>
      </w:r>
    </w:p>
    <w:p>
      <w:pPr>
        <w:jc w:val="right"/>
      </w:pPr>
      <w:r>
        <w:t>صرفمحمد بنعبداللہلکھ یے۔</w:t>
      </w:r>
    </w:p>
    <w:p>
      <w:r>
        <w:rPr>
          <w:b/>
        </w:rPr>
        <w:t xml:space="preserve">[32:50] </w:t>
      </w:r>
      <w:r>
        <w:t>to sahaba tayyar nahi the ke kaata jaye is ko. aap ne khud apne hath se mita diya. kaha theek hai, likh do ke Muhammad bin Abdullah. Rasool Allah kaat do.</w:t>
      </w:r>
    </w:p>
    <w:p>
      <w:pPr>
        <w:jc w:val="right"/>
      </w:pPr>
      <w:r>
        <w:t>تو صحابہتیارنہیںتھے کہکاٹاجائےاسکو ۔ آپنےخود اپنےہاتھسےمٹادیا۔ کہاٹھیکہے،لکھدوکہ محمد بنعبداللہ ۔رسولاللہکاٹدو ۔</w:t>
      </w:r>
    </w:p>
    <w:p>
      <w:r>
        <w:rPr>
          <w:b/>
        </w:rPr>
        <w:t xml:space="preserve">[33:02] </w:t>
      </w:r>
      <w:r>
        <w:t>yani aap ne apni hesiyat jo thi, usi hesiyat ko kaghaz par mita diya.</w:t>
      </w:r>
    </w:p>
    <w:p>
      <w:pPr>
        <w:jc w:val="right"/>
      </w:pPr>
      <w:r>
        <w:t>یعنیآپنے اپنی حیثیتجوتھی،اسیحیثیتکوکاغذپرمٹادیا۔</w:t>
      </w:r>
    </w:p>
    <w:p>
      <w:r>
        <w:rPr>
          <w:b/>
        </w:rPr>
        <w:t xml:space="preserve">[33:09] </w:t>
      </w:r>
      <w:r>
        <w:t>to yeh tha management. Management</w:t>
      </w:r>
    </w:p>
    <w:p>
      <w:pPr>
        <w:jc w:val="right"/>
      </w:pPr>
      <w:r>
        <w:t>تویہتھا man agement ۔ Man agement</w:t>
      </w:r>
    </w:p>
    <w:p>
      <w:r>
        <w:rPr>
          <w:b/>
        </w:rPr>
        <w:t xml:space="preserve">[33:14] </w:t>
      </w:r>
      <w:r>
        <w:t>. Management ke dekhiye, koi ek hard and fast rule nahi hua karta. halaat ke lehaz se pata chalta hai ke hum kaise manage karen.</w:t>
      </w:r>
    </w:p>
    <w:p>
      <w:pPr>
        <w:jc w:val="right"/>
      </w:pPr>
      <w:r>
        <w:t>۔ Man agement کےدیکھیے،کوئی ایک hard andfast ruleنہیںہواکرتا۔ حالات کےلحاظسے پتہچلتاہےکہہم کیسے manageکریں۔</w:t>
      </w:r>
    </w:p>
    <w:p>
      <w:r>
        <w:rPr>
          <w:b/>
        </w:rPr>
        <w:t xml:space="preserve">[33:25] </w:t>
      </w:r>
      <w:r>
        <w:t>kaise takrao ko avoid karen. kaise war ko avoid karen. kaise confrontation ko avoid karen. to usi ko mein keh raha hoon management.</w:t>
      </w:r>
    </w:p>
    <w:p>
      <w:pPr>
        <w:jc w:val="right"/>
      </w:pPr>
      <w:r>
        <w:t>کیسے ٹکراؤکوavoidکریں۔ کیسے war کوavoidکریں۔ کیسے con frontationکوavoidکریں۔ تواسیکومیںکہہرہاہوںman agement ۔</w:t>
      </w:r>
    </w:p>
    <w:p>
      <w:r>
        <w:rPr>
          <w:b/>
        </w:rPr>
        <w:t xml:space="preserve">[33:37] </w:t>
      </w:r>
      <w:r>
        <w:t>to yeh misaal aap ne qaim ki. aur phir Hudaybiyah wala muahida tay pa gaya is mein ke yeh likha hathha ke das saal tak dono fareeq ke darmiyan larai band rahe gi.</w:t>
      </w:r>
    </w:p>
    <w:p>
      <w:pPr>
        <w:jc w:val="right"/>
      </w:pPr>
      <w:r>
        <w:t>تو یہ مثالآپنےقائمکی۔ اور پھر حدیبیہ وال امعاہدہ طےپاگیااسمیںکہ یہلکھاہواتھاکہ دسسال تک دونوںفریقکےدرمیانلڑائیبندرہےگی۔</w:t>
      </w:r>
    </w:p>
    <w:p>
      <w:r>
        <w:rPr>
          <w:b/>
        </w:rPr>
        <w:t xml:space="preserve">[33:53] </w:t>
      </w:r>
      <w:r>
        <w:t>to Hudaybiyah jo tha, basically woh das saal ka no war pact tha. no war pact.</w:t>
      </w:r>
    </w:p>
    <w:p>
      <w:pPr>
        <w:jc w:val="right"/>
      </w:pPr>
      <w:r>
        <w:t>تو حدیبیہجوتھا، basicallyوہ دسسالکا no war pactتھا۔ Nowar pact۔</w:t>
      </w:r>
    </w:p>
    <w:p>
      <w:r>
        <w:rPr>
          <w:b/>
        </w:rPr>
        <w:t xml:space="preserve">[34:06] </w:t>
      </w:r>
      <w:r>
        <w:t>ab dekhiye ke kya hua? no war pact jab hua to</w:t>
      </w:r>
    </w:p>
    <w:p>
      <w:pPr>
        <w:jc w:val="right"/>
      </w:pPr>
      <w:r>
        <w:t>ابدیکھیےکہکیا ہوا ؟ No warpactجبہواتو</w:t>
      </w:r>
    </w:p>
    <w:p>
      <w:r>
        <w:rPr>
          <w:b/>
        </w:rPr>
        <w:t xml:space="preserve">[34:13] </w:t>
      </w:r>
      <w:r>
        <w:t>yeh aam taur par scholars jo hain, peace ka definition dete hain ke absence of war. jo scholars ki definition hai peace ke liye, woh hai absence of war. yani jang ki ghair maujoodgi</w:t>
      </w:r>
    </w:p>
    <w:p>
      <w:pPr>
        <w:jc w:val="right"/>
      </w:pPr>
      <w:r>
        <w:t>یہ عامطورپرscholarsجوہیں، peaceکاdefin itionدیتےہیں کہ ab senceofwar ۔ جو scholarsکیdefin itionہے peaceکےلیے،وہہے absenceof war ۔یعنی جنگ کیغیر موجود گی</w:t>
      </w:r>
    </w:p>
    <w:p>
      <w:r>
        <w:rPr>
          <w:b/>
        </w:rPr>
        <w:t xml:space="preserve">[34:31] </w:t>
      </w:r>
      <w:r>
        <w:t>. mein kahoon ga yeh negative definition hai. yani peace ek positive term hai. aap us ki negative definition de rahe hain.</w:t>
      </w:r>
    </w:p>
    <w:p>
      <w:pPr>
        <w:jc w:val="right"/>
      </w:pPr>
      <w:r>
        <w:t>۔میںکہوںگایہneg ativedefin itionہے۔ یعنی peace ایک pos itive term ہے۔ آپاسکیneg ativedefin itionدےرہےہیں۔</w:t>
      </w:r>
    </w:p>
    <w:p>
      <w:r>
        <w:rPr>
          <w:b/>
        </w:rPr>
        <w:t xml:space="preserve">[34:40] </w:t>
      </w:r>
      <w:r>
        <w:t>to woh to theek nahi hai. peace ki definition sahi honi chahiye. absence of war nahi hona chahiye.</w:t>
      </w:r>
    </w:p>
    <w:p>
      <w:pPr>
        <w:jc w:val="right"/>
      </w:pPr>
      <w:r>
        <w:t>تووہتوٹھیکنہیںہے۔ Peaceکیdefin itionصحیحہونیچاہیے۔ Absenceof war نہیں ہوناچاہیے۔</w:t>
      </w:r>
    </w:p>
    <w:p>
      <w:r>
        <w:rPr>
          <w:b/>
        </w:rPr>
        <w:t xml:space="preserve">[34:51] </w:t>
      </w:r>
      <w:r>
        <w:t>presence of opportunities.</w:t>
      </w:r>
    </w:p>
    <w:p>
      <w:pPr>
        <w:jc w:val="right"/>
      </w:pPr>
      <w:r>
        <w:t>Pres enceofopportun ities۔</w:t>
      </w:r>
    </w:p>
    <w:p>
      <w:r>
        <w:rPr>
          <w:b/>
        </w:rPr>
        <w:t xml:space="preserve">[34:54] </w:t>
      </w:r>
      <w:r>
        <w:t>yani absence of war ke sath yeh bhi milaiye aap. absence of war and presence of opportunities. tab definition mukammal ho gi.</w:t>
      </w:r>
    </w:p>
    <w:p>
      <w:pPr>
        <w:jc w:val="right"/>
      </w:pPr>
      <w:r>
        <w:t>یعنیabsenceofwarکےساتھیہبھیملائیےآپ۔ Absenceofwar and pres enceofopportun ities ۔ تب defin itionمکملہوگی۔</w:t>
      </w:r>
    </w:p>
    <w:p>
      <w:r>
        <w:rPr>
          <w:b/>
        </w:rPr>
        <w:t xml:space="preserve">[35:04] </w:t>
      </w:r>
      <w:r>
        <w:t>to jahan jab jab peace qaim ho ga to kya ho ga? mawaqe khulenge. opportunities khulenge. asar khulenge.</w:t>
      </w:r>
    </w:p>
    <w:p>
      <w:pPr>
        <w:jc w:val="right"/>
      </w:pPr>
      <w:r>
        <w:t>تو جہاں جب جب peaceقائمہوگاتوکیاہوگا؟ مواقعکھلیںگے۔ Opportunitiesکھلیںگے۔ اثرکھلیںگے۔</w:t>
      </w:r>
    </w:p>
    <w:p>
      <w:r>
        <w:rPr>
          <w:b/>
        </w:rPr>
        <w:t xml:space="preserve">[35:14] </w:t>
      </w:r>
      <w:r>
        <w:t>to wohi hua. pehli baat to yeh hui, interaction barh gaya.</w:t>
      </w:r>
    </w:p>
    <w:p>
      <w:pPr>
        <w:jc w:val="right"/>
      </w:pPr>
      <w:r>
        <w:t>تووہیہوا ۔ پہلیباتتویہہوئی،inter actionبڑھگیا۔</w:t>
      </w:r>
    </w:p>
    <w:p>
      <w:r>
        <w:rPr>
          <w:b/>
        </w:rPr>
        <w:t xml:space="preserve">[35:20] </w:t>
      </w:r>
      <w:r>
        <w:t>yani Hudaybiyah muahiday se pehle Rasool Allah ke sahaba jo the, un ka interaction Makkah walon se hota nahi tha. doosre qabail se hota nahi tha.</w:t>
      </w:r>
    </w:p>
    <w:p>
      <w:pPr>
        <w:jc w:val="right"/>
      </w:pPr>
      <w:r>
        <w:t>یعنیحدیبیہ معاہدےسےپہلے رسولاللہ کےصحابہجوتھے، انکا inter action مکہوالوںسےہوتانہیںتھا۔ دوسرےقبائلسےہوتانہیںتھا۔</w:t>
      </w:r>
    </w:p>
    <w:p>
      <w:r>
        <w:rPr>
          <w:b/>
        </w:rPr>
        <w:t xml:space="preserve">[35:32] </w:t>
      </w:r>
      <w:r>
        <w:t>jo shirk mein the. ab interaction barh gaya. aur log ek doosre ko Quran sunane lag gaye. ek doosre ko Islam ki ibadat sunane lag gaye.</w:t>
      </w:r>
    </w:p>
    <w:p>
      <w:pPr>
        <w:jc w:val="right"/>
      </w:pPr>
      <w:r>
        <w:t>جو شرکمیںتھے۔ ابinteractionبڑھگیا۔ اور لوگ ایکدوسرےکوقرآنسنانےلگے۔ ایک دوسرےکو اسلام کیعبادتسنانےلگے۔</w:t>
      </w:r>
    </w:p>
    <w:p>
      <w:r>
        <w:rPr>
          <w:b/>
        </w:rPr>
        <w:t xml:space="preserve">[35:44] </w:t>
      </w:r>
      <w:r>
        <w:t>peaceful andaaz mein dawah work shuru ho gaya.</w:t>
      </w:r>
    </w:p>
    <w:p>
      <w:pPr>
        <w:jc w:val="right"/>
      </w:pPr>
      <w:r>
        <w:t>Peacefulاندازمیں دعاوworkشروعہوگیا۔</w:t>
      </w:r>
    </w:p>
    <w:p>
      <w:r>
        <w:rPr>
          <w:b/>
        </w:rPr>
        <w:t xml:space="preserve">[35:47] </w:t>
      </w:r>
      <w:r>
        <w:t>to do saal ke andar andar aisa hua ke ek dam sea change ho ga. sea change. woh kaise</w:t>
      </w:r>
    </w:p>
    <w:p>
      <w:pPr>
        <w:jc w:val="right"/>
      </w:pPr>
      <w:r>
        <w:t>تو دو سال کےاندر اندرایساہوا کہ ایکدم seachangeہوگا۔Seachange۔ وہکیسے</w:t>
      </w:r>
    </w:p>
    <w:p>
      <w:r>
        <w:rPr>
          <w:b/>
        </w:rPr>
        <w:t xml:space="preserve">[36:00] </w:t>
      </w:r>
      <w:r>
        <w:t>? ke Rasool Allah ne jab muahida kiya tha, us waqt aap ke sath kul chaudah so aadmi the Hudaybiyah ke maqam par. chaudah so. one thousand four hundred.</w:t>
      </w:r>
    </w:p>
    <w:p>
      <w:pPr>
        <w:jc w:val="right"/>
      </w:pPr>
      <w:r>
        <w:t>؟ کہ رسولاللہ نےجب معاہدہکیاتھا، اسوقتآپکےساتھ کل چودہسوآدمیتھے حدیبیہکےمقام پر ۔ چودہ سو ۔One thousandfour hundred۔</w:t>
      </w:r>
    </w:p>
    <w:p>
      <w:r>
        <w:rPr>
          <w:b/>
        </w:rPr>
        <w:t xml:space="preserve">[36:14] </w:t>
      </w:r>
      <w:r>
        <w:t>do saal ke andar kya hua ke tadad itni barh gayi, itni barh gayi ke aap ne jab march kiya Makkah ki taraf to ten thousand aap ke sath thay.</w:t>
      </w:r>
    </w:p>
    <w:p>
      <w:pPr>
        <w:jc w:val="right"/>
      </w:pPr>
      <w:r>
        <w:t>دوسالکےاندرکیاہوا کہتعداد اتنیبڑھگئی،اتنیبڑھگئی کہ آپ نےجب marchکیا مکہکیطرف تو ten thousand آپکےساتھ یتھے۔</w:t>
      </w:r>
    </w:p>
    <w:p>
      <w:r>
        <w:rPr>
          <w:b/>
        </w:rPr>
        <w:t xml:space="preserve">[36:25] </w:t>
      </w:r>
      <w:r>
        <w:t>ten thousand.</w:t>
      </w:r>
    </w:p>
    <w:p>
      <w:pPr>
        <w:jc w:val="right"/>
      </w:pPr>
      <w:r>
        <w:t>Ten thousand۔</w:t>
      </w:r>
    </w:p>
    <w:p>
      <w:r>
        <w:rPr>
          <w:b/>
        </w:rPr>
        <w:t xml:space="preserve">[36:30] </w:t>
      </w:r>
      <w:r>
        <w:t>yeh waqea itna aam hai ke iska prediction tha bible mein. bible mein iska prediction maujood hai, ismein ten thousand ka lafz maujood hai.</w:t>
      </w:r>
    </w:p>
    <w:p>
      <w:pPr>
        <w:jc w:val="right"/>
      </w:pPr>
      <w:r>
        <w:t>یہ واقعہ اتناعامہےکہ کہاسکا pred ictionتھا بائبلمیں۔ بائبلمیںاسکاpred ictionموجودہے،اسمیںten thousandکالفظموجود ہے۔</w:t>
      </w:r>
    </w:p>
    <w:p>
      <w:r>
        <w:rPr>
          <w:b/>
        </w:rPr>
        <w:t xml:space="preserve">[36:42] </w:t>
      </w:r>
      <w:r>
        <w:t>ismein yeh hai ke he came with ten thousand saints</w:t>
      </w:r>
    </w:p>
    <w:p>
      <w:pPr>
        <w:jc w:val="right"/>
      </w:pPr>
      <w:r>
        <w:t>اسمیںیہہےکہhe came with ten thousand saints</w:t>
      </w:r>
    </w:p>
    <w:p>
      <w:r>
        <w:rPr>
          <w:b/>
        </w:rPr>
        <w:t xml:space="preserve">[36:48] </w:t>
      </w:r>
      <w:r>
        <w:t>to dekhiye, yeh hai peace ka karishma. iske baad aap ne kya kiya? jab peace qaim ho gaya, ek to interaction shuru ho gaya.</w:t>
      </w:r>
    </w:p>
    <w:p>
      <w:pPr>
        <w:jc w:val="right"/>
      </w:pPr>
      <w:r>
        <w:t>۔تو دیکھیے، یہہے peaceکاکرشمہ۔ اسکےبعد آپ نےکیاکیا؟ جب peaceقائمہوگیا، ایکتوابinter actionشروعہوگیا۔</w:t>
      </w:r>
    </w:p>
    <w:p>
      <w:r>
        <w:rPr>
          <w:b/>
        </w:rPr>
        <w:t xml:space="preserve">[36:59] </w:t>
      </w:r>
      <w:r>
        <w:t>aur quran ki baatein phailai jaane lagin.</w:t>
      </w:r>
    </w:p>
    <w:p>
      <w:pPr>
        <w:jc w:val="right"/>
      </w:pPr>
      <w:r>
        <w:t>اور قرآن کیباتیں پھیلائیجانےلگیں۔</w:t>
      </w:r>
    </w:p>
    <w:p>
      <w:r>
        <w:rPr>
          <w:b/>
        </w:rPr>
        <w:t xml:space="preserve">[37:02] </w:t>
      </w:r>
      <w:r>
        <w:t>saath saath aap ne kiya kiya? arab ke atraf mein jo riyasatein thin, jo rulers the, us zamane mein jo tribe ke head hua karte the, unko aap ne dawat-e-khutoot bheje.</w:t>
      </w:r>
    </w:p>
    <w:p>
      <w:pPr>
        <w:jc w:val="right"/>
      </w:pPr>
      <w:r>
        <w:t>ساتھساتھ آپنےکیا کیا؟ عرب کےاطرافمیں جو ریاست یںتھیں، جو rulers تھے، اسزمانےمیںجوtribeکے head ہواکرتے تھے، انکوآپ نے دعوتیخطوطبھیجے۔</w:t>
      </w:r>
    </w:p>
    <w:p>
      <w:r>
        <w:rPr>
          <w:b/>
        </w:rPr>
        <w:t xml:space="preserve">[37:18] </w:t>
      </w:r>
      <w:r>
        <w:t>dawat-e-khutoot.</w:t>
      </w:r>
    </w:p>
    <w:p>
      <w:pPr>
        <w:jc w:val="right"/>
      </w:pPr>
      <w:r>
        <w:t>دعوتیخطوط ۔</w:t>
      </w:r>
    </w:p>
    <w:p>
      <w:r>
        <w:rPr>
          <w:b/>
        </w:rPr>
        <w:t xml:space="preserve">[37:23] </w:t>
      </w:r>
      <w:r>
        <w:t>isi ke saath kya hua ke jo tribe arab mein phailay hue the, unmein aap ne apne bheje, apne safeer. aur woh log aakar ke rasool Allah ke paas aate, poochte, islam kya hai?</w:t>
      </w:r>
    </w:p>
    <w:p>
      <w:pPr>
        <w:jc w:val="right"/>
      </w:pPr>
      <w:r>
        <w:t>اسیکےساتھ کیاہوا کہجو tri be عرب میںپھیلےہوئےتھے، انمیںآپنے اپنے بھیجے،اپنے سف یر ۔ اور وہلوگ آکرکےرسولاللہکےپاسآتے،پوچھتے، اسلام کیاہے؟</w:t>
      </w:r>
    </w:p>
    <w:p>
      <w:r>
        <w:rPr>
          <w:b/>
        </w:rPr>
        <w:t xml:space="preserve">[37:36] </w:t>
      </w:r>
      <w:r>
        <w:t>islam ke bare mein baatein karte. aur woh</w:t>
      </w:r>
    </w:p>
    <w:p>
      <w:pPr>
        <w:jc w:val="right"/>
      </w:pPr>
      <w:r>
        <w:t>اسلام کےبارےمیںباتیںکرتے۔ اور وہ</w:t>
      </w:r>
    </w:p>
    <w:p>
      <w:r>
        <w:rPr>
          <w:b/>
        </w:rPr>
        <w:t xml:space="preserve">[37:41] </w:t>
      </w:r>
      <w:r>
        <w:t>islam mein dakhil hone lage. yaani group conversion hone laga. group conversion. poora poora qabeela ek saath dakhil ho gaya islam.</w:t>
      </w:r>
    </w:p>
    <w:p>
      <w:pPr>
        <w:jc w:val="right"/>
      </w:pPr>
      <w:r>
        <w:t>اسلام میںداخلہونےلگے۔ یعنیگروپconversionہونےلگا۔ گروپconversion۔ پوراپوراقبیلہایکساتھ داخلہوگیا اسلام ۔</w:t>
      </w:r>
    </w:p>
    <w:p>
      <w:r>
        <w:rPr>
          <w:b/>
        </w:rPr>
        <w:t xml:space="preserve">[37:50] </w:t>
      </w:r>
      <w:r>
        <w:t>yeh kya peace ka karishma tha?</w:t>
      </w:r>
    </w:p>
    <w:p>
      <w:pPr>
        <w:jc w:val="right"/>
      </w:pPr>
      <w:r>
        <w:t>یہکیا peaceکاکرشمہتھا؟</w:t>
      </w:r>
    </w:p>
    <w:p>
      <w:r>
        <w:rPr>
          <w:b/>
        </w:rPr>
        <w:t xml:space="preserve">[37:54] </w:t>
      </w:r>
      <w:r>
        <w:t>yeh is tarah rasool Allah sallallahu alaihi wasallam ne peace ki ideology di aur peace ka model bhi diya. dono</w:t>
      </w:r>
    </w:p>
    <w:p>
      <w:pPr>
        <w:jc w:val="right"/>
      </w:pPr>
      <w:r>
        <w:t>یہاس طرحرسولاللہصلیاللہعلیہوسلمنے peaceکیide ologyدی اورpeaceکاmodel بھیدیا۔ دونوں</w:t>
      </w:r>
    </w:p>
    <w:p>
      <w:r>
        <w:rPr>
          <w:b/>
        </w:rPr>
        <w:t xml:space="preserve">[38:05] </w:t>
      </w:r>
      <w:r>
        <w:t>peace ki ideology bhi, ideology bhi aur peace ka model bhi diya. iske baad aap ne kuch bohat hi important principle qaim kiye.</w:t>
      </w:r>
    </w:p>
    <w:p>
      <w:pPr>
        <w:jc w:val="right"/>
      </w:pPr>
      <w:r>
        <w:t>peaceکیide ology بھی، ide ologyبھیدیاورpeaceکاmodel بھیدیا۔ اسکےبعد آپ نے کچھبہت ہی important princip leقائمکیے۔</w:t>
      </w:r>
    </w:p>
    <w:p>
      <w:r>
        <w:rPr>
          <w:b/>
        </w:rPr>
        <w:t xml:space="preserve">[38:14] </w:t>
      </w:r>
      <w:r>
        <w:t>bohat hi ahem usool. yaani peace ko maintain karne ke liye. bohat hi zabardast usool.</w:t>
      </w:r>
    </w:p>
    <w:p>
      <w:pPr>
        <w:jc w:val="right"/>
      </w:pPr>
      <w:r>
        <w:t>بہت ہی اہم اصول ۔ یعنیpeaceکوmaintainکرنےکےلیے۔ بہت ہی زبردست اصول ۔</w:t>
      </w:r>
    </w:p>
    <w:p>
      <w:r>
        <w:rPr>
          <w:b/>
        </w:rPr>
        <w:t xml:space="preserve">[38:22] </w:t>
      </w:r>
      <w:r>
        <w:t>ismein do usool mein arz karunga aap ko. number one, dekhiye ke jisko kehte hain dakhli baghawat.</w:t>
      </w:r>
    </w:p>
    <w:p>
      <w:pPr>
        <w:jc w:val="right"/>
      </w:pPr>
      <w:r>
        <w:t>اسمیں دواصول میںعرضکروںگاآپکو۔ نمبر one، دیکھیے کہ جسکوکہتےہیں داخلی بغاوت۔</w:t>
      </w:r>
    </w:p>
    <w:p>
      <w:r>
        <w:rPr>
          <w:b/>
        </w:rPr>
        <w:t xml:space="preserve">[38:38] </w:t>
      </w:r>
      <w:r>
        <w:t>jisko kehte hain khurooj. yaani</w:t>
      </w:r>
    </w:p>
    <w:p>
      <w:pPr>
        <w:jc w:val="right"/>
      </w:pPr>
      <w:r>
        <w:t>جسکو کہتےہیںخروج ۔ یعنی</w:t>
      </w:r>
    </w:p>
    <w:p>
      <w:r>
        <w:rPr>
          <w:b/>
        </w:rPr>
        <w:t xml:space="preserve">[38:44] </w:t>
      </w:r>
      <w:r>
        <w:t>rebel karte hain jo log apni apni hukumat se rebel karte hain. isko aap ne islam mein haram qarar de diya.</w:t>
      </w:r>
    </w:p>
    <w:p>
      <w:pPr>
        <w:jc w:val="right"/>
      </w:pPr>
      <w:r>
        <w:t>rebelکرتےہیںجولوگ اپنی اپنیحکومت سےrebelکرتےہیں۔ اسکو آپ نے اسلام میںحرامقرار دےدیا۔</w:t>
      </w:r>
    </w:p>
    <w:p>
      <w:r>
        <w:rPr>
          <w:b/>
        </w:rPr>
        <w:t xml:space="preserve">[38:54] </w:t>
      </w:r>
      <w:r>
        <w:t>yeh usool islam mein banaya aap ne ke jo hukumat ek baar qaim ho jaye, jo establish ho jaye, jiska control ho jaye mulk ke upar, to bas isko accept karo.</w:t>
      </w:r>
    </w:p>
    <w:p>
      <w:pPr>
        <w:jc w:val="right"/>
      </w:pPr>
      <w:r>
        <w:t>یہ اصول اسلام میںبنایاآپ نے کہجو حکومت ایکبار قائمہوجائے، جو establ ishہوجائے، جسکا کنٹرولہوجائے ملککےاوپر ،تو بساسکوacceptکرو۔</w:t>
      </w:r>
    </w:p>
    <w:p>
      <w:r>
        <w:rPr>
          <w:b/>
        </w:rPr>
        <w:t xml:space="preserve">[39:11] </w:t>
      </w:r>
      <w:r>
        <w:t>iske khilaf baghawat mat karo, khurooj mat karo.</w:t>
      </w:r>
    </w:p>
    <w:p>
      <w:pPr>
        <w:jc w:val="right"/>
      </w:pPr>
      <w:r>
        <w:t>اسکےخلاف بغاوتمتکرو،خروجمتکرو۔</w:t>
      </w:r>
    </w:p>
    <w:p>
      <w:r>
        <w:rPr>
          <w:b/>
        </w:rPr>
        <w:t xml:space="preserve">[39:18] </w:t>
      </w:r>
      <w:r>
        <w:t>yeh bohat badi policy thi. iska matlab yeh nahin tha ke sirf ek saal bhi hukm nahin tha yeh.</w:t>
      </w:r>
    </w:p>
    <w:p>
      <w:pPr>
        <w:jc w:val="right"/>
      </w:pPr>
      <w:r>
        <w:t>یہ بہت بڑی pol icyتھی۔ اسکامطلبیہنہیںتھاکہصرف ایکسال بھیحکمنہیںتھایہ۔</w:t>
      </w:r>
    </w:p>
    <w:p>
      <w:r>
        <w:rPr>
          <w:b/>
        </w:rPr>
        <w:t xml:space="preserve">[39:24] </w:t>
      </w:r>
      <w:r>
        <w:t>kyun? jab aadmi khurooj nahin karega, baghawat nahin karega to kya karega? peaceful work karega woh.</w:t>
      </w:r>
    </w:p>
    <w:p>
      <w:pPr>
        <w:jc w:val="right"/>
      </w:pPr>
      <w:r>
        <w:t>کیوں ؟جب آدمی خروجنہیںکرےگا، بغاوتنہیںکرےگاتو کیا کرےگا؟ Peacefulworkکرےگاوہ۔</w:t>
      </w:r>
    </w:p>
    <w:p>
      <w:r>
        <w:rPr>
          <w:b/>
        </w:rPr>
        <w:t xml:space="preserve">[39:34] </w:t>
      </w:r>
      <w:r>
        <w:t>yaani bajaye iske ke political takrao karo, tum peace ke maidan mein kaam karo. yaani dawah work, educational work, business waghera waghera.</w:t>
      </w:r>
    </w:p>
    <w:p>
      <w:pPr>
        <w:jc w:val="right"/>
      </w:pPr>
      <w:r>
        <w:t>یعنیبجائےاسکےکہpolit icalٹکراؤکرو، تم peaceکےمیدانمیںکامکرو۔یعنی دعاwork ،educ ational work ،business وغیرہوغیرہ۔</w:t>
      </w:r>
    </w:p>
    <w:p>
      <w:r>
        <w:rPr>
          <w:b/>
        </w:rPr>
        <w:t xml:space="preserve">[39:47] </w:t>
      </w:r>
      <w:r>
        <w:t>yaani other than political confrontation, jitne bhi maidan hain ismein kaam karo. to political maidan to sau mein ek hai.</w:t>
      </w:r>
    </w:p>
    <w:p>
      <w:pPr>
        <w:jc w:val="right"/>
      </w:pPr>
      <w:r>
        <w:t>یعنی other than polit icalcon front ation ،جتنےبھیمیدانہیںاسمیںکامکرو۔ تو polit ical میدانتو سو میںایکہے۔</w:t>
      </w:r>
    </w:p>
    <w:p>
      <w:r>
        <w:rPr>
          <w:b/>
        </w:rPr>
        <w:t xml:space="preserve">[39:59] </w:t>
      </w:r>
      <w:r>
        <w:t>nannave percent, dekhiye, sau mein ek jo hai, ismein involvement ki wajah se kya hota hai ke nannave jo doosre mawaqe hain, woh ismein kaam banda ho jata hai.</w:t>
      </w:r>
    </w:p>
    <w:p>
      <w:pPr>
        <w:jc w:val="right"/>
      </w:pPr>
      <w:r>
        <w:t>ننانوےpercent ،دیکھیے،سو میںایک جوہے، اس میں invol vementکیوجہسےکیاہوتاہےکہ ن نانوےجو دوسرے مواقعہیں، وہاسمیںکام بندہوجاتاہے۔</w:t>
      </w:r>
    </w:p>
    <w:p>
      <w:r>
        <w:rPr>
          <w:b/>
        </w:rPr>
        <w:t xml:space="preserve">[40:14] </w:t>
      </w:r>
      <w:r>
        <w:t>to aap ne isko haram qarar de diya ke mulk mein jab hukumat qaim ho jaye to iske khilaf khurooj karein log.</w:t>
      </w:r>
    </w:p>
    <w:p>
      <w:pPr>
        <w:jc w:val="right"/>
      </w:pPr>
      <w:r>
        <w:t>توآپ نےاسکوحرامقرار دےدیا کہ ملکمیں جب حکومت قائمہوجائےتواسکےخلاف خروجکریںلوگ ۔</w:t>
      </w:r>
    </w:p>
    <w:p>
      <w:r>
        <w:rPr>
          <w:b/>
        </w:rPr>
        <w:t xml:space="preserve">[40:25] </w:t>
      </w:r>
      <w:r>
        <w:t>yeh kitni badi baat hai.</w:t>
      </w:r>
    </w:p>
    <w:p>
      <w:pPr>
        <w:jc w:val="right"/>
      </w:pPr>
      <w:r>
        <w:t>یہکتنیبڑیباتہے۔</w:t>
      </w:r>
    </w:p>
    <w:p>
      <w:r>
        <w:rPr>
          <w:b/>
        </w:rPr>
        <w:t xml:space="preserve">[40:28] </w:t>
      </w:r>
      <w:r>
        <w:t>iska ek faida mila, woh uba aseedo rke zaman e mein jo muhaddiseen the, is zamane mein bohat si buraiyan thin.</w:t>
      </w:r>
    </w:p>
    <w:p>
      <w:pPr>
        <w:jc w:val="right"/>
      </w:pPr>
      <w:r>
        <w:t>اسکاایکفائدہملا، وہ عب اسیدورکےزمان ےمیںجومحدثینتھے، اسزمانےمیںبہت سیبرائیاںتھیں۔</w:t>
      </w:r>
    </w:p>
    <w:p>
      <w:r>
        <w:rPr>
          <w:b/>
        </w:rPr>
        <w:t xml:space="preserve">[40:38] </w:t>
      </w:r>
      <w:r>
        <w:t>woh saare buraiyan thin jo aaj jiski waja se dhoom machi hui hai arab countries mein. woh sab maujood thin. lekin muhaddiseen ne inse koi talluq nahi rakha.</w:t>
      </w:r>
    </w:p>
    <w:p>
      <w:pPr>
        <w:jc w:val="right"/>
      </w:pPr>
      <w:r>
        <w:t>وہ سارے برائیاںتھیںجوآج جسکیوجہسےدھوممچیہوئیہےعرب countries میں۔ وہسبموجود تھیں۔ لیکن محدثیننے انسےکوئی تعلقنہیںرکھا۔</w:t>
      </w:r>
    </w:p>
    <w:p>
      <w:r>
        <w:rPr>
          <w:b/>
        </w:rPr>
        <w:t xml:space="preserve">[40:50] </w:t>
      </w:r>
      <w:r>
        <w:t>isse koi takrao nahi kiya is zamane ke muslim rulers jo the un</w:t>
      </w:r>
    </w:p>
    <w:p>
      <w:pPr>
        <w:jc w:val="right"/>
      </w:pPr>
      <w:r>
        <w:t>اسسےکوئی ٹکراؤنہیںکیا اسزمانےکے مسلمrulers جوتھےان</w:t>
      </w:r>
    </w:p>
    <w:p>
      <w:r>
        <w:rPr>
          <w:b/>
        </w:rPr>
        <w:t xml:space="preserve">[40:55] </w:t>
      </w:r>
      <w:r>
        <w:t>se. jisse kya faida hua? ke muhaddiseen ki poori jamaat, muhaddiseen ka matlab hai ulama, hadith ke ulama, scholars of hadith, woh hadith ko unhone jama kiya, hadith ka ilm banaya,</w:t>
      </w:r>
    </w:p>
    <w:p>
      <w:pPr>
        <w:jc w:val="right"/>
      </w:pPr>
      <w:r>
        <w:t>سے ۔ جسسےکیافائدہہوا؟ کہ محدثینکی پوریجماعت ،محدثینکامطلبہےعلم اء،حدیثکےعلم اء، scholars ofحدیث ،وہ حدیثکو انہوں نے جمع کیا ،حدیثکا علم بنایا،</w:t>
      </w:r>
    </w:p>
    <w:p>
      <w:r>
        <w:rPr>
          <w:b/>
        </w:rPr>
        <w:t xml:space="preserve">[41:11] </w:t>
      </w:r>
      <w:r>
        <w:t>unhone hadith ko codify kiya, ab aur bohat sari hadith ke majmoo'e ekatthe kiye. isi waja se hadith maujood hai aaj hamare paas.</w:t>
      </w:r>
    </w:p>
    <w:p>
      <w:pPr>
        <w:jc w:val="right"/>
      </w:pPr>
      <w:r>
        <w:t>انہوں نےحدیثکوcodifyکیا، اب اور بہت ساریحدیثکےمجموع ےاکٹھاکیے۔ اسیکیوجہسےحدیثموجود ہےآجہمارےپاس ۔</w:t>
      </w:r>
    </w:p>
    <w:p>
      <w:r>
        <w:rPr>
          <w:b/>
        </w:rPr>
        <w:t xml:space="preserve">[41:21] </w:t>
      </w:r>
      <w:r>
        <w:t>agar woh takrate to kya hota? apne sine mein hadith liye hue qabr mein dafna diye gaye hote. lekin unhone mukammal taur par isse doori banai.</w:t>
      </w:r>
    </w:p>
    <w:p>
      <w:pPr>
        <w:jc w:val="right"/>
      </w:pPr>
      <w:r>
        <w:t>اگر وہ ٹکراتے توکیاہوتا؟ اپنے سین ےمیںحدیثلیےہوئےقبرمیںدفنہوئےہوتے۔ لیکنانہوںنے مک مل طور پراسسے دوریبنائی۔</w:t>
      </w:r>
    </w:p>
    <w:p>
      <w:r>
        <w:rPr>
          <w:b/>
        </w:rPr>
        <w:t xml:space="preserve">[41:36] </w:t>
      </w:r>
      <w:r>
        <w:t>yani politics opposition se door rahe woh.</w:t>
      </w:r>
    </w:p>
    <w:p>
      <w:pPr>
        <w:jc w:val="right"/>
      </w:pPr>
      <w:r>
        <w:t>یعنی polit ics op positionسے دور رہےوہ ۔</w:t>
      </w:r>
    </w:p>
    <w:p>
      <w:r>
        <w:rPr>
          <w:b/>
        </w:rPr>
        <w:t xml:space="preserve">[41:42] </w:t>
      </w:r>
      <w:r>
        <w:t>to yeh masla itna aham hai ke sahih muslim ki sharah likhi hai imam nawawi ne, ismein woh likhte hain hadithon ki sharah karti hui hain jo is silsile mein aayi hain kitab al fitna mein kaha agar tum ko, yani un un hadithon ke mutabiq</w:t>
      </w:r>
    </w:p>
    <w:p>
      <w:pPr>
        <w:jc w:val="right"/>
      </w:pPr>
      <w:r>
        <w:t>تویہمسئلہاتنا اہمہے کہ صحیحمسلمکیشرحلکھیہےامامنووی نے، اسمیںوہلکھتےہیں حدیثوںکیشرحکرتیہوئیہےجواسسلسلےمیںآئیہیں کتاب الفتنمیں کہاگر تم کو ،یعنیان انحدیثوںکےمطابق</w:t>
      </w:r>
    </w:p>
    <w:p>
      <w:r>
        <w:rPr>
          <w:b/>
        </w:rPr>
        <w:t xml:space="preserve">[42:02] </w:t>
      </w:r>
      <w:r>
        <w:t>agar tum ko rulers se ikhtilaf hai, difference hai, tum dekhte ho ke ruler galat kaam kar raha hai to tum ko sirf ismein hai ke feemabainak wa bainahu. yani tum ko sirf yeh haq hai ke use tanhai mein milo, use nasihat karo.</w:t>
      </w:r>
    </w:p>
    <w:p>
      <w:pPr>
        <w:jc w:val="right"/>
      </w:pPr>
      <w:r>
        <w:t>،اگر تم کو rulersسے اختلاف ہے، differ enceہے، تم دیکھتےہوکہrulerغلطکامکررہاہے تو تم کو صرف اسمیںہےکہ فَفِيمَابَيْنَكَوَبَيْنَهُ ۔یعنیتمکوصرفیہحق ہے کہاسے تنہائیمیںملو، اسے نصیحتکرو۔</w:t>
      </w:r>
    </w:p>
    <w:p>
      <w:r>
        <w:rPr>
          <w:b/>
        </w:rPr>
        <w:t xml:space="preserve">[42:22] </w:t>
      </w:r>
      <w:r>
        <w:t>akele mein nasihat, yani person to person. feemabainak wa bainuka. ke maani hain person to person nasihat. bas. isse aage kuch nahi.</w:t>
      </w:r>
    </w:p>
    <w:p>
      <w:pPr>
        <w:jc w:val="right"/>
      </w:pPr>
      <w:r>
        <w:t>اکیلےمیںنصیحت ،یعنیperson toperson ۔ فَفِيمَابَيْنَكَوَبَنُوْكَ۔کےمعنیہیں person toperson نصیحت۔بس۔ اسسےآگےکچھبھینہیں۔</w:t>
      </w:r>
    </w:p>
    <w:p>
      <w:r>
        <w:rPr>
          <w:b/>
        </w:rPr>
        <w:t xml:space="preserve">[42:32] </w:t>
      </w:r>
      <w:r>
        <w:t>phir kehte hain ke wa amba al khurooj alaihim faharam bijam al muslimeen</w:t>
      </w:r>
    </w:p>
    <w:p>
      <w:pPr>
        <w:jc w:val="right"/>
      </w:pPr>
      <w:r>
        <w:t>پھرکہتےہیںکہوَأَمْبَىالْخُرُوجُعَلَيْهِمْ فَحَرَامٌ بِيْجْمَعَالْمُسْلِمِينَ</w:t>
      </w:r>
    </w:p>
    <w:p>
      <w:r>
        <w:rPr>
          <w:b/>
        </w:rPr>
        <w:t xml:space="preserve">[42:41] </w:t>
      </w:r>
      <w:r>
        <w:t>wa law kanoo fassqa'an wa law kanoo zaleemeen.</w:t>
      </w:r>
    </w:p>
    <w:p>
      <w:pPr>
        <w:jc w:val="right"/>
      </w:pPr>
      <w:r>
        <w:t>وَلَوْكَانُوافَسْقَاءًوَلَوْكَانُواظَالِمِينَ۔</w:t>
      </w:r>
    </w:p>
    <w:p>
      <w:r>
        <w:rPr>
          <w:b/>
        </w:rPr>
        <w:t xml:space="preserve">[42:47] </w:t>
      </w:r>
      <w:r>
        <w:t>yani unke khilaf bagawat karna haram hai aur ispe ijma hai. chahe tumhare nazdeek woh zalim hon, chahe tumhare nazdeek woh fasik hon.</w:t>
      </w:r>
    </w:p>
    <w:p>
      <w:pPr>
        <w:jc w:val="right"/>
      </w:pPr>
      <w:r>
        <w:t>یعنی انکے خلاف بغاوتکرنا حرامہے اور اسپراجماعہے۔ چاہے تمہارےنزدیکوہظالمہوں،چاہےتمہارےنزدیکوہفاسقہوں۔</w:t>
      </w:r>
    </w:p>
    <w:p>
      <w:r>
        <w:rPr>
          <w:b/>
        </w:rPr>
        <w:t xml:space="preserve">[43:00] </w:t>
      </w:r>
      <w:r>
        <w:t>to ek aap ne rukawatein qaim ki. dakhili sahhafath ke mamle mein. yani internal politics mein aap ne yeh kiya ke jab ek hukumat qaim ho jaye to politics of opposition mat karo.</w:t>
      </w:r>
    </w:p>
    <w:p>
      <w:pPr>
        <w:jc w:val="right"/>
      </w:pPr>
      <w:r>
        <w:t>تو ایکآپ نے رکاوٹ یں قائمکیں۔ داخلیصحافتکےمعاملےمیں۔ یعنیintern alpolit icsمیںآپنے یہکیا کہ جب ایک حکومت قائمہوجائے تو polit icsofop positionمتکرو۔</w:t>
      </w:r>
    </w:p>
    <w:p>
      <w:r>
        <w:rPr>
          <w:b/>
        </w:rPr>
        <w:t xml:space="preserve">[43:17] </w:t>
      </w:r>
      <w:r>
        <w:t>balke politics of construction karo. yani peace, yani political takrao ke ilawa maidan hai, usmein apna kaam shuru kardo.</w:t>
      </w:r>
    </w:p>
    <w:p>
      <w:pPr>
        <w:jc w:val="right"/>
      </w:pPr>
      <w:r>
        <w:t>بلکہ polit icsof constru ctionکرو۔ یعنی peace ،یعنی polit ical ٹکراؤکےعلاوہجومیدان ہے،اسمیں اپناکام شروع کردو۔</w:t>
      </w:r>
    </w:p>
    <w:p>
      <w:r>
        <w:rPr>
          <w:b/>
        </w:rPr>
        <w:t xml:space="preserve">[43:29] </w:t>
      </w:r>
      <w:r>
        <w:t>ek yeh kiya aap ne. doosra yeh kiya aap ne ke bahar ke country ke bare mein. to bahar ke country par aggressive war islam mein haram kar diya aap ne.</w:t>
      </w:r>
    </w:p>
    <w:p>
      <w:pPr>
        <w:jc w:val="right"/>
      </w:pPr>
      <w:r>
        <w:t>ایک یہکیاآپنے ۔ دوسرایہکیاآپنے کہ باہرکےco untry کےبارےمیں ۔تو باہرکےcountryپر aggressivewar اسلام میںحرام کردیا آپنے۔</w:t>
      </w:r>
    </w:p>
    <w:p>
      <w:r>
        <w:rPr>
          <w:b/>
        </w:rPr>
        <w:t xml:space="preserve">[43:45] </w:t>
      </w:r>
      <w:r>
        <w:t>yani koi musalman iska haq nahi rakhta ke bahar ke country par woh hamla karke dakhil ho jaye.</w:t>
      </w:r>
    </w:p>
    <w:p>
      <w:pPr>
        <w:jc w:val="right"/>
      </w:pPr>
      <w:r>
        <w:t>یعنیکوئی مسلماناسکاحقنہیںرکھتاکہباہرکےcountryپروہحملہکرکے داخلہوجائے۔</w:t>
      </w:r>
    </w:p>
    <w:p>
      <w:r>
        <w:rPr>
          <w:b/>
        </w:rPr>
        <w:t xml:space="preserve">[43:54] </w:t>
      </w:r>
      <w:r>
        <w:t>albata agar doosra mulk, bahar ka mulk, aggression karta hai, hamla karta hai, attack karta hai to difa ke taur par usse ladna jaiz hai. bas. ek hi ladai islam mein hai, woh hai defensive war.</w:t>
      </w:r>
    </w:p>
    <w:p>
      <w:pPr>
        <w:jc w:val="right"/>
      </w:pPr>
      <w:r>
        <w:t>البتہاگر دوسرا ملک،باہرکاملک ،aggressionکرتاہے، حمل ہکرتاہے،attackکرتاہے تو دفاع کےطور پر اسسے لڑناجائز ہے۔بس۔ایکہیلڑائیاسلام میںہے، وہہے def ensivewar ۔</w:t>
      </w:r>
    </w:p>
    <w:p>
      <w:r>
        <w:rPr>
          <w:b/>
        </w:rPr>
        <w:t xml:space="preserve">[44:09] </w:t>
      </w:r>
      <w:r>
        <w:t>kyunki iske liye aisa nahi ke bas khabar suni hai, aap ne apni fauj le kar rawana ho gaye ladne ke liye. nahi</w:t>
      </w:r>
    </w:p>
    <w:p>
      <w:pPr>
        <w:jc w:val="right"/>
      </w:pPr>
      <w:r>
        <w:t>کیونکہاسکے لیےایسانہیںکہبس خبرسنیہے،آپنے اپنی فوجلےکرروانہہوگئےلڑنےکےلیے۔ نہیں</w:t>
      </w:r>
    </w:p>
    <w:p>
      <w:r>
        <w:rPr>
          <w:b/>
        </w:rPr>
        <w:t xml:space="preserve">[44:16] </w:t>
      </w:r>
      <w:r>
        <w:t>agar aap ne khabar suni hai ke bahar ka ek country apni fauj le kar aa raha hai to aap negotiation kijiye.</w:t>
      </w:r>
    </w:p>
    <w:p>
      <w:pPr>
        <w:jc w:val="right"/>
      </w:pPr>
      <w:r>
        <w:t>۔ اگر آپنےخبرسنیہے کہ باہرکاایکco untry اپنی فوجلےکرآرہاہے توآپ negotiationکیجیے۔</w:t>
      </w:r>
    </w:p>
    <w:p>
      <w:r>
        <w:rPr>
          <w:b/>
        </w:rPr>
        <w:t xml:space="preserve">[44:26] </w:t>
      </w:r>
      <w:r>
        <w:t>aman ka, yani sulah ka muahida karne ki koshish kijiye.</w:t>
      </w:r>
    </w:p>
    <w:p>
      <w:pPr>
        <w:jc w:val="right"/>
      </w:pPr>
      <w:r>
        <w:t>امنکا، یعنی صلحکامعاہدہکرنےکیکوششکیجیے۔</w:t>
      </w:r>
    </w:p>
    <w:p>
      <w:r>
        <w:rPr>
          <w:b/>
        </w:rPr>
        <w:t xml:space="preserve">[44:34] </w:t>
      </w:r>
      <w:r>
        <w:t>pehchaaniye ke woh kya irade hain, kya woh chahta hai.</w:t>
      </w:r>
    </w:p>
    <w:p>
      <w:pPr>
        <w:jc w:val="right"/>
      </w:pPr>
      <w:r>
        <w:t>پتہکیجیےکہوہ کیا ارادےہیں،کیاوہچاہتاہے۔</w:t>
      </w:r>
    </w:p>
    <w:p>
      <w:r>
        <w:rPr>
          <w:b/>
        </w:rPr>
        <w:t xml:space="preserve">[44:38] </w:t>
      </w:r>
      <w:r>
        <w:t>to har tareeqe se jang ko avoid karna, har tareeqe se jang ko minimize karna, pehle yeh koshish karni chahiye.</w:t>
      </w:r>
    </w:p>
    <w:p>
      <w:pPr>
        <w:jc w:val="right"/>
      </w:pPr>
      <w:r>
        <w:t>تو ہرطریقے سے جنگ کوavoidکرنا ،ہرطریقےسے جنگ کو minimizeکرنا ،پہلے یہکوششکرناچاہیے۔</w:t>
      </w:r>
    </w:p>
    <w:p>
      <w:r>
        <w:rPr>
          <w:b/>
        </w:rPr>
        <w:t xml:space="preserve">[44:47] </w:t>
      </w:r>
      <w:r>
        <w:t>agar sari koshishein bekare ho jayein aur woh waqe'atan woh attack kar de, tab tab bhi limited war jaiz hai. yani itni hi war jaiz hai ke us attack ko khatm karne ke liye, bas usse zyada nahi.</w:t>
      </w:r>
    </w:p>
    <w:p>
      <w:pPr>
        <w:jc w:val="right"/>
      </w:pPr>
      <w:r>
        <w:t>اگر ساری کوششیںبیکارہوجائیں اوروہ واقعتاًوہ atta ckکردے، تب تببھیlim ited warجائزہے۔یعنیاتنیہیwarجاتیہےکہاسattackکوختمکرنے کےلیے،بس اسسےزیادہ نہیں۔</w:t>
      </w:r>
    </w:p>
    <w:p>
      <w:r>
        <w:rPr>
          <w:b/>
        </w:rPr>
        <w:t xml:space="preserve">[45:00] </w:t>
      </w:r>
      <w:r>
        <w:t>limited war.</w:t>
      </w:r>
    </w:p>
    <w:p>
      <w:pPr>
        <w:jc w:val="right"/>
      </w:pPr>
      <w:r>
        <w:t>Lim ited war ۔</w:t>
      </w:r>
    </w:p>
    <w:p>
      <w:r>
        <w:rPr>
          <w:b/>
        </w:rPr>
        <w:t xml:space="preserve">[45:06] </w:t>
      </w:r>
      <w:r>
        <w:t>mazeed yeh ke aap ne, yani yeh masla hai islam mein ke aik genuine war ho, yani defensive war, defensive war hi genuine hoti hai islam mein.</w:t>
      </w:r>
    </w:p>
    <w:p>
      <w:pPr>
        <w:jc w:val="right"/>
      </w:pPr>
      <w:r>
        <w:t>مزید یہ کہآپ نے ،یعنییہمسئلہہےاسلام میں کہ ایک genuinewar ہو، یعنیdef ensivewar، def ensivewar ہیgenuineہوتیہےاسلام میں۔</w:t>
      </w:r>
    </w:p>
    <w:p>
      <w:r>
        <w:rPr>
          <w:b/>
        </w:rPr>
        <w:t xml:space="preserve">[45:16] </w:t>
      </w:r>
      <w:r>
        <w:t>ismein bhi dekhiye, yeh hai ke ke muslim fouj sirf muqatil ko maar sakti hai, ghair muqatil ko nahi maar sakti.</w:t>
      </w:r>
    </w:p>
    <w:p>
      <w:pPr>
        <w:jc w:val="right"/>
      </w:pPr>
      <w:r>
        <w:t>اسمیںبھی دیکھیے،یہہےکہ کہ مسلم فوج صرف مقاتلکو مار سکتیہے، غیر مقاتلکونہیںمارسکتی۔</w:t>
      </w:r>
    </w:p>
    <w:p>
      <w:r>
        <w:rPr>
          <w:b/>
        </w:rPr>
        <w:t xml:space="preserve">[45:27] </w:t>
      </w:r>
      <w:r>
        <w:t>yani woh sirf combatant ko maar sakti hai, non-combatant ko nahi maar sakti.</w:t>
      </w:r>
    </w:p>
    <w:p>
      <w:pPr>
        <w:jc w:val="right"/>
      </w:pPr>
      <w:r>
        <w:t>یعنی وہصرف combat antکومارسکتیہے، non-combatantکونہیںمارسکتی۔</w:t>
      </w:r>
    </w:p>
    <w:p>
      <w:r>
        <w:rPr>
          <w:b/>
        </w:rPr>
        <w:t xml:space="preserve">[45:34] </w:t>
      </w:r>
      <w:r>
        <w:t>yani tab bhi non-combatant ko maarna haram rahega. ab is ko dekhiye, aaj kal ke halaat mein. ab aap jante hain ke aaj zamana bohat badal chuka hai.</w:t>
      </w:r>
    </w:p>
    <w:p>
      <w:pPr>
        <w:jc w:val="right"/>
      </w:pPr>
      <w:r>
        <w:t>یعنیتب بھیnon-com bat antکومارناحرامرہےگا۔ اباسکو دیکھیے،آجکلکےحالاتمیں۔ ابآپجانتےہیںکہآج زمان ہ بہت بدلچکاہے۔</w:t>
      </w:r>
    </w:p>
    <w:p>
      <w:r>
        <w:rPr>
          <w:b/>
        </w:rPr>
        <w:t xml:space="preserve">[45:49] </w:t>
      </w:r>
      <w:r>
        <w:t>aaj hum, aaj dunya mein aa gaya zamana, woh jisko kehte hain weapons of mass destruction</w:t>
      </w:r>
    </w:p>
    <w:p>
      <w:pPr>
        <w:jc w:val="right"/>
      </w:pPr>
      <w:r>
        <w:t>آجہم ،آجدنیا میںآگیا زمانہ،وہجسکوکہتےہیں weapons of mass destruction</w:t>
      </w:r>
    </w:p>
    <w:p>
      <w:r>
        <w:rPr>
          <w:b/>
        </w:rPr>
        <w:t xml:space="preserve">[45:58] </w:t>
      </w:r>
      <w:r>
        <w:t>. yani aise hathiyar ban gaye hain jins se waseeh daire mein tabahi phailti hai. to weapons of mass destruction ke zamane mein aisi ladai ladna mumkin nahi hai, possible nahi hai.</w:t>
      </w:r>
    </w:p>
    <w:p>
      <w:pPr>
        <w:jc w:val="right"/>
      </w:pPr>
      <w:r>
        <w:t>۔یعنیایسےہتھیاربنگئےہیں جنسے وسیعدائرےمیںتباہیپھیلتیہے۔ تو weapons of mass destructionکےزمانےمیں ایسی لڑائیلڑناممکنہینہیںہے، possibleنہیںہے۔</w:t>
      </w:r>
    </w:p>
    <w:p>
      <w:r>
        <w:rPr>
          <w:b/>
        </w:rPr>
        <w:t xml:space="preserve">[46:12] </w:t>
      </w:r>
      <w:r>
        <w:t>jismein non-combatant ko na maarein aap. jismein to ab to bilkul jang hai hi nahi islam mein. jo condition aap ne lagai, woh condition mazi mein chal sakti thi, ab to chalegi nahi woh.</w:t>
      </w:r>
    </w:p>
    <w:p>
      <w:pPr>
        <w:jc w:val="right"/>
      </w:pPr>
      <w:r>
        <w:t>جسمیں non -combatantکونہماریںآپ۔ جسمیں توابتوبالکل جنگ ہےہینہیںاسلام میں۔ جو cond itionآپنےلگائی، وہ cond ition ماضیمیںچلسکتیتھی،ابتوچ لےگینہیںوہ۔</w:t>
      </w:r>
    </w:p>
    <w:p>
      <w:r>
        <w:rPr>
          <w:b/>
        </w:rPr>
        <w:t xml:space="preserve">[46:28] </w:t>
      </w:r>
      <w:r>
        <w:t>to kya ke aap ne aik taraf internal satah par political opposition ko haram qarar diya.</w:t>
      </w:r>
    </w:p>
    <w:p>
      <w:pPr>
        <w:jc w:val="right"/>
      </w:pPr>
      <w:r>
        <w:t>توکیا کہآپ نے ایک طرف intern al سطح پر polit icalop positionکو حرامقرار دیا ۔</w:t>
      </w:r>
    </w:p>
    <w:p>
      <w:r>
        <w:rPr>
          <w:b/>
        </w:rPr>
        <w:t xml:space="preserve">[46:38] </w:t>
      </w:r>
      <w:r>
        <w:t>sirf taameer ke daire mein kaam karna bataya. aur external level par aap ne kaha ke agar clear aggression ho, clear aggression ho, tab tum difaa ke liye ja sakte ho.</w:t>
      </w:r>
    </w:p>
    <w:p>
      <w:pPr>
        <w:jc w:val="right"/>
      </w:pPr>
      <w:r>
        <w:t>صرف تعمیرکےدائرےمیںکامکرنابت ایا۔ اور extern al levelپر آپنےکہاکہاگر clear aggressionہو،clearaggressionہو، تب تم دفاعکےلیےجاسکتےہو ۔</w:t>
      </w:r>
    </w:p>
    <w:p>
      <w:r>
        <w:rPr>
          <w:b/>
        </w:rPr>
        <w:t xml:space="preserve">[46:51] </w:t>
      </w:r>
      <w:r>
        <w:t>aur difaa mein bhi tum ko non-combatant ko maarna jaiz nahi hoga.</w:t>
      </w:r>
    </w:p>
    <w:p>
      <w:pPr>
        <w:jc w:val="right"/>
      </w:pPr>
      <w:r>
        <w:t>اور دفاع میںبھیتمکو non -combatantکومارنا جائزنہیںہوگا۔</w:t>
      </w:r>
    </w:p>
    <w:p>
      <w:r>
        <w:rPr>
          <w:b/>
        </w:rPr>
        <w:t xml:space="preserve">[46:56] </w:t>
      </w:r>
      <w:r>
        <w:t>to ab to baghair non-combatant ko maare hue aap ladai lad nahi sakte. to ab kya, ab to option sirf aik raha. aur woh hai peaceful settlement.</w:t>
      </w:r>
    </w:p>
    <w:p>
      <w:pPr>
        <w:jc w:val="right"/>
      </w:pPr>
      <w:r>
        <w:t>تو ابتو بغیرnon-combatantکومارےہوئےآپ لڑائیلڑنہیںسکتے۔ توابکیا،ابتوop tion ص رفایکرہا۔ اوروہہے peacefulsett lement ۔</w:t>
      </w:r>
    </w:p>
    <w:p>
      <w:r>
        <w:rPr>
          <w:b/>
        </w:rPr>
        <w:t xml:space="preserve">[47:07] </w:t>
      </w:r>
      <w:r>
        <w:t>war ka option, option hi khatam ho gaya. yeh hai Islamic pacifism. to bohat ajeeb baat hai ke musalman khud hi is ko bhool gaye.</w:t>
      </w:r>
    </w:p>
    <w:p>
      <w:pPr>
        <w:jc w:val="right"/>
      </w:pPr>
      <w:r>
        <w:t>Warکاop tion،optionہیختمہوگیا۔ یہہے Islam ic pacifism ۔ تو بہت عجیبباتہے کہ مسلمان خود ہیاسکوبھولگئے۔</w:t>
      </w:r>
    </w:p>
    <w:p>
      <w:r>
        <w:rPr>
          <w:b/>
        </w:rPr>
        <w:t xml:space="preserve">[47:22] </w:t>
      </w:r>
      <w:r>
        <w:t>aur dunya ko jo paigham dena tha, woh paigham pohncha nahi sake woh.</w:t>
      </w:r>
    </w:p>
    <w:p>
      <w:pPr>
        <w:jc w:val="right"/>
      </w:pPr>
      <w:r>
        <w:t>اوردنیا کوجوپیغامدیناتھا،وہپیغام پہنچانہیںسکےوہ ۔</w:t>
      </w:r>
    </w:p>
    <w:p>
      <w:r>
        <w:rPr>
          <w:b/>
        </w:rPr>
        <w:t xml:space="preserve">[47:27] </w:t>
      </w:r>
      <w:r>
        <w:t>to yeh jo ideology of peace hai, is se musalman hi bekhabar hain aur non-muslim bekhabar hain. abhi tak, abhi tak logon ko pata nahi hai.</w:t>
      </w:r>
    </w:p>
    <w:p>
      <w:pPr>
        <w:jc w:val="right"/>
      </w:pPr>
      <w:r>
        <w:t>تو یہ جوide ologyof peaceہے، اسسےمسلمانہیبےخبرہیں اور non -Muslimبےخبرہیں۔ ابھیتک ،ابھیتکلوگوںکوپتہہینہیں۔</w:t>
      </w:r>
    </w:p>
    <w:p>
      <w:r>
        <w:rPr>
          <w:b/>
        </w:rPr>
        <w:t xml:space="preserve">[47:38] </w:t>
      </w:r>
      <w:r>
        <w:t>mere paas America ke Harvard University ke aik research scholar aik martaba aaye, woh isi par research kar rahe the. Peace pacifism par research kar rahe the, pacifism par.</w:t>
      </w:r>
    </w:p>
    <w:p>
      <w:pPr>
        <w:jc w:val="right"/>
      </w:pPr>
      <w:r>
        <w:t>میرے پاس امریک ہکے HarvardUniversity کےایک research scholarایکمرتبہآئے، وہ اسیپر researchکررہےتھے۔ Peace pacifismپرresearchکررہےتھے،pacifism پر۔</w:t>
      </w:r>
    </w:p>
    <w:p>
      <w:r>
        <w:rPr>
          <w:b/>
        </w:rPr>
        <w:t xml:space="preserve">[47:48] </w:t>
      </w:r>
      <w:r>
        <w:t>to main ne un se poocha ke aap ki research ke mutabiq ideology of peace kya hai?</w:t>
      </w:r>
    </w:p>
    <w:p>
      <w:pPr>
        <w:jc w:val="right"/>
      </w:pPr>
      <w:r>
        <w:t>تومیںنےانسےپوچھا کہآپ کیresearchکےمطابق ide ologyofpeaceکیاہے؟</w:t>
      </w:r>
    </w:p>
    <w:p>
      <w:r>
        <w:rPr>
          <w:b/>
        </w:rPr>
        <w:t xml:space="preserve">[47:55] </w:t>
      </w:r>
      <w:r>
        <w:t>kya method hai jisse dunya mein peace qaim ho sakta hai? to woh kuch bata nahi sake woh. kyunke jin jo kitabein padhi thin unhone, un kitabon mein yeh baat clear nahi hai.</w:t>
      </w:r>
    </w:p>
    <w:p>
      <w:pPr>
        <w:jc w:val="right"/>
      </w:pPr>
      <w:r>
        <w:t>کیا method ہےجسسےدنیا میںpeaceقائمہوسکتاہے؟ تووہکچھبتانہیںسکےوہ ۔ کیونکہ جن جوکتابیںپڑھیتھیںانہوںنے،انکتاب وںمیںیہباتclearنہیںہے۔</w:t>
      </w:r>
    </w:p>
    <w:p>
      <w:r>
        <w:rPr>
          <w:b/>
        </w:rPr>
        <w:t xml:space="preserve">[48:09] </w:t>
      </w:r>
      <w:r>
        <w:t>un kitabon mein yeh baat clear nahi hai. to yeh Rasool Allah (SAW) ne tareekh mein pehli baar pacifism ka aik haqeeqi formula diya.</w:t>
      </w:r>
    </w:p>
    <w:p>
      <w:pPr>
        <w:jc w:val="right"/>
      </w:pPr>
      <w:r>
        <w:t>ان کتاب وںمیںیہباتclearنہیںہے۔ تویہ رسولاللہصلیاللہعلیہوسلمنے تاریخ میں پہلیبار pacifism کا ایک حقیقی فارمولادیا ۔</w:t>
      </w:r>
    </w:p>
    <w:p>
      <w:r>
        <w:rPr>
          <w:b/>
        </w:rPr>
        <w:t xml:space="preserve">[48:24] </w:t>
      </w:r>
      <w:r>
        <w:t>haqeeqi formula. yani in terms of ideology aur in terms of method, dono aitbar se. mazeed yeh ke aap ne apni zindagi se is ka aik model bhi pesh kar diya, model.</w:t>
      </w:r>
    </w:p>
    <w:p>
      <w:pPr>
        <w:jc w:val="right"/>
      </w:pPr>
      <w:r>
        <w:t>حقیقیفارمولا۔یعنی intermsofide ology اور intermsofmethod ، دونوںاعتبارسے ۔ مزید یہکہآپنےاپنیزندگی سےاسکاایک model بھیپیش کردیا، model ۔</w:t>
      </w:r>
    </w:p>
    <w:p>
      <w:r>
        <w:rPr>
          <w:b/>
        </w:rPr>
        <w:t xml:space="preserve">[48:39] </w:t>
      </w:r>
      <w:r>
        <w:t>lekin musalman is se bekhabar rahe. bekhabar kyun rahe? dekhiye, is ki bhi aik wajah hai. tareekh mein pehle bhi aur aaj bhi aik bohat bari burai raij hai.</w:t>
      </w:r>
    </w:p>
    <w:p>
      <w:pPr>
        <w:jc w:val="right"/>
      </w:pPr>
      <w:r>
        <w:t>لیکن مس لماناسسےبےخبررہے۔ بےخبرکیوںرہے؟ دیکھیے،اسکیبھیایکوجہ ہے۔ تاریخ میں پہلے بھیاورآجبھی ایک بہت بڑیبرائی رائجرہیہے۔</w:t>
      </w:r>
    </w:p>
    <w:p>
      <w:r>
        <w:rPr>
          <w:b/>
        </w:rPr>
        <w:t xml:space="preserve">[48:51] </w:t>
      </w:r>
      <w:r>
        <w:t>woh hai selective reporting. selective reporting. ghar mein aap dekhiye ke saas jo hai, selective reporting karti hai bahu ke bare mein.</w:t>
      </w:r>
    </w:p>
    <w:p>
      <w:pPr>
        <w:jc w:val="right"/>
      </w:pPr>
      <w:r>
        <w:t>وہہے selectivereport ing ۔ Selectivereport ing۔ گھرمیںآپدیکھیے کہ ساسجوہے، selectivereport ingکرتیہے بہوکےبارےمیں ۔</w:t>
      </w:r>
    </w:p>
    <w:p>
      <w:r>
        <w:rPr>
          <w:b/>
        </w:rPr>
        <w:t xml:space="preserve">[49:04] </w:t>
      </w:r>
      <w:r>
        <w:t>bahu selective reporting karti hai saas ke bare mein. poori baat nahi, poori baat na woh bataye ga na poori baat woh bataye ga.</w:t>
      </w:r>
    </w:p>
    <w:p>
      <w:pPr>
        <w:jc w:val="right"/>
      </w:pPr>
      <w:r>
        <w:t>بہو selectivereport ingکرتیہے ساسکےبارےمیں۔ پوریباتنہیں،پوریباتنہوہبتائےگانہپوریباتوہبتائےگا۔</w:t>
      </w:r>
    </w:p>
    <w:p>
      <w:r>
        <w:rPr>
          <w:b/>
        </w:rPr>
        <w:t xml:space="preserve">[49:14] </w:t>
      </w:r>
      <w:r>
        <w:t>yeh aik insaan ka mizaj hai, chala aa raha hai pehle se ab tak.</w:t>
      </w:r>
    </w:p>
    <w:p>
      <w:pPr>
        <w:jc w:val="right"/>
      </w:pPr>
      <w:r>
        <w:t>یہ ایک انسان کامزاجہے، چلاآرہاہےپہلےسےابتک ۔</w:t>
      </w:r>
    </w:p>
    <w:p>
      <w:r>
        <w:rPr>
          <w:b/>
        </w:rPr>
        <w:t xml:space="preserve">[49:19] </w:t>
      </w:r>
      <w:r>
        <w:t>to misaal ke taur par dekhiye, jo musalmanon ki tareekh likhi gayi, bohat si kitabein likhi gayi hain muslim tareekh par.</w:t>
      </w:r>
    </w:p>
    <w:p>
      <w:pPr>
        <w:jc w:val="right"/>
      </w:pPr>
      <w:r>
        <w:t>تو مثالکےطورپردیکھیے، جومسلمانوںکیتاریخ لکھیگئی ، بہت سیکتاب یںلکھیگئیہیں مسلمتاریخ پر ۔</w:t>
      </w:r>
    </w:p>
    <w:p>
      <w:r>
        <w:rPr>
          <w:b/>
        </w:rPr>
        <w:t xml:space="preserve">[49:28] </w:t>
      </w:r>
      <w:r>
        <w:t>sab mein selective reporting ki burai, ki kami maujood hai. yani is mein jangii waqiat khoob bayan kiye gaye hain. baqi waqiat nahi hain.</w:t>
      </w:r>
    </w:p>
    <w:p>
      <w:pPr>
        <w:jc w:val="right"/>
      </w:pPr>
      <w:r>
        <w:t>سب میں selectivereport ingکی برائی، کیکمیموجود ہے۔ یعنیاسمیں جنگیواقع اتخوببیانکیےگئےہیں۔ بقیہواقعاتہیںہینہیں۔</w:t>
      </w:r>
    </w:p>
    <w:p>
      <w:r>
        <w:rPr>
          <w:b/>
        </w:rPr>
        <w:t xml:space="preserve">[49:40] </w:t>
      </w:r>
      <w:r>
        <w:t>misalan rasool ALLAH صلی اللہ علیہ وسلم ne tablegh ki, dawat ki, dua work kiya. phir sahaba ne dua work kiya.</w:t>
      </w:r>
    </w:p>
    <w:p>
      <w:pPr>
        <w:jc w:val="right"/>
      </w:pPr>
      <w:r>
        <w:t>مثلاًرسولاللہصلیاللہعلیہوسلمنےتبلیغکی ، دعوت کی،دعاworkکیا۔ پھرصحابہنےدعاworkکیا۔</w:t>
      </w:r>
    </w:p>
    <w:p>
      <w:r>
        <w:rPr>
          <w:b/>
        </w:rPr>
        <w:t xml:space="preserve">[49:50] </w:t>
      </w:r>
      <w:r>
        <w:t>phir rasool ALLAH ke mashware par sahaba bahar chalay gaye dua work karne ke liye. aur karoron karoron log Islam mein dakhil ho gaye.</w:t>
      </w:r>
    </w:p>
    <w:p>
      <w:pPr>
        <w:jc w:val="right"/>
      </w:pPr>
      <w:r>
        <w:t>پھررسولاللہ کے مشورےپرصحابہباہرچلےگئےدعاworkکرنےکےلیے۔ اور کروڑوںکروڑوںلوگاسلام میںداخلہوگئے۔</w:t>
      </w:r>
    </w:p>
    <w:p>
      <w:r>
        <w:rPr>
          <w:b/>
        </w:rPr>
        <w:t xml:space="preserve">[49:59] </w:t>
      </w:r>
      <w:r>
        <w:t>magar iski detail tareekh on mein nahi hai. pehli bar aik baqayda kitab is subject par likhi aik Christian scholar ne.</w:t>
      </w:r>
    </w:p>
    <w:p>
      <w:pPr>
        <w:jc w:val="right"/>
      </w:pPr>
      <w:r>
        <w:t>مگراسکیdetail تاریخ وںمیںنہیںہے۔ پہلیبار ایک باقاعدہکتاب اس subjectپرلکھیایک Christian scholarنے۔</w:t>
      </w:r>
    </w:p>
    <w:p>
      <w:r>
        <w:rPr>
          <w:b/>
        </w:rPr>
        <w:t xml:space="preserve">[50:10] </w:t>
      </w:r>
      <w:r>
        <w:t>professor Arnold, professor T.W. Arnold, unki kitab ka naam hai "Preaching of Islam "</w:t>
      </w:r>
    </w:p>
    <w:p>
      <w:pPr>
        <w:jc w:val="right"/>
      </w:pPr>
      <w:r>
        <w:t>پروفیسرArn old ،پروفیسرٹیڈبلیوArn old، انکیکتاب کانامہے "Preachingof Islam "</w:t>
      </w:r>
    </w:p>
    <w:p>
      <w:r>
        <w:rPr>
          <w:b/>
        </w:rPr>
        <w:t xml:space="preserve">[50:18] </w:t>
      </w:r>
      <w:r>
        <w:t>. yeh kitab hamare haan chhapi hai, iska naam hai "Spread of Islam ". yani kaisi ajeeb baat hai ke musalmanon ne jo kitabein likhi hain tareekh par, woh sab ismein selective reporting thi.</w:t>
      </w:r>
    </w:p>
    <w:p>
      <w:pPr>
        <w:jc w:val="right"/>
      </w:pPr>
      <w:r>
        <w:t>۔یہکتاب ہمارےہاںچھپیہے،اسکانامہے"Spreadof Islam "۔ یعنیکیسیعجیبباتہےکہ مسلمانوںنےجوکتاب یںلکھیہیںتاریخ پر ،وہ سب اسمیںselectivereport ingتھی۔</w:t>
      </w:r>
    </w:p>
    <w:p>
      <w:r>
        <w:rPr>
          <w:b/>
        </w:rPr>
        <w:t xml:space="preserve">[50:30] </w:t>
      </w:r>
      <w:r>
        <w:t>dawat ki sargarmian, taleem ki sargarmian, peaceful sargarmian, woh ismein maujood nahi hain. hain to bohat kam. bas jangi, jang o futuhat, jang o futuhat.</w:t>
      </w:r>
    </w:p>
    <w:p>
      <w:pPr>
        <w:jc w:val="right"/>
      </w:pPr>
      <w:r>
        <w:t>دعوتکیسرگرمیاں ،تعلیم کیسرگرمیاں ، peacefulسرگرمیاں ، وہاسمیںموجود نہیں ہیں۔ ہیںتوبہتہیکم ۔ بسجنگی، جنگ وفتوحات،جنگ وفتوحات۔</w:t>
      </w:r>
    </w:p>
    <w:p>
      <w:r>
        <w:rPr>
          <w:b/>
        </w:rPr>
        <w:t xml:space="preserve">[50:42] </w:t>
      </w:r>
      <w:r>
        <w:t>futuhat al-sham, futuhat al-buldan, unke naam bhi. jo tareekh mein likhi hain musalmanon ne, uske naam bhi isi type ke hain. futuhat al-sham, futuhat al-buldan .</w:t>
      </w:r>
    </w:p>
    <w:p>
      <w:pPr>
        <w:jc w:val="right"/>
      </w:pPr>
      <w:r>
        <w:t>فتوح الشام،فتوحالبلدان، انکےنامبھی۔ جو تاریخ یںلکھیہیںمسلمانوںنے،اسکےنامبھیاسیtype کےہیں۔ فتوح الشام،فتوحالبلدان ۔</w:t>
      </w:r>
    </w:p>
    <w:p>
      <w:r>
        <w:rPr>
          <w:b/>
        </w:rPr>
        <w:t xml:space="preserve">[50:51] </w:t>
      </w:r>
      <w:r>
        <w:t>ya unke nazdeek Islam ki tareekh naam hai futuhat ka .</w:t>
      </w:r>
    </w:p>
    <w:p>
      <w:pPr>
        <w:jc w:val="right"/>
      </w:pPr>
      <w:r>
        <w:t>یاانکےنزدیکاسلامی تاریخ نامہےفتوحاتکا ۔</w:t>
      </w:r>
    </w:p>
    <w:p>
      <w:r>
        <w:rPr>
          <w:b/>
        </w:rPr>
        <w:t xml:space="preserve">[50:57] </w:t>
      </w:r>
      <w:r>
        <w:t>unke, unke nazdeek rasool ALLAH ki seerat naam hai ghazwat ka . baad ke zamanay ki jo tareekh hai, woh naam hai futuhat ka .</w:t>
      </w:r>
    </w:p>
    <w:p>
      <w:pPr>
        <w:jc w:val="right"/>
      </w:pPr>
      <w:r>
        <w:t>انکے،انکےنزدیکرسولاللہکیسیرتنامہےغزواتکا ۔ بعد کےزمانےکیجوتاریخ ہے،وہنامہےفتوحاتکا ۔</w:t>
      </w:r>
    </w:p>
    <w:p>
      <w:r>
        <w:rPr>
          <w:b/>
        </w:rPr>
        <w:t xml:space="preserve">[51:07] </w:t>
      </w:r>
      <w:r>
        <w:t>halankay agar aap ghor kijiye ke rasool ALLAH ne, sahaba ne, tabeen ne, tabay tabeen ne, agar zabardast qism ka dua work peaceful andaz mein na kiya hota to dunya mein aaj aik billion se ziyada musalman kaise ho jatay?</w:t>
      </w:r>
    </w:p>
    <w:p>
      <w:pPr>
        <w:jc w:val="right"/>
      </w:pPr>
      <w:r>
        <w:t>حالانکہاگر آپ غورکیجیے کہ رسولاللہ نے ،صحابہنے،تابعیننے، تبعتابعیننے، اگر زبرد ستقسم کادعاworkpe acefulاندازمیںنہکیاہوتا تو دنیا میں آج ایک بل ینسےزیادہ مسلمانکیسےہوجاتے؟</w:t>
      </w:r>
    </w:p>
    <w:p>
      <w:r>
        <w:rPr>
          <w:b/>
        </w:rPr>
        <w:t xml:space="preserve">[51:25] </w:t>
      </w:r>
      <w:r>
        <w:t>aik billion se ziyada kaise ho jatay ? koi, koi talwar se, koi kisi ka deen ikhtiyar kar sakta hai?</w:t>
      </w:r>
    </w:p>
    <w:p>
      <w:pPr>
        <w:jc w:val="right"/>
      </w:pPr>
      <w:r>
        <w:t>ایک بل ینسےزیادہ کیسےہوجاتے ؟ کوئی،کوئی تلوارسے،کوئی کسی کادیناختیارکرسکتاہے؟</w:t>
      </w:r>
    </w:p>
    <w:p>
      <w:r>
        <w:rPr>
          <w:b/>
        </w:rPr>
        <w:t xml:space="preserve">[51:35] </w:t>
      </w:r>
      <w:r>
        <w:t>talwar se namumkin hai. aik martaba aik sahib ne mujhe khat likha. aik, aik, aik extremist thay woh . unhon ne kaha, "aap kehte hain ke Islam talwar se nahi parha, afraak kitab parhiye." aik kitab hai "Indian Musalman", aik angrez ki likhi hui.</w:t>
      </w:r>
    </w:p>
    <w:p>
      <w:pPr>
        <w:jc w:val="right"/>
      </w:pPr>
      <w:r>
        <w:t>تلوار سے ناممکنہے۔ ایکمرتبہایکصاحبنےمج ھےخط لکھا۔ ایک، ایک، ایک extremistتھےوہ ۔انہوںنےکہا،"آپکہتےہیںکہاسلام تلوارتونہیں پڑھا، افراکتابپڑھیے۔" ایککتاب ہے "Indian مسلمان "،ایکانگریزکیلکھیہوئی۔</w:t>
      </w:r>
    </w:p>
    <w:p>
      <w:r>
        <w:rPr>
          <w:b/>
        </w:rPr>
        <w:t xml:space="preserve">[51:59] </w:t>
      </w:r>
      <w:r>
        <w:t>ise parhiye, ise bataya usne ke India mein Islam phaila taqat ke zariye se. to woh kitab jamia ki library se mein ne hasil ki.</w:t>
      </w:r>
    </w:p>
    <w:p>
      <w:pPr>
        <w:jc w:val="right"/>
      </w:pPr>
      <w:r>
        <w:t>اسے پڑھیے،اسےبتایااسنےکہانڈیامیں اسلام پھیلا طاقتکےذریعےسے۔ تووہکتاب جامعہکیلائبریریسےمیںنےحاصل کی۔</w:t>
      </w:r>
    </w:p>
    <w:p>
      <w:r>
        <w:rPr>
          <w:b/>
        </w:rPr>
        <w:t xml:space="preserve">[52:11] </w:t>
      </w:r>
      <w:r>
        <w:t>aur ismein aik bab hai baqayda ke India mein Islam kaise phaila. to asbab ka jo title hai, woh kya hai?</w:t>
      </w:r>
    </w:p>
    <w:p>
      <w:pPr>
        <w:jc w:val="right"/>
      </w:pPr>
      <w:r>
        <w:t>اور اسمیں ایک بابہےباقاعدہ کہانڈیامیں اسلام کیسےپھیلا۔ تواسبابکا جو ٹائٹلہے،وہکیاہے؟</w:t>
      </w:r>
    </w:p>
    <w:p>
      <w:r>
        <w:rPr>
          <w:b/>
        </w:rPr>
        <w:t xml:space="preserve">[52:23] </w:t>
      </w:r>
      <w:r>
        <w:t>bohat hi ajeeb hai. ke "aslam ka dakhla India mein aman ke zariye se" . yani "Peaceful Prediction of Islam in India ". yeh, yeh iska title hai.</w:t>
      </w:r>
    </w:p>
    <w:p>
      <w:pPr>
        <w:jc w:val="right"/>
      </w:pPr>
      <w:r>
        <w:t>بہت ہیعجیبہے۔ کہ " اساسلام کا داخلہ انڈیامیں امنکےذریعےسے" ۔یعنی "Peaceful Pred ictionof IslaminIndia "۔یہ،یہاسکاٹائٹلہے۔</w:t>
      </w:r>
    </w:p>
    <w:p>
      <w:r>
        <w:rPr>
          <w:b/>
        </w:rPr>
        <w:t xml:space="preserve">[52:38] </w:t>
      </w:r>
      <w:r>
        <w:t>"Peaceful Prediction of Islam in India". aur unhon ne keh diya ke sahib, is kitab ko parhiye.</w:t>
      </w:r>
    </w:p>
    <w:p>
      <w:pPr>
        <w:jc w:val="right"/>
      </w:pPr>
      <w:r>
        <w:t>"Peaceful Pred ictionof IslaminIndia"۔ اورانہوںنےکہہدیاکہصاحب،اسکتاب کوپڑھیے۔</w:t>
      </w:r>
    </w:p>
    <w:p>
      <w:r>
        <w:rPr>
          <w:b/>
        </w:rPr>
        <w:t xml:space="preserve">[52:47] </w:t>
      </w:r>
      <w:r>
        <w:t>aisi hi Swami Vivekananda ne likha hai ke "It's nonsense to say that Hindus were converted to Islam by force" . lekin is, yeh, yeh tareekh mein yeh sab baatein huin kaise?</w:t>
      </w:r>
    </w:p>
    <w:p>
      <w:pPr>
        <w:jc w:val="right"/>
      </w:pPr>
      <w:r>
        <w:t>ایسےہی سوامیوکانندنےلکھاہےکہ "It'sn onsenseto say that Hind us were convert edto Islam by force" ۔لیکن اس،یہ،یہتاریخ میںیہسبباتیںہوئیںکیسے؟</w:t>
      </w:r>
    </w:p>
    <w:p>
      <w:r>
        <w:rPr>
          <w:b/>
        </w:rPr>
        <w:t xml:space="preserve">[53:02] </w:t>
      </w:r>
      <w:r>
        <w:t>yani yeh kaise hua ke itni bari tadad mein, us waqt fifty-seven Muslim countries hain. Fifty-seven . jahan musalmanon ki majority hai.</w:t>
      </w:r>
    </w:p>
    <w:p>
      <w:pPr>
        <w:jc w:val="right"/>
      </w:pPr>
      <w:r>
        <w:t>یعنی یہکیسےہوا کہ اتنیبڑیتعداد میں ،اسوقت fifty-sevenمسلم countries ہیں۔ Fifty-seven ۔جہاںمسلمانوںکی major ityہے۔</w:t>
      </w:r>
    </w:p>
    <w:p>
      <w:r>
        <w:rPr>
          <w:b/>
        </w:rPr>
        <w:t xml:space="preserve">[53:13] </w:t>
      </w:r>
      <w:r>
        <w:t>to kaise yeh ho gaya ?</w:t>
      </w:r>
    </w:p>
    <w:p>
      <w:pPr>
        <w:jc w:val="right"/>
      </w:pPr>
      <w:r>
        <w:t>تو کیسےیہہوگیا ؟</w:t>
      </w:r>
    </w:p>
    <w:p>
      <w:r>
        <w:rPr>
          <w:b/>
        </w:rPr>
        <w:t xml:space="preserve">[53:17] </w:t>
      </w:r>
      <w:r>
        <w:t>Fifty-seven Muslim countries kaise ban gaye ? aik billion se ziyada musalman kaise dunya mein ho gaye ? itni bari tadad mein Islam mein kaise dakhil ho gaye log ? musalmanon ki tareekh on mein iska zikr, tazkara nahi. bohat hi kam hai.</w:t>
      </w:r>
    </w:p>
    <w:p>
      <w:pPr>
        <w:jc w:val="right"/>
      </w:pPr>
      <w:r>
        <w:t>Fifty-sevenمسلمcountriesکیسےبنگئے ؟ ایک بلینسےزیادہ مسلمانکیسےدنیا میںہوگئے؟ اتنیبڑیتعداد میںاسلام میںکیسےداخلہوگئےلوگ ؟ مسلمانوںکیتاریخ وںمیںاسکا ذکر،تذکرہہینہیں۔بہتہیکمہے۔</w:t>
      </w:r>
    </w:p>
    <w:p>
      <w:r>
        <w:rPr>
          <w:b/>
        </w:rPr>
        <w:t xml:space="preserve">[53:29] </w:t>
      </w:r>
      <w:r>
        <w:t>kyun ? Due to selective reporting</w:t>
      </w:r>
    </w:p>
    <w:p>
      <w:pPr>
        <w:jc w:val="right"/>
      </w:pPr>
      <w:r>
        <w:t>کیوں ؟ Dueto selectivereport ing</w:t>
      </w:r>
    </w:p>
    <w:p>
      <w:r>
        <w:rPr>
          <w:b/>
        </w:rPr>
        <w:t xml:space="preserve">[53:35] </w:t>
      </w:r>
      <w:r>
        <w:t>. unhon ne un waqiat ko report kiya jin pe jang, fateh, yeh sab tazkray thay. aur woh waqiat jo pur aman sargarmion ki wajah se wajood mein aaye, iska zikr nahi.</w:t>
      </w:r>
    </w:p>
    <w:p>
      <w:pPr>
        <w:jc w:val="right"/>
      </w:pPr>
      <w:r>
        <w:t>۔انہوں نے ان واقع اتکورپورٹکیا جنپہ جنگ ،فتح ،یہسب تذکرےتھے۔ اوروہواقع اتجو پر امن سرگرمیوںکیوجہ سے وجود میںآئے،اسکاذکرہینہیں۔</w:t>
      </w:r>
    </w:p>
    <w:p>
      <w:r>
        <w:rPr>
          <w:b/>
        </w:rPr>
        <w:t xml:space="preserve">[53:53] </w:t>
      </w:r>
      <w:r>
        <w:t>aaj bhi hum aisi museebat se dochar hain. We are victims of this kind of selective reporting.</w:t>
      </w:r>
    </w:p>
    <w:p>
      <w:pPr>
        <w:jc w:val="right"/>
      </w:pPr>
      <w:r>
        <w:t>آجبھیہماسی مصیبتسےدوچارہیں۔ Wearevic timsof thiskind of selectivereport ing۔</w:t>
      </w:r>
    </w:p>
    <w:p>
      <w:r>
        <w:rPr>
          <w:b/>
        </w:rPr>
        <w:t xml:space="preserve">[54:02] </w:t>
      </w:r>
      <w:r>
        <w:t>abhi parson mere paas aik urdu akhbar ke aik team aayi, un interview lene ke liye. to unhon ne jo sawalat murattab kiye thay, woh sab mein tha ke musalman mazloom hain, musalman par zulm ho raha hai India mein.</w:t>
      </w:r>
    </w:p>
    <w:p>
      <w:pPr>
        <w:jc w:val="right"/>
      </w:pPr>
      <w:r>
        <w:t>ابھی پرسوںمیرےپاس ایک ارد و اخبار کے ایک ٹیم آئی،ان ٹرویولینےکےلیے۔ تو انہوں نے جو سوالات مرتبکیےتھے،وہسبمیںتھا کہ مس لمان مظلوم ہیں،مسلمان پرظلمہورہاہےانڈیامیں۔</w:t>
      </w:r>
    </w:p>
    <w:p>
      <w:r>
        <w:rPr>
          <w:b/>
        </w:rPr>
        <w:t xml:space="preserve">[54:20] </w:t>
      </w:r>
      <w:r>
        <w:t>India ke baray mein tha woh.</w:t>
      </w:r>
    </w:p>
    <w:p>
      <w:pPr>
        <w:jc w:val="right"/>
      </w:pPr>
      <w:r>
        <w:t>انڈیاکےبارےمیںتھاوہ۔</w:t>
      </w:r>
    </w:p>
    <w:p>
      <w:r>
        <w:rPr>
          <w:b/>
        </w:rPr>
        <w:t xml:space="preserve">[54:25] </w:t>
      </w:r>
      <w:r>
        <w:t>dusre mulkon mein bhi. to ismein yeh sab inke sawalat yeh thay ke musalmanon par zulm ho raha hai, musalmanon par, yani pareshan kiya jaye, sazishain ho rahi hain.</w:t>
      </w:r>
    </w:p>
    <w:p>
      <w:pPr>
        <w:jc w:val="right"/>
      </w:pPr>
      <w:r>
        <w:t>دوسرےملکوںمیںبھی ۔تو اسمیں یہسب انکےسوالاتیہتھے کہ مسلمانوںپر ظلمہورہاہے،مسلمانوںپر ،یعنی پریشانکیا جائے، سازشیںہورہیہیں۔</w:t>
      </w:r>
    </w:p>
    <w:p>
      <w:r>
        <w:rPr>
          <w:b/>
        </w:rPr>
        <w:t xml:space="preserve">[54:37] </w:t>
      </w:r>
      <w:r>
        <w:t>to mein ne kaha ke dekhiye, aap ka jo source hai janne ka, woh hai akhbarat, media. media mein jo parha aap ne, isi ko le kar aap bol rahe hain.</w:t>
      </w:r>
    </w:p>
    <w:p>
      <w:pPr>
        <w:jc w:val="right"/>
      </w:pPr>
      <w:r>
        <w:t>تومیںنےکہاکہدیکھیے، آپ کا جو sourceہے جان کاریکا ،وہہے اخبارات ،میڈیا ۔ میڈیامیںجوپڑھاآپنے،اسی کولےکرآپبولرہےہیں۔</w:t>
      </w:r>
    </w:p>
    <w:p>
      <w:r>
        <w:rPr>
          <w:b/>
        </w:rPr>
        <w:t xml:space="preserve">[54:50] </w:t>
      </w:r>
      <w:r>
        <w:t>ab media kya hai?</w:t>
      </w:r>
    </w:p>
    <w:p>
      <w:pPr>
        <w:jc w:val="right"/>
      </w:pPr>
      <w:r>
        <w:t>ابمیڈیاکیاہے؟</w:t>
      </w:r>
    </w:p>
    <w:p>
      <w:r>
        <w:rPr>
          <w:b/>
        </w:rPr>
        <w:t xml:space="preserve">[54:52] </w:t>
      </w:r>
      <w:r>
        <w:t>media jo hai, selective reporting ki industry hai. media sensational khabron ko leti hai.</w:t>
      </w:r>
    </w:p>
    <w:p>
      <w:pPr>
        <w:jc w:val="right"/>
      </w:pPr>
      <w:r>
        <w:t>میڈیاجوہے، sel ectivereport ingکیindustryہے۔ میڈیا sens ationalخبروںکولیتیہے۔</w:t>
      </w:r>
    </w:p>
    <w:p>
      <w:r>
        <w:rPr>
          <w:b/>
        </w:rPr>
        <w:t xml:space="preserve">[55:02] </w:t>
      </w:r>
      <w:r>
        <w:t>jo khabrein sensational wali na hon, woh leti hi nahin media.</w:t>
      </w:r>
    </w:p>
    <w:p>
      <w:pPr>
        <w:jc w:val="right"/>
      </w:pPr>
      <w:r>
        <w:t>جو خبریں sens ationalوالی نہہوں،وہلیتیہینہیںمیڈیا۔</w:t>
      </w:r>
    </w:p>
    <w:p>
      <w:r>
        <w:rPr>
          <w:b/>
        </w:rPr>
        <w:t xml:space="preserve">[55:07] </w:t>
      </w:r>
      <w:r>
        <w:t>mein aik martaba sun raha tha BBC London Hindi mein, jo iska woh Hindi subsection hai. to Mauritius ke aik aadmi ne is se sawal kiya ke aap ka jo Hindi jo shoba hai, is mein aap Mauritius ki kuch khabrein lete hain?</w:t>
      </w:r>
    </w:p>
    <w:p>
      <w:pPr>
        <w:jc w:val="right"/>
      </w:pPr>
      <w:r>
        <w:t>میںایکمرتبہسنرہاتھا بیبیسیلندن ہندیمیں ، جواسکاجوہندی سبسیکشنہے۔ تو موریسسکےایکآدمینےاسسےسوالکیاکہآپ کاجوہندی جو شعبہہے،اسمیںآپ موریسسکیکچھخبریں لیتےہیں؟</w:t>
      </w:r>
    </w:p>
    <w:p>
      <w:r>
        <w:rPr>
          <w:b/>
        </w:rPr>
        <w:t xml:space="preserve">[55:24] </w:t>
      </w:r>
      <w:r>
        <w:t>halankeh Mauritius mein Hindi bolne wale bohat hain.</w:t>
      </w:r>
    </w:p>
    <w:p>
      <w:pPr>
        <w:jc w:val="right"/>
      </w:pPr>
      <w:r>
        <w:t>حالانکہموریسسمیںہندی بولنےوالےبہت ہیں۔</w:t>
      </w:r>
    </w:p>
    <w:p>
      <w:r>
        <w:rPr>
          <w:b/>
        </w:rPr>
        <w:t xml:space="preserve">[55:28] </w:t>
      </w:r>
      <w:r>
        <w:t>to announcer ne hanste hue kaha tha ke</w:t>
      </w:r>
    </w:p>
    <w:p>
      <w:pPr>
        <w:jc w:val="right"/>
      </w:pPr>
      <w:r>
        <w:t>تو announcerنےہنستےہوئےکہاتھا کہ</w:t>
      </w:r>
    </w:p>
    <w:p>
      <w:r>
        <w:rPr>
          <w:b/>
        </w:rPr>
        <w:t xml:space="preserve">[55:35] </w:t>
      </w:r>
      <w:r>
        <w:t>media to bad news ki industry hai. aur Mauritius mein sab good news hoti hain. to hum kya karein?</w:t>
      </w:r>
    </w:p>
    <w:p>
      <w:pPr>
        <w:jc w:val="right"/>
      </w:pPr>
      <w:r>
        <w:t>میڈیاتو bad newsکی industryہے۔ اورموریسسمیںسبgoodnewsہوتیہیں۔ توہم کیا کریں؟</w:t>
      </w:r>
    </w:p>
    <w:p>
      <w:r>
        <w:rPr>
          <w:b/>
        </w:rPr>
        <w:t xml:space="preserve">[55:47] </w:t>
      </w:r>
      <w:r>
        <w:t>matlab yeh hai ke aap bomb marein to hum report karein ge is ko? aap ladaai chhidein to hum report karein ge is ko?</w:t>
      </w:r>
    </w:p>
    <w:p>
      <w:pPr>
        <w:jc w:val="right"/>
      </w:pPr>
      <w:r>
        <w:t>مطلبیہہےکہ آپبم ماریںتوہمرپورٹکریںگےاسکو ؟ آپلڑائیچھڑیےتوہمرپورٹکریںگےاسکو ؟</w:t>
      </w:r>
    </w:p>
    <w:p>
      <w:r>
        <w:rPr>
          <w:b/>
        </w:rPr>
        <w:t xml:space="preserve">[55:56] </w:t>
      </w:r>
      <w:r>
        <w:t>aap kuch sensation karein to hum is ko report karein ge? to yeh, yeh sab ka haal hai. jitne bhi paper hain, jitne bhi paper hain. jitna bhi media hai, woh hai selective reporting ki industry.</w:t>
      </w:r>
    </w:p>
    <w:p>
      <w:pPr>
        <w:jc w:val="right"/>
      </w:pPr>
      <w:r>
        <w:t>آپکچھsens ationکیےتوہماسکورپورٹکریںگے؟ تویہ،یہسبکاحالہے۔جتنےبھیpaperہیں،جتنےبھیpaperہیں۔ جتنابھیمیڈیاہے، وہہے selectivereport ingکیind ustry۔</w:t>
      </w:r>
    </w:p>
    <w:p>
      <w:r>
        <w:rPr>
          <w:b/>
        </w:rPr>
        <w:t xml:space="preserve">[56:11] </w:t>
      </w:r>
      <w:r>
        <w:t>achha, isi ko hum parhte hain. sare musalman, jise miliye aap, jisse musalman miliye, woh kahe ga musalman bohat mazloom hain. musalman jo hai, siege mein hain.</w:t>
      </w:r>
    </w:p>
    <w:p>
      <w:pPr>
        <w:jc w:val="right"/>
      </w:pPr>
      <w:r>
        <w:t>اچھا،اسیکوہمپڑھتےہیں۔ سارے مس لمان،جسےملیےآپ،جسسےمسلمانملیے،وہکہےگا مس لمان بہت مظلوم ہیں۔ مسلمان جوہے، siegeمیںہیں۔</w:t>
      </w:r>
    </w:p>
    <w:p>
      <w:r>
        <w:rPr>
          <w:b/>
        </w:rPr>
        <w:t xml:space="preserve">[56:23] </w:t>
      </w:r>
      <w:r>
        <w:t>halankeh bilkul yeh baseless baat hai.</w:t>
      </w:r>
    </w:p>
    <w:p>
      <w:pPr>
        <w:jc w:val="right"/>
      </w:pPr>
      <w:r>
        <w:t>حالانکہبالکل یہ baselessباتہے۔</w:t>
      </w:r>
    </w:p>
    <w:p>
      <w:r>
        <w:rPr>
          <w:b/>
        </w:rPr>
        <w:t xml:space="preserve">[56:27] </w:t>
      </w:r>
      <w:r>
        <w:t>Ninety-nine percent good news hai musalmanon ke bare mein. woh reporting nahin hoti. One percent jo negative news hai, wohi report hoti hai.</w:t>
      </w:r>
    </w:p>
    <w:p>
      <w:pPr>
        <w:jc w:val="right"/>
      </w:pPr>
      <w:r>
        <w:t>Ninety-ninepercentgoodnewsہےمسلمانوںکےبارےمیں۔وہ رپورٹنہیںہوتی۔ Onepercent جو neg ativenewsہے،وہیرپورٹہوتیہے۔</w:t>
      </w:r>
    </w:p>
    <w:p>
      <w:r>
        <w:rPr>
          <w:b/>
        </w:rPr>
        <w:t xml:space="preserve">[56:36] </w:t>
      </w:r>
      <w:r>
        <w:t>isi ko samajhte hain ke yeh hai musalman. isi ka naam musalman hai. to mein ne is se kaha ke dekhiye, Babri Masjid ko 1992 mein toda gaya.</w:t>
      </w:r>
    </w:p>
    <w:p>
      <w:pPr>
        <w:jc w:val="right"/>
      </w:pPr>
      <w:r>
        <w:t>اسیکو سمجھتےہیںکہیہہےمس لمان ۔ اسیکانام مسلمانہے۔ تومیںنےاسےکہاکہدیکھیے، بابریمسجدکو انیسسوبانوےمیں توڑاگیا۔</w:t>
      </w:r>
    </w:p>
    <w:p>
      <w:r>
        <w:rPr>
          <w:b/>
        </w:rPr>
        <w:t xml:space="preserve">[56:49] </w:t>
      </w:r>
      <w:r>
        <w:t>to sara dunya janti hai ke Babri todi gayi, Babri todi gayi. sara dunya janti hai.</w:t>
      </w:r>
    </w:p>
    <w:p>
      <w:pPr>
        <w:jc w:val="right"/>
      </w:pPr>
      <w:r>
        <w:t>توساریدنیا جانتیہےکہبابریتو ڑیگئی،بابریتوڑیگئی۔ساریدنیا جانتیہے۔</w:t>
      </w:r>
    </w:p>
    <w:p>
      <w:r>
        <w:rPr>
          <w:b/>
        </w:rPr>
        <w:t xml:space="preserve">[56:53] </w:t>
      </w:r>
      <w:r>
        <w:t>yeh kis ko pata hai? ke abhi bhi saare panch lakh masjidain India mein intact hain, wahan khoob namaz hoti hai, azan hoti hai. aur is mein taameeraat ho rahi hain, is mein izafa ho raha hai. yeh kisi ko khabar nahin?</w:t>
      </w:r>
    </w:p>
    <w:p>
      <w:pPr>
        <w:jc w:val="right"/>
      </w:pPr>
      <w:r>
        <w:t>یہکسکوپتہہے ؟کہابھیبھی ساڑھے پانچ لاکھ مسجدیںانڈیامیں intactہیں،وہاںخوبنمازہوتیہے، اذانہوتیہے۔ اوراسمیںتعمیراتہورہیہیں،اسمیں اضافہہورہاہے۔یہکسیکوخبرنہیں ؟</w:t>
      </w:r>
    </w:p>
    <w:p>
      <w:r>
        <w:rPr>
          <w:b/>
        </w:rPr>
        <w:t xml:space="preserve">[57:07] </w:t>
      </w:r>
      <w:r>
        <w:t>woh jo mere paas aaye thay, un ko bhi khabar nahin. achhe, saare panch lakh masjidon ki reporting to hui nahin.</w:t>
      </w:r>
    </w:p>
    <w:p>
      <w:pPr>
        <w:jc w:val="right"/>
      </w:pPr>
      <w:r>
        <w:t>وہ جومیرےپاسآئےتھے،انکوبھیخبرنہیں۔اچھے،ساڑھےپانچلاکھمسجدیںہیں۔ تو کہاکہساڑھےپانچ مسجدوںکیرپورٹنگتوہوئی نہیں۔</w:t>
      </w:r>
    </w:p>
    <w:p>
      <w:r>
        <w:rPr>
          <w:b/>
        </w:rPr>
        <w:t xml:space="preserve">[57:15] </w:t>
      </w:r>
      <w:r>
        <w:t>aik masjid ki report khoob dhoom se hui. yeh hai selective reporting.</w:t>
      </w:r>
    </w:p>
    <w:p>
      <w:pPr>
        <w:jc w:val="right"/>
      </w:pPr>
      <w:r>
        <w:t>ایک مسجدکیرپورٹخوبدھومسےہوئی ۔ یہہےselectivereport ing۔</w:t>
      </w:r>
    </w:p>
    <w:p>
      <w:r>
        <w:rPr>
          <w:b/>
        </w:rPr>
        <w:t xml:space="preserve">[57:23] </w:t>
      </w:r>
      <w:r>
        <w:t>aik martaba fasad hua Meerut mein. to bohat khabrein chapti theen. Meerut mein fasad, Meerut mein fasad, Meerut mein fasad.</w:t>
      </w:r>
    </w:p>
    <w:p>
      <w:pPr>
        <w:jc w:val="right"/>
      </w:pPr>
      <w:r>
        <w:t>ایکمرت بہ فسادہوا میرٹھمیں۔ تو بہت خبریںچھپیتھیں۔میرٹھمیںفساد،میرٹھمیںفساد،میرٹھمیںفساد۔</w:t>
      </w:r>
    </w:p>
    <w:p>
      <w:r>
        <w:rPr>
          <w:b/>
        </w:rPr>
        <w:t xml:space="preserve">[57:34] </w:t>
      </w:r>
      <w:r>
        <w:t>to mein car par yahan Delhi se Meerut gaya. jab Meerut dakhil hua to laga ke yeh to baqayda aik abad shehar hai, wahan par log chal phir rahe hain.</w:t>
      </w:r>
    </w:p>
    <w:p>
      <w:pPr>
        <w:jc w:val="right"/>
      </w:pPr>
      <w:r>
        <w:t>تومیں کار پر یہاں دلیسے میرٹھگیا۔ جب میرٹھداخلہوا تو لگاکہ یہتوباقاعدہایکآباد شہر ہے، وہاںپر لوگچلپھررہےہیں۔</w:t>
      </w:r>
    </w:p>
    <w:p>
      <w:r>
        <w:rPr>
          <w:b/>
        </w:rPr>
        <w:t xml:space="preserve">[57:47] </w:t>
      </w:r>
      <w:r>
        <w:t>mein soch gaya tha ke Meerut jab pahunchon ga, aag lag rahi hogi aur har taraf afra tafri ho gi, har taraf ajeeb manzar hoga, wahan kuch bhi nahin. to mein ne kaha ke bhai, woh, woh, woh kaun sa Meerut jahan fasad hua hai?</w:t>
      </w:r>
    </w:p>
    <w:p>
      <w:pPr>
        <w:jc w:val="right"/>
      </w:pPr>
      <w:r>
        <w:t>میں سوچگیاتھاکہمیرٹھجبپہنچوںگا، آگسلگرہیہوگیاور ہرطرف افراتفریہوگی،ہرطرف عجیبمنظرہوگا،وہاںکچھبھینہیں ۔ تومیںنےکہاکہبھئی،وہ،وہ،وہکونسامیرٹھجہاںفسادہواہے؟</w:t>
      </w:r>
    </w:p>
    <w:p>
      <w:r>
        <w:rPr>
          <w:b/>
        </w:rPr>
        <w:t xml:space="preserve">[58:00] </w:t>
      </w:r>
      <w:r>
        <w:t>to unhon ne bataya ke aap falan mohalle mein jaiye. to gard-e-ka poora Meerut, Meerut ghoomte ghoomte ghoomte hum is mohalle mein pahunche.</w:t>
      </w:r>
    </w:p>
    <w:p>
      <w:pPr>
        <w:jc w:val="right"/>
      </w:pPr>
      <w:r>
        <w:t>توانہوںنےبتایاکہآپ فلاںمحلےمیںجائیے۔ تو گرد ےکا پورامیرٹھ،میرٹھگھومتےگھومتےگھومتے ہم اس محلےمیںپہنچے۔</w:t>
      </w:r>
    </w:p>
    <w:p>
      <w:r>
        <w:rPr>
          <w:b/>
        </w:rPr>
        <w:t xml:space="preserve">[58:10] </w:t>
      </w:r>
      <w:r>
        <w:t>aik chhota sa mohalla tha woh.</w:t>
      </w:r>
    </w:p>
    <w:p>
      <w:pPr>
        <w:jc w:val="right"/>
      </w:pPr>
      <w:r>
        <w:t>ایکچھوٹاسامحلہتھاوہ ۔</w:t>
      </w:r>
    </w:p>
    <w:p>
      <w:r>
        <w:rPr>
          <w:b/>
        </w:rPr>
        <w:t xml:space="preserve">[58:13] </w:t>
      </w:r>
      <w:r>
        <w:t>jo poora Meerut abad tha, poore Meerut mein sargarmian theen. aur is aik chhote se mohalle mein fasad hua tha. lekin akhbaron mein kya chhaapa? Meerut mein fasad, Meerut mein fasad, Meerut mein fasad.</w:t>
      </w:r>
    </w:p>
    <w:p>
      <w:pPr>
        <w:jc w:val="right"/>
      </w:pPr>
      <w:r>
        <w:t>جوپورامیرٹھآباد تھا، پورےمیرٹھمیںسرگرمیاںتھیں۔ اور اس ایکچھوٹےسےمحلےمیں فسادہواتھا۔ لیکن اخباروںمیںکیا چھپا؟میرٹھمیںفساد،میرٹھمیںفساد،میرٹھمیںفساد۔</w:t>
      </w:r>
    </w:p>
    <w:p>
      <w:r>
        <w:rPr>
          <w:b/>
        </w:rPr>
        <w:t xml:space="preserve">[58:28] </w:t>
      </w:r>
      <w:r>
        <w:t>aik martaba mein yahan se gaya tha kahin bahir. to wapsi mein jahaz mein mujhe jo akhbar mila, ismein likha tha ke dilli mein fasad.</w:t>
      </w:r>
    </w:p>
    <w:p>
      <w:pPr>
        <w:jc w:val="right"/>
      </w:pPr>
      <w:r>
        <w:t>ایکمرتبہمیں یہاںسے گیاتھاکہیںباہر ۔تو واپسیمیں جہازمیںمجھے جواخبارملا، اسمیںلکھاہواتھاکہدلیمیںفساد۔</w:t>
      </w:r>
    </w:p>
    <w:p>
      <w:r>
        <w:rPr>
          <w:b/>
        </w:rPr>
        <w:t xml:space="preserve">[58:40] </w:t>
      </w:r>
      <w:r>
        <w:t>to jab mein dilli airport utra to mein pareshan hua ke bhai pata nahi dilli mein kya ho raha hai. to, to us zamane mein mobile bhi nahi hota tha ke mobile se mein baat kar loon.</w:t>
      </w:r>
    </w:p>
    <w:p>
      <w:pPr>
        <w:jc w:val="right"/>
      </w:pPr>
      <w:r>
        <w:t>توجب میں دلیایئرپورٹاتراتومیںپریشانہواکہبھئیپتہنہیںدلیمیںکیاہورہاہے۔ تو ،تو اسزمانےمیںموبائلبھینہیںہوتاتھاکہموبائلسےمیںباتکرلوں۔</w:t>
      </w:r>
    </w:p>
    <w:p>
      <w:r>
        <w:rPr>
          <w:b/>
        </w:rPr>
        <w:t xml:space="preserve">[58:51] </w:t>
      </w:r>
      <w:r>
        <w:t>mobile se pehle ki baat hai.</w:t>
      </w:r>
    </w:p>
    <w:p>
      <w:pPr>
        <w:jc w:val="right"/>
      </w:pPr>
      <w:r>
        <w:t>موبائلسے پہلے کیباتہے۔</w:t>
      </w:r>
    </w:p>
    <w:p>
      <w:r>
        <w:rPr>
          <w:b/>
        </w:rPr>
        <w:t xml:space="preserve">[58:55] </w:t>
      </w:r>
      <w:r>
        <w:t>to bari, to yaani mein airport se ghar aaya lekin yeh darte darte ke pata nahi kya ho jayega. ke saari dilli mein fasad ho raha hai.</w:t>
      </w:r>
    </w:p>
    <w:p>
      <w:pPr>
        <w:jc w:val="right"/>
      </w:pPr>
      <w:r>
        <w:t>توبڑی،تو یعنیمیں ایئرپورٹسےگھرآیا لیکن یہ ڈرتےڈرتےکہپتہنہیںکیاہوجائےگا۔ کہساریدلیمیںفسادہورہاہے۔</w:t>
      </w:r>
    </w:p>
    <w:p>
      <w:r>
        <w:rPr>
          <w:b/>
        </w:rPr>
        <w:t xml:space="preserve">[59:05] </w:t>
      </w:r>
      <w:r>
        <w:t>to airport se Nizamuddin aa gaya, kahin koi fasad na kuch</w:t>
      </w:r>
    </w:p>
    <w:p>
      <w:pPr>
        <w:jc w:val="right"/>
      </w:pPr>
      <w:r>
        <w:t>تو ایئرپورٹسے نظامالدینآگیا، کہیںکوئیفسادنہ کچھ</w:t>
      </w:r>
    </w:p>
    <w:p>
      <w:r>
        <w:rPr>
          <w:b/>
        </w:rPr>
        <w:t xml:space="preserve">[59:09] </w:t>
      </w:r>
      <w:r>
        <w:t>. to baad ko pata chala ke is Seelampur ke ek kisi ek muhalle mein fasad hua tha. to Seelampur jo hai, hazaron bastiyon mein se ek basti hai, wahan par ek muhalle mein kuch hua tha.</w:t>
      </w:r>
    </w:p>
    <w:p>
      <w:pPr>
        <w:jc w:val="right"/>
      </w:pPr>
      <w:r>
        <w:t>۔توبعدکوپتہچلاکہ اس سیلمپورکےایک کسی ایک محلےمیںفسادہواتھا۔ تو سیلمپورجوہے، ہزاروںبستیوںمیںسےایکبستیہے، وہاںپر ایک مح لےمیںکچھہواتھا۔</w:t>
      </w:r>
    </w:p>
    <w:p>
      <w:r>
        <w:rPr>
          <w:b/>
        </w:rPr>
        <w:t xml:space="preserve">[59:21] </w:t>
      </w:r>
      <w:r>
        <w:t>aur akhbar mein kya chapa? dilli mein fasad. balki Pakistan akhbar chapa tha, Bharat mein fasad. is se badhkar ke. yeh hai selective reporting.</w:t>
      </w:r>
    </w:p>
    <w:p>
      <w:pPr>
        <w:jc w:val="right"/>
      </w:pPr>
      <w:r>
        <w:t>اور اخبارمیںکیا چھپا؟ دلیمیںفساد ۔ بلکہ پاکستاناخبارچھپاتھا،بھارتمیںفساد ۔ اسسےبڑھکرکے۔ یہہے selectivereport ing۔</w:t>
      </w:r>
    </w:p>
    <w:p>
      <w:r>
        <w:rPr>
          <w:b/>
        </w:rPr>
        <w:t xml:space="preserve">[59:31] </w:t>
      </w:r>
      <w:r>
        <w:t>to hamari tareekh mein selective reporting hui. aaj bhi media ke daur mein selective reporting ho rahi hai.</w:t>
      </w:r>
    </w:p>
    <w:p>
      <w:pPr>
        <w:jc w:val="right"/>
      </w:pPr>
      <w:r>
        <w:t>توہماریتاریخ میںselectivereport ingہوئی ۔آجبھی میڈیاکےدور میں selectivereport ingہورہیہے۔</w:t>
      </w:r>
    </w:p>
    <w:p>
      <w:r>
        <w:rPr>
          <w:b/>
        </w:rPr>
        <w:t xml:space="preserve">[59:39] </w:t>
      </w:r>
      <w:r>
        <w:t>to yeh sab cheezein hain jo logon ko aman se roke hui hain. log nafrat mein jeete hain. log ghusse mein jeete hain. log ek doosre ke khilaf, yaani dushmani ke jazbe mein jeete hain.</w:t>
      </w:r>
    </w:p>
    <w:p>
      <w:pPr>
        <w:jc w:val="right"/>
      </w:pPr>
      <w:r>
        <w:t>تویہسبچیزیںہیںجو لوگوںکو امن سے روکےہوئیہیں۔ لوگ نفرتمیںجیتےہیں۔ لوگ غصےمیںجیتےہیں۔ لوگ ایکدوسرےکےخلاف ،یعنی دشمنیکےجذبےمیںجیتےہیں۔</w:t>
      </w:r>
    </w:p>
    <w:p>
      <w:r>
        <w:rPr>
          <w:b/>
        </w:rPr>
        <w:t xml:space="preserve">[59:55] </w:t>
      </w:r>
      <w:r>
        <w:t>haqeeqat aisi nahi hai.</w:t>
      </w:r>
    </w:p>
    <w:p>
      <w:pPr>
        <w:jc w:val="right"/>
      </w:pPr>
      <w:r>
        <w:t>حقیقتایسینہیںہے۔</w:t>
      </w:r>
    </w:p>
    <w:p>
      <w:r>
        <w:rPr>
          <w:b/>
        </w:rPr>
        <w:t xml:space="preserve">[59:58] </w:t>
      </w:r>
      <w:r>
        <w:t>to mein samajhta hoon ke humein ek nayi tareekh banani hai, ek naya daur lana hai. balki mein kahunga history ko reprocess karna hai.</w:t>
      </w:r>
    </w:p>
    <w:p>
      <w:pPr>
        <w:jc w:val="right"/>
      </w:pPr>
      <w:r>
        <w:t>تومیںسمجھتاہوںکہہمیںایکنئی تاریخ بنانیہے، ایکنیادور لاناہے۔ بلکہمیںکہوںگاhistory کوrep rocessکرناہے۔</w:t>
      </w:r>
    </w:p>
    <w:p>
      <w:r>
        <w:rPr>
          <w:b/>
        </w:rPr>
        <w:t xml:space="preserve">[1:00:09] </w:t>
      </w:r>
      <w:r>
        <w:t>tab log janenge haqeeqi surat haal kya hai. tab log janenge ke ideology of peace kya hai. tab log janenge ke kis tarah se aman qaim kiya jaye. jab aman hoga, tab dua work hoga.</w:t>
      </w:r>
    </w:p>
    <w:p>
      <w:pPr>
        <w:jc w:val="right"/>
      </w:pPr>
      <w:r>
        <w:t>تبلوگجانیںگےحقیقیصورت حالکیاہے۔ تبلوگجانیںگےکہ ide ologyofpeaceکیاہے۔ تبلوگجانیںگےکہ کسطرحسے امنقائمکیاجائے۔جبامنہوگا، تب دعاworkہوگا۔</w:t>
      </w:r>
    </w:p>
    <w:p>
      <w:r>
        <w:rPr>
          <w:b/>
        </w:rPr>
        <w:t xml:space="preserve">[1:00:23] </w:t>
      </w:r>
      <w:r>
        <w:t>mein dua karta hoon Allah ta'ala mujh ko aur aap ko tofeeq de. aqool qawli hadha wastaghfirullah li walakum ajmaeen</w:t>
      </w:r>
    </w:p>
    <w:p>
      <w:pPr>
        <w:jc w:val="right"/>
      </w:pPr>
      <w:r>
        <w:t>میں دعاکرتاہوںاللہتعالیمجھکواورآپکو توفیق دے۔ أقول قوليهذا واستغفراللہ ليولكماجمعین</w:t>
      </w:r>
    </w:p>
    <w:p>
      <w:r>
        <w:rPr>
          <w:b/>
        </w:rPr>
        <w:t xml:space="preserve">[1:00:47] </w:t>
      </w:r>
      <w:r>
        <w:t>Maulana, yeh sawal aaya hai Mr. Amir bin Yusuf ka Pakistan se. unhone likha hai: "maine abhi tak hidayat aur gumrahi mein yeh difference mehsoos kiya hai ke gumrahi ki limit hoti hai,</w:t>
      </w:r>
    </w:p>
    <w:p>
      <w:pPr>
        <w:jc w:val="right"/>
      </w:pPr>
      <w:r>
        <w:t>مولانا،یہ سوال آیاہے مسٹر عامر بن یوسفکا پاکستانسے ۔انہوںنےلکھاہے :"میںنے ابھیتک ہدایت اور گمراہیمیں یہ differ ence محسوس کیاہے کہ گمراہیکیlimit ہوتیہے،</w:t>
      </w:r>
    </w:p>
    <w:p>
      <w:r>
        <w:rPr>
          <w:b/>
        </w:rPr>
        <w:t xml:space="preserve">[1:01:03] </w:t>
      </w:r>
      <w:r>
        <w:t>wo kisi speed breaker par ruk jati hai, ya kisi ek issue par tezi se aage badh jati hai, jab ke hidayat unlimited hoti hai,</w:t>
      </w:r>
    </w:p>
    <w:p>
      <w:pPr>
        <w:jc w:val="right"/>
      </w:pPr>
      <w:r>
        <w:t>وہکسی speed bre akerپر رکجاتیہے، یاکسی ایک issueپر تیزیسےآگے بڑھجاتیہے، جب کہ ہدایت unlim itedہوتیہے،</w:t>
      </w:r>
    </w:p>
    <w:p>
      <w:r>
        <w:rPr>
          <w:b/>
        </w:rPr>
        <w:t xml:space="preserve">[1:01:15] </w:t>
      </w:r>
      <w:r>
        <w:t>jaise ma'rifat ki koi limit nahi, tazkiya ka amal lifetime chalta hai. iske bare mein kuch bataein."</w:t>
      </w:r>
    </w:p>
    <w:p>
      <w:pPr>
        <w:jc w:val="right"/>
      </w:pPr>
      <w:r>
        <w:t>جیسے معرفتکیکوئیlimit نہیں ،تزکیہکاعمل lifetimeچلتاہے۔ اسکے بارےمیںکچھ بت ائیں۔"</w:t>
      </w:r>
    </w:p>
    <w:p>
      <w:r>
        <w:rPr>
          <w:b/>
        </w:rPr>
        <w:t xml:space="preserve">[1:01:26] </w:t>
      </w:r>
      <w:r>
        <w:t>baat sahi hai. lekin mein unhein kahunga ke gumrahi ruk jati hai.</w:t>
      </w:r>
    </w:p>
    <w:p>
      <w:pPr>
        <w:jc w:val="right"/>
      </w:pPr>
      <w:r>
        <w:t>بات صحیحہے۔ لیکن میں انہیں کہوںگاکہ گمراہیرکجاتیہے۔</w:t>
      </w:r>
    </w:p>
    <w:p>
      <w:r>
        <w:rPr>
          <w:b/>
        </w:rPr>
        <w:t xml:space="preserve">[1:01:36] </w:t>
      </w:r>
      <w:r>
        <w:t>nahi, warning milta hai ke ruk jao. speed breaker jo aata hai, wo warning ke liye hota hai.</w:t>
      </w:r>
    </w:p>
    <w:p>
      <w:pPr>
        <w:jc w:val="right"/>
      </w:pPr>
      <w:r>
        <w:t>نہیں ، war ningملتاہےکہرکجاؤ۔ Spe edbre akerجوآتاہے، وہwar ningکےلیےہوتاہے۔</w:t>
      </w:r>
    </w:p>
    <w:p>
      <w:r>
        <w:rPr>
          <w:b/>
        </w:rPr>
        <w:t xml:space="preserve">[1:01:45] </w:t>
      </w:r>
      <w:r>
        <w:t>speed breaker ke bawajood log gumrahi se hat te nahi, phir bhi isi chalte rehte hain isi raah mein. to mein yeh kahunga ke hidayat ke raaste par aap chalenge to ismein koi speed breaker nahi aata.</w:t>
      </w:r>
    </w:p>
    <w:p>
      <w:pPr>
        <w:jc w:val="right"/>
      </w:pPr>
      <w:r>
        <w:t>Speedbreaker کے باوجود لوگگمراہیسےہٹتےنہیں،پھربھی اسی چلتےرہتےہیںاسیراہمیں۔ تو میںیہکہوںگاکہ ہدایت کےراستےپرآپچلیںگے تو اسمیںکوئی speedbre akerنہیںآتا۔</w:t>
      </w:r>
    </w:p>
    <w:p>
      <w:r>
        <w:rPr>
          <w:b/>
        </w:rPr>
        <w:t xml:space="preserve">[1:02:04] </w:t>
      </w:r>
      <w:r>
        <w:t>lekin ismein bhi aata hai, mein balki yoon kahunga ke speed breaker zindagi ka hissa hai.</w:t>
      </w:r>
    </w:p>
    <w:p>
      <w:pPr>
        <w:jc w:val="right"/>
      </w:pPr>
      <w:r>
        <w:t>لیکن اسمیںبھیآتاہے، میں بلکہیوںکہوںگا کہspeedbre akerتو زندگی کاحصہہے۔</w:t>
      </w:r>
    </w:p>
    <w:p>
      <w:r>
        <w:rPr>
          <w:b/>
        </w:rPr>
        <w:t xml:space="preserve">[1:02:14] </w:t>
      </w:r>
      <w:r>
        <w:t>speed breaker jo hai, zindagi ka hissa hai. Rasool Allah ko masle paish aaye, Sahaba ko masle paish aaye, wo sab is par speed breaker hi to the.</w:t>
      </w:r>
    </w:p>
    <w:p>
      <w:pPr>
        <w:jc w:val="right"/>
      </w:pPr>
      <w:r>
        <w:t>Speedbre akerجوہے،زندگی کاحصہہے۔ رسولاللہکو مسئلےپیش آئے،صحابہکومسئلےپیشآئے،وہسباس یپہspeedbreakerہیتوتھے۔</w:t>
      </w:r>
    </w:p>
    <w:p>
      <w:r>
        <w:rPr>
          <w:b/>
        </w:rPr>
        <w:t xml:space="preserve">[1:02:25] </w:t>
      </w:r>
      <w:r>
        <w:t>to speed breaker jo hai, wo aap ko aap ke test ke liye hota hai ke aap ruk jate hain ya aage badhte hain. ruk jate hain ya aage badhte hain.</w:t>
      </w:r>
    </w:p>
    <w:p>
      <w:pPr>
        <w:jc w:val="right"/>
      </w:pPr>
      <w:r>
        <w:t>تو speedbre akerجوہے، وہ آپکو آپکے ٹیسٹ کےلیےہوتاہے کہآپرکجاتےہیںیاآگےبڑھتےہیں۔ رکجاتےہیںیاآگےبڑھتےہیں۔</w:t>
      </w:r>
    </w:p>
    <w:p>
      <w:r>
        <w:rPr>
          <w:b/>
        </w:rPr>
        <w:t xml:space="preserve">[1:02:38] </w:t>
      </w:r>
      <w:r>
        <w:t>to speed breaker jo hai, is aadmi ke liye jo sach much seeker hai, jo sachai ko daryaft kar chuka hai, uske liye speed breaker jo hai, wo sirf ek mehmiyat banta hai, ek installment banta hai.</w:t>
      </w:r>
    </w:p>
    <w:p>
      <w:pPr>
        <w:jc w:val="right"/>
      </w:pPr>
      <w:r>
        <w:t>تو speedbre akerجوہے، اس آدمیکےلیےجو سچمچseekerہے، جو سچائیکودریافتکرچکاہے، اسکےلیےspeedbreakerجوہے،وہصرف ایک محمیتبنتاہے، ایک inst allmentبنجاتاہے۔</w:t>
      </w:r>
    </w:p>
    <w:p>
      <w:r>
        <w:rPr>
          <w:b/>
        </w:rPr>
        <w:t xml:space="preserve">[1:02:53] </w:t>
      </w:r>
      <w:r>
        <w:t>aur, aur, aur zyada incentive ke saath wo aage badhta hai. lekin jinke andar seeker, seeking spirit nahi hai, jo daryaft ke darje mein sachai ko nahi paya unhone</w:t>
      </w:r>
    </w:p>
    <w:p>
      <w:pPr>
        <w:jc w:val="right"/>
      </w:pPr>
      <w:r>
        <w:t>اور ،اور،اورزیادہ incent iveکےساتھوہآگےبڑھتاہے۔ لیکن جنکےاندر se eker ،seekingspiritنہیںہے، جو دریا فت کےدرجےمیںسچائیکونہیںپایاانہوںنے</w:t>
      </w:r>
    </w:p>
    <w:p>
      <w:r>
        <w:rPr>
          <w:b/>
        </w:rPr>
        <w:t xml:space="preserve">[1:03:08] </w:t>
      </w:r>
      <w:r>
        <w:t>, to unke liye jab koi rukawat koi aati hai to usmein bhatak jate hain. rukawat unke upar chha jati hai. to zyada sahi taur par yeh kahunga ke isi speed breaker zindagi ke, zindagi ka ek part hai.</w:t>
      </w:r>
    </w:p>
    <w:p>
      <w:pPr>
        <w:jc w:val="right"/>
      </w:pPr>
      <w:r>
        <w:t>،تو انکےلیےجبرکاوٹکوئیآتیہےتواسیمیںبھٹکجاتےہیں۔ رکاوٹانکےاوپرچھاجاتیہے۔ تو زیادہ صحیحطورپریہکہوںکہاسی speedbre akerزندگی کے ،زندگی کاایکpart ہے۔</w:t>
      </w:r>
    </w:p>
    <w:p>
      <w:r>
        <w:rPr>
          <w:b/>
        </w:rPr>
        <w:t xml:space="preserve">[1:03:24] </w:t>
      </w:r>
      <w:r>
        <w:t>isi speedbreaker ka matlab hai raqavaten, mushkilat, mawane, hurdles. yeh zindagi ka ek part hai.</w:t>
      </w:r>
    </w:p>
    <w:p>
      <w:pPr>
        <w:jc w:val="right"/>
      </w:pPr>
      <w:r>
        <w:t>اسی speedbreakerکامطلبہےر کاوٹیں، مشکلات ، موانع، hurdles ۔یہ زندگی کاایکpart ہے۔</w:t>
      </w:r>
    </w:p>
    <w:p>
      <w:r>
        <w:rPr>
          <w:b/>
        </w:rPr>
        <w:t xml:space="preserve">[1:03:36] </w:t>
      </w:r>
      <w:r>
        <w:t>wo sab ko pesh aate hain.</w:t>
      </w:r>
    </w:p>
    <w:p>
      <w:pPr>
        <w:jc w:val="right"/>
      </w:pPr>
      <w:r>
        <w:t>وہ سبکوپیش آتےہیں۔</w:t>
      </w:r>
    </w:p>
    <w:p>
      <w:r>
        <w:rPr>
          <w:b/>
        </w:rPr>
        <w:t xml:space="preserve">[1:03:39] </w:t>
      </w:r>
      <w:r>
        <w:t>paighambar ko bhi aur ghair paighambar ko bhi. aur wo darasal ek test hota hai. agar aap, yaani aap ka zehan bedaar hai,</w:t>
      </w:r>
    </w:p>
    <w:p>
      <w:pPr>
        <w:jc w:val="right"/>
      </w:pPr>
      <w:r>
        <w:t>پیغمبرکوبھی اور غیر پیغمبرکوبھی ۔ اوروہدراصل ایکٹیسٹ ہوتاہے۔ اگر آپ ،یعنی آپ کاذہنبیدارہے،</w:t>
      </w:r>
    </w:p>
    <w:p>
      <w:r>
        <w:rPr>
          <w:b/>
        </w:rPr>
        <w:t xml:space="preserve">[1:03:55] </w:t>
      </w:r>
      <w:r>
        <w:t>aap ka shaoor bedaar hai, aap cheezon ko analysis karna jante hain, to is se aap ko koi nuqsan nahi pahanchega. aap aage badhte chale jayenge.</w:t>
      </w:r>
    </w:p>
    <w:p>
      <w:pPr>
        <w:jc w:val="right"/>
      </w:pPr>
      <w:r>
        <w:t>آپکا شعوربیدارہے، آپ چیزوںکوanalysisکرناجانتےہیں، تو اسسےآپکو کوئینقصاننہیںپہنچےگا۔ آپآگےبڑھتےچلےجائیںگے۔</w:t>
      </w:r>
    </w:p>
    <w:p>
      <w:r>
        <w:rPr>
          <w:b/>
        </w:rPr>
        <w:t xml:space="preserve">[1:04:04] </w:t>
      </w:r>
      <w:r>
        <w:t>lekin agar aap ka zehan bedaar nahi hai, aap ka shaoor bedaar nahi hai, aap is ko explain karne ki taqat aap ke andar nahi hai, to negative result niklega, aap phans kar reh jayenge is mein.</w:t>
      </w:r>
    </w:p>
    <w:p>
      <w:pPr>
        <w:jc w:val="right"/>
      </w:pPr>
      <w:r>
        <w:t>لیکن اگر آپکاذہنبیدارنہیںہے، آپ کاشعوربیدارنہیںہے، آپاسکو explainکرنے کیطاقتآپکےاندرنہیںہے، تو neg ativeresult نکلےگا،آپپھنسکررہجائیںگےاسمیں۔</w:t>
      </w:r>
    </w:p>
    <w:p>
      <w:r>
        <w:rPr>
          <w:b/>
        </w:rPr>
        <w:t xml:space="preserve">[1:04:18] </w:t>
      </w:r>
      <w:r>
        <w:t>aur aap zindagi mein stop ho jayega. aah, Maulana, agla sawal aaya hai Mr. Muhammad Raziuddin Saudi Arab.</w:t>
      </w:r>
    </w:p>
    <w:p>
      <w:pPr>
        <w:jc w:val="right"/>
      </w:pPr>
      <w:r>
        <w:t>اور آپ زندگی میں stop ہوجائےگا۔ آہ،مولانا،اگلاسوال آیاہے مسٹر محمد رضی الدین سعودیعرب ۔</w:t>
      </w:r>
    </w:p>
    <w:p>
      <w:r>
        <w:rPr>
          <w:b/>
        </w:rPr>
        <w:t xml:space="preserve">[1:04:29] </w:t>
      </w:r>
      <w:r>
        <w:t>unhone likha hai ke pichhle hafte ke intellectual journey ke talk mein ek sawal ke jawab mein aap ne kaha ke mera teacher khud Allah taala hai, koi doosra teacher nahi.</w:t>
      </w:r>
    </w:p>
    <w:p>
      <w:pPr>
        <w:jc w:val="right"/>
      </w:pPr>
      <w:r>
        <w:t>انہوںنےلکھاہےکہ پچھلےہفتےکے intellectual journeyکےtalkمیں ایک سوالکاجوابمیںآپنےکہا کہمیراteacherخود اللہ تعالیہے، کوئی دوسرا teacherنہیں ۔</w:t>
      </w:r>
    </w:p>
    <w:p>
      <w:r>
        <w:rPr>
          <w:b/>
        </w:rPr>
        <w:t xml:space="preserve">[1:04:43] </w:t>
      </w:r>
      <w:r>
        <w:t>Allah hamein inspire karte hain, main Allah ki inspiration se bolta hoon. mere liye kitaben secondary source hain.</w:t>
      </w:r>
    </w:p>
    <w:p>
      <w:pPr>
        <w:jc w:val="right"/>
      </w:pPr>
      <w:r>
        <w:t>اللہ ہیمجھے insp ireکرتے ہیں، میں اللہ کی insp irationسےبول تاہوں۔ میرےلیے کتاب یں second arysourceہیں۔</w:t>
      </w:r>
    </w:p>
    <w:p>
      <w:r>
        <w:rPr>
          <w:b/>
        </w:rPr>
        <w:t xml:space="preserve">[1:04:52] </w:t>
      </w:r>
      <w:r>
        <w:t>primary source mera woh hai, woh khud divine inspiration hai, jo dua ke zariye kisi bhi shakhs ko milta hai. jo bhi shakhs dua mein mashgool hoga, zaroor divine inspiration milegi.</w:t>
      </w:r>
    </w:p>
    <w:p>
      <w:pPr>
        <w:jc w:val="right"/>
      </w:pPr>
      <w:r>
        <w:t>Primarysource میراجوہے، وہ خود div ine insp irationہے، جو دعا کےذریعےکسیبھیشخص کوملتاہے۔ جو بھیشخص دعامیں مشغولہوگا، ضرور div ine insp irationملےگی۔</w:t>
      </w:r>
    </w:p>
    <w:p>
      <w:r>
        <w:rPr>
          <w:b/>
        </w:rPr>
        <w:t xml:space="preserve">[1:05:06] </w:t>
      </w:r>
      <w:r>
        <w:t>Maulana sahib, mera sawal yeh hai ke is jawab mein inspiration se aap ki kya murad hai?</w:t>
      </w:r>
    </w:p>
    <w:p>
      <w:pPr>
        <w:jc w:val="right"/>
      </w:pPr>
      <w:r>
        <w:t>مول اناصاحب،میراسوالیہہے کہ اس جوابمیں insp ir ationسے آپکی کیا مرادہے؟</w:t>
      </w:r>
    </w:p>
    <w:p>
      <w:r>
        <w:rPr>
          <w:b/>
        </w:rPr>
        <w:t xml:space="preserve">[1:05:13] </w:t>
      </w:r>
      <w:r>
        <w:t>kaha jata hai ke Allah taala ki marzi janne ke liye sirf ek hi source hai, aur woh hai Prophet Muhammad sallallahu alaihi wasallam.</w:t>
      </w:r>
    </w:p>
    <w:p>
      <w:pPr>
        <w:jc w:val="right"/>
      </w:pPr>
      <w:r>
        <w:t>کہاجاتا ہےکہ اللہ تعالیکی مرضی جاننےکےلیے صرف ایکہی sourceہے، اور وہہے Prophet محمد صلیاللہ علیہوسلم ۔</w:t>
      </w:r>
    </w:p>
    <w:p>
      <w:r>
        <w:rPr>
          <w:b/>
        </w:rPr>
        <w:t xml:space="preserve">[1:05:23] </w:t>
      </w:r>
      <w:r>
        <w:t>ab qayamat tak koi direct inspiration ki zaroorat nahi. direct inspiration ko agar mana jaye to phir deen mein nayi nayi cheezon ko dakhil karna aasan ho jata hai.</w:t>
      </w:r>
    </w:p>
    <w:p>
      <w:pPr>
        <w:jc w:val="right"/>
      </w:pPr>
      <w:r>
        <w:t>اب قیامتتک کوئی direct insp irationکیضرورتنہیں ۔ Dire ct insp irationکواگر ماناجائے تو پھر دینمیں نئینئیچیزوںکو داخل کرنا آسانہوجاتا ہے۔</w:t>
      </w:r>
    </w:p>
    <w:p>
      <w:r>
        <w:rPr>
          <w:b/>
        </w:rPr>
        <w:t xml:space="preserve">[1:05:35] </w:t>
      </w:r>
      <w:r>
        <w:t>mera sawal yeh hai ke kya Prophet of Islam par iman lane ke baad bhi deeni mamlaat mein Allah taala se direct inspiration ki zaroorat baqi rehti hai?</w:t>
      </w:r>
    </w:p>
    <w:p>
      <w:pPr>
        <w:jc w:val="right"/>
      </w:pPr>
      <w:r>
        <w:t>میراسوال یہہے کہکیا ProphetofIslam پر ایمانلانےکےبعد بھی دینی معاملات میں اللہ تعالیسے direct insp iration کیضرورت باقیرہتیہے ؟</w:t>
      </w:r>
    </w:p>
    <w:p>
      <w:r>
        <w:rPr>
          <w:b/>
        </w:rPr>
        <w:t xml:space="preserve">[1:05:47] </w:t>
      </w:r>
      <w:r>
        <w:t>aur doosra, aap ne kaha mere liye kitaben secondary source hain. is se aap ki kya murad hai? yeh kaun si kitaben hain?</w:t>
      </w:r>
    </w:p>
    <w:p>
      <w:pPr>
        <w:jc w:val="right"/>
      </w:pPr>
      <w:r>
        <w:t>اور دوس را، آپنےکہامیرےلیے کتاب یںsecond arysourceہیں۔ اسسےآپ کیکیا مر ادہے؟ یہ کونسیکتاب یںہیں ؟</w:t>
      </w:r>
    </w:p>
    <w:p>
      <w:r>
        <w:rPr>
          <w:b/>
        </w:rPr>
        <w:t xml:space="preserve">[1:05:56] </w:t>
      </w:r>
      <w:r>
        <w:t>is ko wazeh karen. dekhen, aap ne jo baat farmayi hai to ulama ka stand aisa nahi hai. yeh aap ka apna zaati khayal hai yeh.</w:t>
      </w:r>
    </w:p>
    <w:p>
      <w:pPr>
        <w:jc w:val="right"/>
      </w:pPr>
      <w:r>
        <w:t>اسکو واضحکریں۔ دیکھیں،آپ نےجوباتفرمائیہے تو علماءکا اسٹینڈایسانہیںہے۔ یہآپکااپناذاتیخیالہےیہ۔</w:t>
      </w:r>
    </w:p>
    <w:p>
      <w:r>
        <w:rPr>
          <w:b/>
        </w:rPr>
        <w:t xml:space="preserve">[1:06:06] </w:t>
      </w:r>
      <w:r>
        <w:t>is liye ke Quran mein hai ke innal lazina qalu rabbuna Allahu thumma istiqamu tatanazzalu alaihimul malaikatu Allah taala</w:t>
      </w:r>
    </w:p>
    <w:p>
      <w:pPr>
        <w:jc w:val="right"/>
      </w:pPr>
      <w:r>
        <w:t>اسلیے کہ قرآنمیں ہے کہ إنالذ ين قالواربناالله ثم استقاموا تترنالم لائكة اللہ تعالی</w:t>
      </w:r>
    </w:p>
    <w:p>
      <w:r>
        <w:rPr>
          <w:b/>
        </w:rPr>
        <w:t xml:space="preserve">[1:06:22] </w:t>
      </w:r>
      <w:r>
        <w:t>yaani farishton ke zariye se aap ko ek cheez ulqa ki jati hai. Hadees mein hai ke yunaji rabbahu Allah ki bande ki sargoshi Allah se hoti hai.</w:t>
      </w:r>
    </w:p>
    <w:p>
      <w:pPr>
        <w:jc w:val="right"/>
      </w:pPr>
      <w:r>
        <w:t>یعنی فرشتوںکےذریعےسےآپکو ایکچیز القاکیجاتیہے۔ حدیثمیںہےکہ ين اجيربه اللہ کی بندےکیسرگوشیاللہسےہوتیہے۔</w:t>
      </w:r>
    </w:p>
    <w:p>
      <w:r>
        <w:rPr>
          <w:b/>
        </w:rPr>
        <w:t xml:space="preserve">[1:06:36] </w:t>
      </w:r>
      <w:r>
        <w:t>bande ki sargoshi Allah se hoti hai. yunaji rabbahu tamam ulama mante hain ke ke wahi akbar ke liye khaas hai.</w:t>
      </w:r>
    </w:p>
    <w:p>
      <w:pPr>
        <w:jc w:val="right"/>
      </w:pPr>
      <w:r>
        <w:t>بندےکیسرگوشیاللہسےہوتیہے۔يناجي ربه تمام علماءیہمانتےہیںکہ کہ وحی اکبرکےلیےخاص ہے۔</w:t>
      </w:r>
    </w:p>
    <w:p>
      <w:r>
        <w:rPr>
          <w:b/>
        </w:rPr>
        <w:t xml:space="preserve">[1:06:47] </w:t>
      </w:r>
      <w:r>
        <w:t>wahi munqata hui lekin ulqa wa ilham munqata nahi hua. misaal ke taur par Shah Abdullah ne likha hai ke Alhamdulillah Rabbi Shah Allah ne apni kitab mein likha hai ke Alhamdulillah Rabbi to koi nahi kehta galat kaha unhone.</w:t>
      </w:r>
    </w:p>
    <w:p>
      <w:pPr>
        <w:jc w:val="right"/>
      </w:pPr>
      <w:r>
        <w:t>وحی منقطعہوئیلیکن الق اءوالہاممنقطعنہیںہوا۔ مثلاً شاہ عبداللہنےلکھاہےکہ الحمدر بي شاہ اللہنے اپنیکتاب میںلکھاہےکہ الحمدربي توکوئینہیںکہتاغلطکہاانہوںنے۔</w:t>
      </w:r>
    </w:p>
    <w:p>
      <w:r>
        <w:rPr>
          <w:b/>
        </w:rPr>
        <w:t xml:space="preserve">[1:07:03] </w:t>
      </w:r>
      <w:r>
        <w:t>koi nahi kehta Shah Allah sahib ne galat kaha.</w:t>
      </w:r>
    </w:p>
    <w:p>
      <w:pPr>
        <w:jc w:val="right"/>
      </w:pPr>
      <w:r>
        <w:t>کوئینہیںکہتاشاہ اللہصاحبنےغلطکہا۔</w:t>
      </w:r>
    </w:p>
    <w:p>
      <w:r>
        <w:rPr>
          <w:b/>
        </w:rPr>
        <w:t xml:space="preserve">[1:07:05] </w:t>
      </w:r>
      <w:r>
        <w:t>kyun ke saare ulama mante hain ke wahi to nabiyon ka khaas hai lekin ulqa wa ilham aam hai. woh har ek ko hota hai.</w:t>
      </w:r>
    </w:p>
    <w:p>
      <w:pPr>
        <w:jc w:val="right"/>
      </w:pPr>
      <w:r>
        <w:t>کیونکہسارےعلماءمانتےہیںکہ وحیتو نبیکاخاص ہہے لیکن القاءوالہام عامہے۔ وہہرایککوہوتاہے۔</w:t>
      </w:r>
    </w:p>
    <w:p>
      <w:r>
        <w:rPr>
          <w:b/>
        </w:rPr>
        <w:t xml:space="preserve">[1:07:15] </w:t>
      </w:r>
      <w:r>
        <w:t>khwab mein bhi khwab ke liye aata hai ke ke wahi munqata hogi lekin khwab ke zariye se Allah ki rehnumai milti rahegi logon ko.</w:t>
      </w:r>
    </w:p>
    <w:p>
      <w:pPr>
        <w:jc w:val="right"/>
      </w:pPr>
      <w:r>
        <w:t>خوابمیںبھی خوابکےلیےآتاہےکہ کہ وحیمنقطعہوگی لیکن خوابکےذریعےسے اللہ کی رہنمائی ملتیرہےگی لوگوںکو ۔</w:t>
      </w:r>
    </w:p>
    <w:p>
      <w:r>
        <w:rPr>
          <w:b/>
        </w:rPr>
        <w:t xml:space="preserve">[1:07:24] </w:t>
      </w:r>
      <w:r>
        <w:t>yeh bhi aap Bukhari mein padh lijiye.</w:t>
      </w:r>
    </w:p>
    <w:p>
      <w:pPr>
        <w:jc w:val="right"/>
      </w:pPr>
      <w:r>
        <w:t>یہبھی آپ بخاریمیںپڑھلیجئے۔</w:t>
      </w:r>
    </w:p>
    <w:p>
      <w:r>
        <w:rPr>
          <w:b/>
        </w:rPr>
        <w:t xml:space="preserve">[1:07:28] </w:t>
      </w:r>
      <w:r>
        <w:t>isi ko maine inspiration kaha. yaani aap ko ulqa wa ilham ke maane mein maine inspiration kaha. yeh to sabit shuda hai.</w:t>
      </w:r>
    </w:p>
    <w:p>
      <w:pPr>
        <w:jc w:val="right"/>
      </w:pPr>
      <w:r>
        <w:t>اسیکومیںنےinspirationکہا۔ یعنیآپ کو القاءوالہام کےمعنیمیں میںنےinspirationکہا۔ یہتو ثابتشدہہے۔</w:t>
      </w:r>
    </w:p>
    <w:p>
      <w:r>
        <w:rPr>
          <w:b/>
        </w:rPr>
        <w:t xml:space="preserve">[1:07:38] </w:t>
      </w:r>
      <w:r>
        <w:t>Quran se sabit hai, Hadees se sabit hai. tamam ulama is ko mante hain. is mein koi aisa nahi hai ke koi maine nayi baat keh di hai. Imam Taimiya itne bade aalim the, un ko koi ayat samajh mein nahi aayi to unhone namaz padhkar do rakat namaz padhi Salat al-Hajah</w:t>
      </w:r>
    </w:p>
    <w:p>
      <w:pPr>
        <w:jc w:val="right"/>
      </w:pPr>
      <w:r>
        <w:t>قرآنسے ثابتہے،حدیثسےثابتہے۔ تمام علماءاسکومانتےہیں۔ اسمیںکوئی ایسانہیںہےکہکوئیمیںنےنئیباتکہہدیہے۔ امام تیمیہاتنےبڑےعالمتھے، انکو کوئیآیتسمجھمیںنہیںآئی توانہوںنےنمازپڑھکر دورکعتنمازپڑھیصلاۃ الحاج</w:t>
      </w:r>
    </w:p>
    <w:p>
      <w:r>
        <w:rPr>
          <w:b/>
        </w:rPr>
        <w:t xml:space="preserve">[1:07:56] </w:t>
      </w:r>
      <w:r>
        <w:t>iske baad dua kiya kehla Ibrahim ne yeh woh hai ke khuda ko imlaam qarar de kar in se janna chaha ke is ayat ka matlab kiya hai ya imlaam Ibrahim ne yeh to tasdeeq shuda baat hai.</w:t>
      </w:r>
    </w:p>
    <w:p>
      <w:pPr>
        <w:jc w:val="right"/>
      </w:pPr>
      <w:r>
        <w:t>اسکےبعددعاکیا کہيا معلم ابراهيمعلم ني یہیتوہے کہخداکو معلمقرار دےکرانسے جانناچاہاکہ اسآیتکامطلبکیا ہے يامعلم ابراهيم علم ني یہتو تصدیقشدہباتہے۔</w:t>
      </w:r>
    </w:p>
    <w:p>
      <w:r>
        <w:rPr>
          <w:b/>
        </w:rPr>
        <w:t xml:space="preserve">[1:08:15] </w:t>
      </w:r>
      <w:r>
        <w:t>baqi jo aap ne farma ya to is ka taluq wrong interpret ations se hai. aap kuch bhi karein, wrong interpret ation ka darwaza band nahi ho sakta.</w:t>
      </w:r>
    </w:p>
    <w:p>
      <w:pPr>
        <w:jc w:val="right"/>
      </w:pPr>
      <w:r>
        <w:t>باقیجوآپنےفر مایا تو اسکا تعلق wrong interpret ationsہے۔ آپکچھبھی کریں،wronginterpret ationکادروازہبندنہیںہوسکتا۔</w:t>
      </w:r>
    </w:p>
    <w:p>
      <w:r>
        <w:rPr>
          <w:b/>
        </w:rPr>
        <w:t xml:space="preserve">[1:08:25] </w:t>
      </w:r>
      <w:r>
        <w:t>koi band nahi</w:t>
      </w:r>
    </w:p>
    <w:p>
      <w:pPr>
        <w:jc w:val="right"/>
      </w:pPr>
      <w:r>
        <w:t>کوئی بندنہیں</w:t>
      </w:r>
    </w:p>
    <w:p>
      <w:r>
        <w:rPr>
          <w:b/>
        </w:rPr>
        <w:t xml:space="preserve">[1:08:26] </w:t>
      </w:r>
      <w:r>
        <w:t>hua. khud quran mein tafaseer jo likhi gayi hain, bohat si ajeeb ajeeb tafaseer likhi gayi hain ayaton ki. to ghalat tafaseeron ka darwaza band nahi ho sakta hai.</w:t>
      </w:r>
    </w:p>
    <w:p>
      <w:pPr>
        <w:jc w:val="right"/>
      </w:pPr>
      <w:r>
        <w:t>ہوا۔خودقرآنمیں تفسیریںجو لکھیگئیہیں، بہت سیعجیبعجیبتفسیریںلکھ یگئیہیںآیتوںکی۔ توغلطتفسیروںکادروازہبندنہیںہوسکتاہے۔</w:t>
      </w:r>
    </w:p>
    <w:p>
      <w:r>
        <w:rPr>
          <w:b/>
        </w:rPr>
        <w:t xml:space="preserve">[1:08:39] </w:t>
      </w:r>
      <w:r>
        <w:t>yeh, yeh aap ka mafroza sahi nahi hai ke insp iration manne se, ilqa o ilham manne se koi darwaza khule ga. darwaza to khulta hai ghalat interpret ation se.</w:t>
      </w:r>
    </w:p>
    <w:p>
      <w:pPr>
        <w:jc w:val="right"/>
      </w:pPr>
      <w:r>
        <w:t>یہ ،یہآپ کا مفروضہصحیحنہیںہے کہ insp irationماننےسے، القاءوالہامماننےسےکوئیدروازہکھلےگا۔ دروازہتو کھلتاہےغلط interpret ationسے۔</w:t>
      </w:r>
    </w:p>
    <w:p>
      <w:r>
        <w:rPr>
          <w:b/>
        </w:rPr>
        <w:t xml:space="preserve">[1:08:49] </w:t>
      </w:r>
      <w:r>
        <w:t>aur is ka darwaza aap kon band kare ga?</w:t>
      </w:r>
    </w:p>
    <w:p>
      <w:pPr>
        <w:jc w:val="right"/>
      </w:pPr>
      <w:r>
        <w:t>اوراسکادروازہآپکونبندکرےگا؟</w:t>
      </w:r>
    </w:p>
    <w:p>
      <w:r>
        <w:rPr>
          <w:b/>
        </w:rPr>
        <w:t xml:space="preserve">[1:08:54] </w:t>
      </w:r>
      <w:r>
        <w:t>misal ke tor par dekhein, mere paas ek misal deta hoon aap ko. yani wrong interpret ation ki. ek baar to iran ke chaar aalim mere paas aaye.</w:t>
      </w:r>
    </w:p>
    <w:p>
      <w:pPr>
        <w:jc w:val="right"/>
      </w:pPr>
      <w:r>
        <w:t>مثالکےطورپردیکھیں،میرےپاس ایک مثالدیتاہوںآپکو ۔ یعنی wrong interpret ationکی۔ایکبارتو ایران کےچارعالممیرےپاسآئے۔</w:t>
      </w:r>
    </w:p>
    <w:p>
      <w:r>
        <w:rPr>
          <w:b/>
        </w:rPr>
        <w:t xml:space="preserve">[1:09:04] </w:t>
      </w:r>
      <w:r>
        <w:t>maine in se kaha ke woh shia thay, woh</w:t>
      </w:r>
    </w:p>
    <w:p>
      <w:pPr>
        <w:jc w:val="right"/>
      </w:pPr>
      <w:r>
        <w:t>میںنےانسےکہاکہ وہ شیعہتھے،وہ</w:t>
      </w:r>
    </w:p>
    <w:p>
      <w:r>
        <w:rPr>
          <w:b/>
        </w:rPr>
        <w:t xml:space="preserve">[1:09:08] </w:t>
      </w:r>
      <w:r>
        <w:t>. maine kaha ke aap log Hazrat Ali ko behta ooncha darja dete hain. to yeh kaise sabit hota hai? Hazrat Ali ka darja jo hai, Hazrat Umar se bhi zyada aur Abu Bakr se bhi zyada. to kaise sabit hota hai?</w:t>
      </w:r>
    </w:p>
    <w:p>
      <w:pPr>
        <w:jc w:val="right"/>
      </w:pPr>
      <w:r>
        <w:t>۔میںنےکہاکہآپلوگ حضرتعلیکوبہتاونچادرجہدیتےہیں۔ تو یہ کیسےثابتہوتاہے؟ حضرتعلیکادرجہجوہے، حضرتعمرسےبھیزیادہ اورابوبکرسےبھیزیادہ ۔توکیسےثابتہوتاہے؟</w:t>
      </w:r>
    </w:p>
    <w:p>
      <w:r>
        <w:rPr>
          <w:b/>
        </w:rPr>
        <w:t xml:space="preserve">[1:09:20] </w:t>
      </w:r>
      <w:r>
        <w:t>ke yeh to quran mein maujood hai. kahan maujood hai? Ali kabir Ali kabira hain. to kya aap rok sakte hain kisi ko?</w:t>
      </w:r>
    </w:p>
    <w:p>
      <w:pPr>
        <w:jc w:val="right"/>
      </w:pPr>
      <w:r>
        <w:t>کہایہتوقرآنمیںموجود ہے۔ کہاںموجود ہے؟ علی کبیر علی کبیرہیں۔ توکیاآپ روکسکتےہیںکسیکو ؟</w:t>
      </w:r>
    </w:p>
    <w:p>
      <w:r>
        <w:rPr>
          <w:b/>
        </w:rPr>
        <w:t xml:space="preserve">[1:09:29] </w:t>
      </w:r>
      <w:r>
        <w:t>ke quran se woh nikal raha hai yeh. Ali kabir</w:t>
      </w:r>
    </w:p>
    <w:p>
      <w:pPr>
        <w:jc w:val="right"/>
      </w:pPr>
      <w:r>
        <w:t>کہقرآنسے وہ نکالرہاہےیہ۔ علی کبیر</w:t>
      </w:r>
    </w:p>
    <w:p>
      <w:r>
        <w:rPr>
          <w:b/>
        </w:rPr>
        <w:t xml:space="preserve">[1:09:35] </w:t>
      </w:r>
      <w:r>
        <w:t>to dekhein, yeh insaan ko Allah taala aazadi deta hai. aap ka jo mafroza hai, is se nahi rukta insaan ka. yani bhatakna. insaan to bhatke ga.</w:t>
      </w:r>
    </w:p>
    <w:p>
      <w:pPr>
        <w:jc w:val="right"/>
      </w:pPr>
      <w:r>
        <w:t>تودیکھیں،یہ انسانکواللہ تعالیآزادیدیہے۔ آپ کاجومفروضہہے،اسسےنہیں رکتاانسانکا۔ یعنی بھٹکنا۔انسانتوبھٹکےگا۔</w:t>
      </w:r>
    </w:p>
    <w:p>
      <w:r>
        <w:rPr>
          <w:b/>
        </w:rPr>
        <w:t xml:space="preserve">[1:09:49] </w:t>
      </w:r>
      <w:r>
        <w:t>to asal cheez yeh hai ke aadmi ke andar sincer ity ho. aadmi sach much seeker ho. aadmi Allah se darta ho.</w:t>
      </w:r>
    </w:p>
    <w:p>
      <w:pPr>
        <w:jc w:val="right"/>
      </w:pPr>
      <w:r>
        <w:t>تو اصلچیزیہہےکہآدمیکےاندر sincer ityہو۔ آدمیسچمچseekerہو۔ آدمیاللہ سےڈرتاہو۔</w:t>
      </w:r>
    </w:p>
    <w:p>
      <w:r>
        <w:rPr>
          <w:b/>
        </w:rPr>
        <w:t xml:space="preserve">[1:09:58] </w:t>
      </w:r>
      <w:r>
        <w:t>woh samajhta ho ke agar maine ghalat matlab nikala kisi ayat ka to main Allah ke haan pakra</w:t>
      </w:r>
    </w:p>
    <w:p>
      <w:pPr>
        <w:jc w:val="right"/>
      </w:pPr>
      <w:r>
        <w:t>وہ سمجھتاہوکہاگر میںنے غلطمطلبنکالاکسیآیتکا تومیںاللہکےہاںپکڑا</w:t>
      </w:r>
    </w:p>
    <w:p>
      <w:r>
        <w:rPr>
          <w:b/>
        </w:rPr>
        <w:t xml:space="preserve">[1:10:04] </w:t>
      </w:r>
      <w:r>
        <w:t>jaoonga. yeh cheez roke. yeh cheez rok nahi ke aap yeh kahein ke sahib abuwahiyat munqata ho gayi to ilqa ya munqata, ilham bhi band, inspiration bhi band.</w:t>
      </w:r>
    </w:p>
    <w:p>
      <w:pPr>
        <w:jc w:val="right"/>
      </w:pPr>
      <w:r>
        <w:t>جاؤںگا۔ یہ چیزروکہے۔ یہچیزروکنہیںکہآپیہکہیںکہصاحب ابوحی منقطعہوگئیتو القاءیامنقطع، الہامبھیبند، inspirationبھیبند۔</w:t>
      </w:r>
    </w:p>
    <w:p>
      <w:r>
        <w:rPr>
          <w:b/>
        </w:rPr>
        <w:t xml:space="preserve">[1:10:14] </w:t>
      </w:r>
      <w:r>
        <w:t>is se koi farq nahi parta. yeh surat e haal ka bohat hi, surat e haal ko aap ne under estimate kiya hai. Maulana, un ka ek aur sawal tha ke aap ne kaha tha ke kitabein mere liye secondary source hain.</w:t>
      </w:r>
    </w:p>
    <w:p>
      <w:pPr>
        <w:jc w:val="right"/>
      </w:pPr>
      <w:r>
        <w:t>اسسےکوئیفرقنہیںپڑتا۔ یہ صورت حالکابہت ہی، صورت حالکوآپنےunder estimateکیاہے۔ مول انا،انکاایکاور سوال تھا کہ آپنےکہاتھاکہ کتاب یںمیرےلیےsecond arysourceہیں۔</w:t>
      </w:r>
    </w:p>
    <w:p>
      <w:r>
        <w:rPr>
          <w:b/>
        </w:rPr>
        <w:t xml:space="preserve">[1:10:29] </w:t>
      </w:r>
      <w:r>
        <w:t>to woh pooch rahe hain ke konsi kitabon se murad hai quran o hadees ke ilawa</w:t>
      </w:r>
    </w:p>
    <w:p>
      <w:pPr>
        <w:jc w:val="right"/>
      </w:pPr>
      <w:r>
        <w:t>تو وہپوچھرہےہیںکہکونسیکتاب وںسےمرادہے قرآنوحدیثکےعلاوہ</w:t>
      </w:r>
    </w:p>
    <w:p>
      <w:r>
        <w:rPr>
          <w:b/>
        </w:rPr>
        <w:t xml:space="preserve">[1:10:34] </w:t>
      </w:r>
      <w:r>
        <w:t>? dekhein, kuch under stood hoti hain. itna to aap ko khud janna chahiye. kuch cheezein under stood hoti hain. zahir hai ke quran aur hadees, yeh is ke baghair to kafi andhera hai dunya mein.</w:t>
      </w:r>
    </w:p>
    <w:p>
      <w:pPr>
        <w:jc w:val="right"/>
      </w:pPr>
      <w:r>
        <w:t>؟دیکھیں،کچھunder stoodہوتیہیں۔ اتناتوآپکوخودجانناچاہیے۔ کچھچیزیںunder stoodہوتیہیں۔ ظاہرہےکہقرآن اور حدیث، یہاسکےبغیرتو کافی اندھابہراہےدنیا میں ۔</w:t>
      </w:r>
    </w:p>
    <w:p>
      <w:r>
        <w:rPr>
          <w:b/>
        </w:rPr>
        <w:t xml:space="preserve">[1:10:51] </w:t>
      </w:r>
      <w:r>
        <w:t>quran o hadees ke ilawa jo kitabein likhi gayi hain, hazaron hazar kitabein, woh is ko maine kaha tha ke meri secondary source hai.</w:t>
      </w:r>
    </w:p>
    <w:p>
      <w:pPr>
        <w:jc w:val="right"/>
      </w:pPr>
      <w:r>
        <w:t>قرآنوحدیثکےعلاوہجوکتاب یں لکھیگئیہیں،ہزاروںہزارکتاب یں،وہ اسکومیںنےکہاتھاکہمیریsecond arysourceہے۔</w:t>
      </w:r>
    </w:p>
    <w:p>
      <w:r>
        <w:rPr>
          <w:b/>
        </w:rPr>
        <w:t xml:space="preserve">[1:10:58] </w:t>
      </w:r>
      <w:r>
        <w:t>kon jo aisa kahe ke quran o hadees se be niaz jo ho jaye, woh to main samajhta hoon ke woh to mental case hai is ka.</w:t>
      </w:r>
    </w:p>
    <w:p>
      <w:pPr>
        <w:jc w:val="right"/>
      </w:pPr>
      <w:r>
        <w:t>کون جوایساکہےکہ قرآناورحدیث سے بےنیازجوہوجائے،وہ تومیںسمجھتاہوںکہ وہتو mentalcaseہےاسکا ۔</w:t>
      </w:r>
    </w:p>
    <w:p>
      <w:r>
        <w:rPr>
          <w:b/>
        </w:rPr>
        <w:t xml:space="preserve">[1:11:07] </w:t>
      </w:r>
      <w:r>
        <w:t>woh qabil e zikr nahi hain.</w:t>
      </w:r>
    </w:p>
    <w:p>
      <w:pPr>
        <w:jc w:val="right"/>
      </w:pPr>
      <w:r>
        <w:t>وہ قابلذکرہینہیں۔</w:t>
      </w:r>
    </w:p>
    <w:p>
      <w:r>
        <w:rPr>
          <w:b/>
        </w:rPr>
        <w:t xml:space="preserve">[1:11:12] </w:t>
      </w:r>
      <w:r>
        <w:t>Maulana Fayaz Umer ne Gul Barga se sawal kiya hai. unho ne likha hai: "Maulana, hadees mein aata hai ke meri ummat gumrahi par jama nahi ho sakti.</w:t>
      </w:r>
    </w:p>
    <w:p>
      <w:pPr>
        <w:jc w:val="right"/>
      </w:pPr>
      <w:r>
        <w:t>مول انا فیاضعمرینے گل برگہسےسوال کیاہے۔ انہوںنےلکھاہے: "مولانا،حدیثمیں آتاہےکہ میری ام ت گمراہیپر جمع نہیںہوسکتی ۔</w:t>
      </w:r>
    </w:p>
    <w:p>
      <w:r>
        <w:rPr>
          <w:b/>
        </w:rPr>
        <w:t xml:space="preserve">[1:11:24] </w:t>
      </w:r>
      <w:r>
        <w:t>is ka kiya matlab hai? is ke baray mein bataein."</w:t>
      </w:r>
    </w:p>
    <w:p>
      <w:pPr>
        <w:jc w:val="right"/>
      </w:pPr>
      <w:r>
        <w:t>اسکاکیا مطلبہے ؟اسکےبارےمیں بت ائیں۔"</w:t>
      </w:r>
    </w:p>
    <w:p>
      <w:r>
        <w:rPr>
          <w:b/>
        </w:rPr>
        <w:t xml:space="preserve">[1:11:27] </w:t>
      </w:r>
      <w:r>
        <w:t>haan, dekhein, ek hadees hai ke la tashtammu ummati wa la zarra. is se ultah matlab nikalte hain log. is ka matlab yeh nikalte hain bilkul ghalat tor par ke majority jidhar ho gi, udhar haq ho ga.</w:t>
      </w:r>
    </w:p>
    <w:p>
      <w:pPr>
        <w:jc w:val="right"/>
      </w:pPr>
      <w:r>
        <w:t>ہاں،دیکھیں،ایکحدیثہے کہ لا تشتم واامتيولا زار اسسےالٹامطلبنکالتےہیںلوگ ۔ اسکامطلبیہنکالتےہیںبال کلغلط طورپر کہ major ityجدھرہوگیادھرحقہوگا۔</w:t>
      </w:r>
    </w:p>
    <w:p>
      <w:r>
        <w:rPr>
          <w:b/>
        </w:rPr>
        <w:t xml:space="preserve">[1:11:42] </w:t>
      </w:r>
      <w:r>
        <w:t>yeh hadees mein hai hi nahi. yeh hadees mein hai nahi ke jidhar majority udhar haq ho ga. is ka matlab sirf yeh hai ke aisa zamana kabhi nahi aaye ga ke ummat ke saaray afraad hi gumrah ho jayein aur koi ek bhi aadmi sachai par na rahe.</w:t>
      </w:r>
    </w:p>
    <w:p>
      <w:pPr>
        <w:jc w:val="right"/>
      </w:pPr>
      <w:r>
        <w:t>یہحدیثمیںہےہینہیں۔ یہحدیثمیںہےنہیںکہ جدھرmajor ityادھرحقہوگا۔ اسکامطلبصرفیہہے کہ ایسازمانہکبھینہیںآئےگاکہامتکےسارےافراد ہی گمراہہوجائیںاورکوئی ایکبھیآدمی سچائیپرنہرہے۔</w:t>
      </w:r>
    </w:p>
    <w:p>
      <w:r>
        <w:rPr>
          <w:b/>
        </w:rPr>
        <w:t xml:space="preserve">[1:11:57] </w:t>
      </w:r>
      <w:r>
        <w:t>yeh matlabhaiiska . ismein istasna ka zikr hai, umoom ka zikr nahi hai.</w:t>
      </w:r>
    </w:p>
    <w:p>
      <w:pPr>
        <w:jc w:val="right"/>
      </w:pPr>
      <w:r>
        <w:t>یہمطلبہےاسکا ۔ اسمیں استثنیٰکاذکر ہے، عمومکاذکرنہیںہے۔</w:t>
      </w:r>
    </w:p>
    <w:p>
      <w:r>
        <w:rPr>
          <w:b/>
        </w:rPr>
        <w:t xml:space="preserve">[1:12:07] </w:t>
      </w:r>
      <w:r>
        <w:t>la tashtamoo ummati lazara meri ummat mujtama nahi hogi zillat par . mujtama nahi hogi yaani saare ke saare bhatak jayen yeh nahi hoga kabhi bhi.</w:t>
      </w:r>
    </w:p>
    <w:p>
      <w:pPr>
        <w:jc w:val="right"/>
      </w:pPr>
      <w:r>
        <w:t>لا تشتمواام تيولازار میریامت مجتمعنہیںہوگی ذلالتپر ۔ مجتمعنہیںہوگییعنیسارےکےسارے بھٹکجائیںیہنہیںہوگاکبھیبھی۔</w:t>
      </w:r>
    </w:p>
    <w:p>
      <w:r>
        <w:rPr>
          <w:b/>
        </w:rPr>
        <w:t xml:space="preserve">[1:12:18] </w:t>
      </w:r>
      <w:r>
        <w:t>bahut hi ajeebo ghareeb baat hai ke jo jo bhi arabi janta hai achhi woh, woh, woh ,woh isko kabhi tasleem nahi karega ke iska matlab yeh hai.</w:t>
      </w:r>
    </w:p>
    <w:p>
      <w:pPr>
        <w:jc w:val="right"/>
      </w:pPr>
      <w:r>
        <w:t>بہتہیعجیبوغریبباتہےکہجو جوبھیعربیجانتاہواچھیوہ، وہ، وہ ،وہاسکوکبھی تسلیمنہیںکرےگاکہاسکامطلبیہہے۔</w:t>
      </w:r>
    </w:p>
    <w:p>
      <w:r>
        <w:rPr>
          <w:b/>
        </w:rPr>
        <w:t xml:space="preserve">[1:12:30] </w:t>
      </w:r>
      <w:r>
        <w:t>yeh kabhi iska matlab yeh nahi manega woh . yaani arabi ya yeh arabi zaban jo janta hoga woh isko, isko bilkul galat batayega . isko</w:t>
      </w:r>
    </w:p>
    <w:p>
      <w:pPr>
        <w:jc w:val="right"/>
      </w:pPr>
      <w:r>
        <w:t>یہکبھیاسکامطلبیہنہیں مانےگاوہ۔ یعنیعربی یا یہعربی زبان جوجانتاہوگاوہ اسکو،اسکوبالکل غلطبتائےگا۔اسکو</w:t>
      </w:r>
    </w:p>
    <w:p>
      <w:r>
        <w:rPr>
          <w:b/>
        </w:rPr>
        <w:t xml:space="preserve">[1:12:41] </w:t>
      </w:r>
      <w:r>
        <w:t>is hadith ka matlab sirf yeh hai ke meri ummat ke saare log aisa kabhi nahi hoga ke sab ke sab bhatak jayen .</w:t>
      </w:r>
    </w:p>
    <w:p>
      <w:pPr>
        <w:jc w:val="right"/>
      </w:pPr>
      <w:r>
        <w:t>اسحدیثکامطلبصرفیہہے کہمیریامتکےسارےلوگ ایساکبھینہیںہوگاکہسب کےسب بھٹکجائیں۔</w:t>
      </w:r>
    </w:p>
    <w:p>
      <w:r>
        <w:rPr>
          <w:b/>
        </w:rPr>
        <w:t xml:space="preserve">[1:12:53] </w:t>
      </w:r>
      <w:r>
        <w:t>hamesha kuch na kuch baqi rahenge jo sachai par honge aur jo doosron ko sachai batate rahenge . doosri hadithien bhi iski tasdeeq karti hain .</w:t>
      </w:r>
    </w:p>
    <w:p>
      <w:pPr>
        <w:jc w:val="right"/>
      </w:pPr>
      <w:r>
        <w:t>ہمیشہکچھنہکچھ باقیرہیںگے جو سچائیپرہوںگےاورجو دوسروںکو سچائیبتاتےرہیںگے۔دوسریحدیثیں بھیاسکیتصدیقکرتیہیں۔</w:t>
      </w:r>
    </w:p>
    <w:p>
      <w:r>
        <w:rPr>
          <w:b/>
        </w:rPr>
        <w:t xml:space="preserve">[1:13:07] </w:t>
      </w:r>
      <w:r>
        <w:t>doosri hadithien iski tasdeeq karti hain .</w:t>
      </w:r>
    </w:p>
    <w:p>
      <w:pPr>
        <w:jc w:val="right"/>
      </w:pPr>
      <w:r>
        <w:t>دوسریحدیثیںاسکیتصدیقکرتیہیں۔</w:t>
      </w:r>
    </w:p>
    <w:p>
      <w:r>
        <w:rPr>
          <w:b/>
        </w:rPr>
        <w:t xml:space="preserve">[1:13:10] </w:t>
      </w:r>
      <w:r>
        <w:t>to bahut ajeebo ghareeb hain woh log jo isse yeh matlab nikalte hain . yaani majority jo hai sachai ki kamyab rahey . yeh to democracy ka nazariya hai . democracy ka Islam ka nazariya nahi hai .</w:t>
      </w:r>
    </w:p>
    <w:p>
      <w:pPr>
        <w:jc w:val="right"/>
      </w:pPr>
      <w:r>
        <w:t>تو بہتعجیبوغریبہیںوہلوگجواسسےیہمطلبنکالتےہیں۔ یعنیmajor ityجوہے سچائیکی کامیارہے۔ یہتو dem ocracyکانظریہہے۔democracyکا اسلام کانظریہنہیںہے۔</w:t>
      </w:r>
    </w:p>
    <w:p>
      <w:r>
        <w:rPr>
          <w:b/>
        </w:rPr>
        <w:t xml:space="preserve">[1:13:25] </w:t>
      </w:r>
      <w:r>
        <w:t>yaani kaisi ajeeb baat hai ke yeh woh log hain jo Iqbal ko puchte hain jinhone kaha tha ke jamhooriyat ek tarz-e-siyasat hai ke jismein bando ko gina karte hain, tola nahi karte .</w:t>
      </w:r>
    </w:p>
    <w:p>
      <w:pPr>
        <w:jc w:val="right"/>
      </w:pPr>
      <w:r>
        <w:t>یعنیکیسیعجیبباتہےکہیہوہلوگہیںجو اقبالکوپوچھتےہیں جنہوںنےکہاتھاکہ جمہوریت ایکطرز سیاست ہےکہجسمیں بندوںکوگ ناہکرتےہیں،تولہنہیںکرتے۔</w:t>
      </w:r>
    </w:p>
    <w:p>
      <w:r>
        <w:rPr>
          <w:b/>
        </w:rPr>
        <w:t xml:space="preserve">[1:13:36] </w:t>
      </w:r>
      <w:r>
        <w:t>wohi log yahi matlab nikal rahe hain isse .</w:t>
      </w:r>
    </w:p>
    <w:p>
      <w:pPr>
        <w:jc w:val="right"/>
      </w:pPr>
      <w:r>
        <w:t>وہیلوگ یہیہمطلبنکالرہےہیں اسسے۔</w:t>
      </w:r>
    </w:p>
    <w:p>
      <w:r>
        <w:rPr>
          <w:b/>
        </w:rPr>
        <w:t xml:space="preserve">[1:13:41] </w:t>
      </w:r>
      <w:r>
        <w:t>beh-haal, is hadith ka harghiz harghiz yeh matlab nahi hai ke majority jo hai, aksariyat jo hai, woh meyar hai haq ka . har</w:t>
      </w:r>
    </w:p>
    <w:p>
      <w:pPr>
        <w:jc w:val="right"/>
      </w:pPr>
      <w:r>
        <w:t>بہرحال،اسحدیثکاہرگزہرگزیہمطلبنہیںہے کہ major ityجوہے، اکثریتجوہے،وہمعیارہے حق کا ۔ ہر</w:t>
      </w:r>
    </w:p>
    <w:p>
      <w:r>
        <w:rPr>
          <w:b/>
        </w:rPr>
        <w:t xml:space="preserve">[1:13:48] </w:t>
      </w:r>
      <w:r>
        <w:t>ghaz naheen . iska matlab sirf yeh hai ke chuki Quran maujood hai, chuki Quran mehfooz hai, chuki sunnat sunnat-e-Rasool mehfooz hai, is bna par aisa mumkin nahi hai ke sab log ek taraf se bhatak jayen .</w:t>
      </w:r>
    </w:p>
    <w:p>
      <w:pPr>
        <w:jc w:val="right"/>
      </w:pPr>
      <w:r>
        <w:t>گزنہیں۔ اسکامطلبصرفیہہےکہ چونکہ قرآن موجود ہے، چونکہقرآنمحفوظہے، چونکہسنت سنت رسول محفوظہے، اسبناپرایساممکننہیںہےکہسبلوگ ایکطرفسےبھٹکجائیں۔</w:t>
      </w:r>
    </w:p>
    <w:p>
      <w:r>
        <w:rPr>
          <w:b/>
        </w:rPr>
        <w:t xml:space="preserve">[1:14:02] </w:t>
      </w:r>
      <w:r>
        <w:t>kuch na kuch ahle-ilm, kuch na kuch Allah ke bande jo hain, Quran-o-hadith se sachai daryaft karenge aur woh qaim rahenge sachai par . yeh matlab hai iska .</w:t>
      </w:r>
    </w:p>
    <w:p>
      <w:pPr>
        <w:jc w:val="right"/>
      </w:pPr>
      <w:r>
        <w:t>کچھنہکچھاہلعلم ،کچھنہکچھ اللہ کےبندےجوہیں،قرآنوحدیثسے سچائی دریافتکریںگےاور وہ قائمرہیںگےسچائیپر ۔ یہ مطلبہےاسکا۔</w:t>
      </w:r>
    </w:p>
    <w:p>
      <w:r>
        <w:rPr>
          <w:b/>
        </w:rPr>
        <w:t xml:space="preserve">[1:14:14] </w:t>
      </w:r>
      <w:r>
        <w:t>mister Muhammad Ibrahim ne Gurgaon se sawal kiya hai .</w:t>
      </w:r>
    </w:p>
    <w:p>
      <w:pPr>
        <w:jc w:val="right"/>
      </w:pPr>
      <w:r>
        <w:t>مسٹر محمد ابراہیمنے گڑگاؤںسےسوالکیا ہے۔</w:t>
      </w:r>
    </w:p>
    <w:p>
      <w:r>
        <w:rPr>
          <w:b/>
        </w:rPr>
        <w:t xml:space="preserve">[1:14:18] </w:t>
      </w:r>
      <w:r>
        <w:t>unhone likha hai: "What are the ways by which we servants should serve God ? I request Maulana sahib to reply my question in English as I can't understand Urdu." What are what what are service?</w:t>
      </w:r>
    </w:p>
    <w:p>
      <w:pPr>
        <w:jc w:val="right"/>
      </w:pPr>
      <w:r>
        <w:t>انہوںنےلکھاہے:"Whatarethe ways by which we serv ants should serve God ? Irequest مول اناصاحبto rep ly myquestioninEnglish asI can'tunder stand Urdu." واٹاز واٹ واٹازسروس؟</w:t>
      </w:r>
    </w:p>
    <w:p>
      <w:r>
        <w:rPr>
          <w:b/>
        </w:rPr>
        <w:t xml:space="preserve">[1:14:35] </w:t>
      </w:r>
      <w:r>
        <w:t>I fail to understand what is service . Service here means ibadat, worship, or something else than ibadat . What is service ?</w:t>
      </w:r>
    </w:p>
    <w:p>
      <w:pPr>
        <w:jc w:val="right"/>
      </w:pPr>
      <w:r>
        <w:t>Ifailtounderstand whatisserv ice. Service heremeans عبادت , worship,or something elsethanعبادت. Whatisservice ?</w:t>
      </w:r>
    </w:p>
    <w:p>
      <w:r>
        <w:rPr>
          <w:b/>
        </w:rPr>
        <w:t xml:space="preserve">[1:14:45] </w:t>
      </w:r>
      <w:r>
        <w:t>Maulana, yeh is not clearly refined that, but I, I think basically Khuda ka kaam kaise karein hum iske bare mein ?</w:t>
      </w:r>
    </w:p>
    <w:p>
      <w:pPr>
        <w:jc w:val="right"/>
      </w:pPr>
      <w:r>
        <w:t>مولانا،ہیازناٹکلی ریفائیڈدیٹ،بٹ آہ،ائیتھنک بیسکلی خداکاکام کیسےکریںہم اسکےبارےمیں ؟</w:t>
      </w:r>
    </w:p>
    <w:p>
      <w:r>
        <w:rPr>
          <w:b/>
        </w:rPr>
        <w:t xml:space="preserve">[1:14:56] </w:t>
      </w:r>
      <w:r>
        <w:t>According to my study,</w:t>
      </w:r>
    </w:p>
    <w:p>
      <w:pPr>
        <w:jc w:val="right"/>
      </w:pPr>
      <w:r>
        <w:t>According to my stud y,</w:t>
      </w:r>
    </w:p>
    <w:p>
      <w:r>
        <w:rPr>
          <w:b/>
        </w:rPr>
        <w:t xml:space="preserve">[1:15:01] </w:t>
      </w:r>
      <w:r>
        <w:t>the work is the divine work</w:t>
      </w:r>
    </w:p>
    <w:p>
      <w:pPr>
        <w:jc w:val="right"/>
      </w:pPr>
      <w:r>
        <w:t>the work is the div inework</w:t>
      </w:r>
    </w:p>
    <w:p>
      <w:r>
        <w:rPr>
          <w:b/>
        </w:rPr>
        <w:t xml:space="preserve">[1:15:07] </w:t>
      </w:r>
      <w:r>
        <w:t>. In the Quran, there are several verses in which God says, "In terms of law and min Allah ," in these verses, nusrat means help.</w:t>
      </w:r>
    </w:p>
    <w:p>
      <w:pPr>
        <w:jc w:val="right"/>
      </w:pPr>
      <w:r>
        <w:t>.Inthe Quran, there are several vers es inwhich God says, "Intermsof lawand من اللہ ,"in these vers es, نصرت me ans help.</w:t>
      </w:r>
    </w:p>
    <w:p>
      <w:r>
        <w:rPr>
          <w:b/>
        </w:rPr>
        <w:t xml:space="preserve">[1:15:27] </w:t>
      </w:r>
      <w:r>
        <w:t>In these verses, nusrat means da'wah.</w:t>
      </w:r>
    </w:p>
    <w:p>
      <w:pPr>
        <w:jc w:val="right"/>
      </w:pPr>
      <w:r>
        <w:t>Inthesevers es, نصرت means دعوت.</w:t>
      </w:r>
    </w:p>
    <w:p>
      <w:r>
        <w:rPr>
          <w:b/>
        </w:rPr>
        <w:t xml:space="preserve">[1:15:31] </w:t>
      </w:r>
      <w:r>
        <w:t>So, according to my study, there are two responsibilities for a person : one, to worship God as prescribed in Quran and Hadith;</w:t>
      </w:r>
    </w:p>
    <w:p>
      <w:pPr>
        <w:jc w:val="right"/>
      </w:pPr>
      <w:r>
        <w:t>So, accordingto my stud y, there are two respons ibil ities for a person : one, to worship God as prescribed in QuranandHad ith;</w:t>
      </w:r>
    </w:p>
    <w:p>
      <w:r>
        <w:rPr>
          <w:b/>
        </w:rPr>
        <w:t xml:space="preserve">[1:15:47] </w:t>
      </w:r>
      <w:r>
        <w:t>and the other duty is to do da'wah work . Da'wah work, you can say the da'wah work is service to God . Is it clear?</w:t>
      </w:r>
    </w:p>
    <w:p>
      <w:pPr>
        <w:jc w:val="right"/>
      </w:pPr>
      <w:r>
        <w:t>and theother dutyis to do دعویٰwork . Dعویٰwork ,youcan saytheدعویٰwork is service toGod . Isitclear?</w:t>
      </w:r>
    </w:p>
    <w:p>
      <w:r>
        <w:rPr>
          <w:b/>
        </w:rPr>
        <w:t xml:space="preserve">[1:15:58] </w:t>
      </w:r>
      <w:r>
        <w:t>ji.</w:t>
      </w:r>
    </w:p>
    <w:p>
      <w:pPr>
        <w:jc w:val="right"/>
      </w:pPr>
      <w:r>
        <w:t>جی۔</w:t>
      </w:r>
    </w:p>
    <w:p>
      <w:r>
        <w:rPr>
          <w:b/>
        </w:rPr>
        <w:t xml:space="preserve">[1:16:02] </w:t>
      </w:r>
      <w:r>
        <w:t xml:space="preserve">agla sawal Maulana hai mister Khalid Ansari ka Noida se . unhone likha hai: "Molana, who according to you is insan-e-kamil ? </w:t>
      </w:r>
    </w:p>
    <w:p>
      <w:pPr>
        <w:jc w:val="right"/>
      </w:pPr>
      <w:r>
        <w:t>اگلاسوال مولاناہےمسٹرخالدانصاریکا نوئیڈاسے۔انہوںنےلکھاہے: "Molana,who acc ordingtoyouis انسان کامل ؟</w:t>
      </w:r>
    </w:p>
    <w:p>
      <w:r>
        <w:rPr>
          <w:b/>
        </w:rPr>
        <w:t xml:space="preserve">[1:16:13] </w:t>
      </w:r>
      <w:r>
        <w:t>Can a spiritual ex erc ise that is gener ally donein khanqahs produ ce insan e kamil ? Or isit that without a mind -basedor tadabbur-based spiritualexerc ise it cannotbeachieved?</w:t>
      </w:r>
    </w:p>
    <w:p>
      <w:pPr>
        <w:jc w:val="right"/>
      </w:pPr>
      <w:r>
        <w:t>Can a spiritual ex erc ise that is gener ally donein خان قاہs produ ce انسان ک امل ? Or isit that without a mind -basedor تد بر-based spiritualexerc ise it cannotbeachieved?"</w:t>
      </w:r>
    </w:p>
    <w:p>
      <w:r>
        <w:rPr>
          <w:b/>
        </w:rPr>
        <w:t xml:space="preserve">[1:16:29] </w:t>
      </w:r>
      <w:r>
        <w:t>Daikhen, insan e kamil ka to lafzi ek bad'at hai. Na Quran mein yeh lafz hai, na Hadees mein yeh lafz hai. Main samajhta hoon koi aadmi duniya mein insan e kamil ho nahi sakta hai.</w:t>
      </w:r>
    </w:p>
    <w:p>
      <w:pPr>
        <w:jc w:val="right"/>
      </w:pPr>
      <w:r>
        <w:t>دیکھیں،انسان کاملکاتو لفظیہایکبد عتہے۔ نہقرآنمیںیہلفظہے،نہحدیثمیںیہلفظہے۔ میںسمجھتاہوںکوئیآدمیدنیا میں انسان کاملہونہیںسکتاہے۔</w:t>
      </w:r>
    </w:p>
    <w:p>
      <w:r>
        <w:rPr>
          <w:b/>
        </w:rPr>
        <w:t xml:space="preserve">[1:16:43] </w:t>
      </w:r>
      <w:r>
        <w:t>Impossible hai. Yani yeh target nahi hai ke hum insan e kamil banen. Koi bhi mujhe Hadees nahi maloom hai, koi bhi ayat nahi maloom hai jismein yeh kaha gaya ho ke ae logon, tum insan e kamil bano.</w:t>
      </w:r>
    </w:p>
    <w:p>
      <w:pPr>
        <w:jc w:val="right"/>
      </w:pPr>
      <w:r>
        <w:t>Impossible ہے۔ یعنییہ ٹارگٹنہیںہےکہہمانسان کامل بن یں۔ کوئیبھی مجھےحدیثنہیںمعلومہے،کوئیبھیآیتنہیںمعلومہےجسمیںیہکہاگیاہوکہاےلوگوں،تمانسانکاملبنو۔</w:t>
      </w:r>
    </w:p>
    <w:p>
      <w:r>
        <w:rPr>
          <w:b/>
        </w:rPr>
        <w:t xml:space="preserve">[1:16:54] </w:t>
      </w:r>
      <w:r>
        <w:t>Yeh jo log banaye hain, woh Quran o Hadees se bahar apna nazariya unhone</w:t>
      </w:r>
    </w:p>
    <w:p>
      <w:pPr>
        <w:jc w:val="right"/>
      </w:pPr>
      <w:r>
        <w:t>یہ جولوگ بنائےہیں،وہ قرآنوحدیثسےباہراپنانظریہانہوںنے</w:t>
      </w:r>
    </w:p>
    <w:p>
      <w:r>
        <w:rPr>
          <w:b/>
        </w:rPr>
        <w:t xml:space="preserve">[1:17:00] </w:t>
      </w:r>
      <w:r>
        <w:t>banaya hai.</w:t>
      </w:r>
    </w:p>
    <w:p>
      <w:pPr>
        <w:jc w:val="right"/>
      </w:pPr>
      <w:r>
        <w:t>بنایاہے۔</w:t>
      </w:r>
    </w:p>
    <w:p>
      <w:r>
        <w:rPr>
          <w:b/>
        </w:rPr>
        <w:t xml:space="preserve">[1:17:04] </w:t>
      </w:r>
      <w:r>
        <w:t>To ab sawal yeh hai ke woh khanqahi tareeqa kya hai? Woh ek alag sawal hai. Khanqahi tareeqa jo hai, main isko</w:t>
      </w:r>
    </w:p>
    <w:p>
      <w:pPr>
        <w:jc w:val="right"/>
      </w:pPr>
      <w:r>
        <w:t>تو اب سوالیہہےکہوہ خان قاہیطریقہکیاہے؟وہایکالگسوالہے۔ خانقاہیطریقہ جوہے، میں اسکو</w:t>
      </w:r>
    </w:p>
    <w:p>
      <w:r>
        <w:rPr>
          <w:b/>
        </w:rPr>
        <w:t xml:space="preserve">[1:17:16] </w:t>
      </w:r>
      <w:r>
        <w:t>yani main ne woh tareeqa nahi ikhtiyar kiya hai. Yeh jo concept hai insan e kamil ka, woh ek bad'at hai.</w:t>
      </w:r>
    </w:p>
    <w:p>
      <w:pPr>
        <w:jc w:val="right"/>
      </w:pPr>
      <w:r>
        <w:t>یعنی میںنےوہطریقہنہیںاختیارکیاہے۔ یہ جو کانسیپٹہےانسان کاملکا،وہایک بد عتہے۔</w:t>
      </w:r>
    </w:p>
    <w:p>
      <w:r>
        <w:rPr>
          <w:b/>
        </w:rPr>
        <w:t xml:space="preserve">[1:17:25] </w:t>
      </w:r>
      <w:r>
        <w:t>Kyunke is duniya mein yeh mumkin nahi hai ke koi aadmi insan e kamil ban jaye.</w:t>
      </w:r>
    </w:p>
    <w:p>
      <w:pPr>
        <w:jc w:val="right"/>
      </w:pPr>
      <w:r>
        <w:t>کیونکہاسدنیا میںیہممکننہیںہےکہکوئیآدمیانسانکاملبنجائے۔</w:t>
      </w:r>
    </w:p>
    <w:p>
      <w:r>
        <w:rPr>
          <w:b/>
        </w:rPr>
        <w:t xml:space="preserve">[1:17:30] </w:t>
      </w:r>
      <w:r>
        <w:t>Yeh to fitnon ki duniya hai, yeh aazmaish ki duniya hai, test ki duniya hai.</w:t>
      </w:r>
    </w:p>
    <w:p>
      <w:pPr>
        <w:jc w:val="right"/>
      </w:pPr>
      <w:r>
        <w:t>یہتوفتنوںکیدنیا ہے، یہ ابتلاکیدنیا ہے، ٹیسٹ کیدنیا ہے۔</w:t>
      </w:r>
    </w:p>
    <w:p>
      <w:r>
        <w:rPr>
          <w:b/>
        </w:rPr>
        <w:t xml:space="preserve">[1:17:37] </w:t>
      </w:r>
      <w:r>
        <w:t>To yeh mumkin nahi hai. Sahaba ke halaat aap padhiye, kisi Sahabi ko ke bare mein aap nahi paayenge ke woh yeh samajhta ho ke main insan e kamil ban gaya hoon.</w:t>
      </w:r>
    </w:p>
    <w:p>
      <w:pPr>
        <w:jc w:val="right"/>
      </w:pPr>
      <w:r>
        <w:t>تویہ ممکننہیںہے۔ صحابہکےحالاتآپپڑھیے،کسی صحابی کوکےبارےمیں آپنہیںپائیںگےکہوہیہسمجھتاہوکہمیںانسان کاملبنگیاہوں۔</w:t>
      </w:r>
    </w:p>
    <w:p>
      <w:r>
        <w:rPr>
          <w:b/>
        </w:rPr>
        <w:t xml:space="preserve">[1:17:49] </w:t>
      </w:r>
      <w:r>
        <w:t>Har aadmi yeh samajhta tha ke main abhi insan naqis hoon. To mere meri study ke mutabiq yeh hai surat e haal.</w:t>
      </w:r>
    </w:p>
    <w:p>
      <w:pPr>
        <w:jc w:val="right"/>
      </w:pPr>
      <w:r>
        <w:t>ہرآدمییہسمجھتاتھاکہمیںابھیانسانناقصہوں۔ تو میرے میریسٹڈیکےمطابق یہہے صورت حال۔</w:t>
      </w:r>
    </w:p>
    <w:p>
      <w:r>
        <w:rPr>
          <w:b/>
        </w:rPr>
        <w:t xml:space="preserve">[1:18:03] </w:t>
      </w:r>
      <w:r>
        <w:t>Mr. Muhammad Ameen ne Aligarh se sawal kiya hai. Unhone likha hai: "Maulana Sahab, aapke nazdeek existence of God and existence of hereafter ka sabse bada argument kya hai?"</w:t>
      </w:r>
    </w:p>
    <w:p>
      <w:pPr>
        <w:jc w:val="right"/>
      </w:pPr>
      <w:r>
        <w:t>مسٹر محمد ام ینینے علی گڑھسےسوالکیا ہے۔ انہوںنےلکھاہے: "مول اناصاحب،آپکے نزد یک exist ence of God and exist ence of hereaf ter کاسبسےبڑا arg ument کیاہے ؟"</w:t>
      </w:r>
    </w:p>
    <w:p>
      <w:r>
        <w:rPr>
          <w:b/>
        </w:rPr>
        <w:t xml:space="preserve">[1:18:20] </w:t>
      </w:r>
      <w:r>
        <w:t>Aap meri kitab padhiye, ismein dono par alag alag chapter hain. Ek hai akhirat par, ek hai Khuda par.</w:t>
      </w:r>
    </w:p>
    <w:p>
      <w:pPr>
        <w:jc w:val="right"/>
      </w:pPr>
      <w:r>
        <w:t>آپمیریکتاب پڑھیے، اسمیں دونوںپر الگالگچیپٹرہیں۔ ایک ہےآخرتپر ،ایک ہے خدا پر ۔</w:t>
      </w:r>
    </w:p>
    <w:p>
      <w:r>
        <w:rPr>
          <w:b/>
        </w:rPr>
        <w:t xml:space="preserve">[1:18:30] </w:t>
      </w:r>
      <w:r>
        <w:t>Ismein maine jo mere nazdeek argument hai, woh maine bayan kar diya. Ismein Urdu mein iska naam hai Mazhab aur Jadeed Challenge, English mein iska naam hai God Arises, Arabi mein iska naam hai Al Islam wa Tahaddud.</w:t>
      </w:r>
    </w:p>
    <w:p>
      <w:pPr>
        <w:jc w:val="right"/>
      </w:pPr>
      <w:r>
        <w:t>اسمیںمیںنے جومیرےنزدیکargumentہے،وہمیںنےبیانکردیا۔اسمیں اردومیںاسکانامہے مذہباورجدیدچیلنج ،انگریزیمیںاسکانامہے God Ar ises ، عربیمیںاسکانامہے ال اسلامواتحد ہ ۔</w:t>
      </w:r>
    </w:p>
    <w:p>
      <w:r>
        <w:rPr>
          <w:b/>
        </w:rPr>
        <w:t xml:space="preserve">[1:18:45] </w:t>
      </w:r>
      <w:r>
        <w:t>Ismein poora chapter Khuda par hai, poora ek poora chapter akhirat par hai. To mere nazdeek jo argument hai, woh ismein bayan kar diya hai.</w:t>
      </w:r>
    </w:p>
    <w:p>
      <w:pPr>
        <w:jc w:val="right"/>
      </w:pPr>
      <w:r>
        <w:t>اسمیں پورا چیپٹر خداپرہے، پورا ایکپوراچیپٹرآخرتپرہے۔ تومیرےنزدیکجوargument ہے،وہاسمیںبی انکردیاہے۔</w:t>
      </w:r>
    </w:p>
    <w:p>
      <w:r>
        <w:rPr>
          <w:b/>
        </w:rPr>
        <w:t xml:space="preserve">[1:18:54] </w:t>
      </w:r>
      <w:r>
        <w:t>Isko aap padhiye, iske padhne ke baad agar kuch sawal ho aapka to woh bataiye mujhe.</w:t>
      </w:r>
    </w:p>
    <w:p>
      <w:pPr>
        <w:jc w:val="right"/>
      </w:pPr>
      <w:r>
        <w:t>اسکوآپپڑھیے،اسکےپڑھنےکےبعد اگر کچھسوال ہوآپکاتووہبتائیےمجھے۔</w:t>
      </w:r>
    </w:p>
    <w:p>
      <w:r>
        <w:rPr>
          <w:b/>
        </w:rPr>
        <w:t xml:space="preserve">[1:19:02] </w:t>
      </w:r>
      <w:r>
        <w:t>Mr. Faiq ne California se likha hai: "Maulana Sahab, What is, what was your impression of Dubai with respect to Ar Risalah Movement and general trend in Arabs towards Da'wah work?"</w:t>
      </w:r>
    </w:p>
    <w:p>
      <w:pPr>
        <w:jc w:val="right"/>
      </w:pPr>
      <w:r>
        <w:t>مس ٹر فائقنے کیلیفورنیاسےلکھاہے: "مول اناصاحب،What is,whatwas yourimpress ionof Dub ai with resp ectto الر سالہموومنٹ and general trendin Arab s towards دعویٰwork ؟</w:t>
      </w:r>
    </w:p>
    <w:p>
      <w:r>
        <w:rPr>
          <w:b/>
        </w:rPr>
        <w:t xml:space="preserve">[1:19:17] </w:t>
      </w:r>
      <w:r>
        <w:t>Please comment. Bhai, Dubai jo hai, aap jante hain ke woh East aur West ka junction hai.</w:t>
      </w:r>
    </w:p>
    <w:p>
      <w:pPr>
        <w:jc w:val="right"/>
      </w:pPr>
      <w:r>
        <w:t>Pleasecomment ۔ بھائی،دبئیجوہے، آپجانتےہیںکہوہ East اورWest کا junctionہے۔</w:t>
      </w:r>
    </w:p>
    <w:p>
      <w:r>
        <w:rPr>
          <w:b/>
        </w:rPr>
        <w:t xml:space="preserve">[1:19:29] </w:t>
      </w:r>
      <w:r>
        <w:t>Yani Mashriq aur Maghrib ka sangam hai.</w:t>
      </w:r>
    </w:p>
    <w:p>
      <w:pPr>
        <w:jc w:val="right"/>
      </w:pPr>
      <w:r>
        <w:t>یعنیمشرقاورمغربکاسنگ مہے۔</w:t>
      </w:r>
    </w:p>
    <w:p>
      <w:r>
        <w:rPr>
          <w:b/>
        </w:rPr>
        <w:t xml:space="preserve">[1:19:33] </w:t>
      </w:r>
      <w:r>
        <w:t>To wahan par main samajhta hoon ke do baatein maine mehsoos ki hain. Ek to yeh ke wahan par relatively liberalism hai.</w:t>
      </w:r>
    </w:p>
    <w:p>
      <w:pPr>
        <w:jc w:val="right"/>
      </w:pPr>
      <w:r>
        <w:t>تووہاںپر میںسمجھتاہوںکہ دوباتیںمیںنےمحسوسکیہیں۔ایکتویہکہوہاںپر relativ ely liber alismہے۔</w:t>
      </w:r>
    </w:p>
    <w:p>
      <w:r>
        <w:rPr>
          <w:b/>
        </w:rPr>
        <w:t xml:space="preserve">[1:19:43] </w:t>
      </w:r>
      <w:r>
        <w:t>Yani fantasies nahi hain wahan par. Log fanatic nahi hote. Bahut aasani se aap unhein yani address kar sakte hain.</w:t>
      </w:r>
    </w:p>
    <w:p>
      <w:pPr>
        <w:jc w:val="right"/>
      </w:pPr>
      <w:r>
        <w:t>یعنیfantas iesنہیںہیںوہاںپر۔ لوگ fanaticنہیںہوتے۔ بہت آسانی سےآپانہیں یعنی addressکرسکتےہیں۔</w:t>
      </w:r>
    </w:p>
    <w:p>
      <w:r>
        <w:rPr>
          <w:b/>
        </w:rPr>
        <w:t xml:space="preserve">[1:19:53] </w:t>
      </w:r>
      <w:r>
        <w:t>Ek baat to yeh jo hamare liye bahut hi hopeful hai. Doosri baat yeh ke wahan bahut aate hain log idhar udhar</w:t>
      </w:r>
    </w:p>
    <w:p>
      <w:pPr>
        <w:jc w:val="right"/>
      </w:pPr>
      <w:r>
        <w:t>ایکباتتویہجوہمارےلیےبہتہیhopefulہے۔ دوسریباتیہکہوہاںبہت آتےہیںلوگادھراد</w:t>
      </w:r>
    </w:p>
    <w:p>
      <w:r>
        <w:rPr>
          <w:b/>
        </w:rPr>
        <w:t xml:space="preserve">[1:20:00] </w:t>
      </w:r>
      <w:r>
        <w:t>chale. Misal ke taur par ek din humne, hamare saathiyon ne, hum log kai aadmi the. To ek hotel mein unhone kitaben rakh diyan reception par.</w:t>
      </w:r>
    </w:p>
    <w:p>
      <w:pPr>
        <w:jc w:val="right"/>
      </w:pPr>
      <w:r>
        <w:t>ھرسے۔ مثالکےطورپرایکدنہمنے ،ہمارےساتھیوںنے ،ہملوگ کئیآدمیتھے۔ تو ایک ہوٹلمیںانہوں نےکتاب یںرکھدیںre ceptionپر ۔</w:t>
      </w:r>
    </w:p>
    <w:p>
      <w:r>
        <w:rPr>
          <w:b/>
        </w:rPr>
        <w:t xml:space="preserve">[1:20:10] </w:t>
      </w:r>
      <w:r>
        <w:t>To pehle din maloom hua ke bahut se countries ke logon ne kitaben le leen. Quran ke tarjuma wagera. Bahut se countries ke. Yani yeh sirf ek hotel ki baat hai.</w:t>
      </w:r>
    </w:p>
    <w:p>
      <w:pPr>
        <w:jc w:val="right"/>
      </w:pPr>
      <w:r>
        <w:t>تو پہلے ہیدنمعلومہوا کہ بہت سے countries کےلوگوںنےکتابیںلیہیں۔قرآنکےترجمہوغیرہ۔ بہت سےcountries کے۔ یعنی یہصرفایکہوٹلکیباتہے۔</w:t>
      </w:r>
    </w:p>
    <w:p>
      <w:r>
        <w:rPr>
          <w:b/>
        </w:rPr>
        <w:t xml:space="preserve">[1:20:22] </w:t>
      </w:r>
      <w:r>
        <w:t>To do cheezen mujhe bahut hopeful wahan par</w:t>
      </w:r>
    </w:p>
    <w:p>
      <w:pPr>
        <w:jc w:val="right"/>
      </w:pPr>
      <w:r>
        <w:t>تو دوچیزیںمجھےبہت hopefulوہاںپر</w:t>
      </w:r>
    </w:p>
    <w:p>
      <w:r>
        <w:rPr>
          <w:b/>
        </w:rPr>
        <w:t xml:space="preserve">[1:20:25] </w:t>
      </w:r>
      <w:r>
        <w:t>lagay. Ekto wahan ke log fanatic nahi hain. Kyun ke jahan dekhen interaction ziyada hota hai, to wahan fanatism pal nahi sakta. Fanatism wahan palta hai jahan interaction na ho.</w:t>
      </w:r>
    </w:p>
    <w:p>
      <w:pPr>
        <w:jc w:val="right"/>
      </w:pPr>
      <w:r>
        <w:t>لگیں۔ ایکتووہاںکےلوگ fanaticنہیںہیں۔ کیونکہجہاںدیکھیںinteractionزیادہ ہوتاہے، تووہاں fanatismپلنہیںسکتا۔ Fanatismوہاںپلتاہےجہاںکہinteractionنہہو ۔</w:t>
      </w:r>
    </w:p>
    <w:p>
      <w:r>
        <w:rPr>
          <w:b/>
        </w:rPr>
        <w:t xml:space="preserve">[1:20:38] </w:t>
      </w:r>
      <w:r>
        <w:t>To Dubai to sang me hai. Wahan to dunya bhar ke log ate hain. Bahut daily wahan par lakhon log ate hain, lakhon log jate hain.</w:t>
      </w:r>
    </w:p>
    <w:p>
      <w:pPr>
        <w:jc w:val="right"/>
      </w:pPr>
      <w:r>
        <w:t>تو دبئیتو سنگ مہے۔ وہاںتو دنیا بھرکے لوگ آتےہیں۔ بہت dailyوہاںپر لاکھوںلوگآتےہیں،لاکھوںلوگجاتےہیں۔</w:t>
      </w:r>
    </w:p>
    <w:p>
      <w:r>
        <w:rPr>
          <w:b/>
        </w:rPr>
        <w:t xml:space="preserve">[1:20:49] </w:t>
      </w:r>
      <w:r>
        <w:t>To jahan par itna ziyada interaction hota ho, wahan kabhi bhi fanatism nahi phailay ga.</w:t>
      </w:r>
    </w:p>
    <w:p>
      <w:pPr>
        <w:jc w:val="right"/>
      </w:pPr>
      <w:r>
        <w:t>تو جہاںپراتنازیادہ interactionہوتاہو،وہاں کبھیبھی fanatism نہیں پھیلےگا۔</w:t>
      </w:r>
    </w:p>
    <w:p>
      <w:r>
        <w:rPr>
          <w:b/>
        </w:rPr>
        <w:t xml:space="preserve">[1:20:56] </w:t>
      </w:r>
      <w:r>
        <w:t>To yeh daway ke liye behta achi baat hai. Kyun ke fanatic aadmi santana nahi kuch. To wahan par jo ah, yaani achha lafz nahi liberalism, lekin baat ko samajhne ke liye main keh raha hoon ke wahan par log khule zehn ke hote hain.</w:t>
      </w:r>
    </w:p>
    <w:p>
      <w:pPr>
        <w:jc w:val="right"/>
      </w:pPr>
      <w:r>
        <w:t>تو یہ دعویٰکےلیےبہتاچھیباتہے۔ کیونکہfanaticآدمیسنتانہیں کچھ۔ تووہاںپرجو آہ، یعنیاچھالفظنہیںliber alism ،لیکن باتکوسمجھنےکےلیےمیںکہہرہاہوں کہوہاںپرلوگکھلےذہنکےہوتےہیں۔</w:t>
      </w:r>
    </w:p>
    <w:p>
      <w:r>
        <w:rPr>
          <w:b/>
        </w:rPr>
        <w:t xml:space="preserve">[1:21:09] </w:t>
      </w:r>
      <w:r>
        <w:t>To woh hamare liye behta achi baat hai. Aur doosri yeh ke woh itne log ate hain, jate hain, ate jate hain. To iski wajah se hamein mad'u milte hain wahan par. Mad'u. To Allah ke fazl se wahan par hamein kuch saathi hamare pehle se bhi thay, kuch aur saathi bane hain.</w:t>
      </w:r>
    </w:p>
    <w:p>
      <w:pPr>
        <w:jc w:val="right"/>
      </w:pPr>
      <w:r>
        <w:t>تووہہمارےلیےبہتاچھیباتہے۔ اوردوس رییہکہوہ اتنےلوگآتےہیں،جاتےہیں،آتےجاتےہیں۔تواسکیوجہسےہمیں مدعوملتےہیںوہاںپر۔مدعو۔ تو اللہ کےفضلسےوہاںپر ہمیں کچھساتھی ہمارے پہلے سے بھی تھے ،کچھاورساتھیبنےہیں۔</w:t>
      </w:r>
    </w:p>
    <w:p>
      <w:r>
        <w:rPr>
          <w:b/>
        </w:rPr>
        <w:t xml:space="preserve">[1:21:25] </w:t>
      </w:r>
      <w:r>
        <w:t>Aur in logon ne wahan par dawat ka kaam shuru kar diya hai, mashaa Allah.</w:t>
      </w:r>
    </w:p>
    <w:p>
      <w:pPr>
        <w:jc w:val="right"/>
      </w:pPr>
      <w:r>
        <w:t>اور انلوگوںنے وہاںپر دعوتکاکامشروعکردیاہے،ماشاءاللہ۔</w:t>
      </w:r>
    </w:p>
    <w:p>
      <w:r>
        <w:rPr>
          <w:b/>
        </w:rPr>
        <w:t xml:space="preserve">[1:21:29] </w:t>
      </w:r>
      <w:r>
        <w:t>Wahan par koi rukawat bhi naheen. Yaani wahan par hum idhar udhar gaye. Aur main ne mehsoos kiya ke wahan ki jo government hai, peaceful tareeqe se kuch bhi kijiye, aap ko rukawat nahi daalegi.</w:t>
      </w:r>
    </w:p>
    <w:p>
      <w:pPr>
        <w:jc w:val="right"/>
      </w:pPr>
      <w:r>
        <w:t>وہاںپرکوئیرکاوٹ بھینہیں۔ یعنیوہاںپر ہم ادھرادھرگئے۔ اور میںنےمحسوسکیاکہوہاںکیجوgovernment ہے، peacefulطریقےسےکچھبھیکیجیے،آپکورکاوٹنہیںڈالےگی۔</w:t>
      </w:r>
    </w:p>
    <w:p>
      <w:r>
        <w:rPr>
          <w:b/>
        </w:rPr>
        <w:t xml:space="preserve">[1:21:43] </w:t>
      </w:r>
      <w:r>
        <w:t>Yaani agar aap party, aap opposition chalayen, tab to government aap ko pakdegi. Lekin aap peaceful tareeqe se kuch karen to koi rukawat nahi hai.</w:t>
      </w:r>
    </w:p>
    <w:p>
      <w:pPr>
        <w:jc w:val="right"/>
      </w:pPr>
      <w:r>
        <w:t>یعنیاگر آپ part y، آپ op positionچلائیں،تبتوgovernment آپکوپکڑےگی۔ لیکن آپ peacefulطریقےسےکچھکیےتوکوئیرکاوٹہینہیںہے۔</w:t>
      </w:r>
    </w:p>
    <w:p>
      <w:r>
        <w:rPr>
          <w:b/>
        </w:rPr>
        <w:t xml:space="preserve">[1:21:51] </w:t>
      </w:r>
      <w:r>
        <w:t>To hum to idhar udhar kaam kiya, hum ne. Humein kisi ne roka nahi. To main to bahut hopeful hoon Dubai ke bare mein.</w:t>
      </w:r>
    </w:p>
    <w:p>
      <w:pPr>
        <w:jc w:val="right"/>
      </w:pPr>
      <w:r>
        <w:t>توہمتوادھرادھرکامکیا،ہمنے۔ہمیںکسی نےروکانہیں ۔ تومیںتوبہت hopefulہوں دبئیکےبارےمیں۔</w:t>
      </w:r>
    </w:p>
    <w:p>
      <w:r>
        <w:rPr>
          <w:b/>
        </w:rPr>
        <w:t xml:space="preserve">[1:22:03] </w:t>
      </w:r>
      <w:r>
        <w:t>Mister Muhammad Daniyal ne Patna se sawal kiya hai. Unhon ne likha hai: "Koi shakhs Khuda ka matloob insaan kaise bane?" Iske bare mein bataein.</w:t>
      </w:r>
    </w:p>
    <w:p>
      <w:pPr>
        <w:jc w:val="right"/>
      </w:pPr>
      <w:r>
        <w:t>مسٹرمحمد دانیالنے پٹنہسے سوالکیا ہے۔انہوںنےلکھاہے: "کوئی شخص خداکا مطلوب انسان کیسےبنے ؟" اسکےبارےمیںبت ائیں۔</w:t>
      </w:r>
    </w:p>
    <w:p>
      <w:r>
        <w:rPr>
          <w:b/>
        </w:rPr>
        <w:t xml:space="preserve">[1:22:22] </w:t>
      </w:r>
      <w:r>
        <w:t>Yeh to bahut mushkil sawal hai.</w:t>
      </w:r>
    </w:p>
    <w:p>
      <w:pPr>
        <w:jc w:val="right"/>
      </w:pPr>
      <w:r>
        <w:t>یہتوبہتمشکلسوالہے۔</w:t>
      </w:r>
    </w:p>
    <w:p>
      <w:r>
        <w:rPr>
          <w:b/>
        </w:rPr>
        <w:t xml:space="preserve">[1:22:37] </w:t>
      </w:r>
      <w:r>
        <w:t>Baaki main yeh keh sakta hoon ke takhallaqu bi akhlaqillah. Allah ke jo sifat hain, attributes hain, woh apne andar paida karna.</w:t>
      </w:r>
    </w:p>
    <w:p>
      <w:pPr>
        <w:jc w:val="right"/>
      </w:pPr>
      <w:r>
        <w:t>باقیمیںیہیکہہسکتاہوںکہ تَخَلَّقُوابِأَخْلَاقِاللَّهِ اللہ کےجو صفات ہیں، att ributes ہیں، وہ اپنے اندرپیدا کرنا۔</w:t>
      </w:r>
    </w:p>
    <w:p>
      <w:r>
        <w:rPr>
          <w:b/>
        </w:rPr>
        <w:t xml:space="preserve">[1:22:50] </w:t>
      </w:r>
      <w:r>
        <w:t>Aur sab se bari sifat Allah ta'ala ki hai Rahman aur Raheem hona. Jo shuru mein bataya gaya hai. Rahman Raheem ke ma'ne kiya hain?</w:t>
      </w:r>
    </w:p>
    <w:p>
      <w:pPr>
        <w:jc w:val="right"/>
      </w:pPr>
      <w:r>
        <w:t>اور سبسےبڑیصفتاللہتعالیٰکیہے رحماناوررحیمہونا ۔ جوشروع میں بتایاگیاہے۔ رحمان رحیمکےمعنیکیاہیں؟</w:t>
      </w:r>
    </w:p>
    <w:p>
      <w:r>
        <w:rPr>
          <w:b/>
        </w:rPr>
        <w:t xml:space="preserve">[1:23:01] </w:t>
      </w:r>
      <w:r>
        <w:t>Yak tarafah tor par doosre ke bare mein wal bishra hona.</w:t>
      </w:r>
    </w:p>
    <w:p>
      <w:pPr>
        <w:jc w:val="right"/>
      </w:pPr>
      <w:r>
        <w:t>یک طرفہطورپر دوسرےکےبارےمیں ول بشرہونا</w:t>
      </w:r>
    </w:p>
    <w:p>
      <w:r>
        <w:rPr>
          <w:b/>
        </w:rPr>
        <w:t xml:space="preserve">[1:23:05] </w:t>
      </w:r>
      <w:r>
        <w:t>Yak tarafah tor par positive mind ke saath duniya mein rehna. Yak tarafah tor par apne seene ko doosron ke liye achhe jazbat ka maskan banana.</w:t>
      </w:r>
    </w:p>
    <w:p>
      <w:pPr>
        <w:jc w:val="right"/>
      </w:pPr>
      <w:r>
        <w:t>۔ یکطرفہطورپر positivemind کےساتھدنیا میںرہنا۔ یکطرفہطورپر اپنے سین ےکو دوسروںکےلیے اچھےجذباتکا مس کنبن انا۔</w:t>
      </w:r>
    </w:p>
    <w:p>
      <w:r>
        <w:rPr>
          <w:b/>
        </w:rPr>
        <w:t xml:space="preserve">[1:23:22] </w:t>
      </w:r>
      <w:r>
        <w:t>To kaun Khuda ka matloob hai, yeh to aakhir mein pata chalega. Duniya mein pata nahi chal sakta hai. Lekin</w:t>
      </w:r>
    </w:p>
    <w:p>
      <w:pPr>
        <w:jc w:val="right"/>
      </w:pPr>
      <w:r>
        <w:t>تو کونخداکامطلوبہے، یہتو آخرتمیںپتہچلےگا۔ دنیا میںپتہنہیںچلسکتاہے۔ لیکن</w:t>
      </w:r>
    </w:p>
    <w:p>
      <w:r>
        <w:rPr>
          <w:b/>
        </w:rPr>
        <w:t xml:space="preserve">[1:23:29] </w:t>
      </w:r>
      <w:r>
        <w:t>Quran mein ek ayat, ek surah hai jismein hai ke raziallahu anhum wa razo anhum. Ismein ek criteria milta hai hamein.</w:t>
      </w:r>
    </w:p>
    <w:p>
      <w:pPr>
        <w:jc w:val="right"/>
      </w:pPr>
      <w:r>
        <w:t>قرآنمیںایک آیت،ایکسورہہے جسمیںہےکہرَضِيَاللَّهُعَنْهُمْوَرَضُوْا اسمیںایککرائٹیریاملتاہےہمیں۔</w:t>
      </w:r>
    </w:p>
    <w:p>
      <w:r>
        <w:rPr>
          <w:b/>
        </w:rPr>
        <w:t xml:space="preserve">[1:23:39] </w:t>
      </w:r>
      <w:r>
        <w:t>Surah Al-Fajr mein. Ke do baat kahi gayi hain ke Allah ta'ala jab kisi ko</w:t>
      </w:r>
    </w:p>
    <w:p>
      <w:pPr>
        <w:jc w:val="right"/>
      </w:pPr>
      <w:r>
        <w:t>سورہ الفجرمیں ۔ کہ دوباتکہیگئیہیںکہ اللہ تعالیٰ جب کسی کو</w:t>
      </w:r>
    </w:p>
    <w:p>
      <w:r>
        <w:rPr>
          <w:b/>
        </w:rPr>
        <w:t xml:space="preserve">[1:23:47] </w:t>
      </w:r>
      <w:r>
        <w:t>Achhe halaat deta hai usko,</w:t>
      </w:r>
    </w:p>
    <w:p>
      <w:pPr>
        <w:jc w:val="right"/>
      </w:pPr>
      <w:r>
        <w:t>اچھےحالاتدیتاہےاسکو،</w:t>
      </w:r>
    </w:p>
    <w:p>
      <w:r>
        <w:rPr>
          <w:b/>
        </w:rPr>
        <w:t xml:space="preserve">[1:23:52] </w:t>
      </w:r>
      <w:r>
        <w:t>To woh hota hai ibtila ke liye, azmaish ke liye. Lekin woh usko apna fakhr bana leta hai ke Khuda ne mujhe yeh diya, Khuda ne mujhe woh diya. To aap ko kuch mile, achhi cheez duniya ki.</w:t>
      </w:r>
    </w:p>
    <w:p>
      <w:pPr>
        <w:jc w:val="right"/>
      </w:pPr>
      <w:r>
        <w:t>تووہہوتاہے ابتلاکےلیے، آزمائشکےلیے۔لیکن وہاسکو اپنافخربنالیتاہے کہخدانےمجھے یہدیا،خدانےمجھےوہدیا۔ تو آپکوکچھ ملے، اچھیچیزدنیا کی۔</w:t>
      </w:r>
    </w:p>
    <w:p>
      <w:r>
        <w:rPr>
          <w:b/>
        </w:rPr>
        <w:t xml:space="preserve">[1:24:06] </w:t>
      </w:r>
      <w:r>
        <w:t>Aap ko daulat mile, building mile, property mile. To woh ibtila ke liye hota hai. Azmaish ke liye hota hai. Ke aap usko pa kar kaise bante hain.</w:t>
      </w:r>
    </w:p>
    <w:p>
      <w:pPr>
        <w:jc w:val="right"/>
      </w:pPr>
      <w:r>
        <w:t>آپکودولتملے، بلڈنگملے،پراپرٹیملے۔ تو وہ ابتلاکےلیےہوتاہے۔ آزمائشکےلیےہوتاہے۔ کہآپ اسکو پاکرکیسےبنتےہیں۔</w:t>
      </w:r>
    </w:p>
    <w:p>
      <w:r>
        <w:rPr>
          <w:b/>
        </w:rPr>
        <w:t xml:space="preserve">[1:24:19] </w:t>
      </w:r>
      <w:r>
        <w:t>Lekin hota kya hai ke log fakhr mein mubtala ho jate hain. Naz mein mubtala hote hain. Us ko apna pride bana lete hain, pride. Phir</w:t>
      </w:r>
    </w:p>
    <w:p>
      <w:pPr>
        <w:jc w:val="right"/>
      </w:pPr>
      <w:r>
        <w:t>لیکن ہوتاکیاہےکہلوگ فخرمیںمبتلاہوجاتےہیں۔ نازمیں مبتلاہوتےہیں۔ اسکو اپناprideبنالیتےہیں،pride۔ پ</w:t>
      </w:r>
    </w:p>
    <w:p>
      <w:r>
        <w:rPr>
          <w:b/>
        </w:rPr>
        <w:t xml:space="preserve">[1:24:28] </w:t>
      </w:r>
      <w:r>
        <w:t>Isi surah mein hai ke jab Allah ta'ala kisi ko tangi deta hai, tang haali mein mubtala karta hai, to woh bhi ibtila ke liye hota hai.</w:t>
      </w:r>
    </w:p>
    <w:p>
      <w:pPr>
        <w:jc w:val="right"/>
      </w:pPr>
      <w:r>
        <w:t>ھر اساسیسورہمیںہے کہجب اللہتعالیٰکسی کو تنگیدیتاہے، تنگحالیمیںمبتلاکرتاہے، تووہبھیابتلاکےلیےہوتاہے۔</w:t>
      </w:r>
    </w:p>
    <w:p>
      <w:r>
        <w:rPr>
          <w:b/>
        </w:rPr>
        <w:t xml:space="preserve">[1:24:38] </w:t>
      </w:r>
      <w:r>
        <w:t>Woh bhi ibtila ke liye, azmaish ke liye hota hai. Lekin yahan bhi aadmi kya karta hai? Ghalat tasawwur leta hai. Kehta hai ke dekho, Khuda ne mujhe bad haal kar diya.</w:t>
      </w:r>
    </w:p>
    <w:p>
      <w:pPr>
        <w:jc w:val="right"/>
      </w:pPr>
      <w:r>
        <w:t>وہبھیابتلاکےلیے،آزمائشکےلیےہوتاہے۔ لیکن یہاںبھیآدمیکیاکرتاہے؟ غلطتاثرلیتاہے۔ کہتاہےکہدیکھو،خدانےمجھے بدحالکردیا۔</w:t>
      </w:r>
    </w:p>
    <w:p>
      <w:r>
        <w:rPr>
          <w:b/>
        </w:rPr>
        <w:t xml:space="preserve">[1:24:47] </w:t>
      </w:r>
      <w:r>
        <w:t>Kaisa Khuda hai? Kisi ko achha diya, kisi ko bura kar diya. Dekho, falan falan ko, unko yeh mila hua hai, ab mujhe kuch nahi m</w:t>
      </w:r>
    </w:p>
    <w:p>
      <w:pPr>
        <w:jc w:val="right"/>
      </w:pPr>
      <w:r>
        <w:t>کیساخداہے؟ کسی کواچھا دیا،کسی کوبراکردیا۔ دیکھو،فلاںفلاںکو ،انکو یہ ملاہواہے،ابمجھےکچھنہیںم</w:t>
      </w:r>
    </w:p>
    <w:p>
      <w:r>
        <w:rPr>
          <w:b/>
        </w:rPr>
        <w:t xml:space="preserve">[1:24:56] </w:t>
      </w:r>
      <w:r>
        <w:t>la. to shikaayat ki nafsiyat. yaani ek shakal, ek shakal mein fakhr ki nafsiyat. doosri shakal mein shikaayat ki nafsiyat. yeh dono hi Khuda ke liye ghair matloob hain.</w:t>
      </w:r>
    </w:p>
    <w:p>
      <w:pPr>
        <w:jc w:val="right"/>
      </w:pPr>
      <w:r>
        <w:t>لا۔ تو شکایتینفسیات۔ یعنیایک شکل،ایک شکلمیں فخرکینفسیات۔ دوسریشکلمیںشکایتکینفسیات۔ یہدون وںہی خداکےلیے غیر مطلوبہیں۔</w:t>
      </w:r>
    </w:p>
    <w:p>
      <w:r>
        <w:rPr>
          <w:b/>
        </w:rPr>
        <w:t xml:space="preserve">[1:25:08] </w:t>
      </w:r>
      <w:r>
        <w:t>to iske baad farmaya ke an-nafs al-mutma'innah woh hai, woh Khuda ko matloob hai. an-nafs al-mutma'innah ka matlab hota hai complex free soul to</w:t>
      </w:r>
    </w:p>
    <w:p>
      <w:pPr>
        <w:jc w:val="right"/>
      </w:pPr>
      <w:r>
        <w:t>تواسکےبعدفرمایاکہ النفس المطمئنةجوہے،وہاللہ کومطلوبہے۔ النفس المطمئنةکامطلبہوتاہے comp lex free soul تو</w:t>
      </w:r>
    </w:p>
    <w:p>
      <w:r>
        <w:rPr>
          <w:b/>
        </w:rPr>
        <w:t xml:space="preserve">[1:25:24] </w:t>
      </w:r>
      <w:r>
        <w:t>inhi ke baare mein kaha hai ke Khuda isse raazi hoga. to fi waaqe Khuda kisise raazi ho gaya. fi waaqe koi Khuda ka matloob ban gaya, yeh toh qayamat mein pata chalega.</w:t>
      </w:r>
    </w:p>
    <w:p>
      <w:pPr>
        <w:jc w:val="right"/>
      </w:pPr>
      <w:r>
        <w:t>انہیکےبارےمیںکہاہےکہاللہ اسسےراضیہوگا۔ تو فی الواقعاللہ کسیسےراضیہوگیا۔ فیالواقع کوئیاللہکامطلوببنجببنگیا، یہتوقیامتمیںپتہچلےگا۔</w:t>
      </w:r>
    </w:p>
    <w:p>
      <w:r>
        <w:rPr>
          <w:b/>
        </w:rPr>
        <w:t xml:space="preserve">[1:25:34] </w:t>
      </w:r>
      <w:r>
        <w:t>lekin aap koshish kar sakte hain is tareeqe se ke apne ko aap complex freesoul banaayein. apne ko an-nafs al-mutma'innah banaayein.</w:t>
      </w:r>
    </w:p>
    <w:p>
      <w:pPr>
        <w:jc w:val="right"/>
      </w:pPr>
      <w:r>
        <w:t>لیکن آپ کوششکرسکتےہیں اسطریقےسے کہ اپنے کوآپ comp lex freesoulبنائیں۔ اپنے کو النفس المطمئنةبنائیں۔</w:t>
      </w:r>
    </w:p>
    <w:p>
      <w:r>
        <w:rPr>
          <w:b/>
        </w:rPr>
        <w:t xml:space="preserve">[1:25:45] </w:t>
      </w:r>
      <w:r>
        <w:t>har cheez ko is nazar se dekha jis nazar se Khuda usko dekhta hai.</w:t>
      </w:r>
    </w:p>
    <w:p>
      <w:pPr>
        <w:jc w:val="right"/>
      </w:pPr>
      <w:r>
        <w:t>ہرچیزکو اس نظرسےدیکھا جسنظرسےخدااسکودیکھتاہے۔</w:t>
      </w:r>
    </w:p>
    <w:p>
      <w:r>
        <w:rPr>
          <w:b/>
        </w:rPr>
        <w:t xml:space="preserve">[1:25:54] </w:t>
      </w:r>
      <w:r>
        <w:t>aah, Mr. Mushyell Limine ne France se sawaal kiya hai. unhone likha hai: "Molana, you wrote that spirituality which aims at stopping the thought process is dehumanizing and brings man to the level of animals.</w:t>
      </w:r>
    </w:p>
    <w:p>
      <w:pPr>
        <w:jc w:val="right"/>
      </w:pPr>
      <w:r>
        <w:t>آہ،مسٹر مش یل لیمینے فرانس سے سوال کیا ہے۔ انہوںنےلکھاہے: "Molana, youwrote that spiritu al itywhich aims at stoppingthe thoughtprocess is dehuman izing and brings man tothelevelof anim als.</w:t>
      </w:r>
    </w:p>
    <w:p>
      <w:r>
        <w:rPr>
          <w:b/>
        </w:rPr>
        <w:t xml:space="preserve">[1:26:12] </w:t>
      </w:r>
      <w:r>
        <w:t>How then can one try to gain control over mind ?Please explain."</w:t>
      </w:r>
    </w:p>
    <w:p>
      <w:pPr>
        <w:jc w:val="right"/>
      </w:pPr>
      <w:r>
        <w:t>How then can one tryto gain control over mind ?Pleaseexplain."</w:t>
      </w:r>
    </w:p>
    <w:p>
      <w:r>
        <w:rPr>
          <w:b/>
        </w:rPr>
        <w:t xml:space="preserve">[1:26:19] </w:t>
      </w:r>
      <w:r>
        <w:t>My position is that there are two different ways to attain spirituality. One that is heart-based and the second that is mind-based.</w:t>
      </w:r>
    </w:p>
    <w:p>
      <w:pPr>
        <w:jc w:val="right"/>
      </w:pPr>
      <w:r>
        <w:t>My position is that thereare two different ways to attain spiritual ity. Onethat is heart-based and the second that is mind -based.</w:t>
      </w:r>
    </w:p>
    <w:p>
      <w:r>
        <w:rPr>
          <w:b/>
        </w:rPr>
        <w:t xml:space="preserve">[1:26:35] </w:t>
      </w:r>
      <w:r>
        <w:t>So I said that heart-based spirituality, although there are so many people who believe in the veracity of this method, but I think that it is not correct.</w:t>
      </w:r>
    </w:p>
    <w:p>
      <w:pPr>
        <w:jc w:val="right"/>
      </w:pPr>
      <w:r>
        <w:t>So Isaidthat he art-based spirituality, althoughtherearesomanypeople whobelieve inthe veracityofthis method ,but Ithinkthat itisnot correct.</w:t>
      </w:r>
    </w:p>
    <w:p>
      <w:r>
        <w:rPr>
          <w:b/>
        </w:rPr>
        <w:t xml:space="preserve">[1:26:49] </w:t>
      </w:r>
      <w:r>
        <w:t>Through heart, those practices that are, that are heart-based practices, that are nothing.</w:t>
      </w:r>
    </w:p>
    <w:p>
      <w:pPr>
        <w:jc w:val="right"/>
      </w:pPr>
      <w:r>
        <w:t>Through heart, thosepract ices that ar e, thatare heart-basedpractic es, thatarenothing.</w:t>
      </w:r>
    </w:p>
    <w:p>
      <w:r>
        <w:rPr>
          <w:b/>
        </w:rPr>
        <w:t xml:space="preserve">[1:27:03] </w:t>
      </w:r>
      <w:r>
        <w:t>That are physical practices. Through physical practice, you cannot attain spirituality. Heart is a physical part of your body.</w:t>
      </w:r>
    </w:p>
    <w:p>
      <w:pPr>
        <w:jc w:val="right"/>
      </w:pPr>
      <w:r>
        <w:t>That are physical practic es. Th roughphysical practice,youcannotattain spiritual ity. Heart is a physical partof yourbody.</w:t>
      </w:r>
    </w:p>
    <w:p>
      <w:r>
        <w:rPr>
          <w:b/>
        </w:rPr>
        <w:t xml:space="preserve">[1:27:17] </w:t>
      </w:r>
      <w:r>
        <w:t>So heart-based spirituality is nothing. Heart-based spirituality means trying to attain spirituality through physical method. That is impossible.</w:t>
      </w:r>
    </w:p>
    <w:p>
      <w:pPr>
        <w:jc w:val="right"/>
      </w:pPr>
      <w:r>
        <w:t>So heart -based spiritual ityis nothing. Heart -based spiritualitymeans tryingto attain spiritual ity through physical method .Thatisimpossible.</w:t>
      </w:r>
    </w:p>
    <w:p>
      <w:r>
        <w:rPr>
          <w:b/>
        </w:rPr>
        <w:t xml:space="preserve">[1:27:35] </w:t>
      </w:r>
      <w:r>
        <w:t>So I believe in mind-based spirituality.</w:t>
      </w:r>
    </w:p>
    <w:p>
      <w:pPr>
        <w:jc w:val="right"/>
      </w:pPr>
      <w:r>
        <w:t>So I believein mind -basedspiritual ity.</w:t>
      </w:r>
    </w:p>
    <w:p>
      <w:r>
        <w:rPr>
          <w:b/>
        </w:rPr>
        <w:t xml:space="preserve">[1:27:42] </w:t>
      </w:r>
      <w:r>
        <w:t>Mind-based spirituality. That is, my spirituality is based on tadabbur, tafakkur, tasawwuf. That is, contemplation.</w:t>
      </w:r>
    </w:p>
    <w:p>
      <w:pPr>
        <w:jc w:val="right"/>
      </w:pPr>
      <w:r>
        <w:t>Mind -based spirituality. That is , my spiritualityisbased on تد بر ,تف کر , ت وسم .That is, contemplation.</w:t>
      </w:r>
    </w:p>
    <w:p>
      <w:r>
        <w:rPr>
          <w:b/>
        </w:rPr>
        <w:t xml:space="preserve">[1:27:55] </w:t>
      </w:r>
      <w:r>
        <w:t>In two words, first is based on meditation. And my spirituality is based on contemplation.</w:t>
      </w:r>
    </w:p>
    <w:p>
      <w:pPr>
        <w:jc w:val="right"/>
      </w:pPr>
      <w:r>
        <w:t>Intwowords, first is based on med it ation. And my spiritualityisbased on contempl ation.</w:t>
      </w:r>
    </w:p>
    <w:p>
      <w:r>
        <w:rPr>
          <w:b/>
        </w:rPr>
        <w:t xml:space="preserve">[1:28:06] </w:t>
      </w:r>
      <w:r>
        <w:t>So contemplation is mind-centered method. And meditation is heart-centered method. So this is my stand about this matter.</w:t>
      </w:r>
    </w:p>
    <w:p>
      <w:pPr>
        <w:jc w:val="right"/>
      </w:pPr>
      <w:r>
        <w:t>So contemplation is mind -center ed method . And meditationis heart-center edmethod. So thisismy stand about this matter.</w:t>
      </w:r>
    </w:p>
    <w:p>
      <w:r>
        <w:rPr>
          <w:b/>
        </w:rPr>
        <w:t xml:space="preserve">[1:28:22] </w:t>
      </w:r>
      <w:r>
        <w:t>Mr. Muhammad Daniel ne Patna se sawaal kiya hai: "Shakhsiyat ki ta'meer ka usool kya hai ? " Iske baare mein bataiye.</w:t>
      </w:r>
    </w:p>
    <w:p>
      <w:pPr>
        <w:jc w:val="right"/>
      </w:pPr>
      <w:r>
        <w:t>مسٹرمحمد دانیالنے پٹنہسےسوالکیا ہے: "شخصیتکی تعمیرکا اصول کیا ہے ؟ "اسکےبارےمیںبت ائیں۔</w:t>
      </w:r>
    </w:p>
    <w:p>
      <w:r>
        <w:rPr>
          <w:b/>
        </w:rPr>
        <w:t xml:space="preserve">[1:28:37] </w:t>
      </w:r>
      <w:r>
        <w:t>dekhiye, jahan tak main sochta hoon, shakhsiyat</w:t>
      </w:r>
    </w:p>
    <w:p>
      <w:pPr>
        <w:jc w:val="right"/>
      </w:pPr>
      <w:r>
        <w:t>دیکھیے،جہاںتکمیںسوچتاہوں، شخص یت</w:t>
      </w:r>
    </w:p>
    <w:p>
      <w:r>
        <w:rPr>
          <w:b/>
        </w:rPr>
        <w:t xml:space="preserve">[1:28:47] </w:t>
      </w:r>
      <w:r>
        <w:t>pedayeshi taur par durust shakhsiyat hoti hai. kyunke hadees mein aata hai ke kullu mawludin yuladu alal fitrah</w:t>
      </w:r>
    </w:p>
    <w:p>
      <w:pPr>
        <w:jc w:val="right"/>
      </w:pPr>
      <w:r>
        <w:t>پید ائشیطورپر درستشخص یتہوتیہے۔ کیونکہحدیثمیںآتاہےکہ كُلُّ مَولُودٍيُولَدُعَلَىالفِطْرَةِ</w:t>
      </w:r>
    </w:p>
    <w:p>
      <w:r>
        <w:rPr>
          <w:b/>
        </w:rPr>
        <w:t xml:space="preserve">[1:28:59] </w:t>
      </w:r>
      <w:r>
        <w:t>yaani har insaan paida hota hai. yaani sahi shakhsiyat par, sahi personality par, sahi fitrat par.</w:t>
      </w:r>
    </w:p>
    <w:p>
      <w:pPr>
        <w:jc w:val="right"/>
      </w:pPr>
      <w:r>
        <w:t>یعنیہرانسان پیدا ہوتاہے۔ یعنی صحیحشخص یت پر،صحیحpersonal ityپر ، صحیحفطرتپر ۔</w:t>
      </w:r>
    </w:p>
    <w:p>
      <w:r>
        <w:rPr>
          <w:b/>
        </w:rPr>
        <w:t xml:space="preserve">[1:29:08] </w:t>
      </w:r>
      <w:r>
        <w:t>lekin iske baad mahaul se, ghar ka mahaul, bahar ka mahaul jo uski conditioning karta rehta hai. to conditioning jo hai, woh shakhsiyat ko bigaadti hai.</w:t>
      </w:r>
    </w:p>
    <w:p>
      <w:pPr>
        <w:jc w:val="right"/>
      </w:pPr>
      <w:r>
        <w:t>لیکن اسکےبعد ماحولسے ،گھرکاماحول،باہرکاماحولجواسکیcond itioningکرتارہتاہے۔ تو cond itioningجوہے، وہ شخص یتکو بگاڑتیہے۔</w:t>
      </w:r>
    </w:p>
    <w:p>
      <w:r>
        <w:rPr>
          <w:b/>
        </w:rPr>
        <w:t xml:space="preserve">[1:29:21] </w:t>
      </w:r>
      <w:r>
        <w:t>ab jo karna hai, woh yeh hai karna ke aap apni de-conditioning karein</w:t>
      </w:r>
    </w:p>
    <w:p>
      <w:pPr>
        <w:jc w:val="right"/>
      </w:pPr>
      <w:r>
        <w:t>اب جو کرناہے، وہیہہےکرنا کہآپ اپنی de-conditioningکریں</w:t>
      </w:r>
    </w:p>
    <w:p>
      <w:r>
        <w:rPr>
          <w:b/>
        </w:rPr>
        <w:t xml:space="preserve">[1:29:27] </w:t>
      </w:r>
      <w:r>
        <w:t>. dekhiye, conditioning ka waaqea toh lazman hoga hi hoga. Professor Watson, jo America ka professor tha, usne yeh baat kahi hai ke conditioning honi hi honi hai har aadmi ki.</w:t>
      </w:r>
    </w:p>
    <w:p>
      <w:pPr>
        <w:jc w:val="right"/>
      </w:pPr>
      <w:r>
        <w:t>۔ دیکھیے،cond itioningکاواقعہتولازماًہوگاہیہوگا۔ پروفیسرواٹسن،جوامریکہکا پروفیسرتھا، اسنےیہباتکہیہے کہ cond itioningہونیہیہونیہے ہ رآدمیکی۔</w:t>
      </w:r>
    </w:p>
    <w:p>
      <w:r>
        <w:rPr>
          <w:b/>
        </w:rPr>
        <w:t xml:space="preserve">[1:29:40] </w:t>
      </w:r>
      <w:r>
        <w:t>har aadmi misconditioned hai. lekin Professor Watson ko ek baat nahi jaan saka ke de-conditioning possible hai.</w:t>
      </w:r>
    </w:p>
    <w:p>
      <w:pPr>
        <w:jc w:val="right"/>
      </w:pPr>
      <w:r>
        <w:t>ہرآدمی mis cond itionedہے۔ لیکن پروفیسرواٹسنکوایکبات نہیں جانسکا کہ de-conditioningpossible ہے۔</w:t>
      </w:r>
    </w:p>
    <w:p>
      <w:r>
        <w:rPr>
          <w:b/>
        </w:rPr>
        <w:t xml:space="preserve">[1:29:50] </w:t>
      </w:r>
      <w:r>
        <w:t>uska daryaft nahi ho saka ke har aadmi misconditioned hai.</w:t>
      </w:r>
    </w:p>
    <w:p>
      <w:pPr>
        <w:jc w:val="right"/>
      </w:pPr>
      <w:r>
        <w:t>اسکیدریا فتیہیںتکرہیکہ ہرآدمی misconditionedہے۔</w:t>
      </w:r>
    </w:p>
    <w:p>
      <w:r>
        <w:rPr>
          <w:b/>
        </w:rPr>
        <w:t xml:space="preserve">[1:29:54] </w:t>
      </w:r>
      <w:r>
        <w:t>lekin doosra jo part hai iss sachaiika, wahi hai ke agar aadmi chahe to apni de-conditioning kar sakta hai.</w:t>
      </w:r>
    </w:p>
    <w:p>
      <w:pPr>
        <w:jc w:val="right"/>
      </w:pPr>
      <w:r>
        <w:t>لیکن دوسرا جو part ہے اسسچائیکا،وہیہہےکہ اگر آدمی چاہےتو اپنی de-conditioningکرسکتاہے۔</w:t>
      </w:r>
    </w:p>
    <w:p>
      <w:r>
        <w:rPr>
          <w:b/>
        </w:rPr>
        <w:t xml:space="preserve">[1:30:05] </w:t>
      </w:r>
      <w:r>
        <w:t>yeh unhein nahi pata tha. to main yeh manta hoon ke conditioning to aap ki aur har aadmi ki hogi hi hogi.</w:t>
      </w:r>
    </w:p>
    <w:p>
      <w:pPr>
        <w:jc w:val="right"/>
      </w:pPr>
      <w:r>
        <w:t>یہ انہیں نہیںپتاتھا۔ تومیں یہمانتاہوں کہ cond itioningتوآپکیاورہرآدمیکیہوگیہیہوگی۔</w:t>
      </w:r>
    </w:p>
    <w:p>
      <w:r>
        <w:rPr>
          <w:b/>
        </w:rPr>
        <w:t xml:space="preserve">[1:30:14] </w:t>
      </w:r>
      <w:r>
        <w:t>ise to aap rok nahi sakte. yahan tak mana jata hai ke bachcha pet mein hota hai, tabhi conditioning shuru ho jati hai iski.</w:t>
      </w:r>
    </w:p>
    <w:p>
      <w:pPr>
        <w:jc w:val="right"/>
      </w:pPr>
      <w:r>
        <w:t>اسے توآپروکنہیںسکتے۔ یہاںتک ماناجاتاہےکہبچہ پیٹمیںہوت اہے،تبھی cond itioningشروعہوجاتیہےاسکی۔</w:t>
      </w:r>
    </w:p>
    <w:p>
      <w:r>
        <w:rPr>
          <w:b/>
        </w:rPr>
        <w:t xml:space="preserve">[1:30:23] </w:t>
      </w:r>
      <w:r>
        <w:t>maa ke through. pehle maa ke through, phir family ke through, phir society ke through. phir poora jahan bhi rehta hai, woh jo kuch padhta hai, jo kuch sunta hai, woh sab conditioning ke case ban jate hain iske liye.</w:t>
      </w:r>
    </w:p>
    <w:p>
      <w:pPr>
        <w:jc w:val="right"/>
      </w:pPr>
      <w:r>
        <w:t>ماںکےthrough ۔پہلے ماںکےthrough ،پھر family کےthrough،پھرsoci etyکےthrough ۔ پھر پوراجہاں بھیرہتاہے،وہ جوکچھپڑھتاہے،جوکچھسنتاہے، وہسب cond itioningکےcaseبنجاتےہیںاسکےلیے۔</w:t>
      </w:r>
    </w:p>
    <w:p>
      <w:r>
        <w:rPr>
          <w:b/>
        </w:rPr>
        <w:t xml:space="preserve">[1:30:38] </w:t>
      </w:r>
      <w:r>
        <w:t>to behraal, har aadmi misconditioned hai. har aurat aur har mard.</w:t>
      </w:r>
    </w:p>
    <w:p>
      <w:pPr>
        <w:jc w:val="right"/>
      </w:pPr>
      <w:r>
        <w:t>تو بہرحال، ہرآدمی miscond itioned ہے۔ ہرعورتاورہرمرد ۔</w:t>
      </w:r>
    </w:p>
    <w:p>
      <w:r>
        <w:rPr>
          <w:b/>
        </w:rPr>
        <w:t xml:space="preserve">[1:30:45] </w:t>
      </w:r>
      <w:r>
        <w:t>ab aap agar chahte hain ke aap woh shakhsiyat banen jo Allah ko matloob hai, to aap ko apni de-conditioning karni hogi.</w:t>
      </w:r>
    </w:p>
    <w:p>
      <w:pPr>
        <w:jc w:val="right"/>
      </w:pPr>
      <w:r>
        <w:t>ابآپ اگرچاہتےہیںکہ آپوہشخص یتبنیں جو اللہ کومطلوبہے، تو آپ کو اپنی de-conditioningکرنیہوگی۔</w:t>
      </w:r>
    </w:p>
    <w:p>
      <w:r>
        <w:rPr>
          <w:b/>
        </w:rPr>
        <w:t xml:space="preserve">[1:30:55] </w:t>
      </w:r>
      <w:r>
        <w:t>iske liye Allah taala ne jo ek misaal qaim kar di hai, pyaaz ki. pyaaz yani onion. pyaaz aap jante hain ke ek gol cheez hoti hai. iske upar layer hote hain. layer, layer, layer. aakhir mein ek core hota hai, chhota sa.</w:t>
      </w:r>
    </w:p>
    <w:p>
      <w:pPr>
        <w:jc w:val="right"/>
      </w:pPr>
      <w:r>
        <w:t>اسکےلیےاللہ تعالیٰنےجوایکمثالقائمکردیہے، پیازکی۔ پیازیعنیon ion۔ پیازآپجانتےہیںکہایکگولچیزہوتیہے۔ اسکےاوپرlayerہوتےہیں۔Layer,layer,layer ۔آخرمیںایکcoreہوتاہے، چھوٹاسا۔</w:t>
      </w:r>
    </w:p>
    <w:p>
      <w:r>
        <w:rPr>
          <w:b/>
        </w:rPr>
        <w:t xml:space="preserve">[1:31:09] </w:t>
      </w:r>
      <w:r>
        <w:t>woh iska pyaaz ka core hota hai.</w:t>
      </w:r>
    </w:p>
    <w:p>
      <w:pPr>
        <w:jc w:val="right"/>
      </w:pPr>
      <w:r>
        <w:t>وہاسکاپیازکاcoreہوتاہے۔</w:t>
      </w:r>
    </w:p>
    <w:p>
      <w:r>
        <w:rPr>
          <w:b/>
        </w:rPr>
        <w:t xml:space="preserve">[1:31:13] </w:t>
      </w:r>
      <w:r>
        <w:t>har insaan ki ek core personality hai. iske upar layers hain conditioning ke. to conditioning ke layer ko hataye, hataye, hataye, yahan tak ke aap ki jo core personality hai, woh saamne aa jaye.</w:t>
      </w:r>
    </w:p>
    <w:p>
      <w:pPr>
        <w:jc w:val="right"/>
      </w:pPr>
      <w:r>
        <w:t>ہرانسان کی ایک corepersonal ityہے۔ اسکےاوپرlayersہیںcond itioningکے۔ توcond itioningکےlayerکوہٹائیے،ہٹائیے،ہٹائیے،یہاںتککہآپکیجوcorepersonal ityہے، وہ سامنےآجائے۔</w:t>
      </w:r>
    </w:p>
    <w:p>
      <w:r>
        <w:rPr>
          <w:b/>
        </w:rPr>
        <w:t xml:space="preserve">[1:31:28] </w:t>
      </w:r>
      <w:r>
        <w:t>yahi hai de-conditioning. iske liye aap ko yani self-hammering karni padti hai. self-hammering.</w:t>
      </w:r>
    </w:p>
    <w:p>
      <w:pPr>
        <w:jc w:val="right"/>
      </w:pPr>
      <w:r>
        <w:t>یہیہےde-conditioning۔ اسکےلیےآپکو یعنی self -hammeringکرنیپڑتیہے۔ Self-hammering۔</w:t>
      </w:r>
    </w:p>
    <w:p>
      <w:r>
        <w:rPr>
          <w:b/>
        </w:rPr>
        <w:t xml:space="preserve">[1:31:38] </w:t>
      </w:r>
      <w:r>
        <w:t>apne yani apne against mein sochna.</w:t>
      </w:r>
    </w:p>
    <w:p>
      <w:pPr>
        <w:jc w:val="right"/>
      </w:pPr>
      <w:r>
        <w:t>اپنے یعنی اپنے against میںسوچنا۔</w:t>
      </w:r>
    </w:p>
    <w:p>
      <w:r>
        <w:rPr>
          <w:b/>
        </w:rPr>
        <w:t xml:space="preserve">[1:31:44] </w:t>
      </w:r>
      <w:r>
        <w:t>aap ko apne against mein sochna padta hai. apne khilaf sochna padta hai.</w:t>
      </w:r>
    </w:p>
    <w:p>
      <w:pPr>
        <w:jc w:val="right"/>
      </w:pPr>
      <w:r>
        <w:t>آپکو اپنے against میںسوچناپڑتاہے۔ اپنے خلاف سوچناپڑتاہے۔</w:t>
      </w:r>
    </w:p>
    <w:p>
      <w:r>
        <w:rPr>
          <w:b/>
        </w:rPr>
        <w:t xml:space="preserve">[1:31:52] </w:t>
      </w:r>
      <w:r>
        <w:t>yani jis tarah dushman aap ke bare mein sochta hai, us tarah sochna padta hai. tab jakar ke aadmi apni de-conditioning kar pata hai. nahi to phir woh phans rehta hai, phans rehta hai, phans rehta hai isi mein.</w:t>
      </w:r>
    </w:p>
    <w:p>
      <w:pPr>
        <w:jc w:val="right"/>
      </w:pPr>
      <w:r>
        <w:t>یعنیجسطرحدشمنآپکےبارےمیںسوچتاہے،اسطرحسوچناپڑتاہے۔ تبجاکرکےآدمی اپنی de-conditioningکرپاتاہے۔ نہیںتوپھروہ پھنسارہتاہے،پھنسارہتاہے،پھنسارہتاہےاسیمیں۔</w:t>
      </w:r>
    </w:p>
    <w:p>
      <w:r>
        <w:rPr>
          <w:b/>
        </w:rPr>
        <w:t xml:space="preserve">[1:32:03] </w:t>
      </w:r>
      <w:r>
        <w:t>misconditioned woh paida hota hai, misconditioned woh mar jata hai.</w:t>
      </w:r>
    </w:p>
    <w:p>
      <w:pPr>
        <w:jc w:val="right"/>
      </w:pPr>
      <w:r>
        <w:t>mis cond itionedوہپیدا ہوتاہے، mis conditionedوہمرجاتا ہے۔</w:t>
      </w:r>
    </w:p>
    <w:p>
      <w:r>
        <w:rPr>
          <w:b/>
        </w:rPr>
        <w:t xml:space="preserve">[1:32:11] </w:t>
      </w:r>
      <w:r>
        <w:t>doctor Fareeda Khan ne Delhi se sawal kiya hai. unhone likha hai: "Recently I attended a program on spirituality in which several speeches were made on spirituality,</w:t>
      </w:r>
    </w:p>
    <w:p>
      <w:pPr>
        <w:jc w:val="right"/>
      </w:pPr>
      <w:r>
        <w:t>ڈاکٹر فریدہخان منے دہلیسے سوال کیاہے۔ انہوںنےلکھاہے: "RecentlyIatt ended aprogram on spiritu al ity inwhich several speecheswere made on spiritu ality,</w:t>
      </w:r>
    </w:p>
    <w:p>
      <w:r>
        <w:rPr>
          <w:b/>
        </w:rPr>
        <w:t xml:space="preserve">[1:32:25] </w:t>
      </w:r>
      <w:r>
        <w:t>but no mention was made of God who is the source of spirituality. What is this kind of spirituality devoid of God ?</w:t>
      </w:r>
    </w:p>
    <w:p>
      <w:pPr>
        <w:jc w:val="right"/>
      </w:pPr>
      <w:r>
        <w:t>but nomentionwas made of God who isthesource of spiritu ality. Whatis thiskind of spiritual ity devoidof God ?</w:t>
      </w:r>
    </w:p>
    <w:p>
      <w:r>
        <w:rPr>
          <w:b/>
        </w:rPr>
        <w:t xml:space="preserve">[1:32:37] </w:t>
      </w:r>
      <w:r>
        <w:t>Please explain."</w:t>
      </w:r>
    </w:p>
    <w:p>
      <w:pPr>
        <w:jc w:val="right"/>
      </w:pPr>
      <w:r>
        <w:t>Pleaseexplain."</w:t>
      </w:r>
    </w:p>
    <w:p>
      <w:r>
        <w:rPr>
          <w:b/>
        </w:rPr>
        <w:t xml:space="preserve">[1:32:39] </w:t>
      </w:r>
      <w:r>
        <w:t>dekhiye, yeh bahut purana nazariya hai jisko pehle mysticism kaha jata tha. mysticism. ab isko spirituality kaha jata hai.</w:t>
      </w:r>
    </w:p>
    <w:p>
      <w:pPr>
        <w:jc w:val="right"/>
      </w:pPr>
      <w:r>
        <w:t>دیکھیے،یہ بہت پرانانظریہہے جسکوپہلے mysticismکہاجاتاتھا۔ Mysticism۔ اباسکوspiritualityکہاجاتاہے۔</w:t>
      </w:r>
    </w:p>
    <w:p>
      <w:r>
        <w:rPr>
          <w:b/>
        </w:rPr>
        <w:t xml:space="preserve">[1:32:51] </w:t>
      </w:r>
      <w:r>
        <w:t>is nazariye ka jo khulasa hai, wohi hai ke sab kuch insaan ke andar hai. insaan ke andar hi sachai ka reservoir hai.</w:t>
      </w:r>
    </w:p>
    <w:p>
      <w:pPr>
        <w:jc w:val="right"/>
      </w:pPr>
      <w:r>
        <w:t>اس نظریےکا جو خلاصہہے،وہیہہے کہ سبکچھانسانکےاندرہے۔ انسان کےاندر ہی سچائیکاres ervoirہے۔</w:t>
      </w:r>
    </w:p>
    <w:p>
      <w:r>
        <w:rPr>
          <w:b/>
        </w:rPr>
        <w:t xml:space="preserve">[1:33:03] </w:t>
      </w:r>
      <w:r>
        <w:t>ise hi unfold karna hai.</w:t>
      </w:r>
    </w:p>
    <w:p>
      <w:pPr>
        <w:jc w:val="right"/>
      </w:pPr>
      <w:r>
        <w:t>اسیکوunfoldکرناہے۔</w:t>
      </w:r>
    </w:p>
    <w:p>
      <w:r>
        <w:rPr>
          <w:b/>
        </w:rPr>
        <w:t xml:space="preserve">[1:33:05] </w:t>
      </w:r>
      <w:r>
        <w:t>yani unke nazdeek ka spirituality naam hai khud apne hi andar ke khazane ko unfold karna.</w:t>
      </w:r>
    </w:p>
    <w:p>
      <w:pPr>
        <w:jc w:val="right"/>
      </w:pPr>
      <w:r>
        <w:t>یعنیانکےنزدیک کا spiritualityنامہے خود اپنے ہی اندر کے خزانےکو unfoldکرنا۔</w:t>
      </w:r>
    </w:p>
    <w:p>
      <w:r>
        <w:rPr>
          <w:b/>
        </w:rPr>
        <w:t xml:space="preserve">[1:33:16] </w:t>
      </w:r>
      <w:r>
        <w:t>is par ek kitab hai Rajneesh ki. iska naam hai "Kundalini Andar Base". to bahut si kitaben is par hain. ek kitab ko main aap ko hawala de raha hoon.</w:t>
      </w:r>
    </w:p>
    <w:p>
      <w:pPr>
        <w:jc w:val="right"/>
      </w:pPr>
      <w:r>
        <w:t>اسپرایککتاب ہے رجنیشکی۔اسکانام ہے "کن ڈ لنیاندر بسے"۔ تو بہتسیکتاب یںاسپرہیں۔ ایککتاب کومیںآپکوحوالہ دےرہاہوں۔</w:t>
      </w:r>
    </w:p>
    <w:p>
      <w:r>
        <w:rPr>
          <w:b/>
        </w:rPr>
        <w:t xml:space="preserve">[1:33:27] </w:t>
      </w:r>
      <w:r>
        <w:t>to ismein unhone isko explain kiya hai. yeh Hindi mein yeh kitab hai.</w:t>
      </w:r>
    </w:p>
    <w:p>
      <w:pPr>
        <w:jc w:val="right"/>
      </w:pPr>
      <w:r>
        <w:t>تو اسمیںانہوںنےاسکوexplainکیاہے۔ یہہندیمیںیہکتاب ہے۔</w:t>
      </w:r>
    </w:p>
    <w:p>
      <w:r>
        <w:rPr>
          <w:b/>
        </w:rPr>
        <w:t xml:space="preserve">[1:33:34] </w:t>
      </w:r>
      <w:r>
        <w:t>kundalini kehte hain isko. yani jo ek khas tarah ka deer hota hai, haran. jismein ke iske andar ek nafa hota hai.</w:t>
      </w:r>
    </w:p>
    <w:p>
      <w:pPr>
        <w:jc w:val="right"/>
      </w:pPr>
      <w:r>
        <w:t>کنڈلنیکہتےہیں اسکو ۔ یعنی جو ایکخاص طرحکاdeerہوتاہے، ہ رن۔ جسمیں کہ اسکےاندرایکنافہہوتاہے۔</w:t>
      </w:r>
    </w:p>
    <w:p>
      <w:r>
        <w:rPr>
          <w:b/>
        </w:rPr>
        <w:t xml:space="preserve">[1:33:46] </w:t>
      </w:r>
      <w:r>
        <w:t>yani mushk hota hai. khushbudar ek cheez hoti hai. to isko nikal kar ke phir operation kar ke nikala jata hai. phir iski khushbu ko bahut mehenga bikta hai woh.</w:t>
      </w:r>
    </w:p>
    <w:p>
      <w:pPr>
        <w:jc w:val="right"/>
      </w:pPr>
      <w:r>
        <w:t>یعنی مشکہوتاہے۔ خوشبودار ایکچیزہوتیہے۔ تو اسکو نکالکرکےپھر oper ationکرکےنکالاجاتاہے۔پھراسکیخوشبوکو بہت مہنگا بکتاہےوہ ۔</w:t>
      </w:r>
    </w:p>
    <w:p>
      <w:r>
        <w:rPr>
          <w:b/>
        </w:rPr>
        <w:t xml:space="preserve">[1:34:01] </w:t>
      </w:r>
      <w:r>
        <w:t>jisko mushk kehte hain. angrezi mein mushk kehte hain. to woh kehte hain is mein ke woh jo naafa jab poora ho jata hai.</w:t>
      </w:r>
    </w:p>
    <w:p>
      <w:pPr>
        <w:jc w:val="right"/>
      </w:pPr>
      <w:r>
        <w:t>جسکو مشککہتےہیں۔ انگریزیمیںمشککہتےہیں۔ تو وہ کہتےہیںاسمیںکہ وہ جونافہجبپوراہوجاتا ہے۔</w:t>
      </w:r>
    </w:p>
    <w:p>
      <w:r>
        <w:rPr>
          <w:b/>
        </w:rPr>
        <w:t xml:space="preserve">[1:34:13] </w:t>
      </w:r>
      <w:r>
        <w:t>yani jab jab mature ho jata hai poori tarah se. to uski khushboo nikalti hai is mein se. ab woh deer jo hota hai, woh jo ran. khaas tarah ka janwar hota hai woh. to usko jab khushboo milti hai to daurta hai.</w:t>
      </w:r>
    </w:p>
    <w:p>
      <w:pPr>
        <w:jc w:val="right"/>
      </w:pPr>
      <w:r>
        <w:t>یعنی جب جب mature ہوجاتاہےپوریطریقےسے۔تو اسکیخوشبونکلتیہےاسمیںسے۔ ابوہ deerجوہوتاہے،وہجوہ رن۔ خاص طرحکاہرنہوتاہےوہ ۔تو اسکو جبخوشبوملتیہےتودوڑتاہے۔</w:t>
      </w:r>
    </w:p>
    <w:p>
      <w:r>
        <w:rPr>
          <w:b/>
        </w:rPr>
        <w:t xml:space="preserve">[1:34:26] </w:t>
      </w:r>
      <w:r>
        <w:t>usko khushboo ke liye daurne lagta hai. idhar udhar idhar. yani khushboo ko bahar talash karta hai. woh khushboo ko bahar talash karta hai. haalankeh khushboo uske andar hoti hai.</w:t>
      </w:r>
    </w:p>
    <w:p>
      <w:pPr>
        <w:jc w:val="right"/>
      </w:pPr>
      <w:r>
        <w:t>اسکوخوشبوکےلیے دوڑنےلگتاہے۔ادھرادھرادھر۔یعنیخوشبوکوباہرتلاشکرتاہے۔ وہ خوشبوکوباہرتلاشکرتاہے۔حالانکہخوشبواسکےاندرہوتیہے۔</w:t>
      </w:r>
    </w:p>
    <w:p>
      <w:r>
        <w:rPr>
          <w:b/>
        </w:rPr>
        <w:t xml:space="preserve">[1:34:36] </w:t>
      </w:r>
      <w:r>
        <w:t>to is is misaal ko le kar unhon ne kaha hai ke kundalini andar base. yani spirituality andar hai, bahar nahi hai. lekin yeh ek misaal hai. is se kuch saabit nahi hota.</w:t>
      </w:r>
    </w:p>
    <w:p>
      <w:pPr>
        <w:jc w:val="right"/>
      </w:pPr>
      <w:r>
        <w:t>تو اس اس مثالکولےکرانہوںنےکہاہے کہ کنڈلنیاندربسے۔یعنی sp iritualityاندرہے،باہرنہیںہے۔ لیکن یہ ایک مثالہے۔ اسسےکچھثابتنہیںہوتا۔</w:t>
      </w:r>
    </w:p>
    <w:p>
      <w:r>
        <w:rPr>
          <w:b/>
        </w:rPr>
        <w:t xml:space="preserve">[1:34:47] </w:t>
      </w:r>
      <w:r>
        <w:t>analogy is the weakest form of argument kaha jata hai. to mein is misaal ko nahi manta. mein yeh bhi nahi manta ke andar sab kuch khazana bhara hua hai.</w:t>
      </w:r>
    </w:p>
    <w:p>
      <w:pPr>
        <w:jc w:val="right"/>
      </w:pPr>
      <w:r>
        <w:t>Analogyistheweakestform of arg ument کہاجاتاہے۔ تومیںاسمثالکونہیںمانتا۔ میںیہبھینہیںمانتاکہ اندرسبکچھ خزانہ بھراہواہے۔</w:t>
      </w:r>
    </w:p>
    <w:p>
      <w:r>
        <w:rPr>
          <w:b/>
        </w:rPr>
        <w:t xml:space="preserve">[1:34:58] </w:t>
      </w:r>
      <w:r>
        <w:t>usko unfold karna hai. nahi. yeh dunya mein koi bhi achievement siwa Khuda ki madad ke nahi ho sakta hai.</w:t>
      </w:r>
    </w:p>
    <w:p>
      <w:pPr>
        <w:jc w:val="right"/>
      </w:pPr>
      <w:r>
        <w:t>اسکوunfoldکرناہے۔ نہیں ۔ یہدنیا میںکوئیبھی achiev ement سواخداکیمددکےنہیںہوسکتاہے۔</w:t>
      </w:r>
    </w:p>
    <w:p>
      <w:r>
        <w:rPr>
          <w:b/>
        </w:rPr>
        <w:t xml:space="preserve">[1:35:07] </w:t>
      </w:r>
      <w:r>
        <w:t>insan Khuda ke baghair jo hai. hadith mein aata hai ke tum ali kull kum dal il munh tum mein se har shakhs bhatka hua hai.</w:t>
      </w:r>
    </w:p>
    <w:p>
      <w:pPr>
        <w:jc w:val="right"/>
      </w:pPr>
      <w:r>
        <w:t>انسان خداکےبغیرجوہے۔ حدیث میںآتاہےکہ تم علی کل کم ذال الا منہ تم میںسےہرشخصبھٹکاہواہے۔</w:t>
      </w:r>
    </w:p>
    <w:p>
      <w:r>
        <w:rPr>
          <w:b/>
        </w:rPr>
        <w:t xml:space="preserve">[1:35:20] </w:t>
      </w:r>
      <w:r>
        <w:t>moro jisko mein raasta dikhaun. to God-based spirituality hi spirituality hai. baqi to sirf ek philosophy hai.</w:t>
      </w:r>
    </w:p>
    <w:p>
      <w:pPr>
        <w:jc w:val="right"/>
      </w:pPr>
      <w:r>
        <w:t>مروجسکومیں راستہدکھاؤں۔ تو God -based spiritualityہیspiritualityہے۔ باقیتوصرفایکphilosophyہے۔</w:t>
      </w:r>
    </w:p>
    <w:p>
      <w:r>
        <w:rPr>
          <w:b/>
        </w:rPr>
        <w:t xml:space="preserve">[1:35:30] </w:t>
      </w:r>
      <w:r>
        <w:t>is se zyada aur kuch nahi.</w:t>
      </w:r>
    </w:p>
    <w:p>
      <w:pPr>
        <w:jc w:val="right"/>
      </w:pPr>
      <w:r>
        <w:t>اسسےزیادہاورکچھنہیں۔</w:t>
      </w:r>
    </w:p>
    <w:p>
      <w:r>
        <w:rPr>
          <w:b/>
        </w:rPr>
        <w:t xml:space="preserve">[1:35:33] </w:t>
      </w:r>
      <w:r>
        <w:t>Maulana Yaqoob Umri ne Solahpur se sawal kiya hai. unhon ne likha hai: "America terrorism ko khatm karne mein kahan tak kamyab hai?" is ke bare mein aap ka kya khayal hai?</w:t>
      </w:r>
    </w:p>
    <w:p>
      <w:pPr>
        <w:jc w:val="right"/>
      </w:pPr>
      <w:r>
        <w:t>مول انا یعقوب عمرینے سولہپورسے سوالکیا ہے۔ انہوںنےلکھاہے: "امریکہ terrorism کوختم کرنے میں کہاںتک کامیابہے؟" اسکےبارےمیں آپکاکیا خیالہے ؟</w:t>
      </w:r>
    </w:p>
    <w:p>
      <w:r>
        <w:rPr>
          <w:b/>
        </w:rPr>
        <w:t xml:space="preserve">[1:35:47] </w:t>
      </w:r>
      <w:r>
        <w:t>to aaj ka to yeh tha mauzu. maine is mein yeh kaha hai ke na Hamas kamyab hain, na America kamyab hai.</w:t>
      </w:r>
    </w:p>
    <w:p>
      <w:pPr>
        <w:jc w:val="right"/>
      </w:pPr>
      <w:r>
        <w:t>توآجکےتویہیتھا موضوع ۔ میںنےاسمیں یہیکہاہےکہنہاسامہکامیابہیں،نہامریک ہکامیابہے۔</w:t>
      </w:r>
    </w:p>
    <w:p>
      <w:r>
        <w:rPr>
          <w:b/>
        </w:rPr>
        <w:t xml:space="preserve">[1:35:56] </w:t>
      </w:r>
      <w:r>
        <w:t>dono nakam hain. kyunke military koi option nahi hai.</w:t>
      </w:r>
    </w:p>
    <w:p>
      <w:pPr>
        <w:jc w:val="right"/>
      </w:pPr>
      <w:r>
        <w:t>دونوںناکامہیں۔ کیونکہ milit aryکو ئی optionنہیںہے۔</w:t>
      </w:r>
    </w:p>
    <w:p>
      <w:r>
        <w:rPr>
          <w:b/>
        </w:rPr>
        <w:t xml:space="preserve">[1:36:03] </w:t>
      </w:r>
      <w:r>
        <w:t>dekhiye, yeh jo America jo kar raha hai, woh is liye nahi kar raha ke woh khatm kar sakta hai. woh out of revenge kar raha hai.</w:t>
      </w:r>
    </w:p>
    <w:p>
      <w:pPr>
        <w:jc w:val="right"/>
      </w:pPr>
      <w:r>
        <w:t>دیکھیے،یہجو امریک ہجوکررہاہے، وہ اسلیےنہیںکررہاکہ وہختمکرسکتاہے۔ وہ outofrev engeکررہاہے۔</w:t>
      </w:r>
    </w:p>
    <w:p>
      <w:r>
        <w:rPr>
          <w:b/>
        </w:rPr>
        <w:t xml:space="preserve">[1:36:13] </w:t>
      </w:r>
      <w:r>
        <w:t>jab nine element ka waqea hua tha to us waqt ka jo president tha, us ne kaha tha ke hum uska inteqam len ge. hum is ka inteqam len ge.</w:t>
      </w:r>
    </w:p>
    <w:p>
      <w:pPr>
        <w:jc w:val="right"/>
      </w:pPr>
      <w:r>
        <w:t>جب nineelement کاواقعہہواتھا تواسوقت کاجوpresident تھا،اسنےکہاتھا کہہماسکاانتقاملیںگے۔ ہم اسکا انتقاملیںگے۔</w:t>
      </w:r>
    </w:p>
    <w:p>
      <w:r>
        <w:rPr>
          <w:b/>
        </w:rPr>
        <w:t xml:space="preserve">[1:36:22] </w:t>
      </w:r>
      <w:r>
        <w:t>to aam jagah dekhiye, aap gharon mein, apne mohalle mein dekhiye, aap jab koi waqea aisa hota hai to inteqam ki aag bhadak uthti hai. revenge ki aag.</w:t>
      </w:r>
    </w:p>
    <w:p>
      <w:pPr>
        <w:jc w:val="right"/>
      </w:pPr>
      <w:r>
        <w:t>تو عام جگہدیکھیے،آپ گھروںمیں ،اپنےمح لےمیںدیکھیے،آپجبکوئیواقعہایساہوتاہےتو انتقامکیآگبھڑکاٹھتیہے۔ Rev engeکیآگ۔</w:t>
      </w:r>
    </w:p>
    <w:p>
      <w:r>
        <w:rPr>
          <w:b/>
        </w:rPr>
        <w:t xml:space="preserve">[1:36:33] </w:t>
      </w:r>
      <w:r>
        <w:t>to yeh sab revenge ka mamla hai. woh bhi revenge le rahe hain, woh bhi revenge le rahe hain. to koi result ko dekh nahi raha hai.</w:t>
      </w:r>
    </w:p>
    <w:p>
      <w:pPr>
        <w:jc w:val="right"/>
      </w:pPr>
      <w:r>
        <w:t>تویہسب rev engeکامعاملہہے۔ وہبھی revengeلےرہےہیں،وہبھیrevengeلےرہےہیں۔ تو کوئی result کودیکھنہیںرہاہے۔</w:t>
      </w:r>
    </w:p>
    <w:p>
      <w:r>
        <w:rPr>
          <w:b/>
        </w:rPr>
        <w:t xml:space="preserve">[1:36:44] </w:t>
      </w:r>
      <w:r>
        <w:t>haalankeh result ko dekha hai to lagta hai ke yeh to aap ek fit le ke side kar rahe hain. kyunke hamari sari jo koshishen hain, woh counter productive ban rahi hain.</w:t>
      </w:r>
    </w:p>
    <w:p>
      <w:pPr>
        <w:jc w:val="right"/>
      </w:pPr>
      <w:r>
        <w:t>حالانکہ result کودیکھاہےتو لگاہےکہیہتوآپایکفٹہلےکےسائیڈکررہےہیں۔ کیونکہہماریساری جوکوششیںہیں،وہ co unter produc tiveبنرہیہیں۔</w:t>
      </w:r>
    </w:p>
    <w:p>
      <w:r>
        <w:rPr>
          <w:b/>
        </w:rPr>
        <w:t xml:space="preserve">[1:36:57] </w:t>
      </w:r>
      <w:r>
        <w:t>woh result ko dekh nahi rahe hain. to na America dekh raha hai, na Al-Qaeda dekh raha hai.</w:t>
      </w:r>
    </w:p>
    <w:p>
      <w:pPr>
        <w:jc w:val="right"/>
      </w:pPr>
      <w:r>
        <w:t>وہ result کودیکھنہیںرہے۔ تونہ امریکہ دیکھرہاہے،نہ القاعدہدیکھرہاہے۔</w:t>
      </w:r>
    </w:p>
    <w:p>
      <w:r>
        <w:rPr>
          <w:b/>
        </w:rPr>
        <w:t xml:space="preserve">[1:37:02] </w:t>
      </w:r>
      <w:r>
        <w:t>dono is mein mere nazdeek barabar ke shareek hain.</w:t>
      </w:r>
    </w:p>
    <w:p>
      <w:pPr>
        <w:jc w:val="right"/>
      </w:pPr>
      <w:r>
        <w:t>دونوں اسمیں میرےنزدیکبرابرکے شریکہیں۔</w:t>
      </w:r>
    </w:p>
    <w:p>
      <w:r>
        <w:rPr>
          <w:b/>
        </w:rPr>
        <w:t xml:space="preserve">[1:37:09] </w:t>
      </w:r>
      <w:r>
        <w:t>Maulana Abdul Basit Marvi ne Doha, Qatar se poocha hai ke "tadreej ki, Islam mein tadreej ki kiya ahmiyat hai?"</w:t>
      </w:r>
    </w:p>
    <w:p>
      <w:pPr>
        <w:jc w:val="right"/>
      </w:pPr>
      <w:r>
        <w:t>مول انا عبد الب اسطعم رینے دوحہ،قطرسے پوچھاہےکہ "تد ریج کی ،اسلام میں تدریجکیکیا اہمیتہے ؟"</w:t>
      </w:r>
    </w:p>
    <w:p>
      <w:r>
        <w:rPr>
          <w:b/>
        </w:rPr>
        <w:t xml:space="preserve">[1:37:21] </w:t>
      </w:r>
      <w:r>
        <w:t>tadreej ka matlab hota hai gradual process. Islam mein dekhiye, gradual change mana jata hai.</w:t>
      </w:r>
    </w:p>
    <w:p>
      <w:pPr>
        <w:jc w:val="right"/>
      </w:pPr>
      <w:r>
        <w:t>تدریجکامطلبہوتاہےgrad ualprocess ۔ اسلام میںدیکھیے، grad ual change ماناجاتاہے۔</w:t>
      </w:r>
    </w:p>
    <w:p>
      <w:r>
        <w:rPr>
          <w:b/>
        </w:rPr>
        <w:t xml:space="preserve">[1:37:29] </w:t>
      </w:r>
      <w:r>
        <w:t>Radical change nahi.</w:t>
      </w:r>
    </w:p>
    <w:p>
      <w:pPr>
        <w:jc w:val="right"/>
      </w:pPr>
      <w:r>
        <w:t>Radicalchangeنہیں ۔</w:t>
      </w:r>
    </w:p>
    <w:p>
      <w:r>
        <w:rPr>
          <w:b/>
        </w:rPr>
        <w:t xml:space="preserve">[1:37:34] </w:t>
      </w:r>
      <w:r>
        <w:t>yani gradual to par, dheere dheere badlav lana. yeh hai Islam mein. Radical change Islam mein nahi hai. kyunke woh nature ke khilaf hai, fitrat ke khilaf hai.</w:t>
      </w:r>
    </w:p>
    <w:p>
      <w:pPr>
        <w:jc w:val="right"/>
      </w:pPr>
      <w:r>
        <w:t>یعنیgrad ualطورپر ،دھیرےدھیرے بدلاؤلانا ۔یہہےاسلام میں ۔ Rad icalchange اسلام میںنہیںہے۔ کیونکہوہnatureکےخلاف ہے،فطرتکےخلاف ہے۔</w:t>
      </w:r>
    </w:p>
    <w:p>
      <w:r>
        <w:rPr>
          <w:b/>
        </w:rPr>
        <w:t xml:space="preserve">[1:37:46] </w:t>
      </w:r>
      <w:r>
        <w:t>Islam ke Rasool Allah Sallallahu Alaihi Wasallam ki jo poori life aap parhein to jo aap tabdeeli laye samaj mein aur mein, woh sab gradual tareeqe par laye.</w:t>
      </w:r>
    </w:p>
    <w:p>
      <w:pPr>
        <w:jc w:val="right"/>
      </w:pPr>
      <w:r>
        <w:t>اسلام کےرسولاللہصلیاللہعلیہوسلمکیجوپوری life آپپڑھیں تو جو آپ تبدیلیلائے سماجمیں اور میں،وہ سب grad ualطریقےپرلائے۔</w:t>
      </w:r>
    </w:p>
    <w:p>
      <w:r>
        <w:rPr>
          <w:b/>
        </w:rPr>
        <w:t xml:space="preserve">[1:37:55] </w:t>
      </w:r>
      <w:r>
        <w:t>Radical tareeqe par nahi. kyunke radical tareeqe par koi tabdeeli kabhi aa nahi sakti hai.</w:t>
      </w:r>
    </w:p>
    <w:p>
      <w:pPr>
        <w:jc w:val="right"/>
      </w:pPr>
      <w:r>
        <w:t>Rad icalطریقےپرنہیں ۔ کیونکہrad icalطریقےپرکوئیتبدیلی کبھیآنہیںسکتیہے۔</w:t>
      </w:r>
    </w:p>
    <w:p>
      <w:r>
        <w:rPr>
          <w:b/>
        </w:rPr>
        <w:t xml:space="preserve">[1:38:02] </w:t>
      </w:r>
      <w:r>
        <w:t>yeh to ek radical change ek lafz hai. iska koi matlab nahi hai. to gradual change hi possible hai.</w:t>
      </w:r>
    </w:p>
    <w:p>
      <w:pPr>
        <w:jc w:val="right"/>
      </w:pPr>
      <w:r>
        <w:t>یہتوایک rad ical changeایکلفظہے۔ اسکاکوئیمطلبنہیں ہے۔ تو grad ualchangeہی poss ibleہے۔</w:t>
      </w:r>
    </w:p>
    <w:p>
      <w:r>
        <w:rPr>
          <w:b/>
        </w:rPr>
        <w:t xml:space="preserve">[1:38:11] </w:t>
      </w:r>
      <w:r>
        <w:t>woh ya islam ka tareeqa hai.</w:t>
      </w:r>
    </w:p>
    <w:p>
      <w:pPr>
        <w:jc w:val="right"/>
      </w:pPr>
      <w:r>
        <w:t>وہیاسلام کاطریقہہے۔</w:t>
      </w:r>
    </w:p>
    <w:p>
      <w:r>
        <w:rPr>
          <w:b/>
        </w:rPr>
        <w:t xml:space="preserve">[1:38:15] </w:t>
      </w:r>
      <w:r>
        <w:t>jaise misaal ke tour par dekhiye, aap mak hamein sharab haram nahi ki gayi. halanke khuda ki shariyat mein sharab haram hua karti hai.</w:t>
      </w:r>
    </w:p>
    <w:p>
      <w:pPr>
        <w:jc w:val="right"/>
      </w:pPr>
      <w:r>
        <w:t>جیسےمثالکےطورپردیکھیے،آپ مک ہمیں شرابحرامنہیںکیگئی۔ حالانکہ خدائیشریعتمیںشرابحرامہواکرتیہے۔</w:t>
      </w:r>
    </w:p>
    <w:p>
      <w:r>
        <w:rPr>
          <w:b/>
        </w:rPr>
        <w:t xml:space="preserve">[1:38:25] </w:t>
      </w:r>
      <w:r>
        <w:t>makka mein haram nahi ki gayi.</w:t>
      </w:r>
    </w:p>
    <w:p>
      <w:pPr>
        <w:jc w:val="right"/>
      </w:pPr>
      <w:r>
        <w:t>مکہمیںحرامنہیںکیگئی۔</w:t>
      </w:r>
    </w:p>
    <w:p>
      <w:r>
        <w:rPr>
          <w:b/>
        </w:rPr>
        <w:t xml:space="preserve">[1:38:28] </w:t>
      </w:r>
      <w:r>
        <w:t>dheere dheere ahkaam utarte rahe sharab ke baray mein. kai stage par sharab ko haram kiya gaya hai. yeh maine likha hai aur aayaton ko maine naqal kiya hai ke pehle yeh kaha gaya, phir yeh kaha gaya, phir yeh kaha gaya.</w:t>
      </w:r>
    </w:p>
    <w:p>
      <w:pPr>
        <w:jc w:val="right"/>
      </w:pPr>
      <w:r>
        <w:t>دھیرےدھیرےاحکاماترتےرہے شرابکےبارےمیں ۔ کئی stageپر شرابکوحرامکیاگیاہے۔ یہمیںنےلکھاہے اورآیتوںکومیںنےنقلکیاہے کہ پہلےیہکہاگیا،پھریہکہاگیا،پھریہکہاگیا۔</w:t>
      </w:r>
    </w:p>
    <w:p>
      <w:r>
        <w:rPr>
          <w:b/>
        </w:rPr>
        <w:t xml:space="preserve">[1:38:42] </w:t>
      </w:r>
      <w:r>
        <w:t>to madine mein jab log tayyar ho gaye, yani jab tu aswaqt ja kar ke elaan kiya gaya ke sharab haram hai.</w:t>
      </w:r>
    </w:p>
    <w:p>
      <w:pPr>
        <w:jc w:val="right"/>
      </w:pPr>
      <w:r>
        <w:t>تو مدینےمیںجب لوگ تیارہوگئے، یعنی جب تواسوقتجاکرکے اعلانکیا گیا کہشراب حرامہے۔</w:t>
      </w:r>
    </w:p>
    <w:p>
      <w:r>
        <w:rPr>
          <w:b/>
        </w:rPr>
        <w:t xml:space="preserve">[1:38:54] </w:t>
      </w:r>
      <w:r>
        <w:t>to har har tabdeeli mein yeh kiya gaya. Gradual change ka tareeqa ikhtiyar kiya gaya. Radical change ka tareeqa islam mein bilkul nahi hai.</w:t>
      </w:r>
    </w:p>
    <w:p>
      <w:pPr>
        <w:jc w:val="right"/>
      </w:pPr>
      <w:r>
        <w:t>تو ہرہر تبدیلیمیں یہیکیاگیا۔ Gradualchangeکاطریقہاختیارکیاگیا۔ Rad icalchangeکاطریقہاسلام میں بالکل نہیںہے۔</w:t>
      </w:r>
    </w:p>
    <w:p>
      <w:r>
        <w:rPr>
          <w:b/>
        </w:rPr>
        <w:t xml:space="preserve">[1:39:08] </w:t>
      </w:r>
      <w:r>
        <w:t>Mr. Mustafa Amree ne Delhi se poocha hai: "Maulana sahib, scrutiny ka matlab kya hai?" aur "distraction" ka kya matlab hai?</w:t>
      </w:r>
    </w:p>
    <w:p>
      <w:pPr>
        <w:jc w:val="right"/>
      </w:pPr>
      <w:r>
        <w:t>مسٹر مصطفیٰعمرینے دہلیسے پوچھاہے: "مول اناصاحب، scrut inyکامطلب کیا ہے ؟ "اور "distrac tion"کاکیا مطلب ہے ؟</w:t>
      </w:r>
    </w:p>
    <w:p>
      <w:r>
        <w:rPr>
          <w:b/>
        </w:rPr>
        <w:t xml:space="preserve">[1:39:17] </w:t>
      </w:r>
      <w:r>
        <w:t>iske baray mein batayein.</w:t>
      </w:r>
    </w:p>
    <w:p>
      <w:pPr>
        <w:jc w:val="right"/>
      </w:pPr>
      <w:r>
        <w:t>اسکےبارےمیں بتائیں۔</w:t>
      </w:r>
    </w:p>
    <w:p>
      <w:r>
        <w:rPr>
          <w:b/>
        </w:rPr>
        <w:t xml:space="preserve">[1:39:25] </w:t>
      </w:r>
      <w:r>
        <w:t>dekhiye, maine jo lafz istemal kiya hai, shayad agar is ko le kar pooch rahe hain aap, to main yeh kahunga ke jab koi shakhs aap ko ek khabar de to uski scrutiny kijiye.</w:t>
      </w:r>
    </w:p>
    <w:p>
      <w:pPr>
        <w:jc w:val="right"/>
      </w:pPr>
      <w:r>
        <w:t>دیکھیے،میں نےجولفظاستعمالکیاہے، شایداگر اسکولےکرپوچھرہےہیںآپ ،تومیںیہکہوںگا کہجب کوئی شخص آپکو ایکخبر دے تواسکی scrut inyکیجیے۔</w:t>
      </w:r>
    </w:p>
    <w:p>
      <w:r>
        <w:rPr>
          <w:b/>
        </w:rPr>
        <w:t xml:space="preserve">[1:39:39] </w:t>
      </w:r>
      <w:r>
        <w:t>Scrutiny matlab hai chhanbeen kijiye. chhanbeen kijiye. jaise aap poochhein ke bhai yeh baat jo tum keh rahe ho, tum ne kahan dekhi?</w:t>
      </w:r>
    </w:p>
    <w:p>
      <w:pPr>
        <w:jc w:val="right"/>
      </w:pPr>
      <w:r>
        <w:t>Scrutinyمطلب ہےچھانبین کیجیے۔ چھانبین کیجیے۔ جیسےآپپوچھیںکہبھئی یہباتجوتمکہہرہےہو، تم نے کہاںدیکھی ؟</w:t>
      </w:r>
    </w:p>
    <w:p>
      <w:r>
        <w:rPr>
          <w:b/>
        </w:rPr>
        <w:t xml:space="preserve">[1:39:51] </w:t>
      </w:r>
      <w:r>
        <w:t>kahan suni?</w:t>
      </w:r>
    </w:p>
    <w:p>
      <w:pPr>
        <w:jc w:val="right"/>
      </w:pPr>
      <w:r>
        <w:t>کہاںسنی ؟</w:t>
      </w:r>
    </w:p>
    <w:p>
      <w:r>
        <w:rPr>
          <w:b/>
        </w:rPr>
        <w:t xml:space="preserve">[1:39:53] </w:t>
      </w:r>
      <w:r>
        <w:t>to woh kahega woh falan kitab mein hai. kaha tum ne woh kitab parhi hai? agar woh kahe kahan? to kahe woh satar banao. woh us satar kis page par hai? woh phir kitab lao dikhao.</w:t>
      </w:r>
    </w:p>
    <w:p>
      <w:pPr>
        <w:jc w:val="right"/>
      </w:pPr>
      <w:r>
        <w:t>تووہکہےگاوہ فلاںکتاب میںہے۔ کہاتمنےوہکتابپڑھیہے؟ اگر وہکہےکہاں؟توکہےوہسطربناؤ۔وہ اسسطر کسpageپرہے؟وہ پھرکتاب لاؤدکھاؤ۔</w:t>
      </w:r>
    </w:p>
    <w:p>
      <w:r>
        <w:rPr>
          <w:b/>
        </w:rPr>
        <w:t xml:space="preserve">[1:40:04] </w:t>
      </w:r>
      <w:r>
        <w:t>phir kitab le kar dekhein aap kya us page par baat likhi hui hai. yeh hai scrutiny yani chhanbeen.</w:t>
      </w:r>
    </w:p>
    <w:p>
      <w:pPr>
        <w:jc w:val="right"/>
      </w:pPr>
      <w:r>
        <w:t>پھرکتاب لےکردیکھیںآپکیااسpageپرب اتلکھیہوئیہے۔ یہہےscrut iny یعنیچھانبین ۔</w:t>
      </w:r>
    </w:p>
    <w:p>
      <w:r>
        <w:rPr>
          <w:b/>
        </w:rPr>
        <w:t xml:space="preserve">[1:40:13] </w:t>
      </w:r>
      <w:r>
        <w:t>Scrutiny ke liye Quran majeed mein lafz aaya hai, woh woh woh doosra lafz hai lekin is yeh hukum is Quran mein maujood</w:t>
      </w:r>
    </w:p>
    <w:p>
      <w:pPr>
        <w:jc w:val="right"/>
      </w:pPr>
      <w:r>
        <w:t>Scrutinyکےلیےقرآنمجیدمیںلفظآیاہے،وہ وہ وہ دوسرالفظہےلیکن اسیہحکم اسقرآنمیںموجود</w:t>
      </w:r>
    </w:p>
    <w:p>
      <w:r>
        <w:rPr>
          <w:b/>
        </w:rPr>
        <w:t xml:space="preserve">[1:40:21] </w:t>
      </w:r>
      <w:r>
        <w:t>hai. "إذا جاءك فاسق بنبأ فتبينوا" tabayyan ka matlab yeh hai ke scrutiny kijiye uski. "إذا جاءك فاسق بنبأ فتبينوا" yahan fasq woh hai iska matlab yeh nahi ke fasq de khabar to to karon nahi to na karo. nahi.</w:t>
      </w:r>
    </w:p>
    <w:p>
      <w:pPr>
        <w:jc w:val="right"/>
      </w:pPr>
      <w:r>
        <w:t>ہے۔ إذا جاءكفاسق بين بين فتبین تب ین کامطلبیہیہے کہsc rutinyکرواسکی۔ إذاجاءكفاسق بين بين فتب ین یہاں فاسقجوہےاسکامطلبیہنہیںکہفاسقدےخبر تو توکرونہیںتونہکرو۔نہیں ۔</w:t>
      </w:r>
    </w:p>
    <w:p>
      <w:r>
        <w:rPr>
          <w:b/>
        </w:rPr>
        <w:t xml:space="preserve">[1:40:39] </w:t>
      </w:r>
      <w:r>
        <w:t>mufassireen ne is ko wazeh kiya hai ke koi bhi khabar ho, us ko chhanbeen karna chahiye uski.</w:t>
      </w:r>
    </w:p>
    <w:p>
      <w:pPr>
        <w:jc w:val="right"/>
      </w:pPr>
      <w:r>
        <w:t>مفسریننےاسکوواضحکیاہےکہ کوئیبھیخبرہو ، اسکو چھانبینکرناچاہیےاسکی۔</w:t>
      </w:r>
    </w:p>
    <w:p>
      <w:r>
        <w:rPr>
          <w:b/>
        </w:rPr>
        <w:t xml:space="preserve">[1:40:48] </w:t>
      </w:r>
      <w:r>
        <w:t>kyun ke aksar log jo hai baat ko is tarah naqal karte hain ke baghair khud bhi samajhte nahi, doosre ko bhi batana nahi paate. to scrutiny jo main kehta hoon, woh khud Quran mein is ka hukum maujood hai is aayat mein.</w:t>
      </w:r>
    </w:p>
    <w:p>
      <w:pPr>
        <w:jc w:val="right"/>
      </w:pPr>
      <w:r>
        <w:t>کیونکہاکثرلوگجوہے باتکو اسطرحنقلکرتےہیںکہ بغیر خود بھیسمجھتے نہیں،دوسرےکوبھی بتانہیںپاتے۔ تو scrut inyجومیںکہتاہوں،وہخود قرآنمیںاسکاحکمموجود ہے اسآیتمیں ۔</w:t>
      </w:r>
    </w:p>
    <w:p>
      <w:r>
        <w:rPr>
          <w:b/>
        </w:rPr>
        <w:t xml:space="preserve">[1:41:01] </w:t>
      </w:r>
      <w:r>
        <w:t>"إذا جاءك فاسق بنبأ فتبينوا" aur main zaati taur par samajhta hoon ke baghair scrutiny kiye hue kisi baat ko maan lena yeh bilashuba bohat bara jurm hai.</w:t>
      </w:r>
    </w:p>
    <w:p>
      <w:pPr>
        <w:jc w:val="right"/>
      </w:pPr>
      <w:r>
        <w:t>إذاجاءكفاسق بين بين فتبین اور میں ذاتیطورپرسمجھتاہوںکہبغیر scrut inyکیےہوئے کسی باتکو مانلینا یہبلاشبہ بہت بڑا جرمہے۔</w:t>
      </w:r>
    </w:p>
    <w:p>
      <w:r>
        <w:rPr>
          <w:b/>
        </w:rPr>
        <w:t xml:space="preserve">[1:41:14] </w:t>
      </w:r>
      <w:r>
        <w:t>jurm yaani akhlaqi jurm.</w:t>
      </w:r>
    </w:p>
    <w:p>
      <w:pPr>
        <w:jc w:val="right"/>
      </w:pPr>
      <w:r>
        <w:t>جرم یعنیاخلاقیجرم۔</w:t>
      </w:r>
    </w:p>
    <w:p>
      <w:r>
        <w:rPr>
          <w:b/>
        </w:rPr>
        <w:t xml:space="preserve">[1:41:17] </w:t>
      </w:r>
      <w:r>
        <w:t>aap ke liye do hi option hain: ya to is baat ko sun kar maan lein nahi, ya maan na hai to tehqeeq karein.</w:t>
      </w:r>
    </w:p>
    <w:p>
      <w:pPr>
        <w:jc w:val="right"/>
      </w:pPr>
      <w:r>
        <w:t>آپ کےلیے دوہی op tionہیں: یاتواسباتکو سن کرمانیںنہیں، یا مان ناہےتوتحقیقکریں۔</w:t>
      </w:r>
    </w:p>
    <w:p>
      <w:r>
        <w:rPr>
          <w:b/>
        </w:rPr>
        <w:t xml:space="preserve">[1:41:27] </w:t>
      </w:r>
      <w:r>
        <w:t>tehqeeq kiye baghair maan lein aap to aap ka haq nahi hai manne ka. aur Khuda ke pakar jayein ge aap. Distraction to hamari zindagi mein har waqt hota rehta hai.</w:t>
      </w:r>
    </w:p>
    <w:p>
      <w:pPr>
        <w:jc w:val="right"/>
      </w:pPr>
      <w:r>
        <w:t>تحقیقکیےبغیر مان لیںآپتوآپ کاحق نہیںہےماننےکا ۔ اورخداکےپکڑجائیںگےآپ ۔ Dist ractionتو ہماریزندگی میںہروقتہوتارہتاہے۔</w:t>
      </w:r>
    </w:p>
    <w:p>
      <w:r>
        <w:rPr>
          <w:b/>
        </w:rPr>
        <w:t xml:space="preserve">[1:41:39] </w:t>
      </w:r>
      <w:r>
        <w:t>yani distract ke maani hote hain inhiraf karna. idhar se udhar inhiraf kar jana.</w:t>
      </w:r>
    </w:p>
    <w:p>
      <w:pPr>
        <w:jc w:val="right"/>
      </w:pPr>
      <w:r>
        <w:t>یعنی distractکےمعنیہوتےہیں ان حرافکرنا۔ ادھرسےادھر انحرافکرجانا۔</w:t>
      </w:r>
    </w:p>
    <w:p>
      <w:r>
        <w:rPr>
          <w:b/>
        </w:rPr>
        <w:t xml:space="preserve">[1:41:48] </w:t>
      </w:r>
      <w:r>
        <w:t>to</w:t>
      </w:r>
    </w:p>
    <w:p>
      <w:pPr>
        <w:jc w:val="right"/>
      </w:pPr>
      <w:r>
        <w:t>تو</w:t>
      </w:r>
    </w:p>
    <w:p>
      <w:r>
        <w:rPr>
          <w:b/>
        </w:rPr>
        <w:t xml:space="preserve">[1:41:51] </w:t>
      </w:r>
      <w:r>
        <w:t>har har subah yani subah shaam aap ko mukhtalif qism ke distraction pesh aate hain. is distraction ki wajah se aap kabhi ghusse mein padh jaate hain, kabhi intiqam lene ka dimagh aa jata hai khayal, kabhi ladne lagte hain.</w:t>
      </w:r>
    </w:p>
    <w:p>
      <w:pPr>
        <w:jc w:val="right"/>
      </w:pPr>
      <w:r>
        <w:t>ہر ہر صبح یعنیصبحشامآپکو مختلف قسم کے distrac tionپیشآتےہیں۔ اسdist ractionکیوجہسےآپ کبھی غصےمیںپڑجاتےہیں، کبھی انتقاملینے کا دماغآجاتاہےخیال ،کبھیلڑنےلگتےہیں۔</w:t>
      </w:r>
    </w:p>
    <w:p>
      <w:r>
        <w:rPr>
          <w:b/>
        </w:rPr>
        <w:t xml:space="preserve">[1:42:10] </w:t>
      </w:r>
      <w:r>
        <w:t>to misalan aap soch rahe hain, ek misbat andaz mein soch rahe hain, soch rahe hain, lekin ek shakhs ne aap ko bura keh diya to aap lagay us se larnay. wohi distraction hai woh.</w:t>
      </w:r>
    </w:p>
    <w:p>
      <w:pPr>
        <w:jc w:val="right"/>
      </w:pPr>
      <w:r>
        <w:t>تو مثلاًآپسوچرہےہیں، ایکمثبتاندازمیںسوچرہےہیں،سوچرہےہیں،لیکن ایکشخص نےآپکوبراکہہدیا توآپ لگےاسسےلڑنے۔وہیdistractionہےوہ۔</w:t>
      </w:r>
    </w:p>
    <w:p>
      <w:r>
        <w:rPr>
          <w:b/>
        </w:rPr>
        <w:t xml:space="preserve">[1:42:23] </w:t>
      </w:r>
      <w:r>
        <w:t>to aap ke soch ke line mein jo aadmi bhatkao le aaye, yaani misbat soch se aap ko munfi soch ki taraf daalay, wohi distraction hai.</w:t>
      </w:r>
    </w:p>
    <w:p>
      <w:pPr>
        <w:jc w:val="right"/>
      </w:pPr>
      <w:r>
        <w:t>تو آپ کے سوچکیلائنمیں جو آدمیبھٹکاؤلےآئے، یعنیمثبتسوچسےآپکومنفیسوچکیطرف ڈالے، وہیdistractionہے۔</w:t>
      </w:r>
    </w:p>
    <w:p>
      <w:r>
        <w:rPr>
          <w:b/>
        </w:rPr>
        <w:t xml:space="preserve">[1:42:35] </w:t>
      </w:r>
      <w:r>
        <w:t>to aadmi ko distraction se bohat ziyada bachna hai.</w:t>
      </w:r>
    </w:p>
    <w:p>
      <w:pPr>
        <w:jc w:val="right"/>
      </w:pPr>
      <w:r>
        <w:t>تو آدمیکو dist ractionسےبہتزیادہبچناہے۔</w:t>
      </w:r>
    </w:p>
    <w:p>
      <w:r>
        <w:rPr>
          <w:b/>
        </w:rPr>
        <w:t xml:space="preserve">[1:42:40] </w:t>
      </w:r>
      <w:r>
        <w:t>koi aisi dunya hamein nahi mile gi jahan hamein distraction na paish aaye. woh to ho ga hi ho ga. is liye hamein pehchanna chahiye ke yeh hai distraction.</w:t>
      </w:r>
    </w:p>
    <w:p>
      <w:pPr>
        <w:jc w:val="right"/>
      </w:pPr>
      <w:r>
        <w:t>کوئیایسیدنیا ہمیںنہیںملےگی جہاںہمیں dist ractionنہپیش آئے۔ وہتوہوگاہیہوگا۔ اسلیے ہمیںپہچانناچاہیےکہیہہےdistrac tion۔</w:t>
      </w:r>
    </w:p>
    <w:p>
      <w:r>
        <w:rPr>
          <w:b/>
        </w:rPr>
        <w:t xml:space="preserve">[1:42:54] </w:t>
      </w:r>
      <w:r>
        <w:t>aur yeh is ka bhi Quran majeed mein ishara mojood hai. is ko kaha gaya hai ke jab masstum taif min al shaitan tazakkaru.</w:t>
      </w:r>
    </w:p>
    <w:p>
      <w:pPr>
        <w:jc w:val="right"/>
      </w:pPr>
      <w:r>
        <w:t>اوریہاسکا بھیقرآنمجیدمیں اشارہموجود ہے۔ اسکو کہاگیاہےکہ إذا مسط م طائف منالشيطان تذکر کرو۔</w:t>
      </w:r>
    </w:p>
    <w:p>
      <w:r>
        <w:rPr>
          <w:b/>
        </w:rPr>
        <w:t xml:space="preserve">[1:43:04] </w:t>
      </w:r>
      <w:r>
        <w:t>jab unhein shaitan ka groh chhoota hai to foran choknay ho jatay hain. yeh</w:t>
      </w:r>
    </w:p>
    <w:p>
      <w:pPr>
        <w:jc w:val="right"/>
      </w:pPr>
      <w:r>
        <w:t>جب انہیں شیطان کاگروہچھ وتاہےتو فوراً چوکنےہوجاتےہیں۔ یہ</w:t>
      </w:r>
    </w:p>
    <w:p>
      <w:r>
        <w:rPr>
          <w:b/>
        </w:rPr>
        <w:t xml:space="preserve">[1:43:09] </w:t>
      </w:r>
      <w:r>
        <w:t>chhoona kya hai? yeh yeh hai distraction. yaani shaitan ka koi groh nahi bhatkata hai idhar se udhar idhar udhar. to jald hi se khabar hotay hain ke bhai yeh to shaitan ka waswasa hai.</w:t>
      </w:r>
    </w:p>
    <w:p>
      <w:pPr>
        <w:jc w:val="right"/>
      </w:pPr>
      <w:r>
        <w:t>چھوناکیاہے؟ یہیہے distrac tion۔ یعنیشیطانکا کوئیگروہانہیں بھ ٹکاتاہےادھرسےادھرادھرادھر۔توجلدیسے باخبرہوتےہیںکہبھئییہتوشیطانکاوسوسہہے۔</w:t>
      </w:r>
    </w:p>
    <w:p>
      <w:r>
        <w:rPr>
          <w:b/>
        </w:rPr>
        <w:t xml:space="preserve">[1:43:20] </w:t>
      </w:r>
      <w:r>
        <w:t>to hamein is se apne aap ko bachana bohat zaroori hai. Mr Shahroz Khan ne Delhi se likha hai: "insan ko selective reporting se bachtay hue complete reporting karni chahiye."</w:t>
      </w:r>
    </w:p>
    <w:p>
      <w:pPr>
        <w:jc w:val="right"/>
      </w:pPr>
      <w:r>
        <w:t>تو ہمیں اس سے اپنےآپکوبچانابہتضروریہے۔ مسٹر شہ روز خان نے دہلیسے لکھاہے: "انسانکو selective report ingسےبچتےہوئے complet e report ingکرنیچاہیے۔"</w:t>
      </w:r>
    </w:p>
    <w:p>
      <w:r>
        <w:rPr>
          <w:b/>
        </w:rPr>
        <w:t xml:space="preserve">[1:43:37] </w:t>
      </w:r>
      <w:r>
        <w:t>kya is baray mein Quran mein koi rehnumai ki gayi hai? dekhein, is lafz mein to mujhe yaad nahi aa rahi koi ayat, lekin</w:t>
      </w:r>
    </w:p>
    <w:p>
      <w:pPr>
        <w:jc w:val="right"/>
      </w:pPr>
      <w:r>
        <w:t>کیا اسبارےمیں قرآنمیںکوئی رہنمائیکیگئی ہے ؟ دیکھیں،اسیلفظمیںتومجھےیادنہیںآرہی کوئی آیت ، لیکن</w:t>
      </w:r>
    </w:p>
    <w:p>
      <w:r>
        <w:rPr>
          <w:b/>
        </w:rPr>
        <w:t xml:space="preserve">[1:43:48] </w:t>
      </w:r>
      <w:r>
        <w:t>yeh as a principle zaroor Quran mein is ke baray mein mukhtalif ayatein mojood hain. mislan tatfeef. tatfeef is ka naam hai.</w:t>
      </w:r>
    </w:p>
    <w:p>
      <w:pPr>
        <w:jc w:val="right"/>
      </w:pPr>
      <w:r>
        <w:t>یہ asaprincip leضرورقرآنمیں اسکے بارےمیں مختلف آیتیںموجود ہیں۔ مثلاًتطفیف ۔تطفیفاسیکانامہے۔</w:t>
      </w:r>
    </w:p>
    <w:p>
      <w:r>
        <w:rPr>
          <w:b/>
        </w:rPr>
        <w:t xml:space="preserve">[1:43:58] </w:t>
      </w:r>
      <w:r>
        <w:t>yaani ek baat ghatak kar barha kar paish karna. kuch ghatak kar barhana, kuch barhana.</w:t>
      </w:r>
    </w:p>
    <w:p>
      <w:pPr>
        <w:jc w:val="right"/>
      </w:pPr>
      <w:r>
        <w:t>یعنی ایکباتگھٹاکربڑھاکرپیشکرنا۔کچھگھٹاکربڑھانا،کچھبڑھانا۔</w:t>
      </w:r>
    </w:p>
    <w:p>
      <w:r>
        <w:rPr>
          <w:b/>
        </w:rPr>
        <w:t xml:space="preserve">[1:44:03] </w:t>
      </w:r>
      <w:r>
        <w:t>yaani sahi baat na keh kar aisi reporting karna jis se ghalat ta'sur jata ho. is ko tatfeef kehte hain aur is ko bohat bura kaha gaya hai Islam mein.</w:t>
      </w:r>
    </w:p>
    <w:p>
      <w:pPr>
        <w:jc w:val="right"/>
      </w:pPr>
      <w:r>
        <w:t>یعنیصحیحباتنہ کہہکرکے ایسیreport ingکرناجسسے غلط تاثر جاتا ہو۔ اسکو تطفیفکہتےہیں اوراسکوبہت براکہاگیاہےاسلام میں۔</w:t>
      </w:r>
    </w:p>
    <w:p>
      <w:r>
        <w:rPr>
          <w:b/>
        </w:rPr>
        <w:t xml:space="preserve">[1:44:15] </w:t>
      </w:r>
      <w:r>
        <w:t>to ma'navi yeh mafhoom Quran mein aur hadith mein zaroor mojood hai, lekin yeh jo lafz mein bolta hoon, aap chahein ke wohi lafz wahan mojood ho to yeh bohat mushkil kaam hai.</w:t>
      </w:r>
    </w:p>
    <w:p>
      <w:pPr>
        <w:jc w:val="right"/>
      </w:pPr>
      <w:r>
        <w:t>تو مع نویًیہ مفہوم قرآنمیںاور حدیث میں ضرورموجود ہے، لیکن یہجو لفظمیںبولتاہوں، آپچاہیںکہوہیلفظوہاںموجود ہو تو تو یہبہت مشکلکام ہے۔</w:t>
      </w:r>
    </w:p>
    <w:p>
      <w:r>
        <w:rPr>
          <w:b/>
        </w:rPr>
        <w:t xml:space="preserve">[1:44:30] </w:t>
      </w:r>
      <w:r>
        <w:t>kyun ke bohat si cheezein aisi hain jo Quran mein bistar hoti hain. jaisa ke hadith mein aaya hai ke li kulli ayat minha zahr wa batr</w:t>
      </w:r>
    </w:p>
    <w:p>
      <w:pPr>
        <w:jc w:val="right"/>
      </w:pPr>
      <w:r>
        <w:t>کیونکہ بہت سیچیزیںایسیہیں جو قرآنمیںبن ستورہوتیہیں۔ جیساکہ حدیثمیںآیاہےکہ ل ِكُلِّآَيَةٍمِنْهَاظَهْرٌوَبَطْرٌ</w:t>
      </w:r>
    </w:p>
    <w:p>
      <w:r>
        <w:rPr>
          <w:b/>
        </w:rPr>
        <w:t xml:space="preserve">[1:44:41] </w:t>
      </w:r>
      <w:r>
        <w:t>Quran ka kuch mafhoom is ke bistar mein hai, kuch is ke bistar mein hai. lekin doosri baat yeh hai ke fitrat khud kafi hai samajhne ke liye ke selective reporting jo hai bohat hi tabah kun hai.</w:t>
      </w:r>
    </w:p>
    <w:p>
      <w:pPr>
        <w:jc w:val="right"/>
      </w:pPr>
      <w:r>
        <w:t>قرآنکاکچھمفہوم اسکے ستورمیںہے،کچھاسکےبن ستورمیںہے۔ لیکن دوسریباتیہہے کہ فطرتخود کافیہے سمجھنےکےلیے کہ selective report ingجوہےبہتہیتباہکنہے۔</w:t>
      </w:r>
    </w:p>
    <w:p>
      <w:r>
        <w:rPr>
          <w:b/>
        </w:rPr>
        <w:t xml:space="preserve">[1:44:56] </w:t>
      </w:r>
      <w:r>
        <w:t>selective reporting se sari kharabiyan paida hoti hain. is se nafrat aati hai, is se ghussa aata hai, is se doosre ko dushman samajh lete hain aap. yeh sab is se hota hai.</w:t>
      </w:r>
    </w:p>
    <w:p>
      <w:pPr>
        <w:jc w:val="right"/>
      </w:pPr>
      <w:r>
        <w:t>selectivereport ingسےساریخرابیاںپیدا ہوتیہیں۔ اسیسےنفرتآتیہے، اسیسےغصہآتاہے، اسیسےدوسرےکودشمنسمجھلیتےہیںآپ ۔یہسباسیسے ہوتاہے۔</w:t>
      </w:r>
    </w:p>
    <w:p>
      <w:r>
        <w:rPr>
          <w:b/>
        </w:rPr>
        <w:t xml:space="preserve">[1:45:08] </w:t>
      </w:r>
      <w:r>
        <w:t>to is ka result hi kafi hai batane ke liye ke yeh ghalat tareeqa hai.</w:t>
      </w:r>
    </w:p>
    <w:p>
      <w:pPr>
        <w:jc w:val="right"/>
      </w:pPr>
      <w:r>
        <w:t>تو اسکا result ہی کافیہےبتانےکےلیےکہیہغلططریقہہے۔</w:t>
      </w:r>
    </w:p>
    <w:p>
      <w:r>
        <w:rPr>
          <w:b/>
        </w:rPr>
        <w:t xml:space="preserve">[1:45:17] </w:t>
      </w:r>
      <w:r>
        <w:t>to is mein koi shaq nahi ke selective reporting ghalat hai. aur is se ghalat yeh hai ke aap is ko maan lein.</w:t>
      </w:r>
    </w:p>
    <w:p>
      <w:pPr>
        <w:jc w:val="right"/>
      </w:pPr>
      <w:r>
        <w:t>تواسمیں کوئیشکنہیں کہ selective report ing غلطہے۔ اور اسسےغلطیہہےکہآپاسکومان لیں۔</w:t>
      </w:r>
    </w:p>
    <w:p>
      <w:r>
        <w:rPr>
          <w:b/>
        </w:rPr>
        <w:t xml:space="preserve">[1:45:27] </w:t>
      </w:r>
      <w:r>
        <w:t>mein yaani mera da'wa yeh nahi hai ke media kabhi bhi aisa kar sakta hai ke woh selective reporting na kare. mein kabhi aisa nahi keha ke media ko is se bachna chahiye. mein kabhi aisa nahi kehta.</w:t>
      </w:r>
    </w:p>
    <w:p>
      <w:pPr>
        <w:jc w:val="right"/>
      </w:pPr>
      <w:r>
        <w:t>میںیعنی می رادعویٰیہنہیںہےکہمیڈیاکبھیبھی ایساکرسکتاہےکہوہselectivereport ingنہکرے۔میںکبھیایسا نہیں کہاکہ میڈیاکو اسسےبچناچاہیے۔میںکبھیایسانہیںکہتا۔</w:t>
      </w:r>
    </w:p>
    <w:p>
      <w:r>
        <w:rPr>
          <w:b/>
        </w:rPr>
        <w:t xml:space="preserve">[1:45:39] </w:t>
      </w:r>
      <w:r>
        <w:t>kyun ke media ki industry hai. woh selective reporting hi kare ga. woh is ki industry band ho jaye gi. mein kehta hoon ke aap khud itna samajhdaar hon ke media ki report par rai na banayein.</w:t>
      </w:r>
    </w:p>
    <w:p>
      <w:pPr>
        <w:jc w:val="right"/>
      </w:pPr>
      <w:r>
        <w:t>کیونکہمیڈیاکیindustryہے۔ وہ selective report ingہیکرےگا۔ وہ اسکیindustryبندہوجائےگی۔ میں کہتاہوںکہآپخود اتناسمجھدارہوں کہمیڈیاکیرپورٹپررائےنہبنائیں۔</w:t>
      </w:r>
    </w:p>
    <w:p>
      <w:r>
        <w:rPr>
          <w:b/>
        </w:rPr>
        <w:t xml:space="preserve">[1:45:53] </w:t>
      </w:r>
      <w:r>
        <w:t>dekhein, mein in logon mein se nahi hoon jo bohat hi nadani ke sath mutalba karte hain ke media jo hai sahi report kare. yeh bilkul ghalat hai. media koi mission nahi hai.</w:t>
      </w:r>
    </w:p>
    <w:p>
      <w:pPr>
        <w:jc w:val="right"/>
      </w:pPr>
      <w:r>
        <w:t>دیکھیں،میں انلوگوںمیںسےنہیںہوںجو بہتہی نادانیکےساتھ مطالبہکرتے ہیں کہمیڈیاجوہےصحیحرپورٹکرے۔ یہبالکلغلطہے۔میڈیاکوئیmissionنہیںہے۔</w:t>
      </w:r>
    </w:p>
    <w:p>
      <w:r>
        <w:rPr>
          <w:b/>
        </w:rPr>
        <w:t xml:space="preserve">[1:46:02] </w:t>
      </w:r>
      <w:r>
        <w:t>media ek industry hai. aur industry apne faiday ke lehaaz se kar</w:t>
      </w:r>
    </w:p>
    <w:p>
      <w:pPr>
        <w:jc w:val="right"/>
      </w:pPr>
      <w:r>
        <w:t>میڈیا ایک ind ustryہے۔ اور industryاپنے فائدےکےلحاظسےکر</w:t>
      </w:r>
    </w:p>
    <w:p>
      <w:r>
        <w:rPr>
          <w:b/>
        </w:rPr>
        <w:t xml:space="preserve">[1:46:06] </w:t>
      </w:r>
      <w:r>
        <w:t>e ga. is ko aap ne news sell karna hai. aur news market mein wohi khabrein bikti hain jin mein sensation hai to woh sensation laye ga woh.</w:t>
      </w:r>
    </w:p>
    <w:p>
      <w:pPr>
        <w:jc w:val="right"/>
      </w:pPr>
      <w:r>
        <w:t>ےگا۔ اسکو آپنےnewssellکرناہے۔ اورnews marketمیں وہی خبریںبکتیہوں جسمیں sens ationہےتو وہsens ationلائےگاوہ ۔</w:t>
      </w:r>
    </w:p>
    <w:p>
      <w:r>
        <w:rPr>
          <w:b/>
        </w:rPr>
        <w:t xml:space="preserve">[1:46:17] </w:t>
      </w:r>
      <w:r>
        <w:t>to mein aisa kabhi mutalba nahi karta media se. mujhe media se koi shikayat nahi. meri shikayat un logon se hai jo media ko parh kar, media ki reporton ko parh kar aur rai banatay hain.</w:t>
      </w:r>
    </w:p>
    <w:p>
      <w:pPr>
        <w:jc w:val="right"/>
      </w:pPr>
      <w:r>
        <w:t>تو میںایساکبھیمطالبہ نہیںکرتامیڈیاسے۔مجھےمیڈیاسےکوئیشکایتنہیں۔ میریشکایتانلوگوںسےہے جو میڈیاکوپڑھکرکے، میڈیاکیرپورٹوںکوپڑھکرکے اور رائےبناتےہیں۔</w:t>
      </w:r>
    </w:p>
    <w:p>
      <w:r>
        <w:rPr>
          <w:b/>
        </w:rPr>
        <w:t xml:space="preserve">[1:46:29] </w:t>
      </w:r>
      <w:r>
        <w:t>rai kyun banatay hain aap? aap mazeed tehqeeq kijiye.</w:t>
      </w:r>
    </w:p>
    <w:p>
      <w:pPr>
        <w:jc w:val="right"/>
      </w:pPr>
      <w:r>
        <w:t>رائےکیوںبناتےہیںآپ ؟ آپمزید تحقیقکیجیے۔</w:t>
      </w:r>
    </w:p>
    <w:p>
      <w:r>
        <w:rPr>
          <w:b/>
        </w:rPr>
        <w:t xml:space="preserve">[1:46:34] </w:t>
      </w:r>
      <w:r>
        <w:t>ya to rai na banaiye ya mazeed tehqeeq kijiye. do mein ka option hai. ya to rai na banaiye ya mazeed tehqeeq kijiye.</w:t>
      </w:r>
    </w:p>
    <w:p>
      <w:pPr>
        <w:jc w:val="right"/>
      </w:pPr>
      <w:r>
        <w:t>یا تورائےنہبنائیےیامزید تحقیقکیجیے۔ دو میںکاoptionہے۔ یاتورائےنہبنائیے یا مزید تحقیقکیجیے۔</w:t>
      </w:r>
    </w:p>
    <w:p>
      <w:r>
        <w:rPr>
          <w:b/>
        </w:rPr>
        <w:t xml:space="preserve">[1:46:45] </w:t>
      </w:r>
      <w:r>
        <w:t>mister qureshi muhammad suleman ne dehli se sawal kiya hai. unho ne likha hai:</w:t>
      </w:r>
    </w:p>
    <w:p>
      <w:pPr>
        <w:jc w:val="right"/>
      </w:pPr>
      <w:r>
        <w:t>مس ٹر قریشی محمد سلیماننے دہلیسے سوالکیاہے۔انہوںنےلکھاہے:</w:t>
      </w:r>
    </w:p>
    <w:p>
      <w:r>
        <w:rPr>
          <w:b/>
        </w:rPr>
        <w:t xml:space="preserve">[1:46:51] </w:t>
      </w:r>
      <w:r>
        <w:t>"حضرت مولاناصاحب your good self just told that war is not possible under present circumstances as the killing of non-com</w:t>
      </w:r>
    </w:p>
    <w:p>
      <w:pPr>
        <w:jc w:val="right"/>
      </w:pPr>
      <w:r>
        <w:t>"حضرت مولاناصاحب yourgoodself just told that war isnot poss ible under present circumstan ces as thekillingof non -com</w:t>
      </w:r>
    </w:p>
    <w:p>
      <w:r>
        <w:rPr>
          <w:b/>
        </w:rPr>
        <w:t xml:space="preserve">[1:47:01] </w:t>
      </w:r>
      <w:r>
        <w:t>bat ant is not possible and peaceful settlement is the only solution</w:t>
      </w:r>
    </w:p>
    <w:p>
      <w:pPr>
        <w:jc w:val="right"/>
      </w:pPr>
      <w:r>
        <w:t>bat ant is not poss ible and peaceful sett lement isthe only solution</w:t>
      </w:r>
    </w:p>
    <w:p>
      <w:r>
        <w:rPr>
          <w:b/>
        </w:rPr>
        <w:t xml:space="preserve">[1:47:08] </w:t>
      </w:r>
      <w:r>
        <w:t>suppose if there is breach of treaty by the opposite side then how we could punish those people as per the teachings of Islam dekhein, saboisharp pe koi islam ka qanoon nahin hai.</w:t>
      </w:r>
    </w:p>
    <w:p>
      <w:pPr>
        <w:jc w:val="right"/>
      </w:pPr>
      <w:r>
        <w:t>supposeif thereis breachof tre atybytheopposite side then how wecouldpunish those people as per theteachingsof Islam دیکھیں،سبویشرپہکوئیاسلام کاقانون نہیںہے۔</w:t>
      </w:r>
    </w:p>
    <w:p>
      <w:r>
        <w:rPr>
          <w:b/>
        </w:rPr>
        <w:t xml:space="preserve">[1:47:22] </w:t>
      </w:r>
      <w:r>
        <w:t>saboishar pe koi islam ka qanoon nahi hai. pehle aap waqea bataiye, tab mein bataunga iska analysis karke. pehle waqea bataiye.</w:t>
      </w:r>
    </w:p>
    <w:p>
      <w:pPr>
        <w:jc w:val="right"/>
      </w:pPr>
      <w:r>
        <w:t>سبویشرپہکوئیاسلام کاقانون نہیںہے۔ پہلے آپواقعہبتائیے،تبمیںبتاؤںگا اسکاanalysisکرکے۔ پہلے واقعہبتائیے۔</w:t>
      </w:r>
    </w:p>
    <w:p>
      <w:r>
        <w:rPr>
          <w:b/>
        </w:rPr>
        <w:t xml:space="preserve">[1:47:31] </w:t>
      </w:r>
      <w:r>
        <w:t>saboishar pe koi islam ka qanoon nahi banta. aksar log ise farz kijiye, farz kijiye to aap farz kijiye, koi qanoon banega? farz kyon karen hum? aap waqea bataiye, kahan aisa hua hai?</w:t>
      </w:r>
    </w:p>
    <w:p>
      <w:pPr>
        <w:jc w:val="right"/>
      </w:pPr>
      <w:r>
        <w:t>سبویشرپہکوئیاسلام کاقانون نہیںبنتا۔ اکثرلوگ اسے فرضکیجیے،فرضکیجیےتوآپ فرضکیجیے،کوئیقانون بنےگا؟ فرضکیوںکریںہم؟آپواقعہبتائیے، کہاںایساہواہے؟</w:t>
      </w:r>
    </w:p>
    <w:p>
      <w:r>
        <w:rPr>
          <w:b/>
        </w:rPr>
        <w:t xml:space="preserve">[1:47:44] </w:t>
      </w:r>
      <w:r>
        <w:t>mister ejaz ahmed ne banglore se likha hai:</w:t>
      </w:r>
    </w:p>
    <w:p>
      <w:pPr>
        <w:jc w:val="right"/>
      </w:pPr>
      <w:r>
        <w:t>مسٹر اعجاز احمد نے بنگلورسے لکھاہے:</w:t>
      </w:r>
    </w:p>
    <w:p>
      <w:r>
        <w:rPr>
          <w:b/>
        </w:rPr>
        <w:t xml:space="preserve">[1:47:49] </w:t>
      </w:r>
      <w:r>
        <w:t>"Thereare several pass agesintheQ uranthat ment ion risk ,such as God gives without measure risk to whom Hewill s.</w:t>
      </w:r>
    </w:p>
    <w:p>
      <w:pPr>
        <w:jc w:val="right"/>
      </w:pPr>
      <w:r>
        <w:t>"Thereare several pass agesintheQ uranthat ment ion risk ,such as God gives without measure risk to whomHewill s.</w:t>
      </w:r>
    </w:p>
    <w:p>
      <w:r>
        <w:rPr>
          <w:b/>
        </w:rPr>
        <w:t xml:space="preserve">[1:48:00] </w:t>
      </w:r>
      <w:r>
        <w:t>That riskisgiven by God as at est, etc. molana, whatisthetruemeaningof risk ?</w:t>
      </w:r>
    </w:p>
    <w:p>
      <w:pPr>
        <w:jc w:val="right"/>
      </w:pPr>
      <w:r>
        <w:t>That riskisgiven by God as at est, etc. مولانا،whatisthetruemeaningof risk ?</w:t>
      </w:r>
    </w:p>
    <w:p>
      <w:r>
        <w:rPr>
          <w:b/>
        </w:rPr>
        <w:t xml:space="preserve">[1:48:13] </w:t>
      </w:r>
      <w:r>
        <w:t>dekhen, rizq aam taur par rozi ke maene mein liya jata hai. yaani maadi maene. lekin rizq ek waseeh lafz hai. rizq mein sab cheezen aati hain.</w:t>
      </w:r>
    </w:p>
    <w:p>
      <w:pPr>
        <w:jc w:val="right"/>
      </w:pPr>
      <w:r>
        <w:t>دیکھیں،رزقعامطور پر روزیکےمعنیمیںلیاجاتا ہے۔ یعنیمادیمعنیمیں۔ لیکن رزق ایک وسیعلفظہے۔رزقمیں سبچیزیںآتیہیں۔</w:t>
      </w:r>
    </w:p>
    <w:p>
      <w:r>
        <w:rPr>
          <w:b/>
        </w:rPr>
        <w:t xml:space="preserve">[1:48:25] </w:t>
      </w:r>
      <w:r>
        <w:t>matlab rizq roohani, rizq zehni, rizq maadi, har cheez aati hai. to Allah taala mukhtalif qism ke rizq dete hain insaan ko.</w:t>
      </w:r>
    </w:p>
    <w:p>
      <w:pPr>
        <w:jc w:val="right"/>
      </w:pPr>
      <w:r>
        <w:t>مطلبرزقروحانی،رزق ذہنی، رزقمادی،ہرچیزآتیہے۔ تواللہ تعالیٰ مختلف قسم کےرزقدیتےہیںانسانکو ۔</w:t>
      </w:r>
    </w:p>
    <w:p>
      <w:r>
        <w:rPr>
          <w:b/>
        </w:rPr>
        <w:t xml:space="preserve">[1:48:34] </w:t>
      </w:r>
      <w:r>
        <w:t>matlab kisi ko maadi aitbaar se farawani milti hai, kisi ko kam milta hai. kisi ko zyada zaheen bana diya jata hai, kisi ko koi kam zehen hota hai nisbatan.</w:t>
      </w:r>
    </w:p>
    <w:p>
      <w:pPr>
        <w:jc w:val="right"/>
      </w:pPr>
      <w:r>
        <w:t>مطلبکسی کو مادی اعتبار سے فراوانیملتیہے، کسی کو کم ملتاہے۔ کسی کوزیادہ ذہین بنادیاجاتاہے،کسیکو کوئیکمذہینہوتاہےنسب تاً۔</w:t>
      </w:r>
    </w:p>
    <w:p>
      <w:r>
        <w:rPr>
          <w:b/>
        </w:rPr>
        <w:t xml:space="preserve">[1:48:48] </w:t>
      </w:r>
      <w:r>
        <w:t>koi zyada healthy hota hai, koi kam healthy hota hai. yeh sab farq hai. lekin iska matlab yeh nahi ki Khuda munsif nahi hai.</w:t>
      </w:r>
    </w:p>
    <w:p>
      <w:pPr>
        <w:jc w:val="right"/>
      </w:pPr>
      <w:r>
        <w:t>کوئیزیادہ healthyہوتاہے، کوئیکمhealthyہوتاہے۔ یہسب فرقہے۔ لیکن اسکا مطلبیہ نہیںکہخدا منصف نہیںہے۔</w:t>
      </w:r>
    </w:p>
    <w:p>
      <w:r>
        <w:rPr>
          <w:b/>
        </w:rPr>
        <w:t xml:space="preserve">[1:48:58] </w:t>
      </w:r>
      <w:r>
        <w:t>Khuda justice nahi karta</w:t>
      </w:r>
    </w:p>
    <w:p>
      <w:pPr>
        <w:jc w:val="right"/>
      </w:pPr>
      <w:r>
        <w:t>خداjust iceنہیںکرتا</w:t>
      </w:r>
    </w:p>
    <w:p>
      <w:r>
        <w:rPr>
          <w:b/>
        </w:rPr>
        <w:t xml:space="preserve">[1:49:00] </w:t>
      </w:r>
      <w:r>
        <w:t>. ek hadith mein hai, dekhiye ki Al momin Al qawi khairun ind Allah min Al momin Al saif Al khair yani qawi insaan Allah ke nazdeek zyada qawi khair hai is mein baqable yani kamzor insaan ke. lekin har ek ke liye behtari hai.</w:t>
      </w:r>
    </w:p>
    <w:p>
      <w:pPr>
        <w:jc w:val="right"/>
      </w:pPr>
      <w:r>
        <w:t>۔ ایکحدیثمیںہے،دیکھیے کہ المومن القوی خیر عند اللہابن مومن صیفالخ یر یعنی قوی انسان اللہ کےنزدیک زیادہ قوی خیرہےاسمیں بم قابلہ یعنیکمزورانسان کے ۔لیکن ہرایککےلیےبہتریہے۔</w:t>
      </w:r>
    </w:p>
    <w:p>
      <w:r>
        <w:rPr>
          <w:b/>
        </w:rPr>
        <w:t xml:space="preserve">[1:49:26] </w:t>
      </w:r>
      <w:r>
        <w:t>lekin yeh jo hai wal kull khair jo hai bohat ahem hai. kyunki ek insaan ko Khuda ne qawi banaya, bohat mazboot a'sab iske hain, bohat zaheen hai.</w:t>
      </w:r>
    </w:p>
    <w:p>
      <w:pPr>
        <w:jc w:val="right"/>
      </w:pPr>
      <w:r>
        <w:t>لیکن یہجوہےول کل خیرجوہے بہت اہمہے۔ کیونکہ ایک انسان کو خدانےقویبنایا، بہت مضبوطاعصاباسکےہیں، بہت ذہینہے۔</w:t>
      </w:r>
    </w:p>
    <w:p>
      <w:r>
        <w:rPr>
          <w:b/>
        </w:rPr>
        <w:t xml:space="preserve">[1:49:37] </w:t>
      </w:r>
      <w:r>
        <w:t>to aksar dekha ki woh foran isko naz aa jata hai, naz pride to tabah ho jata hai. iske muqable mein jisko ki kuch relatively kam mila ho to use modesty aati hai.</w:t>
      </w:r>
    </w:p>
    <w:p>
      <w:pPr>
        <w:jc w:val="right"/>
      </w:pPr>
      <w:r>
        <w:t>تو اکثردیکھاکہوہ فوراًاسکو ناز آجاتاہے،ناز پر ائڈتو تباہہوجاتاہے۔ اسکےمقابلےمیں جسکو کہ کچھ relativ elyکمملاہو تو اسے mod estyآتیہے۔</w:t>
      </w:r>
    </w:p>
    <w:p>
      <w:r>
        <w:rPr>
          <w:b/>
        </w:rPr>
        <w:t xml:space="preserve">[1:49:51] </w:t>
      </w:r>
      <w:r>
        <w:t>to modesty to bohat bari qeemti cheez hai.</w:t>
      </w:r>
    </w:p>
    <w:p>
      <w:pPr>
        <w:jc w:val="right"/>
      </w:pPr>
      <w:r>
        <w:t>تو mod esty توبہت بڑیقیمتیچیزہے۔</w:t>
      </w:r>
    </w:p>
    <w:p>
      <w:r>
        <w:rPr>
          <w:b/>
        </w:rPr>
        <w:t xml:space="preserve">[1:49:55] </w:t>
      </w:r>
      <w:r>
        <w:t>to dono mein plus point aur minus point hai. aap yeh nahi keh sakte ki isko zyada, isko kam mila. kyunki har ek ka plus point hai, har ek ka minus point hai.</w:t>
      </w:r>
    </w:p>
    <w:p>
      <w:pPr>
        <w:jc w:val="right"/>
      </w:pPr>
      <w:r>
        <w:t>تو دونوںمیں plus point اورminuspoint ہے۔ آپیہنہیںکہہسکتےکہاسکوزیادہ ، اسکوکم ملا۔ کیونکہہرایککاplus point ہے،ہرایککاminuspoint ہے۔</w:t>
      </w:r>
    </w:p>
    <w:p>
      <w:r>
        <w:rPr>
          <w:b/>
        </w:rPr>
        <w:t xml:space="preserve">[1:50:09] </w:t>
      </w:r>
      <w:r>
        <w:t>molana shaikh hussain ne dehli se likha hai: "insaan apni family, apni qaum ya apne mazhab se bepanah mohabbat hone ki wajah se unki himayat mein selective reporting karta hai.</w:t>
      </w:r>
    </w:p>
    <w:p>
      <w:pPr>
        <w:jc w:val="right"/>
      </w:pPr>
      <w:r>
        <w:t>مول اناشارخحسیننے دہلیسےلکھاہے: "انس ان اپنی famil y, اپنی قوم یا اپنے مذہبسے بےپناہمح بت ہونے کیوجہ سے انکی حم ایتمیں selectivereport ingکرتاہے۔</w:t>
      </w:r>
    </w:p>
    <w:p>
      <w:r>
        <w:rPr>
          <w:b/>
        </w:rPr>
        <w:t xml:space="preserve">[1:50:24] </w:t>
      </w:r>
      <w:r>
        <w:t>aisi halat mein insaan khud ko selective reporting se kaise bachaye?" isi ko ta'assub kehte hain.</w:t>
      </w:r>
    </w:p>
    <w:p>
      <w:pPr>
        <w:jc w:val="right"/>
      </w:pPr>
      <w:r>
        <w:t>ایسیحالتمیں انسان خود کو selectivereport ingسے کیسےبچائے ؟" اسیکو تعصب کہتےہیں۔</w:t>
      </w:r>
    </w:p>
    <w:p>
      <w:r>
        <w:rPr>
          <w:b/>
        </w:rPr>
        <w:t xml:space="preserve">[1:50:33] </w:t>
      </w:r>
      <w:r>
        <w:t>isi ko Quran mein jahiliyat kaha gaya hai. to bachane ki baat ki hai to test rahega. yeh duniya to test ke liye bani hai, hidayat al imtehan.</w:t>
      </w:r>
    </w:p>
    <w:p>
      <w:pPr>
        <w:jc w:val="right"/>
      </w:pPr>
      <w:r>
        <w:t>اسیکوقرآنمیں جاہلیتکہاگیاہے۔ توبچانےکیباتکیہےتو test رہےگا۔ یہدنیا توtest کےلیےبنی ہے،ہدایتالامتحان۔</w:t>
      </w:r>
    </w:p>
    <w:p>
      <w:r>
        <w:rPr>
          <w:b/>
        </w:rPr>
        <w:t xml:space="preserve">[1:50:43] </w:t>
      </w:r>
      <w:r>
        <w:t>to yeh to rahega, agar na rahe to phir zaroorat hi kya hai duniya ki? agar test na ho to phir insaan ko paida karne ki zaroorat hi kya hai?</w:t>
      </w:r>
    </w:p>
    <w:p>
      <w:pPr>
        <w:jc w:val="right"/>
      </w:pPr>
      <w:r>
        <w:t>تویہتو رہےگا، اگر نہرہےتوپھر ضرورتہیکیاہےدنیا کی ؟اگر test نہہوتو پھرانسان کوپیدا کرنےکیضرورتہیکیاہے؟</w:t>
      </w:r>
    </w:p>
    <w:p>
      <w:r>
        <w:rPr>
          <w:b/>
        </w:rPr>
        <w:t xml:space="preserve">[1:50:53] </w:t>
      </w:r>
      <w:r>
        <w:t>khalaq al maut wal hayat li abdikum wa ayyikum a'malukum a'malukum to aapko to test ko face karna hi karna hai. ta'assub se apne ko bachana hi bachana hai.</w:t>
      </w:r>
    </w:p>
    <w:p>
      <w:pPr>
        <w:jc w:val="right"/>
      </w:pPr>
      <w:r>
        <w:t>خلق الموت والحیات لعبدکمویکممعصوم توآپکوتوtest کو face کرناہیکرناہے۔ تع صبسےاپنےکوبچاناہیبچاناہے۔</w:t>
      </w:r>
    </w:p>
    <w:p>
      <w:r>
        <w:rPr>
          <w:b/>
        </w:rPr>
        <w:t xml:space="preserve">[1:51:03] </w:t>
      </w:r>
      <w:r>
        <w:t>asbiyat se bachana hi bachana hai. apne ko, yaani apne, apne ko read karna hai. khud apne aap ko read karna hai ki main kahan bhatak raha hoon, kahan main asbiyat ka shikar ho raha hoon.</w:t>
      </w:r>
    </w:p>
    <w:p>
      <w:pPr>
        <w:jc w:val="right"/>
      </w:pPr>
      <w:r>
        <w:t>عصبیتسےبچاناہیبچاناہے۔ اپنے کو ،یعنیاپنی ، اپنے کوreadکرناہے۔خود اپنےآپکوreadکرناہےکہمیںکہاںبھٹکرہاہوں، کہاںمیںعصبیتکاشکارہورہاہوں۔</w:t>
      </w:r>
    </w:p>
    <w:p>
      <w:r>
        <w:rPr>
          <w:b/>
        </w:rPr>
        <w:t xml:space="preserve">[1:51:18] </w:t>
      </w:r>
      <w:r>
        <w:t>yeh to karna hai, isse to koi mufar nahi hai.</w:t>
      </w:r>
    </w:p>
    <w:p>
      <w:pPr>
        <w:jc w:val="right"/>
      </w:pPr>
      <w:r>
        <w:t>یہتوکرناہے،اسسےتو کوئیمفرنہیںہے۔</w:t>
      </w:r>
    </w:p>
    <w:p>
      <w:r>
        <w:rPr>
          <w:b/>
        </w:rPr>
        <w:t xml:space="preserve">[1:51:25] </w:t>
      </w:r>
      <w:r>
        <w:t>Ms. Nagma Siddiqui ne Delhi se likha hai: "People generally have a confused idea of peace. As a result, when the ideology of peace is explained to them, they do not understand. How can it be explained clearly to them?" dekhiye, baat sirf ek hai.</w:t>
      </w:r>
    </w:p>
    <w:p>
      <w:pPr>
        <w:jc w:val="right"/>
      </w:pPr>
      <w:r>
        <w:t>Ms.Nag maSiddiquiنے دہلیسے لکھاہے: "People gener ally have a conf used ide aof peace .As aresult , when theide ologyof peace is explainedtoth em,theydonot under stand .How canitbeexplained clearlytothem ?" دیکھیے،بات صرف ایکہے۔</w:t>
      </w:r>
    </w:p>
    <w:p>
      <w:r>
        <w:rPr>
          <w:b/>
        </w:rPr>
        <w:t xml:space="preserve">[1:51:47] </w:t>
      </w:r>
      <w:r>
        <w:t>wahi hai ke log lawofnature ko le kar nahi sochte, apne khwahishon ko le kar sochte hain.</w:t>
      </w:r>
    </w:p>
    <w:p>
      <w:pPr>
        <w:jc w:val="right"/>
      </w:pPr>
      <w:r>
        <w:t>وہیہہے کہلوگ lawofnatureکو لےکرنہیںسوچتے، اپنے خواہشوںکولےکرسوچتےہیں۔</w:t>
      </w:r>
    </w:p>
    <w:p>
      <w:r>
        <w:rPr>
          <w:b/>
        </w:rPr>
        <w:t xml:space="preserve">[1:51:57] </w:t>
      </w:r>
      <w:r>
        <w:t>to duniya mein aap ki khwahish nahi chalegi, aap ki desire nahi chalega. lawofnature chalega. log chahte hain ke mere saath injustice na ho.</w:t>
      </w:r>
    </w:p>
    <w:p>
      <w:pPr>
        <w:jc w:val="right"/>
      </w:pPr>
      <w:r>
        <w:t>تودنیا میںآپ کیخواہشنہیںچلےگی، آپ کی desireنہیںچلےگا۔ lawofnatureچلےگا۔ لوگچاہتےہیںکہ میرےساتھ injusticeنہہو ۔</w:t>
      </w:r>
    </w:p>
    <w:p>
      <w:r>
        <w:rPr>
          <w:b/>
        </w:rPr>
        <w:t xml:space="preserve">[1:52:07] </w:t>
      </w:r>
      <w:r>
        <w:t>to aap ke chahne se thodi aisa hota hai ke duniya mein injustice na ho. lawofnature kya hai? lawofnature yeh hai ke Allah taala ne har insaan ko aazadi di hai. aazadi.</w:t>
      </w:r>
    </w:p>
    <w:p>
      <w:pPr>
        <w:jc w:val="right"/>
      </w:pPr>
      <w:r>
        <w:t>توآپ کےچاہنےسےتھوڑیایساہوتاہےکہدنیا میںinjusticeنہہو۔ lawofnatureکیاہے؟lawofnatureیہہےکہ اللہ تعالیٰنےہرانسانکوآزادیدیہے۔آز ادی۔</w:t>
      </w:r>
    </w:p>
    <w:p>
      <w:r>
        <w:rPr>
          <w:b/>
        </w:rPr>
        <w:t xml:space="preserve">[1:52:17] </w:t>
      </w:r>
      <w:r>
        <w:t>to aazadi di hai to misuse bhi karega woh. to kaun hai uska haath baandh de ke woh misuse na kare? to injustice kya hai? kisi insaan ka apni aazadi ko misuse karna.</w:t>
      </w:r>
    </w:p>
    <w:p>
      <w:pPr>
        <w:jc w:val="right"/>
      </w:pPr>
      <w:r>
        <w:t>تو آزادی دیہےتوmis useبھیکرےگاوہ ۔ توکونہے اسکاہاتھباندھدےکہوہmis useنہکرے؟ تو injusticeکیاہے؟کسی انسانکا اپنی آزادیکوmisuseکرنا۔</w:t>
      </w:r>
    </w:p>
    <w:p>
      <w:r>
        <w:rPr>
          <w:b/>
        </w:rPr>
        <w:t xml:space="preserve">[1:52:29] </w:t>
      </w:r>
      <w:r>
        <w:t>isi ka result ka naam hai injustice. yeh hoga. aap ko manage karna hai. aap ko patient planning karni hai. aap ko face karna hai isko. challenge lena hai isko.</w:t>
      </w:r>
    </w:p>
    <w:p>
      <w:pPr>
        <w:jc w:val="right"/>
      </w:pPr>
      <w:r>
        <w:t>اسیکاresult کانامہے injustice۔ یہہوگا۔ آپ کو manageکرناہے۔ آپ کو patientplan ningکرنیہے۔ آپکو face کرناہےاسکو۔چ یلنجلیناہےاسکو ۔</w:t>
      </w:r>
    </w:p>
    <w:p>
      <w:r>
        <w:rPr>
          <w:b/>
        </w:rPr>
        <w:t xml:space="preserve">[1:52:42] </w:t>
      </w:r>
      <w:r>
        <w:t>jis cheez ko shikayat ke upar lete hain, us ko challenge ke upar lena hai.</w:t>
      </w:r>
    </w:p>
    <w:p>
      <w:pPr>
        <w:jc w:val="right"/>
      </w:pPr>
      <w:r>
        <w:t>جسچیزکو شکایتکےاوپرلیتےہیں، اسکوچیلنجکےاوپرلیناہے۔</w:t>
      </w:r>
    </w:p>
    <w:p>
      <w:r>
        <w:rPr>
          <w:b/>
        </w:rPr>
        <w:t xml:space="preserve">[1:52:47] </w:t>
      </w:r>
      <w:r>
        <w:t>to chuki log yeh nahi sochte ke kisi plan of God kya hai? lawofnature kya hai? bas apne desire ko jaante hain. isi desire ko le kar ke woh chahte hain ke aisa justice ho, waisa hi justice ho.</w:t>
      </w:r>
    </w:p>
    <w:p>
      <w:pPr>
        <w:jc w:val="right"/>
      </w:pPr>
      <w:r>
        <w:t>تو چونکہلوگ یہ نہیںسوچتے کہکسی plan ofGod کیاہے؟ lawofnatureکیاہے؟بس اپنےdesireکوجانتےہیں۔ اسیdesireکولےکرکےوہچاہتےہیںکہایسا justiceہو،ویساہیjusticeہے۔</w:t>
      </w:r>
    </w:p>
    <w:p>
      <w:r>
        <w:rPr>
          <w:b/>
        </w:rPr>
        <w:t xml:space="preserve">[1:52:59] </w:t>
      </w:r>
      <w:r>
        <w:t>to woh woh soch, unki, unko pressure karna padega unko ke aap ka zaati desire hai, woh nahi chalega duniya mein. First of all, you have to know what is the creation plan of God.</w:t>
      </w:r>
    </w:p>
    <w:p>
      <w:pPr>
        <w:jc w:val="right"/>
      </w:pPr>
      <w:r>
        <w:t>تو وہ وہ سوچ ،انکی ،انکوpress ureکرناپڑےگاانکو کہآپ کا ذاتی desireہے،وہنہیںچلےگیدنیا میں۔ First ofall,youhavetoknowwhatisthecreationplan ofGod .</w:t>
      </w:r>
    </w:p>
    <w:p>
      <w:r>
        <w:rPr>
          <w:b/>
        </w:rPr>
        <w:t xml:space="preserve">[1:53:12] </w:t>
      </w:r>
      <w:r>
        <w:t>Why is the law of nature? us ko le kar ke sochiye</w:t>
      </w:r>
    </w:p>
    <w:p>
      <w:pPr>
        <w:jc w:val="right"/>
      </w:pPr>
      <w:r>
        <w:t>Whyisthelawofnature? اسکولےکرکےسوچیے</w:t>
      </w:r>
    </w:p>
    <w:p>
      <w:r>
        <w:rPr>
          <w:b/>
        </w:rPr>
        <w:t xml:space="preserve">[1:53:16] </w:t>
      </w:r>
      <w:r>
        <w:t>us ko chhod kar na sochiye.</w:t>
      </w:r>
    </w:p>
    <w:p>
      <w:pPr>
        <w:jc w:val="right"/>
      </w:pPr>
      <w:r>
        <w:t>، اسکوچھوڑکر نہسوچیے۔</w:t>
      </w:r>
    </w:p>
    <w:p>
      <w:r>
        <w:rPr>
          <w:b/>
        </w:rPr>
        <w:t xml:space="preserve">[1:53:24] </w:t>
      </w:r>
      <w:r>
        <w:t>Mr. Arshad Jamal ne Delhi se likha hai: "Quran ke chapter number twenty-five mein ek dua aayi hai. us mein bataya gaya hai ke Khuda ya! tu mujh ko muttaqiyon ka imam bana." is ka matlab kya hai?</w:t>
      </w:r>
    </w:p>
    <w:p>
      <w:pPr>
        <w:jc w:val="right"/>
      </w:pPr>
      <w:r>
        <w:t>Mr. ArshadJamalنے دہلیسےلکھاہے :"قرآنکے chapter number twenty-fiveمیں ایک دعا آئیہے۔ اسمیں بت ایاگیاہے کہ خ دایا !تو مجھکو مت قیوںکا امامبنا ۔" اسکامطلب کیا ہے ؟</w:t>
      </w:r>
    </w:p>
    <w:p>
      <w:r>
        <w:rPr>
          <w:b/>
        </w:rPr>
        <w:t xml:space="preserve">[1:53:42] </w:t>
      </w:r>
      <w:r>
        <w:t>wa ja'alna lil muttaqeena imama</w:t>
      </w:r>
    </w:p>
    <w:p>
      <w:pPr>
        <w:jc w:val="right"/>
      </w:pPr>
      <w:r>
        <w:t>وَجَعَلْنَالِلْمُتَّقِينَاِمَامًا</w:t>
      </w:r>
    </w:p>
    <w:p>
      <w:r>
        <w:rPr>
          <w:b/>
        </w:rPr>
        <w:t xml:space="preserve">[1:53:45] </w:t>
      </w:r>
      <w:r>
        <w:t>yeh aulad ke bare mein aaya hai. family ke bare mein. family ka bada jo hai, wohi yeh keh raha hai. to us ko aap extended sense mein le sakte hain.</w:t>
      </w:r>
    </w:p>
    <w:p>
      <w:pPr>
        <w:jc w:val="right"/>
      </w:pPr>
      <w:r>
        <w:t>یہ اولادکےبارےمیںآیاہے۔ family کےبارےمیں ۔family کابڑاجوہے،وہیہکہہرہاہے۔ تو اسکو آپ ext endedsenseمیںلےسکتےہیں۔</w:t>
      </w:r>
    </w:p>
    <w:p>
      <w:r>
        <w:rPr>
          <w:b/>
        </w:rPr>
        <w:t xml:space="preserve">[1:53:57] </w:t>
      </w:r>
      <w:r>
        <w:t>society ke bare mein bhi. to mein jahan tak samjha hoon, is ayat ka matlab wohi hai ke aap doosron ko jo lead dein, to aap logon ko achhi lead dein.</w:t>
      </w:r>
    </w:p>
    <w:p>
      <w:pPr>
        <w:jc w:val="right"/>
      </w:pPr>
      <w:r>
        <w:t>soci etyکےبارےمیںبھی ۔ تومیںجہاںتکسمجھاہوں،اسآیتکامطلبوہیہہے کہ آپ دوسروںکوجو lead دیں، توآپ لوگوںکو اچھیlead دیں۔</w:t>
      </w:r>
    </w:p>
    <w:p>
      <w:r>
        <w:rPr>
          <w:b/>
        </w:rPr>
        <w:t xml:space="preserve">[1:54:12] </w:t>
      </w:r>
      <w:r>
        <w:t>aisa na ho ke un ko mis lead kar ke, un ke jazbat ko bhadak kar ke lead hasil kar lein. yaani galat, yaani galat, galat sentiment ko bhadak kar ke, ek galat zehan bana kar ke lead na karein aap.</w:t>
      </w:r>
    </w:p>
    <w:p>
      <w:pPr>
        <w:jc w:val="right"/>
      </w:pPr>
      <w:r>
        <w:t>ایسانہہوکہانکوmis leadکرکے،انکےجذباتکوبھڑکاکرکے lead حاصل کرلیں۔ یعنی غلط ،یعنی غلط ،غلطsent imentکوبھڑکاکرکے، ایکغلط ذہنبناکرکے lead نہکریںآپ ۔</w:t>
      </w:r>
    </w:p>
    <w:p>
      <w:r>
        <w:rPr>
          <w:b/>
        </w:rPr>
        <w:t xml:space="preserve">[1:54:29] </w:t>
      </w:r>
      <w:r>
        <w:t>chahe aap ki aulad ho, chahe society ho. kuch aadmi is mein leader ke maqam par pahunch jata hai. to leader ke maqam par jo pahuncha hai, woh kaise pahuncha, us ko dekhna hai.</w:t>
      </w:r>
    </w:p>
    <w:p>
      <w:pPr>
        <w:jc w:val="right"/>
      </w:pPr>
      <w:r>
        <w:t>چاہےآپکیاولادہو، چاہےsoci etyہو ۔ کچھ آدمی اسمیں leaderکےمقام پرپہنچجاتاہے۔توleaderکےمقامپرجوپہنچاہے،وہکیسےپہنچا،اسکودیکھناہے۔</w:t>
      </w:r>
    </w:p>
    <w:p>
      <w:r>
        <w:rPr>
          <w:b/>
        </w:rPr>
        <w:t xml:space="preserve">[1:54:40] </w:t>
      </w:r>
      <w:r>
        <w:t>yaani woh sahi lead kar ke us ko mila hai leader ka maqam? ya galat zehan bana kar, galat sentiment bhadak kar ke, galat us ki tarbiyat kar ke banaya?</w:t>
      </w:r>
    </w:p>
    <w:p>
      <w:pPr>
        <w:jc w:val="right"/>
      </w:pPr>
      <w:r>
        <w:t>یعنی وہ صحیحlead کرکے اسکو ملاہے leaderکامقام ؟یا غلط ذہنبناکر،غلطsent imentبھڑکاکرکے، غلط اسکیتربیتکرکےبن ایا؟</w:t>
      </w:r>
    </w:p>
    <w:p>
      <w:r>
        <w:rPr>
          <w:b/>
        </w:rPr>
        <w:t xml:space="preserve">[1:54:53] </w:t>
      </w:r>
      <w:r>
        <w:t>to asal mein yeh, is mein is par zor hai ke jo aadmi halaat ke taqaze ke tehat leadership ke maqam par aa gaya hai, chahe family ho ya family ke bahar, us ko bahut zyada ihtiyat honi chahiye ke woh jin logon ko lead de raha hai, woh sahi lead de raha hai ya galat lead de raha hai.</w:t>
      </w:r>
    </w:p>
    <w:p>
      <w:pPr>
        <w:jc w:val="right"/>
      </w:pPr>
      <w:r>
        <w:t>تو اصلمیںیہ، اسمیںاسپرزورہے کہجو آدمی حالات کےتقاضےکےتحت leadershipکےمقام پرآگیاہے، چاہےfamily ہویاfamily کےباہر، اسکو بہتزیادہ محتاطہوناچاہیے کہوہ جنلوگوںکو lead دےرہاہے، وہ صحیحleadدےرہاہےیاغلطlead دےرہاہے۔</w:t>
      </w:r>
    </w:p>
    <w:p>
      <w:r>
        <w:rPr>
          <w:b/>
        </w:rPr>
        <w:t xml:space="preserve">[1:55:14] </w:t>
      </w:r>
      <w:r>
        <w:t>mein ne is ayat ka matlab yeh hi samjhaya hai.</w:t>
      </w:r>
    </w:p>
    <w:p>
      <w:pPr>
        <w:jc w:val="right"/>
      </w:pPr>
      <w:r>
        <w:t>میںنےاسآیتکامطلبیہیسمجھایاہے۔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