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Modern Age December 08, 2006 Maulana Wahiduddin Khan</w:t>
      </w:r>
    </w:p>
    <w:p>
      <w:r>
        <w:t>https://www.youtube.com/watch?v=sToYBVIXSxQ</w:t>
      </w:r>
    </w:p>
    <w:p>
      <w:r>
        <w:rPr>
          <w:b/>
        </w:rPr>
        <w:t xml:space="preserve">[00:14] </w:t>
      </w:r>
      <w:r>
        <w:t>bismillah rahman rahim, wasallallahu alan nabiyyil kareem. rab ishrah li sadri, wa yassir li amri, wahluqdatan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ek amriki scholar the, un ka naam tha professor kentol smith. to un ki ek kitab hai, is ka title yeh hai:</w:t>
      </w:r>
    </w:p>
    <w:p>
      <w:pPr>
        <w:jc w:val="right"/>
      </w:pPr>
      <w:r>
        <w:t>ایک امریکی اسکالر تھے، ان کا نام تھا پروفیسر کینٹول اسمتھ۔ تو ان کی ایک کتاب ہے، اس کا ٹائٹل یہ ہے:</w:t>
      </w:r>
    </w:p>
    <w:p>
      <w:r>
        <w:rPr>
          <w:b/>
        </w:rPr>
        <w:t xml:space="preserve">[00:52] </w:t>
      </w:r>
      <w:r>
        <w:t>"islam in da modern age". aaj main isi title ko apna subject banata hoon, agarche partial sense mein.</w:t>
      </w:r>
    </w:p>
    <w:p>
      <w:pPr>
        <w:jc w:val="right"/>
      </w:pPr>
      <w:r>
        <w:t>"اسلام ان دا ماڈرن ایج"۔ آج میں اسی ٹائٹل کو اپنا سبجیکٹ بناتا ہوں، اگرچہ پارشل سینس میں۔</w:t>
      </w:r>
    </w:p>
    <w:p>
      <w:r>
        <w:rPr>
          <w:b/>
        </w:rPr>
        <w:t xml:space="preserve">[01:10] </w:t>
      </w:r>
      <w:r>
        <w:t>yeh title mere zehn mein is liye aaya ke aaj kal aap jante hain ke ek baat ka bohat charcha hai, woh hai madarse ka modernization.</w:t>
      </w:r>
    </w:p>
    <w:p>
      <w:pPr>
        <w:jc w:val="right"/>
      </w:pPr>
      <w:r>
        <w:t>یہ ٹائٹل میرے ذہن میں اس لیے آیا کہ آج کل آپ جانتے ہیں کہ ایک بات کا بہت چرچا ہے، وہ ہے مدرسے کا ماڈرنائزیشن۔</w:t>
      </w:r>
    </w:p>
    <w:p>
      <w:r>
        <w:rPr>
          <w:b/>
        </w:rPr>
        <w:t xml:space="preserve">[01:30] </w:t>
      </w:r>
      <w:r>
        <w:t>aap jante hain ke ek madarsa board bana hai, jis ka maqsad yeh hai ke madarsa education ko is tarah se develop kiya jaye ke is mein modern qism ke ulama paida hon.</w:t>
      </w:r>
    </w:p>
    <w:p>
      <w:pPr>
        <w:jc w:val="right"/>
      </w:pPr>
      <w:r>
        <w:t>آپ جانتے ہیں کہ ایک مدرسہ بورڈ بنا ہے، جس کا مقصد یہ ہے کہ مدرسہ ایجوکیشن کو اس طرح سے ڈویلپ کیا جائے کہ اس میں ماڈرن قسم کے علماء پیدا ہوں۔</w:t>
      </w:r>
    </w:p>
    <w:p>
      <w:r>
        <w:rPr>
          <w:b/>
        </w:rPr>
        <w:t xml:space="preserve">[01:49] </w:t>
      </w:r>
      <w:r>
        <w:t>yani aise ulama jo ek taraf islamic learning ke expert hon, aur sath sath woh</w:t>
      </w:r>
    </w:p>
    <w:p>
      <w:pPr>
        <w:jc w:val="right"/>
      </w:pPr>
      <w:r>
        <w:t>یعنی ایسے علماء جو ایک طرف اسلامک لرننگ کے ایکسپرٹ ہوں، اور ساتھ ساتھ وہ</w:t>
      </w:r>
    </w:p>
    <w:p>
      <w:r>
        <w:rPr>
          <w:b/>
        </w:rPr>
        <w:t xml:space="preserve">[02:02] </w:t>
      </w:r>
      <w:r>
        <w:t>jis ko kehte hain daur jadeed ya modern age, is ko bhi achi tarah jante hon. taake woh aaj ki zaroorat ke lehaz se islam ko represent kar saken.</w:t>
      </w:r>
    </w:p>
    <w:p>
      <w:pPr>
        <w:jc w:val="right"/>
      </w:pPr>
      <w:r>
        <w:t>جس کو کہتے ہیں دور جدید یا ماڈرن ایج، اس کو بھی اچھی طرح جانتے ہوں۔ تاکہ وہ آج کی ضرورت کے لحاظ سے اسلام کو ریپریزنٹ کر سکیں۔</w:t>
      </w:r>
    </w:p>
    <w:p>
      <w:r>
        <w:rPr>
          <w:b/>
        </w:rPr>
        <w:t xml:space="preserve">[02:27] </w:t>
      </w:r>
      <w:r>
        <w:t>ya youn keh sakte hain aap ke yeh bata saken ke aaj jab ke zamana bohat badal chuka hai, aaj bhi islam ki relevance isi tarah baqi hai jis tarah ke woh pehle tha.</w:t>
      </w:r>
    </w:p>
    <w:p>
      <w:pPr>
        <w:jc w:val="right"/>
      </w:pPr>
      <w:r>
        <w:t>یا یوں کہہ سکتے ہیں آپ کہ یہ بتا سکیں کہ آج جب کہ زمانہ بہت بدل چکا ہے، آج بھی اسلام کی ریلیونس اسی طرح باقی ہے جس طرح کہ وہ پہلے تھا۔</w:t>
      </w:r>
    </w:p>
    <w:p>
      <w:r>
        <w:rPr>
          <w:b/>
        </w:rPr>
        <w:t xml:space="preserve">[02:50] </w:t>
      </w:r>
      <w:r>
        <w:t>dekhiye, yeh koi nayi baat nahi hai.</w:t>
      </w:r>
    </w:p>
    <w:p>
      <w:pPr>
        <w:jc w:val="right"/>
      </w:pPr>
      <w:r>
        <w:t>دیکھیے، یہ کوئی نئی بات نہیں ہے۔</w:t>
      </w:r>
    </w:p>
    <w:p>
      <w:r>
        <w:rPr>
          <w:b/>
        </w:rPr>
        <w:t xml:space="preserve">[02:56] </w:t>
      </w:r>
      <w:r>
        <w:t>yeh baat bohat pehle se chal rahi hai. yani jab se modern age shuru hua, tabhi se yeh concept bhi musalmanon mein aa gaya.</w:t>
      </w:r>
    </w:p>
    <w:p>
      <w:pPr>
        <w:jc w:val="right"/>
      </w:pPr>
      <w:r>
        <w:t>یہ بات بہت پہلے سے چل رہی ہے۔ یعنی جب سے ماڈرن ایج شروع ہوا، تبھی سے یہ کانسیپٹ بھی مسلمانوں میں آ گیا۔</w:t>
      </w:r>
    </w:p>
    <w:p>
      <w:r>
        <w:rPr>
          <w:b/>
        </w:rPr>
        <w:t xml:space="preserve">[03:08] </w:t>
      </w:r>
      <w:r>
        <w:t>sir syed ahmed khan bohat hi mashhoor educationist hain.</w:t>
      </w:r>
    </w:p>
    <w:p>
      <w:pPr>
        <w:jc w:val="right"/>
      </w:pPr>
      <w:r>
        <w:t>سر سید احمد خان بہت ہی مشہور ایجوکیشنسٹ ہیں۔</w:t>
      </w:r>
    </w:p>
    <w:p>
      <w:r>
        <w:rPr>
          <w:b/>
        </w:rPr>
        <w:t xml:space="preserve">[03:16] </w:t>
      </w:r>
      <w:r>
        <w:t>to unhon ne 1875, 1875 mein ek muslim college qaim kiya aligarh mein.</w:t>
      </w:r>
    </w:p>
    <w:p>
      <w:pPr>
        <w:jc w:val="right"/>
      </w:pPr>
      <w:r>
        <w:t>تو انہوں نے 1875، 1875 میں ایک مسلم کالج قائم کیا علی گڑھ میں۔</w:t>
      </w:r>
    </w:p>
    <w:p>
      <w:r>
        <w:rPr>
          <w:b/>
        </w:rPr>
        <w:t xml:space="preserve">[03:31] </w:t>
      </w:r>
      <w:r>
        <w:t>is ka naam tha anglo mohammadan oriental college,</w:t>
      </w:r>
    </w:p>
    <w:p>
      <w:pPr>
        <w:jc w:val="right"/>
      </w:pPr>
      <w:r>
        <w:t>اس کا نام تھا اینگلو محمدن اورینٹل کالج،</w:t>
      </w:r>
    </w:p>
    <w:p>
      <w:r>
        <w:rPr>
          <w:b/>
        </w:rPr>
        <w:t xml:space="preserve">[03:37] </w:t>
      </w:r>
      <w:r>
        <w:t>jo baad ko university ban gaya. aur ab aap jante hain ke woh aligarh muslim university ke naam se mashhoor hai.</w:t>
      </w:r>
    </w:p>
    <w:p>
      <w:pPr>
        <w:jc w:val="right"/>
      </w:pPr>
      <w:r>
        <w:t>جو بعد کو یونیورسٹی بن گیا۔ اور اب آپ جانتے ہیں کہ وہ علی گڑھ مسلم یونیورسٹی کے نام سے مشہور ہے۔</w:t>
      </w:r>
    </w:p>
    <w:p>
      <w:r>
        <w:rPr>
          <w:b/>
        </w:rPr>
        <w:t xml:space="preserve">[03:48] </w:t>
      </w:r>
      <w:r>
        <w:t>to</w:t>
      </w:r>
    </w:p>
    <w:p>
      <w:pPr>
        <w:jc w:val="right"/>
      </w:pPr>
      <w:r>
        <w:t>تو</w:t>
      </w:r>
    </w:p>
    <w:p>
      <w:r>
        <w:rPr>
          <w:b/>
        </w:rPr>
        <w:t xml:space="preserve">[03:52] </w:t>
      </w:r>
      <w:r>
        <w:t>sir syed ahmed khan ne apne is ta'limi idare mein dono qism ki learning ka</w:t>
      </w:r>
    </w:p>
    <w:p>
      <w:pPr>
        <w:jc w:val="right"/>
      </w:pPr>
      <w:r>
        <w:t>سر سید احمد خان نے اپنے اس تعلیمی ادارے میں دونوں قسم کی لرننگ کا</w:t>
      </w:r>
    </w:p>
    <w:p>
      <w:r>
        <w:rPr>
          <w:b/>
        </w:rPr>
        <w:t xml:space="preserve">[04:04] </w:t>
      </w:r>
      <w:r>
        <w:t>ko rakha tha.</w:t>
      </w:r>
    </w:p>
    <w:p>
      <w:pPr>
        <w:jc w:val="right"/>
      </w:pPr>
      <w:r>
        <w:t>کو رکھا تھا۔</w:t>
      </w:r>
    </w:p>
    <w:p>
      <w:r>
        <w:rPr>
          <w:b/>
        </w:rPr>
        <w:t xml:space="preserve">[04:07] </w:t>
      </w:r>
      <w:r>
        <w:t>yani islamic learning bhi aur modern learning bhi. wahan par ek full-fledged department tha islamic theology ka.</w:t>
      </w:r>
    </w:p>
    <w:p>
      <w:pPr>
        <w:jc w:val="right"/>
      </w:pPr>
      <w:r>
        <w:t>یعنی اسلامک لرننگ بھی اور ماڈرن لرننگ بھی۔ وہاں پر ایک فل فلیج ڈیپارٹمنٹ تھا اسلامک تھیالوجی کا۔</w:t>
      </w:r>
    </w:p>
    <w:p>
      <w:r>
        <w:rPr>
          <w:b/>
        </w:rPr>
        <w:t xml:space="preserve">[04:17] </w:t>
      </w:r>
      <w:r>
        <w:t>islamic theology. har hostel mein namaz ka intizam tha. har hostel mein. baqayda jama'at ke sath namaz ka intizam.</w:t>
      </w:r>
    </w:p>
    <w:p>
      <w:pPr>
        <w:jc w:val="right"/>
      </w:pPr>
      <w:r>
        <w:t>اسلامک تھیالوجی۔ ہر ہاسٹل میں نماز کا انتظام تھا۔ ہر ہاسٹل میں۔ باقاعدہ جماعت کے ساتھ نماز کا انتظام۔</w:t>
      </w:r>
    </w:p>
    <w:p>
      <w:r>
        <w:rPr>
          <w:b/>
        </w:rPr>
        <w:t xml:space="preserve">[04:30] </w:t>
      </w:r>
      <w:r>
        <w:t>aur bohat sari cheezen.</w:t>
      </w:r>
    </w:p>
    <w:p>
      <w:pPr>
        <w:jc w:val="right"/>
      </w:pPr>
      <w:r>
        <w:t>اور بہت ساری چیزیں۔</w:t>
      </w:r>
    </w:p>
    <w:p>
      <w:r>
        <w:rPr>
          <w:b/>
        </w:rPr>
        <w:t xml:space="preserve">[04:32] </w:t>
      </w:r>
      <w:r>
        <w:t>to sir syed ahmed khan ka mashhoor hai ke unhon ne kaha ke hum aise musalman banana chahte hain jin ke ek hath mein quran ho aur doosre hath mein science ho.</w:t>
      </w:r>
    </w:p>
    <w:p>
      <w:pPr>
        <w:jc w:val="right"/>
      </w:pPr>
      <w:r>
        <w:t>تو سر سید احمد خان کا مشہور ہے کہ انہوں نے کہا کہ ہم ایسے مسلمان بنانا چاہتے ہیں جن کے ایک ہاتھ میں قرآن ہو اور دوسرے ہاتھ میں سائنس ہو۔</w:t>
      </w:r>
    </w:p>
    <w:p>
      <w:r>
        <w:rPr>
          <w:b/>
        </w:rPr>
        <w:t xml:space="preserve">[04:48] </w:t>
      </w:r>
      <w:r>
        <w:t>to yeh jo koshish sir syed ahmed khan ne shuru ki, jo barhti rahi, barhti rahi, yahan tak ke university ban gayi, to is ko ab 130 years beet chuke hain.</w:t>
      </w:r>
    </w:p>
    <w:p>
      <w:pPr>
        <w:jc w:val="right"/>
      </w:pPr>
      <w:r>
        <w:t>تو یہ جو کوشش سر سید احمد خان نے شروع کی، جو بڑھتی رہی، بڑھتی رہی، یہاں تک کہ یونیورسٹی بن گئی، تو اس کو اب 130 ایئرز بیت چکے ہیں۔</w:t>
      </w:r>
    </w:p>
    <w:p>
      <w:r>
        <w:rPr>
          <w:b/>
        </w:rPr>
        <w:t xml:space="preserve">[05:06] </w:t>
      </w:r>
      <w:r>
        <w:t>isi tarah se dunya bhar mein, poori muslim world mein, bohat se idare bane, ta'limi idare, jin mein isi concept ke tehat educational nisaab rakha gaya.</w:t>
      </w:r>
    </w:p>
    <w:p>
      <w:pPr>
        <w:jc w:val="right"/>
      </w:pPr>
      <w:r>
        <w:t>اسی طرح سے دنیا بھر میں، پوری مسلم ورلڈ میں، بہت سے ادارے بنے، تعلیمی ادارے، جن میں اسی کانسیپٹ کے تحت ایجوکیشنل نصاب رکھا گیا۔</w:t>
      </w:r>
    </w:p>
    <w:p>
      <w:r>
        <w:rPr>
          <w:b/>
        </w:rPr>
        <w:t xml:space="preserve">[05:23] </w:t>
      </w:r>
      <w:r>
        <w:t>misalan jamia millia islamia bhi, aur haiderabad mein jamia osmania. aur muslim world mein to bohat sari bari bari full fledge universityan,</w:t>
      </w:r>
    </w:p>
    <w:p>
      <w:pPr>
        <w:jc w:val="right"/>
      </w:pPr>
      <w:r>
        <w:t>مثلاً جامعہ ملیہ اسلامیہ بھی، اور حیدرآباد میں جامعہ عثمانیہ۔ اور مسلم ورلڈ میں تو بہت ساری بڑی بڑی فل فلیج یونیورسٹیاں،</w:t>
      </w:r>
    </w:p>
    <w:p>
      <w:r>
        <w:rPr>
          <w:b/>
        </w:rPr>
        <w:t xml:space="preserve">[05:38] </w:t>
      </w:r>
      <w:r>
        <w:t>jaise cairo mein alazhari university, aur jamiat al qahirah, aur saudi arab mein jamiat al imam, umm al qura.</w:t>
      </w:r>
    </w:p>
    <w:p>
      <w:pPr>
        <w:jc w:val="right"/>
      </w:pPr>
      <w:r>
        <w:t>جیسے کیرو میں الازہری یونیورسٹی، اور جامعۃ القاہرہ، اور سعودی عرب میں جامعۃ الامام، ام القراء۔</w:t>
      </w:r>
    </w:p>
    <w:p>
      <w:r>
        <w:rPr>
          <w:b/>
        </w:rPr>
        <w:t xml:space="preserve">[05:53] </w:t>
      </w:r>
      <w:r>
        <w:t>isi tarah se pakistan mein international islamic university waghera waghera, bohat se idaray banay.</w:t>
      </w:r>
    </w:p>
    <w:p>
      <w:pPr>
        <w:jc w:val="right"/>
      </w:pPr>
      <w:r>
        <w:t>اسی طرح سے پاکستان میں انٹرنیشنل اسلامک یونیورسٹی وغیرہ وغیرہ، بہت سے ادارے بنے۔</w:t>
      </w:r>
    </w:p>
    <w:p>
      <w:r>
        <w:rPr>
          <w:b/>
        </w:rPr>
        <w:t xml:space="preserve">[06:06] </w:t>
      </w:r>
      <w:r>
        <w:t>in idaron se parh parh ke log niklay. lekin main yeh keh sakta hoon ke koi aik bhi aisa aalim ab tak nahi nikal saka jo modern zaroorat jo hai islam ki, us ko poora karta ho.</w:t>
      </w:r>
    </w:p>
    <w:p>
      <w:pPr>
        <w:jc w:val="right"/>
      </w:pPr>
      <w:r>
        <w:t>ان اداروں سے پڑھ پڑھ کے لوگ نکلے۔ لیکن میں یہ کہہ سکتا ہوں کہ کوئی ایک بھی ایسا عالم اب تک نہیں نکل سکا جو ماڈرن ضرورت جو ہے اسلام کی، اس کو پورا کرتا ہو۔</w:t>
      </w:r>
    </w:p>
    <w:p>
      <w:r>
        <w:rPr>
          <w:b/>
        </w:rPr>
        <w:t xml:space="preserve">[06:26] </w:t>
      </w:r>
      <w:r>
        <w:t>phir dekhiye, aise bohat se log thay jinho ne aik taraf madrase mein, jaise nadwa aur deoband waghera mein,</w:t>
      </w:r>
    </w:p>
    <w:p>
      <w:pPr>
        <w:jc w:val="right"/>
      </w:pPr>
      <w:r>
        <w:t>پھر دیکھیے، ایسے بہت سے لوگ تھے جنہوں نے ایک طرف مدرسے میں، جیسے ندوہ اور دیوبند وغیرہ میں،</w:t>
      </w:r>
    </w:p>
    <w:p>
      <w:r>
        <w:rPr>
          <w:b/>
        </w:rPr>
        <w:t xml:space="preserve">[06:41] </w:t>
      </w:r>
      <w:r>
        <w:t>baqayda parh kar sanad hasil ki. aur phir us ke baad unho ne college university mein baqayda admission le kar ke parha.</w:t>
      </w:r>
    </w:p>
    <w:p>
      <w:pPr>
        <w:jc w:val="right"/>
      </w:pPr>
      <w:r>
        <w:t>باقاعدہ پڑھ کر سند حاصل کی۔ اور پھر اس کے بعد انہوں نے کالج یونیورسٹی میں باقاعدہ ایڈمیشن لے کر کے پڑھا۔</w:t>
      </w:r>
    </w:p>
    <w:p>
      <w:r>
        <w:rPr>
          <w:b/>
        </w:rPr>
        <w:t xml:space="preserve">[06:55] </w:t>
      </w:r>
      <w:r>
        <w:t>to aik taraf unho ne madrase ki sanad li, doosri taraf unho ne university ki sanad li. lekin yahan bhi agarche bohat bari tadad hai, lekin aik bhi is mein nahi keh sakte aap ke aisa nikla ho jis ne</w:t>
      </w:r>
    </w:p>
    <w:p>
      <w:pPr>
        <w:jc w:val="right"/>
      </w:pPr>
      <w:r>
        <w:t>تو ایک طرف انہوں نے مدرسے کی سند لی، دوسری طرف انہوں نے یونیورسٹی کی سند لی۔ لیکن یہاں بھی اگرچہ بہت بڑی تعداد ہے، لیکن ایک بھی اس میں نہیں کہہ سکتے آپ کہ ایسا نکلا ہو جس نے</w:t>
      </w:r>
    </w:p>
    <w:p>
      <w:r>
        <w:rPr>
          <w:b/>
        </w:rPr>
        <w:t xml:space="preserve">[07:17] </w:t>
      </w:r>
      <w:r>
        <w:t>door jadeed ka muslim aalim ke khwab ko poora kiya ho.</w:t>
      </w:r>
    </w:p>
    <w:p>
      <w:pPr>
        <w:jc w:val="right"/>
      </w:pPr>
      <w:r>
        <w:t>دور جدید کا مسلم عالم کے خواب کو پورا کیا ہو۔</w:t>
      </w:r>
    </w:p>
    <w:p>
      <w:r>
        <w:rPr>
          <w:b/>
        </w:rPr>
        <w:t xml:space="preserve">[07:24] </w:t>
      </w:r>
      <w:r>
        <w:t>jo kuch hua woh sirf yeh ke madrase mein parh kar agar sirf madrase ke teacher bante woh, to ab woh university ke professor ban gaye.</w:t>
      </w:r>
    </w:p>
    <w:p>
      <w:pPr>
        <w:jc w:val="right"/>
      </w:pPr>
      <w:r>
        <w:t>جو کچھ ہوا وہ صرف یہ کہ مدرسے میں پڑھ کر اگر صرف مدرسے کے ٹیچر بنتے وہ، تو اب وہ یونیورسٹی کے پروفیسر بن گئے۔</w:t>
      </w:r>
    </w:p>
    <w:p>
      <w:r>
        <w:rPr>
          <w:b/>
        </w:rPr>
        <w:t xml:space="preserve">[07:36] </w:t>
      </w:r>
      <w:r>
        <w:t>bas is se ziyada aur kuch nahi.</w:t>
      </w:r>
    </w:p>
    <w:p>
      <w:pPr>
        <w:jc w:val="right"/>
      </w:pPr>
      <w:r>
        <w:t>بس اس سے زیادہ اور کچھ نہیں۔</w:t>
      </w:r>
    </w:p>
    <w:p>
      <w:r>
        <w:rPr>
          <w:b/>
        </w:rPr>
        <w:t xml:space="preserve">[07:41] </w:t>
      </w:r>
      <w:r>
        <w:t>is tarah aur bhi bohat se log hain jinho ne ke madrassa aur university se bahir reh kar ke bhi arabi zaban seekhi, islami uloom ko parha, aur sath sath angrezi seekhi, angrezi uloom ko parha,</w:t>
      </w:r>
    </w:p>
    <w:p>
      <w:pPr>
        <w:jc w:val="right"/>
      </w:pPr>
      <w:r>
        <w:t>اس طرح اور بھی بہت سے لوگ ہیں جنہوں نے کہ مدرسہ اور یونیورسٹی سے باہر رہ کر کے بھی عربی زبان سیکھی، اسلامی علوم کو پڑھا، اور ساتھ ساتھ انگریزی سیکھی، انگریزی علوم کو پڑھا،</w:t>
      </w:r>
    </w:p>
    <w:p>
      <w:r>
        <w:rPr>
          <w:b/>
        </w:rPr>
        <w:t xml:space="preserve">[07:57] </w:t>
      </w:r>
      <w:r>
        <w:t>tab bhi woh zaroorat poori na ho saki.</w:t>
      </w:r>
    </w:p>
    <w:p>
      <w:pPr>
        <w:jc w:val="right"/>
      </w:pPr>
      <w:r>
        <w:t>تب بھی وہ ضرورت پوری نہ ہو سکی۔</w:t>
      </w:r>
    </w:p>
    <w:p>
      <w:r>
        <w:rPr>
          <w:b/>
        </w:rPr>
        <w:t xml:space="preserve">[08:04] </w:t>
      </w:r>
      <w:r>
        <w:t>aisa kyun hai ke taqreeban dedh so saal se koshish ho rahi hai aur aaj tak koi aadmi ban nahi saka?</w:t>
      </w:r>
    </w:p>
    <w:p>
      <w:pPr>
        <w:jc w:val="right"/>
      </w:pPr>
      <w:r>
        <w:t>ایسا کیوں ہے کہ تقریباً ڈیڑھ سو سال سے کوشش ہو رہی ہے اور آج تک کوئی آدمی بن نہیں سکا؟</w:t>
      </w:r>
    </w:p>
    <w:p>
      <w:r>
        <w:rPr>
          <w:b/>
        </w:rPr>
        <w:t xml:space="preserve">[08:12] </w:t>
      </w:r>
      <w:r>
        <w:t>is ka dekhiye, bohat hi simple reason hai. sab se pehle yeh janiye ke jo naya scholar ya naya muslim aalim ya naya muslim thinker chahiye,</w:t>
      </w:r>
    </w:p>
    <w:p>
      <w:pPr>
        <w:jc w:val="right"/>
      </w:pPr>
      <w:r>
        <w:t>اس کا دیکھیے، بہت ہی سمپل ریزن ہے۔ سب سے پہلے یہ جانیے کہ جو نیا اسکالر یا نیا مسلم عالم یا نیا مسلم تھنکر چاہیے،</w:t>
      </w:r>
    </w:p>
    <w:p>
      <w:r>
        <w:rPr>
          <w:b/>
        </w:rPr>
        <w:t xml:space="preserve">[08:30] </w:t>
      </w:r>
      <w:r>
        <w:t>us se murad kya hai?</w:t>
      </w:r>
    </w:p>
    <w:p>
      <w:pPr>
        <w:jc w:val="right"/>
      </w:pPr>
      <w:r>
        <w:t>اس سے مراد کیا ہے؟</w:t>
      </w:r>
    </w:p>
    <w:p>
      <w:r>
        <w:rPr>
          <w:b/>
        </w:rPr>
        <w:t xml:space="preserve">[08:34] </w:t>
      </w:r>
      <w:r>
        <w:t>hadith mein aata hai ke</w:t>
      </w:r>
    </w:p>
    <w:p>
      <w:pPr>
        <w:jc w:val="right"/>
      </w:pPr>
      <w:r>
        <w:t>حدیث میں آتا ہے کہ</w:t>
      </w:r>
    </w:p>
    <w:p>
      <w:r>
        <w:rPr>
          <w:b/>
        </w:rPr>
        <w:t xml:space="preserve">[08:38] </w:t>
      </w:r>
      <w:r>
        <w:t>islam par gard o ghubar charh jaye ga aur islam ki asal tasweer mit jaye gi.</w:t>
      </w:r>
    </w:p>
    <w:p>
      <w:pPr>
        <w:jc w:val="right"/>
      </w:pPr>
      <w:r>
        <w:t>اسلام پر گرد و غبار چڑھ جائے گا اور اسلام کی اصل تصویر مٹ جائے گی۔</w:t>
      </w:r>
    </w:p>
    <w:p>
      <w:r>
        <w:rPr>
          <w:b/>
        </w:rPr>
        <w:t xml:space="preserve">[08:49] </w:t>
      </w:r>
      <w:r>
        <w:t>lam yabqa min al-islami illa ismuhu yahan tak ke islam ka sirf naam reh jaye ga. yeh hadith mein sirat ke sath aaya hai.</w:t>
      </w:r>
    </w:p>
    <w:p>
      <w:pPr>
        <w:jc w:val="right"/>
      </w:pPr>
      <w:r>
        <w:t>لم یبق من الاسلام الا اسمہ یہاں تک کہ اسلام کا صرف نام رہ جائے گا۔ یہ حدیث میں صراط کے ساتھ آیا ہے۔</w:t>
      </w:r>
    </w:p>
    <w:p>
      <w:r>
        <w:rPr>
          <w:b/>
        </w:rPr>
        <w:t xml:space="preserve">[09:03] </w:t>
      </w:r>
      <w:r>
        <w:t>to isi ke sath hadith mein aaya hai ke baad ke zamanay mein aik fitnay ka zikr hai jis ko fitna dohama kaha gaya hai.</w:t>
      </w:r>
    </w:p>
    <w:p>
      <w:pPr>
        <w:jc w:val="right"/>
      </w:pPr>
      <w:r>
        <w:t>تو اسی کے ساتھ حدیث میں آیا ہے کہ بعد کے زمانے میں ایک فتنے کا ذکر ہے جس کو فتنہ دوہما کہا گیا ہے۔</w:t>
      </w:r>
    </w:p>
    <w:p>
      <w:r>
        <w:rPr>
          <w:b/>
        </w:rPr>
        <w:t xml:space="preserve">[09:16] </w:t>
      </w:r>
      <w:r>
        <w:t>fitna dohama ka matlab hai kala fitna. yani intellectual darkness. itna andhera chha jaye ga ke log samajh hi na sakein ke islam kya hai.</w:t>
      </w:r>
    </w:p>
    <w:p>
      <w:pPr>
        <w:jc w:val="right"/>
      </w:pPr>
      <w:r>
        <w:t>فتنہ دوہما کا مطلب ہے کالا فتنہ۔ یعنی انٹلیکچول ڈارکنس۔ اتنا اندھیرا چھا جائے گا کہ لوگ سمجھ ہی نہ سکیں کہ اسلام کیا ہے۔</w:t>
      </w:r>
    </w:p>
    <w:p>
      <w:r>
        <w:rPr>
          <w:b/>
        </w:rPr>
        <w:t xml:space="preserve">[09:34] </w:t>
      </w:r>
      <w:r>
        <w:t>to aisi halat mein sab se pehle yeh janne ki zaroorat hai ke woh kaam kya hai jis se naye qism ke aalim ban saken.</w:t>
      </w:r>
    </w:p>
    <w:p>
      <w:pPr>
        <w:jc w:val="right"/>
      </w:pPr>
      <w:r>
        <w:t>تو ایسی حالت میں سب سے پہلے یہ جاننے کی ضرورت ہے کہ وہ کام کیا ہے جس سے نئے قسم کے عالم بن سکیں۔</w:t>
      </w:r>
    </w:p>
    <w:p>
      <w:r>
        <w:rPr>
          <w:b/>
        </w:rPr>
        <w:t xml:space="preserve">[09:48] </w:t>
      </w:r>
      <w:r>
        <w:t>woh hai dekhiye, islam ki rediscovery.</w:t>
      </w:r>
    </w:p>
    <w:p>
      <w:pPr>
        <w:jc w:val="right"/>
      </w:pPr>
      <w:r>
        <w:t>وہ ہے دیکھیے، اسلام کی ری ڈسکوری۔</w:t>
      </w:r>
    </w:p>
    <w:p>
      <w:r>
        <w:rPr>
          <w:b/>
        </w:rPr>
        <w:t xml:space="preserve">[09:55] </w:t>
      </w:r>
      <w:r>
        <w:t>islam ki rediscovery.</w:t>
      </w:r>
    </w:p>
    <w:p>
      <w:pPr>
        <w:jc w:val="right"/>
      </w:pPr>
      <w:r>
        <w:t>اسلام کی ری ڈسکوری۔</w:t>
      </w:r>
    </w:p>
    <w:p>
      <w:r>
        <w:rPr>
          <w:b/>
        </w:rPr>
        <w:t xml:space="preserve">[09:59] </w:t>
      </w:r>
      <w:r>
        <w:t>jab khud hadith ke mutabiq islam gard o ghubar mein chhip jaye ga aur intellectual darkness ka zamanay aa jaye ga,</w:t>
      </w:r>
    </w:p>
    <w:p>
      <w:pPr>
        <w:jc w:val="right"/>
      </w:pPr>
      <w:r>
        <w:t>جب خود حدیث کے مطابق اسلام گرد و غبار میں چھپ جائے گا اور انٹلیکچول ڈارکنس کا زمانہ آ جائے گا،</w:t>
      </w:r>
    </w:p>
    <w:p>
      <w:r>
        <w:rPr>
          <w:b/>
        </w:rPr>
        <w:t xml:space="preserve">[10:13] </w:t>
      </w:r>
      <w:r>
        <w:t>to jo matloob kaam hai woh hai islam ki rediscovery. kyunke islam asal mein to kabhi khatam nahi hoga.</w:t>
      </w:r>
    </w:p>
    <w:p>
      <w:pPr>
        <w:jc w:val="right"/>
      </w:pPr>
      <w:r>
        <w:t>تو جو مطلوب کام ہے وہ ہے اسلام کی ری ڈسکوری۔ کیونکہ اسلام اصل میں تو کبھی ختم نہیں ہوگا۔</w:t>
      </w:r>
    </w:p>
    <w:p>
      <w:r>
        <w:rPr>
          <w:b/>
        </w:rPr>
        <w:t xml:space="preserve">[10:24] </w:t>
      </w:r>
      <w:r>
        <w:t>yeh to khuda ka wada hai. nahnu nazzalna zikr wa inna lahu al-hafizoon to original islam ya original quran woh to kabhi khatm nahi hoga.</w:t>
      </w:r>
    </w:p>
    <w:p>
      <w:pPr>
        <w:jc w:val="right"/>
      </w:pPr>
      <w:r>
        <w:t>یہ تو خدا کا وعدہ ہے۔ نحن نزلنا ذکر وانا له الحافظون تو اوریجنل اسلام یا اوریجنل قرآن وہ تو کبھی ختم نہیں ہوگا۔</w:t>
      </w:r>
    </w:p>
    <w:p>
      <w:r>
        <w:rPr>
          <w:b/>
        </w:rPr>
        <w:t xml:space="preserve">[10:39] </w:t>
      </w:r>
      <w:r>
        <w:t>jo cheez hogi woh yeh ke is ke upar parde padh jayenge. parde kis baat ke? mis interpretation ke.</w:t>
      </w:r>
    </w:p>
    <w:p>
      <w:pPr>
        <w:jc w:val="right"/>
      </w:pPr>
      <w:r>
        <w:t>جو چیز ہوگی وہ یہ کہ اس کے اوپر پردے پڑ جائیں گے۔ پردے کس بات کے؟ مس انٹرپریٹیشن کے۔</w:t>
      </w:r>
    </w:p>
    <w:p>
      <w:r>
        <w:rPr>
          <w:b/>
        </w:rPr>
        <w:t xml:space="preserve">[10:50] </w:t>
      </w:r>
      <w:r>
        <w:t>ghalat interpretation ke parde.</w:t>
      </w:r>
    </w:p>
    <w:p>
      <w:pPr>
        <w:jc w:val="right"/>
      </w:pPr>
      <w:r>
        <w:t>غلط انٹرپریٹیشن کے پردے۔</w:t>
      </w:r>
    </w:p>
    <w:p>
      <w:r>
        <w:rPr>
          <w:b/>
        </w:rPr>
        <w:t xml:space="preserve">[10:55] </w:t>
      </w:r>
      <w:r>
        <w:t>aisa na hua hai, na hoga ke islam sach much hi mit jaye. aisa to kabhi ho nahi sakta hai. jo cheez hogi, achi tarah samajh lijiye ke islam gum ho jayega ghalat ta'birat mein.</w:t>
      </w:r>
    </w:p>
    <w:p>
      <w:pPr>
        <w:jc w:val="right"/>
      </w:pPr>
      <w:r>
        <w:t>ایسا نہ ہوا ہے، نہ ہوگا کہ اسلام سچ مچ ہی مٹ جائے۔ ایسا تو کبھی ہو نہیں سکتا ہے۔ جو چیز ہوگی، اچھی طرح سمجھ لیجیے کہ اسلام گم ہو جائے گا غلط تعبیرات میں۔</w:t>
      </w:r>
    </w:p>
    <w:p>
      <w:r>
        <w:rPr>
          <w:b/>
        </w:rPr>
        <w:t xml:space="preserve">[11:15] </w:t>
      </w:r>
      <w:r>
        <w:t>yani jis ko shair ne kaha hai ke satah pareshan khwab band az kasrat ta'birha</w:t>
      </w:r>
    </w:p>
    <w:p>
      <w:pPr>
        <w:jc w:val="right"/>
      </w:pPr>
      <w:r>
        <w:t>یعنی جس کو شاعر نے کہا ہے کہ شتخ پریشان خواب بند از کثرت تعبیرها</w:t>
      </w:r>
    </w:p>
    <w:p>
      <w:r>
        <w:rPr>
          <w:b/>
        </w:rPr>
        <w:t xml:space="preserve">[11:22] </w:t>
      </w:r>
      <w:r>
        <w:t>to kya islam jab parde mein padh jaye, darkness mein aa jaye, to asal masla hai islam ki rediscovery ka.</w:t>
      </w:r>
    </w:p>
    <w:p>
      <w:pPr>
        <w:jc w:val="right"/>
      </w:pPr>
      <w:r>
        <w:t>تو کیا اسلام جب پردے میں پڑ جائے، ڈارکنس میں آ جائے، تو اصل مسئلہ ہے اسلام کی ری ڈسکوری کا۔</w:t>
      </w:r>
    </w:p>
    <w:p>
      <w:r>
        <w:rPr>
          <w:b/>
        </w:rPr>
        <w:t xml:space="preserve">[11:33] </w:t>
      </w:r>
      <w:r>
        <w:t>phir se original islam ko daryaft karne ka. ab is ko samne rakhiye to sab se pehli baat aap yeh janenge ke yeh sary se education ka masla hi nahi hai.</w:t>
      </w:r>
    </w:p>
    <w:p>
      <w:pPr>
        <w:jc w:val="right"/>
      </w:pPr>
      <w:r>
        <w:t>پھر سے اوریجنل اسلام کو دریافت کرنے کا۔ اب اس کو سامنے رکھیے تو سب سے پہلی بات آپ یہ جانیں گے کہ یہ سرے سے ایجوکیشن کا مسئلہ ہی نہیں۔</w:t>
      </w:r>
    </w:p>
    <w:p>
      <w:r>
        <w:rPr>
          <w:b/>
        </w:rPr>
        <w:t xml:space="preserve">[11:49] </w:t>
      </w:r>
      <w:r>
        <w:t>madrasa education ya university education ka masla hi nahi hai.</w:t>
      </w:r>
    </w:p>
    <w:p>
      <w:pPr>
        <w:jc w:val="right"/>
      </w:pPr>
      <w:r>
        <w:t>مدرسہ ایجوکیشن یا یونیورسٹی ایجوکیشن کا مسئلہ ہی نہیں ہے۔</w:t>
      </w:r>
    </w:p>
    <w:p>
      <w:r>
        <w:rPr>
          <w:b/>
        </w:rPr>
        <w:t xml:space="preserve">[11:52] </w:t>
      </w:r>
      <w:r>
        <w:t>kyun? madrasay mein aur university mein dono jagah classical cheezein padhai jati hain. jahan bhi aap dekhiye, kisi madrasay mein ya kisi university mein,</w:t>
      </w:r>
    </w:p>
    <w:p>
      <w:pPr>
        <w:jc w:val="right"/>
      </w:pPr>
      <w:r>
        <w:t>کیوں؟ مدرسے میں اور یونیورسٹی میں دونوں جگہ کلاسیکل چیزیں پڑھائی جاتی ہیں۔ جہاں بھی آپ دیکھیے، کسی مدرسے میں یا کسی یونیورسٹی میں،</w:t>
      </w:r>
    </w:p>
    <w:p>
      <w:r>
        <w:rPr>
          <w:b/>
        </w:rPr>
        <w:t xml:space="preserve">[12:06] </w:t>
      </w:r>
      <w:r>
        <w:t>jahan madrasa, madrasay mein ya university mein jahan islam ko padhaya jata ho, wahan kya padhaya jata hai?</w:t>
      </w:r>
    </w:p>
    <w:p>
      <w:pPr>
        <w:jc w:val="right"/>
      </w:pPr>
      <w:r>
        <w:t>جہاں مدرسہ، مدرسے میں یا یونیورسٹی میں جہاں اسلام کو پڑھایا جاتا ہو، وہاں کیا پڑھایا جاتا ہے؟</w:t>
      </w:r>
    </w:p>
    <w:p>
      <w:r>
        <w:rPr>
          <w:b/>
        </w:rPr>
        <w:t xml:space="preserve">[12:15] </w:t>
      </w:r>
      <w:r>
        <w:t>classical literature ko. classical kitabon ko.</w:t>
      </w:r>
    </w:p>
    <w:p>
      <w:pPr>
        <w:jc w:val="right"/>
      </w:pPr>
      <w:r>
        <w:t>کلاسیکل لٹریچر کو۔ کلاسیکل کتابوں کو۔</w:t>
      </w:r>
    </w:p>
    <w:p>
      <w:r>
        <w:rPr>
          <w:b/>
        </w:rPr>
        <w:t xml:space="preserve">[12:21] </w:t>
      </w:r>
      <w:r>
        <w:t>to classical kitabon ko padhne ka masla hi nahi yeh. yeh to rediscovery ka masla hai. sirf pichli kitabein, classical kitabein padh kar ke aap nahi jaan sakte.</w:t>
      </w:r>
    </w:p>
    <w:p>
      <w:pPr>
        <w:jc w:val="right"/>
      </w:pPr>
      <w:r>
        <w:t>تو کلاسیکل کتابوں کو پڑھنے کا مسئلہ ہی نہیں یہ۔ یہ تو ری ڈسکوری کا مسئلہ ہے۔ صرف پچھلی کتابیں، کلاسیکل کتابیں پڑھ کر کے آپ نہیں جان سکتے۔</w:t>
      </w:r>
    </w:p>
    <w:p>
      <w:r>
        <w:rPr>
          <w:b/>
        </w:rPr>
        <w:t xml:space="preserve">[12:34] </w:t>
      </w:r>
      <w:r>
        <w:t>aap ko yeh janana padega ke zamane ke masail kya hain, parde kya padh gaye hain, ghalat interpretation kya hua hai. in sari baton ko janiye.</w:t>
      </w:r>
    </w:p>
    <w:p>
      <w:pPr>
        <w:jc w:val="right"/>
      </w:pPr>
      <w:r>
        <w:t>آپ کو یہ جاننا پڑے گا کہ زمانے کے مسائل کیا ہیں، پردے کیا پڑ گئے ہیں، غلط انٹرپریٹیشن کیا ہوا ہے۔ ان ساری باتوں کو جانیں۔</w:t>
      </w:r>
    </w:p>
    <w:p>
      <w:r>
        <w:rPr>
          <w:b/>
        </w:rPr>
        <w:t xml:space="preserve">[12:45] </w:t>
      </w:r>
      <w:r>
        <w:t>aur jan kar ke phir se rediscover karein.</w:t>
      </w:r>
    </w:p>
    <w:p>
      <w:pPr>
        <w:jc w:val="right"/>
      </w:pPr>
      <w:r>
        <w:t>اور جان کر کے پھر سے ری ڈسکور کریں۔</w:t>
      </w:r>
    </w:p>
    <w:p>
      <w:r>
        <w:rPr>
          <w:b/>
        </w:rPr>
        <w:t xml:space="preserve">[12:49] </w:t>
      </w:r>
      <w:r>
        <w:t>tab aap woh insan banenge jo islam ki modern zarooraton ko pura karein.</w:t>
      </w:r>
    </w:p>
    <w:p>
      <w:pPr>
        <w:jc w:val="right"/>
      </w:pPr>
      <w:r>
        <w:t>تب آپ وہ انسان بنیں گے جو اسلام کی ماڈرن ضرورتوں کو پورا کریں۔</w:t>
      </w:r>
    </w:p>
    <w:p>
      <w:r>
        <w:rPr>
          <w:b/>
        </w:rPr>
        <w:t xml:space="preserve">[12:58] </w:t>
      </w:r>
      <w:r>
        <w:t>yeh bohat hi zyada sochne ki baat hai ke dehr so saal ki koshish ke bawajood kyun aisa hua ke woh scholar ya woh leader ya woh thinker paida na ho sake jo modern age ke aitbar se islam ki zaroorat ko pura karein.</w:t>
      </w:r>
    </w:p>
    <w:p>
      <w:pPr>
        <w:jc w:val="right"/>
      </w:pPr>
      <w:r>
        <w:t>یہ بہت ہی زیادہ سوچنے کی بات ہے کہ ڈیڑھ سو سال کی کوشش کے باوجود کیوں ایسا ہوا کہ وہ اسکالر یا وہ لیڈر یا وہ تھنکر پیدا نہ ہو سکے جو ماڈرن ایج کے اعتبار سے اسلام کی ضرورت کو پورا کریں۔</w:t>
      </w:r>
    </w:p>
    <w:p>
      <w:r>
        <w:rPr>
          <w:b/>
        </w:rPr>
        <w:t xml:space="preserve">[13:19] </w:t>
      </w:r>
      <w:r>
        <w:t>is ki wajah yahi hai ke asal masla tha islam ki rediscovery ka. aur unhon ne kya kiya? ek taraf madrasay mein classical literature padh dala unhon ne, doosri taraf university mein classical literature padh dala unhon ne.</w:t>
      </w:r>
    </w:p>
    <w:p>
      <w:pPr>
        <w:jc w:val="right"/>
      </w:pPr>
      <w:r>
        <w:t>اس کی وجہ یہی ہے کہ اصل مسئلہ تھا اسلام کی ری ڈسکوری کا۔ اور انہوں نے کیا کیا؟ ایک طرف مدرسے میں کلاسیکل لٹریچر پڑھ ڈالا انہوں نے، دوسری طرف یونیورسٹی میں کلاسیکل لٹریچر پڑھ ڈالا انہوں نے۔</w:t>
      </w:r>
    </w:p>
    <w:p>
      <w:r>
        <w:rPr>
          <w:b/>
        </w:rPr>
        <w:t xml:space="preserve">[13:33] </w:t>
      </w:r>
      <w:r>
        <w:t>to yeh to is se to kuch masla hal nahi ho sakta hai.</w:t>
      </w:r>
    </w:p>
    <w:p>
      <w:pPr>
        <w:jc w:val="right"/>
      </w:pPr>
      <w:r>
        <w:t>تو یہ تو اس سے تو کچھ مسئلہ حل نہیں ہو سکتا ہے۔</w:t>
      </w:r>
    </w:p>
    <w:p>
      <w:r>
        <w:rPr>
          <w:b/>
        </w:rPr>
        <w:t xml:space="preserve">[13:39] </w:t>
      </w:r>
      <w:r>
        <w:t>yeh hai jis par mein is waqt kuch arz karna chahta hoon.</w:t>
      </w:r>
    </w:p>
    <w:p>
      <w:pPr>
        <w:jc w:val="right"/>
      </w:pPr>
      <w:r>
        <w:t>یہ ہے جس پر میں اس وقت کچھ عرض کرنا چاہتا ہوں۔</w:t>
      </w:r>
    </w:p>
    <w:p>
      <w:r>
        <w:rPr>
          <w:b/>
        </w:rPr>
        <w:t xml:space="preserve">[13:45] </w:t>
      </w:r>
      <w:r>
        <w:t>to meri apni education madrasay mein hui. madrasay mein maine islamic learning jis ko kehte hain is ko padha.</w:t>
      </w:r>
    </w:p>
    <w:p>
      <w:pPr>
        <w:jc w:val="right"/>
      </w:pPr>
      <w:r>
        <w:t>تو میری اپنی ایجوکیشن مدرسے میں ہوئی۔ مدرسے میں میں نے اسلامک لرننگ جس کو کہتے ہیں اس کو پڑھا۔</w:t>
      </w:r>
    </w:p>
    <w:p>
      <w:r>
        <w:rPr>
          <w:b/>
        </w:rPr>
        <w:t xml:space="preserve">[13:56] </w:t>
      </w:r>
      <w:r>
        <w:t>arabi zaban, quran, hadith aur islamic kitabein is ko padha. is ko padh kar jab mein lauta apne samaj mein, musalmanon ke darmiyan,</w:t>
      </w:r>
    </w:p>
    <w:p>
      <w:pPr>
        <w:jc w:val="right"/>
      </w:pPr>
      <w:r>
        <w:t>عربی زبان، قرآن، حدیث اور اسلامک کتابیں اس کو پڑھا۔ اس کو پڑھ کر جب میں لوٹا اپنے سماج میں، مسلمانوں کے درمیان،</w:t>
      </w:r>
    </w:p>
    <w:p>
      <w:r>
        <w:rPr>
          <w:b/>
        </w:rPr>
        <w:t xml:space="preserve">[14:13] </w:t>
      </w:r>
      <w:r>
        <w:t>to logon se baatein huien.</w:t>
      </w:r>
    </w:p>
    <w:p>
      <w:pPr>
        <w:jc w:val="right"/>
      </w:pPr>
      <w:r>
        <w:t>تو لوگوں سے باتیں ہوئیں۔</w:t>
      </w:r>
    </w:p>
    <w:p>
      <w:r>
        <w:rPr>
          <w:b/>
        </w:rPr>
        <w:t xml:space="preserve">[14:18] </w:t>
      </w:r>
      <w:r>
        <w:t>khas tor par woh log jo angrezi taleem yafta thay. to mujhe maloom hua ke madrasay ki taleem jo hai meri kafi nahi hai ke mein un logon ke sawalat ka jawab kar sakoon.</w:t>
      </w:r>
    </w:p>
    <w:p>
      <w:pPr>
        <w:jc w:val="right"/>
      </w:pPr>
      <w:r>
        <w:t>خاص طور پر وہ لوگ جو انگریزی تعلیم یافتہ تھے۔ تو مجھے معلوم ہوا کہ مدرسے کی تعلیم جو ہے میری کافی نہیں ہے کہ میں ان لوگوں کے سوالات کا جواب کر سکوں۔</w:t>
      </w:r>
    </w:p>
    <w:p>
      <w:r>
        <w:rPr>
          <w:b/>
        </w:rPr>
        <w:t xml:space="preserve">[14:30] </w:t>
      </w:r>
      <w:r>
        <w:t>mujhe kuch aur padhna hai. woh naye naye sawalat karte thay jis ko mein ne madrasay mein nahi padha tha. woh naye naye zaawiyon se janna chahte thay jo mujhe madrasay mein nahi padhaya gaya tha.</w:t>
      </w:r>
    </w:p>
    <w:p>
      <w:pPr>
        <w:jc w:val="right"/>
      </w:pPr>
      <w:r>
        <w:t>مجھے کچھ اور پڑھنا ہے۔ وہ نئے نئے سوالات کرتے تھے جس کو میں نے مدرسے میں نہیں پڑھا تھا۔ وہ نئے نئے زاویے سے جاننا چاہتے تھے جو مجھے مدرسے میں نہیں پڑھایا گیا تھا۔</w:t>
      </w:r>
    </w:p>
    <w:p>
      <w:r>
        <w:rPr>
          <w:b/>
        </w:rPr>
        <w:t xml:space="preserve">[14:46] </w:t>
      </w:r>
      <w:r>
        <w:t>to mein ne faisla kiya ke mein khud angrezi padhoon. to niji taur par mein ne angrezi zaban padhi. yani islam ko to mein ne padha tha madrasay mein.</w:t>
      </w:r>
    </w:p>
    <w:p>
      <w:pPr>
        <w:jc w:val="right"/>
      </w:pPr>
      <w:r>
        <w:t>تو میں نے فیصلہ کیا کہ میں خود انگریزی پڑھوں۔ تو نجی طور پر میں نے انگریزی زبان پڑھی۔ یعنی اسلام کو تو میں نے پڑھا تھا مدرسے میں۔</w:t>
      </w:r>
    </w:p>
    <w:p>
      <w:r>
        <w:rPr>
          <w:b/>
        </w:rPr>
        <w:t xml:space="preserve">[14:57] </w:t>
      </w:r>
      <w:r>
        <w:t>rasmi tareeqay par. lekin modern soch kya hai? modern woh age kya hai jis ki wajah se log kehte hain ke islam ki ahmiyat aaj baqi nahi rahi?</w:t>
      </w:r>
    </w:p>
    <w:p>
      <w:pPr>
        <w:jc w:val="right"/>
      </w:pPr>
      <w:r>
        <w:t>رسمی طریقے پر۔ لیکن ماڈرن سوچ کیا ہے؟ ماڈرن وہ ایج کیا ہے جس کی وجہ سے لوگ کہتے ہیں کہ اسلام کی اہمیت آج باقی نہیں رہی؟</w:t>
      </w:r>
    </w:p>
    <w:p>
      <w:r>
        <w:rPr>
          <w:b/>
        </w:rPr>
        <w:t xml:space="preserve">[15:13] </w:t>
      </w:r>
      <w:r>
        <w:t>to maine taqreeban bees saal is mein bitaye ke angrezi zaban seekhoon aur</w:t>
      </w:r>
    </w:p>
    <w:p>
      <w:pPr>
        <w:jc w:val="right"/>
      </w:pPr>
      <w:r>
        <w:t>تو میں نے تقریباً بیس سال اس میں بتائے کہ انگریزی زبان سیکھوں اور</w:t>
      </w:r>
    </w:p>
    <w:p>
      <w:r>
        <w:rPr>
          <w:b/>
        </w:rPr>
        <w:t xml:space="preserve">[15:22] </w:t>
      </w:r>
      <w:r>
        <w:t>door jadeed ki kitabon ko mutala karoon. to yeh dono taraf se parhne ke baad yeh dono qism ke ilm hasil karne mein mujhe bohat kaafi waqt laga.</w:t>
      </w:r>
    </w:p>
    <w:p>
      <w:pPr>
        <w:jc w:val="right"/>
      </w:pPr>
      <w:r>
        <w:t>دور جدید کی کتابوں کو مطالعہ کروں۔ تو یہ دونوں طرف سے پڑھنے کے بعد یہ دونوں قسم کے علم حاصل کرنے میں مجھے بہت کافی وقت لگا۔</w:t>
      </w:r>
    </w:p>
    <w:p>
      <w:r>
        <w:rPr>
          <w:b/>
        </w:rPr>
        <w:t xml:space="preserve">[15:36] </w:t>
      </w:r>
      <w:r>
        <w:t>saari zindagi ka mutale mein lagata raha mein. yeh mumkin kaise hua</w:t>
      </w:r>
    </w:p>
    <w:p>
      <w:pPr>
        <w:jc w:val="right"/>
      </w:pPr>
      <w:r>
        <w:t>ساری زندگی کا مطالعے میں لگاتا رہا میں۔ یہ ممکن کیسے ہوا</w:t>
      </w:r>
    </w:p>
    <w:p>
      <w:r>
        <w:rPr>
          <w:b/>
        </w:rPr>
        <w:t xml:space="preserve">[15:41] </w:t>
      </w:r>
      <w:r>
        <w:t>? aam logon ke liye yeh mumkin nahi hota. kyunke aadmi foran lag jata hai khane kamane mein. mujhe khuda ke fazal se chote par se khandan ka support milta raha.</w:t>
      </w:r>
    </w:p>
    <w:p>
      <w:pPr>
        <w:jc w:val="right"/>
      </w:pPr>
      <w:r>
        <w:t>؟ عام لوگوں کے لیے یہ ممکن نہیں ہوتا۔ کیونکہ آدمی فوراً لگ جاتا ہے کھانے کمانے میں۔ مجھے خدا کے فضل سے چھوٹے پر سے خاندان کا سپورٹ ملتا رہا۔</w:t>
      </w:r>
    </w:p>
    <w:p>
      <w:r>
        <w:rPr>
          <w:b/>
        </w:rPr>
        <w:t xml:space="preserve">[15:54] </w:t>
      </w:r>
      <w:r>
        <w:t>aur abhi bhi khandan hi ke support par mein kaam kar raha hoon.</w:t>
      </w:r>
    </w:p>
    <w:p>
      <w:pPr>
        <w:jc w:val="right"/>
      </w:pPr>
      <w:r>
        <w:t>اور ابھی بھی خاندان ہی کے سپورٹ پر میں کام کر رہا ہوں۔</w:t>
      </w:r>
    </w:p>
    <w:p>
      <w:r>
        <w:rPr>
          <w:b/>
        </w:rPr>
        <w:t xml:space="preserve">[15:59] </w:t>
      </w:r>
      <w:r>
        <w:t>to khandan ke support par maine yeh kaam shuru kiya. aur abhi tak mein is ko jari rakhe hue hoon khandan ke support par. yeh Allah taala ka bohat khaas.</w:t>
      </w:r>
    </w:p>
    <w:p>
      <w:pPr>
        <w:jc w:val="right"/>
      </w:pPr>
      <w:r>
        <w:t>تو خاندان کے سپورٹ پر میں نے یہ کام شروع کیا۔ اور ابھی تک میں اس کو جاری رکھے ہوئے ہوں خاندان کے سپورٹ پر۔ یہ اللہ تعالیٰ کا بہت خاص۔</w:t>
      </w:r>
    </w:p>
    <w:p>
      <w:r>
        <w:rPr>
          <w:b/>
        </w:rPr>
        <w:t xml:space="preserve">[16:09] </w:t>
      </w:r>
      <w:r>
        <w:t>mein pareshan hoon ke khandan ka support mujhe poori zindagi mein de diya taake mein yeh kaam kar sakoon.</w:t>
      </w:r>
    </w:p>
    <w:p>
      <w:pPr>
        <w:jc w:val="right"/>
      </w:pPr>
      <w:r>
        <w:t>میں پریشان ہوں کہ خاندان کا سپورٹ مجھے پوری زندگی میں دے دیا تاکہ میں یہ کام کر سکوں۔</w:t>
      </w:r>
    </w:p>
    <w:p>
      <w:r>
        <w:rPr>
          <w:b/>
        </w:rPr>
        <w:t xml:space="preserve">[16:18] </w:t>
      </w:r>
      <w:r>
        <w:t>to jab maine dono taraf ke uloom parhe, yani madrasay ki taleem ke baad dobara maine islami uloom ko parha.</w:t>
      </w:r>
    </w:p>
    <w:p>
      <w:pPr>
        <w:jc w:val="right"/>
      </w:pPr>
      <w:r>
        <w:t>تو جب میں نے دونوں طرف کے علوم پڑھے، یعنی مدرسے کی تعلیم کے بعد دوبارہ میں نے اسلامی علوم کو پڑھا۔</w:t>
      </w:r>
    </w:p>
    <w:p>
      <w:r>
        <w:rPr>
          <w:b/>
        </w:rPr>
        <w:t xml:space="preserve">[16:29] </w:t>
      </w:r>
      <w:r>
        <w:t>aur jis ko jadeed uloom kehte hain us ko bhi parha. to parhne ke baad mujhe jo baat samne aayi woh yeh thi, wohi jo maine kaha ke masla islam ki re-discovery ka hai.</w:t>
      </w:r>
    </w:p>
    <w:p>
      <w:pPr>
        <w:jc w:val="right"/>
      </w:pPr>
      <w:r>
        <w:t>اور جس کو جدید علوم کہتے ہیں اس کو بھی پڑھا۔ تو پڑھنے کے بعد مجھے جو بات سامنے آئی وہ یہ تھی، وہی جو میں نے کہا کہ مسئلہ اسلام کی ری ڈسکوری کا ہے۔</w:t>
      </w:r>
    </w:p>
    <w:p>
      <w:r>
        <w:rPr>
          <w:b/>
        </w:rPr>
        <w:t xml:space="preserve">[16:43] </w:t>
      </w:r>
      <w:r>
        <w:t>yani islam ka ahmiyat khatam nahi hua hai.</w:t>
      </w:r>
    </w:p>
    <w:p>
      <w:pPr>
        <w:jc w:val="right"/>
      </w:pPr>
      <w:r>
        <w:t>یعنی اسلام کا اہمیت ختم نہیں ہوا ہے۔</w:t>
      </w:r>
    </w:p>
    <w:p>
      <w:r>
        <w:rPr>
          <w:b/>
        </w:rPr>
        <w:t xml:space="preserve">[16:47] </w:t>
      </w:r>
      <w:r>
        <w:t>albatta original islam par jo izafa kiya gaya hai, interpretation kar kar ke, kar kar ke, us ka ahmiyat khatam ho gaya hai.</w:t>
      </w:r>
    </w:p>
    <w:p>
      <w:pPr>
        <w:jc w:val="right"/>
      </w:pPr>
      <w:r>
        <w:t>البتہ اوریجنل اسلام پر جو اضافہ کیا گیا ہے، انٹرپریٹیشن کر کر کے، کر کر کے، اس کا اہمیت ختم ہو گیا ہے۔</w:t>
      </w:r>
    </w:p>
    <w:p>
      <w:r>
        <w:rPr>
          <w:b/>
        </w:rPr>
        <w:t xml:space="preserve">[16:59] </w:t>
      </w:r>
      <w:r>
        <w:t>to is tarah se maine jab yeh</w:t>
      </w:r>
    </w:p>
    <w:p>
      <w:pPr>
        <w:jc w:val="right"/>
      </w:pPr>
      <w:r>
        <w:t>تو اس طرح سے میں نے جب یہ</w:t>
      </w:r>
    </w:p>
    <w:p>
      <w:r>
        <w:rPr>
          <w:b/>
        </w:rPr>
        <w:t xml:space="preserve">[17:04] </w:t>
      </w:r>
      <w:r>
        <w:t>daryaft mujhe hui to maine us par likhna shuru kiya. aur taqreeban do sau kitabein meri chhap chuki</w:t>
      </w:r>
    </w:p>
    <w:p>
      <w:pPr>
        <w:jc w:val="right"/>
      </w:pPr>
      <w:r>
        <w:t>دریافت مجھے ہوئی تو میں نے اس پر لکھنا شروع کیا۔ اور تقریباً دو سو کتابیں میری چھپ چکی</w:t>
      </w:r>
    </w:p>
    <w:p>
      <w:r>
        <w:rPr>
          <w:b/>
        </w:rPr>
        <w:t xml:space="preserve">[17:12] </w:t>
      </w:r>
      <w:r>
        <w:t>hain. maine quran ki tafseer likhi, hadith par likha, seerat-e-rasool par likha, tareekh-e-islam par likha.</w:t>
      </w:r>
    </w:p>
    <w:p>
      <w:pPr>
        <w:jc w:val="right"/>
      </w:pPr>
      <w:r>
        <w:t>ہیں۔ میں نے قرآن کی تفسیر لکھی، حدیث پر لکھا، سیرت رسول پر لکھا، تاریخ اسلام پر لکھا۔</w:t>
      </w:r>
    </w:p>
    <w:p>
      <w:r>
        <w:rPr>
          <w:b/>
        </w:rPr>
        <w:t xml:space="preserve">[17:22] </w:t>
      </w:r>
      <w:r>
        <w:t>islam ke taqreeban har pehlu par maine likha. to yeh literature aaj khuda ke fazal se urdu mein, arabi mein, angrezi mein, mukhtalif zabanon mein dastiyab hai.</w:t>
      </w:r>
    </w:p>
    <w:p>
      <w:pPr>
        <w:jc w:val="right"/>
      </w:pPr>
      <w:r>
        <w:t>اسلام کے تقریباً ہر پہلو پر میں نے لکھا۔ تو یہ لٹریچر آج خدا کے فضل سے اردو میں، عربی میں، انگریزی میں، مختلف زبانوں میں دستیاب ہے۔</w:t>
      </w:r>
    </w:p>
    <w:p>
      <w:r>
        <w:rPr>
          <w:b/>
        </w:rPr>
        <w:t xml:space="preserve">[17:35] </w:t>
      </w:r>
      <w:r>
        <w:t>to mein yeh keh sakta hoon ke bohat se logon ko in kitabon se is sawal ka jawab mila ke woh jo islam ki jo numaindagi thi riwayati kitabon ke zariye, us se un ka zehni pata nahi ho raha tha.</w:t>
      </w:r>
    </w:p>
    <w:p>
      <w:pPr>
        <w:jc w:val="right"/>
      </w:pPr>
      <w:r>
        <w:t>تو میں یہ کہہ سکتا ہوں کہ بہت سے لوگوں کو ان کتابوں سے اس سوال کا جواب ملا کہ وہ جو اسلام کی جو نمائندگی تھی روایتی کتابوں کے ذریعے، اس سے ان کا ذہنی پتہ نہیں ہو رہا تھا۔</w:t>
      </w:r>
    </w:p>
    <w:p>
      <w:r>
        <w:rPr>
          <w:b/>
        </w:rPr>
        <w:t xml:space="preserve">[17:53] </w:t>
      </w:r>
      <w:r>
        <w:t>lekin jab meri kitabein parhin unhone to un ka zehni pata hua. kyunke maine us islam ko pesh kiya tha un kitabon mein jo insaan ki fitrat ke mutabiq tha.</w:t>
      </w:r>
    </w:p>
    <w:p>
      <w:pPr>
        <w:jc w:val="right"/>
      </w:pPr>
      <w:r>
        <w:t>لیکن جب میری کتابیں پڑھیں انہوں نے تو ان کا ذہنی پتہ ہوا۔ کیونکہ میں نے اس اسلام کو پیش کیا تھا ان کتابوں میں جو انسان کی فطرت کے مطابق تھا۔</w:t>
      </w:r>
    </w:p>
    <w:p>
      <w:r>
        <w:rPr>
          <w:b/>
        </w:rPr>
        <w:t xml:space="preserve">[18:08] </w:t>
      </w:r>
      <w:r>
        <w:t>islam deeni fitrat hai. yani mazhab fitrat hai. lekin insani interpretation se jo us par parde pad gaye the, us ko jab hata diya</w:t>
      </w:r>
    </w:p>
    <w:p>
      <w:pPr>
        <w:jc w:val="right"/>
      </w:pPr>
      <w:r>
        <w:t>اسلام دینی فطرت ہے۔ یعنی مذہب فطرت ہے۔ لیکن انسانی انٹرپریٹیشن سے جو اس پر پردے پڑ گئے تھے، اس کو جب ہٹا دیا</w:t>
      </w:r>
    </w:p>
    <w:p>
      <w:r>
        <w:rPr>
          <w:b/>
        </w:rPr>
        <w:t xml:space="preserve">[18:19] </w:t>
      </w:r>
      <w:r>
        <w:t>maine to maloom hua ke yeh islam wohi hai jo aadmi ka fitrat chahta hai. yeh hai khulasa.</w:t>
      </w:r>
    </w:p>
    <w:p>
      <w:pPr>
        <w:jc w:val="right"/>
      </w:pPr>
      <w:r>
        <w:t>میں نے تو معلوم ہوا کہ یہ اسلام وہی ہے جو آدمی کا فطرت چاہتا ہے۔ یہ ہے خلاصہ۔</w:t>
      </w:r>
    </w:p>
    <w:p>
      <w:r>
        <w:rPr>
          <w:b/>
        </w:rPr>
        <w:t xml:space="preserve">[18:29] </w:t>
      </w:r>
      <w:r>
        <w:t>ab yeh aap dekh, aap ko yeh ilm hoga ke bohat se logon ko meri kitabon se sachai mili. islam ki taraf lote woh. lekin aise bhi kai log hain ya bohat se log honge jinhein meri kitabon mein abhi tak, yani abhi tak woh yeh samajhte hain ke yeh koi aur cheez hai.</w:t>
      </w:r>
    </w:p>
    <w:p>
      <w:pPr>
        <w:jc w:val="right"/>
      </w:pPr>
      <w:r>
        <w:t>اب یہ آپ دیکھ، آپ کو یہ علم ہوگا کہ بہت سے لوگوں کو میری کتابوں سے سچائی ملی۔ اسلام کی طرف لوٹے وہ۔ لیکن ایسے بھی کئی لوگ ہیں یا بہت سے لوگ ہوں گے جنہیں میری کتابوں میں ابھی تک، یعنی ابھی تک وہ یہ سمجھتے ہیں کہ یہ کوئی اور چیز ہے۔</w:t>
      </w:r>
    </w:p>
    <w:p>
      <w:r>
        <w:rPr>
          <w:b/>
        </w:rPr>
        <w:t xml:space="preserve">[18:56] </w:t>
      </w:r>
      <w:r>
        <w:t>to us par maine bohat ghor kiya ke maine to is kahin bhi apne janne mein original islam se hata nahi hoon. sirf us ko modern zaban mein pesh kiya hai.</w:t>
      </w:r>
    </w:p>
    <w:p>
      <w:pPr>
        <w:jc w:val="right"/>
      </w:pPr>
      <w:r>
        <w:t>تو اس پر میں نے بہت غور کیا کہ میں نے تو اس کہیں بھی اپنے جاننے میں اوریجنل اسلام سے ہٹا نہیں ہوں۔ صرف اس کو ماڈرن زبان میں پیش کیا ہے۔</w:t>
      </w:r>
    </w:p>
    <w:p>
      <w:r>
        <w:rPr>
          <w:b/>
        </w:rPr>
        <w:t xml:space="preserve">[19:07] </w:t>
      </w:r>
      <w:r>
        <w:t>modern hawala jaat mein pesh kiya hai. modern halaat se us ka ahmiyat dikhate hue pesh kiya hai. to phir kyun yeh log uth pada pan in ko mehsoos hota hai?</w:t>
      </w:r>
    </w:p>
    <w:p>
      <w:pPr>
        <w:jc w:val="right"/>
      </w:pPr>
      <w:r>
        <w:t>ماڈرن حوالہ جات میں پیش کیا ہے۔ ماڈرن حالات سے اس کا اہمیت دکھاتے ہوئے پیش کیا ہے۔ تو پھر کیوں یہ لوگ اٹھ پڑا پن ان کو محسوس ہوتا ہے؟</w:t>
      </w:r>
    </w:p>
    <w:p>
      <w:r>
        <w:rPr>
          <w:b/>
        </w:rPr>
        <w:t xml:space="preserve">[19:18] </w:t>
      </w:r>
      <w:r>
        <w:t>is ki wajah bohat hi saaf hai.</w:t>
      </w:r>
    </w:p>
    <w:p>
      <w:pPr>
        <w:jc w:val="right"/>
      </w:pPr>
      <w:r>
        <w:t>اس کی وجہ بہت ہی صاف ہے۔</w:t>
      </w:r>
    </w:p>
    <w:p>
      <w:r>
        <w:rPr>
          <w:b/>
        </w:rPr>
        <w:t xml:space="preserve">[19:21] </w:t>
      </w:r>
      <w:r>
        <w:t>yeh log jo hain kya karte hain? mere literature ka ko mila kar dekhte hain doosron ke literature se.</w:t>
      </w:r>
    </w:p>
    <w:p>
      <w:pPr>
        <w:jc w:val="right"/>
      </w:pPr>
      <w:r>
        <w:t>یہ لوگ جو ہیں کیا کرتے ہیں؟ میرے لٹریچر کا کو ملا کر دیکھتے ہیں دوسروں کے لٹریچر سے۔</w:t>
      </w:r>
    </w:p>
    <w:p>
      <w:r>
        <w:rPr>
          <w:b/>
        </w:rPr>
        <w:t xml:space="preserve">[19:33] </w:t>
      </w:r>
      <w:r>
        <w:t>halankeh unhein dekhna chahiye mere literature ko ya meri kitabon ko quran se mila kar dekhna chahiye.</w:t>
      </w:r>
    </w:p>
    <w:p>
      <w:pPr>
        <w:jc w:val="right"/>
      </w:pPr>
      <w:r>
        <w:t>حالانکہ انہیں دیکھنا چاہیے میرے لٹریچر کو یا میری کتابوں کو قرآن سے ملا کر دیکھنا چاہیے۔</w:t>
      </w:r>
    </w:p>
    <w:p>
      <w:r>
        <w:rPr>
          <w:b/>
        </w:rPr>
        <w:t xml:space="preserve">[19:42] </w:t>
      </w:r>
      <w:r>
        <w:t>dekhen jo doosron ki kitaben hain ya wahi to parde hain. woh to parde se aap kaise mila kar dekhenge aap meri kitabon ko?</w:t>
      </w:r>
    </w:p>
    <w:p>
      <w:pPr>
        <w:jc w:val="right"/>
      </w:pPr>
      <w:r>
        <w:t>دیکھیں جو دوسروں کی کتابیں ہیں یا وہی تو پردے ہیں۔ وہ تو پردے سے آپ کیسے ملا کر دیکھیں گے آپ میری کتابوں کو؟</w:t>
      </w:r>
    </w:p>
    <w:p>
      <w:r>
        <w:rPr>
          <w:b/>
        </w:rPr>
        <w:t xml:space="preserve">[19:52] </w:t>
      </w:r>
      <w:r>
        <w:t>jo doosron ki interpretation hai, wahi to parde hain original islam par. to maine in pardon ko hata kar ke original islam ko janne ki koshish ki.</w:t>
      </w:r>
    </w:p>
    <w:p>
      <w:pPr>
        <w:jc w:val="right"/>
      </w:pPr>
      <w:r>
        <w:t>جو دوسروں کی انٹرپریٹیشن ہے، وہی تو پردے ہیں اوریجنل اسلام پر۔ تو میں نے ان پردوں کو ہٹا کر کے اوریجنل اسلام کو جاننے کی کوشش کی۔</w:t>
      </w:r>
    </w:p>
    <w:p>
      <w:r>
        <w:rPr>
          <w:b/>
        </w:rPr>
        <w:t xml:space="preserve">[20:04] </w:t>
      </w:r>
      <w:r>
        <w:t>aur phir apni kitabon mein original islam ko pesh kiya. main poore aitmad se keh sakta hoon ke ab tak mujhe koi ek insan nahi mila hai jo meri kitabon se is aitbar se ikhtilaf karta ho ke woh quran ke mutabiq nahi hai.</w:t>
      </w:r>
    </w:p>
    <w:p>
      <w:pPr>
        <w:jc w:val="right"/>
      </w:pPr>
      <w:r>
        <w:t>اور پھر اپنی کتابوں میں اوریجنل اسلام کو پیش کیا۔ میں پورے اعتماد سے کہہ سکتا ہوں کہ اب تک مجھے کوئی ایک انسان نہیں ملا ہے جو میری کتابوں سے اس اعتبار سے اختلاف کرتا ہو کہ وہ قرآن کے مطابق نہیں ہے۔</w:t>
      </w:r>
    </w:p>
    <w:p>
      <w:r>
        <w:rPr>
          <w:b/>
        </w:rPr>
        <w:t xml:space="preserve">[20:22] </w:t>
      </w:r>
      <w:r>
        <w:t>jo bhi ikhtilaf karta hai, jo bhi is se, yani jisko bhi is se jo bhi koi tanqeed karta hai, woh is aitbar se ke woh doosron ki kitabon se milaya is ne to us ke mutabiq nahi paya unhon ne.</w:t>
      </w:r>
    </w:p>
    <w:p>
      <w:pPr>
        <w:jc w:val="right"/>
      </w:pPr>
      <w:r>
        <w:t>جو بھی اختلاف کرتا ہے، جو بھی اس سے، یعنی جس کو بھی اس سے جو بھی کوئی تنقید کرتا ہے، وہ اس اعتبار سے کہ وہ دوسروں کی کتابوں سے ملایا اس نے تو اس کے مطابق نہیں پایا انہوں نے۔</w:t>
      </w:r>
    </w:p>
    <w:p>
      <w:r>
        <w:rPr>
          <w:b/>
        </w:rPr>
        <w:t xml:space="preserve">[20:40] </w:t>
      </w:r>
      <w:r>
        <w:t>jaise ek misal deta hoon main aap ko ke naagpur mein ek sahab ne ek kitabon ki kitab kholi to wahan par mukhtalif logon ki kitaben theen.</w:t>
      </w:r>
    </w:p>
    <w:p>
      <w:pPr>
        <w:jc w:val="right"/>
      </w:pPr>
      <w:r>
        <w:t>جیسے ایک مثال دیتا ہوں میں آپ کو کہ ناک پور میں ایک صاحب نے ایک کتابوں کی کتاب کھولی تو وہاں پر مختلف لوگوں کی کتابیں تھیں۔</w:t>
      </w:r>
    </w:p>
    <w:p>
      <w:r>
        <w:rPr>
          <w:b/>
        </w:rPr>
        <w:t xml:space="preserve">[20:54] </w:t>
      </w:r>
      <w:r>
        <w:t>yani islami kitab hai. sirf islami kitab hai.</w:t>
      </w:r>
    </w:p>
    <w:p>
      <w:pPr>
        <w:jc w:val="right"/>
      </w:pPr>
      <w:r>
        <w:t>یعنی اسلامی کتاب ہے۔ صرف اسلامی کتاب ہے۔</w:t>
      </w:r>
    </w:p>
    <w:p>
      <w:r>
        <w:rPr>
          <w:b/>
        </w:rPr>
        <w:t xml:space="preserve">[20:59] </w:t>
      </w:r>
      <w:r>
        <w:t>to ek sahab ne baqayda un ko khat likha. is ka record hai ke meri kitabon ke baray mein kaha ke in kitaben na rakho apne dukan mein.</w:t>
      </w:r>
    </w:p>
    <w:p>
      <w:pPr>
        <w:jc w:val="right"/>
      </w:pPr>
      <w:r>
        <w:t>تو ایک صاحب نے باقاعدہ ان کو خط لکھا۔ اس کا ریکارڈ ہے کہ میری کتابوں کے بارے میں کہا کہ ان کتابیں نہ رکھو اپنے دکان میں۔</w:t>
      </w:r>
    </w:p>
    <w:p>
      <w:r>
        <w:rPr>
          <w:b/>
        </w:rPr>
        <w:t xml:space="preserve">[21:10] </w:t>
      </w:r>
      <w:r>
        <w:t>kyun ke un ki kitaben aslaf se be-etimadi paida karti hain.</w:t>
      </w:r>
    </w:p>
    <w:p>
      <w:pPr>
        <w:jc w:val="right"/>
      </w:pPr>
      <w:r>
        <w:t>کیونکہ ان کی کتابیں اسلاف سے بے اعتمادی پیدا کرتی ہیں۔</w:t>
      </w:r>
    </w:p>
    <w:p>
      <w:r>
        <w:rPr>
          <w:b/>
        </w:rPr>
        <w:t xml:space="preserve">[21:17] </w:t>
      </w:r>
      <w:r>
        <w:t>ab ghor kijiye ke unhon ne yeh nahi kaha ke quran se be-etimadi. yeh nahi kaha unhon ne ke un ki kitaben quran se be-etimadi paida karti hain. khuda se be-etimadi paida karti hain.</w:t>
      </w:r>
    </w:p>
    <w:p>
      <w:pPr>
        <w:jc w:val="right"/>
      </w:pPr>
      <w:r>
        <w:t>اب غور کیجیے کہ انہوں نے یہ نہیں کہا کہ قرآن سے بے اعتمادی۔ یہ نہیں کہا انہوں نے کہ ان کی کتابیں قرآن سے بے اعتمادی پیدا کرتی ہیں۔ خدا سے بے اعتمادی پیدا کرتی ہیں۔</w:t>
      </w:r>
    </w:p>
    <w:p>
      <w:r>
        <w:rPr>
          <w:b/>
        </w:rPr>
        <w:t xml:space="preserve">[21:28] </w:t>
      </w:r>
      <w:r>
        <w:t>ya rasool Allah se be-etimadi paida karti hain. unhon ne kaha ke aslaf se be-etimadi paida karti hain. to yeh to koi miyar nahi hai. meri kitabon ko aap ko janchana chahiye quran se aur hadith se.</w:t>
      </w:r>
    </w:p>
    <w:p>
      <w:pPr>
        <w:jc w:val="right"/>
      </w:pPr>
      <w:r>
        <w:t>یا رسول اللہ سے بے اعتمادی پیدا کرتی ہیں۔ انہوں نے کہا کہ اسلاف سے بے اعتمادی پیدا کرتی ہیں۔ تو یہ تو کوئی معیار نہیں ہے۔ میری کتابوں کو آپ کو جانچنا چاہیے قرآن سے اور حدیث سے۔</w:t>
      </w:r>
    </w:p>
    <w:p>
      <w:r>
        <w:rPr>
          <w:b/>
        </w:rPr>
        <w:t xml:space="preserve">[21:41] </w:t>
      </w:r>
      <w:r>
        <w:t>na ke doosron ki kitabon se.</w:t>
      </w:r>
    </w:p>
    <w:p>
      <w:pPr>
        <w:jc w:val="right"/>
      </w:pPr>
      <w:r>
        <w:t>نہ کہ دوسروں کی کتابوں سے۔</w:t>
      </w:r>
    </w:p>
    <w:p>
      <w:r>
        <w:rPr>
          <w:b/>
        </w:rPr>
        <w:t xml:space="preserve">[21:44] </w:t>
      </w:r>
      <w:r>
        <w:t>agar doosron ki kitaben kafi hotin to main kitaben na likhta. mujhe likhne ki koi zaroorat nahi thi. kyun ke mutale ke baad maine paya ke in kitabon mein quran ki sahi numaindagi nahi hui hai.</w:t>
      </w:r>
    </w:p>
    <w:p>
      <w:pPr>
        <w:jc w:val="right"/>
      </w:pPr>
      <w:r>
        <w:t>اگر دوسروں کی کتابیں کافی ہوتیں تو میں کتابیں نہ لکھتا۔ مجھے لکھنے کی کوئی ضرورت نہیں تھی۔ کیونکہ مطالعے کے بعد میں نے پایا کہ ان کتابوں میں قرآن کی صحیح نمائندگی نہیں ہوئی ہے۔</w:t>
      </w:r>
    </w:p>
    <w:p>
      <w:r>
        <w:rPr>
          <w:b/>
        </w:rPr>
        <w:t xml:space="preserve">[21:56] </w:t>
      </w:r>
      <w:r>
        <w:t>is liye maine yeh kitaben likhin. to kisi ko bhi agar yeh janna ho ke meri kitaben islam ko theek theek pesh karti hain ya nahi, to us ko chahiye ke meri kitabon ko quran se janche woh.</w:t>
      </w:r>
    </w:p>
    <w:p>
      <w:pPr>
        <w:jc w:val="right"/>
      </w:pPr>
      <w:r>
        <w:t>اس لیے میں نے یہ کتابیں لکھیں۔ تو کسی کو بھی اگر یہ جاننا ہو کہ میری کتابیں اسلام کو ٹھیک ٹھیک پیش کرتی ہیں یا نہیں، تو اس کو چاہیے کہ میری کتابوں کو قرآن سے جانچے وہ۔</w:t>
      </w:r>
    </w:p>
    <w:p>
      <w:r>
        <w:rPr>
          <w:b/>
        </w:rPr>
        <w:t xml:space="preserve">[22:10] </w:t>
      </w:r>
      <w:r>
        <w:t>quran se, hadith se, rasool Allah se, sahaba kiram se.</w:t>
      </w:r>
    </w:p>
    <w:p>
      <w:pPr>
        <w:jc w:val="right"/>
      </w:pPr>
      <w:r>
        <w:t>قرآن سے، حدیث سے، رسول اللہ سے، صحابہ کرام سے۔</w:t>
      </w:r>
    </w:p>
    <w:p>
      <w:r>
        <w:rPr>
          <w:b/>
        </w:rPr>
        <w:t xml:space="preserve">[22:15] </w:t>
      </w:r>
      <w:r>
        <w:t>doosron ki kitabon se janchana yeh mere sath insaf nahi hoga. aur khud apne sath bhi woh aadmi insaf nahi karega jo aisa kare. ab main aap ko chand baaten arz karna chahunga ke maine jis cheez ko main kehta hoon original islam ki rediscovery, woh kya cheez hai?</w:t>
      </w:r>
    </w:p>
    <w:p>
      <w:pPr>
        <w:jc w:val="right"/>
      </w:pPr>
      <w:r>
        <w:t>دوسروں کی کتابوں سے جانچنا یہ میرے ساتھ انصاف نہیں ہوگا۔ اور خود اپنے ساتھ بھی وہ آدمی انصاف نہیں کرے گا جو ایسا کرے۔ اب میں آپ کو چند باتیں عرض کرنا چاہوں گا کہ میں نے جس چیز کو میں کہتا ہوں اوریجنل اسلام کی ری ڈسکوری، وہ کیا چیز ہے؟</w:t>
      </w:r>
    </w:p>
    <w:p>
      <w:r>
        <w:rPr>
          <w:b/>
        </w:rPr>
        <w:t xml:space="preserve">[22:35] </w:t>
      </w:r>
      <w:r>
        <w:t>woh kya cheez</w:t>
      </w:r>
    </w:p>
    <w:p>
      <w:pPr>
        <w:jc w:val="right"/>
      </w:pPr>
      <w:r>
        <w:t>وہ کیا چیز</w:t>
      </w:r>
    </w:p>
    <w:p>
      <w:r>
        <w:rPr>
          <w:b/>
        </w:rPr>
        <w:t xml:space="preserve">[22:36] </w:t>
      </w:r>
      <w:r>
        <w:t>hai? dekhiye, main apne bachpan mein in logon se sunta tha ke science jo hai koi ilhadi, koi ilhadi ilm hai.</w:t>
      </w:r>
    </w:p>
    <w:p>
      <w:pPr>
        <w:jc w:val="right"/>
      </w:pPr>
      <w:r>
        <w:t>ہے؟ دیکھیے، میں اپنے بچپن میں ان لوگوں سے سنتا تھا کہ سائنس جو ہے کوئی الہادی، کوئی الہادی علم ہے۔</w:t>
      </w:r>
    </w:p>
    <w:p>
      <w:r>
        <w:rPr>
          <w:b/>
        </w:rPr>
        <w:t xml:space="preserve">[22:49] </w:t>
      </w:r>
      <w:r>
        <w:t>science se ilhad aata hai. yeh tasawwur tha. aur baad ko yeh tasawwur barabar mujhe mila ke jo mazhabi halqay hain, jo madaris hain, jo masjidain hain, jo deeni idaray hain, har jagah science ko koi ilhadi cheez samajhte hain.</w:t>
      </w:r>
    </w:p>
    <w:p>
      <w:pPr>
        <w:jc w:val="right"/>
      </w:pPr>
      <w:r>
        <w:t>سائنس سے الہاد آتا ہے۔ یہ تصور تھا۔ اور بعد کو یہ تصور برابر مجھے ملا کہ جو مذہبی حلقے ہیں، جو مدرسے ہیں، جو مسجدیں ہیں، جو دینی ادارے ہیں، ہر جگہ سائنس کو کوئی الہادی چیز سمجھتے ہیں۔</w:t>
      </w:r>
    </w:p>
    <w:p>
      <w:r>
        <w:rPr>
          <w:b/>
        </w:rPr>
        <w:t xml:space="preserve">[23:07] </w:t>
      </w:r>
      <w:r>
        <w:t>jaise ke iqbal ne kaha tha ke hum ne samjha tha ke laye gi faraghat taleem. kya khabar thi ke chala aye ga ilhad bhi sath.</w:t>
      </w:r>
    </w:p>
    <w:p>
      <w:pPr>
        <w:jc w:val="right"/>
      </w:pPr>
      <w:r>
        <w:t>جیسے کہ اقبال نے کہا تھا کہ ہم نے سمجھا تھا کہ لائے گی فراغت تعلیم۔ کیا خبر تھی کہ چلا آئے گا الہاد بھی ساتھ۔</w:t>
      </w:r>
    </w:p>
    <w:p>
      <w:r>
        <w:rPr>
          <w:b/>
        </w:rPr>
        <w:t xml:space="preserve">[23:19] </w:t>
      </w:r>
      <w:r>
        <w:t>to ek tasawwur ban gaya ke secular education ya scientific education jo hai logon ko mulhid banati hai. to is ki maine tehqeeq ki.</w:t>
      </w:r>
    </w:p>
    <w:p>
      <w:pPr>
        <w:jc w:val="right"/>
      </w:pPr>
      <w:r>
        <w:t>تو ایک تصور بن گیا کہ سیکولر ایجوکیشن یا سائنٹیفک ایجوکیشن جو ہے لوگوں کو ملحد بناتی ہے۔ تو اس کی میں نے تحقیق کی۔</w:t>
      </w:r>
    </w:p>
    <w:p>
      <w:r>
        <w:rPr>
          <w:b/>
        </w:rPr>
        <w:t xml:space="preserve">[23:31] </w:t>
      </w:r>
      <w:r>
        <w:t>to maine kya daryaft kiya? maine yeh daryaft kiya ke science to aaye quran ke mutabiq hai.</w:t>
      </w:r>
    </w:p>
    <w:p>
      <w:pPr>
        <w:jc w:val="right"/>
      </w:pPr>
      <w:r>
        <w:t>تو میں نے کیا دریافت کیا؟ میں نے یہ دریافت کیا کہ سائنس تو آئے قرآن کے مطابق ہے۔</w:t>
      </w:r>
    </w:p>
    <w:p>
      <w:r>
        <w:rPr>
          <w:b/>
        </w:rPr>
        <w:t xml:space="preserve">[23:39] </w:t>
      </w:r>
      <w:r>
        <w:t>quran ki ek peshgoi quran mein maujood hai, us ke mutabiq hai. dekhiye, quran mein yeh ayat hai ke sanurihim ayatina fil afaqi wa fi anfusihim hatta yatabayyana lahum annahu alhaqq yeh quran ki ayat hai.</w:t>
      </w:r>
    </w:p>
    <w:p>
      <w:pPr>
        <w:jc w:val="right"/>
      </w:pPr>
      <w:r>
        <w:t>قرآن کی ایک پیش گوئی قرآن میں موجود ہے، اس کے مطابق ہے۔ دیکھیے، قرآن میں یہ آیت ہے کہ سنوریهم آياتنا في الآفاق وفي أنفسهم حتى يتبين لهم أنه الحق یہ قرآن کی آیت ہے۔</w:t>
      </w:r>
    </w:p>
    <w:p>
      <w:r>
        <w:rPr>
          <w:b/>
        </w:rPr>
        <w:t xml:space="preserve">[23:57] </w:t>
      </w:r>
      <w:r>
        <w:t>is ka matlab yeh hai ke mustaqbil mein hum un ko apni science dikhayenge.</w:t>
      </w:r>
    </w:p>
    <w:p>
      <w:pPr>
        <w:jc w:val="right"/>
      </w:pPr>
      <w:r>
        <w:t>اس کا مطلب یہ ہے کہ مستقبل میں ہم ان کو اپنی سائنس دکھائیں گے۔</w:t>
      </w:r>
    </w:p>
    <w:p>
      <w:r>
        <w:rPr>
          <w:b/>
        </w:rPr>
        <w:t xml:space="preserve">[24:08] </w:t>
      </w:r>
      <w:r>
        <w:t>signs science dikhayenge.</w:t>
      </w:r>
    </w:p>
    <w:p>
      <w:pPr>
        <w:jc w:val="right"/>
      </w:pPr>
      <w:r>
        <w:t>ایس آئی جی این ایس سائنس دکھائیں گے۔</w:t>
      </w:r>
    </w:p>
    <w:p>
      <w:r>
        <w:rPr>
          <w:b/>
        </w:rPr>
        <w:t xml:space="preserve">[24:13] </w:t>
      </w:r>
      <w:r>
        <w:t>afaaq mein aur anfus mein. yaani human world mein aur fitrat mein.</w:t>
      </w:r>
    </w:p>
    <w:p>
      <w:pPr>
        <w:jc w:val="right"/>
      </w:pPr>
      <w:r>
        <w:t>آفاق میں اور أنفس میں۔ یعنی ہیومن ورلڈ میں اور فطرت میں۔</w:t>
      </w:r>
    </w:p>
    <w:p>
      <w:r>
        <w:rPr>
          <w:b/>
        </w:rPr>
        <w:t xml:space="preserve">[24:19] </w:t>
      </w:r>
      <w:r>
        <w:t>yahan tak ke logon ko khul jaye ke yeh, yaani yeh jo sachai prophet muhammad ke zariye aayi hai, woh sach hai.</w:t>
      </w:r>
    </w:p>
    <w:p>
      <w:pPr>
        <w:jc w:val="right"/>
      </w:pPr>
      <w:r>
        <w:t>یہاں تک کہ لوگوں کو کھل جائے کہ یہ، یعنی یہ جو سچائی پرافٹ محمد کے ذریعے آئی ہے، وہ سچ ہے۔</w:t>
      </w:r>
    </w:p>
    <w:p>
      <w:r>
        <w:rPr>
          <w:b/>
        </w:rPr>
        <w:t xml:space="preserve">[24:27] </w:t>
      </w:r>
      <w:r>
        <w:t>woh the truth hai. ab bataiye ke yeh jo quran mein peshgoi thi, yeh kab poora hua?</w:t>
      </w:r>
    </w:p>
    <w:p>
      <w:pPr>
        <w:jc w:val="right"/>
      </w:pPr>
      <w:r>
        <w:t>وہ دی ٹروتھ ہے۔ اب بتائیے کہ یہ جو قرآن میں پیش گوئی تھی، یہ کب پورا ہوا؟</w:t>
      </w:r>
    </w:p>
    <w:p>
      <w:r>
        <w:rPr>
          <w:b/>
        </w:rPr>
        <w:t xml:space="preserve">[24:37] </w:t>
      </w:r>
      <w:r>
        <w:t>yaani afaaq o anfus mein, is world of nature mein kab aisa hua ke khuda ki nishaniyan zahir huien?</w:t>
      </w:r>
    </w:p>
    <w:p>
      <w:pPr>
        <w:jc w:val="right"/>
      </w:pPr>
      <w:r>
        <w:t>یعنی آفاق و آنفس میں، اس ورلڈ آف نیچر میں کب ایسا ہوا کہ خدا کی نشانیاں ظاہر ہوئیں؟</w:t>
      </w:r>
    </w:p>
    <w:p>
      <w:r>
        <w:rPr>
          <w:b/>
        </w:rPr>
        <w:t xml:space="preserve">[24:47] </w:t>
      </w:r>
      <w:r>
        <w:t>yeh to maujooda zamane mein science ke zariye huien. science kya hai? dekhiye, science jo hai naam hai fitrat ki study ka.</w:t>
      </w:r>
    </w:p>
    <w:p>
      <w:pPr>
        <w:jc w:val="right"/>
      </w:pPr>
      <w:r>
        <w:t>یہ تو موجودہ زمانے میں سائنس کے ذریعے ہوئیں۔ سائنس کیا ہے؟ دیکھیے، سائنس جو ہے نام ہے فطرت کی اسٹڈی کا۔</w:t>
      </w:r>
    </w:p>
    <w:p>
      <w:r>
        <w:rPr>
          <w:b/>
        </w:rPr>
        <w:t xml:space="preserve">[24:57] </w:t>
      </w:r>
      <w:r>
        <w:t>fitrat ko explore karne ka. yaani doosre lafzon mein, law of god ko janne ka.</w:t>
      </w:r>
    </w:p>
    <w:p>
      <w:pPr>
        <w:jc w:val="right"/>
      </w:pPr>
      <w:r>
        <w:t>فطرت کو ایکسپلور کرنے کا۔ یعنی دوسرے لفظوں میں، لاء آف گاڈ کو جاننے کا۔</w:t>
      </w:r>
    </w:p>
    <w:p>
      <w:r>
        <w:rPr>
          <w:b/>
        </w:rPr>
        <w:t xml:space="preserve">[25:07] </w:t>
      </w:r>
      <w:r>
        <w:t>poori poori fitrat jo hai, quran batata hai ke poori poori fitrat jo hai, khuda ke qawaneen se hukmarani ho rahi hai.</w:t>
      </w:r>
    </w:p>
    <w:p>
      <w:pPr>
        <w:jc w:val="right"/>
      </w:pPr>
      <w:r>
        <w:t>پوری پوری فطرت جو ہے، قرآن بتاتا ہے کہ پوری پوری فطرت جو ہے، خدا کے قوانین سے حکمرانی ہو رہی ہے۔</w:t>
      </w:r>
    </w:p>
    <w:p>
      <w:r>
        <w:rPr>
          <w:b/>
        </w:rPr>
        <w:t xml:space="preserve">[25:16] </w:t>
      </w:r>
      <w:r>
        <w:t>khuda ke qawaneen hain, woh is ko chala rahe hain. isi ki study karti hai science. isi ko pata karti hai.</w:t>
      </w:r>
    </w:p>
    <w:p>
      <w:pPr>
        <w:jc w:val="right"/>
      </w:pPr>
      <w:r>
        <w:t>خدا کے قوانین ہیں، وہ اس کو چلا رہے ہیں۔ اسی کی اسٹڈی کرتی ہے سائنس۔ اسی کو پتہ کرتی ہے۔</w:t>
      </w:r>
    </w:p>
    <w:p>
      <w:r>
        <w:rPr>
          <w:b/>
        </w:rPr>
        <w:t xml:space="preserve">[25:26] </w:t>
      </w:r>
      <w:r>
        <w:t>science koi kisi ghar mein banaya hua ilm nahi hai. kisi ke zehan mein banaya hua ilm nahi hai. science naam hai fitrat mein study kar ke qawaneen ko pata karne ka.</w:t>
      </w:r>
    </w:p>
    <w:p>
      <w:pPr>
        <w:jc w:val="right"/>
      </w:pPr>
      <w:r>
        <w:t>سائنس کوئی کسی گھر میں بنایا ہوا علم نہیں ہے۔ کسی کے ذہن میں بنایا ہوا علم نہیں ہے۔ سائنس نام ہے فطرت میں اسٹڈی کر کے قوانین کو پتہ کرنے کا۔</w:t>
      </w:r>
    </w:p>
    <w:p>
      <w:r>
        <w:rPr>
          <w:b/>
        </w:rPr>
        <w:t xml:space="preserve">[25:41] </w:t>
      </w:r>
      <w:r>
        <w:t>to woh kya hai? woh to khuda ka qanoon hai.</w:t>
      </w:r>
    </w:p>
    <w:p>
      <w:pPr>
        <w:jc w:val="right"/>
      </w:pPr>
      <w:r>
        <w:t>تو وہ کیا ہے؟ وہ تو خدا کا قانون ہے۔</w:t>
      </w:r>
    </w:p>
    <w:p>
      <w:r>
        <w:rPr>
          <w:b/>
        </w:rPr>
        <w:t xml:space="preserve">[25:45] </w:t>
      </w:r>
      <w:r>
        <w:t>jab mein ne yeh, jab mujhe yeh daryaft hui to mein ne mutala shuru kiya. to maloom hua tha ke science to quran ka modern ilm kalam hai.</w:t>
      </w:r>
    </w:p>
    <w:p>
      <w:pPr>
        <w:jc w:val="right"/>
      </w:pPr>
      <w:r>
        <w:t>جب میں نے یہ، جب مجھے یہ دریافت ہوئی تو میں نے مطالعہ شروع کیا۔ تو معلوم ہوا تھا کہ سائنس تو قرآن کا ماڈرن علم کلام ہے۔</w:t>
      </w:r>
    </w:p>
    <w:p>
      <w:r>
        <w:rPr>
          <w:b/>
        </w:rPr>
        <w:t xml:space="preserve">[25:55] </w:t>
      </w:r>
      <w:r>
        <w:t>islam ki theology hai.</w:t>
      </w:r>
    </w:p>
    <w:p>
      <w:pPr>
        <w:jc w:val="right"/>
      </w:pPr>
      <w:r>
        <w:t>اسلام کی تھیالوجی ہے۔</w:t>
      </w:r>
    </w:p>
    <w:p>
      <w:r>
        <w:rPr>
          <w:b/>
        </w:rPr>
        <w:t xml:space="preserve">[25:59] </w:t>
      </w:r>
      <w:r>
        <w:t>yaani aisi baatein science ne daryaft ki hain jis se quran ki sachai dobara qaim hoti hai. quran ki sachai dobara qaim hoti hai.</w:t>
      </w:r>
    </w:p>
    <w:p>
      <w:pPr>
        <w:jc w:val="right"/>
      </w:pPr>
      <w:r>
        <w:t>یعنی ایسی باتیں سائنس نے دریافت کی ہیں جس سے قرآن کی سچائی دوبارہ قائم ہوتی ہے۔ قرآن کی سچائی دوبارہ قائم ہوتی ہے۔</w:t>
      </w:r>
    </w:p>
    <w:p>
      <w:r>
        <w:rPr>
          <w:b/>
        </w:rPr>
        <w:t xml:space="preserve">[26:11] </w:t>
      </w:r>
      <w:r>
        <w:t>isi ko mein keh raha hoon ke woh islam ki theology hai.</w:t>
      </w:r>
    </w:p>
    <w:p>
      <w:pPr>
        <w:jc w:val="right"/>
      </w:pPr>
      <w:r>
        <w:t>اسی کو میں کہہ رہا ہوں کہ وہ اسلام کی تھیالوجی ہے۔</w:t>
      </w:r>
    </w:p>
    <w:p>
      <w:r>
        <w:rPr>
          <w:b/>
        </w:rPr>
        <w:t xml:space="preserve">[26:15] </w:t>
      </w:r>
      <w:r>
        <w:t>to kaisi ajeeb baat hai ke jo cheez, jo cheez islam ke, islam ko yaani ek scientific base de rahi thi,</w:t>
      </w:r>
    </w:p>
    <w:p>
      <w:pPr>
        <w:jc w:val="right"/>
      </w:pPr>
      <w:r>
        <w:t>تو کیسی عجیب بات ہے کہ جو چیز، جو چیز اسلام کے، اسلام کو یعنی ایک سائنٹیفک بیس دے رہی تھی،</w:t>
      </w:r>
    </w:p>
    <w:p>
      <w:r>
        <w:rPr>
          <w:b/>
        </w:rPr>
        <w:t xml:space="preserve">[26:30] </w:t>
      </w:r>
      <w:r>
        <w:t>scientific base, is ke mutalliq samajh liya gaya ke yeh islam ke khilaf hai. hum yeh samjhe thay ke layegi faraghat taleem.</w:t>
      </w:r>
    </w:p>
    <w:p>
      <w:pPr>
        <w:jc w:val="right"/>
      </w:pPr>
      <w:r>
        <w:t>سائنٹیفک بیس، اس کے متعلق سمجھ لیا گیا کہ یہ اسلام کے خلاف ہے۔ ہم یہ سمجھے تھے کہ لائے گی فراغت تعلیم۔</w:t>
      </w:r>
    </w:p>
    <w:p>
      <w:r>
        <w:rPr>
          <w:b/>
        </w:rPr>
        <w:t xml:space="preserve">[26:41] </w:t>
      </w:r>
      <w:r>
        <w:t>kya khabar thi ke chala aye ga ilhad bhi saath.</w:t>
      </w:r>
    </w:p>
    <w:p>
      <w:pPr>
        <w:jc w:val="right"/>
      </w:pPr>
      <w:r>
        <w:t>کیا خبر تھی کہ چلا آئے گا الہاد بھی ساتھ۔</w:t>
      </w:r>
    </w:p>
    <w:p>
      <w:r>
        <w:rPr>
          <w:b/>
        </w:rPr>
        <w:t xml:space="preserve">[26:47] </w:t>
      </w:r>
      <w:r>
        <w:t>to mein ne is par bohat si kitabein likhein. mein ek misaal deta hoon ke</w:t>
      </w:r>
    </w:p>
    <w:p>
      <w:pPr>
        <w:jc w:val="right"/>
      </w:pPr>
      <w:r>
        <w:t>تو میں نے اس پر بہت سی کتابیں لکھیں۔ میں ایک مثال دیتا ہوں کہ</w:t>
      </w:r>
    </w:p>
    <w:p>
      <w:r>
        <w:rPr>
          <w:b/>
        </w:rPr>
        <w:t xml:space="preserve">[26:58] </w:t>
      </w:r>
      <w:r>
        <w:t>science, scientist ne ek baat yeh hui ke scientist jo hai, woh woh philosopher nahi hota. scientist ka koi mazhab nahi hota.</w:t>
      </w:r>
    </w:p>
    <w:p>
      <w:pPr>
        <w:jc w:val="right"/>
      </w:pPr>
      <w:r>
        <w:t>سائنس، سائنٹسٹ نے ایک بات یہ ہوئی کہ سائنٹسٹ جو ہے، وہ وہ فلاسفر نہیں ہوتا۔ سائنٹسٹ کا کوئی مذہب نہیں ہوتا۔</w:t>
      </w:r>
    </w:p>
    <w:p>
      <w:r>
        <w:rPr>
          <w:b/>
        </w:rPr>
        <w:t xml:space="preserve">[27:07] </w:t>
      </w:r>
      <w:r>
        <w:t>scientist mazhab ke na haq mein hota na mukhalifat mein hota. woh to sirf law of nature ko batata hai.</w:t>
      </w:r>
    </w:p>
    <w:p>
      <w:pPr>
        <w:jc w:val="right"/>
      </w:pPr>
      <w:r>
        <w:t>سائنٹسٹ مذہب کے نہ حق میں ہوتا نہ مخالفت میں ہوتا۔ وہ تو صرف لاء آف نیچر کو بتاتا ہے۔</w:t>
      </w:r>
    </w:p>
    <w:p>
      <w:r>
        <w:rPr>
          <w:b/>
        </w:rPr>
        <w:t xml:space="preserve">[27:14] </w:t>
      </w:r>
      <w:r>
        <w:t>lekin science ne jab law of nature ko bataya to kuch philosophers ne jo ilhad mein ki taraf rujhan rakhte thay, unhon ne is ko istemal kiya.</w:t>
      </w:r>
    </w:p>
    <w:p>
      <w:pPr>
        <w:jc w:val="right"/>
      </w:pPr>
      <w:r>
        <w:t>لیکن سائنس نے جب لاء آف نیچر کو بتایا تو کچھ فلاسفرز نے جو الہاد میں کی طرف رجحان رکھتے تھے، انہوں نے اس کو استعمال کیا۔</w:t>
      </w:r>
    </w:p>
    <w:p>
      <w:r>
        <w:rPr>
          <w:b/>
        </w:rPr>
        <w:t xml:space="preserve">[27:26] </w:t>
      </w:r>
      <w:r>
        <w:t>kyun ke ghalat istemal kiya. ghalat istemal kiya.</w:t>
      </w:r>
    </w:p>
    <w:p>
      <w:pPr>
        <w:jc w:val="right"/>
      </w:pPr>
      <w:r>
        <w:t>کیونکہ غلط استعمال کیا۔ غلط استعمال کیا۔</w:t>
      </w:r>
    </w:p>
    <w:p>
      <w:r>
        <w:rPr>
          <w:b/>
        </w:rPr>
        <w:t xml:space="preserve">[27:30] </w:t>
      </w:r>
      <w:r>
        <w:t>jaise science mein pata kiya ke har cheez, science ne pata kiya is cheez ko jis ko kehte hain, yaani woh</w:t>
      </w:r>
    </w:p>
    <w:p>
      <w:pPr>
        <w:jc w:val="right"/>
      </w:pPr>
      <w:r>
        <w:t>جیسے سائنس میں پتہ کیا کہ ہر چیز، سائنس نے پتہ کیا اس چیز کو جس کو کہتے ہیں، یعنی وہ</w:t>
      </w:r>
    </w:p>
    <w:p>
      <w:r>
        <w:rPr>
          <w:b/>
        </w:rPr>
        <w:t xml:space="preserve">[27:40] </w:t>
      </w:r>
      <w:r>
        <w:t>principle of causation. ke har cheez, har event jo hota hai, us ke peechay ek cause hota hai. cause and effect.</w:t>
      </w:r>
    </w:p>
    <w:p>
      <w:pPr>
        <w:jc w:val="right"/>
      </w:pPr>
      <w:r>
        <w:t>پرنسپل آف کاز ایشن۔ کہ ہر چیز، ہر ایونٹ جو ہوتا ہے، اس کے پیچھے ایک کاز ہوتا ہے۔ کاز اینڈ ایفیکٹ۔</w:t>
      </w:r>
    </w:p>
    <w:p>
      <w:r>
        <w:rPr>
          <w:b/>
        </w:rPr>
        <w:t xml:space="preserve">[27:49] </w:t>
      </w:r>
      <w:r>
        <w:t>chahe barish ho, chahe zameen mein koylha bane ya ya petroleum bane ya pani bhap mein tabdeel ho, koi bhi jo baatein hoti hain, jo event hote hain, to un ke peechay kuch cause hotay hain.</w:t>
      </w:r>
    </w:p>
    <w:p>
      <w:pPr>
        <w:jc w:val="right"/>
      </w:pPr>
      <w:r>
        <w:t>چاہے بارش ہو، چاہے زمین میں کوئلہ بنے یا یا پٹرولیم بنے یا پانی بھاپ میں تبدیل ہو، کوئی بھی جو باتیں ہوتی ہیں، جو ایونٹ ہوتے ہیں، تو ان کے پیچھے کچھ کاز ہوتے ہیں۔</w:t>
      </w:r>
    </w:p>
    <w:p>
      <w:r>
        <w:rPr>
          <w:b/>
        </w:rPr>
        <w:t xml:space="preserve">[28:06] </w:t>
      </w:r>
      <w:r>
        <w:t>itna hi science ne itna hi kaha tha. Yani scientist ne sirf itna hi bataya tha ke har event ke peeche ek cause hota hai. b</w:t>
      </w:r>
    </w:p>
    <w:p>
      <w:pPr>
        <w:jc w:val="right"/>
      </w:pPr>
      <w:r>
        <w:t>اتنا ہی سائنس نے اتنا ہی کہا تھا۔ یعنی سائنٹسٹ نے صرف اتنا ہی بتایا تھا کہ ہر ایونٹ کے پیچھے ایک کاز ہوتا ہے۔ ب</w:t>
      </w:r>
    </w:p>
    <w:p>
      <w:r>
        <w:rPr>
          <w:b/>
        </w:rPr>
        <w:t xml:space="preserve">[28:14] </w:t>
      </w:r>
      <w:r>
        <w:t>s is ko kuch philosophers ne istemal kiya ya galat istemal kiya. Aur yeh kaha ke science ne ya Khuda ko sabit kar diya ke Khuda nahi hai.</w:t>
      </w:r>
    </w:p>
    <w:p>
      <w:pPr>
        <w:jc w:val="right"/>
      </w:pPr>
      <w:r>
        <w:t>س اس کو کچھ فلاسفرز نے استعمال کیا یا غلط استعمال کیا۔ اور یہ کہا کہ سائنس نے یا خدا کو ثابت کر دیا کہ خدا نہیں ہے۔</w:t>
      </w:r>
    </w:p>
    <w:p>
      <w:r>
        <w:rPr>
          <w:b/>
        </w:rPr>
        <w:t xml:space="preserve">[28:28] </w:t>
      </w:r>
      <w:r>
        <w:t>to unhon ne kaha ke is principle ko le kar, yani principle of causation ko le kar ke, unhon ne kaha ke if events are due to natural causes that are not due to super natural causes</w:t>
      </w:r>
    </w:p>
    <w:p>
      <w:pPr>
        <w:jc w:val="right"/>
      </w:pPr>
      <w:r>
        <w:t>تو انہوں نے کہا کہ اس پرنسپل کو لے کر، یعنی پرنسپل آف کاز ایشن کو لے کر کے، انہوں نے کہا کہ if events are due to natural causes that are not due to super natural causes</w:t>
      </w:r>
    </w:p>
    <w:p>
      <w:r>
        <w:rPr>
          <w:b/>
        </w:rPr>
        <w:t xml:space="preserve">[28:43] </w:t>
      </w:r>
      <w:r>
        <w:t>science ne itna hi bataya tha ke kuch kuch kuch cause hote hain, is se koi event paish aata hai. To is ko le kar unhon ne kaha ke if events are due to natural causes that are not due to super natural causes dekhiye, yeh philosophy thi.</w:t>
      </w:r>
    </w:p>
    <w:p>
      <w:pPr>
        <w:jc w:val="right"/>
      </w:pPr>
      <w:r>
        <w:t>سائنس نے اتنا ہی بتایا تھا کہ کچھ کچھ کچھ کاز ہوتے ہیں، اس سے کوئی ایونٹ پیش آتا ہے۔ تو اس کو لے کر انہوں نے کہا کہ if events are due to natural causes that are not due to super natural causes دیکھیے، یہ فلسفی تھی۔</w:t>
      </w:r>
    </w:p>
    <w:p>
      <w:r>
        <w:rPr>
          <w:b/>
        </w:rPr>
        <w:t xml:space="preserve">[28:58] </w:t>
      </w:r>
      <w:r>
        <w:t>yeh philosophy philosopher ne pesh ki, scientist ne nahi. Yeh philosophy thi.</w:t>
      </w:r>
    </w:p>
    <w:p>
      <w:pPr>
        <w:jc w:val="right"/>
      </w:pPr>
      <w:r>
        <w:t>یہ فلسفی فلاسفر نے پیش کی، سائنٹسٹ نے نہیں۔ یہ فلسفی تھی۔</w:t>
      </w:r>
    </w:p>
    <w:p>
      <w:r>
        <w:rPr>
          <w:b/>
        </w:rPr>
        <w:t xml:space="preserve">[29:04] </w:t>
      </w:r>
      <w:r>
        <w:t>main ne is ka jawab diya apni kitab mein. Is ka naam hai, yani Urdu mein naam hai is ka Mazhab, Majidi Challenge. English mein is ka naam hai God Rises .</w:t>
      </w:r>
    </w:p>
    <w:p>
      <w:pPr>
        <w:jc w:val="right"/>
      </w:pPr>
      <w:r>
        <w:t>میں نے اس کا جواب دیا اپنی کتاب میں۔ اس کا نام ہے، یعنی اردو میں نام ہے اس کا مذہب، مجیدی چیلنج۔ انگلش میں اس کا نام ہے God Rises ۔</w:t>
      </w:r>
    </w:p>
    <w:p>
      <w:r>
        <w:rPr>
          <w:b/>
        </w:rPr>
        <w:t xml:space="preserve">[29:13] </w:t>
      </w:r>
      <w:r>
        <w:t>Arabi mein is ka naam hai Al-Islam Yat Haddi . To un ke is cheez ko le kar ke, main ne quote kiya is cheez ko ke log kehte hain ke if events are due to natural causes that are not due to super natural causes .</w:t>
      </w:r>
    </w:p>
    <w:p>
      <w:pPr>
        <w:jc w:val="right"/>
      </w:pPr>
      <w:r>
        <w:t>عربی میں اس کا نام ہے الإسلام يتحدى ۔ تو ان کے اس چیز کو لے کر کے، میں نے کوٹ کیا اس چیز کو کہ لوگ کہتے ہیں کہ if events are due to natural causes that are not due to super natural causes ۔</w:t>
      </w:r>
    </w:p>
    <w:p>
      <w:r>
        <w:rPr>
          <w:b/>
        </w:rPr>
        <w:t xml:space="preserve">[29:27] </w:t>
      </w:r>
      <w:r>
        <w:t>to main ne kaha, is mein likha, aap parh sakte hain is ko ke nature does not explain;</w:t>
      </w:r>
    </w:p>
    <w:p>
      <w:pPr>
        <w:jc w:val="right"/>
      </w:pPr>
      <w:r>
        <w:t>تو میں نے کہا، اس میں لکھا، آپ پڑھ سکتے ہیں اس کو کہ nature does not explain;</w:t>
      </w:r>
    </w:p>
    <w:p>
      <w:r>
        <w:rPr>
          <w:b/>
        </w:rPr>
        <w:t xml:space="preserve">[29:34] </w:t>
      </w:r>
      <w:r>
        <w:t>nature herself is in need of explanation. Nature does not explain; she is herself in need of explanation.</w:t>
      </w:r>
    </w:p>
    <w:p>
      <w:pPr>
        <w:jc w:val="right"/>
      </w:pPr>
      <w:r>
        <w:t>nature herself is in need of explanation. Nature does not explain; she is herself in need of explanation.</w:t>
      </w:r>
    </w:p>
    <w:p>
      <w:r>
        <w:rPr>
          <w:b/>
        </w:rPr>
        <w:t xml:space="preserve">[29:45] </w:t>
      </w:r>
      <w:r>
        <w:t>yani yeh jo cause and effect ka itna bara system qaim hai poore universe mein, to kaise qaim hai? Is ke peeche bhi ek controller chahiye, ek sustainer chahiye, ek creator chahiye.</w:t>
      </w:r>
    </w:p>
    <w:p>
      <w:pPr>
        <w:jc w:val="right"/>
      </w:pPr>
      <w:r>
        <w:t>یعنی یہ جو کاز اینڈ ایفیکٹ کا اتنا بڑا سسٹم قائم ہے پورے یونیورس میں، تو کیسے قائم ہے؟ اس کے پیچھے بھی ایک کنٹرولر چاہیے، ایک سسٹینر چاہیے، ایک کریٹر چاہیے۔</w:t>
      </w:r>
    </w:p>
    <w:p>
      <w:r>
        <w:rPr>
          <w:b/>
        </w:rPr>
        <w:t xml:space="preserve">[29:58] </w:t>
      </w:r>
      <w:r>
        <w:t>aise kaise ho jayega ultap? To kaha, science ne ek process ko daryaft kiya tha.</w:t>
      </w:r>
    </w:p>
    <w:p>
      <w:pPr>
        <w:jc w:val="right"/>
      </w:pPr>
      <w:r>
        <w:t>ایسے کیسے ہو جائے گا الٹ اپ؟ تو کہا، سائنس نے ایک پراسیس کو دریافت کیا تھا۔</w:t>
      </w:r>
    </w:p>
    <w:p>
      <w:r>
        <w:rPr>
          <w:b/>
        </w:rPr>
        <w:t xml:space="preserve">[30:04] </w:t>
      </w:r>
      <w:r>
        <w:t>is ko nahi daryaft kiya ke is process ke peeche koi taqat nahi hai. Is baat ko samajhne ki zaroorat hai ke science ne jo cheez daryaft ki thi, woh sirf yeh ke ek process hai yahan par.</w:t>
      </w:r>
    </w:p>
    <w:p>
      <w:pPr>
        <w:jc w:val="right"/>
      </w:pPr>
      <w:r>
        <w:t>اس کو نہیں دریافت کیا کہ اس پراسیس کے پیچھے کوئی طاقت نہیں ہے۔ اس بات کو سمجھنے کی ضرورت ہے کہ سائنس نے جو چیز دریافت کی تھی، وہ صرف یہ کہ ایک پراسیس ہے یہاں پر۔</w:t>
      </w:r>
    </w:p>
    <w:p>
      <w:r>
        <w:rPr>
          <w:b/>
        </w:rPr>
        <w:t xml:space="preserve">[30:19] </w:t>
      </w:r>
      <w:r>
        <w:t>bas baqi yeh philosophers ne add kiya is mein is cheez ko jis se unhon ne nikal liya ke atheism nikal liya.</w:t>
      </w:r>
    </w:p>
    <w:p>
      <w:pPr>
        <w:jc w:val="right"/>
      </w:pPr>
      <w:r>
        <w:t>بس باقی یہ فلاسفرز نے ایڈ کیا اس میں اس چیز کو جس سے انہوں نے نکال لیا کہ ایتھیزم نکال لیا۔</w:t>
      </w:r>
    </w:p>
    <w:p>
      <w:r>
        <w:rPr>
          <w:b/>
        </w:rPr>
        <w:t xml:space="preserve">[30:29] </w:t>
      </w:r>
      <w:r>
        <w:t>yeh main ne clear kiya is mein apni kitab mein ke science ne sirf process bataya hai, yeh nahi bataya ke process ke peeche koi taqat nahi hai.</w:t>
      </w:r>
    </w:p>
    <w:p>
      <w:pPr>
        <w:jc w:val="right"/>
      </w:pPr>
      <w:r>
        <w:t>یہ میں نے کلیئر کیا اس میں اپنی کتاب میں کہ سائنس نے صرف پراسیس بتایا ہے، یہ نہیں بتایا کہ پراسیس کے پیچھے کوئی طاقت نہیں ہے۔</w:t>
      </w:r>
    </w:p>
    <w:p>
      <w:r>
        <w:rPr>
          <w:b/>
        </w:rPr>
        <w:t xml:space="preserve">[30:38] </w:t>
      </w:r>
      <w:r>
        <w:t>yeh to galat tashreeh hai in logon ka aur galat istemal kiya unhon ne science ke is formula ko. Is tarah se main ne bohat si, yani kai kitabein likhin aur is cheezon ko wazeh kiya.</w:t>
      </w:r>
    </w:p>
    <w:p>
      <w:pPr>
        <w:jc w:val="right"/>
      </w:pPr>
      <w:r>
        <w:t>یہ تو غلط تشریح ہے ان لوگوں کا اور غلط استعمال کیا انہوں نے سائنس کے اس فارمولے کو۔ اس طرح سے میں نے بہت سی، یعنی کئی کتابیں لکھیں اور اس چیزوں کو واضح کیا۔</w:t>
      </w:r>
    </w:p>
    <w:p>
      <w:r>
        <w:rPr>
          <w:b/>
        </w:rPr>
        <w:t xml:space="preserve">[30:55] </w:t>
      </w:r>
      <w:r>
        <w:t>aise hi dekhiye, sainkdo saal se yeh mana jata tha philosophers ne ke phaila rakhi thi yeh baat ke mazhab mein aur isi tarah Islam mein</w:t>
      </w:r>
    </w:p>
    <w:p>
      <w:pPr>
        <w:jc w:val="right"/>
      </w:pPr>
      <w:r>
        <w:t>ایسے ہی دیکھیے، سینکڑوں سال سے یہ مانا جاتا تھا فلاسفرز نے کہ پھیلا رکھی تھی یہ بات کہ مذہب میں اور اسی طرح اسلام میں</w:t>
      </w:r>
    </w:p>
    <w:p>
      <w:r>
        <w:rPr>
          <w:b/>
        </w:rPr>
        <w:t xml:space="preserve">[31:11] </w:t>
      </w:r>
      <w:r>
        <w:t>jis ko kehte hain primary rationalism aur secondary rationalism. To Islam mein ya mazhab mein primary rationalism nahi hai, secondary rationalism hai.</w:t>
      </w:r>
    </w:p>
    <w:p>
      <w:pPr>
        <w:jc w:val="right"/>
      </w:pPr>
      <w:r>
        <w:t>جس کو کہتے ہیں پرائمری ریشنلزم اور سیکنڈری ریشنلزم۔ تو اسلام میں یا مذہب میں پرائمری ریشنلزم نہیں ہے، سیکنڈری ریشنلزم ہے۔</w:t>
      </w:r>
    </w:p>
    <w:p>
      <w:r>
        <w:rPr>
          <w:b/>
        </w:rPr>
        <w:t xml:space="preserve">[31:22] </w:t>
      </w:r>
      <w:r>
        <w:t>yani direct argument dastiyab nahi hai is mazhab mein. Sirf indirect argument dastiyab hai jo jo ke doosre darje ka argument hai.</w:t>
      </w:r>
    </w:p>
    <w:p>
      <w:pPr>
        <w:jc w:val="right"/>
      </w:pPr>
      <w:r>
        <w:t>یعنی ڈائریکٹ آرگیومنٹ دستیاب نہیں ہے اس مذہب میں۔ صرف ان ڈائریکٹ آرگیومنٹ دستیاب ہے جو جو کہ دوسرے درجے کا آرگیومنٹ ہے۔</w:t>
      </w:r>
    </w:p>
    <w:p>
      <w:r>
        <w:rPr>
          <w:b/>
        </w:rPr>
        <w:t xml:space="preserve">[31:33] </w:t>
      </w:r>
      <w:r>
        <w:t>is tarah se unhon ne bohat dinon se yeh yeh baat phaila rakhi thi ke mazhab ya Islam daleel par qaim nahi hai.</w:t>
      </w:r>
    </w:p>
    <w:p>
      <w:pPr>
        <w:jc w:val="right"/>
      </w:pPr>
      <w:r>
        <w:t>اس طرح سے انہوں نے بہت دنوں سے یہ یہ بات پھیلا رکھی تھی کہ مذہب یا اسلام دلیل پر قائم نہیں ہے۔</w:t>
      </w:r>
    </w:p>
    <w:p>
      <w:r>
        <w:rPr>
          <w:b/>
        </w:rPr>
        <w:t xml:space="preserve">[31:45] </w:t>
      </w:r>
      <w:r>
        <w:t>kyun ke un ke nazdeek daleel woh thi jo direct argument</w:t>
      </w:r>
    </w:p>
    <w:p>
      <w:pPr>
        <w:jc w:val="right"/>
      </w:pPr>
      <w:r>
        <w:t>کیونکہ ان کے نزدیک دلیل وہ تھی جو ڈائریکٹ آرگیومنٹ</w:t>
      </w:r>
    </w:p>
    <w:p>
      <w:r>
        <w:rPr>
          <w:b/>
        </w:rPr>
        <w:t xml:space="preserve">[31:48] </w:t>
      </w:r>
      <w:r>
        <w:t>par base karti ho. Yani primary rationalism secondary rationalism par base nahi karti. Is ka main ne study ki. Aur study kar ke main ne is par kitab likhi jis ka naam hai Religion and Science .</w:t>
      </w:r>
    </w:p>
    <w:p>
      <w:pPr>
        <w:jc w:val="right"/>
      </w:pPr>
      <w:r>
        <w:t>پر بیس کرتی ہو۔ یعنی پرائمری ریشنلزم سیکنڈری ریشنلزم پر بیس نہیں کرتی۔ اس کا میں نے اسٹڈی کی۔ اور اسٹڈی کر کے میں نے اس پر کتاب لکھی جس کا نام ہے Religion and Science ۔</w:t>
      </w:r>
    </w:p>
    <w:p>
      <w:r>
        <w:rPr>
          <w:b/>
        </w:rPr>
        <w:t xml:space="preserve">[32:02] </w:t>
      </w:r>
      <w:r>
        <w:t>is mein main ne bataya ke yeh ek yeh bhi ek philosophy hai. Yeh bhi ek philosophy hai. Philosophers ki jo atheism mein yaqeen rakhte hain, un ki ek philosophy hai.</w:t>
      </w:r>
    </w:p>
    <w:p>
      <w:pPr>
        <w:jc w:val="right"/>
      </w:pPr>
      <w:r>
        <w:t>اس میں میں نے بتایا کہ یہ ایک یہ بھی ایک فلسفی ہے۔ یہ بھی ایک فلسفی ہے۔ فلاسفرز کی جو ایتھیز میں یقین رکھتے ہیں، ان کی ایک فلسفی ہے۔</w:t>
      </w:r>
    </w:p>
    <w:p>
      <w:r>
        <w:rPr>
          <w:b/>
        </w:rPr>
        <w:t xml:space="preserve">[32:14] </w:t>
      </w:r>
      <w:r>
        <w:t>kaise</w:t>
      </w:r>
    </w:p>
    <w:p>
      <w:pPr>
        <w:jc w:val="right"/>
      </w:pPr>
      <w:r>
        <w:t>کیسے</w:t>
      </w:r>
    </w:p>
    <w:p>
      <w:r>
        <w:rPr>
          <w:b/>
        </w:rPr>
        <w:t xml:space="preserve">[32:16] </w:t>
      </w:r>
      <w:r>
        <w:t>? Is tarah se ke yeh baat us waqt sahi thi jabke insaan ka ilm micro cosmic level par chal raha tha.</w:t>
      </w:r>
    </w:p>
    <w:p>
      <w:pPr>
        <w:jc w:val="right"/>
      </w:pPr>
      <w:r>
        <w:t>؟ اس طرح سے کہ یہ بات اس وقت صحیح تھی جبکہ انسان کا علم مائیکرو کاسمک لیول پر چل رہا تھا۔</w:t>
      </w:r>
    </w:p>
    <w:p>
      <w:r>
        <w:rPr>
          <w:b/>
        </w:rPr>
        <w:t xml:space="preserve">[32:27] </w:t>
      </w:r>
      <w:r>
        <w:t>jab tak atom toota nahi tha, matter toota nahi tha.</w:t>
      </w:r>
    </w:p>
    <w:p>
      <w:pPr>
        <w:jc w:val="right"/>
      </w:pPr>
      <w:r>
        <w:t>جب تک ایٹم ٹوٹا نہیں تھا، میٹر ٹوٹا نہیں تھا۔</w:t>
      </w:r>
    </w:p>
    <w:p>
      <w:r>
        <w:rPr>
          <w:b/>
        </w:rPr>
        <w:t xml:space="preserve">[32:32] </w:t>
      </w:r>
      <w:r>
        <w:t>lekin jab atom mein taqseem hua aur yeh pata chala ke atom bhi aakhri cheez nahi hai, balkeh atom ke baad electron hai.</w:t>
      </w:r>
    </w:p>
    <w:p>
      <w:pPr>
        <w:jc w:val="right"/>
      </w:pPr>
      <w:r>
        <w:t>لیکن جب ایٹم میں تقسیم ہوا اور یہ پتہ چلا کہ ایٹم بھی آخری چیز نہیں ہے، بلکہ ایٹم کے بعد الیکٹران ہے۔</w:t>
      </w:r>
    </w:p>
    <w:p>
      <w:r>
        <w:rPr>
          <w:b/>
        </w:rPr>
        <w:t xml:space="preserve">[32:45] </w:t>
      </w:r>
      <w:r>
        <w:t>aur electron jo hai, unseen hai. electron ko koi dekh nahi sakta. ya misaal ke taur par aap jab jaate hain ek doctor ke haan x-ray ke liye, woh aap ko khada karta hai aur ek switch dabata hai.</w:t>
      </w:r>
    </w:p>
    <w:p>
      <w:pPr>
        <w:jc w:val="right"/>
      </w:pPr>
      <w:r>
        <w:t>اور الیکٹران جو ہے، ان سین ہے۔ الیکٹران کو کوئی دیکھ نہیں سکتا۔ یا مثال کے طور پر آپ جب جاتے ہیں ایک ڈاکٹر کے ہاں ایکس رے کے لیے، وہ آپ کو کھڑا کرتا ہے اور ایک سوئچ دباتا ہے۔</w:t>
      </w:r>
    </w:p>
    <w:p>
      <w:r>
        <w:rPr>
          <w:b/>
        </w:rPr>
        <w:t xml:space="preserve">[33:01] </w:t>
      </w:r>
      <w:r>
        <w:t>toh ek second se bhi kam arse mein aap dekhte hain ke aap ka photo aa gaya. ab photo kaise aaya? toh photo is tarah aaya ke kuch x-rays hain jo nikal kar aap ke body se pass huin.</w:t>
      </w:r>
    </w:p>
    <w:p>
      <w:pPr>
        <w:jc w:val="right"/>
      </w:pPr>
      <w:r>
        <w:t>تو ایک سیکنڈ سے بھی کم عرصے میں آپ دیکھتے ہیں کہ آپ کا فوٹو آگیا۔ اب فوٹو کیسے آیا؟ تو فوٹو اس طرح آیا کہ کچھ ایکس ریز ہیں جو نکل کر آپ کے باڈی سے پاس ہوئیں۔</w:t>
      </w:r>
    </w:p>
    <w:p>
      <w:r>
        <w:rPr>
          <w:b/>
        </w:rPr>
        <w:t xml:space="preserve">[33:16] </w:t>
      </w:r>
      <w:r>
        <w:t>pass ho kar unhon ne is ka photo bana liya. toh koi x-rays ko toh aap dekhte nahi. woh rays kisi bhi durbin khurdbeen se dikhai nahi deti.</w:t>
      </w:r>
    </w:p>
    <w:p>
      <w:pPr>
        <w:jc w:val="right"/>
      </w:pPr>
      <w:r>
        <w:t>پاس ہو کر انہوں نے اس کا فوٹو بنا لیا۔ تو کوئی ایکس ریز کو تو آپ دیکھتے نہیں۔ وہ ریز کسی بھی دوربین خردبین سے دکھائی نہیں دیتی۔</w:t>
      </w:r>
    </w:p>
    <w:p>
      <w:r>
        <w:rPr>
          <w:b/>
        </w:rPr>
        <w:t xml:space="preserve">[33:28] </w:t>
      </w:r>
      <w:r>
        <w:t>is liye is ka naam hai x-rays.</w:t>
      </w:r>
    </w:p>
    <w:p>
      <w:pPr>
        <w:jc w:val="right"/>
      </w:pPr>
      <w:r>
        <w:t>اس لیے اس کا نام ہے ایکس ریز۔</w:t>
      </w:r>
    </w:p>
    <w:p>
      <w:r>
        <w:rPr>
          <w:b/>
        </w:rPr>
        <w:t xml:space="preserve">[33:31] </w:t>
      </w:r>
      <w:r>
        <w:t>is tarah se bohat si baatein maloom huin ke jis baat, jis ke baad yeh maan liya gaya science mein ke haqeeqat wohi nahi hai jo dikhai de, woh bhi hai jo na dikhai de.</w:t>
      </w:r>
    </w:p>
    <w:p>
      <w:pPr>
        <w:jc w:val="right"/>
      </w:pPr>
      <w:r>
        <w:t>اس طرح سے بہت سی باتیں معلوم ہوئیں کہ جس بات، جس کے بعد یہ مان لیا گیا سائنس میں کہ حقیقت وہی نہیں ہے جو دکھائی دے، وہ بھی ہے جو نہ دکھائی دے۔</w:t>
      </w:r>
    </w:p>
    <w:p>
      <w:r>
        <w:rPr>
          <w:b/>
        </w:rPr>
        <w:t xml:space="preserve">[33:46] </w:t>
      </w:r>
      <w:r>
        <w:t>kyunke har cheez aakhir mein electron hai. dance of electron. poori poori universe jo hai, woh woh jo kya hai, woh electronic dance hai.</w:t>
      </w:r>
    </w:p>
    <w:p>
      <w:pPr>
        <w:jc w:val="right"/>
      </w:pPr>
      <w:r>
        <w:t>کیونکہ ہر چیز آخر میں الیکٹران ہے۔ ڈانس آف الیکٹران۔ پوری پوری یونیورس جو ہے، وہ وہ جو کیا ہے، وہ الیکٹرانک ڈانس ہے۔</w:t>
      </w:r>
    </w:p>
    <w:p>
      <w:r>
        <w:rPr>
          <w:b/>
        </w:rPr>
        <w:t xml:space="preserve">[33:57] </w:t>
      </w:r>
      <w:r>
        <w:t>yaani unseen dance. jo dikhai na de.</w:t>
      </w:r>
    </w:p>
    <w:p>
      <w:pPr>
        <w:jc w:val="right"/>
      </w:pPr>
      <w:r>
        <w:t>یعنی ان سین ڈانس۔ جو دکھائی نہ دے۔</w:t>
      </w:r>
    </w:p>
    <w:p>
      <w:r>
        <w:rPr>
          <w:b/>
        </w:rPr>
        <w:t xml:space="preserve">[34:01] </w:t>
      </w:r>
      <w:r>
        <w:t>toh jab har cheez ghat kar electron ban gayi toh poori poori, yaani sab kuch unseen ban gaya.</w:t>
      </w:r>
    </w:p>
    <w:p>
      <w:pPr>
        <w:jc w:val="right"/>
      </w:pPr>
      <w:r>
        <w:t>تو جب ہر چیز گھٹ کر الیکٹران بن گئی تو پوری پوری، یعنی سب کچھ ان سین بن گیا۔</w:t>
      </w:r>
    </w:p>
    <w:p>
      <w:r>
        <w:rPr>
          <w:b/>
        </w:rPr>
        <w:t xml:space="preserve">[34:11] </w:t>
      </w:r>
      <w:r>
        <w:t>pehlay yeh samajhta tha insaan ke hum ek seen world mein rehte hain. ab pata chala ke nahi, hum unseen world mein rehte hain. koi bhi cheez hum dekh nahi sakte. is tarah se logic mein ek tabdeeli aayi.</w:t>
      </w:r>
    </w:p>
    <w:p>
      <w:pPr>
        <w:jc w:val="right"/>
      </w:pPr>
      <w:r>
        <w:t>پہلے یہ سمجھتا تھا انسان کہ ہم ایک سین ورلڈ میں رہتے ہیں۔ اب پتہ چلا کہ نہیں، ہم ان سین ورلڈ میں رہتے ہیں۔ کوئی بھی چیز ہم دیکھ نہیں سکتے۔ اس طرح سے منطق میں ایک تبدیلی آئی۔</w:t>
      </w:r>
    </w:p>
    <w:p>
      <w:r>
        <w:rPr>
          <w:b/>
        </w:rPr>
        <w:t xml:space="preserve">[34:23] </w:t>
      </w:r>
      <w:r>
        <w:t>pehlay yeh maana jata tha ke jis ko kehte hain logical positivism ke zamane mein</w:t>
      </w:r>
    </w:p>
    <w:p>
      <w:pPr>
        <w:jc w:val="right"/>
      </w:pPr>
      <w:r>
        <w:t>پہلے یہ مانا جاتا تھا کہ جس کو کہتے ہیں لاجیکل پازیٹیو ازم کے زمانے میں</w:t>
      </w:r>
    </w:p>
    <w:p>
      <w:r>
        <w:rPr>
          <w:b/>
        </w:rPr>
        <w:t xml:space="preserve">[34:31] </w:t>
      </w:r>
      <w:r>
        <w:t>ke cheezein wohi, unhi wohi cheezein haqeeqat hain. yaani unhi cheezon ka haqeeqi wujood hai jin ko hum direct argument ke zariye jaan saken.</w:t>
      </w:r>
    </w:p>
    <w:p>
      <w:pPr>
        <w:jc w:val="right"/>
      </w:pPr>
      <w:r>
        <w:t>کہ چیزیں وہی، انہی وہی چیزیں حقیقت ہیں۔ یعنی انہی چیزوں کا حقیقی وجود ہے جن کو ہم ڈائریکٹ آرگیومنٹ کے ذریعے جان سکیں۔</w:t>
      </w:r>
    </w:p>
    <w:p>
      <w:r>
        <w:rPr>
          <w:b/>
        </w:rPr>
        <w:t xml:space="preserve">[34:43] </w:t>
      </w:r>
      <w:r>
        <w:t>lekin jab yeh pata chala ke cheezein, koi bhi cheez dikhai nahi deti, har cheez ko baghair dekhe manna parta hai.</w:t>
      </w:r>
    </w:p>
    <w:p>
      <w:pPr>
        <w:jc w:val="right"/>
      </w:pPr>
      <w:r>
        <w:t>لیکن جب یہ پتہ چلا کہ چیزیں، کوئی بھی چیز دکھائی نہیں دیتی، ہر چیز کو بغیر دیکھے ماننا پڑتا ہے۔</w:t>
      </w:r>
    </w:p>
    <w:p>
      <w:r>
        <w:rPr>
          <w:b/>
        </w:rPr>
        <w:t xml:space="preserve">[34:55] </w:t>
      </w:r>
      <w:r>
        <w:t>yaani effect se man</w:t>
      </w:r>
    </w:p>
    <w:p>
      <w:pPr>
        <w:jc w:val="right"/>
      </w:pPr>
      <w:r>
        <w:t>یعنی ایفیکٹ سے مان</w:t>
      </w:r>
    </w:p>
    <w:p>
      <w:r>
        <w:rPr>
          <w:b/>
        </w:rPr>
        <w:t xml:space="preserve">[34:57] </w:t>
      </w:r>
      <w:r>
        <w:t>na parta hai. jaise ke maine aap se arz kiya, x-rays. toh rays ko aap ne nahi dekha. rays ke effect ko dekha, yaani photo ko. is photo se aap ne infer kiya ke yahan par rays hain jo pass huin hain meri body se.</w:t>
      </w:r>
    </w:p>
    <w:p>
      <w:pPr>
        <w:jc w:val="right"/>
      </w:pPr>
      <w:r>
        <w:t>نا پڑتا ہے۔ جیسے کہ میں نے آپ سے عرض کیا، ایکس ریز۔ تو ریز کو آپ نے نہیں دیکھا۔ ریز کے ایفیکٹ کو دیکھا، یعنی فوٹو کو۔ اس فوٹو سے آپ نے اِنفر کیا کہ یہاں پر ریز ہیں جو پاس ہوئی ہیں میری باڈی سے۔</w:t>
      </w:r>
    </w:p>
    <w:p>
      <w:r>
        <w:rPr>
          <w:b/>
        </w:rPr>
        <w:t xml:space="preserve">[35:11] </w:t>
      </w:r>
      <w:r>
        <w:t>toh is ke baad kya hua ke inference argument bhi maan liya gaya ke woh bhi durust hai jis tarah se direct argument durust hai.</w:t>
      </w:r>
    </w:p>
    <w:p>
      <w:pPr>
        <w:jc w:val="right"/>
      </w:pPr>
      <w:r>
        <w:t>تو اس کے بعد کیا ہوا کہ اِنفرینس آرگیومنٹ بھی مان لیا گیا کہ وہ بھی درست ہے جس طرح سے ڈائریکٹ آرگیومنٹ درست ہے۔</w:t>
      </w:r>
    </w:p>
    <w:p>
      <w:r>
        <w:rPr>
          <w:b/>
        </w:rPr>
        <w:t xml:space="preserve">[35:22] </w:t>
      </w:r>
      <w:r>
        <w:t>yeh maine mutaliq baat jaana aur phir is par kitabein likhein.</w:t>
      </w:r>
    </w:p>
    <w:p>
      <w:pPr>
        <w:jc w:val="right"/>
      </w:pPr>
      <w:r>
        <w:t>یہ میں نے متعلق بات جانا اور پھر اس پر کتابیں لکھیں۔</w:t>
      </w:r>
    </w:p>
    <w:p>
      <w:r>
        <w:rPr>
          <w:b/>
        </w:rPr>
        <w:t xml:space="preserve">[35:27] </w:t>
      </w:r>
      <w:r>
        <w:t>toh yeh jo philosophy thi ke Islam ke aqeeday ko scientific dalail se sabit nahi kiya sakta, toh maine yeh dikhaya ke science mein jo dalail istemal hote hain, jo argument istemal hota hai,</w:t>
      </w:r>
    </w:p>
    <w:p>
      <w:pPr>
        <w:jc w:val="right"/>
      </w:pPr>
      <w:r>
        <w:t>تو یہ جو فلسفی تھی کہ اسلام کے عقیدے کو سائنٹیفک دلائل سے ثابت نہیں کیا سکتا، تو میں نے یہ دکھایا کہ سائنس میں جو دلائل استعمال ہوتے ہیں، جو آرگیومنٹ استعمال ہوتا ہے،</w:t>
      </w:r>
    </w:p>
    <w:p>
      <w:r>
        <w:rPr>
          <w:b/>
        </w:rPr>
        <w:t xml:space="preserve">[35:43] </w:t>
      </w:r>
      <w:r>
        <w:t>theek isi se hum yahan bhi sabit kar sakte hain kisi cheez ko.</w:t>
      </w:r>
    </w:p>
    <w:p>
      <w:pPr>
        <w:jc w:val="right"/>
      </w:pPr>
      <w:r>
        <w:t>ٹھیک اسی سے ہم یہاں بھی ثابت کر سکتے ہیں کسی چیز کو۔</w:t>
      </w:r>
    </w:p>
    <w:p>
      <w:r>
        <w:rPr>
          <w:b/>
        </w:rPr>
        <w:t xml:space="preserve">[35:49] </w:t>
      </w:r>
      <w:r>
        <w:t>chunaancha is ko Burton Hanson ne maana hai ke yeh jo argument hai, yaani jis ko kehte hain argument from design, yaani where there is a design there is a designer.</w:t>
      </w:r>
    </w:p>
    <w:p>
      <w:pPr>
        <w:jc w:val="right"/>
      </w:pPr>
      <w:r>
        <w:t>چنانچہ اس کو برٹن ہنسل نے مانا ہے کہ یہ جو آرگیومنٹ ہے، یعنی جس کو کہتے ہیں آرگیومنٹ فرام ڈیزائن، یعنی where there is a design there is a designer ۔</w:t>
      </w:r>
    </w:p>
    <w:p>
      <w:r>
        <w:rPr>
          <w:b/>
        </w:rPr>
        <w:t xml:space="preserve">[35:59] </w:t>
      </w:r>
      <w:r>
        <w:t>yeh jo argument hai apni fitrat ke aitbar se yeh scientific argument hai. kyunke khud science mein bhi isi kya aata hai ke effect se istidlal kiya aata hai.</w:t>
      </w:r>
    </w:p>
    <w:p>
      <w:pPr>
        <w:jc w:val="right"/>
      </w:pPr>
      <w:r>
        <w:t>یہ جو آرگیومنٹ ہے اپنی فطرت کے اعتبار سے یہ سائنٹیفک آرگیومنٹ ہے۔ کیونکہ خود سائنس میں بھی اسی کیا آتا ہے کہ ایفیکٹ سے استدلال کیا آتا ہے۔</w:t>
      </w:r>
    </w:p>
    <w:p>
      <w:r>
        <w:rPr>
          <w:b/>
        </w:rPr>
        <w:t xml:space="preserve">[36:09] </w:t>
      </w:r>
      <w:r>
        <w:t>effect se argument kiya aata hai. toh wohi yahan bhi hai ke effect se hum argument kar rahe hain.</w:t>
      </w:r>
    </w:p>
    <w:p>
      <w:pPr>
        <w:jc w:val="right"/>
      </w:pPr>
      <w:r>
        <w:t>ایفیکٹ سے آرگیومنٹ کیا آتا ہے۔ تو وہی یہاں بھی ہے کہ ایفیکٹ سے ہم آرگیومنٹ کر رہے ہیں۔</w:t>
      </w:r>
    </w:p>
    <w:p>
      <w:r>
        <w:rPr>
          <w:b/>
        </w:rPr>
        <w:t xml:space="preserve">[36:18] </w:t>
      </w:r>
      <w:r>
        <w:t>toh kya inference argument jab jab jab tak science ki, yaani science jab tak micro world mein thi, tab tak woh baat kahi jati thi.</w:t>
      </w:r>
    </w:p>
    <w:p>
      <w:pPr>
        <w:jc w:val="right"/>
      </w:pPr>
      <w:r>
        <w:t>تو کیا اِنفرینس آرگیومنٹ جب جب جب تک سائنس کی، یعنی سائنس جب تک مائیکرو ورلڈ میں تھی، تب تک وہ بات کہی جاتی تھی۔</w:t>
      </w:r>
    </w:p>
    <w:p>
      <w:r>
        <w:rPr>
          <w:b/>
        </w:rPr>
        <w:t xml:space="preserve">[36:31] </w:t>
      </w:r>
      <w:r>
        <w:t>lekin jab science micro world tak pahunch gayi, yaani electronic world tak pahunch gayi, toh phir yeh saari logic badal gayi.</w:t>
      </w:r>
    </w:p>
    <w:p>
      <w:pPr>
        <w:jc w:val="right"/>
      </w:pPr>
      <w:r>
        <w:t>لیکن جب سائنس مائیکرو ورلڈ تک پہنچ گئی، یعنی الیکٹرانک ورلڈ تک پہنچ گئی، تو پھر یہ ساری منطق بدل گئی۔</w:t>
      </w:r>
    </w:p>
    <w:p>
      <w:r>
        <w:rPr>
          <w:b/>
        </w:rPr>
        <w:t xml:space="preserve">[36:41] </w:t>
      </w:r>
      <w:r>
        <w:t>yeh maine daryaft kiya aur is ko maine is par kitabein likhein.</w:t>
      </w:r>
    </w:p>
    <w:p>
      <w:pPr>
        <w:jc w:val="right"/>
      </w:pPr>
      <w:r>
        <w:t>یہ میں نے دریافت کیا اور اس کو میں نے اس پر کتابیں لکھیں۔</w:t>
      </w:r>
    </w:p>
    <w:p>
      <w:r>
        <w:rPr>
          <w:b/>
        </w:rPr>
        <w:t xml:space="preserve">[36:46] </w:t>
      </w:r>
      <w:r>
        <w:t>yeh science ki baat hui. is par maine bohat si kitabein likhi, aap parh sakte hain is ko. ab main chand baatein aur bhi arz karunga</w:t>
      </w:r>
    </w:p>
    <w:p>
      <w:pPr>
        <w:jc w:val="right"/>
      </w:pPr>
      <w:r>
        <w:t>یہ سائنس کی بات ہوئی۔ اس پر میں نے بہت سی کتابیں لکھیں، آپ پڑھ سکتے ہیں اس کو۔ اب میں چند باتیں اور بھی عرض کروں گا</w:t>
      </w:r>
    </w:p>
    <w:p>
      <w:r>
        <w:rPr>
          <w:b/>
        </w:rPr>
        <w:t xml:space="preserve">[36:57] </w:t>
      </w:r>
      <w:r>
        <w:t>ke kis tarah jis ko main dobara daryaft kar raha hoon, woh kya cheez hai. aam taur par ab usmanon mein main dekhta tha bachpan se ke doosron ko, jis ko woh ghair qom kehte hain, kufar kehte hain, mushrik kehte hain, un ke liye un ke dil mein ehtiram nahin.</w:t>
      </w:r>
    </w:p>
    <w:p>
      <w:pPr>
        <w:jc w:val="right"/>
      </w:pPr>
      <w:r>
        <w:t>کہ کس طرح جس کو میں دوبارہ دریافت کر رہا ہوں، وہ کیا چیز ہے۔ عام طور پر اب عثمانوں میں میں دیکھتا تھا بچپن سے کہ دوسروں کو، جس کو وہ غیر قوم کہتے ہیں، کفار کہتے ہیں، مشرک کہتے ہیں، ان کے لیے ان کے دل میں احترام نہیں۔</w:t>
      </w:r>
    </w:p>
    <w:p>
      <w:r>
        <w:rPr>
          <w:b/>
        </w:rPr>
        <w:t xml:space="preserve">[37:15] </w:t>
      </w:r>
      <w:r>
        <w:t>aap mein se har ek ne is ka tajruba kiya hoga ke un ke liye ehtiram nahin. hamare haan sab se bari jamaat jo hai, tablighi jamaat, to us ke is mein likha hua hai ikram-e-muslim, ikram-e-insan nahin.</w:t>
      </w:r>
    </w:p>
    <w:p>
      <w:pPr>
        <w:jc w:val="right"/>
      </w:pPr>
      <w:r>
        <w:t>آپ میں سے ہر ایک نے اس کا تجربہ کیا ہوگا کہ ان کے لیے احترام نہیں۔ ہمارے ہاں سب سے بڑی جماعت جو ہے، تبلیغی جماعت، تو اس کے اس میں لکھا ہوا ہے اکرام مسلم، اکرام انسان نہیں۔</w:t>
      </w:r>
    </w:p>
    <w:p>
      <w:r>
        <w:rPr>
          <w:b/>
        </w:rPr>
        <w:t xml:space="preserve">[37:30] </w:t>
      </w:r>
      <w:r>
        <w:t>yani sab se bari jamaat mani jati hai woh. wahan par ikram-e-muslim hai, ikram-e-insan ka tasawwur nahin hai.</w:t>
      </w:r>
    </w:p>
    <w:p>
      <w:pPr>
        <w:jc w:val="right"/>
      </w:pPr>
      <w:r>
        <w:t>یعنی سب سے بڑی جماعت مانی جاتی ہے وہ۔ وہاں پر اکرام مسلم ہے، اکرام انسان کا تصور نہیں ہے۔</w:t>
      </w:r>
    </w:p>
    <w:p>
      <w:r>
        <w:rPr>
          <w:b/>
        </w:rPr>
        <w:t xml:space="preserve">[37:39] </w:t>
      </w:r>
      <w:r>
        <w:t>aise hi sab ke haan hai. sab ke haan.</w:t>
      </w:r>
    </w:p>
    <w:p>
      <w:pPr>
        <w:jc w:val="right"/>
      </w:pPr>
      <w:r>
        <w:t>ایسے ہی سب کے ہاں ہے۔ سب کے ہاں۔</w:t>
      </w:r>
    </w:p>
    <w:p>
      <w:r>
        <w:rPr>
          <w:b/>
        </w:rPr>
        <w:t xml:space="preserve">[37:43] </w:t>
      </w:r>
      <w:r>
        <w:t>to log samajhte hain ke musalman ka to ehtiram karna hai hum ne. musalman ki to izzat karni hai hum ne. lekin jo doosri qomein hain, jin ko hum kafir samajhte hain, un ke liye hamein ehtiram nahin karna hai.</w:t>
      </w:r>
    </w:p>
    <w:p>
      <w:pPr>
        <w:jc w:val="right"/>
      </w:pPr>
      <w:r>
        <w:t>تو لوگ سمجھتے ہیں کہ مسلمان کا تو احترام کرنا ہے ہمیں۔ مسلمان کی تو عزت کرنی ہے ہمیں۔ لیکن جو دوسری قومیں ہیں، جن کو ہم کافر سمجھتے ہیں، ان کے لیے ہمیں احترام نہیں کرنا ہے۔</w:t>
      </w:r>
    </w:p>
    <w:p>
      <w:r>
        <w:rPr>
          <w:b/>
        </w:rPr>
        <w:t xml:space="preserve">[37:53] </w:t>
      </w:r>
      <w:r>
        <w:t>woh to jaane wale hain.</w:t>
      </w:r>
    </w:p>
    <w:p>
      <w:pPr>
        <w:jc w:val="right"/>
      </w:pPr>
      <w:r>
        <w:t>وہ تو جانے والے ہیں۔</w:t>
      </w:r>
    </w:p>
    <w:p>
      <w:r>
        <w:rPr>
          <w:b/>
        </w:rPr>
        <w:t xml:space="preserve">[37:58] </w:t>
      </w:r>
      <w:r>
        <w:t>to yeh chhaya hua hai zehan. aaj bhi aap tajruba karte honge ke aaj bhi logon mein is tarah ki soch maujood hai. ab is ki maine tehqeeq ki.</w:t>
      </w:r>
    </w:p>
    <w:p>
      <w:pPr>
        <w:jc w:val="right"/>
      </w:pPr>
      <w:r>
        <w:t>تو یہ چھایا ہوا ہے ذہن۔ آج بھی آپ تجربہ کرتے ہوں گے کہ آج بھی لوگوں میں اس طرح کی سوچ موجود ہے۔ اب اس کی میں نے تحقیق کی۔</w:t>
      </w:r>
    </w:p>
    <w:p>
      <w:r>
        <w:rPr>
          <w:b/>
        </w:rPr>
        <w:t xml:space="preserve">[38:08] </w:t>
      </w:r>
      <w:r>
        <w:t>to pata yeh chala ke bohat si taleemat-e-islam ki jo ghair muslim ke ehtiram par mabni hain, woh pehle hi maujood hain. lekin is ko logon ne ghalat ta'abeerat mein chupa rakha hai.</w:t>
      </w:r>
    </w:p>
    <w:p>
      <w:pPr>
        <w:jc w:val="right"/>
      </w:pPr>
      <w:r>
        <w:t>تو پتہ یہ چلا کہ بہت سی تعلیمات اسلام کی جو غیر مسلم کے احترام پر مبنی ہیں، وہ پہلے ہی موجود ہیں۔ لیکن اس کو لوگوں نے غلط تعبیرات میں چھپا رکھا ہے۔</w:t>
      </w:r>
    </w:p>
    <w:p>
      <w:r>
        <w:rPr>
          <w:b/>
        </w:rPr>
        <w:t xml:space="preserve">[38:21] </w:t>
      </w:r>
      <w:r>
        <w:t>yani islam ehtiram-e-insaniyat ka mazhab hai.</w:t>
      </w:r>
    </w:p>
    <w:p>
      <w:pPr>
        <w:jc w:val="right"/>
      </w:pPr>
      <w:r>
        <w:t>یعنی اسلام احترام انسانیت کا مذہب ہے۔</w:t>
      </w:r>
    </w:p>
    <w:p>
      <w:r>
        <w:rPr>
          <w:b/>
        </w:rPr>
        <w:t xml:space="preserve">[38:27] </w:t>
      </w:r>
      <w:r>
        <w:t>saare insaanon ka ehtiram sikhata hai. sab ki izzat sikhata hai. lekin jo rawaji mazhab bana, jo doosron ki tashreeh par mabni tha, us mein aisa ho gaya ke apne bhaiyon ka ehtiram karo, baqi woh to fana-e-mustaqar hain.</w:t>
      </w:r>
    </w:p>
    <w:p>
      <w:pPr>
        <w:jc w:val="right"/>
      </w:pPr>
      <w:r>
        <w:t>سارے انسانوں کا احترام سکھاتا ہے۔ سب کی عزت سکھاتا ہے۔ لیکن جو رواجی مذہب بنا، جو دوسروں کی تشریح پر مبنی تھا، اس میں ایسا ہو گیا کہ اپنے بھائیوں کا احترام کرو، باقی وہ تو فنارِ مستقر ہیں۔</w:t>
      </w:r>
    </w:p>
    <w:p>
      <w:r>
        <w:rPr>
          <w:b/>
        </w:rPr>
        <w:t xml:space="preserve">[38:44] </w:t>
      </w:r>
      <w:r>
        <w:t>aaj ka zamana scientific zamana kaha jata hai. aur yeh sahi hai.</w:t>
      </w:r>
    </w:p>
    <w:p>
      <w:pPr>
        <w:jc w:val="right"/>
      </w:pPr>
      <w:r>
        <w:t>آج کا زمانہ سائنٹیفک زمانہ کہا جاتا ہے۔ اور یہ صحیح ہے۔</w:t>
      </w:r>
    </w:p>
    <w:p>
      <w:r>
        <w:rPr>
          <w:b/>
        </w:rPr>
        <w:t xml:space="preserve">[38:52] </w:t>
      </w:r>
      <w:r>
        <w:t>duniya adalti daur se nikal kar scientific daur mein pahunchi hai. is ki wajah se saari soch aur sab kuch badal gaya hai.</w:t>
      </w:r>
    </w:p>
    <w:p>
      <w:pPr>
        <w:jc w:val="right"/>
      </w:pPr>
      <w:r>
        <w:t>دنیا عدالتی دور سے نکل کر سائنٹیفک دور میں پہنچی ہے۔ اس کی وجہ سے ساری سوچ اور سب کچھ بدل گیا ہے۔</w:t>
      </w:r>
    </w:p>
    <w:p>
      <w:r>
        <w:rPr>
          <w:b/>
        </w:rPr>
        <w:t xml:space="preserve">[39:08] </w:t>
      </w:r>
      <w:r>
        <w:t>to yeh ek zaroorat hai islam ki ke naye, yani jadeed qism ke ulama paida hon.</w:t>
      </w:r>
    </w:p>
    <w:p>
      <w:pPr>
        <w:jc w:val="right"/>
      </w:pPr>
      <w:r>
        <w:t>تو یہ ایک ضرورت ہے اسلام کی کہ نئے، یعنی جدید قسم کے علماء پیدا ہوں۔</w:t>
      </w:r>
    </w:p>
    <w:p>
      <w:r>
        <w:rPr>
          <w:b/>
        </w:rPr>
        <w:t xml:space="preserve">[39:18] </w:t>
      </w:r>
      <w:r>
        <w:t>yani jadeed ulama jo aaj ki zaroorat ko poora karen.</w:t>
      </w:r>
    </w:p>
    <w:p>
      <w:pPr>
        <w:jc w:val="right"/>
      </w:pPr>
      <w:r>
        <w:t>یعنی جدید علماء جو آج کی ضرورت کو پورا کریں۔</w:t>
      </w:r>
    </w:p>
    <w:p>
      <w:r>
        <w:rPr>
          <w:b/>
        </w:rPr>
        <w:t xml:space="preserve">[39:24] </w:t>
      </w:r>
      <w:r>
        <w:t>to maine dono taraf ke shobon ko parha hai. main keh sakta hoon ke jo log yeh kehte hain ke islam mein dobara tajziya ki zaroorat hai, woh ghalat kehte hain.</w:t>
      </w:r>
    </w:p>
    <w:p>
      <w:pPr>
        <w:jc w:val="right"/>
      </w:pPr>
      <w:r>
        <w:t>تو میں نے دونوں طرف کے شعبوں کو پڑھا ہے۔ میں کہہ سکتا ہوں کہ جو لوگ یہ کہتے ہیں کہ اسلام میں دوبارہ تجزیہ کی ضرورت ہے، وہ غلط کہتے ہیں۔</w:t>
      </w:r>
    </w:p>
    <w:p>
      <w:r>
        <w:rPr>
          <w:b/>
        </w:rPr>
        <w:t xml:space="preserve">[39:36] </w:t>
      </w:r>
      <w:r>
        <w:t>islam mein dobara tajziya ki koi zaroorat nahin hai. islam mein zaroorat hai dobara daryaft ki. dobara daryaft.</w:t>
      </w:r>
    </w:p>
    <w:p>
      <w:pPr>
        <w:jc w:val="right"/>
      </w:pPr>
      <w:r>
        <w:t>اسلام میں دوبارہ تجزیہ کی کوئی ضرورت نہیں ہے۔ اسلام میں ضرورت ہے دوبارہ دریافت کی۔ دوبارہ دریافت۔</w:t>
      </w:r>
    </w:p>
    <w:p>
      <w:r>
        <w:rPr>
          <w:b/>
        </w:rPr>
        <w:t xml:space="preserve">[39:49] </w:t>
      </w:r>
      <w:r>
        <w:t>jaise aap jante hain ke jo shamsi nizam hamara hai, woh hamesha se ek hi usool par chal raha tha. yani heliocentric theories ko kehte hain.</w:t>
      </w:r>
    </w:p>
    <w:p>
      <w:pPr>
        <w:jc w:val="right"/>
      </w:pPr>
      <w:r>
        <w:t>جیسے آپ جانتے ہیں کہ جو شمسی نظام ہمارا ہے، وہ ہمیشہ سے ایک ہی اصول پر چل رہا تھا۔ یعنی ہیلیو سینٹرک تھیوریز کو کہتے ہیں۔</w:t>
      </w:r>
    </w:p>
    <w:p>
      <w:r>
        <w:rPr>
          <w:b/>
        </w:rPr>
        <w:t xml:space="preserve">[40:01] </w:t>
      </w:r>
      <w:r>
        <w:t>darmiyan mein arastoo ka jo nazariya aa gaya tha, yani geocentric theory, to us ko sirf hatana tha aur jo asal theory hai, us ko lana tha.</w:t>
      </w:r>
    </w:p>
    <w:p>
      <w:pPr>
        <w:jc w:val="right"/>
      </w:pPr>
      <w:r>
        <w:t>درمیان میں ارسطو کا جو نظریہ آگیا تھا، یعنی جیو سینٹرک تھیوری، تو اس کو صرف ہٹانا تھا اور جو اصل تھیوری ہے، اس کو لانا تھا۔</w:t>
      </w:r>
    </w:p>
    <w:p>
      <w:r>
        <w:rPr>
          <w:b/>
        </w:rPr>
        <w:t xml:space="preserve">[40:17] </w:t>
      </w:r>
      <w:r>
        <w:t>aise hi kuch mamla islam ka hai ke islam ek abadi mazhab hai. Khuda ka jis tarah se saare qawaneen abadi hain, is tarah se Quran bhi abadi hai.</w:t>
      </w:r>
    </w:p>
    <w:p>
      <w:pPr>
        <w:jc w:val="right"/>
      </w:pPr>
      <w:r>
        <w:t>ایسے ہی کچھ معاملہ اسلام کا ہے کہ اسلام ایک ابدی مذہب ہے۔ خدا کا جس طرح سے سارے قوانین ابدی ہیں، اس طرح سے قرآن بھی ابدی ہے۔</w:t>
      </w:r>
    </w:p>
    <w:p>
      <w:r>
        <w:rPr>
          <w:b/>
        </w:rPr>
        <w:t xml:space="preserve">[40:29] </w:t>
      </w:r>
      <w:r>
        <w:t>lekin baad ki tashreeh ne islam ko thaka diya hai. asal islam ko.</w:t>
      </w:r>
    </w:p>
    <w:p>
      <w:pPr>
        <w:jc w:val="right"/>
      </w:pPr>
      <w:r>
        <w:t>لیکن بعد کی تشریح نے اسلام کو تھک دیا ہے۔ اصل اسلام کو۔</w:t>
      </w:r>
    </w:p>
    <w:p>
      <w:r>
        <w:rPr>
          <w:b/>
        </w:rPr>
        <w:t xml:space="preserve">[40:36] </w:t>
      </w:r>
      <w:r>
        <w:t>to ab zaroorat hai ke aise ulama paida hon, aise ulama jo baad ke jo riwayat hain, us ko alag karen aur khalis islam ko samne laen.</w:t>
      </w:r>
    </w:p>
    <w:p>
      <w:pPr>
        <w:jc w:val="right"/>
      </w:pPr>
      <w:r>
        <w:t>تو اب ضرورت ہے کہ ایسے علماء پیدا ہوں، ایسے علماء جو بعد کے جو روایات ہیں، اس کو الگ کریں اور خالص اسلام کو سامنے لائیں۔</w:t>
      </w:r>
    </w:p>
    <w:p>
      <w:r>
        <w:rPr>
          <w:b/>
        </w:rPr>
        <w:t xml:space="preserve">[40:47] </w:t>
      </w:r>
      <w:r>
        <w:t>isi ko main kehta hoon dobara daryaft.</w:t>
      </w:r>
    </w:p>
    <w:p>
      <w:pPr>
        <w:jc w:val="right"/>
      </w:pPr>
      <w:r>
        <w:t>اسی کو میں کہتا ہوں دوبارہ دریافت۔</w:t>
      </w:r>
    </w:p>
    <w:p>
      <w:r>
        <w:rPr>
          <w:b/>
        </w:rPr>
        <w:t xml:space="preserve">[40:51] </w:t>
      </w:r>
      <w:r>
        <w:t>lekin taqreeban dedh sau saal se ek ek ek ghalat zehn yeh chal raha hai ke aise log paida karo jo dono qism ki taleem liye hue hon.</w:t>
      </w:r>
    </w:p>
    <w:p>
      <w:pPr>
        <w:jc w:val="right"/>
      </w:pPr>
      <w:r>
        <w:t>لیکن تقریباً ڈیڑھ سو سال سے ایک ایک ایک غلط ذہن یہ چل رہا ہے کہ ایسے لوگ پیدا کرو جو دونوں قسم کی تعلیم لیے ہوئے ہوں۔</w:t>
      </w:r>
    </w:p>
    <w:p>
      <w:r>
        <w:rPr>
          <w:b/>
        </w:rPr>
        <w:t xml:space="preserve">[41:06] </w:t>
      </w:r>
      <w:r>
        <w:t>yani ek taraf madrasay ki taleem aur doosri taraf university ki taleem.</w:t>
      </w:r>
    </w:p>
    <w:p>
      <w:pPr>
        <w:jc w:val="right"/>
      </w:pPr>
      <w:r>
        <w:t>یعنی ایک طرف مدرسے کی تعلیم اور دوسری طرف یونیورسٹی کی تعلیم۔</w:t>
      </w:r>
    </w:p>
    <w:p>
      <w:r>
        <w:rPr>
          <w:b/>
        </w:rPr>
        <w:t xml:space="preserve">[41:11] </w:t>
      </w:r>
      <w:r>
        <w:t>mein is ko asal maslay ka jawab nahi samajhta. kyunke aap jante hain ke jo taleem ki falsafi hai, us ke mutabiq hamesha nizam jo hain, woh classic par mabni karte hain.</w:t>
      </w:r>
    </w:p>
    <w:p>
      <w:pPr>
        <w:jc w:val="right"/>
      </w:pPr>
      <w:r>
        <w:t>میں اس کو اصل مسئلے کا جواب نہیں سمجھتا۔ کیونکہ آپ جانتے ہیں کہ جو تعلیم کی فلسفی ہے، اس کے مطابق ہمیشہ نظام جو ہیں، وہ کلاسک پر مبنی کرتے ہیں۔</w:t>
      </w:r>
    </w:p>
    <w:p>
      <w:r>
        <w:rPr>
          <w:b/>
        </w:rPr>
        <w:t xml:space="preserve">[41:28] </w:t>
      </w:r>
      <w:r>
        <w:t>yani madrasay mein jo taleem hoti hai, us mein classical adab paya jata hai.aisi university mein jo taleem hoti hai, us mein bhi classical adab paya jata hai.</w:t>
      </w:r>
    </w:p>
    <w:p>
      <w:pPr>
        <w:jc w:val="right"/>
      </w:pPr>
      <w:r>
        <w:t>یعنی مدرسے میں جو تعلیم ہوتی ہے، اس میں کلاسیکل ادب پایا جاتا ہے۔ ایسی یونیورسٹی میں جو تعلیم ہوتی ہے، اس میں بھی کلاسیکل ادب پایا جاتا ہے۔</w:t>
      </w:r>
    </w:p>
    <w:p>
      <w:r>
        <w:rPr>
          <w:b/>
        </w:rPr>
        <w:t xml:space="preserve">[41:37] </w:t>
      </w:r>
      <w:r>
        <w:t>to classical adab parhne se thori yeh masla hal hoga.yani yeh mein kahunga ek doosre alfaz mein ke hamein sirf, hamein jo zarurat hai, woh ek sochne wale ki zarurat hai.</w:t>
      </w:r>
    </w:p>
    <w:p>
      <w:pPr>
        <w:jc w:val="right"/>
      </w:pPr>
      <w:r>
        <w:t>تو کلاسیکل ادب پڑھنے سے تھوڑی یہ مسئلہ حل ہوگا۔ یعنی یہ میں کہوں گا ایک دوسرے الفاظ میں کہ ہمیں صرف، ہمیں جو ضرورت ہے، وہ ایک سوچنے والے کی ضرورت ہے۔</w:t>
      </w:r>
    </w:p>
    <w:p>
      <w:r>
        <w:rPr>
          <w:b/>
        </w:rPr>
        <w:t xml:space="preserve">[41:53] </w:t>
      </w:r>
      <w:r>
        <w:t>degree holder ki nahi.degree holder chahe madrasay ka ho, chahe university ka ho, woh is kaam ke liye yani mufeed nahi hai.</w:t>
      </w:r>
    </w:p>
    <w:p>
      <w:pPr>
        <w:jc w:val="right"/>
      </w:pPr>
      <w:r>
        <w:t>ڈگری ہولڈر کی نہیں۔ ڈگری ہولڈر چاہے مدرسے کا ہو، چاہے یونیورسٹی کا ہو، وہ اس کام کے لیے یعنی مفید نہیں ہے۔</w:t>
      </w:r>
    </w:p>
    <w:p>
      <w:r>
        <w:rPr>
          <w:b/>
        </w:rPr>
        <w:t xml:space="preserve">[42:04] </w:t>
      </w:r>
      <w:r>
        <w:t>to hamein degree holder ki zarurat nahi hai, balkeh hamein ek sochne wale chahiye.jo dobara daryaft kare, dobara daryaft kar ke islam ko us ki asal shakal mein pesh kare.</w:t>
      </w:r>
    </w:p>
    <w:p>
      <w:pPr>
        <w:jc w:val="right"/>
      </w:pPr>
      <w:r>
        <w:t>تو ہمیں ڈگری ہولڈر کی ضرورت نہیں ہے، بلکہ ہمیں ایک سوچنے والے چاہیے۔ جو دوبارہ دریافت کرے، دوبارہ دریافت کر کے اسلام کو اس کی اصل شکل میں پیش کرے۔</w:t>
      </w:r>
    </w:p>
    <w:p>
      <w:r>
        <w:rPr>
          <w:b/>
        </w:rPr>
        <w:t xml:space="preserve">[42:15] </w:t>
      </w:r>
      <w:r>
        <w:t>ek misal dunga mein is ko bayan karne ke liye.dekhen, jo log madrason mein parhte hain, to woh jante hain ke wahan par bohat hi ehtimam ke sath sahih al bukhari parhai jati hai.</w:t>
      </w:r>
    </w:p>
    <w:p>
      <w:pPr>
        <w:jc w:val="right"/>
      </w:pPr>
      <w:r>
        <w:t>ایک مثال دوں گا میں اس کو بیان کرنے کے لیے۔ دیکھیں، جو لوگ مدرسوں میں پڑھتے ہیں، تو وہ جانتے ہیں کہ وہاں پر بہت ہی اہتمام کے ساتھ صحیح البخاری پڑھائی جاتی ہے۔</w:t>
      </w:r>
    </w:p>
    <w:p>
      <w:r>
        <w:rPr>
          <w:b/>
        </w:rPr>
        <w:t xml:space="preserve">[42:34] </w:t>
      </w:r>
      <w:r>
        <w:t>hadith ki bohat si kitaben hain, is mein bukhari ki, al bukhari ki jo sahih hai, woh sab se zyada aham samjhati hai.</w:t>
      </w:r>
    </w:p>
    <w:p>
      <w:pPr>
        <w:jc w:val="right"/>
      </w:pPr>
      <w:r>
        <w:t>حدیث کی بہت سی کتابیں ہیں، اس میں بخاری کی، البخاری کی جو صحیح ہے، وہ سب سے زیادہ اہم سمجھاتی ہے۔</w:t>
      </w:r>
    </w:p>
    <w:p>
      <w:r>
        <w:rPr>
          <w:b/>
        </w:rPr>
        <w:t xml:space="preserve">[42:46] </w:t>
      </w:r>
      <w:r>
        <w:t>jo kaha samjha jata hai ke asah al kitab baad kitab Allah.to yeh har madrasay mein parhaya jata hai, is ko.</w:t>
      </w:r>
    </w:p>
    <w:p>
      <w:pPr>
        <w:jc w:val="right"/>
      </w:pPr>
      <w:r>
        <w:t>جو کہا سمجھا جاتا ہے کہ اصح الکتاب بعد کتاب اللہ ۔ تو یہ ہر مدرسے میں پڑھایا جاتا ہے، اس کو۔</w:t>
      </w:r>
    </w:p>
    <w:p>
      <w:r>
        <w:rPr>
          <w:b/>
        </w:rPr>
        <w:t xml:space="preserve">[42:56] </w:t>
      </w:r>
      <w:r>
        <w:t>to dekhen, is kitab ki ek bohat hi zabardast qism ki tabsera hai, jis ka naam hai fath al bari.</w:t>
      </w:r>
    </w:p>
    <w:p>
      <w:pPr>
        <w:jc w:val="right"/>
      </w:pPr>
      <w:r>
        <w:t>تو دیکھیں، اس کتاب کی ایک بہت ہی زبردست قسم کی تبصرہ ہے، جس کا نام ہے فتح الباری۔</w:t>
      </w:r>
    </w:p>
    <w:p>
      <w:r>
        <w:rPr>
          <w:b/>
        </w:rPr>
        <w:t xml:space="preserve">[43:06] </w:t>
      </w:r>
      <w:r>
        <w:t>ibn hajar al asghani ne ek kitab, yeh yeh tabsera likhi hai.aur woh sirf bukhari tabsera nahi hai, balkeh is mein sari doosri hadisen bhi taqreeban aa gayi hain.</w:t>
      </w:r>
    </w:p>
    <w:p>
      <w:pPr>
        <w:jc w:val="right"/>
      </w:pPr>
      <w:r>
        <w:t>ابن حجر الاثغانی نے ایک کتاب، یہ یہ تبصرہ لکھی ہے۔ اور وہ صرف بخاری تبصرہ نہیں ہے، بلکہ اس میں ساری دوسری حدیثیں بھی تقریباً آگئی ہیں۔</w:t>
      </w:r>
    </w:p>
    <w:p>
      <w:r>
        <w:rPr>
          <w:b/>
        </w:rPr>
        <w:t xml:space="preserve">[43:18] </w:t>
      </w:r>
      <w:r>
        <w:t>isi liye sahih al bukhari ki sharah ko, yani fath al bari ko, hadith ki encyclopedia bhi kaha jata hai.kyunke jab woh bahs karte hain bukhari ki hadison par, to aur aur hadisen bhi is mein hawala dete hain woh.</w:t>
      </w:r>
    </w:p>
    <w:p>
      <w:pPr>
        <w:jc w:val="right"/>
      </w:pPr>
      <w:r>
        <w:t>اسی لیے صحیح البخاری کی شرح کو، یعنی فتح الباری کو، حدیث کی انسائیکلوپیڈیا بھی کہا جاتا ہے۔ کیونکہ جب وہ بحث کرتے ہیں بخاری کی حدیثوں پر، تو اور اور حدیثیں بھی اس میں حوالہ دیتے ہیں وہ۔</w:t>
      </w:r>
    </w:p>
    <w:p>
      <w:r>
        <w:rPr>
          <w:b/>
        </w:rPr>
        <w:t xml:space="preserve">[43:35] </w:t>
      </w:r>
      <w:r>
        <w:t>is tarah se woh hadison ka ek bohat bara majmua ban gaya hai.to ise kaha jata hai ke yeh hadison ka encyclopedia hai.</w:t>
      </w:r>
    </w:p>
    <w:p>
      <w:pPr>
        <w:jc w:val="right"/>
      </w:pPr>
      <w:r>
        <w:t>اس طرح سے وہ حدیثوں کا ایک بہت بڑا مجموعہ بن گیا ہے۔ تو اسے کہا جاتا ہے کہ یہ حدیثوں کا انسائیکلوپیڈیا ہے۔</w:t>
      </w:r>
    </w:p>
    <w:p>
      <w:r>
        <w:rPr>
          <w:b/>
        </w:rPr>
        <w:t xml:space="preserve">[43:43] </w:t>
      </w:r>
      <w:r>
        <w:t>ab aap madrasay mein ek ek shakhs ko parhwaiye.wahan degree le kar nikle, woh sanad le kar nikle.to kya hoga, woh batata hoon aap ko.</w:t>
      </w:r>
    </w:p>
    <w:p>
      <w:pPr>
        <w:jc w:val="right"/>
      </w:pPr>
      <w:r>
        <w:t>اب آپ مدرسے میں ایک ایک شخص کو پڑھوائیے۔ وہاں ڈگری لے کر نکلے، وہ سند لے کر نکلے۔ تو کیا ہوگا، وہ بتاتا ہوں آپ کو۔</w:t>
      </w:r>
    </w:p>
    <w:p>
      <w:r>
        <w:rPr>
          <w:b/>
        </w:rPr>
        <w:t xml:space="preserve">[43:53] </w:t>
      </w:r>
      <w:r>
        <w:t>woh bukhari parhega aur fath al bari parhega.lekin phir bhi woh islam se bekhabar rahega.kyunke jaisa ke maine arz kiya, classical adab parh kar ke aap woh kaam nahi kar sakte jo aaj darkar hai.</w:t>
      </w:r>
    </w:p>
    <w:p>
      <w:pPr>
        <w:jc w:val="right"/>
      </w:pPr>
      <w:r>
        <w:t>وہ بخاری پڑھے گا اور فتح الباری پڑھے گا۔ لیکن پھر بھی وہ اسلام سے بے خبر رہے گا۔ کیونکہ جیسا کہ میں نے عرض کیا، کلاسیکل ادب پڑھ کر کے آپ وہ کام نہیں کر سکتے جو آج درکار ہے۔</w:t>
      </w:r>
    </w:p>
    <w:p>
      <w:r>
        <w:rPr>
          <w:b/>
        </w:rPr>
        <w:t xml:space="preserve">[44:10] </w:t>
      </w:r>
      <w:r>
        <w:t>misal ke taur par bukhari mein ek riwayat hai.is mein bataya gaya hai ke rasool Allah salallahu alaihi wasallam jab madine mein the, to ek din aap ne dekha ke ek janaza ja raha hai, yani janaza ke roop mein.</w:t>
      </w:r>
    </w:p>
    <w:p>
      <w:pPr>
        <w:jc w:val="right"/>
      </w:pPr>
      <w:r>
        <w:t>مثال کے طور پر بخاری میں ایک روایت ہے۔ اس میں بتایا گیا ہے کہ رسول اللہ صلی اللہ علیہ وسلم جب مدینے میں تھے، تو ایک دن آپ نے دیکھا کہ ایک جنازہ جا رہا ہے، یعنی جنازہ کے روپ میں۔</w:t>
      </w:r>
    </w:p>
    <w:p>
      <w:r>
        <w:rPr>
          <w:b/>
        </w:rPr>
        <w:t xml:space="preserve">[44:25] </w:t>
      </w:r>
      <w:r>
        <w:t>janaza, yani funeral procession.to aap jante hain ke janaza aisa hota hai ke body par, kisi cheez par body ko rakhte hain, use utha kar le aate hain qabristan mein.</w:t>
      </w:r>
    </w:p>
    <w:p>
      <w:pPr>
        <w:jc w:val="right"/>
      </w:pPr>
      <w:r>
        <w:t>جنازہ، یعنی فینرل پروسیشن۔ تو آپ جانتے ہیں کہ جنازہ ایسا ہوتا ہے کہ باڈی پر، کسی چیز پر باڈی کو رکھتے ہیں، اسے اٹھا کر لے آتے ہیں قبرستان میں۔</w:t>
      </w:r>
    </w:p>
    <w:p>
      <w:r>
        <w:rPr>
          <w:b/>
        </w:rPr>
        <w:t xml:space="preserve">[44:38] </w:t>
      </w:r>
      <w:r>
        <w:t>to aisa manzar tha woh.to le kar ja rahe the woh.ke body jo tha, woh upar kisi cheez par liye hue the aur sab log sath chal rahe the.</w:t>
      </w:r>
    </w:p>
    <w:p>
      <w:pPr>
        <w:jc w:val="right"/>
      </w:pPr>
      <w:r>
        <w:t>تو ایسا منظر تھا وہ۔ تو لے کر جا رہے تھے وہ۔ کہ باڈی جو تھا، وہ اوپر کسی چیز پر لیے ہوئے تھے اور سب لوگ ساتھ چل رہے تھے۔</w:t>
      </w:r>
    </w:p>
    <w:p>
      <w:r>
        <w:rPr>
          <w:b/>
        </w:rPr>
        <w:t xml:space="preserve">[44:49] </w:t>
      </w:r>
      <w:r>
        <w:t>to rasool Allah salallahu alaihi wasallam ne dekha is ko.to kya hua? He stood up in respect.</w:t>
      </w:r>
    </w:p>
    <w:p>
      <w:pPr>
        <w:jc w:val="right"/>
      </w:pPr>
      <w:r>
        <w:t>تو رسول اللہ صلی اللہ علیہ وسلم نے دیکھا اس کو۔ تو کیا ہوا؟ He stood up in respect ۔</w:t>
      </w:r>
    </w:p>
    <w:p>
      <w:r>
        <w:rPr>
          <w:b/>
        </w:rPr>
        <w:t xml:space="preserve">[44:57] </w:t>
      </w:r>
      <w:r>
        <w:t>aap is ko dekh kar is ke ehtiram mein khare hogaye.</w:t>
      </w:r>
    </w:p>
    <w:p>
      <w:pPr>
        <w:jc w:val="right"/>
      </w:pPr>
      <w:r>
        <w:t>آپ اس کو دیکھ کر اس کے احترام میں کھڑے ہوگئے۔</w:t>
      </w:r>
    </w:p>
    <w:p>
      <w:r>
        <w:rPr>
          <w:b/>
        </w:rPr>
        <w:t xml:space="preserve">[45:02] </w:t>
      </w:r>
      <w:r>
        <w:t>to ek sahab jo aap ke sath the, jo sahabi the aap ke, unhon ne kaha ke yeh to ek yahudi ka janaza tha.It was funeral of a Jew, not a Muslim.</w:t>
      </w:r>
    </w:p>
    <w:p>
      <w:pPr>
        <w:jc w:val="right"/>
      </w:pPr>
      <w:r>
        <w:t>تو ایک صاحب جو آپ کے ساتھ تھے، جو ساتھی تھے آپ کے، انہوں نے کہا کہ یہ تو ایک یہودی کا جنازہ تھا۔ It was funeral of a Jew, not a Muslim ۔</w:t>
      </w:r>
    </w:p>
    <w:p>
      <w:r>
        <w:rPr>
          <w:b/>
        </w:rPr>
        <w:t xml:space="preserve">[45:15] </w:t>
      </w:r>
      <w:r>
        <w:t>aap ne farmaya alaihi al salat wa al salam.Was he not a human being?</w:t>
      </w:r>
    </w:p>
    <w:p>
      <w:pPr>
        <w:jc w:val="right"/>
      </w:pPr>
      <w:r>
        <w:t>آپ نے فرمایا عليه الصلاة والسلام ۔ Was he not a human being?</w:t>
      </w:r>
    </w:p>
    <w:p>
      <w:r>
        <w:rPr>
          <w:b/>
        </w:rPr>
        <w:t xml:space="preserve">[45:25] </w:t>
      </w:r>
      <w:r>
        <w:t>Was he not a human being</w:t>
      </w:r>
    </w:p>
    <w:p>
      <w:pPr>
        <w:jc w:val="right"/>
      </w:pPr>
      <w:r>
        <w:t>Was he not a human being</w:t>
      </w:r>
    </w:p>
    <w:p>
      <w:r>
        <w:rPr>
          <w:b/>
        </w:rPr>
        <w:t xml:space="preserve">[45:27] </w:t>
      </w:r>
      <w:r>
        <w:t>? .ab dekhen ke yeh wazeh taur par is mein yeh niklta hai ke rasool Allah ne ek yahudi ki body ko ehtiram ke qabil samjha.</w:t>
      </w:r>
    </w:p>
    <w:p>
      <w:pPr>
        <w:jc w:val="right"/>
      </w:pPr>
      <w:r>
        <w:t>? ۔ اب دیکھیں کہ یہ واضح طور پر اس میں یہ نکلتا ہے کہ رسول اللہ نے ایک یہودی کی باڈی کو احترام کے قابل سمجھا۔</w:t>
      </w:r>
    </w:p>
    <w:p>
      <w:r>
        <w:rPr>
          <w:b/>
        </w:rPr>
        <w:t xml:space="preserve">[45:37] </w:t>
      </w:r>
      <w:r>
        <w:t>itna zyada ke us ke liye aap khare hogaye.us ke ehtiram mein aap khare hogaye.is se kya nikla masla? Ke yahudi ho ya muslim, koi bhi ho, woh chunchke insan hai,</w:t>
      </w:r>
    </w:p>
    <w:p>
      <w:pPr>
        <w:jc w:val="right"/>
      </w:pPr>
      <w:r>
        <w:t>اتنا زیادہ کہ اس کے لیے آپ کھڑے ہوگئے۔ اس کے احترام میں آپ کھڑے ہوگئے۔ اس سے کیا نکلا مسئلہ؟ کہ یہودی ہو یا مسلم، کوئی بھی ہو، وہ چونکہ انسان ہے،</w:t>
      </w:r>
    </w:p>
    <w:p>
      <w:r>
        <w:rPr>
          <w:b/>
        </w:rPr>
        <w:t xml:space="preserve">[45:51] </w:t>
      </w:r>
      <w:r>
        <w:t>is liye woh qabil ehtiram bhi hai.</w:t>
      </w:r>
    </w:p>
    <w:p>
      <w:pPr>
        <w:jc w:val="right"/>
      </w:pPr>
      <w:r>
        <w:t>اس لیے وہ قابل احترام بھی ہے۔</w:t>
      </w:r>
    </w:p>
    <w:p>
      <w:r>
        <w:rPr>
          <w:b/>
        </w:rPr>
        <w:t xml:space="preserve">[45:54] </w:t>
      </w:r>
      <w:r>
        <w:t>jab aap ne yeh kaha ke Was he not a human being? It means that the Prophet was able to discover community between himself and that Jewish body.</w:t>
      </w:r>
    </w:p>
    <w:p>
      <w:pPr>
        <w:jc w:val="right"/>
      </w:pPr>
      <w:r>
        <w:t>جب آپ نے یہ کہا کہ Was he not a human being? It means that the Prophet was able to discover community between himself and that Jewish body.</w:t>
      </w:r>
    </w:p>
    <w:p>
      <w:r>
        <w:rPr>
          <w:b/>
        </w:rPr>
        <w:t xml:space="preserve">[46:08] </w:t>
      </w:r>
      <w:r>
        <w:t>yeh kitni bari baat hai yeh. Is mein saare insaniyat ke liye ehtram nikalta hai. Yaani ikraam-e-muslim nahi, balkeh ikraam-e-insaan.</w:t>
      </w:r>
    </w:p>
    <w:p>
      <w:pPr>
        <w:jc w:val="right"/>
      </w:pPr>
      <w:r>
        <w:t>۔ یہ کتنی بڑی بات ہے یہ۔ اس میں سارے انسانیت کے لیے احترام نکلتا ہے۔ یعنی اکرام مسلم نہیں، بلکہ اکرام انسان۔</w:t>
      </w:r>
    </w:p>
    <w:p>
      <w:r>
        <w:rPr>
          <w:b/>
        </w:rPr>
        <w:t xml:space="preserve">[46:17] </w:t>
      </w:r>
      <w:r>
        <w:t>lekin aap Fath al-Bari ko parhiye. Jo sab se bari tabseera maani jaati hai, sab se mustanad.</w:t>
      </w:r>
    </w:p>
    <w:p>
      <w:pPr>
        <w:jc w:val="right"/>
      </w:pPr>
      <w:r>
        <w:t>لیکن آپ فتح الباری کو پڑھیے۔ جو سب سے بڑی تبصرہ مانی جاتی ہے، سب سے مستند۔</w:t>
      </w:r>
    </w:p>
    <w:p>
      <w:r>
        <w:rPr>
          <w:b/>
        </w:rPr>
        <w:t xml:space="preserve">[46:24] </w:t>
      </w:r>
      <w:r>
        <w:t>to jo bhi jayega madrasay parhnay ke liye, woh is hadees ko Fath al-Bari ki roshni mein parhega. Kyunke woh classical adab hai. Yaani jo bhi jayega madrasay mein, woh zaroor Bukhari ko parhega.</w:t>
      </w:r>
    </w:p>
    <w:p>
      <w:pPr>
        <w:jc w:val="right"/>
      </w:pPr>
      <w:r>
        <w:t>تو جو بھی جائے گا مدرسے پڑھنے کے لیے، وہ اس حدیث کو فتح الباری کی روشنی میں پڑھے گا۔ کیونکہ وہ کلاسیکل ادب ہے۔ یعنی جو بھی جائے گا مدرسے میں، وہ ضرور بخاری کو پڑھے گا۔</w:t>
      </w:r>
    </w:p>
    <w:p>
      <w:r>
        <w:rPr>
          <w:b/>
        </w:rPr>
        <w:t xml:space="preserve">[46:37] </w:t>
      </w:r>
      <w:r>
        <w:t>aur woh zaroor Bukhari ki is riwayat ko, is hadees ko, Fath al-Bari ki tabseera ki roshni mein parhega. Jaisa ke ab tak log parhte chale aa rahe hain.</w:t>
      </w:r>
    </w:p>
    <w:p>
      <w:pPr>
        <w:jc w:val="right"/>
      </w:pPr>
      <w:r>
        <w:t>اور وہ ضرور بخاری کی اس روایت کو، اس حدیث کو، فتح الباری کی تبصرہ کی روشنی میں پڑھے گا۔ جیسا کہ اب تک لوگ پڑھتے چلے آ رہے ہیں۔</w:t>
      </w:r>
    </w:p>
    <w:p>
      <w:r>
        <w:rPr>
          <w:b/>
        </w:rPr>
        <w:t xml:space="preserve">[46:48] </w:t>
      </w:r>
      <w:r>
        <w:t>ab is hadees mein ek bohat hi bari baat kahi gayi hai, jo sainkaron saal se bilkul chupi hui thi. Woh kaise?</w:t>
      </w:r>
    </w:p>
    <w:p>
      <w:pPr>
        <w:jc w:val="right"/>
      </w:pPr>
      <w:r>
        <w:t>اب اس حدیث میں ایک بہت ہی بڑی بات کہی گئی ہے، جو سینکڑوں سال سے بالکل چھپی ہوئی تھی۔ وہ کیسے؟</w:t>
      </w:r>
    </w:p>
    <w:p>
      <w:r>
        <w:rPr>
          <w:b/>
        </w:rPr>
        <w:t xml:space="preserve">[46:57] </w:t>
      </w:r>
      <w:r>
        <w:t>Fath al-Bari mein saare logon ki rai di gayi hain. Jo jo baray baray ulama thay, jin ko muhaddis kaha jaata hai, is hadees ki jo unhon ne woh ki hai, jo is ko jo is ka jo tashreeh diya hai,</w:t>
      </w:r>
    </w:p>
    <w:p>
      <w:pPr>
        <w:jc w:val="right"/>
      </w:pPr>
      <w:r>
        <w:t>فتح الباری میں سارے لوگوں کی رائے دی گئی ہیں۔ جو جو بڑے بڑے علماء تھے، جن کو محدث کہا جاتا ہے، اس حدیث کی جو انہوں نے وہ کی ہے، جو اس کو جو اس کا جو تشریح دیا ہے،</w:t>
      </w:r>
    </w:p>
    <w:p>
      <w:r>
        <w:rPr>
          <w:b/>
        </w:rPr>
        <w:t xml:space="preserve">[47:13] </w:t>
      </w:r>
      <w:r>
        <w:t>woh is mein sab sab ka sab hawala diya hai.</w:t>
      </w:r>
    </w:p>
    <w:p>
      <w:pPr>
        <w:jc w:val="right"/>
      </w:pPr>
      <w:r>
        <w:t>وہ اس میں سب سب کا سب حوالہ دیا ہے۔</w:t>
      </w:r>
    </w:p>
    <w:p>
      <w:r>
        <w:rPr>
          <w:b/>
        </w:rPr>
        <w:t xml:space="preserve">[47:18] </w:t>
      </w:r>
      <w:r>
        <w:t>unhon ne to kya kaha hai ke logon ne is baat ko nahi maana, in tabseron ne, ke Rasool Allah ne ek Yahudi body ke ehtram mein Rasool Allah kharay hogaye.</w:t>
      </w:r>
    </w:p>
    <w:p>
      <w:pPr>
        <w:jc w:val="right"/>
      </w:pPr>
      <w:r>
        <w:t>انہوں نے تو کیا کہا ہے کہ لوگوں نے اس بات کو نہیں مانا، ان تبصروں نے، کہ رسول اللہ نے ایک یہودی باڈی کے احترام میں رسول اللہ کھڑے ہوگئے۔</w:t>
      </w:r>
    </w:p>
    <w:p>
      <w:r>
        <w:rPr>
          <w:b/>
        </w:rPr>
        <w:t xml:space="preserve">[47:29] </w:t>
      </w:r>
      <w:r>
        <w:t>yeh nahi maana. Kya keh rahe hain woh? Ke chunke is body ke saath farishtay ja rahe thay, to aap farishtay ke ehtram mein kharay hue hain.</w:t>
      </w:r>
    </w:p>
    <w:p>
      <w:pPr>
        <w:jc w:val="right"/>
      </w:pPr>
      <w:r>
        <w:t>یہ نہیں مانا۔ کیا کہہ رہے ہیں وہ؟ کہ چونکہ اس باڈی کے ساتھ فرشتے جا رہے تھے، تو آپ فرشتے کے احترام میں کھڑے ہوئے ہیں۔</w:t>
      </w:r>
    </w:p>
    <w:p>
      <w:r>
        <w:rPr>
          <w:b/>
        </w:rPr>
        <w:t xml:space="preserve">[47:41] </w:t>
      </w:r>
      <w:r>
        <w:t>koi kehta hai ke chunke body jo tha, woh oopar tha, aap baithe hue thay, to aap se ooncha ho gaya tha woh. To is oonchai ko neechai karne ke liye aap kharay hogaye, taake woh ooncha na rahe mujh se.</w:t>
      </w:r>
    </w:p>
    <w:p>
      <w:pPr>
        <w:jc w:val="right"/>
      </w:pPr>
      <w:r>
        <w:t>کوئی کہتا ہے کہ چونکہ باڈی جو تھا، وہ اوپر تھا، آپ بیٹھے ہوئے تھے، تو آپ سے اونچا ہو گیا تھا وہ۔ تو اس اونچائی کو نیچائی کرنے کے لیے آپ کھڑے ہوگئے، تاکہ وہ اونچا نہ رہے مجھ سے۔</w:t>
      </w:r>
    </w:p>
    <w:p>
      <w:r>
        <w:rPr>
          <w:b/>
        </w:rPr>
        <w:t xml:space="preserve">[47:53] </w:t>
      </w:r>
      <w:r>
        <w:t>woh neecha ho jaye, main oopar rahoon is ke. Aisi fish qism ki tashreehat hui hain.</w:t>
      </w:r>
    </w:p>
    <w:p>
      <w:pPr>
        <w:jc w:val="right"/>
      </w:pPr>
      <w:r>
        <w:t>وہ نیچا ہو جائے، میں اوپر رہوں اس کے۔ ایسی فش قسم کی تشریحات ہوئی ہیں۔</w:t>
      </w:r>
    </w:p>
    <w:p>
      <w:r>
        <w:rPr>
          <w:b/>
        </w:rPr>
        <w:t xml:space="preserve">[48:00] </w:t>
      </w:r>
      <w:r>
        <w:t>kisi ek bhi tabsera karne walay ne yeh nahi likha ke is se yeh nikalta hai ke insaan qabil-e-ehtram hai. Insaan ko ehtram dena chahiye, chahe Yahudi ho ya Isai ho, Isai ho ya Yahudi ho, koi bhi ho.</w:t>
      </w:r>
    </w:p>
    <w:p>
      <w:pPr>
        <w:jc w:val="right"/>
      </w:pPr>
      <w:r>
        <w:t>کسی ایک بھی تبصرہ کرنے والے نے یہ نہیں لکھا کہ اس سے یہ نکلتا ہے کہ انسان قابل احترام ہے۔ انسان کو احترام دینا چاہیے، چاہے یہودی ہو یا عیسائی ہو، عیسائی ہو یا یہودی ہو، کوئی بھی ہو۔</w:t>
      </w:r>
    </w:p>
    <w:p>
      <w:r>
        <w:rPr>
          <w:b/>
        </w:rPr>
        <w:t xml:space="preserve">[48:12] </w:t>
      </w:r>
      <w:r>
        <w:t>yeh kisi ne nahi likha.</w:t>
      </w:r>
    </w:p>
    <w:p>
      <w:pPr>
        <w:jc w:val="right"/>
      </w:pPr>
      <w:r>
        <w:t>یہ کسی نے نہیں لکھا۔</w:t>
      </w:r>
    </w:p>
    <w:p>
      <w:r>
        <w:rPr>
          <w:b/>
        </w:rPr>
        <w:t xml:space="preserve">[48:15] </w:t>
      </w:r>
      <w:r>
        <w:t>aap batayein ke sab se mustanad kitaab mein ek ek ek baat hai. Aur saare tashreehat denay walay is ko ghalat tashreehat de rahe hain.</w:t>
      </w:r>
    </w:p>
    <w:p>
      <w:pPr>
        <w:jc w:val="right"/>
      </w:pPr>
      <w:r>
        <w:t>آپ بتائیں کہ سب سے مستند کتاب میں ایک ایک ایک بات ہے۔ اور سارے تشریحات دینے والے اس کو غلط تشریحات دے رہے ہیں۔</w:t>
      </w:r>
    </w:p>
    <w:p>
      <w:r>
        <w:rPr>
          <w:b/>
        </w:rPr>
        <w:t xml:space="preserve">[48:26] </w:t>
      </w:r>
      <w:r>
        <w:t>ke bajaye is ke ke yeh nikale masla is se, ke har insaan is is qabil hai ke us ko ehtram diya jaye. Yaani ikraam-e-insaan ka nazariya nikale.</w:t>
      </w:r>
    </w:p>
    <w:p>
      <w:pPr>
        <w:jc w:val="right"/>
      </w:pPr>
      <w:r>
        <w:t>کہ بجائے اس کے کہ یہ نکالیں مسئلہ اس سے، کہ ہر انسان اس اس قابل ہے کہ اس کو احترام دیا جائے۔ یعنی اکرام انسان کا نظریہ نکالیں۔</w:t>
      </w:r>
    </w:p>
    <w:p>
      <w:r>
        <w:rPr>
          <w:b/>
        </w:rPr>
        <w:t xml:space="preserve">[48:36] </w:t>
      </w:r>
      <w:r>
        <w:t>woh kya nikalte hain? Bas ikraam-e-muslim ka nazariya nikalte hain. Koi bhi shakhs jis ko ke shakk ho, us par woh dekh sakta hai is mein.</w:t>
      </w:r>
    </w:p>
    <w:p>
      <w:pPr>
        <w:jc w:val="right"/>
      </w:pPr>
      <w:r>
        <w:t>وہ کیا نکالتے ہیں؟ بس اکرام مسلم کا نظریہ نکالتے ہیں۔ کوئی بھی شخص جس کو کہ شک ہو، اس پر وہ دیکھ سکتا ہے اس میں۔</w:t>
      </w:r>
    </w:p>
    <w:p>
      <w:r>
        <w:rPr>
          <w:b/>
        </w:rPr>
        <w:t xml:space="preserve">[48:48] </w:t>
      </w:r>
      <w:r>
        <w:t>Kitab al-Jana'iz mein yeh hadees hai. Aur Fath al-Bari khud mere paas hi maujood hai, poori poori. Koi aa kar aa kar mere haan dekh sakta hai is ka. Fath al-Bari ka Angrezi tarjuma bhi</w:t>
      </w:r>
    </w:p>
    <w:p>
      <w:pPr>
        <w:jc w:val="right"/>
      </w:pPr>
      <w:r>
        <w:t>کتاب الجنائز میں یہ حدیث ہے۔ اور فتح الباری خود میرے پاس ہی موجود ہے، پوری پوری۔ کوئی آ کر آ کر میرے ہاں دیکھ سکتا ہے اس کا۔ فتح الباری کا انگریزی ترجمہ بھی</w:t>
      </w:r>
    </w:p>
    <w:p>
      <w:r>
        <w:rPr>
          <w:b/>
        </w:rPr>
        <w:t xml:space="preserve">[48:57] </w:t>
      </w:r>
      <w:r>
        <w:t>ho chuka hai. Aap tarjuma bhi dekh sakte hain. Ab ghore kijiye ke khud Nabi ka ek waqea, ek waqea, jis se yeh nikalta hai ke Nabi ek ghair Muslim ke ehtram mein kharay hogaye.</w:t>
      </w:r>
    </w:p>
    <w:p>
      <w:pPr>
        <w:jc w:val="right"/>
      </w:pPr>
      <w:r>
        <w:t>ہو چکا ہے۔ آپ ترجمہ بھی دیکھ سکتے ہیں۔ اب غور کیجیے کہ خود نبی کا ایک واقعہ، ایک واقعہ، جس سے یہ نکلتا ہے کہ نبی ایک غیر مسلم کے احترام میں کھڑے ہوگئے۔</w:t>
      </w:r>
    </w:p>
    <w:p>
      <w:r>
        <w:rPr>
          <w:b/>
        </w:rPr>
        <w:t xml:space="preserve">[49:11] </w:t>
      </w:r>
      <w:r>
        <w:t>goya har ghair Muslim muhtaram hai. Is qabil hai ke us ko ehtram diya jaye. Lekin aap kya kar rahe hain, is ko bata rahe hain? Nahi, nahi, nahi, nahi, woh to woh to farishtay ke liye kharay hogaye thay.</w:t>
      </w:r>
    </w:p>
    <w:p>
      <w:pPr>
        <w:jc w:val="right"/>
      </w:pPr>
      <w:r>
        <w:t>گویا ہر غیر مسلم محترم ہے۔ اس قابل ہے کہ اس کو احترام دیا جائے۔ لیکن آپ کیا کر رہے ہیں، اس کو بتا رہے ہیں؟ نہیں، نہیں، نہیں، نہیں، وہ تو وہ تو فرشتے کے لیے کھڑے ہوگئے تھے۔</w:t>
      </w:r>
    </w:p>
    <w:p>
      <w:r>
        <w:rPr>
          <w:b/>
        </w:rPr>
        <w:t xml:space="preserve">[49:23] </w:t>
      </w:r>
      <w:r>
        <w:t>woh to is liye kharay hogaye thay ke aap neechay parh rahe thay aur woh oopar ho gaya tha. Aisi aur chand foolish qism ki baatein is mein hain. Chaar paanch baatein sab foolish qism ki hain.</w:t>
      </w:r>
    </w:p>
    <w:p>
      <w:pPr>
        <w:jc w:val="right"/>
      </w:pPr>
      <w:r>
        <w:t>وہ تو اس لیے کھڑے ہوگئے تھے کہ آپ نیچے پڑھ رہے تھے اور وہ اوپر ہو گیا تھا۔ ایسی اور چند فش قسم کی باتیں اس میں ہیں۔ چار پانچ باتیں سب فش قسم کی ہیں۔</w:t>
      </w:r>
    </w:p>
    <w:p>
      <w:r>
        <w:rPr>
          <w:b/>
        </w:rPr>
        <w:t xml:space="preserve">[49:35] </w:t>
      </w:r>
      <w:r>
        <w:t>to isi liye main keh raha hoon ke classical adab ko parhwa kar aap woh insaan nahi bana sakte jo aaj hamein chahiye.</w:t>
      </w:r>
    </w:p>
    <w:p>
      <w:pPr>
        <w:jc w:val="right"/>
      </w:pPr>
      <w:r>
        <w:t>تو اسی لیے میں کہہ رہا ہوں کہ کلاسیکل ادب کو پڑھوا کر آپ وہ انسان نہیں بنا سکتے جو آج ہمیں چاہیے۔</w:t>
      </w:r>
    </w:p>
    <w:p>
      <w:r>
        <w:rPr>
          <w:b/>
        </w:rPr>
        <w:t xml:space="preserve">[49:42] </w:t>
      </w:r>
      <w:r>
        <w:t>jo jadeed ulama, jo jadeed sochne walay, jo jadeed aalim chahiye hamein, jo jadeed daur ke aitbaar se hamein rehnumai de, hamein bataye ke Islam kya hai haqeeqatan, woh woh nahi pa sakte aap is mein.</w:t>
      </w:r>
    </w:p>
    <w:p>
      <w:pPr>
        <w:jc w:val="right"/>
      </w:pPr>
      <w:r>
        <w:t>جو جدید علماء، جو جدید سوچنے والے، جو جدید عالم چاہیے ہمیں، جو جدید دور کے اعتبار سے ہمیں رہنمائی دے، ہمیں بتائے کہ اسلام کیا ہے حقیقتاً، وہ وہ نہیں پا سکتے آپ اس میں۔</w:t>
      </w:r>
    </w:p>
    <w:p>
      <w:r>
        <w:rPr>
          <w:b/>
        </w:rPr>
        <w:t xml:space="preserve">[49:57] </w:t>
      </w:r>
      <w:r>
        <w:t>kyunke is mein hai is mein tashreeh mein thaka hua hai. Woh jo hadees mein aata hai ke ke ke deen jo hai thak jayega,</w:t>
      </w:r>
    </w:p>
    <w:p>
      <w:pPr>
        <w:jc w:val="right"/>
      </w:pPr>
      <w:r>
        <w:t>کیونکہ اس میں ہے اس میں تشریح میں تھکا ہوا ہے۔ وہ جو حدیث میں آتا ہے کہ کہ کہ دین جو ہے تھک جائے گا،</w:t>
      </w:r>
    </w:p>
    <w:p>
      <w:r>
        <w:rPr>
          <w:b/>
        </w:rPr>
        <w:t xml:space="preserve">[50:06] </w:t>
      </w:r>
      <w:r>
        <w:t>iska matlab yahi hai. Ke itni bari hadees maujood hai. Itni bari hadees maujood hai, lekin woh thaki hui hai.</w:t>
      </w:r>
    </w:p>
    <w:p>
      <w:pPr>
        <w:jc w:val="right"/>
      </w:pPr>
      <w:r>
        <w:t>اس کا مطلب یہی ہے۔ کہ اتنی بڑی حدیث موجود ہے۔ اتنی بڑی حدیث موجود ہے، لیکن وہ تھکی ہوئی ہے۔</w:t>
      </w:r>
    </w:p>
    <w:p>
      <w:r>
        <w:rPr>
          <w:b/>
        </w:rPr>
        <w:t xml:space="preserve">[50:17] </w:t>
      </w:r>
      <w:r>
        <w:t>woh thaki hui hai.</w:t>
      </w:r>
    </w:p>
    <w:p>
      <w:pPr>
        <w:jc w:val="right"/>
      </w:pPr>
      <w:r>
        <w:t>وہ تھکی ہوئی ہے۔</w:t>
      </w:r>
    </w:p>
    <w:p>
      <w:r>
        <w:rPr>
          <w:b/>
        </w:rPr>
        <w:t xml:space="preserve">[50:22] </w:t>
      </w:r>
      <w:r>
        <w:t>tu is is ko mein kehta hoon dobara daryaft. jab tak ke aik naya zehn, aik khula zehn, jo bahir se khali ho, woh is ko parhay, parh kar is ko daryaft karay.</w:t>
      </w:r>
    </w:p>
    <w:p>
      <w:pPr>
        <w:jc w:val="right"/>
      </w:pPr>
      <w:r>
        <w:t>تو اس اس کو میں کہتا ہوں دوبارہ دریافت۔ جب تک کہ ایک نیا ذہن، ایک کھلا ذہن، جو باہر سے خالی ہو، وہ اس کو پڑھے، پڑھ کر اس کو دریافت کرے۔</w:t>
      </w:r>
    </w:p>
    <w:p>
      <w:r>
        <w:rPr>
          <w:b/>
        </w:rPr>
        <w:t xml:space="preserve">[50:36] </w:t>
      </w:r>
      <w:r>
        <w:t>jaisay meri adab ke baray mein yeh phailaya gaya hai ke mein aslaf ke tareeqay se hat gaya hoon. yani doosray ulama jo batain likhi hain, us se hat gaya hoon.</w:t>
      </w:r>
    </w:p>
    <w:p>
      <w:pPr>
        <w:jc w:val="right"/>
      </w:pPr>
      <w:r>
        <w:t>جیسے میری ادب کے بارے میں یہ پھیلایا گیا ہے کہ میں اسلاف کے طریقے سے ہٹ گیا ہوں۔ یعنی دوسرے علماء جو باتیں لکھی ہیں، اس سے ہٹ گیا ہوں۔</w:t>
      </w:r>
    </w:p>
    <w:p>
      <w:r>
        <w:rPr>
          <w:b/>
        </w:rPr>
        <w:t xml:space="preserve">[50:47] </w:t>
      </w:r>
      <w:r>
        <w:t>tu mujhe to hatna hi paray ga. magar hatay huay mein kaisay bataoon ga ke yeh hadith jo hai, us se ikraam insaan niklta hai. aap ghhor kijiye ke agar mein na haton to mein kaisay is is hadith se nikaloon ga yeh baat.</w:t>
      </w:r>
    </w:p>
    <w:p>
      <w:pPr>
        <w:jc w:val="right"/>
      </w:pPr>
      <w:r>
        <w:t>تو مجھے تو ہٹنا ہی پڑے گا۔ مگر ہٹے ہوئے میں کیسے بتاؤں گا کہ یہ حدیث جو ہے، اس سے اکرام انسان نکلتا ہے۔ آپ غور کیجیے کہ اگر میں نہ ہٹوں تو میں کیسے اس اس حدیث سے نکالوں گا یہ بات۔</w:t>
      </w:r>
    </w:p>
    <w:p>
      <w:r>
        <w:rPr>
          <w:b/>
        </w:rPr>
        <w:t xml:space="preserve">[51:00] </w:t>
      </w:r>
      <w:r>
        <w:t>tu meri baat ko aap dekhiye quran se, hadith se,</w:t>
      </w:r>
    </w:p>
    <w:p>
      <w:pPr>
        <w:jc w:val="right"/>
      </w:pPr>
      <w:r>
        <w:t>تو میری بات کو آپ دیکھیے قرآن سے، حدیث سے،</w:t>
      </w:r>
    </w:p>
    <w:p>
      <w:r>
        <w:rPr>
          <w:b/>
        </w:rPr>
        <w:t xml:space="preserve">[51:05] </w:t>
      </w:r>
      <w:r>
        <w:t>logon ki kitabon se nahi. logon ki kitabon se dekhen gay to phir bilkul ghalat rah par pohnchay gay aap. mujhe hatna hi paray ga.</w:t>
      </w:r>
    </w:p>
    <w:p>
      <w:pPr>
        <w:jc w:val="right"/>
      </w:pPr>
      <w:r>
        <w:t>لوگوں کی کتابوں سے نہیں۔ لوگوں کی کتابوں سے دیکھیں گے تو پھر بالکل غلط راہ پر پہنچیں گے آپ۔ مجھے ہٹنا ہی پڑے گا۔</w:t>
      </w:r>
    </w:p>
    <w:p>
      <w:r>
        <w:rPr>
          <w:b/>
        </w:rPr>
        <w:t xml:space="preserve">[51:16] </w:t>
      </w:r>
      <w:r>
        <w:t>kyun ke tashreeh ka aik aik anbaar hai, jis ke neechay asal islam chupa chupp gaya hai. aap yeh bataiye mujhe ke mein asal islam ke ko ko is sawa mein koi doosra islam pesh kar raha hoon?</w:t>
      </w:r>
    </w:p>
    <w:p>
      <w:pPr>
        <w:jc w:val="right"/>
      </w:pPr>
      <w:r>
        <w:t>کیونکہ تشریح کا ایک ایک انبار ہے، جس کے نیچے اصل اسلام چھپا چھپ گیا ہے۔ آپ یہ بتائیے مجھے کہ میں اصل اسلام کے کو کو اس سوا میں کوئی دوسرا اسلام پیش کر رہا ہوں؟</w:t>
      </w:r>
    </w:p>
    <w:p>
      <w:r>
        <w:rPr>
          <w:b/>
        </w:rPr>
        <w:t xml:space="preserve">[51:32] </w:t>
      </w:r>
      <w:r>
        <w:t>asal islam ke sath koi doosra islam pesh kar raha hoon? bataiye mujhe.</w:t>
      </w:r>
    </w:p>
    <w:p>
      <w:pPr>
        <w:jc w:val="right"/>
      </w:pPr>
      <w:r>
        <w:t>اصل اسلام کے ساتھ کوئی دوسرا اسلام پیش کر رہا ہوں؟ بتائیے مجھے۔</w:t>
      </w:r>
    </w:p>
    <w:p>
      <w:r>
        <w:rPr>
          <w:b/>
        </w:rPr>
        <w:t xml:space="preserve">[51:39] </w:t>
      </w:r>
      <w:r>
        <w:t>yeh mein ne aik bohat hi wazeh misaal, aisi bohat sari misaalain hain jo mein likhta rehta hoon bar bar, jo jo log mera magazine parhtay hain, woh jantay hain ke ghalat tashreeh ne asal islam ko chupa diya hai.</w:t>
      </w:r>
    </w:p>
    <w:p>
      <w:pPr>
        <w:jc w:val="right"/>
      </w:pPr>
      <w:r>
        <w:t>یہ میں نے ایک بہت ہی واضح مثال، ایسی بہت ساری مثالیں ہیں جو میں لکھتا رہتا ہوں بار بار، جو جو لوگ میرا میگزین پڑھتے ہیں، وہ جانتے ہیں کہ غلط تشریح نے اصل اسلام کو چھپا دیا ہے۔</w:t>
      </w:r>
    </w:p>
    <w:p>
      <w:r>
        <w:rPr>
          <w:b/>
        </w:rPr>
        <w:t xml:space="preserve">[51:53] </w:t>
      </w:r>
      <w:r>
        <w:t>ab mera jaisay mera ab mera kaam yahi hai, agar mein chahta hoon ke islam yeh dikhaoon ke islam aaj bhi mutaliqa hai, to mujhe yeh kaam karna paray ga ke mujhe is tashreeh ko hattaoon mein.</w:t>
      </w:r>
    </w:p>
    <w:p>
      <w:pPr>
        <w:jc w:val="right"/>
      </w:pPr>
      <w:r>
        <w:t>اب میرا جیسے میرا اب میرا کام یہی ہے، اگر میں چاہتا ہوں کہ اسلام یہ دکھاؤں کہ اسلام آج بھی متعلقہ ہے، تو مجھے یہ کام کرنا پڑے گا کہ مجھے اس تشریح کو ہٹاؤں میں۔</w:t>
      </w:r>
    </w:p>
    <w:p>
      <w:r>
        <w:rPr>
          <w:b/>
        </w:rPr>
        <w:t xml:space="preserve">[52:05] </w:t>
      </w:r>
      <w:r>
        <w:t>taakeh jo asal islam hai, woh samnay aa jaye.</w:t>
      </w:r>
    </w:p>
    <w:p>
      <w:pPr>
        <w:jc w:val="right"/>
      </w:pPr>
      <w:r>
        <w:t>تاکہ جو اصل اسلام ہے، وہ سامنے آ جائے۔</w:t>
      </w:r>
    </w:p>
    <w:p>
      <w:r>
        <w:rPr>
          <w:b/>
        </w:rPr>
        <w:t xml:space="preserve">[52:09] </w:t>
      </w:r>
      <w:r>
        <w:t>ab dekhen ke mein ne arz kiya tha ke dunya musalmanon ki sab se bari jamaat jo hai, us ke us mein likha hua hai ikraam mein muslim.</w:t>
      </w:r>
    </w:p>
    <w:p>
      <w:pPr>
        <w:jc w:val="right"/>
      </w:pPr>
      <w:r>
        <w:t>اب دیکھیں کہ میں نے عرض کیا تھا کہ دنیا مسلمانوں کی سب سے بڑی جماعت جو ہے، اس کے اس میں لکھا ہوا ہے اکرام میں مسلم۔</w:t>
      </w:r>
    </w:p>
    <w:p>
      <w:r>
        <w:rPr>
          <w:b/>
        </w:rPr>
        <w:t xml:space="preserve">[52:18] </w:t>
      </w:r>
      <w:r>
        <w:t>kyun? yahi parha unhon ne. yahi parha unhon ne ke muslim ka ikraam karo. ikraam insaan to parha hi nahi unhon ne. jo jo ke hadith o quran mein to tha, lekin ghalat tashreeh ke tale dab gaya tha woh.</w:t>
      </w:r>
    </w:p>
    <w:p>
      <w:pPr>
        <w:jc w:val="right"/>
      </w:pPr>
      <w:r>
        <w:t>کیوں؟ یہی پڑھا انہوں نے۔ یہی پڑھا انہوں نے کہ مسلم کا اکرام کرو۔ اکرام انسان تو پڑھا ہی نہیں انہوں نے۔ جو جو کہ حدیث و قرآن میں تو تھا، لیکن غلط تشریح کے تلے دب گیا تھا وہ۔</w:t>
      </w:r>
    </w:p>
    <w:p>
      <w:r>
        <w:rPr>
          <w:b/>
        </w:rPr>
        <w:t xml:space="preserve">[52:35] </w:t>
      </w:r>
      <w:r>
        <w:t>tu is wajah se yeh yeh tasawwur ghalat hai ke madrassay ke degree holder aur university ke degree holder dono ko akhatta karo to modern alam mil jaye ga humein.</w:t>
      </w:r>
    </w:p>
    <w:p>
      <w:pPr>
        <w:jc w:val="right"/>
      </w:pPr>
      <w:r>
        <w:t>تو اس وجہ سے یہ یہ تصور غلط ہے کہ مدرسے کے ڈگری ہولڈر اور یونیورسٹی کے ڈگری ہولڈر دونوں کو اکٹھا کرو تو ماڈرن عالم مل جائے گا ہمیں۔</w:t>
      </w:r>
    </w:p>
    <w:p>
      <w:r>
        <w:rPr>
          <w:b/>
        </w:rPr>
        <w:t xml:space="preserve">[52:46] </w:t>
      </w:r>
      <w:r>
        <w:t>yeh tasawwur ghalat hai. kyun ke dono jagah kya hota hai ke parhaya jata hai classical adab. ab mein batata hoon secular education ki baat.</w:t>
      </w:r>
    </w:p>
    <w:p>
      <w:pPr>
        <w:jc w:val="right"/>
      </w:pPr>
      <w:r>
        <w:t>یہ تصور غلط ہے۔ کیونکہ دونوں جگہ کیا ہوتا ہے کہ پڑھایا جاتا ہے کلاسیکل ادب۔ اب میں بتاتا ہوں سیکولر ایجوکیشن کی بات۔</w:t>
      </w:r>
    </w:p>
    <w:p>
      <w:r>
        <w:rPr>
          <w:b/>
        </w:rPr>
        <w:t xml:space="preserve">[52:58] </w:t>
      </w:r>
      <w:r>
        <w:t>jo log bhi secular education hasil karte hain, woh sab ke sab evolution theory ko mannay lagtay hain. sab ke sab. mein ne to ab tak yahi paya hai.</w:t>
      </w:r>
    </w:p>
    <w:p>
      <w:pPr>
        <w:jc w:val="right"/>
      </w:pPr>
      <w:r>
        <w:t>جو لوگ بھی سیکولر ایجوکیشن حاصل کرتے ہیں، وہ سب کے سب ایولوشن تھیوری کو ماننے لگتے ہیں۔ سب کے سب۔ میں نے تو اب تک یہی پایا ہے۔</w:t>
      </w:r>
    </w:p>
    <w:p>
      <w:r>
        <w:rPr>
          <w:b/>
        </w:rPr>
        <w:t xml:space="preserve">[53:08] </w:t>
      </w:r>
      <w:r>
        <w:t>kyun? jo classical adab hai evolution theory ka, woh yahi batata hai. isi ko parhtay hain, isi ko parh parh kar isi ko man letay hain. is ka tajziya nahi karte, is ko reassessment nahi karte is ko.</w:t>
      </w:r>
    </w:p>
    <w:p>
      <w:pPr>
        <w:jc w:val="right"/>
      </w:pPr>
      <w:r>
        <w:t>کیوں؟ جو کلاسیکل ادب ہے ایولوشن تھیوری کا، وہ یہی بتاتا ہے۔ اسی کو پڑھتے ہیں، اسی کو پڑھ پڑھ کر اسی کو مان لیتے ہیں۔ اس کا تجزیہ نہیں کرتے، اس کو ری ایسسمنٹ نہیں کرتے اس کو۔</w:t>
      </w:r>
    </w:p>
    <w:p>
      <w:r>
        <w:rPr>
          <w:b/>
        </w:rPr>
        <w:t xml:space="preserve">[53:19] </w:t>
      </w:r>
      <w:r>
        <w:t>halankay hamein jo wahan aadmi chahiye, woh aik sochne wala chahiye, sochne wala.</w:t>
      </w:r>
    </w:p>
    <w:p>
      <w:pPr>
        <w:jc w:val="right"/>
      </w:pPr>
      <w:r>
        <w:t>حالانکہ ہمیں جو وہاں آدمی چاہیے، وہ ایک سوچنے والا چاہیے، سوچنے والا۔</w:t>
      </w:r>
    </w:p>
    <w:p>
      <w:r>
        <w:rPr>
          <w:b/>
        </w:rPr>
        <w:t xml:space="preserve">[53:24] </w:t>
      </w:r>
      <w:r>
        <w:t>yani ke jo jo jo likha hua hai, us ko parhay parh kar ke imtehan de de aur number le le aur phir professor ban jaye. ke wahan to yeh hai ke jo kitabon mein aa gaya hai, us ko aap parhiye.</w:t>
      </w:r>
    </w:p>
    <w:p>
      <w:pPr>
        <w:jc w:val="right"/>
      </w:pPr>
      <w:r>
        <w:t>یعنی کہ جو جو جو لکھا ہوا ہے، اس کو پڑھے پڑھ کر کے امتحان دے دے اور نمبر لے لے اور پھر پروفیسر بن جائے۔ کہ وہاں تو یہ ہے کہ جو کتابوں میں آ گیا ہے، اس کو آپ پڑھیے۔</w:t>
      </w:r>
    </w:p>
    <w:p>
      <w:r>
        <w:rPr>
          <w:b/>
        </w:rPr>
        <w:t xml:space="preserve">[53:35] </w:t>
      </w:r>
      <w:r>
        <w:t>parh parh ke us ko likhiye aap ne test paper mein. phir aap ko degree mil jaye gi, aap professor ban jayen gay. yeh to reexamine karna hai, re assess karna hai.</w:t>
      </w:r>
    </w:p>
    <w:p>
      <w:pPr>
        <w:jc w:val="right"/>
      </w:pPr>
      <w:r>
        <w:t>پڑھ پڑھ کے اس کو لکھیے آپ نے ٹیسٹ پیپر میں۔ پھر آپ کو ڈگری مل جائے گی، آپ پروفیسر بن جائیں گے۔ یہ تو ری ایگزیمن کرنا ہے، ری ایسس کرنا ہے۔</w:t>
      </w:r>
    </w:p>
    <w:p>
      <w:r>
        <w:rPr>
          <w:b/>
        </w:rPr>
        <w:t xml:space="preserve">[53:46] </w:t>
      </w:r>
      <w:r>
        <w:t>tu dekhiye, evolution theory jo hai, mein ne tafseel mein parha hai is ko, is ka khulasa kya hai. is ka khulasa jo hai, yeh hai ke in logon ne study ki.</w:t>
      </w:r>
    </w:p>
    <w:p>
      <w:pPr>
        <w:jc w:val="right"/>
      </w:pPr>
      <w:r>
        <w:t>تو دیکھیے، ایولوشن تھیوری جو ہے، میں نے تفصیل میں پڑھا ہے اس کو، اس کا خلاصہ کیا ہے۔ اس کا خلاصہ جو ہے، یہ ہے کہ ان لوگوں نے اسٹڈی کی۔</w:t>
      </w:r>
    </w:p>
    <w:p>
      <w:r>
        <w:rPr>
          <w:b/>
        </w:rPr>
        <w:t xml:space="preserve">[54:02] </w:t>
      </w:r>
      <w:r>
        <w:t>tu aap jantay hain ke</w:t>
      </w:r>
    </w:p>
    <w:p>
      <w:pPr>
        <w:jc w:val="right"/>
      </w:pPr>
      <w:r>
        <w:t>تو آپ جانتے ہیں کہ</w:t>
      </w:r>
    </w:p>
    <w:p>
      <w:r>
        <w:rPr>
          <w:b/>
        </w:rPr>
        <w:t xml:space="preserve">[54:06] </w:t>
      </w:r>
      <w:r>
        <w:t>bohat anwaa hain, tarah tarah ke. matlab insaan hai, bandar hai, kawa hai, gadha hai, machhli hai, chirya hai. beshumar qism ki anwaa hain.</w:t>
      </w:r>
    </w:p>
    <w:p>
      <w:pPr>
        <w:jc w:val="right"/>
      </w:pPr>
      <w:r>
        <w:t>بہت انواع ہیں، طرح طرح کے۔ مطلب انسان ہے، بندر ہے، کوا ہے، گدھا ہے، مچھلی ہے، چڑیا ہے۔ بے شمار قسم کی انواع ہیں۔</w:t>
      </w:r>
    </w:p>
    <w:p>
      <w:r>
        <w:rPr>
          <w:b/>
        </w:rPr>
        <w:t xml:space="preserve">[54:16] </w:t>
      </w:r>
      <w:r>
        <w:t>tu unhon ne study ki. tu aik yeh to aik baat unhein daryaft hui, woh yeh hai ke mushabihat. yani mukhtalif anwaa mein mushabihat.</w:t>
      </w:r>
    </w:p>
    <w:p>
      <w:pPr>
        <w:jc w:val="right"/>
      </w:pPr>
      <w:r>
        <w:t>تو انہوں نے اسٹڈی کی۔ تو ایک یہ تو ایک بات انہیں دریافت ہوئی، وہ یہ ہے کہ مشابہت۔ یعنی مختلف انواع میں مشابہت۔</w:t>
      </w:r>
    </w:p>
    <w:p>
      <w:r>
        <w:rPr>
          <w:b/>
        </w:rPr>
        <w:t xml:space="preserve">[54:27] </w:t>
      </w:r>
      <w:r>
        <w:t>ab unhon ne kya nikal liya? is mushabihat se process nikal liya, evolutionary process nikal liya.</w:t>
      </w:r>
    </w:p>
    <w:p>
      <w:pPr>
        <w:jc w:val="right"/>
      </w:pPr>
      <w:r>
        <w:t>اب انہوں نے کیا نکال لیا؟ اس مشابہت سے پروسیس نکال لیا، ایولوشنری پروسیس نکال لیا۔</w:t>
      </w:r>
    </w:p>
    <w:p>
      <w:r>
        <w:rPr>
          <w:b/>
        </w:rPr>
        <w:t xml:space="preserve">[54:36] </w:t>
      </w:r>
      <w:r>
        <w:t xml:space="preserve">yani jo cheez jo cheez daryaft se maloom hui thi, woh thi woh thi yani mushabihaten of anwaa. </w:t>
      </w:r>
    </w:p>
    <w:p>
      <w:pPr>
        <w:jc w:val="right"/>
      </w:pPr>
      <w:r>
        <w:t>یعنی جو چیز جو چیز دریافت سے معلوم ہوئی تھی، وہ تھی وہ تھی یعنی مشابہتیں آف انواع۔</w:t>
      </w:r>
    </w:p>
    <w:p>
      <w:r>
        <w:rPr>
          <w:b/>
        </w:rPr>
        <w:t xml:space="preserve">[54:46] </w:t>
      </w:r>
      <w:r>
        <w:t xml:space="preserve">jaise is ki kitab hai "origin of anwaa" darwin ki. to jo cheez nikli thi, woh kya thi? mushabihaten of anwaa. </w:t>
      </w:r>
    </w:p>
    <w:p>
      <w:pPr>
        <w:jc w:val="right"/>
      </w:pPr>
      <w:r>
        <w:t>جیسے اس کی کتاب ہے "اوریجن آف انواع" ڈارون کی۔ تو جو چیز نکلی تھی، وہ کیا تھی؟ مشابہتیں آف انواع۔</w:t>
      </w:r>
    </w:p>
    <w:p>
      <w:r>
        <w:rPr>
          <w:b/>
        </w:rPr>
        <w:t xml:space="preserve">[54:55] </w:t>
      </w:r>
      <w:r>
        <w:t xml:space="preserve">lekin is ko kya maani de diya hai? evolution of anwaa. </w:t>
      </w:r>
    </w:p>
    <w:p>
      <w:pPr>
        <w:jc w:val="right"/>
      </w:pPr>
      <w:r>
        <w:t>لیکن اس کو کیا معنی دے دیا ہے؟ ایولوشن آف انواع۔</w:t>
      </w:r>
    </w:p>
    <w:p>
      <w:r>
        <w:rPr>
          <w:b/>
        </w:rPr>
        <w:t xml:space="preserve">[55:01] </w:t>
      </w:r>
      <w:r>
        <w:t xml:space="preserve">yun samajh lijiye ke jaise ke aap woh lijiye, jaise ke yeh log karte hain ke machhli aur machhli liya unhon ne, phir chirya liya unhon ne. </w:t>
      </w:r>
    </w:p>
    <w:p>
      <w:pPr>
        <w:jc w:val="right"/>
      </w:pPr>
      <w:r>
        <w:t>یوں سمجھ لیجیے کہ جیسے کہ آپ وہ لیجیے، جیسے کہ یہ لوگ کرتے ہیں کہ مچھلی اور مچھلی لیا انہوں نے، پھر چڑیا لیا انہوں نے۔</w:t>
      </w:r>
    </w:p>
    <w:p>
      <w:r>
        <w:rPr>
          <w:b/>
        </w:rPr>
        <w:t xml:space="preserve">[55:12] </w:t>
      </w:r>
      <w:r>
        <w:t xml:space="preserve">phir kaha is chirya aur machhli mein bohat kaafi mushabihat hai. to unhon ne kya keh diya ke machhli jo hai, uṛte uṛte chirya ban gayi. ya goat mein aur zaraaf mein mushabihat hai. </w:t>
      </w:r>
    </w:p>
    <w:p>
      <w:pPr>
        <w:jc w:val="right"/>
      </w:pPr>
      <w:r>
        <w:t>پھر کہا اس چڑیا اور مچھلی میں بہت کافی مشابہت ہے۔ تو انہوں نے کیا کہہ دیا کہ مچھلی جو ہے، اڑتے اڑتے چڑیا بن گئی۔ یا گوٹ میں اور زراف میں مشابہت ہے۔</w:t>
      </w:r>
    </w:p>
    <w:p>
      <w:r>
        <w:rPr>
          <w:b/>
        </w:rPr>
        <w:t xml:space="preserve">[55:23] </w:t>
      </w:r>
      <w:r>
        <w:t xml:space="preserve">to is ko le ke bakri hote hote, yani goat baṛhte baṛhte zaraaf ban gayi. </w:t>
      </w:r>
    </w:p>
    <w:p>
      <w:pPr>
        <w:jc w:val="right"/>
      </w:pPr>
      <w:r>
        <w:t>تو اس کو لے کے بکری ہوتے ہوتے، یعنی گوٹ بڑھتے بڑھتے زراف بن گئی۔</w:t>
      </w:r>
    </w:p>
    <w:p>
      <w:r>
        <w:rPr>
          <w:b/>
        </w:rPr>
        <w:t xml:space="preserve">[55:29] </w:t>
      </w:r>
      <w:r>
        <w:t xml:space="preserve">to mushabihaton ko is baat ka saboot samajh liya ke evolutionary process hai, jis se yeh cheez doosri cheez ban gayi hai. haalankeh bilkul abstract baat hai yeh. </w:t>
      </w:r>
    </w:p>
    <w:p>
      <w:pPr>
        <w:jc w:val="right"/>
      </w:pPr>
      <w:r>
        <w:t>تو مشابہتوں کو اس بات کا ثبوت سمجھ لیا کہ ایولوشنری پروسیس ہے، جس سے یہ چیز دوسری چیز بن گئی ہے۔ حالانکہ بالکل ایبسٹریکٹ بات ہے یہ۔</w:t>
      </w:r>
    </w:p>
    <w:p>
      <w:r>
        <w:rPr>
          <w:b/>
        </w:rPr>
        <w:t xml:space="preserve">[55:40] </w:t>
      </w:r>
      <w:r>
        <w:t xml:space="preserve">aur sab log is ko maan kar ke digriyan le rahe hain. aap yeh kijiye, aap misaal ke taur par aap sawariyon ka ek woh banaiye, ek line. </w:t>
      </w:r>
    </w:p>
    <w:p>
      <w:pPr>
        <w:jc w:val="right"/>
      </w:pPr>
      <w:r>
        <w:t>اور سب لوگ اس کو مان کر کے ڈگریاں لے رہے ہیں۔ آپ یہ کیجیے، آپ مثال کے طور پر آپ سواریوں کا ایک وہ بنائیے، ایک لائن۔</w:t>
      </w:r>
    </w:p>
    <w:p>
      <w:r>
        <w:rPr>
          <w:b/>
        </w:rPr>
        <w:t xml:space="preserve">[55:51] </w:t>
      </w:r>
      <w:r>
        <w:t xml:space="preserve">yahan rakhiye bail, woh bulk card </w:t>
      </w:r>
    </w:p>
    <w:p>
      <w:pPr>
        <w:jc w:val="right"/>
      </w:pPr>
      <w:r>
        <w:t>یہاں رکھیے بیل، وہ بلک کارڈ</w:t>
      </w:r>
    </w:p>
    <w:p>
      <w:r>
        <w:rPr>
          <w:b/>
        </w:rPr>
        <w:t xml:space="preserve">[55:54] </w:t>
      </w:r>
      <w:r>
        <w:t xml:space="preserve">. bulk card ke aage rakhiye aap woh woh kya kehte hain? ghoṛa gaṛi. ghoṛa gaṛi ke aage rakhiye aap woh jeep. </w:t>
      </w:r>
    </w:p>
    <w:p>
      <w:pPr>
        <w:jc w:val="right"/>
      </w:pPr>
      <w:r>
        <w:t>۔ بلک کارڈ کے آگے رکھیے آپ وہ وہ کیا کہتے ہیں؟ گھوڑا گاڑی۔ گھوڑا گاڑی کے آگے رکھیے آپ وہ جیپ۔</w:t>
      </w:r>
    </w:p>
    <w:p>
      <w:r>
        <w:rPr>
          <w:b/>
        </w:rPr>
        <w:t xml:space="preserve">[56:05] </w:t>
      </w:r>
      <w:r>
        <w:t xml:space="preserve">jeep ke aage rakhiye aap woh ambassador. phir aap is ke aage rakhiye aap woh aaj kal ki jo gaṛiyan chal rahi hain, un ko rakhiye. </w:t>
      </w:r>
    </w:p>
    <w:p>
      <w:pPr>
        <w:jc w:val="right"/>
      </w:pPr>
      <w:r>
        <w:t>جیپ کے آگے رکھیے آپ وہ ایمبیسڈر۔ پھر آپ اس کے آگے رکھیے آپ وہ آج کل کی جو گاڑیاں چل رہی ہیں، ان کو رکھیے۔</w:t>
      </w:r>
    </w:p>
    <w:p>
      <w:r>
        <w:rPr>
          <w:b/>
        </w:rPr>
        <w:t xml:space="preserve">[56:15] </w:t>
      </w:r>
      <w:r>
        <w:t xml:space="preserve">aisi ek paadi ek rakhiye. ab aap kahein ke ji is se woh nikli, is se woh nikli, is se woh nikli. to yeh sahi hoga yeh? har gaṛi alag alag banayi gayi hai. </w:t>
      </w:r>
    </w:p>
    <w:p>
      <w:pPr>
        <w:jc w:val="right"/>
      </w:pPr>
      <w:r>
        <w:t>ایسی ایک پادی ایک رکھیے۔ اب آپ کہیں کہ جی اس سے وہ نکلی، اس سے وہ نکلی، اس سے وہ نکلی۔ تو یہ صحیح ہوگا یہ؟ ہر گاڑی الگ الگ بنائی گئی ہے۔</w:t>
      </w:r>
    </w:p>
    <w:p>
      <w:r>
        <w:rPr>
          <w:b/>
        </w:rPr>
        <w:t xml:space="preserve">[56:24] </w:t>
      </w:r>
      <w:r>
        <w:t xml:space="preserve">bulk card bhi alag bani hai, ghoṛa gaṛi bhi alag bani hai, jeep bhi alag bani hai, aur ambassador bhi alag bani hai, mercedes bhi alag bani hai. </w:t>
      </w:r>
    </w:p>
    <w:p>
      <w:pPr>
        <w:jc w:val="right"/>
      </w:pPr>
      <w:r>
        <w:t>بلک کارڈ بھی الگ بنی ہے، گھوڑا گاڑی بھی الگ بنی ہے، جیپ بھی الگ بنی ہے، اور ایمبیسڈر بھی الگ بنی ہے، مرسیڈیز بھی الگ بنی ہے۔</w:t>
      </w:r>
    </w:p>
    <w:p>
      <w:r>
        <w:rPr>
          <w:b/>
        </w:rPr>
        <w:t xml:space="preserve">[56:33] </w:t>
      </w:r>
      <w:r>
        <w:t xml:space="preserve">aisa nahi ke isi se nikalta chala gaya is se woh. to unhon ne kya nikal liya mushabihaton ko le kar ke? ke saari anwaa ek se doosre nikalti chali gayi hain. </w:t>
      </w:r>
    </w:p>
    <w:p>
      <w:pPr>
        <w:jc w:val="right"/>
      </w:pPr>
      <w:r>
        <w:t>ایسا نہیں کہ اسی سے نکلتا چلا گیا اس سے وہ۔ تو انہوں نے کیا نکال لیا مشابہتوں کو لے کر کے؟ کہ ساری انواع ایک سے دوسرے نکلتی چلی گئی ہیں۔</w:t>
      </w:r>
    </w:p>
    <w:p>
      <w:r>
        <w:rPr>
          <w:b/>
        </w:rPr>
        <w:t xml:space="preserve">[56:42] </w:t>
      </w:r>
      <w:r>
        <w:t xml:space="preserve">bilkul bilkul bilkul bewakoofi ki baat hai. </w:t>
      </w:r>
    </w:p>
    <w:p>
      <w:pPr>
        <w:jc w:val="right"/>
      </w:pPr>
      <w:r>
        <w:t>بالکل بالکل بالکل بیوقوفی کی بات ہے۔</w:t>
      </w:r>
    </w:p>
    <w:p>
      <w:r>
        <w:rPr>
          <w:b/>
        </w:rPr>
        <w:t xml:space="preserve">[56:46] </w:t>
      </w:r>
      <w:r>
        <w:t xml:space="preserve">misaal ke taur par darwin ne likha hai ke ke woh goat ko le kar ke. </w:t>
      </w:r>
    </w:p>
    <w:p>
      <w:pPr>
        <w:jc w:val="right"/>
      </w:pPr>
      <w:r>
        <w:t>مثال کے طور پر ڈارون نے لکھا ہے کہ کہ وہ گوٹ کو لے کر کے۔</w:t>
      </w:r>
    </w:p>
    <w:p>
      <w:r>
        <w:rPr>
          <w:b/>
        </w:rPr>
        <w:t xml:space="preserve">[56:55] </w:t>
      </w:r>
      <w:r>
        <w:t xml:space="preserve">ke goat paida hui, ab is ko chara chahiye tha. to chara jo hai, woh khati rahi, zameen ke chare khatam ho gaye, oopar ke woh darakhton ke chare lene lagi. </w:t>
      </w:r>
    </w:p>
    <w:p>
      <w:pPr>
        <w:jc w:val="right"/>
      </w:pPr>
      <w:r>
        <w:t>کہ گوٹ پیدا ہوئی، اب اس کو چارہ چاہیے تھا۔ تو چارہ جو ہے، وہ کھاتی رہی، زمین کے چارے ختم ہو گئے، اوپر کے وہ درختوں کے چارے لینے لگی۔</w:t>
      </w:r>
    </w:p>
    <w:p>
      <w:r>
        <w:rPr>
          <w:b/>
        </w:rPr>
        <w:t xml:space="preserve">[57:09] </w:t>
      </w:r>
      <w:r>
        <w:t xml:space="preserve">to jo is ki naslen paida huin, to thoṛa thoṛa variation tha. variation. yani pehli nasal mein jo bakri thi, is ki is ki gardan farz kijiye itni baṛi thi. </w:t>
      </w:r>
    </w:p>
    <w:p>
      <w:pPr>
        <w:jc w:val="right"/>
      </w:pPr>
      <w:r>
        <w:t>تو جو اس کی نسلیں پیدا ہوئیں، تو تھوڑا تھوڑا ویری ایشن تھا۔ ویری ایشن۔ یعنی پہلی نسل میں جو بکری تھی، اس کی اس کی گردن فرض کیجیے اتنی بڑی تھی۔</w:t>
      </w:r>
    </w:p>
    <w:p>
      <w:r>
        <w:rPr>
          <w:b/>
        </w:rPr>
        <w:t xml:space="preserve">[57:20] </w:t>
      </w:r>
      <w:r>
        <w:t xml:space="preserve">to agli nasal mein thoṛa sa baṛhe gi, thoṛa sa baṛhe gi, thoṛa sa baṛhe gi. kyunke woh baṛhta chala jayega. yani woh woh yani jab oopar ke chare itni baṛi nasal, itni baṛi gardan wali jahan tak chara le sake gi, wahan tak le legi. </w:t>
      </w:r>
    </w:p>
    <w:p>
      <w:pPr>
        <w:jc w:val="right"/>
      </w:pPr>
      <w:r>
        <w:t>تو اگلی نسل میں تھوڑا سا بڑھے گی، تھوڑا سا بڑھے گی، تھوڑا سا بڑھے گی۔ کیونکہ وہ بڑھتا چلا جائے گا۔ یعنی وہ وہ یعنی جب اوپر کے چارے اتنی بڑی نسل، اتنی بڑی گردن والی جہاں تک چارہ لے سکے گی، وہاں تک لے لے گی۔</w:t>
      </w:r>
    </w:p>
    <w:p>
      <w:r>
        <w:rPr>
          <w:b/>
        </w:rPr>
        <w:t xml:space="preserve">[57:36] </w:t>
      </w:r>
      <w:r>
        <w:t xml:space="preserve">aur is ke baad khane kuch nahi rahega. to zyada baṛi gardan wali le legi. phir is ke baad aur baṛi gard </w:t>
      </w:r>
    </w:p>
    <w:p>
      <w:pPr>
        <w:jc w:val="right"/>
      </w:pPr>
      <w:r>
        <w:t>اور اس کے بعد کھانے کچھ نہیں رہے گا۔ تو زیادہ بڑی گردن والی لے لے گی۔ پھر اس کے بعد اور بڑی گرد</w:t>
      </w:r>
    </w:p>
    <w:p>
      <w:r>
        <w:rPr>
          <w:b/>
        </w:rPr>
        <w:t xml:space="preserve">[57:42] </w:t>
      </w:r>
      <w:r>
        <w:t xml:space="preserve">an wali. is tarah se gardan baṛhti chali jayegi. yahan tak ke goat jo hai, woh zaraaf ban jayegi. yeh kya hai bilkul bachchon ka khel hai yeh? yeh main manta hoon ke mushabihaten hain. </w:t>
      </w:r>
    </w:p>
    <w:p>
      <w:pPr>
        <w:jc w:val="right"/>
      </w:pPr>
      <w:r>
        <w:t>ن والی۔ اس طرح سے گردن بڑھتی چلی جائے گی۔ یہاں تک کہ گوٹ جو ہے، وہ زراف بن جائے گی۔ یہ کیا ہے بالکل بچوں کا کھیل ہے یہ؟ یہ میں مانتا ہوں کہ مشابہتیں ہیں۔</w:t>
      </w:r>
    </w:p>
    <w:p>
      <w:r>
        <w:rPr>
          <w:b/>
        </w:rPr>
        <w:t xml:space="preserve">[57:54] </w:t>
      </w:r>
      <w:r>
        <w:t xml:space="preserve">lekin mushabihaten is baat ka saboot nahi hain ke wahan par evolution hua hai. har ek alag alag paida ki gayi hai. har ek alag alag paida ki gayi </w:t>
      </w:r>
    </w:p>
    <w:p>
      <w:pPr>
        <w:jc w:val="right"/>
      </w:pPr>
      <w:r>
        <w:t>لیکن مشابہتیں اس بات کا ثبوت نہیں ہیں کہ وہاں پر ایولوشن ہوا ہے۔ ہر ایک الگ الگ پیدا کی گئی ہے۔ ہر ایک الگ الگ پیدا کی گئی</w:t>
      </w:r>
    </w:p>
    <w:p>
      <w:r>
        <w:rPr>
          <w:b/>
        </w:rPr>
        <w:t xml:space="preserve">[58:03] </w:t>
      </w:r>
      <w:r>
        <w:t xml:space="preserve">hai. jaise main gaya wahan chandigarh ke museum mein, natural history museum mein. to wahan par main ne dekha ke ek ghoṛe ko unhon ne khaṛa kiya hai is tarah se ke pichhle paon par khaṛa kar ke ek dam seedha kar diya us ko. </w:t>
      </w:r>
    </w:p>
    <w:p>
      <w:pPr>
        <w:jc w:val="right"/>
      </w:pPr>
      <w:r>
        <w:t>ہے۔ جیسے میں گیا وہاں چندی گڑھ کے میوزیم میں، نیچرل ہسٹری میوزیم میں۔ تو وہاں پر میں نے دیکھا کہ ایک گھوڑے کو انہوں نے کھڑا کیا ہے اس طرح سے کہ پچھلے پاؤں پر کھڑا کر کے ایک دم سیدھا کر دیا اس کو۔</w:t>
      </w:r>
    </w:p>
    <w:p>
      <w:r>
        <w:rPr>
          <w:b/>
        </w:rPr>
        <w:t xml:space="preserve">[58:16] </w:t>
      </w:r>
      <w:r>
        <w:t xml:space="preserve">agle dono paon is tarah laṭak rahe hain. jaise ke woh haath hai aur yeh do paon par khaṛa hua hai aur agle paon jo hai, woh goya haath ki tarah laṭak rah </w:t>
      </w:r>
    </w:p>
    <w:p>
      <w:pPr>
        <w:jc w:val="right"/>
      </w:pPr>
      <w:r>
        <w:t>اگلے دونوں پاؤں اس طرح لٹک رہے ہیں۔ جیسے کہ وہ ہاتھ ہے اور یہ دو پاؤں پر کھڑا ہوا ہے اور اگلے پاؤں جو ہے، وہ گویا ہاتھ کی طرح لٹک رہ</w:t>
      </w:r>
    </w:p>
    <w:p>
      <w:r>
        <w:rPr>
          <w:b/>
        </w:rPr>
        <w:t xml:space="preserve">[58:25] </w:t>
      </w:r>
      <w:r>
        <w:t>e hain us ko. wahan likha hua hai ke dekhiye aur saath saath insaan ka woh hai skeleton jis ko kehte hain. yani ḍhanche.</w:t>
      </w:r>
    </w:p>
    <w:p>
      <w:pPr>
        <w:jc w:val="right"/>
      </w:pPr>
      <w:r>
        <w:t>ے ہیں اس کو۔ وہاں لکھا ہوا ہے کہ دیکھیے اور ساتھ ساتھ انسان کا وہ ہے اسکیلٹن جس کو کہتے ہیں۔ یعنی ڈھانچہ۔</w:t>
      </w:r>
    </w:p>
    <w:p>
      <w:r>
        <w:rPr>
          <w:b/>
        </w:rPr>
        <w:t xml:space="preserve">[58:33] </w:t>
      </w:r>
      <w:r>
        <w:t>to bohat mushabihat hai ghoṛe ke ḍhanche mein aur insaan ke ḍhanche mein. to kya nikala? ke isi se woh nikla.</w:t>
      </w:r>
    </w:p>
    <w:p>
      <w:pPr>
        <w:jc w:val="right"/>
      </w:pPr>
      <w:r>
        <w:t>تو بہت مشابہت ہے گھوڑے کے ڈھانچے میں اور انسان کے ڈھانچے میں۔ تو کیا نکالا؟ کہ اسی سے وہ نکلا۔</w:t>
      </w:r>
    </w:p>
    <w:p>
      <w:r>
        <w:rPr>
          <w:b/>
        </w:rPr>
        <w:t xml:space="preserve">[58:43] </w:t>
      </w:r>
      <w:r>
        <w:t>yani yani is ḍhanche se woh ḍhanche nikla. haalankeh yeh bilkul stupid argument hai.</w:t>
      </w:r>
    </w:p>
    <w:p>
      <w:pPr>
        <w:jc w:val="right"/>
      </w:pPr>
      <w:r>
        <w:t>یعنی یعنی اس ڈھانچے سے وہ ڈھانچہ نکلا۔ حالانکہ یہ بالکل سٹوپڈ آرگیومنٹ ہے۔</w:t>
      </w:r>
    </w:p>
    <w:p>
      <w:r>
        <w:rPr>
          <w:b/>
        </w:rPr>
        <w:t xml:space="preserve">[58:50] </w:t>
      </w:r>
      <w:r>
        <w:t>mein ek baat aap ko batata hoon. jo dasṭral hota hai, dasṭral. ghoṛe ka dasṭral bohat baṛa hota hai. insaan ka dasṭral bohat chhoṭa hota hai.</w:t>
      </w:r>
    </w:p>
    <w:p>
      <w:pPr>
        <w:jc w:val="right"/>
      </w:pPr>
      <w:r>
        <w:t>میں ایک بات آپ کو بتاتا ہوں۔ جو ڈاسٹرل ہوتا ہے، ڈاسٹرل۔ گھوڑے کا ڈاسٹرل بہت بڑا ہوتا ہے۔ انسان کا ڈاسٹرل بہت چھوٹا ہوتا ہے۔</w:t>
      </w:r>
    </w:p>
    <w:p>
      <w:r>
        <w:rPr>
          <w:b/>
        </w:rPr>
        <w:t xml:space="preserve">[59:01] </w:t>
      </w:r>
      <w:r>
        <w:t>kyon? ghoṛe ko zyada oxygen chahiye. ghoṛa jab doṛta hai to bohat zyada oxygen chahiye is ke liye. to nature ne is ko baṛa dasṭral diya.</w:t>
      </w:r>
    </w:p>
    <w:p>
      <w:pPr>
        <w:jc w:val="right"/>
      </w:pPr>
      <w:r>
        <w:t>کیوں؟ گھوڑے کو زیادہ آکسیجن چاہیے۔ گھوڑا جب دوڑتا ہے تو بہت زیادہ آکسیجن چاہیے اس کے لیے۔ تو نیچر نے اس کو بڑا ڈاسٹرل دیا۔</w:t>
      </w:r>
    </w:p>
    <w:p>
      <w:r>
        <w:rPr>
          <w:b/>
        </w:rPr>
        <w:t xml:space="preserve">[59:10] </w:t>
      </w:r>
      <w:r>
        <w:t>insaan ko itna zyada oxygen nahi chahiye. to chhoṭa dasṭral is ko diya. ab bataiye ke kaun control kar raha hai?</w:t>
      </w:r>
    </w:p>
    <w:p>
      <w:pPr>
        <w:jc w:val="right"/>
      </w:pPr>
      <w:r>
        <w:t>انسان کو اتنا زیادہ آکسیجن نہیں چاہیے۔ تو چھوٹا ڈاسٹرل اس کو دیا۔ اب بتائیے کہ کون کنٹرول کر رہا ہے؟</w:t>
      </w:r>
    </w:p>
    <w:p>
      <w:r>
        <w:rPr>
          <w:b/>
        </w:rPr>
        <w:t xml:space="preserve">[59:17] </w:t>
      </w:r>
      <w:r>
        <w:t>yani kis ko yeh pata hai ke ghoṛe ko baṛa dasṭral do aur insaan ko chhoṭa dasṭral do? agar aap Khuda ko na manen to andhe process se thoṛi aisa ho sakta hai.</w:t>
      </w:r>
    </w:p>
    <w:p>
      <w:pPr>
        <w:jc w:val="right"/>
      </w:pPr>
      <w:r>
        <w:t>یعنی کس کو یہ پتہ ہے کہ گھوڑے کو بڑا ڈاسٹرل دو اور انسان کو چھوٹا ڈاسٹرل دو؟ اگر آپ خدا کو نہ مانیں تو اندھے پروسیس سے تھوڑی ایسا ہو سکتا ہے۔</w:t>
      </w:r>
    </w:p>
    <w:p>
      <w:r>
        <w:rPr>
          <w:b/>
        </w:rPr>
        <w:t xml:space="preserve">[59:29] </w:t>
      </w:r>
      <w:r>
        <w:t>yani yani blind natural process se aisa nahi ho sakta ke woh is ko pata ho ke is ko baṛa dasṭral chahiye, is ko chhoṭa dasṭral chahiye. to behr-haal mein yeh keh raha tha ke mushabihaten jo hain, is se harghiz yeh saboot nahi hota ke evolution hua hua.</w:t>
      </w:r>
    </w:p>
    <w:p>
      <w:pPr>
        <w:jc w:val="right"/>
      </w:pPr>
      <w:r>
        <w:t>یعنی یعنی بلائنڈ نیچرل پروسیس سے ایسا نہیں ہو سکتا کہ وہ اس کو پتہ ہو کہ اس کو بڑا ڈاسٹرل چاہیے، اس کو چھوٹا ڈاسٹرل چاہیے۔ تو بہرحال میں یہ کہہ رہا تھا کہ مشابہتیں جو ہیں، اس سے ہرگز یہ ثبوت نہیں ہوتا کہ ایولوشن ہوا ہوا۔</w:t>
      </w:r>
    </w:p>
    <w:p>
      <w:r>
        <w:rPr>
          <w:b/>
        </w:rPr>
        <w:t xml:space="preserve">[59:44] </w:t>
      </w:r>
      <w:r>
        <w:t>is se woh nikla, is se woh nikla, is se woh nikla. yani creator ne har ek ko alag alag paida kiya. mujh ko alag paida kiya, ghoṛe ko alag paida kiya, bandar ko alag paida kiya, machhli ko alag paida kiya.</w:t>
      </w:r>
    </w:p>
    <w:p>
      <w:pPr>
        <w:jc w:val="right"/>
      </w:pPr>
      <w:r>
        <w:t>اس سے وہ نکلا، اس سے وہ نکلا، اس سے وہ نکلا۔ یعنی کریٹر نے ہر ایک کو الگ الگ پیدا کیا۔ مجھ کو الگ پیدا کیا، گھوڑے کو الگ پیدا کیا، بندر کو الگ پیدا کیا، مچھلی کو الگ پیدا کیا۔</w:t>
      </w:r>
    </w:p>
    <w:p>
      <w:r>
        <w:rPr>
          <w:b/>
        </w:rPr>
        <w:t xml:space="preserve">[59:56] </w:t>
      </w:r>
      <w:r>
        <w:t>ek se ek mein se doosra nikla, doosre mein se teesra nikla, yeh bilkul galat baat hai. lekin saare university mein paṛh paṛh ke jo log niklte hain, is ko man lete hain. kyon?</w:t>
      </w:r>
    </w:p>
    <w:p>
      <w:pPr>
        <w:jc w:val="right"/>
      </w:pPr>
      <w:r>
        <w:t>ایک سے ایک میں سے دوسرا نکلا، دوسرے میں سے تیسرا نکلا، یہ بالکل غلط بات ہے۔ لیکن سارے یونیورسٹی میں پڑھ پڑھ کے جو لوگ نکلتے ہیں، اس کو مان لیتے ہیں۔ کیوں؟</w:t>
      </w:r>
    </w:p>
    <w:p>
      <w:r>
        <w:rPr>
          <w:b/>
        </w:rPr>
        <w:t xml:space="preserve">[1:00:04] </w:t>
      </w:r>
      <w:r>
        <w:t>classical adab mein yeh likha hua hai. to jo log classical adab paṛh paṛh kar digriyan len, woh is kaam ke nahi hain. chahe aap madrasse kaho, chahe university kaho.</w:t>
      </w:r>
    </w:p>
    <w:p>
      <w:pPr>
        <w:jc w:val="right"/>
      </w:pPr>
      <w:r>
        <w:t>کلاسیکل ادب میں یہ لکھا ہوا ہے۔ تو جو لوگ کلاسیکل ادب پڑھ پڑھ کر ڈگریاں لیں، وہ اس کام کے نہیں ہیں۔ چاہے آپ مدرسے کہو، چاہے یونیورسٹی کہو۔</w:t>
      </w:r>
    </w:p>
    <w:p>
      <w:r>
        <w:rPr>
          <w:b/>
        </w:rPr>
        <w:t xml:space="preserve">[1:00:14] </w:t>
      </w:r>
      <w:r>
        <w:t>hamein ek sochne wala insaan chahiye. jo soche, jo examine kare, jo reassess kare, woh insaan chahiye.</w:t>
      </w:r>
    </w:p>
    <w:p>
      <w:pPr>
        <w:jc w:val="right"/>
      </w:pPr>
      <w:r>
        <w:t>ہمیں ایک سوچنے والا انسان چاہیے۔ جو سوچے، جو ایگزیمن کرے، جو ری ایسس کرے، وہ انسان چاہیے۔</w:t>
      </w:r>
    </w:p>
    <w:p>
      <w:r>
        <w:rPr>
          <w:b/>
        </w:rPr>
        <w:t xml:space="preserve">[1:00:24] </w:t>
      </w:r>
      <w:r>
        <w:t>to Allah ke fazl se mujhe meri family ke support ki wajah se yeh mauqa mila ke mein khane kamane mein apne ko zaaya na karoon. aur saari umr mein tehqeeq karta raha, research karta raha, saari umr.</w:t>
      </w:r>
    </w:p>
    <w:p>
      <w:pPr>
        <w:jc w:val="right"/>
      </w:pPr>
      <w:r>
        <w:t>تو اللہ کے فضل سے مجھے میری فیملی کے سپورٹ کی وجہ سے یہ موقع ملا کہ میں کھانے کمانے میں اپنے کو ضائع نہ کروں۔ اور ساری عمر میں تحقیق کرتا رہا، ریسرچ کرتا رہا، ساری عمر۔</w:t>
      </w:r>
    </w:p>
    <w:p>
      <w:r>
        <w:rPr>
          <w:b/>
        </w:rPr>
        <w:t xml:space="preserve">[1:00:35] </w:t>
      </w:r>
      <w:r>
        <w:t>aur itni saari do sau kitaben hain, beshumar article hain, is mein bani. saara yeh subject hi maine deal kiya, isi subject ko. aur aaj tak mere argument ko koi kaat nahi saka hai.</w:t>
      </w:r>
    </w:p>
    <w:p>
      <w:pPr>
        <w:jc w:val="right"/>
      </w:pPr>
      <w:r>
        <w:t>اور اتنی ساری دو سو کتابیں ہیں، بے شمار آرٹیکل ہیں، اس میں بنی۔ سارا یہ سبجیکٹ ہی میں نے ڈیل کیا، اسی سبجیکٹ کو۔ اور آج تک میرے آرگیومنٹ کو کوئی کاٹ نہیں سکا ہے۔</w:t>
      </w:r>
    </w:p>
    <w:p>
      <w:r>
        <w:rPr>
          <w:b/>
        </w:rPr>
        <w:t xml:space="preserve">[1:00:48] </w:t>
      </w:r>
      <w:r>
        <w:t>mere argument ko koi nahi kaṭ saka, na koi secular aadmi, na koi religious aadmi.</w:t>
      </w:r>
    </w:p>
    <w:p>
      <w:pPr>
        <w:jc w:val="right"/>
      </w:pPr>
      <w:r>
        <w:t>میرے آرگیومنٹ کو کوئی نہیں کاٹ سکا، نہ کوئی سیکولر آدمی، نہ کوئی ریلیجیس آدمی۔</w:t>
      </w:r>
    </w:p>
    <w:p>
      <w:r>
        <w:rPr>
          <w:b/>
        </w:rPr>
        <w:t xml:space="preserve">[1:00:54] </w:t>
      </w:r>
      <w:r>
        <w:t>to khair, mein yeh keh raha tha ke yeh jo aaj kal bohat charcha hai madrasa board ka aur naye qism ke, yani molviyon ko madrasse mein paṛhao aur phir un un ko woh college mein paṛhao aur dono qism ke ilm ko ek ek mind mein ekṭha karo.</w:t>
      </w:r>
    </w:p>
    <w:p>
      <w:pPr>
        <w:jc w:val="right"/>
      </w:pPr>
      <w:r>
        <w:t>تو خیر، میں یہ کہہ رہا تھا کہ یہ جو آج کل بہت چرچا ہے مدرسہ بورڈ کا اور نئے قسم کے، یعنی مولویوں کو مدرسے میں پڑھاؤ اور پھر ان ان کو وہ کالج میں پڑھاؤ اور دونوں قسم کے علم کو ایک ایک مائنڈ میں اکٹھا کرو۔</w:t>
      </w:r>
    </w:p>
    <w:p>
      <w:r>
        <w:rPr>
          <w:b/>
        </w:rPr>
        <w:t xml:space="preserve">[1:01:14] </w:t>
      </w:r>
      <w:r>
        <w:t>lekin lekin practical mein kya hoga? jaisa ke deṛh sau saal se ho raha hai ke classical adab paṛh paṛh ke in ka dimaagh wahi wahi banega.</w:t>
      </w:r>
    </w:p>
    <w:p>
      <w:pPr>
        <w:jc w:val="right"/>
      </w:pPr>
      <w:r>
        <w:t>لیکن لیکن پریکٹیکل میں کیا ہوگا؟ جیسا کہ ڈیڑھ سو سال سے ہو رہا ہے کہ کلاسیکل ادب پڑھ پڑھ کے ان کا دماغ وہی وہی بنے گا۔</w:t>
      </w:r>
    </w:p>
    <w:p>
      <w:r>
        <w:rPr>
          <w:b/>
        </w:rPr>
        <w:t xml:space="preserve">[1:01:25] </w:t>
      </w:r>
      <w:r>
        <w:t>dono dono taraf se. woh yeh woh woh integrate nahi kar paayenge. woh ek doosre ko reassess nahi kar paayenge.</w:t>
      </w:r>
    </w:p>
    <w:p>
      <w:pPr>
        <w:jc w:val="right"/>
      </w:pPr>
      <w:r>
        <w:t>دونوں دونوں طرف سے۔ وہ یہ وہ وہ انٹیگریٹ نہیں کر پائیں گے۔ وہ ایک دوسرے کو ری ایسس نہیں کر پائیں گے۔</w:t>
      </w:r>
    </w:p>
    <w:p>
      <w:r>
        <w:rPr>
          <w:b/>
        </w:rPr>
        <w:t xml:space="preserve">[1:01:33] </w:t>
      </w:r>
      <w:r>
        <w:t>kyonke yeh in ka subject hi nahi hai. in ka subject to yeh hai ke classical adab ko paṛho aur examination mein pass ho jao, pass ho kar ke service le lo.</w:t>
      </w:r>
    </w:p>
    <w:p>
      <w:pPr>
        <w:jc w:val="right"/>
      </w:pPr>
      <w:r>
        <w:t>کیونکہ یہ ان کا سبجیکٹ ہی نہیں ہے۔ ان کا سبجیکٹ تو یہ ہے کہ کلاسیکل ادب کو پڑھو اور ایگزامینیشن میں پاس ہو جاؤ، پاس ہو کر کے سروس لے لو۔</w:t>
      </w:r>
    </w:p>
    <w:p>
      <w:r>
        <w:rPr>
          <w:b/>
        </w:rPr>
        <w:t xml:space="preserve">[1:01:44] </w:t>
      </w:r>
      <w:r>
        <w:t>isi par base karta hai yeh saara.</w:t>
      </w:r>
    </w:p>
    <w:p>
      <w:pPr>
        <w:jc w:val="right"/>
      </w:pPr>
      <w:r>
        <w:t>اسی پر بیس کرتا ہے یہ سارا۔</w:t>
      </w:r>
    </w:p>
    <w:p>
      <w:r>
        <w:rPr>
          <w:b/>
        </w:rPr>
        <w:t xml:space="preserve">[1:01:46] </w:t>
      </w:r>
      <w:r>
        <w:t>to Khuda ke fazl se maine is maamle mein poori zindagi laga di. poori poori zindagi laga di. aur is tareeqe se dono ko samjha mein ne.</w:t>
      </w:r>
    </w:p>
    <w:p>
      <w:pPr>
        <w:jc w:val="right"/>
      </w:pPr>
      <w:r>
        <w:t>تو خدا کے فضل سے میں نے اس معاملے میں پوری زندگی لگا دی۔ پوری پوری زندگی لگا دی۔ اور اس طریقے سے دونوں کو سمجھا میں نے۔</w:t>
      </w:r>
    </w:p>
    <w:p>
      <w:r>
        <w:rPr>
          <w:b/>
        </w:rPr>
        <w:t xml:space="preserve">[1:01:57] </w:t>
      </w:r>
      <w:r>
        <w:t>Islam ko bhi aur secular uloom ko bhi. dono ko samajh kar ke maine yeh adab tayyar kiya. jo taqreeban saare subject par yeh hai jis ko aap paṛh sakte hain.</w:t>
      </w:r>
    </w:p>
    <w:p>
      <w:pPr>
        <w:jc w:val="right"/>
      </w:pPr>
      <w:r>
        <w:t>اسلام کو بھی اور سیکولر علوم کو بھی۔ دونوں کو سمجھ کر کے میں نے یہ ادب تیار کیا۔ جو تقریباً سارے سبجیکٹ پر یہ ہے جس کو آپ پڑھ سکتے ہیں۔</w:t>
      </w:r>
    </w:p>
    <w:p>
      <w:r>
        <w:rPr>
          <w:b/>
        </w:rPr>
        <w:t xml:space="preserve">[1:02:11] </w:t>
      </w:r>
      <w:r>
        <w:t>to yeh mein aap logon se guzarish karoon ga ke yeh meri meri kitaben jo hain aap paṛhen. agarche zyada tar kitaben Urdu mein hain.</w:t>
      </w:r>
    </w:p>
    <w:p>
      <w:pPr>
        <w:jc w:val="right"/>
      </w:pPr>
      <w:r>
        <w:t>تو یہ میں آپ لوگوں سے گزارش کروں گا کہ یہ میری میری کتابیں جو ہیں آپ پڑھیں۔ اگرچہ زیادہ تر کتابیں اردو میں ہیں۔</w:t>
      </w:r>
    </w:p>
    <w:p>
      <w:r>
        <w:rPr>
          <w:b/>
        </w:rPr>
        <w:t xml:space="preserve">[1:02:22] </w:t>
      </w:r>
      <w:r>
        <w:t>lekin kuch kitaben aisi hain jo English mein in ka translation ho chuka hai. aur kuch kitabon ka Arabic mein aur doosri zubanon mein bhi hua hai.</w:t>
      </w:r>
    </w:p>
    <w:p>
      <w:pPr>
        <w:jc w:val="right"/>
      </w:pPr>
      <w:r>
        <w:t>لیکن کچھ کتابیں ایسی ہیں جو انگلش میں ان کا ٹرانسلیشن ہو چکا ہے۔ اور کچھ کتابوں کا عربک میں اور دوسری زبانوں میں بھی ہوا ہے۔</w:t>
      </w:r>
    </w:p>
    <w:p>
      <w:r>
        <w:rPr>
          <w:b/>
        </w:rPr>
        <w:t xml:space="preserve">[1:02:32] </w:t>
      </w:r>
      <w:r>
        <w:t>ke zyada tar yeh kitaben jo hain woh jo hain is mein hain. Urdu mein hain. aur aap log jo ke yani Urdu bolte hain, samajhte hain, to aap logon ko kuch bhi mushkil nahi ke thoṛa sa mehnat kar ke aap Urdu seekh len.</w:t>
      </w:r>
    </w:p>
    <w:p>
      <w:pPr>
        <w:jc w:val="right"/>
      </w:pPr>
      <w:r>
        <w:t>کہ زیادہ تر یہ کتابیں جو ہیں وہ جو ہیں اس میں ہیں۔ اردو میں ہیں۔ اور آپ لوگ جو کہ یعنی اردو بولتے ہیں، سمجھتے ہیں، تو آپ لوگوں کو کچھ بھی مشکل نہیں کہ تھوڑا سا محنت کر کے آپ اردو سیکھ لیں۔</w:t>
      </w:r>
    </w:p>
    <w:p>
      <w:r>
        <w:rPr>
          <w:b/>
        </w:rPr>
        <w:t xml:space="preserve">[1:02:48] </w:t>
      </w:r>
      <w:r>
        <w:t>ke</w:t>
      </w:r>
    </w:p>
    <w:p>
      <w:pPr>
        <w:jc w:val="right"/>
      </w:pPr>
      <w:r>
        <w:t>کی</w:t>
      </w:r>
    </w:p>
    <w:p>
      <w:r>
        <w:rPr>
          <w:b/>
        </w:rPr>
        <w:t xml:space="preserve">[1:02:49] </w:t>
      </w:r>
      <w:r>
        <w:t>kyunke agar aap ne urdu nahi seekha, to isi ek insaan ki baaton se bekhabar reh gaye aap, jo ke poori kai sau saal ke history mein is kaam ko is ne anjaam diya hai.</w:t>
      </w:r>
    </w:p>
    <w:p>
      <w:pPr>
        <w:jc w:val="right"/>
      </w:pPr>
      <w:r>
        <w:t>ونکہ اگر آپ نے اردو نہیں سیکھا، تو اسی ایک انسان کی باتوں سے بے خبر رہ گئے آپ، جو کہ پوری کئی سو سال کے ہسٹری میں اس کام کو اس نے انجام دیا ہے۔</w:t>
      </w:r>
    </w:p>
    <w:p>
      <w:r>
        <w:rPr>
          <w:b/>
        </w:rPr>
        <w:t xml:space="preserve">[1:02:59] </w:t>
      </w:r>
      <w:r>
        <w:t>koi bhi meri baat ko inkaar nahi kar sakta. kar sakta koi bhi inkaar nahi kar sakta. koi koi ek yeh kehne wala bhi nahi khada hua ke maine islam ko re-discover kiya hai.</w:t>
      </w:r>
    </w:p>
    <w:p>
      <w:pPr>
        <w:jc w:val="right"/>
      </w:pPr>
      <w:r>
        <w:t>کوئی بھی میری بات کو انکار نہیں کر سکتا۔ کر سکتا کوئی بھی انکار نہیں کر سکتا۔ کوئی کوئی ایک یہ کہنے والا بھی نہیں کھڑا ہوا کہ میں نے اسلام کو ری ڈسکور کیا ہے۔</w:t>
      </w:r>
    </w:p>
    <w:p>
      <w:r>
        <w:rPr>
          <w:b/>
        </w:rPr>
        <w:t xml:space="preserve">[1:03:10] </w:t>
      </w:r>
      <w:r>
        <w:t>mujhe bataein is ka naam kis ne aisa kaha hai?</w:t>
      </w:r>
    </w:p>
    <w:p>
      <w:pPr>
        <w:jc w:val="right"/>
      </w:pPr>
      <w:r>
        <w:t>مجھے بتائیں اس کا نام کس نے ایسا کہا ہے؟</w:t>
      </w:r>
    </w:p>
    <w:p>
      <w:r>
        <w:rPr>
          <w:b/>
        </w:rPr>
        <w:t xml:space="preserve">[1:03:13] </w:t>
      </w:r>
      <w:r>
        <w:t>main akela hoon is yaani modern history mein jis ne yeh kaha ke maine islam ko re-discover kiya hai. to isi par meri ek kitaab bhi hai yaani Islam Rediscovered.</w:t>
      </w:r>
    </w:p>
    <w:p>
      <w:pPr>
        <w:jc w:val="right"/>
      </w:pPr>
      <w:r>
        <w:t>میں اکیلا ہوں اس یعنی ماڈرن ہسٹری میں جس نے یہ کہا کہ میں نے اسلام کو ری ڈسکور کیا ہے۔ تو اسی پر میری ایک کتاب بھی ہے یعنی اسلام ری ڈسکورڈ۔</w:t>
      </w:r>
    </w:p>
    <w:p>
      <w:r>
        <w:rPr>
          <w:b/>
        </w:rPr>
        <w:t xml:space="preserve">[1:03:28] </w:t>
      </w:r>
      <w:r>
        <w:t>yeh kitaab maine poori ki thi Manchester mein. shuru kiya tha Delhi mein. phir Manchester mein gaya, wahan par kuch din tak thehra main.</w:t>
      </w:r>
    </w:p>
    <w:p>
      <w:pPr>
        <w:jc w:val="right"/>
      </w:pPr>
      <w:r>
        <w:t>یہ کتاب میں نے پوری کی تھی مانچسٹر میں۔ شروع کیا تھا دلی میں۔ پھر مانچسٹر میں گیا، وہاں پر کچھ دن تک ٹھہرا میں۔</w:t>
      </w:r>
    </w:p>
    <w:p>
      <w:r>
        <w:rPr>
          <w:b/>
        </w:rPr>
        <w:t xml:space="preserve">[1:03:36] </w:t>
      </w:r>
      <w:r>
        <w:t>to wahan par maine is ko poora kiya tha. aap is ko parh sakte hain. to</w:t>
      </w:r>
    </w:p>
    <w:p>
      <w:pPr>
        <w:jc w:val="right"/>
      </w:pPr>
      <w:r>
        <w:t>تو وہاں پر میں نے اس کو پورا کیا تھا۔ آپ اس کو پڑھ سکتے ہیں۔ تو</w:t>
      </w:r>
    </w:p>
    <w:p>
      <w:r>
        <w:rPr>
          <w:b/>
        </w:rPr>
        <w:t xml:space="preserve">[1:03:44] </w:t>
      </w:r>
      <w:r>
        <w:t>asal masla islam ki mein yeh kahunga ke jo log islam se bahar hain, un ko to islam ki discovery karna hai.</w:t>
      </w:r>
    </w:p>
    <w:p>
      <w:pPr>
        <w:jc w:val="right"/>
      </w:pPr>
      <w:r>
        <w:t>اصل مسئلہ اسلام کی میں یہ کہوں گا کہ جو لوگ اسلام سے باہر ہیں، ان کو تو اسلام کی ڈسکوری کرنا ہے۔</w:t>
      </w:r>
    </w:p>
    <w:p>
      <w:r>
        <w:rPr>
          <w:b/>
        </w:rPr>
        <w:t xml:space="preserve">[1:03:53] </w:t>
      </w:r>
      <w:r>
        <w:t>aur jo musalman hain, un ko islam ko re-discover karna hai. jab tak aap re-discover na karein, islam ki khoobsurtiyon ko aap nahi jaan sakte.</w:t>
      </w:r>
    </w:p>
    <w:p>
      <w:pPr>
        <w:jc w:val="right"/>
      </w:pPr>
      <w:r>
        <w:t>اور جو مسلمان ہیں، ان کو اسلام کو ری ڈسکور کرنا ہے۔ جب تک آپ ری ڈسکور نہ کریں، اسلام کی خوبصورتیوں کو آپ نہیں جان سکتے۔</w:t>
      </w:r>
    </w:p>
    <w:p>
      <w:r>
        <w:rPr>
          <w:b/>
        </w:rPr>
        <w:t xml:space="preserve">[1:04:03] </w:t>
      </w:r>
      <w:r>
        <w:t>kyunke sab chupa hua hai is mein. sab chupa hua hai.</w:t>
      </w:r>
    </w:p>
    <w:p>
      <w:pPr>
        <w:jc w:val="right"/>
      </w:pPr>
      <w:r>
        <w:t>کیونکہ سب چھپا ہوا ہے اس میں۔ سب چھپا ہوا ہے۔</w:t>
      </w:r>
    </w:p>
    <w:p>
      <w:r>
        <w:rPr>
          <w:b/>
        </w:rPr>
        <w:t xml:space="preserve">[1:04:09] </w:t>
      </w:r>
      <w:r>
        <w:t>ab misaal ke taur par dekhiye, is zamane mein jo yeh yeh hai ek bohat hi zyada phaila hua hai ke rasool Allah ke jo gustakhi kare, us ko maar dalo.</w:t>
      </w:r>
    </w:p>
    <w:p>
      <w:pPr>
        <w:jc w:val="right"/>
      </w:pPr>
      <w:r>
        <w:t>اب مثال کے طور پر دیکھیے، اس زمانے میں جو یہ یہ ہے ایک بہت ہی زیادہ پھیلا ہوا ہے کہ رسول اللہ کے جو گستاخی کرے، اس کو مار ڈالو۔</w:t>
      </w:r>
    </w:p>
    <w:p>
      <w:r>
        <w:rPr>
          <w:b/>
        </w:rPr>
        <w:t xml:space="preserve">[1:04:20] </w:t>
      </w:r>
      <w:r>
        <w:t>qatl kar do is ko. itna abstract yeh baat hai ke aap sochein ke jo islam yeh kehta ho ke tanqeed par marna, aap ghor kijiye ke aaj ka insaan is ko maan sakta hai?</w:t>
      </w:r>
    </w:p>
    <w:p>
      <w:pPr>
        <w:jc w:val="right"/>
      </w:pPr>
      <w:r>
        <w:t>قتل کر دو اس کو۔ اتنا ایبسٹریکٹ یہ بات ہے کہ آپ سوچیں کہ جو اسلام یہ کہتا ہو کہ تنقید پر مارنا، آپ غور کیجیے کہ آج کا انسان اس کو مان سکتا ہے؟</w:t>
      </w:r>
    </w:p>
    <w:p>
      <w:r>
        <w:rPr>
          <w:b/>
        </w:rPr>
        <w:t xml:space="preserve">[1:04:32] </w:t>
      </w:r>
      <w:r>
        <w:t>aaj ka insaan intellectual freedom ko sabm born samajhta hai. aaj ka insaan. kyun?</w:t>
      </w:r>
    </w:p>
    <w:p>
      <w:pPr>
        <w:jc w:val="right"/>
      </w:pPr>
      <w:r>
        <w:t>آج کا انسان انٹلیکچول فریڈم کو سبم بورن سمجھتا ہے۔ آج کا انسان۔ کیوں؟</w:t>
      </w:r>
    </w:p>
    <w:p>
      <w:r>
        <w:rPr>
          <w:b/>
        </w:rPr>
        <w:t xml:space="preserve">[1:04:41] </w:t>
      </w:r>
      <w:r>
        <w:t>iska manna yeh hai ke jahan intellectual freedom nahi, to development bhi nahi. kyunke Roman Empire jo hai, do hazar saal tak woh rule karte rahe woh log.</w:t>
      </w:r>
    </w:p>
    <w:p>
      <w:pPr>
        <w:jc w:val="right"/>
      </w:pPr>
      <w:r>
        <w:t>اس کا ماننا یہ ہے کہ جہاں انٹلیکچول فریڈم نہیں، تو ڈویلپمنٹ بھی نہیں۔ کیونکہ رومن ایمپائر جو ہے، دو ہزار سال تک وہ رول کرتے رہے وہ لوگ۔</w:t>
      </w:r>
    </w:p>
    <w:p>
      <w:r>
        <w:rPr>
          <w:b/>
        </w:rPr>
        <w:t xml:space="preserve">[1:04:56] </w:t>
      </w:r>
      <w:r>
        <w:t>do hazar saal tak. lekin science ki koi development nahi hua. kyun</w:t>
      </w:r>
    </w:p>
    <w:p>
      <w:pPr>
        <w:jc w:val="right"/>
      </w:pPr>
      <w:r>
        <w:t>دو ہزار سال تک۔ لیکن سائنس کی کوئی ڈویلپمنٹ نہیں ہوا۔ کیوں</w:t>
      </w:r>
    </w:p>
    <w:p>
      <w:r>
        <w:rPr>
          <w:b/>
        </w:rPr>
        <w:t xml:space="preserve">[1:05:00] </w:t>
      </w:r>
      <w:r>
        <w:t>? intellectual freedom nahi tha un ke zamane mein. aaj ka jo insaan hai, uska yeh manna hai ke baghair intellectual freedom, there is no development.</w:t>
      </w:r>
    </w:p>
    <w:p>
      <w:pPr>
        <w:jc w:val="right"/>
      </w:pPr>
      <w:r>
        <w:t>؟ انٹلیکچول فریڈم نہیں تھا ان کے زمانے میں۔ آج کا جو انسان ہے، اس کا یہ ماننا ہے کہ بغیر انٹلیکچول فریڈم، دیر از نو ڈویلپمنٹ۔</w:t>
      </w:r>
    </w:p>
    <w:p>
      <w:r>
        <w:rPr>
          <w:b/>
        </w:rPr>
        <w:t xml:space="preserve">[1:05:14] </w:t>
      </w:r>
      <w:r>
        <w:t>ab woh dekhta hai ke islam mein to yeh hai ke un ke mazhab par kuch bol do to maar dalenge. un ke mazhab par kuch criticize karo to maar dalenge yeh. un ke haan yaani yaani freedom of thought hai hi nahi.</w:t>
      </w:r>
    </w:p>
    <w:p>
      <w:pPr>
        <w:jc w:val="right"/>
      </w:pPr>
      <w:r>
        <w:t>اب وہ دیکھتا ہے کہ اسلام میں تو یہ ہے کہ ان کے مذہب پر کچھ بول دو تو مار ڈالیں گے۔ ان کے مذہب پر کچھ سائز کرو تو مار ڈالیں گے یہ۔ ان کے ہاں یعنی یعنی فریڈم آف تھاٹ ہے ہی نہیں۔</w:t>
      </w:r>
    </w:p>
    <w:p>
      <w:r>
        <w:rPr>
          <w:b/>
        </w:rPr>
        <w:t xml:space="preserve">[1:05:27] </w:t>
      </w:r>
      <w:r>
        <w:t>to aap kya samajhte hain aaj ka insaan aise islam par ghor kar sakta hai? aaj ka insaan samajh sakta hai ke aisa islam aaj ke liye relevant hai, aaj ke liye?</w:t>
      </w:r>
    </w:p>
    <w:p>
      <w:pPr>
        <w:jc w:val="right"/>
      </w:pPr>
      <w:r>
        <w:t>تو آپ کیا سمجھتے ہیں آج کا انسان ایسے اسلام پر غور کر سکتا ہے؟ آج کا انسان سمجھ سکتا ہے کہ ایسا اسلام آج کے لیے ریلیونٹ ہے، آج کے لیے؟</w:t>
      </w:r>
    </w:p>
    <w:p>
      <w:r>
        <w:rPr>
          <w:b/>
        </w:rPr>
        <w:t xml:space="preserve">[1:05:39] </w:t>
      </w:r>
      <w:r>
        <w:t>ab saare log is ko mante hain. one to all. jab fatwa diya unhone, Ayatollah Khomeini ne, to saare logon ne is ko backing ki.</w:t>
      </w:r>
    </w:p>
    <w:p>
      <w:pPr>
        <w:jc w:val="right"/>
      </w:pPr>
      <w:r>
        <w:t>اب سارے لوگ اس کو مانتے ہیں۔ ون ٹو آل۔ جب فتویٰ دیا انہوں نے، آیت اللہ خمینی نے، تو سارے لوگوں نے اس کو بیکنگ کی۔</w:t>
      </w:r>
    </w:p>
    <w:p>
      <w:r>
        <w:rPr>
          <w:b/>
        </w:rPr>
        <w:t xml:space="preserve">[1:05:49] </w:t>
      </w:r>
      <w:r>
        <w:t>sab log is ko support dene lage. main akela tha jis ne is ko inkaar kiya ke yeh galat hai bilkul. maine ek kitaab likhi maine.</w:t>
      </w:r>
    </w:p>
    <w:p>
      <w:pPr>
        <w:jc w:val="right"/>
      </w:pPr>
      <w:r>
        <w:t>سب لوگ اس کو سپورٹ دینے لگے۔ میں اکیلا تھا جس نے اس کو انکار کیا کہ یہ غلط ہے بالکل۔ میں نے ایک کتاب لکھی میں نے۔</w:t>
      </w:r>
    </w:p>
    <w:p>
      <w:r>
        <w:rPr>
          <w:b/>
        </w:rPr>
        <w:t xml:space="preserve">[1:05:57] </w:t>
      </w:r>
      <w:r>
        <w:t>shatb-e-rasool ka masla. woh abhi tak urdu hi mein hai woh. to maine woh jitne hi dalail diye aate hain, woh sab dalail ko maine is mein kaha ke yeh sab galat dalail hain.</w:t>
      </w:r>
    </w:p>
    <w:p>
      <w:pPr>
        <w:jc w:val="right"/>
      </w:pPr>
      <w:r>
        <w:t>شطب رسول کا مسئلہ۔ وہ ابھی تک اردو ہی میں ہے وہ۔ تو میں نے وہ جتنے ہی دلائل دیے آتے ہیں، وہ سب دلائل کو میں نے اس میں کہا کہ یہ سب غلط دلائل ہیں۔</w:t>
      </w:r>
    </w:p>
    <w:p>
      <w:r>
        <w:rPr>
          <w:b/>
        </w:rPr>
        <w:t xml:space="preserve">[1:06:09] </w:t>
      </w:r>
      <w:r>
        <w:t>aur yeh out of context le le ke baaton ko kehte hain yeh. aur main aap se batata hoon ke woh kitaab aap parhiye. islam mein freedom of speech itni hi hai jitni ke west mein hai.</w:t>
      </w:r>
    </w:p>
    <w:p>
      <w:pPr>
        <w:jc w:val="right"/>
      </w:pPr>
      <w:r>
        <w:t>اور یہ آؤٹ آف کانٹیکسٹ لے لے کے باتوں کو کہتے ہیں یہ۔ اور میں آپ سے بتاتا ہوں کہ وہ کتاب آپ پڑھیے۔ اسلام میں فریڈم آف اسپیچ اتنی ہی ہے جتنی کہ ویسٹ میں ہے۔</w:t>
      </w:r>
    </w:p>
    <w:p>
      <w:r>
        <w:rPr>
          <w:b/>
        </w:rPr>
        <w:t xml:space="preserve">[1:06:25] </w:t>
      </w:r>
      <w:r>
        <w:t>poori poori freedom of speech. aur chahe koi rasool Allah par gustakhi kare ya islam ke khilaf tanqeed kare, aap us ko qatl karne ka haq nahi rakhte islam ke mutabiq.</w:t>
      </w:r>
    </w:p>
    <w:p>
      <w:pPr>
        <w:jc w:val="right"/>
      </w:pPr>
      <w:r>
        <w:t>پوری پوری فریڈم آف اسپیچ۔ اور چاہے کوئی رسول اللہ پر گستاخی کرے یا اسلام کے خلاف تنقید کرے، آپ اس کو قتل کرنے کا حق نہیں رکھتے اسلام کے مطابق۔</w:t>
      </w:r>
    </w:p>
    <w:p>
      <w:r>
        <w:rPr>
          <w:b/>
        </w:rPr>
        <w:t xml:space="preserve">[1:06:39] </w:t>
      </w:r>
      <w:r>
        <w:t>aap ko jo haq hai woh kya hai? woh sirf yeh hai ke is ka jawab de. ab main aap ko ek ek ek reference deta hoon yahan is baat ko samajhne ke liye.</w:t>
      </w:r>
    </w:p>
    <w:p>
      <w:pPr>
        <w:jc w:val="right"/>
      </w:pPr>
      <w:r>
        <w:t>آپ کو جو حق ہے وہ کیا ہے؟ وہ صرف یہ ہے کہ اس کا جواب دے۔ اب میں آپ کو ایک ایک ایک ریفرنس دیتا ہوں یہاں اس بات کو سمجھنے کے لیے۔</w:t>
      </w:r>
    </w:p>
    <w:p>
      <w:r>
        <w:rPr>
          <w:b/>
        </w:rPr>
        <w:t xml:space="preserve">[1:06:49] </w:t>
      </w:r>
      <w:r>
        <w:t>rasool Allah ke zamane mein aisa hota tha ke ek saahab the, woh shayar the. yaani shayar the. un ka naam tha Hassan bin Sabit.</w:t>
      </w:r>
    </w:p>
    <w:p>
      <w:pPr>
        <w:jc w:val="right"/>
      </w:pPr>
      <w:r>
        <w:t>رسول اللہ کے زمانے میں ایسا ہوتا تھا کہ ایک صاحب تھے، وہ شاعر تھے۔ یعنی شاعر تھے۔ ان کا نام تھا حسان بن ثابت۔</w:t>
      </w:r>
    </w:p>
    <w:p>
      <w:r>
        <w:rPr>
          <w:b/>
        </w:rPr>
        <w:t xml:space="preserve">[1:06:59] </w:t>
      </w:r>
      <w:r>
        <w:t>to Hassan bin Sabit jo hai, woh wahan ki jo masjid thi, us masjid mein ek mimbar rakha hota tha is tarah.</w:t>
      </w:r>
    </w:p>
    <w:p>
      <w:pPr>
        <w:jc w:val="right"/>
      </w:pPr>
      <w:r>
        <w:t>تو حسان بن ثابت جو ہے، وہ وہاں کی جو مسجد تھی، اس مسجد میں ایک ممبر رکھا ہوتا تھا اس طرح۔</w:t>
      </w:r>
    </w:p>
    <w:p>
      <w:r>
        <w:rPr>
          <w:b/>
        </w:rPr>
        <w:t xml:space="preserve">[1:07:08] </w:t>
      </w:r>
      <w:r>
        <w:t>member ka matlab is tarah ki cheez. jaise yeh stool hai yeh. is par baith kar ke woh ashaar parhte the.</w:t>
      </w:r>
    </w:p>
    <w:p>
      <w:pPr>
        <w:jc w:val="right"/>
      </w:pPr>
      <w:r>
        <w:t>ممبر کا مطلب اس طرح کی چیز۔ جیسے یہ اسٹول ہے یہ۔ اس پر بیٹھ کر کے وہ اشعار پڑھتے تھے۔</w:t>
      </w:r>
    </w:p>
    <w:p>
      <w:r>
        <w:rPr>
          <w:b/>
        </w:rPr>
        <w:t xml:space="preserve">[1:07:16] </w:t>
      </w:r>
      <w:r>
        <w:t>ab bataiye kitabon mein likha hua hai ke rasool Allah ki naat mein parhte the ashaar woh. rasool Allah ki shan mein qeeda qeeda parhte the woh. bilkul abstract baat yeh hai. cheez kya hai?</w:t>
      </w:r>
    </w:p>
    <w:p>
      <w:pPr>
        <w:jc w:val="right"/>
      </w:pPr>
      <w:r>
        <w:t>اب بتائیے کتابوں میں لکھا ہوا ہے کہ رسول اللہ کی نعت میں پڑھتے تھے اشعار وہ۔ رسول اللہ کی شان میں قیدہ قیدہ پڑھتے تھے وہ۔ بالکل ایبسٹریکٹ بات یہ ہے۔ چیز کیا ہے؟</w:t>
      </w:r>
    </w:p>
    <w:p>
      <w:r>
        <w:rPr>
          <w:b/>
        </w:rPr>
        <w:t xml:space="preserve">[1:07:27] </w:t>
      </w:r>
      <w:r>
        <w:t>main ne likha hai is ko aap parh sakte hain. is zamane mein jo propaganda kiya jata hai Islam ke khilaf, is ka woh jawab de dete the.</w:t>
      </w:r>
    </w:p>
    <w:p>
      <w:pPr>
        <w:jc w:val="right"/>
      </w:pPr>
      <w:r>
        <w:t>میں نے لکھا ہے اس کو آپ پڑھ سکتے ہیں۔ اس زمانے میں جو پروپیگنڈا کیا جاتا ہے اسلام کے خلاف، اس کا وہ جواب دے دیتے تھے۔</w:t>
      </w:r>
    </w:p>
    <w:p>
      <w:r>
        <w:rPr>
          <w:b/>
        </w:rPr>
        <w:t xml:space="preserve">[1:07:35] </w:t>
      </w:r>
      <w:r>
        <w:t>ji haan. aap jante hain ke jab printing press nahi aaya tha to sab se zyada yaani shayari ko queen of art mana jata tha.</w:t>
      </w:r>
    </w:p>
    <w:p>
      <w:pPr>
        <w:jc w:val="right"/>
      </w:pPr>
      <w:r>
        <w:t>جی ہاں۔ آپ جانتے ہیں کہ جب پرنٹنگ پریس نہیں آیا تھا تو سب سے زیادہ یعنی شاعری کو کوئین آف آرٹ مانا جاتا تھا۔</w:t>
      </w:r>
    </w:p>
    <w:p>
      <w:r>
        <w:rPr>
          <w:b/>
        </w:rPr>
        <w:t xml:space="preserve">[1:07:46] </w:t>
      </w:r>
      <w:r>
        <w:t>queen of art. printing press se pehle. to is zamane mein shayari jo thi, wahi goya ke is zamane ki journalism thi.</w:t>
      </w:r>
    </w:p>
    <w:p>
      <w:pPr>
        <w:jc w:val="right"/>
      </w:pPr>
      <w:r>
        <w:t>کوئین آف آرٹ۔ پرنٹنگ پریس سے پہلے۔ تو اس زمانے میں شاعری جو تھی، وہی گویا کہ اس زمانے کی جرنلزم تھی۔</w:t>
      </w:r>
    </w:p>
    <w:p>
      <w:r>
        <w:rPr>
          <w:b/>
        </w:rPr>
        <w:t xml:space="preserve">[1:07:58] </w:t>
      </w:r>
      <w:r>
        <w:t>aaj aap kisi baat ko phailane ke liye aap yeh karte hain ke paper mein chhaap dete hain. aur sab jagah pahunch jata hai woh. us waqt to paper the nahi.</w:t>
      </w:r>
    </w:p>
    <w:p>
      <w:pPr>
        <w:jc w:val="right"/>
      </w:pPr>
      <w:r>
        <w:t>آج آپ کسی بات کو پھیلانے کے لیے آپ یہ کرتے ہیں کہ پیپر میں چھاپ دیتے ہیں۔ اور سب جگہ پہنچ جاتا ہے وہ۔ اس وقت تو پیپر تھے نہیں۔</w:t>
      </w:r>
    </w:p>
    <w:p>
      <w:r>
        <w:rPr>
          <w:b/>
        </w:rPr>
        <w:t xml:space="preserve">[1:08:08] </w:t>
      </w:r>
      <w:r>
        <w:t>to log kehte the, shear mein kehte the baat ko. woh shear logon ko jaldi se yaad ho jata tha aur har taraf phail jata tha woh.</w:t>
      </w:r>
    </w:p>
    <w:p>
      <w:pPr>
        <w:jc w:val="right"/>
      </w:pPr>
      <w:r>
        <w:t>تو لوگ کہتے تھے، شعر میں کہتے تھے بات کو۔ وہ شعر لوگوں کو جلدی سے یاد ہو جاتا تھا اور ہر طرف پھیل جاتا تھا وہ۔</w:t>
      </w:r>
    </w:p>
    <w:p>
      <w:r>
        <w:rPr>
          <w:b/>
        </w:rPr>
        <w:t xml:space="preserve">[1:08:17] </w:t>
      </w:r>
      <w:r>
        <w:t>to is zamane ki jo poetry thi, goya ke is zamane ki journalism thi. is zamane ke papers the woh.</w:t>
      </w:r>
    </w:p>
    <w:p>
      <w:pPr>
        <w:jc w:val="right"/>
      </w:pPr>
      <w:r>
        <w:t>تو اس زمانے کی جو پوئٹری تھی، گویا کہ اس زمانے کی جرنلزم تھی۔ اس زمانے کے پیپرز تھے وہ۔</w:t>
      </w:r>
    </w:p>
    <w:p>
      <w:r>
        <w:rPr>
          <w:b/>
        </w:rPr>
        <w:t xml:space="preserve">[1:08:25] </w:t>
      </w:r>
      <w:r>
        <w:t>to rasool Allah ke zamane mein yeh Islam ke khilaf jo baatein woh karte the, to rasool Allah kehte the Hassan se ke tum un ka jawab do. woh is ke jawab mein ashaar kehte the aur madine ki jo masjid nabwi thi, wahan par member rakha tha to baith kar ke sunate the woh.</w:t>
      </w:r>
    </w:p>
    <w:p>
      <w:pPr>
        <w:jc w:val="right"/>
      </w:pPr>
      <w:r>
        <w:t>تو رسول اللہ کے زمانے میں یہ اسلام کے خلاف جو باتیں وہ کرتے تھے، تو رسول اللہ کہتے تھے حسان سے کہ تم ان کا جواب دو۔ وہ اس کے جواب میں اشعار کہتے تھے اور مدینے کی جو مسجد نبوی تھی، وہاں پر ممبر رکھا تھا تو بیٹھ کر کے سناتے تھے وہ۔</w:t>
      </w:r>
    </w:p>
    <w:p>
      <w:r>
        <w:rPr>
          <w:b/>
        </w:rPr>
        <w:t xml:space="preserve">[1:08:43] </w:t>
      </w:r>
      <w:r>
        <w:t>kis liye? taake saare musalman jo the, woh sun kar ke yaad kar lein. jagah jagah ja kar ke is ka is ke jawab mein, jaise aaj aap pamphlet pesh karte hain, kitab pesh karte hain,</w:t>
      </w:r>
    </w:p>
    <w:p>
      <w:pPr>
        <w:jc w:val="right"/>
      </w:pPr>
      <w:r>
        <w:t>کس لیے؟ تاکہ سارے مسلمان جو تھے، وہ سن کر کے یاد کر لیں۔ جگہ جگہ جا کر کے اس کا اس کے جواب میں، جیسے آج آپ پمفلیٹ پیش کرتے ہیں، کتاب پیش کرتے ہیں،</w:t>
      </w:r>
    </w:p>
    <w:p>
      <w:r>
        <w:rPr>
          <w:b/>
        </w:rPr>
        <w:t xml:space="preserve">[1:08:55] </w:t>
      </w:r>
      <w:r>
        <w:t>is tarah se woh is ko pesh karte the woh. to woh haqeeqatan rasool Allah ki shan mein gustakhi ka jawab hota tha shayari ki zaban mein.</w:t>
      </w:r>
    </w:p>
    <w:p>
      <w:pPr>
        <w:jc w:val="right"/>
      </w:pPr>
      <w:r>
        <w:t>اس طرح سے وہ اس کو پیش کرتے تھے وہ۔ تو وہ حقیقتاً رسول اللہ کی شان میں گستاخی کا جواب ہوتا تھا شاعری کی زبان میں۔</w:t>
      </w:r>
    </w:p>
    <w:p>
      <w:r>
        <w:rPr>
          <w:b/>
        </w:rPr>
        <w:t xml:space="preserve">[1:09:03] </w:t>
      </w:r>
      <w:r>
        <w:t>lekin kya bana diya kitabon mein? ke rasool Allah ki naat mein shear parhte the woh. rasool Allah ki tareef mein. ab bataiye ke jab is tareeqe se aap ne likh rakha ho to insan kaise samjhega is is baat ko?</w:t>
      </w:r>
    </w:p>
    <w:p>
      <w:pPr>
        <w:jc w:val="right"/>
      </w:pPr>
      <w:r>
        <w:t>لیکن کیا بنا دیا کتابوں میں؟ کہ رسول اللہ کی نعت میں شعر پڑھتے تھے وہ۔ رسول اللہ کی تعریف میں۔ اب بتائیے کہ جب اس طریقے سے آپ نے لکھ رکھا ہو تو انسان کیسے سمجھے گا اس اس بات کو؟</w:t>
      </w:r>
    </w:p>
    <w:p>
      <w:r>
        <w:rPr>
          <w:b/>
        </w:rPr>
        <w:t xml:space="preserve">[1:09:18] </w:t>
      </w:r>
      <w:r>
        <w:t>ke agar kisi ne aap ke khilaf likha hai, aap bhi ek kitab likhiye, aap bhi ek article likhiye.</w:t>
      </w:r>
    </w:p>
    <w:p>
      <w:pPr>
        <w:jc w:val="right"/>
      </w:pPr>
      <w:r>
        <w:t>کہ اگر کسی نے آپ کے خلاف لکھا ہے، آپ بھی ایک کتاب لکھیے، آپ بھی ایک آرٹیکل لکھیے۔</w:t>
      </w:r>
    </w:p>
    <w:p>
      <w:r>
        <w:rPr>
          <w:b/>
        </w:rPr>
        <w:t xml:space="preserve">[1:09:26] </w:t>
      </w:r>
      <w:r>
        <w:t>is mein koi rok rok nahi hai. jaise is zamane mein Denmark ke cartoon ka masla tha, to aap bhi is ke khilaf article likhiye.</w:t>
      </w:r>
    </w:p>
    <w:p>
      <w:pPr>
        <w:jc w:val="right"/>
      </w:pPr>
      <w:r>
        <w:t>اس میں کوئی روک روک نہیں ہے۔ جیسے اس زمانے میں ڈنمارک کے کارٹون کا مسئلہ تھا، تو آپ بھی اس کے خلاف آرٹیکل لکھیے۔</w:t>
      </w:r>
    </w:p>
    <w:p>
      <w:r>
        <w:rPr>
          <w:b/>
        </w:rPr>
        <w:t xml:space="preserve">[1:09:36] </w:t>
      </w:r>
      <w:r>
        <w:t>Salman Rushdie ki kitab ka masla tha, aap bhi ek kitab likhiye. yeh hai rasool Allah ka tareeqa. to rasool Allah ke zamane mein Hassan bin Sabit jo the, woh yahi kaam karte the woh. lekin kitabon mein kya likh diya?</w:t>
      </w:r>
    </w:p>
    <w:p>
      <w:pPr>
        <w:jc w:val="right"/>
      </w:pPr>
      <w:r>
        <w:t>سلمان رشدی کی کتاب کا مسئلہ تھا، آپ بھی ایک کتاب لکھیے۔ یہ ہے رسول اللہ کا طریقہ۔ تو رسول اللہ کے زمانے میں حسان بن ثابت جو تھے، وہ یہی کام کرتے تھے وہ۔ لیکن کتابوں میں کیا لکھ دیا؟</w:t>
      </w:r>
    </w:p>
    <w:p>
      <w:r>
        <w:rPr>
          <w:b/>
        </w:rPr>
        <w:t xml:space="preserve">[1:09:46] </w:t>
      </w:r>
      <w:r>
        <w:t>ke rasool Allah ki ki shan mein qeeda parhte the woh. jis ko naat kaha jata hai. naat matlab hota hai praise. yaani kitna distort kiya hai history ko logon ne.</w:t>
      </w:r>
    </w:p>
    <w:p>
      <w:pPr>
        <w:jc w:val="right"/>
      </w:pPr>
      <w:r>
        <w:t>کہ رسول اللہ کی کی شان میں قیدہ پڑھتے تھے وہ۔ جس کو نعت کہا جاتا ہے۔ نعت مطلب ہوتا ہے پریز۔ یعنی کتنا ڈسٹارٹ کیا ہے ہسٹری کو لوگوں نے۔</w:t>
      </w:r>
    </w:p>
    <w:p>
      <w:r>
        <w:rPr>
          <w:b/>
        </w:rPr>
        <w:t xml:space="preserve">[1:09:58] </w:t>
      </w:r>
      <w:r>
        <w:t>yeh main ne discover kiya is is baat ko ke yeh bilkul base less baat hai ke koi rasool Allah ki shan mein gustakhi kare to maar dalo is ko.</w:t>
      </w:r>
    </w:p>
    <w:p>
      <w:pPr>
        <w:jc w:val="right"/>
      </w:pPr>
      <w:r>
        <w:t>یہ میں نے ڈسکور کیا اس اب اس بات کو کہ یہ بالکل بیس لیس بات ہے کہ کوئی رسول اللہ کی شان میں گستاخی کرے تو مار ڈالو اس کو۔</w:t>
      </w:r>
    </w:p>
    <w:p>
      <w:r>
        <w:rPr>
          <w:b/>
        </w:rPr>
        <w:t xml:space="preserve">[1:10:07] </w:t>
      </w:r>
      <w:r>
        <w:t>nahi, Hassan bin Sabit wala tareeqa ikhtiyar karo. to woh shayari mein kehte the, kehte the, ab aap kitab likhiye, statement dijiye, pamphlet chhapiye, ab aap yeh kijiye.</w:t>
      </w:r>
    </w:p>
    <w:p>
      <w:pPr>
        <w:jc w:val="right"/>
      </w:pPr>
      <w:r>
        <w:t>نہیں، حسان بن ثابت والا طریقہ اختیار کرو۔ تو وہ شاعری میں کہتے تھے، کہتے تھے، اب آپ کتاب لکھیے، اسٹیٹمنٹ دیجیے، پمفلیٹ چھاپیے، اب آپ یہ کیجیے۔</w:t>
      </w:r>
    </w:p>
    <w:p>
      <w:r>
        <w:rPr>
          <w:b/>
        </w:rPr>
        <w:t xml:space="preserve">[1:10:21] </w:t>
      </w:r>
      <w:r>
        <w:t>maar dalo to koi baat hi nahi hui, yeh to bilkul base less baat thi.</w:t>
      </w:r>
    </w:p>
    <w:p>
      <w:pPr>
        <w:jc w:val="right"/>
      </w:pPr>
      <w:r>
        <w:t>مار ڈالو تو کوئی بات ہی نہیں ہوئی، یہ تو بالکل بیس لیس بات تھی۔</w:t>
      </w:r>
    </w:p>
    <w:p>
      <w:r>
        <w:rPr>
          <w:b/>
        </w:rPr>
        <w:t xml:space="preserve">[1:10:27] </w:t>
      </w:r>
      <w:r>
        <w:t>main aksar kaha kehta hoon logon se ke is is baat ko sabit karne ke liye ek hadith chahiye ya Quran chahiye ke man shatama rasoolakum faqtulooh.</w:t>
      </w:r>
    </w:p>
    <w:p>
      <w:pPr>
        <w:jc w:val="right"/>
      </w:pPr>
      <w:r>
        <w:t>میں اکثر کہا کہتا ہوں لوگوں سے کہ اس اس بات کو ثابت کرنے کے لیے ایک حدیث چاہیے یا قرآن چاہیے کہ من شتم رسولکم فقتلوہ۔</w:t>
      </w:r>
    </w:p>
    <w:p>
      <w:r>
        <w:rPr>
          <w:b/>
        </w:rPr>
        <w:t xml:space="preserve">[1:10:38] </w:t>
      </w:r>
      <w:r>
        <w:t>is tarah ke alfaaz mein ke man shatama rasoolakum faqtulooh. aisi koi na hadith hai, na koi Quran ki ayat hai. kahin bhi nahi hai. kahin bhi nahi hai.</w:t>
      </w:r>
    </w:p>
    <w:p>
      <w:pPr>
        <w:jc w:val="right"/>
      </w:pPr>
      <w:r>
        <w:t>اس طرح کے الفاظ میں کہ من شتم رسولکم فقتلوہ۔ ایسی کوئی نہ حدیث ہے، نہ کوئی قرآن کی آیت ہے۔ کہیں بھی نہیں ہے۔ کہیں بھی نہیں ہے۔</w:t>
      </w:r>
    </w:p>
    <w:p>
      <w:r>
        <w:rPr>
          <w:b/>
        </w:rPr>
        <w:t xml:space="preserve">[1:10:48] </w:t>
      </w:r>
      <w:r>
        <w:t>to jo cheez sabit hoti hai, jo proof hoti hai, woh kya? agar tumhare khilaf koi bolta hai, koi rasool Allah ke khilaf bolta hai, Islam ke khilaf bolta hai, to aap is ke khilaf kitab likhiye, pamphlet chhapiye, akhbaron mein statement dijiye.</w:t>
      </w:r>
    </w:p>
    <w:p>
      <w:pPr>
        <w:jc w:val="right"/>
      </w:pPr>
      <w:r>
        <w:t>تو جو چیز ثابت ہوتی ہے، جو پروف ہوتی ہے، وہ کیا؟ اگر تمہارے خلاف کوئی بولتا ہے، کوئی رسول اللہ کے خلاف بولتا ہے، اسلام کے خلاف بولتا ہے، تو آپ اس کے خلاف کتاب لکھیے، پمفلیٹ چھاپیے، اخباروں میں اسٹیٹمنٹ دیجیے۔</w:t>
      </w:r>
    </w:p>
    <w:p>
      <w:r>
        <w:rPr>
          <w:b/>
        </w:rPr>
        <w:t xml:space="preserve">[1:11:05] </w:t>
      </w:r>
      <w:r>
        <w:t>ya aap dialogue bhi kar sakte hain, aap dialogue kijiye. rasool Allah ne ek dialogue bhi kiya tha. madine ki masjid mein ek hua tha, us ko aap trialogue kar sakte hain.</w:t>
      </w:r>
    </w:p>
    <w:p>
      <w:pPr>
        <w:jc w:val="right"/>
      </w:pPr>
      <w:r>
        <w:t>یا آپ ڈائیلاگ بھی کر سکتے ہیں، آپ ڈائیلاگ کیجیے۔ رسول اللہ نے ایک ڈائیلاگ بھی کیا تھا۔ مدینے کی مسجد میں ایک ہوا تھا، اس کو آپ ٹرائی لاگ کر سکتے ہیں۔</w:t>
      </w:r>
    </w:p>
    <w:p>
      <w:r>
        <w:rPr>
          <w:b/>
        </w:rPr>
        <w:t xml:space="preserve">[1:11:14] </w:t>
      </w:r>
      <w:r>
        <w:t>trialogue</w:t>
      </w:r>
    </w:p>
    <w:p>
      <w:pPr>
        <w:jc w:val="right"/>
      </w:pPr>
      <w:r>
        <w:t>ٹرائی لاگ</w:t>
      </w:r>
    </w:p>
    <w:p>
      <w:r>
        <w:rPr>
          <w:b/>
        </w:rPr>
        <w:t xml:space="preserve">[1:11:15] </w:t>
      </w:r>
      <w:r>
        <w:t>yeh teen mazhab ke log ikhatta hue the wahan. yaani musalman, muslim, christian aur jo teen religion ke log.</w:t>
      </w:r>
    </w:p>
    <w:p>
      <w:pPr>
        <w:jc w:val="right"/>
      </w:pPr>
      <w:r>
        <w:t>۔ یہ تین مذہب کے لوگ اکٹھا ہوئے تھے وہاں۔ یعنی مسلمان، مسلم، کرسچن اور جو تین ریلیجن کے لوگ۔</w:t>
      </w:r>
    </w:p>
    <w:p>
      <w:r>
        <w:rPr>
          <w:b/>
        </w:rPr>
        <w:t xml:space="preserve">[1:11:24] </w:t>
      </w:r>
      <w:r>
        <w:t>to is ko aap try log kar sakte hain. to aap ya to dialogue kijiye, discussion kijiye, ya aap kitaab likhiye.</w:t>
      </w:r>
    </w:p>
    <w:p>
      <w:pPr>
        <w:jc w:val="right"/>
      </w:pPr>
      <w:r>
        <w:t>تو اس کو آپ ٹرائی لاگ کر سکتے ہیں۔ تو آپ یا تو ڈائیلاگ کیجیے، ڈسکشن کیجیے، یا آپ کتاب لکھیے۔</w:t>
      </w:r>
    </w:p>
    <w:p>
      <w:r>
        <w:rPr>
          <w:b/>
        </w:rPr>
        <w:t xml:space="preserve">[1:11:35] </w:t>
      </w:r>
      <w:r>
        <w:t>yeh to koi principle hi nahi hai islam mein. kuch kuch is ka koi qanoon hi nahi hai ke aap koi agar islam ke khilaaf bolay ya rasool Allah ke khilaaf bolay to qatl kar daalo.</w:t>
      </w:r>
    </w:p>
    <w:p>
      <w:pPr>
        <w:jc w:val="right"/>
      </w:pPr>
      <w:r>
        <w:t>یہ تو کوئی پرنسپل ہی نہیں ہے اسلام میں۔ کچھ کچھ اس کا کوئی قانون ہی نہیں ہے کہ آپ کوئی اگر اسلام کے خلاف بولے یا رسول اللہ کے خلاف بولے تو قتل کر ڈالو۔</w:t>
      </w:r>
    </w:p>
    <w:p>
      <w:r>
        <w:rPr>
          <w:b/>
        </w:rPr>
        <w:t xml:space="preserve">[1:11:45] </w:t>
      </w:r>
      <w:r>
        <w:t>bilkul baseless baat yeh hai. lekin sab log mante hain is ko. saare ulma. saare ulma is ko mante hain. aur phir moti moti kitaabein likhi gayi hain.</w:t>
      </w:r>
    </w:p>
    <w:p>
      <w:pPr>
        <w:jc w:val="right"/>
      </w:pPr>
      <w:r>
        <w:t>بالکل بیس لیس بات یہ ہے۔ لیکن سب لوگ مانتے ہیں اس کو۔ سارے علماء۔ سارے علماء اس کو مانتے ہیں۔ اور پھر موٹی موٹی کتابیں لکھی گئی ہیں۔</w:t>
      </w:r>
    </w:p>
    <w:p>
      <w:r>
        <w:rPr>
          <w:b/>
        </w:rPr>
        <w:t xml:space="preserve">[1:11:55] </w:t>
      </w:r>
      <w:r>
        <w:t>is ka maine analysis kiya kitaabon ka. meri kitaab jo hai, is mein dekh sakte hain aap</w:t>
      </w:r>
    </w:p>
    <w:p>
      <w:pPr>
        <w:jc w:val="right"/>
      </w:pPr>
      <w:r>
        <w:t>اس کا میں نے انالیسز کیا کتابوں کا۔ میری کتاب جو ہے، اس میں دیکھ سکتے ہیں آپ</w:t>
      </w:r>
    </w:p>
    <w:p>
      <w:r>
        <w:rPr>
          <w:b/>
        </w:rPr>
        <w:t xml:space="preserve">[1:11:59] </w:t>
      </w:r>
      <w:r>
        <w:t>. yeh sab bilkul out of context baatein hain. out of context.</w:t>
      </w:r>
    </w:p>
    <w:p>
      <w:pPr>
        <w:jc w:val="right"/>
      </w:pPr>
      <w:r>
        <w:t>۔ یہ سب بالکل آؤٹ آف کانٹیکسٹ باتیں ہیں۔ آؤٹ آف کانٹیکسٹ۔</w:t>
      </w:r>
    </w:p>
    <w:p>
      <w:r>
        <w:rPr>
          <w:b/>
        </w:rPr>
        <w:t xml:space="preserve">[1:12:07] </w:t>
      </w:r>
      <w:r>
        <w:t>out of context baatein hain.</w:t>
      </w:r>
    </w:p>
    <w:p>
      <w:pPr>
        <w:jc w:val="right"/>
      </w:pPr>
      <w:r>
        <w:t>آؤٹ آف کانٹیکسٹ باتیں ہیں۔</w:t>
      </w:r>
    </w:p>
    <w:p>
      <w:r>
        <w:rPr>
          <w:b/>
        </w:rPr>
        <w:t xml:space="preserve">[1:12:13] </w:t>
      </w:r>
      <w:r>
        <w:t>to masla jo hai islam ki rediscovery ka hai, yeh nahi hai ke kuch madrase ke degree holder, kuch university ke degree holder ikhatta kar dein aap.</w:t>
      </w:r>
    </w:p>
    <w:p>
      <w:pPr>
        <w:jc w:val="right"/>
      </w:pPr>
      <w:r>
        <w:t>تو مسئلہ جو ہے اسلام کی ری ڈسکوری کا ہے، یہ نہیں ہے کہ کچھ مدرسے کے ڈگری ہولڈر، کچھ یونیورسٹی کے ڈگری ہولڈر اکٹھا کر دیں آپ۔</w:t>
      </w:r>
    </w:p>
    <w:p>
      <w:r>
        <w:rPr>
          <w:b/>
        </w:rPr>
        <w:t xml:space="preserve">[1:12:25] </w:t>
      </w:r>
      <w:r>
        <w:t>ya ek hi insaan aisa ho ke dono degreeyan li hui hon.</w:t>
      </w:r>
    </w:p>
    <w:p>
      <w:pPr>
        <w:jc w:val="right"/>
      </w:pPr>
      <w:r>
        <w:t>یا ایک ہی انسان ایسا ہو کہ دونوں ڈگریاں لی ہوئی ہوں۔</w:t>
      </w:r>
    </w:p>
    <w:p>
      <w:r>
        <w:rPr>
          <w:b/>
        </w:rPr>
        <w:t xml:space="preserve">[1:12:29] </w:t>
      </w:r>
      <w:r>
        <w:t>aise hazaron insaan is zamane mein banaye gaye jo madrase ki degree bhi thi un ke paas aur university ki degree bhi thi un ke paas. lekin woh kuch kar nahi sake. kyunke dono taraf ke classical detail ko padha tha unhone.</w:t>
      </w:r>
    </w:p>
    <w:p>
      <w:pPr>
        <w:jc w:val="right"/>
      </w:pPr>
      <w:r>
        <w:t>ایسے ہزاروں انسان اس زمانے میں بنائے گئے جو مدرسے کی ڈگری بھی تھی ان کے پاس اور یونیورسٹی کی ڈگری بھی تھی ان کے پاس۔ لیکن وہ کچھ کر نہیں سکے۔ کیونکہ دونوں طرف کے کلاسیکل ڈیٹیل کو پڑھا تھا انہوں نے۔</w:t>
      </w:r>
    </w:p>
    <w:p>
      <w:r>
        <w:rPr>
          <w:b/>
        </w:rPr>
        <w:t xml:space="preserve">[1:12:42] </w:t>
      </w:r>
      <w:r>
        <w:t>is ko integrate nahi kar paye the. is ko re-essence nahi kar paye the woh. is ko re-examine nahi kar paye the woh. is liye koi integration nahi karne mein kaamyaab hue woh.</w:t>
      </w:r>
    </w:p>
    <w:p>
      <w:pPr>
        <w:jc w:val="right"/>
      </w:pPr>
      <w:r>
        <w:t>اس کو انٹیگریٹ نہیں کر پائے تھے۔ اس کو ری ایسنس نہیں کر پائے تھے وہ۔ اس کو ری ایگزامن نہیں کر پائے تھے وہ۔ اس لیے کوئی انٹیگریشن نہیں کرنے میں کامیاب ہوئے وہ۔</w:t>
      </w:r>
    </w:p>
    <w:p>
      <w:r>
        <w:rPr>
          <w:b/>
        </w:rPr>
        <w:t xml:space="preserve">[1:12:53] </w:t>
      </w:r>
      <w:r>
        <w:t>to main yeh kahunga ke hamein ek thinker ki zaroorat hai. na ke degree holder ki. degree holder hamara kaam nahi kar sakta jaisa ke nahi kar kar paya.</w:t>
      </w:r>
    </w:p>
    <w:p>
      <w:pPr>
        <w:jc w:val="right"/>
      </w:pPr>
      <w:r>
        <w:t>تو میں یہ کہوں گا کہ ہمیں ایک تھنکر کی ضرورت ہے۔ نہ کہ ڈگری ہولڈر کی۔ ڈگری ہولڈر ہمارا کام نہیں کر سکتا جیسا کہ نہیں کر کر پایا۔</w:t>
      </w:r>
    </w:p>
    <w:p>
      <w:r>
        <w:rPr>
          <w:b/>
        </w:rPr>
        <w:t xml:space="preserve">[1:13:05] </w:t>
      </w:r>
      <w:r>
        <w:t>ab jo kaha jata hai ke aise ulma banaye jayein, to main kahunga ke is mein bhi ek fallacy hai. yaani lack of result ko woh lack of effort samajhte hain.</w:t>
      </w:r>
    </w:p>
    <w:p>
      <w:pPr>
        <w:jc w:val="right"/>
      </w:pPr>
      <w:r>
        <w:t>اب جو کہا جاتا ہے کہ ایسے علماء بنائے جائیں، تو میں کہوں گا کہ اس میں بھی ایک فلیسی ہے۔ یعنی لیک آف رزلٹ کو وہ لیک آف ایفرٹ سمجھتے ہیں۔</w:t>
      </w:r>
    </w:p>
    <w:p>
      <w:r>
        <w:rPr>
          <w:b/>
        </w:rPr>
        <w:t xml:space="preserve">[1:13:20] </w:t>
      </w:r>
      <w:r>
        <w:t>jo cheez leak kar rahi hai, woh kya hai result? ke matloob qism ke yaani required ulma nahi ban sake. to yeh lack of result hai. lack of effort nahi hai.</w:t>
      </w:r>
    </w:p>
    <w:p>
      <w:pPr>
        <w:jc w:val="right"/>
      </w:pPr>
      <w:r>
        <w:t>جو چیز لیک کر رہی ہے، وہ کیا ہے رزلٹ؟ کہ مطلوب قسم کے یعنی ریکوائرڈ علماء نہیں بن سکے۔ تو یہ لیک آف رزلٹ ہے۔ لیک آف ایفرٹ نہیں ہے۔</w:t>
      </w:r>
    </w:p>
    <w:p>
      <w:r>
        <w:rPr>
          <w:b/>
        </w:rPr>
        <w:t xml:space="preserve">[1:13:30] </w:t>
      </w:r>
      <w:r>
        <w:t>to main ek lafz mein kahunga ke yeh log ek bohat bari fallacy mein mubtala hain ke lack of result ko woh lack of effort samajh rahe hain.</w:t>
      </w:r>
    </w:p>
    <w:p>
      <w:pPr>
        <w:jc w:val="right"/>
      </w:pPr>
      <w:r>
        <w:t>تو میں ایک لفظ میں کہوں گا کہ یہ لوگ ایک بہت بڑی فلیسی میں مبتلا ہیں کہ لیک آف رزلٹ کو وہ لیک آف ایفرٹ سمجھ رہے ہیں۔</w:t>
      </w:r>
    </w:p>
    <w:p>
      <w:r>
        <w:rPr>
          <w:b/>
        </w:rPr>
        <w:t xml:space="preserve">[1:13:40] </w:t>
      </w:r>
      <w:r>
        <w:t>to phir baatein kar rahe hain ke effort karo, effort karo, effort karo. bhai effort to dedh saal se kar rahe hain aap. dedh so saal se effort kar rahe hain aap. but there is no result.</w:t>
      </w:r>
    </w:p>
    <w:p>
      <w:pPr>
        <w:jc w:val="right"/>
      </w:pPr>
      <w:r>
        <w:t>تو پھر باتیں کر رہے ہیں کہ ایفرٹ کرو، ایفرٹ کرو، ایفرٹ کرو۔ بھئی ایفرٹ تو ڈیڑھ سال سے کر رہے ہیں آپ۔ ڈیڑھ سو سال سے ایفرٹ کر رہے ہیں آپ۔ بٹ دیر از نو رزلٹ۔</w:t>
      </w:r>
    </w:p>
    <w:p>
      <w:r>
        <w:rPr>
          <w:b/>
        </w:rPr>
        <w:t xml:space="preserve">[1:13:51] </w:t>
      </w:r>
      <w:r>
        <w:t>to hamein phir se sochna hai ke hum kahan ghalti kar rahe hain hum. ghalti yahan kar rahe hain hum ke zaroorat hai ke hamare paas ek acha thinker paida ho.</w:t>
      </w:r>
    </w:p>
    <w:p>
      <w:pPr>
        <w:jc w:val="right"/>
      </w:pPr>
      <w:r>
        <w:t>تو ہمیں پھر سے سوچنا ہے کہ ہم کہاں غلطی کر رہے ہیں ہم۔ غلطی یہاں کر رہے ہیں ہم کہ ضرورت ہے کہ ہمارے پاس ایک اچھا تھنکر پیدا ہو۔</w:t>
      </w:r>
    </w:p>
    <w:p>
      <w:r>
        <w:rPr>
          <w:b/>
        </w:rPr>
        <w:t xml:space="preserve">[1:14:03] </w:t>
      </w:r>
      <w:r>
        <w:t>lekin hum kya kar rahe hain? degree holder ko ikhatta kar rahe hain. agar yeh log is raaz ko jante to meri kitaabon mein saari baatein aa chuki hain.</w:t>
      </w:r>
    </w:p>
    <w:p>
      <w:pPr>
        <w:jc w:val="right"/>
      </w:pPr>
      <w:r>
        <w:t>لیکن ہم کیا کر رہے ہیں؟ ڈگری ہولڈر کو اکٹھا کر رہے ہیں۔ اگر یہ لوگ اس راز کو جانتے تو میری کتابوں میں ساری باتیں آ چکی ہیں۔</w:t>
      </w:r>
    </w:p>
    <w:p>
      <w:r>
        <w:rPr>
          <w:b/>
        </w:rPr>
        <w:t xml:space="preserve">[1:14:12] </w:t>
      </w:r>
      <w:r>
        <w:t>is ko padhte, is se roshni lete.</w:t>
      </w:r>
    </w:p>
    <w:p>
      <w:pPr>
        <w:jc w:val="right"/>
      </w:pPr>
      <w:r>
        <w:t>اس کو پڑھتے، اس سے روشنی لیتے۔</w:t>
      </w:r>
    </w:p>
    <w:p>
      <w:r>
        <w:rPr>
          <w:b/>
        </w:rPr>
        <w:t xml:space="preserve">[1:14:16] </w:t>
      </w:r>
      <w:r>
        <w:t>lekin is yeh keh kar ke ke yeh sab aslaf ke raaste se hata hua hai. bhai aslaf ke raaste se hatna hi hai, tabhi to aap islam ko paayenge.</w:t>
      </w:r>
    </w:p>
    <w:p>
      <w:pPr>
        <w:jc w:val="right"/>
      </w:pPr>
      <w:r>
        <w:t>لیکن اس یہ کہہ کر کے کہ یہ سب اسلاف کے راستے سے ہٹا ہوا ہے۔ بھئی اسلاف کے راستے سے ہٹنا ہی ہے، تبھی تو آپ اسلام کو پائیں گے۔</w:t>
      </w:r>
    </w:p>
    <w:p>
      <w:r>
        <w:rPr>
          <w:b/>
        </w:rPr>
        <w:t xml:space="preserve">[1:14:27] </w:t>
      </w:r>
      <w:r>
        <w:t>jaisa ke maine misaal di is ki bat al-Bari ki ke woh jo hadith hai alayh al-salat wa al-salam, us ke bare mein jo likh rakha hai logon ne, us se aap ko hatna parega.</w:t>
      </w:r>
    </w:p>
    <w:p>
      <w:pPr>
        <w:jc w:val="right"/>
      </w:pPr>
      <w:r>
        <w:t>جیسا کہ میں نے مثال دی اس کی بت الباری کی کہ وہ جو حدیث ہے علیہ الصلوۃ والسلام، اس کے بارے میں جو لکھ رکھا ہے لوگوں نے، اس سے آپ کو ہٹنا پڑے گا۔</w:t>
      </w:r>
    </w:p>
    <w:p>
      <w:r>
        <w:rPr>
          <w:b/>
        </w:rPr>
        <w:t xml:space="preserve">[1:14:38] </w:t>
      </w:r>
      <w:r>
        <w:t>tab aap ko milega ke islam mein itni bari teaching hai ke ikraam e insaan, saare insaanon ki izzat karo.</w:t>
      </w:r>
    </w:p>
    <w:p>
      <w:pPr>
        <w:jc w:val="right"/>
      </w:pPr>
      <w:r>
        <w:t>تب آپ کو ملے گا کہ اسلام میں اتنی بڑی ٹیچنگ ہے کہ اکرام انسان، سارے انسانوں کی عزت کرو۔</w:t>
      </w:r>
    </w:p>
    <w:p>
      <w:r>
        <w:rPr>
          <w:b/>
        </w:rPr>
        <w:t xml:space="preserve">[1:14:46] </w:t>
      </w:r>
      <w:r>
        <w:t>to kaise paayenge is baat ko? jab tak aap hate nahi aap is doosre interpretation se jis jis ne ke is ko chupa liya hai, tab tak kaise paayenge aap</w:t>
      </w:r>
    </w:p>
    <w:p>
      <w:pPr>
        <w:jc w:val="right"/>
      </w:pPr>
      <w:r>
        <w:t>تو کیسے پائیں گے اس بات کو؟ جب تک آپ ہٹے نہیں آپ اس دوسرے انٹرپریٹیشن سے جس جس نے کہ اس کو چھپا لیا ہے، تب تک کیسے پائیں گے آپ</w:t>
      </w:r>
    </w:p>
    <w:p>
      <w:r>
        <w:rPr>
          <w:b/>
        </w:rPr>
        <w:t xml:space="preserve">[1:14:57] </w:t>
      </w:r>
      <w:r>
        <w:t>? dekhiye India mein aur India ke bahar bhi Palestine waghera mein har jagah yeh jo hua</w:t>
      </w:r>
    </w:p>
    <w:p>
      <w:pPr>
        <w:jc w:val="right"/>
      </w:pPr>
      <w:r>
        <w:t>؟ دیکھیے انڈیا میں اور انڈیا کے باہر بھی فلسطین وغیرہ میں ہر جگہ یہ جو ہوا</w:t>
      </w:r>
    </w:p>
    <w:p>
      <w:r>
        <w:rPr>
          <w:b/>
        </w:rPr>
        <w:t xml:space="preserve">[1:15:09] </w:t>
      </w:r>
      <w:r>
        <w:t>takrao to bloodshed hua, maare gaye log, kaate gaye log. to is saari duniya ke press ne kya kaha is ko?</w:t>
      </w:r>
    </w:p>
    <w:p>
      <w:pPr>
        <w:jc w:val="right"/>
      </w:pPr>
      <w:r>
        <w:t>ٹکراؤ تو بلڈ شیڈ ہوا، مارے گئے لوگ، کاٹے گئے لوگ۔ تو اس ساری دنیا کے پریس نے کیا کہا اس کو؟</w:t>
      </w:r>
    </w:p>
    <w:p>
      <w:r>
        <w:rPr>
          <w:b/>
        </w:rPr>
        <w:t xml:space="preserve">[1:15:19] </w:t>
      </w:r>
      <w:r>
        <w:t>yeh zulm bataya. zulm.</w:t>
      </w:r>
    </w:p>
    <w:p>
      <w:pPr>
        <w:jc w:val="right"/>
      </w:pPr>
      <w:r>
        <w:t>یہ ظلم بتایا۔ ظلم۔</w:t>
      </w:r>
    </w:p>
    <w:p>
      <w:r>
        <w:rPr>
          <w:b/>
        </w:rPr>
        <w:t xml:space="preserve">[1:15:23] </w:t>
      </w:r>
      <w:r>
        <w:t>mein ne is ko research kiya, is ko bhi research kiya to quran mein kai aayatein aisi hain, bohat hi clear hain. bas aik aayat yeh hai ke ke jo bhi museebat tumhare upar parti hai, woh tumhare apne hi amal ka nateeja hoti hai.</w:t>
      </w:r>
    </w:p>
    <w:p>
      <w:pPr>
        <w:jc w:val="right"/>
      </w:pPr>
      <w:r>
        <w:t>میں نے اس کو ریسرچ کیا، اس کو بھی ریسرچ کیا تو قرآن میں کئی آیتیں ایسی ہیں، بہت ہی کلیئر ہیں۔ بس ایک آیت یہ ہے کہ کہ جو بھی مصیبت تمہارے اوپر پڑتی ہے، وہ تمہارے اپنے ہی عمل کا نتیجہ ہوتی ہے۔</w:t>
      </w:r>
    </w:p>
    <w:p>
      <w:r>
        <w:rPr>
          <w:b/>
        </w:rPr>
        <w:t xml:space="preserve">[1:15:39] </w:t>
      </w:r>
      <w:r>
        <w:t>wa ma asabakum min musibatin fahuwa qasmun bi aydikum ab yeh aik quloob yeh mila ke apne hi apne hi amal ka result bhugta hai aadmi.</w:t>
      </w:r>
    </w:p>
    <w:p>
      <w:pPr>
        <w:jc w:val="right"/>
      </w:pPr>
      <w:r>
        <w:t>وما أصابكم من مصيبة فهو قسمة أيديكم اب یہ ایک قلوب یہ ملا کہ اپنے ہی اپنے ہی عمل کا رزلٹ بھگتتا ہے آدمی۔</w:t>
      </w:r>
    </w:p>
    <w:p>
      <w:r>
        <w:rPr>
          <w:b/>
        </w:rPr>
        <w:t xml:space="preserve">[1:15:52] </w:t>
      </w:r>
      <w:r>
        <w:t>to koi zulm nahi karta kisi ke upar. ab is ke baad mujhe aik hadith mili. is hadith mein yeh hai ke man la yarzi bil qaleel mimma yaati bihi as-safih yarzi bil kaseer ke jo aadmi nadan ke chote shar ko bardasht nahi karega,</w:t>
      </w:r>
    </w:p>
    <w:p>
      <w:pPr>
        <w:jc w:val="right"/>
      </w:pPr>
      <w:r>
        <w:t>تو کوئی ظلم نہیں کرتا کسی کے اوپر۔ اب اس کے بعد مجھے ایک حدیث ملی۔ اس حدیث میں یہ ہے کہ من لایرضی بالقليل مما یاتی به الصفیحیرضی بالکثیر کہ جو آدمی نادان کے چھوٹے شر کو برداشت نہیں کرے گا،</w:t>
      </w:r>
    </w:p>
    <w:p>
      <w:r>
        <w:rPr>
          <w:b/>
        </w:rPr>
        <w:t xml:space="preserve">[1:16:12] </w:t>
      </w:r>
      <w:r>
        <w:t>choti evil ko, is ko nadan ke bare shar ko bardasht karna parega. is ka matlab kya nikla?</w:t>
      </w:r>
    </w:p>
    <w:p>
      <w:pPr>
        <w:jc w:val="right"/>
      </w:pPr>
      <w:r>
        <w:t>چھوٹی ایول کو، اس کو نادان کے بڑے شر کو برداشت کرنا پڑے گا۔ اس کا مطلب کیا نکلا؟</w:t>
      </w:r>
    </w:p>
    <w:p>
      <w:r>
        <w:rPr>
          <w:b/>
        </w:rPr>
        <w:t xml:space="preserve">[1:16:19] </w:t>
      </w:r>
      <w:r>
        <w:t>yeh duniya jo hai, is mein hamare liye jo choice hai, woh all good aur all bad ka choice nahi hai. balkeh yaani khuda ne jo banaya hai duniya, us ke mutabiq hamare liye choice all bad aur all good ke darmiyan nahi hai.</w:t>
      </w:r>
    </w:p>
    <w:p>
      <w:pPr>
        <w:jc w:val="right"/>
      </w:pPr>
      <w:r>
        <w:t>یہ دنیا جو ہے، اس میں ہمارے لیے جو چوائس ہے، وہ آل گڈ اور آل بیڈ کا چوائس نہیں ہے۔ بلکہ یعنی خدا نے جو بنایا ہے دنیا، اس کے مطابق ہمارے لیے چوائس آل بیڈ اور آل گڈ کے درمیان نہیں ہے۔</w:t>
      </w:r>
    </w:p>
    <w:p>
      <w:r>
        <w:rPr>
          <w:b/>
        </w:rPr>
        <w:t xml:space="preserve">[1:16:35] </w:t>
      </w:r>
      <w:r>
        <w:t>balkeh lesser evil aur greater evil ke beech mein hai.</w:t>
      </w:r>
    </w:p>
    <w:p>
      <w:pPr>
        <w:jc w:val="right"/>
      </w:pPr>
      <w:r>
        <w:t>بلکہ لیسر ایول اور گیٹر ایول کے بیچ میں ہے۔</w:t>
      </w:r>
    </w:p>
    <w:p>
      <w:r>
        <w:rPr>
          <w:b/>
        </w:rPr>
        <w:t xml:space="preserve">[1:16:41] </w:t>
      </w:r>
      <w:r>
        <w:t>jaise ke india mein aap bar bar aap dekhte rahe hain ke aik juloos nikla, majority community ki taraf se, us pe koi slogan laga diya unhon ne.</w:t>
      </w:r>
    </w:p>
    <w:p>
      <w:pPr>
        <w:jc w:val="right"/>
      </w:pPr>
      <w:r>
        <w:t>جیسے کہ انڈیا میں آپ بار بار آپ دیکھتے رہے ہیں کہ ایک جلوس نکلا، میجورٹی کمیونٹی کی طرف سے، اس پہ کوئی سلوگن لگا دیا انہوں نے۔</w:t>
      </w:r>
    </w:p>
    <w:p>
      <w:r>
        <w:rPr>
          <w:b/>
        </w:rPr>
        <w:t xml:space="preserve">[1:16:51] </w:t>
      </w:r>
      <w:r>
        <w:t>ab bas doosra jo doosri community hai, woh lad gayi ghussa ho kar ke. ab is ke baad pathar chale aur goli chali.</w:t>
      </w:r>
    </w:p>
    <w:p>
      <w:pPr>
        <w:jc w:val="right"/>
      </w:pPr>
      <w:r>
        <w:t>اب بس دوسرا جو دوسری کمیونٹی ہے، وہ لڑ گئی غصہ ہو کر کے۔ اب اس کے بعد پتھر چلے اور گولی چلی۔</w:t>
      </w:r>
    </w:p>
    <w:p>
      <w:r>
        <w:rPr>
          <w:b/>
        </w:rPr>
        <w:t xml:space="preserve">[1:17:03] </w:t>
      </w:r>
      <w:r>
        <w:t>to yahan par kya hai? is slogan ko bardasht karna parega taake riot na pesh aaye.</w:t>
      </w:r>
    </w:p>
    <w:p>
      <w:pPr>
        <w:jc w:val="right"/>
      </w:pPr>
      <w:r>
        <w:t>تو یہاں پر کیا ہے؟ اس سلوگن کو برداشت کرنا پڑے گا تاکہ رائٹ نہ پیش آئے۔</w:t>
      </w:r>
    </w:p>
    <w:p>
      <w:r>
        <w:rPr>
          <w:b/>
        </w:rPr>
        <w:t xml:space="preserve">[1:17:10] </w:t>
      </w:r>
      <w:r>
        <w:t>slogan chota shar hai, riot bara shar hai. yeh hum ne bataya logon ko. ab aaj kal jo india mein riot nahi ho rahe hain, is liye ke hum ne musalmanon ko yeh baat batai.</w:t>
      </w:r>
    </w:p>
    <w:p>
      <w:pPr>
        <w:jc w:val="right"/>
      </w:pPr>
      <w:r>
        <w:t>سلوگن چھوٹا شر ہے، رائٹ بڑا شر ہے۔ یہ ہم نے بتایا لوگوں کو۔ اب آج کل جو انڈیا میں رائٹ نہیں ہو رہے ہیں، اس لیے کہ ہم نے مسلمانوں کو یہ بات بتائی۔</w:t>
      </w:r>
    </w:p>
    <w:p>
      <w:r>
        <w:rPr>
          <w:b/>
        </w:rPr>
        <w:t xml:space="preserve">[1:17:20] </w:t>
      </w:r>
      <w:r>
        <w:t>ab bhi slogan lagaye jaate hain, lekin woh us ko avoid karte hain. to pehle provoke hote the, ab avoid karte hain. yeh mein ne bataya quran o hadith ki roshni mein.</w:t>
      </w:r>
    </w:p>
    <w:p>
      <w:pPr>
        <w:jc w:val="right"/>
      </w:pPr>
      <w:r>
        <w:t>اب بھی سلوگن لگائے جاتے ہیں، لیکن وہ اس کو اوائڈ کرتے ہیں۔ تو پہلے پرووک ہوتے تھے، اب اوائڈ کرتے ہیں۔ یہ میں نے بتایا قرآن و حدیث کی روشنی میں۔</w:t>
      </w:r>
    </w:p>
    <w:p>
      <w:r>
        <w:rPr>
          <w:b/>
        </w:rPr>
        <w:t xml:space="preserve">[1:17:31] </w:t>
      </w:r>
      <w:r>
        <w:t>to</w:t>
      </w:r>
    </w:p>
    <w:p>
      <w:pPr>
        <w:jc w:val="right"/>
      </w:pPr>
      <w:r>
        <w:t>تو</w:t>
      </w:r>
    </w:p>
    <w:p>
      <w:r>
        <w:rPr>
          <w:b/>
        </w:rPr>
        <w:t xml:space="preserve">[1:17:33] </w:t>
      </w:r>
      <w:r>
        <w:t>jab se musalmanon ne is policy ikhtiyar kiya hai, yaani principle of avoidance, is ko chhod kar ke provoke wale karne hone ke tareeqe ko, tab se riot nahi ho rahe hain.</w:t>
      </w:r>
    </w:p>
    <w:p>
      <w:pPr>
        <w:jc w:val="right"/>
      </w:pPr>
      <w:r>
        <w:t>جب سے مسلمانوں نے اس پالیسی اختیار کیا ہے، یعنی پرنسپل آف اوائڈنس، اس کو چھوڑ کر کے پرووک والے کرنے ہونے کے طریقے کو، تب سے رائٹ نہیں ہو رہے ہیں۔</w:t>
      </w:r>
    </w:p>
    <w:p>
      <w:r>
        <w:rPr>
          <w:b/>
        </w:rPr>
        <w:t xml:space="preserve">[1:17:43] </w:t>
      </w:r>
      <w:r>
        <w:t>to awam ne maan liya hai is ko. lekin abhi bhi jo jo so called leaders hain, woh wahi boli bole chale ja rahe hain abhi tak.</w:t>
      </w:r>
    </w:p>
    <w:p>
      <w:pPr>
        <w:jc w:val="right"/>
      </w:pPr>
      <w:r>
        <w:t>تو عوام نے مان لیا ہے اس کو۔ لیکن ابھی بھی جو جو سو کالڈ لیڈرز ہیں، وہ وہی بولی بولے چلے جا رہے ہیں ابھی تک۔</w:t>
      </w:r>
    </w:p>
    <w:p>
      <w:r>
        <w:rPr>
          <w:b/>
        </w:rPr>
        <w:t xml:space="preserve">[1:17:51] </w:t>
      </w:r>
      <w:r>
        <w:t>to khulasa yeh hai ke mein yeh baat kahunga ke mein ne apni poori zindagi laga kar ke woh woh literature, woh literature tayyar kiya jo aaj ki zaroorat ke mutabiq tha.</w:t>
      </w:r>
    </w:p>
    <w:p>
      <w:pPr>
        <w:jc w:val="right"/>
      </w:pPr>
      <w:r>
        <w:t>تو خلاصہ یہ ہے کہ میں یہ بات کہوں گا کہ میں نے اپنی پوری زندگی لگا کر کے وہ وہ لٹریچر، وہ لٹریچر تیار کیا جو آج کی ضرورت کے مطابق تھا۔</w:t>
      </w:r>
    </w:p>
    <w:p>
      <w:r>
        <w:rPr>
          <w:b/>
        </w:rPr>
        <w:t xml:space="preserve">[1:18:06] </w:t>
      </w:r>
      <w:r>
        <w:t>aur aap log is ko padhein, padh kar ke is se aap roshni hasil karein taake aap aaj jo zaroorat hai khidmat ki khuda ke deen ke liye, us khidmat ke raaste ko aap pa sakein.</w:t>
      </w:r>
    </w:p>
    <w:p>
      <w:pPr>
        <w:jc w:val="right"/>
      </w:pPr>
      <w:r>
        <w:t>اور آپ لوگ اس کو پڑھیں، پڑھ کر کے اس سے آپ روشنی حاصل کریں تاکہ آپ آج جو ضرورت ہے خدمت کی خدا کے دین کے لیے، اس خدمت کے راستے کو آپ پا سکیں۔</w:t>
      </w:r>
    </w:p>
    <w:p>
      <w:r>
        <w:rPr>
          <w:b/>
        </w:rPr>
        <w:t xml:space="preserve">[1:18:20] </w:t>
      </w:r>
      <w:r>
        <w:t>aur khuda ke haan aap ko woh blessing mile jo blessing un logon ke liye likhi hui hai jo duniya mein khuda wala kaam karne ke liye uthte hain.</w:t>
      </w:r>
    </w:p>
    <w:p>
      <w:pPr>
        <w:jc w:val="right"/>
      </w:pPr>
      <w:r>
        <w:t>اور خدا کے ہاں آپ کو وہ بلیسنگ ملے جو بلیسنگ ان لوگوں کے لیے لکھی ہوئی ہے جو دنیا میں خدا والا کام کرنے کے لیے اٹھتے ہیں۔</w:t>
      </w:r>
    </w:p>
    <w:p>
      <w:r>
        <w:rPr>
          <w:b/>
        </w:rPr>
        <w:t xml:space="preserve">[1:18:35] </w:t>
      </w:r>
      <w:r>
        <w:t>aqool qawli haza wastaghfirullaha lakum ajmaeen</w:t>
      </w:r>
    </w:p>
    <w:p>
      <w:pPr>
        <w:jc w:val="right"/>
      </w:pPr>
      <w:r>
        <w:t>أقول قولي هذا واستغفراللہ لکم اجمعین</w:t>
      </w:r>
    </w:p>
    <w:p>
      <w:r>
        <w:rPr>
          <w:b/>
        </w:rPr>
        <w:t xml:space="preserve">[1:18:53] </w:t>
      </w:r>
      <w:r>
        <w:t>and want to make thinkers or to create thinkers out of these ulama who are undergoing the classical as well as the modern education.</w:t>
      </w:r>
    </w:p>
    <w:p>
      <w:pPr>
        <w:jc w:val="right"/>
      </w:pPr>
      <w:r>
        <w:t>وانڈو ٹو میک تھنکرز اور ٹو کریٹ تھنکرز آؤٹ آف دیز علماء ہو آر انڈر گوئنگ دی کلاسیکل ایز ویل ایز دی ماڈرن ایجوکیشن۔</w:t>
      </w:r>
    </w:p>
    <w:p>
      <w:r>
        <w:rPr>
          <w:b/>
        </w:rPr>
        <w:t xml:space="preserve">[1:19:04] </w:t>
      </w:r>
      <w:r>
        <w:t>ah the only way to do that is to take your books to them. Is that not? Aik aur baat samajh lijiye, is mein hamari kitab to padhni chahiye in logon ko ke creative thinker bana kyun nahi?</w:t>
      </w:r>
    </w:p>
    <w:p>
      <w:pPr>
        <w:jc w:val="right"/>
      </w:pPr>
      <w:r>
        <w:t>اہ دی اونلی وے ٹو ڈو دیٹ از ٹو ٹیک یور بکس ٹو دیم۔ از دیٹ نہیں؟ ایک اور بات سمجھ لیجئے، اس میں ہماری کتاب تو پڑھنی چاہیے ان لوگوں کو کہ کریٹیو تھنکر بنا کیوں نہیں؟</w:t>
      </w:r>
    </w:p>
    <w:p>
      <w:r>
        <w:rPr>
          <w:b/>
        </w:rPr>
        <w:t xml:space="preserve">[1:19:17] </w:t>
      </w:r>
      <w:r>
        <w:t>aik question aayega na</w:t>
      </w:r>
    </w:p>
    <w:p>
      <w:pPr>
        <w:jc w:val="right"/>
      </w:pPr>
      <w:r>
        <w:t>ایک کوئسچن آئے گا نا</w:t>
      </w:r>
    </w:p>
    <w:p>
      <w:r>
        <w:rPr>
          <w:b/>
        </w:rPr>
        <w:t xml:space="preserve">[1:19:22] </w:t>
      </w:r>
      <w:r>
        <w:t>ke creative thinker bana kyun nahi? kyunke is ki jarein kaat di hai logon ne, is ki jar kaat di.</w:t>
      </w:r>
    </w:p>
    <w:p>
      <w:pPr>
        <w:jc w:val="right"/>
      </w:pPr>
      <w:r>
        <w:t>کہ کریٹیو تھنکر بنا کیوں نہیں؟ کیونکہ اس کی جڑی کاٹ دی ہے لوگوں نے، اس کی جڑ کاٹ دی۔</w:t>
      </w:r>
    </w:p>
    <w:p>
      <w:r>
        <w:rPr>
          <w:b/>
        </w:rPr>
        <w:t xml:space="preserve">[1:19:28] </w:t>
      </w:r>
      <w:r>
        <w:t>creative thinker banta hai yaani is mein freedom ke mahol mein. aap kisi madarse mein jaiye, kisi jamaat mein jaiye, wahan aap question nahi kar sakte.</w:t>
      </w:r>
    </w:p>
    <w:p>
      <w:pPr>
        <w:jc w:val="right"/>
      </w:pPr>
      <w:r>
        <w:t>کریٹیو تھنکر بنتا ہے یعنی اس میں فریڈم کے ماحول میں۔ آپ کسی مدرسے میں جائیے، کسی جماعت میں جائیے، وہاں آپ کرسچن نہیں کر سکتے۔</w:t>
      </w:r>
    </w:p>
    <w:p>
      <w:r>
        <w:rPr>
          <w:b/>
        </w:rPr>
        <w:t xml:space="preserve">[1:19:42] </w:t>
      </w:r>
      <w:r>
        <w:t>un ke jo so called books hain, us ke khilaf nahi bol sakte aap. ji to haan, bhai bolna hi padega.</w:t>
      </w:r>
    </w:p>
    <w:p>
      <w:pPr>
        <w:jc w:val="right"/>
      </w:pPr>
      <w:r>
        <w:t>ان کے جو سو کالڈ بکس ہیں، اس کے خلاف نہیں بول سکتے آپ۔ جی تو ہاں، بھئی بولنا ہی پڑے گا۔</w:t>
      </w:r>
    </w:p>
    <w:p>
      <w:r>
        <w:rPr>
          <w:b/>
        </w:rPr>
        <w:t xml:space="preserve">[1:19:52] </w:t>
      </w:r>
      <w:r>
        <w:t>to question ko allow nahi karte woh. freedom band kar rakha hai unhon ne</w:t>
      </w:r>
    </w:p>
    <w:p>
      <w:pPr>
        <w:jc w:val="right"/>
      </w:pPr>
      <w:r>
        <w:t>تو کرسچن کو الاؤ نہیں کرتے وہ۔ فریڈم بند کر رکھا ہے انہوں نے</w:t>
      </w:r>
    </w:p>
    <w:p>
      <w:r>
        <w:rPr>
          <w:b/>
        </w:rPr>
        <w:t xml:space="preserve">[1:19:57] </w:t>
      </w:r>
      <w:r>
        <w:t>to bataiye ke aap kehte hain ke modern yani modern jo zarurat hai hamari, us ko pata hai ke hamein alam chahiye. to is ka isi waqt door band kar dete hain aap, jab aap yeh kehte hain ke no no Christian, no Christian.</w:t>
      </w:r>
    </w:p>
    <w:p>
      <w:pPr>
        <w:jc w:val="right"/>
      </w:pPr>
      <w:r>
        <w:t>۔ تو بتائیے کہ آپ کہتے ہیں کہ ماڈرن یعنی ماڈرن جو ضرورت ہے ہماری، اس کو پتہ ہے کہ ہمیں عالم چاہیے۔ تو اس کا اسی وقت ڈور بند کر دیتے ہیں آپ، جب آپ یہ کہتے ہیں کہ نو نو کرسچن، نو کرسچن۔</w:t>
      </w:r>
    </w:p>
    <w:p>
      <w:r>
        <w:rPr>
          <w:b/>
        </w:rPr>
        <w:t xml:space="preserve">[1:20:12] </w:t>
      </w:r>
      <w:r>
        <w:t>creative thinker banta hai is mein azadi ke mahol mein. yeh must hai, must hai.</w:t>
      </w:r>
    </w:p>
    <w:p>
      <w:pPr>
        <w:jc w:val="right"/>
      </w:pPr>
      <w:r>
        <w:t>کریٹیو تھنکر بنتا ہے اس میں آزادی کے ماحول میں۔ یہ مسٹ ہے، مسٹ ہے۔</w:t>
      </w:r>
    </w:p>
    <w:p>
      <w:r>
        <w:rPr>
          <w:b/>
        </w:rPr>
        <w:t xml:space="preserve">[1:20:21] </w:t>
      </w:r>
      <w:r>
        <w:t>Freedom of, yani intellectual freedom jo hai, yeh must hai. Yahi band hai wahan par.</w:t>
      </w:r>
    </w:p>
    <w:p>
      <w:pPr>
        <w:jc w:val="right"/>
      </w:pPr>
      <w:r>
        <w:t>فریڈم آف یعنی انٹلیکچول فریڈم جو ہے، یہ مسٹ ہے۔ یہی بند ہے وہاں پر۔</w:t>
      </w:r>
    </w:p>
    <w:p>
      <w:r>
        <w:rPr>
          <w:b/>
        </w:rPr>
        <w:t xml:space="preserve">[1:20:29] </w:t>
      </w:r>
      <w:r>
        <w:t>mein ne is ki bohat price di hai, bohat ziyada price. isi liye ke sab se ziyada jo mujhe logon ko, mere upar logon ko woh hai allegation ke mein christian karta hoon.</w:t>
      </w:r>
    </w:p>
    <w:p>
      <w:pPr>
        <w:jc w:val="right"/>
      </w:pPr>
      <w:r>
        <w:t>میں نے اس کی بہت پرائز دی ہے، بہت زیادہ پرائز۔ اسی لیے کہ سب سے زیادہ جو مجھے لوگوں کو، میرے اوپر لوگوں کو وہ ہے ایلیگیشن کہ میں کرسچن کرتا ہوں۔</w:t>
      </w:r>
    </w:p>
    <w:p>
      <w:r>
        <w:rPr>
          <w:b/>
        </w:rPr>
        <w:t xml:space="preserve">[1:20:40] </w:t>
      </w:r>
      <w:r>
        <w:t>to mein poochta hoon, bhai criticism mein kis par karta hoon? Quran par, Hadith par, nauzubillah, nauzubillah Rasool Allah par, Sahaba Kiraam par? Hum to jo interpret, jinhon ne interpretation diye hain, jaise ke mein ne jo Hadith pesh ki aap ko, to mein ne criticism kiya in commentator par, na ke Hadith par</w:t>
      </w:r>
    </w:p>
    <w:p>
      <w:pPr>
        <w:jc w:val="right"/>
      </w:pPr>
      <w:r>
        <w:t>تو میں پوچھتا ہوں، بھئی کرسچن میں کس پر کرتا ہوں؟ قرآن پر، حدیث پر، نعوذ باللہ، نعوذ باللہ رسول اللہ پر، صحابہ کرام پر؟ ہم تو جو انٹرپریٹ، جنہوں نے انٹرپریٹیشن دیے ہیں، جیسے کہ میں نے جو حدیث پیش کی آپ کو، تو میں نے کرسچن کیا ان کمنٹیٹر پر، نہ کہ حدیث پر</w:t>
      </w:r>
    </w:p>
    <w:p>
      <w:r>
        <w:rPr>
          <w:b/>
        </w:rPr>
        <w:t xml:space="preserve">[1:20:59] </w:t>
      </w:r>
      <w:r>
        <w:t>hadith ko to maan raha hoon mein ke rasool Allah khare ho gaye aik aik jewish woh body ko dekh kar.</w:t>
      </w:r>
    </w:p>
    <w:p>
      <w:pPr>
        <w:jc w:val="right"/>
      </w:pPr>
      <w:r>
        <w:t>۔ حدیث کو تو مان رہا ہوں میں کہ رسول اللہ کھڑے ہوگئے ایک ایک جوئش وہ باڈی کو دیکھ کر۔</w:t>
      </w:r>
    </w:p>
    <w:p>
      <w:r>
        <w:rPr>
          <w:b/>
        </w:rPr>
        <w:t xml:space="preserve">[1:21:09] </w:t>
      </w:r>
      <w:r>
        <w:t>to is hadith mein thori mein ne koi criticize kiya. criticize kar raha hoon in commentators par jo is ko ghalat matlab bana kar ke is ko ikram muslim nikal liya, jab ke is se ikram insan nikal raha tha.</w:t>
      </w:r>
    </w:p>
    <w:p>
      <w:pPr>
        <w:jc w:val="right"/>
      </w:pPr>
      <w:r>
        <w:t>تو اس حدیث میں تھوڑی میں نے کوئی کریٹیسائز کیا۔ کریٹیسائز کر رہا ہوں ان کمنٹیٹرز پر جو اس کو غلط مطلب بنا کر کے اس کو اکرام مسلم نکال لیا، جبکہ اس سے اکرام انسان نکل رہا تھا۔</w:t>
      </w:r>
    </w:p>
    <w:p>
      <w:r>
        <w:rPr>
          <w:b/>
        </w:rPr>
        <w:t xml:space="preserve">[1:21:21] </w:t>
      </w:r>
      <w:r>
        <w:t>to mein ne kis ko criticize kiya? kya mein ne rasool Allah ko criticize kiya? nauzubillah. mein ne commentators</w:t>
      </w:r>
    </w:p>
    <w:p>
      <w:pPr>
        <w:jc w:val="right"/>
      </w:pPr>
      <w:r>
        <w:t>تو میں نے کس کو کریٹیسائز کیا؟ کیا میں نے رسول اللہ کو کریٹیسائز کیا؟ نعوذ باللہ۔ میں نے کمنٹیٹرز</w:t>
      </w:r>
    </w:p>
    <w:p>
      <w:r>
        <w:rPr>
          <w:b/>
        </w:rPr>
        <w:t xml:space="preserve">[1:21:28] </w:t>
      </w:r>
      <w:r>
        <w:t>ko kiya. to jab tak aap commentators ko na criticize karein, tab tak yeh yeh kaise khatam hoga ke musalman ikram muslim ko to samajhte hain, ikram insan ko nahi samajhte?</w:t>
      </w:r>
    </w:p>
    <w:p>
      <w:pPr>
        <w:jc w:val="right"/>
      </w:pPr>
      <w:r>
        <w:t>کو کیا۔ تو جب تک آپ کمنٹیٹرز کو نہ کریٹیسائز کریں، تب تک یہ یہ کیسے ختم ہوگا کہ مسلمان اکرام مسلم کو تو سمجھتے ہیں، اکرام انسان کو نہیں سمجھتے؟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