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Creation Plan of God January 4, 2007 Maulana Wahiduddin Khan</w:t>
      </w:r>
    </w:p>
    <w:p>
      <w:r>
        <w:t>https://www.youtube.com/watch?v=KNQtOQeLgTQ</w:t>
      </w:r>
    </w:p>
    <w:p>
      <w:r>
        <w:rPr>
          <w:b/>
        </w:rPr>
        <w:t xml:space="preserve">[00:12] </w:t>
      </w:r>
      <w:r>
        <w:t>bismillah rahman rahim, wa salla 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is waqt mein kuch baatein creation plan of god ke bare mein kehna chahta hoon.</w:t>
      </w:r>
    </w:p>
    <w:p>
      <w:pPr>
        <w:jc w:val="right"/>
      </w:pPr>
      <w:r>
        <w:t>اس وقت میں کچھ باتیں کریشن پلان آف گاڈ کے بارے میں کہنا چاہتا ہوں۔</w:t>
      </w:r>
    </w:p>
    <w:p>
      <w:r>
        <w:rPr>
          <w:b/>
        </w:rPr>
        <w:t xml:space="preserve">[00:45] </w:t>
      </w:r>
      <w:r>
        <w:t>insan ki study batati hai ke</w:t>
      </w:r>
    </w:p>
    <w:p>
      <w:pPr>
        <w:jc w:val="right"/>
      </w:pPr>
      <w:r>
        <w:t>انسان کی اسٹڈی بتاتی ہے کہ</w:t>
      </w:r>
    </w:p>
    <w:p>
      <w:r>
        <w:rPr>
          <w:b/>
        </w:rPr>
        <w:t xml:space="preserve">[00:51] </w:t>
      </w:r>
      <w:r>
        <w:t>every human being is a seeker by birth. har aadmi sachai ka mutalashi hai,</w:t>
      </w:r>
    </w:p>
    <w:p>
      <w:pPr>
        <w:jc w:val="right"/>
      </w:pPr>
      <w:r>
        <w:t>every human being is a seeker by birth. ہر آدمی سچائی کا متلاشی ہے،</w:t>
      </w:r>
    </w:p>
    <w:p>
      <w:r>
        <w:rPr>
          <w:b/>
        </w:rPr>
        <w:t xml:space="preserve">[01:02] </w:t>
      </w:r>
      <w:r>
        <w:t>koi consciously aur koi unconsciously. sachai ka talash ka matlab kya hai?</w:t>
      </w:r>
    </w:p>
    <w:p>
      <w:pPr>
        <w:jc w:val="right"/>
      </w:pPr>
      <w:r>
        <w:t>کوئی consciously اور کوئی unconsciously۔ سچائی کا تلاش کا مطلب کیا ہے؟</w:t>
      </w:r>
    </w:p>
    <w:p>
      <w:r>
        <w:rPr>
          <w:b/>
        </w:rPr>
        <w:t xml:space="preserve">[01:13] </w:t>
      </w:r>
      <w:r>
        <w:t>woh yeh hai ke har aadmi yeh janna chahta hai ke who am I mein kaun hoon?</w:t>
      </w:r>
    </w:p>
    <w:p>
      <w:pPr>
        <w:jc w:val="right"/>
      </w:pPr>
      <w:r>
        <w:t>وہ یہ ہے کہ ہر آدمی یہ جاننا چاہتا ہے کہ who am I میں کون ہوں؟</w:t>
      </w:r>
    </w:p>
    <w:p>
      <w:r>
        <w:rPr>
          <w:b/>
        </w:rPr>
        <w:t xml:space="preserve">[01:26] </w:t>
      </w:r>
      <w:r>
        <w:t>what is the purpose of my life in this world</w:t>
      </w:r>
    </w:p>
    <w:p>
      <w:pPr>
        <w:jc w:val="right"/>
      </w:pPr>
      <w:r>
        <w:t>What is the purpose of my life in this world</w:t>
      </w:r>
    </w:p>
    <w:p>
      <w:r>
        <w:rPr>
          <w:b/>
        </w:rPr>
        <w:t xml:space="preserve">[01:31] </w:t>
      </w:r>
      <w:r>
        <w:t>is dunya mein meri zindagi ka maqsad kya hai?</w:t>
      </w:r>
    </w:p>
    <w:p>
      <w:pPr>
        <w:jc w:val="right"/>
      </w:pPr>
      <w:r>
        <w:t>اس دنیا میں میری زندگی کا مقصد کیا ہے؟</w:t>
      </w:r>
    </w:p>
    <w:p>
      <w:r>
        <w:rPr>
          <w:b/>
        </w:rPr>
        <w:t xml:space="preserve">[01:38] </w:t>
      </w:r>
      <w:r>
        <w:t>life kya hai, death kya hai? maut se pehle kya hai, aur maut ke baad kya hai? in sab baaton</w:t>
      </w:r>
    </w:p>
    <w:p>
      <w:pPr>
        <w:jc w:val="right"/>
      </w:pPr>
      <w:r>
        <w:t>لائف کیا ہے، ڈیتھ کیا ہے؟ موت سے پہلے کیا ہے، اور موت کے بعد کیا ہے؟ ان سب باتوں</w:t>
      </w:r>
    </w:p>
    <w:p>
      <w:r>
        <w:rPr>
          <w:b/>
        </w:rPr>
        <w:t xml:space="preserve">[01:51] </w:t>
      </w:r>
      <w:r>
        <w:t>ko janna har aadmi ka concern hai. isi ko kehte hain sachai ki talash.</w:t>
      </w:r>
    </w:p>
    <w:p>
      <w:pPr>
        <w:jc w:val="right"/>
      </w:pPr>
      <w:r>
        <w:t>کو جاننا ہر آدمی کا کنسرن ہے۔ اسی کو کہتے ہیں سچائی کی تلاش۔</w:t>
      </w:r>
    </w:p>
    <w:p>
      <w:r>
        <w:rPr>
          <w:b/>
        </w:rPr>
        <w:t xml:space="preserve">[01:58] </w:t>
      </w:r>
      <w:r>
        <w:t>history batati hai ke hamesha insan in baaton ki talash mein raha hai.</w:t>
      </w:r>
    </w:p>
    <w:p>
      <w:pPr>
        <w:jc w:val="right"/>
      </w:pPr>
      <w:r>
        <w:t>ہسٹری بتاتی ہے کہ ہمیشہ انسان ان باتوں کی تلاش میں رہا ہے۔</w:t>
      </w:r>
    </w:p>
    <w:p>
      <w:r>
        <w:rPr>
          <w:b/>
        </w:rPr>
        <w:t xml:space="preserve">[02:08] </w:t>
      </w:r>
      <w:r>
        <w:t>koi</w:t>
      </w:r>
    </w:p>
    <w:p>
      <w:pPr>
        <w:jc w:val="right"/>
      </w:pPr>
      <w:r>
        <w:t>کوئی</w:t>
      </w:r>
    </w:p>
    <w:p>
      <w:r>
        <w:rPr>
          <w:b/>
        </w:rPr>
        <w:t xml:space="preserve">[02:12] </w:t>
      </w:r>
      <w:r>
        <w:t>shaoori tor par is ki talash mein tha, is par us ne kitabein likhein. lekin jo log bazahir shaoori tor par ya consciously is ki talash mein nahi thay,</w:t>
      </w:r>
    </w:p>
    <w:p>
      <w:pPr>
        <w:jc w:val="right"/>
      </w:pPr>
      <w:r>
        <w:t>شعوری طور پر اس کی تلاش میں تھا، اس پر اس نے کتابیں لکھیں۔ لیکن جو لوگ بظاہر شعوری طور پر یا consciously اس کی تلاش میں نہیں تھے،</w:t>
      </w:r>
    </w:p>
    <w:p>
      <w:r>
        <w:rPr>
          <w:b/>
        </w:rPr>
        <w:t xml:space="preserve">[02:27] </w:t>
      </w:r>
      <w:r>
        <w:t>woh bhi ghair shaoori tor par ya unconsciously is ki talash mein thay.</w:t>
      </w:r>
    </w:p>
    <w:p>
      <w:pPr>
        <w:jc w:val="right"/>
      </w:pPr>
      <w:r>
        <w:t>وہ بھی غیر شعوری طور پر یا unconsciously اس کی تلاش میں تھے۔</w:t>
      </w:r>
    </w:p>
    <w:p>
      <w:r>
        <w:rPr>
          <w:b/>
        </w:rPr>
        <w:t xml:space="preserve">[02:38] </w:t>
      </w:r>
      <w:r>
        <w:t>har aik ka case mein samajhta hoon ke yahi hai. arab mein kuch log thay jin ko kaha jata tha hunafa.</w:t>
      </w:r>
    </w:p>
    <w:p>
      <w:pPr>
        <w:jc w:val="right"/>
      </w:pPr>
      <w:r>
        <w:t>ہر ایک کا کیس میں سمجھتا ہوں کہ یہی ہے۔ عرب میں کچھ لوگ تھے جن کو کہا جاتا تھا حنفاء۔</w:t>
      </w:r>
    </w:p>
    <w:p>
      <w:r>
        <w:rPr>
          <w:b/>
        </w:rPr>
        <w:t xml:space="preserve">[02:48] </w:t>
      </w:r>
      <w:r>
        <w:t>hunafa se murad seeker log hain, seeker. to woh rasool Allah se pehle paida hue, woh yeh kehte hue mar gaye ke khuda ya</w:t>
      </w:r>
    </w:p>
    <w:p>
      <w:pPr>
        <w:jc w:val="right"/>
      </w:pPr>
      <w:r>
        <w:t>حنفاء سے مراد seeker لوگ ہیں، seeker۔ تو وہ رسول اللہ سے پہلے پیدا ہوئے، وہ یہ کہتے ہوئے مر گئے کہ خدایا</w:t>
      </w:r>
    </w:p>
    <w:p>
      <w:r>
        <w:rPr>
          <w:b/>
        </w:rPr>
        <w:t xml:space="preserve">[03:02] </w:t>
      </w:r>
      <w:r>
        <w:t>! agar main janta ke teri ibadat kis tarah ki jaye to main isi tarah teri ibadat karta.</w:t>
      </w:r>
    </w:p>
    <w:p>
      <w:pPr>
        <w:jc w:val="right"/>
      </w:pPr>
      <w:r>
        <w:t>! اگر میں جانتا کہ تیری عبادت کس طرح کی جائے تو میں اسی طرح تیری عبادت کرتا۔</w:t>
      </w:r>
    </w:p>
    <w:p>
      <w:r>
        <w:rPr>
          <w:b/>
        </w:rPr>
        <w:t xml:space="preserve">[03:12] </w:t>
      </w:r>
      <w:r>
        <w:t>yeh tha, yeh hai spirit of inquiry, spirit of seeking. yeh har ek mein hoti hai.</w:t>
      </w:r>
    </w:p>
    <w:p>
      <w:pPr>
        <w:jc w:val="right"/>
      </w:pPr>
      <w:r>
        <w:t>یہ تھا، یہ ہے spirit of inquiry، spirit of seeking۔ یہ ہر ایک میں ہوتی ہے۔</w:t>
      </w:r>
    </w:p>
    <w:p>
      <w:r>
        <w:rPr>
          <w:b/>
        </w:rPr>
        <w:t xml:space="preserve">[03:22] </w:t>
      </w:r>
      <w:r>
        <w:t>kyunke aap jante hain ke dunya mein jab aadmi paida hota hai to kya hota hai?</w:t>
      </w:r>
    </w:p>
    <w:p>
      <w:pPr>
        <w:jc w:val="right"/>
      </w:pPr>
      <w:r>
        <w:t>کیونکہ آپ جانتے ہیں کہ دنیا میں جب آدمی پیدا ہوتا ہے تو کیا ہوتا ہے؟</w:t>
      </w:r>
    </w:p>
    <w:p>
      <w:r>
        <w:rPr>
          <w:b/>
        </w:rPr>
        <w:t xml:space="preserve">[03:32] </w:t>
      </w:r>
      <w:r>
        <w:t>ke aur baaton ka jawab to woh jaan leta hai. is ko pyas lagi to dekha ke pani hai, pi liya to pyas bujh gayi.</w:t>
      </w:r>
    </w:p>
    <w:p>
      <w:pPr>
        <w:jc w:val="right"/>
      </w:pPr>
      <w:r>
        <w:t>کہ اور باتوں کا جواب تو وہ جان لیتا ہے۔ اس کو پیاس لگی تو دیکھا کہ پانی ہے، پی لیا تو پیاس بجھ گئی۔</w:t>
      </w:r>
    </w:p>
    <w:p>
      <w:r>
        <w:rPr>
          <w:b/>
        </w:rPr>
        <w:t xml:space="preserve">[03:42] </w:t>
      </w:r>
      <w:r>
        <w:t>is ko bhook lagi to is ne paya ke yahan khane ka saman hai, to kha liya to bhook mit gayi.</w:t>
      </w:r>
    </w:p>
    <w:p>
      <w:pPr>
        <w:jc w:val="right"/>
      </w:pPr>
      <w:r>
        <w:t>اس کو بھوک لگی تو اس نے پایا کہ یہاں کھانے کا سامان ہے، تو کھا لیا تو بھوک مٹ گئی۔</w:t>
      </w:r>
    </w:p>
    <w:p>
      <w:r>
        <w:rPr>
          <w:b/>
        </w:rPr>
        <w:t xml:space="preserve">[03:53] </w:t>
      </w:r>
      <w:r>
        <w:t>isi tarah se aisa nahi hai ke kahin kisi pahad ki choti par likha hua ho ke insan kya hai,</w:t>
      </w:r>
    </w:p>
    <w:p>
      <w:pPr>
        <w:jc w:val="right"/>
      </w:pPr>
      <w:r>
        <w:t>اسی طرح سے ایسا نہیں ہے کہ کہیں کسی پہاڑ کی چوٹی پر لکھا ہوا ہو کہ انسان کیا ہے،</w:t>
      </w:r>
    </w:p>
    <w:p>
      <w:r>
        <w:rPr>
          <w:b/>
        </w:rPr>
        <w:t xml:space="preserve">[04:01] </w:t>
      </w:r>
      <w:r>
        <w:t>is ki zindagi ka maqsad kya hai, maut ke baad kya hone wala hai. yeh sab baatein kahin is ko likhi hui nahi milti hain.</w:t>
      </w:r>
    </w:p>
    <w:p>
      <w:pPr>
        <w:jc w:val="right"/>
      </w:pPr>
      <w:r>
        <w:t>اس کی زندگی کا مقصد کیا ہے، موت کے بعد کیا ہونے والا ہے۔ یہ سب باتیں کہیں اس کو لکھی ہوئی نہیں ملتی ہیں۔</w:t>
      </w:r>
    </w:p>
    <w:p>
      <w:r>
        <w:rPr>
          <w:b/>
        </w:rPr>
        <w:t xml:space="preserve">[04:13] </w:t>
      </w:r>
      <w:r>
        <w:t>to woh pareshan rehta hai, woh seeker ban jata hai, woh mutallashi ban jata hai.</w:t>
      </w:r>
    </w:p>
    <w:p>
      <w:pPr>
        <w:jc w:val="right"/>
      </w:pPr>
      <w:r>
        <w:t>تو وہ پریشان رہتا ہے، وہ seeker بن جاتا ہے، وہ متلاشی بن جاتا ہے۔</w:t>
      </w:r>
    </w:p>
    <w:p>
      <w:r>
        <w:rPr>
          <w:b/>
        </w:rPr>
        <w:t xml:space="preserve">[04:23] </w:t>
      </w:r>
      <w:r>
        <w:t>to yeh har insan ka masla hai.</w:t>
      </w:r>
    </w:p>
    <w:p>
      <w:pPr>
        <w:jc w:val="right"/>
      </w:pPr>
      <w:r>
        <w:t>تو یہ ہر انسان کا مسئلہ ہے۔</w:t>
      </w:r>
    </w:p>
    <w:p>
      <w:r>
        <w:rPr>
          <w:b/>
        </w:rPr>
        <w:t xml:space="preserve">[04:29] </w:t>
      </w:r>
      <w:r>
        <w:t>kisi ne sachai ko pa liya, koi talashi mein mar gaya.</w:t>
      </w:r>
    </w:p>
    <w:p>
      <w:pPr>
        <w:jc w:val="right"/>
      </w:pPr>
      <w:r>
        <w:t>کسی نے سچائی کو پا لیا، کوئی تلاشی میں مر گیا۔</w:t>
      </w:r>
    </w:p>
    <w:p>
      <w:r>
        <w:rPr>
          <w:b/>
        </w:rPr>
        <w:t xml:space="preserve">[04:38] </w:t>
      </w:r>
      <w:r>
        <w:t>to main samajhta hoon ke yeh sab se zyada important topic hai jis par hamein sochna chahiye. is sawal ka jawab janne ke liye sab se zyada zaroori hai ke hum creation plan of God ko janein.</w:t>
      </w:r>
    </w:p>
    <w:p>
      <w:pPr>
        <w:jc w:val="right"/>
      </w:pPr>
      <w:r>
        <w:t>تو میں سمجھتا ہوں کہ یہ سب سے زیادہ important topic ہے جس پر ہمیں سوچنا چاہیے۔ اس سوال کا جواب جاننے کے لیے سب سے زیادہ ضروری ہے کہ ہم کریشن پلان آف گاڈ کو جانیں۔</w:t>
      </w:r>
    </w:p>
    <w:p>
      <w:r>
        <w:rPr>
          <w:b/>
        </w:rPr>
        <w:t xml:space="preserve">[04:56] </w:t>
      </w:r>
      <w:r>
        <w:t>yani jis ne paida kiya hai dunya ko, us ke mind mein kya tha jab is ne paida kiya? jaise ek engine ho, to engine ko samajhne ke liye hamein janna padta hai ke engineer ke mind mein kya tha.</w:t>
      </w:r>
    </w:p>
    <w:p>
      <w:pPr>
        <w:jc w:val="right"/>
      </w:pPr>
      <w:r>
        <w:t>یعنی جس نے پیدا کیا ہے دنیا کو، اس کے mind میں کیا تھا جب اس نے پیدا کیا؟ جیسے ایک انجن ہو، تو انجن کو سمجھنے کے لیے ہمیں جاننا پڑتا ہے کہ انجینئر کے mind میں کیا تھا۔</w:t>
      </w:r>
    </w:p>
    <w:p>
      <w:r>
        <w:rPr>
          <w:b/>
        </w:rPr>
        <w:t xml:space="preserve">[05:14] </w:t>
      </w:r>
      <w:r>
        <w:t>kyunke engineer ke mind mein jo tha, usi ki ek amli shakal hai engine.</w:t>
      </w:r>
    </w:p>
    <w:p>
      <w:pPr>
        <w:jc w:val="right"/>
      </w:pPr>
      <w:r>
        <w:t>کیونکہ انجینئر کے mind میں جو تھا، اسی کی ایک عملی شکل ہے انجن۔</w:t>
      </w:r>
    </w:p>
    <w:p>
      <w:r>
        <w:rPr>
          <w:b/>
        </w:rPr>
        <w:t xml:space="preserve">[05:21] </w:t>
      </w:r>
      <w:r>
        <w:t>to engineer ke mind ko jankar hum engine ko samajh paate hain aur us ko istemal karne ki position mein hote hain.</w:t>
      </w:r>
    </w:p>
    <w:p>
      <w:pPr>
        <w:jc w:val="right"/>
      </w:pPr>
      <w:r>
        <w:t>تو انجینئر کے mind کو جان کر ہم انجن کو سمجھ پاتے ہیں اور اس کو استعمال کرنے کی position میں ہوتے ہیں۔</w:t>
      </w:r>
    </w:p>
    <w:p>
      <w:r>
        <w:rPr>
          <w:b/>
        </w:rPr>
        <w:t xml:space="preserve">[05:31] </w:t>
      </w:r>
      <w:r>
        <w:t>isi tarah se yeh janna chahiye ke Khuda ke mind mein kya hai, kyun is ne paida kiya</w:t>
      </w:r>
    </w:p>
    <w:p>
      <w:pPr>
        <w:jc w:val="right"/>
      </w:pPr>
      <w:r>
        <w:t>اسی طرح سے یہ جاننا چاہیے کہ خدا کے mind میں کیا ہے، کیوں اس نے پیدا کیا</w:t>
      </w:r>
    </w:p>
    <w:p>
      <w:r>
        <w:rPr>
          <w:b/>
        </w:rPr>
        <w:t xml:space="preserve">[05:40] </w:t>
      </w:r>
      <w:r>
        <w:t>is dunya ko?</w:t>
      </w:r>
    </w:p>
    <w:p>
      <w:pPr>
        <w:jc w:val="right"/>
      </w:pPr>
      <w:r>
        <w:t>اس دنیا کو؟</w:t>
      </w:r>
    </w:p>
    <w:p>
      <w:r>
        <w:rPr>
          <w:b/>
        </w:rPr>
        <w:t xml:space="preserve">[05:44] </w:t>
      </w:r>
      <w:r>
        <w:t>to us waqt jo position hai, woh yeh hai ke creation to hamare samne hai, but creator hamare samne nahi. zindagi to hamein mili hui hai, lekin zindagi ki guide book hamare paas nahi.</w:t>
      </w:r>
    </w:p>
    <w:p>
      <w:pPr>
        <w:jc w:val="right"/>
      </w:pPr>
      <w:r>
        <w:t>تو اس وقت جو position ہے، وہ یہ ہے کہ کریشن تو ہمارے سامنے ہے، but creator ہمارے سامنے نہیں۔ زندگی تو ہمیں ملی ہوئی ہے، لیکن زندگی کی guide book ہمارے پاس نہیں۔</w:t>
      </w:r>
    </w:p>
    <w:p>
      <w:r>
        <w:rPr>
          <w:b/>
        </w:rPr>
        <w:t xml:space="preserve">[06:01] </w:t>
      </w:r>
      <w:r>
        <w:t>hum apne andar kuch sawalat paate hain, lekin in sawalat ka jawab kahin likha hua hamein nahi milta. to</w:t>
      </w:r>
    </w:p>
    <w:p>
      <w:pPr>
        <w:jc w:val="right"/>
      </w:pPr>
      <w:r>
        <w:t>ہم اپنے اندر کچھ سوالات پاتے ہیں، لیکن ان سوالات کا جواب کہیں لکھا ہوا ہمیں نہیں ملتا۔ تو</w:t>
      </w:r>
    </w:p>
    <w:p>
      <w:r>
        <w:rPr>
          <w:b/>
        </w:rPr>
        <w:t xml:space="preserve">[06:12] </w:t>
      </w:r>
      <w:r>
        <w:t>isi ka, isi inhi sawalat ke majmooe ko main creation plan of God keh raha hoon. ab sawal yeh hai ke creation plan of God jo hai, us ke bare mein hum kis tarah sochen?</w:t>
      </w:r>
    </w:p>
    <w:p>
      <w:pPr>
        <w:jc w:val="right"/>
      </w:pPr>
      <w:r>
        <w:t>اسی کا، اسی انہی سوالات کے مجموعے کو میں کریشن پلان آف گاڈ کہہ رہا ہوں۔ اب سوال یہ ہے کہ کریشن پلان آف گاڈ جو ہے، اس کے بارے میں ہم کس طرح سوچیں؟</w:t>
      </w:r>
    </w:p>
    <w:p>
      <w:r>
        <w:rPr>
          <w:b/>
        </w:rPr>
        <w:t xml:space="preserve">[06:24] </w:t>
      </w:r>
      <w:r>
        <w:t>kis tarah kisi</w:t>
      </w:r>
    </w:p>
    <w:p>
      <w:pPr>
        <w:jc w:val="right"/>
      </w:pPr>
      <w:r>
        <w:t>کس طرح کسی</w:t>
      </w:r>
    </w:p>
    <w:p>
      <w:r>
        <w:rPr>
          <w:b/>
        </w:rPr>
        <w:t xml:space="preserve">[06:28] </w:t>
      </w:r>
      <w:r>
        <w:t>result tak pahunchein? is ko samajhne ki zaroorat hai. to us waqt main apni baat cheet jo main kar raha hoon, us ko main teen hisse mein baantunga.</w:t>
      </w:r>
    </w:p>
    <w:p>
      <w:pPr>
        <w:jc w:val="right"/>
      </w:pPr>
      <w:r>
        <w:t>result تک پہنچیں؟ اس کو سمجھنے کی ضرورت ہے۔ تو اس وقت میں اپنی بات چیت جو میں کر رہا ہوں، اس کو میں تین حصے میں بانٹوں گا۔</w:t>
      </w:r>
    </w:p>
    <w:p>
      <w:r>
        <w:rPr>
          <w:b/>
        </w:rPr>
        <w:t xml:space="preserve">[06:42] </w:t>
      </w:r>
      <w:r>
        <w:t>ek hai</w:t>
      </w:r>
    </w:p>
    <w:p>
      <w:pPr>
        <w:jc w:val="right"/>
      </w:pPr>
      <w:r>
        <w:t>ایک ہے</w:t>
      </w:r>
    </w:p>
    <w:p>
      <w:r>
        <w:rPr>
          <w:b/>
        </w:rPr>
        <w:t xml:space="preserve">[06:45] </w:t>
      </w:r>
      <w:r>
        <w:t>Khuda ka wajood, existence of God. doosra hai</w:t>
      </w:r>
    </w:p>
    <w:p>
      <w:pPr>
        <w:jc w:val="right"/>
      </w:pPr>
      <w:r>
        <w:t>خدا کا وجود، existence of God۔ دوسرا ہے</w:t>
      </w:r>
    </w:p>
    <w:p>
      <w:r>
        <w:rPr>
          <w:b/>
        </w:rPr>
        <w:t xml:space="preserve">[06:53] </w:t>
      </w:r>
      <w:r>
        <w:t>yeh ke point of reference kya ho sakta hai hamare liye</w:t>
      </w:r>
    </w:p>
    <w:p>
      <w:pPr>
        <w:jc w:val="right"/>
      </w:pPr>
      <w:r>
        <w:t>یہ کہ point of reference کیا ہو سکتا ہے ہمارے لیے</w:t>
      </w:r>
    </w:p>
    <w:p>
      <w:r>
        <w:rPr>
          <w:b/>
        </w:rPr>
        <w:t xml:space="preserve">[06:57] </w:t>
      </w:r>
      <w:r>
        <w:t>? yani woh kaun sa source hai jahan se hum janein, jahan se hum paein is sawal ke jawab ko ke Khuda ke mind mein kya tha,</w:t>
      </w:r>
    </w:p>
    <w:p>
      <w:pPr>
        <w:jc w:val="right"/>
      </w:pPr>
      <w:r>
        <w:t>؟ یعنی وہ کون سا source ہے جہاں سے ہم جانیں، جہاں سے ہم پائیں اس سوال کے جواب کو کہ خدا کے mind میں کیا تھا،</w:t>
      </w:r>
    </w:p>
    <w:p>
      <w:r>
        <w:rPr>
          <w:b/>
        </w:rPr>
        <w:t xml:space="preserve">[07:11] </w:t>
      </w:r>
      <w:r>
        <w:t>jis jis ke tehat is ne is dunya ko paida kiya. aur teesri cheez yeh hai janna ke creation plan of god hai kya aur kaise hum apni zindagi ko is ke sath adjust karein ke hum successful rahein.</w:t>
      </w:r>
    </w:p>
    <w:p>
      <w:pPr>
        <w:jc w:val="right"/>
      </w:pPr>
      <w:r>
        <w:t>جس جس کے تحت اس نے اس دنیا کو پیدا کیا۔ اور تیسری چیز یہ ہے جاننا کہ کریشن پلان آف گاڈ ہے کیا اور کیسے ہم اپنی زندگی کو اس کے ساتھ adjust کریں کہ ہم successful رہیں۔</w:t>
      </w:r>
    </w:p>
    <w:p>
      <w:r>
        <w:rPr>
          <w:b/>
        </w:rPr>
        <w:t xml:space="preserve">[07:27] </w:t>
      </w:r>
      <w:r>
        <w:t>yeh teen aspects hain is topic ke.</w:t>
      </w:r>
    </w:p>
    <w:p>
      <w:pPr>
        <w:jc w:val="right"/>
      </w:pPr>
      <w:r>
        <w:t>یہ تین aspects ہیں اس topic کے۔</w:t>
      </w:r>
    </w:p>
    <w:p>
      <w:r>
        <w:rPr>
          <w:b/>
        </w:rPr>
        <w:t xml:space="preserve">[07:34] </w:t>
      </w:r>
      <w:r>
        <w:t>to sab se pehle khuda ke wajood ko lijiyey.</w:t>
      </w:r>
    </w:p>
    <w:p>
      <w:pPr>
        <w:jc w:val="right"/>
      </w:pPr>
      <w:r>
        <w:t>تو سب سے پہلے خدا کے وجود کو لیجیے۔</w:t>
      </w:r>
    </w:p>
    <w:p>
      <w:r>
        <w:rPr>
          <w:b/>
        </w:rPr>
        <w:t xml:space="preserve">[07:43] </w:t>
      </w:r>
      <w:r>
        <w:t>jo log khuda ko nahi mante, woh kai tarah ke argument pesh karte hain.</w:t>
      </w:r>
    </w:p>
    <w:p>
      <w:pPr>
        <w:jc w:val="right"/>
      </w:pPr>
      <w:r>
        <w:t>جو لوگ خدا کو نہیں مانتے، وہ کئی طرح کے argument پیش کرتے ہیں۔</w:t>
      </w:r>
    </w:p>
    <w:p>
      <w:r>
        <w:rPr>
          <w:b/>
        </w:rPr>
        <w:t xml:space="preserve">[07:51] </w:t>
      </w:r>
      <w:r>
        <w:t>misalan sab se bara argument jo mein janta hoon, woh yeh hai jis ko kehte hain problem of evil. to david hume bahut bara philosopher tha, us ne aur doosre log jin ko agnostic kaha jata hai.</w:t>
      </w:r>
    </w:p>
    <w:p>
      <w:pPr>
        <w:jc w:val="right"/>
      </w:pPr>
      <w:r>
        <w:t>مثلاً سب سے بڑا argument جو میں جانتا ہوں، وہ یہ ہے جس کو کہتے ہیں problem of evil۔ تو ڈیوڈ ہیوم بہت بڑا philosopher تھا، اس نے اور دوسرے لوگ جن کو agnostic کہا جاتا ہے۔</w:t>
      </w:r>
    </w:p>
    <w:p>
      <w:r>
        <w:rPr>
          <w:b/>
        </w:rPr>
        <w:t xml:space="preserve">[08:09] </w:t>
      </w:r>
      <w:r>
        <w:t>to ya to woh log jo khuda ko mante hi nahi the, jin ko atheist kaha jata hai, ya woh log jo shakk karte the, jin ko agnostic kaha jata hai.</w:t>
      </w:r>
    </w:p>
    <w:p>
      <w:pPr>
        <w:jc w:val="right"/>
      </w:pPr>
      <w:r>
        <w:t>تو یا تو وہ لوگ جو خدا کو مانتے ہی نہیں تھے، جن کو atheist کہا جاتا ہے، یا وہ لوگ جو شک کرتے تھے، جن کو agnostic کہا جاتا ہے۔</w:t>
      </w:r>
    </w:p>
    <w:p>
      <w:r>
        <w:rPr>
          <w:b/>
        </w:rPr>
        <w:t xml:space="preserve">[08:19] </w:t>
      </w:r>
      <w:r>
        <w:t>donon ka yeh mutafiqqa argument hai ke agar khuda ne paida kiya hai dunya ko aur khuda all powerful hai,</w:t>
      </w:r>
    </w:p>
    <w:p>
      <w:pPr>
        <w:jc w:val="right"/>
      </w:pPr>
      <w:r>
        <w:t>دونوں کا یہ متفقہ argument ہے کہ اگر خدا نے پیدا کیا ہے دنیا کو اور خدا all powerful ہے،</w:t>
      </w:r>
    </w:p>
    <w:p>
      <w:r>
        <w:rPr>
          <w:b/>
        </w:rPr>
        <w:t xml:space="preserve">[08:34] </w:t>
      </w:r>
      <w:r>
        <w:t>khuda sari achi qualities ka malik hai, to problem to dunya mein hum evil ko dekhte hain.</w:t>
      </w:r>
    </w:p>
    <w:p>
      <w:pPr>
        <w:jc w:val="right"/>
      </w:pPr>
      <w:r>
        <w:t>خدا ساری اچھی qualities کا مالک ہے، تو problem تو دنیا میں ہم evil کو دیکھتے ہیں۔</w:t>
      </w:r>
    </w:p>
    <w:p>
      <w:r>
        <w:rPr>
          <w:b/>
        </w:rPr>
        <w:t xml:space="preserve">[08:46] </w:t>
      </w:r>
      <w:r>
        <w:t>to problem of evil ko sab se bara saboot mante hain ke khuda paida karne wala nahi hai. dunya at random ban gayi hai, at random yuhin ban gayi hai.</w:t>
      </w:r>
    </w:p>
    <w:p>
      <w:pPr>
        <w:jc w:val="right"/>
      </w:pPr>
      <w:r>
        <w:t>تو problem of evil کو سب سے بڑا ثبوت مانتے ہیں کہ خدا پیدا کرنے والا نہیں ہے۔ دنیا at random بن گئی ہے، at random یوں ہی بن گئی ہے۔</w:t>
      </w:r>
    </w:p>
    <w:p>
      <w:r>
        <w:rPr>
          <w:b/>
        </w:rPr>
        <w:t xml:space="preserve">[08:55] </w:t>
      </w:r>
      <w:r>
        <w:t>to at random ban gayi hai, to is liye evil bhi yahan par hai. dekhiye, yeh ek bahut bari maghalta hai.</w:t>
      </w:r>
    </w:p>
    <w:p>
      <w:pPr>
        <w:jc w:val="right"/>
      </w:pPr>
      <w:r>
        <w:t>تو at random بن گئی ہے، تو اس لیے evil بھی یہاں پر ہے۔ دیکھیے، یہ ایک بہت بڑی مغالطہ ہے۔</w:t>
      </w:r>
    </w:p>
    <w:p>
      <w:r>
        <w:rPr>
          <w:b/>
        </w:rPr>
        <w:t xml:space="preserve">[09:04] </w:t>
      </w:r>
      <w:r>
        <w:t>yeh misunderstanding hai. yeh bahut bari fallacy hai. kyun? kehte yeh hain ke dunya mein evil kyun?</w:t>
      </w:r>
    </w:p>
    <w:p>
      <w:pPr>
        <w:jc w:val="right"/>
      </w:pPr>
      <w:r>
        <w:t>یہ misunderstanding ہے۔ یہ بہت بڑی fallacy ہے۔ کیوں؟ کہتے یہ ہیں کہ دنیا میں evil کیوں؟</w:t>
      </w:r>
    </w:p>
    <w:p>
      <w:r>
        <w:rPr>
          <w:b/>
        </w:rPr>
        <w:t xml:space="preserve">[09:17] </w:t>
      </w:r>
      <w:r>
        <w:t>yani why there are evils in the world yeh sentence hi galat hai, yeh statement hi galat hai. kyunke evil dunya mein to hai nahi.</w:t>
      </w:r>
    </w:p>
    <w:p>
      <w:pPr>
        <w:jc w:val="right"/>
      </w:pPr>
      <w:r>
        <w:t>یعنی why there are evils in the world یہ sentence ہی غلط ہے، یہ statement ہی غلط ہے۔ کیونکہ evil دنیا میں تو ہے نہیں۔</w:t>
      </w:r>
    </w:p>
    <w:p>
      <w:r>
        <w:rPr>
          <w:b/>
        </w:rPr>
        <w:t xml:space="preserve">[09:27] </w:t>
      </w:r>
      <w:r>
        <w:t>evil to sirf exclusively insan ki zindagi mein hai.</w:t>
      </w:r>
    </w:p>
    <w:p>
      <w:pPr>
        <w:jc w:val="right"/>
      </w:pPr>
      <w:r>
        <w:t>Evil تو صرف exclusively انسان کی زندگی میں ہے۔</w:t>
      </w:r>
    </w:p>
    <w:p>
      <w:r>
        <w:rPr>
          <w:b/>
        </w:rPr>
        <w:t xml:space="preserve">[09:35] </w:t>
      </w:r>
      <w:r>
        <w:t>jo bhi evil hai, misalan jhoot bolna, corruption, injustice, zulm. kya stars zulm karte hain?</w:t>
      </w:r>
    </w:p>
    <w:p>
      <w:pPr>
        <w:jc w:val="right"/>
      </w:pPr>
      <w:r>
        <w:t>جو بھی evil ہے، مثلاً جھوٹ بولنا، corruption، injustice، ظلم۔ کیا stars ظلم کرتے ہیں؟</w:t>
      </w:r>
    </w:p>
    <w:p>
      <w:r>
        <w:rPr>
          <w:b/>
        </w:rPr>
        <w:t xml:space="preserve">[09:43] </w:t>
      </w:r>
      <w:r>
        <w:t>kya galaxy zulm karti</w:t>
      </w:r>
    </w:p>
    <w:p>
      <w:pPr>
        <w:jc w:val="right"/>
      </w:pPr>
      <w:r>
        <w:t>کیا galaxy ظلم کرتی</w:t>
      </w:r>
    </w:p>
    <w:p>
      <w:r>
        <w:rPr>
          <w:b/>
        </w:rPr>
        <w:t xml:space="preserve">[09:45] </w:t>
      </w:r>
      <w:r>
        <w:t>hai? kya mountain aur ocean jhoot bolte hain? koi nahi. yeh sirf insan hai jo jahan evil paya jata hai.</w:t>
      </w:r>
    </w:p>
    <w:p>
      <w:pPr>
        <w:jc w:val="right"/>
      </w:pPr>
      <w:r>
        <w:t>ہے؟ کیا mountain اور ocean جھوٹ بولتے ہیں؟ کوئی نہیں۔ یہ صرف انسان ہے جو جہاں evil پایا جاتا ہے۔</w:t>
      </w:r>
    </w:p>
    <w:p>
      <w:r>
        <w:rPr>
          <w:b/>
        </w:rPr>
        <w:t xml:space="preserve">[09:56] </w:t>
      </w:r>
      <w:r>
        <w:t>rest of the world bhi evil hai hi nahi. the rest evil-free world mein ek chota sa part hai, insan.</w:t>
      </w:r>
    </w:p>
    <w:p>
      <w:pPr>
        <w:jc w:val="right"/>
      </w:pPr>
      <w:r>
        <w:t>Rest of the world بھی evil ہے ہی نہیں۔ The rest evil-free world میں ایک چھوٹا سا part ہے، انسان۔</w:t>
      </w:r>
    </w:p>
    <w:p>
      <w:r>
        <w:rPr>
          <w:b/>
        </w:rPr>
        <w:t xml:space="preserve">[10:04] </w:t>
      </w:r>
      <w:r>
        <w:t>wahan par evil hai. yeh sare philosophers kitni bari fallacy mein pade hue hain.</w:t>
      </w:r>
    </w:p>
    <w:p>
      <w:pPr>
        <w:jc w:val="right"/>
      </w:pPr>
      <w:r>
        <w:t>وہاں پر evil ہے۔ یہ سارے philosophers کتنی بڑی fallacy میں پڑے ہوئے ہیں۔</w:t>
      </w:r>
    </w:p>
    <w:p>
      <w:r>
        <w:rPr>
          <w:b/>
        </w:rPr>
        <w:t xml:space="preserve">[10:12] </w:t>
      </w:r>
      <w:r>
        <w:t>sare philosophers yahi kehte hain. why there are evil in the world bhai world mein evil kahan hai?</w:t>
      </w:r>
    </w:p>
    <w:p>
      <w:pPr>
        <w:jc w:val="right"/>
      </w:pPr>
      <w:r>
        <w:t>سارے philosophers یہی کہتے ہیں۔ why there are evil in the world بھئی world میں evil کہاں ہے؟</w:t>
      </w:r>
    </w:p>
    <w:p>
      <w:r>
        <w:rPr>
          <w:b/>
        </w:rPr>
        <w:t xml:space="preserve">[10:21] </w:t>
      </w:r>
      <w:r>
        <w:t>aap jante hain ke stars ki dunya mein har cheez bilkul perfect hai. aur sari dunya mein, including the planet Earth, har cheez bilkul perfect hai.</w:t>
      </w:r>
    </w:p>
    <w:p>
      <w:pPr>
        <w:jc w:val="right"/>
      </w:pPr>
      <w:r>
        <w:t>آپ جانتے ہیں کہ stars کی دنیا میں ہر چیز بالکل perfect ہے۔ اور ساری دنیا میں، including the planet Earth، ہر چیز بالکل perfect ہے۔</w:t>
      </w:r>
    </w:p>
    <w:p>
      <w:r>
        <w:rPr>
          <w:b/>
        </w:rPr>
        <w:t xml:space="preserve">[10:37] </w:t>
      </w:r>
      <w:r>
        <w:t>ghaas se le kar galaxy tak har cheez perfect hai.</w:t>
      </w:r>
    </w:p>
    <w:p>
      <w:pPr>
        <w:jc w:val="right"/>
      </w:pPr>
      <w:r>
        <w:t>گھاس سے لے کر galaxy تک ہر چیز perfect ہے۔</w:t>
      </w:r>
    </w:p>
    <w:p>
      <w:r>
        <w:rPr>
          <w:b/>
        </w:rPr>
        <w:t xml:space="preserve">[10:42] </w:t>
      </w:r>
      <w:r>
        <w:t>kahin koi evil nahi hai. yani jhoot, zulm, injustice. aur jitni evil ki cheezein hain, corruption, woh kahin hai hi nahi.</w:t>
      </w:r>
    </w:p>
    <w:p>
      <w:pPr>
        <w:jc w:val="right"/>
      </w:pPr>
      <w:r>
        <w:t>کہیں کوئی evil نہیں ہے۔ یعنی جھوٹ، ظلم، injustice۔ اور جتنی evil کی چیزیں ہیں، corruption، وہ کہیں ہے ہی نہیں۔</w:t>
      </w:r>
    </w:p>
    <w:p>
      <w:r>
        <w:rPr>
          <w:b/>
        </w:rPr>
        <w:t xml:space="preserve">[10:54] </w:t>
      </w:r>
      <w:r>
        <w:t>hata ke animal mein bhi nahi hai. jungle ke haiwan jo hain, woh bhi bilkul theek theek apni line par chalte hain. woh</w:t>
      </w:r>
    </w:p>
    <w:p>
      <w:pPr>
        <w:jc w:val="right"/>
      </w:pPr>
      <w:r>
        <w:t>حتیٰ کہ animal میں بھی نہیں ہے۔ جنگل کے حیوان جو ہیں، وہ بھی بالکل ٹھیک ٹھیک اپنی لائن پر چلتے ہیں۔ وہ</w:t>
      </w:r>
    </w:p>
    <w:p>
      <w:r>
        <w:rPr>
          <w:b/>
        </w:rPr>
        <w:t xml:space="preserve">[11:05] </w:t>
      </w:r>
      <w:r>
        <w:t>aap jante hain ke dunya mein ek saanp kabhi kaatta nahi aap ko jab tak aap ise chedein nahi.</w:t>
      </w:r>
    </w:p>
    <w:p>
      <w:pPr>
        <w:jc w:val="right"/>
      </w:pPr>
      <w:r>
        <w:t>آپ جانتے ہیں کہ دنیا میں ایک سانپ کبھی کاٹتا نہیں آپ کو جب تک آپ اسے چھیڑیں نہیں۔</w:t>
      </w:r>
    </w:p>
    <w:p>
      <w:r>
        <w:rPr>
          <w:b/>
        </w:rPr>
        <w:t xml:space="preserve">[11:12] </w:t>
      </w:r>
      <w:r>
        <w:t>agar aap na chhedein to kabhi saanp aap ko nahi kaate ga. to aggression jis ko kehte hain, aggression bhi ek evil hai. koi bhi haiwan, koi bhi animal, aggression nahi karta kabhi bhi.</w:t>
      </w:r>
    </w:p>
    <w:p>
      <w:pPr>
        <w:jc w:val="right"/>
      </w:pPr>
      <w:r>
        <w:t>اگر آپ نہ چھیڑیں تو کبھی سانپ آپ کو نہیں کاٹے گا۔ تو aggression جس کو کہتے ہیں، aggression بھی ایک evil ہے۔ کوئی بھی حیوان، کوئی بھی animal، aggression نہیں کرتا کبھی بھی۔</w:t>
      </w:r>
    </w:p>
    <w:p>
      <w:r>
        <w:rPr>
          <w:b/>
        </w:rPr>
        <w:t xml:space="preserve">[11:27] </w:t>
      </w:r>
      <w:r>
        <w:t>koi bhi bheer ya koi sher, koi saanp, koi bichhoo, kabhi aggression nahi karta hai. yeh sirf insaan hai jo aggression karta hai.</w:t>
      </w:r>
    </w:p>
    <w:p>
      <w:pPr>
        <w:jc w:val="right"/>
      </w:pPr>
      <w:r>
        <w:t>کوئی بھیڑ یا کوئی شیر، کوئی سانپ، کوئی بچھو، کبھی aggression نہیں کرتا ہے۔ یہ صرف انسان ہے جو aggression کرتا ہے۔</w:t>
      </w:r>
    </w:p>
    <w:p>
      <w:r>
        <w:rPr>
          <w:b/>
        </w:rPr>
        <w:t xml:space="preserve">[11:37] </w:t>
      </w:r>
      <w:r>
        <w:t>yani baghair kisi justification ke attack karna, baghair kisi justification ke kisi ko maarna, baghair kisi justification ke ladaai chhedna,</w:t>
      </w:r>
    </w:p>
    <w:p>
      <w:pPr>
        <w:jc w:val="right"/>
      </w:pPr>
      <w:r>
        <w:t>یعنی بغیر کسی justification کے attack کرنا، بغیر کسی justification کے کسی کو مارنا، بغیر کسی justification کے لڑائی چھیڑنا،</w:t>
      </w:r>
    </w:p>
    <w:p>
      <w:r>
        <w:rPr>
          <w:b/>
        </w:rPr>
        <w:t xml:space="preserve">[11:51] </w:t>
      </w:r>
      <w:r>
        <w:t>bombardment karna, yeh sab kaun karta hai? insaan karta hai. koi animal aisa nahi hai jo aggression karta hai.</w:t>
      </w:r>
    </w:p>
    <w:p>
      <w:pPr>
        <w:jc w:val="right"/>
      </w:pPr>
      <w:r>
        <w:t>bombardment کرنا، یہ سب کون کرتا ہے؟ انسان کرتا ہے۔ کوئی animal ایسا نہیں ہے جو aggression کرتا ہو۔</w:t>
      </w:r>
    </w:p>
    <w:p>
      <w:r>
        <w:rPr>
          <w:b/>
        </w:rPr>
        <w:t xml:space="preserve">[12:02] </w:t>
      </w:r>
      <w:r>
        <w:t>woh jo kuch karenge, difaa mein karenge.</w:t>
      </w:r>
    </w:p>
    <w:p>
      <w:pPr>
        <w:jc w:val="right"/>
      </w:pPr>
      <w:r>
        <w:t>وہ جو کچھ کریں گے، دفاع میں کریں گے۔</w:t>
      </w:r>
    </w:p>
    <w:p>
      <w:r>
        <w:rPr>
          <w:b/>
        </w:rPr>
        <w:t xml:space="preserve">[12:06] </w:t>
      </w:r>
      <w:r>
        <w:t>toh kahan hai woh evil jis ko yeh log kehte hain? saare philosophers, bade bade philosophers kitni badi fallacy mein pade hue hain ke bolte hain ke duniya mein evil hai aur duniya mein evil toh hai hi nahi.</w:t>
      </w:r>
    </w:p>
    <w:p>
      <w:pPr>
        <w:jc w:val="right"/>
      </w:pPr>
      <w:r>
        <w:t>تو کہاں ہے وہ evil جس کو یہ لوگ کہتے ہیں؟ سارے philosophers، بڑے بڑے philosophers کتنی بڑی fallacy میں پڑے ہوئے ہیں کہ بولتے ہیں کہ دنیا میں evil ہے اور دنیا میں evil تو ہے ہی نہیں۔</w:t>
      </w:r>
    </w:p>
    <w:p>
      <w:r>
        <w:rPr>
          <w:b/>
        </w:rPr>
        <w:t xml:space="preserve">[12:20] </w:t>
      </w:r>
      <w:r>
        <w:t>evil hai insaan mein. toh woh exception ko generalize kar rahe hain.</w:t>
      </w:r>
    </w:p>
    <w:p>
      <w:pPr>
        <w:jc w:val="right"/>
      </w:pPr>
      <w:r>
        <w:t>Evil ہے انسان میں۔ تو وہ exception کو generalize کر رہے ہیں۔</w:t>
      </w:r>
    </w:p>
    <w:p>
      <w:r>
        <w:rPr>
          <w:b/>
        </w:rPr>
        <w:t xml:space="preserve">[12:28] </w:t>
      </w:r>
      <w:r>
        <w:t>ek exceptional phenomena ko generalize kar rahe hain.</w:t>
      </w:r>
    </w:p>
    <w:p>
      <w:pPr>
        <w:jc w:val="right"/>
      </w:pPr>
      <w:r>
        <w:t>ایک exceptional phenomena کو generalize کر رہے ہیں۔</w:t>
      </w:r>
    </w:p>
    <w:p>
      <w:r>
        <w:rPr>
          <w:b/>
        </w:rPr>
        <w:t xml:space="preserve">[12:33] </w:t>
      </w:r>
      <w:r>
        <w:t>bade bade mind is ko pakad nahi paaye ke kya ghalti kar rahe hain woh. ek bahut hi chhota sa exception hai. itne bade universe mein, itna bada universe jis ko aaj tak jaan nahi saka aadmi ke kitna lamba hai, kitna choda hai, kitna</w:t>
      </w:r>
    </w:p>
    <w:p>
      <w:pPr>
        <w:jc w:val="right"/>
      </w:pPr>
      <w:r>
        <w:t>بڑے بڑے mind اس کو پکڑ نہیں پائے کہ کیا غلطی کر رہے ہیں وہ۔ ایک بہت ہی چھوٹا سا exception ہے۔ اتنے بڑے universe میں، اتنا بڑا universe جس کو آج تک جان نہیں سکا آدمی کہ کتنا لمبا ہے، کتنا چوڑا ہے، کتنا</w:t>
      </w:r>
    </w:p>
    <w:p>
      <w:r>
        <w:rPr>
          <w:b/>
        </w:rPr>
        <w:t xml:space="preserve">[12:52] </w:t>
      </w:r>
      <w:r>
        <w:t>wasee hai. wahan par ek bahut hi chhota sa, zarray se bhi kam ek part hai insaan. wahan par evil hai. aur insaan ki haqeeqat kya hai?</w:t>
      </w:r>
    </w:p>
    <w:p>
      <w:pPr>
        <w:jc w:val="right"/>
      </w:pPr>
      <w:r>
        <w:t>وسیع ہے۔ وہاں پر ایک بہت ہی چھوٹا سا، ذرے سے بھی کم ایک part ہے انسان۔ وہاں پر evil ہے۔ اور انسان کی حقیقت کیا ہے؟</w:t>
      </w:r>
    </w:p>
    <w:p>
      <w:r>
        <w:rPr>
          <w:b/>
        </w:rPr>
        <w:t xml:space="preserve">[13:07] </w:t>
      </w:r>
      <w:r>
        <w:t>kaha jata hai ke saare hi insaan jitne bhi aurat mard hain, un ko ikattha kiya jaye toh ek ek aise box mein unhein aap bhar sakte hain jin ki lambai chodaai sirf ek mile ho.</w:t>
      </w:r>
    </w:p>
    <w:p>
      <w:pPr>
        <w:jc w:val="right"/>
      </w:pPr>
      <w:r>
        <w:t>کہا جاتا ہے کہ سارے ہی انسان جتنے بھی عورت مرد ہیں، ان کو اکٹھا کیا جائے تو ایک ایک ایسے box میں انہیں آپ بھر سکتے ہیں جن کی لمبائی چوڑائی صرف ایک مائل ہو۔</w:t>
      </w:r>
    </w:p>
    <w:p>
      <w:r>
        <w:rPr>
          <w:b/>
        </w:rPr>
        <w:t xml:space="preserve">[13:20] </w:t>
      </w:r>
      <w:r>
        <w:t>ek square mile, ek square mile ka box kaafi hai sab ko pack karne ke liye.</w:t>
      </w:r>
    </w:p>
    <w:p>
      <w:pPr>
        <w:jc w:val="right"/>
      </w:pPr>
      <w:r>
        <w:t>ایک square mile، ایک square mile کا کا box کافی ہے سب کو pack کرنے کے لیے۔</w:t>
      </w:r>
    </w:p>
    <w:p>
      <w:r>
        <w:rPr>
          <w:b/>
        </w:rPr>
        <w:t xml:space="preserve">[13:31] </w:t>
      </w:r>
      <w:r>
        <w:t>toh yeh saare insaan jo zameen par hain, in ko aap pack kar dein ek box mein toh kya hoga? is ko aap daal dein Pacific Ocean mein toh hamesha ke liye doob jaye ga.</w:t>
      </w:r>
    </w:p>
    <w:p>
      <w:pPr>
        <w:jc w:val="right"/>
      </w:pPr>
      <w:r>
        <w:t>تو یہ سارے انسان جو زمین پر ہیں، ان کو آپ pack کر دیں ایک box میں تو کیا ہوگا؟ اس کو آپ ڈال دیں Pacific Ocean میں تو ہمیشہ کے لیے ڈوب جائے گا۔</w:t>
      </w:r>
    </w:p>
    <w:p>
      <w:r>
        <w:rPr>
          <w:b/>
        </w:rPr>
        <w:t xml:space="preserve">[13:45] </w:t>
      </w:r>
      <w:r>
        <w:t>kyun ke aap jante hain ke Pacific Ocean kitna gehra hai?</w:t>
      </w:r>
    </w:p>
    <w:p>
      <w:pPr>
        <w:jc w:val="right"/>
      </w:pPr>
      <w:r>
        <w:t>کیونکہ آپ جانتے ہیں کہ Pacific Ocean کتنا گہرا ہے؟</w:t>
      </w:r>
    </w:p>
    <w:p>
      <w:r>
        <w:rPr>
          <w:b/>
        </w:rPr>
        <w:t xml:space="preserve">[13:51] </w:t>
      </w:r>
      <w:r>
        <w:t>five and a half miles high five and a half miles gehra hai woh. yaani is ki jo gehrai hai, saade paanch mile gehra hai woh.</w:t>
      </w:r>
    </w:p>
    <w:p>
      <w:pPr>
        <w:jc w:val="right"/>
      </w:pPr>
      <w:r>
        <w:t>five and a half miles high five and a half miles گہرا ہے وہ۔ یعنی اس کی جو گہرائی ہے، ساڑھے پانچ مائل گہرا ہے وہ۔</w:t>
      </w:r>
    </w:p>
    <w:p>
      <w:r>
        <w:rPr>
          <w:b/>
        </w:rPr>
        <w:t xml:space="preserve">[14:03] </w:t>
      </w:r>
      <w:r>
        <w:t>aur ek mile, ek square mile ka aap ka box hoga, aap is mein daal dijiye toh Pacific Ocean mein woh disappear ho jaye ga.</w:t>
      </w:r>
    </w:p>
    <w:p>
      <w:pPr>
        <w:jc w:val="right"/>
      </w:pPr>
      <w:r>
        <w:t>اور ایک مائل، ایک square mile کا آپ کا box ہوگا، آپ اس میں ڈال دیجیے تو Pacific Ocean میں وہ disappear ہو جائے گا۔</w:t>
      </w:r>
    </w:p>
    <w:p>
      <w:r>
        <w:rPr>
          <w:b/>
        </w:rPr>
        <w:t xml:space="preserve">[14:14] </w:t>
      </w:r>
      <w:r>
        <w:t>bas yeh hai haqeeqat insaan ki.</w:t>
      </w:r>
    </w:p>
    <w:p>
      <w:pPr>
        <w:jc w:val="right"/>
      </w:pPr>
      <w:r>
        <w:t>بس یہ ہے حقیقت انسان کی۔</w:t>
      </w:r>
    </w:p>
    <w:p>
      <w:r>
        <w:rPr>
          <w:b/>
        </w:rPr>
        <w:t xml:space="preserve">[14:18] </w:t>
      </w:r>
      <w:r>
        <w:t>toh is tiny part of the world jo hai, jis ko aap insaan kehte hain, is mein evil hai. aur itna bada, itna bada, itna bada universe hai, wahan toh koi evil hi nahi kehen.</w:t>
      </w:r>
    </w:p>
    <w:p>
      <w:pPr>
        <w:jc w:val="right"/>
      </w:pPr>
      <w:r>
        <w:t>تو اس tiny part of the world جو ہے، جس کو آپ انسان کہتے ہیں، اس میں evil ہے۔ اور اتنا بڑا، اتنا بڑا، اتنا بڑا universe ہے، وہاں تو کوئی evil ہی نہیں کہیں۔</w:t>
      </w:r>
    </w:p>
    <w:p>
      <w:r>
        <w:rPr>
          <w:b/>
        </w:rPr>
        <w:t xml:space="preserve">[14:31] </w:t>
      </w:r>
      <w:r>
        <w:t>toh evil-free world mein insaan evil ka namoona hai. toh sochne ki baat yeh nahi hai ke aap yeh kahein ke duniya mein evil kyun hai?</w:t>
      </w:r>
    </w:p>
    <w:p>
      <w:pPr>
        <w:jc w:val="right"/>
      </w:pPr>
      <w:r>
        <w:t>تو evil-free world میں انسان evil کا نمونہ ہے۔ تو سوچنے کی بات یہ نہیں ہے کہ آپ یہ کہیں کہ دنیا میں evil کیوں ہے؟</w:t>
      </w:r>
    </w:p>
    <w:p>
      <w:r>
        <w:rPr>
          <w:b/>
        </w:rPr>
        <w:t xml:space="preserve">[14:43] </w:t>
      </w:r>
      <w:r>
        <w:t>yeh keh kar ke aap kahein Khuda toh hai hi nahi.</w:t>
      </w:r>
    </w:p>
    <w:p>
      <w:pPr>
        <w:jc w:val="right"/>
      </w:pPr>
      <w:r>
        <w:t>یہ کہہ کر کہ آپ کہیں خدا تو ہے ہی نہیں۔</w:t>
      </w:r>
    </w:p>
    <w:p>
      <w:r>
        <w:rPr>
          <w:b/>
        </w:rPr>
        <w:t xml:space="preserve">[14:47] </w:t>
      </w:r>
      <w:r>
        <w:t>yeh toh fallacy hai, yeh argument nahi hai. we have to know the difference between fallacy and argument we have to know the difference between fallacy and argument yeh fallacy hai, yeh argument nahi hai.</w:t>
      </w:r>
    </w:p>
    <w:p>
      <w:pPr>
        <w:jc w:val="right"/>
      </w:pPr>
      <w:r>
        <w:t>یہ تو fallacy ہے، یہ argument نہیں ہے۔ we have to know the difference between fallacy and argument we have to know the difference between fallacy and argument یہ fallacy ہے، یہ argument نہیں ہے۔</w:t>
      </w:r>
    </w:p>
    <w:p>
      <w:r>
        <w:rPr>
          <w:b/>
        </w:rPr>
        <w:t xml:space="preserve">[15:02] </w:t>
      </w:r>
      <w:r>
        <w:t>kyun ke real argument kya banega? woh yeh banega ke aap yeh sochein ke jab saari duniya, saari duniya, saari duniya evil-free hai toh insaan mein kyun aakhir evil hai?</w:t>
      </w:r>
    </w:p>
    <w:p>
      <w:pPr>
        <w:jc w:val="right"/>
      </w:pPr>
      <w:r>
        <w:t>کیونکہ real argument کیا بنے گا؟ وہ یہ بنے گا کہ آپ یہ سوچیں کہ جب ساری دنیا، ساری دنیا، ساری دنیا evil-free ہے تو انسان میں کیوں آخر evil ہے؟</w:t>
      </w:r>
    </w:p>
    <w:p>
      <w:r>
        <w:rPr>
          <w:b/>
        </w:rPr>
        <w:t xml:space="preserve">[15:18] </w:t>
      </w:r>
      <w:r>
        <w:t>toh yeh exception aap ko ek bahut badi baat bataye ga. woh kya bataye ga? Khuda ka existence prove hoga is se.</w:t>
      </w:r>
    </w:p>
    <w:p>
      <w:pPr>
        <w:jc w:val="right"/>
      </w:pPr>
      <w:r>
        <w:t>تو یہ exception آپ کو ایک بہت بڑی بات بتائے گا۔ وہ کیا بتائے گا؟ خدا کا existence prove ہوگا اس سے۔</w:t>
      </w:r>
    </w:p>
    <w:p>
      <w:r>
        <w:rPr>
          <w:b/>
        </w:rPr>
        <w:t xml:space="preserve">[15:30] </w:t>
      </w:r>
      <w:r>
        <w:t>is se intervention prove hoga ke Khuda ne intentionally intervene kiya aur insaan ko mauqa de diya ke woh woh evil barpa kare.</w:t>
      </w:r>
    </w:p>
    <w:p>
      <w:pPr>
        <w:jc w:val="right"/>
      </w:pPr>
      <w:r>
        <w:t>اس سے intervention prove ہوگا کہ خدا نے intentionally intervene کیا اور انسان کو موقع دے دیا کہ وہ وہ evil برپا کرے۔</w:t>
      </w:r>
    </w:p>
    <w:p>
      <w:r>
        <w:rPr>
          <w:b/>
        </w:rPr>
        <w:t xml:space="preserve">[15:44] </w:t>
      </w:r>
      <w:r>
        <w:t>toh intervention jahan hai, is se kya milta hai hum ko? ke itni badi duniya mein, mein samajhta hoon ke exception yeh poora planet Earth is exception hai.</w:t>
      </w:r>
    </w:p>
    <w:p>
      <w:pPr>
        <w:jc w:val="right"/>
      </w:pPr>
      <w:r>
        <w:t>تو intervention جہاں ہے، اس سے کیا ملتا ہے ہم کو؟ کہ اتنی بڑی دنیا میں، میں سمجھتا ہوں کہ exception یہ پورا planet Earth اس exception ہے۔</w:t>
      </w:r>
    </w:p>
    <w:p>
      <w:r>
        <w:rPr>
          <w:b/>
        </w:rPr>
        <w:t xml:space="preserve">[16:00] </w:t>
      </w:r>
      <w:r>
        <w:t>poora planet Earth. yaani yeh sirf ek hi planet hai, chhota sa, jahan aap jante hain ke life support system hai, jahan pani hai, jahan zindagi hai.</w:t>
      </w:r>
    </w:p>
    <w:p>
      <w:pPr>
        <w:jc w:val="right"/>
      </w:pPr>
      <w:r>
        <w:t>پورا planet Earth۔ یعنی یہ صرف ایک ہی planet ہے، چھوٹا سا، جہاں آپ جانتے ہیں کہ life support system ہے، جہاں پانی ہے، جہاں زندگی ہے۔</w:t>
      </w:r>
    </w:p>
    <w:p>
      <w:r>
        <w:rPr>
          <w:b/>
        </w:rPr>
        <w:t xml:space="preserve">[16:11] </w:t>
      </w:r>
      <w:r>
        <w:t>aur phir is mein insan jo hai, wahan free hai. koi aur cheez free nahi hai. kisi ko freedom nahi mila hua hai. yeh insan bolta hai jabkay sitare bol nahi sakte.</w:t>
      </w:r>
    </w:p>
    <w:p>
      <w:pPr>
        <w:jc w:val="right"/>
      </w:pPr>
      <w:r>
        <w:t>اور پھر اس میں انسان جو ہے، وہاں free ہے۔ کوئی اور چیز free نہیں ہے۔ کسی کو freedom نہیں ملا ہوا ہے۔ یہ انسان بولتا ہے جبکہ ستارے بول نہیں سکتے۔</w:t>
      </w:r>
    </w:p>
    <w:p>
      <w:r>
        <w:rPr>
          <w:b/>
        </w:rPr>
        <w:t xml:space="preserve">[16:22] </w:t>
      </w:r>
      <w:r>
        <w:t>insan sochta hai jabkay koi sun soch nahi sakta.</w:t>
      </w:r>
    </w:p>
    <w:p>
      <w:pPr>
        <w:jc w:val="right"/>
      </w:pPr>
      <w:r>
        <w:t>انسان سوچتا ہے جبکہ کوئی سن سوچ نہیں سکتا۔</w:t>
      </w:r>
    </w:p>
    <w:p>
      <w:r>
        <w:rPr>
          <w:b/>
        </w:rPr>
        <w:t xml:space="preserve">[16:27] </w:t>
      </w:r>
      <w:r>
        <w:t>insan chalta hai jabkay koi mountain chal nahi sakta.</w:t>
      </w:r>
    </w:p>
    <w:p>
      <w:pPr>
        <w:jc w:val="right"/>
      </w:pPr>
      <w:r>
        <w:t>انسان چلتا ہے جبکہ کوئی mountain چل نہیں سکتا۔</w:t>
      </w:r>
    </w:p>
    <w:p>
      <w:r>
        <w:rPr>
          <w:b/>
        </w:rPr>
        <w:t xml:space="preserve">[16:33] </w:t>
      </w:r>
      <w:r>
        <w:t>to yeh planet Earth jo hai, woh ek exception hai. isi exception ka ek hissa hai insan ki zindagi. to mein yeh kahunga ke exception jo hai, Khuda ka saboot hai.</w:t>
      </w:r>
    </w:p>
    <w:p>
      <w:pPr>
        <w:jc w:val="right"/>
      </w:pPr>
      <w:r>
        <w:t>تو یہ planet Earth جو ہے، وہ ایک exception ہے۔ اسی exception کا ایک حصہ ہے انسان کی زندگی۔ تو میں یہ کہوں گا کہ exception جو ہے، خدا کا ثبوت ہے۔</w:t>
      </w:r>
    </w:p>
    <w:p>
      <w:r>
        <w:rPr>
          <w:b/>
        </w:rPr>
        <w:t xml:space="preserve">[16:48] </w:t>
      </w:r>
      <w:r>
        <w:t>exception means intervention and invention is a proof of intervener but the existence of intervener is proved</w:t>
      </w:r>
    </w:p>
    <w:p>
      <w:pPr>
        <w:jc w:val="right"/>
      </w:pPr>
      <w:r>
        <w:t>exception means intervention and invention is a proof of intervener but the existence of intervener is proved</w:t>
      </w:r>
    </w:p>
    <w:p>
      <w:r>
        <w:rPr>
          <w:b/>
        </w:rPr>
        <w:t xml:space="preserve">[16:57] </w:t>
      </w:r>
      <w:r>
        <w:t>existence of god is also proved to formula yeh hua ke exception is baat ka saboot hai ke yahan par intervention hua hai.</w:t>
      </w:r>
    </w:p>
    <w:p>
      <w:pPr>
        <w:jc w:val="right"/>
      </w:pPr>
      <w:r>
        <w:t>existence of god is also proved تو فارمولا یہ ہوا کہ exception اس بات کا ثبوت ہے کہ یہاں پر intervention ہوا ہے۔</w:t>
      </w:r>
    </w:p>
    <w:p>
      <w:r>
        <w:rPr>
          <w:b/>
        </w:rPr>
        <w:t xml:space="preserve">[17:10] </w:t>
      </w:r>
      <w:r>
        <w:t>saari universe alag ek ek formula yahan apply kiya gaya jis ko mein exception keh raha hoon. to exception is baat ka proof bana ke yahan par intervene hua hai, intervention hua hai.</w:t>
      </w:r>
    </w:p>
    <w:p>
      <w:pPr>
        <w:jc w:val="right"/>
      </w:pPr>
      <w:r>
        <w:t>ساری universe الگ ایک ایک فارمولا یہاں اپلائی کیا گیا جس کو میں exception کہہ رہا ہوں۔ تو exception اس بات کا proof بنا کہ یہاں پر intervene ہوا ہے، intervention ہوا ہے۔</w:t>
      </w:r>
    </w:p>
    <w:p>
      <w:r>
        <w:rPr>
          <w:b/>
        </w:rPr>
        <w:t xml:space="preserve">[17:24] </w:t>
      </w:r>
      <w:r>
        <w:t>jab intervention hua hai to is ka matlab hai ke koi intervener hai. aur jab intervener sabit ho jaye, intervener ka existence prove ho jaye to is ka matlab kya hai?</w:t>
      </w:r>
    </w:p>
    <w:p>
      <w:pPr>
        <w:jc w:val="right"/>
      </w:pPr>
      <w:r>
        <w:t>جب intervention ہوا ہے تو اس کا مطلب ہے کہ کوئی intervener ہے۔ اور جب intervener ثابت ہو جائے، intervener کا existence prove ہو جائے تو اس کا مطلب کیا ہے؟</w:t>
      </w:r>
    </w:p>
    <w:p>
      <w:r>
        <w:rPr>
          <w:b/>
        </w:rPr>
        <w:t xml:space="preserve">[17:37] </w:t>
      </w:r>
      <w:r>
        <w:t>god ka existence apne aap prove ho gaya. to jis cheez ko probably evil keh rahe hain, jis se woh Khuda ko inkar kar rahe hain ke Khuda nahi hai, us se to Khuda prove ho raha hai.</w:t>
      </w:r>
    </w:p>
    <w:p>
      <w:pPr>
        <w:jc w:val="right"/>
      </w:pPr>
      <w:r>
        <w:t>god کا existence اپنے آپ prove ہو گیا۔ تو جس چیز کو probably evil کہہ رہے ہیں، جس سے وہ خدا کو انکار کر رہے ہیں کہ خدا نہیں ہے، اس سے تو خدا prove ہو رہا ہے۔</w:t>
      </w:r>
    </w:p>
    <w:p>
      <w:r>
        <w:rPr>
          <w:b/>
        </w:rPr>
        <w:t xml:space="preserve">[17:47] </w:t>
      </w:r>
      <w:r>
        <w:t>to dekhiye, bohat hi serious baat hai, is ko samjhiye.</w:t>
      </w:r>
    </w:p>
    <w:p>
      <w:pPr>
        <w:jc w:val="right"/>
      </w:pPr>
      <w:r>
        <w:t>تو دیکھیے، بہت ہی serious بات ہے، اس کو سمجھئیے۔</w:t>
      </w:r>
    </w:p>
    <w:p>
      <w:r>
        <w:rPr>
          <w:b/>
        </w:rPr>
        <w:t xml:space="preserve">[17:52] </w:t>
      </w:r>
      <w:r>
        <w:t>yani jis ko keh rahe hain probably evil, woh hai exception. exception ko wrong nomenclature kar ke woh keh rahe hain.</w:t>
      </w:r>
    </w:p>
    <w:p>
      <w:pPr>
        <w:jc w:val="right"/>
      </w:pPr>
      <w:r>
        <w:t>یعنی جس کو کہہ رہے ہیں probably evil، وہ ہے exception۔ exception کو wrong nomenclature کر کے وہ کہہ رہے ہیں۔</w:t>
      </w:r>
    </w:p>
    <w:p>
      <w:r>
        <w:rPr>
          <w:b/>
        </w:rPr>
        <w:t xml:space="preserve">[18:02] </w:t>
      </w:r>
      <w:r>
        <w:t>yeh yeh case of wrong nomenclature ka hai.</w:t>
      </w:r>
    </w:p>
    <w:p>
      <w:pPr>
        <w:jc w:val="right"/>
      </w:pPr>
      <w:r>
        <w:t>یہ یہ case of wrong nomenclature کا ہے۔</w:t>
      </w:r>
    </w:p>
    <w:p>
      <w:r>
        <w:rPr>
          <w:b/>
        </w:rPr>
        <w:t xml:space="preserve">[18:07] </w:t>
      </w:r>
      <w:r>
        <w:t>yeh saare jo log hain, wrong nomenclature ka sahara le rahe hain. jis jo cheez thi exception, us ko keh diya evil.</w:t>
      </w:r>
    </w:p>
    <w:p>
      <w:pPr>
        <w:jc w:val="right"/>
      </w:pPr>
      <w:r>
        <w:t>یہ سارے جو لوگ ہیں، wrong nomenclature کا سہارا لے رہے ہیں۔ جس جو چیز تھی exception، اس کو کہہ دیا evil۔</w:t>
      </w:r>
    </w:p>
    <w:p>
      <w:r>
        <w:rPr>
          <w:b/>
        </w:rPr>
        <w:t xml:space="preserve">[18:17] </w:t>
      </w:r>
      <w:r>
        <w:t>aur evil keh diya, us ke baad phir kaha ke sahib, koi to Khuda hi nahi hai is kainat ka.</w:t>
      </w:r>
    </w:p>
    <w:p>
      <w:pPr>
        <w:jc w:val="right"/>
      </w:pPr>
      <w:r>
        <w:t>اور evil کہہ دیا، اس کے بعد پھر کہا کہ صاحب، کوئی تو خدا ہی نہیں ہے اس کائنات کا۔</w:t>
      </w:r>
    </w:p>
    <w:p>
      <w:r>
        <w:rPr>
          <w:b/>
        </w:rPr>
        <w:t xml:space="preserve">[18:24] </w:t>
      </w:r>
      <w:r>
        <w:t>to mein samajhta hoon ke yeh yeh dunya jo ek exception hai poori universe mein, aap dekhen ke jitne bhi bodies hain, heavenly bodies space mein jitne bodies hain, sab evolve kar rahe hain.</w:t>
      </w:r>
    </w:p>
    <w:p>
      <w:pPr>
        <w:jc w:val="right"/>
      </w:pPr>
      <w:r>
        <w:t>تو میں سمجھتا ہوں کہ یہ یہ دنیا جو ایک exception ہے پوری universe میں، آپ دیکھیں کہ جتنے بھی bodies ہیں، heavenly bodies space میں جتنے bodies ہیں، سب evolve کر رہے ہیں۔</w:t>
      </w:r>
    </w:p>
    <w:p>
      <w:r>
        <w:rPr>
          <w:b/>
        </w:rPr>
        <w:t xml:space="preserve">[18:43] </w:t>
      </w:r>
      <w:r>
        <w:t>koi bhi ruka hua nahi hai. sab evolve kar rahe hain. evolve kar rahe hain kis par? orbit par. sab ka ek orbit hai. woh orbit par chal rahe hain woh.</w:t>
      </w:r>
    </w:p>
    <w:p>
      <w:pPr>
        <w:jc w:val="right"/>
      </w:pPr>
      <w:r>
        <w:t>کوئی بھی رکا ہوا نہیں ہے۔ سب evolve کر رہے ہیں۔ evolve کر رہے ہیں کس پر؟ orbit پر۔ سب کا ایک orbit ہے۔ وہ orbit پر چل رہے ہیں وہ۔</w:t>
      </w:r>
    </w:p>
    <w:p>
      <w:r>
        <w:rPr>
          <w:b/>
        </w:rPr>
        <w:t xml:space="preserve">[18:54] </w:t>
      </w:r>
      <w:r>
        <w:t>lekin lekin hamari jo Earth hai, is mein double rotation hai. yani woh evolve kar rahi hai orbit mein suraj ke gird aur sath sath woh evolve kar rahi hai apne axis par.</w:t>
      </w:r>
    </w:p>
    <w:p>
      <w:pPr>
        <w:jc w:val="right"/>
      </w:pPr>
      <w:r>
        <w:t>لیکن لیکن ہماری جو Earth ہے، اس میں double rotation ہے۔ یعنی وہ evolve کر رہی ہے orbit میں سورج کے گرد اور ساتھ ساتھ وہ evolve کر رہی ہے اپنے axis پر۔</w:t>
      </w:r>
    </w:p>
    <w:p>
      <w:r>
        <w:rPr>
          <w:b/>
        </w:rPr>
        <w:t xml:space="preserve">[19:13] </w:t>
      </w:r>
      <w:r>
        <w:t>to orbit mein ghoomte hue woh apne axis par ghoom rahi hai. yeh double rotation. double rotation is</w:t>
      </w:r>
    </w:p>
    <w:p>
      <w:pPr>
        <w:jc w:val="right"/>
      </w:pPr>
      <w:r>
        <w:t>تو orbit میں گھومتے ہوئے وہ اپنے axis پر گھوم رہی ہے۔ یہ double rotation۔ double rotation is</w:t>
      </w:r>
    </w:p>
    <w:p>
      <w:r>
        <w:rPr>
          <w:b/>
        </w:rPr>
        <w:t xml:space="preserve">[19:20] </w:t>
      </w:r>
      <w:r>
        <w:t>exception yani poori universe mein koi aaj tak aisa planet ya aisa star discover nahi ho saka hai jis ke andar double rotation ho.</w:t>
      </w:r>
    </w:p>
    <w:p>
      <w:pPr>
        <w:jc w:val="right"/>
      </w:pPr>
      <w:r>
        <w:t>exception یعنی پوری universe میں کوئی آج تک ایسا planet یا ایسا star discover نہیں ہو سکا ہے جس کے اندر double rotation ہو۔</w:t>
      </w:r>
    </w:p>
    <w:p>
      <w:r>
        <w:rPr>
          <w:b/>
        </w:rPr>
        <w:t xml:space="preserve">[19:31] </w:t>
      </w:r>
      <w:r>
        <w:t>ek to sab mein hai. sab apne orbit par ghoom rahe hain. lekin orbit par ghoomte hue axis par ghoomna yani double rotation, yeh to sirf sirf zameen mein hai.</w:t>
      </w:r>
    </w:p>
    <w:p>
      <w:pPr>
        <w:jc w:val="right"/>
      </w:pPr>
      <w:r>
        <w:t>ایک تو سب میں ہے۔ سب اپنے orbit پر گھوم رہے ہیں۔ لیکن orbit پر گھومتے ہوئے axis پر گھومنا یعنی double rotation، یہ تو صرف صرف زمین میں ہے۔</w:t>
      </w:r>
    </w:p>
    <w:p>
      <w:r>
        <w:rPr>
          <w:b/>
        </w:rPr>
        <w:t xml:space="preserve">[19:46] </w:t>
      </w:r>
      <w:r>
        <w:t>yeh itna bara exception.</w:t>
      </w:r>
    </w:p>
    <w:p>
      <w:pPr>
        <w:jc w:val="right"/>
      </w:pPr>
      <w:r>
        <w:t>یہ اتنا بڑا exception۔</w:t>
      </w:r>
    </w:p>
    <w:p>
      <w:r>
        <w:rPr>
          <w:b/>
        </w:rPr>
        <w:t xml:space="preserve">[19:48] </w:t>
      </w:r>
      <w:r>
        <w:t>isi ko mein keh raha hoon ke exception is baat ka proof hai ke yahan intervention hua hai. aur intervention is baat ka proof hai ke yahan intervener hai. aur jab intervener prove ho jaye to god bhi prove ho jata hai.</w:t>
      </w:r>
    </w:p>
    <w:p>
      <w:pPr>
        <w:jc w:val="right"/>
      </w:pPr>
      <w:r>
        <w:t>اسی کو میں کہہ رہا ہوں کہ exception اس بات کا proof ہے کہ یہاں intervention ہوا ہے۔ اور intervention اس بات کا proof ہے کہ یہاں intervener ہے۔ اور جب intervener prove ہو جائے تو god بھی prove ہو جاتا ہے۔</w:t>
      </w:r>
    </w:p>
    <w:p>
      <w:r>
        <w:rPr>
          <w:b/>
        </w:rPr>
        <w:t xml:space="preserve">[20:03] </w:t>
      </w:r>
      <w:r>
        <w:t>yeh hai formula. ab dekhiye ke insan jo hai, sirf insani ke andar evil kyun hai?</w:t>
      </w:r>
    </w:p>
    <w:p>
      <w:pPr>
        <w:jc w:val="right"/>
      </w:pPr>
      <w:r>
        <w:t>یہ ہے فارمولا۔ اب دیکھیے کہ انسان جو ہے، صرف انسانی کے اندر evil کیوں ہے؟</w:t>
      </w:r>
    </w:p>
    <w:p>
      <w:r>
        <w:rPr>
          <w:b/>
        </w:rPr>
        <w:t xml:space="preserve">[20:15] </w:t>
      </w:r>
      <w:r>
        <w:t>yani jab evil rest of the world mein nahi hai to ek tiny hissa jo hai insan ka, usi mein evil kyun hai?</w:t>
      </w:r>
    </w:p>
    <w:p>
      <w:pPr>
        <w:jc w:val="right"/>
      </w:pPr>
      <w:r>
        <w:t>یعنی جب evil rest of the world میں نہیں ہے تو ایک tiny حصہ جو ہے انسان کا، اسی میں evil کیوں ہے؟</w:t>
      </w:r>
    </w:p>
    <w:p>
      <w:r>
        <w:rPr>
          <w:b/>
        </w:rPr>
        <w:t xml:space="preserve">[20:26] </w:t>
      </w:r>
      <w:r>
        <w:t>to is ka sahi explanation yeh hoga, right explanation ke yeh it is due to freedom yani kisi aur jo universe mein aur jo cheezein hain, kisi ko freedom nahi mila hua hai to evil bhi wahan par nahi hai.</w:t>
      </w:r>
    </w:p>
    <w:p>
      <w:pPr>
        <w:jc w:val="right"/>
      </w:pPr>
      <w:r>
        <w:t>تو اس کا صحیح explanation یہ ہوگا،right explanation کہ یہ it is due to freedom یعنی کسی اور جو universe میں اور جو چیزیں ہیں، کسی کو freedom نہیں ملا ہوا ہے تو evil بھی وہاں پر نہیں ہے۔</w:t>
      </w:r>
    </w:p>
    <w:p>
      <w:r>
        <w:rPr>
          <w:b/>
        </w:rPr>
        <w:t xml:space="preserve">[20:46] </w:t>
      </w:r>
      <w:r>
        <w:t>evil ka matlab kya hai? woh apne right path se hatna. kyunke sitare apne right path se hat'te nahi, is liye kahin takraao nahi hota.</w:t>
      </w:r>
    </w:p>
    <w:p>
      <w:pPr>
        <w:jc w:val="right"/>
      </w:pPr>
      <w:r>
        <w:t>evil کا مطلب کیا ہے؟ وہ اپنےright path سے ہٹنا۔ کیونکہ ستارے اپنےright path سے ہٹتے نہیں، اس لئے کہیں ٹکراؤ نہیں ہوتا۔</w:t>
      </w:r>
    </w:p>
    <w:p>
      <w:r>
        <w:rPr>
          <w:b/>
        </w:rPr>
        <w:t xml:space="preserve">[20:57] </w:t>
      </w:r>
      <w:r>
        <w:t>aap jante hain ke itne numerous stars ghoom rahe hain lekin takraao nahi hota. kyun? unka jo path hai, jo orbit hai, theek theek usi ko follow karte hain woh.</w:t>
      </w:r>
    </w:p>
    <w:p>
      <w:pPr>
        <w:jc w:val="right"/>
      </w:pPr>
      <w:r>
        <w:t>آپ جانتے ہیں کہ اتنے numerous stars گھوم رہے ہیں لیکن ٹکراؤ نہیں ہوتا۔ کیوں؟ ان کا جو path ہے، جو orbit ہے، ٹھیک ٹھیک اسی کو follow کرتے ہیں وہ۔</w:t>
      </w:r>
    </w:p>
    <w:p>
      <w:r>
        <w:rPr>
          <w:b/>
        </w:rPr>
        <w:t xml:space="preserve">[21:08] </w:t>
      </w:r>
      <w:r>
        <w:t>na idhar hote, na udhar hote. agar idhar udhar hon to takraao hoga.</w:t>
      </w:r>
    </w:p>
    <w:p>
      <w:pPr>
        <w:jc w:val="right"/>
      </w:pPr>
      <w:r>
        <w:t>نہ ادھر ہوتے، نہ اُدھر ہوتے۔ اگر ادھر اُدھر ہوں تو ٹکراؤ ہوگا۔</w:t>
      </w:r>
    </w:p>
    <w:p>
      <w:r>
        <w:rPr>
          <w:b/>
        </w:rPr>
        <w:t xml:space="preserve">[21:16] </w:t>
      </w:r>
      <w:r>
        <w:t>jaise hamare hawai jahaz jo hain, woh control tower ke mutabiq chalte hain. agar woh control tower ko follow na karein, control tower ki directions ko follow na karein, idhar bhagein, udhar bhagein to sab takrayenge aapas mein.</w:t>
      </w:r>
    </w:p>
    <w:p>
      <w:pPr>
        <w:jc w:val="right"/>
      </w:pPr>
      <w:r>
        <w:t>جیسے ہمارے ہوائی جہاز جو ہیں، وہ کنٹرول ٹاور کے مطابق چلتے ہیں۔ اگر وہ کنٹرول ٹاور کو follow نہ کریں، کنٹرول ٹاور کی directions کو follow نہ کریں، ادھر بھاگیں، اُدھر بھاگیں تو سب ٹکرائیں گے آپس میں۔</w:t>
      </w:r>
    </w:p>
    <w:p>
      <w:r>
        <w:rPr>
          <w:b/>
        </w:rPr>
        <w:t xml:space="preserve">[21:32] </w:t>
      </w:r>
      <w:r>
        <w:t>to control tower ki directions ko mukammal taur par follow karte hue chalte hain tamam jahaz. is liye in mein takraao nahi hota.</w:t>
      </w:r>
    </w:p>
    <w:p>
      <w:pPr>
        <w:jc w:val="right"/>
      </w:pPr>
      <w:r>
        <w:t>تو کنٹرول ٹاور کی directions کو مکمل طور پر follow کرتے ہوئے چلتے ہیں تمام جہاز۔ اس لئے ان میں ٹکراؤ نہیں ہوتا۔</w:t>
      </w:r>
    </w:p>
    <w:p>
      <w:r>
        <w:rPr>
          <w:b/>
        </w:rPr>
        <w:t xml:space="preserve">[21:39] </w:t>
      </w:r>
      <w:r>
        <w:t>is tarah se sitaron mein hai ke woh bohat ziyada follow karte hue chalte hain is is path ko jo unke liye muqarrar kiya gaya hai.</w:t>
      </w:r>
    </w:p>
    <w:p>
      <w:pPr>
        <w:jc w:val="right"/>
      </w:pPr>
      <w:r>
        <w:t>اس طرح سے ستاروں میں ہے کہ وہ بہت زیادہ follow کرتے ہوئے چلتے ہیں اس اس path کو جو ان کے لئے مقرر کیا گیا ہے۔</w:t>
      </w:r>
    </w:p>
    <w:p>
      <w:r>
        <w:rPr>
          <w:b/>
        </w:rPr>
        <w:t xml:space="preserve">[21:52] </w:t>
      </w:r>
      <w:r>
        <w:t>is liye wahan takraao nahi hota. to evil nahi kahin par hai. evil sirf insaan mein hai. to jab insani mein evil hai to hamein is ka explanation dhoondna padega.</w:t>
      </w:r>
    </w:p>
    <w:p>
      <w:pPr>
        <w:jc w:val="right"/>
      </w:pPr>
      <w:r>
        <w:t>اس لئے وہاں ٹکراؤ نہیں ہوتا۔ تو evil نہیں کہیں پر ہے۔ evil صرف انسان میں ہے۔ تو جب انسانی میں evil ہے تو ہمیں اس کا explanation ڈھونڈنا پڑے گا۔</w:t>
      </w:r>
    </w:p>
    <w:p>
      <w:r>
        <w:rPr>
          <w:b/>
        </w:rPr>
        <w:t xml:space="preserve">[22:05] </w:t>
      </w:r>
      <w:r>
        <w:t>woh kya hai? woh hai freedom.</w:t>
      </w:r>
    </w:p>
    <w:p>
      <w:pPr>
        <w:jc w:val="right"/>
      </w:pPr>
      <w:r>
        <w:t>وہ کیا ہے؟ وہ ہے freedom۔</w:t>
      </w:r>
    </w:p>
    <w:p>
      <w:r>
        <w:rPr>
          <w:b/>
        </w:rPr>
        <w:t xml:space="preserve">[22:08] </w:t>
      </w:r>
      <w:r>
        <w:t>ke insaan ko specially, exceptionally freedom of choice diya gaya hai. ab is ki wajah se yeh ho gaya, do option ho gaye.</w:t>
      </w:r>
    </w:p>
    <w:p>
      <w:pPr>
        <w:jc w:val="right"/>
      </w:pPr>
      <w:r>
        <w:t>کہ انسان کو specially، exceptionally freedom of choice دیا گیا ہے۔ اب اس کی وجہ سے یہ ہوگیا، دو option ہو گئے۔</w:t>
      </w:r>
    </w:p>
    <w:p>
      <w:r>
        <w:rPr>
          <w:b/>
        </w:rPr>
        <w:t xml:space="preserve">[22:20] </w:t>
      </w:r>
      <w:r>
        <w:t>yani rest of the universe mein ek hi option hai ke woh is guidance ko follow karein. suraj, chand aur sitaron ko ek hi option hai ke woh law of nature ko follow karein.</w:t>
      </w:r>
    </w:p>
    <w:p>
      <w:pPr>
        <w:jc w:val="right"/>
      </w:pPr>
      <w:r>
        <w:t>یعنی rest of the universe میں ایک ہی option ہے کہ وہ اس guidance کو follow کریں۔ سورج، چاند اور ستاروں کو ایک ہی option ہے کہ وہ law of nature کو follow کریں۔</w:t>
      </w:r>
    </w:p>
    <w:p>
      <w:r>
        <w:rPr>
          <w:b/>
        </w:rPr>
        <w:t xml:space="preserve">[22:34] </w:t>
      </w:r>
      <w:r>
        <w:t>insaan ke liye do option ho gaye.</w:t>
      </w:r>
    </w:p>
    <w:p>
      <w:pPr>
        <w:jc w:val="right"/>
      </w:pPr>
      <w:r>
        <w:t>انسان کے لئے دو option ہو گئے۔</w:t>
      </w:r>
    </w:p>
    <w:p>
      <w:r>
        <w:rPr>
          <w:b/>
        </w:rPr>
        <w:t xml:space="preserve">[22:37] </w:t>
      </w:r>
      <w:r>
        <w:t>ya to follow karein ya deviate karein. ya proper use karein freedom ka ya misuse karein. to do option sirf insaan ko hasil hain.</w:t>
      </w:r>
    </w:p>
    <w:p>
      <w:pPr>
        <w:jc w:val="right"/>
      </w:pPr>
      <w:r>
        <w:t>یا تو follow کریں یا deviate کریں۔ یا proper use کریں freedom کا یا misuse کریں۔ تو دو option صرف انسان کو حاصل ہیں۔</w:t>
      </w:r>
    </w:p>
    <w:p>
      <w:r>
        <w:rPr>
          <w:b/>
        </w:rPr>
        <w:t xml:space="preserve">[22:49] </w:t>
      </w:r>
      <w:r>
        <w:t>kisi bhi poori universe mein kisi ko bhi hasil nahi. yani ghaas se le kar kahkashan tak kisi ko do option nahi mila hua hai.</w:t>
      </w:r>
    </w:p>
    <w:p>
      <w:pPr>
        <w:jc w:val="right"/>
      </w:pPr>
      <w:r>
        <w:t>کسی بھی پوری universe میں کسی کو بھی حاصل نہیں۔ یعنی گھاس سے لے کر کہکشاں تک کسی کو دو option نہیں ملا ہوا ہے۔</w:t>
      </w:r>
    </w:p>
    <w:p>
      <w:r>
        <w:rPr>
          <w:b/>
        </w:rPr>
        <w:t xml:space="preserve">[22:59] </w:t>
      </w:r>
      <w:r>
        <w:t>sab ka option ek hai.</w:t>
      </w:r>
    </w:p>
    <w:p>
      <w:pPr>
        <w:jc w:val="right"/>
      </w:pPr>
      <w:r>
        <w:t>سب کا option ایک ہے۔</w:t>
      </w:r>
    </w:p>
    <w:p>
      <w:r>
        <w:rPr>
          <w:b/>
        </w:rPr>
        <w:t xml:space="preserve">[23:03] </w:t>
      </w:r>
      <w:r>
        <w:t>from grass se le kar kahkashan tak kisi ke liye do option nahi hain. sirf insaan hai jiske liye do option hain. ya to ya to freedom ko misuse kare ya proper use kare is ka.</w:t>
      </w:r>
    </w:p>
    <w:p>
      <w:pPr>
        <w:jc w:val="right"/>
      </w:pPr>
      <w:r>
        <w:t>from grass سے لے کر کہکشاں تک کسی کے لئے دو option نہیں ہیں۔ صرف انسان ہے جس کے لئے دو option ہیں۔ یا تو یا تو freedom کو misuse کرے یا proper use کرے اس کا۔</w:t>
      </w:r>
    </w:p>
    <w:p>
      <w:r>
        <w:rPr>
          <w:b/>
        </w:rPr>
        <w:t xml:space="preserve">[23:16] </w:t>
      </w:r>
      <w:r>
        <w:t>to insaan ko chunke do option mil gaya, isi se aisa hua ke evil paida ho gaya. ke insaan jo hai, woh misuse kar ke evil paida karta hai.</w:t>
      </w:r>
    </w:p>
    <w:p>
      <w:pPr>
        <w:jc w:val="right"/>
      </w:pPr>
      <w:r>
        <w:t>تو انسان کو چونکہ دو option مل گیا، اسی سے ایسا ہوا کہ evil پیدا ہوگیا۔ کہ انسان جو ہے، وہ misuse کر کے evil پیدا کرتا ہے۔</w:t>
      </w:r>
    </w:p>
    <w:p>
      <w:r>
        <w:rPr>
          <w:b/>
        </w:rPr>
        <w:t xml:space="preserve">[23:31] </w:t>
      </w:r>
      <w:r>
        <w:t>evil ka matlab hai woh unjust ban jata hai, woh jhoot bolta hai, woh corruption karta hai, woh aggression karta hai, woh ladai chheerta hai, woh kill karta hai logon ko, woh usurp karta hai,</w:t>
      </w:r>
    </w:p>
    <w:p>
      <w:pPr>
        <w:jc w:val="right"/>
      </w:pPr>
      <w:r>
        <w:t>evil کا مطلب ہے وہ unjust بن جاتا ہے، وہ جھوٹ بولتا ہے، وہ corruption کرتا ہے، وہ aggression کرتا ہے، وہ لڑائی چھیڑتا ہے، وہ kill کرتا ہے لوگوں کو، وہ usurp کرتا ہے،</w:t>
      </w:r>
    </w:p>
    <w:p>
      <w:r>
        <w:rPr>
          <w:b/>
        </w:rPr>
        <w:t xml:space="preserve">[23:45] </w:t>
      </w:r>
      <w:r>
        <w:t>doosre ke maal ko chheenta hai.</w:t>
      </w:r>
    </w:p>
    <w:p>
      <w:pPr>
        <w:jc w:val="right"/>
      </w:pPr>
      <w:r>
        <w:t>دوسرے کے مال کو چھینتا ہے۔</w:t>
      </w:r>
    </w:p>
    <w:p>
      <w:r>
        <w:rPr>
          <w:b/>
        </w:rPr>
        <w:t xml:space="preserve">[23:49] </w:t>
      </w:r>
      <w:r>
        <w:t>is tarah se moral buraiyan, yeh gheebat karta hai, kisi ko badnaam karta hai khwamkhwah, kisi ke bare mein buri news phailata hai.</w:t>
      </w:r>
    </w:p>
    <w:p>
      <w:pPr>
        <w:jc w:val="right"/>
      </w:pPr>
      <w:r>
        <w:t>اس طرح سے moral برائیاں، یہ غیبت کرتا ہے، کسی کو بدنام کرتا ہے خوامخواہ، کسی کے بارے میں بری news پھیلاتا ہے۔</w:t>
      </w:r>
    </w:p>
    <w:p>
      <w:r>
        <w:rPr>
          <w:b/>
        </w:rPr>
        <w:t xml:space="preserve">[24:01] </w:t>
      </w:r>
      <w:r>
        <w:t>to jitne bhi qismein hain evil ki, woh sab result hain kis baat ka? freedom ko misuse karne ka.</w:t>
      </w:r>
    </w:p>
    <w:p>
      <w:pPr>
        <w:jc w:val="right"/>
      </w:pPr>
      <w:r>
        <w:t>تو جتنے بھی قسمیں ہیں evil کی، وہ سب result ہیں کس بات کا؟ freedom کو misuse کرنے کا۔</w:t>
      </w:r>
    </w:p>
    <w:p>
      <w:r>
        <w:rPr>
          <w:b/>
        </w:rPr>
        <w:t xml:space="preserve">[24:11] </w:t>
      </w:r>
      <w:r>
        <w:t>freedom ko misuse karne ka.</w:t>
      </w:r>
    </w:p>
    <w:p>
      <w:pPr>
        <w:jc w:val="right"/>
      </w:pPr>
      <w:r>
        <w:t>freedom کو misuse کرنے کا۔</w:t>
      </w:r>
    </w:p>
    <w:p>
      <w:r>
        <w:rPr>
          <w:b/>
        </w:rPr>
        <w:t xml:space="preserve">[24:16] </w:t>
      </w:r>
      <w:r>
        <w:t>to yeh ek hissa hua ke is se yeh baat prove hui ke is duniya ka ek Khuda hai, ek god hai, ek creator hai. ab doosri cheez padhaiye ke hum kaise jaanein ke hamara hamare bare mein kya hai plan Khuda ka.</w:t>
      </w:r>
    </w:p>
    <w:p>
      <w:pPr>
        <w:jc w:val="right"/>
      </w:pPr>
      <w:r>
        <w:t>تو یہ ایک حصہ ہوا کہ اس سے یہ بات prove ہوئی کہ اس دنیا کا ایک خدا ہے، ایک god ہے، ایک creator ہے۔ اب دوسری چیز پڑھائیے کہ ہم کیسے جانیں کہ ہمارا ہمارے بارے میں کیا ہے plan خدا کا۔</w:t>
      </w:r>
    </w:p>
    <w:p>
      <w:r>
        <w:rPr>
          <w:b/>
        </w:rPr>
        <w:t xml:space="preserve">[24:37] </w:t>
      </w:r>
      <w:r>
        <w:t>yani creation plan of Khuda ka hamare bare mein kya hai.</w:t>
      </w:r>
    </w:p>
    <w:p>
      <w:pPr>
        <w:jc w:val="right"/>
      </w:pPr>
      <w:r>
        <w:t>یعنی creation plan of خدا کا ہمارے بارے میں کیا ہے۔</w:t>
      </w:r>
    </w:p>
    <w:p>
      <w:r>
        <w:rPr>
          <w:b/>
        </w:rPr>
        <w:t xml:space="preserve">[24:41] </w:t>
      </w:r>
      <w:r>
        <w:t>to yahan mein yeh kahunga ke hamare paas jo possible differences hain, woh chand hain. jaise philosophy hai, science hai, religions hain.</w:t>
      </w:r>
    </w:p>
    <w:p>
      <w:pPr>
        <w:jc w:val="right"/>
      </w:pPr>
      <w:r>
        <w:t>تو یہاں میں یہ کہوں گا کہ ہمارے پاس جو possible differences ہیں، وہ چند ہیں۔ جیسے philosophy ہے، سائنس ہے، religions ہیں۔</w:t>
      </w:r>
    </w:p>
    <w:p>
      <w:r>
        <w:rPr>
          <w:b/>
        </w:rPr>
        <w:t xml:space="preserve">[24:53] </w:t>
      </w:r>
      <w:r>
        <w:t>ab aap dekhiye, philosophy hum ko is mamle mein koi answer nahi de sakti. kyun? philosophy ki history kam az kam five thousand years tak jati hai.</w:t>
      </w:r>
    </w:p>
    <w:p>
      <w:pPr>
        <w:jc w:val="right"/>
      </w:pPr>
      <w:r>
        <w:t>اب آپ دیکھیے، philosophy ہم کو اس معاملے میں کوئی answer نہیں دے سکتی۔ کیوں؟ philosophy کی history کم از کم five thousand years تک جاتی ہے۔</w:t>
      </w:r>
    </w:p>
    <w:p>
      <w:r>
        <w:rPr>
          <w:b/>
        </w:rPr>
        <w:t xml:space="preserve">[25:06] </w:t>
      </w:r>
      <w:r>
        <w:t>kam az kam. is beech mein itne philosophers hue hain.</w:t>
      </w:r>
    </w:p>
    <w:p>
      <w:pPr>
        <w:jc w:val="right"/>
      </w:pPr>
      <w:r>
        <w:t>کم از کم۔ اس بیچ میں اتنے philosophers ہوئے ہیں۔</w:t>
      </w:r>
    </w:p>
    <w:p>
      <w:r>
        <w:rPr>
          <w:b/>
        </w:rPr>
        <w:t xml:space="preserve">[25:11] </w:t>
      </w:r>
      <w:r>
        <w:t>kisi philosopher ko koi philosopher aisa nahi hua jo conviction ke sath bol sake. koi philosopher nahi jo conviction ke sath bol sake.</w:t>
      </w:r>
    </w:p>
    <w:p>
      <w:pPr>
        <w:jc w:val="right"/>
      </w:pPr>
      <w:r>
        <w:t>کسی philosopher کو کوئی philosopher ایسا نہیں ہوا جو conviction کے ساتھ بول سکے۔ کوئی philosopher نہیں جو conviction کے ساتھ بول سکے۔</w:t>
      </w:r>
    </w:p>
    <w:p>
      <w:r>
        <w:rPr>
          <w:b/>
        </w:rPr>
        <w:t xml:space="preserve">[25:23] </w:t>
      </w:r>
      <w:r>
        <w:t>sare philosophers jo hain, woh jeete rahe kis mein? doubts mein. doubts mein, doubts mein, doubts mein. o mar gaye woh.</w:t>
      </w:r>
    </w:p>
    <w:p>
      <w:pPr>
        <w:jc w:val="right"/>
      </w:pPr>
      <w:r>
        <w:t>سارے philosophers جو ہیں، وہ جیتے رہے کس میں؟ doubts میں۔ doubts میں، doubts میں، doubts میں۔ او مر گئے وہ۔</w:t>
      </w:r>
    </w:p>
    <w:p>
      <w:r>
        <w:rPr>
          <w:b/>
        </w:rPr>
        <w:t xml:space="preserve">[25:35] </w:t>
      </w:r>
      <w:r>
        <w:t>to there philosophers were doubts rather than philosophers of conviction</w:t>
      </w:r>
    </w:p>
    <w:p>
      <w:pPr>
        <w:jc w:val="right"/>
      </w:pPr>
      <w:r>
        <w:t>to there philosophers were doubts rather than philosophers of conviction</w:t>
      </w:r>
    </w:p>
    <w:p>
      <w:r>
        <w:rPr>
          <w:b/>
        </w:rPr>
        <w:t xml:space="preserve">[25:41] </w:t>
      </w:r>
      <w:r>
        <w:t>all those philosophers were philosophers of doubts rather than philosophers of conviction isi liye jab aap philosophy ko parhte hain to wahan aap ko kya milta hai?</w:t>
      </w:r>
    </w:p>
    <w:p>
      <w:pPr>
        <w:jc w:val="right"/>
      </w:pPr>
      <w:r>
        <w:t>all those philosophers were philosophers of doubts rather than philosophers of conviction اسی لئے جب آپ philosophy کو پڑھتے ہیں تو وہاں آپ کو کیا ملتا ہے؟</w:t>
      </w:r>
    </w:p>
    <w:p>
      <w:r>
        <w:rPr>
          <w:b/>
        </w:rPr>
        <w:t xml:space="preserve">[25:54] </w:t>
      </w:r>
      <w:r>
        <w:t>confusion milta hai. aur kuch nahi.</w:t>
      </w:r>
    </w:p>
    <w:p>
      <w:pPr>
        <w:jc w:val="right"/>
      </w:pPr>
      <w:r>
        <w:t>confusion ملتا ہے۔ اور کچھ نہیں۔</w:t>
      </w:r>
    </w:p>
    <w:p>
      <w:r>
        <w:rPr>
          <w:b/>
        </w:rPr>
        <w:t xml:space="preserve">[26:01] </w:t>
      </w:r>
      <w:r>
        <w:t>ek European scholar ne likha hai Bert Russell ke baray mein</w:t>
      </w:r>
    </w:p>
    <w:p>
      <w:pPr>
        <w:jc w:val="right"/>
      </w:pPr>
      <w:r>
        <w:t>ایک European scholar نے لکھا ہے برٹ نرسل کے بارے میں</w:t>
      </w:r>
    </w:p>
    <w:p>
      <w:r>
        <w:rPr>
          <w:b/>
        </w:rPr>
        <w:t xml:space="preserve">[26:06] </w:t>
      </w:r>
      <w:r>
        <w:t>. aap jante hain ke Bert Russell bohat bara philosopher tha. British philosopher. to us ke baray mein likha hai ke Bert Russell was a philosopher of no philosophy ke Bert Russell ka koi falsafa nahi tha.</w:t>
      </w:r>
    </w:p>
    <w:p>
      <w:pPr>
        <w:jc w:val="right"/>
      </w:pPr>
      <w:r>
        <w:t>۔ آپ جانتے ہیں کہ برٹ نرسل بہت بڑا philosopher تھا۔ British philosopher۔ تو اس کے بارے میں لکھا ہے کہ برٹ نرسل was a philosopher of no philosophy کہ برٹ نرسل کا کوئی فلسفہ نہیں تھا۔</w:t>
      </w:r>
    </w:p>
    <w:p>
      <w:r>
        <w:rPr>
          <w:b/>
        </w:rPr>
        <w:t xml:space="preserve">[26:23] </w:t>
      </w:r>
      <w:r>
        <w:t>woh philosopher of no philosophy tha. mein kehta hoon ke sare philosophers ka case yahi hai. all the philosophers were philosophers of no philosophy</w:t>
      </w:r>
    </w:p>
    <w:p>
      <w:pPr>
        <w:jc w:val="right"/>
      </w:pPr>
      <w:r>
        <w:t>وہ philosopher of no philosophy تھا۔ میں کہتا ہوں کہ سارے philosophers کا case یہی ہے۔ all the philosophers were philosophers of no philosophy</w:t>
      </w:r>
    </w:p>
    <w:p>
      <w:r>
        <w:rPr>
          <w:b/>
        </w:rPr>
        <w:t xml:space="preserve">[26:35] </w:t>
      </w:r>
      <w:r>
        <w:t>kyunke jab woh conviction ke sath bolne ki position mein nahi hain, jab koi aisa system nahi bana paye woh jis par agreement ho doosre philosophers ka.</w:t>
      </w:r>
    </w:p>
    <w:p>
      <w:pPr>
        <w:jc w:val="right"/>
      </w:pPr>
      <w:r>
        <w:t>کیونکہ جب وہ conviction کے ساتھ بولنے کی position میں نہیں ہیں، جب کوئی ایسا system نہیں بنا پائے وہ جس پر agreement ہو دوسرے philosophers کا۔</w:t>
      </w:r>
    </w:p>
    <w:p>
      <w:r>
        <w:rPr>
          <w:b/>
        </w:rPr>
        <w:t xml:space="preserve">[26:49] </w:t>
      </w:r>
      <w:r>
        <w:t>har aadmi alag alag boli bol raha hai. to kaise hum aap wahan par us ko point of reference banayenge?</w:t>
      </w:r>
    </w:p>
    <w:p>
      <w:pPr>
        <w:jc w:val="right"/>
      </w:pPr>
      <w:r>
        <w:t>ہر آدمی الگ الگ بولی بول رہا ہے۔ تو کیسے ہم آپ وہاں پر اس کو point of reference بنائیں گے؟</w:t>
      </w:r>
    </w:p>
    <w:p>
      <w:r>
        <w:rPr>
          <w:b/>
        </w:rPr>
        <w:t xml:space="preserve">[26:59] </w:t>
      </w:r>
      <w:r>
        <w:t>for example, ek zamanay mein yeh behas thi ke kya hum prove kar sakte hain ke hum hain?</w:t>
      </w:r>
    </w:p>
    <w:p>
      <w:pPr>
        <w:jc w:val="right"/>
      </w:pPr>
      <w:r>
        <w:t>For example، ایک زمانے میں یہ بحث تھی کہ کیا ہم prove کر سکتے ہیں کہ ہم ہیں؟</w:t>
      </w:r>
    </w:p>
    <w:p>
      <w:r>
        <w:rPr>
          <w:b/>
        </w:rPr>
        <w:t xml:space="preserve">[27:05] </w:t>
      </w:r>
      <w:r>
        <w:t>yani insan ka wajood hai, insan hai. kya is ka koi proof diya ja sakta hai? to bari behasain huin. bari behasain huin.</w:t>
      </w:r>
    </w:p>
    <w:p>
      <w:pPr>
        <w:jc w:val="right"/>
      </w:pPr>
      <w:r>
        <w:t>یعنی انسان کا وجود ہے، انسان ہے۔ کیا اس کا کوئی proof دیا جا سکتا ہے؟ تو بڑی بحثیں ہوئیں۔ بڑی بحثیں ہوئیں۔</w:t>
      </w:r>
    </w:p>
    <w:p>
      <w:r>
        <w:rPr>
          <w:b/>
        </w:rPr>
        <w:t xml:space="preserve">[27:14] </w:t>
      </w:r>
      <w:r>
        <w:t>yahan tak ke Descartes jo bohat bara philosopher tha, us ne kaha ke haan, is ka ek proof hai. to us ne proof yeh diya ke I think therefore I exist mein sochta hoon, is liye mein hoon.</w:t>
      </w:r>
    </w:p>
    <w:p>
      <w:pPr>
        <w:jc w:val="right"/>
      </w:pPr>
      <w:r>
        <w:t>یہاں تک کہ ڈیکارڈ جو بہت بڑا philosopher تھا، اس نے کہا کہ ہاں، اس کا ایک proof ہے۔ تو اس نے proof یہ دیا کہ I think therefore I exist میں سوچتا ہوں، اس لئے میں ہوں۔</w:t>
      </w:r>
    </w:p>
    <w:p>
      <w:r>
        <w:rPr>
          <w:b/>
        </w:rPr>
        <w:t xml:space="preserve">[27:32] </w:t>
      </w:r>
      <w:r>
        <w:t>I think therefore I exist to doosre philosophers ne kya kaha? nahi, yeh koi proof nahi hai. yeh ke thinking tumhara subjective function hai.</w:t>
      </w:r>
    </w:p>
    <w:p>
      <w:pPr>
        <w:jc w:val="right"/>
      </w:pPr>
      <w:r>
        <w:t>I think therefore I exist تو دوسرے philosophers نے کیا کہا؟ نہیں، یہ کوئی proof نہیں ہے۔ یہ کہ thinking تمہارا subjective function ہے۔</w:t>
      </w:r>
    </w:p>
    <w:p>
      <w:r>
        <w:rPr>
          <w:b/>
        </w:rPr>
        <w:t xml:space="preserve">[27:45] </w:t>
      </w:r>
      <w:r>
        <w:t>thinking jo hai, woh ek subjective cheez hai. woh proof kaise banayega? proof to objective hona chahiye.</w:t>
      </w:r>
    </w:p>
    <w:p>
      <w:pPr>
        <w:jc w:val="right"/>
      </w:pPr>
      <w:r>
        <w:t>thinking جو ہے، وہ ایک subjective چیز ہے۔ وہ proof کیسے بنے گا؟ proof تو objective ہونا چاہیے۔</w:t>
      </w:r>
    </w:p>
    <w:p>
      <w:r>
        <w:rPr>
          <w:b/>
        </w:rPr>
        <w:t xml:space="preserve">[27:54] </w:t>
      </w:r>
      <w:r>
        <w:t>yani proof woh hai jo objective ho. aur thinking ek subjective fe'l hai. to tum kehte ho ke I think therefore I exist to tum ne subjective proof diya.</w:t>
      </w:r>
    </w:p>
    <w:p>
      <w:pPr>
        <w:jc w:val="right"/>
      </w:pPr>
      <w:r>
        <w:t>یعنی proof وہ ہے جو objective ہو۔ اور thinking ایک subjective فعل ہے۔ تو تم کہتے ہو کہ I think therefore I exist تو تم نے subjective proof دیا۔</w:t>
      </w:r>
    </w:p>
    <w:p>
      <w:r>
        <w:rPr>
          <w:b/>
        </w:rPr>
        <w:t xml:space="preserve">[28:08] </w:t>
      </w:r>
      <w:r>
        <w:t>aur hamein jo chahiye, woh objective proof chahiye. to woh bhi nahi hua. to philosophy yeh bhi sabit nahi kar saki ke mein hoon.</w:t>
      </w:r>
    </w:p>
    <w:p>
      <w:pPr>
        <w:jc w:val="right"/>
      </w:pPr>
      <w:r>
        <w:t>اور ہمیں جو چاہیے، وہ objective proof چاہیے۔ تو وہ بھی نہیں ہوا۔ تو philosophy یہ بھی ثابت نہیں کر سکی کہ میں ہوں۔</w:t>
      </w:r>
    </w:p>
    <w:p>
      <w:r>
        <w:rPr>
          <w:b/>
        </w:rPr>
        <w:t xml:space="preserve">[28:16] </w:t>
      </w:r>
      <w:r>
        <w:t>insan hai. yani philosophers khud apne wajood ka bhi proof nahi de sake.</w:t>
      </w:r>
    </w:p>
    <w:p>
      <w:pPr>
        <w:jc w:val="right"/>
      </w:pPr>
      <w:r>
        <w:t>انسان ہے۔ یعنی philosophers خود اپنے وجود کا بھی proof نہیں دے سکا۔</w:t>
      </w:r>
    </w:p>
    <w:p>
      <w:r>
        <w:rPr>
          <w:b/>
        </w:rPr>
        <w:t xml:space="preserve">[28:23] </w:t>
      </w:r>
      <w:r>
        <w:t>khud apne. yani ek philosopher apna wajood hai, is ka. woh exist karta hai. is ka proof bhi philosophical term mein nahi diya sake.</w:t>
      </w:r>
    </w:p>
    <w:p>
      <w:pPr>
        <w:jc w:val="right"/>
      </w:pPr>
      <w:r>
        <w:t>خود اپنے۔ یعنی ایک philosopher اپنا وجود ہے، اس کا۔ وہ exist کرتا ہے۔ اس کا proof بھی philosophical term میں نہیں دیا سکا۔</w:t>
      </w:r>
    </w:p>
    <w:p>
      <w:r>
        <w:rPr>
          <w:b/>
        </w:rPr>
        <w:t xml:space="preserve">[28:34] </w:t>
      </w:r>
      <w:r>
        <w:t>to aap bataiye ke philosophy kaise point of reference ban sakti hai is moamlay mein? nahi ban sakti.</w:t>
      </w:r>
    </w:p>
    <w:p>
      <w:pPr>
        <w:jc w:val="right"/>
      </w:pPr>
      <w:r>
        <w:t>تو آپ بتائیے کہ philosophy کیسے point of reference بن سکتی ہے اس معاملے میں؟ نہیں بن سکتی۔</w:t>
      </w:r>
    </w:p>
    <w:p>
      <w:r>
        <w:rPr>
          <w:b/>
        </w:rPr>
        <w:t xml:space="preserve">[28:45] </w:t>
      </w:r>
      <w:r>
        <w:t>ab dekhiye ke jab philosophy ke baad aata hai doosra number s</w:t>
      </w:r>
    </w:p>
    <w:p>
      <w:pPr>
        <w:jc w:val="right"/>
      </w:pPr>
      <w:r>
        <w:t>اب دیکھیے کہ جب philosophy کے بعد آتا ہے دوسرا نمبر س</w:t>
      </w:r>
    </w:p>
    <w:p>
      <w:r>
        <w:rPr>
          <w:b/>
        </w:rPr>
        <w:t xml:space="preserve">[28:50] </w:t>
      </w:r>
      <w:r>
        <w:t>cience ka. science se meri murad hai exact science. yani jis ko kehte hain mathematical science ya experimental science. jis ko kehte hain exact science.</w:t>
      </w:r>
    </w:p>
    <w:p>
      <w:pPr>
        <w:jc w:val="right"/>
      </w:pPr>
      <w:r>
        <w:t>ائنس کا۔ سائنس سے میری مراد ہے exact سائنس۔ یعنی جس کو کہتے ہیں mathematical سائنس یا experimental سائنس۔ جس کو کہتے ہیں exact سائنس۔</w:t>
      </w:r>
    </w:p>
    <w:p>
      <w:r>
        <w:rPr>
          <w:b/>
        </w:rPr>
        <w:t xml:space="preserve">[29:00] </w:t>
      </w:r>
      <w:r>
        <w:t>is se meri murad hai. to aap dekhiye, science ne kya kiya? science ne khud hi yeh keh diya, yeh declare kar diya ke science gives us but a partial knowledge of reality yani science ne khud hi ailan kar diya ke hum phool ki chemistry to bata sakte hain.</w:t>
      </w:r>
    </w:p>
    <w:p>
      <w:pPr>
        <w:jc w:val="right"/>
      </w:pPr>
      <w:r>
        <w:t>اس سے میری مراد ہے۔ تو آپ دیکھیے، سائنس نے کیا کیا؟ سائنس نے خود ہی یہ کہہ دیا، یہ declare کر دیا کہ science gives us but a partial knowledge of reality یعنی سائنس نے خود ہی اعلان کر دیا کہ ہم پھول کی کیمسٹری تو بتا سکتے ہیں۔</w:t>
      </w:r>
    </w:p>
    <w:p>
      <w:r>
        <w:rPr>
          <w:b/>
        </w:rPr>
        <w:t xml:space="preserve">[29:17] </w:t>
      </w:r>
      <w:r>
        <w:t>phool ki khushboo ke baray mein hamein kuch pata nahi.</w:t>
      </w:r>
    </w:p>
    <w:p>
      <w:pPr>
        <w:jc w:val="right"/>
      </w:pPr>
      <w:r>
        <w:t>پھول کی خوشبو کے بارے میں ہمیں کچھ پتہ نہیں۔</w:t>
      </w:r>
    </w:p>
    <w:p>
      <w:r>
        <w:rPr>
          <w:b/>
        </w:rPr>
        <w:t xml:space="preserve">[29:22] </w:t>
      </w:r>
      <w:r>
        <w:t>science khud hi yeh keh rahi hai ke cheezon ki quality ke baray mein hamein koi knowledge nahi hai. cheezon ki chemistry ke baray mein hamein knowledge hai, woh hum bata sakte hain aap ko.</w:t>
      </w:r>
    </w:p>
    <w:p>
      <w:pPr>
        <w:jc w:val="right"/>
      </w:pPr>
      <w:r>
        <w:t>سائنس خود ہی یہ کہہ رہی ہے کہ چیزوں کی کیفیت کے بارے میں ہمیں کوئی knowledge نہیں ہے۔ چیزوں کی کیمسٹری کے بارے میں ہمیں knowledge ہے، وہ ہم بتا سکتے ہیں آپ کو۔</w:t>
      </w:r>
    </w:p>
    <w:p>
      <w:r>
        <w:rPr>
          <w:b/>
        </w:rPr>
        <w:t xml:space="preserve">[29:33] </w:t>
      </w:r>
      <w:r>
        <w:t>toh is baray mein science pehle hi qadam par is baat ka inkar kar rahi hai ke woh point of reference ban sakti hai.</w:t>
      </w:r>
    </w:p>
    <w:p>
      <w:pPr>
        <w:jc w:val="right"/>
      </w:pPr>
      <w:r>
        <w:t>تو اس بارے میں سائنس پہلے ہی قدم پر اس بات کا انکار کر رہی ہے کہ وہ point of reference بن سکتی ہے۔</w:t>
      </w:r>
    </w:p>
    <w:p>
      <w:r>
        <w:rPr>
          <w:b/>
        </w:rPr>
        <w:t xml:space="preserve">[29:42] </w:t>
      </w:r>
      <w:r>
        <w:t>aap sochiye ke hamein zindagi ka masla janna hai. ke creation plan janna hai. purpose of life janna hai. life and death ko janna hai.</w:t>
      </w:r>
    </w:p>
    <w:p>
      <w:pPr>
        <w:jc w:val="right"/>
      </w:pPr>
      <w:r>
        <w:t>آپ سوچیے کہ ہمیں زندگی کا مسئلہ جاننا ہے۔ کہ creation plan جاننا ہے۔ purpose of life جاننا ہے۔ life and death کو جاننا ہے۔</w:t>
      </w:r>
    </w:p>
    <w:p>
      <w:r>
        <w:rPr>
          <w:b/>
        </w:rPr>
        <w:t xml:space="preserve">[29:53] </w:t>
      </w:r>
      <w:r>
        <w:t>toh aisa discipline jis ke paas sirf partial knowledge ho, woh kaise hamare liye zariya ban sakta hai? woh kaise hamare liye source ban sakta hai?</w:t>
      </w:r>
    </w:p>
    <w:p>
      <w:pPr>
        <w:jc w:val="right"/>
      </w:pPr>
      <w:r>
        <w:t>تو ایسا discipline جس کے پاس صرف partial knowledge ہو، وہ کیسے ہمارے لئے ذریعہ بن سکتا ہے؟ وہ کیسے ہمارے لئے source بن سکتا ہے؟</w:t>
      </w:r>
    </w:p>
    <w:p>
      <w:r>
        <w:rPr>
          <w:b/>
        </w:rPr>
        <w:t xml:space="preserve">[30:03] </w:t>
      </w:r>
      <w:r>
        <w:t>kaise hamare liye point of reference ban sakta hai?</w:t>
      </w:r>
    </w:p>
    <w:p>
      <w:pPr>
        <w:jc w:val="right"/>
      </w:pPr>
      <w:r>
        <w:t>کیسے ہمارے لئے point of reference بن سکتا ہے؟</w:t>
      </w:r>
    </w:p>
    <w:p>
      <w:r>
        <w:rPr>
          <w:b/>
        </w:rPr>
        <w:t xml:space="preserve">[30:09] </w:t>
      </w:r>
      <w:r>
        <w:t>isi liye aik aik scientist ne, doctor Alexis Carrel, aik scientist tha, us ne kitaab likhi Man the Unknown</w:t>
      </w:r>
    </w:p>
    <w:p>
      <w:pPr>
        <w:jc w:val="right"/>
      </w:pPr>
      <w:r>
        <w:t>اسی لئے ایک ایک سائنسدان نے، ڈاکٹر الیکسس کیرل، ایک سائنسدان تھا، اس نے کتاب لکھی Man the Unknown</w:t>
      </w:r>
    </w:p>
    <w:p>
      <w:r>
        <w:rPr>
          <w:b/>
        </w:rPr>
        <w:t xml:space="preserve">[30:22] </w:t>
      </w:r>
      <w:r>
        <w:t>yaani aik taraf toh kitaab woh likhi ja rahi thi ke Nature the Known jo discover kiya logon ne, us ko kitaabein likh rahe the log.</w:t>
      </w:r>
    </w:p>
    <w:p>
      <w:pPr>
        <w:jc w:val="right"/>
      </w:pPr>
      <w:r>
        <w:t>یعنی ایک طرف تو کتاب وہ لکھی جا رہی تھی کہ Nature the Known جو discover کیا لوگوں نے، اس کو کتابیں لکھ رہے تھے لوگ۔</w:t>
      </w:r>
    </w:p>
    <w:p>
      <w:r>
        <w:rPr>
          <w:b/>
        </w:rPr>
        <w:t xml:space="preserve">[30:32] </w:t>
      </w:r>
      <w:r>
        <w:t>toh nature ko unhon ne jaan liya. lekin insaan ke baray mein woh keh raha hai ke insaan lamaloom hai.</w:t>
      </w:r>
    </w:p>
    <w:p>
      <w:pPr>
        <w:jc w:val="right"/>
      </w:pPr>
      <w:r>
        <w:t>تو nature کو انہوں نے جان لیا۔ لیکن انسان کے بارے میں وہ کہہ رہا ہے کہ انسان لامعلوم ہے۔</w:t>
      </w:r>
    </w:p>
    <w:p>
      <w:r>
        <w:rPr>
          <w:b/>
        </w:rPr>
        <w:t xml:space="preserve">[30:40] </w:t>
      </w:r>
      <w:r>
        <w:t>insaan ke baray mein hum kuch nahi jante. Man the Unknown ka mamla hai yahan par. toh science bhi is mamle mein dekhiye, point of reference nahi ban sakti.</w:t>
      </w:r>
    </w:p>
    <w:p>
      <w:pPr>
        <w:jc w:val="right"/>
      </w:pPr>
      <w:r>
        <w:t>انسان کے بارے میں ہم کچھ نہیں جانتے۔ Man the Unknown کا معاملہ ہے یہاں پر۔ تو سائنس بھی اس معاملے میں دیکھیے، point of reference نہیں بن سکتی۔</w:t>
      </w:r>
    </w:p>
    <w:p>
      <w:r>
        <w:rPr>
          <w:b/>
        </w:rPr>
        <w:t xml:space="preserve">[30:51] </w:t>
      </w:r>
      <w:r>
        <w:t>ab mamla aata hai religions ka. aap jante hain ke dunya mein koi aik darjan baray religions hain.</w:t>
      </w:r>
    </w:p>
    <w:p>
      <w:pPr>
        <w:jc w:val="right"/>
      </w:pPr>
      <w:r>
        <w:t>اب معاملہ آتا ہے religions کا۔ آپ جانتے ہیں کہ دنیا میں کوئی ایک درجن بڑے religions ہیں۔</w:t>
      </w:r>
    </w:p>
    <w:p>
      <w:r>
        <w:rPr>
          <w:b/>
        </w:rPr>
        <w:t xml:space="preserve">[31:01] </w:t>
      </w:r>
      <w:r>
        <w:t>major religions kuch Semitic religions kahe jatay hain, kuch Aryan religions kahe jatay hain.</w:t>
      </w:r>
    </w:p>
    <w:p>
      <w:pPr>
        <w:jc w:val="right"/>
      </w:pPr>
      <w:r>
        <w:t>major religions کچھ Semitic religions کہے جاتے ہیں، کچھ Aryan religions کہے جاتے ہیں۔</w:t>
      </w:r>
    </w:p>
    <w:p>
      <w:r>
        <w:rPr>
          <w:b/>
        </w:rPr>
        <w:t xml:space="preserve">[31:10] </w:t>
      </w:r>
      <w:r>
        <w:t>toh is zamanay mein aap jante hain ke aik discipline paida hua, us ko kehte hain Historical Study of Religion</w:t>
      </w:r>
    </w:p>
    <w:p>
      <w:pPr>
        <w:jc w:val="right"/>
      </w:pPr>
      <w:r>
        <w:t>تو اس زمانے میں آپ جانتے ہیں کہ ایک discipline پیدا ہوا، اس کو کہتے ہیں Historical Study of Religion</w:t>
      </w:r>
    </w:p>
    <w:p>
      <w:r>
        <w:rPr>
          <w:b/>
        </w:rPr>
        <w:t xml:space="preserve">[31:23] </w:t>
      </w:r>
      <w:r>
        <w:t>pehlay zamanay mein mazhab ko sirf aqeeday ke aitbar se parhaya jata tha. aqeeda. Belief. yaani pehlay zamanay mein jo riwaj tha study ka, toh religion ko as a matter of belief parhaya jata tha.</w:t>
      </w:r>
    </w:p>
    <w:p>
      <w:pPr>
        <w:jc w:val="right"/>
      </w:pPr>
      <w:r>
        <w:t>پہلے زمانے میں مذہب کو صرف عقیدے کے اعتبار سے پڑھایا جاتا تھا۔ عقیدہ۔ Belief۔ یعنی پہلے زمانے میں جو رواج تھا study کا، تو religion کو as a matter of belief پڑھایا جاتا تھا۔</w:t>
      </w:r>
    </w:p>
    <w:p>
      <w:r>
        <w:rPr>
          <w:b/>
        </w:rPr>
        <w:t xml:space="preserve">[31:36] </w:t>
      </w:r>
      <w:r>
        <w:t>bas. is se zyada nahi.</w:t>
      </w:r>
    </w:p>
    <w:p>
      <w:pPr>
        <w:jc w:val="right"/>
      </w:pPr>
      <w:r>
        <w:t>بس۔ اس سے زیادہ نہیں۔</w:t>
      </w:r>
    </w:p>
    <w:p>
      <w:r>
        <w:rPr>
          <w:b/>
        </w:rPr>
        <w:t xml:space="preserve">[31:38] </w:t>
      </w:r>
      <w:r>
        <w:t>is ki scientific inquiry nahi ki jati thi. us ko history par judge nahi kiya jata tha. lekin nineteenth century mein, yaani unniswein sadi mein, aik naya discipline paida hua.</w:t>
      </w:r>
    </w:p>
    <w:p>
      <w:pPr>
        <w:jc w:val="right"/>
      </w:pPr>
      <w:r>
        <w:t>اس کی scientific inquiry نہیں کی جاتی تھی۔ اس کو history پر جج نہیں کیا جاتا تھا۔ لیکن nineteenth century میں، یعنی انیسویں صدی میں، ایک نیا discipline پیدا ہوا۔</w:t>
      </w:r>
    </w:p>
    <w:p>
      <w:r>
        <w:rPr>
          <w:b/>
        </w:rPr>
        <w:t xml:space="preserve">[31:51] </w:t>
      </w:r>
      <w:r>
        <w:t>us ko kehte hain Historical Study of Religion ya Comparative Study of Religion ya Hierarchism Hierarchism bhi kaha jata hai.</w:t>
      </w:r>
    </w:p>
    <w:p>
      <w:pPr>
        <w:jc w:val="right"/>
      </w:pPr>
      <w:r>
        <w:t>اس کو کہتے ہیں Historical Study of Religion یا Comparative Study of Religion یا Hierarchism Hierarchism بھی کہا جاتا ہے۔</w:t>
      </w:r>
    </w:p>
    <w:p>
      <w:r>
        <w:rPr>
          <w:b/>
        </w:rPr>
        <w:t xml:space="preserve">[32:03] </w:t>
      </w:r>
      <w:r>
        <w:t>toh mazhab ko ki study ki gayi is discipline mein. mazhab ki study ki gayi is discipline mein.</w:t>
      </w:r>
    </w:p>
    <w:p>
      <w:pPr>
        <w:jc w:val="right"/>
      </w:pPr>
      <w:r>
        <w:t>تو مذہب کو کی study کی گئی اس discipline میں۔ مذہب کی study کی گئی اس discipline میں۔</w:t>
      </w:r>
    </w:p>
    <w:p>
      <w:r>
        <w:rPr>
          <w:b/>
        </w:rPr>
        <w:t xml:space="preserve">[32:13] </w:t>
      </w:r>
      <w:r>
        <w:t>tu</w:t>
      </w:r>
    </w:p>
    <w:p>
      <w:pPr>
        <w:jc w:val="right"/>
      </w:pPr>
      <w:r>
        <w:t>تو</w:t>
      </w:r>
    </w:p>
    <w:p>
      <w:r>
        <w:rPr>
          <w:b/>
        </w:rPr>
        <w:t xml:space="preserve">[32:16] </w:t>
      </w:r>
      <w:r>
        <w:t>saare jo scholars the, unhon ne mutafqa tor par yeh keh diya ke saare religion jo hain, un ki koi historical base nahi hai.</w:t>
      </w:r>
    </w:p>
    <w:p>
      <w:pPr>
        <w:jc w:val="right"/>
      </w:pPr>
      <w:r>
        <w:t>سارے جو scholars تھے، انہوں نے متفقہ طور پر یہ کہہ دیا کہ سارے religion جو ہیں، ان کی کوئی historical base نہیں ہے۔</w:t>
      </w:r>
    </w:p>
    <w:p>
      <w:r>
        <w:rPr>
          <w:b/>
        </w:rPr>
        <w:t xml:space="preserve">[32:30] </w:t>
      </w:r>
      <w:r>
        <w:t>Historical base nahi hai.</w:t>
      </w:r>
    </w:p>
    <w:p>
      <w:pPr>
        <w:jc w:val="right"/>
      </w:pPr>
      <w:r>
        <w:t>Historical base نہیں ہے۔</w:t>
      </w:r>
    </w:p>
    <w:p>
      <w:r>
        <w:rPr>
          <w:b/>
        </w:rPr>
        <w:t xml:space="preserve">[32:33] </w:t>
      </w:r>
      <w:r>
        <w:t>yahan par Delhi mein Saint Xavier's College aik hai, bohat bara. us mein aik library hai. us mein aik kitaab mein ne parhi, moti si kitaab hai. Historical Jesus Historical Jesus is ka naam hai is kitaab ka.</w:t>
      </w:r>
    </w:p>
    <w:p>
      <w:pPr>
        <w:jc w:val="right"/>
      </w:pPr>
      <w:r>
        <w:t>یہاں پر دلی میں سینٹ جیویرس کالج ایک ہے، بہت بڑا۔ اس میں ایک لائبریری ہے۔ اس میں ایک کتاب میں نے پڑھی، موٹی سی کتاب ہے۔ Historical Jesus Historical Jesus اس کا نام ہے اس کتاب کا۔</w:t>
      </w:r>
    </w:p>
    <w:p>
      <w:r>
        <w:rPr>
          <w:b/>
        </w:rPr>
        <w:t xml:space="preserve">[32:45] </w:t>
      </w:r>
      <w:r>
        <w:t>koi bhi ja ke wahan parh sakta hai. us ka musannif aik Christian hai. aik Christian. toh faith ke tor par woh Christianity ko manta hai.</w:t>
      </w:r>
    </w:p>
    <w:p>
      <w:pPr>
        <w:jc w:val="right"/>
      </w:pPr>
      <w:r>
        <w:t>کوئی بھی جا کے وہاں پڑھ سکتا ہے۔ اس کا مصنف ایک Christian ہے۔ ایک Christian۔ تو faith کے طور پر وہ Christianity کو مانتا ہے۔</w:t>
      </w:r>
    </w:p>
    <w:p>
      <w:r>
        <w:rPr>
          <w:b/>
        </w:rPr>
        <w:t xml:space="preserve">[32:59] </w:t>
      </w:r>
      <w:r>
        <w:t>lekin is kitaab mein woh likhta hai ke Historical Jesus ka koi wajood nahi hai. yaani historical term mein Jesus ka koi wajood nahi hai.</w:t>
      </w:r>
    </w:p>
    <w:p>
      <w:pPr>
        <w:jc w:val="right"/>
      </w:pPr>
      <w:r>
        <w:t>لیکن اس کتاب میں وہ لکھتا ہے کہ Historical Jesus کا کوئی وجود نہیں ہے۔ یعنی historical term میں Jesus کا کوئی وجود نہیں ہے۔</w:t>
      </w:r>
    </w:p>
    <w:p>
      <w:r>
        <w:rPr>
          <w:b/>
        </w:rPr>
        <w:t xml:space="preserve">[33:11] </w:t>
      </w:r>
      <w:r>
        <w:t>chunaancha Bert Norsell ne kaha ke Historically it is quite doubtful whether Christ ever existed at all</w:t>
      </w:r>
    </w:p>
    <w:p>
      <w:pPr>
        <w:jc w:val="right"/>
      </w:pPr>
      <w:r>
        <w:t>چنانچہ برٹ نرسل نے کہا کہ Historically it is quite doubtful whether Christ ever existed at all</w:t>
      </w:r>
    </w:p>
    <w:p>
      <w:r>
        <w:rPr>
          <w:b/>
        </w:rPr>
        <w:t xml:space="preserve">[33:23] </w:t>
      </w:r>
      <w:r>
        <w:t>toh historical term mein har mazhab jo hai, invalid hai.</w:t>
      </w:r>
    </w:p>
    <w:p>
      <w:pPr>
        <w:jc w:val="right"/>
      </w:pPr>
      <w:r>
        <w:t>تو historical term میں ہر مذہب جو ہے، invalid ہے۔</w:t>
      </w:r>
    </w:p>
    <w:p>
      <w:r>
        <w:rPr>
          <w:b/>
        </w:rPr>
        <w:t xml:space="preserve">[33:30] </w:t>
      </w:r>
      <w:r>
        <w:t>koi mazhab authentic mazhab nahin. in terms of history</w:t>
      </w:r>
    </w:p>
    <w:p>
      <w:pPr>
        <w:jc w:val="right"/>
      </w:pPr>
      <w:r>
        <w:t>کوئی مذہب authentic مذہب نہیں۔ in terms of history</w:t>
      </w:r>
    </w:p>
    <w:p>
      <w:r>
        <w:rPr>
          <w:b/>
        </w:rPr>
        <w:t xml:space="preserve">[33:37] </w:t>
      </w:r>
      <w:r>
        <w:t>misal ke taur par hinduon ka mazhab sara ka sara mythology par mabni hai. sara ka sara mythology par mabni hai. mahatma gandhi ne jo sab se zyada important kitab mani jati hai, woh gita hai.</w:t>
      </w:r>
    </w:p>
    <w:p>
      <w:pPr>
        <w:jc w:val="right"/>
      </w:pPr>
      <w:r>
        <w:t>مثال کے طور پر ہندوؤں کا مذہب سارا کا سارا mythology پر مبنی ہے۔ سارا کا سارا mythology پر مبنی ہے۔ مہاتما گاندھی نے جو سب سے زیادہ important کتاب مانی جاتی ہے، وہ گیتا ہے۔</w:t>
      </w:r>
    </w:p>
    <w:p>
      <w:r>
        <w:rPr>
          <w:b/>
        </w:rPr>
        <w:t xml:space="preserve">[33:51] </w:t>
      </w:r>
      <w:r>
        <w:t>gita ki commentary likhi hai mahatma gandhi ne</w:t>
      </w:r>
    </w:p>
    <w:p>
      <w:pPr>
        <w:jc w:val="right"/>
      </w:pPr>
      <w:r>
        <w:t>گیتا کی کمیٹری لکھی ہے مہاتما گاندھی نے</w:t>
      </w:r>
    </w:p>
    <w:p>
      <w:r>
        <w:rPr>
          <w:b/>
        </w:rPr>
        <w:t xml:space="preserve">[33:54] </w:t>
      </w:r>
      <w:r>
        <w:t>. to mahatma gandhi jab is commentary likhne baithe to un ke samne yeh sawal tha ke gita jo hai, ek maha bharat ke dauran likhi gai.</w:t>
      </w:r>
    </w:p>
    <w:p>
      <w:pPr>
        <w:jc w:val="right"/>
      </w:pPr>
      <w:r>
        <w:t>۔ تو مہاتما گاندھی جب اس کمیٹری لکھنے بیٹھے تو ان کے سامنے یہ سوال تھا کہ گیتا جو ہے، ایک مہا بھارت کے دوران لکھی گئی۔</w:t>
      </w:r>
    </w:p>
    <w:p>
      <w:r>
        <w:rPr>
          <w:b/>
        </w:rPr>
        <w:t xml:space="preserve">[34:05] </w:t>
      </w:r>
      <w:r>
        <w:t>is maha bharat ka koi trace history mein nahin hai.</w:t>
      </w:r>
    </w:p>
    <w:p>
      <w:pPr>
        <w:jc w:val="right"/>
      </w:pPr>
      <w:r>
        <w:t>اس مہا بھارت کا کوئی trace history میں نہیں ہے۔</w:t>
      </w:r>
    </w:p>
    <w:p>
      <w:r>
        <w:rPr>
          <w:b/>
        </w:rPr>
        <w:t xml:space="preserve">[34:10] </w:t>
      </w:r>
      <w:r>
        <w:t>yani gita jo hai, ek ek aisi kitab hai jo ek bari ladai ke beech mein likhi gai. yani maha bharat ka ek hissa hai woh.</w:t>
      </w:r>
    </w:p>
    <w:p>
      <w:pPr>
        <w:jc w:val="right"/>
      </w:pPr>
      <w:r>
        <w:t>یعنی گیتا جو ہے، ایک ایک ایسی کتاب ہے جو ایک بڑی لڑائی کے بیچ میں لکھی گئی۔ یعنی مہا بھارت کا ایک حصہ ہے وہ۔</w:t>
      </w:r>
    </w:p>
    <w:p>
      <w:r>
        <w:rPr>
          <w:b/>
        </w:rPr>
        <w:t xml:space="preserve">[34:21] </w:t>
      </w:r>
      <w:r>
        <w:t>to jab unhon ne dekha to maloom hua ke historically there is no maha bharat</w:t>
      </w:r>
    </w:p>
    <w:p>
      <w:pPr>
        <w:jc w:val="right"/>
      </w:pPr>
      <w:r>
        <w:t>تو جب انہوں نے دیکھا تو معلوم ہوا کہ historically there is no مہا بھارت</w:t>
      </w:r>
    </w:p>
    <w:p>
      <w:r>
        <w:rPr>
          <w:b/>
        </w:rPr>
        <w:t xml:space="preserve">[34:29] </w:t>
      </w:r>
      <w:r>
        <w:t>yani historical term mein kisi maha bharat ka koi wajood hi nahin hai. to ab gita mein jo baatein hain, is mein gita mein aap jante hain ke krishan ji kehte hain arjun se, " aye arjun, aage barh aur ladai kar." go ahead and fight</w:t>
      </w:r>
    </w:p>
    <w:p>
      <w:pPr>
        <w:jc w:val="right"/>
      </w:pPr>
      <w:r>
        <w:t>یعنی historical term میں کسی مہا بھارت کا کوئی وجود ہی نہیں ہے۔ تو اب گیتا میں جو باتیں ہیں، اس میں گیتا میں آپ جانتے ہیں کہ کرشن جی کہتے ہیں ارجن سے، "اے ارجن، آگے بڑھ اور لڑائی کر۔" Go ahead and fight</w:t>
      </w:r>
    </w:p>
    <w:p>
      <w:r>
        <w:rPr>
          <w:b/>
        </w:rPr>
        <w:t xml:space="preserve">[34:49] </w:t>
      </w:r>
      <w:r>
        <w:t>to kis se ladai ki unhon ne? jab historical sense mein koi fauj nahin thi wahan par, koi army nahin thi wahan par. to arjun ne kis army se ladai ki?</w:t>
      </w:r>
    </w:p>
    <w:p>
      <w:pPr>
        <w:jc w:val="right"/>
      </w:pPr>
      <w:r>
        <w:t>تو کس سے لڑائی کی انہوں نے؟ جب historical sense میں کوئی فوج نہیں تھی وہاں پر، کوئی آرمی نہیں تھی وہاں پر۔ تو ارجن نے کس آرمی سے لڑائی کی؟</w:t>
      </w:r>
    </w:p>
    <w:p>
      <w:r>
        <w:rPr>
          <w:b/>
        </w:rPr>
        <w:t xml:space="preserve">[35:03] </w:t>
      </w:r>
      <w:r>
        <w:t>yeh sawal tha un ke samne. yeh mahatma gandhi ki baat mein kar raha hoon. to unhon ne yeh keh diya ke it was a spiritual crusade spiritual fighting, inner fighting thi woh</w:t>
      </w:r>
    </w:p>
    <w:p>
      <w:pPr>
        <w:jc w:val="right"/>
      </w:pPr>
      <w:r>
        <w:t>یہ سوال تھا ان کے سامنے۔ یہ مہاتما گاندھی کی بات میں کر رہا ہوں۔ تو انہوں نے یہ کہہ دیا کہ it was a spiritual crusade spiritual fighting، inner fighting تھی وہ</w:t>
      </w:r>
    </w:p>
    <w:p>
      <w:r>
        <w:rPr>
          <w:b/>
        </w:rPr>
        <w:t xml:space="preserve">[35:15] </w:t>
      </w:r>
      <w:r>
        <w:t>. yani poori maha bharat jo hai, woh kahin bahar kahin nahin hui. woh insaan ke andar hoti hai. ab bataiye, agar aap maha bharat ko manen ek historical event to is ka kahin trace nahin hai.</w:t>
      </w:r>
    </w:p>
    <w:p>
      <w:pPr>
        <w:jc w:val="right"/>
      </w:pPr>
      <w:r>
        <w:t>۔ یعنی پوری مہا بھارت جو ہے، وہ کہیں باہر کہیں نہیں ہوئی۔ وہ انسان کے اندر ہوتی ہے۔ اب بتائیے، اگر آپ مہا بھارت کو مانیں ایک historical event تو اس کا کہیں trace نہیں ہے۔</w:t>
      </w:r>
    </w:p>
    <w:p>
      <w:r>
        <w:rPr>
          <w:b/>
        </w:rPr>
        <w:t xml:space="preserve">[35:33] </w:t>
      </w:r>
      <w:r>
        <w:t>agar aap maha bharat ko yeh manen ke woh koi ladai thi jo hui kabhi, is mein gita likhi gai. to historical term mein is ka koi wajood nahin.</w:t>
      </w:r>
    </w:p>
    <w:p>
      <w:pPr>
        <w:jc w:val="right"/>
      </w:pPr>
      <w:r>
        <w:t>اگر آپ مہا بھارت کو یہ مانیں کہ وہ کوئی لڑائی تھی جو ہوئی کبھی، اس میں گیتا لکھی گئی۔ تو historical term میں اس کا کوئی وجود نہیں۔</w:t>
      </w:r>
    </w:p>
    <w:p>
      <w:r>
        <w:rPr>
          <w:b/>
        </w:rPr>
        <w:t xml:space="preserve">[35:45] </w:t>
      </w:r>
      <w:r>
        <w:t>koi bhi history aisi nahin hai india ki ya dunya ki jo mention karti ho ke kabhi yahan par maha bharat hui thi.</w:t>
      </w:r>
    </w:p>
    <w:p>
      <w:pPr>
        <w:jc w:val="right"/>
      </w:pPr>
      <w:r>
        <w:t>کوئی بھی history ایسی نہیں ہے انڈیا کی یا دنیا کی جو mention کرتی ہو کہ کبھی یہاں پر مہا بھارت ہوئی تھی۔</w:t>
      </w:r>
    </w:p>
    <w:p>
      <w:r>
        <w:rPr>
          <w:b/>
        </w:rPr>
        <w:t xml:space="preserve">[35:54] </w:t>
      </w:r>
      <w:r>
        <w:t>aur agar aap mahatma gandhi ki commentary ko manen, koi inner fighting le len to yeh phir ek fiction ban jati hai. fiction just like novel</w:t>
      </w:r>
    </w:p>
    <w:p>
      <w:pPr>
        <w:jc w:val="right"/>
      </w:pPr>
      <w:r>
        <w:t>اور اگر آپ مہاتما گاندھی کی کمیٹری کو مانیں، کوئی inner fighting لے لیں تو یہ پھر ایک fiction بن جاتی ہے۔ fiction just like novel</w:t>
      </w:r>
    </w:p>
    <w:p>
      <w:r>
        <w:rPr>
          <w:b/>
        </w:rPr>
        <w:t xml:space="preserve">[36:06] </w:t>
      </w:r>
      <w:r>
        <w:t>to yani poori poori gita, poori poori maha bharat aisi fiction ban jati hai jaise koi novel hoti hai. ek khayali ladai. aap jante hain ke navelon mein khayali mohabbat, khayali ladai, khali baatein hoti hain.</w:t>
      </w:r>
    </w:p>
    <w:p>
      <w:pPr>
        <w:jc w:val="right"/>
      </w:pPr>
      <w:r>
        <w:t>تو یعنی پوری پوری گیتا، پوری پوری مہا بھارت ایسی fiction بن جاتی ہے جیسے کوئی ناول ہوتی ہے۔ ایک خیالی لڑائی۔ آپ جانتے ہیں کہ ناولوں میں خیالی محبت، خیالی لڑائی، خالی باتیں ہوتی ہیں۔</w:t>
      </w:r>
    </w:p>
    <w:p>
      <w:r>
        <w:rPr>
          <w:b/>
        </w:rPr>
        <w:t xml:space="preserve">[36:21] </w:t>
      </w:r>
      <w:r>
        <w:t>to agar aap maha bharat ko history manen to yeh history kahin wajood nahin rakhti apna. aur agar is ko mahatma gandhi wali sense mein manen to woh fiction ban jati hai.</w:t>
      </w:r>
    </w:p>
    <w:p>
      <w:pPr>
        <w:jc w:val="right"/>
      </w:pPr>
      <w:r>
        <w:t>تو اگر آپ مہا بھارت کو history مانیں تو یہ history کہیں وجود نہیں رکھتی اپنا۔ اور اگر اس کو مہاتما گاندھی والی sense میں مانیں تو وہ fiction بن جاتی ہے۔</w:t>
      </w:r>
    </w:p>
    <w:p>
      <w:r>
        <w:rPr>
          <w:b/>
        </w:rPr>
        <w:t xml:space="preserve">[36:33] </w:t>
      </w:r>
      <w:r>
        <w:t>to fiction bhi point of reference nahin ban sakta.</w:t>
      </w:r>
    </w:p>
    <w:p>
      <w:pPr>
        <w:jc w:val="right"/>
      </w:pPr>
      <w:r>
        <w:t>تو fiction بھی point of reference نہیں بن سکتا۔</w:t>
      </w:r>
    </w:p>
    <w:p>
      <w:r>
        <w:rPr>
          <w:b/>
        </w:rPr>
        <w:t xml:space="preserve">[36:40] </w:t>
      </w:r>
      <w:r>
        <w:t>isi tarah se aap dekhiye ke Christianity ko, Christianity mein koi bhi cheez scientifically prove nahin hai. bas ek belief hai.</w:t>
      </w:r>
    </w:p>
    <w:p>
      <w:pPr>
        <w:jc w:val="right"/>
      </w:pPr>
      <w:r>
        <w:t>اسی طرح سے آپ دیکھیے کہ Christianity کو، Christianity میں کوئی بھی چیز scientifically prove نہیں ہے۔ بس ایک belief ہے۔</w:t>
      </w:r>
    </w:p>
    <w:p>
      <w:r>
        <w:rPr>
          <w:b/>
        </w:rPr>
        <w:t xml:space="preserve">[36:50] </w:t>
      </w:r>
      <w:r>
        <w:t>mein ek choti si baat arz karunga. aap yeh janna chahein ke Christ jo the, Jesus Christ, woh kaise paida hue?</w:t>
      </w:r>
    </w:p>
    <w:p>
      <w:pPr>
        <w:jc w:val="right"/>
      </w:pPr>
      <w:r>
        <w:t>میں ایک چھوٹی سی بات عرض کروں گا۔ آپ یہ جاننا چاہیں کہ Christ جو تھے، Jesus Christ، وہ کیسے پیدا ہوئے؟</w:t>
      </w:r>
    </w:p>
    <w:p>
      <w:r>
        <w:rPr>
          <w:b/>
        </w:rPr>
        <w:t xml:space="preserve">[37:01] </w:t>
      </w:r>
      <w:r>
        <w:t>kaun un ka baap tha?</w:t>
      </w:r>
    </w:p>
    <w:p>
      <w:pPr>
        <w:jc w:val="right"/>
      </w:pPr>
      <w:r>
        <w:t>کون ان کا باپ تھا؟</w:t>
      </w:r>
    </w:p>
    <w:p>
      <w:r>
        <w:rPr>
          <w:b/>
        </w:rPr>
        <w:t xml:space="preserve">[37:04] </w:t>
      </w:r>
      <w:r>
        <w:t>to New Testament jo hai, is mein do statement milenge aap ko. same book mein ek jagah likha rahe ga ke son of god ek jagah likha rahe ga son of david</w:t>
      </w:r>
    </w:p>
    <w:p>
      <w:pPr>
        <w:jc w:val="right"/>
      </w:pPr>
      <w:r>
        <w:t>تو New Testament جو ہے، اس میں دو statement ملیں گے آپ کو۔ Same book میں ایک جگہ لکھا رہے گا کہ Son of God ایک جگہ لکھا رہے گا Son of David</w:t>
      </w:r>
    </w:p>
    <w:p>
      <w:r>
        <w:rPr>
          <w:b/>
        </w:rPr>
        <w:t xml:space="preserve">[37:24] </w:t>
      </w:r>
      <w:r>
        <w:t>son of joseph</w:t>
      </w:r>
    </w:p>
    <w:p>
      <w:pPr>
        <w:jc w:val="right"/>
      </w:pPr>
      <w:r>
        <w:t>Son of Joseph</w:t>
      </w:r>
    </w:p>
    <w:p>
      <w:r>
        <w:rPr>
          <w:b/>
        </w:rPr>
        <w:t xml:space="preserve">[37:29] </w:t>
      </w:r>
      <w:r>
        <w:t>ek jagah un ko bataya hai ke insaan ka beta, ek jagah bataya hai khuda ka beta. aap ghor kijiye ke woh ya to son of god the ya son of joseph the.</w:t>
      </w:r>
    </w:p>
    <w:p>
      <w:pPr>
        <w:jc w:val="right"/>
      </w:pPr>
      <w:r>
        <w:t>ایک جگہ ان کو بتایا ہے کہ انسان کا بیٹا، ایک جگہ بتایا ہے خدا کا بیٹا۔ آپ غور کیجیے کہ وہ یا تو Son of God تھے یا Son of Joseph تھے۔</w:t>
      </w:r>
    </w:p>
    <w:p>
      <w:r>
        <w:rPr>
          <w:b/>
        </w:rPr>
        <w:t xml:space="preserve">[37:43] </w:t>
      </w:r>
      <w:r>
        <w:t>ya to khuda ke bete the ya insaan ke bete the. ek hi kitab mein do alag alag statement. to kaise aap believe karenge is ki authenticity par?</w:t>
      </w:r>
    </w:p>
    <w:p>
      <w:pPr>
        <w:jc w:val="right"/>
      </w:pPr>
      <w:r>
        <w:t>یا تو خدا کے بیٹے تھے یا انسان کے بیٹے تھے۔ ایک ہی کتاب میں دو الگ الگ statement۔ تو کیسے آپ believe کریں گے اس کی authenticity پر؟</w:t>
      </w:r>
    </w:p>
    <w:p>
      <w:r>
        <w:rPr>
          <w:b/>
        </w:rPr>
        <w:t xml:space="preserve">[37:56] </w:t>
      </w:r>
      <w:r>
        <w:t>lekin</w:t>
      </w:r>
    </w:p>
    <w:p>
      <w:pPr>
        <w:jc w:val="right"/>
      </w:pPr>
      <w:r>
        <w:t>لیکن</w:t>
      </w:r>
    </w:p>
    <w:p>
      <w:r>
        <w:rPr>
          <w:b/>
        </w:rPr>
        <w:t xml:space="preserve">[37:57] </w:t>
      </w:r>
      <w:r>
        <w:t>aap islam ke upar jab aaiye to yahan par aap koi bhi kitab padhein, koi bhi document dekhein, kisi bhi tareeqe se jaanchen to aap kya paayenge?</w:t>
      </w:r>
    </w:p>
    <w:p>
      <w:pPr>
        <w:jc w:val="right"/>
      </w:pPr>
      <w:r>
        <w:t>آپ اسلام کے اوپر جب آئیے تو یہاں پر آپ کوئی بھی کتاب پڑھیں، کوئی بھی document دیکھیں، کسی بھی طریقے سے جانچیں تو آپ کیا پائیں گے؟</w:t>
      </w:r>
    </w:p>
    <w:p>
      <w:r>
        <w:rPr>
          <w:b/>
        </w:rPr>
        <w:t xml:space="preserve">[38:09] </w:t>
      </w:r>
      <w:r>
        <w:t>yeh paayenge aap ke muhammad ek shakhsiyat thay, un ke baap abdullah thay, un ke dada abdul muttalib thay, un ka talluq quraish ke tribe se tha.</w:t>
      </w:r>
    </w:p>
    <w:p>
      <w:pPr>
        <w:jc w:val="right"/>
      </w:pPr>
      <w:r>
        <w:t>یہ پائیں گے آپ کہ محمد ایک شخصیت تھے، ان کے باپ عبداللہ تھے، ان کے دادا عبدالمطلب تھے، ان کا تعلق قریش کے tribe سے تھا۔</w:t>
      </w:r>
    </w:p>
    <w:p>
      <w:r>
        <w:rPr>
          <w:b/>
        </w:rPr>
        <w:t xml:space="preserve">[38:24] </w:t>
      </w:r>
      <w:r>
        <w:t>woh 570 eesvi mein paida hue makka mein. un ko khuda ne 610 eesvi mein prophet banaya.</w:t>
      </w:r>
    </w:p>
    <w:p>
      <w:pPr>
        <w:jc w:val="right"/>
      </w:pPr>
      <w:r>
        <w:t>وہ 570 عیسوی میں پیدا ہوئے مکہ میں۔ ان کو خدا نے 610 عیسوی میں prophet بنایا۔</w:t>
      </w:r>
    </w:p>
    <w:p>
      <w:r>
        <w:rPr>
          <w:b/>
        </w:rPr>
        <w:t xml:space="preserve">[38:35] </w:t>
      </w:r>
      <w:r>
        <w:t>woh 13 saal makka mein rahay. 13 saal ke baad woh madina chale gaye wahan se.</w:t>
      </w:r>
    </w:p>
    <w:p>
      <w:pPr>
        <w:jc w:val="right"/>
      </w:pPr>
      <w:r>
        <w:t>وہ 13 سال مکہ میں رہے۔ 13 سال کے بعد وہ مدینہ چلے گئے وہاں سے۔</w:t>
      </w:r>
    </w:p>
    <w:p>
      <w:r>
        <w:rPr>
          <w:b/>
        </w:rPr>
        <w:t xml:space="preserve">[38:43] </w:t>
      </w:r>
      <w:r>
        <w:t>622 eesvi mein wahan 10 saal rahay. aur phir 632 eesvi mein aap ki wafat hui madina mein.</w:t>
      </w:r>
    </w:p>
    <w:p>
      <w:pPr>
        <w:jc w:val="right"/>
      </w:pPr>
      <w:r>
        <w:t>622 عیسوی میں وہاں 10 سال رہے۔ اور پھر 632 عیسوی میں آپ کی وفات ہوئی مدینہ میں۔</w:t>
      </w:r>
    </w:p>
    <w:p>
      <w:r>
        <w:rPr>
          <w:b/>
        </w:rPr>
        <w:t xml:space="preserve">[38:52] </w:t>
      </w:r>
      <w:r>
        <w:t>wahin par aap ki qabr hai. So here everything is history isi liye kaha hai ek ek orientalist ne, ek ek Christian orientalist ne ke Muhammad was born within the full life of history.</w:t>
      </w:r>
    </w:p>
    <w:p>
      <w:pPr>
        <w:jc w:val="right"/>
      </w:pPr>
      <w:r>
        <w:t>وہیں پر آپ کی قبر ہے۔ So here everything is history اسی لئے کہا ہے ایک ایک orientalist نے، ایک ایک Christian orientalist نے کہ Muhammad was born within the full life of history.</w:t>
      </w:r>
    </w:p>
    <w:p>
      <w:r>
        <w:rPr>
          <w:b/>
        </w:rPr>
        <w:t xml:space="preserve">[39:09] </w:t>
      </w:r>
      <w:r>
        <w:t>Muhammad was born within the full light of history.</w:t>
      </w:r>
    </w:p>
    <w:p>
      <w:pPr>
        <w:jc w:val="right"/>
      </w:pPr>
      <w:r>
        <w:t>Muhammad was born within the full light of history.</w:t>
      </w:r>
    </w:p>
    <w:p>
      <w:r>
        <w:rPr>
          <w:b/>
        </w:rPr>
        <w:t xml:space="preserve">[39:14] </w:t>
      </w:r>
      <w:r>
        <w:t>to yahan mein aap ko example doonga ek doctor nishi kant chattopadhyay ka. doctor nishi kant chattopadhyay. woh ek bengali scholar thay.</w:t>
      </w:r>
    </w:p>
    <w:p>
      <w:pPr>
        <w:jc w:val="right"/>
      </w:pPr>
      <w:r>
        <w:t>تو یہاں میں آپ کو example دوں گا ایک ڈاکٹر نشی کانت چٹھوپادیہ کا۔ ڈاکٹر نشی کانت چٹھوپادیہ۔ وہ ایک بنگالی scholar تھے۔</w:t>
      </w:r>
    </w:p>
    <w:p>
      <w:r>
        <w:rPr>
          <w:b/>
        </w:rPr>
        <w:t xml:space="preserve">[39:24] </w:t>
      </w:r>
      <w:r>
        <w:t>bahut zyada parhay likhay aadmi thay woh. bahut si language jaante thay woh. to woh true seeker thay. Seeker. to un ko yeh jazba hua ke mein sachai ko janoon.</w:t>
      </w:r>
    </w:p>
    <w:p>
      <w:pPr>
        <w:jc w:val="right"/>
      </w:pPr>
      <w:r>
        <w:t>بہت زیادہ پڑھے لکھے آدمی تھے وہ۔ بہت سی language جانتے تھے وہ۔ تو وہ true seeker تھے۔ Seeker۔ تو ان کو یہ جذبہ ہوا کہ میں سچائی کو جانوں۔</w:t>
      </w:r>
    </w:p>
    <w:p>
      <w:r>
        <w:rPr>
          <w:b/>
        </w:rPr>
        <w:t xml:space="preserve">[39:40] </w:t>
      </w:r>
      <w:r>
        <w:t>to unhon ne bahut parha, bahut parha, bahut parha.</w:t>
      </w:r>
    </w:p>
    <w:p>
      <w:pPr>
        <w:jc w:val="right"/>
      </w:pPr>
      <w:r>
        <w:t>تو انہوں نے بہت پڑھا، بہت پڑھا، بہت پڑھا۔</w:t>
      </w:r>
    </w:p>
    <w:p>
      <w:r>
        <w:rPr>
          <w:b/>
        </w:rPr>
        <w:t xml:space="preserve">[39:43] </w:t>
      </w:r>
      <w:r>
        <w:t>sab se pehle unhon ne philosophy parhi. to philosophy mein unhein doubt ke siwa kuch nahi mila. Confusion ke siwa kuch nahi mila.</w:t>
      </w:r>
    </w:p>
    <w:p>
      <w:pPr>
        <w:jc w:val="right"/>
      </w:pPr>
      <w:r>
        <w:t>سب سے پہلے انہوں نے philosophy پڑھی۔ تو philosophy میں انہیں doubt کے سوا کچھ نہیں ملا۔ Confusion کے سوا کچھ نہیں ملا۔</w:t>
      </w:r>
    </w:p>
    <w:p>
      <w:r>
        <w:rPr>
          <w:b/>
        </w:rPr>
        <w:t xml:space="preserve">[39:53] </w:t>
      </w:r>
      <w:r>
        <w:t>kyun ke koi philosopher jo hai, conviction ke sath bolne ki position mein hi nahi hai. phir unhon ne science parhi to science mein unhein pata chala ke science to yeh claim nahi karti ke woh sachai ka ilm is ke paas hai.</w:t>
      </w:r>
    </w:p>
    <w:p>
      <w:pPr>
        <w:jc w:val="right"/>
      </w:pPr>
      <w:r>
        <w:t>کیونکہ کوئی philosopher جو ہے، conviction کے ساتھ بولنے کی position میں ہی نہیں ہے۔ پھر انہوں نے سائنس پڑھی تو سائنس میں انہیں پتہ چلا کہ سائنس تو یہ claim نہیں کرتی کہ وہ سچائی کا علم اس کے پاس ہے۔</w:t>
      </w:r>
    </w:p>
    <w:p>
      <w:r>
        <w:rPr>
          <w:b/>
        </w:rPr>
        <w:t xml:space="preserve">[40:09] </w:t>
      </w:r>
      <w:r>
        <w:t>phir unhon ne religion ko parha. Different religion.</w:t>
      </w:r>
    </w:p>
    <w:p>
      <w:pPr>
        <w:jc w:val="right"/>
      </w:pPr>
      <w:r>
        <w:t>پھر انہوں نے religion کو پڑھا۔ Different religion۔</w:t>
      </w:r>
    </w:p>
    <w:p>
      <w:r>
        <w:rPr>
          <w:b/>
        </w:rPr>
        <w:t xml:space="preserve">[40:13] </w:t>
      </w:r>
      <w:r>
        <w:t>yahan unhein kya pata chala? yeh pata chala ke religion to koi historical phenomena hi nahi hai. jitne bhi religion hain, sab belief hain.</w:t>
      </w:r>
    </w:p>
    <w:p>
      <w:pPr>
        <w:jc w:val="right"/>
      </w:pPr>
      <w:r>
        <w:t>یہاں انہیں کیا پتہ چلا؟ یہ پتہ چلا کہ religion تو کوئی historical phenomena ہی نہیں ہے۔ جتنے بھی religion ہیں، سب belief ہیں۔</w:t>
      </w:r>
    </w:p>
    <w:p>
      <w:r>
        <w:rPr>
          <w:b/>
        </w:rPr>
        <w:t xml:space="preserve">[40:23] </w:t>
      </w:r>
      <w:r>
        <w:t>Mythology hain. ab zara ek jo religion mythology ka production ho, jo religion jo hai sirf aqeeday par mabni ho, sirf ek belief ho, ek riwaj ho, ek to us ko kaise ab maan sakta hai aadmi ke source of truth hai yeh?</w:t>
      </w:r>
    </w:p>
    <w:p>
      <w:pPr>
        <w:jc w:val="right"/>
      </w:pPr>
      <w:r>
        <w:t>Mythology ہیں۔ اب ذرا ایک جو religion mythology کا production ہو، جو religion جو ہے صرف عقیدے پر مبنی ہو، صرف ایک belief ہو، ایک رواج ہو، ایک تو اس کو کیسے اب مان سکتا ہے آدمی کہ source of truth ہے یہ؟</w:t>
      </w:r>
    </w:p>
    <w:p>
      <w:r>
        <w:rPr>
          <w:b/>
        </w:rPr>
        <w:t xml:space="preserve">[40:38] </w:t>
      </w:r>
      <w:r>
        <w:t>woh hamare liye point of reference ban sakta hai. Christian plan of God ko janne ke liye. aakhir mein unhon ne parha islam ko, quran ko, muhammad sallallahu alaihi wasallam ko.</w:t>
      </w:r>
    </w:p>
    <w:p>
      <w:pPr>
        <w:jc w:val="right"/>
      </w:pPr>
      <w:r>
        <w:t>وہ ہمارے لئے point of reference بن سکتا ہے۔ Christian plan of God کو جاننے کے لئے۔ آخر میں انہوں نے پڑھا اسلام کو، قرآن کو، محمد صلی اللہ علیہ وسلم کو۔</w:t>
      </w:r>
    </w:p>
    <w:p>
      <w:r>
        <w:rPr>
          <w:b/>
        </w:rPr>
        <w:t xml:space="preserve">[40:52] </w:t>
      </w:r>
      <w:r>
        <w:t>to unhon ne islam qabool kar liya. aur un ki kitab likhi unhon ne. woh mere paas hai. Lecture diya tha. In fact, it was a lecture.</w:t>
      </w:r>
    </w:p>
    <w:p>
      <w:pPr>
        <w:jc w:val="right"/>
      </w:pPr>
      <w:r>
        <w:t>تو انہوں نے اسلام قبول کر لیا۔ اور ان کی کتاب لکھی انہوں نے۔ وہ میرے پاس ہے۔ Lecture دیا تھا۔ In fact, it was a lecture.</w:t>
      </w:r>
    </w:p>
    <w:p>
      <w:r>
        <w:rPr>
          <w:b/>
        </w:rPr>
        <w:t xml:space="preserve">[41:02] </w:t>
      </w:r>
      <w:r>
        <w:t>woh kitab is shakal mein chupa hua hai.</w:t>
      </w:r>
    </w:p>
    <w:p>
      <w:pPr>
        <w:jc w:val="right"/>
      </w:pPr>
      <w:r>
        <w:t>وہ کتاب اس شکل میں چھپا ہوا ہے۔</w:t>
      </w:r>
    </w:p>
    <w:p>
      <w:r>
        <w:rPr>
          <w:b/>
        </w:rPr>
        <w:t xml:space="preserve">[41:07] </w:t>
      </w:r>
      <w:r>
        <w:t>woh mere paas hai. to is mein woh kehte hain ke mein sab parhte parhte parhte parhte jab mein pohancha prophet of islam par to mein ne paya ke yahan to har cheez history hai.</w:t>
      </w:r>
    </w:p>
    <w:p>
      <w:pPr>
        <w:jc w:val="right"/>
      </w:pPr>
      <w:r>
        <w:t>وہ میرے پاس ہے۔ تو اس میں وہ کہتے ہیں کہ میں سب پڑھتے پڑھتے پڑھتے پڑھتے جب میں پہنچا prophet of اسلام پر تو میں نے پایا کہ یہاں تو ہر چیز history ہے۔</w:t>
      </w:r>
    </w:p>
    <w:p>
      <w:r>
        <w:rPr>
          <w:b/>
        </w:rPr>
        <w:t xml:space="preserve">[41:19] </w:t>
      </w:r>
      <w:r>
        <w:t>doosray jitnay bhi woh log jin ki taraf kisi religion ko attribute kiya jata hai, woh history nahi hai. woh sirf belief hain.</w:t>
      </w:r>
    </w:p>
    <w:p>
      <w:pPr>
        <w:jc w:val="right"/>
      </w:pPr>
      <w:r>
        <w:t>دوسرے جتنے بھی وہ لوگ جن کی طرف کسی religion کو attribute کیا جاتا ہے، وہ history نہیں ہے۔ وہ صرف belief ہیں۔</w:t>
      </w:r>
    </w:p>
    <w:p>
      <w:r>
        <w:rPr>
          <w:b/>
        </w:rPr>
        <w:t xml:space="preserve">[41:29] </w:t>
      </w:r>
      <w:r>
        <w:t>As a matter of belief hum un ko maante hain. na ke as a matter of historical event.</w:t>
      </w:r>
    </w:p>
    <w:p>
      <w:pPr>
        <w:jc w:val="right"/>
      </w:pPr>
      <w:r>
        <w:t>As a matter of belief ہم ان کو مانتے ہیں۔ نہ کہ as a matter of historical event۔</w:t>
      </w:r>
    </w:p>
    <w:p>
      <w:r>
        <w:rPr>
          <w:b/>
        </w:rPr>
        <w:t xml:space="preserve">[41:36] </w:t>
      </w:r>
      <w:r>
        <w:t>un ke hissay historical event ke nahi hain. As a matter of belief lekin yahan hum ne paya ke muhammad ke baray mein har cheez recorded history mein maujood hai.</w:t>
      </w:r>
    </w:p>
    <w:p>
      <w:pPr>
        <w:jc w:val="right"/>
      </w:pPr>
      <w:r>
        <w:t>ان کے حصے historical event کے نہیں ہیں۔ As a matter of belief لیکن یہاں ہم نے پایا کہ محمد کے بارے میں ہر چیز recorded history میں موجود ہے۔</w:t>
      </w:r>
    </w:p>
    <w:p>
      <w:r>
        <w:rPr>
          <w:b/>
        </w:rPr>
        <w:t xml:space="preserve">[41:46] </w:t>
      </w:r>
      <w:r>
        <w:t>to woh wahan par bohat hi thrilling sentence likha hai unhon ne ke Oh, what a relief to find, after all, a truly historical prophet to believe in.</w:t>
      </w:r>
    </w:p>
    <w:p>
      <w:pPr>
        <w:jc w:val="right"/>
      </w:pPr>
      <w:r>
        <w:t>تو وہ وہاں پر بہت ہی thrilling sentence لکھا ہے انہوں نے کہ Oh, what a relief to find, after all, a truly historical prophet to believe in.</w:t>
      </w:r>
    </w:p>
    <w:p>
      <w:r>
        <w:rPr>
          <w:b/>
        </w:rPr>
        <w:t xml:space="preserve">[42:02] </w:t>
      </w:r>
      <w:r>
        <w:t>to unhon ne islam accept kar liya.</w:t>
      </w:r>
    </w:p>
    <w:p>
      <w:pPr>
        <w:jc w:val="right"/>
      </w:pPr>
      <w:r>
        <w:t>تو انہوں نے اسلام accept کر لیا۔</w:t>
      </w:r>
    </w:p>
    <w:p>
      <w:r>
        <w:rPr>
          <w:b/>
        </w:rPr>
        <w:t xml:space="preserve">[42:06] </w:t>
      </w:r>
      <w:r>
        <w:t>ab dekhiye yeh jo baatein mein ne kahin is se kya pata nikla? is se yeh nikla ke philosophy jo hai woh point of reference nahi ban sakti.</w:t>
      </w:r>
    </w:p>
    <w:p>
      <w:pPr>
        <w:jc w:val="right"/>
      </w:pPr>
      <w:r>
        <w:t>اب دیکھیے یہ جو باتیں میں نے کہیں اس سے کیا پتہ نکلا؟ اس سے یہ نکلا کہ philosophy جو ہے وہ point of reference نہیں بن سکتی۔</w:t>
      </w:r>
    </w:p>
    <w:p>
      <w:r>
        <w:rPr>
          <w:b/>
        </w:rPr>
        <w:t xml:space="preserve">[42:15] </w:t>
      </w:r>
      <w:r>
        <w:t>science jo hai woh, woh yani is maamle mein, Christian plan of God ko janne ke maamle mein. science bhi nahi ban sakti point of reference.</w:t>
      </w:r>
    </w:p>
    <w:p>
      <w:pPr>
        <w:jc w:val="right"/>
      </w:pPr>
      <w:r>
        <w:t>سائنس جو ہے وہ، وہ یعنی اس معاملے میں، Christian plan of God کو کو جاننے کے معاملے میں۔ سائنس بھی نہیں بن سکتی point of reference۔</w:t>
      </w:r>
    </w:p>
    <w:p>
      <w:r>
        <w:rPr>
          <w:b/>
        </w:rPr>
        <w:t xml:space="preserve">[42:26] </w:t>
      </w:r>
      <w:r>
        <w:t>Religion bhi nahi ban sakte point of reference. kyunke in ko historical authenticity hasil nahi hai.</w:t>
      </w:r>
    </w:p>
    <w:p>
      <w:pPr>
        <w:jc w:val="right"/>
      </w:pPr>
      <w:r>
        <w:t>Religion بھی نہیں بن سکتے point of reference۔ کیونکہ ان کو historical authenticity حاصل نہیں ہے۔</w:t>
      </w:r>
    </w:p>
    <w:p>
      <w:r>
        <w:rPr>
          <w:b/>
        </w:rPr>
        <w:t xml:space="preserve">[42:33] </w:t>
      </w:r>
      <w:r>
        <w:t>Historically woh authentic nahi hain. sirf Islam hai jo reh jata hai.</w:t>
      </w:r>
    </w:p>
    <w:p>
      <w:pPr>
        <w:jc w:val="right"/>
      </w:pPr>
      <w:r>
        <w:t>Historically وہ authentic نہیں ہیں۔ صرف اسلام ہے جو رہ جاتا ہے۔</w:t>
      </w:r>
    </w:p>
    <w:p>
      <w:r>
        <w:rPr>
          <w:b/>
        </w:rPr>
        <w:t xml:space="preserve">[42:40] </w:t>
      </w:r>
      <w:r>
        <w:t>ab hum is Islam ki jo kitab hai, sacred book Quran, us se hum janna chahenge ke is mein Christian plan of God kya bataya gaya hai.</w:t>
      </w:r>
    </w:p>
    <w:p>
      <w:pPr>
        <w:jc w:val="right"/>
      </w:pPr>
      <w:r>
        <w:t>اب ہم اس اسلام کی جو کتاب ہے، sacred book قرآن، اس سے ہم جاننا چاہیں گے کہ اس میں Christian plan of God کیا بتایا گیا ہے۔</w:t>
      </w:r>
    </w:p>
    <w:p>
      <w:r>
        <w:rPr>
          <w:b/>
        </w:rPr>
        <w:t xml:space="preserve">[42:53] </w:t>
      </w:r>
      <w:r>
        <w:t>yahan mein kuch baatein arz karunga Quran ke bare mein.</w:t>
      </w:r>
    </w:p>
    <w:p>
      <w:pPr>
        <w:jc w:val="right"/>
      </w:pPr>
      <w:r>
        <w:t>یہاں میں کچھ باتیں عرض کروں گا قرآن کے بارے میں۔</w:t>
      </w:r>
    </w:p>
    <w:p>
      <w:r>
        <w:rPr>
          <w:b/>
        </w:rPr>
        <w:t xml:space="preserve">[42:56] </w:t>
      </w:r>
      <w:r>
        <w:t>dekhein, Quran jo hai, us ke bare mein kuch tareekhi haqiqaton ko humein samne rakhna chahiye.pehli baat yeh hai ke Quran poori tarah humein maloom hai kab utra?</w:t>
      </w:r>
    </w:p>
    <w:p>
      <w:pPr>
        <w:jc w:val="right"/>
      </w:pPr>
      <w:r>
        <w:t>دیکھیں، قرآن جو ہے، اس کے بارے میں کچھ تاریخی حقیقتوں کو ہمیں سامنے رکھنا چاہیے۔ پہلی بات یہ ہے کہ قرآن پوری طرح ہمیں معلوم ہے کب اترا؟</w:t>
      </w:r>
    </w:p>
    <w:p>
      <w:r>
        <w:rPr>
          <w:b/>
        </w:rPr>
        <w:t xml:space="preserve">[43:14] </w:t>
      </w:r>
      <w:r>
        <w:t>poori tarah humein maloom hai. woh yeh hai ke saatwein sadi ke pehle seh maahi mein utra Quran. aur yeh ke woh abhi tak isi tarah mehfooz hai.</w:t>
      </w:r>
    </w:p>
    <w:p>
      <w:pPr>
        <w:jc w:val="right"/>
      </w:pPr>
      <w:r>
        <w:t>پوری طرح ہمیں معلوم ہے۔ وہ یہ ہے کہ ساتویں صدی کے پہلے سہ ماہی میں اترا قرآن۔ اور یہ کہ وہ ابھی تک اسی طرح محفوظ ہے۔</w:t>
      </w:r>
    </w:p>
    <w:p>
      <w:r>
        <w:rPr>
          <w:b/>
        </w:rPr>
        <w:t xml:space="preserve">[43:26] </w:t>
      </w:r>
      <w:r>
        <w:t>isi zaban mein jo zaban Quran ki thi, us waqt jo zaban boli jati thi Arab mein, isi zaban mein mehfooz hai. aur woh zaban abhi bhi, abhi bhi isi tarah zinda zaban hai.</w:t>
      </w:r>
    </w:p>
    <w:p>
      <w:pPr>
        <w:jc w:val="right"/>
      </w:pPr>
      <w:r>
        <w:t>اسی زبان میں جو زبان قرآن کی تھی، اس وقت جو زبان بولی جاتی تھی عرب میں، اسی زبان میں محفوظ ہے۔ اور وہ زبان ابھی بھی، ابھی بھی اسی طرح زندہ زبان ہے۔</w:t>
      </w:r>
    </w:p>
    <w:p>
      <w:r>
        <w:rPr>
          <w:b/>
        </w:rPr>
        <w:t xml:space="preserve">[43:42] </w:t>
      </w:r>
      <w:r>
        <w:t>jise kaha jata hai ke paanch sau saal mein zaban badal jati hai. yeh Chaucer jo hai, Angrezi shayeri ka bani mana jata hai Angrezi zaban mein</w:t>
      </w:r>
    </w:p>
    <w:p>
      <w:pPr>
        <w:jc w:val="right"/>
      </w:pPr>
      <w:r>
        <w:t>جسے کہا جاتا ہے کہ پانچ سو سال میں زبان بدل جاتی ہے۔ یہ چاسر جو ہے، انگریزی شاعری کا بانی مانا جاتا ہے انگریزی زبان میں</w:t>
      </w:r>
    </w:p>
    <w:p>
      <w:r>
        <w:rPr>
          <w:b/>
        </w:rPr>
        <w:t xml:space="preserve">[43:54] </w:t>
      </w:r>
      <w:r>
        <w:t>.lekin Chaucer ki jo shayeri hai, us ki jo Angrezi hai, aaj aap samajh nahi sakte us ko aap.aaj koi aadmi jo Angrezi janta hai, bolta hai, woh Chaucer ki zaban ko nahi samajh sakta.</w:t>
      </w:r>
    </w:p>
    <w:p>
      <w:pPr>
        <w:jc w:val="right"/>
      </w:pPr>
      <w:r>
        <w:t>۔ لیکن چاسر کی جو شاعری ہے، اس کی جو انگریزی ہے، آج آپ سمجھ نہیں سکتے اس کو آپ۔ آج کوئی آدمی جو انگریزی جانتا ہے، بولتا ہے، وہ چاسر کی زبان کو نہیں سمجھ سکتا۔</w:t>
      </w:r>
    </w:p>
    <w:p>
      <w:r>
        <w:rPr>
          <w:b/>
        </w:rPr>
        <w:t xml:space="preserve">[44:09] </w:t>
      </w:r>
      <w:r>
        <w:t>jo paanch sau saal pehle paida hua. Shakespeare jo sirf teen sau saal pehle tha, teen sau saal pehle, us ko bhi aap barah-e-rast to aap samajh nahi sakte.</w:t>
      </w:r>
    </w:p>
    <w:p>
      <w:pPr>
        <w:jc w:val="right"/>
      </w:pPr>
      <w:r>
        <w:t>جو پانچ سو سال پہلے پیدا ہوا۔ شیکسپیئر جو صرف تین سو سال پہلے تھا، تین سو سال پہلے، اس کو بھی آپ براہِ راست تو آپ سمجھ نہیں سکتے۔</w:t>
      </w:r>
    </w:p>
    <w:p>
      <w:r>
        <w:rPr>
          <w:b/>
        </w:rPr>
        <w:t xml:space="preserve">[44:20] </w:t>
      </w:r>
      <w:r>
        <w:t>jo aap parhte hain Shakespeare ke dramay, woh to mutarjim hotay hain. us ki asal zaban mein nahi hotay hain.</w:t>
      </w:r>
    </w:p>
    <w:p>
      <w:pPr>
        <w:jc w:val="right"/>
      </w:pPr>
      <w:r>
        <w:t>جو آپ پڑھتے ہیں شیکسپیئر کے ڈرامے، وہ تو مترجم ہوتے ہیں۔ اس کی اصل زبان میں نہیں ہوتے ہیں۔</w:t>
      </w:r>
    </w:p>
    <w:p>
      <w:r>
        <w:rPr>
          <w:b/>
        </w:rPr>
        <w:t xml:space="preserve">[44:30] </w:t>
      </w:r>
      <w:r>
        <w:t>Shakespeare ki asal zaban jo hoti hai, us ko sirf scholar samajh sakte hain. kuch scholars. aam log nahi. to aap ghor kijiye ke Chaucer jo paanch sau saal pehle hua tha, Shakespeare jo teen sau saal pehle hua tha, us ki zaban badal gayi.</w:t>
      </w:r>
    </w:p>
    <w:p>
      <w:pPr>
        <w:jc w:val="right"/>
      </w:pPr>
      <w:r>
        <w:t>شیکسپیئر کی اصل زبان جو ہوتی ہے، اس کو صرف اسکالر سمجھ سکتے ہیں۔ کچھ اسکالرز۔ عام لوگ نہیں۔ تو آپ غور کیجیے کہ چاسر جو پانچ سو سال پہلے ہوا تھا، شیکسپیئر جو تین سو سال پہلے ہوا تھا، اس کی زبان بدل گئی۔</w:t>
      </w:r>
    </w:p>
    <w:p>
      <w:r>
        <w:rPr>
          <w:b/>
        </w:rPr>
        <w:t xml:space="preserve">[44:45] </w:t>
      </w:r>
      <w:r>
        <w:t>aaj ki Angrezi un ki Angrezi nahi hai.</w:t>
      </w:r>
    </w:p>
    <w:p>
      <w:pPr>
        <w:jc w:val="right"/>
      </w:pPr>
      <w:r>
        <w:t>آج کی انگریزی ان کی انگریزی نہیں ہے۔</w:t>
      </w:r>
    </w:p>
    <w:p>
      <w:r>
        <w:rPr>
          <w:b/>
        </w:rPr>
        <w:t xml:space="preserve">[44:47] </w:t>
      </w:r>
      <w:r>
        <w:t>lekin Arabi zaban ka ek moajza hai. moajza. ke dehd hazaar saal pehle jo Angrezi zaban boli jati thi, likhi jati thi, wahi zaban aaj bhi zinda hai.</w:t>
      </w:r>
    </w:p>
    <w:p>
      <w:pPr>
        <w:jc w:val="right"/>
      </w:pPr>
      <w:r>
        <w:t>لیکن عربی زبان کا ایک معجزہ ہے۔ معجزہ۔ کہ ڈیڑھ ہزار سال پہلے جو انگریزی زبان بولی جاتی تھی، لکھی جاتی تھی، وہی زبان آج بھی زندہ ہے۔</w:t>
      </w:r>
    </w:p>
    <w:p>
      <w:r>
        <w:rPr>
          <w:b/>
        </w:rPr>
        <w:t xml:space="preserve">[45:00] </w:t>
      </w:r>
      <w:r>
        <w:t>bohat moajze ki baat hai.</w:t>
      </w:r>
    </w:p>
    <w:p>
      <w:pPr>
        <w:jc w:val="right"/>
      </w:pPr>
      <w:r>
        <w:t>بہت معجزے کی بات ہے۔</w:t>
      </w:r>
    </w:p>
    <w:p>
      <w:r>
        <w:rPr>
          <w:b/>
        </w:rPr>
        <w:t xml:space="preserve">[45:02] </w:t>
      </w:r>
      <w:r>
        <w:t>yani mazhabi, yeh zaban ki tareekh mein, yeh Philip K. Hitti jo hai, Lebanon ka scholar, us ne likha hai ke zaban ki tareekh mein Arabi zaban ek istithna hai.</w:t>
      </w:r>
    </w:p>
    <w:p>
      <w:pPr>
        <w:jc w:val="right"/>
      </w:pPr>
      <w:r>
        <w:t>یعنی مذہبی، یہ زبان کی تاریخ میں، یہ فلپ کے ہٹی جو ہے، لبنان کا اسکالر، اس نے لکھا ہے کہ زبان کی تاریخ میں عربی زبان ایک استثنا ہے۔</w:t>
      </w:r>
    </w:p>
    <w:p>
      <w:r>
        <w:rPr>
          <w:b/>
        </w:rPr>
        <w:t xml:space="preserve">[45:17] </w:t>
      </w:r>
      <w:r>
        <w:t>ek moajze ki istithna. zaban ki tareekh mein Arabi zaban ek moajze ki istithna hai. kyunke yahi ek hai jo ke abhi tak zinda hai.</w:t>
      </w:r>
    </w:p>
    <w:p>
      <w:pPr>
        <w:jc w:val="right"/>
      </w:pPr>
      <w:r>
        <w:t>ایک معجزے کی استثنا۔ زبان کی تاریخ میں عربی زبان ایک معجزے کی استثنا ہے۔ کیونکہ یہی ایک ہے جو کہ ابھی تک زندہ ہے۔</w:t>
      </w:r>
    </w:p>
    <w:p>
      <w:r>
        <w:rPr>
          <w:b/>
        </w:rPr>
        <w:t xml:space="preserve">[45:29] </w:t>
      </w:r>
      <w:r>
        <w:t>to Quran mehfooz hai. us ki zaban mehfooz hai. us ki geography mehfooz hai. har cheez jo mutaliq hai Quran se, woh mehfooz hai aaj bhi.</w:t>
      </w:r>
    </w:p>
    <w:p>
      <w:pPr>
        <w:jc w:val="right"/>
      </w:pPr>
      <w:r>
        <w:t>تو قرآن محفوظ ہے۔ اس کی زبان محفوظ ہے۔ اس کی جغرافیہ محفوظ ہے۔ ہر چیز جو متعلق ہے قرآن سے، وہ محفوظ ہے آج بھی۔</w:t>
      </w:r>
    </w:p>
    <w:p>
      <w:r>
        <w:rPr>
          <w:b/>
        </w:rPr>
        <w:t xml:space="preserve">[45:41] </w:t>
      </w:r>
      <w:r>
        <w:t>to aap, aap poori tarah se yaqeen kar sakte hain ke yeh kitab wahi kitab hai jo Khuda ki taraf se aayi thi Muhammad ke paas.</w:t>
      </w:r>
    </w:p>
    <w:p>
      <w:pPr>
        <w:jc w:val="right"/>
      </w:pPr>
      <w:r>
        <w:t>تو آپ، آپ پوری طرح سے یقین کر سکتے ہیں کہ یہ کتاب وہی کتاب ہے جو خدا کی طرف سے آئی تھی محمد کے پاس۔</w:t>
      </w:r>
    </w:p>
    <w:p>
      <w:r>
        <w:rPr>
          <w:b/>
        </w:rPr>
        <w:t xml:space="preserve">[45:52] </w:t>
      </w:r>
      <w:r>
        <w:t>to bas yeh kehne ka, yani bilkul jaiz hai yeh kehna ke point of reference ban sakta hai to sirf Quran ban sakta hai.</w:t>
      </w:r>
    </w:p>
    <w:p>
      <w:pPr>
        <w:jc w:val="right"/>
      </w:pPr>
      <w:r>
        <w:t>تو بس یہ کہنے کا، یعنی بالکل جائز ہے یہ کہنا کہ point of reference بن سکتا ہے تو صرف قرآن بن سکتا ہے۔</w:t>
      </w:r>
    </w:p>
    <w:p>
      <w:r>
        <w:rPr>
          <w:b/>
        </w:rPr>
        <w:t xml:space="preserve">[46:03] </w:t>
      </w:r>
      <w:r>
        <w:t>to ab, ab aap Quran ko le kar samjhiye ke kya hai Christian plan of God. to Quran mein bohat hi wazeh tor par bataya gaya hai ke Khuda ne insaan ko paida kiya ek, ab ek abadi wajood ke taur par.</w:t>
      </w:r>
    </w:p>
    <w:p>
      <w:pPr>
        <w:jc w:val="right"/>
      </w:pPr>
      <w:r>
        <w:t>تو اب، اب آپ قرآن کو لے کر سمجھیے کہ کیا ہے Christian plan of God۔ تو قرآن میں بہت ہی واضح طور پر بتایا گیا ہے کہ خدا نے انسان کو پیدا کیا ایک، اب ایک ابدی وجود کے طور پر۔</w:t>
      </w:r>
    </w:p>
    <w:p>
      <w:r>
        <w:rPr>
          <w:b/>
        </w:rPr>
        <w:t xml:space="preserve">[46:18] </w:t>
      </w:r>
      <w:r>
        <w:t>yani hum marte hain to marte nahi hain.</w:t>
      </w:r>
    </w:p>
    <w:p>
      <w:pPr>
        <w:jc w:val="right"/>
      </w:pPr>
      <w:r>
        <w:t>یعنی ہم مرتے ہیں تو مرتے نہیں ہیں۔</w:t>
      </w:r>
    </w:p>
    <w:p>
      <w:r>
        <w:rPr>
          <w:b/>
        </w:rPr>
        <w:t xml:space="preserve">[46:21] </w:t>
      </w:r>
      <w:r>
        <w:t>sirf yeh hota hai ke hum ek dunya se doosri dunya mein chale aate hain. yani qabl-e-maut ka daur hum jo hai, hamara woh guzarta hai is dunya mein.</w:t>
      </w:r>
    </w:p>
    <w:p>
      <w:pPr>
        <w:jc w:val="right"/>
      </w:pPr>
      <w:r>
        <w:t>صرف یہ ہوتا ہے کہ ہم ایک دنیا سے دوسری دنیا میں چلے آتے ہیں۔ یعنی قبل از موت کا دور ہم جو ہے، ہمارا وہ گزرتا ہے اس دنیا میں۔</w:t>
      </w:r>
    </w:p>
    <w:p>
      <w:r>
        <w:rPr>
          <w:b/>
        </w:rPr>
        <w:t xml:space="preserve">[46:30] </w:t>
      </w:r>
      <w:r>
        <w:t>ab baad-e-maut ka daur guzarta hai hamara akhirat mein. dunya aur akhirat, yeh taqseem ki hai Quran ne. aaj hum dunya mein hain, kal hum akhirat mein honge.</w:t>
      </w:r>
    </w:p>
    <w:p>
      <w:pPr>
        <w:jc w:val="right"/>
      </w:pPr>
      <w:r>
        <w:t>اب بعد از موت کا دور گزرتا ہے ہمارا آخرت میں۔ دنیا اور آخرت، یہ تقسیم کی ہے قرآن نے۔ آج ہم دنیا میں ہیں، کل ہم آخرت میں ہوں گے۔</w:t>
      </w:r>
    </w:p>
    <w:p>
      <w:r>
        <w:rPr>
          <w:b/>
        </w:rPr>
        <w:t xml:space="preserve">[46:42] </w:t>
      </w:r>
      <w:r>
        <w:t>is ke baad yeh bataya gaya hai quran mein ke khalq al maut wal hayat li yau lo hum maik</w:t>
      </w:r>
    </w:p>
    <w:p>
      <w:pPr>
        <w:jc w:val="right"/>
      </w:pPr>
      <w:r>
        <w:t>اس کے بعد یہ بتایا گیا ہے قرآن میں کہ خَلَقَ الْمَوْتَ وَالْحَيَاةَ لِيَوْلُوْهُمْ مَيِّك</w:t>
      </w:r>
    </w:p>
    <w:p>
      <w:r>
        <w:rPr>
          <w:b/>
        </w:rPr>
        <w:t xml:space="preserve">[46:48] </w:t>
      </w:r>
      <w:r>
        <w:t>un masoom oumla yani qabl az maut ke daur mein aaj hum jo dunya mein hain, woh hum azmaish ke liye hain. yeh azmaish ka maidan hai hamare liye.</w:t>
      </w:r>
    </w:p>
    <w:p>
      <w:pPr>
        <w:jc w:val="right"/>
      </w:pPr>
      <w:r>
        <w:t>ٌ مَعْصُومٌ عَوْمَلَى یعنی قبل از موت کے دور میں آج ہم جو دنیا میں ہیں، وہ ہم آزمائش کے لئے ہیں۔ یہ آزمائشی میدان ہے ہمارے لئے۔</w:t>
      </w:r>
    </w:p>
    <w:p>
      <w:r>
        <w:rPr>
          <w:b/>
        </w:rPr>
        <w:t xml:space="preserve">[46:59] </w:t>
      </w:r>
      <w:r>
        <w:t>aur baad az maut ke daur mein hum jahan jate hain, wahan par hota hai kya? yahan ke amal ke mutabiq hamein wahan par ya to saza milta hai ya inaam milta hai.</w:t>
      </w:r>
    </w:p>
    <w:p>
      <w:pPr>
        <w:jc w:val="right"/>
      </w:pPr>
      <w:r>
        <w:t>اور بعد از موت کے دور میں ہم جہاں جاتے ہیں، وہاں پر ہوتا ہے کیا؟ یہاں کے عمل کے مطابق ہمیں وہاں پر یا تو سزا ملتا ہے یا انعام ملتا ہے۔</w:t>
      </w:r>
    </w:p>
    <w:p>
      <w:r>
        <w:rPr>
          <w:b/>
        </w:rPr>
        <w:t xml:space="preserve">[47:10] </w:t>
      </w:r>
      <w:r>
        <w:t>yeh hai taqseem. to yeh hai Christian plan of God.</w:t>
      </w:r>
    </w:p>
    <w:p>
      <w:pPr>
        <w:jc w:val="right"/>
      </w:pPr>
      <w:r>
        <w:t>یہ ہے تقسیم۔ تو یہ ہے Christian plan of God۔</w:t>
      </w:r>
    </w:p>
    <w:p>
      <w:r>
        <w:rPr>
          <w:b/>
        </w:rPr>
        <w:t xml:space="preserve">[47:17] </w:t>
      </w:r>
      <w:r>
        <w:t>is ke mutabiq hamein kya karna hai? aaj ki dunya ko hamein lena hai is hesiyat se ke yeh is liye hai ke yahan hum, yani yeh imtehan hall ke taur par hai.</w:t>
      </w:r>
    </w:p>
    <w:p>
      <w:pPr>
        <w:jc w:val="right"/>
      </w:pPr>
      <w:r>
        <w:t>اس کے مطابق ہمیں کیا کرنا ہے؟ آج کی دنیا کو ہمیں لینا ہے اس حیثیت سے کہ یہ اس لئے ہے کہ یہاں ہم، یعنی یہ امتحان ہال کے طور پر ہے۔</w:t>
      </w:r>
    </w:p>
    <w:p>
      <w:r>
        <w:rPr>
          <w:b/>
        </w:rPr>
        <w:t xml:space="preserve">[47:30] </w:t>
      </w:r>
      <w:r>
        <w:t>imtehan hall mein talib ilm imtehan deta hai. aur naukri milta hai is ko bahar. imtehan hall ke bahar milta hai, naukri andar nahi, naukri milta hai.</w:t>
      </w:r>
    </w:p>
    <w:p>
      <w:pPr>
        <w:jc w:val="right"/>
      </w:pPr>
      <w:r>
        <w:t>امتحان ہال میں طالب علم امتحان دیتا ہے۔ اور نوکری ملتا ہے اس کو باہر۔ امتحان ہال کے باہر ملتا ہے، نوکری اندر نہیں، نوکری ملتا ہے۔</w:t>
      </w:r>
    </w:p>
    <w:p>
      <w:r>
        <w:rPr>
          <w:b/>
        </w:rPr>
        <w:t xml:space="preserve">[47:42] </w:t>
      </w:r>
      <w:r>
        <w:t>to</w:t>
      </w:r>
    </w:p>
    <w:p>
      <w:pPr>
        <w:jc w:val="right"/>
      </w:pPr>
      <w:r>
        <w:t>تو</w:t>
      </w:r>
    </w:p>
    <w:p>
      <w:r>
        <w:rPr>
          <w:b/>
        </w:rPr>
        <w:t xml:space="preserve">[47:43] </w:t>
      </w:r>
      <w:r>
        <w:t>aaj hum chahein ke hum yahan, hum ko mil jaye, hamara matlooba dunya to nahi milega. kyunke yeh to imtehan hall hai. woh to milega baad ko.</w:t>
      </w:r>
    </w:p>
    <w:p>
      <w:pPr>
        <w:jc w:val="right"/>
      </w:pPr>
      <w:r>
        <w:t>آج ہم چاہیں کہ ہم یہاں، ہم کو مل جائے، ہمارا مطلوبہ دنیا تو نہیں ملے گا۔ کیونکہ یہ تو امتحان ہال ہے۔ وہ تو ملے گا بعد کو۔</w:t>
      </w:r>
    </w:p>
    <w:p>
      <w:r>
        <w:rPr>
          <w:b/>
        </w:rPr>
        <w:t xml:space="preserve">[47:55] </w:t>
      </w:r>
      <w:r>
        <w:t>isi ki wajah se sare log jo hain, one to all sab freshnes mein jeet te hain, freshnes mein marte hain. kyun? woh yeh nahi samajh paate ke yeh dunya jo hai, azmaish ka maidan hai.</w:t>
      </w:r>
    </w:p>
    <w:p>
      <w:pPr>
        <w:jc w:val="right"/>
      </w:pPr>
      <w:r>
        <w:t>اسی کی وجہ سے سارے لوگ جو ہیں، ون ٹو آل سب فریشنز میں جیتتے ہیں، فریشنز میں مرتے ہیں۔ کیوں؟ وہ یہ نہیں سمجھ پاتے کہ یہ دنیا جو ہے، آزمائش کا میدان ہے۔</w:t>
      </w:r>
    </w:p>
    <w:p>
      <w:r>
        <w:rPr>
          <w:b/>
        </w:rPr>
        <w:t xml:space="preserve">[48:10] </w:t>
      </w:r>
      <w:r>
        <w:t>is dunya mein woh apna matlooba dunya banana chahte hain. aap jante hain ke insaan ke andar khwahishein bhari hui hain, bhari hui hain, bhari hui hain.</w:t>
      </w:r>
    </w:p>
    <w:p>
      <w:pPr>
        <w:jc w:val="right"/>
      </w:pPr>
      <w:r>
        <w:t>اس دنیا میں وہ اپنا مطلوبہ دنیا بنانا چاہتے ہیں۔ آپ جانتے ہیں کہ انسان کے اندر خواہشیں بھری ہوئی ہیں، بھری ہوئی ہیں، بھری ہوئی ہیں۔</w:t>
      </w:r>
    </w:p>
    <w:p>
      <w:r>
        <w:rPr>
          <w:b/>
        </w:rPr>
        <w:t xml:space="preserve">[48:19] </w:t>
      </w:r>
      <w:r>
        <w:t>har aadmi chahta hai ke khwahish ko hasil kare. lekin kisi bhi insaan ko abhi tak takmeel nahi mili. takmeel nahi mili.</w:t>
      </w:r>
    </w:p>
    <w:p>
      <w:pPr>
        <w:jc w:val="right"/>
      </w:pPr>
      <w:r>
        <w:t>ہر آدمی چاہتا ہے کہ خواہش کو حاصل کرے۔ لیکن کسی بھی انسان کو ابھی تک تکمیل نہیں ملی۔ تکمیل نہیں ملی۔</w:t>
      </w:r>
    </w:p>
    <w:p>
      <w:r>
        <w:rPr>
          <w:b/>
        </w:rPr>
        <w:t xml:space="preserve">[48:31] </w:t>
      </w:r>
      <w:r>
        <w:t>ab jaise ek aadmi ka dimagh jo hai, dimagh mein aap jante hain ke lamahdood salahiyat hai.</w:t>
      </w:r>
    </w:p>
    <w:p>
      <w:pPr>
        <w:jc w:val="right"/>
      </w:pPr>
      <w:r>
        <w:t>اب جیسے ایک آدمی کا دماغ جو ہے، دماغ میں آپ جانتے ہیں کہ لامحدود صلاحیت ہے۔</w:t>
      </w:r>
    </w:p>
    <w:p>
      <w:r>
        <w:rPr>
          <w:b/>
        </w:rPr>
        <w:t xml:space="preserve">[48:39] </w:t>
      </w:r>
      <w:r>
        <w:t>ek ek, ek ek infiradi dimagh jo hai, is mein sau million, billion, billion zarraat hote hain. sirf ek do feesad hi insaan istemal kar pata hai, woh mar jata hai.</w:t>
      </w:r>
    </w:p>
    <w:p>
      <w:pPr>
        <w:jc w:val="right"/>
      </w:pPr>
      <w:r>
        <w:t>ایک ایک، ایک ایک انفرادی دماغ جو ہے، اس میں سو ملین، بلین، بلین ذرّات ہوتے ہیں۔ صرف ایک دو فیصد ہی انسان استعمال کر پاتا ہے، وہ مر جاتا ہے۔</w:t>
      </w:r>
    </w:p>
    <w:p>
      <w:r>
        <w:rPr>
          <w:b/>
        </w:rPr>
        <w:t xml:space="preserve">[48:52] </w:t>
      </w:r>
      <w:r>
        <w:t>aap sochiye ke is dunya mein ek zehn hi ek aisi cheez hai jo istemal na ho. is ki salahiyat jo hai, woh aisi aayi aur aisi chali jaye.</w:t>
      </w:r>
    </w:p>
    <w:p>
      <w:pPr>
        <w:jc w:val="right"/>
      </w:pPr>
      <w:r>
        <w:t>آپ سوچیے کہ اس دنیا میں ایک ذہن ہی ایک ایسی چیز ہے جو استعمال نہ ہو۔ اس کی صلاحیت جو ہے، وہ ایسی آئی اور ایسی چلی جائے۔</w:t>
      </w:r>
    </w:p>
    <w:p>
      <w:r>
        <w:rPr>
          <w:b/>
        </w:rPr>
        <w:t xml:space="preserve">[49:05] </w:t>
      </w:r>
      <w:r>
        <w:t>nahi</w:t>
      </w:r>
    </w:p>
    <w:p>
      <w:pPr>
        <w:jc w:val="right"/>
      </w:pPr>
      <w:r>
        <w:t>نہیں</w:t>
      </w:r>
    </w:p>
    <w:p>
      <w:r>
        <w:rPr>
          <w:b/>
        </w:rPr>
        <w:t xml:space="preserve">[49:06] </w:t>
      </w:r>
      <w:r>
        <w:t>is ki wazahat yeh hai ke is dunya mein hum chunke azmaish ke liye hain, yahan takmeel hamein mil nahi sakti.</w:t>
      </w:r>
    </w:p>
    <w:p>
      <w:pPr>
        <w:jc w:val="right"/>
      </w:pPr>
      <w:r>
        <w:t>۔ اس کی وضاحت یہ ہے کہ اس دنیا میں ہم چونکہ آزمائش کے لئے ہیں، یہاں تکمیل ہمیں مل نہیں سکتی۔</w:t>
      </w:r>
    </w:p>
    <w:p>
      <w:r>
        <w:rPr>
          <w:b/>
        </w:rPr>
        <w:t xml:space="preserve">[49:15] </w:t>
      </w:r>
      <w:r>
        <w:t>yahan hum apne zehn ki salahiyat ko bharpoor taur par istemal kar nahi sakte. woh to idhar hi milega. to is Christian plan ko agar aap jaan lein, tab aap ja kar aap ko sukoon e zehn milega.</w:t>
      </w:r>
    </w:p>
    <w:p>
      <w:pPr>
        <w:jc w:val="right"/>
      </w:pPr>
      <w:r>
        <w:t>یہاں ہم اپنے ذہن کی صلاحیت کو بھرپور طور پر استعمال کر نہیں سکتے۔ وہ تو ادھر ہی ملے گا۔ تو اس Christian plan کو اگر آپ جان لیں، تب آپ جا کر آپ کو سکونِ ذہن ملے گا۔</w:t>
      </w:r>
    </w:p>
    <w:p>
      <w:r>
        <w:rPr>
          <w:b/>
        </w:rPr>
        <w:t xml:space="preserve">[49:32] </w:t>
      </w:r>
      <w:r>
        <w:t>to phir tazaad kha</w:t>
      </w:r>
    </w:p>
    <w:p>
      <w:pPr>
        <w:jc w:val="right"/>
      </w:pPr>
      <w:r>
        <w:t>تو پھر تضاد خ</w:t>
      </w:r>
    </w:p>
    <w:p>
      <w:r>
        <w:rPr>
          <w:b/>
        </w:rPr>
        <w:t xml:space="preserve">[49:33] </w:t>
      </w:r>
      <w:r>
        <w:t>tum ho jayega. yani jo logon ko sukoon nahi hai, log stress mein jee rahe hain, log tension mein jee rahe hain. log mayusi mein jee rahe hain.</w:t>
      </w:r>
    </w:p>
    <w:p>
      <w:pPr>
        <w:jc w:val="right"/>
      </w:pPr>
      <w:r>
        <w:t>تم ہو جائے گا۔ یعنی جو لوگوں کو سکون نہیں ہے، لوگ اسٹریس میں جی رہے ہیں، لوگ ٹینشن میں جی رہے ہیں۔ لوگ مایوسی میں جی رہے ہیں۔</w:t>
      </w:r>
    </w:p>
    <w:p>
      <w:r>
        <w:rPr>
          <w:b/>
        </w:rPr>
        <w:t xml:space="preserve">[49:42] </w:t>
      </w:r>
      <w:r>
        <w:t>kyun? woh imtehan hall ke andar woh sab kuch pana chahte hain jo is ke bahar milega.</w:t>
      </w:r>
    </w:p>
    <w:p>
      <w:pPr>
        <w:jc w:val="right"/>
      </w:pPr>
      <w:r>
        <w:t>کیوں؟ وہ امتحان ہال کے اندر وہ سب کچھ پانا چاہتے ہیں جو اس کے باہر ملے گا۔</w:t>
      </w:r>
    </w:p>
    <w:p>
      <w:r>
        <w:rPr>
          <w:b/>
        </w:rPr>
        <w:t xml:space="preserve">[49:51] </w:t>
      </w:r>
      <w:r>
        <w:t>yani aaj jo dunya, jo azmaish ke liye banayi gayi hai, wahan woh chahte hain ke un ki sari khwahishon ki takmeel ho jaye.</w:t>
      </w:r>
    </w:p>
    <w:p>
      <w:pPr>
        <w:jc w:val="right"/>
      </w:pPr>
      <w:r>
        <w:t>یعنی آج جو دنیا، جو آزمائش کے لئے بنائی گئی ہے، وہاں وہ چاہتے ہیں کہ ان کی ساری خواہشوں کی تکمیل ہو جائے۔</w:t>
      </w:r>
    </w:p>
    <w:p>
      <w:r>
        <w:rPr>
          <w:b/>
        </w:rPr>
        <w:t xml:space="preserve">[49:59] </w:t>
      </w:r>
      <w:r>
        <w:t>yeh to mumkin hi nahi hai. yeh to mumkin nahi hai. sare philosophers, sare fikr karne wale ideal dunya banana chahte the.</w:t>
      </w:r>
    </w:p>
    <w:p>
      <w:pPr>
        <w:jc w:val="right"/>
      </w:pPr>
      <w:r>
        <w:t>یہ تو ممکن ہی نہیں ہے۔ یہ تو ممکن نہیں ہے۔ سارے فلاسفرز، سارے فکر کرنے والے آئیڈیل دنیا بنانا چاہتے تھے۔</w:t>
      </w:r>
    </w:p>
    <w:p>
      <w:r>
        <w:rPr>
          <w:b/>
        </w:rPr>
        <w:t xml:space="preserve">[50:09] </w:t>
      </w:r>
      <w:r>
        <w:t>ideal society, ideal riyasat, ideal nizam. aur sab nakaam ho gaye. sab nakaam ho gaye. kyun? yeh cheez, woh, woh aisi cheez chahte the hasil karna jo hasil nahi thi is tarah se.</w:t>
      </w:r>
    </w:p>
    <w:p>
      <w:pPr>
        <w:jc w:val="right"/>
      </w:pPr>
      <w:r>
        <w:t>آئیڈیل سوسائٹی، آئیڈیل ریاست، آئیڈیل نظام۔ اور سب ناکام ہو گئے۔ سب ناکام ہو گئے۔ کیوں؟ یہ چیز، وہ، وہ ایسی چیز چاہتے تھے حاصل کرنا جو حاصل نہیں تھی اس طرح سے۔</w:t>
      </w:r>
    </w:p>
    <w:p>
      <w:r>
        <w:rPr>
          <w:b/>
        </w:rPr>
        <w:t xml:space="preserve">[50:24] </w:t>
      </w:r>
      <w:r>
        <w:t>hasil nahi thi.</w:t>
      </w:r>
    </w:p>
    <w:p>
      <w:pPr>
        <w:jc w:val="right"/>
      </w:pPr>
      <w:r>
        <w:t>حاصل نہیں تھی۔</w:t>
      </w:r>
    </w:p>
    <w:p>
      <w:r>
        <w:rPr>
          <w:b/>
        </w:rPr>
        <w:t xml:space="preserve">[50:28] </w:t>
      </w:r>
      <w:r>
        <w:t>yahan to aap sirf yeh kar sakte hain ke apne aap ko mustahiq umeedwar sabit karein. is dunya ke liye. jahan aap ki khwahish ka takmeel milega, aap ko takmeel.</w:t>
      </w:r>
    </w:p>
    <w:p>
      <w:pPr>
        <w:jc w:val="right"/>
      </w:pPr>
      <w:r>
        <w:t>یہاں تو آپ صرف یہ کر سکتے ہیں کہ اپنے آپ کو مستحق امیدوار ثابت کریں۔ اس دنیا کے لئے۔ جہاں آپ کی خواہش کا تکمیل ملے گا، آپ کو تکمیل۔</w:t>
      </w:r>
    </w:p>
    <w:p>
      <w:r>
        <w:rPr>
          <w:b/>
        </w:rPr>
        <w:t xml:space="preserve">[50:41] </w:t>
      </w:r>
      <w:r>
        <w:t>to takmeel ke sath jeene ki dunya baad az mout ke dour mein hai. qabl az mout ke dour mein nahi hai.</w:t>
      </w:r>
    </w:p>
    <w:p>
      <w:pPr>
        <w:jc w:val="right"/>
      </w:pPr>
      <w:r>
        <w:t>تو تکمیل کے ساتھ جینے کی دنیا بعد از موت کے دور میں ہے۔ قبل از موت کے دور میں نہیں ہے۔</w:t>
      </w:r>
    </w:p>
    <w:p>
      <w:r>
        <w:rPr>
          <w:b/>
        </w:rPr>
        <w:t xml:space="preserve">[50:50] </w:t>
      </w:r>
      <w:r>
        <w:t>jaise talib ilm ke liye ek naukri ho, ek aisi dunya jahan us ko acha naukri mile, yeh imtehan ke bahir hai woh.</w:t>
      </w:r>
    </w:p>
    <w:p>
      <w:pPr>
        <w:jc w:val="right"/>
      </w:pPr>
      <w:r>
        <w:t>جیسے طالب علم کے لئے ایک نوکری ہو، ایک ایسی دنیا جہاں اس کو اچھا نوکری ملے، یہ امتحان کے باہر ہے وہ۔</w:t>
      </w:r>
    </w:p>
    <w:p>
      <w:r>
        <w:rPr>
          <w:b/>
        </w:rPr>
        <w:t xml:space="preserve">[50:58] </w:t>
      </w:r>
      <w:r>
        <w:t>us ke andar nahi hai. to yeh saare log kyun mayoosi mein marte hain?</w:t>
      </w:r>
    </w:p>
    <w:p>
      <w:pPr>
        <w:jc w:val="right"/>
      </w:pPr>
      <w:r>
        <w:t>اس کے اندر نہیں ہے۔ تو یہ سارے لوگ کیوں مایوسی میں مرتے ہیں؟</w:t>
      </w:r>
    </w:p>
    <w:p>
      <w:r>
        <w:rPr>
          <w:b/>
        </w:rPr>
        <w:t xml:space="preserve">[51:06] </w:t>
      </w:r>
      <w:r>
        <w:t>jitne, jitne yeh ameer log hain, jitne log bohat bari taqat mein hain, siyasat taqat jin ko mila, philosopher, fikr karne wale, jitne bhi hain, one to all, baghair kisi istis'na, har ek ki zindagi ko aap parhiye to aakhir mein kya milega?</w:t>
      </w:r>
    </w:p>
    <w:p>
      <w:pPr>
        <w:jc w:val="right"/>
      </w:pPr>
      <w:r>
        <w:t>جتنے، جتنے یہ امیر لوگ ہیں، جتنے لوگ بہت بڑی طاقت میں ہیں، سیاسی طاقت جن کو ملا، فلاسفر، فکر کرنے والے، جتنے بھی ہیں، ون ٹو آل، بغیر کسی استثنا، ہر ایک کی زندگی کو آپ پڑھیے تو آخر میں کیا ملے گا؟</w:t>
      </w:r>
    </w:p>
    <w:p>
      <w:r>
        <w:rPr>
          <w:b/>
        </w:rPr>
        <w:t xml:space="preserve">[51:25] </w:t>
      </w:r>
      <w:r>
        <w:t>He died in frustration. He died in frustration.</w:t>
      </w:r>
    </w:p>
    <w:p>
      <w:pPr>
        <w:jc w:val="right"/>
      </w:pPr>
      <w:r>
        <w:t>He died in frustration. He died in frustration.</w:t>
      </w:r>
    </w:p>
    <w:p>
      <w:r>
        <w:rPr>
          <w:b/>
        </w:rPr>
        <w:t xml:space="preserve">[51:28] </w:t>
      </w:r>
      <w:r>
        <w:t>He died in frustration. kisi ko bhi parhiye aap. maslan Darwin ko parhiye aap. Rousseau ko parhiye aap. Marx ko parhiye aap. Plato ko parhiye aap.</w:t>
      </w:r>
    </w:p>
    <w:p>
      <w:pPr>
        <w:jc w:val="right"/>
      </w:pPr>
      <w:r>
        <w:t>He died in frustration. کسی کو بھی پڑھیے آپ۔ مثلاً ڈارون کو پڑھیے آپ۔ روسو کو پڑھیے آپ۔ مارکس کو پڑھیے آپ۔ پیٹرو کو پڑھیے آپ۔</w:t>
      </w:r>
    </w:p>
    <w:p>
      <w:r>
        <w:rPr>
          <w:b/>
        </w:rPr>
        <w:t xml:space="preserve">[51:37] </w:t>
      </w:r>
      <w:r>
        <w:t>Arastu ko parhiye aap. yahan tak ke Gandhi ko parhiye aap.</w:t>
      </w:r>
    </w:p>
    <w:p>
      <w:pPr>
        <w:jc w:val="right"/>
      </w:pPr>
      <w:r>
        <w:t>ارسطو کو پڑھیے آپ۔ یہاں تک کہ گاندھی کو پڑھیے آپ۔</w:t>
      </w:r>
    </w:p>
    <w:p>
      <w:r>
        <w:rPr>
          <w:b/>
        </w:rPr>
        <w:t xml:space="preserve">[51:44] </w:t>
      </w:r>
      <w:r>
        <w:t>to har ke zindagi ke aakhir mein likha rahega ke He died in frustration. kyun? is liye ke unhon ne Christian plan of God ko nahi jana.</w:t>
      </w:r>
    </w:p>
    <w:p>
      <w:pPr>
        <w:jc w:val="right"/>
      </w:pPr>
      <w:r>
        <w:t>تو ہر کے زندگی کے آخر میں لکھا رہے گا کہ He died in frustration. کیوں؟ اس لئے کہ انہوں نے Christian plan of God کو نہیں جانا۔</w:t>
      </w:r>
    </w:p>
    <w:p>
      <w:r>
        <w:rPr>
          <w:b/>
        </w:rPr>
        <w:t xml:space="preserve">[51:58] </w:t>
      </w:r>
      <w:r>
        <w:t>jo jo hasil karna chahiye tha, sirf is mout ke dour mein is ko hasil karna chaha unhon ne. qabl az mout ke dour mein. is cheez ne unhein mayoosi mein daal diya.</w:t>
      </w:r>
    </w:p>
    <w:p>
      <w:pPr>
        <w:jc w:val="right"/>
      </w:pPr>
      <w:r>
        <w:t>جو جو حاصل کرنا چاہیئے تھا، صرف اس موت کے دور میں اس کو حاصل کرنا چاہا انہوں نے۔ قبل از موت کے دور میں۔ اس چیز نے انہیں مایوسی میں ڈال دیا۔</w:t>
      </w:r>
    </w:p>
    <w:p>
      <w:r>
        <w:rPr>
          <w:b/>
        </w:rPr>
        <w:t xml:space="preserve">[52:10] </w:t>
      </w:r>
      <w:r>
        <w:t>to is haqeeqat ko janna har insan ki pehli zaroorat hai.</w:t>
      </w:r>
    </w:p>
    <w:p>
      <w:pPr>
        <w:jc w:val="right"/>
      </w:pPr>
      <w:r>
        <w:t>تو اس حقیقت کو جاننا ہر انسان کی پہلی ضرورت ہے۔</w:t>
      </w:r>
    </w:p>
    <w:p>
      <w:r>
        <w:rPr>
          <w:b/>
        </w:rPr>
        <w:t xml:space="preserve">[52:20] </w:t>
      </w:r>
      <w:r>
        <w:t>taake is haqeeqat ko janne hi se aap ka dil sukoon aye ga.</w:t>
      </w:r>
    </w:p>
    <w:p>
      <w:pPr>
        <w:jc w:val="right"/>
      </w:pPr>
      <w:r>
        <w:t>تاکہ اس حقیقت کو جاننے ہی سے آپ کا دل سکون آئے گا۔</w:t>
      </w:r>
    </w:p>
    <w:p>
      <w:r>
        <w:rPr>
          <w:b/>
        </w:rPr>
        <w:t xml:space="preserve">[52:26] </w:t>
      </w:r>
      <w:r>
        <w:t>maslan aap hawai jahaz mein safar kar rahe hain. aap ko bagh bohat pasand hai. bagh mein ja ke daurte hain, khelte hain, baithte hain to bara acha lagta hai aap ko.</w:t>
      </w:r>
    </w:p>
    <w:p>
      <w:pPr>
        <w:jc w:val="right"/>
      </w:pPr>
      <w:r>
        <w:t>مثلاً آپ ہوائی جہاز میں سفر کر رہے ہیں۔ آپ کو باغ بہت پسند ہے۔ باغ میں جا کے دوڑتے ہیں، کھیلتے ہیں، بیٹھتے ہیں تو بڑا اچھا لگتا ہے آپ کو۔</w:t>
      </w:r>
    </w:p>
    <w:p>
      <w:r>
        <w:rPr>
          <w:b/>
        </w:rPr>
        <w:t xml:space="preserve">[52:35] </w:t>
      </w:r>
      <w:r>
        <w:t>ab aap chahein ke aap ko bagh mil jaye hawai jahaz ke andar to woh to kisi ko nahi milega. George Bush ko apne khaas hawai jahaz mein nahi milega.</w:t>
      </w:r>
    </w:p>
    <w:p>
      <w:pPr>
        <w:jc w:val="right"/>
      </w:pPr>
      <w:r>
        <w:t>اب آپ چاہیں کہ آپ کو باغ مل جائے ہوائی جہاز کے اندر تو وہ تو کسی کو نہیں ملے گا۔ جارج بش کو اپنے خاص ہوائی جہاز میں نہیں ملے گا۔</w:t>
      </w:r>
    </w:p>
    <w:p>
      <w:r>
        <w:rPr>
          <w:b/>
        </w:rPr>
        <w:t xml:space="preserve">[52:49] </w:t>
      </w:r>
      <w:r>
        <w:t>hamare Rashtrapati ji ko apne khaas hawai jahaz mein nahi milega. kyun ke jahaz ke andar bagh nahi ho sakta hai.</w:t>
      </w:r>
    </w:p>
    <w:p>
      <w:pPr>
        <w:jc w:val="right"/>
      </w:pPr>
      <w:r>
        <w:t>ہمارے راشپتی جی کو اپنے خاص ہوائی جہاز میں نہیں ملے گا۔ کیونکہ جہاز کے اندر باغ نہیں ہو سکتا ہے۔</w:t>
      </w:r>
    </w:p>
    <w:p>
      <w:r>
        <w:rPr>
          <w:b/>
        </w:rPr>
        <w:t xml:space="preserve">[52:56] </w:t>
      </w:r>
      <w:r>
        <w:t>aisa koi jahaz nahi hai jis mein bagh ho. jis mein park ho, jis mein darakht hon. to agar koi shakhs yeh soche ke mujh ko jahaz ke andar, airplane ke andar mujhe bagh milna chahiye to uska sara safar jo hai museebat ka safar ban jayega.</w:t>
      </w:r>
    </w:p>
    <w:p>
      <w:pPr>
        <w:jc w:val="right"/>
      </w:pPr>
      <w:r>
        <w:t>ایسا کوئی جہاز نہیں ہے جس میں باغ ہو۔ جس میں پارک ہو، جس میں درخت ہوں۔ تو اگر کوئی شخص یہ سوچے کہ مجھ کو جہاز کے اندر، ایروپلین کے اندر مجھے باغ ملنا چاہیئے تو اس کا سارا سفر جو ہے مصیبت کا سفر بن جائے گا۔</w:t>
      </w:r>
    </w:p>
    <w:p>
      <w:r>
        <w:rPr>
          <w:b/>
        </w:rPr>
        <w:t xml:space="preserve">[53:15] </w:t>
      </w:r>
      <w:r>
        <w:t>jidhar dekhega udhar talash karega bagh aur kahin bagh milega nahi us ko. yaani pehli class mein woh safar kar raha hoga woh.</w:t>
      </w:r>
    </w:p>
    <w:p>
      <w:pPr>
        <w:jc w:val="right"/>
      </w:pPr>
      <w:r>
        <w:t>جدھر دیکھے گا ادھر تلاش کرے گا باغ اور کہیں باغ ملے گا نہیں اس کو۔ یعنی پہلی کلاس میں وہ سفر کر رہا ہوگا وہ۔</w:t>
      </w:r>
    </w:p>
    <w:p>
      <w:r>
        <w:rPr>
          <w:b/>
        </w:rPr>
        <w:t xml:space="preserve">[53:25] </w:t>
      </w:r>
      <w:r>
        <w:t>yahan tak ke khaas jahaz mein safar kar raha hoga woh. phir bhi woh pareshan rahega. woh mayoosi mein rahega. kyun ke idhar udhar dhoondega woh kahin bagh mil nahi raha us ko.</w:t>
      </w:r>
    </w:p>
    <w:p>
      <w:pPr>
        <w:jc w:val="right"/>
      </w:pPr>
      <w:r>
        <w:t>یہاں تک کہ خاص جہاز میں سفر کر رہا ہوگا وہ۔ پھر بھی وہ پریشان رہے گا۔ وہ مایوسی میں رہے گا۔ کیونکہ ادھر ادھر ڈھونڈے گا وہ کہیں باغ مل نہیں رہا اس کو۔</w:t>
      </w:r>
    </w:p>
    <w:p>
      <w:r>
        <w:rPr>
          <w:b/>
        </w:rPr>
        <w:t xml:space="preserve">[53:37] </w:t>
      </w:r>
      <w:r>
        <w:t>lekin agar yeh samjhe ke bagh to jahaz ke bahir mil sakta hai, jahaz ke andar nahi mil sakta hai to us ko sukoon ho jayega.</w:t>
      </w:r>
    </w:p>
    <w:p>
      <w:pPr>
        <w:jc w:val="right"/>
      </w:pPr>
      <w:r>
        <w:t>لیکن اگر یہ سمجھے کہ باغ تو جہاز کے باہر مل سکتا ہے، جہاز کے اندر نہیں مل سکتا ہے تو اس کو سکون ہو جائے گا۔</w:t>
      </w:r>
    </w:p>
    <w:p>
      <w:r>
        <w:rPr>
          <w:b/>
        </w:rPr>
        <w:t xml:space="preserve">[53:51] </w:t>
      </w:r>
      <w:r>
        <w:t>yaani Rashtrapati Bhavan jo hai kisi jahaz ke andar nahi daal sakte aap.</w:t>
      </w:r>
    </w:p>
    <w:p>
      <w:pPr>
        <w:jc w:val="right"/>
      </w:pPr>
      <w:r>
        <w:t>یعنی راشپتی بھون جو ہے کسی جہاز کے اندر نہیں ڈال سکتے آپ۔</w:t>
      </w:r>
    </w:p>
    <w:p>
      <w:r>
        <w:rPr>
          <w:b/>
        </w:rPr>
        <w:t xml:space="preserve">[53:56] </w:t>
      </w:r>
      <w:r>
        <w:t>jab Rashtrapati ji baithte hain jahaz, khaas jahaz mein apne to chahein ke wahan Rashtrapati Bhavan bhi ho, wahan Mughal Bagh bhi ho to unko sawa mayoosi ka kuch nahi milega.</w:t>
      </w:r>
    </w:p>
    <w:p>
      <w:pPr>
        <w:jc w:val="right"/>
      </w:pPr>
      <w:r>
        <w:t>جب راشپتی جی بیٹھتے ہیں جہاز، خاص جہاز میں اپنے تو چاہیں کہ وہاں راشپتی بھون بھی ہو، وہاں مغل باغ بھی ہو تو ان کو سوا مایوسی کا کچھ نہیں ملے گا۔</w:t>
      </w:r>
    </w:p>
    <w:p>
      <w:r>
        <w:rPr>
          <w:b/>
        </w:rPr>
        <w:t xml:space="preserve">[54:07] </w:t>
      </w:r>
      <w:r>
        <w:t>kyun ke jahaz mein Mughal Bagh ko nahi rakh sakte aap. to yahi muamla hai mayoosi ka. kyun aisa hai ke saare log tension mein jeete hain, stress mein jeete hain, mayoosi mein jalte hain, mar jate hain isi pareshani ke aalam mein.</w:t>
      </w:r>
    </w:p>
    <w:p>
      <w:pPr>
        <w:jc w:val="right"/>
      </w:pPr>
      <w:r>
        <w:t>کیونکہ جہاز میں مغل باغ کو نہیں رکھ سکتے آپ۔ تو یہی معاملہ ہے مایوسی کا۔ کیوں ایسا ہے کہ سارے لوگ ٹینشن میں جیتے ہیں، اسٹریس میں جیتے ہیں، مایوسی میں جلتے ہیں، مر جاتے ہیں اسی پریشانی کے عالم میں۔</w:t>
      </w:r>
    </w:p>
    <w:p>
      <w:r>
        <w:rPr>
          <w:b/>
        </w:rPr>
        <w:t xml:space="preserve">[54:25] </w:t>
      </w:r>
      <w:r>
        <w:t>khushi nahi milti un ko. kyun? unhon ne Christian plan of God ko jana nahi.</w:t>
      </w:r>
    </w:p>
    <w:p>
      <w:pPr>
        <w:jc w:val="right"/>
      </w:pPr>
      <w:r>
        <w:t>خوشی نہیں ملتی ان کو۔ کیوں؟ انہوں نے Christian plan of God کو جانا نہیں۔</w:t>
      </w:r>
    </w:p>
    <w:p>
      <w:r>
        <w:rPr>
          <w:b/>
        </w:rPr>
        <w:t xml:space="preserve">[54:33] </w:t>
      </w:r>
      <w:r>
        <w:t>woh azmaish ke dour mein the aur unhon ne kya chaha? yahan par woh cheez mil jaye jo azmaish ke dour ke bahir unhein milne wali hai.</w:t>
      </w:r>
    </w:p>
    <w:p>
      <w:pPr>
        <w:jc w:val="right"/>
      </w:pPr>
      <w:r>
        <w:t>وہ آزمائش کے دور میں تھے اور انہوں نے کیا چاہا؟ یہاں پر وہ چیز مل جائے جو آزمائش کے دور کے باہر انہیں ملنے والی ہے۔</w:t>
      </w:r>
    </w:p>
    <w:p>
      <w:r>
        <w:rPr>
          <w:b/>
        </w:rPr>
        <w:t xml:space="preserve">[54:44] </w:t>
      </w:r>
      <w:r>
        <w:t>is baat ko agar aadmi jaan le aadmi to kya hoga?</w:t>
      </w:r>
    </w:p>
    <w:p>
      <w:pPr>
        <w:jc w:val="right"/>
      </w:pPr>
      <w:r>
        <w:t>اس بات کو اگر آدمی جان لے آدمی تو کیا ہوگا؟</w:t>
      </w:r>
    </w:p>
    <w:p>
      <w:r>
        <w:rPr>
          <w:b/>
        </w:rPr>
        <w:t xml:space="preserve">[54:47] </w:t>
      </w:r>
      <w:r>
        <w:t>us ko line of action mil jayega. sense of direction mil jayega. zindagi ka plan mil jayega. zindagi ka naqsha mil jayega.</w:t>
      </w:r>
    </w:p>
    <w:p>
      <w:pPr>
        <w:jc w:val="right"/>
      </w:pPr>
      <w:r>
        <w:t>اس کو لائن آف ایکشن مل جائے گا۔ سینس آف ڈائریکشن مل جائے گا۔ زندگی کا پلان مل جائے گا۔ زندگی کا نقشہ مل جائے گا۔</w:t>
      </w:r>
    </w:p>
    <w:p>
      <w:r>
        <w:rPr>
          <w:b/>
        </w:rPr>
        <w:t xml:space="preserve">[54:57] </w:t>
      </w:r>
      <w:r>
        <w:t>to sukoon ke sath is mein kar sakta hai kaam woh.</w:t>
      </w:r>
    </w:p>
    <w:p>
      <w:pPr>
        <w:jc w:val="right"/>
      </w:pPr>
      <w:r>
        <w:t>تو سکون کے ساتھ اس میں کر سکتا ہے کام وہ۔</w:t>
      </w:r>
    </w:p>
    <w:p>
      <w:r>
        <w:rPr>
          <w:b/>
        </w:rPr>
        <w:t xml:space="preserve">[55:03] </w:t>
      </w:r>
      <w:r>
        <w:t>lekin jis ko Christian plan of God ki jankari na ho woh pareshani hi pareshan rahega woh.</w:t>
      </w:r>
    </w:p>
    <w:p>
      <w:pPr>
        <w:jc w:val="right"/>
      </w:pPr>
      <w:r>
        <w:t>لیکن جس کو Christian plan of God کی جانکاری نہ ہو وہ پریشانی ہی پریشان رہے گا وہ۔</w:t>
      </w:r>
    </w:p>
    <w:p>
      <w:r>
        <w:rPr>
          <w:b/>
        </w:rPr>
        <w:t xml:space="preserve">[55:14] </w:t>
      </w:r>
      <w:r>
        <w:t>to is sare mard o aurat sab ko yeh janna chahiye ke woh khud se nahi bana sakte dunya ko.</w:t>
      </w:r>
    </w:p>
    <w:p>
      <w:pPr>
        <w:jc w:val="right"/>
      </w:pPr>
      <w:r>
        <w:t>تو اس سارے مرد و عورت سب کو یہ جاننا چاہیئے کہ وہ خود سے نہیں بنا سکتے دنیا کو۔</w:t>
      </w:r>
    </w:p>
    <w:p>
      <w:r>
        <w:rPr>
          <w:b/>
        </w:rPr>
        <w:t xml:space="preserve">[55:24] </w:t>
      </w:r>
      <w:r>
        <w:t>unhone khud nahi dunya banai hai. is liye Christian plan bhi unka apna nahi ho sakta hai. woh Khuda ka rahega. to is baat ko janna chahiye unhe ke aaj jis dunya mein aap hain woh woh azmaish ke liye hain.</w:t>
      </w:r>
    </w:p>
    <w:p>
      <w:pPr>
        <w:jc w:val="right"/>
      </w:pPr>
      <w:r>
        <w:t>انہوں نے خود نہیں دنیا بنائی ہے۔ اس لئے Christian plan بھی ان کا اپنا نہیں ہو سکتا ہے۔ وہ خدا کا رہے گا۔ تو اس بات کو جاننا چاہیئے انہیں کہ آج جس دنیا میں آپ ہیں وہ وہ آزمائش کے لئے ہیں۔</w:t>
      </w:r>
    </w:p>
    <w:p>
      <w:r>
        <w:rPr>
          <w:b/>
        </w:rPr>
        <w:t xml:space="preserve">[55:38] </w:t>
      </w:r>
      <w:r>
        <w:t>woh azmaish ka daur hai unki zindagi ka.</w:t>
      </w:r>
    </w:p>
    <w:p>
      <w:pPr>
        <w:jc w:val="right"/>
      </w:pPr>
      <w:r>
        <w:t>وہ آزمائش کا دور ہے ان کی زندگی کا۔</w:t>
      </w:r>
    </w:p>
    <w:p>
      <w:r>
        <w:rPr>
          <w:b/>
        </w:rPr>
        <w:t xml:space="preserve">[55:42] </w:t>
      </w:r>
      <w:r>
        <w:t>ab unhe kya karna hai? yahan par dekhiye. buniyadi baat jo hai azadi ko galat istemal na karna. buniyadi baat yeh hai.</w:t>
      </w:r>
    </w:p>
    <w:p>
      <w:pPr>
        <w:jc w:val="right"/>
      </w:pPr>
      <w:r>
        <w:t>اب انہیں کیا کرنا ہے؟ یہاں پر دیکھیے۔ بنیادی بات جو ہے آزادی کو غلط استعمال نہ کرنا۔ بنیادی بات یہ ہے۔</w:t>
      </w:r>
    </w:p>
    <w:p>
      <w:r>
        <w:rPr>
          <w:b/>
        </w:rPr>
        <w:t xml:space="preserve">[55:52] </w:t>
      </w:r>
      <w:r>
        <w:t>Khuda ne is dunya mein aadmi ko azadi di hai. aur yahi azmaish hai ke aap azadi ka theek istemal karte hain ya is ka aap galat istemal karte hain.</w:t>
      </w:r>
    </w:p>
    <w:p>
      <w:pPr>
        <w:jc w:val="right"/>
      </w:pPr>
      <w:r>
        <w:t>خدا نے اس دنیا میں آدمی کو آزادی دی ہے۔ اور یہی آزمائش ہے کہ آپ آزادی کا ٹھیک استعمال کرتے ہیں یا اس کا آپ غلط استعمال کرتے ہیں۔</w:t>
      </w:r>
    </w:p>
    <w:p>
      <w:r>
        <w:rPr>
          <w:b/>
        </w:rPr>
        <w:t xml:space="preserve">[56:03] </w:t>
      </w:r>
      <w:r>
        <w:t>buniyadi cheez jo hai yahi yeh</w:t>
      </w:r>
    </w:p>
    <w:p>
      <w:pPr>
        <w:jc w:val="right"/>
      </w:pPr>
      <w:r>
        <w:t>بنیادی چیز جو ہے یہی یہ</w:t>
      </w:r>
    </w:p>
    <w:p>
      <w:r>
        <w:rPr>
          <w:b/>
        </w:rPr>
        <w:t xml:space="preserve">[56:06] </w:t>
      </w:r>
      <w:r>
        <w:t>yeh hai. jab aap yeh janenge ke mujhe azadi jo hai mili hai azmaish ke liye to aap nazm o zabt mein rahenge. khud control kar ke rahenge.</w:t>
      </w:r>
    </w:p>
    <w:p>
      <w:pPr>
        <w:jc w:val="right"/>
      </w:pPr>
      <w:r>
        <w:t>ی ہے۔ جب آپ یہ جانیں گے کہ مجھے آزادی جو ہے ملی ہے آزمائش کے لئے تو آپ نظم و ضبط میں رہیں گے۔ خود کنٹرول کر کے رہیں گے۔</w:t>
      </w:r>
    </w:p>
    <w:p>
      <w:r>
        <w:rPr>
          <w:b/>
        </w:rPr>
        <w:t xml:space="preserve">[56:17] </w:t>
      </w:r>
      <w:r>
        <w:t>Khuda ke aage surrender kar ke rahenge. tasleem ke sath rahenge. aap yeh jan kar rahenge ke kaise kaise mujhe rehna hai, kaise nahi rehna hai.</w:t>
      </w:r>
    </w:p>
    <w:p>
      <w:pPr>
        <w:jc w:val="right"/>
      </w:pPr>
      <w:r>
        <w:t>خدا کے آگے سرنڈر کر کے رہیں گے۔ تسلیم کے ساتھ رہیں گے۔ آپ یہ جان کر رہیں گے کہ کیسے کیسے مجھے رہنا ہے، کیسے نہیں رہنا ہے۔</w:t>
      </w:r>
    </w:p>
    <w:p>
      <w:r>
        <w:rPr>
          <w:b/>
        </w:rPr>
        <w:t xml:space="preserve">[56:28] </w:t>
      </w:r>
      <w:r>
        <w:t>to jaise hi aap ne jana Christian plan ko waise hi aap ke andar surrender aayega, waise hi aap ke andar nazm o zabt aayega, waise hi aap ke andar khud control aa jayega.</w:t>
      </w:r>
    </w:p>
    <w:p>
      <w:pPr>
        <w:jc w:val="right"/>
      </w:pPr>
      <w:r>
        <w:t>تو جیسے ہی آپ نے جانا Christian plan کو ویسے ہی آپ کے اندر سرنڈر آئے گا، ویسے ہی آپ کے اندر نظم و ضبط آئے گا، ویسے ہی آپ کے اندر خود کنٹرول آ جائے گا۔</w:t>
      </w:r>
    </w:p>
    <w:p>
      <w:r>
        <w:rPr>
          <w:b/>
        </w:rPr>
        <w:t xml:space="preserve">[56:37] </w:t>
      </w:r>
      <w:r>
        <w:t>waise hi aap ke andar aik aik zindagi ka aik poora naqsha aa jayega aap ke andar.</w:t>
      </w:r>
    </w:p>
    <w:p>
      <w:pPr>
        <w:jc w:val="right"/>
      </w:pPr>
      <w:r>
        <w:t>ویسے ہی آپ کے اندر ایک ایک زندگی کا ایک پورا نقشہ آ جائے گا آپ کے اندر۔</w:t>
      </w:r>
    </w:p>
    <w:p>
      <w:r>
        <w:rPr>
          <w:b/>
        </w:rPr>
        <w:t xml:space="preserve">[56:47] </w:t>
      </w:r>
      <w:r>
        <w:t>sari zindagi ka aik rukh ban jayega. poori poori zindagi ka. aur jab tak aap nahi jante Christian plan of God ko tab tak aap ki poori zindagi bikhri rahegi.</w:t>
      </w:r>
    </w:p>
    <w:p>
      <w:pPr>
        <w:jc w:val="right"/>
      </w:pPr>
      <w:r>
        <w:t>ساری زندگی کا ایک رخ بن جائے گا۔ پوری پوری زندگی کا۔ اور جب تک آپ نہیں جانتے Christian plan of God کو تب تک آپ کی پوری زندگی بکھری رہے گی۔</w:t>
      </w:r>
    </w:p>
    <w:p>
      <w:r>
        <w:rPr>
          <w:b/>
        </w:rPr>
        <w:t xml:space="preserve">[56:59] </w:t>
      </w:r>
      <w:r>
        <w:t>poori zindagi bikhri rahegi. to jo log is azmaish mein poora utren un ke liye Khuda ne kaha hai ke unhe jannat dega.</w:t>
      </w:r>
    </w:p>
    <w:p>
      <w:pPr>
        <w:jc w:val="right"/>
      </w:pPr>
      <w:r>
        <w:t>پوری زندگی بکھری رہے گی۔ تو جو لوگ اس آزمائش میں پورا اتریں ان کے لئے خدا نے کہا ہے کہ انہیں جنت دے گا۔</w:t>
      </w:r>
    </w:p>
    <w:p>
      <w:r>
        <w:rPr>
          <w:b/>
        </w:rPr>
        <w:t xml:space="preserve">[57:08] </w:t>
      </w:r>
      <w:r>
        <w:t>yani aap ko wahan mayous dunya milega. jo aap ki khwahishein hain, jo aap ke andar bhari hui hain, un ka takmeel.</w:t>
      </w:r>
    </w:p>
    <w:p>
      <w:pPr>
        <w:jc w:val="right"/>
      </w:pPr>
      <w:r>
        <w:t>یعنی آپ کو وہاں مایوس دنیا ملے گا۔ جو آپ کی خواہشیں ہیں، جو آپ کے اندر بھری ہوئی ہیں، ان کا تکمیل۔</w:t>
      </w:r>
    </w:p>
    <w:p>
      <w:r>
        <w:rPr>
          <w:b/>
        </w:rPr>
        <w:t xml:space="preserve">[57:17] </w:t>
      </w:r>
      <w:r>
        <w:t>aap ki khwahish ka wahan takmeel milega. aap ke zehen mein jo jo salahiyat hai, be panah, us poori salahiyat ke sath wahan aap ji sakenge.</w:t>
      </w:r>
    </w:p>
    <w:p>
      <w:pPr>
        <w:jc w:val="right"/>
      </w:pPr>
      <w:r>
        <w:t>آپ کی خواہش کا وہاں تکمیل ملے گا۔ آپ کے ذہن میں جو جو صلاحیت ہے، بے پناہ، اس پوری صلاحیت کے ساتھ وہاں آپ جی سکیں گے۔</w:t>
      </w:r>
    </w:p>
    <w:p>
      <w:r>
        <w:rPr>
          <w:b/>
        </w:rPr>
        <w:t xml:space="preserve">[57:27] </w:t>
      </w:r>
      <w:r>
        <w:t>jo ke yahan mumkin nahi hai.</w:t>
      </w:r>
    </w:p>
    <w:p>
      <w:pPr>
        <w:jc w:val="right"/>
      </w:pPr>
      <w:r>
        <w:t>جو کہ یہاں ممکن نہیں ہے۔</w:t>
      </w:r>
    </w:p>
    <w:p>
      <w:r>
        <w:rPr>
          <w:b/>
        </w:rPr>
        <w:t xml:space="preserve">[57:33] </w:t>
      </w:r>
      <w:r>
        <w:t>to yeh hai sara mamla.</w:t>
      </w:r>
    </w:p>
    <w:p>
      <w:pPr>
        <w:jc w:val="right"/>
      </w:pPr>
      <w:r>
        <w:t>تو یہ ہے سارا معاملہ۔</w:t>
      </w:r>
    </w:p>
    <w:p>
      <w:r>
        <w:rPr>
          <w:b/>
        </w:rPr>
        <w:t xml:space="preserve">[57:38] </w:t>
      </w:r>
      <w:r>
        <w:t>Christian plan of God ko janne ka zariya sirf Quran hai. aur is baat ko janne ke baad hi aap ko pur aman zindagi milti hai.</w:t>
      </w:r>
    </w:p>
    <w:p>
      <w:pPr>
        <w:jc w:val="right"/>
      </w:pPr>
      <w:r>
        <w:t>Christian plan of God کو جاننے کا ذریعہ صرف قرآن ہے۔ اور اس بات کو جاننے کے بعد ہی آپ کو پُرامن زندگی ملتی ہے۔</w:t>
      </w:r>
    </w:p>
    <w:p>
      <w:r>
        <w:rPr>
          <w:b/>
        </w:rPr>
        <w:t xml:space="preserve">[57:49] </w:t>
      </w:r>
      <w:r>
        <w:t>is baat ko janne ke baad hi aap kamyab zindagi ki umeed kar sakte hain.</w:t>
      </w:r>
    </w:p>
    <w:p>
      <w:pPr>
        <w:jc w:val="right"/>
      </w:pPr>
      <w:r>
        <w:t>اس بات کو جاننے کے بعد ہی آپ کامیاب زندگی کی امید کر سکتے ہیں۔</w:t>
      </w:r>
    </w:p>
    <w:p>
      <w:r>
        <w:rPr>
          <w:b/>
        </w:rPr>
        <w:t xml:space="preserve">[57:54] </w:t>
      </w:r>
      <w:r>
        <w:t>is baat ko janne ke baad hi yeh mumkin hota hai aap ke liye ke aap sahi maano mein hasil kuninda banen. sahi maano mein aap kamyab banen.</w:t>
      </w:r>
    </w:p>
    <w:p>
      <w:pPr>
        <w:jc w:val="right"/>
      </w:pPr>
      <w:r>
        <w:t>اس بات کو جاننے کے بعد ہی یہ ممکن ہوتا ہے آپ کے لئے کہ آپ صحیح معنوں میں حاصل کنندہ بنیں۔ صحیح معنوں میں آپ کامیاب بنیں۔</w:t>
      </w:r>
    </w:p>
    <w:p>
      <w:r>
        <w:rPr>
          <w:b/>
        </w:rPr>
        <w:t xml:space="preserve">[58:06] </w:t>
      </w:r>
      <w:r>
        <w:t>aur maut ke baad aap ko jannat milegi. maut ke baad aap ko jannat milegi jo ke sare khwahishon ki takmeel jahan hoga.</w:t>
      </w:r>
    </w:p>
    <w:p>
      <w:pPr>
        <w:jc w:val="right"/>
      </w:pPr>
      <w:r>
        <w:t>اور موت کے بعد آپ کو جنت ملے گی۔ موت کے بعد آپ کو جنت ملے گی جو کہ سارے خواہشوں کی تکمیل جہاں ہوگا۔</w:t>
      </w:r>
    </w:p>
    <w:p>
      <w:r>
        <w:rPr>
          <w:b/>
        </w:rPr>
        <w:t xml:space="preserve">[58:15] </w:t>
      </w:r>
      <w:r>
        <w:t>aap poore zehen ki salahiyat ke sath aap wahan ji sakenge.</w:t>
      </w:r>
    </w:p>
    <w:p>
      <w:pPr>
        <w:jc w:val="right"/>
      </w:pPr>
      <w:r>
        <w:t>آپ پورے ذہن کی صلاحیت کے ساتھ آپ وہاں جی سکیں گے۔</w:t>
      </w:r>
    </w:p>
    <w:p>
      <w:r>
        <w:rPr>
          <w:b/>
        </w:rPr>
        <w:t xml:space="preserve">[58:20] </w:t>
      </w:r>
      <w:r>
        <w:t>har qism ki pabandiyan wahan khatam ho jayengi. har qism ke nuqsanat wahan khatam ho jayenge. wahan khauf nahi hoga. wahan woh sari cheezen hadaf ho jayengi, khatam ho jayengi jin ke darmiyan aap ko is dunya mein jeena padta hai.</w:t>
      </w:r>
    </w:p>
    <w:p>
      <w:pPr>
        <w:jc w:val="right"/>
      </w:pPr>
      <w:r>
        <w:t>ہر قسم کی پابندیاں وہاں ختم ہو جائیں گی۔ ہر قسم کے نقصانات وہاں ختم ہو جائیں گے۔ وہاں خوف نہیں ہوگا۔ وہاں وہ ساری چیزیں حذف ہو جائیں گی، ختم ہو جائیں گی جن کے درمیان آپ کو اس دنیا میں جینا پڑتا ہے۔</w:t>
      </w:r>
    </w:p>
    <w:p>
      <w:r>
        <w:rPr>
          <w:b/>
        </w:rPr>
        <w:t xml:space="preserve">[58:37] </w:t>
      </w:r>
      <w:r>
        <w:t>aur jo aap ko kabhi bhi khush nahi hone deti. misaal ke taur par wahan par hadsa nahi hoga. wahan par bimari nahi hui koi.</w:t>
      </w:r>
    </w:p>
    <w:p>
      <w:pPr>
        <w:jc w:val="right"/>
      </w:pPr>
      <w:r>
        <w:t>اور جو آپ کو کبھی بھی خوش نہیں ہونے دیتی۔ مثلاً وہاں پر حادثہ نہیں ہوگا۔ وہاں پر بیماری نہیں ہوئی کوئی۔</w:t>
      </w:r>
    </w:p>
    <w:p>
      <w:r>
        <w:rPr>
          <w:b/>
        </w:rPr>
        <w:t xml:space="preserve">[58:45] </w:t>
      </w:r>
      <w:r>
        <w:t>wahan par boredom nahi hoga. wahan mout nahi hogi.</w:t>
      </w:r>
    </w:p>
    <w:p>
      <w:pPr>
        <w:jc w:val="right"/>
      </w:pPr>
      <w:r>
        <w:t>وہاں پر بورڈم نہیں ہوگا۔ وہاں موت نہیں ہوگی۔</w:t>
      </w:r>
    </w:p>
    <w:p>
      <w:r>
        <w:rPr>
          <w:b/>
        </w:rPr>
        <w:t xml:space="preserve">[58:49] </w:t>
      </w:r>
      <w:r>
        <w:t>yeh sari cheezen is dunya mein reh jayengi. kyunke yeh sab cheezen azmaish ke dour ke liye theen. inaam ke dour ke liye nahi theen yeh sab cheezen.</w:t>
      </w:r>
    </w:p>
    <w:p>
      <w:pPr>
        <w:jc w:val="right"/>
      </w:pPr>
      <w:r>
        <w:t>یہ ساری چیزیں اس دنیا میں رہ جائیں گی۔ کیونکہ یہ سب چیزیں آزمائش کے دور کے لئے تھیں۔ انعام کے دور کے لئے نہیں تھیں یہ سب چیزیں۔</w:t>
      </w:r>
    </w:p>
    <w:p>
      <w:r>
        <w:rPr>
          <w:b/>
        </w:rPr>
        <w:t xml:space="preserve">[59:00] </w:t>
      </w:r>
      <w:r>
        <w:t>to yeh hai Christian plan of God ka ek mukhtasar wazahat.</w:t>
      </w:r>
    </w:p>
    <w:p>
      <w:pPr>
        <w:jc w:val="right"/>
      </w:pPr>
      <w:r>
        <w:t>تو یہ ہے Christian plan of God کا ایک مختصر وضاحت۔</w:t>
      </w:r>
    </w:p>
    <w:p>
      <w:r>
        <w:rPr>
          <w:b/>
        </w:rPr>
        <w:t xml:space="preserve">[59:09] </w:t>
      </w:r>
      <w:r>
        <w:t>mein samajhta hoon ke har aadmi jo yeh chahta hai ke woh apni zindagi ko kamyab banaye us ko sab se pehle Christian plan of God ko janna chahiye.</w:t>
      </w:r>
    </w:p>
    <w:p>
      <w:pPr>
        <w:jc w:val="right"/>
      </w:pPr>
      <w:r>
        <w:t>میں سمجھتا ہوں کہ ہر آدمی جو یہ چاہتا ہے کہ وہ اپنی زندگی کو کامیاب بنائے اس کو سب سے پہلے Christian plan of God کو جاننا چاہیئے۔</w:t>
      </w:r>
    </w:p>
    <w:p>
      <w:r>
        <w:rPr>
          <w:b/>
        </w:rPr>
        <w:t xml:space="preserve">[59:27] </w:t>
      </w:r>
      <w:r>
        <w:t>zindagi ka aghaz yahi hai.</w:t>
      </w:r>
    </w:p>
    <w:p>
      <w:pPr>
        <w:jc w:val="right"/>
      </w:pPr>
      <w:r>
        <w:t>زندگی کا آغاز یہی ہے۔</w:t>
      </w:r>
    </w:p>
    <w:p>
      <w:r>
        <w:rPr>
          <w:b/>
        </w:rPr>
        <w:t xml:space="preserve">[59:32] </w:t>
      </w:r>
      <w:r>
        <w:t>zindagi ka aghaz yahi hai ke aap pehle jann ke mein kaun hoon.</w:t>
      </w:r>
    </w:p>
    <w:p>
      <w:pPr>
        <w:jc w:val="right"/>
      </w:pPr>
      <w:r>
        <w:t>زندگی کا آغاز یہی ہے کہ آپ پہلے جانیں کہ میں کون ہوں۔</w:t>
      </w:r>
    </w:p>
    <w:p>
      <w:r>
        <w:rPr>
          <w:b/>
        </w:rPr>
        <w:t xml:space="preserve">[59:36] </w:t>
      </w:r>
      <w:r>
        <w:t>Khuda ne mere nikalne ka maqsad muqarrar kiya hai. mein kahan se aaya hoon, kahan mujhe jana hai. sab se pehle is baat ko jann.</w:t>
      </w:r>
    </w:p>
    <w:p>
      <w:pPr>
        <w:jc w:val="right"/>
      </w:pPr>
      <w:r>
        <w:t>خدا نے میرے نکلنے کا مقصد مقرر کیا ہے۔ میں کہاں سے آیا ہوں، کہاں مجھے جانا ہے۔ سب سے پہلے اس بات کو جانیں۔</w:t>
      </w:r>
    </w:p>
    <w:p>
      <w:r>
        <w:rPr>
          <w:b/>
        </w:rPr>
        <w:t xml:space="preserve">[59:50] </w:t>
      </w:r>
      <w:r>
        <w:t>ek sahab ko mein ne dekha ke woh janey waley they ek ek bahar ke ek mulk mein to sab se pehla kaam yeh kiya unhon ne ke ek naqsha hasil kiya.</w:t>
      </w:r>
    </w:p>
    <w:p>
      <w:pPr>
        <w:jc w:val="right"/>
      </w:pPr>
      <w:r>
        <w:t>ایک صاحب کو میں نے دیکھا کہ وہ جانے والے تھے ایک ایک باہر کے ایک ملک میں تو سب سے پہلا کام یہ کیا انہوں نے کہ ایک نقشہ حاصل کیا۔</w:t>
      </w:r>
    </w:p>
    <w:p>
      <w:r>
        <w:rPr>
          <w:b/>
        </w:rPr>
        <w:t xml:space="preserve">[59:59] </w:t>
      </w:r>
      <w:r>
        <w:t>is naqshe mein sara samajhne lage ke mein yahan par yeh Delhi hai, yeh Bharat hai, yahan par hawai adda hai, yahan se wahan jaunga, wahan se wahan jaunga, wahan se pahunchunga.</w:t>
      </w:r>
    </w:p>
    <w:p>
      <w:pPr>
        <w:jc w:val="right"/>
      </w:pPr>
      <w:r>
        <w:t>اس نقشے میں سارا سمجھنے لگے کہ میں یہاں پر یہ دلی ہے، یہ بھارت ہے، یہاں پر ہوائی اڈہ ہے، یہاں سے وہاں جاؤں گا، وہاں سے وہاں جاؤں گا، وہاں سے پہنچوں گا۔</w:t>
      </w:r>
    </w:p>
    <w:p>
      <w:r>
        <w:rPr>
          <w:b/>
        </w:rPr>
        <w:t xml:space="preserve">[1:00:08] </w:t>
      </w:r>
      <w:r>
        <w:t>to poora naqsha unhon ne samjha ke kaise safar, mera safar kaise tay hoga. to sab se pehla kaam yeh hai ke aap yeh jann.</w:t>
      </w:r>
    </w:p>
    <w:p>
      <w:pPr>
        <w:jc w:val="right"/>
      </w:pPr>
      <w:r>
        <w:t>تو پورا نقشہ انہوں نے سمجھا کہ کیسے سفر، میرا سفر کیسے طے ہوگا۔ تو سب سے پہلا کام یہ ہے کہ آپ یہ جانیں۔</w:t>
      </w:r>
    </w:p>
    <w:p>
      <w:r>
        <w:rPr>
          <w:b/>
        </w:rPr>
        <w:t xml:space="preserve">[1:00:20] </w:t>
      </w:r>
      <w:r>
        <w:t>yahi zindagi ka aghaz yahi hai. ke aap Christian plan ko jann. kaise kaise aap ko dunya mein rehna hai.</w:t>
      </w:r>
    </w:p>
    <w:p>
      <w:pPr>
        <w:jc w:val="right"/>
      </w:pPr>
      <w:r>
        <w:t>یہی زندگی کا آغاز یہی ہے۔ کہ آپ Christian plan کو جانیں۔ کیسے کیسے آپ کو دنیا میں رہنا ہے۔</w:t>
      </w:r>
    </w:p>
    <w:p>
      <w:r>
        <w:rPr>
          <w:b/>
        </w:rPr>
        <w:t xml:space="preserve">[1:00:28] </w:t>
      </w:r>
      <w:r>
        <w:t>kis nazm o zabt ko follow karna hai. ek nazm o zabt zindagi ka. yani is Christian plan ke mutabiq jab aap rehna chahenge to aap ki zindagi mein ek nazm o zabt ayega.</w:t>
      </w:r>
    </w:p>
    <w:p>
      <w:pPr>
        <w:jc w:val="right"/>
      </w:pPr>
      <w:r>
        <w:t>کس نظم و ضبط کو فالو کرنا ہے۔ ایک نظم و ضبط زندگی کا۔ یعنی اس Christian plan کے مطابق جب آپ رہنا چاہیں گے تو آپ کی زندگی میں ایک نظم و ضبط آئے گا۔</w:t>
      </w:r>
    </w:p>
    <w:p>
      <w:r>
        <w:rPr>
          <w:b/>
        </w:rPr>
        <w:t xml:space="preserve">[1:00:43] </w:t>
      </w:r>
      <w:r>
        <w:t>to is nazm o zabt ko kaise aap follow karen? woh nazm o zabt hai kya? yeh sab janna chahenge aap. jab aap yeh sab jan chuke honge tab hi aap ki zindagi mani khaiz banegi.</w:t>
      </w:r>
    </w:p>
    <w:p>
      <w:pPr>
        <w:jc w:val="right"/>
      </w:pPr>
      <w:r>
        <w:t>تو اس نظم و ضبط کو کیسے آپ فالو کریں؟ وہ نظم و ضبط ہے کیا؟ یہ سب جاننا چاہیں گے آپ۔ جب آپ یہ سب جان چکے ہوں گے تب ہی آپ کی زندگی معنی خیز بنے گی۔</w:t>
      </w:r>
    </w:p>
    <w:p>
      <w:r>
        <w:rPr>
          <w:b/>
        </w:rPr>
        <w:t xml:space="preserve">[1:00:56] </w:t>
      </w:r>
      <w:r>
        <w:t>yani sahi aghaz yeh hai. sahi aghaz yeh hai. yahan se jab aap apni zindagi ko shuru karenge to aap poori zindagi jo hai sahi line par chalegi.</w:t>
      </w:r>
    </w:p>
    <w:p>
      <w:pPr>
        <w:jc w:val="right"/>
      </w:pPr>
      <w:r>
        <w:t>یعنی صحیح آغاز یہ ہے۔ صحیح آغاز یہ ہے۔ یہاں سے جب آپ اپنی زندگی کو شروع کریں گے تو آپ پوری زندگی جو ہے صحیح لائن پر چلے گی۔</w:t>
      </w:r>
    </w:p>
    <w:p>
      <w:r>
        <w:rPr>
          <w:b/>
        </w:rPr>
        <w:t xml:space="preserve">[1:01:07] </w:t>
      </w:r>
      <w:r>
        <w:t>inhiraf nahi hoga. aur chalte chalte jab aap ko mout ayegi to is ke baad aap dekhenge ke aap ke samne jannat ke darwaze khule hue hain.</w:t>
      </w:r>
    </w:p>
    <w:p>
      <w:pPr>
        <w:jc w:val="right"/>
      </w:pPr>
      <w:r>
        <w:t>انحراف نہیں ہوگا۔ اور چلتے چلتے جب آپ کو موت آئے گی تو اس کے بعد آپ دیکھیں گے کہ آپ کے سامنے جنت کے دروازے کھلے ہوئے ہیں۔</w:t>
      </w:r>
    </w:p>
    <w:p>
      <w:r>
        <w:rPr>
          <w:b/>
        </w:rPr>
        <w:t xml:space="preserve">[1:01:20] </w:t>
      </w:r>
      <w:r>
        <w:t>yeh hai sara muamla.</w:t>
      </w:r>
    </w:p>
    <w:p>
      <w:pPr>
        <w:jc w:val="right"/>
      </w:pPr>
      <w:r>
        <w:t>یہ ہے سارا معاملہ۔</w:t>
      </w:r>
    </w:p>
    <w:p>
      <w:r>
        <w:rPr>
          <w:b/>
        </w:rPr>
        <w:t xml:space="preserve">[1:01:25] </w:t>
      </w:r>
      <w:r>
        <w:t>insan ko chahiye ke woh is muamle mein bohat sanjeeda ho kar soche.</w:t>
      </w:r>
    </w:p>
    <w:p>
      <w:pPr>
        <w:jc w:val="right"/>
      </w:pPr>
      <w:r>
        <w:t>انسان کو چاہیئے کہ وہ اس معاملے میں بہت سنجیدہ ہو کر سوچے۔</w:t>
      </w:r>
    </w:p>
    <w:p>
      <w:r>
        <w:rPr>
          <w:b/>
        </w:rPr>
        <w:t xml:space="preserve">[1:01:36] </w:t>
      </w:r>
      <w:r>
        <w:t>bohat zyada sanjeeda ho kar. kyunke zindagi sirf ek bar milti hai. yeh sirf ek hi mauqa hai.</w:t>
      </w:r>
    </w:p>
    <w:p>
      <w:pPr>
        <w:jc w:val="right"/>
      </w:pPr>
      <w:r>
        <w:t>بہت زیادہ سنجیدہ ہو کر۔ کیونکہ زندگی صرف ایک بار ملتی ہے۔ یہ صرف ایک ہی موقع ہے۔</w:t>
      </w:r>
    </w:p>
    <w:p>
      <w:r>
        <w:rPr>
          <w:b/>
        </w:rPr>
        <w:t xml:space="preserve">[1:01:45] </w:t>
      </w:r>
      <w:r>
        <w:t>dusra mauqa kisi ko milne wala nahi.</w:t>
      </w:r>
    </w:p>
    <w:p>
      <w:pPr>
        <w:jc w:val="right"/>
      </w:pPr>
      <w:r>
        <w:t>دوسرا موقع کسی کو ملنے والا نہیں۔</w:t>
      </w:r>
    </w:p>
    <w:p>
      <w:r>
        <w:rPr>
          <w:b/>
        </w:rPr>
        <w:t xml:space="preserve">[1:01:52] </w:t>
      </w:r>
      <w:r>
        <w:t>aap ko ek nokri na mile to dusra nokri mil jata hai.</w:t>
      </w:r>
    </w:p>
    <w:p>
      <w:pPr>
        <w:jc w:val="right"/>
      </w:pPr>
      <w:r>
        <w:t>آپ کو ایک نوکری نہ ملے تو دوسرا نوکری مل جاتا ہے۔</w:t>
      </w:r>
    </w:p>
    <w:p>
      <w:r>
        <w:rPr>
          <w:b/>
        </w:rPr>
        <w:t xml:space="preserve">[1:01:55] </w:t>
      </w:r>
      <w:r>
        <w:t>ek train aap miss karen to doosri train mil jati hai aage janey ke liye. to dunya mein aap ko doosra mauqa milta rehta hai. lekin</w:t>
      </w:r>
    </w:p>
    <w:p>
      <w:pPr>
        <w:jc w:val="right"/>
      </w:pPr>
      <w:r>
        <w:t>ایک ٹرین آپ مس کریں تو دوسری ٹرین مل جاتی ہے آگے جانے کے لئے۔ تو دنیا میں آپ کو دوسرا موقع ملتا رہتا ہے۔ لیکن</w:t>
      </w:r>
    </w:p>
    <w:p>
      <w:r>
        <w:rPr>
          <w:b/>
        </w:rPr>
        <w:t xml:space="preserve">[1:02:06] </w:t>
      </w:r>
      <w:r>
        <w:t>is mout ke dour mein, yani dunya ke baad mein aap ko doosra mauqa kabhi nahi milega.</w:t>
      </w:r>
    </w:p>
    <w:p>
      <w:pPr>
        <w:jc w:val="right"/>
      </w:pPr>
      <w:r>
        <w:t>اس موت کے دور میں، یعنی دنیا کے بعد میں آپ کو دوسرا موقع کبھی نہیں ملے گا۔</w:t>
      </w:r>
    </w:p>
    <w:p>
      <w:r>
        <w:rPr>
          <w:b/>
        </w:rPr>
        <w:t xml:space="preserve">[1:02:16] </w:t>
      </w:r>
      <w:r>
        <w:t>wahan ya to khona hai ya pana hai. bas teesri koi soorat wahan par nahi</w:t>
      </w:r>
    </w:p>
    <w:p>
      <w:pPr>
        <w:jc w:val="right"/>
      </w:pPr>
      <w:r>
        <w:t>وہاں یا تو کھونا ہے یا پانا ہے۔ بس تیسری کوئی صورت وہاں پر نہیں</w:t>
      </w:r>
    </w:p>
    <w:p>
      <w:r>
        <w:rPr>
          <w:b/>
        </w:rPr>
        <w:t xml:space="preserve">[1:02:22] </w:t>
      </w:r>
      <w:r>
        <w:t>hai. ya to jahannum hai ya jannat. hadith mein aata hai ke وَإِنَّ لَجَنَّةٍ عَوَدٌ وَالنَّارُ نَعْبَدَ ke mout ke baad ya to hamesha ke liye jahannum hai ya hamesha ke liye jannat.</w:t>
      </w:r>
    </w:p>
    <w:p>
      <w:pPr>
        <w:jc w:val="right"/>
      </w:pPr>
      <w:r>
        <w:t>ہے۔ یا تو جہنم ہے یا جنت۔ حدیث میں آتا ہے کہ وَإِنَّ لَجَنَّةٍ عَوَدٌ وَالنَّارُ نَعْبَدَ کہ موت کے بعد یا تو ہمیشہ کے لئے جہنم ہے یا ہمیشہ کے لئے جنت۔</w:t>
      </w:r>
    </w:p>
    <w:p>
      <w:r>
        <w:rPr>
          <w:b/>
        </w:rPr>
        <w:t xml:space="preserve">[1:02:40] </w:t>
      </w:r>
      <w:r>
        <w:t>to har insan ko is muamle mein sanjeeda hona chahiye. aur sab se pehle is ko Christian plan of God ko janna chahiye. kyunke isi se us ko simt milega.</w:t>
      </w:r>
    </w:p>
    <w:p>
      <w:pPr>
        <w:jc w:val="right"/>
      </w:pPr>
      <w:r>
        <w:t>تو ہر انسان کو اس معاملے میں سنجیدہ ہونا چاہیئے۔ اور سب سے پہلے اس کو Christian plan of God کو جاننا چاہیئے۔ کیونکہ اسی سے اس کو سمت ملے گا۔</w:t>
      </w:r>
    </w:p>
    <w:p>
      <w:r>
        <w:rPr>
          <w:b/>
        </w:rPr>
        <w:t xml:space="preserve">[1:02:52] </w:t>
      </w:r>
      <w:r>
        <w:t>is waqt tak sense of direction us ko nahi milta jab tak us ko jaan na le woh.</w:t>
      </w:r>
    </w:p>
    <w:p>
      <w:pPr>
        <w:jc w:val="right"/>
      </w:pPr>
      <w:r>
        <w:t>اس وقت تک سینس آف ڈائریکشن اس کو نہیں ملتا جب تک اس کو جان نہ لے وہ۔</w:t>
      </w:r>
    </w:p>
    <w:p>
      <w:r>
        <w:rPr>
          <w:b/>
        </w:rPr>
        <w:t xml:space="preserve">[1:02:58] </w:t>
      </w:r>
      <w:r>
        <w:t>kidhar jaye, kidhar na jaye. kis rastay par chalay, kis rastay par na chalay. woh kon sa nazm o zabt hai us ko follow karay. yeh sari baatein hum jab jaan paatay hain jab Christian plan of God ko samajh letay hain.</w:t>
      </w:r>
    </w:p>
    <w:p>
      <w:pPr>
        <w:jc w:val="right"/>
      </w:pPr>
      <w:r>
        <w:t>کدھر جائے، کدھر نہ جائے۔ کس راستے پر چلے، کس راستے پر نہ چلے۔ وہ کون سا نظم و ضبط ہے اس کو فالو کرے۔ یہ ساری باتیں ہم جب جان پاتے ہیں جب Christian plan of God کو سمجھ لیتے ہیں۔</w:t>
      </w:r>
    </w:p>
    <w:p>
      <w:r>
        <w:rPr>
          <w:b/>
        </w:rPr>
        <w:t xml:space="preserve">[1:03:12] </w:t>
      </w:r>
      <w:r>
        <w:t>to mein samajhta hoon ke is se ziyada sanjeeda baat aur koi nahi hamari zindagi ke liye ke is maamlay ko hum samjhein aur samajh kar is ke mutabiq apni zindagi ki taameel karein.</w:t>
      </w:r>
    </w:p>
    <w:p>
      <w:pPr>
        <w:jc w:val="right"/>
      </w:pPr>
      <w:r>
        <w:t>تو میں سمجھتا ہوں کہ اس سے زیادہ سنجیدہ بات اور کوئی نہیں ہماری زندگی کے لئے کہ اس معاملے کو ہم سمجھیں اور سمجھ کر اس کے مطابق اپنی زندگی کی تعمیل کریں۔</w:t>
      </w:r>
    </w:p>
    <w:p>
      <w:r>
        <w:rPr>
          <w:b/>
        </w:rPr>
        <w:t xml:space="preserve">[1:03:25] </w:t>
      </w:r>
      <w:r>
        <w:t>aqool qooli haaza wa astaghfirullaha li wa lakum ajmaeen.</w:t>
      </w:r>
    </w:p>
    <w:p>
      <w:pPr>
        <w:jc w:val="right"/>
      </w:pPr>
      <w:r>
        <w:t>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