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Worship April 4, 2014 Maulana Wahiduddin Khan</w:t>
      </w:r>
    </w:p>
    <w:p>
      <w:r>
        <w:t>https://www.youtube.com/watch?v=67oq6WyFJ5I</w:t>
      </w:r>
    </w:p>
    <w:p>
      <w:r>
        <w:rPr>
          <w:b/>
        </w:rPr>
        <w:t xml:space="preserve">[00:10] </w:t>
      </w:r>
      <w:r>
        <w:t>4 April 2014. An Ibn Abbas qaal: qaal Rasool Allah sal Allah alaihi wa sallam: "In Allah yuhibbu an tu'ta rukhasuhu kama yuhibbu an tu'ta azaa'imuhu." Saheeh Ibn Hibban, hadith number 354.</w:t>
      </w:r>
    </w:p>
    <w:p>
      <w:pPr>
        <w:jc w:val="right"/>
      </w:pPr>
      <w:r>
        <w:t>4 اپریل 2014۔ عن ابن عباس قال: قال رسول اللہ صلی اللہ علیہ وسلم: "إن الله يحب أن تؤتى رخصه كما يحب أن تؤتى عزائمه." صحیح ابن حبان، حدیث نمبر 354۔</w:t>
      </w:r>
    </w:p>
    <w:p>
      <w:r>
        <w:rPr>
          <w:b/>
        </w:rPr>
        <w:t xml:space="preserve">[00:33] </w:t>
      </w:r>
      <w:r>
        <w:t>Ibn Abbas riwayat karte hain ke Rasool Allah sal Allah alaihi wa sallam ne farmaya</w:t>
      </w:r>
    </w:p>
    <w:p>
      <w:pPr>
        <w:jc w:val="right"/>
      </w:pPr>
      <w:r>
        <w:t>ابن عباس روایت کرتے ہیں کہ رسول اللہ صلی اللہ علیہ وسلم نے فرمایا</w:t>
      </w:r>
    </w:p>
    <w:p>
      <w:r>
        <w:rPr>
          <w:b/>
        </w:rPr>
        <w:t xml:space="preserve">[00:39] </w:t>
      </w:r>
      <w:r>
        <w:t>: "ke Allah ko yeh baat mahboob hai ke us ki rukhsat ko bhi aisay hi liya jaye jaisa ke Allah ko yeh mahboob hai ke us ke azaa'im ko liya jaye." Maulana is hadith ki wazahat farmayein.</w:t>
      </w:r>
    </w:p>
    <w:p>
      <w:pPr>
        <w:jc w:val="right"/>
      </w:pPr>
      <w:r>
        <w:t>: "کہ اللہ کو یہ بات محبوب ہے کہ اس کی رخصت کو بھی ایسے ہی لیا جائے جیسا کہ اللہ کو یہ محبوب ہے کہ اس کے عزائم کو لیا جائے۔" مولانا اس حدیث کی وضاحت فرمائیں۔</w:t>
      </w:r>
    </w:p>
    <w:p>
      <w:r>
        <w:rPr>
          <w:b/>
        </w:rPr>
        <w:t xml:space="preserve">[00:54] </w:t>
      </w:r>
      <w:r>
        <w:t>Bismillah Rahman Raheem.</w:t>
      </w:r>
    </w:p>
    <w:p>
      <w:pPr>
        <w:jc w:val="right"/>
      </w:pPr>
      <w:r>
        <w:t>بسم اللہ الرحمن الرحیم۔</w:t>
      </w:r>
    </w:p>
    <w:p>
      <w:r>
        <w:rPr>
          <w:b/>
        </w:rPr>
        <w:t xml:space="preserve">[01:01] </w:t>
      </w:r>
      <w:r>
        <w:t>is hadith mein</w:t>
      </w:r>
    </w:p>
    <w:p>
      <w:pPr>
        <w:jc w:val="right"/>
      </w:pPr>
      <w:r>
        <w:t>اس حدیث میں</w:t>
      </w:r>
    </w:p>
    <w:p>
      <w:r>
        <w:rPr>
          <w:b/>
        </w:rPr>
        <w:t xml:space="preserve">[01:05] </w:t>
      </w:r>
      <w:r>
        <w:t>sochne ki baat yeh hai ke rukhsat par amal karna Allah ko mahboob kyun hai?</w:t>
      </w:r>
    </w:p>
    <w:p>
      <w:pPr>
        <w:jc w:val="right"/>
      </w:pPr>
      <w:r>
        <w:t>سوچنے کی بات یہ ہے کہ رخصت پر عمل کرنا اللہ کو محبوب کیوں ہے؟</w:t>
      </w:r>
    </w:p>
    <w:p>
      <w:r>
        <w:rPr>
          <w:b/>
        </w:rPr>
        <w:t xml:space="preserve">[01:17] </w:t>
      </w:r>
      <w:r>
        <w:t>khalis fiqhi aitbaar se dekha jaye to rukhsat yeh hai ke jab aadmi ko koi majboori lahaq ho jaye to us waqt azmat par amal karna is ke liye shiddat ban jayega.</w:t>
      </w:r>
    </w:p>
    <w:p>
      <w:pPr>
        <w:jc w:val="right"/>
      </w:pPr>
      <w:r>
        <w:t>خالص فقہی اعتبار سے دیکھا جائے تو رخصت یہ ہے کہ جب آدمی کو کوئی مجبوری لاحق ہو جائے تو اس وقت عظمت پر عمل کرنا اس کے لیے شدت بن جائے گا۔</w:t>
      </w:r>
    </w:p>
    <w:p>
      <w:r>
        <w:rPr>
          <w:b/>
        </w:rPr>
        <w:t xml:space="preserve">[01:37] </w:t>
      </w:r>
      <w:r>
        <w:t>to is liye is ko ijazat di jati hai ke woh rukhsat par amal kar le. lekin yeh itni simple baat nahi hai,</w:t>
      </w:r>
    </w:p>
    <w:p>
      <w:pPr>
        <w:jc w:val="right"/>
      </w:pPr>
      <w:r>
        <w:t>تو اس لیے اس کو اجازت دی جاتی ہے کہ وہ رخصت پر عمل کر لے۔ لیکن یہ اتنی سمپل بات نہیں ہے،</w:t>
      </w:r>
    </w:p>
    <w:p>
      <w:r>
        <w:rPr>
          <w:b/>
        </w:rPr>
        <w:t xml:space="preserve">[01:49] </w:t>
      </w:r>
      <w:r>
        <w:t>yeh bohat ziyada gehri baat hai. yaani Allah taala ne jo</w:t>
      </w:r>
    </w:p>
    <w:p>
      <w:pPr>
        <w:jc w:val="right"/>
      </w:pPr>
      <w:r>
        <w:t>یہ بہت زیادہ گہری بات ہے۔ یعنی اللہ تعالی نے جو</w:t>
      </w:r>
    </w:p>
    <w:p>
      <w:r>
        <w:rPr>
          <w:b/>
        </w:rPr>
        <w:t xml:space="preserve">[01:58] </w:t>
      </w:r>
      <w:r>
        <w:t>rukhsat ki sooraten batai hain, woh kya hain? woh Allah ki rehmat ka izhaar hai.</w:t>
      </w:r>
    </w:p>
    <w:p>
      <w:pPr>
        <w:jc w:val="right"/>
      </w:pPr>
      <w:r>
        <w:t>رخصت کی صورتیں بتائی ہیں، وہ کیا ہیں؟ وہ اللہ کی رحمت کا اظہار ہے۔</w:t>
      </w:r>
    </w:p>
    <w:p>
      <w:r>
        <w:rPr>
          <w:b/>
        </w:rPr>
        <w:t xml:space="preserve">[02:10] </w:t>
      </w:r>
      <w:r>
        <w:t>agar aam</w:t>
      </w:r>
    </w:p>
    <w:p>
      <w:pPr>
        <w:jc w:val="right"/>
      </w:pPr>
      <w:r>
        <w:t>اگر عام</w:t>
      </w:r>
    </w:p>
    <w:p>
      <w:r>
        <w:rPr>
          <w:b/>
        </w:rPr>
        <w:t xml:space="preserve">[02:13] </w:t>
      </w:r>
      <w:r>
        <w:t>ahkaam jo azaa'im par mabni hain, woh is baat ka izhaar hain ke Allah taala hukum dene wala hai, kisi ne use hukum diya hai ke aisa karo,</w:t>
      </w:r>
    </w:p>
    <w:p>
      <w:pPr>
        <w:jc w:val="right"/>
      </w:pPr>
      <w:r>
        <w:t>احکام جو عزائم پر مبنی ہیں، وہ اس بات کا اظہار ہیں کہ اللہ تعالی حکم دینے والا ہے، کسی نے اسے حکم دیا ہے کہ ایسا کرو،</w:t>
      </w:r>
    </w:p>
    <w:p>
      <w:r>
        <w:rPr>
          <w:b/>
        </w:rPr>
        <w:t xml:space="preserve">[02:30] </w:t>
      </w:r>
      <w:r>
        <w:t>to us ki is hesiyat ka izhaar hota hai ke Allah ko haq hai ke hukum de woh.</w:t>
      </w:r>
    </w:p>
    <w:p>
      <w:pPr>
        <w:jc w:val="right"/>
      </w:pPr>
      <w:r>
        <w:t>تو اس کی اس حیثیت کا اظہار ہوتا ہے کہ اللہ کو حق ہے کہ حکم دے وہ۔</w:t>
      </w:r>
    </w:p>
    <w:p>
      <w:r>
        <w:rPr>
          <w:b/>
        </w:rPr>
        <w:t xml:space="preserve">[02:38] </w:t>
      </w:r>
      <w:r>
        <w:t>lekin jo rukhsat wali baat hai, us mein Allah ki aik aur sifat ka pehlu aa gaya hai, woh sifat rehmat.</w:t>
      </w:r>
    </w:p>
    <w:p>
      <w:pPr>
        <w:jc w:val="right"/>
      </w:pPr>
      <w:r>
        <w:t>لیکن جو رخصت والی بات ہے، اس میں اللہ کی ایک اور صفت کا پہلو آ گیا ہے، وہ صفت رحمت۔</w:t>
      </w:r>
    </w:p>
    <w:p>
      <w:r>
        <w:rPr>
          <w:b/>
        </w:rPr>
        <w:t xml:space="preserve">[02:51] </w:t>
      </w:r>
      <w:r>
        <w:t>yaani Allah ne dekha ke insaan kamzor paida kiya gaya hai,</w:t>
      </w:r>
    </w:p>
    <w:p>
      <w:pPr>
        <w:jc w:val="right"/>
      </w:pPr>
      <w:r>
        <w:t>یعنی اللہ نے دیکھا کہ انسان کمزور پیدا کیا گیا ہے،</w:t>
      </w:r>
    </w:p>
    <w:p>
      <w:r>
        <w:rPr>
          <w:b/>
        </w:rPr>
        <w:t xml:space="preserve">[03:00] </w:t>
      </w:r>
      <w:r>
        <w:t>insaan ko bemari hoti hai, accident hotay hain, barhapa aata hai,</w:t>
      </w:r>
    </w:p>
    <w:p>
      <w:pPr>
        <w:jc w:val="right"/>
      </w:pPr>
      <w:r>
        <w:t>انسان کو بیماری ہوتی ہے، ایکسیڈنٹ ہوتے ہیں، بڑھاپا آتا ہے،</w:t>
      </w:r>
    </w:p>
    <w:p>
      <w:r>
        <w:rPr>
          <w:b/>
        </w:rPr>
        <w:t xml:space="preserve">[03:08] </w:t>
      </w:r>
      <w:r>
        <w:t>mukhtalif qism ke awaraaz lahaq hotay hain kyunke khalq insaan za'eefa</w:t>
      </w:r>
    </w:p>
    <w:p>
      <w:pPr>
        <w:jc w:val="right"/>
      </w:pPr>
      <w:r>
        <w:t>مختلف قسم کے عوارض لاحق ہوتے ہیں کیونکہ خلق الانسان ضعیفہ</w:t>
      </w:r>
    </w:p>
    <w:p>
      <w:r>
        <w:rPr>
          <w:b/>
        </w:rPr>
        <w:t xml:space="preserve">[03:17] </w:t>
      </w:r>
      <w:r>
        <w:t>is bana par Allah ne mukhtalif pehluon se insaan ko rukhsat de di.</w:t>
      </w:r>
    </w:p>
    <w:p>
      <w:pPr>
        <w:jc w:val="right"/>
      </w:pPr>
      <w:r>
        <w:t>اس بنا پر اللہ نے مختلف پہلوؤں سے انسان کو رخصت دے دی۔</w:t>
      </w:r>
    </w:p>
    <w:p>
      <w:r>
        <w:rPr>
          <w:b/>
        </w:rPr>
        <w:t xml:space="preserve">[03:26] </w:t>
      </w:r>
      <w:r>
        <w:t>to ab aap ghaur farmayein ke</w:t>
      </w:r>
    </w:p>
    <w:p>
      <w:pPr>
        <w:jc w:val="right"/>
      </w:pPr>
      <w:r>
        <w:t>تو اب آپ غور فرمائیے کہ</w:t>
      </w:r>
    </w:p>
    <w:p>
      <w:r>
        <w:rPr>
          <w:b/>
        </w:rPr>
        <w:t xml:space="preserve">[03:31] </w:t>
      </w:r>
      <w:r>
        <w:t>jab aap</w:t>
      </w:r>
    </w:p>
    <w:p>
      <w:pPr>
        <w:jc w:val="right"/>
      </w:pPr>
      <w:r>
        <w:t>جب آپ</w:t>
      </w:r>
    </w:p>
    <w:p>
      <w:r>
        <w:rPr>
          <w:b/>
        </w:rPr>
        <w:t xml:space="preserve">[03:36] </w:t>
      </w:r>
      <w:r>
        <w:t>kisi aisi sooratenhaal se dochar hon jab ke aap ko rukhsat par amal karna aap ke liye jaiz ho gaya ho,</w:t>
      </w:r>
    </w:p>
    <w:p>
      <w:pPr>
        <w:jc w:val="right"/>
      </w:pPr>
      <w:r>
        <w:t>کسی ایسی صورتحال سے دوچار ہوں جب کہ آپ کو رخصت پر عمل کرنا آپ کے لیے جائز ہو گیا ہو،</w:t>
      </w:r>
    </w:p>
    <w:p>
      <w:r>
        <w:rPr>
          <w:b/>
        </w:rPr>
        <w:t xml:space="preserve">[03:45] </w:t>
      </w:r>
      <w:r>
        <w:t>is waqt aap agar rukhsat par amal na karein to kya ke Allah ke ek reham o karam ko aap ne nazar andaaz kiya?</w:t>
      </w:r>
    </w:p>
    <w:p>
      <w:pPr>
        <w:jc w:val="right"/>
      </w:pPr>
      <w:r>
        <w:t>اس وقت آپ اگر رخصت پر عمل نہ کریں تو کیا کہ اللہ کے ایک رحم و کرم کو آپ نے نظر انداز کیا؟</w:t>
      </w:r>
    </w:p>
    <w:p>
      <w:r>
        <w:rPr>
          <w:b/>
        </w:rPr>
        <w:t xml:space="preserve">[04:01] </w:t>
      </w:r>
      <w:r>
        <w:t>kaisi ajeeb baat hai!</w:t>
      </w:r>
    </w:p>
    <w:p>
      <w:pPr>
        <w:jc w:val="right"/>
      </w:pPr>
      <w:r>
        <w:t>کیسی عجیب بات ہے!</w:t>
      </w:r>
    </w:p>
    <w:p>
      <w:r>
        <w:rPr>
          <w:b/>
        </w:rPr>
        <w:t xml:space="preserve">[04:07] </w:t>
      </w:r>
      <w:r>
        <w:t>yeh Allah ki rehmat hai, Allah ka karam hai ke is ne is baat ko jaana ke Allah ne apne maslehat ke tehat, apne takhleeqi mansoobe ke tehat,</w:t>
      </w:r>
    </w:p>
    <w:p>
      <w:pPr>
        <w:jc w:val="right"/>
      </w:pPr>
      <w:r>
        <w:t>یہ اللہ کی رحمت ہے، اللہ کا کرم ہے کہ اس نے اس بات کو جانا کہ اللہ نے اپنے مصلحت کے تحت، اپنے تخلیقی منصوبے کے تحت،</w:t>
      </w:r>
    </w:p>
    <w:p>
      <w:r>
        <w:rPr>
          <w:b/>
        </w:rPr>
        <w:t xml:space="preserve">[04:22] </w:t>
      </w:r>
      <w:r>
        <w:t>insaan ko kamzor paida kiya hai.</w:t>
      </w:r>
    </w:p>
    <w:p>
      <w:pPr>
        <w:jc w:val="right"/>
      </w:pPr>
      <w:r>
        <w:t>انسان کو کمزور پیدا کیا ہے۔</w:t>
      </w:r>
    </w:p>
    <w:p>
      <w:r>
        <w:rPr>
          <w:b/>
        </w:rPr>
        <w:t xml:space="preserve">[04:27] </w:t>
      </w:r>
      <w:r>
        <w:t>kamzor is maani mein ke insaan pathar nahi hai, insaan lakri nahi hai,</w:t>
      </w:r>
    </w:p>
    <w:p>
      <w:pPr>
        <w:jc w:val="right"/>
      </w:pPr>
      <w:r>
        <w:t>کمزور اس معنی میں کہ انسان پتھر نہیں ہے، انسان لکڑی نہیں ہے،</w:t>
      </w:r>
    </w:p>
    <w:p>
      <w:r>
        <w:rPr>
          <w:b/>
        </w:rPr>
        <w:t xml:space="preserve">[04:36] </w:t>
      </w:r>
      <w:r>
        <w:t>aur yeh ke insaan par</w:t>
      </w:r>
    </w:p>
    <w:p>
      <w:pPr>
        <w:jc w:val="right"/>
      </w:pPr>
      <w:r>
        <w:t>اور یہ کہ انسان پر</w:t>
      </w:r>
    </w:p>
    <w:p>
      <w:r>
        <w:rPr>
          <w:b/>
        </w:rPr>
        <w:t xml:space="preserve">[04:41] </w:t>
      </w:r>
      <w:r>
        <w:t>awaareZ guzarte hain, yaani beemari, accident, budhapa, aur doosri qism ke hadsaat.</w:t>
      </w:r>
    </w:p>
    <w:p>
      <w:pPr>
        <w:jc w:val="right"/>
      </w:pPr>
      <w:r>
        <w:t>عوارض گزرتے ہیں، یعنی بیماری، ایکسیڈنٹ، بڑھاپا، اور دوسری قسم کے حادثے۔</w:t>
      </w:r>
    </w:p>
    <w:p>
      <w:r>
        <w:rPr>
          <w:b/>
        </w:rPr>
        <w:t xml:space="preserve">[04:56] </w:t>
      </w:r>
      <w:r>
        <w:t>to Allah ki rehmat ka yeh taqaza hua ke</w:t>
      </w:r>
    </w:p>
    <w:p>
      <w:pPr>
        <w:jc w:val="right"/>
      </w:pPr>
      <w:r>
        <w:t>تو اللہ کی رحمت کا یہ تقاضا ہوا کہ</w:t>
      </w:r>
    </w:p>
    <w:p>
      <w:r>
        <w:rPr>
          <w:b/>
        </w:rPr>
        <w:t xml:space="preserve">[05:05] </w:t>
      </w:r>
      <w:r>
        <w:t>ahkaam mein rukhsat di jaye taake banda jab is tarah ke halaat se dochaar ho to ba-aasani woh is par amal kar sake.</w:t>
      </w:r>
    </w:p>
    <w:p>
      <w:pPr>
        <w:jc w:val="right"/>
      </w:pPr>
      <w:r>
        <w:t>احکام میں رخصت دی جائے تاکہ بندہ جب اس طرح کے حالات سے دوچار ہو تو باسانی وہ اس پر عمل کر سکے۔</w:t>
      </w:r>
    </w:p>
    <w:p>
      <w:r>
        <w:rPr>
          <w:b/>
        </w:rPr>
        <w:t xml:space="preserve">[05:13] </w:t>
      </w:r>
      <w:r>
        <w:t>jaise main apna ek waqia yaad aata hai, mujhe</w:t>
      </w:r>
    </w:p>
    <w:p>
      <w:pPr>
        <w:jc w:val="right"/>
      </w:pPr>
      <w:r>
        <w:t>جیسے میں اپنا ایک واقعہ یاد آتا ہے، مجھے</w:t>
      </w:r>
    </w:p>
    <w:p>
      <w:r>
        <w:rPr>
          <w:b/>
        </w:rPr>
        <w:t xml:space="preserve">[05:18] </w:t>
      </w:r>
      <w:r>
        <w:t>ek martaba main hawai jahaz se safar kar raha tha to jab main airport par pohncha</w:t>
      </w:r>
    </w:p>
    <w:p>
      <w:pPr>
        <w:jc w:val="right"/>
      </w:pPr>
      <w:r>
        <w:t>ایک مرتبہ میں ہوائی جہاز سے سفر کر رہا تھا تو جب میں ایئرپورٹ پر پہنچا</w:t>
      </w:r>
    </w:p>
    <w:p>
      <w:r>
        <w:rPr>
          <w:b/>
        </w:rPr>
        <w:t xml:space="preserve">[05:28] </w:t>
      </w:r>
      <w:r>
        <w:t>to wahan jo jis company se main safar kar raha tha, us company ka aadmi ne dekha ke main kamzor hoon, boodha hoon, to jaldi se daud kar woh wheel chair laya.</w:t>
      </w:r>
    </w:p>
    <w:p>
      <w:pPr>
        <w:jc w:val="right"/>
      </w:pPr>
      <w:r>
        <w:t>تو وہاں جو جس کمپنی سے میں سفر کر رہا تھا، اس کمپنی کا آدمی نے دیکھا کہ میں کمزور ہوں، بوڑھا ہوں، تو جلدی سے دوڑ کر وہ ویل چیئر لایا۔</w:t>
      </w:r>
    </w:p>
    <w:p>
      <w:r>
        <w:rPr>
          <w:b/>
        </w:rPr>
        <w:t xml:space="preserve">[05:46] </w:t>
      </w:r>
      <w:r>
        <w:t>to main ne kaha ke nahi, main aise hi chala jaunga, aise hi chala jaunga. to mere ek saathi ne kaha ke woh bechara mohabbat ke saath wheel chair laya hai, us ko accept kijiye.</w:t>
      </w:r>
    </w:p>
    <w:p>
      <w:pPr>
        <w:jc w:val="right"/>
      </w:pPr>
      <w:r>
        <w:t>تو میں نے کہا کہ نہیں، میں ایسے ہی چلا جاؤں گا، ایسے ہی چلا جاؤں گا۔ تو میرے ایک ساتھی نے کہا کہ وہ بیچارہ محبت کے ساتھ ویل چیئر لایا ہے، اس کو ایکسیپٹ کیجئے۔</w:t>
      </w:r>
    </w:p>
    <w:p>
      <w:r>
        <w:rPr>
          <w:b/>
        </w:rPr>
        <w:t xml:space="preserve">[05:59] </w:t>
      </w:r>
      <w:r>
        <w:t>tab mujhe ehsaas hua ke agar main accept na karoon to main ne us aadmi ko thes pahunchai, us ke jazbe ko thes pahunchai.</w:t>
      </w:r>
    </w:p>
    <w:p>
      <w:pPr>
        <w:jc w:val="right"/>
      </w:pPr>
      <w:r>
        <w:t>تب مجھے احساس ہوا کہ اگر میں ایکسیپٹ نہ کروں تو میں نے اس آدمی کو ٹھیس پہنچائی، اس کے جذبے کو ٹھیس پہنچائی۔</w:t>
      </w:r>
    </w:p>
    <w:p>
      <w:r>
        <w:rPr>
          <w:b/>
        </w:rPr>
        <w:t xml:space="preserve">[06:14] </w:t>
      </w:r>
      <w:r>
        <w:t>to main wheel par charh kar baith gaya.</w:t>
      </w:r>
    </w:p>
    <w:p>
      <w:pPr>
        <w:jc w:val="right"/>
      </w:pPr>
      <w:r>
        <w:t>تو میں ویل پر چڑھ کر بیٹھ گیا۔</w:t>
      </w:r>
    </w:p>
    <w:p>
      <w:r>
        <w:rPr>
          <w:b/>
        </w:rPr>
        <w:t xml:space="preserve">[06:19] </w:t>
      </w:r>
      <w:r>
        <w:t>to Allah taala ne jab bande ki kamzori ka ilaaj karte hue rukhsat ki ijazat di to aisi haalat mein rukhsat ko accept karna chahiye.</w:t>
      </w:r>
    </w:p>
    <w:p>
      <w:pPr>
        <w:jc w:val="right"/>
      </w:pPr>
      <w:r>
        <w:t>تو اللہ تعالی نے جب بندے کی کمزوری کا علاج کرتے ہوئے رخصت کی اجازت دی تو ایسی حالت میں رخصت کو ایکسیپٹ کرنا چاہیے۔</w:t>
      </w:r>
    </w:p>
    <w:p>
      <w:r>
        <w:rPr>
          <w:b/>
        </w:rPr>
        <w:t xml:space="preserve">[06:31] </w:t>
      </w:r>
      <w:r>
        <w:t>agar aap rukhsat ko na lein, kahein ke nahi, mujhe rukhsat ki zaroorat nahi hai,</w:t>
      </w:r>
    </w:p>
    <w:p>
      <w:pPr>
        <w:jc w:val="right"/>
      </w:pPr>
      <w:r>
        <w:t>اگر آپ رخصت کو نہ لیں، کہیں کہ نہیں، مجھے رخصت کی ضرورت نہیں ہے،</w:t>
      </w:r>
    </w:p>
    <w:p>
      <w:r>
        <w:rPr>
          <w:b/>
        </w:rPr>
        <w:t xml:space="preserve">[06:36] </w:t>
      </w:r>
      <w:r>
        <w:t>to yeh Allah ki rehmat ko</w:t>
      </w:r>
    </w:p>
    <w:p>
      <w:pPr>
        <w:jc w:val="right"/>
      </w:pPr>
      <w:r>
        <w:t>تو یہ اللہ کی رحمت کو</w:t>
      </w:r>
    </w:p>
    <w:p>
      <w:r>
        <w:rPr>
          <w:b/>
        </w:rPr>
        <w:t xml:space="preserve">[06:46] </w:t>
      </w:r>
      <w:r>
        <w:t>nazar andaaz karne ke hamara ban jayega.</w:t>
      </w:r>
    </w:p>
    <w:p>
      <w:pPr>
        <w:jc w:val="right"/>
      </w:pPr>
      <w:r>
        <w:t>نظر انداز کرنے کے ہمارا بن جائے گا۔</w:t>
      </w:r>
    </w:p>
    <w:p>
      <w:r>
        <w:rPr>
          <w:b/>
        </w:rPr>
        <w:t xml:space="preserve">[06:54] </w:t>
      </w:r>
      <w:r>
        <w:t>doosri baat is mein yeh hai, is se bhi zyada aham ke jab aap rukhsat par amal karte hain to aap ki ibaadat ibaadat parast ban jati hai.</w:t>
      </w:r>
    </w:p>
    <w:p>
      <w:pPr>
        <w:jc w:val="right"/>
      </w:pPr>
      <w:r>
        <w:t>دوسری بات اس میں یہ ہے، اس سے بھی زیادہ اہم کہ جب آپ رخصت پر عمل کرتے ہیں تو آپ کی عبادت عبادت پرست بن جاتی ہے۔</w:t>
      </w:r>
    </w:p>
    <w:p>
      <w:r>
        <w:rPr>
          <w:b/>
        </w:rPr>
        <w:t xml:space="preserve">[07:07] </w:t>
      </w:r>
      <w:r>
        <w:t>yeh saada baat nahi hai. jab aap rukhsat par amal karte hain to aap ki ibaadat ibaadat parast ban jati hai.</w:t>
      </w:r>
    </w:p>
    <w:p>
      <w:pPr>
        <w:jc w:val="right"/>
      </w:pPr>
      <w:r>
        <w:t>یہ سادہ بات نہیں ہے۔ جب آپ رخصت پر عمل کرتے ہیں تو آپ کی عبادت عبادت پرست بن جاتی ہے۔</w:t>
      </w:r>
    </w:p>
    <w:p>
      <w:r>
        <w:rPr>
          <w:b/>
        </w:rPr>
        <w:t xml:space="preserve">[07:16] </w:t>
      </w:r>
      <w:r>
        <w:t>yaani is se pehle agar aap ibaadat kar rahe the tabey hukum ke taur par ke Allah ka hukum hai ke mujhe aisa karna hai,</w:t>
      </w:r>
    </w:p>
    <w:p>
      <w:pPr>
        <w:jc w:val="right"/>
      </w:pPr>
      <w:r>
        <w:t>یعنی اس سے پہلے اگر آپ عبادت کر رہے تھے تابع حکم کے طور پر کہ اللہ کا حکم ہے کہ مجھے ایسا کرنا ہے،</w:t>
      </w:r>
    </w:p>
    <w:p>
      <w:r>
        <w:rPr>
          <w:b/>
        </w:rPr>
        <w:t xml:space="preserve">[07:31] </w:t>
      </w:r>
      <w:r>
        <w:t>tab aap ko to shukr ka jazba aa jayega</w:t>
      </w:r>
    </w:p>
    <w:p>
      <w:pPr>
        <w:jc w:val="right"/>
      </w:pPr>
      <w:r>
        <w:t>تب آپ کو تو شکر کا جذبہ آ جائے گا</w:t>
      </w:r>
    </w:p>
    <w:p>
      <w:r>
        <w:rPr>
          <w:b/>
        </w:rPr>
        <w:t xml:space="preserve">[07:34] </w:t>
      </w:r>
      <w:r>
        <w:t>mazeed</w:t>
      </w:r>
    </w:p>
    <w:p>
      <w:pPr>
        <w:jc w:val="right"/>
      </w:pPr>
      <w:r>
        <w:t>مزید</w:t>
      </w:r>
    </w:p>
    <w:p>
      <w:r>
        <w:rPr>
          <w:b/>
        </w:rPr>
        <w:t xml:space="preserve">[07:37] </w:t>
      </w:r>
      <w:r>
        <w:t>ke Allah ne meri kamzori ka lihaaz kiya, Allah ne mere ajz ka lihaaz kiya, aur mujhe rukhsat de di.</w:t>
      </w:r>
    </w:p>
    <w:p>
      <w:pPr>
        <w:jc w:val="right"/>
      </w:pPr>
      <w:r>
        <w:t>کہ اللہ نے میری کمزوری کا لحاظ کیا، اللہ نے میرے عجز کا لحاظ کیا، اور مجھے رخصت دے دی۔</w:t>
      </w:r>
    </w:p>
    <w:p>
      <w:r>
        <w:rPr>
          <w:b/>
        </w:rPr>
        <w:t xml:space="preserve">[07:47] </w:t>
      </w:r>
      <w:r>
        <w:t>to ibadat ke woh jazbat jo hote hain aam halat mein, is mein aik izafa ho jata hai, shukr ka izafa.</w:t>
      </w:r>
    </w:p>
    <w:p>
      <w:pPr>
        <w:jc w:val="right"/>
      </w:pPr>
      <w:r>
        <w:t>تو عبادت کے وہ جذبات جو ہوتے ہیں عام حالت میں، اس میں ایک اضافہ ہو جاتا ہے، شکر کا اضافہ۔</w:t>
      </w:r>
    </w:p>
    <w:p>
      <w:r>
        <w:rPr>
          <w:b/>
        </w:rPr>
        <w:t xml:space="preserve">[07:58] </w:t>
      </w:r>
      <w:r>
        <w:t>to yahi to matloob hai. ibadat koi bohat form ko dohrane ka naam nahi hai. aik form hai, dohra diya, aik form hai, dohra diya, isi ka naam nahi hai.</w:t>
      </w:r>
    </w:p>
    <w:p>
      <w:pPr>
        <w:jc w:val="right"/>
      </w:pPr>
      <w:r>
        <w:t>تو یہی تو مطلوب ہے۔ عبادت کوئی بہت فارم کو دہرانے کا نام نہیں ہے۔ ایک فارم ہے، دہرا دیا، ایک فارم ہے، دہرا دیا، اسی کا نام نہیں ہے۔</w:t>
      </w:r>
    </w:p>
    <w:p>
      <w:r>
        <w:rPr>
          <w:b/>
        </w:rPr>
        <w:t xml:space="preserve">[08:13] </w:t>
      </w:r>
      <w:r>
        <w:t>ibadat to amr-e-ilahi ki taameel ka naam hai. aam halat mein,</w:t>
      </w:r>
    </w:p>
    <w:p>
      <w:pPr>
        <w:jc w:val="right"/>
      </w:pPr>
      <w:r>
        <w:t>عبادت تو امر الہی کی تعمیل کا نام ہے۔ عام حالات میں،</w:t>
      </w:r>
    </w:p>
    <w:p>
      <w:r>
        <w:rPr>
          <w:b/>
        </w:rPr>
        <w:t xml:space="preserve">[08:20] </w:t>
      </w:r>
      <w:r>
        <w:t>aam halat mein amr-e-ilahi ki taameel ka naam hai.</w:t>
      </w:r>
    </w:p>
    <w:p>
      <w:pPr>
        <w:jc w:val="right"/>
      </w:pPr>
      <w:r>
        <w:t>عام حالات میں امر الہی کی تعمیل کا نام ہے۔</w:t>
      </w:r>
    </w:p>
    <w:p>
      <w:r>
        <w:rPr>
          <w:b/>
        </w:rPr>
        <w:t xml:space="preserve">[08:25] </w:t>
      </w:r>
      <w:r>
        <w:t>lekin jab rukhsat par amal karein aap to is mein aik aur is se bari baat shamil ho jati hai, woh hai ehsan mandi ke Allah ne mujh par ehsan farmaya ke mere liye mamle ko asan kar diya.</w:t>
      </w:r>
    </w:p>
    <w:p>
      <w:pPr>
        <w:jc w:val="right"/>
      </w:pPr>
      <w:r>
        <w:t>لیکن جب رخصت پر عمل کریں آپ تو اس میں ایک اور اس سے بڑی بات شامل ہو جاتی ہے، وہ ہے احسان مندی کہ اللہ نے مجھ پر احسان فرمایا کہ میرے لیے معاملے کو آسان کر دیا۔</w:t>
      </w:r>
    </w:p>
    <w:p>
      <w:r>
        <w:rPr>
          <w:b/>
        </w:rPr>
        <w:t xml:space="preserve">[08:45] </w:t>
      </w:r>
      <w:r>
        <w:t>isi mani, isi lihaz se main keh raha hoon ke woh rukhsat par amal karna, woh ibadat parast ka mamla ho jata hai.</w:t>
      </w:r>
    </w:p>
    <w:p>
      <w:pPr>
        <w:jc w:val="right"/>
      </w:pPr>
      <w:r>
        <w:t>اسی معنی، اسی لحاظ سے میں کہہ رہا ہوں کہ وہ رخصت پر عمل کرنا، وہ عبادت پرست کا معاملہ ہو جاتا ہے۔</w:t>
      </w:r>
    </w:p>
    <w:p>
      <w:r>
        <w:rPr>
          <w:b/>
        </w:rPr>
        <w:t xml:space="preserve">[08:54] </w:t>
      </w:r>
      <w:r>
        <w:t>yani mazeed is mein aik cheez shamil ho jati hai, woh hai shukr.</w:t>
      </w:r>
    </w:p>
    <w:p>
      <w:pPr>
        <w:jc w:val="right"/>
      </w:pPr>
      <w:r>
        <w:t>یعنی مزید اس میں ایک چیز شامل ہو جاتی ہے، وہ ہے شکر۔</w:t>
      </w:r>
    </w:p>
    <w:p>
      <w:r>
        <w:rPr>
          <w:b/>
        </w:rPr>
        <w:t xml:space="preserve">[09:03] </w:t>
      </w:r>
      <w:r>
        <w:t>dekhiye, yeh yeh jo fiqhi tasawwur hai, fiqhi tasawwur mein sara zor diya jata hai misaal par, misaal, misaal, misaal.</w:t>
      </w:r>
    </w:p>
    <w:p>
      <w:pPr>
        <w:jc w:val="right"/>
      </w:pPr>
      <w:r>
        <w:t>دیکھیے، یہ یہ جو فقہی تصور ہے، فقہی تصور میں سارا زور دیا جاتا ہے مثال پر، مثال، مثال، مثال۔</w:t>
      </w:r>
    </w:p>
    <w:p>
      <w:r>
        <w:rPr>
          <w:b/>
        </w:rPr>
        <w:t xml:space="preserve">[09:16] </w:t>
      </w:r>
      <w:r>
        <w:t>yani form par. to form jo hai, woh haqeeqat ibadat nahi hai.</w:t>
      </w:r>
    </w:p>
    <w:p>
      <w:pPr>
        <w:jc w:val="right"/>
      </w:pPr>
      <w:r>
        <w:t>یعنی فارم پر۔ تو فارم جو ہے، وہ حقیقت عبادت نہیں ہے۔</w:t>
      </w:r>
    </w:p>
    <w:p>
      <w:r>
        <w:rPr>
          <w:b/>
        </w:rPr>
        <w:t xml:space="preserve">[09:23] </w:t>
      </w:r>
      <w:r>
        <w:t>form to bohat aik shakal ibadat hai. asal haqeeqat jo hai ibadat ki, woh hota hai taalluq billah, wahdat, wa qurb.</w:t>
      </w:r>
    </w:p>
    <w:p>
      <w:pPr>
        <w:jc w:val="right"/>
      </w:pPr>
      <w:r>
        <w:t>فارم تو بہت ایک شکل عبادت ہے۔ اصل حقیقت جو ہے عبادت کی، وہ ہوتا ہے تعلق باللہ، وحدت، وقرب۔</w:t>
      </w:r>
    </w:p>
    <w:p>
      <w:r>
        <w:rPr>
          <w:b/>
        </w:rPr>
        <w:t xml:space="preserve">[09:37] </w:t>
      </w:r>
      <w:r>
        <w:t>Allah se taalluq barhe, Allah se qurbat barhe, Allah ka shukr paida ho, Allah ke liye aap ke andar khashiyat paida ho, Allah ke liye aap ke upar mohabbat paida ho, yeh hai haqeeqat ibadat.</w:t>
      </w:r>
    </w:p>
    <w:p>
      <w:pPr>
        <w:jc w:val="right"/>
      </w:pPr>
      <w:r>
        <w:t>اللہ سے تعلق بڑھے، اللہ سے قربت بڑھے، اللہ کا شکر پیدا ہو، اللہ کے لیے آپ کے اندر خشیت پیدا ہو، اللہ کے لیے آپ کے اوپر محبت پیدا ہو، یہ ہے حقیقت عبادت۔</w:t>
      </w:r>
    </w:p>
    <w:p>
      <w:r>
        <w:rPr>
          <w:b/>
        </w:rPr>
        <w:t xml:space="preserve">[09:52] </w:t>
      </w:r>
      <w:r>
        <w:t>maaz, aik form hai, us ko dohra dena yeh baat nahi hai.</w:t>
      </w:r>
    </w:p>
    <w:p>
      <w:pPr>
        <w:jc w:val="right"/>
      </w:pPr>
      <w:r>
        <w:t>معاذ، ایک فارم ہے، اس کو دہرا دینا یہ بات نہیں ہے۔</w:t>
      </w:r>
    </w:p>
    <w:p>
      <w:r>
        <w:rPr>
          <w:b/>
        </w:rPr>
        <w:t xml:space="preserve">[09:59] </w:t>
      </w:r>
      <w:r>
        <w:t>is form ki adaiyegi ke douran aap ke andar jo kaifiyat paida hoti hain, woh asal ibadat hai.</w:t>
      </w:r>
    </w:p>
    <w:p>
      <w:pPr>
        <w:jc w:val="right"/>
      </w:pPr>
      <w:r>
        <w:t>اس فارم کی ادائیگی کے دوران آپ کے اندر جو کیفیات پیدا ہوتی ہیں، وہ اصل عبادت ہے۔</w:t>
      </w:r>
    </w:p>
    <w:p>
      <w:r>
        <w:rPr>
          <w:b/>
        </w:rPr>
        <w:t xml:space="preserve">[10:13] </w:t>
      </w:r>
      <w:r>
        <w:t>to jab aap kisi ibadat ko us ke kaifiyat ke izafe ke sath ada karein, to zahiri baat hai, woh to super ibadat ban jaye gi, woh ibadat mazeed ban jaye gi.</w:t>
      </w:r>
    </w:p>
    <w:p>
      <w:pPr>
        <w:jc w:val="right"/>
      </w:pPr>
      <w:r>
        <w:t>تو جب آپ کسی عبادت کو اس کے کیفیات کے اضافے کے ساتھ ادا کریں، تو ظاہری بات ہے، وہ تو سپر عبادت بن جائے گی، وہ عبادت مزید بن جائے گی۔</w:t>
      </w:r>
    </w:p>
    <w:p>
      <w:r>
        <w:rPr>
          <w:b/>
        </w:rPr>
        <w:t xml:space="preserve">[10:35] </w:t>
      </w:r>
      <w:r>
        <w:t>jaise main apni aik misaal deta hoon, main hajj ke liye gaya to hajj mein jo log gaye hain, woh jante hain ke andar, yani haram ke andar, bari bheed hoti hai, bahar nisbatan aafiyat hoti hai.</w:t>
      </w:r>
    </w:p>
    <w:p>
      <w:pPr>
        <w:jc w:val="right"/>
      </w:pPr>
      <w:r>
        <w:t>جیسے میں اپنی ایک مثال دیتا ہوں، میں حج کے لیے گیا تو حج میں جو لوگ گئے ہیں، وہ جانتے ہیں کہ اندر، یعنی حرم کے اندر، بڑی بھیڑ ہوتی ہے، باہر نسبتا عافیت ہوتی ہے۔</w:t>
      </w:r>
    </w:p>
    <w:p>
      <w:r>
        <w:rPr>
          <w:b/>
        </w:rPr>
        <w:t xml:space="preserve">[10:50] </w:t>
      </w:r>
      <w:r>
        <w:t>to main andar dakhil ho gaya, saf mein khara ho gaya to bheed ki wajah se aisa hota hai wahan ke log qareeb qareeb saf bana lete hain.</w:t>
      </w:r>
    </w:p>
    <w:p>
      <w:pPr>
        <w:jc w:val="right"/>
      </w:pPr>
      <w:r>
        <w:t>تو میں اندر داخل ہو گیا، صف میں کھڑا ہو گیا تو بھیڑ کی وجہ سے ایسا ہوتا ہے وہاں کہ لوگ قریب قریب صف بنا لیتے ہیں۔</w:t>
      </w:r>
    </w:p>
    <w:p>
      <w:r>
        <w:rPr>
          <w:b/>
        </w:rPr>
        <w:t xml:space="preserve">[11:02] </w:t>
      </w:r>
      <w:r>
        <w:t>yani kabhi itne qareeb ke sajda karne ki jagah nahi hoti, mushkil se rukoo aur sajda hota hai.</w:t>
      </w:r>
    </w:p>
    <w:p>
      <w:pPr>
        <w:jc w:val="right"/>
      </w:pPr>
      <w:r>
        <w:t>یعنی کبھی اتنے قریب کہ سجدہ کرنے کی جگہ نہیں ہوتی، مشکل سے رکوع اور سجدہ ہوتا ہے۔</w:t>
      </w:r>
    </w:p>
    <w:p>
      <w:r>
        <w:rPr>
          <w:b/>
        </w:rPr>
        <w:t xml:space="preserve">[11:14] </w:t>
      </w:r>
      <w:r>
        <w:t>to mujhe aisa pesh aya wahan. to koi mazuri ka mamla to nahi tha, lekin chunke safen itni qareeb qareeb thin, to main theek tarike se sajda nahi kar pata tha.</w:t>
      </w:r>
    </w:p>
    <w:p>
      <w:pPr>
        <w:jc w:val="right"/>
      </w:pPr>
      <w:r>
        <w:t>تو مجھے ایسا پیش آیا وہاں۔ تو کوئی معذوری کا معاملہ تو نہیں تھا، لیکن چونکہ صفیں اتنی قریب قریب تھیں، تو میں ٹھیک طریقے سے سجدہ نہیں کر پاتا تھا۔</w:t>
      </w:r>
    </w:p>
    <w:p>
      <w:r>
        <w:rPr>
          <w:b/>
        </w:rPr>
        <w:t xml:space="preserve">[11:31] </w:t>
      </w:r>
      <w:r>
        <w:t>us waqt aik ajeeb kaifiyat meri hui. main ne kaha, "khudaaya,</w:t>
      </w:r>
    </w:p>
    <w:p>
      <w:pPr>
        <w:jc w:val="right"/>
      </w:pPr>
      <w:r>
        <w:t>اس وقت ایک عجیب کیفیت میری ہوئی۔ میں نے کہا، "خدایا،</w:t>
      </w:r>
    </w:p>
    <w:p>
      <w:r>
        <w:rPr>
          <w:b/>
        </w:rPr>
        <w:t xml:space="preserve">[11:40] </w:t>
      </w:r>
      <w:r>
        <w:t>jo namaz main parhta hoon, khuli jagah, poore aadab o qawaid ke sath,</w:t>
      </w:r>
    </w:p>
    <w:p>
      <w:pPr>
        <w:jc w:val="right"/>
      </w:pPr>
      <w:r>
        <w:t>جو نماز میں پڑھتا ہوں، کھلی جگہ، پورے آداب و قواعد کے ساتھ،</w:t>
      </w:r>
    </w:p>
    <w:p>
      <w:r>
        <w:rPr>
          <w:b/>
        </w:rPr>
        <w:t xml:space="preserve">[11:53] </w:t>
      </w:r>
      <w:r>
        <w:t>to woh bhi usi waqt qeemat, us ki bhi qeemat usi waqt hai jab ke us mein, us mein woh qubool ho, us mein khashiyat ho, us mein kaifiyat ho."</w:t>
      </w:r>
    </w:p>
    <w:p>
      <w:pPr>
        <w:jc w:val="right"/>
      </w:pPr>
      <w:r>
        <w:t>تو وہ بھی اسی وقت قیمت، اس کی بھی قیمت اسی وقت ہے جب کہ اس میں، اس میں وہ قبول ہو، اس میں خشیت ہو، اس میں کیفیت ہو۔"</w:t>
      </w:r>
    </w:p>
    <w:p>
      <w:r>
        <w:rPr>
          <w:b/>
        </w:rPr>
        <w:t xml:space="preserve">[12:05] </w:t>
      </w:r>
      <w:r>
        <w:t>aur yeh jo main tooti phooti namaz parh raha hoon, yeh bhi usi waqt ahmiyat rakhti hai.</w:t>
      </w:r>
    </w:p>
    <w:p>
      <w:pPr>
        <w:jc w:val="right"/>
      </w:pPr>
      <w:r>
        <w:t>اور یہ جو میں ٹوٹی پھوٹی نماز پڑھ رہا ہوں، یہ بھی اسی وقت اہمیت رکھتی ہے۔</w:t>
      </w:r>
    </w:p>
    <w:p>
      <w:r>
        <w:rPr>
          <w:b/>
        </w:rPr>
        <w:t xml:space="preserve">[12:14] </w:t>
      </w:r>
      <w:r>
        <w:t>to main ne kaha, "khudaaya, yeh jo main tooti phooti namaz parh raha hoon, yeh bhi itni hi be qeemat hai jitni ke main khuli jagah achi tarike se namaz</w:t>
      </w:r>
    </w:p>
    <w:p>
      <w:pPr>
        <w:jc w:val="right"/>
      </w:pPr>
      <w:r>
        <w:t>تو میں نے کہا، "خدایا، یہ جو میں ٹوٹی پھوٹی نماز پڑھ رہا ہوں، یہ بھی اتنی ہی بے قیمت ہے جتنی کہ میں کھلی جگہ اچھی طریقے سے نماز</w:t>
      </w:r>
    </w:p>
    <w:p>
      <w:r>
        <w:rPr>
          <w:b/>
        </w:rPr>
        <w:t xml:space="preserve">[12:26] </w:t>
      </w:r>
      <w:r>
        <w:t>parh pata hoon." to yeh jo, yeh jo, yeh jumla nikla, meri tooti phooti namaz ki bhi,</w:t>
      </w:r>
    </w:p>
    <w:p>
      <w:pPr>
        <w:jc w:val="right"/>
      </w:pPr>
      <w:r>
        <w:t>پڑھ پاتا ہوں۔" تو یہ جو، یہ جو، یہ جملہ نکلا، میری ٹوٹی پھوٹی نماز کی بھی،</w:t>
      </w:r>
    </w:p>
    <w:p>
      <w:r>
        <w:rPr>
          <w:b/>
        </w:rPr>
        <w:t xml:space="preserve">[12:35] </w:t>
      </w:r>
      <w:r>
        <w:t>meri sahi namaz bhi itni hi zyada tooti phooti hai, jitni ke yeh tooti phooti namaz.</w:t>
      </w:r>
    </w:p>
    <w:p>
      <w:pPr>
        <w:jc w:val="right"/>
      </w:pPr>
      <w:r>
        <w:t>میری صحیح نماز بھی اتنی ہی زیادہ ٹوٹی پھوٹی ہے، جتنی کہ یہ ٹوٹی پھوٹی نماز۔</w:t>
      </w:r>
    </w:p>
    <w:p>
      <w:r>
        <w:rPr>
          <w:b/>
        </w:rPr>
        <w:t xml:space="preserve">[12:44] </w:t>
      </w:r>
      <w:r>
        <w:t>is waqt ek ajeeb kaifiyat paida hui aur woh jo namaz thi meri, us mein kaifiyat barh gai. yani haram ke bahir khuli jagah par jo namaz parhi thi maine,</w:t>
      </w:r>
    </w:p>
    <w:p>
      <w:pPr>
        <w:jc w:val="right"/>
      </w:pPr>
      <w:r>
        <w:t>اس وقت ایک عجیب کیفیت پیدا ہوئی اور وہ جو نماز تھی میری، اس میں کیفیت بڑھ گئی۔ یعنی حرم کے باہر کھلی جگہ پر جو نماز پڑھی تھی میں نے،</w:t>
      </w:r>
    </w:p>
    <w:p>
      <w:r>
        <w:rPr>
          <w:b/>
        </w:rPr>
        <w:t xml:space="preserve">[12:57] </w:t>
      </w:r>
      <w:r>
        <w:t>to is se zyada kaifiyat is namaz mein ho gai jo maine tooti phooti tareeqay se parha tha.</w:t>
      </w:r>
    </w:p>
    <w:p>
      <w:pPr>
        <w:jc w:val="right"/>
      </w:pPr>
      <w:r>
        <w:t>تو اس سے زیادہ کیفیت اس نماز میں ہو گئی جو میں نے ٹوٹی پھوٹی طریقے سے پڑھا تھا۔</w:t>
      </w:r>
    </w:p>
    <w:p>
      <w:r>
        <w:rPr>
          <w:b/>
        </w:rPr>
        <w:t xml:space="preserve">[13:08] </w:t>
      </w:r>
      <w:r>
        <w:t>kyunke is mein aap ko rukhsat hoti hai ke kabhi aap kisi ki peeth par sajda kar lein,</w:t>
      </w:r>
    </w:p>
    <w:p>
      <w:pPr>
        <w:jc w:val="right"/>
      </w:pPr>
      <w:r>
        <w:t>کیونکہ اس میں آپ کو رخصت ہوتی ہے کہ کبھی آپ کسی کی پیٹھ پر سجدہ کر لیں،</w:t>
      </w:r>
    </w:p>
    <w:p>
      <w:r>
        <w:rPr>
          <w:b/>
        </w:rPr>
        <w:t xml:space="preserve">[13:13] </w:t>
      </w:r>
      <w:r>
        <w:t>bator rukhsat us ki ijazat hoti hai ke zameen par na pohanch sakein to kisi ki peeth par sajda kar lein, woh rukhsat hota hai. isi ko maine kaha, "tooti phooti namaz." to yaad rakhiye,</w:t>
      </w:r>
    </w:p>
    <w:p>
      <w:pPr>
        <w:jc w:val="right"/>
      </w:pPr>
      <w:r>
        <w:t>بطور رخصت اس کی اجازت ہوتی ہے کہ زمین پر نہ پہنچ سکیں تو کسی کی پیٹھ پر سجدہ کر لیں، وہ رخصت ہوتا ہے۔ اسی کو میں نے کہا، "ٹوٹی پھوٹی نماز۔" تو یاد رکھیے،</w:t>
      </w:r>
    </w:p>
    <w:p>
      <w:r>
        <w:rPr>
          <w:b/>
        </w:rPr>
        <w:t xml:space="preserve">[13:28] </w:t>
      </w:r>
      <w:r>
        <w:t>ibadat jo hai,</w:t>
      </w:r>
    </w:p>
    <w:p>
      <w:pPr>
        <w:jc w:val="right"/>
      </w:pPr>
      <w:r>
        <w:t>عبادت جو ہے،</w:t>
      </w:r>
    </w:p>
    <w:p>
      <w:r>
        <w:rPr>
          <w:b/>
        </w:rPr>
        <w:t xml:space="preserve">[13:32] </w:t>
      </w:r>
      <w:r>
        <w:t>form ka naam nahi hai. form ki adaigi se yeh koi ibadat achi ibadat nahi ho jati.</w:t>
      </w:r>
    </w:p>
    <w:p>
      <w:pPr>
        <w:jc w:val="right"/>
      </w:pPr>
      <w:r>
        <w:t>فارم کا نام نہیں ہے۔ فارم کی ادائیگی سے یہ کوئی عبادت اچھی عبادت نہیں ہو جاتی۔</w:t>
      </w:r>
    </w:p>
    <w:p>
      <w:r>
        <w:rPr>
          <w:b/>
        </w:rPr>
        <w:t xml:space="preserve">[13:42] </w:t>
      </w:r>
      <w:r>
        <w:t>yani ek form ko bohat achay tareeqay se ada karein aap, bohat achay tareeqay se form ko, to is ka matlab nahi ke aap ki ibadat achi ibadat ho gai.</w:t>
      </w:r>
    </w:p>
    <w:p>
      <w:pPr>
        <w:jc w:val="right"/>
      </w:pPr>
      <w:r>
        <w:t>یعنی ایک فارم کو بہت اچھے طریقے سے ادا کریں آپ، بہت اچھے طریقے سے فارم کو، تو اس کا مطلب نہیں کہ آپ کی عبادت اچھی عبادت ہو گئی۔</w:t>
      </w:r>
    </w:p>
    <w:p>
      <w:r>
        <w:rPr>
          <w:b/>
        </w:rPr>
        <w:t xml:space="preserve">[13:55] </w:t>
      </w:r>
      <w:r>
        <w:t>fiqhi, jo log fiqhi masail par bohat zyada bahishein karte hain, woh bohat zyada dhoom machate hain, aise hath, to aise paon, aise aankh, aise yeh, aise woh</w:t>
      </w:r>
    </w:p>
    <w:p>
      <w:pPr>
        <w:jc w:val="right"/>
      </w:pPr>
      <w:r>
        <w:t>فقہی، جو لوگ فقہی مسائل پر بہت زیادہ بحثیں کرتے ہیں، وہ بہت زیادہ دھوم مچاتے ہیں، ایسے ہاتھ، تو ایسے پاؤں، ایسے آنکھ، ایسے یہ، ایسے وہ</w:t>
      </w:r>
    </w:p>
    <w:p>
      <w:r>
        <w:rPr>
          <w:b/>
        </w:rPr>
        <w:t xml:space="preserve">[14:10] </w:t>
      </w:r>
      <w:r>
        <w:t>. to yeh form ke aitbar se kamil adaigi yeh kuch bhi nahi hai.</w:t>
      </w:r>
    </w:p>
    <w:p>
      <w:pPr>
        <w:jc w:val="right"/>
      </w:pPr>
      <w:r>
        <w:t>۔ تو یہ فارم کے اعتبار سے کامل ادائیگی یہ کچھ بھی نہیں ہے۔</w:t>
      </w:r>
    </w:p>
    <w:p>
      <w:r>
        <w:rPr>
          <w:b/>
        </w:rPr>
        <w:t xml:space="preserve">[14:21] </w:t>
      </w:r>
      <w:r>
        <w:t>asal jo hai, woh yeh hai ke aap ki namaz sajda qurbat ban jaye, aap ki namaz</w:t>
      </w:r>
    </w:p>
    <w:p>
      <w:pPr>
        <w:jc w:val="right"/>
      </w:pPr>
      <w:r>
        <w:t>اصل جو ہے، وہ یہ ہے کہ آپ کی نماز سجدہ قربت بن جائے، آپ کی نماز</w:t>
      </w:r>
    </w:p>
    <w:p>
      <w:r>
        <w:rPr>
          <w:b/>
        </w:rPr>
        <w:t xml:space="preserve">[14:31] </w:t>
      </w:r>
      <w:r>
        <w:t>namaz khushu ban jaye. yani kaifiyat ke aitbar se.</w:t>
      </w:r>
    </w:p>
    <w:p>
      <w:pPr>
        <w:jc w:val="right"/>
      </w:pPr>
      <w:r>
        <w:t>نماز خشوع بن جائے۔ یعنی کیفیات کے اعتبار سے۔</w:t>
      </w:r>
    </w:p>
    <w:p>
      <w:r>
        <w:rPr>
          <w:b/>
        </w:rPr>
        <w:t xml:space="preserve">[14:38] </w:t>
      </w:r>
      <w:r>
        <w:t>to jab aap ek ek rukhsat par amal karte hain to ek ajeeb kaifiyat paida hoti hai ke khuda ya, to kitna meherban hai ke to ne mere zawoq par reham farmaya, mujhe ijazat de di ke main toote phootay andaz mein apni ibadat kar loon.</w:t>
      </w:r>
    </w:p>
    <w:p>
      <w:pPr>
        <w:jc w:val="right"/>
      </w:pPr>
      <w:r>
        <w:t>تو جب آپ ایک ایک رخصت پر عمل کرتے ہیں تو ایک عجیب کیفیت پیدا ہوتی ہے کہ خدایا، تو کتنا مہربان ہے کہ تو نے میرے ذوق پر رحم فرمایا، مجھے اجازت دے دی کہ میں ٹوٹے پھوٹے انداز میں اپنی عبادت کر لوں۔</w:t>
      </w:r>
    </w:p>
    <w:p>
      <w:r>
        <w:rPr>
          <w:b/>
        </w:rPr>
        <w:t xml:space="preserve">[15:04] </w:t>
      </w:r>
      <w:r>
        <w:t>to ajeeb kaifiyat paida hoti hai. is waqt,</w:t>
      </w:r>
    </w:p>
    <w:p>
      <w:pPr>
        <w:jc w:val="right"/>
      </w:pPr>
      <w:r>
        <w:t>تو عجیب کیفیت پیدا ہوتی ہے۔ اس وقت،</w:t>
      </w:r>
    </w:p>
    <w:p>
      <w:r>
        <w:rPr>
          <w:b/>
        </w:rPr>
        <w:t xml:space="preserve">[15:09] </w:t>
      </w:r>
      <w:r>
        <w:t>is waqt banda Allah ke rehman o rahim hone ka anokha tajurba karta hai.</w:t>
      </w:r>
    </w:p>
    <w:p>
      <w:pPr>
        <w:jc w:val="right"/>
      </w:pPr>
      <w:r>
        <w:t>اس وقت بندہ اللہ کے رحمان و رحیم ہونے کا انوکھا تجربہ کرتا ہے۔</w:t>
      </w:r>
    </w:p>
    <w:p>
      <w:r>
        <w:rPr>
          <w:b/>
        </w:rPr>
        <w:t xml:space="preserve">[15:21] </w:t>
      </w:r>
      <w:r>
        <w:t>yani aam namazon mein, aam ibadat mein agar banda tajurba karta hai Khuda ke aamir aur hakim hone ka, to rukhsat ke waqt banda tajurba karta hai Allah ke rahim, rahim o qareeb hone ka.</w:t>
      </w:r>
    </w:p>
    <w:p>
      <w:pPr>
        <w:jc w:val="right"/>
      </w:pPr>
      <w:r>
        <w:t>یعنی عام نمازوں میں، عام عبادت میں اگر بندہ تجربہ کرتا ہے خدا کے عامر اور حاکم ہونے کا، تو رخصت کے وقت بندہ تجربہ کرتا ہے اللہ کے رحیم، رحیم و قریب ہونے کا۔</w:t>
      </w:r>
    </w:p>
    <w:p>
      <w:r>
        <w:rPr>
          <w:b/>
        </w:rPr>
        <w:t xml:space="preserve">[15:38] </w:t>
      </w:r>
      <w:r>
        <w:t>kitni ajeeb cheez hai yeh! log ajeeb o ghareeb bahishein karte hain, mislan jama bain al-salatain ka jo rukhsat hai, to kuch log bahishein karein ge ke jama taqdeem jaiz hai, jama ta'khir jaiz nahi, jama ta'khir jaiz hai, jama taqdeem jaiz nahi, aur yeh shart, woh shart</w:t>
      </w:r>
    </w:p>
    <w:p>
      <w:pPr>
        <w:jc w:val="right"/>
      </w:pPr>
      <w:r>
        <w:t>کتنی عجیب چیز ہے یہ! لوگ عجیب و غریب بحثیں کرتے ہیں، مثلاً جمع بین الصلوۃین کا جو رخصت ہے، تو کچھ لوگ بحثیں کریں گے کہ جمع تقدیم جائز ہے، جمع تاخیر جائز نہیں، جمع تاخیر جائز ہے، جمع تقدیم جائز نہیں، اور یہ شرط، وہ شرط</w:t>
      </w:r>
    </w:p>
    <w:p>
      <w:r>
        <w:rPr>
          <w:b/>
        </w:rPr>
        <w:t xml:space="preserve">[16:01] </w:t>
      </w:r>
      <w:r>
        <w:t>dunya bhar ki. halankay hadith mein aata hai ke aap ne jama kiya do namazon ko, jabke na matar ka masla tha, na safar ka masla tha.</w:t>
      </w:r>
    </w:p>
    <w:p>
      <w:pPr>
        <w:jc w:val="right"/>
      </w:pPr>
      <w:r>
        <w:t>دنیا بھر کی۔ حالانکہ حدیث میں آتا ہے کہ آپ نے جمع کیا دو نمازوں کو، جبکہ نہ مطر کا مسئلہ تھا، نہ سفر کا مسئلہ تھا۔</w:t>
      </w:r>
    </w:p>
    <w:p>
      <w:r>
        <w:rPr>
          <w:b/>
        </w:rPr>
        <w:t xml:space="preserve">[16:11] </w:t>
      </w:r>
      <w:r>
        <w:t>to koi fiqhi shart jo hai, hargiz durust nahi hai. yeh khud insan ko faisla karna hai. yeh baat bohat zyada aham hai.</w:t>
      </w:r>
    </w:p>
    <w:p>
      <w:pPr>
        <w:jc w:val="right"/>
      </w:pPr>
      <w:r>
        <w:t>تو کوئی فقہی شرط جو ہے، ہرگز درست نہیں ہے۔ یہ خود انسان کو فیصلہ کرنا ہے۔ یہ بات بہت زیادہ اہم ہے۔</w:t>
      </w:r>
    </w:p>
    <w:p>
      <w:r>
        <w:rPr>
          <w:b/>
        </w:rPr>
        <w:t xml:space="preserve">[16:21] </w:t>
      </w:r>
      <w:r>
        <w:t>samajh lijiye ke khariji tor par ek faqih yeh nahi kar sakta ke sari shartein woh aap ko b</w:t>
      </w:r>
    </w:p>
    <w:p>
      <w:pPr>
        <w:jc w:val="right"/>
      </w:pPr>
      <w:r>
        <w:t>سمجھ لیجئے کہ خارجی طور پر ایک فقیہ یہ نہیں کر سکتا کہ ساری شرطیں وہ آپ کو ب</w:t>
      </w:r>
    </w:p>
    <w:p>
      <w:r>
        <w:rPr>
          <w:b/>
        </w:rPr>
        <w:t xml:space="preserve">[16:30] </w:t>
      </w:r>
      <w:r>
        <w:t>ta de, lekin rukhsat kahan chahiye, mujhe yeh main janoon ga. faqih nahi jaan sakta. aam tor par wohi tasawwur banaye hue hain ke faqih jo shart bana de, wohi shart hai rukhsat ke liye.</w:t>
      </w:r>
    </w:p>
    <w:p>
      <w:pPr>
        <w:jc w:val="right"/>
      </w:pPr>
      <w:r>
        <w:t>تا دے، لیکن رخصت کہاں چاہیے، مجھے یہ میں جانوں گا۔ فقیہ نہیں جان سکتا۔ عام طور پر وہی تصور بنائے ہوئے ہیں کہ فقیہ جو شرط بنا دے، وہی شرط ہے رخصت کے لیے۔</w:t>
      </w:r>
    </w:p>
    <w:p>
      <w:r>
        <w:rPr>
          <w:b/>
        </w:rPr>
        <w:t xml:space="preserve">[16:45] </w:t>
      </w:r>
      <w:r>
        <w:t>lekin yeh is muamle ko bohat hi, is muamle ko bohat kamtar andaza hai.</w:t>
      </w:r>
    </w:p>
    <w:p>
      <w:pPr>
        <w:jc w:val="right"/>
      </w:pPr>
      <w:r>
        <w:t>لیکن یہ اس معاملے کو بہت ہی، اس معاملے کو بہت کمتر اندازہ ہے۔</w:t>
      </w:r>
    </w:p>
    <w:p>
      <w:r>
        <w:rPr>
          <w:b/>
        </w:rPr>
        <w:t xml:space="preserve">[16:54] </w:t>
      </w:r>
      <w:r>
        <w:t>yani rukhsat ke muamle ka kamtar andaza hai. is ko underestimate karna hai ke bas faqih bata sakta hai ke aap kahan rukhsat istemal karein, kahan na karein.</w:t>
      </w:r>
    </w:p>
    <w:p>
      <w:pPr>
        <w:jc w:val="right"/>
      </w:pPr>
      <w:r>
        <w:t>یعنی رخصت کے معاملے کا کمتر اندازہ ہے۔ اس کو انڈر ایسٹیمیٹ کرنا ہے کہ بس فقیہ بتا سکتا ہے کہ آپ کہاں رخصت استعمال کریں، کہاں نہ کریں۔</w:t>
      </w:r>
    </w:p>
    <w:p>
      <w:r>
        <w:rPr>
          <w:b/>
        </w:rPr>
        <w:t xml:space="preserve">[17:06] </w:t>
      </w:r>
      <w:r>
        <w:t>har giz nahi! woh shakhs jis ko ibadat karna hai, jis ka apna masla hai, jo janta hai ke main kahan zaeef hoon, kahan ma'zoor hoon, kahan mujhe kisi masle se saabaq pesh aa raha hai, woh khud janta hai.</w:t>
      </w:r>
    </w:p>
    <w:p>
      <w:pPr>
        <w:jc w:val="right"/>
      </w:pPr>
      <w:r>
        <w:t>ہرگز نہیں! وہ شخص جس کو عبادت کرنا ہے، جس کا اپنا مسئلہ ہے، جو جانتا ہے کہ میں کہاں ضعیف ہوں، کہاں معذور ہوں، کہاں مجھے کسی مسئلے سے سابقہ پیش آ رہا ہے، وہ خود جانتا ہے۔</w:t>
      </w:r>
    </w:p>
    <w:p>
      <w:r>
        <w:rPr>
          <w:b/>
        </w:rPr>
        <w:t xml:space="preserve">[17:23] </w:t>
      </w:r>
      <w:r>
        <w:t>to main samajhta hoon ke jo hadith mein aata hai ke istifti qalbuka, apne dil se fatwa poocho, woh isi tarah ke muamle mein hai. istifti qalbuka, yeh tasawwur bohat zyada chhaya hua hai logon ko ke bas faqih ko haq hai ke woh muqarrar karein sharaait.</w:t>
      </w:r>
    </w:p>
    <w:p>
      <w:pPr>
        <w:jc w:val="right"/>
      </w:pPr>
      <w:r>
        <w:t>تو میں سمجھتا ہوں کہ جو حدیث میں آتا ہے کہ استفت قلبک، اپنے دل سے فتویٰ پوچھو، وہ اسی طرح کے معاملے میں ہے۔ استفت قلبک، یہ تصور بہت زیادہ چھایا ہوا ہے لوگوں کو کہ بس فقیہ کو حق ہے کہ وہ مقرر کرے شرائط۔</w:t>
      </w:r>
    </w:p>
    <w:p>
      <w:r>
        <w:rPr>
          <w:b/>
        </w:rPr>
        <w:t xml:space="preserve">[17:41] </w:t>
      </w:r>
      <w:r>
        <w:t>main is ko durust nahi samajhta.</w:t>
      </w:r>
    </w:p>
    <w:p>
      <w:pPr>
        <w:jc w:val="right"/>
      </w:pPr>
      <w:r>
        <w:t>میں اس کو درست نہیں سمجھتا۔</w:t>
      </w:r>
    </w:p>
    <w:p>
      <w:r>
        <w:rPr>
          <w:b/>
        </w:rPr>
        <w:t xml:space="preserve">[17:46] </w:t>
      </w:r>
      <w:r>
        <w:t>yeh rukhsat ke, rukhsat ka jo rukhsat ki jo rehmat hai, is rehmat ko underestimate karna hai, is ka kamtar andaza karna hai.</w:t>
      </w:r>
    </w:p>
    <w:p>
      <w:pPr>
        <w:jc w:val="right"/>
      </w:pPr>
      <w:r>
        <w:t>یہ رخصت کے، رخصت کا جو رخصت کی جو رحمت ہے، اس رحمت کو انڈر ایسٹیمیٹ کرنا ہے، اس کا کمتر اندازہ کرنا ہے۔</w:t>
      </w:r>
    </w:p>
    <w:p>
      <w:r>
        <w:rPr>
          <w:b/>
        </w:rPr>
        <w:t xml:space="preserve">[18:00] </w:t>
      </w:r>
      <w:r>
        <w:t>koi insan khud hi janta hai ke kab is ko kon si,</w:t>
      </w:r>
    </w:p>
    <w:p>
      <w:pPr>
        <w:jc w:val="right"/>
      </w:pPr>
      <w:r>
        <w:t>کوئی انسان خود ہی جانتا ہے کہ کب اس کو کون سی،</w:t>
      </w:r>
    </w:p>
    <w:p>
      <w:r>
        <w:rPr>
          <w:b/>
        </w:rPr>
        <w:t xml:space="preserve">[18:09] </w:t>
      </w:r>
      <w:r>
        <w:t>kon si ka masla is ko laiq hai, kab is ko rukhsat kar ka per amal karna chahiye.</w:t>
      </w:r>
    </w:p>
    <w:p>
      <w:pPr>
        <w:jc w:val="right"/>
      </w:pPr>
      <w:r>
        <w:t>کون سی کا مسئلہ اس کو لائق ہے، کب اس کو رخصت کر کا پر عمل کرنا چاہیے۔</w:t>
      </w:r>
    </w:p>
    <w:p>
      <w:r>
        <w:rPr>
          <w:b/>
        </w:rPr>
        <w:t xml:space="preserve">[18:21] </w:t>
      </w:r>
      <w:r>
        <w:t>aur phir dekhiye, agar fuqih ki taraf se sari shartein muqarrar kar di jayen to ek cheez se aadmi mehroom ho jayega, ek cheez se mehroom ho jayega.</w:t>
      </w:r>
    </w:p>
    <w:p>
      <w:pPr>
        <w:jc w:val="right"/>
      </w:pPr>
      <w:r>
        <w:t>اور پھر دیکھیے، اگر فقیہ کی طرف سے ساری شرطیں مقرر کر دی جائیں تو ایک چیز سے آدمی محروم ہو جائے گا، ایک چیز سے محروم ہو جائے گا۔</w:t>
      </w:r>
    </w:p>
    <w:p>
      <w:r>
        <w:rPr>
          <w:b/>
        </w:rPr>
        <w:t xml:space="preserve">[18:32] </w:t>
      </w:r>
      <w:r>
        <w:t>fuqih ki taraf se shartein agar muqarrar hon ke is waqt falan falan shartein hain, tab rukhsat hai, to ek bohat bari cheez mahqood ho jayegi.</w:t>
      </w:r>
    </w:p>
    <w:p>
      <w:pPr>
        <w:jc w:val="right"/>
      </w:pPr>
      <w:r>
        <w:t>فقیہ کی طرف سے شرطیں اگر مقرر ہوں کہ اس وقت فلاں فلاں شرطیں ہیں، تب رخصت ہے، تو ایک بہت بڑی چیز محقود ہو جائے گی۔</w:t>
      </w:r>
    </w:p>
    <w:p>
      <w:r>
        <w:rPr>
          <w:b/>
        </w:rPr>
        <w:t xml:space="preserve">[18:45] </w:t>
      </w:r>
      <w:r>
        <w:t>woh yeh ke aadmi khud se soch kar ke ek ek rukhsat ko istemal karta hai, to us waqt is ko duayein nikalti hain ke khuda ya, maine apni naqis form ke sath yeh samjha ke mujhe is waqt is rukhsat per amal karna chahiye.</w:t>
      </w:r>
    </w:p>
    <w:p>
      <w:pPr>
        <w:jc w:val="right"/>
      </w:pPr>
      <w:r>
        <w:t>وہ یہ کہ آدمی خود سے سوچ کر کے ایک ایک رخصت کو استعمال کرتا ہے، تو اس وقت اس کو دعائیں نکلتی ہیں کہ خدایا، میں نے اپنی ناقص فارم کے ساتھ یہ سمجھا کہ مجھے اس وقت اس رخصت پر عمل کرنا چاہیے۔</w:t>
      </w:r>
    </w:p>
    <w:p>
      <w:r>
        <w:rPr>
          <w:b/>
        </w:rPr>
        <w:t xml:space="preserve">[19:05] </w:t>
      </w:r>
      <w:r>
        <w:t>agar mujh se ghalti hui ho to to mujhe maaf farma.</w:t>
      </w:r>
    </w:p>
    <w:p>
      <w:pPr>
        <w:jc w:val="right"/>
      </w:pPr>
      <w:r>
        <w:t>اگر مجھ سے غلطی ہوئی ہو تو تو مجھے معاف فرما۔</w:t>
      </w:r>
    </w:p>
    <w:p>
      <w:r>
        <w:rPr>
          <w:b/>
        </w:rPr>
        <w:t xml:space="preserve">[19:12] </w:t>
      </w:r>
      <w:r>
        <w:t>agar aap ko maloom ho bilkul napatla, bilkul fuqih ki zaban mein ke yeh hain shartein, in sharton ke sath hamein rukhsat per amal karna hai, to hargiz yeh kaifiyat nahi paida hogi.</w:t>
      </w:r>
    </w:p>
    <w:p>
      <w:pPr>
        <w:jc w:val="right"/>
      </w:pPr>
      <w:r>
        <w:t>اگر آپ کو معلوم ہو بالکل ناپاتلا، بالکل فقہی کے زبان میں کہ یہ ہیں شرطیں، ان شرطوں کے ساتھ ہمیں رخصت پر عمل کرنا ہے، تو ہرگز یہ کیفیت نہیں پیدا ہوگی۔</w:t>
      </w:r>
    </w:p>
    <w:p>
      <w:r>
        <w:rPr>
          <w:b/>
        </w:rPr>
        <w:t xml:space="preserve">[19:25] </w:t>
      </w:r>
      <w:r>
        <w:t>hargiz yeh dua nahi ublegi aap ke sine se.</w:t>
      </w:r>
    </w:p>
    <w:p>
      <w:pPr>
        <w:jc w:val="right"/>
      </w:pPr>
      <w:r>
        <w:t>ہرگز یہ دعا نہیں ابلے گی آپ کے سینے سے۔</w:t>
      </w:r>
    </w:p>
    <w:p>
      <w:r>
        <w:rPr>
          <w:b/>
        </w:rPr>
        <w:t xml:space="preserve">[19:34] </w:t>
      </w:r>
      <w:r>
        <w:t>yeh to us waqt nikalta hai jab ke aap ko ehsas ho ke pata nahi sahi hai ya galat hai. agar</w:t>
      </w:r>
    </w:p>
    <w:p>
      <w:pPr>
        <w:jc w:val="right"/>
      </w:pPr>
      <w:r>
        <w:t>یہ تو اس وقت نکلتا ہے جب کہ آپ کو احساس ہو کہ پتہ نہیں صحیح ہے یا غلط ہے۔ اگر</w:t>
      </w:r>
    </w:p>
    <w:p>
      <w:r>
        <w:rPr>
          <w:b/>
        </w:rPr>
        <w:t xml:space="preserve">[19:40] </w:t>
      </w:r>
      <w:r>
        <w:t>fuqih ki, fuqih ki mutayyan ki hui sharton ko le kar aap rukhsat ko moamle ko samjhein to woh to shartein mutayyan hain.</w:t>
      </w:r>
    </w:p>
    <w:p>
      <w:pPr>
        <w:jc w:val="right"/>
      </w:pPr>
      <w:r>
        <w:t>فقیہ کی، فقیہ کی متعین کی ہوئی شرطوں کو لے کر آپ رخصت کو معاملے کو سمجھیں تو وہ تو شرطیں متعین ہیں۔</w:t>
      </w:r>
    </w:p>
    <w:p>
      <w:r>
        <w:rPr>
          <w:b/>
        </w:rPr>
        <w:t xml:space="preserve">[19:52] </w:t>
      </w:r>
      <w:r>
        <w:t>is mein ek yeh ehsas nahi hoga aap ko ke pata nahi galat hai ke sahi hai. yani fuqih ki taraf se sari shartein bilkul had bandi kar di gayi hain, ek dam bilkul.</w:t>
      </w:r>
    </w:p>
    <w:p>
      <w:pPr>
        <w:jc w:val="right"/>
      </w:pPr>
      <w:r>
        <w:t>اس میں ایک یہ احساس نہیں ہوگا آپ کو کہ پتہ نہیں غلط ہے کہ صحیح ہے۔ یعنی فقیہ کی طرف سے ساری شرطیں بالکل حد بندی کر دی گئی ہیں، ایک دم بالکل۔</w:t>
      </w:r>
    </w:p>
    <w:p>
      <w:r>
        <w:rPr>
          <w:b/>
        </w:rPr>
        <w:t xml:space="preserve">[20:05] </w:t>
      </w:r>
      <w:r>
        <w:t>tab to aap wohi karenge jo fuqih ne likh diya hai.</w:t>
      </w:r>
    </w:p>
    <w:p>
      <w:pPr>
        <w:jc w:val="right"/>
      </w:pPr>
      <w:r>
        <w:t>تب تو آپ وہی کریں گے جو فقیہ نے لکھ دیا ہے۔</w:t>
      </w:r>
    </w:p>
    <w:p>
      <w:r>
        <w:rPr>
          <w:b/>
        </w:rPr>
        <w:t xml:space="preserve">[20:10] </w:t>
      </w:r>
      <w:r>
        <w:t>lekin jab aap khud sochte hain, kisi halat mein aap phanse hue hain, khud sochte hain aur khud faisla karte hain ke mujhe is rukhsat per amal karna chahiye, us waqt yeh ehsas rehta hai aap ke dil mein.</w:t>
      </w:r>
    </w:p>
    <w:p>
      <w:pPr>
        <w:jc w:val="right"/>
      </w:pPr>
      <w:r>
        <w:t>لیکن جب آپ خود سوچتے ہیں، کسی حالات میں آپ پھنسے ہوئے ہیں، خود سوچتے ہیں اور خود فیصلہ کرتے ہیں کہ مجھے اس رخصت پر عمل کرنا چاہیے، اس وقت یہ احساس رہتا ہے آپ کے دل میں۔</w:t>
      </w:r>
    </w:p>
    <w:p>
      <w:r>
        <w:rPr>
          <w:b/>
        </w:rPr>
        <w:t xml:space="preserve">[20:29] </w:t>
      </w:r>
      <w:r>
        <w:t>ehsas aata hai ke pata nahi maine rukhsat ka jo option liya hai, woh sahi hai ya galat hai.</w:t>
      </w:r>
    </w:p>
    <w:p>
      <w:pPr>
        <w:jc w:val="right"/>
      </w:pPr>
      <w:r>
        <w:t>احساس آتا ہے کہ پتہ نہیں میں نے رخصت کا جو آپشن لیا ہے، وہ صحیح ہے یا غلط ہے۔</w:t>
      </w:r>
    </w:p>
    <w:p>
      <w:r>
        <w:rPr>
          <w:b/>
        </w:rPr>
        <w:t xml:space="preserve">[20:38] </w:t>
      </w:r>
      <w:r>
        <w:t>pata nahi maine jo rukhsat ka option liya hai, woh sahi hai ya galat. yeh jo ehsas hai, yeh bohat bari ibadat hai.</w:t>
      </w:r>
    </w:p>
    <w:p>
      <w:pPr>
        <w:jc w:val="right"/>
      </w:pPr>
      <w:r>
        <w:t>پتہ نہیں میں نے جو رخصت کا آپشن لیا ہے، وہ صحیح ہے یا غلط۔ یہ جو احساس ہے، یہ بہت بڑی عبادت ہے۔</w:t>
      </w:r>
    </w:p>
    <w:p>
      <w:r>
        <w:rPr>
          <w:b/>
        </w:rPr>
        <w:t xml:space="preserve">[20:46] </w:t>
      </w:r>
      <w:r>
        <w:t>yeh ehsas jo hai, yeh bohat bari ibadat hai ke pata nahi mera option sahi hai ya galat hai.</w:t>
      </w:r>
    </w:p>
    <w:p>
      <w:pPr>
        <w:jc w:val="right"/>
      </w:pPr>
      <w:r>
        <w:t>یہ احساس جو ہے، یہ بہت بڑی عبادت ہے کہ پتہ نہیں میرا آپشن صحیح ہے یا غلط ہے۔</w:t>
      </w:r>
    </w:p>
    <w:p>
      <w:r>
        <w:rPr>
          <w:b/>
        </w:rPr>
        <w:t xml:space="preserve">[20:56] </w:t>
      </w:r>
      <w:r>
        <w:t>us waqt duayein aap karte hain, khuda ya, mere option ko qabool kar le.</w:t>
      </w:r>
    </w:p>
    <w:p>
      <w:pPr>
        <w:jc w:val="right"/>
      </w:pPr>
      <w:r>
        <w:t>اس وقت دعائیں آپ کرتے ہیں، خدایا، میرے آپشن کو قبول کر لے۔</w:t>
      </w:r>
    </w:p>
    <w:p>
      <w:r>
        <w:rPr>
          <w:b/>
        </w:rPr>
        <w:t xml:space="preserve">[21:01] </w:t>
      </w:r>
      <w:r>
        <w:t>agar fuqih ke banaye hue, fuqih ki batayi hui sharton ke mutabiq amal hai to dua nahi niklegi aap ko. tab to yeh hoga ke jo jo fuqih shartein hain, us ke mutabiq maine kar diya.</w:t>
      </w:r>
    </w:p>
    <w:p>
      <w:pPr>
        <w:jc w:val="right"/>
      </w:pPr>
      <w:r>
        <w:t>اگر فقیہ کے بنائے ہوئے، فقیہ کی بتائی ہوئی شرطوں کے مطابق عمل ہے تو دعا نہیں نکلے گی آپ کو۔ تب تو یہ ہوگا کہ جو جو فقہی شرطیں ہیں، اس کے مطابق میں نے کر دیا۔</w:t>
      </w:r>
    </w:p>
    <w:p>
      <w:r>
        <w:rPr>
          <w:b/>
        </w:rPr>
        <w:t xml:space="preserve">[21:15] </w:t>
      </w:r>
      <w:r>
        <w:t>lekin jab khud se option lete hain ke yahan mujhe falan rukhsat per amal karna chahiye, to aap ke dil mein ek ek ek ek jazba aata hai is baat ka ke pata nahi maine sahi option liya ya galat option liya.</w:t>
      </w:r>
    </w:p>
    <w:p>
      <w:pPr>
        <w:jc w:val="right"/>
      </w:pPr>
      <w:r>
        <w:t>لیکن جب خود سے آپشن لیتے ہیں کہ یہاں مجھے فلاں رخصت پر عمل کرنا چاہیے، تو آپ کے دل میں ایک ایک ایک ایک جذبہ آتا ہے اس بات کا کہ پتہ نہیں میں نے صحیح آپشن لیا یا غلط آپشن لیا۔</w:t>
      </w:r>
    </w:p>
    <w:p>
      <w:r>
        <w:rPr>
          <w:b/>
        </w:rPr>
        <w:t xml:space="preserve">[21:33] </w:t>
      </w:r>
      <w:r>
        <w:t>is se duayein nikalti hain, duayein nikalti hain is se aur aap Allah se qareeb ho jate hain.</w:t>
      </w:r>
    </w:p>
    <w:p>
      <w:pPr>
        <w:jc w:val="right"/>
      </w:pPr>
      <w:r>
        <w:t>اس سے دعائیں نکلتی ہیں، دعائیں نکلتی ہیں اس سے اور آپ اللہ سے قریب ہو جاتے ہیں۔</w:t>
      </w:r>
    </w:p>
    <w:p>
      <w:r>
        <w:rPr>
          <w:b/>
        </w:rPr>
        <w:t xml:space="preserve">[21:42] </w:t>
      </w:r>
      <w:r>
        <w:t>wusjud waghera ka moamla ho jata hai</w:t>
      </w:r>
    </w:p>
    <w:p>
      <w:pPr>
        <w:jc w:val="right"/>
      </w:pPr>
      <w:r>
        <w:t>وسجد وغیرہ کا معاملہ ہو جاتا ہے</w:t>
      </w:r>
    </w:p>
    <w:p>
      <w:r>
        <w:rPr>
          <w:b/>
        </w:rPr>
        <w:t xml:space="preserve">[21:47] </w:t>
      </w:r>
      <w:r>
        <w:t>aur aap ki thinking bhi izafa hota hai. yani yeh ek ek mehmez hota hoga ke aap ki thinking barhe, aap ki thinking barhe.</w:t>
      </w:r>
    </w:p>
    <w:p>
      <w:pPr>
        <w:jc w:val="right"/>
      </w:pPr>
      <w:r>
        <w:t>اور آپ کی تھنکنگ بھی اضافہ ہوتا ہے۔ یعنی یہ ایک ایک مہمیز ہوتا ہوگا کہ آپ کی تھنکنگ بڑھے، آپ کی تھنکنگ بڑھے۔</w:t>
      </w:r>
    </w:p>
    <w:p>
      <w:r>
        <w:rPr>
          <w:b/>
        </w:rPr>
        <w:t xml:space="preserve">[22:00] </w:t>
      </w:r>
      <w:r>
        <w:t>yani kaifiyat bhi barhti hain aur tafkir bhi barhti hai.</w:t>
      </w:r>
    </w:p>
    <w:p>
      <w:pPr>
        <w:jc w:val="right"/>
      </w:pPr>
      <w:r>
        <w:t>یعنی کیفیات بھی بڑھتی ہیں اور تفکیر بھی بڑھتی ہے۔</w:t>
      </w:r>
    </w:p>
    <w:p>
      <w:r>
        <w:rPr>
          <w:b/>
        </w:rPr>
        <w:t xml:space="preserve">[22:06] </w:t>
      </w:r>
      <w:r>
        <w:t>aap bohat sochte hain, bohat sochte hain, bohat sochte hain ke yeh rukhsat jo main le raha hoon, to mujhe lena chahiye ya nahi lena chahiye.</w:t>
      </w:r>
    </w:p>
    <w:p>
      <w:pPr>
        <w:jc w:val="right"/>
      </w:pPr>
      <w:r>
        <w:t>آپ بہت سوچتے ہیں، بہت سوچتے ہیں، بہت سوچتے ہیں کہ یہ رخصت جو میں لے رہا ہوں، تو مجھے لینا چاہیے یا نہیں لینا چاہیے۔</w:t>
      </w:r>
    </w:p>
    <w:p>
      <w:r>
        <w:rPr>
          <w:b/>
        </w:rPr>
        <w:t xml:space="preserve">[22:19] </w:t>
      </w:r>
      <w:r>
        <w:t>to tafkeeri amal aap ke andar paida hota hai, thinking process aap ke andar jaari hota hai.</w:t>
      </w:r>
    </w:p>
    <w:p>
      <w:pPr>
        <w:jc w:val="right"/>
      </w:pPr>
      <w:r>
        <w:t>تو تفکیری عمل آپ کے اندر پیدا ہوتا ہے، تھنکنگ پروسیس آپ کے اندر جاری ہوتا ہے۔</w:t>
      </w:r>
    </w:p>
    <w:p>
      <w:r>
        <w:rPr>
          <w:b/>
        </w:rPr>
        <w:t xml:space="preserve">[22:27] </w:t>
      </w:r>
      <w:r>
        <w:t>to baaz baar kaifiyat bhi aap ke andar izafa hota hai aur baaz baar tafkeeri amal bhi aap ke andar izafa hota hai.</w:t>
      </w:r>
    </w:p>
    <w:p>
      <w:pPr>
        <w:jc w:val="right"/>
      </w:pPr>
      <w:r>
        <w:t>تو بعض بار کیفیت بھی آپ کے اندر اضافہ ہوتا ہے اور بعض بار تفکیری عمل بھی آپ کے اندر اضافہ ہوتا ہے۔</w:t>
      </w:r>
    </w:p>
    <w:p>
      <w:r>
        <w:rPr>
          <w:b/>
        </w:rPr>
        <w:t xml:space="preserve">[22:38] </w:t>
      </w:r>
      <w:r>
        <w:t>to yaad rakhiye, ibadat koi ibadat koi yaani manual type ki cheez nahi hai.</w:t>
      </w:r>
    </w:p>
    <w:p>
      <w:pPr>
        <w:jc w:val="right"/>
      </w:pPr>
      <w:r>
        <w:t>تو یاد رکھیے، عبادت کوئی عبادت کوئی یعنی مائنول ٹائپ کی چیز نہیں ہے۔</w:t>
      </w:r>
    </w:p>
    <w:p>
      <w:r>
        <w:rPr>
          <w:b/>
        </w:rPr>
        <w:t xml:space="preserve">[22:50] </w:t>
      </w:r>
      <w:r>
        <w:t>ibadat koi manual type ki cheez nahi hai.</w:t>
      </w:r>
    </w:p>
    <w:p>
      <w:pPr>
        <w:jc w:val="right"/>
      </w:pPr>
      <w:r>
        <w:t>عبادت کوئی مائنول ٹائپ کی چیز نہیں ہے۔</w:t>
      </w:r>
    </w:p>
    <w:p>
      <w:r>
        <w:rPr>
          <w:b/>
        </w:rPr>
        <w:t xml:space="preserve">[22:55] </w:t>
      </w:r>
      <w:r>
        <w:t>ibadat ek purkaif amal ka naam hai, ek aisa amal jis mein aap ke andar soch jaage, kaifiyat paida ho, aap ke andar ek nayi tadap paida ho, Allah se nayi duaein karne lagen aap.</w:t>
      </w:r>
    </w:p>
    <w:p>
      <w:pPr>
        <w:jc w:val="right"/>
      </w:pPr>
      <w:r>
        <w:t>عبادت ایک پرکیف عمل کا نام ہے، ایک ایسا عمل جس میں آپ کے اندر سوچ جاگے، کیفیت پیدا ہو، آپ کے اندر ایک نئی تڑپ پیدا ہو، اللہ سے نئی دعائیں کرنے لگیں آپ۔</w:t>
      </w:r>
    </w:p>
    <w:p>
      <w:r>
        <w:rPr>
          <w:b/>
        </w:rPr>
        <w:t xml:space="preserve">[23:15] </w:t>
      </w:r>
      <w:r>
        <w:t>to rukhsat ke mawaqe is aitbaar se bohat aam hain ke rukhsat ke mauqe par aap ko naye naye tajrubaat hote hain, nayi nayi kaifiyat aap ke andar ubalti hain,</w:t>
      </w:r>
    </w:p>
    <w:p>
      <w:pPr>
        <w:jc w:val="right"/>
      </w:pPr>
      <w:r>
        <w:t>تو رخصت کے مواقع اس اعتبار سے بہت عام ہیں کہ رخصت کے موقع پر آپ کو نئے نئے تجربات ہوتے ہیں، نئی نئی کیفیات آپ کے اندر ابلتی ہیں،</w:t>
      </w:r>
    </w:p>
    <w:p>
      <w:r>
        <w:rPr>
          <w:b/>
        </w:rPr>
        <w:t xml:space="preserve">[23:30] </w:t>
      </w:r>
      <w:r>
        <w:t>nayi nayi soch aap ke andar jaagti hai.</w:t>
      </w:r>
    </w:p>
    <w:p>
      <w:pPr>
        <w:jc w:val="right"/>
      </w:pPr>
      <w:r>
        <w:t>نئی نئی سوچ آپ کے اندر جاگتی ہے۔</w:t>
      </w:r>
    </w:p>
    <w:p>
      <w:r>
        <w:rPr>
          <w:b/>
        </w:rPr>
        <w:t xml:space="preserve">[23:36] </w:t>
      </w:r>
      <w:r>
        <w:t>main samajhta hoon ke log jaante hi nahi ke rukhsat kya cheez hai.</w:t>
      </w:r>
    </w:p>
    <w:p>
      <w:pPr>
        <w:jc w:val="right"/>
      </w:pPr>
      <w:r>
        <w:t>میں سمجھتا ہوں کہ لوگ جانتے ہی نہیں کہ رخصت کیا چیز ہے۔</w:t>
      </w:r>
    </w:p>
    <w:p>
      <w:r>
        <w:rPr>
          <w:b/>
        </w:rPr>
        <w:t xml:space="preserve">[23:41] </w:t>
      </w:r>
      <w:r>
        <w:t>log rukhsat ke maani yeh samajhte hain ke fuqaha ne jo shartein muqarrar kar di hain, is sharton ko maloom kar lo aur is sharton ke mutabiq rukhsat par amal kar lo.</w:t>
      </w:r>
    </w:p>
    <w:p>
      <w:pPr>
        <w:jc w:val="right"/>
      </w:pPr>
      <w:r>
        <w:t>لوگ رخصت کے معنی یہ سمجھتے ہیں کہ فقہاء نے جو شرطیں مقرر کر دی ہیں، اس شرطوں کو معلوم کر لو اور اس شرطوں کے مطابق رخصت پر عمل کر لو۔</w:t>
      </w:r>
    </w:p>
    <w:p>
      <w:r>
        <w:rPr>
          <w:b/>
        </w:rPr>
        <w:t xml:space="preserve">[23:54] </w:t>
      </w:r>
      <w:r>
        <w:t>hargiz hargiz yeh matlab rukhsat ka nahi hai. rukhsat Allah se mazeed qareeb hone ka waqt hai, rukhsat Allah se mazeed mohabbat karne ka waqt hai.</w:t>
      </w:r>
    </w:p>
    <w:p>
      <w:pPr>
        <w:jc w:val="right"/>
      </w:pPr>
      <w:r>
        <w:t>ہرگز ہرگز یہ مطلب رخصت کا نہیں ہے۔ رخصت اللہ سے مزید قریب ہونے کا وقت ہے، رخصت اللہ سے مزید محبت کرنے کا وقت ہے۔</w:t>
      </w:r>
    </w:p>
    <w:p>
      <w:r>
        <w:rPr>
          <w:b/>
        </w:rPr>
        <w:t xml:space="preserve">[24:10] </w:t>
      </w:r>
      <w:r>
        <w:t>rukhsat woh lamha hai jab ke aap ke andar Allah se mazeed khusoosiyat paida hoti hai.</w:t>
      </w:r>
    </w:p>
    <w:p>
      <w:pPr>
        <w:jc w:val="right"/>
      </w:pPr>
      <w:r>
        <w:t>رخصت وہ لمحہ ہے جب کہ آپ کے اندر اللہ سے مزید خصوصیت پیدا ہوتی ہے۔</w:t>
      </w:r>
    </w:p>
    <w:p>
      <w:r>
        <w:rPr>
          <w:b/>
        </w:rPr>
        <w:t xml:space="preserve">[24:17] </w:t>
      </w:r>
      <w:r>
        <w:t>rukhsat woh lamha hai jab ke aap Allah ki rehmaton ko mazeed daryaft karte hain. rukhsat woh lamha hai jab ke aap apne abadit ka mazeed ehsaas paida karte hain.</w:t>
      </w:r>
    </w:p>
    <w:p>
      <w:pPr>
        <w:jc w:val="right"/>
      </w:pPr>
      <w:r>
        <w:t>رخصت وہ لمحہ ہے جب کہ آپ اللہ کی رحمتوں کو مزید دریافت کرتے ہیں۔ رخصت وہ لمحہ ہے جب کہ آپ اپنے ابدیت کا مزید احساس پیدا کرتے ہیں۔</w:t>
      </w:r>
    </w:p>
    <w:p>
      <w:r>
        <w:rPr>
          <w:b/>
        </w:rPr>
        <w:t xml:space="preserve">[24:35] </w:t>
      </w:r>
      <w:r>
        <w:t>to jin logon ne ibadat ko ek manual type ki cheez samjha hai, woh is se bekhabar hain kya hai ibadat, kya hai sajda qurbat aur kya hai rukhsat.</w:t>
      </w:r>
    </w:p>
    <w:p>
      <w:pPr>
        <w:jc w:val="right"/>
      </w:pPr>
      <w:r>
        <w:t>تو جن لوگوں نے عبادت کو ایک مائنول ٹائپ کی چیز سمجھا ہے، وہ اس سے بے خبر ہیں کیا ہے عبادت، کیا ہے سجدہ قربت اور کیا ہے رخصت۔</w:t>
      </w:r>
    </w:p>
    <w:p>
      <w:r>
        <w:rPr>
          <w:b/>
        </w:rPr>
        <w:t xml:space="preserve">[24:50] </w:t>
      </w:r>
      <w:r>
        <w:t>woh kuch bhi nahi jaante.</w:t>
      </w:r>
    </w:p>
    <w:p>
      <w:pPr>
        <w:jc w:val="right"/>
      </w:pPr>
      <w:r>
        <w:t>وہ کچھ بھی نہیں جانتے۔</w:t>
      </w:r>
    </w:p>
    <w:p>
      <w:r>
        <w:rPr>
          <w:b/>
        </w:rPr>
        <w:t xml:space="preserve">[24:55] </w:t>
      </w:r>
      <w:r>
        <w:t>yaani aap agar farz kijiye ke</w:t>
      </w:r>
    </w:p>
    <w:p>
      <w:pPr>
        <w:jc w:val="right"/>
      </w:pPr>
      <w:r>
        <w:t>یعنی آپ اگر فرض کیجئے کہ</w:t>
      </w:r>
    </w:p>
    <w:p>
      <w:r>
        <w:rPr>
          <w:b/>
        </w:rPr>
        <w:t xml:space="preserve">[25:01] </w:t>
      </w:r>
      <w:r>
        <w:t>chaar din aap ne azimat ke mutabiq ibadat ki,</w:t>
      </w:r>
    </w:p>
    <w:p>
      <w:pPr>
        <w:jc w:val="right"/>
      </w:pPr>
      <w:r>
        <w:t>چار دن آپ نے عظیمت کے مطابق عبادت کی،</w:t>
      </w:r>
    </w:p>
    <w:p>
      <w:r>
        <w:rPr>
          <w:b/>
        </w:rPr>
        <w:t xml:space="preserve">[25:09] </w:t>
      </w:r>
      <w:r>
        <w:t>azimat ke jo tareeqe hain, fuqaha ne bataye hain, jo</w:t>
      </w:r>
    </w:p>
    <w:p>
      <w:pPr>
        <w:jc w:val="right"/>
      </w:pPr>
      <w:r>
        <w:t>عظیمت کے جو طریقے ہیں، فقہاء نے بتائے ہیں، جو</w:t>
      </w:r>
    </w:p>
    <w:p>
      <w:r>
        <w:rPr>
          <w:b/>
        </w:rPr>
        <w:t xml:space="preserve">[25:16] </w:t>
      </w:r>
      <w:r>
        <w:t>is ke mutabiq chaar din ibadat ki, paanchwein din aap ko koi aarza laiq ho gaya aur aap rukhsat</w:t>
      </w:r>
    </w:p>
    <w:p>
      <w:pPr>
        <w:jc w:val="right"/>
      </w:pPr>
      <w:r>
        <w:t>اس کے مطابق چار دن عبادت کی، پانچویں دن آپ کو کوئی عارضہ لائق ہو گیا اور آپ رخصت</w:t>
      </w:r>
    </w:p>
    <w:p>
      <w:r>
        <w:rPr>
          <w:b/>
        </w:rPr>
        <w:t xml:space="preserve">[25:28] </w:t>
      </w:r>
      <w:r>
        <w:t>par sochne lage, to yaqeen kijiye ke paanchwein din ki ibadat aap ke chaaron din ki ibadat se zyada afzal ho jayegi.</w:t>
      </w:r>
    </w:p>
    <w:p>
      <w:pPr>
        <w:jc w:val="right"/>
      </w:pPr>
      <w:r>
        <w:t>پر سوچنے لگے، تو یقین کیجئے کہ پانچویں دن کی عبادت آپ کے چاروں دن کی عبادت سے زیادہ افضل ہو جائے گی۔</w:t>
      </w:r>
    </w:p>
    <w:p>
      <w:r>
        <w:rPr>
          <w:b/>
        </w:rPr>
        <w:t xml:space="preserve">[25:37] </w:t>
      </w:r>
      <w:r>
        <w:t>agar sahi, agar sahi aap ke andar ehsaas ho to.</w:t>
      </w:r>
    </w:p>
    <w:p>
      <w:pPr>
        <w:jc w:val="right"/>
      </w:pPr>
      <w:r>
        <w:t>اگر صحیح، اگر صحیح آپ کے اندر احساس ہو تو۔</w:t>
      </w:r>
    </w:p>
    <w:p>
      <w:r>
        <w:rPr>
          <w:b/>
        </w:rPr>
        <w:t xml:space="preserve">[25:44] </w:t>
      </w:r>
      <w:r>
        <w:t>yaani azimat wali ibadat se zyada badi ban jayegi woh ibadat jo rukhsat ke tehat aap anjaam dein. isi liye Allah ko mehboob hai, isi liye Allah ko mehboob hai ke insaan rukhsat ko istemal kare.</w:t>
      </w:r>
    </w:p>
    <w:p>
      <w:pPr>
        <w:jc w:val="right"/>
      </w:pPr>
      <w:r>
        <w:t>یعنی عظیمت والی عبادت سے زیادہ بڑی بن جائے گی وہ عبادت جو رخصت کے تحت آپ انجام دیں۔ اسی لیے اللہ کو محبوب ہے، اسی لیے اللہ کو محبوب ہے کہ انسان رخصت کو استعمال کرے۔</w:t>
      </w:r>
    </w:p>
    <w:p>
      <w:r>
        <w:rPr>
          <w:b/>
        </w:rPr>
        <w:t xml:space="preserve">[26:05] </w:t>
      </w:r>
      <w:r>
        <w:t>rukhsat ko jo istemal na kare,</w:t>
      </w:r>
    </w:p>
    <w:p>
      <w:pPr>
        <w:jc w:val="right"/>
      </w:pPr>
      <w:r>
        <w:t>رخصت کو جو استعمال نہ کرے،</w:t>
      </w:r>
    </w:p>
    <w:p>
      <w:r>
        <w:rPr>
          <w:b/>
        </w:rPr>
        <w:t xml:space="preserve">[26:11] </w:t>
      </w:r>
      <w:r>
        <w:t>us ne goya ke ek mauqa kho diya, ek opportunity kho diya. woh</w:t>
      </w:r>
    </w:p>
    <w:p>
      <w:pPr>
        <w:jc w:val="right"/>
      </w:pPr>
      <w:r>
        <w:t>اس نے گویا کہ ایک موقع کھو دیا، ایک اپرچونیٹی کھو دیا۔ وہ</w:t>
      </w:r>
    </w:p>
    <w:p>
      <w:r>
        <w:rPr>
          <w:b/>
        </w:rPr>
        <w:t xml:space="preserve">[26:18] </w:t>
      </w:r>
      <w:r>
        <w:t>rukhsat ek mauqa hai, ek opportunity hai. jo is ko istemal kare, woh Allah ka mehboob banega.</w:t>
      </w:r>
    </w:p>
    <w:p>
      <w:pPr>
        <w:jc w:val="right"/>
      </w:pPr>
      <w:r>
        <w:t>رخصت ایک موقع ہے، ایک اپرچونیٹی ہے۔ جو اس کو استعمال کرے، وہ اللہ کا محبوب بنے گا۔</w:t>
      </w:r>
    </w:p>
    <w:p>
      <w:r>
        <w:rPr>
          <w:b/>
        </w:rPr>
        <w:t xml:space="preserve">[26:28] </w:t>
      </w:r>
      <w:r>
        <w:t>jo is ka istemal na kare, Allah us ko pasand nahi kar sakta.</w:t>
      </w:r>
    </w:p>
    <w:p>
      <w:pPr>
        <w:jc w:val="right"/>
      </w:pPr>
      <w:r>
        <w:t>جو اس کا استعمال نہ کرے، اللہ اس کو پسند نہیں کر سکتا۔</w:t>
      </w:r>
    </w:p>
    <w:p>
      <w:r>
        <w:rPr>
          <w:b/>
        </w:rPr>
        <w:t xml:space="preserve">[26:36] </w:t>
      </w:r>
      <w:r>
        <w:t>to yaad rakhiye, asal cheez na azeemat hai na rukhsat.</w:t>
      </w:r>
    </w:p>
    <w:p>
      <w:pPr>
        <w:jc w:val="right"/>
      </w:pPr>
      <w:r>
        <w:t>تو یاد رکھیے، اصل چیز نہ عظیمت ہے نہ رخصت۔</w:t>
      </w:r>
    </w:p>
    <w:p>
      <w:r>
        <w:rPr>
          <w:b/>
        </w:rPr>
        <w:t xml:space="preserve">[26:43] </w:t>
      </w:r>
      <w:r>
        <w:t>asal cheez na azeemat hai na rukhsat. asal cheez hai qalb ki kaifiyat. qalb ki kaifiyat asal mein miyar hai janchnay ka.</w:t>
      </w:r>
    </w:p>
    <w:p>
      <w:pPr>
        <w:jc w:val="right"/>
      </w:pPr>
      <w:r>
        <w:t>اصل چیز نہ عظیمت ہے نہ رخصت۔ اصل چیز ہے قلب کی کیفیت۔ قلب کی کیفیت اصل میں معیار ہے جانچنے کا۔</w:t>
      </w:r>
    </w:p>
    <w:p>
      <w:r>
        <w:rPr>
          <w:b/>
        </w:rPr>
        <w:t xml:space="preserve">[26:57] </w:t>
      </w:r>
      <w:r>
        <w:t>jo ibaadat aap ke andar kaifiyat-e-qalbi mein izafa kare, wohi afzal ibaadat hai.</w:t>
      </w:r>
    </w:p>
    <w:p>
      <w:pPr>
        <w:jc w:val="right"/>
      </w:pPr>
      <w:r>
        <w:t>جو عبادت آپ کے اندر کیفیت قلبی میں اضافہ کرے، وہی افضل عبادت ہے۔</w:t>
      </w:r>
    </w:p>
    <w:p>
      <w:r>
        <w:rPr>
          <w:b/>
        </w:rPr>
        <w:t xml:space="preserve">[27:10] </w:t>
      </w:r>
      <w:r>
        <w:t>aur form ko theek theek dohrana, yeh afzal ibaadat nahi hai.</w:t>
      </w:r>
    </w:p>
    <w:p>
      <w:pPr>
        <w:jc w:val="right"/>
      </w:pPr>
      <w:r>
        <w:t>اور فارم کو ٹھیک ٹھیک دہرانا، یہ افضل عبادت نہیں ہے۔</w:t>
      </w:r>
    </w:p>
    <w:p>
      <w:r>
        <w:rPr>
          <w:b/>
        </w:rPr>
        <w:t xml:space="preserve">[27:21] </w:t>
      </w:r>
      <w:r>
        <w:t>is aitbaar se yeh hadees bohat ahem hai aur ek dua aur</w:t>
      </w:r>
    </w:p>
    <w:p>
      <w:pPr>
        <w:jc w:val="right"/>
      </w:pPr>
      <w:r>
        <w:t>اس اعتبار سے یہ حدیث بہت اہم ہے اور ایک دعا اور</w:t>
      </w:r>
    </w:p>
    <w:p>
      <w:r>
        <w:rPr>
          <w:b/>
        </w:rPr>
        <w:t xml:space="preserve">[27:32] </w:t>
      </w:r>
      <w:r>
        <w:t>haqeeqat aur ibaadat ki haqeeqat ko batati hai. yeh hadees jo hai, yeh ibaadat ki asal haqeeqat ko batati hai.</w:t>
      </w:r>
    </w:p>
    <w:p>
      <w:pPr>
        <w:jc w:val="right"/>
      </w:pPr>
      <w:r>
        <w:t>حقیقت اور عبادت کی حقیقت کو بتاتی ہے۔ یہ حدیث جو ہے، یہ عبادت کی اصل حقیقت کو بتاتی ہے۔</w:t>
      </w:r>
    </w:p>
    <w:p>
      <w:r>
        <w:rPr>
          <w:b/>
        </w:rPr>
        <w:t xml:space="preserve">[27:44] </w:t>
      </w:r>
      <w:r>
        <w:t>is aitbaar se yeh hadees saada hadees nahi hai, yeh bohat ziyada ahem hadees hai.</w:t>
      </w:r>
    </w:p>
    <w:p>
      <w:pPr>
        <w:jc w:val="right"/>
      </w:pPr>
      <w:r>
        <w:t>اس اعتبار سے یہ حدیث سادہ حدیث نہیں ہے، یہ بہت زیادہ اہم حدیث ہے۔</w:t>
      </w:r>
    </w:p>
    <w:p>
      <w:r>
        <w:rPr>
          <w:b/>
        </w:rPr>
        <w:t xml:space="preserve">[27:53] </w:t>
      </w:r>
      <w:r>
        <w:t>jo aadmi ibaadat ko is ki spirit ke aitbaar se ahmiyat deta ho,</w:t>
      </w:r>
    </w:p>
    <w:p>
      <w:pPr>
        <w:jc w:val="right"/>
      </w:pPr>
      <w:r>
        <w:t>جو آدمی عبادت کو اس کی اسپیٹ کے اعتبار سے اہمیت دیتا ہو،</w:t>
      </w:r>
    </w:p>
    <w:p>
      <w:r>
        <w:rPr>
          <w:b/>
        </w:rPr>
        <w:t xml:space="preserve">[28:03] </w:t>
      </w:r>
      <w:r>
        <w:t>wahi is hadees ki hikmat ko samjhe ga. aur jo aadmi ibaadat ko bohat form ke aitbaar se leta ho, woh is hadees ki ahmiyat ko samajh nahi sakta.</w:t>
      </w:r>
    </w:p>
    <w:p>
      <w:pPr>
        <w:jc w:val="right"/>
      </w:pPr>
      <w:r>
        <w:t>وہی اس حدیث کی حکمت کو سمجھے گا۔ اور جو آدمی عبادت کو بہت فارم کے اعتبار سے لیتا ہو، وہ اس حدیث کی اہمیت کو سمجھ نہیں سکتا۔</w:t>
      </w:r>
    </w:p>
    <w:p>
      <w:r>
        <w:rPr>
          <w:b/>
        </w:rPr>
        <w:t xml:space="preserve">[28:19] </w:t>
      </w:r>
      <w:r>
        <w:t>to meri dua hai ke Allah taala mujh ko aur aap ko tofeeq de ke hum ibaadat ki asal spirit ko samjhein, ibaadat ki asal rooh ko samjhein,</w:t>
      </w:r>
    </w:p>
    <w:p>
      <w:pPr>
        <w:jc w:val="right"/>
      </w:pPr>
      <w:r>
        <w:t>تو میری دعا ہے کہ اللہ تعالی مجھ کو اور آپ کو توفیق دے کہ ہم عبادت کی اصل اسپیٹ کو سمجھیں، عبادت کی اصل روح کو سمجھیں،</w:t>
      </w:r>
    </w:p>
    <w:p>
      <w:r>
        <w:rPr>
          <w:b/>
        </w:rPr>
        <w:t xml:space="preserve">[28:38] </w:t>
      </w:r>
      <w:r>
        <w:t>ibaadat ke asal, ibaadat ki jo asal hai, jis se ibaadat ka darja barhta hai, us ko samjhein.</w:t>
      </w:r>
    </w:p>
    <w:p>
      <w:pPr>
        <w:jc w:val="right"/>
      </w:pPr>
      <w:r>
        <w:t>عبادت کے اصل، عبادت کی جو اصل ہے، جس سے عبادت کا درجہ بڑھتا ہے، اس کو سمجھیں۔</w:t>
      </w:r>
    </w:p>
    <w:p>
      <w:r>
        <w:rPr>
          <w:b/>
        </w:rPr>
        <w:t xml:space="preserve">[28:52] </w:t>
      </w:r>
      <w:r>
        <w:t>to Allah taala mujh ko aur aap ko tofeeq de ke hum is hadees ki ma'nawiyat par ghor karein aur is ke andar jo ek hikmat hai, hikmat, hikmat-e-ibaadat,</w:t>
      </w:r>
    </w:p>
    <w:p>
      <w:pPr>
        <w:jc w:val="right"/>
      </w:pPr>
      <w:r>
        <w:t>تو اللہ تعالی مجھ کو اور آپ کو توفیق دے کہ ہم اس حدیث کی معنویت پر غور کریں اور اس کے اندر جو ایک حکمت ہے، حکمت، حکمت عبادت،</w:t>
      </w:r>
    </w:p>
    <w:p>
      <w:r>
        <w:rPr>
          <w:b/>
        </w:rPr>
        <w:t xml:space="preserve">[29:09] </w:t>
      </w:r>
      <w:r>
        <w:t>us ko daryaft karein aur us ko apni zindagi mein ikhtiyar karein.</w:t>
      </w:r>
    </w:p>
    <w:p>
      <w:pPr>
        <w:jc w:val="right"/>
      </w:pPr>
      <w:r>
        <w:t>اس کو دریافت کریں اور اس کو اپنی زندگی میں اختیار کریں۔</w:t>
      </w:r>
    </w:p>
    <w:p>
      <w:r>
        <w:rPr>
          <w:b/>
        </w:rPr>
        <w:t xml:space="preserve">[29:18] </w:t>
      </w:r>
      <w:r>
        <w:t>Allah taala</w:t>
      </w:r>
    </w:p>
    <w:p>
      <w:pPr>
        <w:jc w:val="right"/>
      </w:pPr>
      <w:r>
        <w:t>اللہ تعالی</w:t>
      </w:r>
    </w:p>
    <w:p>
      <w:r>
        <w:rPr>
          <w:b/>
        </w:rPr>
        <w:t xml:space="preserve">[29:20] </w:t>
      </w:r>
      <w:r>
        <w:t>meri dua ko apne liye aur aap ke liye qabool farmaye. Assalam o Alaikum wa Rahmatullahi.</w:t>
      </w:r>
    </w:p>
    <w:p>
      <w:pPr>
        <w:jc w:val="right"/>
      </w:pPr>
      <w:r>
        <w:t>میری دعا کو اپنے لیے اور آپ کے لیے قبول فرمائے۔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