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Deep Thinking April 3, 2014 Maulana Wahiduddin Khan</w:t>
      </w:r>
    </w:p>
    <w:p>
      <w:r>
        <w:t>https://www.youtube.com/watch?v=1DvZY_4ddps</w:t>
      </w:r>
    </w:p>
    <w:p>
      <w:r>
        <w:rPr>
          <w:b/>
        </w:rPr>
        <w:t xml:space="preserve">[00:14] </w:t>
      </w:r>
      <w:r>
        <w:t>3 April 2014. Sahih al Bukhari, hadees number 71.</w:t>
      </w:r>
    </w:p>
    <w:p>
      <w:pPr>
        <w:jc w:val="right"/>
      </w:pPr>
      <w:r>
        <w:t>3 اپریل 2014۔ صحیح البخاری، حدیث نمبر 71۔</w:t>
      </w:r>
    </w:p>
    <w:p>
      <w:r>
        <w:rPr>
          <w:b/>
        </w:rPr>
        <w:t xml:space="preserve">[00:23] </w:t>
      </w:r>
      <w:r>
        <w:t>An Mu'awiyata yaqool: Sami'tu an-Nabiyya صلى Allahu 'alayhi wa sallam yaqool: "Man yuridi Allahu bihi khayran yufaqqihhu fid-deen, wa innama ana qasimun, wa Allahu yu'ti." Wa lan tazaala hadhihi al-ummatu qa'imatan 'ala amri Allah,</w:t>
      </w:r>
    </w:p>
    <w:p>
      <w:pPr>
        <w:jc w:val="right"/>
      </w:pPr>
      <w:r>
        <w:t>عن معاوية يقول: سمعت النبي صلى الله عليه وسلم يقول: "من يريد الله به خيراً يفقهه في الدين، وإنما أنا قاسم، والله يعطي." ولن تزال هذه الأمة قائمة على أمر الله،</w:t>
      </w:r>
    </w:p>
    <w:p>
      <w:r>
        <w:rPr>
          <w:b/>
        </w:rPr>
        <w:t xml:space="preserve">[00:43] </w:t>
      </w:r>
      <w:r>
        <w:t>la yadhurruhum man khalafahum hatta ya'tiya amru Allah. Mu'awiya riwayat karte hain, unhon ne Nabi sallallahu 'alayhi wa sallam ko farmate hue suna:</w:t>
      </w:r>
    </w:p>
    <w:p>
      <w:pPr>
        <w:jc w:val="right"/>
      </w:pPr>
      <w:r>
        <w:t>لا يضرهم من خالفهم حتى يأتي أمر الله. معاویہ روایت کرتے ہیں، انہوں نے نبی صلی اللہ علیہ وسلم کو فرماتے ہوئے سنا:</w:t>
      </w:r>
    </w:p>
    <w:p>
      <w:r>
        <w:rPr>
          <w:b/>
        </w:rPr>
        <w:t xml:space="preserve">[00:56] </w:t>
      </w:r>
      <w:r>
        <w:t>"Allah jis ke sath khair ka irada karta hai, us ko deen ki samajh deta hai, aur mein to sirf taqseem karne wala hoon, Allah ata karta hai." Aur yeh ummat barabar Allah ke hukum par qaim rahe gi.</w:t>
      </w:r>
    </w:p>
    <w:p>
      <w:pPr>
        <w:jc w:val="right"/>
      </w:pPr>
      <w:r>
        <w:t>"اللہ جس کے ساتھ خیر کا ارادہ کرتا ہے، اس کو دین کی سمجھ دیتا ہے، اور میں تو صرف تقسیم کرنے والا ہوں، اللہ عطا کرتا ہے۔" اور یہ امت برابر اللہ کے حکم پر قائم رہے گی۔</w:t>
      </w:r>
    </w:p>
    <w:p>
      <w:r>
        <w:rPr>
          <w:b/>
        </w:rPr>
        <w:t xml:space="preserve">[01:15] </w:t>
      </w:r>
      <w:r>
        <w:t>jo un ki mukhalifat karein ge, woh un ko nuqsan nahi pouncha payein ge, yahan tak ke Allah taala ka hukum aa jaye ga.</w:t>
      </w:r>
    </w:p>
    <w:p>
      <w:pPr>
        <w:jc w:val="right"/>
      </w:pPr>
      <w:r>
        <w:t>جو ان کی مخالفت کریں گے، وہ ان کو نقصان نہیں پہنچا پائیں گے، یہاں تک کہ اللہ تعالیٰ کا حکم آ جائے گا۔</w:t>
      </w:r>
    </w:p>
    <w:p>
      <w:r>
        <w:rPr>
          <w:b/>
        </w:rPr>
        <w:t xml:space="preserve">[01:24] </w:t>
      </w:r>
      <w:r>
        <w:t>Maulana is hadees ki wazahat farmayein. Bismillah hir Rahman nir Rahim.</w:t>
      </w:r>
    </w:p>
    <w:p>
      <w:pPr>
        <w:jc w:val="right"/>
      </w:pPr>
      <w:r>
        <w:t>مولانا اس حدیث کی وضاحت فرمائیں۔ بسم اللہ الرحمن الرحیم۔</w:t>
      </w:r>
    </w:p>
    <w:p>
      <w:r>
        <w:rPr>
          <w:b/>
        </w:rPr>
        <w:t xml:space="preserve">[01:35] </w:t>
      </w:r>
      <w:r>
        <w:t>is hadees-e-Rasool mein</w:t>
      </w:r>
    </w:p>
    <w:p>
      <w:pPr>
        <w:jc w:val="right"/>
      </w:pPr>
      <w:r>
        <w:t>اس حدیث رسول میں</w:t>
      </w:r>
    </w:p>
    <w:p>
      <w:r>
        <w:rPr>
          <w:b/>
        </w:rPr>
        <w:t xml:space="preserve">[01:42] </w:t>
      </w:r>
      <w:r>
        <w:t>bataya gaya hai ke Allah taala jis ke liye khair ka faisla farmata hai,</w:t>
      </w:r>
    </w:p>
    <w:p>
      <w:pPr>
        <w:jc w:val="right"/>
      </w:pPr>
      <w:r>
        <w:t>بتایا گیا ہے کہ اللہ تعالیٰ جس کے لیے خیر کا فیصلہ فرماتا ہے،</w:t>
      </w:r>
    </w:p>
    <w:p>
      <w:r>
        <w:rPr>
          <w:b/>
        </w:rPr>
        <w:t xml:space="preserve">[01:51] </w:t>
      </w:r>
      <w:r>
        <w:t>us ko tafaqquh de deta hai.</w:t>
      </w:r>
    </w:p>
    <w:p>
      <w:pPr>
        <w:jc w:val="right"/>
      </w:pPr>
      <w:r>
        <w:t>اس کو تفقع دے دیتا ہے۔</w:t>
      </w:r>
    </w:p>
    <w:p>
      <w:r>
        <w:rPr>
          <w:b/>
        </w:rPr>
        <w:t xml:space="preserve">[02:01] </w:t>
      </w:r>
      <w:r>
        <w:t>tafaqquh ke ma'ni hote hain to understand, samajhna, lekin tafaqquh saada taur par samajhne ke ma'ni mein nahi hai, yeh gehri samajh ke ma'ni mein hai,</w:t>
      </w:r>
    </w:p>
    <w:p>
      <w:pPr>
        <w:jc w:val="right"/>
      </w:pPr>
      <w:r>
        <w:t>تفقع کے معنی ہوتے ہیں to understand، سمجھنا، لیکن تفقع سادہ طور پر سمجھنے کے معنی میں نہیں ہے، یہ گہری سمجھ کے معنی میں ہے،</w:t>
      </w:r>
    </w:p>
    <w:p>
      <w:r>
        <w:rPr>
          <w:b/>
        </w:rPr>
        <w:t xml:space="preserve">[02:15] </w:t>
      </w:r>
      <w:r>
        <w:t>yani deep thinking.</w:t>
      </w:r>
    </w:p>
    <w:p>
      <w:pPr>
        <w:jc w:val="right"/>
      </w:pPr>
      <w:r>
        <w:t>یعنی deep thinking۔</w:t>
      </w:r>
    </w:p>
    <w:p>
      <w:r>
        <w:rPr>
          <w:b/>
        </w:rPr>
        <w:t xml:space="preserve">[02:21] </w:t>
      </w:r>
      <w:r>
        <w:t>Deep thinking bohat bari Allah taala ki rehmat hai. To is hadith mein bataya gaya hai ke jis ko Allah taala</w:t>
      </w:r>
    </w:p>
    <w:p>
      <w:pPr>
        <w:jc w:val="right"/>
      </w:pPr>
      <w:r>
        <w:t>Deep thinking بہت بڑی اللہ تعالیٰ کی رحمت ہے۔ تو اس حدیث میں بتایا گیا ہے کہ جس کو اللہ تعالیٰ</w:t>
      </w:r>
    </w:p>
    <w:p>
      <w:r>
        <w:rPr>
          <w:b/>
        </w:rPr>
        <w:t xml:space="preserve">[02:34] </w:t>
      </w:r>
      <w:r>
        <w:t>jis ke liye khair ka faisla farmata hai, to us ko gehri soch de deta hai, deep thinking de deta hai. Dekhein, is dunya mein hum rehte hain to tarah tarah ki baatein pesh aati hain.</w:t>
      </w:r>
    </w:p>
    <w:p>
      <w:pPr>
        <w:jc w:val="right"/>
      </w:pPr>
      <w:r>
        <w:t>جس کے لیے خیر کا فیصلہ فرماتا ہے، تو اس کو گہری سوچ دے دیتا ہے، deep thinking دے دیتا ہے۔ دیکھیں، اس دنیا میں ہم رہتے ہیں تو طرح طرح کی باتیں پیش آتی ہیں۔</w:t>
      </w:r>
    </w:p>
    <w:p>
      <w:r>
        <w:rPr>
          <w:b/>
        </w:rPr>
        <w:t xml:space="preserve">[02:46] </w:t>
      </w:r>
      <w:r>
        <w:t>Zyada tar log cheezon ko face value par le lete hain,</w:t>
      </w:r>
    </w:p>
    <w:p>
      <w:pPr>
        <w:jc w:val="right"/>
      </w:pPr>
      <w:r>
        <w:t>زیادہ تر لوگ چیزوں کو face value پر لے لیتے ہیں،</w:t>
      </w:r>
    </w:p>
    <w:p>
      <w:r>
        <w:rPr>
          <w:b/>
        </w:rPr>
        <w:t xml:space="preserve">[02:51] </w:t>
      </w:r>
      <w:r>
        <w:t>face value par, yani cheezon ko bazahir jaisa dekhte hain, wahi samajh lete hain. Yeh deep thinking nahi hai, yeh gehri samajh ki baat nahi hai.</w:t>
      </w:r>
    </w:p>
    <w:p>
      <w:pPr>
        <w:jc w:val="right"/>
      </w:pPr>
      <w:r>
        <w:t>face value پر، یعنی چیزوں کو بظاہر جیسا دیکھتے ہیں، وہی سمجھ لیتے ہیں۔ یہ deep thinking نہیں ہے، یہ گہری سمجھ کی بات نہیں ہے۔</w:t>
      </w:r>
    </w:p>
    <w:p>
      <w:r>
        <w:rPr>
          <w:b/>
        </w:rPr>
        <w:t xml:space="preserve">[03:03] </w:t>
      </w:r>
      <w:r>
        <w:t>Gehri samajh yeh hai ke zahiri halaat se guzar kar aap andar tak sochen aur</w:t>
      </w:r>
    </w:p>
    <w:p>
      <w:pPr>
        <w:jc w:val="right"/>
      </w:pPr>
      <w:r>
        <w:t>گہری سمجھ یہ ہے کہ ظاہری حالات سے گزر کر آپ اندر تک سوچیں اور</w:t>
      </w:r>
    </w:p>
    <w:p>
      <w:r>
        <w:rPr>
          <w:b/>
        </w:rPr>
        <w:t xml:space="preserve">[03:16] </w:t>
      </w:r>
      <w:r>
        <w:t>saare pehluon ko</w:t>
      </w:r>
    </w:p>
    <w:p>
      <w:pPr>
        <w:jc w:val="right"/>
      </w:pPr>
      <w:r>
        <w:t>سارے پہلوؤں کو</w:t>
      </w:r>
    </w:p>
    <w:p>
      <w:r>
        <w:rPr>
          <w:b/>
        </w:rPr>
        <w:t xml:space="preserve">[03:22] </w:t>
      </w:r>
      <w:r>
        <w:t>daryaft kar ke gehrai tak pahunch kar faisla karen.</w:t>
      </w:r>
    </w:p>
    <w:p>
      <w:pPr>
        <w:jc w:val="right"/>
      </w:pPr>
      <w:r>
        <w:t>دریافت کر کے گہرائی تک پہنچ کر فیصلہ کریں۔</w:t>
      </w:r>
    </w:p>
    <w:p>
      <w:r>
        <w:rPr>
          <w:b/>
        </w:rPr>
        <w:t xml:space="preserve">[03:29] </w:t>
      </w:r>
      <w:r>
        <w:t>Yeh hai tafaqquh.</w:t>
      </w:r>
    </w:p>
    <w:p>
      <w:pPr>
        <w:jc w:val="right"/>
      </w:pPr>
      <w:r>
        <w:t>یہ ہے تفقع۔</w:t>
      </w:r>
    </w:p>
    <w:p>
      <w:r>
        <w:rPr>
          <w:b/>
        </w:rPr>
        <w:t xml:space="preserve">[03:32] </w:t>
      </w:r>
      <w:r>
        <w:t>Tafaqquh ka talluq secular mamle se bhi hai aur mazhabi mamle se bhi hai.</w:t>
      </w:r>
    </w:p>
    <w:p>
      <w:pPr>
        <w:jc w:val="right"/>
      </w:pPr>
      <w:r>
        <w:t>تفقع کا تعلق سیکولر معاملہ سے بھی ہے اور مذہبی معاملہ سے بھی ہے۔</w:t>
      </w:r>
    </w:p>
    <w:p>
      <w:r>
        <w:rPr>
          <w:b/>
        </w:rPr>
        <w:t xml:space="preserve">[03:42] </w:t>
      </w:r>
      <w:r>
        <w:t>Is dunya mein wahi log sahih rai kaam kar paate hain jin ke andar tafaqquh ho,</w:t>
      </w:r>
    </w:p>
    <w:p>
      <w:pPr>
        <w:jc w:val="right"/>
      </w:pPr>
      <w:r>
        <w:t>اس دنیا میں وہی لوگ صحیح رائے کام کر پاتے ہیں جن کے اندر تفقع ہو،</w:t>
      </w:r>
    </w:p>
    <w:p>
      <w:r>
        <w:rPr>
          <w:b/>
        </w:rPr>
        <w:t xml:space="preserve">[03:51] </w:t>
      </w:r>
      <w:r>
        <w:t>yani cheezon ko face value par na len balkeh</w:t>
      </w:r>
    </w:p>
    <w:p>
      <w:pPr>
        <w:jc w:val="right"/>
      </w:pPr>
      <w:r>
        <w:t>یعنی چیزوں کو face value پر نہ لیں بلکہ</w:t>
      </w:r>
    </w:p>
    <w:p>
      <w:r>
        <w:rPr>
          <w:b/>
        </w:rPr>
        <w:t xml:space="preserve">[03:58] </w:t>
      </w:r>
      <w:r>
        <w:t>gehrai ke sath ghaur kar ke</w:t>
      </w:r>
    </w:p>
    <w:p>
      <w:pPr>
        <w:jc w:val="right"/>
      </w:pPr>
      <w:r>
        <w:t>گہرائی کے ساتھ غور کر کے</w:t>
      </w:r>
    </w:p>
    <w:p>
      <w:r>
        <w:rPr>
          <w:b/>
        </w:rPr>
        <w:t xml:space="preserve">[04:02] </w:t>
      </w:r>
      <w:r>
        <w:t>baaton ka matlab nikalen.</w:t>
      </w:r>
    </w:p>
    <w:p>
      <w:pPr>
        <w:jc w:val="right"/>
      </w:pPr>
      <w:r>
        <w:t>باتوں کا مطلب نکالیں۔</w:t>
      </w:r>
    </w:p>
    <w:p>
      <w:r>
        <w:rPr>
          <w:b/>
        </w:rPr>
        <w:t xml:space="preserve">[04:08] </w:t>
      </w:r>
      <w:r>
        <w:t>Ayub ne farmaya ke main to qasim hoon, dene wala Allah hai. Yeh kisi mysterious maani mein nahi hai.</w:t>
      </w:r>
    </w:p>
    <w:p>
      <w:pPr>
        <w:jc w:val="right"/>
      </w:pPr>
      <w:r>
        <w:t>ایوب نے فرمایا کہ میں تو قاسم ہوں، دینے والا اللہ ہے۔ یہ کسی mysterious معنی میں نہیں ہے۔</w:t>
      </w:r>
    </w:p>
    <w:p>
      <w:r>
        <w:rPr>
          <w:b/>
        </w:rPr>
        <w:t xml:space="preserve">[04:17] </w:t>
      </w:r>
      <w:r>
        <w:t>Yeh wahi cheez ko ulma kehte hain ke aap ka jo kalam hota tha Quran ke ilawa, woh wahi ghair matloob hota tha. Wohi isi maani mein hai</w:t>
      </w:r>
    </w:p>
    <w:p>
      <w:pPr>
        <w:jc w:val="right"/>
      </w:pPr>
      <w:r>
        <w:t>یہ وہی چیز کو علماء کہتے ہیں کہ آپ کا جو کلام ہوتا تھا قرآن کے علاوہ، وہ وہی غیر مطلوب ہوتا تھا۔ وہی اسی معنی میں ہے</w:t>
      </w:r>
    </w:p>
    <w:p>
      <w:r>
        <w:rPr>
          <w:b/>
        </w:rPr>
        <w:t xml:space="preserve">[04:30] </w:t>
      </w:r>
      <w:r>
        <w:t>ke jo kuch aap bolte hain, jis ko hum aaj hadith kehte hain, woh kya hai? Woh wahi ghair matloob hai. Bas aur koi is ke baad mysterious maani nahi hain is ke.</w:t>
      </w:r>
    </w:p>
    <w:p>
      <w:pPr>
        <w:jc w:val="right"/>
      </w:pPr>
      <w:r>
        <w:t>کہ جو کچھ آپ بولتے ہیں، جس کو ہم آج حدیث کہتے ہیں، وہ کیا ہے؟ وہ وہی غیر مطلوب ہے۔ بس اور کوئی اس کے بعد mysterious معنی نہیں ہیں اس کے۔</w:t>
      </w:r>
    </w:p>
    <w:p>
      <w:r>
        <w:rPr>
          <w:b/>
        </w:rPr>
        <w:t xml:space="preserve">[04:45] </w:t>
      </w:r>
      <w:r>
        <w:t>Yani Allah ki taraf se mujhe yeh special aata hai, yeh farmaya aap ne. Allah ki taraf se mujhe ilham hoti hain baatein, yeh farmaya aap ne, aur phir main logon ko batata hoon.</w:t>
      </w:r>
    </w:p>
    <w:p>
      <w:pPr>
        <w:jc w:val="right"/>
      </w:pPr>
      <w:r>
        <w:t>یعنی اللہ کی طرف سے مجھے یہ special آتا ہے، یہ فرمایا آپ نے۔ اللہ کی طرف سے مجھے الہام ہوتی ہیں باتیں، یہ فرمایا آپ نے، اور پھر میں لوگوں کو بتاتا ہوں۔</w:t>
      </w:r>
    </w:p>
    <w:p>
      <w:r>
        <w:rPr>
          <w:b/>
        </w:rPr>
        <w:t xml:space="preserve">[05:02] </w:t>
      </w:r>
      <w:r>
        <w:t>To is ka matlab yeh bhi hua ke Rasool Allah ka jo kalam hai, us ko hum sirf ek insan ka kalam na samjhen balkeh samjhen ke woh that is a</w:t>
      </w:r>
    </w:p>
    <w:p>
      <w:pPr>
        <w:jc w:val="right"/>
      </w:pPr>
      <w:r>
        <w:t>تو اس کا مطلب یہ بھی ہوا کہ رسول اللہ کا جو کلام ہے، اس کو ہم صرف ایک انسان کا کلام نہ سمجھیں بلکہ سمجھیں کہ وہ that is a</w:t>
      </w:r>
    </w:p>
    <w:p>
      <w:r>
        <w:rPr>
          <w:b/>
        </w:rPr>
        <w:t xml:space="preserve">[05:18] </w:t>
      </w:r>
      <w:r>
        <w:t>yani that was inspired from God. Woh Allah ki taraf se ilham kiya gaya tha aap ko. To woh wahi ghair matloob hai.</w:t>
      </w:r>
    </w:p>
    <w:p>
      <w:pPr>
        <w:jc w:val="right"/>
      </w:pPr>
      <w:r>
        <w:t>یعنی that was inspired from God۔ وہ اللہ کی طرف سے الہام کیا گیا تھا آپ کو۔ تو وہ وہی غیر مطلوب ہے۔</w:t>
      </w:r>
    </w:p>
    <w:p>
      <w:r>
        <w:rPr>
          <w:b/>
        </w:rPr>
        <w:t xml:space="preserve">[05:33] </w:t>
      </w:r>
      <w:r>
        <w:t>Yeh bohat hi zyada yeh bhi yeh baat samjhen ke wahi ghair matloob jo hai, woh sirf Rasool Allah ki sifat thi. Haqeeqat yeh hai ke wahi ghair matloob darja badarja doosre insanon ko bhi milti hai.</w:t>
      </w:r>
    </w:p>
    <w:p>
      <w:pPr>
        <w:jc w:val="right"/>
      </w:pPr>
      <w:r>
        <w:t>یہ بہت ہی زیادہ یہ بھی یہ بات سمجھیں کہ وہی غیر مطلوب جو ہے، وہ صرف رسول اللہ کی صفت تھی۔ حقیقت یہ ہے کہ وہی غیر مطلوب درجہ بدرجہ دوسرے انسانوں کو بھی ملتی ہے۔</w:t>
      </w:r>
    </w:p>
    <w:p>
      <w:r>
        <w:rPr>
          <w:b/>
        </w:rPr>
        <w:t xml:space="preserve">[05:49] </w:t>
      </w:r>
      <w:r>
        <w:t>Is ka saboot yeh hai ke hadith mein aata hai ke insanon mein kuch muhaddath hote hain. To muhaddath wahi to hai jis ko hum mulham mante hain.</w:t>
      </w:r>
    </w:p>
    <w:p>
      <w:pPr>
        <w:jc w:val="right"/>
      </w:pPr>
      <w:r>
        <w:t>اس کا ثبوت یہ ہے کہ حدیث میں آتا ہے کہ انسانوں میں کچھ محدث ہوتے ہیں۔ تو محدث وہی تو ہے جس کو ہم ملہم مانتے ہیں۔</w:t>
      </w:r>
    </w:p>
    <w:p>
      <w:r>
        <w:rPr>
          <w:b/>
        </w:rPr>
        <w:t xml:space="preserve">[06:02] </w:t>
      </w:r>
      <w:r>
        <w:t>Yani Rasool Allah mulham the, aap par baatein alqaa ki jati thin. Aise hi kuch log hote hain al-iman mein jo muhaddath hote hain, yani Allah un se kalam karta hai.</w:t>
      </w:r>
    </w:p>
    <w:p>
      <w:pPr>
        <w:jc w:val="right"/>
      </w:pPr>
      <w:r>
        <w:t>یعنی رسول اللہ ملہم تھے، آپ پر باتیں القاء کی جاتی تھیں۔ ایسے ہی کچھ لوگ ہوتے ہیں الایمان میں جو محدث ہوتے ہیں، یعنی اللہ ان سے کلام کرتا ہے۔</w:t>
      </w:r>
    </w:p>
    <w:p>
      <w:r>
        <w:rPr>
          <w:b/>
        </w:rPr>
        <w:t xml:space="preserve">[06:16] </w:t>
      </w:r>
      <w:r>
        <w:t>Kalam karne ka maani yahi hai ke un par Allah ka inspiration aata hai.</w:t>
      </w:r>
    </w:p>
    <w:p>
      <w:pPr>
        <w:jc w:val="right"/>
      </w:pPr>
      <w:r>
        <w:t>کلام کرنے کا معنی یہی ہے کہ ان پر اللہ کا inspiration آتا ہے۔</w:t>
      </w:r>
    </w:p>
    <w:p>
      <w:r>
        <w:rPr>
          <w:b/>
        </w:rPr>
        <w:t xml:space="preserve">[06:25] </w:t>
      </w:r>
      <w:r>
        <w:t>Woh Allah ka inspiration receive karte hain. Is maani mein hai yeh</w:t>
      </w:r>
    </w:p>
    <w:p>
      <w:pPr>
        <w:jc w:val="right"/>
      </w:pPr>
      <w:r>
        <w:t>وہ اللہ کا inspiration receive کرتے ہیں۔ اس معنی میں ہے یہ</w:t>
      </w:r>
    </w:p>
    <w:p>
      <w:r>
        <w:rPr>
          <w:b/>
        </w:rPr>
        <w:t xml:space="preserve">[06:35] </w:t>
      </w:r>
      <w:r>
        <w:t>keh hadith jo hai, is baat ki talqeen karti hai keh hum ko chahiye keh hum Allah ki qurbat talash karein,</w:t>
      </w:r>
    </w:p>
    <w:p>
      <w:pPr>
        <w:jc w:val="right"/>
      </w:pPr>
      <w:r>
        <w:t>کہ حدیث جو ہے، اس بات کی تلقین کرتی ہے کہ ہم کو چاہیے کہ ہم اللہ کی قربت تلاش کریں،</w:t>
      </w:r>
    </w:p>
    <w:p>
      <w:r>
        <w:rPr>
          <w:b/>
        </w:rPr>
        <w:t xml:space="preserve">[06:49] </w:t>
      </w:r>
      <w:r>
        <w:t>Allah se duaen karein,</w:t>
      </w:r>
    </w:p>
    <w:p>
      <w:pPr>
        <w:jc w:val="right"/>
      </w:pPr>
      <w:r>
        <w:t>اللہ سے دعائیں کریں،</w:t>
      </w:r>
    </w:p>
    <w:p>
      <w:r>
        <w:rPr>
          <w:b/>
        </w:rPr>
        <w:t xml:space="preserve">[06:54] </w:t>
      </w:r>
      <w:r>
        <w:t>Allah ki baaton ko le kar ghore o fikr karein.</w:t>
      </w:r>
    </w:p>
    <w:p>
      <w:pPr>
        <w:jc w:val="right"/>
      </w:pPr>
      <w:r>
        <w:t>اللہ کی باتوں کو لے کر غور و فکر کریں۔</w:t>
      </w:r>
    </w:p>
    <w:p>
      <w:r>
        <w:rPr>
          <w:b/>
        </w:rPr>
        <w:t xml:space="preserve">[06:58] </w:t>
      </w:r>
      <w:r>
        <w:t>is tarah se apne andar woh zehan develop karein jo Allah ka ilham wasool karne ke qabil ho jaye.</w:t>
      </w:r>
    </w:p>
    <w:p>
      <w:pPr>
        <w:jc w:val="right"/>
      </w:pPr>
      <w:r>
        <w:t>اس طرح سے اپنے اندر وہ ذہن develop کریں جو اللہ کا الہام وصول کرنے کے قابل ہو جائے۔</w:t>
      </w:r>
    </w:p>
    <w:p>
      <w:r>
        <w:rPr>
          <w:b/>
        </w:rPr>
        <w:t xml:space="preserve">[07:09] </w:t>
      </w:r>
      <w:r>
        <w:t>tab woh tafaqqu aayega.</w:t>
      </w:r>
    </w:p>
    <w:p>
      <w:pPr>
        <w:jc w:val="right"/>
      </w:pPr>
      <w:r>
        <w:t>تب وہ تفقع آئے گا۔</w:t>
      </w:r>
    </w:p>
    <w:p>
      <w:r>
        <w:rPr>
          <w:b/>
        </w:rPr>
        <w:t xml:space="preserve">[07:15] </w:t>
      </w:r>
      <w:r>
        <w:t>tafaqqu ki sifat is waqt aayegi jab aap is qabil ho jayen keh aap Allah ka ilham wasool karne lagen, yani aap ko inspiration milne lage.</w:t>
      </w:r>
    </w:p>
    <w:p>
      <w:pPr>
        <w:jc w:val="right"/>
      </w:pPr>
      <w:r>
        <w:t>تفقع کی صفت اس وقت آئے گی جب آپ اس قابل ہو جائیں کہ آپ اللہ کا الہام وصول کرنے لگیں، یعنی آپ کو inspiration ملنے لگے۔</w:t>
      </w:r>
    </w:p>
    <w:p>
      <w:r>
        <w:rPr>
          <w:b/>
        </w:rPr>
        <w:t xml:space="preserve">[07:27] </w:t>
      </w:r>
      <w:r>
        <w:t>toh Rasool Allah ko jo inspiration aata tha, woh khasa nabawi nahi hai, woh bhi ek uswa hai.</w:t>
      </w:r>
    </w:p>
    <w:p>
      <w:pPr>
        <w:jc w:val="right"/>
      </w:pPr>
      <w:r>
        <w:t>تو رسول اللہ کو جو inspiration آتا تھا، وہ خاصہ نبوی نہیں ہے، وہ بھی ایک اسوہ ہے۔</w:t>
      </w:r>
    </w:p>
    <w:p>
      <w:r>
        <w:rPr>
          <w:b/>
        </w:rPr>
        <w:t xml:space="preserve">[07:40] </w:t>
      </w:r>
      <w:r>
        <w:t>doosre ahl-e-iman ko bhi is mein yeh namoona namoona hai keh apne aap ko Allah ke liye khaas karo, Allah taala se ta'alluq badhao,</w:t>
      </w:r>
    </w:p>
    <w:p>
      <w:pPr>
        <w:jc w:val="right"/>
      </w:pPr>
      <w:r>
        <w:t>دوسرے اہل ایمان کو بھی اس میں یہ نمونہ نمونہ ہے کہ اپنے آپ کو اللہ کے لیے خاص کرو، اللہ تعالیٰ سے تعلق بڑھاؤ،</w:t>
      </w:r>
    </w:p>
    <w:p>
      <w:r>
        <w:rPr>
          <w:b/>
        </w:rPr>
        <w:t xml:space="preserve">[07:54] </w:t>
      </w:r>
      <w:r>
        <w:t>tadabbur aur tafakkur ke zariye apne zehan ko develop karo, yani apne ko weyah bana lo, weyah yani container.</w:t>
      </w:r>
    </w:p>
    <w:p>
      <w:pPr>
        <w:jc w:val="right"/>
      </w:pPr>
      <w:r>
        <w:t>تدبر اور تفکر کے ذریعے اپنے ذہن کو develop کرو، یعنی اپنے کو ویایہ بنا لو، ویایہ یعنی کنٹینر۔</w:t>
      </w:r>
    </w:p>
    <w:p>
      <w:r>
        <w:rPr>
          <w:b/>
        </w:rPr>
        <w:t xml:space="preserve">[08:10] </w:t>
      </w:r>
      <w:r>
        <w:t>jab ek momin aisa karega toh is ko tafaqqu ki salahiyat aa jayegi, aur tafaqqu koi zaati cheez nahi hoti. tawaqqu ka ma'ni yahi hai keh inspired thinking aadmi ke andar yeh salahiyat aa jayegi keh woh Allah ki taraf se inspiration wasool kare.</w:t>
      </w:r>
    </w:p>
    <w:p>
      <w:pPr>
        <w:jc w:val="right"/>
      </w:pPr>
      <w:r>
        <w:t>جب ایک مومن ایسا کرے گا تو اس کو تفقع کی صلاحیت آ جائے گی، اور تفقع کوئی ذاتی چیز نہیں ہوتی۔ توقع کا معنی یہی ہے کہ inspired thinking آدمی کے اندر یہ صلاحیت آ جائے گی کہ وہ اللہ کی طرف سے inspiration وصول کرے۔</w:t>
      </w:r>
    </w:p>
    <w:p>
      <w:r>
        <w:rPr>
          <w:b/>
        </w:rPr>
        <w:t xml:space="preserve">[08:33] </w:t>
      </w:r>
      <w:r>
        <w:t>baghair khudai inspiration ke kisi ke andar aala ma'non mein, ek gehre ma'non mein tawaqqu nahi aa sakti.</w:t>
      </w:r>
    </w:p>
    <w:p>
      <w:pPr>
        <w:jc w:val="right"/>
      </w:pPr>
      <w:r>
        <w:t>بغیر خدائی inspiration کے کسی کے اندر اعلیٰ معنوں میں، ایک گہرے معنوں میں توقع نہیں آ سکتی۔</w:t>
      </w:r>
    </w:p>
    <w:p>
      <w:r>
        <w:rPr>
          <w:b/>
        </w:rPr>
        <w:t xml:space="preserve">[08:43] </w:t>
      </w:r>
      <w:r>
        <w:t>jo ek muhaddis ne kaha tha keh hikmat ke bare mein keh noor yulqa fi qalb al-momin woh yahi toh hai. fiqh mein aur hikmat mein koi do mafhoom nahi hain.</w:t>
      </w:r>
    </w:p>
    <w:p>
      <w:pPr>
        <w:jc w:val="right"/>
      </w:pPr>
      <w:r>
        <w:t>جو ایک محدث نے کہا تھا کہ حکمت کے بارے میں کہ نور یلقاء فی قلب المومن وہ یہی تو ہے۔ فقہ میں اور حکمت میں کوئی دو مفہوم نہیں ہیں۔</w:t>
      </w:r>
    </w:p>
    <w:p>
      <w:r>
        <w:rPr>
          <w:b/>
        </w:rPr>
        <w:t xml:space="preserve">[08:55] </w:t>
      </w:r>
      <w:r>
        <w:t>woh jo fiqh ka mafhoom hai, woh hikmat ka mafhoom hai.</w:t>
      </w:r>
    </w:p>
    <w:p>
      <w:pPr>
        <w:jc w:val="right"/>
      </w:pPr>
      <w:r>
        <w:t>وہ جو فقہ کا مفہوم ہے، وہ حکمت کا مفہوم ہے۔</w:t>
      </w:r>
    </w:p>
    <w:p>
      <w:r>
        <w:rPr>
          <w:b/>
        </w:rPr>
        <w:t xml:space="preserve">[09:03] </w:t>
      </w:r>
      <w:r>
        <w:t>Quran mein bhi hai, dekhiye, jis ko Allah chahta hai, khair-e-kaseer de deta hai, aur kaseer khair-e-kaseer ka hikmat hai. man yuut al-hikmata fa qad ooti khairan katheeran toh yeh baat Quran mein bhi maujood hai.</w:t>
      </w:r>
    </w:p>
    <w:p>
      <w:pPr>
        <w:jc w:val="right"/>
      </w:pPr>
      <w:r>
        <w:t>قرآن میں بھی ہے، دیکھیے، جس کو اللہ چاہتا ہے، خیر کثیر دے دیتا ہے، اور کثیر خیر کثیر کا حکمت ہے۔ من یوت الحکمہ فقط خیرا کثیرا تو یہ بات قرآن میں بھی موجود ہے۔</w:t>
      </w:r>
    </w:p>
    <w:p>
      <w:r>
        <w:rPr>
          <w:b/>
        </w:rPr>
        <w:t xml:space="preserve">[09:27] </w:t>
      </w:r>
      <w:r>
        <w:t>toh deen mein tafaqqu ka maqam hasil karne ke liye aadmi ko woh karna padega jo Rasool Allah ne kiya.</w:t>
      </w:r>
    </w:p>
    <w:p>
      <w:pPr>
        <w:jc w:val="right"/>
      </w:pPr>
      <w:r>
        <w:t>تو دین میں تفقع کا مقام حاصل کرنے کے لیے آدمی کو وہ کرنا پڑے گا جو رسول اللہ نے کیا۔</w:t>
      </w:r>
    </w:p>
    <w:p>
      <w:r>
        <w:rPr>
          <w:b/>
        </w:rPr>
        <w:t xml:space="preserve">[09:38] </w:t>
      </w:r>
      <w:r>
        <w:t>Rasool Allah ne apne aap ko waqf kiya dawat ke kaam mein.</w:t>
      </w:r>
    </w:p>
    <w:p>
      <w:pPr>
        <w:jc w:val="right"/>
      </w:pPr>
      <w:r>
        <w:t>رسول اللہ نے اپنے آپ کو وقف کیا دعوت کے کام میں۔</w:t>
      </w:r>
    </w:p>
    <w:p>
      <w:r>
        <w:rPr>
          <w:b/>
        </w:rPr>
        <w:t xml:space="preserve">[09:49] </w:t>
      </w:r>
      <w:r>
        <w:t>Rasool Allah ne apni zindagi ko bilkul saada banaya.</w:t>
      </w:r>
    </w:p>
    <w:p>
      <w:pPr>
        <w:jc w:val="right"/>
      </w:pPr>
      <w:r>
        <w:t>رسول اللہ نے اپنی زندگی کو بالکل سادہ بنایا۔</w:t>
      </w:r>
    </w:p>
    <w:p>
      <w:r>
        <w:rPr>
          <w:b/>
        </w:rPr>
        <w:t xml:space="preserve">[09:58] </w:t>
      </w:r>
      <w:r>
        <w:t>Rasool Allah ne Rasool Allah Quran par ghore o fikr karte the, kainat par ghore o fikr karte the. hadith mein aata hai keh kaana daa'im al-fikr har waqt soch mein rehte the.</w:t>
      </w:r>
    </w:p>
    <w:p>
      <w:pPr>
        <w:jc w:val="right"/>
      </w:pPr>
      <w:r>
        <w:t>رسول اللہ نے رسول اللہ قرآن پر غور و فکر کرتے تھے، کائنات پر غور و فکر کرتے تھے۔ حدیث میں آتا ہے کہ كان دائم الفکر ہر وقت سوچ میں رہتے تھے۔</w:t>
      </w:r>
    </w:p>
    <w:p>
      <w:r>
        <w:rPr>
          <w:b/>
        </w:rPr>
        <w:t xml:space="preserve">[10:14] </w:t>
      </w:r>
      <w:r>
        <w:t>toh sochna kahan hota tha? yahi Quran ko le kar sochna, takhleeq mein le kar sochna. toh yeh bhi is waqt nabawi hai.</w:t>
      </w:r>
    </w:p>
    <w:p>
      <w:pPr>
        <w:jc w:val="right"/>
      </w:pPr>
      <w:r>
        <w:t>تو سوچنا کہاں ہوتا تھا؟ یہی قرآن کو لے کر سوچنا، تخلیق میں لے کر سوچنا۔ تو یہ بھی اس وقت نبوی ہے۔</w:t>
      </w:r>
    </w:p>
    <w:p>
      <w:r>
        <w:rPr>
          <w:b/>
        </w:rPr>
        <w:t xml:space="preserve">[10:27] </w:t>
      </w:r>
      <w:r>
        <w:t>jo shakhs is ma'ne mein is waqt nabawi ko ikhtiyar kare, toh is ke andar tafaqqu ki salahiyat paida ho jayegi. phir mamlaat mein phir woh is qabil ho jayega keh mamlaat mein bohat hi gehri samajh ke sath faisla kare,</w:t>
      </w:r>
    </w:p>
    <w:p>
      <w:pPr>
        <w:jc w:val="right"/>
      </w:pPr>
      <w:r>
        <w:t>جو شخص اس معنی میں اس وقت نبوی کو اختیار کرے، تو اس کے اندر تفقع کی صلاحیت پیدا ہو جائے گی۔ پھر معاملات میں پھر وہ اس قابل ہو جائے گا کہ معاملات میں بہت ہی گہری سمجھ کے ساتھ فیصلہ کرے،</w:t>
      </w:r>
    </w:p>
    <w:p>
      <w:r>
        <w:rPr>
          <w:b/>
        </w:rPr>
        <w:t xml:space="preserve">[10:46] </w:t>
      </w:r>
      <w:r>
        <w:t>bohat zyada gehri samajh ke sath.</w:t>
      </w:r>
    </w:p>
    <w:p>
      <w:pPr>
        <w:jc w:val="right"/>
      </w:pPr>
      <w:r>
        <w:t>بہت زیادہ گہری سمجھ کے ساتھ۔</w:t>
      </w:r>
    </w:p>
    <w:p>
      <w:r>
        <w:rPr>
          <w:b/>
        </w:rPr>
        <w:t xml:space="preserve">[10:50] </w:t>
      </w:r>
      <w:r>
        <w:t>jaise Rasool Allah sallallahu alaihi wasallam ne Hudaybiyyah ke mauqe par jo faisla kiya keh bazahir halaat toh aap ke khilaf the,</w:t>
      </w:r>
    </w:p>
    <w:p>
      <w:pPr>
        <w:jc w:val="right"/>
      </w:pPr>
      <w:r>
        <w:t>جیسے رسول اللہ صلی اللہ علیہ وسلم نے حدیبیہ کے موقع پر جو فیصلہ کیا کہ بظاہر حالات تو آپ کے خلاف تھے،</w:t>
      </w:r>
    </w:p>
    <w:p>
      <w:r>
        <w:rPr>
          <w:b/>
        </w:rPr>
        <w:t xml:space="preserve">[11:03] </w:t>
      </w:r>
      <w:r>
        <w:t>jo zahiri halaat the us waqt woh aap ke khilaf the, lekin un zahiri halaat ke andar aap ne dekha keh dakhili taur par kya imkanat hain.</w:t>
      </w:r>
    </w:p>
    <w:p>
      <w:pPr>
        <w:jc w:val="right"/>
      </w:pPr>
      <w:r>
        <w:t>جو ظاہری حالات تھے اس وقت وہ آپ کے خلاف تھے، لیکن ان ظاہری حالات کے اندر آپ نے دیکھا کہ داخلی طور پر کیا امکانات ہیں۔</w:t>
      </w:r>
    </w:p>
    <w:p>
      <w:r>
        <w:rPr>
          <w:b/>
        </w:rPr>
        <w:t xml:space="preserve">[11:18] </w:t>
      </w:r>
      <w:r>
        <w:t>toh bazahir toh yeh tha keh hum Hudaybiyyah se umrah kiye baghair wapas jana pad raha hai aap ko Madinah, lekin aap ne socha keh agar peace qaim ho jati hai,</w:t>
      </w:r>
    </w:p>
    <w:p>
      <w:pPr>
        <w:jc w:val="right"/>
      </w:pPr>
      <w:r>
        <w:t>تو بظاہر تو یہ تھا کہ ہم حدیبیہ سے عمرہ کیے بغیر واپس جانا پڑ رہا ہے آپ کو مدینہ، لیکن آپ نے سوچا کہ اگر پیس قائم ہو جاتی ہے،</w:t>
      </w:r>
    </w:p>
    <w:p>
      <w:r>
        <w:rPr>
          <w:b/>
        </w:rPr>
        <w:t xml:space="preserve">[11:33] </w:t>
      </w:r>
      <w:r>
        <w:t>agar interaction badh jata hai, adilana taur par azadi ke sath log milte julte hain ek doosre se, toh Islam phailayega, Islam un ke mind ko address karega.</w:t>
      </w:r>
    </w:p>
    <w:p>
      <w:pPr>
        <w:jc w:val="right"/>
      </w:pPr>
      <w:r>
        <w:t>اگر انٹریکشن بڑھ جاتا ہے، عادلانہ طور پر آزادی کے ساتھ لوگ ملتے جلتے ہیں ایک دوسرے سے، تو اسلام پھیلے گا، اسلام ان کے مائنڈ کو ایڈریس کرے گا۔</w:t>
      </w:r>
    </w:p>
    <w:p>
      <w:r>
        <w:rPr>
          <w:b/>
        </w:rPr>
        <w:t xml:space="preserve">[11:49] </w:t>
      </w:r>
      <w:r>
        <w:t>to kaha bazahir to wapsi thi, lekin andar andar kya baat thi ke dobara zyada shandar tor par Makkah mein dakhla.</w:t>
      </w:r>
    </w:p>
    <w:p>
      <w:pPr>
        <w:jc w:val="right"/>
      </w:pPr>
      <w:r>
        <w:t>تو کہا بظاہر تو واپسی تھی، لیکن اندر اندر کیا بات تھی کہ دوبارہ زیادہ شاندار طور پر مکہ میں داخلہ۔</w:t>
      </w:r>
    </w:p>
    <w:p>
      <w:r>
        <w:rPr>
          <w:b/>
        </w:rPr>
        <w:t xml:space="preserve">[12:03] </w:t>
      </w:r>
      <w:r>
        <w:t>to yeh hai gehri samajh ki baat.</w:t>
      </w:r>
    </w:p>
    <w:p>
      <w:pPr>
        <w:jc w:val="right"/>
      </w:pPr>
      <w:r>
        <w:t>تو یہ ہے گہری سمجھ کی بات۔</w:t>
      </w:r>
    </w:p>
    <w:p>
      <w:r>
        <w:rPr>
          <w:b/>
        </w:rPr>
        <w:t xml:space="preserve">[12:07] </w:t>
      </w:r>
      <w:r>
        <w:t>aise jaise Makkah mein in logon ne aap ko kaha ke Makkah aap chhod diya, hamein qatl kar denge. To kuch log tayyar the ke hum larenge.</w:t>
      </w:r>
    </w:p>
    <w:p>
      <w:pPr>
        <w:jc w:val="right"/>
      </w:pPr>
      <w:r>
        <w:t>ایسے جیسے مکے میں ان لوگوں نے آپ کو کہا کہ مکہ آپ چھوڑ دیا، ہمیں قتل کر دیں گے۔ تو کچھ لوگ تیار تھے کہ ہم لڑیں گے۔</w:t>
      </w:r>
    </w:p>
    <w:p>
      <w:r>
        <w:rPr>
          <w:b/>
        </w:rPr>
        <w:t xml:space="preserve">[12:19] </w:t>
      </w:r>
      <w:r>
        <w:t>to ladne ke bajaye aap ne yeh socha ke hum yeh jo hum jitne log mile hain, hum ko 13 saal ki koshish se, in ko hum kyun yaani maidan jang le a kar qatl karwayein?</w:t>
      </w:r>
    </w:p>
    <w:p>
      <w:pPr>
        <w:jc w:val="right"/>
      </w:pPr>
      <w:r>
        <w:t>تو لڑنے کے بجائے آپ نے یہ سوچا کہ ہم یہ جو ہم جتنے لوگ ملے ہیں، ہم کو 13 سال کی کوشش سے، ان کو ہم کیوں یعنی میدان جنگ لے آ کر قتل کروائیں؟</w:t>
      </w:r>
    </w:p>
    <w:p>
      <w:r>
        <w:rPr>
          <w:b/>
        </w:rPr>
        <w:t xml:space="preserve">[12:34] </w:t>
      </w:r>
      <w:r>
        <w:t>in ko le kar hum Madinah chale jayen, wahan par yaani planning karein dawat ki.</w:t>
      </w:r>
    </w:p>
    <w:p>
      <w:pPr>
        <w:jc w:val="right"/>
      </w:pPr>
      <w:r>
        <w:t>ان کو لے کر ہم مدینہ چلے جائیں، وہاں پر یعنی پلاننگ کریں دعوت کی۔</w:t>
      </w:r>
    </w:p>
    <w:p>
      <w:r>
        <w:rPr>
          <w:b/>
        </w:rPr>
        <w:t xml:space="preserve">[12:44] </w:t>
      </w:r>
      <w:r>
        <w:t>to woh jo hadith mein aata hai ke Umratu Baqrati al-Qurra'u yaquluna yasrifu wa yul madinah to yeh Madinah ki fazilat nahi hai, balke yeh us strategy ki fazilat hai jo aap ne ikhtiyar ki.</w:t>
      </w:r>
    </w:p>
    <w:p>
      <w:pPr>
        <w:jc w:val="right"/>
      </w:pPr>
      <w:r>
        <w:t>تو وہ جو حدیث میں آتا ہے کہ عمرۃ بقرۃ القراء یقون یصرف ویل المدینہ تو یہ مدینہ کی فضیلت نہیں ہے، بلکہ یہ اس اسٹریٹجی کی فضیلت ہے جو آپ نے اختیار کی۔</w:t>
      </w:r>
    </w:p>
    <w:p>
      <w:r>
        <w:rPr>
          <w:b/>
        </w:rPr>
        <w:t xml:space="preserve">[13:01] </w:t>
      </w:r>
      <w:r>
        <w:t>log samajhte hain ke yeh is hadith mein Madinah fazilat bayan ki gayi hai, aisa hargiz nahi hai.</w:t>
      </w:r>
    </w:p>
    <w:p>
      <w:pPr>
        <w:jc w:val="right"/>
      </w:pPr>
      <w:r>
        <w:t>لوگ سمجھتے ہیں کہ یہ اس حدیث میں مدینہ فضیلت بیان کی گئی ہے، ایسا ہرگز نہیں ہے۔</w:t>
      </w:r>
    </w:p>
    <w:p>
      <w:r>
        <w:rPr>
          <w:b/>
        </w:rPr>
        <w:t xml:space="preserve">[13:11] </w:t>
      </w:r>
      <w:r>
        <w:t>balke woh strategy, woh woh hikmat, woh rawaish jo aap ne ikhtiyar ki, us rawaish mein fazilat hai.</w:t>
      </w:r>
    </w:p>
    <w:p>
      <w:pPr>
        <w:jc w:val="right"/>
      </w:pPr>
      <w:r>
        <w:t>بلکہ وہ اسٹریٹجی، وہ وہ حکمت، وہ روش جو آپ نے اختیار کی، اس روش میں فضیلت ہے۔</w:t>
      </w:r>
    </w:p>
    <w:p>
      <w:r>
        <w:rPr>
          <w:b/>
        </w:rPr>
        <w:t xml:space="preserve">[13:21] </w:t>
      </w:r>
      <w:r>
        <w:t>yaani Makkah ke logon se lade nahi, Makkah ke logon se takrao nahi kiya, balke khamoshi se apne sathiyon ko le kar aap chale gaye Mad</w:t>
      </w:r>
    </w:p>
    <w:p>
      <w:pPr>
        <w:jc w:val="right"/>
      </w:pPr>
      <w:r>
        <w:t>یعنی مکہ کے لوگوں سے لڑے نہیں، مکہ کے لوگوں سے ٹکراؤ نہیں کیا، بلکہ خاموشی سے اپنے ساتھیوں کو لے کر آپ چلے گئے مد</w:t>
      </w:r>
    </w:p>
    <w:p>
      <w:r>
        <w:rPr>
          <w:b/>
        </w:rPr>
        <w:t xml:space="preserve">[13:31] </w:t>
      </w:r>
      <w:r>
        <w:t>inah. Wahan par aap ne apne deeni, apne dawti mission ki, wahan par asrar-o-planing ki.</w:t>
      </w:r>
    </w:p>
    <w:p>
      <w:pPr>
        <w:jc w:val="right"/>
      </w:pPr>
      <w:r>
        <w:t>ینہ۔ وہاں پر آپ نے اپنے دینی، اپنے دعوتی مشن کی، وہاں پر اسراروں پلاننگ کی۔</w:t>
      </w:r>
    </w:p>
    <w:p>
      <w:r>
        <w:rPr>
          <w:b/>
        </w:rPr>
        <w:t xml:space="preserve">[13:43] </w:t>
      </w:r>
      <w:r>
        <w:t>aur phir aap jante hain ke is ke baad Islam mein ek naya daur aa gaya. Yeh thi fiqh, ek aisa aisa tafaqquh.</w:t>
      </w:r>
    </w:p>
    <w:p>
      <w:pPr>
        <w:jc w:val="right"/>
      </w:pPr>
      <w:r>
        <w:t>اور پھر آپ جانتے ہیں کہ اس کے بعد اسلام میں ایک نیا دور آ گیا۔ یہ تھی فقہ، ایک ایسا ایسا تفقع۔</w:t>
      </w:r>
    </w:p>
    <w:p>
      <w:r>
        <w:rPr>
          <w:b/>
        </w:rPr>
        <w:t xml:space="preserve">[13:54] </w:t>
      </w:r>
      <w:r>
        <w:t>to tafaqquh ka lafz jo Quran mein ya hadith mein aaya hai, woh fiqhi masail ko janne ke ma'ne mein</w:t>
      </w:r>
    </w:p>
    <w:p>
      <w:pPr>
        <w:jc w:val="right"/>
      </w:pPr>
      <w:r>
        <w:t>تو تفقع کا لفظ جو قرآن میں یا حدیث میں آیا ہے، وہ فقہی مسائل کو جاننے کے معنی میں</w:t>
      </w:r>
    </w:p>
    <w:p>
      <w:r>
        <w:rPr>
          <w:b/>
        </w:rPr>
        <w:t xml:space="preserve">[14:01] </w:t>
      </w:r>
      <w:r>
        <w:t>nahi aaya hai, woh hikmat ko samajhne ke ma'ne mein aaya hai, gehri gehri samajh ke ma'ne mein aaya hai, hikmat-e-hayat ko samajhne ke ma'ne mein aaya hai.</w:t>
      </w:r>
    </w:p>
    <w:p>
      <w:pPr>
        <w:jc w:val="right"/>
      </w:pPr>
      <w:r>
        <w:t>نہیں آیا ہے، وہ حکمت کو سمجھنے کے معنی میں آیا ہے، گہری گہری سمجھ کے معنی میں آیا ہے، حکمت حیات کو سمجھنے کے معنی میں آیا ہے۔</w:t>
      </w:r>
    </w:p>
    <w:p>
      <w:r>
        <w:rPr>
          <w:b/>
        </w:rPr>
        <w:t xml:space="preserve">[14:18] </w:t>
      </w:r>
      <w:r>
        <w:t>to is se maloom hota hai ke agar ek shakhs Rasool Allah ke uswa par amal kare, aap ke tareeqe ko ikhtiyar kare,</w:t>
      </w:r>
    </w:p>
    <w:p>
      <w:pPr>
        <w:jc w:val="right"/>
      </w:pPr>
      <w:r>
        <w:t>تو اس سے معلوم ہوتا ہے کہ اگر ایک شخص رسول اللہ کے اسوے پر عمل کرے، آپ کے طریقے کو اختیار کرے،</w:t>
      </w:r>
    </w:p>
    <w:p>
      <w:r>
        <w:rPr>
          <w:b/>
        </w:rPr>
        <w:t xml:space="preserve">[14:29] </w:t>
      </w:r>
      <w:r>
        <w:t>to is ke andar</w:t>
      </w:r>
    </w:p>
    <w:p>
      <w:pPr>
        <w:jc w:val="right"/>
      </w:pPr>
      <w:r>
        <w:t>تو اس کے اندر</w:t>
      </w:r>
    </w:p>
    <w:p>
      <w:r>
        <w:rPr>
          <w:b/>
        </w:rPr>
        <w:t xml:space="preserve">[14:33] </w:t>
      </w:r>
      <w:r>
        <w:t>woh salahiyat paida ho jayegi jis ko kehte hain tafaqquh fid-deen, yaani gehri hikmat, gehri samajh, deep thinking, yeh paida ho jayega.</w:t>
      </w:r>
    </w:p>
    <w:p>
      <w:pPr>
        <w:jc w:val="right"/>
      </w:pPr>
      <w:r>
        <w:t>وہ صلاحیت پیدا ہو جائے گی جس کو کہتے ہیں توقع فی الدین، یعنی گہری حکمت، گہری سمجھ، ڈیپ تھنکنگ، یہ پیدا ہو جائے گا۔</w:t>
      </w:r>
    </w:p>
    <w:p>
      <w:r>
        <w:rPr>
          <w:b/>
        </w:rPr>
        <w:t xml:space="preserve">[14:47] </w:t>
      </w:r>
      <w:r>
        <w:t>aur woh mamlaat mein zyada sahi andaaz mein rai qaim karne ke qabil ho jayega.</w:t>
      </w:r>
    </w:p>
    <w:p>
      <w:pPr>
        <w:jc w:val="right"/>
      </w:pPr>
      <w:r>
        <w:t>اور وہ معاملات میں زیادہ صحیح انداز میں رائے قائم کرنے کے قابل ہو جائے گا۔</w:t>
      </w:r>
    </w:p>
    <w:p>
      <w:r>
        <w:rPr>
          <w:b/>
        </w:rPr>
        <w:t xml:space="preserve">[14:58] </w:t>
      </w:r>
      <w:r>
        <w:t>is ke baad yeh jo farmaya ke</w:t>
      </w:r>
    </w:p>
    <w:p>
      <w:pPr>
        <w:jc w:val="right"/>
      </w:pPr>
      <w:r>
        <w:t>اس کے بعد یہ جو فرمایا کہ</w:t>
      </w:r>
    </w:p>
    <w:p>
      <w:r>
        <w:rPr>
          <w:b/>
        </w:rPr>
        <w:t xml:space="preserve">[15:05] </w:t>
      </w:r>
      <w:r>
        <w:t>ummat par aisa waqt nahi aayega ke jo koi zalim is par is ko overpower kar le, zalim is par ghalib aa jaye.</w:t>
      </w:r>
    </w:p>
    <w:p>
      <w:pPr>
        <w:jc w:val="right"/>
      </w:pPr>
      <w:r>
        <w:t>امت پر ایسا وقت نہیں آئے گا کہ جو کوئی ظالم اس پر اس کو اوور پاور کر لے، ظالم اس پر غالب آ جائے۔</w:t>
      </w:r>
    </w:p>
    <w:p>
      <w:r>
        <w:rPr>
          <w:b/>
        </w:rPr>
        <w:t xml:space="preserve">[15:17] </w:t>
      </w:r>
      <w:r>
        <w:t>to yahan par sochne ki baat hai ke tafaqquh se kya ta'alluq is ka hai? Kyun ke ek hi silsila-e-kalam mein dono baatein aayi hain.</w:t>
      </w:r>
    </w:p>
    <w:p>
      <w:pPr>
        <w:jc w:val="right"/>
      </w:pPr>
      <w:r>
        <w:t>تو یہاں پر سوچنے کی بات ہے کہ تفقع سے کیا تعلق اس کا ہے؟ کیونکہ ایک ہی سلسلہ کلام میں دونوں باتیں آئیں ہیں۔</w:t>
      </w:r>
    </w:p>
    <w:p>
      <w:r>
        <w:rPr>
          <w:b/>
        </w:rPr>
        <w:t xml:space="preserve">[15:31] </w:t>
      </w:r>
      <w:r>
        <w:t>to koi</w:t>
      </w:r>
    </w:p>
    <w:p>
      <w:pPr>
        <w:jc w:val="right"/>
      </w:pPr>
      <w:r>
        <w:t>تو کوئی</w:t>
      </w:r>
    </w:p>
    <w:p>
      <w:r>
        <w:rPr>
          <w:b/>
        </w:rPr>
        <w:t xml:space="preserve">[15:36] </w:t>
      </w:r>
      <w:r>
        <w:t>ajnabi karo, koi dushman karo, koi</w:t>
      </w:r>
    </w:p>
    <w:p>
      <w:pPr>
        <w:jc w:val="right"/>
      </w:pPr>
      <w:r>
        <w:t>اجنبی کرو، کوئی دشمن کرو، کوئی</w:t>
      </w:r>
    </w:p>
    <w:p>
      <w:r>
        <w:rPr>
          <w:b/>
        </w:rPr>
        <w:t xml:space="preserve">[15:42] </w:t>
      </w:r>
      <w:r>
        <w:t>mukhalif karo, kabhi bhi ummat par ghalib nahi aayega. Lekin woh shart kya hai?</w:t>
      </w:r>
    </w:p>
    <w:p>
      <w:pPr>
        <w:jc w:val="right"/>
      </w:pPr>
      <w:r>
        <w:t>مخالف کرو، کبھی بھی امت پر غالب نہیں آئے گا۔ لیکن وہ شرط کیا ہے؟</w:t>
      </w:r>
    </w:p>
    <w:p>
      <w:r>
        <w:rPr>
          <w:b/>
        </w:rPr>
        <w:t xml:space="preserve">[15:51] </w:t>
      </w:r>
      <w:r>
        <w:t>tafaqquh is ke andar ho, yeh bhi ummat ki fazilat nahi hai. Ummat ke liye fazilat ki baat nahi hai.</w:t>
      </w:r>
    </w:p>
    <w:p>
      <w:pPr>
        <w:jc w:val="right"/>
      </w:pPr>
      <w:r>
        <w:t>توقع اس کے اندر ہو، یہ بھی امت کی فضیلت نہیں ہے۔ امت کے لیے فضیلت کی بات نہیں ہے۔</w:t>
      </w:r>
    </w:p>
    <w:p>
      <w:r>
        <w:rPr>
          <w:b/>
        </w:rPr>
        <w:t xml:space="preserve">[16:04] </w:t>
      </w:r>
      <w:r>
        <w:t>woh baat isi ma'ne mein hai ke ummat agar ummat ke andar sachcha iman aayega, sachcha tafaqquh aayega, woh is qabil hogi ke yaani divine mind ke sath soche baaton ko, cheezon ko deep thinking ke sath samjhe</w:t>
      </w:r>
    </w:p>
    <w:p>
      <w:pPr>
        <w:jc w:val="right"/>
      </w:pPr>
      <w:r>
        <w:t>وہ بات اسی معنی میں ہے کہ امت اگر امت کے اندر سچا ایمان آئے گا، سچا توقع آئے گا، وہ اس قابل ہوگی کہ یعنی ڈیوائن مائنڈ کے ساتھ سوچے باتوں کو، چیزوں کو ڈیپ تھنکنگ کے ساتھ سمجھے</w:t>
      </w:r>
    </w:p>
    <w:p>
      <w:r>
        <w:rPr>
          <w:b/>
        </w:rPr>
        <w:t xml:space="preserve">[16:31] </w:t>
      </w:r>
      <w:r>
        <w:t xml:space="preserve"> to woh us ki strategy bohat kamyab hogi. woh aisa nahi kare gi ke aise iqdam kare, polish iqdam ke zalim ko taqwa pa le, is pe ghalib aa jaye.</w:t>
      </w:r>
    </w:p>
    <w:p>
      <w:pPr>
        <w:jc w:val="right"/>
      </w:pPr>
      <w:r>
        <w:t>، تو وہ اس کی اسٹریٹجی بہت کامیاب ہوگی۔ وہ ایسا نہیں کرے گی کہ ایسے اقدام کرے، پولش اقدام کہ ظالم کو تقاؤ پا لے، اس پہ غالب آ جائے۔</w:t>
      </w:r>
    </w:p>
    <w:p>
      <w:r>
        <w:rPr>
          <w:b/>
        </w:rPr>
        <w:t xml:space="preserve">[16:46] </w:t>
      </w:r>
      <w:r>
        <w:t xml:space="preserve"> to yeh ummat ki fazilat nahi hai, balkeh fazilat hai hikmat ke sath, gehri danishmandi ke sath, planning ki.</w:t>
      </w:r>
    </w:p>
    <w:p>
      <w:pPr>
        <w:jc w:val="right"/>
      </w:pPr>
      <w:r>
        <w:t>تو یہ امت کی فضیلت نہیں ہے، بلکہ فضیلت ہے حکمت کے ساتھ، گہری دانشمندی کے ساتھ، پلاننگ کی۔</w:t>
      </w:r>
    </w:p>
    <w:p>
      <w:r>
        <w:rPr>
          <w:b/>
        </w:rPr>
        <w:t xml:space="preserve">[16:59] </w:t>
      </w:r>
      <w:r>
        <w:t xml:space="preserve"> gehri danishmandi ke</w:t>
      </w:r>
    </w:p>
    <w:p>
      <w:pPr>
        <w:jc w:val="right"/>
      </w:pPr>
      <w:r>
        <w:t>گہری دانشمندی کے</w:t>
      </w:r>
    </w:p>
    <w:p>
      <w:r>
        <w:rPr>
          <w:b/>
        </w:rPr>
        <w:t xml:space="preserve">[17:00] </w:t>
      </w:r>
      <w:r>
        <w:t xml:space="preserve"> sath planning ki. aaj kal aap dekhiye, musalman jagah jagah shikayatein kar rahe hain, jagah jagah un ko museebatein pesh aa rahi hain, aur shikayat karte hain ke yeh log zalim hain, yeh log sazishi hain,</w:t>
      </w:r>
    </w:p>
    <w:p>
      <w:pPr>
        <w:jc w:val="right"/>
      </w:pPr>
      <w:r>
        <w:t>ساتھ پلاننگ کی۔ آج کل آپ دیکھیے، مسلمان جگہ جگہ شکایتیں کر رہے ہیں، جگہ جگہ ان کو مصیبتیں پیش آ رہی ہیں، اور شکایت کرتے ہیں کہ یہ لوگ ظالم ہیں، یہ لوگ سازشی ہیں،</w:t>
      </w:r>
    </w:p>
    <w:p>
      <w:r>
        <w:rPr>
          <w:b/>
        </w:rPr>
        <w:t xml:space="preserve">[17:14] </w:t>
      </w:r>
      <w:r>
        <w:t xml:space="preserve"> yeh log islam dushman hain. yeh sab galat baat hai. is hadith se sabit hota hai ke musalmanon mein tafaqqah khatm ho gaya hai, gehri gehri hikmat khatm ho gayi,</w:t>
      </w:r>
    </w:p>
    <w:p>
      <w:pPr>
        <w:jc w:val="right"/>
      </w:pPr>
      <w:r>
        <w:t>یہ لوگ اسلام دشمن ہیں۔ یہ سب غلط بات ہے۔ اس حدیث سے ثابت ہوتا ہے کہ مسلمانوں میں تفقع ختم ہو گیا ہے، گہری گہری حکمت ختم ہو گئی،</w:t>
      </w:r>
    </w:p>
    <w:p>
      <w:r>
        <w:rPr>
          <w:b/>
        </w:rPr>
        <w:t xml:space="preserve">[17:28] </w:t>
      </w:r>
      <w:r>
        <w:t xml:space="preserve"> aur isi ki woh prize de rahe hain,</w:t>
      </w:r>
    </w:p>
    <w:p>
      <w:pPr>
        <w:jc w:val="right"/>
      </w:pPr>
      <w:r>
        <w:t>اور اسی کی وہ پرائز دے رہے ہیں،</w:t>
      </w:r>
    </w:p>
    <w:p>
      <w:r>
        <w:rPr>
          <w:b/>
        </w:rPr>
        <w:t xml:space="preserve">[17:31] </w:t>
      </w:r>
      <w:r>
        <w:t xml:space="preserve"> isi ki prize de rahe hain.</w:t>
      </w:r>
    </w:p>
    <w:p>
      <w:pPr>
        <w:jc w:val="right"/>
      </w:pPr>
      <w:r>
        <w:t>اسی کی پرائز دے رہے ہیں۔</w:t>
      </w:r>
    </w:p>
    <w:p>
      <w:r>
        <w:rPr>
          <w:b/>
        </w:rPr>
        <w:t xml:space="preserve">[17:36] </w:t>
      </w:r>
      <w:r>
        <w:t xml:space="preserve"> to jahan jahan musalmanon ko aise masail pesh aa rahe hain jis ko woh zulm ke taabeer karte hain, wahan un ko yeh sochna chahiye ke hum ne kahan hikmat kho di,</w:t>
      </w:r>
    </w:p>
    <w:p>
      <w:pPr>
        <w:jc w:val="right"/>
      </w:pPr>
      <w:r>
        <w:t>تو جہاں جہاں مسلمانوں کو ایسے مسائل پیش آ رہے ہیں جس کو وہ ظلم کے تعبیر کرتے ہیں، وہاں ان کو یہ سوچنا چاہیے کہ ہم نے کہاں حکمت کھو دی،</w:t>
      </w:r>
    </w:p>
    <w:p>
      <w:r>
        <w:rPr>
          <w:b/>
        </w:rPr>
        <w:t xml:space="preserve">[17:51] </w:t>
      </w:r>
      <w:r>
        <w:t xml:space="preserve"> kahan hum ne tawaqqu se mehroom ho gaya, kahan aisa hua ke hum ne deep thinking se kaam nahi liya.</w:t>
      </w:r>
    </w:p>
    <w:p>
      <w:pPr>
        <w:jc w:val="right"/>
      </w:pPr>
      <w:r>
        <w:t>کہاں ہم نے توقع سے محروم ہو گیا، کہاں ایسا ہوا کہ ہم نے ڈیپ تھنکنگ سے کام نہیں لیا۔</w:t>
      </w:r>
    </w:p>
    <w:p>
      <w:r>
        <w:rPr>
          <w:b/>
        </w:rPr>
        <w:t xml:space="preserve">[18:00] </w:t>
      </w:r>
      <w:r>
        <w:t xml:space="preserve"> yeh sochna ke kaam hai, yeh soch, yeh sochna chahiye.</w:t>
      </w:r>
    </w:p>
    <w:p>
      <w:pPr>
        <w:jc w:val="right"/>
      </w:pPr>
      <w:r>
        <w:t>یہ سوچنا کے کام ہے، یہ سوچ، یہ سوچنا چاہیے۔</w:t>
      </w:r>
    </w:p>
    <w:p>
      <w:r>
        <w:rPr>
          <w:b/>
        </w:rPr>
        <w:t xml:space="preserve">[18:10] </w:t>
      </w:r>
      <w:r>
        <w:t xml:space="preserve"> to yeh bohat hi zyada aham baat hai jo hadith riwayat ki gayi hai ke agar tum</w:t>
      </w:r>
    </w:p>
    <w:p>
      <w:pPr>
        <w:jc w:val="right"/>
      </w:pPr>
      <w:r>
        <w:t>تو یہ بہت ہی زیادہ اہم بات ہے جو حدیث روایت کی گئی ہے کہ اگر تم</w:t>
      </w:r>
    </w:p>
    <w:p>
      <w:r>
        <w:rPr>
          <w:b/>
        </w:rPr>
        <w:t xml:space="preserve">[18:19] </w:t>
      </w:r>
      <w:r>
        <w:t xml:space="preserve"> rasool Allah ke namune ki pairwi karoge to tumhare andar tawaqqu aayega, deep thinking aayegi,</w:t>
      </w:r>
    </w:p>
    <w:p>
      <w:pPr>
        <w:jc w:val="right"/>
      </w:pPr>
      <w:r>
        <w:t>رسول اللہ کے نمونے کی پیروی کرو گے تو تمہارے اندر توقع آئے گا، ڈیپ تھنکنگ آئے گی،</w:t>
      </w:r>
    </w:p>
    <w:p>
      <w:r>
        <w:rPr>
          <w:b/>
        </w:rPr>
        <w:t xml:space="preserve">[18:29] </w:t>
      </w:r>
      <w:r>
        <w:t xml:space="preserve"> wise thinking aayegi, wisdom aayegi, hikmat aayegi.</w:t>
      </w:r>
    </w:p>
    <w:p>
      <w:pPr>
        <w:jc w:val="right"/>
      </w:pPr>
      <w:r>
        <w:t>وائز تھنکنگ آئے گی، وزڈم آئے گی، حکمت آئے گی۔</w:t>
      </w:r>
    </w:p>
    <w:p>
      <w:r>
        <w:rPr>
          <w:b/>
        </w:rPr>
        <w:t xml:space="preserve">[18:38] </w:t>
      </w:r>
      <w:r>
        <w:t xml:space="preserve"> aisi halat mein jab bhi aisa ho ke tum mehsoos karo ke tumhare par aise log ghalib aa gaye hain jo ke tum zalim samajhte ho, to kabhi bhi yeh mat samjho ke un ke woh zulmat tumhare par ghalib</w:t>
      </w:r>
    </w:p>
    <w:p>
      <w:pPr>
        <w:jc w:val="right"/>
      </w:pPr>
      <w:r>
        <w:t>ایسی حالت میں جب بھی ایسا ہو کہ تم محسوس کرو کہ تمہارے پر ایسے لوگ غالب آ گئے ہیں جو کہ تم ظالم سمجھتے ہو، تو کبھی بھی یہ مت سمجھو کہ ان کے وہ ظلمت تمہارے پر غالب</w:t>
      </w:r>
    </w:p>
    <w:p>
      <w:r>
        <w:rPr>
          <w:b/>
        </w:rPr>
        <w:t xml:space="preserve">[18:54] </w:t>
      </w:r>
      <w:r>
        <w:t xml:space="preserve"> ho gaye. nahi, is ka sabab hamesha yeh hoga ke adam tawaqqu tumhare apne andar, tumhare apne andar deep thinking ki kami,</w:t>
      </w:r>
    </w:p>
    <w:p>
      <w:pPr>
        <w:jc w:val="right"/>
      </w:pPr>
      <w:r>
        <w:t>ہو گئے۔ نہیں، اس کا سبب ہمیشہ یہ ہوگا کہ عدم توقع تمہارے اپنے اندر، تمہارے اپنے اندر ڈیپ تھنکنگ کی کمی،</w:t>
      </w:r>
    </w:p>
    <w:p>
      <w:r>
        <w:rPr>
          <w:b/>
        </w:rPr>
        <w:t xml:space="preserve">[19:07] </w:t>
      </w:r>
      <w:r>
        <w:t xml:space="preserve"> tumhare apne andar gehri samajh ki kami, tumhare apne andar gehri planning ki kami.</w:t>
      </w:r>
    </w:p>
    <w:p>
      <w:pPr>
        <w:jc w:val="right"/>
      </w:pPr>
      <w:r>
        <w:t>تمہارے اپنے اندر گہری سمجھ کی کمی، تمہارے اپنے اندر گہری پلاننگ کی کمی۔</w:t>
      </w:r>
    </w:p>
    <w:p>
      <w:r>
        <w:rPr>
          <w:b/>
        </w:rPr>
        <w:t xml:space="preserve">[19:19] </w:t>
      </w:r>
      <w:r>
        <w:t xml:space="preserve"> kyunke jahan tawaqqu hoga, wahan gehri planning hogi.</w:t>
      </w:r>
    </w:p>
    <w:p>
      <w:pPr>
        <w:jc w:val="right"/>
      </w:pPr>
      <w:r>
        <w:t>کیونکہ جہاں توقع ہوگا، وہاں گہری پلاننگ ہوگی۔</w:t>
      </w:r>
    </w:p>
    <w:p>
      <w:r>
        <w:rPr>
          <w:b/>
        </w:rPr>
        <w:t xml:space="preserve">[19:24] </w:t>
      </w:r>
      <w:r>
        <w:t xml:space="preserve"> jahan deep thinking hogi, wahan gehri planning hogi.</w:t>
      </w:r>
    </w:p>
    <w:p>
      <w:pPr>
        <w:jc w:val="right"/>
      </w:pPr>
      <w:r>
        <w:t>جہاں ڈیپ تھنکنگ ہوگی، وہاں گہری پلاننگ ہوگی۔</w:t>
      </w:r>
    </w:p>
    <w:p>
      <w:r>
        <w:rPr>
          <w:b/>
        </w:rPr>
        <w:t xml:space="preserve">[19:34] </w:t>
      </w:r>
      <w:r>
        <w:t xml:space="preserve"> to is hadith mein bohat bara sabak diya gaya hai ek insan ke liye apni zaati zindagi mein bhi aur majmooi taur par poori ummat ke liye bhi,</w:t>
      </w:r>
    </w:p>
    <w:p>
      <w:pPr>
        <w:jc w:val="right"/>
      </w:pPr>
      <w:r>
        <w:t>تو اس حدیث میں بہت بڑا سبق دیا گیا ہے ایک انسان کے لیے اپنی ذاتی زندگی میں بھی اور مجموعی طور پر پوری امت کے لیے بھی،</w:t>
      </w:r>
    </w:p>
    <w:p>
      <w:r>
        <w:rPr>
          <w:b/>
        </w:rPr>
        <w:t xml:space="preserve">[19:49] </w:t>
      </w:r>
      <w:r>
        <w:t xml:space="preserve"> dono halaton ke liye.</w:t>
      </w:r>
    </w:p>
    <w:p>
      <w:pPr>
        <w:jc w:val="right"/>
      </w:pPr>
      <w:r>
        <w:t>دونوں حالتوں کے لیے۔</w:t>
      </w:r>
    </w:p>
    <w:p>
      <w:r>
        <w:rPr>
          <w:b/>
        </w:rPr>
        <w:t xml:space="preserve">[19:58] </w:t>
      </w:r>
      <w:r>
        <w:t xml:space="preserve"> to dekhiye, ek hote hain is islam ke masail jin ko hum kehte hain fiqhi masail. ek hote hain masail.</w:t>
      </w:r>
    </w:p>
    <w:p>
      <w:pPr>
        <w:jc w:val="right"/>
      </w:pPr>
      <w:r>
        <w:t>تو دیکھیے، ایک ہوتے ہیں اس اسلام کے مسائل جن کو ہم کہتے ہیں فقہی مسائل۔ ایک ہوتے ہیں مسائل۔</w:t>
      </w:r>
    </w:p>
    <w:p>
      <w:r>
        <w:rPr>
          <w:b/>
        </w:rPr>
        <w:t xml:space="preserve">[20:09] </w:t>
      </w:r>
      <w:r>
        <w:t xml:space="preserve"> masail kya hain? woh islam ka form hai, woh islam ka form hai, zahiri form. wohi asal islam nahi hai.</w:t>
      </w:r>
    </w:p>
    <w:p>
      <w:pPr>
        <w:jc w:val="right"/>
      </w:pPr>
      <w:r>
        <w:t>مسائل کیا ہیں؟ وہ اسلام کا فارم ہے، وہ اسلام کا فارم ہے، ظاہری فارم۔ وہی اصل اسلام نہیں ہے۔</w:t>
      </w:r>
    </w:p>
    <w:p>
      <w:r>
        <w:rPr>
          <w:b/>
        </w:rPr>
        <w:t xml:space="preserve">[20:23] </w:t>
      </w:r>
      <w:r>
        <w:t xml:space="preserve"> asal islam woh hai jo is ki spirit hai, woh hai asal islam.</w:t>
      </w:r>
    </w:p>
    <w:p>
      <w:pPr>
        <w:jc w:val="right"/>
      </w:pPr>
      <w:r>
        <w:t>اصل اسلام وہ ہے جو اس کی سپرٹ ہے، وہ ہے اصل اسلام۔</w:t>
      </w:r>
    </w:p>
    <w:p>
      <w:r>
        <w:rPr>
          <w:b/>
        </w:rPr>
        <w:t xml:space="preserve">[20:33] </w:t>
      </w:r>
      <w:r>
        <w:t xml:space="preserve"> to jab tak musalmanon mein tawaqqu zinda rahe ga, woh spirit wale islam par qaim rahenge, aur jab tawaqqu nahi rahe ga to form wale islam par qaim ho jayenge.</w:t>
      </w:r>
    </w:p>
    <w:p>
      <w:pPr>
        <w:jc w:val="right"/>
      </w:pPr>
      <w:r>
        <w:t>تو جب تک مسلمانوں میں توقع زندہ رہے گا، وہ اسپرٹ والے اسلام پر قائم رہیں گے، اور جب توقع نہیں رہے گا تو فارم والے اسلام پر قائم ہو جائیں گے۔</w:t>
      </w:r>
    </w:p>
    <w:p>
      <w:r>
        <w:rPr>
          <w:b/>
        </w:rPr>
        <w:t xml:space="preserve">[20:43] </w:t>
      </w:r>
      <w:r>
        <w:t xml:space="preserve"> woh</w:t>
      </w:r>
    </w:p>
    <w:p>
      <w:pPr>
        <w:jc w:val="right"/>
      </w:pPr>
      <w:r>
        <w:t>وہ</w:t>
      </w:r>
    </w:p>
    <w:p>
      <w:r>
        <w:rPr>
          <w:b/>
        </w:rPr>
        <w:t xml:space="preserve">[20:51] </w:t>
      </w:r>
      <w:r>
        <w:t>yani bohat bari pehchan hai yeh ke agar ummat form wale islam par qaim hai to samajh lijiye ke is ke andar tawaqqu nahi hai, aur agar ummat spirit wale islam par qaim ho to samajh lijiye ke is ke andar tawaqqu hai.</w:t>
      </w:r>
    </w:p>
    <w:p>
      <w:pPr>
        <w:jc w:val="right"/>
      </w:pPr>
      <w:r>
        <w:t>یعنی بہت بڑی پہچان ہے یہ کہ اگر امت فارم والے اسلام پر قائم ہے تو سمجھ لیجئے کہ اس کے اندر توقع نہیں ہے، اور اگر امت اسپرٹ والے اسلام پر قائم ہو تو سمجھ لیجئے کہ اس کے اندر توقع ہے۔</w:t>
      </w:r>
    </w:p>
    <w:p>
      <w:r>
        <w:rPr>
          <w:b/>
        </w:rPr>
        <w:t xml:space="preserve">[21:10] </w:t>
      </w:r>
      <w:r>
        <w:t>tawaqqu ka matlab hai hikmat, deep thinking, gehri danishmandi.</w:t>
      </w:r>
    </w:p>
    <w:p>
      <w:pPr>
        <w:jc w:val="right"/>
      </w:pPr>
      <w:r>
        <w:t>توقع کا مطلب ہے حکمت، ڈیپ تھنکنگ، گہری دانشمندی۔</w:t>
      </w:r>
    </w:p>
    <w:p>
      <w:r>
        <w:rPr>
          <w:b/>
        </w:rPr>
        <w:t xml:space="preserve">[21:22] </w:t>
      </w:r>
      <w:r>
        <w:t>to yeh khair aala hai. yeh farmaya ke sab se bara khair jo Allah ki taraf se kisi ko milta hai, woh yeh hai.</w:t>
      </w:r>
    </w:p>
    <w:p>
      <w:pPr>
        <w:jc w:val="right"/>
      </w:pPr>
      <w:r>
        <w:t>تو یہ خیر اعلیٰ ہے۔ یہ فرمایا کہ سب سے بڑا خیر جو اللہ کی طرف سے کسی کو ملتا ہے، وہ یہ ہے۔</w:t>
      </w:r>
    </w:p>
    <w:p>
      <w:r>
        <w:rPr>
          <w:b/>
        </w:rPr>
        <w:t xml:space="preserve">[21:35] </w:t>
      </w:r>
      <w:r>
        <w:t>is se zyada bara khair yeh nahi ke aap ko bari building ho jaye, aap ke paas paisa ho jaye, yeh bhi nahi ke aap ki government ban jaye.</w:t>
      </w:r>
    </w:p>
    <w:p>
      <w:pPr>
        <w:jc w:val="right"/>
      </w:pPr>
      <w:r>
        <w:t>اس سے زیادہ بڑا خیر یہ نہیں کہ آپ کو بڑی بلڈنگ ہو جائے، آپ کے پاس پیسہ ہو جائے، یہ بھی نہیں کہ آپ کی گورنمنٹ بن جائے۔</w:t>
      </w:r>
    </w:p>
    <w:p>
      <w:r>
        <w:rPr>
          <w:b/>
        </w:rPr>
        <w:t xml:space="preserve">[21:43] </w:t>
      </w:r>
      <w:r>
        <w:t>yeh sab khair aala nahi hai.</w:t>
      </w:r>
    </w:p>
    <w:p>
      <w:pPr>
        <w:jc w:val="right"/>
      </w:pPr>
      <w:r>
        <w:t>یہ سب خیر اعلیٰ نہیں ہے۔</w:t>
      </w:r>
    </w:p>
    <w:p>
      <w:r>
        <w:rPr>
          <w:b/>
        </w:rPr>
        <w:t xml:space="preserve">[21:47] </w:t>
      </w:r>
      <w:r>
        <w:t>aap ko ohda mil jaye, hukoomat mil jaye aap ko, to yeh khair aala nahi hai. khair aala yeh hai ke aap ke andar tawaqqu ki salahiyat paida ho jaye.</w:t>
      </w:r>
    </w:p>
    <w:p>
      <w:pPr>
        <w:jc w:val="right"/>
      </w:pPr>
      <w:r>
        <w:t>آپ کو عہدہ مل جائے، حکومت مل جائے آپ کو، تو یہ خیر اعلیٰ نہیں ہے۔ خیر اعلیٰ یہ ہے کہ آپ کے اندر توقع کی صلاحیت پیدا ہو جائے۔</w:t>
      </w:r>
    </w:p>
    <w:p>
      <w:r>
        <w:rPr>
          <w:b/>
        </w:rPr>
        <w:t xml:space="preserve">[22:01] </w:t>
      </w:r>
      <w:r>
        <w:t>yeh bohat ajeeb baat hai.</w:t>
      </w:r>
    </w:p>
    <w:p>
      <w:pPr>
        <w:jc w:val="right"/>
      </w:pPr>
      <w:r>
        <w:t>یہ بہت عجیب بات ہے۔</w:t>
      </w:r>
    </w:p>
    <w:p>
      <w:r>
        <w:rPr>
          <w:b/>
        </w:rPr>
        <w:t xml:space="preserve">[22:05] </w:t>
      </w:r>
      <w:r>
        <w:t>aadmi jin jinon ko bari cheez samajhta hai, jin ko woh khair aala samajhta hai, ya yeh hadith is ki nafi karti hai.</w:t>
      </w:r>
    </w:p>
    <w:p>
      <w:pPr>
        <w:jc w:val="right"/>
      </w:pPr>
      <w:r>
        <w:t>آدمی جن جنوں کو بڑی چیز سمجھتا ہے، جن کو وہ خیر اعلیٰ سمجھتا ہے، یا یہ حدیث اس کی نفی کرتی ہے۔</w:t>
      </w:r>
    </w:p>
    <w:p>
      <w:r>
        <w:rPr>
          <w:b/>
        </w:rPr>
        <w:t xml:space="preserve">[22:20] </w:t>
      </w:r>
      <w:r>
        <w:t>log samajhte hain ke hamare paas agar bara ghar ho, paisa ho, hamari position ho, hamara dabdaba ho, hamari hukoomat qaim ho jaye to yeh bari cheez hai.</w:t>
      </w:r>
    </w:p>
    <w:p>
      <w:pPr>
        <w:jc w:val="right"/>
      </w:pPr>
      <w:r>
        <w:t>لوگ سمجھتے ہیں کہ ہمارے پاس اگر بڑا گھر ہو، پیسہ ہو، ہماری پوزیشن ہو، ہمارا دبدبہ ہو، ہماری حکومت قائم ہو جائے تو یہ بڑی چیز ہے۔</w:t>
      </w:r>
    </w:p>
    <w:p>
      <w:r>
        <w:rPr>
          <w:b/>
        </w:rPr>
        <w:t xml:space="preserve">[22:34] </w:t>
      </w:r>
      <w:r>
        <w:t>yeh cheezen hargiz bari cheez nahi hain.</w:t>
      </w:r>
    </w:p>
    <w:p>
      <w:pPr>
        <w:jc w:val="right"/>
      </w:pPr>
      <w:r>
        <w:t>یہ چیزیں ہرگز بڑی چیز نہیں ہیں۔</w:t>
      </w:r>
    </w:p>
    <w:p>
      <w:r>
        <w:rPr>
          <w:b/>
        </w:rPr>
        <w:t xml:space="preserve">[22:39] </w:t>
      </w:r>
      <w:r>
        <w:t>bari cheez tawaqqu hai. is liye ke tawaqqu se aap ke andar intellectual development hota hai, aap ki personality tarqqi karti hai, aap ke andar rohani irtqa hota hai.</w:t>
      </w:r>
    </w:p>
    <w:p>
      <w:pPr>
        <w:jc w:val="right"/>
      </w:pPr>
      <w:r>
        <w:t>بڑی چیز توقع ہے۔ اس لیے کہ توقع سے آپ کے اندر انٹلیکچول ڈیویلپمنٹ ہوتا ہے، آپ کی پرسنیلٹی ترقی کرتی ہے، آپ کے اندر روحانی ارتقاء ہوتا ہے۔</w:t>
      </w:r>
    </w:p>
    <w:p>
      <w:r>
        <w:rPr>
          <w:b/>
        </w:rPr>
        <w:t xml:space="preserve">[22:53] </w:t>
      </w:r>
      <w:r>
        <w:t>yeh sab baaten hoti hain. to yeh bari cheez hai. yeh sab cheezen jo hain, woh bari cheez hain.</w:t>
      </w:r>
    </w:p>
    <w:p>
      <w:pPr>
        <w:jc w:val="right"/>
      </w:pPr>
      <w:r>
        <w:t>یہ سب باتیں ہوتی ہیں۔ تو یہ بڑی چیز ہے۔ یہ سب چیزیں جو ہیں، وہ بڑی چیز ہیں۔</w:t>
      </w:r>
    </w:p>
    <w:p>
      <w:r>
        <w:rPr>
          <w:b/>
        </w:rPr>
        <w:t xml:space="preserve">[23:09] </w:t>
      </w:r>
      <w:r>
        <w:t>to yeh bohat bari ghalati hai logon mein chhai hui ke woh bator khud kuch cheezon ko samajh lete hain ke yeh bari cheez hai, aur woh pa jaye to woh samajhte hain ke bari cheez mil gayi, na paye to un ko mayusi hoti hai.</w:t>
      </w:r>
    </w:p>
    <w:p>
      <w:pPr>
        <w:jc w:val="right"/>
      </w:pPr>
      <w:r>
        <w:t>تو یہ بہت بڑی غلطی ہے لوگوں میں چھائی ہوئی کہ وہ بطور خود کچھ چیزوں کو سمجھ لیتے ہیں کہ یہ بڑی چیز ہے، اور وہ پا جائے تو وہ سمجھتے ہیں کہ بڑی چیز مل گئی، نہ پائے تو ان کو مایوسی ہوتی ہے۔</w:t>
      </w:r>
    </w:p>
    <w:p>
      <w:r>
        <w:rPr>
          <w:b/>
        </w:rPr>
        <w:t xml:space="preserve">[23:24] </w:t>
      </w:r>
      <w:r>
        <w:t>yeh khud sakhta soch ke barabar hota hai.</w:t>
      </w:r>
    </w:p>
    <w:p>
      <w:pPr>
        <w:jc w:val="right"/>
      </w:pPr>
      <w:r>
        <w:t>یہ خود ساختہ سوچ کے برابر ہوتا ہے۔</w:t>
      </w:r>
    </w:p>
    <w:p>
      <w:r>
        <w:rPr>
          <w:b/>
        </w:rPr>
        <w:t xml:space="preserve">[23:30] </w:t>
      </w:r>
      <w:r>
        <w:t>to is hadith ke mutabiq bari cheez jo hai, woh hai ke aap ke andar tawaqqu paida ho jaye, deep thinking aa jaye, hikmat aa jaye, wisdom aa jaye.</w:t>
      </w:r>
    </w:p>
    <w:p>
      <w:pPr>
        <w:jc w:val="right"/>
      </w:pPr>
      <w:r>
        <w:t>تو اس حدیث کے مطابق بڑی چیز جو ہے، وہ ہے کہ آپ کے اندر توقع پیدا ہو جائے، ڈیپ تھنکنگ آ جائے، حکمت آ جائے، وزڈم آ جائے۔</w:t>
      </w:r>
    </w:p>
    <w:p>
      <w:r>
        <w:rPr>
          <w:b/>
        </w:rPr>
        <w:t xml:space="preserve">[23:46] </w:t>
      </w:r>
      <w:r>
        <w:t>wisdom sab se bari cheez Allah ke nazdeek wisdom hai,</w:t>
      </w:r>
    </w:p>
    <w:p>
      <w:pPr>
        <w:jc w:val="right"/>
      </w:pPr>
      <w:r>
        <w:t>وزڈم سب سے بڑی چیز اللہ کے نزدیک وزڈم ہے،</w:t>
      </w:r>
    </w:p>
    <w:p>
      <w:r>
        <w:rPr>
          <w:b/>
        </w:rPr>
        <w:t xml:space="preserve">[23:52] </w:t>
      </w:r>
      <w:r>
        <w:t>hukoomat jaisi cheezen nahi hain.</w:t>
      </w:r>
    </w:p>
    <w:p>
      <w:pPr>
        <w:jc w:val="right"/>
      </w:pPr>
      <w:r>
        <w:t>حکومت جیسی چیزیں نہیں ہیں۔</w:t>
      </w:r>
    </w:p>
    <w:p>
      <w:r>
        <w:rPr>
          <w:b/>
        </w:rPr>
        <w:t xml:space="preserve">[24:01] </w:t>
      </w:r>
      <w:r>
        <w:t>aur jab bhi aisa ho ke koi groh ummat ke upar ghalib aa jaye to samajh lijiye ke ummat se wisdom chali gayi hai.</w:t>
      </w:r>
    </w:p>
    <w:p>
      <w:pPr>
        <w:jc w:val="right"/>
      </w:pPr>
      <w:r>
        <w:t>اور جب بھی ایسا ہو کہ کوئی گروہ امت کے اوپر غالب آ جائے تو سمجھ لیجئے کہ امت سے وزڈم چلی گئی ہے۔</w:t>
      </w:r>
    </w:p>
    <w:p>
      <w:r>
        <w:rPr>
          <w:b/>
        </w:rPr>
        <w:t xml:space="preserve">[24:11] </w:t>
      </w:r>
      <w:r>
        <w:t>wisdom,</w:t>
      </w:r>
    </w:p>
    <w:p>
      <w:pPr>
        <w:jc w:val="right"/>
      </w:pPr>
      <w:r>
        <w:t>وزڈم،</w:t>
      </w:r>
    </w:p>
    <w:p>
      <w:r>
        <w:rPr>
          <w:b/>
        </w:rPr>
        <w:t xml:space="preserve">[24:15] </w:t>
      </w:r>
      <w:r>
        <w:t>wisdom ka fuqdan masle paida karta hai, aur wisdom agar maujood ho</w:t>
      </w:r>
    </w:p>
    <w:p>
      <w:pPr>
        <w:jc w:val="right"/>
      </w:pPr>
      <w:r>
        <w:t>وزڈم کا فقدان مسئلے پیدا کرتا ہے، اور وزڈم اگر موجود ہو</w:t>
      </w:r>
    </w:p>
    <w:p>
      <w:r>
        <w:rPr>
          <w:b/>
        </w:rPr>
        <w:t xml:space="preserve">[24:24] </w:t>
      </w:r>
      <w:r>
        <w:t>to phir koi aap par ghalib nahi aa sakta.</w:t>
      </w:r>
    </w:p>
    <w:p>
      <w:pPr>
        <w:jc w:val="right"/>
      </w:pPr>
      <w:r>
        <w:t>تو پھر کوئی آپ پر غالب نہیں آ سکتا۔</w:t>
      </w:r>
    </w:p>
    <w:p>
      <w:r>
        <w:rPr>
          <w:b/>
        </w:rPr>
        <w:t xml:space="preserve">[24:37] </w:t>
      </w:r>
      <w:r>
        <w:t>to yeh hadith jo hai, bohat zyada ghor o fikr ki talib hai.</w:t>
      </w:r>
    </w:p>
    <w:p>
      <w:pPr>
        <w:jc w:val="right"/>
      </w:pPr>
      <w:r>
        <w:t>تو یہ حدیث جو ہے، بہت زیادہ غور و فکر کی طالب ہے۔</w:t>
      </w:r>
    </w:p>
    <w:p>
      <w:r>
        <w:rPr>
          <w:b/>
        </w:rPr>
        <w:t xml:space="preserve">[24:45] </w:t>
      </w:r>
      <w:r>
        <w:t>is mein bohat bari taleem di gayi hai, aur is se maloom hota hai ke zindagi mein sab se bari cheez kya hai.</w:t>
      </w:r>
    </w:p>
    <w:p>
      <w:pPr>
        <w:jc w:val="right"/>
      </w:pPr>
      <w:r>
        <w:t>اس میں بہت بڑی تعلیم دی گئی ہے، اور اس سے معلوم ہوتا ہے کہ زندگی میں سب سے بڑی چیز کیا ہے۔</w:t>
      </w:r>
    </w:p>
    <w:p>
      <w:r>
        <w:rPr>
          <w:b/>
        </w:rPr>
        <w:t xml:space="preserve">[24:57] </w:t>
      </w:r>
      <w:r>
        <w:t>woh kya cheez hai jis ki hamein tamanna karni chahiye, jis ki hamein koshish karni chahiye? woh hai wisdom.</w:t>
      </w:r>
    </w:p>
    <w:p>
      <w:pPr>
        <w:jc w:val="right"/>
      </w:pPr>
      <w:r>
        <w:t>وہ کیا چیز ہے جس کی ہمیں تمنا کرنی چاہیے، جس کی ہمیں کوشش کرنی چاہیے؟ وہ ہے وزڈم۔</w:t>
      </w:r>
    </w:p>
    <w:p>
      <w:r>
        <w:rPr>
          <w:b/>
        </w:rPr>
        <w:t xml:space="preserve">[25:09] </w:t>
      </w:r>
      <w:r>
        <w:t>log ladte hain hukoomat mein kaam karne ke liye. yeh khudai scheme ke khilaf hai.</w:t>
      </w:r>
    </w:p>
    <w:p>
      <w:pPr>
        <w:jc w:val="right"/>
      </w:pPr>
      <w:r>
        <w:t>لوگ لڑتے ہیں حکومت میں کام کرنے کے لیے۔ یہ خدائی اسکیم کے خلاف ہے۔</w:t>
      </w:r>
    </w:p>
    <w:p>
      <w:r>
        <w:rPr>
          <w:b/>
        </w:rPr>
        <w:t xml:space="preserve">[25:17] </w:t>
      </w:r>
      <w:r>
        <w:t>khudai scheme yeh hai ke aap woh kaam karen jis se aap ke andar tawquf aaye, wisdom aaye. woh bara kaam hai.</w:t>
      </w:r>
    </w:p>
    <w:p>
      <w:pPr>
        <w:jc w:val="right"/>
      </w:pPr>
      <w:r>
        <w:t>خدائی اسکیم یہ ہے کہ آپ وہ کام کریں جس سے آپ کے اندر توقع آئے، وزڈم آئے۔ وہ بڑا کام ہے۔</w:t>
      </w:r>
    </w:p>
    <w:p>
      <w:r>
        <w:rPr>
          <w:b/>
        </w:rPr>
        <w:t xml:space="preserve">[25:36] </w:t>
      </w:r>
      <w:r>
        <w:t>toh yeh hadees jo hai, yeh batati hai ke hamare liye khair kya hai. khair</w:t>
      </w:r>
    </w:p>
    <w:p>
      <w:pPr>
        <w:jc w:val="right"/>
      </w:pPr>
      <w:r>
        <w:t>تو یہ حدیث جو ہے، یہ بتاتی ہے کہ ہمارے لیے خیر کیا ہے۔ خیر</w:t>
      </w:r>
    </w:p>
    <w:p>
      <w:r>
        <w:rPr>
          <w:b/>
        </w:rPr>
        <w:t xml:space="preserve">[25:47] </w:t>
      </w:r>
      <w:r>
        <w:t>bara</w:t>
      </w:r>
    </w:p>
    <w:p>
      <w:pPr>
        <w:jc w:val="right"/>
      </w:pPr>
      <w:r>
        <w:t>بڑا</w:t>
      </w:r>
    </w:p>
    <w:p>
      <w:r>
        <w:rPr>
          <w:b/>
        </w:rPr>
        <w:t xml:space="preserve">[25:50] </w:t>
      </w:r>
      <w:r>
        <w:t>bari cheez jis ki hum tamanna karen, jis ki koshish karen, woh kya cheez hai? woh khair hai. woh khair kya hai? woh khair hai tawquf.</w:t>
      </w:r>
    </w:p>
    <w:p>
      <w:pPr>
        <w:jc w:val="right"/>
      </w:pPr>
      <w:r>
        <w:t>بڑی چیز جس کی ہم تمنا کریں، جس کی کوشش کریں، وہ کیا چیز ہے؟ وہ خیر ہے۔ وہ خیر کیا ہے؟ وہ خیر ہے توقع۔</w:t>
      </w:r>
    </w:p>
    <w:p>
      <w:r>
        <w:rPr>
          <w:b/>
        </w:rPr>
        <w:t xml:space="preserve">[26:04] </w:t>
      </w:r>
      <w:r>
        <w:t>toh tawquf mein deen ki samajh bhi shamil hai, dunya ke mamlaat ki gehri samajh bhi shamil hai.</w:t>
      </w:r>
    </w:p>
    <w:p>
      <w:pPr>
        <w:jc w:val="right"/>
      </w:pPr>
      <w:r>
        <w:t>تو توقع میں دین کی سمجھ بھی شامل ہے، دنیا کے معاملات کی گہری سمجھ بھی شامل ہے۔</w:t>
      </w:r>
    </w:p>
    <w:p>
      <w:r>
        <w:rPr>
          <w:b/>
        </w:rPr>
        <w:t xml:space="preserve">[26:18] </w:t>
      </w:r>
      <w:r>
        <w:t>woh sari cheezein jis ke darmiyan aadmi zindagi guzarta hai, woh sab kuch is mein shamil hai. family life, social life, qaumi zindagi, jo bhi mamlaat insaan se mutalliq hote hain,</w:t>
      </w:r>
    </w:p>
    <w:p>
      <w:pPr>
        <w:jc w:val="right"/>
      </w:pPr>
      <w:r>
        <w:t>وہ ساری چیزیں جس کے درمیان آدمی زندگی گزارتا ہے، وہ سب کچھ اس میں شامل ہے۔ فیملی لائف، سوشل لائف، قومی زندگی، جو بھی معاملات انسان سے متعلق ہوتے ہیں،</w:t>
      </w:r>
    </w:p>
    <w:p>
      <w:r>
        <w:rPr>
          <w:b/>
        </w:rPr>
        <w:t xml:space="preserve">[26:36] </w:t>
      </w:r>
      <w:r>
        <w:t>in sab ko le kar ke</w:t>
      </w:r>
    </w:p>
    <w:p>
      <w:pPr>
        <w:jc w:val="right"/>
      </w:pPr>
      <w:r>
        <w:t>ان سب کو لے کر کے</w:t>
      </w:r>
    </w:p>
    <w:p>
      <w:r>
        <w:rPr>
          <w:b/>
        </w:rPr>
        <w:t xml:space="preserve">[26:41] </w:t>
      </w:r>
      <w:r>
        <w:t>yeh baat kahi gayi hai.</w:t>
      </w:r>
    </w:p>
    <w:p>
      <w:pPr>
        <w:jc w:val="right"/>
      </w:pPr>
      <w:r>
        <w:t>یہ بات کہی گئی ہے۔</w:t>
      </w:r>
    </w:p>
    <w:p>
      <w:r>
        <w:rPr>
          <w:b/>
        </w:rPr>
        <w:t xml:space="preserve">[26:46] </w:t>
      </w:r>
      <w:r>
        <w:t>aur agar aadmi ke andar tawquf hai toh har mamla durust hoga.</w:t>
      </w:r>
    </w:p>
    <w:p>
      <w:pPr>
        <w:jc w:val="right"/>
      </w:pPr>
      <w:r>
        <w:t>اور اگر آدمی کے اندر توقع ہے تو ہر معاملہ درست ہوگا۔</w:t>
      </w:r>
    </w:p>
    <w:p>
      <w:r>
        <w:rPr>
          <w:b/>
        </w:rPr>
        <w:t xml:space="preserve">[26:52] </w:t>
      </w:r>
      <w:r>
        <w:t>tawquf nahi hai toh koi mamla durust nahi hoga.</w:t>
      </w:r>
    </w:p>
    <w:p>
      <w:pPr>
        <w:jc w:val="right"/>
      </w:pPr>
      <w:r>
        <w:t>توقع نہیں ہے تو کوئی معاملہ درست نہیں ہوگا۔</w:t>
      </w:r>
    </w:p>
    <w:p>
      <w:r>
        <w:rPr>
          <w:b/>
        </w:rPr>
        <w:t xml:space="preserve">[27:00] </w:t>
      </w:r>
      <w:r>
        <w:t>toh khulasa yeh hai ke tawquf yeh hai ke aap cheezon ko face value par na len, balkeh gehrai ke sath soch kar un ke bare mein rai qaim karen.</w:t>
      </w:r>
    </w:p>
    <w:p>
      <w:pPr>
        <w:jc w:val="right"/>
      </w:pPr>
      <w:r>
        <w:t>تو خلاصہ یہ ہے کہ توقع یہ ہے کہ آپ چیزوں کو فیس ویلیو پر نہ لیں، بلکہ گہرائی کے ساتھ سوچ کر ان کے بارے میں رائے قائم کریں۔</w:t>
      </w:r>
    </w:p>
    <w:p>
      <w:r>
        <w:rPr>
          <w:b/>
        </w:rPr>
        <w:t xml:space="preserve">[27:17] </w:t>
      </w:r>
      <w:r>
        <w:t>kyunke har cheez ke bohat se pehlu hote hain.</w:t>
      </w:r>
    </w:p>
    <w:p>
      <w:pPr>
        <w:jc w:val="right"/>
      </w:pPr>
      <w:r>
        <w:t>کیونکہ ہر چیز کے بہت سے پہلو ہوتے ہیں۔</w:t>
      </w:r>
    </w:p>
    <w:p>
      <w:r>
        <w:rPr>
          <w:b/>
        </w:rPr>
        <w:t xml:space="preserve">[27:20] </w:t>
      </w:r>
      <w:r>
        <w:t>agar face value par lenge toh aap toh un ki face value par lenge toh jo cheezein bazahir dikhai deti hain, aap aap ka zehn idhar chala jayega.</w:t>
      </w:r>
    </w:p>
    <w:p>
      <w:pPr>
        <w:jc w:val="right"/>
      </w:pPr>
      <w:r>
        <w:t>اگر فیس ویلیو پر لیں گے تو آپ تو ان کی فیس ویلیو پر لیں گے تو جو چیزیں بظاہر دکھائی دیتی ہیں، آپ آپ کا ذہن ادھر چلا جائے گا۔</w:t>
      </w:r>
    </w:p>
    <w:p>
      <w:r>
        <w:rPr>
          <w:b/>
        </w:rPr>
        <w:t xml:space="preserve">[27:29] </w:t>
      </w:r>
      <w:r>
        <w:t>lekin jab aap deep mein ja kar sochenge, gehrai mein ja kar sochenge toh aap is ke core tak pahunch jayenge.</w:t>
      </w:r>
    </w:p>
    <w:p>
      <w:pPr>
        <w:jc w:val="right"/>
      </w:pPr>
      <w:r>
        <w:t>لیکن جب آپ ڈیپ میں جا کر سوچیں گے، گہرائی میں جا کر سوچیں گے تو آپ اس کے کور تک پہنچ جائیں گے۔</w:t>
      </w:r>
    </w:p>
    <w:p>
      <w:r>
        <w:rPr>
          <w:b/>
        </w:rPr>
        <w:t xml:space="preserve">[27:38] </w:t>
      </w:r>
      <w:r>
        <w:t>asal jo hai, is point tak pahunch jayenge.</w:t>
      </w:r>
    </w:p>
    <w:p>
      <w:pPr>
        <w:jc w:val="right"/>
      </w:pPr>
      <w:r>
        <w:t>اصل جو ہے، اس پوائنٹ تک پہنچ جائیں گے۔</w:t>
      </w:r>
    </w:p>
    <w:p>
      <w:r>
        <w:rPr>
          <w:b/>
        </w:rPr>
        <w:t xml:space="preserve">[27:44] </w:t>
      </w:r>
      <w:r>
        <w:t>bhatkenge nahi aap.</w:t>
      </w:r>
    </w:p>
    <w:p>
      <w:pPr>
        <w:jc w:val="right"/>
      </w:pPr>
      <w:r>
        <w:t>بھٹکیں گے نہیں آپ۔</w:t>
      </w:r>
    </w:p>
    <w:p>
      <w:r>
        <w:rPr>
          <w:b/>
        </w:rPr>
        <w:t xml:space="preserve">[27:52] </w:t>
      </w:r>
      <w:r>
        <w:t>toh yeh hadees choti si hai, lekin is mein bohat hi bari baat batayi gayi hai.</w:t>
      </w:r>
    </w:p>
    <w:p>
      <w:pPr>
        <w:jc w:val="right"/>
      </w:pPr>
      <w:r>
        <w:t>تو یہ حدیث چھوٹی سی ہے، لیکن اس میں بہت ہی بڑی بات بتائی گئی ہے۔</w:t>
      </w:r>
    </w:p>
    <w:p>
      <w:r>
        <w:rPr>
          <w:b/>
        </w:rPr>
        <w:t xml:space="preserve">[28:11] </w:t>
      </w:r>
      <w:r>
        <w:t>aam taur par tawquf ka matlab yeh ban gaya hai aaj kal ke fiqhi misaal mein darak hona, woh yahan murad hi nahi hai.</w:t>
      </w:r>
    </w:p>
    <w:p>
      <w:pPr>
        <w:jc w:val="right"/>
      </w:pPr>
      <w:r>
        <w:t>عام طور پر توقع کا مطلب یہ بن گیا ہے آج کل کہ فقہی مثال میں درک ہونا، وہ یہاں مراد ہی نہیں ہے۔</w:t>
      </w:r>
    </w:p>
    <w:p>
      <w:r>
        <w:rPr>
          <w:b/>
        </w:rPr>
        <w:t xml:space="preserve">[28:22] </w:t>
      </w:r>
      <w:r>
        <w:t>fiqhi misaal toh woh sab paida bhi nahi hue the jab yeh hadees aap ne farmayi thi.</w:t>
      </w:r>
    </w:p>
    <w:p>
      <w:pPr>
        <w:jc w:val="right"/>
      </w:pPr>
      <w:r>
        <w:t>فقہی مثال تو وہ سب پیدا بھی نہیں ہوئے تھے جب یہ حدیث آپ نے فرمائی تھی۔</w:t>
      </w:r>
    </w:p>
    <w:p>
      <w:r>
        <w:rPr>
          <w:b/>
        </w:rPr>
        <w:t xml:space="preserve">[28:29] </w:t>
      </w:r>
      <w:r>
        <w:t>tawquf ka matlab harghiz yeh nahi ke aadmi ko fiqh misaal mein darak hasil ho, woh ek alag cheez hai.</w:t>
      </w:r>
    </w:p>
    <w:p>
      <w:pPr>
        <w:jc w:val="right"/>
      </w:pPr>
      <w:r>
        <w:t>توقع کا مطلب ہرگز یہ نہیں کہ آدمی کو فقہ مثال میں درک حاصل ہو، وہ ایک الگ چیز ہے۔</w:t>
      </w:r>
    </w:p>
    <w:p>
      <w:r>
        <w:rPr>
          <w:b/>
        </w:rPr>
        <w:t xml:space="preserve">[28:38] </w:t>
      </w:r>
      <w:r>
        <w:t>yahan par jo tawquf hai, woh hai gehri samajh zindagi ke mamle mein, deen ke mamle mein. aur Quran mein dekhiye, yeh bhi hai ke tawquf se aadmi ke andar indhaar aata hai, yaani dawat.</w:t>
      </w:r>
    </w:p>
    <w:p>
      <w:pPr>
        <w:jc w:val="right"/>
      </w:pPr>
      <w:r>
        <w:t>یہاں پر جو توقع ہے، وہ ہے گہری سمجھ زندگی کے معاملے میں، دین کے معاملے میں۔ اور قرآن میں دیکھیے، یہ بھی ہے کہ توقع سے آدمی کے اندر انظار آتا ہے، یعنی دعوت۔</w:t>
      </w:r>
    </w:p>
    <w:p>
      <w:r>
        <w:rPr>
          <w:b/>
        </w:rPr>
        <w:t xml:space="preserve">[28:54] </w:t>
      </w:r>
      <w:r>
        <w:t>toh tawquf ka yeh bhi ek zahira hai ke jahan tawquf aayega, wahan dawat illallah bhi ubhregi.</w:t>
      </w:r>
    </w:p>
    <w:p>
      <w:pPr>
        <w:jc w:val="right"/>
      </w:pPr>
      <w:r>
        <w:t>تو توقع کا یہ بھی ایک ظاہرہ ہے کہ جہاں توقع آئے گا، وہاں دعوت الی اللہ بھی ابھرے گی۔</w:t>
      </w:r>
    </w:p>
    <w:p>
      <w:r>
        <w:rPr>
          <w:b/>
        </w:rPr>
        <w:t xml:space="preserve">[29:09] </w:t>
      </w:r>
      <w:r>
        <w:t>wa layunthiroo qawmahum itha rajo ilayhim toh tawquf aur dawat dono sath sath aate hain.</w:t>
      </w:r>
    </w:p>
    <w:p>
      <w:pPr>
        <w:jc w:val="right"/>
      </w:pPr>
      <w:r>
        <w:t>وَلْيُنْذِرُوا قَوْمَهُمْ اِذَا رَجَوْا إِلَيْهِمْ تو توقع اور دعوت دونوں ساتھ ساتھ آتے ہیں۔</w:t>
      </w:r>
    </w:p>
    <w:p>
      <w:r>
        <w:rPr>
          <w:b/>
        </w:rPr>
        <w:t xml:space="preserve">[29:19] </w:t>
      </w:r>
      <w:r>
        <w:t>toh tawquf se aap apni zindagi ko samajh paate hain, mamlaat ko achhe tareeqe se manage kar paate hain.</w:t>
      </w:r>
    </w:p>
    <w:p>
      <w:pPr>
        <w:jc w:val="right"/>
      </w:pPr>
      <w:r>
        <w:t>تو توقع سے آپ اپنی زندگی کو سمجھ پاتے ہیں، معاملات کو اچھے طریقے سے مینج کر پاتے ہیں۔</w:t>
      </w:r>
    </w:p>
    <w:p>
      <w:r>
        <w:rPr>
          <w:b/>
        </w:rPr>
        <w:t xml:space="preserve">[29:29] </w:t>
      </w:r>
      <w:r>
        <w:t>tawquf se aap mukhalifeen ki zad se apne ko bacha paate hain.</w:t>
      </w:r>
    </w:p>
    <w:p>
      <w:pPr>
        <w:jc w:val="right"/>
      </w:pPr>
      <w:r>
        <w:t>توقع سے آپ مخالفین کی زد سے اپنے کو بچا پاتے ہیں۔</w:t>
      </w:r>
    </w:p>
    <w:p>
      <w:r>
        <w:rPr>
          <w:b/>
        </w:rPr>
        <w:t xml:space="preserve">[29:37] </w:t>
      </w:r>
      <w:r>
        <w:t>tavaqqo se aap yeh kar paate hain ke tavaqqo se aap ke andar woh spirit paida hoti hai, dawat ki spirit.</w:t>
      </w:r>
    </w:p>
    <w:p>
      <w:pPr>
        <w:jc w:val="right"/>
      </w:pPr>
      <w:r>
        <w:t>توقع سے آپ یہ کر پاتے ہیں کہ توقع سے آپ کے اندر وہ اسپرٹ پیدا ہوتی ہے، دعوت کی اسپرٹ۔</w:t>
      </w:r>
    </w:p>
    <w:p>
      <w:r>
        <w:rPr>
          <w:b/>
        </w:rPr>
        <w:t xml:space="preserve">[29:48] </w:t>
      </w:r>
      <w:r>
        <w:t>aqool qawli haza wa astaghfirullaha alayhi walakum ajmaeen.</w:t>
      </w:r>
    </w:p>
    <w:p>
      <w:pPr>
        <w:jc w:val="right"/>
      </w:pPr>
      <w:r>
        <w:t>أَقُولُ قَوْلِي هَذَا وَأَسْتَغْفِرُوا اللَّهَ عَلَيْهِ وَلَكُمْ أَجْمَعِينَ۔</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