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 Literature (English) March 8, 2007 Maulan Wahiduddin Khan</w:t>
      </w:r>
    </w:p>
    <w:p>
      <w:r>
        <w:t>https://www.youtube.com/watch?v=UdxzmJTYqXk</w:t>
      </w:r>
    </w:p>
    <w:p>
      <w:r>
        <w:rPr>
          <w:b/>
        </w:rPr>
        <w:t xml:space="preserve">[00:32] </w:t>
      </w:r>
      <w:r>
        <w:t>today i want to say a few words about hadith literature.</w:t>
      </w:r>
    </w:p>
    <w:p>
      <w:pPr>
        <w:jc w:val="right"/>
      </w:pPr>
      <w:r>
        <w:t>ٹوڈے آئی وانٹ ٹو سے ا فیو ورڈز اباؤٹ حدیث لٹریچر.</w:t>
      </w:r>
    </w:p>
    <w:p>
      <w:r>
        <w:rPr>
          <w:b/>
        </w:rPr>
        <w:t xml:space="preserve">[00:44] </w:t>
      </w:r>
      <w:r>
        <w:t>you know, hadith is the second most authentic source of the religion of Islam.</w:t>
      </w:r>
    </w:p>
    <w:p>
      <w:pPr>
        <w:jc w:val="right"/>
      </w:pPr>
      <w:r>
        <w:t>یو نو، حدیث از دا سیکنڈ موسٹ اتھینٹک سورس اف دی ریلیجن اف اسلام.</w:t>
      </w:r>
    </w:p>
    <w:p>
      <w:r>
        <w:rPr>
          <w:b/>
        </w:rPr>
        <w:t xml:space="preserve">[00:59] </w:t>
      </w:r>
      <w:r>
        <w:t>there are two authentic sources of Islamic religion. one is quran, and the second is hadith.</w:t>
      </w:r>
    </w:p>
    <w:p>
      <w:pPr>
        <w:jc w:val="right"/>
      </w:pPr>
      <w:r>
        <w:t>دیر ار ٹو اتھینٹک سورسز اف اسلامک ریلیجن. ون از قرآن، اینڈ دا سیکنڈ از حدیث.</w:t>
      </w:r>
    </w:p>
    <w:p>
      <w:r>
        <w:rPr>
          <w:b/>
        </w:rPr>
        <w:t xml:space="preserve">[01:09] </w:t>
      </w:r>
      <w:r>
        <w:t>according to Islamic belief, quran is the collection of revelations received by the prophet from god</w:t>
      </w:r>
    </w:p>
    <w:p>
      <w:pPr>
        <w:jc w:val="right"/>
      </w:pPr>
      <w:r>
        <w:t>اکارڈنگ ٹو اسلامک بیلیف، قرآن از دا کلیکشن اف ریولیشنز ریسیوڈ بائے دا پرافٹ فرام گاڈ</w:t>
      </w:r>
    </w:p>
    <w:p>
      <w:r>
        <w:rPr>
          <w:b/>
        </w:rPr>
        <w:t xml:space="preserve">[01:27] </w:t>
      </w:r>
      <w:r>
        <w:t>. it is believed that quran is</w:t>
      </w:r>
    </w:p>
    <w:p>
      <w:pPr>
        <w:jc w:val="right"/>
      </w:pPr>
      <w:r>
        <w:t>. اٹ از بیلیوڈ دیٹ قرآن از</w:t>
      </w:r>
    </w:p>
    <w:p>
      <w:r>
        <w:rPr>
          <w:b/>
        </w:rPr>
        <w:t xml:space="preserve">[01:34] </w:t>
      </w:r>
      <w:r>
        <w:t>quranic revelation is not only in meaning but also in language. so the message and language both are from god almighty.</w:t>
      </w:r>
    </w:p>
    <w:p>
      <w:pPr>
        <w:jc w:val="right"/>
      </w:pPr>
      <w:r>
        <w:t>قرآنک ریولیشن از ناٹ اونلی ان میننگ بٹ السو ان لینگویج. سو دا میسج اینڈ لینگویج بوتھ ار فرام گاڈ المائٹی.</w:t>
      </w:r>
    </w:p>
    <w:p>
      <w:r>
        <w:rPr>
          <w:b/>
        </w:rPr>
        <w:t xml:space="preserve">[01:51] </w:t>
      </w:r>
      <w:r>
        <w:t>then hadith means saying or saying of the prophet. according to the Islamic scholars,</w:t>
      </w:r>
    </w:p>
    <w:p>
      <w:pPr>
        <w:jc w:val="right"/>
      </w:pPr>
      <w:r>
        <w:t>دین حدیث مینز سینگ اور سینگ اف دا پرافٹ. اکارڈنگ ٹو دا اسلامک سکالرز،</w:t>
      </w:r>
    </w:p>
    <w:p>
      <w:r>
        <w:rPr>
          <w:b/>
        </w:rPr>
        <w:t xml:space="preserve">[02:06] </w:t>
      </w:r>
      <w:r>
        <w:t>quran is</w:t>
      </w:r>
    </w:p>
    <w:p>
      <w:pPr>
        <w:jc w:val="right"/>
      </w:pPr>
      <w:r>
        <w:t>قرآن از</w:t>
      </w:r>
    </w:p>
    <w:p>
      <w:r>
        <w:rPr>
          <w:b/>
        </w:rPr>
        <w:t xml:space="preserve">[02:11] </w:t>
      </w:r>
      <w:r>
        <w:t>wahi matloob, and hadith is wahi ghair matloob.</w:t>
      </w:r>
    </w:p>
    <w:p>
      <w:pPr>
        <w:jc w:val="right"/>
      </w:pPr>
      <w:r>
        <w:t>وحی مطلوب، اینڈ حدیث از وحی غیر مطلوب.</w:t>
      </w:r>
    </w:p>
    <w:p>
      <w:r>
        <w:rPr>
          <w:b/>
        </w:rPr>
        <w:t xml:space="preserve">[02:20] </w:t>
      </w:r>
      <w:r>
        <w:t>it means that quran is</w:t>
      </w:r>
    </w:p>
    <w:p>
      <w:pPr>
        <w:jc w:val="right"/>
      </w:pPr>
      <w:r>
        <w:t>اٹ مینز دیٹ قرآن از</w:t>
      </w:r>
    </w:p>
    <w:p>
      <w:r>
        <w:rPr>
          <w:b/>
        </w:rPr>
        <w:t xml:space="preserve">[02:27] </w:t>
      </w:r>
      <w:r>
        <w:t>direct revelation from god to the prophet.</w:t>
      </w:r>
    </w:p>
    <w:p>
      <w:pPr>
        <w:jc w:val="right"/>
      </w:pPr>
      <w:r>
        <w:t>ڈائریکٹ ریولیشن فرام گاڈ ٹو دا پرافٹ.</w:t>
      </w:r>
    </w:p>
    <w:p>
      <w:r>
        <w:rPr>
          <w:b/>
        </w:rPr>
        <w:t xml:space="preserve">[02:35] </w:t>
      </w:r>
      <w:r>
        <w:t>and hadith is the result of inspiration</w:t>
      </w:r>
    </w:p>
    <w:p>
      <w:pPr>
        <w:jc w:val="right"/>
      </w:pPr>
      <w:r>
        <w:t>اینڈ حدیث از دا رزلٹ اف انسپریشن</w:t>
      </w:r>
    </w:p>
    <w:p>
      <w:r>
        <w:rPr>
          <w:b/>
        </w:rPr>
        <w:t xml:space="preserve">[02:43] </w:t>
      </w:r>
      <w:r>
        <w:t>or realization. you know, the prophet was greatest realized person.</w:t>
      </w:r>
    </w:p>
    <w:p>
      <w:pPr>
        <w:jc w:val="right"/>
      </w:pPr>
      <w:r>
        <w:t>اور ریلائزیشن. یو نو، دا پرافٹ واز گریٹسٹ ریلائزڈ پرسن.</w:t>
      </w:r>
    </w:p>
    <w:p>
      <w:r>
        <w:rPr>
          <w:b/>
        </w:rPr>
        <w:t xml:space="preserve">[02:57] </w:t>
      </w:r>
      <w:r>
        <w:t>his realization was park salam.</w:t>
      </w:r>
    </w:p>
    <w:p>
      <w:pPr>
        <w:jc w:val="right"/>
      </w:pPr>
      <w:r>
        <w:t>ہز ریلائزیشن واز پارک سلام.</w:t>
      </w:r>
    </w:p>
    <w:p>
      <w:r>
        <w:rPr>
          <w:b/>
        </w:rPr>
        <w:t xml:space="preserve">[03:03] </w:t>
      </w:r>
      <w:r>
        <w:t>so everything he said was under this inspiration or realization.</w:t>
      </w:r>
    </w:p>
    <w:p>
      <w:pPr>
        <w:jc w:val="right"/>
      </w:pPr>
      <w:r>
        <w:t>سو ایوری تھنگ ہی سیڈ واز انڈر دس انسپریشن اور ریلائزیشن.</w:t>
      </w:r>
    </w:p>
    <w:p>
      <w:r>
        <w:rPr>
          <w:b/>
        </w:rPr>
        <w:t xml:space="preserve">[03:14] </w:t>
      </w:r>
      <w:r>
        <w:t>so hadith is also very very authentic source in Islamic religion.</w:t>
      </w:r>
    </w:p>
    <w:p>
      <w:pPr>
        <w:jc w:val="right"/>
      </w:pPr>
      <w:r>
        <w:t>سو حدیث از السو ویری ویری اتھینٹک سورس ان اسلامک ریلیجن.</w:t>
      </w:r>
    </w:p>
    <w:p>
      <w:r>
        <w:rPr>
          <w:b/>
        </w:rPr>
        <w:t xml:space="preserve">[03:26] </w:t>
      </w:r>
      <w:r>
        <w:t>and arab scholar has published a book</w:t>
      </w:r>
    </w:p>
    <w:p>
      <w:pPr>
        <w:jc w:val="right"/>
      </w:pPr>
      <w:r>
        <w:t>اینڈ عرب سکالر ہیز پبلشڈ ا بک</w:t>
      </w:r>
    </w:p>
    <w:p>
      <w:r>
        <w:rPr>
          <w:b/>
        </w:rPr>
        <w:t xml:space="preserve">[03:34] </w:t>
      </w:r>
      <w:r>
        <w:t>. this book is collection of hadith. the title of this book is laal al-hikam.</w:t>
      </w:r>
    </w:p>
    <w:p>
      <w:pPr>
        <w:jc w:val="right"/>
      </w:pPr>
      <w:r>
        <w:t>. دس بک از کلیکشن اف حدیث. دا ٹائٹل اف دس بک از لال الحکم.</w:t>
      </w:r>
    </w:p>
    <w:p>
      <w:r>
        <w:rPr>
          <w:b/>
        </w:rPr>
        <w:t xml:space="preserve">[03:45] </w:t>
      </w:r>
      <w:r>
        <w:t>laal al-hikam means pearls of wisdom, pearls of divine wisdom.</w:t>
      </w:r>
    </w:p>
    <w:p>
      <w:pPr>
        <w:jc w:val="right"/>
      </w:pPr>
      <w:r>
        <w:t>لال الحکم مینز پرلز اف وزڈم، پرلز اف ڈیوائن وزڈم.</w:t>
      </w:r>
    </w:p>
    <w:p>
      <w:r>
        <w:rPr>
          <w:b/>
        </w:rPr>
        <w:t xml:space="preserve">[03:55] </w:t>
      </w:r>
      <w:r>
        <w:t>i think that this is not the case of only one book</w:t>
      </w:r>
    </w:p>
    <w:p>
      <w:pPr>
        <w:jc w:val="right"/>
      </w:pPr>
      <w:r>
        <w:t>ائی تھنک دیٹ دس از ناٹ دا کیس اف اونلی ون بک</w:t>
      </w:r>
    </w:p>
    <w:p>
      <w:r>
        <w:rPr>
          <w:b/>
        </w:rPr>
        <w:t xml:space="preserve">[04:02] </w:t>
      </w:r>
      <w:r>
        <w:t>. all hadith literature is</w:t>
      </w:r>
    </w:p>
    <w:p>
      <w:pPr>
        <w:jc w:val="right"/>
      </w:pPr>
      <w:r>
        <w:t>. ال حدیث لٹریچر از</w:t>
      </w:r>
    </w:p>
    <w:p>
      <w:r>
        <w:rPr>
          <w:b/>
        </w:rPr>
        <w:t xml:space="preserve">[04:11] </w:t>
      </w:r>
      <w:r>
        <w:t>pearls of wisdom, pearls of divine wisdom.</w:t>
      </w:r>
    </w:p>
    <w:p>
      <w:pPr>
        <w:jc w:val="right"/>
      </w:pPr>
      <w:r>
        <w:t>پرلز اف وزڈم، پرلز اف ڈیوائن وزڈم.</w:t>
      </w:r>
    </w:p>
    <w:p>
      <w:r>
        <w:rPr>
          <w:b/>
        </w:rPr>
        <w:t xml:space="preserve">[04:24] </w:t>
      </w:r>
      <w:r>
        <w:t>without hadith, you can not understand Islam.</w:t>
      </w:r>
    </w:p>
    <w:p>
      <w:pPr>
        <w:jc w:val="right"/>
      </w:pPr>
      <w:r>
        <w:t>وداؤٹ حدیث، یو کین ناٹ انڈرسٹینڈ اسلام.</w:t>
      </w:r>
    </w:p>
    <w:p>
      <w:r>
        <w:rPr>
          <w:b/>
        </w:rPr>
        <w:t xml:space="preserve">[04:32] </w:t>
      </w:r>
      <w:r>
        <w:t>you know, quran is a book of ideology. quran consists of basic principles of islam.</w:t>
      </w:r>
    </w:p>
    <w:p>
      <w:pPr>
        <w:jc w:val="right"/>
      </w:pPr>
      <w:r>
        <w:t>یو نو، قرآن از ا بک اف ائیڈیالوجی. قرآن کنسسٹ اف بیسک پرنسپلز اف اسلام.</w:t>
      </w:r>
    </w:p>
    <w:p>
      <w:r>
        <w:rPr>
          <w:b/>
        </w:rPr>
        <w:t xml:space="preserve">[04:46] </w:t>
      </w:r>
      <w:r>
        <w:t>but as far as the details are concerned, or practical aspect of religion is concerned, you cannot find these things in the quran.</w:t>
      </w:r>
    </w:p>
    <w:p>
      <w:pPr>
        <w:jc w:val="right"/>
      </w:pPr>
      <w:r>
        <w:t>بٹ ایز فار ایز دا ڈیٹیلز ار کنسرن، اور پریکٹیکل اسپیکٹ اف ریلیجن از کنسرن، یو کین ناٹ فائنڈ دس تھنگز ان دا قرآن.</w:t>
      </w:r>
    </w:p>
    <w:p>
      <w:r>
        <w:rPr>
          <w:b/>
        </w:rPr>
        <w:t xml:space="preserve">[05:00] </w:t>
      </w:r>
      <w:r>
        <w:t>in other words, quran gives you critical base of the islam, and hadith gives you practical aspect of the islam.</w:t>
      </w:r>
    </w:p>
    <w:p>
      <w:pPr>
        <w:jc w:val="right"/>
      </w:pPr>
      <w:r>
        <w:t>ان ادر ورڈز، قرآن گوز یو کریٹیکل بیس اف دا اسلام، اینڈ حدیث گوز یو پریکٹیکل اسپیکٹ اف دا اسلام.</w:t>
      </w:r>
    </w:p>
    <w:p>
      <w:r>
        <w:rPr>
          <w:b/>
        </w:rPr>
        <w:t xml:space="preserve">[05:21] </w:t>
      </w:r>
      <w:r>
        <w:t>all the practical aspect are given in hadith.</w:t>
      </w:r>
    </w:p>
    <w:p>
      <w:pPr>
        <w:jc w:val="right"/>
      </w:pPr>
      <w:r>
        <w:t>ال دا پریکٹیکل اسپیکٹ ار گیون ان حدیث.</w:t>
      </w:r>
    </w:p>
    <w:p>
      <w:r>
        <w:rPr>
          <w:b/>
        </w:rPr>
        <w:t xml:space="preserve">[05:27] </w:t>
      </w:r>
      <w:r>
        <w:t>but in quran, you can find only principles, basic principles, and not the practical details.</w:t>
      </w:r>
    </w:p>
    <w:p>
      <w:pPr>
        <w:jc w:val="right"/>
      </w:pPr>
      <w:r>
        <w:t>بٹ ان قرآن، یو کین فائنڈ اونلی پرنسپلز، بیسک پرنسپلز، اینڈ ناٹ دا پریکٹیکل ڈیٹیلز.</w:t>
      </w:r>
    </w:p>
    <w:p>
      <w:r>
        <w:rPr>
          <w:b/>
        </w:rPr>
        <w:t xml:space="preserve">[05:40] </w:t>
      </w:r>
      <w:r>
        <w:t>so anyone who want to know sincerely what is islam, he must seek help from the both</w:t>
      </w:r>
    </w:p>
    <w:p>
      <w:pPr>
        <w:jc w:val="right"/>
      </w:pPr>
      <w:r>
        <w:t>سو اینی ون ہو وانٹ ٹو نو سنسیرلی واٹ از اسلام، ہی مسٹ سیک ہیلپ فرام دا بوتھ</w:t>
      </w:r>
    </w:p>
    <w:p>
      <w:r>
        <w:rPr>
          <w:b/>
        </w:rPr>
        <w:t xml:space="preserve">[05:57] </w:t>
      </w:r>
      <w:r>
        <w:t>. he will try to find the critical aspect of islam from the quran, and its practical aspect from the hadith.</w:t>
      </w:r>
    </w:p>
    <w:p>
      <w:pPr>
        <w:jc w:val="right"/>
      </w:pPr>
      <w:r>
        <w:t>. ہی ویل ٹرائی ٹو فائنڈ دا کریٹیکل اسپیکٹ اف اسلام فرام دی قرآن، اینڈ اٹس پریکٹیکل اسپیکٹ فرام دی حدیث.</w:t>
      </w:r>
    </w:p>
    <w:p>
      <w:r>
        <w:rPr>
          <w:b/>
        </w:rPr>
        <w:t xml:space="preserve">[06:13] </w:t>
      </w:r>
      <w:r>
        <w:t>then there are some more aspect.</w:t>
      </w:r>
    </w:p>
    <w:p>
      <w:pPr>
        <w:jc w:val="right"/>
      </w:pPr>
      <w:r>
        <w:t>دین دیر ار سم مور اسپیکٹ۔</w:t>
      </w:r>
    </w:p>
    <w:p>
      <w:r>
        <w:rPr>
          <w:b/>
        </w:rPr>
        <w:t xml:space="preserve">[06:19] </w:t>
      </w:r>
      <w:r>
        <w:t>for example,</w:t>
      </w:r>
    </w:p>
    <w:p>
      <w:pPr>
        <w:jc w:val="right"/>
      </w:pPr>
      <w:r>
        <w:t>فار ایگزامپل،</w:t>
      </w:r>
    </w:p>
    <w:p>
      <w:r>
        <w:rPr>
          <w:b/>
        </w:rPr>
        <w:t xml:space="preserve">[06:24] </w:t>
      </w:r>
      <w:r>
        <w:t>there are many events of early islamic history that are mentioned in the quran. but these references are not in detail.</w:t>
      </w:r>
    </w:p>
    <w:p>
      <w:pPr>
        <w:jc w:val="right"/>
      </w:pPr>
      <w:r>
        <w:t>دیر ار مینی ایونٹس اف ارلی اسلامک ہسٹری دیٹ ار مینشن ان دا قرآن۔ بٹ دس ریفرنسز ار ناٹ ان ڈیٹیل۔</w:t>
      </w:r>
    </w:p>
    <w:p>
      <w:r>
        <w:rPr>
          <w:b/>
        </w:rPr>
        <w:t xml:space="preserve">[06:37] </w:t>
      </w:r>
      <w:r>
        <w:t>only some aspect of these events are mentioned in the quran.</w:t>
      </w:r>
    </w:p>
    <w:p>
      <w:pPr>
        <w:jc w:val="right"/>
      </w:pPr>
      <w:r>
        <w:t>اونلی سم اسپیکٹ اف دس ایونٹس ار مینشن ان دا قرآن۔</w:t>
      </w:r>
    </w:p>
    <w:p>
      <w:r>
        <w:rPr>
          <w:b/>
        </w:rPr>
        <w:t xml:space="preserve">[06:45] </w:t>
      </w:r>
      <w:r>
        <w:t>other aspect, you cannot find except in hadith literature. these details that are described in the quran are very very important to complete the picture.</w:t>
      </w:r>
    </w:p>
    <w:p>
      <w:pPr>
        <w:jc w:val="right"/>
      </w:pPr>
      <w:r>
        <w:t>ادر اسپیکٹ، یو کین ناٹ فائنڈ ایکسیپٹ ان حدیث لٹریچر۔ دس ڈیٹیلز دیٹ ار ڈسکرائب ان دا قرآن ار ویری ویری امپورٹنٹ ٹو کمپلیٹ دا پکچر۔</w:t>
      </w:r>
    </w:p>
    <w:p>
      <w:r>
        <w:rPr>
          <w:b/>
        </w:rPr>
        <w:t xml:space="preserve">[07:07] </w:t>
      </w:r>
      <w:r>
        <w:t>here i will give some example</w:t>
      </w:r>
    </w:p>
    <w:p>
      <w:pPr>
        <w:jc w:val="right"/>
      </w:pPr>
      <w:r>
        <w:t>ہیر ائی ویل گیو سم ایگزامپل</w:t>
      </w:r>
    </w:p>
    <w:p>
      <w:r>
        <w:rPr>
          <w:b/>
        </w:rPr>
        <w:t xml:space="preserve">[07:11] </w:t>
      </w:r>
      <w:r>
        <w:t>. you know, the prophet of islam</w:t>
      </w:r>
    </w:p>
    <w:p>
      <w:pPr>
        <w:jc w:val="right"/>
      </w:pPr>
      <w:r>
        <w:t>۔ یو نو، دا پرافٹ اف اسلام</w:t>
      </w:r>
    </w:p>
    <w:p>
      <w:r>
        <w:rPr>
          <w:b/>
        </w:rPr>
        <w:t xml:space="preserve">[07:19] </w:t>
      </w:r>
      <w:r>
        <w:t>received his first revelation when he was in mecca, in the cave of mountain hira.</w:t>
      </w:r>
    </w:p>
    <w:p>
      <w:pPr>
        <w:jc w:val="right"/>
      </w:pPr>
      <w:r>
        <w:t>ریسیوڈ ہز فرسٹ ریولیشن وین ہی واز ان مکہ، ان دا کیو اف ماؤنٹن حرا۔</w:t>
      </w:r>
    </w:p>
    <w:p>
      <w:r>
        <w:rPr>
          <w:b/>
        </w:rPr>
        <w:t xml:space="preserve">[07:32] </w:t>
      </w:r>
      <w:r>
        <w:t>so if you want to know what happened during this first revelation, you will find that quran says iqra bismi rabbika allazi khalaq.</w:t>
      </w:r>
    </w:p>
    <w:p>
      <w:pPr>
        <w:jc w:val="right"/>
      </w:pPr>
      <w:r>
        <w:t>سو اف یو وانٹ ٹو نو واٹ ہیپن ڈیورنگ دس فرسٹ ریولیشن، یو ویل فائنڈ دیٹ قرآن سیز اقراء بسم ربک الذی خلق۔</w:t>
      </w:r>
    </w:p>
    <w:p>
      <w:r>
        <w:rPr>
          <w:b/>
        </w:rPr>
        <w:t xml:space="preserve">[07:50] </w:t>
      </w:r>
      <w:r>
        <w:t>only one part of that revelation is described in the quran.</w:t>
      </w:r>
    </w:p>
    <w:p>
      <w:pPr>
        <w:jc w:val="right"/>
      </w:pPr>
      <w:r>
        <w:t>اونلی ون پارٹ اف دیٹ ریولیشن از ڈسکرائب ان دا قرآن۔</w:t>
      </w:r>
    </w:p>
    <w:p>
      <w:r>
        <w:rPr>
          <w:b/>
        </w:rPr>
        <w:t xml:space="preserve">[08:00] </w:t>
      </w:r>
      <w:r>
        <w:t>iqra bismi rabbika allazi khalaq. but the background is not mentioned in the quran. this was the first revelation prophet received when he was in the cave of hira.</w:t>
      </w:r>
    </w:p>
    <w:p>
      <w:pPr>
        <w:jc w:val="right"/>
      </w:pPr>
      <w:r>
        <w:t>اقراء بسم ربک الذی خلق۔ بٹ دا بیک گراؤنڈ از ناٹ مینشن ان دا قرآن۔ دس واز دا فرسٹ ریولیشن پرافٹ ریسیوڈ وین ہی واز ان دی کیو اف حرا۔</w:t>
      </w:r>
    </w:p>
    <w:p>
      <w:r>
        <w:rPr>
          <w:b/>
        </w:rPr>
        <w:t xml:space="preserve">[08:19] </w:t>
      </w:r>
      <w:r>
        <w:t>but the background is not mentioned in this revelation or in this chapter of the quran.</w:t>
      </w:r>
    </w:p>
    <w:p>
      <w:pPr>
        <w:jc w:val="right"/>
      </w:pPr>
      <w:r>
        <w:t>بٹ دا بیک گراؤنڈ از ناٹ مینشن ان دس ریولیشن اور ان دس چیپٹر اف دا قرآن۔</w:t>
      </w:r>
    </w:p>
    <w:p>
      <w:r>
        <w:rPr>
          <w:b/>
        </w:rPr>
        <w:t xml:space="preserve">[08:29] </w:t>
      </w:r>
      <w:r>
        <w:t>the background you will find in hadith.</w:t>
      </w:r>
    </w:p>
    <w:p>
      <w:pPr>
        <w:jc w:val="right"/>
      </w:pPr>
      <w:r>
        <w:t>دا بیک گراؤنڈ یو ویل فائنڈ ان حدیث۔</w:t>
      </w:r>
    </w:p>
    <w:p>
      <w:r>
        <w:rPr>
          <w:b/>
        </w:rPr>
        <w:t xml:space="preserve">[08:36] </w:t>
      </w:r>
      <w:r>
        <w:t>and without background, you cannot understand anything.</w:t>
      </w:r>
    </w:p>
    <w:p>
      <w:pPr>
        <w:jc w:val="right"/>
      </w:pPr>
      <w:r>
        <w:t>اینڈ وداؤٹ بیک گراؤنڈ، یو کین ناٹ انڈرسٹینڈ اینی تھنگ۔</w:t>
      </w:r>
    </w:p>
    <w:p>
      <w:r>
        <w:rPr>
          <w:b/>
        </w:rPr>
        <w:t xml:space="preserve">[08:42] </w:t>
      </w:r>
      <w:r>
        <w:t>for example, in hadith we read that when the prophet was in hira, angel jibril came to him and said ya muhammad iqra, ya muhammad iqra,</w:t>
      </w:r>
    </w:p>
    <w:p>
      <w:pPr>
        <w:jc w:val="right"/>
      </w:pPr>
      <w:r>
        <w:t>فار ایگزامپل، ان حدیث وی ریڈ دیٹ وین دا پرافٹ واز ان حرا، اینجل جبرائیل کیم ٹو ہم اینڈ سیڈ یا محمد اقراء، یا محمد اقراء،</w:t>
      </w:r>
    </w:p>
    <w:p>
      <w:r>
        <w:rPr>
          <w:b/>
        </w:rPr>
        <w:t xml:space="preserve">[09:06] </w:t>
      </w:r>
      <w:r>
        <w:t>o muhammad read</w:t>
      </w:r>
    </w:p>
    <w:p>
      <w:pPr>
        <w:jc w:val="right"/>
      </w:pPr>
      <w:r>
        <w:t>او محمد ریڈ</w:t>
      </w:r>
    </w:p>
    <w:p>
      <w:r>
        <w:rPr>
          <w:b/>
        </w:rPr>
        <w:t xml:space="preserve">[09:08] </w:t>
      </w:r>
      <w:r>
        <w:t>. then the prophet said ma ana bi qari, i cannot read.</w:t>
      </w:r>
    </w:p>
    <w:p>
      <w:pPr>
        <w:jc w:val="right"/>
      </w:pPr>
      <w:r>
        <w:t>۔ دین دا پرافٹ سیڈ ما انا بقاری، ائی کین ناٹ ریڈ۔</w:t>
      </w:r>
    </w:p>
    <w:p>
      <w:r>
        <w:rPr>
          <w:b/>
        </w:rPr>
        <w:t xml:space="preserve">[09:17] </w:t>
      </w:r>
      <w:r>
        <w:t>this dialogue was repeated no less than three times.</w:t>
      </w:r>
    </w:p>
    <w:p>
      <w:pPr>
        <w:jc w:val="right"/>
      </w:pPr>
      <w:r>
        <w:t>دس ڈائیلاگ واز ریپیٹڈ نو لیس دین تھری ٹائمز۔</w:t>
      </w:r>
    </w:p>
    <w:p>
      <w:r>
        <w:rPr>
          <w:b/>
        </w:rPr>
        <w:t xml:space="preserve">[09:25] </w:t>
      </w:r>
      <w:r>
        <w:t>and again and again, prophet said ma ana biqari, i can not read.</w:t>
      </w:r>
    </w:p>
    <w:p>
      <w:pPr>
        <w:jc w:val="right"/>
      </w:pPr>
      <w:r>
        <w:t>اینڈ اگین اینڈ اگین، پرافٹ سیڈ ما انا بقاری، ائی کین ناٹ ریڈ۔</w:t>
      </w:r>
    </w:p>
    <w:p>
      <w:r>
        <w:rPr>
          <w:b/>
        </w:rPr>
        <w:t xml:space="preserve">[09:32] </w:t>
      </w:r>
      <w:r>
        <w:t>then the angel embraced the prophet. and after this, prophet was able to read, and he began reading, began reciting iqra bismi rabbika allazi khalaq, khalaq al-insana min alaq, iqra wa rabbuka al-akram allazi allama bil-qalam, allama al-insana ma lam yalam.</w:t>
      </w:r>
    </w:p>
    <w:p>
      <w:pPr>
        <w:jc w:val="right"/>
      </w:pPr>
      <w:r>
        <w:t>دین دا اینجل ایمبریسڈ دا پرافٹ۔ اینڈ افٹر دس، پرافٹ واز ایبل ٹو ریڈ، اینڈ ہی بیگن ریڈنگ، بیگن ریسائٹنگ اقراء بسم ربک الذی خلق، خلق الانسان من عرق، اقراء وربک الاکرم الذی علم بالقلم، علم الانسان عالم یعلم۔</w:t>
      </w:r>
    </w:p>
    <w:p>
      <w:r>
        <w:rPr>
          <w:b/>
        </w:rPr>
        <w:t xml:space="preserve">[09:58] </w:t>
      </w:r>
      <w:r>
        <w:t>so this is the revelation</w:t>
      </w:r>
    </w:p>
    <w:p>
      <w:pPr>
        <w:jc w:val="right"/>
      </w:pPr>
      <w:r>
        <w:t>سو دس از دا ریولیشن</w:t>
      </w:r>
    </w:p>
    <w:p>
      <w:r>
        <w:rPr>
          <w:b/>
        </w:rPr>
        <w:t xml:space="preserve">[10:02] </w:t>
      </w:r>
      <w:r>
        <w:t>you can find it in the quran. but the background of this first revelation is mentioned only in the hadith.</w:t>
      </w:r>
    </w:p>
    <w:p>
      <w:pPr>
        <w:jc w:val="right"/>
      </w:pPr>
      <w:r>
        <w:t>یو کین فائنڈ اٹ ان دا قرآن۔ بٹ دا بیک گراؤنڈ اف دس فرسٹ ریولیشن از مینشن اونلی ان دا حدیث۔</w:t>
      </w:r>
    </w:p>
    <w:p>
      <w:r>
        <w:rPr>
          <w:b/>
        </w:rPr>
        <w:t xml:space="preserve">[10:15] </w:t>
      </w:r>
      <w:r>
        <w:t>and without knowing the background, you can not complete the picture of that moment.</w:t>
      </w:r>
    </w:p>
    <w:p>
      <w:pPr>
        <w:jc w:val="right"/>
      </w:pPr>
      <w:r>
        <w:t>اینڈ وداؤٹ نوئنگ دا بیک گراؤنڈ، یو کین ناٹ کمپلیٹ دا پکچر اف دیٹ مومنٹ۔</w:t>
      </w:r>
    </w:p>
    <w:p>
      <w:r>
        <w:rPr>
          <w:b/>
        </w:rPr>
        <w:t xml:space="preserve">[10:23] </w:t>
      </w:r>
      <w:r>
        <w:t>it was very historical moment when prophet received this first revelation</w:t>
      </w:r>
    </w:p>
    <w:p>
      <w:pPr>
        <w:jc w:val="right"/>
      </w:pPr>
      <w:r>
        <w:t>اٹ واز ویری ہسٹوریکل مومنٹ وین پرافٹ ریسیوڈ دس فرسٹ ریولیشن</w:t>
      </w:r>
    </w:p>
    <w:p>
      <w:r>
        <w:rPr>
          <w:b/>
        </w:rPr>
        <w:t xml:space="preserve">[10:32] </w:t>
      </w:r>
      <w:r>
        <w:t>it was a great historical moment. so you read in the quran only the revelation</w:t>
      </w:r>
    </w:p>
    <w:p>
      <w:pPr>
        <w:jc w:val="right"/>
      </w:pPr>
      <w:r>
        <w:t>۔ اٹ واز ا گریٹ ہسٹوریکل مومنٹ۔ سو یو ریڈ ان دا قرآن اونلی دا ریولیشن</w:t>
      </w:r>
    </w:p>
    <w:p>
      <w:r>
        <w:rPr>
          <w:b/>
        </w:rPr>
        <w:t xml:space="preserve">[10:45] </w:t>
      </w:r>
      <w:r>
        <w:t>in this chapter, but the background is not there. so if you want to know the background of this first revelation, you are compelled to see the hadith literature.</w:t>
      </w:r>
    </w:p>
    <w:p>
      <w:pPr>
        <w:jc w:val="right"/>
      </w:pPr>
      <w:r>
        <w:t>ان دس چیپٹر، بٹ دا بیک گراؤنڈ از ناٹ دیر۔ سو اف یو وانٹ ٹو نو دا بیک گراؤنڈ اف دس فرسٹ ریولیشن، یو ار کمپلڈ ٹو سی دا حدیث لٹریچر۔</w:t>
      </w:r>
    </w:p>
    <w:p>
      <w:r>
        <w:rPr>
          <w:b/>
        </w:rPr>
        <w:t xml:space="preserve">[11:02] </w:t>
      </w:r>
      <w:r>
        <w:t>thats very important, very very important.</w:t>
      </w:r>
    </w:p>
    <w:p>
      <w:pPr>
        <w:jc w:val="right"/>
      </w:pPr>
      <w:r>
        <w:t>دیٹس ویری امپورٹنٹ، ویری ویری امپورٹنٹ۔</w:t>
      </w:r>
    </w:p>
    <w:p>
      <w:r>
        <w:rPr>
          <w:b/>
        </w:rPr>
        <w:t xml:space="preserve">[11:08] </w:t>
      </w:r>
      <w:r>
        <w:t>then</w:t>
      </w:r>
    </w:p>
    <w:p>
      <w:pPr>
        <w:jc w:val="right"/>
      </w:pPr>
      <w:r>
        <w:t>دین</w:t>
      </w:r>
    </w:p>
    <w:p>
      <w:r>
        <w:rPr>
          <w:b/>
        </w:rPr>
        <w:t xml:space="preserve">[11:12] </w:t>
      </w:r>
      <w:r>
        <w:t>when prophet migrated from mecca to madina in 622, so it was very very dangerous journey.</w:t>
      </w:r>
    </w:p>
    <w:p>
      <w:pPr>
        <w:jc w:val="right"/>
      </w:pPr>
      <w:r>
        <w:t>وین پرافٹ مائیگریٹڈ فرام مکہ ٹو مدینہ ان 622، سو اٹ واز ویری ویری ڈینجرس جرنی۔</w:t>
      </w:r>
    </w:p>
    <w:p>
      <w:r>
        <w:rPr>
          <w:b/>
        </w:rPr>
        <w:t xml:space="preserve">[11:32] </w:t>
      </w:r>
      <w:r>
        <w:t>because mecca people who were who became enemy and wanted to kill him</w:t>
      </w:r>
    </w:p>
    <w:p>
      <w:pPr>
        <w:jc w:val="right"/>
      </w:pPr>
      <w:r>
        <w:t>بیکاز میکن پیپل ہو ویر ہو بیکم اینمی اینڈ وانٹڈ ٹو کل ہم</w:t>
      </w:r>
    </w:p>
    <w:p>
      <w:r>
        <w:rPr>
          <w:b/>
        </w:rPr>
        <w:t xml:space="preserve">[11:43] </w:t>
      </w:r>
      <w:r>
        <w:t>they were haunting.</w:t>
      </w:r>
    </w:p>
    <w:p>
      <w:pPr>
        <w:jc w:val="right"/>
      </w:pPr>
      <w:r>
        <w:t>، دے ویر ہانٹنگ۔</w:t>
      </w:r>
    </w:p>
    <w:p>
      <w:r>
        <w:rPr>
          <w:b/>
        </w:rPr>
        <w:t xml:space="preserve">[11:48] </w:t>
      </w:r>
      <w:r>
        <w:t>so</w:t>
      </w:r>
    </w:p>
    <w:p>
      <w:pPr>
        <w:jc w:val="right"/>
      </w:pPr>
      <w:r>
        <w:t>سو</w:t>
      </w:r>
    </w:p>
    <w:p>
      <w:r>
        <w:rPr>
          <w:b/>
        </w:rPr>
        <w:t xml:space="preserve">[11:52] </w:t>
      </w:r>
      <w:r>
        <w:t>in the way to madina, he refueled in a cave, cave of mountain sur.</w:t>
      </w:r>
    </w:p>
    <w:p>
      <w:pPr>
        <w:jc w:val="right"/>
      </w:pPr>
      <w:r>
        <w:t>ان دا وے ٹو مدینہ، ہی ریفیوزڈ ان ا کیو، کیو اف ماؤنٹن سور۔</w:t>
      </w:r>
    </w:p>
    <w:p>
      <w:r>
        <w:rPr>
          <w:b/>
        </w:rPr>
        <w:t xml:space="preserve">[12:06] </w:t>
      </w:r>
      <w:r>
        <w:t>while he stayed over there up to three days.</w:t>
      </w:r>
    </w:p>
    <w:p>
      <w:pPr>
        <w:jc w:val="right"/>
      </w:pPr>
      <w:r>
        <w:t>وائل ہی سٹیڈ اوور دیر اپ ٹو تھری ڈیز۔</w:t>
      </w:r>
    </w:p>
    <w:p>
      <w:r>
        <w:rPr>
          <w:b/>
        </w:rPr>
        <w:t xml:space="preserve">[12:16] </w:t>
      </w:r>
      <w:r>
        <w:t>so during this stay, it happened that the enemy reached over there.</w:t>
      </w:r>
    </w:p>
    <w:p>
      <w:pPr>
        <w:jc w:val="right"/>
      </w:pPr>
      <w:r>
        <w:t>سو ڈیورنگ دس سٹیپ، اٹ ہیپن دیٹ دا اینمی ریچڈ اوور دیر۔</w:t>
      </w:r>
    </w:p>
    <w:p>
      <w:r>
        <w:rPr>
          <w:b/>
        </w:rPr>
        <w:t xml:space="preserve">[12:28] </w:t>
      </w:r>
      <w:r>
        <w:t>they were with sword, they wanted to kill the prophet. so at that time,</w:t>
      </w:r>
    </w:p>
    <w:p>
      <w:pPr>
        <w:jc w:val="right"/>
      </w:pPr>
      <w:r>
        <w:t>دے ویر ود سورڈ، دے وانٹڈ ٹو کل دا پرافٹ۔ سو ایٹ دیٹ ٹائم،</w:t>
      </w:r>
    </w:p>
    <w:p>
      <w:r>
        <w:rPr>
          <w:b/>
        </w:rPr>
        <w:t xml:space="preserve">[12:39] </w:t>
      </w:r>
      <w:r>
        <w:t>only abubakar was</w:t>
      </w:r>
    </w:p>
    <w:p>
      <w:pPr>
        <w:jc w:val="right"/>
      </w:pPr>
      <w:r>
        <w:t>اونلی ابوبکر واز</w:t>
      </w:r>
    </w:p>
    <w:p>
      <w:r>
        <w:rPr>
          <w:b/>
        </w:rPr>
        <w:t xml:space="preserve">[12:42] </w:t>
      </w:r>
      <w:r>
        <w:t>with the prophet. abubakar siddiq saw those enemy people. so he fell in anxiety.</w:t>
      </w:r>
    </w:p>
    <w:p>
      <w:pPr>
        <w:jc w:val="right"/>
      </w:pPr>
      <w:r>
        <w:t>ود دی پرافٹ۔ ابوبکر صدیق سا دوز اینمی پیپل۔ سو ہی فیل ان اینگزائٹی۔</w:t>
      </w:r>
    </w:p>
    <w:p>
      <w:r>
        <w:rPr>
          <w:b/>
        </w:rPr>
        <w:t xml:space="preserve">[12:52] </w:t>
      </w:r>
      <w:r>
        <w:t>and under this anxiety, he said o prophet, you see they reached here.</w:t>
      </w:r>
    </w:p>
    <w:p>
      <w:pPr>
        <w:jc w:val="right"/>
      </w:pPr>
      <w:r>
        <w:t>اینڈ انڈر دس اینگزائٹی، ہی سیڈ او پرافٹ، یو سی دے ریچڈ ہیر۔</w:t>
      </w:r>
    </w:p>
    <w:p>
      <w:r>
        <w:rPr>
          <w:b/>
        </w:rPr>
        <w:t xml:space="preserve">[13:06] </w:t>
      </w:r>
      <w:r>
        <w:t>so at that time, it was very very critical time.</w:t>
      </w:r>
    </w:p>
    <w:p>
      <w:pPr>
        <w:jc w:val="right"/>
      </w:pPr>
      <w:r>
        <w:t>سو ایٹ دیٹ ٹائم، اٹ واز ویری ویری کریٹیکل ٹائم۔</w:t>
      </w:r>
    </w:p>
    <w:p>
      <w:r>
        <w:rPr>
          <w:b/>
        </w:rPr>
        <w:t xml:space="preserve">[13:12] </w:t>
      </w:r>
      <w:r>
        <w:t>there is a partial report of this event in the quran, not the complete report.</w:t>
      </w:r>
    </w:p>
    <w:p>
      <w:pPr>
        <w:jc w:val="right"/>
      </w:pPr>
      <w:r>
        <w:t>دیر از ا پارشل رپورٹ اف دس ایونٹ ان دا قرآن، ناٹ دا کمپلیٹ رپورٹ۔</w:t>
      </w:r>
    </w:p>
    <w:p>
      <w:r>
        <w:rPr>
          <w:b/>
        </w:rPr>
        <w:t xml:space="preserve">[13:22] </w:t>
      </w:r>
      <w:r>
        <w:t>complete report you can find only in hadith. so there is a partial reference of this event in the quran.</w:t>
      </w:r>
    </w:p>
    <w:p>
      <w:pPr>
        <w:jc w:val="right"/>
      </w:pPr>
      <w:r>
        <w:t>کمپلیٹ رپورٹ یو کین فائنڈ اونلی ان حدیث۔ سو دیر از ا پارشل ریفرنس اف دس ایونٹ ان دا قرآن۔</w:t>
      </w:r>
    </w:p>
    <w:p>
      <w:r>
        <w:rPr>
          <w:b/>
        </w:rPr>
        <w:t xml:space="preserve">[13:33] </w:t>
      </w:r>
      <w:r>
        <w:t>so according to the quranic report, at this juncture, prophet said,</w:t>
      </w:r>
    </w:p>
    <w:p>
      <w:pPr>
        <w:jc w:val="right"/>
      </w:pPr>
      <w:r>
        <w:t>سو اکارڈنگ ٹو دا قرآنک رپورٹ، ایٹ دس جنکچر، پرافٹ سیڈ،</w:t>
      </w:r>
    </w:p>
    <w:p>
      <w:r>
        <w:rPr>
          <w:b/>
        </w:rPr>
        <w:t xml:space="preserve">[13:42] </w:t>
      </w:r>
      <w:r>
        <w:t>profit said this is mentioned in the quran in allah mana. this is mentioned in the quran that profit said to abubakar siddiq la takhaf in allah mana dont fear god is with us</w:t>
      </w:r>
    </w:p>
    <w:p>
      <w:pPr>
        <w:jc w:val="right"/>
      </w:pPr>
      <w:r>
        <w:t>پرافٹ سیڈ دس از مینشن ان دا قرآن ان اللہ مانا۔ دس از مینشن ان دا قرآن دیٹ پرافٹ سیڈ ٹو ابوبکر صدیق لا تخف ان اللہ مانا ڈونٹ فیئر گاڈ از ود اس</w:t>
      </w:r>
    </w:p>
    <w:p>
      <w:r>
        <w:rPr>
          <w:b/>
        </w:rPr>
        <w:t xml:space="preserve">[14:05] </w:t>
      </w:r>
      <w:r>
        <w:t>dont fear god is with us this is mentioned in the quran. then when we read this event in hadith, we find that at that time the prophet said one more thing that was very very important.</w:t>
      </w:r>
    </w:p>
    <w:p>
      <w:pPr>
        <w:jc w:val="right"/>
      </w:pPr>
      <w:r>
        <w:t>ڈونٹ فیئر گاڈ از ود اس دس از مینشن ان دا قرآن۔ دین وین وی ریڈ دس ایونٹ ان حدیث، وی فائنڈ دیٹ ایٹ دیٹ ٹائم دا پرافٹ سیڈ ون مور تھنگ دیٹ واز ویری ویری امپورٹنٹ۔</w:t>
      </w:r>
    </w:p>
    <w:p>
      <w:r>
        <w:rPr>
          <w:b/>
        </w:rPr>
        <w:t xml:space="preserve">[14:27] </w:t>
      </w:r>
      <w:r>
        <w:t>this we find in hadith only is are mentioned in the quran.</w:t>
      </w:r>
    </w:p>
    <w:p>
      <w:pPr>
        <w:jc w:val="right"/>
      </w:pPr>
      <w:r>
        <w:t>دس وی فائنڈ ان حدیث اونلی از ار مینشن ان دا قرآن۔</w:t>
      </w:r>
    </w:p>
    <w:p>
      <w:r>
        <w:rPr>
          <w:b/>
        </w:rPr>
        <w:t xml:space="preserve">[14:33] </w:t>
      </w:r>
      <w:r>
        <w:t>so according to the hadith, prophet said ya abubakar mazink basanain allah salihuma.</w:t>
      </w:r>
    </w:p>
    <w:p>
      <w:pPr>
        <w:jc w:val="right"/>
      </w:pPr>
      <w:r>
        <w:t>سو اکارڈنگ ٹو دا حدیث، پرافٹ سیڈ یا ابوبکر مازنک بسنین اللہ صالحہما۔</w:t>
      </w:r>
    </w:p>
    <w:p>
      <w:r>
        <w:rPr>
          <w:b/>
        </w:rPr>
        <w:t xml:space="preserve">[14:47] </w:t>
      </w:r>
      <w:r>
        <w:t>o abubakar, what do you think about those who third companion is god almighty?</w:t>
      </w:r>
    </w:p>
    <w:p>
      <w:pPr>
        <w:jc w:val="right"/>
      </w:pPr>
      <w:r>
        <w:t>او ابوبکر، واٹ ڈو یو تھنک اباؤٹ دوز ہو تھرڈ کمپینین از گاڈ المائٹی؟</w:t>
      </w:r>
    </w:p>
    <w:p>
      <w:r>
        <w:rPr>
          <w:b/>
        </w:rPr>
        <w:t xml:space="preserve">[15:02] </w:t>
      </w:r>
      <w:r>
        <w:t>so this part which we find in hadith literature very very important to complete the whole event.</w:t>
      </w:r>
    </w:p>
    <w:p>
      <w:pPr>
        <w:jc w:val="right"/>
      </w:pPr>
      <w:r>
        <w:t>سو دس پارٹ وچ وی فائنڈ ان حدیث لٹریچر ویری ویری امپورٹنٹ ٹو کمپلیٹ دا ہول ایونٹ۔</w:t>
      </w:r>
    </w:p>
    <w:p>
      <w:r>
        <w:rPr>
          <w:b/>
        </w:rPr>
        <w:t xml:space="preserve">[15:13] </w:t>
      </w:r>
      <w:r>
        <w:t>there are hundreds of such references that tell us that without adding hadith literature, we cannot understand fully</w:t>
      </w:r>
    </w:p>
    <w:p>
      <w:pPr>
        <w:jc w:val="right"/>
      </w:pPr>
      <w:r>
        <w:t>دیر ار ہنڈرڈز اف سچ ریفرنسز دیٹ ٹیل اس دیٹ وداؤٹ ایڈنگ حدیث لٹریچر، وی کین ناٹ انڈرسٹینڈ فلی</w:t>
      </w:r>
    </w:p>
    <w:p>
      <w:r>
        <w:rPr>
          <w:b/>
        </w:rPr>
        <w:t xml:space="preserve">[15:29] </w:t>
      </w:r>
      <w:r>
        <w:t>. we can understand the quran in complete sense. so hadith is very important.</w:t>
      </w:r>
    </w:p>
    <w:p>
      <w:pPr>
        <w:jc w:val="right"/>
      </w:pPr>
      <w:r>
        <w:t>۔ وی کین انڈرسٹینڈ دا قرآن ان کمپلیٹ سینس۔ سو حدیث از ویری امپورٹنٹ۔</w:t>
      </w:r>
    </w:p>
    <w:p>
      <w:r>
        <w:rPr>
          <w:b/>
        </w:rPr>
        <w:t xml:space="preserve">[15:39] </w:t>
      </w:r>
      <w:r>
        <w:t>there is a one great scholar has said about hadith man kana fi baitah majmua al hadith</w:t>
      </w:r>
    </w:p>
    <w:p>
      <w:pPr>
        <w:jc w:val="right"/>
      </w:pPr>
      <w:r>
        <w:t>دیر از ا ون گریٹ سکالر ہیز سیڈ اباؤٹ حدیث من کانا فی بیتہ مجموعۃ الاحادیث</w:t>
      </w:r>
    </w:p>
    <w:p>
      <w:r>
        <w:rPr>
          <w:b/>
        </w:rPr>
        <w:t xml:space="preserve">[15:57] </w:t>
      </w:r>
      <w:r>
        <w:t>fih nabi yatakallam. anyone who has a book of hadith in house, he has a speaking prophet in house.</w:t>
      </w:r>
    </w:p>
    <w:p>
      <w:pPr>
        <w:jc w:val="right"/>
      </w:pPr>
      <w:r>
        <w:t>فیہ نبی یتکلم۔ اینی ون ہو ہیز ا بک اف حدیث ان ہاؤس، ہی ہیز ا سپیکنگ پرافٹ ان ہاؤس۔</w:t>
      </w:r>
    </w:p>
    <w:p>
      <w:r>
        <w:rPr>
          <w:b/>
        </w:rPr>
        <w:t xml:space="preserve">[16:17] </w:t>
      </w:r>
      <w:r>
        <w:t>here i would like to add that man kana fi baitah majmua al hadith fi suhbat an nabi.</w:t>
      </w:r>
    </w:p>
    <w:p>
      <w:pPr>
        <w:jc w:val="right"/>
      </w:pPr>
      <w:r>
        <w:t>ہیر ائی وڈ لائک ٹو ایڈ دیٹ من کانا فی بیتہ مجموعۃ الاحادیث فی صحبت النبی۔</w:t>
      </w:r>
    </w:p>
    <w:p>
      <w:r>
        <w:rPr>
          <w:b/>
        </w:rPr>
        <w:t xml:space="preserve">[16:31] </w:t>
      </w:r>
      <w:r>
        <w:t>anyone who has a collection of hadith in house, he is living in the companion of the prophet.</w:t>
      </w:r>
    </w:p>
    <w:p>
      <w:pPr>
        <w:jc w:val="right"/>
      </w:pPr>
      <w:r>
        <w:t>اینی ون ہو ہیز ا کلیکشن اف حدیث ان ہاؤس، ہی از لیونگ ان دی کمپینین اف دا پرافٹ۔</w:t>
      </w:r>
    </w:p>
    <w:p>
      <w:r>
        <w:rPr>
          <w:b/>
        </w:rPr>
        <w:t xml:space="preserve">[16:44] </w:t>
      </w:r>
      <w:r>
        <w:t>how when you read hadith, when you study hadith literature, when you go through those</w:t>
      </w:r>
    </w:p>
    <w:p>
      <w:pPr>
        <w:jc w:val="right"/>
      </w:pPr>
      <w:r>
        <w:t>ہاؤ وین یو ریڈ حدیث، وین یو سٹڈی حدیث لٹریچر، وین یو گو تھرو دوز</w:t>
      </w:r>
    </w:p>
    <w:p>
      <w:r>
        <w:rPr>
          <w:b/>
        </w:rPr>
        <w:t xml:space="preserve">[16:58] </w:t>
      </w:r>
      <w:r>
        <w:t>traditions, you create a psychological environment.</w:t>
      </w:r>
    </w:p>
    <w:p>
      <w:pPr>
        <w:jc w:val="right"/>
      </w:pPr>
      <w:r>
        <w:t>ٹریڈیشنز، یو کریٹ ا سائیکلوجیکل انوائرمنٹ۔</w:t>
      </w:r>
    </w:p>
    <w:p>
      <w:r>
        <w:rPr>
          <w:b/>
        </w:rPr>
        <w:t xml:space="preserve">[17:06] </w:t>
      </w:r>
      <w:r>
        <w:t>you create a spiritual environment in your house.</w:t>
      </w:r>
    </w:p>
    <w:p>
      <w:pPr>
        <w:jc w:val="right"/>
      </w:pPr>
      <w:r>
        <w:t>یو کریٹ ا سپریچول انوائرمنٹ ان یور ہاؤس۔</w:t>
      </w:r>
    </w:p>
    <w:p>
      <w:r>
        <w:rPr>
          <w:b/>
        </w:rPr>
        <w:t xml:space="preserve">[17:16] </w:t>
      </w:r>
      <w:r>
        <w:t>so this this is like living in the companionship of the prophet. the companions of the prophet were living in companionship physically.</w:t>
      </w:r>
    </w:p>
    <w:p>
      <w:pPr>
        <w:jc w:val="right"/>
      </w:pPr>
      <w:r>
        <w:t>سو دس دس از لائک لیونگ ان دی کمپینین شپ اف دا پرافٹ۔ دی کمپینینز اف دا پرافٹ ویر لیونگ ان کمپینین شپ فزیکلی۔</w:t>
      </w:r>
    </w:p>
    <w:p>
      <w:r>
        <w:rPr>
          <w:b/>
        </w:rPr>
        <w:t xml:space="preserve">[17:34] </w:t>
      </w:r>
      <w:r>
        <w:t>and this hadith literature gives us opportunity to live with prophet spiritually.</w:t>
      </w:r>
    </w:p>
    <w:p>
      <w:pPr>
        <w:jc w:val="right"/>
      </w:pPr>
      <w:r>
        <w:t>اینڈ دس حدیث لٹریچر گیوز اس اپرچونیٹی ٹو لیو ود پرافٹ سپریچولی۔</w:t>
      </w:r>
    </w:p>
    <w:p>
      <w:r>
        <w:rPr>
          <w:b/>
        </w:rPr>
        <w:t xml:space="preserve">[17:47] </w:t>
      </w:r>
      <w:r>
        <w:t>if the companions</w:t>
      </w:r>
    </w:p>
    <w:p>
      <w:pPr>
        <w:jc w:val="right"/>
      </w:pPr>
      <w:r>
        <w:t>اف دا کمپینینز</w:t>
      </w:r>
    </w:p>
    <w:p>
      <w:r>
        <w:rPr>
          <w:b/>
        </w:rPr>
        <w:t xml:space="preserve">[17:53] </w:t>
      </w:r>
      <w:r>
        <w:t>were able to live with prophet physically, we are</w:t>
      </w:r>
    </w:p>
    <w:p>
      <w:pPr>
        <w:jc w:val="right"/>
      </w:pPr>
      <w:r>
        <w:t>ویر ایبل ٹو لیو ود پرافٹ فزیکلی، وی ار</w:t>
      </w:r>
    </w:p>
    <w:p>
      <w:r>
        <w:rPr>
          <w:b/>
        </w:rPr>
        <w:t xml:space="preserve">[18:07] </w:t>
      </w:r>
      <w:r>
        <w:t>we are able to live with the prophet spiritually by the by the help of this hadith literature.</w:t>
      </w:r>
    </w:p>
    <w:p>
      <w:pPr>
        <w:jc w:val="right"/>
      </w:pPr>
      <w:r>
        <w:t>وی ار ایبل ٹو لیو ود دی پرافٹ سپریچولی بائی دا بائی دا ہیلپ اف دس حدیث لٹریچر۔</w:t>
      </w:r>
    </w:p>
    <w:p>
      <w:r>
        <w:rPr>
          <w:b/>
        </w:rPr>
        <w:t xml:space="preserve">[18:21] </w:t>
      </w:r>
      <w:r>
        <w:t>so hadith literature is very important.</w:t>
      </w:r>
    </w:p>
    <w:p>
      <w:pPr>
        <w:jc w:val="right"/>
      </w:pPr>
      <w:r>
        <w:t>سو حدیث لٹریچر از ویری امپورٹنٹ۔</w:t>
      </w:r>
    </w:p>
    <w:p>
      <w:r>
        <w:rPr>
          <w:b/>
        </w:rPr>
        <w:t xml:space="preserve">[18:26] </w:t>
      </w:r>
      <w:r>
        <w:t>then quran is a book of ideology. quran gives us only ideology picture of islam or critical system of islam.</w:t>
      </w:r>
    </w:p>
    <w:p>
      <w:pPr>
        <w:jc w:val="right"/>
      </w:pPr>
      <w:r>
        <w:t>دین قرآن از ا بک اف ائیڈیالوجی۔ قرآن گیوز اس اونلی اڈلوجیکل پکچر اف اسلام اور کریٹیکل سسٹم اف اسلام۔</w:t>
      </w:r>
    </w:p>
    <w:p>
      <w:r>
        <w:rPr>
          <w:b/>
        </w:rPr>
        <w:t xml:space="preserve">[18:46] </w:t>
      </w:r>
      <w:r>
        <w:t>so if you want to know what is the critical system of islam, you can go through quran and you will find that critical system.</w:t>
      </w:r>
    </w:p>
    <w:p>
      <w:pPr>
        <w:jc w:val="right"/>
      </w:pPr>
      <w:r>
        <w:t>سو اف یو وانٹ ٹو نو واٹ از دا کریٹیکل سسٹم اف اسلام، یو کین گو تھرو قرآن اینڈ یو ویل فائنڈ دیٹ کریٹیکل سسٹم۔</w:t>
      </w:r>
    </w:p>
    <w:p>
      <w:r>
        <w:rPr>
          <w:b/>
        </w:rPr>
        <w:t xml:space="preserve">[18:57] </w:t>
      </w:r>
      <w:r>
        <w:t>but the practical system is not there. for example, quran says aqim al salata dhikri.</w:t>
      </w:r>
    </w:p>
    <w:p>
      <w:pPr>
        <w:jc w:val="right"/>
      </w:pPr>
      <w:r>
        <w:t>بٹ دا پریکٹیکل سسٹم از ناٹ دیر۔ فار ایگزامپل، قرآن سیز اقم الصلوۃ الذکری۔</w:t>
      </w:r>
    </w:p>
    <w:p>
      <w:r>
        <w:rPr>
          <w:b/>
        </w:rPr>
        <w:t xml:space="preserve">[19:07] </w:t>
      </w:r>
      <w:r>
        <w:t>o people, perform namaz, perform prayer.</w:t>
      </w:r>
    </w:p>
    <w:p>
      <w:pPr>
        <w:jc w:val="right"/>
      </w:pPr>
      <w:r>
        <w:t>او پیپل، پرفارم نماز، پرفارم پریر۔</w:t>
      </w:r>
    </w:p>
    <w:p>
      <w:r>
        <w:rPr>
          <w:b/>
        </w:rPr>
        <w:t xml:space="preserve">[19:14] </w:t>
      </w:r>
      <w:r>
        <w:t>bat how to perform prayer? how to do? how to read namaz? it is not there.</w:t>
      </w:r>
    </w:p>
    <w:p>
      <w:pPr>
        <w:jc w:val="right"/>
      </w:pPr>
      <w:r>
        <w:t>بٹ ہاؤ ٹو پرفارم پریر؟ ہاؤ ٹو ڈو؟ ہاؤ ٹو ریڈ نماز؟ اٹ از ناٹ دیر۔</w:t>
      </w:r>
    </w:p>
    <w:p>
      <w:r>
        <w:rPr>
          <w:b/>
        </w:rPr>
        <w:t xml:space="preserve">[19:25] </w:t>
      </w:r>
      <w:r>
        <w:t>so quran</w:t>
      </w:r>
    </w:p>
    <w:p>
      <w:pPr>
        <w:jc w:val="right"/>
      </w:pPr>
      <w:r>
        <w:t>سو قرآن</w:t>
      </w:r>
    </w:p>
    <w:p>
      <w:r>
        <w:rPr>
          <w:b/>
        </w:rPr>
        <w:t xml:space="preserve">[19:30] </w:t>
      </w:r>
      <w:r>
        <w:t>enjoyance that we have to read namaz, we have to perform namaz. but what is the practical aspect of namaz?</w:t>
      </w:r>
    </w:p>
    <w:p>
      <w:pPr>
        <w:jc w:val="right"/>
      </w:pPr>
      <w:r>
        <w:t>انجوائنس دیٹ وی ہیو ٹو ریڈ نماز، وی ہیو ٹو پرفارم نماز۔ بٹ واٹ از دا پریکٹیکل اسپیکٹ اف نماز؟</w:t>
      </w:r>
    </w:p>
    <w:p>
      <w:r>
        <w:rPr>
          <w:b/>
        </w:rPr>
        <w:t xml:space="preserve">[19:40] </w:t>
      </w:r>
      <w:r>
        <w:t>how we can</w:t>
      </w:r>
    </w:p>
    <w:p>
      <w:pPr>
        <w:jc w:val="right"/>
      </w:pPr>
      <w:r>
        <w:t>ہاؤ وی کین</w:t>
      </w:r>
    </w:p>
    <w:p>
      <w:r>
        <w:rPr>
          <w:b/>
        </w:rPr>
        <w:t xml:space="preserve">[19:43] </w:t>
      </w:r>
      <w:r>
        <w:t>read namaz? how we can perform namaz? this aspect of namaz you can find only in hadith literature.</w:t>
      </w:r>
    </w:p>
    <w:p>
      <w:pPr>
        <w:jc w:val="right"/>
      </w:pPr>
      <w:r>
        <w:t>ریڈ نماز؟ ہاؤ وی کین پرفارم نماز؟ دس اسپیکٹ اف نماز یو کین فائنڈ اونلی ان حدیث لٹریچر۔</w:t>
      </w:r>
    </w:p>
    <w:p>
      <w:r>
        <w:rPr>
          <w:b/>
        </w:rPr>
        <w:t xml:space="preserve">[19:54] </w:t>
      </w:r>
      <w:r>
        <w:t>so if quran is ideological part of islam, hadith is the practical aspect of islam. so we can't afford to leave the hadith literature.</w:t>
      </w:r>
    </w:p>
    <w:p>
      <w:pPr>
        <w:jc w:val="right"/>
      </w:pPr>
      <w:r>
        <w:t>سو اف قرآن از ائیڈیولوجیکل پارٹ اف اسلام، حدیث از دا پریکٹیکل اسپیکٹ اف اسلام۔ سو وی کینٹ افورڈ ٹو لیو دا حدیث لٹریچر۔</w:t>
      </w:r>
    </w:p>
    <w:p>
      <w:r>
        <w:rPr>
          <w:b/>
        </w:rPr>
        <w:t xml:space="preserve">[20:13] </w:t>
      </w:r>
      <w:r>
        <w:t>if you are sincere, then is not possible for us to say that quran is enough. no sincere person can say like this that quran is enough for us.</w:t>
      </w:r>
    </w:p>
    <w:p>
      <w:pPr>
        <w:jc w:val="right"/>
      </w:pPr>
      <w:r>
        <w:t>اف یو ار سنسیر، دین از ناٹ پاسیبل فار اس ٹو سے دیٹ قرآن از انف۔ نو سنسیر پرسن کین سے لائک دس دیٹ قرآن از انف فار اس۔</w:t>
      </w:r>
    </w:p>
    <w:p>
      <w:r>
        <w:rPr>
          <w:b/>
        </w:rPr>
        <w:t xml:space="preserve">[20:32] </w:t>
      </w:r>
      <w:r>
        <w:t>it is impossible for a sincere person who want to know the religion of islam as well as he want to follow the religion of islam.</w:t>
      </w:r>
    </w:p>
    <w:p>
      <w:pPr>
        <w:jc w:val="right"/>
      </w:pPr>
      <w:r>
        <w:t>اٹ از امپاسیبل فار ا سنسیر پرسن ہو وانٹ ٹو نو دا ریلیجن اف اسلام ایز ویل ایز ہی وانٹ ٹو فالو دا ریلیجن اف اسلام۔</w:t>
      </w:r>
    </w:p>
    <w:p>
      <w:r>
        <w:rPr>
          <w:b/>
        </w:rPr>
        <w:t xml:space="preserve">[20:47] </w:t>
      </w:r>
      <w:r>
        <w:t>so this is the important importance of hadith.</w:t>
      </w:r>
    </w:p>
    <w:p>
      <w:pPr>
        <w:jc w:val="right"/>
      </w:pPr>
      <w:r>
        <w:t>سو دس از دا امپورٹنٹ امپورٹنس اف حدیث۔</w:t>
      </w:r>
    </w:p>
    <w:p>
      <w:r>
        <w:rPr>
          <w:b/>
        </w:rPr>
        <w:t xml:space="preserve">[20:54] </w:t>
      </w:r>
      <w:r>
        <w:t>then hadith gives us a very very important reason to believe that quran is the book of god.</w:t>
      </w:r>
    </w:p>
    <w:p>
      <w:pPr>
        <w:jc w:val="right"/>
      </w:pPr>
      <w:r>
        <w:t>دین حدیث گیوز اس ا ویری ویری امپورٹنٹ ریزن ٹو بیلیو دیٹ قرآن از دا بک اف گاڈ۔</w:t>
      </w:r>
    </w:p>
    <w:p>
      <w:r>
        <w:rPr>
          <w:b/>
        </w:rPr>
        <w:t xml:space="preserve">[21:05] </w:t>
      </w:r>
      <w:r>
        <w:t>it is very important. i think that hadith is a proof that quran is the book of god.</w:t>
      </w:r>
    </w:p>
    <w:p>
      <w:pPr>
        <w:jc w:val="right"/>
      </w:pPr>
      <w:r>
        <w:t>اٹ از ویری امپورٹنٹ۔ ائی تھنک دیٹ حدیث از ا پروف دیٹ قرآن از دا بک اف گاڈ۔</w:t>
      </w:r>
    </w:p>
    <w:p>
      <w:r>
        <w:rPr>
          <w:b/>
        </w:rPr>
        <w:t xml:space="preserve">[21:16] </w:t>
      </w:r>
      <w:r>
        <w:t>how</w:t>
      </w:r>
    </w:p>
    <w:p>
      <w:pPr>
        <w:jc w:val="right"/>
      </w:pPr>
      <w:r>
        <w:t>ہاؤ</w:t>
      </w:r>
    </w:p>
    <w:p>
      <w:r>
        <w:rPr>
          <w:b/>
        </w:rPr>
        <w:t xml:space="preserve">[21:18] </w:t>
      </w:r>
      <w:r>
        <w:t>there are some</w:t>
      </w:r>
    </w:p>
    <w:p>
      <w:pPr>
        <w:jc w:val="right"/>
      </w:pPr>
      <w:r>
        <w:t>دیر ار سم</w:t>
      </w:r>
    </w:p>
    <w:p>
      <w:r>
        <w:rPr>
          <w:b/>
        </w:rPr>
        <w:t xml:space="preserve">[21:22] </w:t>
      </w:r>
      <w:r>
        <w:t>there are some more aspect of this statement. but here i would like to refer only one aspect that is the difference of language between quran and hadith.</w:t>
      </w:r>
    </w:p>
    <w:p>
      <w:pPr>
        <w:jc w:val="right"/>
      </w:pPr>
      <w:r>
        <w:t>دیر ار سم مور اسپیکٹ اف دس سٹیٹمنٹ۔ بٹ ہیر ائی وڈ لائک ٹو ریفر اونلی ون اسپیکٹ دیٹ از دا ڈیفرنس اف لینگویج بٹوین قرآن اینڈ حدیث۔</w:t>
      </w:r>
    </w:p>
    <w:p>
      <w:r>
        <w:rPr>
          <w:b/>
        </w:rPr>
        <w:t xml:space="preserve">[21:41] </w:t>
      </w:r>
      <w:r>
        <w:t>it is very important to know that there is a difference between the language of quran and language of hadith. although the language of both is arabic,</w:t>
      </w:r>
    </w:p>
    <w:p>
      <w:pPr>
        <w:jc w:val="right"/>
      </w:pPr>
      <w:r>
        <w:t>اٹ از ویری امپورٹنٹ ٹو نو دیٹ دیر از ا ڈیفرنس بٹوین دا لینگویج اف قرآن اینڈ لینگویج اف حدیث۔ الدو دا لینگویج اف بوتھ از عربک،</w:t>
      </w:r>
    </w:p>
    <w:p>
      <w:r>
        <w:rPr>
          <w:b/>
        </w:rPr>
        <w:t xml:space="preserve">[21:56] </w:t>
      </w:r>
      <w:r>
        <w:t>but but style is quite different. style is quite different.</w:t>
      </w:r>
    </w:p>
    <w:p>
      <w:pPr>
        <w:jc w:val="right"/>
      </w:pPr>
      <w:r>
        <w:t>بٹ بٹ سٹائل از کوائٹ ڈفرنٹ۔ سٹائل از کوائٹ ڈفرنٹ۔</w:t>
      </w:r>
    </w:p>
    <w:p>
      <w:r>
        <w:rPr>
          <w:b/>
        </w:rPr>
        <w:t xml:space="preserve">[22:03] </w:t>
      </w:r>
      <w:r>
        <w:t>the style of</w:t>
      </w:r>
    </w:p>
    <w:p>
      <w:pPr>
        <w:jc w:val="right"/>
      </w:pPr>
      <w:r>
        <w:t>دے سٹائل اف</w:t>
      </w:r>
    </w:p>
    <w:p>
      <w:r>
        <w:rPr>
          <w:b/>
        </w:rPr>
        <w:t xml:space="preserve">[22:07] </w:t>
      </w:r>
      <w:r>
        <w:t>arabic in the quran is quite different from that of we find in hadith.</w:t>
      </w:r>
    </w:p>
    <w:p>
      <w:pPr>
        <w:jc w:val="right"/>
      </w:pPr>
      <w:r>
        <w:t>عربک ان دا قرآن از کوائٹ ڈفرنٹ فرام دیٹ اف وی فائنڈ ان حدیث۔</w:t>
      </w:r>
    </w:p>
    <w:p>
      <w:r>
        <w:rPr>
          <w:b/>
        </w:rPr>
        <w:t xml:space="preserve">[22:18] </w:t>
      </w:r>
      <w:r>
        <w:t>anyone who knows arabic language, anyone who have the knowledge of arabic language, instantly he find this difference</w:t>
      </w:r>
    </w:p>
    <w:p>
      <w:pPr>
        <w:jc w:val="right"/>
      </w:pPr>
      <w:r>
        <w:t>اینی ون ہو نوز عربک لینگویج، اینی ون ہو ہیو دا نالج اف عربک لینگویج، انسٹنٹلی ہی فائنڈ دس ڈیفرنس</w:t>
      </w:r>
    </w:p>
    <w:p>
      <w:r>
        <w:rPr>
          <w:b/>
        </w:rPr>
        <w:t xml:space="preserve">[22:33] </w:t>
      </w:r>
      <w:r>
        <w:t>. when he read quran and when he read hadith, instantly he find that the great difference between the style of the two books in term of language.</w:t>
      </w:r>
    </w:p>
    <w:p>
      <w:pPr>
        <w:jc w:val="right"/>
      </w:pPr>
      <w:r>
        <w:t>۔ وین ہی ریڈ قرآن اینڈ وین ہی ریڈ حدیث، انسٹنٹلی ہی فائنڈ دیٹ دا گریٹ ڈیفرنس بٹوین دا سٹائل اف دا ٹو بکس ان ٹرم اف لینگویج۔</w:t>
      </w:r>
    </w:p>
    <w:p>
      <w:r>
        <w:rPr>
          <w:b/>
        </w:rPr>
        <w:t xml:space="preserve">[22:50] </w:t>
      </w:r>
      <w:r>
        <w:t>then it is not possible for a person to speak or write in two d</w:t>
      </w:r>
    </w:p>
    <w:p>
      <w:pPr>
        <w:jc w:val="right"/>
      </w:pPr>
      <w:r>
        <w:t>دین اٹ از ناٹ پاسیبل فار ا پرسن ٹو سپیک اور رائٹ ان ٹو ڈ</w:t>
      </w:r>
    </w:p>
    <w:p>
      <w:r>
        <w:rPr>
          <w:b/>
        </w:rPr>
        <w:t xml:space="preserve">[22:59] </w:t>
      </w:r>
      <w:r>
        <w:t>ifferent ways. we can not find any author in the history who is able to write or speak in two different ways in the same language.</w:t>
      </w:r>
    </w:p>
    <w:p>
      <w:pPr>
        <w:jc w:val="right"/>
      </w:pPr>
      <w:r>
        <w:t>فرنٹ ویز۔ وی کین ناٹ فائنڈ اینی اتھر ان دا ہسٹری ہو از ایبل ٹو رائٹ اور سپیک ان ٹو ڈفرنٹ ویز ان دا سیم لینگویج۔</w:t>
      </w:r>
    </w:p>
    <w:p>
      <w:r>
        <w:rPr>
          <w:b/>
        </w:rPr>
        <w:t xml:space="preserve">[23:13] </w:t>
      </w:r>
      <w:r>
        <w:t>impossible.</w:t>
      </w:r>
    </w:p>
    <w:p>
      <w:pPr>
        <w:jc w:val="right"/>
      </w:pPr>
      <w:r>
        <w:t>امپاسیبل۔</w:t>
      </w:r>
    </w:p>
    <w:p>
      <w:r>
        <w:rPr>
          <w:b/>
        </w:rPr>
        <w:t xml:space="preserve">[23:17] </w:t>
      </w:r>
      <w:r>
        <w:t>anyone who knows a language and he speaks in this language or write in this language. so you can easily understand that the style of his speech and writing is one and the same.</w:t>
      </w:r>
    </w:p>
    <w:p>
      <w:pPr>
        <w:jc w:val="right"/>
      </w:pPr>
      <w:r>
        <w:t>اینی ون ہو نوز ا لینگویج اینڈ ہی سپیکس ان دس لینگویج اور رائٹ ان دس لینگویج۔ سو یو کین ایزیلی انڈرسٹینڈ دیٹ دا سٹائل اف ہز سپیچ اینڈ رائٹنگ از ون اینڈ دا سیم۔</w:t>
      </w:r>
    </w:p>
    <w:p>
      <w:r>
        <w:rPr>
          <w:b/>
        </w:rPr>
        <w:t xml:space="preserve">[23:36] </w:t>
      </w:r>
      <w:r>
        <w:t>so no one has the capacity to speak or to write a language in two different ways.</w:t>
      </w:r>
    </w:p>
    <w:p>
      <w:pPr>
        <w:jc w:val="right"/>
      </w:pPr>
      <w:r>
        <w:t>سو نو ون ہیز دا کیپیسٹی ٹو سپیک اور ٹو رائٹ ا لینگویج ان ٹو ڈفرنٹ ویز۔</w:t>
      </w:r>
    </w:p>
    <w:p>
      <w:r>
        <w:rPr>
          <w:b/>
        </w:rPr>
        <w:t xml:space="preserve">[23:49] </w:t>
      </w:r>
      <w:r>
        <w:t>so this is a great proof that Muhammad was not author of the Quran.</w:t>
      </w:r>
    </w:p>
    <w:p>
      <w:pPr>
        <w:jc w:val="right"/>
      </w:pPr>
      <w:r>
        <w:t>سو دس از ا گریٹ پروف دیٹ محمد واز ناٹ اتھر اف دا قرآن۔</w:t>
      </w:r>
    </w:p>
    <w:p>
      <w:r>
        <w:rPr>
          <w:b/>
        </w:rPr>
        <w:t xml:space="preserve">[23:57] </w:t>
      </w:r>
      <w:r>
        <w:t>generally secular secular people say like this that Quran was written by Muhammad.</w:t>
      </w:r>
    </w:p>
    <w:p>
      <w:pPr>
        <w:jc w:val="right"/>
      </w:pPr>
      <w:r>
        <w:t>جنرلی سیکولر سیکولر پیپل سے لائک دس دیٹ قرآن واز رٹن بائے محمد۔</w:t>
      </w:r>
    </w:p>
    <w:p>
      <w:r>
        <w:rPr>
          <w:b/>
        </w:rPr>
        <w:t xml:space="preserve">[24:10] </w:t>
      </w:r>
      <w:r>
        <w:t>it is nonsense.</w:t>
      </w:r>
    </w:p>
    <w:p>
      <w:pPr>
        <w:jc w:val="right"/>
      </w:pPr>
      <w:r>
        <w:t>اٹ از نان سینس۔</w:t>
      </w:r>
    </w:p>
    <w:p>
      <w:r>
        <w:rPr>
          <w:b/>
        </w:rPr>
        <w:t xml:space="preserve">[24:13] </w:t>
      </w:r>
      <w:r>
        <w:t>anyone who knows Arabic and he try to study both the literature Quran and Hadith, he</w:t>
      </w:r>
    </w:p>
    <w:p>
      <w:pPr>
        <w:jc w:val="right"/>
      </w:pPr>
      <w:r>
        <w:t>اینی ون ہو نوز عربک اینڈ ہی ٹرائی ٹو سٹڈی بوتھ دا لٹریچر قرآن اینڈ حدیث، ہی</w:t>
      </w:r>
    </w:p>
    <w:p>
      <w:r>
        <w:rPr>
          <w:b/>
        </w:rPr>
        <w:t xml:space="preserve">[24:28] </w:t>
      </w:r>
      <w:r>
        <w:t>he he will discover that the style of both the books is quite different.</w:t>
      </w:r>
    </w:p>
    <w:p>
      <w:pPr>
        <w:jc w:val="right"/>
      </w:pPr>
      <w:r>
        <w:t>ہی ہی ویل ڈسکور دیٹ دا سٹائل اف بوتھ دا بکس از کوائٹ ڈفرنٹ۔</w:t>
      </w:r>
    </w:p>
    <w:p>
      <w:r>
        <w:rPr>
          <w:b/>
        </w:rPr>
        <w:t xml:space="preserve">[24:37] </w:t>
      </w:r>
      <w:r>
        <w:t>although both are in Arabic language.</w:t>
      </w:r>
    </w:p>
    <w:p>
      <w:pPr>
        <w:jc w:val="right"/>
      </w:pPr>
      <w:r>
        <w:t>الدو بوتھ ار ان عربک لینگویج۔</w:t>
      </w:r>
    </w:p>
    <w:p>
      <w:r>
        <w:rPr>
          <w:b/>
        </w:rPr>
        <w:t xml:space="preserve">[24:41] </w:t>
      </w:r>
      <w:r>
        <w:t>although Quran Hadith both are in Arabic language, but both are very very different in style.</w:t>
      </w:r>
    </w:p>
    <w:p>
      <w:pPr>
        <w:jc w:val="right"/>
      </w:pPr>
      <w:r>
        <w:t>الدو قرآن حدیث بوتھ ار ان عربک لینگویج، بٹ بوتھ ار ویری ویری ڈفرنٹ ان سٹائل۔</w:t>
      </w:r>
    </w:p>
    <w:p>
      <w:r>
        <w:rPr>
          <w:b/>
        </w:rPr>
        <w:t xml:space="preserve">[24:52] </w:t>
      </w:r>
      <w:r>
        <w:t>so it is it is it is wrong to say that Muhammad was the author of the Quran.</w:t>
      </w:r>
    </w:p>
    <w:p>
      <w:pPr>
        <w:jc w:val="right"/>
      </w:pPr>
      <w:r>
        <w:t>سو اٹ از اٹ از اٹ از رونگ ٹو سے دیٹ محمد واز دی اتھر اف دا قرآن۔</w:t>
      </w:r>
    </w:p>
    <w:p>
      <w:r>
        <w:rPr>
          <w:b/>
        </w:rPr>
        <w:t xml:space="preserve">[25:03] </w:t>
      </w:r>
      <w:r>
        <w:t>because when Muhammad speaks in Hadith, we find that his language quite different.</w:t>
      </w:r>
    </w:p>
    <w:p>
      <w:pPr>
        <w:jc w:val="right"/>
      </w:pPr>
      <w:r>
        <w:t>بیکاز وین محمد سپیکس ان حدیث، وی فائنڈ دیٹ ہز لینگویج کوائٹ ڈفرنٹ۔</w:t>
      </w:r>
    </w:p>
    <w:p>
      <w:r>
        <w:rPr>
          <w:b/>
        </w:rPr>
        <w:t xml:space="preserve">[25:12] </w:t>
      </w:r>
      <w:r>
        <w:t>but when we study Quran, here we find that the style of the Quran is quite different from that of Hadith.</w:t>
      </w:r>
    </w:p>
    <w:p>
      <w:pPr>
        <w:jc w:val="right"/>
      </w:pPr>
      <w:r>
        <w:t>بٹ وین وی سٹڈی قرآن، ہیر وی فائنڈ دیٹ دا سٹائل اف دا قرآن از کوائٹ ڈفرنٹ فرام دیٹ اف حدیث۔</w:t>
      </w:r>
    </w:p>
    <w:p>
      <w:r>
        <w:rPr>
          <w:b/>
        </w:rPr>
        <w:t xml:space="preserve">[25:23] </w:t>
      </w:r>
      <w:r>
        <w:t>so this difference between Quran and Hadith is itself a proof that Quran was not author by Muhammad.</w:t>
      </w:r>
    </w:p>
    <w:p>
      <w:pPr>
        <w:jc w:val="right"/>
      </w:pPr>
      <w:r>
        <w:t>سو دس ڈیفرنس بٹوین قرآن اینڈ حدیث از اٹ سیلف ا پروف دیٹ قرآن واز ناٹ اتھر بائے محمد۔</w:t>
      </w:r>
    </w:p>
    <w:p>
      <w:r>
        <w:rPr>
          <w:b/>
        </w:rPr>
        <w:t xml:space="preserve">[25:38] </w:t>
      </w:r>
      <w:r>
        <w:t>it was a revealed book and Prophet Muhammad received this book from God Almighty directly.</w:t>
      </w:r>
    </w:p>
    <w:p>
      <w:pPr>
        <w:jc w:val="right"/>
      </w:pPr>
      <w:r>
        <w:t>اٹ واز ا ریویل بک اینڈ پرافٹ محمد ریسیو دس بک فرام گاڈ المائٹی ڈائریکٹلی۔</w:t>
      </w:r>
    </w:p>
    <w:p>
      <w:r>
        <w:rPr>
          <w:b/>
        </w:rPr>
        <w:t xml:space="preserve">[25:51] </w:t>
      </w:r>
      <w:r>
        <w:t>then</w:t>
      </w:r>
    </w:p>
    <w:p>
      <w:pPr>
        <w:jc w:val="right"/>
      </w:pPr>
      <w:r>
        <w:t>دین</w:t>
      </w:r>
    </w:p>
    <w:p>
      <w:r>
        <w:rPr>
          <w:b/>
        </w:rPr>
        <w:t xml:space="preserve">[25:57] </w:t>
      </w:r>
      <w:r>
        <w:t>the you know that Hadith Hadith means sayings.</w:t>
      </w:r>
    </w:p>
    <w:p>
      <w:pPr>
        <w:jc w:val="right"/>
      </w:pPr>
      <w:r>
        <w:t>دا یو نو دیٹ حدیث حدیث مینز سینگز۔</w:t>
      </w:r>
    </w:p>
    <w:p>
      <w:r>
        <w:rPr>
          <w:b/>
        </w:rPr>
        <w:t xml:space="preserve">[26:07] </w:t>
      </w:r>
      <w:r>
        <w:t>sayings literally Hadith means sayings.</w:t>
      </w:r>
    </w:p>
    <w:p>
      <w:pPr>
        <w:jc w:val="right"/>
      </w:pPr>
      <w:r>
        <w:t>سینگز لٹرلی حدیث مینز سینگز۔</w:t>
      </w:r>
    </w:p>
    <w:p>
      <w:r>
        <w:rPr>
          <w:b/>
        </w:rPr>
        <w:t xml:space="preserve">[26:11] </w:t>
      </w:r>
      <w:r>
        <w:t>there are according to the scholars, Hadith consists of three things that is qaul, amal and taqreer.</w:t>
      </w:r>
    </w:p>
    <w:p>
      <w:pPr>
        <w:jc w:val="right"/>
      </w:pPr>
      <w:r>
        <w:t>دیر ار اکارڈنگ ٹو دی سکالرز، حدیث کنسسٹ اف تھری تھنگز دیٹ از قول، عمل اینڈ تقریر۔</w:t>
      </w:r>
    </w:p>
    <w:p>
      <w:r>
        <w:rPr>
          <w:b/>
        </w:rPr>
        <w:t xml:space="preserve">[26:27] </w:t>
      </w:r>
      <w:r>
        <w:t>in Arabic it is qaul, amal and taqreer. there are three parts of Hadith. there are three parts of Hadith: qaul, amal and taqreer.</w:t>
      </w:r>
    </w:p>
    <w:p>
      <w:pPr>
        <w:jc w:val="right"/>
      </w:pPr>
      <w:r>
        <w:t>ان عربک اٹ از قول، عمل اینڈ تقریر۔ دیر ار تھری پارٹس اف حدیث۔ دیر ار تھری پارٹس اف حدیث: قول، عمل اینڈ تقریر۔</w:t>
      </w:r>
    </w:p>
    <w:p>
      <w:r>
        <w:rPr>
          <w:b/>
        </w:rPr>
        <w:t xml:space="preserve">[26:42] </w:t>
      </w:r>
      <w:r>
        <w:t>qaul means saying. saying amal means practice</w:t>
      </w:r>
    </w:p>
    <w:p>
      <w:pPr>
        <w:jc w:val="right"/>
      </w:pPr>
      <w:r>
        <w:t>قول مینز سینگ۔ سینگ عمل مینز پریکٹس</w:t>
      </w:r>
    </w:p>
    <w:p>
      <w:r>
        <w:rPr>
          <w:b/>
        </w:rPr>
        <w:t xml:space="preserve">[26:52] </w:t>
      </w:r>
      <w:r>
        <w:t>and taqreer means confirmation. when</w:t>
      </w:r>
    </w:p>
    <w:p>
      <w:pPr>
        <w:jc w:val="right"/>
      </w:pPr>
      <w:r>
        <w:t>اینڈ تقریر مینز کنفرمیشن۔ وین</w:t>
      </w:r>
    </w:p>
    <w:p>
      <w:r>
        <w:rPr>
          <w:b/>
        </w:rPr>
        <w:t xml:space="preserve">[27:03] </w:t>
      </w:r>
      <w:r>
        <w:t>we read when we read a saying of the Prophet, that is qaul. when we read a practice of the Prophet, it is amal.</w:t>
      </w:r>
    </w:p>
    <w:p>
      <w:pPr>
        <w:jc w:val="right"/>
      </w:pPr>
      <w:r>
        <w:t>وی ریڈ وین وی ریڈ ا سینگ اف دا پرافٹ، دیٹ از قول۔ وین وی ریڈ ا پریکٹس اف دا پرافٹ، اٹ از عمل۔</w:t>
      </w:r>
    </w:p>
    <w:p>
      <w:r>
        <w:rPr>
          <w:b/>
        </w:rPr>
        <w:t xml:space="preserve">[27:14] </w:t>
      </w:r>
      <w:r>
        <w:t>and when Prophet saw anyone doing something, and Prophet was although Prophet observed that amal and he was silent.</w:t>
      </w:r>
    </w:p>
    <w:p>
      <w:pPr>
        <w:jc w:val="right"/>
      </w:pPr>
      <w:r>
        <w:t>اینڈ وین پرافٹ سا اینی ون ڈوئنگ سمتھنگ، اینڈ پرافٹ واز الدو پرافٹ ابزرو دیٹ عمل اینڈ ہی واز سائلنٹ۔</w:t>
      </w:r>
    </w:p>
    <w:p>
      <w:r>
        <w:rPr>
          <w:b/>
        </w:rPr>
        <w:t xml:space="preserve">[27:25] </w:t>
      </w:r>
      <w:r>
        <w:t>then according to scholars, it was a silent confirmation or silent approval.</w:t>
      </w:r>
    </w:p>
    <w:p>
      <w:pPr>
        <w:jc w:val="right"/>
      </w:pPr>
      <w:r>
        <w:t>دین اکارڈنگ ٹو سکالرز، اٹ واز ا سائلنٹ کنفرمیشن اور سائلنٹ اپروول۔</w:t>
      </w:r>
    </w:p>
    <w:p>
      <w:r>
        <w:rPr>
          <w:b/>
        </w:rPr>
        <w:t xml:space="preserve">[27:35] </w:t>
      </w:r>
      <w:r>
        <w:t>so taqreer means silent approval by the Prophet.</w:t>
      </w:r>
    </w:p>
    <w:p>
      <w:pPr>
        <w:jc w:val="right"/>
      </w:pPr>
      <w:r>
        <w:t>سو تقریر مینز سائلنٹ اپروول بائے دی پرافٹ۔</w:t>
      </w:r>
    </w:p>
    <w:p>
      <w:r>
        <w:rPr>
          <w:b/>
        </w:rPr>
        <w:t xml:space="preserve">[27:41] </w:t>
      </w:r>
      <w:r>
        <w:t>so these are three parts of Hadith: qaul, amal and taqreer. saying and practice and silent approval by the Prophet of Islam.</w:t>
      </w:r>
    </w:p>
    <w:p>
      <w:pPr>
        <w:jc w:val="right"/>
      </w:pPr>
      <w:r>
        <w:t>سو دس ار تھری پارٹس اف حدیث: قول، عمل اینڈ تقریر۔ سینگ اینڈ پریکٹس اینڈ سائلنٹ اپروول بائے دا پرافٹ اف اسلام۔</w:t>
      </w:r>
    </w:p>
    <w:p>
      <w:r>
        <w:rPr>
          <w:b/>
        </w:rPr>
        <w:t xml:space="preserve">[27:54] </w:t>
      </w:r>
      <w:r>
        <w:t>then there are</w:t>
      </w:r>
    </w:p>
    <w:p>
      <w:pPr>
        <w:jc w:val="right"/>
      </w:pPr>
      <w:r>
        <w:t>دین دیر ار</w:t>
      </w:r>
    </w:p>
    <w:p>
      <w:r>
        <w:rPr>
          <w:b/>
        </w:rPr>
        <w:t xml:space="preserve">[27:58] </w:t>
      </w:r>
      <w:r>
        <w:t>more deen doesn't books of hadith.</w:t>
      </w:r>
    </w:p>
    <w:p>
      <w:pPr>
        <w:jc w:val="right"/>
      </w:pPr>
      <w:r>
        <w:t>مور دین ڈزنٹ بکس اف حدیث۔</w:t>
      </w:r>
    </w:p>
    <w:p>
      <w:r>
        <w:rPr>
          <w:b/>
        </w:rPr>
        <w:t xml:space="preserve">[28:07] </w:t>
      </w:r>
      <w:r>
        <w:t>six books are called shah sita. six books that is six authentic book: shah sita.</w:t>
      </w:r>
    </w:p>
    <w:p>
      <w:pPr>
        <w:jc w:val="right"/>
      </w:pPr>
      <w:r>
        <w:t>سکس بکس ار کال شاہ ستہ۔ سکس بکس دیٹ از سکس اتھینٹک بک: شاہ ستہ۔</w:t>
      </w:r>
    </w:p>
    <w:p>
      <w:r>
        <w:rPr>
          <w:b/>
        </w:rPr>
        <w:t xml:space="preserve">[28:20] </w:t>
      </w:r>
      <w:r>
        <w:t>but only shah sita is not. all the hadith literature is not compile in this six books.</w:t>
      </w:r>
    </w:p>
    <w:p>
      <w:pPr>
        <w:jc w:val="right"/>
      </w:pPr>
      <w:r>
        <w:t>بٹ اونلی شاہ ستہ از ناٹ۔ ال دا حدیث لٹریچر از ناٹ کمپائل ان دس سکس بکس۔</w:t>
      </w:r>
    </w:p>
    <w:p>
      <w:r>
        <w:rPr>
          <w:b/>
        </w:rPr>
        <w:t xml:space="preserve">[28:30] </w:t>
      </w:r>
      <w:r>
        <w:t>there are other hadith.</w:t>
      </w:r>
    </w:p>
    <w:p>
      <w:pPr>
        <w:jc w:val="right"/>
      </w:pPr>
      <w:r>
        <w:t>دیر ار ادر حدیث۔</w:t>
      </w:r>
    </w:p>
    <w:p>
      <w:r>
        <w:rPr>
          <w:b/>
        </w:rPr>
        <w:t xml:space="preserve">[28:35] </w:t>
      </w:r>
      <w:r>
        <w:t>other hadith. there are hadith other than this six books. you know in the first book is sahih al bukhari.</w:t>
      </w:r>
    </w:p>
    <w:p>
      <w:pPr>
        <w:jc w:val="right"/>
      </w:pPr>
      <w:r>
        <w:t>ادر حدیث۔ دیر ار حدیث ادر دین دس سکس بکس۔ یو نو ان دا فرسٹ بک از صحیح البخاری۔</w:t>
      </w:r>
    </w:p>
    <w:p>
      <w:r>
        <w:rPr>
          <w:b/>
        </w:rPr>
        <w:t xml:space="preserve">[28:51] </w:t>
      </w:r>
      <w:r>
        <w:t>it is said that sahih al bukhari is asah al kutub ba'd kitab Allah.</w:t>
      </w:r>
    </w:p>
    <w:p>
      <w:pPr>
        <w:jc w:val="right"/>
      </w:pPr>
      <w:r>
        <w:t>اٹ از سیڈ دیٹ صحیح البخاری از اصح الکتب بعد کتاب اللہ۔</w:t>
      </w:r>
    </w:p>
    <w:p>
      <w:r>
        <w:rPr>
          <w:b/>
        </w:rPr>
        <w:t xml:space="preserve">[28:57] </w:t>
      </w:r>
      <w:r>
        <w:t>yani after the quran, this is the most authentic book in islam. now in sahih al bukhari there are</w:t>
      </w:r>
    </w:p>
    <w:p>
      <w:pPr>
        <w:jc w:val="right"/>
      </w:pPr>
      <w:r>
        <w:t>یعنی افٹر دی قرآن، دس از دا موسٹ اتھینٹک بک ان اسلام۔ ناو ان صحیح البخاری دیر ار</w:t>
      </w:r>
    </w:p>
    <w:p>
      <w:r>
        <w:rPr>
          <w:b/>
        </w:rPr>
        <w:t xml:space="preserve">[29:09] </w:t>
      </w:r>
      <w:r>
        <w:t>8000 near about, near about 8000 hadith. near about 8000 traditions.</w:t>
      </w:r>
    </w:p>
    <w:p>
      <w:pPr>
        <w:jc w:val="right"/>
      </w:pPr>
      <w:r>
        <w:t>8000 نیئر اباؤٹ، نیئر اباؤٹ 8000 حدیث۔ نیئر اباؤٹ 8000 ٹریڈیشنز۔</w:t>
      </w:r>
    </w:p>
    <w:p>
      <w:r>
        <w:rPr>
          <w:b/>
        </w:rPr>
        <w:t xml:space="preserve">[29:18] </w:t>
      </w:r>
      <w:r>
        <w:t>but there are muqarrarat. muqarrarat mean repetition.</w:t>
      </w:r>
    </w:p>
    <w:p>
      <w:pPr>
        <w:jc w:val="right"/>
      </w:pPr>
      <w:r>
        <w:t>بٹ دیر ار مقررات۔ مقررات مین ریپیٹیشن۔</w:t>
      </w:r>
    </w:p>
    <w:p>
      <w:r>
        <w:rPr>
          <w:b/>
        </w:rPr>
        <w:t xml:space="preserve">[29:27] </w:t>
      </w:r>
      <w:r>
        <w:t>so if you</w:t>
      </w:r>
    </w:p>
    <w:p>
      <w:pPr>
        <w:jc w:val="right"/>
      </w:pPr>
      <w:r>
        <w:t>سو اف یو</w:t>
      </w:r>
    </w:p>
    <w:p>
      <w:r>
        <w:rPr>
          <w:b/>
        </w:rPr>
        <w:t xml:space="preserve">[29:31] </w:t>
      </w:r>
      <w:r>
        <w:t>if you count the number of hadith</w:t>
      </w:r>
    </w:p>
    <w:p>
      <w:pPr>
        <w:jc w:val="right"/>
      </w:pPr>
      <w:r>
        <w:t>اف یو کاؤنٹ دا نمبر اف حدیث</w:t>
      </w:r>
    </w:p>
    <w:p>
      <w:r>
        <w:rPr>
          <w:b/>
        </w:rPr>
        <w:t xml:space="preserve">[29:40] </w:t>
      </w:r>
      <w:r>
        <w:t>narrated by sahih al bukhari, including the muqarrarat, then it is near about 8000.</w:t>
      </w:r>
    </w:p>
    <w:p>
      <w:pPr>
        <w:jc w:val="right"/>
      </w:pPr>
      <w:r>
        <w:t>نیٹڈ بائے صحیح البخاری، انکلوڈنگ دا مقررات، دین اٹ از نیئر اباؤٹ 8000۔</w:t>
      </w:r>
    </w:p>
    <w:p>
      <w:r>
        <w:rPr>
          <w:b/>
        </w:rPr>
        <w:t xml:space="preserve">[29:51] </w:t>
      </w:r>
      <w:r>
        <w:t>then there is the book that is called musnad imam ahmad. musnad imam ahmad.</w:t>
      </w:r>
    </w:p>
    <w:p>
      <w:pPr>
        <w:jc w:val="right"/>
      </w:pPr>
      <w:r>
        <w:t>دین دیر از دا بک دیٹ از کالڈ مسند امام احمد۔ مسند امام احمد۔</w:t>
      </w:r>
    </w:p>
    <w:p>
      <w:r>
        <w:rPr>
          <w:b/>
        </w:rPr>
        <w:t xml:space="preserve">[30:00] </w:t>
      </w:r>
      <w:r>
        <w:t>in this book you can find that more than 10000. there are more than 10000 traditions. then there are other books.</w:t>
      </w:r>
    </w:p>
    <w:p>
      <w:pPr>
        <w:jc w:val="right"/>
      </w:pPr>
      <w:r>
        <w:t>ان دس بک یو کین فائنڈ دیٹ مور دین 10000۔ دیر ار مور دین 10000 ٹریڈیشنز۔ دین دیر ار ادر بکس۔</w:t>
      </w:r>
    </w:p>
    <w:p>
      <w:r>
        <w:rPr>
          <w:b/>
        </w:rPr>
        <w:t xml:space="preserve">[30:13] </w:t>
      </w:r>
      <w:r>
        <w:t>some scholars have compile book excluding that muqarrarat, that repetitions.</w:t>
      </w:r>
    </w:p>
    <w:p>
      <w:pPr>
        <w:jc w:val="right"/>
      </w:pPr>
      <w:r>
        <w:t>سم سکالرز ہیو کمپائل بک ایکسکلوڈنگ دیٹ مقررات، دیٹ ریپیٹیشنز۔</w:t>
      </w:r>
    </w:p>
    <w:p>
      <w:r>
        <w:rPr>
          <w:b/>
        </w:rPr>
        <w:t xml:space="preserve">[30:21] </w:t>
      </w:r>
      <w:r>
        <w:t>one such book is jami al usul fi ahadith al rasul. jami al usul fi ahadith al rasul.</w:t>
      </w:r>
    </w:p>
    <w:p>
      <w:pPr>
        <w:jc w:val="right"/>
      </w:pPr>
      <w:r>
        <w:t>ون سچ بک از جامع الاصول فی احادیث الرسول۔ جامع الاصول فی احادیث الرسول۔</w:t>
      </w:r>
    </w:p>
    <w:p>
      <w:r>
        <w:rPr>
          <w:b/>
        </w:rPr>
        <w:t xml:space="preserve">[30:33] </w:t>
      </w:r>
      <w:r>
        <w:t>in this book you can find more than near about 10000 hadith. 10000 hadith.</w:t>
      </w:r>
    </w:p>
    <w:p>
      <w:pPr>
        <w:jc w:val="right"/>
      </w:pPr>
      <w:r>
        <w:t>ان دس بک یو کین فائنڈ مور دین نیئر اباؤٹ 10000 حدیث۔ 10000 حدیث۔</w:t>
      </w:r>
    </w:p>
    <w:p>
      <w:r>
        <w:rPr>
          <w:b/>
        </w:rPr>
        <w:t xml:space="preserve">[30:42] </w:t>
      </w:r>
      <w:r>
        <w:t>and now all the hadith are also available in computer. by using computer, you can find out any hadith.</w:t>
      </w:r>
    </w:p>
    <w:p>
      <w:pPr>
        <w:jc w:val="right"/>
      </w:pPr>
      <w:r>
        <w:t>اینڈ ناو ال دی حدیث ار السو اویلیبل ان کمپیوٹر۔ بائی یوزنگ کمپیوٹر، یو کین فائنڈ اؤٹ اینی حدیث۔</w:t>
      </w:r>
    </w:p>
    <w:p>
      <w:r>
        <w:rPr>
          <w:b/>
        </w:rPr>
        <w:t xml:space="preserve">[30:51] </w:t>
      </w:r>
      <w:r>
        <w:t>so this is the hadith literature. then</w:t>
      </w:r>
    </w:p>
    <w:p>
      <w:pPr>
        <w:jc w:val="right"/>
      </w:pPr>
      <w:r>
        <w:t>سو دس از دا حدیث لٹریچر۔ دین</w:t>
      </w:r>
    </w:p>
    <w:p>
      <w:r>
        <w:rPr>
          <w:b/>
        </w:rPr>
        <w:t xml:space="preserve">[31:03] </w:t>
      </w:r>
      <w:r>
        <w:t>there are commentaries.</w:t>
      </w:r>
    </w:p>
    <w:p>
      <w:pPr>
        <w:jc w:val="right"/>
      </w:pPr>
      <w:r>
        <w:t>دیر ار کمنٹریز۔</w:t>
      </w:r>
    </w:p>
    <w:p>
      <w:r>
        <w:rPr>
          <w:b/>
        </w:rPr>
        <w:t xml:space="preserve">[31:09] </w:t>
      </w:r>
      <w:r>
        <w:t>commentary of hadith. there is called sharh al hadith. commentary of hadith. most famous commentary is fath al bari.</w:t>
      </w:r>
    </w:p>
    <w:p>
      <w:pPr>
        <w:jc w:val="right"/>
      </w:pPr>
      <w:r>
        <w:t>کمنٹری اف حدیث۔ دیر از کالڈ شرح الحدیث۔ کمنٹری اف حدیث۔ موسٹ فیمس کمنٹری از فتح الباری۔</w:t>
      </w:r>
    </w:p>
    <w:p>
      <w:r>
        <w:rPr>
          <w:b/>
        </w:rPr>
        <w:t xml:space="preserve">[31:21] </w:t>
      </w:r>
      <w:r>
        <w:t>fath al bari was compile by ibn hajar al asqalani. so fath al bari, some scholars say that fath al bari is like an encyclopedia of hadith.</w:t>
      </w:r>
    </w:p>
    <w:p>
      <w:pPr>
        <w:jc w:val="right"/>
      </w:pPr>
      <w:r>
        <w:t>فتح الباری واز کمپائل بائے ابن حجر العسقلانی۔ سو فتح الباری، سم سکالرز سے دیٹ فتح الباری از لائک این انسائیکلوپیڈیا اف حدیث۔</w:t>
      </w:r>
    </w:p>
    <w:p>
      <w:r>
        <w:rPr>
          <w:b/>
        </w:rPr>
        <w:t xml:space="preserve">[31:38] </w:t>
      </w:r>
      <w:r>
        <w:t>you can find possibly all the hadith in this book. it is a very voluminous book.</w:t>
      </w:r>
    </w:p>
    <w:p>
      <w:pPr>
        <w:jc w:val="right"/>
      </w:pPr>
      <w:r>
        <w:t>یو کین فائنڈ پاسیبلی ال دا حدیث ان دس بک۔ اٹ از ا ویری ویلیومس بک۔</w:t>
      </w:r>
    </w:p>
    <w:p>
      <w:r>
        <w:rPr>
          <w:b/>
        </w:rPr>
        <w:t xml:space="preserve">[31:50] </w:t>
      </w:r>
      <w:r>
        <w:t>so fath al bari is compile by ibn hajar al asqalani. and it is like an encyclopedia.</w:t>
      </w:r>
    </w:p>
    <w:p>
      <w:pPr>
        <w:jc w:val="right"/>
      </w:pPr>
      <w:r>
        <w:t>سو فتح الباری از کمپائل بائے ابن حجر العسقلانی۔ اینڈ اٹ از لائک این انسائیکلوپیڈیا۔</w:t>
      </w:r>
    </w:p>
    <w:p>
      <w:r>
        <w:rPr>
          <w:b/>
        </w:rPr>
        <w:t xml:space="preserve">[32:02] </w:t>
      </w:r>
      <w:r>
        <w:t>so this is very important, very famous also. in this book you can find near about all the hadith. and also you can read the commentary of those hadith.</w:t>
      </w:r>
    </w:p>
    <w:p>
      <w:pPr>
        <w:jc w:val="right"/>
      </w:pPr>
      <w:r>
        <w:t>سو دس از ویری امپورٹنٹ، ویری فیمس السو۔ ان دس بک یو کین فائنڈ نیئر اباؤٹ ال دی حدیث۔ اینڈ السو یو کین ریڈ دی کمنٹری اف دوز حدیث۔</w:t>
      </w:r>
    </w:p>
    <w:p>
      <w:r>
        <w:rPr>
          <w:b/>
        </w:rPr>
        <w:t xml:space="preserve">[32:15] </w:t>
      </w:r>
      <w:r>
        <w:t>so Fath al-Bari is very very important for those who want to understand the meaning of hadith.</w:t>
      </w:r>
    </w:p>
    <w:p>
      <w:pPr>
        <w:jc w:val="right"/>
      </w:pPr>
      <w:r>
        <w:t>سو فتح الباری از ویری ویری امپورٹنٹ فار دوز ہو وانٹ ٹو انڈرسٹینڈ دا میننگ اف حدیث۔</w:t>
      </w:r>
    </w:p>
    <w:p>
      <w:r>
        <w:rPr>
          <w:b/>
        </w:rPr>
        <w:t xml:space="preserve">[32:25] </w:t>
      </w:r>
      <w:r>
        <w:t>that is saying of the Prophet of Islam. I have also compiled some books on hadith.</w:t>
      </w:r>
    </w:p>
    <w:p>
      <w:pPr>
        <w:jc w:val="right"/>
      </w:pPr>
      <w:r>
        <w:t>دیٹ از سینگ اف دا پرافٹ اف اسلام۔ ائی ہیو السو کمپائل سم بکس ان حدیث۔</w:t>
      </w:r>
    </w:p>
    <w:p>
      <w:r>
        <w:rPr>
          <w:b/>
        </w:rPr>
        <w:t xml:space="preserve">[32:36] </w:t>
      </w:r>
      <w:r>
        <w:t>one is Mutala'ah Hadith. It is a selection of hadith.</w:t>
      </w:r>
    </w:p>
    <w:p>
      <w:pPr>
        <w:jc w:val="right"/>
      </w:pPr>
      <w:r>
        <w:t>ون از مطالعہ حدیث۔ اٹ از ا سلیکشن اف حدیث۔</w:t>
      </w:r>
    </w:p>
    <w:p>
      <w:r>
        <w:rPr>
          <w:b/>
        </w:rPr>
        <w:t xml:space="preserve">[32:42] </w:t>
      </w:r>
      <w:r>
        <w:t>so I have published this selection with commentary.</w:t>
      </w:r>
    </w:p>
    <w:p>
      <w:pPr>
        <w:jc w:val="right"/>
      </w:pPr>
      <w:r>
        <w:t>سو ائی ہیو پبلش دس سلیکشن ود کمنٹری۔</w:t>
      </w:r>
    </w:p>
    <w:p>
      <w:r>
        <w:rPr>
          <w:b/>
        </w:rPr>
        <w:t xml:space="preserve">[32:51] </w:t>
      </w:r>
      <w:r>
        <w:t>its name is Mutala'ah Hadith. At present is available in Urdu only. Inshallah in future publish in English also.</w:t>
      </w:r>
    </w:p>
    <w:p>
      <w:pPr>
        <w:jc w:val="right"/>
      </w:pPr>
      <w:r>
        <w:t>اٹس نیم از مطالعہ حدیث۔ ایٹ پریزنٹ از اویلیبل ان اردو اونلی۔ انشاءاللہ ان فیوچر پبلش ان انگلش السو۔</w:t>
      </w:r>
    </w:p>
    <w:p>
      <w:r>
        <w:rPr>
          <w:b/>
        </w:rPr>
        <w:t xml:space="preserve">[33:04] </w:t>
      </w:r>
      <w:r>
        <w:t>so it is very very important to study hadith.</w:t>
      </w:r>
    </w:p>
    <w:p>
      <w:pPr>
        <w:jc w:val="right"/>
      </w:pPr>
      <w:r>
        <w:t>سو اٹ از ویری ویری امپورٹنٹ ٹو سٹڈی حدیث۔</w:t>
      </w:r>
    </w:p>
    <w:p>
      <w:r>
        <w:rPr>
          <w:b/>
        </w:rPr>
        <w:t xml:space="preserve">[33:10] </w:t>
      </w:r>
      <w:r>
        <w:t>I think all the hadith, there about all the book of hadith are now available in English also.</w:t>
      </w:r>
    </w:p>
    <w:p>
      <w:pPr>
        <w:jc w:val="right"/>
      </w:pPr>
      <w:r>
        <w:t>ائی تھنک ال دا حدیث، دیر اباؤٹ ال دا بک اف حدیث ار ناو اویلیبل ان انگلش السو۔</w:t>
      </w:r>
    </w:p>
    <w:p>
      <w:r>
        <w:rPr>
          <w:b/>
        </w:rPr>
        <w:t xml:space="preserve">[33:19] </w:t>
      </w:r>
      <w:r>
        <w:t>according to my knowledge, all these hadith that was compiled originally in Arabic, now these hadith literature.</w:t>
      </w:r>
    </w:p>
    <w:p>
      <w:pPr>
        <w:jc w:val="right"/>
      </w:pPr>
      <w:r>
        <w:t>اکارڈنگ ٹو مائی نالج، ال دی حدیث دیٹ واز کمپائل اوریجنلی ان عربک، ناو دیز حدیث لٹریچر۔</w:t>
      </w:r>
    </w:p>
    <w:p>
      <w:r>
        <w:rPr>
          <w:b/>
        </w:rPr>
        <w:t xml:space="preserve">[33:31] </w:t>
      </w:r>
      <w:r>
        <w:t>now this hadith literature is available in English also.</w:t>
      </w:r>
    </w:p>
    <w:p>
      <w:pPr>
        <w:jc w:val="right"/>
      </w:pPr>
      <w:r>
        <w:t>ناو دس حدیث لٹریچر از اویلیبل ان انگلش السو۔</w:t>
      </w:r>
    </w:p>
    <w:p>
      <w:r>
        <w:rPr>
          <w:b/>
        </w:rPr>
        <w:t xml:space="preserve">[33:38] </w:t>
      </w:r>
      <w:r>
        <w:t>so it is very good news that those who can want to read hadith in English language, they can find any book, any hadith book from the market.</w:t>
      </w:r>
    </w:p>
    <w:p>
      <w:pPr>
        <w:jc w:val="right"/>
      </w:pPr>
      <w:r>
        <w:t>سو اٹ از ویری گڈ نیوز دیٹ دوز ہو کین وانٹ ٹو ریڈ حدیث ان انگلش لینگویج، دے کین فائنڈ اینی بک، اینی حدیث بک فرام دی مارکیٹ۔</w:t>
      </w:r>
    </w:p>
    <w:p>
      <w:r>
        <w:rPr>
          <w:b/>
        </w:rPr>
        <w:t xml:space="preserve">[33:56] </w:t>
      </w:r>
      <w:r>
        <w:t>so it is very important. I have studied all the religions, but I never find such kind of literature in any other religion.</w:t>
      </w:r>
    </w:p>
    <w:p>
      <w:pPr>
        <w:jc w:val="right"/>
      </w:pPr>
      <w:r>
        <w:t>سو اٹ از ویری امپورٹنٹ۔ ائی ہیو سٹڈی ال دا ریلیجنز، بٹ ائی نیور فائنڈ سچ کائنڈ اف لٹریچر ان اینی ادر ریلیجن۔</w:t>
      </w:r>
    </w:p>
    <w:p>
      <w:r>
        <w:rPr>
          <w:b/>
        </w:rPr>
        <w:t xml:space="preserve">[34:09] </w:t>
      </w:r>
      <w:r>
        <w:t>Muhammad sallallahu alaihi wasallam was founder of Islam. So his</w:t>
      </w:r>
    </w:p>
    <w:p>
      <w:pPr>
        <w:jc w:val="right"/>
      </w:pPr>
      <w:r>
        <w:t>محمد صلی اللہ علیہ وسلم واز فاؤنڈر اف اسلام۔ سو ہز</w:t>
      </w:r>
    </w:p>
    <w:p>
      <w:r>
        <w:rPr>
          <w:b/>
        </w:rPr>
        <w:t xml:space="preserve">[34:19] </w:t>
      </w:r>
      <w:r>
        <w:t>the book he received from God is also preserved original form. At the same time, his sayings, his life, his activities, all these things are also preserved in a very authentic way.</w:t>
      </w:r>
    </w:p>
    <w:p>
      <w:pPr>
        <w:jc w:val="right"/>
      </w:pPr>
      <w:r>
        <w:t>دا بک ہی ریسیو فرام گاڈ از السو پریزرو اوریجنل فارم۔ ایٹ دا سیم ٹائم، ہز سینگز، ہز لائف، ہز ایکٹیویٹیز، ال دیز تھنگز ار السو پریزرو ان ا ویری اتھینٹک وے۔</w:t>
      </w:r>
    </w:p>
    <w:p>
      <w:r>
        <w:rPr>
          <w:b/>
        </w:rPr>
        <w:t xml:space="preserve">[34:39] </w:t>
      </w:r>
      <w:r>
        <w:t>Hadith literature is an authentic account of Prophet's life.</w:t>
      </w:r>
    </w:p>
    <w:p>
      <w:pPr>
        <w:jc w:val="right"/>
      </w:pPr>
      <w:r>
        <w:t>حدیث لٹریچر از ان اتھینٹک اکاؤنٹ اف پرافٹس لائف۔</w:t>
      </w:r>
    </w:p>
    <w:p>
      <w:r>
        <w:rPr>
          <w:b/>
        </w:rPr>
        <w:t xml:space="preserve">[34:45] </w:t>
      </w:r>
      <w:r>
        <w:t>If you want to know what prophet of Islam said, what were his activities,</w:t>
      </w:r>
    </w:p>
    <w:p>
      <w:pPr>
        <w:jc w:val="right"/>
      </w:pPr>
      <w:r>
        <w:t>اف یو وانٹ ٹو نو واٹ پرافٹ اف اسلام سیڈ، واٹ ویر ہز ایکٹیویٹیز،</w:t>
      </w:r>
    </w:p>
    <w:p>
      <w:r>
        <w:rPr>
          <w:b/>
        </w:rPr>
        <w:t xml:space="preserve">[34:55] </w:t>
      </w:r>
      <w:r>
        <w:t>How he practiced Islam,</w:t>
      </w:r>
    </w:p>
    <w:p>
      <w:pPr>
        <w:jc w:val="right"/>
      </w:pPr>
      <w:r>
        <w:t>ہاؤ ہی پریکٹس اسلام،</w:t>
      </w:r>
    </w:p>
    <w:p>
      <w:r>
        <w:rPr>
          <w:b/>
        </w:rPr>
        <w:t xml:space="preserve">[34:58] </w:t>
      </w:r>
      <w:r>
        <w:t>What was his behavior</w:t>
      </w:r>
    </w:p>
    <w:p>
      <w:pPr>
        <w:jc w:val="right"/>
      </w:pPr>
      <w:r>
        <w:t>واٹ واز ہز بیہیویئر</w:t>
      </w:r>
    </w:p>
    <w:p>
      <w:r>
        <w:rPr>
          <w:b/>
        </w:rPr>
        <w:t xml:space="preserve">[35:00] </w:t>
      </w:r>
      <w:r>
        <w:t>when he was</w:t>
      </w:r>
    </w:p>
    <w:p>
      <w:pPr>
        <w:jc w:val="right"/>
      </w:pPr>
      <w:r>
        <w:t>وین ہی واز</w:t>
      </w:r>
    </w:p>
    <w:p>
      <w:r>
        <w:rPr>
          <w:b/>
        </w:rPr>
        <w:t xml:space="preserve">[35:03] </w:t>
      </w:r>
      <w:r>
        <w:t>living among people, how he was living in among his family, how he was living among the society.</w:t>
      </w:r>
    </w:p>
    <w:p>
      <w:pPr>
        <w:jc w:val="right"/>
      </w:pPr>
      <w:r>
        <w:t>لیونگ امنگ پیپل، ہاؤ ہی واز لیونگ ان امنگ ہز فیملی، ہاؤ ہی واز لیونگ امنگ دا سوسائٹی۔</w:t>
      </w:r>
    </w:p>
    <w:p>
      <w:r>
        <w:rPr>
          <w:b/>
        </w:rPr>
        <w:t xml:space="preserve">[35:12] </w:t>
      </w:r>
      <w:r>
        <w:t>all those things, all these things are compiled in hadith literature.</w:t>
      </w:r>
    </w:p>
    <w:p>
      <w:pPr>
        <w:jc w:val="right"/>
      </w:pPr>
      <w:r>
        <w:t>ال دوز تھنگز، ال دیز تھنگز ار کمپائل ان حدیث لٹریچر۔</w:t>
      </w:r>
    </w:p>
    <w:p>
      <w:r>
        <w:rPr>
          <w:b/>
        </w:rPr>
        <w:t xml:space="preserve">[35:23] </w:t>
      </w:r>
      <w:r>
        <w:t>so hadith literature is a complete picture of the Prophet of Islam. Everything about the life of Islam, you can find in hadith literature.</w:t>
      </w:r>
    </w:p>
    <w:p>
      <w:pPr>
        <w:jc w:val="right"/>
      </w:pPr>
      <w:r>
        <w:t>سو حدیث لٹریچر از ا کمپلیٹ پکچر اف دی پرافٹ اف اسلام۔ ایوری تھنگ اباؤٹ دی لائف اف اسلام، یو کین فائنڈ ان حدیث لٹریچر۔</w:t>
      </w:r>
    </w:p>
    <w:p>
      <w:r>
        <w:rPr>
          <w:b/>
        </w:rPr>
        <w:t xml:space="preserve">[35:38] </w:t>
      </w:r>
      <w:r>
        <w:t>according to the Islamic belief,</w:t>
      </w:r>
    </w:p>
    <w:p>
      <w:pPr>
        <w:jc w:val="right"/>
      </w:pPr>
      <w:r>
        <w:t>اکارڈنگ ٹو دا اسلامک بیلیف،</w:t>
      </w:r>
    </w:p>
    <w:p>
      <w:r>
        <w:rPr>
          <w:b/>
        </w:rPr>
        <w:t xml:space="preserve">[35:46] </w:t>
      </w:r>
      <w:r>
        <w:t>there is no difference as far as the authenticity is concerned. There is no difference between Quran and hadith.</w:t>
      </w:r>
    </w:p>
    <w:p>
      <w:pPr>
        <w:jc w:val="right"/>
      </w:pPr>
      <w:r>
        <w:t>دیر از نو ڈیفرنس ایز فار ایز دا اتھنٹیسٹی از کنسرن۔ دیر از نو ڈیفرنس بٹوین قرآن اینڈ حدیث۔</w:t>
      </w:r>
    </w:p>
    <w:p>
      <w:r>
        <w:rPr>
          <w:b/>
        </w:rPr>
        <w:t xml:space="preserve">[35:58] </w:t>
      </w:r>
      <w:r>
        <w:t>anything which we read in the Quran is authentic</w:t>
      </w:r>
    </w:p>
    <w:p>
      <w:pPr>
        <w:jc w:val="right"/>
      </w:pPr>
      <w:r>
        <w:t>اینی تھنگ وچ وی ریڈ ان دا قرآن از اتھینٹک</w:t>
      </w:r>
    </w:p>
    <w:p>
      <w:r>
        <w:rPr>
          <w:b/>
        </w:rPr>
        <w:t xml:space="preserve">[36:05] </w:t>
      </w:r>
      <w:r>
        <w:t>. So is the case of hadith, anything which we read in hadith is also authentic. Now</w:t>
      </w:r>
    </w:p>
    <w:p>
      <w:pPr>
        <w:jc w:val="right"/>
      </w:pPr>
      <w:r>
        <w:t>۔ سو از دا کیس اف حدیث، اینی تھنگ وچ وی ریڈ ان حدیث از السو اتھینٹک۔ ناو</w:t>
      </w:r>
    </w:p>
    <w:p>
      <w:r>
        <w:rPr>
          <w:b/>
        </w:rPr>
        <w:t xml:space="preserve">[36:22] </w:t>
      </w:r>
      <w:r>
        <w:t>you must know that the way of compiled both was one and the same</w:t>
      </w:r>
    </w:p>
    <w:p>
      <w:pPr>
        <w:jc w:val="right"/>
      </w:pPr>
      <w:r>
        <w:t>یو مسٹ نو دیٹ دا وے اف کمپائل بوتھ واز ون اینڈ دا سیم</w:t>
      </w:r>
    </w:p>
    <w:p>
      <w:r>
        <w:rPr>
          <w:b/>
        </w:rPr>
        <w:t xml:space="preserve">[36:30] </w:t>
      </w:r>
      <w:r>
        <w:t>. Hadith was compiled by the same method which was applied to the compilation of the Quran.</w:t>
      </w:r>
    </w:p>
    <w:p>
      <w:pPr>
        <w:jc w:val="right"/>
      </w:pPr>
      <w:r>
        <w:t>۔ حدیث واز کمپائل بائی دا سیم میتھڈ وچ واز اپلائیڈ ٹو دا کمپائلشن اف دا قرآن۔</w:t>
      </w:r>
    </w:p>
    <w:p>
      <w:r>
        <w:rPr>
          <w:b/>
        </w:rPr>
        <w:t xml:space="preserve">[36:42] </w:t>
      </w:r>
      <w:r>
        <w:t>you know Quran was not sent to the Prophet book. No, it was revealed by the angels,</w:t>
      </w:r>
    </w:p>
    <w:p>
      <w:pPr>
        <w:jc w:val="right"/>
      </w:pPr>
      <w:r>
        <w:t>یو نو قرآن واز ناٹ سینڈ ٹو دا پرافٹ بک۔ نو، اٹ واز ریویل بائی دا اینجیلز،</w:t>
      </w:r>
    </w:p>
    <w:p>
      <w:r>
        <w:rPr>
          <w:b/>
        </w:rPr>
        <w:t xml:space="preserve">[36:55] </w:t>
      </w:r>
      <w:r>
        <w:t>and then it was recited by the Prophet.</w:t>
      </w:r>
    </w:p>
    <w:p>
      <w:pPr>
        <w:jc w:val="right"/>
      </w:pPr>
      <w:r>
        <w:t>اینڈ دین اٹ واز ریسائیٹڈ بائی دا پرافٹ۔</w:t>
      </w:r>
    </w:p>
    <w:p>
      <w:r>
        <w:rPr>
          <w:b/>
        </w:rPr>
        <w:t xml:space="preserve">[37:01] </w:t>
      </w:r>
      <w:r>
        <w:t>so Quran, the method of the Quran was that Prophet received revelation, and then he repeated or recited that revelation.</w:t>
      </w:r>
    </w:p>
    <w:p>
      <w:pPr>
        <w:jc w:val="right"/>
      </w:pPr>
      <w:r>
        <w:t>سو قرآن، دا میتھڈ اف دا قرآن واز دیٹ پرافٹ ریسیو ریولیشن، اینڈ دین ہی ریپیٹڈ اور ریسائیٹڈ دیٹ ریولیشن۔</w:t>
      </w:r>
    </w:p>
    <w:p>
      <w:r>
        <w:rPr>
          <w:b/>
        </w:rPr>
        <w:t xml:space="preserve">[37:20] </w:t>
      </w:r>
      <w:r>
        <w:t>his followers listen his recitation, and they memorize it</w:t>
      </w:r>
    </w:p>
    <w:p>
      <w:pPr>
        <w:jc w:val="right"/>
      </w:pPr>
      <w:r>
        <w:t>ہز فالوورز لسن ہز ریسیٹیشن، اینڈ دے میمورائز اٹ</w:t>
      </w:r>
    </w:p>
    <w:p>
      <w:r>
        <w:rPr>
          <w:b/>
        </w:rPr>
        <w:t xml:space="preserve">[37:29] </w:t>
      </w:r>
      <w:r>
        <w:t xml:space="preserve"> . this process continued generation of generation until there was age of printing press. before printing press, the same process was prevalent in every generation.</w:t>
      </w:r>
    </w:p>
    <w:p>
      <w:pPr>
        <w:jc w:val="right"/>
      </w:pPr>
      <w:r>
        <w:t>۔ دس پروسیس کنٹینیوڈ جنریشن اف جنریشن انٹل دیر واز ایج اف پرنٹنگ پریس۔ بیفور پرنٹنگ پریس، دا سیم پروسیس واز پریونٹ ان ایوری جنریشن۔</w:t>
      </w:r>
    </w:p>
    <w:p>
      <w:r>
        <w:rPr>
          <w:b/>
        </w:rPr>
        <w:t xml:space="preserve">[37:48] </w:t>
      </w:r>
      <w:r>
        <w:t>din when the age of printing press came, din hiz followers</w:t>
      </w:r>
    </w:p>
    <w:p>
      <w:pPr>
        <w:jc w:val="right"/>
      </w:pPr>
      <w:r>
        <w:t>دین وین دا ایج اف پرنٹنگ پریس کیم، دین ہز فالوورز</w:t>
      </w:r>
    </w:p>
    <w:p>
      <w:r>
        <w:rPr>
          <w:b/>
        </w:rPr>
        <w:t xml:space="preserve">[37:58] </w:t>
      </w:r>
      <w:r>
        <w:t>compile an authentic book by a calligraphy.</w:t>
      </w:r>
    </w:p>
    <w:p>
      <w:pPr>
        <w:jc w:val="right"/>
      </w:pPr>
      <w:r>
        <w:t>کمپائل این اتھینٹک بک بائی ا کیلیگرافی۔</w:t>
      </w:r>
    </w:p>
    <w:p>
      <w:r>
        <w:rPr>
          <w:b/>
        </w:rPr>
        <w:t xml:space="preserve">[38:07] </w:t>
      </w:r>
      <w:r>
        <w:t>there were so many expert in calligraphy.</w:t>
      </w:r>
    </w:p>
    <w:p>
      <w:pPr>
        <w:jc w:val="right"/>
      </w:pPr>
      <w:r>
        <w:t>دیر وار سو مینی ایکسپرٹ ان کیلیگرافی۔</w:t>
      </w:r>
    </w:p>
    <w:p>
      <w:r>
        <w:rPr>
          <w:b/>
        </w:rPr>
        <w:t xml:space="preserve">[38:12] </w:t>
      </w:r>
      <w:r>
        <w:t>these calligraphers compiled, prepared some authentic copy of the quran, and this was printed.</w:t>
      </w:r>
    </w:p>
    <w:p>
      <w:pPr>
        <w:jc w:val="right"/>
      </w:pPr>
      <w:r>
        <w:t>دیز کیلیگرافرز کمپائلڈ، پریپیرڈ سم اتھینٹک کاپی اف دا قرآن، اینڈ دس واز پرنٹڈ۔</w:t>
      </w:r>
    </w:p>
    <w:p>
      <w:r>
        <w:rPr>
          <w:b/>
        </w:rPr>
        <w:t xml:space="preserve">[38:26] </w:t>
      </w:r>
      <w:r>
        <w:t>din now we see that we are living in the computer age. now we can find a typed copy of the quran.</w:t>
      </w:r>
    </w:p>
    <w:p>
      <w:pPr>
        <w:jc w:val="right"/>
      </w:pPr>
      <w:r>
        <w:t>دین ناو وی سی دیٹ وی ار لیونگ ان دا کمپیوٹر ایج۔ ناو وی کین فائنڈ ا ٹائپڈ کاپی اف دا قرآن۔</w:t>
      </w:r>
    </w:p>
    <w:p>
      <w:r>
        <w:rPr>
          <w:b/>
        </w:rPr>
        <w:t xml:space="preserve">[38:38] </w:t>
      </w:r>
      <w:r>
        <w:t>so after the age of print media or printing press, everything was preserved in the printing form.</w:t>
      </w:r>
    </w:p>
    <w:p>
      <w:pPr>
        <w:jc w:val="right"/>
      </w:pPr>
      <w:r>
        <w:t>سو افٹر دی ایج اف پرنٹ میڈیا اور پرنٹنگ پریس، ایوری تھنگ واز پریزرو ان دا پرنٹنگ فارم۔</w:t>
      </w:r>
    </w:p>
    <w:p>
      <w:r>
        <w:rPr>
          <w:b/>
        </w:rPr>
        <w:t xml:space="preserve">[38:51] </w:t>
      </w:r>
      <w:r>
        <w:t>before it was preserved in memory as well as through calligraphy.</w:t>
      </w:r>
    </w:p>
    <w:p>
      <w:pPr>
        <w:jc w:val="right"/>
      </w:pPr>
      <w:r>
        <w:t>بیفور اٹ واز پریزرو ان میموری ایز ویل ایز تھرو کیلیگرافی۔</w:t>
      </w:r>
    </w:p>
    <w:p>
      <w:r>
        <w:rPr>
          <w:b/>
        </w:rPr>
        <w:t xml:space="preserve">[39:00] </w:t>
      </w:r>
      <w:r>
        <w:t>now it is preserved in the</w:t>
      </w:r>
    </w:p>
    <w:p>
      <w:pPr>
        <w:jc w:val="right"/>
      </w:pPr>
      <w:r>
        <w:t>ناو اٹ از پریزرو ان دا</w:t>
      </w:r>
    </w:p>
    <w:p>
      <w:r>
        <w:rPr>
          <w:b/>
        </w:rPr>
        <w:t xml:space="preserve">[39:07] </w:t>
      </w:r>
      <w:r>
        <w:t>in the form of printing books, printed books. same process was repeated in hadith also. same process was applied in the hadith literature also.</w:t>
      </w:r>
    </w:p>
    <w:p>
      <w:pPr>
        <w:jc w:val="right"/>
      </w:pPr>
      <w:r>
        <w:t>ان دا فارم اف پرنٹنگ بکس، پرنٹڈ بکس۔ سیم پروسیس واز ریپیٹڈ ان حدیث السو۔ سیم پروسیس واز اپلائیڈ ان دی حدیث لٹریچر السو۔</w:t>
      </w:r>
    </w:p>
    <w:p>
      <w:r>
        <w:rPr>
          <w:b/>
        </w:rPr>
        <w:t xml:space="preserve">[39:23] </w:t>
      </w:r>
      <w:r>
        <w:t>you know hadith was also recited from the prophet.</w:t>
      </w:r>
    </w:p>
    <w:p>
      <w:pPr>
        <w:jc w:val="right"/>
      </w:pPr>
      <w:r>
        <w:t>یو نو حدیث واز السو ریسائیٹڈ فرام دی پرافٹ۔</w:t>
      </w:r>
    </w:p>
    <w:p>
      <w:r>
        <w:rPr>
          <w:b/>
        </w:rPr>
        <w:t xml:space="preserve">[39:30] </w:t>
      </w:r>
      <w:r>
        <w:t>hadith means speech. so what prophet said was memorized by his followers. and again the same process was repeated.</w:t>
      </w:r>
    </w:p>
    <w:p>
      <w:pPr>
        <w:jc w:val="right"/>
      </w:pPr>
      <w:r>
        <w:t>حدیث مینز اسپیچ۔ سو واٹ پرافٹ سیڈ واز میمورائز بائی ہز فالوورز۔ اینڈ اگین دا سیم پروسیس واز ریپیٹڈ۔</w:t>
      </w:r>
    </w:p>
    <w:p>
      <w:r>
        <w:rPr>
          <w:b/>
        </w:rPr>
        <w:t xml:space="preserve">[39:43] </w:t>
      </w:r>
      <w:r>
        <w:t>that generation of generation, they memorize this hadith through memory and as well as through writing.</w:t>
      </w:r>
    </w:p>
    <w:p>
      <w:pPr>
        <w:jc w:val="right"/>
      </w:pPr>
      <w:r>
        <w:t>دیٹ جنریشن اف جنریشن، دے میمورائز دس حدیث تھرو میموری اینڈ ایز ویل ایز تھرو رائٹنگ۔</w:t>
      </w:r>
    </w:p>
    <w:p>
      <w:r>
        <w:rPr>
          <w:b/>
        </w:rPr>
        <w:t xml:space="preserve">[39:56] </w:t>
      </w:r>
      <w:r>
        <w:t>so this process was continued up to the age of printing press. and when printing press was available, the followers of islam applied this technique,</w:t>
      </w:r>
    </w:p>
    <w:p>
      <w:pPr>
        <w:jc w:val="right"/>
      </w:pPr>
      <w:r>
        <w:t>سو دس پروسیس واز کنٹینیوڈ اپ ٹو دا ایج اف پرنٹنگ پریس۔ اینڈ وین پرنٹنگ پریس واز اویلیبل، دا فالوورز اف اسلام اپلائیڈ دس ٹیکنیک،</w:t>
      </w:r>
    </w:p>
    <w:p>
      <w:r>
        <w:rPr>
          <w:b/>
        </w:rPr>
        <w:t xml:space="preserve">[40:13] </w:t>
      </w:r>
      <w:r>
        <w:t>and they prepared printed copies of hadith</w:t>
      </w:r>
    </w:p>
    <w:p>
      <w:pPr>
        <w:jc w:val="right"/>
      </w:pPr>
      <w:r>
        <w:t>اینڈ دے پریپیرڈ پرنٹڈ کاپیز اف حدیث</w:t>
      </w:r>
    </w:p>
    <w:p>
      <w:r>
        <w:rPr>
          <w:b/>
        </w:rPr>
        <w:t xml:space="preserve">[40:17] </w:t>
      </w:r>
      <w:r>
        <w:t xml:space="preserve"> . so the method of compilation and preservation was one and the same.</w:t>
      </w:r>
    </w:p>
    <w:p>
      <w:pPr>
        <w:jc w:val="right"/>
      </w:pPr>
      <w:r>
        <w:t>۔ سو دا میتھڈ اف کمپائلیشن اینڈ پریزرویشن واز ون اینڈ دا سیم۔</w:t>
      </w:r>
    </w:p>
    <w:p>
      <w:r>
        <w:rPr>
          <w:b/>
        </w:rPr>
        <w:t xml:space="preserve">[40:28] </w:t>
      </w:r>
      <w:r>
        <w:t>quran and hadith both were preserved in this following this method. so both are authentic. it is true that there are some.</w:t>
      </w:r>
    </w:p>
    <w:p>
      <w:pPr>
        <w:jc w:val="right"/>
      </w:pPr>
      <w:r>
        <w:t>قرآن اینڈ حدیث بوتھ ویر پریزرو ان دس فالونگ دس میتھڈ۔ سو بوتھ ار اتھینٹک۔ اٹ از ٹرو دیٹ دیر ار سم۔</w:t>
      </w:r>
    </w:p>
    <w:p>
      <w:r>
        <w:rPr>
          <w:b/>
        </w:rPr>
        <w:t xml:space="preserve">[40:40] </w:t>
      </w:r>
      <w:r>
        <w:t>it is true that there are some mauzoo hadith. mauzoo means fabricated hadith.</w:t>
      </w:r>
    </w:p>
    <w:p>
      <w:pPr>
        <w:jc w:val="right"/>
      </w:pPr>
      <w:r>
        <w:t>اٹ از ٹرو دیٹ دیر ار سم موضوع حدیث۔ موضوع مینز فیبریکیٹڈ حدیث۔</w:t>
      </w:r>
    </w:p>
    <w:p>
      <w:r>
        <w:rPr>
          <w:b/>
        </w:rPr>
        <w:t xml:space="preserve">[40:47] </w:t>
      </w:r>
      <w:r>
        <w:t>these fabricated hadith were also written and</w:t>
      </w:r>
    </w:p>
    <w:p>
      <w:pPr>
        <w:jc w:val="right"/>
      </w:pPr>
      <w:r>
        <w:t>دیز فیبریکیٹڈ حدیث وار السو رٹن اینڈ</w:t>
      </w:r>
    </w:p>
    <w:p>
      <w:r>
        <w:rPr>
          <w:b/>
        </w:rPr>
        <w:t xml:space="preserve">[40:56] </w:t>
      </w:r>
      <w:r>
        <w:t>during the mostly during the period. but islamic scholars have scrutinized all these hadith.</w:t>
      </w:r>
    </w:p>
    <w:p>
      <w:pPr>
        <w:jc w:val="right"/>
      </w:pPr>
      <w:r>
        <w:t>ڈیورنگ دا موسٹلی ڈیورنگ دا پیریڈ۔ بٹ اسلامک سکالرز ہیو اسکرینائز ال دیز حدیث۔</w:t>
      </w:r>
    </w:p>
    <w:p>
      <w:r>
        <w:rPr>
          <w:b/>
        </w:rPr>
        <w:t xml:space="preserve">[41:08] </w:t>
      </w:r>
      <w:r>
        <w:t>for example, there was a great</w:t>
      </w:r>
    </w:p>
    <w:p>
      <w:pPr>
        <w:jc w:val="right"/>
      </w:pPr>
      <w:r>
        <w:t>فار ایگزامپل، دیر واز ا گریٹ</w:t>
      </w:r>
    </w:p>
    <w:p>
      <w:r>
        <w:rPr>
          <w:b/>
        </w:rPr>
        <w:t xml:space="preserve">[41:14] </w:t>
      </w:r>
      <w:r>
        <w:t>scholar, great islamic scholar. great islamic scholar, his name was nasir al shaykh nasiruddin albani.</w:t>
      </w:r>
    </w:p>
    <w:p>
      <w:pPr>
        <w:jc w:val="right"/>
      </w:pPr>
      <w:r>
        <w:t>سکالر، گریٹ اسلامک سکالر۔ گریٹ اسلامک سکالر، ہز نیم واز ناصر الشیخ ناصر الدین الالبانی۔</w:t>
      </w:r>
    </w:p>
    <w:p>
      <w:r>
        <w:rPr>
          <w:b/>
        </w:rPr>
        <w:t xml:space="preserve">[41:25] </w:t>
      </w:r>
      <w:r>
        <w:t>shaykh nasiruddin albani, he was a great scholar of hadith literature.</w:t>
      </w:r>
    </w:p>
    <w:p>
      <w:pPr>
        <w:jc w:val="right"/>
      </w:pPr>
      <w:r>
        <w:t>شیخ ناصر الدین الالبانی، ہی واز ا گریٹ سکالر اف حدیث لٹریچر۔</w:t>
      </w:r>
    </w:p>
    <w:p>
      <w:r>
        <w:rPr>
          <w:b/>
        </w:rPr>
        <w:t xml:space="preserve">[41:33] </w:t>
      </w:r>
      <w:r>
        <w:t>so after life long study of hadith literature, he prepared six volume. three volume was about those mauzoo ahadith.</w:t>
      </w:r>
    </w:p>
    <w:p>
      <w:pPr>
        <w:jc w:val="right"/>
      </w:pPr>
      <w:r>
        <w:t>سو افٹر لائف لانگ اسٹڈی اف حدیث لٹریچر، ہی پریپیرڈ سکس والیوم۔ تھری والیوم واز اباؤٹ دوز موضوع احادیث۔</w:t>
      </w:r>
    </w:p>
    <w:p>
      <w:r>
        <w:rPr>
          <w:b/>
        </w:rPr>
        <w:t xml:space="preserve">[41:47] </w:t>
      </w:r>
      <w:r>
        <w:t>its title was al-hadith al-mawdoo, and the three volume was about those authentic hadith.</w:t>
      </w:r>
    </w:p>
    <w:p>
      <w:pPr>
        <w:jc w:val="right"/>
      </w:pPr>
      <w:r>
        <w:t>اٹس ٹائٹل واز الاحادیث الموضوع، اینڈ دا تھری والیوم واز اباؤٹ دوز اتھینٹک حدیث۔</w:t>
      </w:r>
    </w:p>
    <w:p>
      <w:r>
        <w:rPr>
          <w:b/>
        </w:rPr>
        <w:t xml:space="preserve">[41:55] </w:t>
      </w:r>
      <w:r>
        <w:t>that was and and the title of this series was al-hadith al-sahih.</w:t>
      </w:r>
    </w:p>
    <w:p>
      <w:pPr>
        <w:jc w:val="right"/>
      </w:pPr>
      <w:r>
        <w:t>دیٹ واز اینڈ دا اینڈ دا ٹائٹل اف دس سیریز واز الاحادیث صحیح۔</w:t>
      </w:r>
    </w:p>
    <w:p>
      <w:r>
        <w:rPr>
          <w:b/>
        </w:rPr>
        <w:t xml:space="preserve">[42:04] </w:t>
      </w:r>
      <w:r>
        <w:t>so anyone who want to know which one is hadith sahih or which one is hadith mawdoo, he can easily</w:t>
      </w:r>
    </w:p>
    <w:p>
      <w:pPr>
        <w:jc w:val="right"/>
      </w:pPr>
      <w:r>
        <w:t>سو اینی ون ہو وانٹ ٹو نو وچ ون از حدیث صحیح اور وچ ون از حدیث موضوع، ہی کین ایزیلی</w:t>
      </w:r>
    </w:p>
    <w:p>
      <w:r>
        <w:rPr>
          <w:b/>
        </w:rPr>
        <w:t xml:space="preserve">[42:16] </w:t>
      </w:r>
      <w:r>
        <w:t>understand after reading these books</w:t>
      </w:r>
    </w:p>
    <w:p>
      <w:pPr>
        <w:jc w:val="right"/>
      </w:pPr>
      <w:r>
        <w:t>انڈرسٹینڈ افٹر ریڈنگ دیز بکس</w:t>
      </w:r>
    </w:p>
    <w:p>
      <w:r>
        <w:rPr>
          <w:b/>
        </w:rPr>
        <w:t xml:space="preserve">[42:23] </w:t>
      </w:r>
      <w:r>
        <w:t>so i repeat that quran and hadith both are equally authentic in islam.</w:t>
      </w:r>
    </w:p>
    <w:p>
      <w:pPr>
        <w:jc w:val="right"/>
      </w:pPr>
      <w:r>
        <w:t>۔ سو ائی ریپیٹ دیٹ قرآن اینڈ حدیث بوتھ ار ایکولی اتھینٹک ان اسلام۔</w:t>
      </w:r>
    </w:p>
    <w:p>
      <w:r>
        <w:rPr>
          <w:b/>
        </w:rPr>
        <w:t xml:space="preserve">[42:33] </w:t>
      </w:r>
      <w:r>
        <w:t>we cannot differentiate between the two,</w:t>
      </w:r>
    </w:p>
    <w:p>
      <w:pPr>
        <w:jc w:val="right"/>
      </w:pPr>
      <w:r>
        <w:t>وی کین ناٹ ڈیفرنشیٹ بٹوین دا ٹو،</w:t>
      </w:r>
    </w:p>
    <w:p>
      <w:r>
        <w:rPr>
          <w:b/>
        </w:rPr>
        <w:t xml:space="preserve">[42:38] </w:t>
      </w:r>
      <w:r>
        <w:t>and both were compiled and preserved by the same method.</w:t>
      </w:r>
    </w:p>
    <w:p>
      <w:pPr>
        <w:jc w:val="right"/>
      </w:pPr>
      <w:r>
        <w:t>اینڈ بوتھ ویر کمپائلڈ اینڈ پریزرو بائی دا سیم میتھڈ۔</w:t>
      </w:r>
    </w:p>
    <w:p>
      <w:r>
        <w:rPr>
          <w:b/>
        </w:rPr>
        <w:t xml:space="preserve">[42:44] </w:t>
      </w:r>
      <w:r>
        <w:t>the method which followers of islam applied in compilation of quran, the same method they applied in compilation and preservation of hadith.</w:t>
      </w:r>
    </w:p>
    <w:p>
      <w:pPr>
        <w:jc w:val="right"/>
      </w:pPr>
      <w:r>
        <w:t>دا میتھڈ وچ فالوورز اف اسلام اپلائیڈ ان کمپائلیشن اف قرآن، دا سیم میتھڈ دے اپلائیڈ ان کمپائلیشن اینڈ پریزرویشن اف حدیث۔</w:t>
      </w:r>
    </w:p>
    <w:p>
      <w:r>
        <w:rPr>
          <w:b/>
        </w:rPr>
        <w:t xml:space="preserve">[42:59] </w:t>
      </w:r>
      <w:r>
        <w:t>there are dozens of books published in this subject</w:t>
      </w:r>
    </w:p>
    <w:p>
      <w:pPr>
        <w:jc w:val="right"/>
      </w:pPr>
      <w:r>
        <w:t>دیر ار ڈزنز اف بکس پبلشڈ ان دس سبجیکٹ</w:t>
      </w:r>
    </w:p>
    <w:p>
      <w:r>
        <w:rPr>
          <w:b/>
        </w:rPr>
        <w:t xml:space="preserve">[43:04] </w:t>
      </w:r>
      <w:r>
        <w:t>so anyone who want to know the details of this process, the history of the compilation, so he can, he can read this in these books.</w:t>
      </w:r>
    </w:p>
    <w:p>
      <w:pPr>
        <w:jc w:val="right"/>
      </w:pPr>
      <w:r>
        <w:t>۔ سو اینی ون ہو وانٹ ٹو نو دا ڈیٹیلز اف دس پروسیس، دا ہسٹری اف دا کمپائلیشن، سو ہی کین، ہی کین ریڈ دس ان دیز بکس۔</w:t>
      </w:r>
    </w:p>
    <w:p>
      <w:r>
        <w:rPr>
          <w:b/>
        </w:rPr>
        <w:t xml:space="preserve">[43:24] </w:t>
      </w:r>
      <w:r>
        <w:t>these books are available in every library, in every book shops.</w:t>
      </w:r>
    </w:p>
    <w:p>
      <w:pPr>
        <w:jc w:val="right"/>
      </w:pPr>
      <w:r>
        <w:t>دیز بکس ار اویلیبل ان ایوری لائبریری، ان ایوری بک شاپس۔</w:t>
      </w:r>
    </w:p>
    <w:p>
      <w:r>
        <w:rPr>
          <w:b/>
        </w:rPr>
        <w:t xml:space="preserve">[43:32] </w:t>
      </w:r>
      <w:r>
        <w:t>then i would like to refer some hadith, only to give an example how precious are these hadith.</w:t>
      </w:r>
    </w:p>
    <w:p>
      <w:pPr>
        <w:jc w:val="right"/>
      </w:pPr>
      <w:r>
        <w:t>دین ائی وڈ لائک ٹو ریفر سم حدیث، اونلی ٹو گیو این ایگزامپل ہاؤ پریشیس ار دیز حدیث۔</w:t>
      </w:r>
    </w:p>
    <w:p>
      <w:r>
        <w:rPr>
          <w:b/>
        </w:rPr>
        <w:t xml:space="preserve">[43:47] </w:t>
      </w:r>
      <w:r>
        <w:t>how i can say that, why i can, why i say that hadith are these hadith are pearls of divine wisdom.</w:t>
      </w:r>
    </w:p>
    <w:p>
      <w:pPr>
        <w:jc w:val="right"/>
      </w:pPr>
      <w:r>
        <w:t>ہاؤ ائی کین سے دیٹ، وائی ائی کین، وائی ائی سے دیٹ حدیث ار دیز حدیث ار پرس اف ڈیوائن وزڈم۔</w:t>
      </w:r>
    </w:p>
    <w:p>
      <w:r>
        <w:rPr>
          <w:b/>
        </w:rPr>
        <w:t xml:space="preserve">[43:59] </w:t>
      </w:r>
      <w:r>
        <w:t>without hadith, we cannot understand the religion of islam. so there is a hadith</w:t>
      </w:r>
    </w:p>
    <w:p>
      <w:pPr>
        <w:jc w:val="right"/>
      </w:pPr>
      <w:r>
        <w:t>وداؤٹ حدیث، وی کین ناٹ انڈرسٹینڈ دا ریلیجن اف اسلام۔ سو دیر از ا حدیث</w:t>
      </w:r>
    </w:p>
    <w:p>
      <w:r>
        <w:rPr>
          <w:b/>
        </w:rPr>
        <w:t xml:space="preserve">[44:12] </w:t>
      </w:r>
      <w:r>
        <w:t>very very important to understand the aspect of islam</w:t>
      </w:r>
    </w:p>
    <w:p>
      <w:pPr>
        <w:jc w:val="right"/>
      </w:pPr>
      <w:r>
        <w:t>ویری ویری امپورٹنٹ ٹو انڈرسٹینڈ دا اسپیٹ اف اسلام</w:t>
      </w:r>
    </w:p>
    <w:p>
      <w:r>
        <w:rPr>
          <w:b/>
        </w:rPr>
        <w:t xml:space="preserve">[44:21] </w:t>
      </w:r>
      <w:r>
        <w:t>property of islam has said: "man 'arafa allaha illa allaha dakhala al-jannah".</w:t>
      </w:r>
    </w:p>
    <w:p>
      <w:pPr>
        <w:jc w:val="right"/>
      </w:pPr>
      <w:r>
        <w:t>۔ پراپرٹی اف اسلام ہیز سیڈ: "من عرف اللہ الا اللہ دخل الجنہ"۔</w:t>
      </w:r>
    </w:p>
    <w:p>
      <w:r>
        <w:rPr>
          <w:b/>
        </w:rPr>
        <w:t xml:space="preserve">[44:33] </w:t>
      </w:r>
      <w:r>
        <w:t>one who realizes that there is no god but one god, he will find entry into paradise.</w:t>
      </w:r>
    </w:p>
    <w:p>
      <w:pPr>
        <w:jc w:val="right"/>
      </w:pPr>
      <w:r>
        <w:t>ون ہو ریلائزز دیٹ دیر از نو گاڈ بٹ ون گاڈ، ہی ویل فائنڈ انٹری انٹو پیراڈائز۔</w:t>
      </w:r>
    </w:p>
    <w:p>
      <w:r>
        <w:rPr>
          <w:b/>
        </w:rPr>
        <w:t xml:space="preserve">[44:48] </w:t>
      </w:r>
      <w:r>
        <w:t>very very important because this hadith tells us that what is the starting point of islam.</w:t>
      </w:r>
    </w:p>
    <w:p>
      <w:pPr>
        <w:jc w:val="right"/>
      </w:pPr>
      <w:r>
        <w:t>ویری ویری امپورٹنٹ بیکاز دس حدیث ٹیلز اس دیٹ واٹ از دی سٹارٹنگ پوائنٹ اف اسلام۔</w:t>
      </w:r>
    </w:p>
    <w:p>
      <w:r>
        <w:rPr>
          <w:b/>
        </w:rPr>
        <w:t xml:space="preserve">[44:58] </w:t>
      </w:r>
      <w:r>
        <w:t>what is the starting point of this faith? it is realization, it is discovery.</w:t>
      </w:r>
    </w:p>
    <w:p>
      <w:pPr>
        <w:jc w:val="right"/>
      </w:pPr>
      <w:r>
        <w:t>واٹ از دی سٹارٹنگ پوائنٹ اف دس فیتھ؟ اٹ از ریلائزیشن، اٹ از ڈسکوری۔</w:t>
      </w:r>
    </w:p>
    <w:p>
      <w:r>
        <w:rPr>
          <w:b/>
        </w:rPr>
        <w:t xml:space="preserve">[45:09] </w:t>
      </w:r>
      <w:r>
        <w:t>so in arabic, in arabic, it is al-ma'rifah.</w:t>
      </w:r>
    </w:p>
    <w:p>
      <w:pPr>
        <w:jc w:val="right"/>
      </w:pPr>
      <w:r>
        <w:t>سو ان عربک، ان عربک، اٹ از المعرفہ۔</w:t>
      </w:r>
    </w:p>
    <w:p>
      <w:r>
        <w:rPr>
          <w:b/>
        </w:rPr>
        <w:t xml:space="preserve">[45:15] </w:t>
      </w:r>
      <w:r>
        <w:t>ma'rifah means realization. so the starting point of islam is realization and not simply recitation of kalma.</w:t>
      </w:r>
    </w:p>
    <w:p>
      <w:pPr>
        <w:jc w:val="right"/>
      </w:pPr>
      <w:r>
        <w:t>معرفہ مینز ریلائزیشن۔ سو دا سٹارٹنگ پوائنٹ اف اسلام از ریلائزیشن اینڈ ناٹ سمپلی ریسیٹیشن اف کلمہ۔</w:t>
      </w:r>
    </w:p>
    <w:p>
      <w:r>
        <w:rPr>
          <w:b/>
        </w:rPr>
        <w:t xml:space="preserve">[45:28] </w:t>
      </w:r>
      <w:r>
        <w:t>are born in a muslim family, there is not starting point of islam</w:t>
      </w:r>
    </w:p>
    <w:p>
      <w:pPr>
        <w:jc w:val="right"/>
      </w:pPr>
      <w:r>
        <w:t>ار بورن ان ا مسلم فیملی، دیر از ناٹ سٹارٹنگ پوائنٹ اف اسلام</w:t>
      </w:r>
    </w:p>
    <w:p>
      <w:r>
        <w:rPr>
          <w:b/>
        </w:rPr>
        <w:t xml:space="preserve">[45:36] </w:t>
      </w:r>
      <w:r>
        <w:t>your islam begins when you realize or discover the truth of islam, the truth of god's existence.</w:t>
      </w:r>
    </w:p>
    <w:p>
      <w:pPr>
        <w:jc w:val="right"/>
      </w:pPr>
      <w:r>
        <w:t>۔ یور اسلام بیگنز وین یو ریلائز اور ڈسکور دا ٹروتھ اف اسلام، دا ٹروتھ اف گاڈز ایگزسٹنس۔</w:t>
      </w:r>
    </w:p>
    <w:p>
      <w:r>
        <w:rPr>
          <w:b/>
        </w:rPr>
        <w:t xml:space="preserve">[45:55] </w:t>
      </w:r>
      <w:r>
        <w:t>so when you discover god, when you discover the truth of god, then your islam begins:</w:t>
      </w:r>
    </w:p>
    <w:p>
      <w:pPr>
        <w:jc w:val="right"/>
      </w:pPr>
      <w:r>
        <w:t>سو وین یو ڈسکور گاڈ، وین یو ڈسکور دا ٹروتھ اف گاڈ، دین یور اسلام بیگنز:</w:t>
      </w:r>
    </w:p>
    <w:p>
      <w:r>
        <w:rPr>
          <w:b/>
        </w:rPr>
        <w:t xml:space="preserve">[46:05] </w:t>
      </w:r>
      <w:r>
        <w:t>"man 'arafa allaha illa allaha dakhala al-jannah". one who realizes that there is no god but one god, he will find entry into paradise.</w:t>
      </w:r>
    </w:p>
    <w:p>
      <w:pPr>
        <w:jc w:val="right"/>
      </w:pPr>
      <w:r>
        <w:t>"من عرف اللہ الا اللہ دخل الجنہ"۔ ون ہو ریلائزز دیٹ دیر از نو گاڈ بٹ ون گاڈ، ہی ویل فائنڈ انٹری انٹو پیراڈائز۔</w:t>
      </w:r>
    </w:p>
    <w:p>
      <w:r>
        <w:rPr>
          <w:b/>
        </w:rPr>
        <w:t xml:space="preserve">[46:22] </w:t>
      </w:r>
      <w:r>
        <w:t>so das very important</w:t>
      </w:r>
    </w:p>
    <w:p>
      <w:pPr>
        <w:jc w:val="right"/>
      </w:pPr>
      <w:r>
        <w:t>سو دس ویری امپورٹنٹ</w:t>
      </w:r>
    </w:p>
    <w:p>
      <w:r>
        <w:rPr>
          <w:b/>
        </w:rPr>
        <w:t xml:space="preserve">[46:25] </w:t>
      </w:r>
      <w:r>
        <w:t>farum this hadith, we know that the starting point of islam is not recitation of kalma or</w:t>
      </w:r>
    </w:p>
    <w:p>
      <w:pPr>
        <w:jc w:val="right"/>
      </w:pPr>
      <w:r>
        <w:t>۔ فرام دس حدیث، وی نو دیٹ دا سٹارٹنگ پوائنٹ اف اسلام از ناٹ ریسیٹیشن اف کلمہ اور</w:t>
      </w:r>
    </w:p>
    <w:p>
      <w:r>
        <w:rPr>
          <w:b/>
        </w:rPr>
        <w:t xml:space="preserve">[46:42] </w:t>
      </w:r>
      <w:r>
        <w:t>or simply</w:t>
      </w:r>
    </w:p>
    <w:p>
      <w:pPr>
        <w:jc w:val="right"/>
      </w:pPr>
      <w:r>
        <w:t>اور سمپلی</w:t>
      </w:r>
    </w:p>
    <w:p>
      <w:r>
        <w:rPr>
          <w:b/>
        </w:rPr>
        <w:t xml:space="preserve">[46:46] </w:t>
      </w:r>
      <w:r>
        <w:t>birth in some muslim family</w:t>
      </w:r>
    </w:p>
    <w:p>
      <w:pPr>
        <w:jc w:val="right"/>
      </w:pPr>
      <w:r>
        <w:t>برتھ ان سم مسلم فیملی</w:t>
      </w:r>
    </w:p>
    <w:p>
      <w:r>
        <w:rPr>
          <w:b/>
        </w:rPr>
        <w:t xml:space="preserve">[46:49] </w:t>
      </w:r>
      <w:r>
        <w:t>, but the starting point is realization, discovery.</w:t>
      </w:r>
    </w:p>
    <w:p>
      <w:pPr>
        <w:jc w:val="right"/>
      </w:pPr>
      <w:r>
        <w:t>، بٹ دا سٹارٹنگ پوائنٹ از ریلائزیشن، ڈسکوری۔</w:t>
      </w:r>
    </w:p>
    <w:p>
      <w:r>
        <w:rPr>
          <w:b/>
        </w:rPr>
        <w:t xml:space="preserve">[46:59] </w:t>
      </w:r>
      <w:r>
        <w:t>from realization or discovery, you enter islam, islamic faith. you find entry into islamic faith, and then you follow the whole system of islam.</w:t>
      </w:r>
    </w:p>
    <w:p>
      <w:pPr>
        <w:jc w:val="right"/>
      </w:pPr>
      <w:r>
        <w:t>فرام ریلائزیشن اور ڈسکوری، یو انٹر اسلام، اسلامک فیتھ۔ یو فائنڈ انٹری انٹو اسلامک فیتھ، اینڈ دین یو فالو دا ہول سسٹم اف اسلام۔</w:t>
      </w:r>
    </w:p>
    <w:p>
      <w:r>
        <w:rPr>
          <w:b/>
        </w:rPr>
        <w:t xml:space="preserve">[47:17] </w:t>
      </w:r>
      <w:r>
        <w:t>then there is hadith about worship. what is worship in islam? this hadith tells us that: "ta'abbad Allah ka'annaka tarahu".</w:t>
      </w:r>
    </w:p>
    <w:p>
      <w:pPr>
        <w:jc w:val="right"/>
      </w:pPr>
      <w:r>
        <w:t>دین دیر از حدیث اباؤٹ ورشپ۔ واٹ از ورشپ ان اسلام؟ دس حدیث ٹیلز اس دیٹ: "تعبد اللہ کان قطرا"۔</w:t>
      </w:r>
    </w:p>
    <w:p>
      <w:r>
        <w:rPr>
          <w:b/>
        </w:rPr>
        <w:t xml:space="preserve">[47:39] </w:t>
      </w:r>
      <w:r>
        <w:t>"ta'abbad Allah ka'annaka tarahu". perform worship as if you are seeing god.</w:t>
      </w:r>
    </w:p>
    <w:p>
      <w:pPr>
        <w:jc w:val="right"/>
      </w:pPr>
      <w:r>
        <w:t>"تعبد اللہ کان قطرا"۔ پرفارم ورشپ ایز اف یو ار سینگ گاڈ۔</w:t>
      </w:r>
    </w:p>
    <w:p>
      <w:r>
        <w:rPr>
          <w:b/>
        </w:rPr>
        <w:t xml:space="preserve">[47:53] </w:t>
      </w:r>
      <w:r>
        <w:t>this is the criterion of ibadah.</w:t>
      </w:r>
    </w:p>
    <w:p>
      <w:pPr>
        <w:jc w:val="right"/>
      </w:pPr>
      <w:r>
        <w:t>دس از دا کرائٹیرین اف عبادت۔</w:t>
      </w:r>
    </w:p>
    <w:p>
      <w:r>
        <w:rPr>
          <w:b/>
        </w:rPr>
        <w:t xml:space="preserve">[48:01] </w:t>
      </w:r>
      <w:r>
        <w:t>if your ibadah goes you this kind of</w:t>
      </w:r>
    </w:p>
    <w:p>
      <w:pPr>
        <w:jc w:val="right"/>
      </w:pPr>
      <w:r>
        <w:t>اف یور عبادت گوز یو دس کائنڈ اف</w:t>
      </w:r>
    </w:p>
    <w:p>
      <w:r>
        <w:rPr>
          <w:b/>
        </w:rPr>
        <w:t xml:space="preserve">[48:09] </w:t>
      </w:r>
      <w:r>
        <w:t>spirituality, then you are doing ibadah.</w:t>
      </w:r>
    </w:p>
    <w:p>
      <w:pPr>
        <w:jc w:val="right"/>
      </w:pPr>
      <w:r>
        <w:t>سپریچولیٹی، دین یو ار ڈوئنگ عبادہ۔</w:t>
      </w:r>
    </w:p>
    <w:p>
      <w:r>
        <w:rPr>
          <w:b/>
        </w:rPr>
        <w:t xml:space="preserve">[48:16] </w:t>
      </w:r>
      <w:r>
        <w:t>ibadah means living in the presence of god. living in the presence of god.</w:t>
      </w:r>
    </w:p>
    <w:p>
      <w:pPr>
        <w:jc w:val="right"/>
      </w:pPr>
      <w:r>
        <w:t>عبادہ مینز لیونگ ان دی پریزنس اف گاڈ۔ لیونگ ان دا پریزنس اف گاڈ۔</w:t>
      </w:r>
    </w:p>
    <w:p>
      <w:r>
        <w:rPr>
          <w:b/>
        </w:rPr>
        <w:t xml:space="preserve">[48:26] </w:t>
      </w:r>
      <w:r>
        <w:t>so if your ibadah, your worship is giving you this kind of spiritual experience, then you are doing ibadah.</w:t>
      </w:r>
    </w:p>
    <w:p>
      <w:pPr>
        <w:jc w:val="right"/>
      </w:pPr>
      <w:r>
        <w:t>سو اف یور عبادہ، یور ورشپ از گیونگ یو دس کائنڈ اف سپریچول ایکسپیرینس، دین یو ار ڈوئنگ عبادہ۔</w:t>
      </w:r>
    </w:p>
    <w:p>
      <w:r>
        <w:rPr>
          <w:b/>
        </w:rPr>
        <w:t xml:space="preserve">[48:40] </w:t>
      </w:r>
      <w:r>
        <w:t>otherwise not. so property of islam says: "ta'abbad Allah ka'annaka tarahu". perform ibadah, perform worship as if you are seeing god.</w:t>
      </w:r>
    </w:p>
    <w:p>
      <w:pPr>
        <w:jc w:val="right"/>
      </w:pPr>
      <w:r>
        <w:t>ادروائز ناٹ۔ سو پراپرٹی اف اسلام سیز: "تعبد اللہ کان قطرا"۔ پرفارم عبادہ، پرفارم ورشپ ایز اف یو ار سینگ گاڈ۔</w:t>
      </w:r>
    </w:p>
    <w:p>
      <w:r>
        <w:rPr>
          <w:b/>
        </w:rPr>
        <w:t xml:space="preserve">[49:00] </w:t>
      </w:r>
      <w:r>
        <w:t>so this hadith tells us what is ibadah in islam. then there is a hadith: "an tuhibba li'akhika ma tuhibbu li'nafsik".</w:t>
      </w:r>
    </w:p>
    <w:p>
      <w:pPr>
        <w:jc w:val="right"/>
      </w:pPr>
      <w:r>
        <w:t>سو دس حدیث ٹیلز اس واٹ از عبادہ ان اسلام۔ دین دیر از ا حدیث: "ان تحب لیاخیک ما تحب لنفسک"۔</w:t>
      </w:r>
    </w:p>
    <w:p>
      <w:r>
        <w:rPr>
          <w:b/>
        </w:rPr>
        <w:t xml:space="preserve">[49:13] </w:t>
      </w:r>
      <w:r>
        <w:t>it means that behave other the same behavior which you want about yourself.</w:t>
      </w:r>
    </w:p>
    <w:p>
      <w:pPr>
        <w:jc w:val="right"/>
      </w:pPr>
      <w:r>
        <w:t>اٹ مینز دیٹ بیہیو ادر دا سیم بیہیویئر وچ یو وانٹ اباؤٹ یور سیلف۔</w:t>
      </w:r>
    </w:p>
    <w:p>
      <w:r>
        <w:rPr>
          <w:b/>
        </w:rPr>
        <w:t xml:space="preserve">[49:23] </w:t>
      </w:r>
      <w:r>
        <w:t>it gives us criterion: everyone knows about his likes and dislikes.</w:t>
      </w:r>
    </w:p>
    <w:p>
      <w:pPr>
        <w:jc w:val="right"/>
      </w:pPr>
      <w:r>
        <w:t>اٹ گوز اس کرائٹیرین: ایوری ون نوز اباؤٹ ہز لائکس اینڈ ڈس لائکس۔</w:t>
      </w:r>
    </w:p>
    <w:p>
      <w:r>
        <w:rPr>
          <w:b/>
        </w:rPr>
        <w:t xml:space="preserve">[49:31] </w:t>
      </w:r>
      <w:r>
        <w:t>everyone knows about his likes and dislikes. so we have to adopt the same behavior with other.</w:t>
      </w:r>
    </w:p>
    <w:p>
      <w:pPr>
        <w:jc w:val="right"/>
      </w:pPr>
      <w:r>
        <w:t>ایوری ون نوز اباؤٹ ہز لائکس اینڈ ڈس لائکس۔ سو وی ہیو ٹو اڈاپٹ دا سیم بیہیویئر ود ادر۔</w:t>
      </w:r>
    </w:p>
    <w:p>
      <w:r>
        <w:rPr>
          <w:b/>
        </w:rPr>
        <w:t xml:space="preserve">[49:41] </w:t>
      </w:r>
      <w:r>
        <w:t>its very simple criterion of moral behavior.</w:t>
      </w:r>
    </w:p>
    <w:p>
      <w:pPr>
        <w:jc w:val="right"/>
      </w:pPr>
      <w:r>
        <w:t>اٹس ویری سمپل کرائٹیرین اف مورل بیہیویئر۔</w:t>
      </w:r>
    </w:p>
    <w:p>
      <w:r>
        <w:rPr>
          <w:b/>
        </w:rPr>
        <w:t xml:space="preserve">[49:49] </w:t>
      </w:r>
      <w:r>
        <w:t>very very simple criterion of moral behavior or social behavior.</w:t>
      </w:r>
    </w:p>
    <w:p>
      <w:pPr>
        <w:jc w:val="right"/>
      </w:pPr>
      <w:r>
        <w:t>ویری ویری سمپل کرائٹیرین اف مورل بیہیویئر اور سوشل بیہیویئر۔</w:t>
      </w:r>
    </w:p>
    <w:p>
      <w:r>
        <w:rPr>
          <w:b/>
        </w:rPr>
        <w:t xml:space="preserve">[50:00] </w:t>
      </w:r>
      <w:r>
        <w:t>we have to do with others the same which we want about our self.</w:t>
      </w:r>
    </w:p>
    <w:p>
      <w:pPr>
        <w:jc w:val="right"/>
      </w:pPr>
      <w:r>
        <w:t>وی ہیو ٹو ڈو ود ادر دا سیم وچ وی وانٹ اباؤٹ اور سیلف۔</w:t>
      </w:r>
    </w:p>
    <w:p>
      <w:r>
        <w:rPr>
          <w:b/>
        </w:rPr>
        <w:t xml:space="preserve">[50:12] </w:t>
      </w:r>
      <w:r>
        <w:t>for example, we</w:t>
      </w:r>
    </w:p>
    <w:p>
      <w:pPr>
        <w:jc w:val="right"/>
      </w:pPr>
      <w:r>
        <w:t>فار ایگزامپل، وی</w:t>
      </w:r>
    </w:p>
    <w:p>
      <w:r>
        <w:rPr>
          <w:b/>
        </w:rPr>
        <w:t xml:space="preserve">[50:19] </w:t>
      </w:r>
      <w:r>
        <w:t>dislike hate, we dislike harm, we dislike</w:t>
      </w:r>
    </w:p>
    <w:p>
      <w:pPr>
        <w:jc w:val="right"/>
      </w:pPr>
      <w:r>
        <w:t>ڈس لائک ہیٹ، وی ڈس لائک ہارم، وی ڈس لائک</w:t>
      </w:r>
    </w:p>
    <w:p>
      <w:r>
        <w:rPr>
          <w:b/>
        </w:rPr>
        <w:t xml:space="preserve">[50:30] </w:t>
      </w:r>
      <w:r>
        <w:t>malice. so we have to see our self from these</w:t>
      </w:r>
    </w:p>
    <w:p>
      <w:pPr>
        <w:jc w:val="right"/>
      </w:pPr>
      <w:r>
        <w:t>میلس۔ سو وی ہیو ٹو سی اور سیلف فرام دیز</w:t>
      </w:r>
    </w:p>
    <w:p>
      <w:r>
        <w:rPr>
          <w:b/>
        </w:rPr>
        <w:t xml:space="preserve">[50:38] </w:t>
      </w:r>
      <w:r>
        <w:t>these things.</w:t>
      </w:r>
    </w:p>
    <w:p>
      <w:pPr>
        <w:jc w:val="right"/>
      </w:pPr>
      <w:r>
        <w:t>دیز تھنگز۔</w:t>
      </w:r>
    </w:p>
    <w:p>
      <w:r>
        <w:rPr>
          <w:b/>
        </w:rPr>
        <w:t xml:space="preserve">[50:44] </w:t>
      </w:r>
      <w:r>
        <w:t>we want to be loved from other. so we have to love other.</w:t>
      </w:r>
    </w:p>
    <w:p>
      <w:pPr>
        <w:jc w:val="right"/>
      </w:pPr>
      <w:r>
        <w:t>وی وانٹ ٹو بی لوڈ فرام ادر۔ سو وی ہیو ٹو لو ادر۔</w:t>
      </w:r>
    </w:p>
    <w:p>
      <w:r>
        <w:rPr>
          <w:b/>
        </w:rPr>
        <w:t xml:space="preserve">[50:51] </w:t>
      </w:r>
      <w:r>
        <w:t>so it is a very simple criterion of moral behaviour.</w:t>
      </w:r>
    </w:p>
    <w:p>
      <w:pPr>
        <w:jc w:val="right"/>
      </w:pPr>
      <w:r>
        <w:t>سو اٹ از ا ویری سمپل کرائٹیرین اف مورل بیہیویئر۔</w:t>
      </w:r>
    </w:p>
    <w:p>
      <w:r>
        <w:rPr>
          <w:b/>
        </w:rPr>
        <w:t xml:space="preserve">[51:01] </w:t>
      </w:r>
      <w:r>
        <w:t>deen the property of Islam has said: "al muslim man salima na so min lisanihi wa yadihi".</w:t>
      </w:r>
    </w:p>
    <w:p>
      <w:pPr>
        <w:jc w:val="right"/>
      </w:pPr>
      <w:r>
        <w:t>دین دا پراپرٹی اف اسلام ہیز سیڈ: "المسلم من سلم نہ سو من لسانہ ویدہ"۔</w:t>
      </w:r>
    </w:p>
    <w:p>
      <w:r>
        <w:rPr>
          <w:b/>
        </w:rPr>
        <w:t xml:space="preserve">[51:12] </w:t>
      </w:r>
      <w:r>
        <w:t>a true muslim is one by whose hands and tongue. people are safe.</w:t>
      </w:r>
    </w:p>
    <w:p>
      <w:pPr>
        <w:jc w:val="right"/>
      </w:pPr>
      <w:r>
        <w:t>ا ٹرو مسلم از ون بائے ہوز ہینڈز اینڈ ٹنگ۔ پیپل ار سیف۔</w:t>
      </w:r>
    </w:p>
    <w:p>
      <w:r>
        <w:rPr>
          <w:b/>
        </w:rPr>
        <w:t xml:space="preserve">[51:24] </w:t>
      </w:r>
      <w:r>
        <w:t>this hadith tells us that we have to live in a society as a harmless person.</w:t>
      </w:r>
    </w:p>
    <w:p>
      <w:pPr>
        <w:jc w:val="right"/>
      </w:pPr>
      <w:r>
        <w:t>دس حدیث ٹیلز اس دیٹ وی ہیو ٹو لیو ان ا سوسائٹی ایز ا ہارم لیس پرسن۔</w:t>
      </w:r>
    </w:p>
    <w:p>
      <w:r>
        <w:rPr>
          <w:b/>
        </w:rPr>
        <w:t xml:space="preserve">[51:33] </w:t>
      </w:r>
      <w:r>
        <w:t>we have to live among people as a peaceful person. this very important.</w:t>
      </w:r>
    </w:p>
    <w:p>
      <w:pPr>
        <w:jc w:val="right"/>
      </w:pPr>
      <w:r>
        <w:t>وی ہیو ٹو لیو امنگ پیپل ایز ا پیس فل پرسن۔ دس ویری امپورٹنٹ۔</w:t>
      </w:r>
    </w:p>
    <w:p>
      <w:r>
        <w:rPr>
          <w:b/>
        </w:rPr>
        <w:t xml:space="preserve">[51:46] </w:t>
      </w:r>
      <w:r>
        <w:t>deen the property of Islam has said: "wal al aaqil ma lam yakun maghlooban al aaqil".</w:t>
      </w:r>
    </w:p>
    <w:p>
      <w:pPr>
        <w:jc w:val="right"/>
      </w:pPr>
      <w:r>
        <w:t>دین دا پراپرٹی اف اسلام ہیز سیڈ: "وال العاقل مالم یکن مغلوبا العاقل"۔</w:t>
      </w:r>
    </w:p>
    <w:p>
      <w:r>
        <w:rPr>
          <w:b/>
        </w:rPr>
        <w:t xml:space="preserve">[51:59] </w:t>
      </w:r>
      <w:r>
        <w:t>an takuna sa'aat sa'atinaji fiha rabbahu wa sa'at yuhaasibu fiha nafsahu wa sa'at yatafakkaru fiha fi sunnallahi wa sa'at yakhlu fiha li hajatihi bil mutam wal mashriq.</w:t>
      </w:r>
    </w:p>
    <w:p>
      <w:pPr>
        <w:jc w:val="right"/>
      </w:pPr>
      <w:r>
        <w:t>ان تکون ساعات ساعاتیناجی فیہا ربہ وساعات یحاسب فیہا نفسہ وساعات یتفکر فیہا فی سن اللہ وساعات یخلو فیہا لحاجتہ بالمطم والمشرق۔</w:t>
      </w:r>
    </w:p>
    <w:p>
      <w:r>
        <w:rPr>
          <w:b/>
        </w:rPr>
        <w:t xml:space="preserve">[52:23] </w:t>
      </w:r>
      <w:r>
        <w:t>it means that every wise person must follow this pattern of life.</w:t>
      </w:r>
    </w:p>
    <w:p>
      <w:pPr>
        <w:jc w:val="right"/>
      </w:pPr>
      <w:r>
        <w:t>اٹ مینز دیٹ ایوری وائز پرسن مسٹ فالو دس پیٹرن اف لائف۔</w:t>
      </w:r>
    </w:p>
    <w:p>
      <w:r>
        <w:rPr>
          <w:b/>
        </w:rPr>
        <w:t xml:space="preserve">[52:41] </w:t>
      </w:r>
      <w:r>
        <w:t>there are three, there are four moments. every person must experience these four moments in his daily life.</w:t>
      </w:r>
    </w:p>
    <w:p>
      <w:pPr>
        <w:jc w:val="right"/>
      </w:pPr>
      <w:r>
        <w:t>دیر ار تھری، دیر ار فور مومنٹس۔ ایوری پرسن مسٹ ایکسپیرینس دیز فور مومنٹس ان ہز ڈیلی لائف۔</w:t>
      </w:r>
    </w:p>
    <w:p>
      <w:r>
        <w:rPr>
          <w:b/>
        </w:rPr>
        <w:t xml:space="preserve">[52:54] </w:t>
      </w:r>
      <w:r>
        <w:t>the first moment or first experience in every person must</w:t>
      </w:r>
    </w:p>
    <w:p>
      <w:pPr>
        <w:jc w:val="right"/>
      </w:pPr>
      <w:r>
        <w:t>دا فرسٹ مومنٹ اور فرسٹ ایکسپیرینس ان ایوری پرسن مسٹ</w:t>
      </w:r>
    </w:p>
    <w:p>
      <w:r>
        <w:rPr>
          <w:b/>
        </w:rPr>
        <w:t xml:space="preserve">[53:04] </w:t>
      </w:r>
      <w:r>
        <w:t>experience these four things in his life.</w:t>
      </w:r>
    </w:p>
    <w:p>
      <w:pPr>
        <w:jc w:val="right"/>
      </w:pPr>
      <w:r>
        <w:t>ایکسپیرینس دیز فور تھنگز ان ہز لائف۔</w:t>
      </w:r>
    </w:p>
    <w:p>
      <w:r>
        <w:rPr>
          <w:b/>
        </w:rPr>
        <w:t xml:space="preserve">[53:11] </w:t>
      </w:r>
      <w:r>
        <w:t>the first experience is that he find moment when he is in conversation with God.</w:t>
      </w:r>
    </w:p>
    <w:p>
      <w:pPr>
        <w:jc w:val="right"/>
      </w:pPr>
      <w:r>
        <w:t>دا فرسٹ ایکسپیرینس از دیٹ ہی فائنڈ مومنٹ وین ہی از ان کنورسیشن ود گاڈ۔</w:t>
      </w:r>
    </w:p>
    <w:p>
      <w:r>
        <w:rPr>
          <w:b/>
        </w:rPr>
        <w:t xml:space="preserve">[53:26] </w:t>
      </w:r>
      <w:r>
        <w:t>he find some moment in his life, in his daily life, when he is engaged in conversation with God.</w:t>
      </w:r>
    </w:p>
    <w:p>
      <w:pPr>
        <w:jc w:val="right"/>
      </w:pPr>
      <w:r>
        <w:t>ہی فائنڈ سم مومنٹ ان ہز لائف، ان ہز ڈیلی لائف، وین ہی از انگیجڈ ان کنورسیشن ود گاڈ۔</w:t>
      </w:r>
    </w:p>
    <w:p>
      <w:r>
        <w:rPr>
          <w:b/>
        </w:rPr>
        <w:t xml:space="preserve">[53:40] </w:t>
      </w:r>
      <w:r>
        <w:t>deen the second experience that he must have some moment when he is engaged in introspection.</w:t>
      </w:r>
    </w:p>
    <w:p>
      <w:pPr>
        <w:jc w:val="right"/>
      </w:pPr>
      <w:r>
        <w:t>دین دا سیکنڈ ایکسپیرینس دیٹ ہی مسٹ ہیو سم مومنٹ وین ہی از انگیجڈ ان انٹروسپیکشن۔</w:t>
      </w:r>
    </w:p>
    <w:p>
      <w:r>
        <w:rPr>
          <w:b/>
        </w:rPr>
        <w:t xml:space="preserve">[53:59] </w:t>
      </w:r>
      <w:r>
        <w:t>he must experience some moment in his daily life when he is engaged in introspection.</w:t>
      </w:r>
    </w:p>
    <w:p>
      <w:pPr>
        <w:jc w:val="right"/>
      </w:pPr>
      <w:r>
        <w:t>ہی مسٹ ایکسپیرینس سم مومنٹ ان ہز ڈیلی لائف وین ہی از انگیجڈ ان انٹروسپیکشن۔</w:t>
      </w:r>
    </w:p>
    <w:p>
      <w:r>
        <w:rPr>
          <w:b/>
        </w:rPr>
        <w:t xml:space="preserve">[54:14] </w:t>
      </w:r>
      <w:r>
        <w:t>deen the third experience that he must find some moment when he is contemplating the creature, contemplating in the creature and as well as the rest of the universe.</w:t>
      </w:r>
    </w:p>
    <w:p>
      <w:pPr>
        <w:jc w:val="right"/>
      </w:pPr>
      <w:r>
        <w:t>دین دا تھرڈ ایکسپیرینس دیٹ ہی مسٹ فائنڈ سم مومنٹ وین ہی از کنٹمپلیٹنگ دی کریچر، کنٹمپلیٹنگ ان دا کریچر اینڈ ایز ویل ایز دا ریسٹ اف دا یونیورس۔</w:t>
      </w:r>
    </w:p>
    <w:p>
      <w:r>
        <w:rPr>
          <w:b/>
        </w:rPr>
        <w:t xml:space="preserve">[54:44] </w:t>
      </w:r>
      <w:r>
        <w:t>so these are four moments or four experience. one is</w:t>
      </w:r>
    </w:p>
    <w:p>
      <w:pPr>
        <w:jc w:val="right"/>
      </w:pPr>
      <w:r>
        <w:t>سو دیز ار فور مومنٹس اور فور ایکسپیرینس۔ ون از</w:t>
      </w:r>
    </w:p>
    <w:p>
      <w:r>
        <w:rPr>
          <w:b/>
        </w:rPr>
        <w:t xml:space="preserve">[54:56] </w:t>
      </w:r>
      <w:r>
        <w:t>one is contact to God. the second is introspection.</w:t>
      </w:r>
    </w:p>
    <w:p>
      <w:pPr>
        <w:jc w:val="right"/>
      </w:pPr>
      <w:r>
        <w:t>ون از کنٹیکٹ ٹو گاڈ۔ دا سیکنڈ از انٹروسپیکشن۔</w:t>
      </w:r>
    </w:p>
    <w:p>
      <w:r>
        <w:rPr>
          <w:b/>
        </w:rPr>
        <w:t xml:space="preserve">[55:09] </w:t>
      </w:r>
      <w:r>
        <w:t>the third is contemplation in the creature</w:t>
      </w:r>
    </w:p>
    <w:p>
      <w:pPr>
        <w:jc w:val="right"/>
      </w:pPr>
      <w:r>
        <w:t>دا تھرڈ از کنٹمپلیشن ان دا کریچر</w:t>
      </w:r>
    </w:p>
    <w:p>
      <w:r>
        <w:rPr>
          <w:b/>
        </w:rPr>
        <w:t xml:space="preserve">[55:17] </w:t>
      </w:r>
      <w:r>
        <w:t>. and the four is</w:t>
      </w:r>
    </w:p>
    <w:p>
      <w:pPr>
        <w:jc w:val="right"/>
      </w:pPr>
      <w:r>
        <w:t>۔ اینڈ دا فور از</w:t>
      </w:r>
    </w:p>
    <w:p>
      <w:r>
        <w:rPr>
          <w:b/>
        </w:rPr>
        <w:t xml:space="preserve">[55:22] </w:t>
      </w:r>
      <w:r>
        <w:t>yakhlu fiha li hajatihi min al mutam wal mashriq. four is to find your livelihood.</w:t>
      </w:r>
    </w:p>
    <w:p>
      <w:pPr>
        <w:jc w:val="right"/>
      </w:pPr>
      <w:r>
        <w:t>یخلو فیہا لحاجتہ من المطم والمشرق۔ فور از ٹو فائنڈ یور لائیولی ہڈ۔</w:t>
      </w:r>
    </w:p>
    <w:p>
      <w:r>
        <w:rPr>
          <w:b/>
        </w:rPr>
        <w:t xml:space="preserve">[55:36] </w:t>
      </w:r>
      <w:r>
        <w:t>livelihood. you have to engage yourself in your worldly needs</w:t>
      </w:r>
    </w:p>
    <w:p>
      <w:pPr>
        <w:jc w:val="right"/>
      </w:pPr>
      <w:r>
        <w:t>لائیولی ہڈ۔ یو ہیو ٹو انگیج یور سیلف ان یور ورلڈلی نیڈز</w:t>
      </w:r>
    </w:p>
    <w:p>
      <w:r>
        <w:rPr>
          <w:b/>
        </w:rPr>
        <w:t xml:space="preserve">[55:45] </w:t>
      </w:r>
      <w:r>
        <w:t>. these are four moments in which one must divide his daily life.</w:t>
      </w:r>
    </w:p>
    <w:p>
      <w:pPr>
        <w:jc w:val="right"/>
      </w:pPr>
      <w:r>
        <w:t>۔ دیز ار فور مومنٹس ان وچ ون مسٹ ڈیوائیڈ ہز ڈیلی لائف۔</w:t>
      </w:r>
    </w:p>
    <w:p>
      <w:r>
        <w:rPr>
          <w:b/>
        </w:rPr>
        <w:t xml:space="preserve">[55:59] </w:t>
      </w:r>
      <w:r>
        <w:t>deen there is a hadith the property of Islam has said: "amaraani rabbi bi tis khashiyatallahi fil sirri wal alaniyati wa kalimatal adli fil ghadabi wal riḍa wal qasdu fil faqr wal ghina".</w:t>
      </w:r>
    </w:p>
    <w:p>
      <w:pPr>
        <w:jc w:val="right"/>
      </w:pPr>
      <w:r>
        <w:t>دین دیر از ا حدیث دا پراپرٹی اف اسلام ہیز سیڈ: "امرنی ربی بتیس خشیت اللہ فی السر والانیہ و کلمۃ العدل فی الغضب والرضا والقصد فی الفقر والغنا"۔</w:t>
      </w:r>
    </w:p>
    <w:p>
      <w:r>
        <w:rPr>
          <w:b/>
        </w:rPr>
        <w:t xml:space="preserve">[56:26] </w:t>
      </w:r>
      <w:r>
        <w:t>wan aslam qatan wafo min zulmani</w:t>
      </w:r>
    </w:p>
    <w:p>
      <w:pPr>
        <w:jc w:val="right"/>
      </w:pPr>
      <w:r>
        <w:t>وان اسلم قطعا وافو من ظلمنی</w:t>
      </w:r>
    </w:p>
    <w:p>
      <w:r>
        <w:rPr>
          <w:b/>
        </w:rPr>
        <w:t xml:space="preserve">[56:35] </w:t>
      </w:r>
      <w:r>
        <w:t>wan yakun samat fikra wa nateq zikra wa nazari ibra. it means that god has</w:t>
      </w:r>
    </w:p>
    <w:p>
      <w:pPr>
        <w:jc w:val="right"/>
      </w:pPr>
      <w:r>
        <w:t>وان یکون سمت فکرا ونطق ذکرا ونظری عبرت۔ اٹ مینز دیٹ گاڈ ہیز</w:t>
      </w:r>
    </w:p>
    <w:p>
      <w:r>
        <w:rPr>
          <w:b/>
        </w:rPr>
        <w:t xml:space="preserve">[56:49] </w:t>
      </w:r>
      <w:r>
        <w:t>given me nine commandments.</w:t>
      </w:r>
    </w:p>
    <w:p>
      <w:pPr>
        <w:jc w:val="right"/>
      </w:pPr>
      <w:r>
        <w:t>گیون می نائن کمانڈمنٹس۔</w:t>
      </w:r>
    </w:p>
    <w:p>
      <w:r>
        <w:rPr>
          <w:b/>
        </w:rPr>
        <w:t xml:space="preserve">[56:56] </w:t>
      </w:r>
      <w:r>
        <w:t>nine commandments.</w:t>
      </w:r>
    </w:p>
    <w:p>
      <w:pPr>
        <w:jc w:val="right"/>
      </w:pPr>
      <w:r>
        <w:t>نائن کمانڈمنٹس۔</w:t>
      </w:r>
    </w:p>
    <w:p>
      <w:r>
        <w:rPr>
          <w:b/>
        </w:rPr>
        <w:t xml:space="preserve">[57:00] </w:t>
      </w:r>
      <w:r>
        <w:t>first is</w:t>
      </w:r>
    </w:p>
    <w:p>
      <w:pPr>
        <w:jc w:val="right"/>
      </w:pPr>
      <w:r>
        <w:t>فرسٹ از</w:t>
      </w:r>
    </w:p>
    <w:p>
      <w:r>
        <w:rPr>
          <w:b/>
        </w:rPr>
        <w:t xml:space="preserve">[57:04] </w:t>
      </w:r>
      <w:r>
        <w:t>to fear god in public and in private. both</w:t>
      </w:r>
    </w:p>
    <w:p>
      <w:pPr>
        <w:jc w:val="right"/>
      </w:pPr>
      <w:r>
        <w:t>ٹو فیئر گاڈ ان پبلک اینڈ ان پرائیویٹ۔ بوتھ</w:t>
      </w:r>
    </w:p>
    <w:p>
      <w:r>
        <w:rPr>
          <w:b/>
        </w:rPr>
        <w:t xml:space="preserve">[57:14] </w:t>
      </w:r>
      <w:r>
        <w:t>to fear god in public and private. both</w:t>
      </w:r>
    </w:p>
    <w:p>
      <w:pPr>
        <w:jc w:val="right"/>
      </w:pPr>
      <w:r>
        <w:t>ٹو فیئر گاڈ ان پبلک اینڈ پرائیویٹ۔ بوتھ</w:t>
      </w:r>
    </w:p>
    <w:p>
      <w:r>
        <w:rPr>
          <w:b/>
        </w:rPr>
        <w:t xml:space="preserve">[57:23] </w:t>
      </w:r>
      <w:r>
        <w:t>and to speak justice. to speak justice</w:t>
      </w:r>
    </w:p>
    <w:p>
      <w:pPr>
        <w:jc w:val="right"/>
      </w:pPr>
      <w:r>
        <w:t>اینڈ ٹو سپیک جسٹس۔ ٹو سپیک جسٹس</w:t>
      </w:r>
    </w:p>
    <w:p>
      <w:r>
        <w:rPr>
          <w:b/>
        </w:rPr>
        <w:t xml:space="preserve">[57:33] </w:t>
      </w:r>
      <w:r>
        <w:t>when i am when i am angry or i am not angry in both the situations.</w:t>
      </w:r>
    </w:p>
    <w:p>
      <w:pPr>
        <w:jc w:val="right"/>
      </w:pPr>
      <w:r>
        <w:t>وین ائی ایم وین ائی ایم اینگری اور ائی ایم ناٹ اینگری ان بوتھ دا سچویشنز۔</w:t>
      </w:r>
    </w:p>
    <w:p>
      <w:r>
        <w:rPr>
          <w:b/>
        </w:rPr>
        <w:t xml:space="preserve">[57:45] </w:t>
      </w:r>
      <w:r>
        <w:t>and i have to be normal</w:t>
      </w:r>
    </w:p>
    <w:p>
      <w:pPr>
        <w:jc w:val="right"/>
      </w:pPr>
      <w:r>
        <w:t>اینڈ ائی ہیو ٹو بی نارمل</w:t>
      </w:r>
    </w:p>
    <w:p>
      <w:r>
        <w:rPr>
          <w:b/>
        </w:rPr>
        <w:t xml:space="preserve">[57:52] </w:t>
      </w:r>
      <w:r>
        <w:t>when i am poor and when i am rich in both the situation. the</w:t>
      </w:r>
    </w:p>
    <w:p>
      <w:pPr>
        <w:jc w:val="right"/>
      </w:pPr>
      <w:r>
        <w:t>وین ائی ایم پور اینڈ وین ائی ایم رش ان بوتھ دا سچویشن۔ د</w:t>
      </w:r>
    </w:p>
    <w:p>
      <w:r>
        <w:rPr>
          <w:b/>
        </w:rPr>
        <w:t xml:space="preserve">[58:01] </w:t>
      </w:r>
      <w:r>
        <w:t>then i have to make contact with those who cut off with me.</w:t>
      </w:r>
    </w:p>
    <w:p>
      <w:pPr>
        <w:jc w:val="right"/>
      </w:pPr>
      <w:r>
        <w:t>ین ائی ہیو ٹو میک کنٹیکٹ ود دوز ہو کٹ اف ود می۔</w:t>
      </w:r>
    </w:p>
    <w:p>
      <w:r>
        <w:rPr>
          <w:b/>
        </w:rPr>
        <w:t xml:space="preserve">[58:14] </w:t>
      </w:r>
      <w:r>
        <w:t>and i have to forgive those who make me angry.</w:t>
      </w:r>
    </w:p>
    <w:p>
      <w:pPr>
        <w:jc w:val="right"/>
      </w:pPr>
      <w:r>
        <w:t>اینڈ ائی ہیو ٹو فارگیو دوز ہو میک می اینگری۔</w:t>
      </w:r>
    </w:p>
    <w:p>
      <w:r>
        <w:rPr>
          <w:b/>
        </w:rPr>
        <w:t xml:space="preserve">[58:23] </w:t>
      </w:r>
      <w:r>
        <w:t>and</w:t>
      </w:r>
    </w:p>
    <w:p>
      <w:pPr>
        <w:jc w:val="right"/>
      </w:pPr>
      <w:r>
        <w:t>اینڈ</w:t>
      </w:r>
    </w:p>
    <w:p>
      <w:r>
        <w:rPr>
          <w:b/>
        </w:rPr>
        <w:t xml:space="preserve">[58:26] </w:t>
      </w:r>
      <w:r>
        <w:t>i have to</w:t>
      </w:r>
    </w:p>
    <w:p>
      <w:pPr>
        <w:jc w:val="right"/>
      </w:pPr>
      <w:r>
        <w:t>ائی ہیو ٹو</w:t>
      </w:r>
    </w:p>
    <w:p>
      <w:r>
        <w:rPr>
          <w:b/>
        </w:rPr>
        <w:t xml:space="preserve">[58:31] </w:t>
      </w:r>
      <w:r>
        <w:t>i have to be patient with those who gave me some hardships.</w:t>
      </w:r>
    </w:p>
    <w:p>
      <w:pPr>
        <w:jc w:val="right"/>
      </w:pPr>
      <w:r>
        <w:t>ائی ہیو ٹو بی پیشنٹ ود دوز ہو گیو می سم ہارپس۔</w:t>
      </w:r>
    </w:p>
    <w:p>
      <w:r>
        <w:rPr>
          <w:b/>
        </w:rPr>
        <w:t xml:space="preserve">[58:41] </w:t>
      </w:r>
      <w:r>
        <w:t>and then</w:t>
      </w:r>
    </w:p>
    <w:p>
      <w:pPr>
        <w:jc w:val="right"/>
      </w:pPr>
      <w:r>
        <w:t>اینڈ دین</w:t>
      </w:r>
    </w:p>
    <w:p>
      <w:r>
        <w:rPr>
          <w:b/>
        </w:rPr>
        <w:t xml:space="preserve">[58:52] </w:t>
      </w:r>
      <w:r>
        <w:t>amr rabbi bitis khashyatullah fis sirri walaniyati fil ghadabi wal riḍā fil faqr wal ghina wa an aslam qatan</w:t>
      </w:r>
    </w:p>
    <w:p>
      <w:pPr>
        <w:jc w:val="right"/>
      </w:pPr>
      <w:r>
        <w:t>امر ربی بتیس خشیت اللہ فی السر والانیہ فی الغضب والرضا فی الفقر والغنا وان اسلم قطعا</w:t>
      </w:r>
    </w:p>
    <w:p>
      <w:r>
        <w:rPr>
          <w:b/>
        </w:rPr>
        <w:t xml:space="preserve">[59:05] </w:t>
      </w:r>
      <w:r>
        <w:t>wafo min zulmani wa an akuna samitun fikran wa natiqun zikran wa naziri ibratan. And my</w:t>
      </w:r>
    </w:p>
    <w:p>
      <w:pPr>
        <w:jc w:val="right"/>
      </w:pPr>
      <w:r>
        <w:t>وافو من ظلمنی وان اکون سمت فکرا ونطق ذکرا ونظری عبرتا۔ اینڈ مائی</w:t>
      </w:r>
    </w:p>
    <w:p>
      <w:r>
        <w:rPr>
          <w:b/>
        </w:rPr>
        <w:t xml:space="preserve">[59:19] </w:t>
      </w:r>
      <w:r>
        <w:t>silence will be contemplation and my speech will be remembrance of god.</w:t>
      </w:r>
    </w:p>
    <w:p>
      <w:pPr>
        <w:jc w:val="right"/>
      </w:pPr>
      <w:r>
        <w:t>سائلنس ول بی کنٹمپلیشن اینڈ مائی سپیچ ول بی ریمبرنس اف گاڈ۔</w:t>
      </w:r>
    </w:p>
    <w:p>
      <w:r>
        <w:rPr>
          <w:b/>
        </w:rPr>
        <w:t xml:space="preserve">[59:30] </w:t>
      </w:r>
      <w:r>
        <w:t>and my observation must be to draw a lesson.</w:t>
      </w:r>
    </w:p>
    <w:p>
      <w:pPr>
        <w:jc w:val="right"/>
      </w:pPr>
      <w:r>
        <w:t>اینڈ مائی ابزرویشن مسٹ بی ٹو ڈرا ا لیسن۔</w:t>
      </w:r>
    </w:p>
    <w:p>
      <w:r>
        <w:rPr>
          <w:b/>
        </w:rPr>
        <w:t xml:space="preserve">[59:37] </w:t>
      </w:r>
      <w:r>
        <w:t>here you can see that nine commandments gives you a complete way of life.</w:t>
      </w:r>
    </w:p>
    <w:p>
      <w:pPr>
        <w:jc w:val="right"/>
      </w:pPr>
      <w:r>
        <w:t>ہیر یو کین سی دیٹ نائن کمانڈمنٹس گوز یو ا کمپلیٹ وے اف لائف۔</w:t>
      </w:r>
    </w:p>
    <w:p>
      <w:r>
        <w:rPr>
          <w:b/>
        </w:rPr>
        <w:t xml:space="preserve">[59:50] </w:t>
      </w:r>
      <w:r>
        <w:t>is very important for a person who want to live who want to follow the religion of god.</w:t>
      </w:r>
    </w:p>
    <w:p>
      <w:pPr>
        <w:jc w:val="right"/>
      </w:pPr>
      <w:r>
        <w:t>از ویری امپورٹنٹ فار پرسن ہو وانٹ ٹو لیو ہو وانٹ ٹو فالو دا ریلیجن اف گاڈ۔</w:t>
      </w:r>
    </w:p>
    <w:p>
      <w:r>
        <w:rPr>
          <w:b/>
        </w:rPr>
        <w:t xml:space="preserve">[1:00:02] </w:t>
      </w:r>
      <w:r>
        <w:t>i think that these nine commandments gives you a complete system, a complete way of life.</w:t>
      </w:r>
    </w:p>
    <w:p>
      <w:pPr>
        <w:jc w:val="right"/>
      </w:pPr>
      <w:r>
        <w:t>ائی تھنک دیٹ دیز نائن کمانڈمنٹس گوز یو ا کمپلیٹ سسٹم، ا کمپلیٹ وے اف لائف۔</w:t>
      </w:r>
    </w:p>
    <w:p>
      <w:r>
        <w:rPr>
          <w:b/>
        </w:rPr>
        <w:t xml:space="preserve">[1:00:17] </w:t>
      </w:r>
      <w:r>
        <w:t>din</w:t>
      </w:r>
    </w:p>
    <w:p>
      <w:pPr>
        <w:jc w:val="right"/>
      </w:pPr>
      <w:r>
        <w:t>دین</w:t>
      </w:r>
    </w:p>
    <w:p>
      <w:r>
        <w:rPr>
          <w:b/>
        </w:rPr>
        <w:t xml:space="preserve">[1:00:22] </w:t>
      </w:r>
      <w:r>
        <w:t>i will try to sum to refer some more hadith to understand the islamic spirit.</w:t>
      </w:r>
    </w:p>
    <w:p>
      <w:pPr>
        <w:jc w:val="right"/>
      </w:pPr>
      <w:r>
        <w:t>ائی ول ٹرائی ٹو سم ٹو ریفر سم مور حدیث ٹو انڈرسٹینڈ دا اسلامک اسپرٹ۔</w:t>
      </w:r>
    </w:p>
    <w:p>
      <w:r>
        <w:rPr>
          <w:b/>
        </w:rPr>
        <w:t xml:space="preserve">[1:00:39] </w:t>
      </w:r>
      <w:r>
        <w:t>a person came to the prophet.</w:t>
      </w:r>
    </w:p>
    <w:p>
      <w:pPr>
        <w:jc w:val="right"/>
      </w:pPr>
      <w:r>
        <w:t>ا پرسن کیم ٹو دا پرافٹ۔</w:t>
      </w:r>
    </w:p>
    <w:p>
      <w:r>
        <w:rPr>
          <w:b/>
        </w:rPr>
        <w:t xml:space="preserve">[1:00:44] </w:t>
      </w:r>
      <w:r>
        <w:t>he was a muslim</w:t>
      </w:r>
    </w:p>
    <w:p>
      <w:pPr>
        <w:jc w:val="right"/>
      </w:pPr>
      <w:r>
        <w:t>ہی واز ا مسلم</w:t>
      </w:r>
    </w:p>
    <w:p>
      <w:r>
        <w:rPr>
          <w:b/>
        </w:rPr>
        <w:t xml:space="preserve">[1:00:47] </w:t>
      </w:r>
      <w:r>
        <w:t>. so he asked: "ya rasool allah! allimni kalimat aishna alayh pan sah.</w:t>
      </w:r>
    </w:p>
    <w:p>
      <w:pPr>
        <w:jc w:val="right"/>
      </w:pPr>
      <w:r>
        <w:t>۔ سو ہی اسکڈ: "یا رسول اللہ! علمنی کلمات عیشنا علیہ پانصہ۔</w:t>
      </w:r>
    </w:p>
    <w:p>
      <w:r>
        <w:rPr>
          <w:b/>
        </w:rPr>
        <w:t xml:space="preserve">[1:01:02] </w:t>
      </w:r>
      <w:r>
        <w:t>o prophet of allah! give me a master advice by which i may be able to manage all the affairs of my life." prophet replied:</w:t>
      </w:r>
    </w:p>
    <w:p>
      <w:pPr>
        <w:jc w:val="right"/>
      </w:pPr>
      <w:r>
        <w:t>او پرافٹ اف گاڈ! گیو می ا ماسٹر ایڈوائس بائے وچ ائی می بی ایبل ٹو مینج ال دا افیئرز اف مائی لائف۔" پرافٹ ریپلائیڈ:</w:t>
      </w:r>
    </w:p>
    <w:p>
      <w:r>
        <w:rPr>
          <w:b/>
        </w:rPr>
        <w:t xml:space="preserve">[1:01:25] </w:t>
      </w:r>
      <w:r>
        <w:t>"la taghzab!</w:t>
      </w:r>
    </w:p>
    <w:p>
      <w:pPr>
        <w:jc w:val="right"/>
      </w:pPr>
      <w:r>
        <w:t>"لا تغضب!</w:t>
      </w:r>
    </w:p>
    <w:p>
      <w:r>
        <w:rPr>
          <w:b/>
        </w:rPr>
        <w:t xml:space="preserve">[1:01:29] </w:t>
      </w:r>
      <w:r>
        <w:t>la taghzab!</w:t>
      </w:r>
    </w:p>
    <w:p>
      <w:pPr>
        <w:jc w:val="right"/>
      </w:pPr>
      <w:r>
        <w:t>لا تغضب!</w:t>
      </w:r>
    </w:p>
    <w:p>
      <w:r>
        <w:rPr>
          <w:b/>
        </w:rPr>
        <w:t xml:space="preserve">[1:01:32] </w:t>
      </w:r>
      <w:r>
        <w:t>don't be angry!</w:t>
      </w:r>
    </w:p>
    <w:p>
      <w:pPr>
        <w:jc w:val="right"/>
      </w:pPr>
      <w:r>
        <w:t>ڈونٹ بی اینگری!</w:t>
      </w:r>
    </w:p>
    <w:p>
      <w:r>
        <w:rPr>
          <w:b/>
        </w:rPr>
        <w:t xml:space="preserve">[1:01:37] </w:t>
      </w:r>
      <w:r>
        <w:t>don't be angry!" it means that don't be angry even when provoked.</w:t>
      </w:r>
    </w:p>
    <w:p>
      <w:pPr>
        <w:jc w:val="right"/>
      </w:pPr>
      <w:r>
        <w:t>ڈونٹ بی اینگری!" اٹ مینز دیٹ ڈونٹ بی اینگری ایون وین پرووکڈ۔</w:t>
      </w:r>
    </w:p>
    <w:p>
      <w:r>
        <w:rPr>
          <w:b/>
        </w:rPr>
        <w:t xml:space="preserve">[1:01:48] </w:t>
      </w:r>
      <w:r>
        <w:t>you have to keep patience. you have to keep avoidance.</w:t>
      </w:r>
    </w:p>
    <w:p>
      <w:pPr>
        <w:jc w:val="right"/>
      </w:pPr>
      <w:r>
        <w:t>یو ہیو ٹو کیپ پیشنس۔ یو ہیو ٹو کیپ اوائیڈنس۔</w:t>
      </w:r>
    </w:p>
    <w:p>
      <w:r>
        <w:rPr>
          <w:b/>
        </w:rPr>
        <w:t xml:space="preserve">[1:01:57] </w:t>
      </w:r>
      <w:r>
        <w:t>you know, in this world, every time we face some provocation, some negative experience.</w:t>
      </w:r>
    </w:p>
    <w:p>
      <w:pPr>
        <w:jc w:val="right"/>
      </w:pPr>
      <w:r>
        <w:t>یو نو، ان دس ورلڈ، ایوری ٹائم وی فیس سم پرووکیشن، سم نیگیٹیو ایکسپیرینس۔</w:t>
      </w:r>
    </w:p>
    <w:p>
      <w:r>
        <w:rPr>
          <w:b/>
        </w:rPr>
        <w:t xml:space="preserve">[1:02:10] </w:t>
      </w:r>
      <w:r>
        <w:t>you know, world is full of negativity. so what to do in such a situation?</w:t>
      </w:r>
    </w:p>
    <w:p>
      <w:pPr>
        <w:jc w:val="right"/>
      </w:pPr>
      <w:r>
        <w:t>یو نو، ورلڈ از فل اف نیگیٹیوٹی۔ سو واٹ ٹو ڈو ان سچ ا سچویشن؟</w:t>
      </w:r>
    </w:p>
    <w:p>
      <w:r>
        <w:rPr>
          <w:b/>
        </w:rPr>
        <w:t xml:space="preserve">[1:02:22] </w:t>
      </w:r>
      <w:r>
        <w:t>the prophet says that: "don't go to confrontation.</w:t>
      </w:r>
    </w:p>
    <w:p>
      <w:pPr>
        <w:jc w:val="right"/>
      </w:pPr>
      <w:r>
        <w:t>دا پرافٹ سیز دیٹ: "ڈونٹ گو ٹو کنفرنٹیشن۔</w:t>
      </w:r>
    </w:p>
    <w:p>
      <w:r>
        <w:rPr>
          <w:b/>
        </w:rPr>
        <w:t xml:space="preserve">[1:02:32] </w:t>
      </w:r>
      <w:r>
        <w:t>you have to keep patience, forgiveness." why?</w:t>
      </w:r>
    </w:p>
    <w:p>
      <w:pPr>
        <w:jc w:val="right"/>
      </w:pPr>
      <w:r>
        <w:t>یو ہیو ٹو کیپ پیشنس، فارگیونس۔" وائی؟</w:t>
      </w:r>
    </w:p>
    <w:p>
      <w:r>
        <w:rPr>
          <w:b/>
        </w:rPr>
        <w:t xml:space="preserve">[1:02:43] </w:t>
      </w:r>
      <w:r>
        <w:t>because if you adopt the way of negative reaction, then you will lose the opportunity of having a reward.</w:t>
      </w:r>
    </w:p>
    <w:p>
      <w:pPr>
        <w:jc w:val="right"/>
      </w:pPr>
      <w:r>
        <w:t>بیکاز اف یو اڈاپٹ دا وے اف نیگیٹیو ری ایکشن، دین یو ول لوز دا اپرچونیٹی اف ہیونگ ا ریوارڈ۔</w:t>
      </w:r>
    </w:p>
    <w:p>
      <w:r>
        <w:rPr>
          <w:b/>
        </w:rPr>
        <w:t xml:space="preserve">[1:03:00] </w:t>
      </w:r>
      <w:r>
        <w:t>according to islam, forgiveness or patience is also a way of ibadah, worship, just like namaz.</w:t>
      </w:r>
    </w:p>
    <w:p>
      <w:pPr>
        <w:jc w:val="right"/>
      </w:pPr>
      <w:r>
        <w:t>اکارڈنگ ٹو اسلام، فارگیونس اور پیشنس از السو ا وے اف عبادہ، ورشپ، جسٹ لائک نماز۔</w:t>
      </w:r>
    </w:p>
    <w:p>
      <w:r>
        <w:rPr>
          <w:b/>
        </w:rPr>
        <w:t xml:space="preserve">[1:03:15] </w:t>
      </w:r>
      <w:r>
        <w:t>when you hear the call from masjid, you</w:t>
      </w:r>
    </w:p>
    <w:p>
      <w:pPr>
        <w:jc w:val="right"/>
      </w:pPr>
      <w:r>
        <w:t>وین یو ہیئر دا کال فرام ماسک، یو</w:t>
      </w:r>
    </w:p>
    <w:p>
      <w:r>
        <w:rPr>
          <w:b/>
        </w:rPr>
        <w:t xml:space="preserve">[1:03:25] </w:t>
      </w:r>
      <w:r>
        <w:t>you</w:t>
      </w:r>
    </w:p>
    <w:p>
      <w:pPr>
        <w:jc w:val="right"/>
      </w:pPr>
      <w:r>
        <w:t>یو</w:t>
      </w:r>
    </w:p>
    <w:p>
      <w:r>
        <w:rPr>
          <w:b/>
        </w:rPr>
        <w:t xml:space="preserve">[1:03:28] </w:t>
      </w:r>
      <w:r>
        <w:t>proceed to to masjid and offer namaz.</w:t>
      </w:r>
    </w:p>
    <w:p>
      <w:pPr>
        <w:jc w:val="right"/>
      </w:pPr>
      <w:r>
        <w:t>پروسیڈ ٹو ٹو ماسک اینڈ افر نماز۔</w:t>
      </w:r>
    </w:p>
    <w:p>
      <w:r>
        <w:rPr>
          <w:b/>
        </w:rPr>
        <w:t xml:space="preserve">[1:03:37] </w:t>
      </w:r>
      <w:r>
        <w:t>so is the case of anger. when someone provokes you, there is a call</w:t>
      </w:r>
    </w:p>
    <w:p>
      <w:pPr>
        <w:jc w:val="right"/>
      </w:pPr>
      <w:r>
        <w:t>سو از دا کیس اف اینگر۔ وین سم ون پروکس یو، دیر از ا کال</w:t>
      </w:r>
    </w:p>
    <w:p>
      <w:r>
        <w:rPr>
          <w:b/>
        </w:rPr>
        <w:t xml:space="preserve">[1:03:47] </w:t>
      </w:r>
      <w:r>
        <w:t>for this kind of prayer.</w:t>
      </w:r>
    </w:p>
    <w:p>
      <w:pPr>
        <w:jc w:val="right"/>
      </w:pPr>
      <w:r>
        <w:t>فار دس کائنڈ اف پریئر۔</w:t>
      </w:r>
    </w:p>
    <w:p>
      <w:r>
        <w:rPr>
          <w:b/>
        </w:rPr>
        <w:t xml:space="preserve">[1:03:54] </w:t>
      </w:r>
      <w:r>
        <w:t>that is prayer of patience, prayer of forgiveness, prayer of tolerance, prayer of avoidance.</w:t>
      </w:r>
    </w:p>
    <w:p>
      <w:pPr>
        <w:jc w:val="right"/>
      </w:pPr>
      <w:r>
        <w:t>دیٹ از پیریئر اف پیشنس، پیریئر اف فارگیونس، پیریئر اف ٹولرنس، پیریئر اف اوائیڈنس۔</w:t>
      </w:r>
    </w:p>
    <w:p>
      <w:r>
        <w:rPr>
          <w:b/>
        </w:rPr>
        <w:t xml:space="preserve">[1:04:04] </w:t>
      </w:r>
      <w:r>
        <w:t>also a prayer, also ibadah.</w:t>
      </w:r>
    </w:p>
    <w:p>
      <w:pPr>
        <w:jc w:val="right"/>
      </w:pPr>
      <w:r>
        <w:t>السو ا پریئر، السو عبادہ۔</w:t>
      </w:r>
    </w:p>
    <w:p>
      <w:r>
        <w:rPr>
          <w:b/>
        </w:rPr>
        <w:t xml:space="preserve">[1:04:09] </w:t>
      </w:r>
      <w:r>
        <w:t>so when someone provokes you, there is also a call. if you observe patience and forgiveness, then you are performing an ibadah.</w:t>
      </w:r>
    </w:p>
    <w:p>
      <w:pPr>
        <w:jc w:val="right"/>
      </w:pPr>
      <w:r>
        <w:t>سو وین سم ون پروکس یو، دیر از السو ا کال۔ اف یو ابزرو پیشنس اینڈ فارگیونس، دین یو ار پرفارمنگ این عبادہ۔</w:t>
      </w:r>
    </w:p>
    <w:p>
      <w:r>
        <w:rPr>
          <w:b/>
        </w:rPr>
        <w:t xml:space="preserve">[1:04:28] </w:t>
      </w:r>
      <w:r>
        <w:t>so this very important aspect of islam, and this aspect we find in very clear words in hadith.</w:t>
      </w:r>
    </w:p>
    <w:p>
      <w:pPr>
        <w:jc w:val="right"/>
      </w:pPr>
      <w:r>
        <w:t>سو دس ویری امپورٹنٹ اسپیکٹ اف اسلام، اینڈ دس اسپیکٹ وی فائنڈ ان ویری کلیئر ورڈز ان حدیث۔</w:t>
      </w:r>
    </w:p>
    <w:p>
      <w:r>
        <w:rPr>
          <w:b/>
        </w:rPr>
        <w:t xml:space="preserve">[1:04:41] </w:t>
      </w:r>
      <w:r>
        <w:t>deen</w:t>
      </w:r>
    </w:p>
    <w:p>
      <w:pPr>
        <w:jc w:val="right"/>
      </w:pPr>
      <w:r>
        <w:t>دین</w:t>
      </w:r>
    </w:p>
    <w:p>
      <w:r>
        <w:rPr>
          <w:b/>
        </w:rPr>
        <w:t xml:space="preserve">[1:04:44] </w:t>
      </w:r>
      <w:r>
        <w:t>deen der az hadith:</w:t>
      </w:r>
    </w:p>
    <w:p>
      <w:pPr>
        <w:jc w:val="right"/>
      </w:pPr>
      <w:r>
        <w:t>دیر از ا حدیث:</w:t>
      </w:r>
    </w:p>
    <w:p>
      <w:r>
        <w:rPr>
          <w:b/>
        </w:rPr>
        <w:t xml:space="preserve">[1:04:51] </w:t>
      </w:r>
      <w:r>
        <w:t>"wallah la yoman! wallah la yoman! wallah la yoman! alladhi la yaman jahir bawqah." it means that he is not a true muslim</w:t>
      </w:r>
    </w:p>
    <w:p>
      <w:pPr>
        <w:jc w:val="right"/>
      </w:pPr>
      <w:r>
        <w:t>"واللہ لا یومن! واللہ لا یومن! واللہ لا یومن! الذی لا یامن جارہ بواقہ۔" اٹ مینز دیٹ ہی از ناٹ ا ٹرو مسلم</w:t>
      </w:r>
    </w:p>
    <w:p>
      <w:r>
        <w:rPr>
          <w:b/>
        </w:rPr>
        <w:t xml:space="preserve">[1:05:09] </w:t>
      </w:r>
      <w:r>
        <w:t>. he is not a true muslim who creates problems for others.</w:t>
      </w:r>
    </w:p>
    <w:p>
      <w:pPr>
        <w:jc w:val="right"/>
      </w:pPr>
      <w:r>
        <w:t>۔ ہی از ناٹ ا ٹرو مسلم ہو کریٹس پرابلم فار ادرز۔</w:t>
      </w:r>
    </w:p>
    <w:p>
      <w:r>
        <w:rPr>
          <w:b/>
        </w:rPr>
        <w:t xml:space="preserve">[1:05:17] </w:t>
      </w:r>
      <w:r>
        <w:t>he is not a true muslim who creates problems for others. this very important.</w:t>
      </w:r>
    </w:p>
    <w:p>
      <w:pPr>
        <w:jc w:val="right"/>
      </w:pPr>
      <w:r>
        <w:t>ہی از ناٹ ا ٹرو مسلم ہو کریٹس پرابلمز فار ادرز۔ دس ویری امپورٹنٹ۔</w:t>
      </w:r>
    </w:p>
    <w:p>
      <w:r>
        <w:rPr>
          <w:b/>
        </w:rPr>
        <w:t xml:space="preserve">[1:05:28] </w:t>
      </w:r>
      <w:r>
        <w:t>deen there is hadith: "it means that either you have to live as a useful person, or you have to save your you from being a problem for others." so in terms of brevity,</w:t>
      </w:r>
    </w:p>
    <w:p>
      <w:pPr>
        <w:jc w:val="right"/>
      </w:pPr>
      <w:r>
        <w:t>دین دیر از حدیث: "اٹ مینز دیٹ ایدر یو ہیو ٹو لیو ایز ا یوزفل پرسن، اور یو ہیو ٹو سیو یور یو فرام بینگ ا پرابلم فار ادرز۔" سو ان ٹرم اف بریلٹی،</w:t>
      </w:r>
    </w:p>
    <w:p>
      <w:r>
        <w:rPr>
          <w:b/>
        </w:rPr>
        <w:t xml:space="preserve">[1:05:54] </w:t>
      </w:r>
      <w:r>
        <w:t>there are only two positions in islam.</w:t>
      </w:r>
    </w:p>
    <w:p>
      <w:pPr>
        <w:jc w:val="right"/>
      </w:pPr>
      <w:r>
        <w:t>دیر ار اونلی ٹو پوزیشن ان اسلام۔</w:t>
      </w:r>
    </w:p>
    <w:p>
      <w:r>
        <w:rPr>
          <w:b/>
        </w:rPr>
        <w:t xml:space="preserve">[1:05:58] </w:t>
      </w:r>
      <w:r>
        <w:t>one is that you have to live in your society as a useful person, as a useful person for others.</w:t>
      </w:r>
    </w:p>
    <w:p>
      <w:pPr>
        <w:jc w:val="right"/>
      </w:pPr>
      <w:r>
        <w:t>ون از دیٹ یو ہیو ٹو لیو ان یور سوسائٹی ایز ا یوزفل پرسن، ایز ا یوزفل پرسن فار ادرز۔</w:t>
      </w:r>
    </w:p>
    <w:p>
      <w:r>
        <w:rPr>
          <w:b/>
        </w:rPr>
        <w:t xml:space="preserve">[1:06:13] </w:t>
      </w:r>
      <w:r>
        <w:t>this is the first position. then the second position is that you save yourself from creating problems for others.</w:t>
      </w:r>
    </w:p>
    <w:p>
      <w:pPr>
        <w:jc w:val="right"/>
      </w:pPr>
      <w:r>
        <w:t>دس از دا فرسٹ پوزیشن۔ دین دا سیکنڈ پوزیشن از دیٹ یو سیو یور سیلف فرام کریٹنگ پرابلمز فار ادرز۔</w:t>
      </w:r>
    </w:p>
    <w:p>
      <w:r>
        <w:rPr>
          <w:b/>
        </w:rPr>
        <w:t xml:space="preserve">[1:06:29] </w:t>
      </w:r>
      <w:r>
        <w:t>you have to live as a no problem person.</w:t>
      </w:r>
    </w:p>
    <w:p>
      <w:pPr>
        <w:jc w:val="right"/>
      </w:pPr>
      <w:r>
        <w:t>یو ہیو ٹو لیو ایز ا نو پرابلم پرسن۔</w:t>
      </w:r>
    </w:p>
    <w:p>
      <w:r>
        <w:rPr>
          <w:b/>
        </w:rPr>
        <w:t xml:space="preserve">[1:06:34] </w:t>
      </w:r>
      <w:r>
        <w:t>so there are only two positions. either you have to live as a useful person, or you have to live as a no problem person.</w:t>
      </w:r>
    </w:p>
    <w:p>
      <w:pPr>
        <w:jc w:val="right"/>
      </w:pPr>
      <w:r>
        <w:t>سو دیر ار اونلی ٹو پوزیشنز۔ ایدر یو ہیو ٹو لیو ایز ا یوزفل پرسن، اور یو ہیو ٹو لیو ایز ا نو پرابلم پرسن۔</w:t>
      </w:r>
    </w:p>
    <w:p>
      <w:r>
        <w:rPr>
          <w:b/>
        </w:rPr>
        <w:t xml:space="preserve">[1:06:48] </w:t>
      </w:r>
      <w:r>
        <w:t>there is no third position.</w:t>
      </w:r>
    </w:p>
    <w:p>
      <w:pPr>
        <w:jc w:val="right"/>
      </w:pPr>
      <w:r>
        <w:t>دیر از نو تھرڈ پوزیشن۔</w:t>
      </w:r>
    </w:p>
    <w:p>
      <w:r>
        <w:rPr>
          <w:b/>
        </w:rPr>
        <w:t xml:space="preserve">[1:06:53] </w:t>
      </w:r>
      <w:r>
        <w:t>you if you are harmful to others, then you cannot find blessing from god.</w:t>
      </w:r>
    </w:p>
    <w:p>
      <w:pPr>
        <w:jc w:val="right"/>
      </w:pPr>
      <w:r>
        <w:t>یو اف یو ار ہارم فل ٹو ادرز، دین یو کناٹ فائنڈ بریسنگ فرام گاڈ۔</w:t>
      </w:r>
    </w:p>
    <w:p>
      <w:r>
        <w:rPr>
          <w:b/>
        </w:rPr>
        <w:t xml:space="preserve">[1:07:05] </w:t>
      </w:r>
      <w:r>
        <w:t>if you are a problem person, then again you will be deprived from blessing of god.</w:t>
      </w:r>
    </w:p>
    <w:p>
      <w:pPr>
        <w:jc w:val="right"/>
      </w:pPr>
      <w:r>
        <w:t>اف یو ار ا پرابلم پرسن، دین اگین یو ول بی ڈیپرائیڈ فرام بریسنگ اف گاڈ۔</w:t>
      </w:r>
    </w:p>
    <w:p>
      <w:r>
        <w:rPr>
          <w:b/>
        </w:rPr>
        <w:t xml:space="preserve">[1:07:16] </w:t>
      </w:r>
      <w:r>
        <w:t>this is</w:t>
      </w:r>
    </w:p>
    <w:p>
      <w:pPr>
        <w:jc w:val="right"/>
      </w:pPr>
      <w:r>
        <w:t>دس از</w:t>
      </w:r>
    </w:p>
    <w:p>
      <w:r>
        <w:rPr>
          <w:b/>
        </w:rPr>
        <w:t xml:space="preserve">[1:07:20] </w:t>
      </w:r>
      <w:r>
        <w:t>mentioned in the hadith in a very clear words.</w:t>
      </w:r>
    </w:p>
    <w:p>
      <w:pPr>
        <w:jc w:val="right"/>
      </w:pPr>
      <w:r>
        <w:t>مینشن ان دا حدیث ان ا ویری کلیئر ورڈز۔</w:t>
      </w:r>
    </w:p>
    <w:p>
      <w:r>
        <w:rPr>
          <w:b/>
        </w:rPr>
        <w:t xml:space="preserve">[1:07:29] </w:t>
      </w:r>
      <w:r>
        <w:t>deen der is hadith: "if you want to live as a lovely person among people, if you want</w:t>
      </w:r>
    </w:p>
    <w:p>
      <w:pPr>
        <w:jc w:val="right"/>
      </w:pPr>
      <w:r>
        <w:t>دین دیر از حدیث: "اف یو وانٹ ٹو لیو ایز ا لوولی پرسن امنگ پیپل، اف یو وانٹ</w:t>
      </w:r>
    </w:p>
    <w:p>
      <w:r>
        <w:rPr>
          <w:b/>
        </w:rPr>
        <w:t xml:space="preserve">[1:07:46] </w:t>
      </w:r>
      <w:r>
        <w:t>to be loved from others, then afsh assalam. spread assalam-o-alaikum.</w:t>
      </w:r>
    </w:p>
    <w:p>
      <w:pPr>
        <w:jc w:val="right"/>
      </w:pPr>
      <w:r>
        <w:t>ٹو بی لوڈ فرام ادرز، دین افش السلام۔" سپریڈ السلام علیکم۔</w:t>
      </w:r>
    </w:p>
    <w:p>
      <w:r>
        <w:rPr>
          <w:b/>
        </w:rPr>
        <w:t xml:space="preserve">[1:07:54] </w:t>
      </w:r>
      <w:r>
        <w:t>spread assalam-o-alaikum. is not simply saying assalam-o-alaikum.</w:t>
      </w:r>
    </w:p>
    <w:p>
      <w:pPr>
        <w:jc w:val="right"/>
      </w:pPr>
      <w:r>
        <w:t>سپریڈ السلام علیکم۔ از ناٹ سمپلی سینگ السلام علیکم۔</w:t>
      </w:r>
    </w:p>
    <w:p>
      <w:r>
        <w:rPr>
          <w:b/>
        </w:rPr>
        <w:t xml:space="preserve">[1:07:59] </w:t>
      </w:r>
      <w:r>
        <w:t>it means that live as a peaceful person among others.</w:t>
      </w:r>
    </w:p>
    <w:p>
      <w:pPr>
        <w:jc w:val="right"/>
      </w:pPr>
      <w:r>
        <w:t>اٹ مینز دیٹ لیو ایز ا پیس فل پرسن امنگ ادرز۔</w:t>
      </w:r>
    </w:p>
    <w:p>
      <w:r>
        <w:rPr>
          <w:b/>
        </w:rPr>
        <w:t xml:space="preserve">[1:08:09] </w:t>
      </w:r>
      <w:r>
        <w:t>afsh assalam means live among person with peace, with peaceful sentiments.</w:t>
      </w:r>
    </w:p>
    <w:p>
      <w:pPr>
        <w:jc w:val="right"/>
      </w:pPr>
      <w:r>
        <w:t>افش السلام مینز لیو امنگ پرسن ود پیس، ود پیس فل سینٹیمنٹس۔</w:t>
      </w:r>
    </w:p>
    <w:p>
      <w:r>
        <w:rPr>
          <w:b/>
        </w:rPr>
        <w:t xml:space="preserve">[1:08:21] </w:t>
      </w:r>
      <w:r>
        <w:t>you are free from hate. you are free from malice.</w:t>
      </w:r>
    </w:p>
    <w:p>
      <w:pPr>
        <w:jc w:val="right"/>
      </w:pPr>
      <w:r>
        <w:t>یو ار فری فرام ہیٹ۔ یو ار فری فرام مائلس۔</w:t>
      </w:r>
    </w:p>
    <w:p>
      <w:r>
        <w:rPr>
          <w:b/>
        </w:rPr>
        <w:t xml:space="preserve">[1:08:32] </w:t>
      </w:r>
      <w:r>
        <w:t>you are free from all those negative feelings.</w:t>
      </w:r>
    </w:p>
    <w:p>
      <w:pPr>
        <w:jc w:val="right"/>
      </w:pPr>
      <w:r>
        <w:t>یو ار فری فرام ال دوز نیگیٹیو فیلنگز۔</w:t>
      </w:r>
    </w:p>
    <w:p>
      <w:r>
        <w:rPr>
          <w:b/>
        </w:rPr>
        <w:t xml:space="preserve">[1:08:42] </w:t>
      </w:r>
      <w:r>
        <w:t>so this is the</w:t>
      </w:r>
    </w:p>
    <w:p>
      <w:pPr>
        <w:jc w:val="right"/>
      </w:pPr>
      <w:r>
        <w:t>سو دس از دا</w:t>
      </w:r>
    </w:p>
    <w:p>
      <w:r>
        <w:rPr>
          <w:b/>
        </w:rPr>
        <w:t xml:space="preserve">[1:08:48] </w:t>
      </w:r>
      <w:r>
        <w:t>way</w:t>
      </w:r>
    </w:p>
    <w:p>
      <w:pPr>
        <w:jc w:val="right"/>
      </w:pPr>
      <w:r>
        <w:t>وے</w:t>
      </w:r>
    </w:p>
    <w:p>
      <w:r>
        <w:rPr>
          <w:b/>
        </w:rPr>
        <w:t xml:space="preserve">[1:08:52] </w:t>
      </w:r>
      <w:r>
        <w:t>which gives you blessings from God.</w:t>
      </w:r>
    </w:p>
    <w:p>
      <w:pPr>
        <w:jc w:val="right"/>
      </w:pPr>
      <w:r>
        <w:t>وچ گوز یو بریسنگز فرام گاڈ۔</w:t>
      </w:r>
    </w:p>
    <w:p>
      <w:r>
        <w:rPr>
          <w:b/>
        </w:rPr>
        <w:t xml:space="preserve">[1:08:58] </w:t>
      </w:r>
      <w:r>
        <w:t>vins prafit sa a person,</w:t>
      </w:r>
    </w:p>
    <w:p>
      <w:pPr>
        <w:jc w:val="right"/>
      </w:pPr>
      <w:r>
        <w:t>ونس پرافٹ سا ا پرسن،</w:t>
      </w:r>
    </w:p>
    <w:p>
      <w:r>
        <w:rPr>
          <w:b/>
        </w:rPr>
        <w:t xml:space="preserve">[1:09:06] </w:t>
      </w:r>
      <w:r>
        <w:t>Prophet said: "Do you want to find entry into paradise?" He said: "Yes, why not?" Prophet said</w:t>
      </w:r>
    </w:p>
    <w:p>
      <w:pPr>
        <w:jc w:val="right"/>
      </w:pPr>
      <w:r>
        <w:t>پرافٹ سیڈ: "ڈو یو وانٹ ٹو فائنڈ انٹری انٹو پارائیڈائز؟" ہی سیڈ: "یس، وائی ناٹ؟" پرافٹ سیڈ</w:t>
      </w:r>
    </w:p>
    <w:p>
      <w:r>
        <w:rPr>
          <w:b/>
        </w:rPr>
        <w:t xml:space="preserve">[1:09:19] </w:t>
      </w:r>
      <w:r>
        <w:t>that: "save yourself from miles."</w:t>
      </w:r>
    </w:p>
    <w:p>
      <w:pPr>
        <w:jc w:val="right"/>
      </w:pPr>
      <w:r>
        <w:t>دیٹ: "سیو یور سیلف فرام مائلس۔"</w:t>
      </w:r>
    </w:p>
    <w:p>
      <w:r>
        <w:rPr>
          <w:b/>
        </w:rPr>
        <w:t xml:space="preserve">[1:09:30] </w:t>
      </w:r>
      <w:r>
        <w:t>sevv your selv from miles.</w:t>
      </w:r>
    </w:p>
    <w:p>
      <w:pPr>
        <w:jc w:val="right"/>
      </w:pPr>
      <w:r>
        <w:t>سیو یور سیلف فرام مائلس۔</w:t>
      </w:r>
    </w:p>
    <w:p>
      <w:r>
        <w:rPr>
          <w:b/>
        </w:rPr>
        <w:t xml:space="preserve">[1:09:43] </w:t>
      </w:r>
      <w:r>
        <w:t>you have to save yourself from miles, from negative thoughts.</w:t>
      </w:r>
    </w:p>
    <w:p>
      <w:pPr>
        <w:jc w:val="right"/>
      </w:pPr>
      <w:r>
        <w:t>یو ہیو ٹو سیو یور سیلف فرام مائلس، فرام نیگیٹیو تھاٹس۔</w:t>
      </w:r>
    </w:p>
    <w:p>
      <w:r>
        <w:rPr>
          <w:b/>
        </w:rPr>
        <w:t xml:space="preserve">[1:09:52] </w:t>
      </w:r>
      <w:r>
        <w:t>dis is veri importent.</w:t>
      </w:r>
    </w:p>
    <w:p>
      <w:pPr>
        <w:jc w:val="right"/>
      </w:pPr>
      <w:r>
        <w:t>دس از ویری امپورٹنٹ۔</w:t>
      </w:r>
    </w:p>
    <w:p>
      <w:r>
        <w:rPr>
          <w:b/>
        </w:rPr>
        <w:t xml:space="preserve">[1:09:56] </w:t>
      </w:r>
      <w:r>
        <w:t>If you want to receive blessings from God, you want to find entry into paradise, you have to adopt this character.</w:t>
      </w:r>
    </w:p>
    <w:p>
      <w:pPr>
        <w:jc w:val="right"/>
      </w:pPr>
      <w:r>
        <w:t>اف یو وانٹ ٹو ریسیو بریسنگز فرام گاڈ، یو وانٹ ٹو فائنڈ انٹری انٹو پارائیڈائز، یو ہیو ٹو اڈاپٹ دس کریکٹر۔</w:t>
      </w:r>
    </w:p>
    <w:p>
      <w:r>
        <w:rPr>
          <w:b/>
        </w:rPr>
        <w:t xml:space="preserve">[1:10:15] </w:t>
      </w:r>
      <w:r>
        <w:t>you have to adopt this character. this character in a single word is positive character</w:t>
      </w:r>
    </w:p>
    <w:p>
      <w:pPr>
        <w:jc w:val="right"/>
      </w:pPr>
      <w:r>
        <w:t>یو ہیو ٹو اڈاپٹ دس کریکٹر۔ دس کریکٹر ان ان ا سنگل ورڈ از پوزیٹیو کریک</w:t>
      </w:r>
    </w:p>
    <w:p>
      <w:r>
        <w:rPr>
          <w:b/>
        </w:rPr>
        <w:t xml:space="preserve">[1:10:25] </w:t>
      </w:r>
      <w:r>
        <w:t>tr. So save yourself from negative character and adopt the positive character.</w:t>
      </w:r>
    </w:p>
    <w:p>
      <w:pPr>
        <w:jc w:val="right"/>
      </w:pPr>
      <w:r>
        <w:t>ٹر۔ سو سیو یور سیلف فرام نیگیٹیو کریکٹر اینڈ اڈاپٹ دی پوزیٹیو کریکٹر</w:t>
      </w:r>
    </w:p>
    <w:p>
      <w:r>
        <w:rPr>
          <w:b/>
        </w:rPr>
        <w:t xml:space="preserve">[1:10:34] </w:t>
      </w:r>
      <w:r>
        <w:t>in spech, in behivior,</w:t>
      </w:r>
    </w:p>
    <w:p>
      <w:pPr>
        <w:jc w:val="right"/>
      </w:pPr>
      <w:r>
        <w:t>ان سپیچ، ان بیہیویئر،</w:t>
      </w:r>
    </w:p>
    <w:p>
      <w:r>
        <w:rPr>
          <w:b/>
        </w:rPr>
        <w:t xml:space="preserve">[1:10:40] </w:t>
      </w:r>
      <w:r>
        <w:t>in dealing, in everything. you have to adopt positive, positivity, and you have to save your self from negativity.</w:t>
      </w:r>
    </w:p>
    <w:p>
      <w:pPr>
        <w:jc w:val="right"/>
      </w:pPr>
      <w:r>
        <w:t>ان ڈیلنگ، ان ایوری تھنگ۔ یو ہیو ٹو اڈاپٹ پوزیٹیو، پوزیٹیوٹی، اینڈ یو ہیو ٹو سیو یور سیلف فرام نیگیٹیوٹی۔</w:t>
      </w:r>
    </w:p>
    <w:p>
      <w:r>
        <w:rPr>
          <w:b/>
        </w:rPr>
        <w:t xml:space="preserve">[1:11:00] </w:t>
      </w:r>
      <w:r>
        <w:t>in adar vardz, i kan si dat</w:t>
      </w:r>
    </w:p>
    <w:p>
      <w:pPr>
        <w:jc w:val="right"/>
      </w:pPr>
      <w:r>
        <w:t>ان ادر ورڈز، ائی کین سی دیٹ</w:t>
      </w:r>
    </w:p>
    <w:p>
      <w:r>
        <w:rPr>
          <w:b/>
        </w:rPr>
        <w:t xml:space="preserve">[1:11:05] </w:t>
      </w:r>
      <w:r>
        <w:t>there are flowers, or at the same time there are thoughts. If you see a plant, if you see a rose plant, you will find that there are flowers, beautiful flowers,</w:t>
      </w:r>
    </w:p>
    <w:p>
      <w:pPr>
        <w:jc w:val="right"/>
      </w:pPr>
      <w:r>
        <w:t>دیر ار فلاورز، اور دی سیم ٹائم دیر ار تھاٹس۔ اف یو سی ا پلانٹ، اف یو سی ا روز پلانٹ، یو ول فائنڈ دیٹ دیر ار فلاورز، بیوٹی فل فلاورز،</w:t>
      </w:r>
    </w:p>
    <w:p>
      <w:r>
        <w:rPr>
          <w:b/>
        </w:rPr>
        <w:t xml:space="preserve">[1:11:22] </w:t>
      </w:r>
      <w:r>
        <w:t>and in the same, in the same branch, there are thoughts.</w:t>
      </w:r>
    </w:p>
    <w:p>
      <w:pPr>
        <w:jc w:val="right"/>
      </w:pPr>
      <w:r>
        <w:t>اینڈ ان دا سیم، ان دا سیم برانچ، دیر ار تھاٹس۔</w:t>
      </w:r>
    </w:p>
    <w:p>
      <w:r>
        <w:rPr>
          <w:b/>
        </w:rPr>
        <w:t xml:space="preserve">[1:11:29] </w:t>
      </w:r>
      <w:r>
        <w:t>So if you want to find entry into paradise, you have to live among people as flowers.</w:t>
      </w:r>
    </w:p>
    <w:p>
      <w:pPr>
        <w:jc w:val="right"/>
      </w:pPr>
      <w:r>
        <w:t>سو اف یو وانٹ ٹو فائنڈ انٹری انٹو پارائیڈائز، یو ہیو ٹو لیو امنگ پیپل ایز فلاورز۔</w:t>
      </w:r>
    </w:p>
    <w:p>
      <w:r>
        <w:rPr>
          <w:b/>
        </w:rPr>
        <w:t xml:space="preserve">[1:11:41] </w:t>
      </w:r>
      <w:r>
        <w:t>and if you vant to,</w:t>
      </w:r>
    </w:p>
    <w:p>
      <w:pPr>
        <w:jc w:val="right"/>
      </w:pPr>
      <w:r>
        <w:t>اینڈ اف یو وانٹ ٹو،</w:t>
      </w:r>
    </w:p>
    <w:p>
      <w:r>
        <w:rPr>
          <w:b/>
        </w:rPr>
        <w:t xml:space="preserve">[1:11:49] </w:t>
      </w:r>
      <w:r>
        <w:t>and if you want to be deprived from the paradise, then adopt the way of thoughts</w:t>
      </w:r>
    </w:p>
    <w:p>
      <w:pPr>
        <w:jc w:val="right"/>
      </w:pPr>
      <w:r>
        <w:t>اینڈ اف یو وانٹ ٹو بی ڈیپرائیڈ فرام دی پارائیڈائز، دین اڈاپٹ دا وے اف تھاٹس</w:t>
      </w:r>
    </w:p>
    <w:p>
      <w:r>
        <w:rPr>
          <w:b/>
        </w:rPr>
        <w:t xml:space="preserve">[1:11:58] </w:t>
      </w:r>
      <w:r>
        <w:t>. so this God goes a demonstration.</w:t>
      </w:r>
    </w:p>
    <w:p>
      <w:pPr>
        <w:jc w:val="right"/>
      </w:pPr>
      <w:r>
        <w:t>۔ سو دس گاڈ گوز ا ڈیمونسٹریشن۔</w:t>
      </w:r>
    </w:p>
    <w:p>
      <w:r>
        <w:rPr>
          <w:b/>
        </w:rPr>
        <w:t xml:space="preserve">[1:12:07] </w:t>
      </w:r>
      <w:r>
        <w:t>thought and flowers both are a demonstration from God.</w:t>
      </w:r>
    </w:p>
    <w:p>
      <w:pPr>
        <w:jc w:val="right"/>
      </w:pPr>
      <w:r>
        <w:t>تھاٹ اینڈ فلاورز بوتھ ار ا ڈیمونسٹریشن فرام گاڈ۔</w:t>
      </w:r>
    </w:p>
    <w:p>
      <w:r>
        <w:rPr>
          <w:b/>
        </w:rPr>
        <w:t xml:space="preserve">[1:12:14] </w:t>
      </w:r>
      <w:r>
        <w:t>Thorny character is of those who be deprived from blessings of God, and flower like character is of those who be find blessings from God.</w:t>
      </w:r>
    </w:p>
    <w:p>
      <w:pPr>
        <w:jc w:val="right"/>
      </w:pPr>
      <w:r>
        <w:t>تھاٹنی کریکٹر از اف دوز ہو بی ڈیپرائیڈ فرام بریسنگ اف گاڈ، اینڈ فلاور لائک کریکٹر از اف دوز ہو بی فائنڈ بریسنگز فرام گاڈ۔</w:t>
      </w:r>
    </w:p>
    <w:p>
      <w:r>
        <w:rPr>
          <w:b/>
        </w:rPr>
        <w:t xml:space="preserve">[1:12:36] </w:t>
      </w:r>
      <w:r>
        <w:t>da prafit van said dat: "momin</w:t>
      </w:r>
    </w:p>
    <w:p>
      <w:pPr>
        <w:jc w:val="right"/>
      </w:pPr>
      <w:r>
        <w:t>دا پرافٹ ون سیڈ دیٹ: "موم</w:t>
      </w:r>
    </w:p>
    <w:p>
      <w:r>
        <w:rPr>
          <w:b/>
        </w:rPr>
        <w:t xml:space="preserve">[1:12:43] </w:t>
      </w:r>
      <w:r>
        <w:t>is like a tender plant." So this is the example of a momin.</w:t>
      </w:r>
    </w:p>
    <w:p>
      <w:pPr>
        <w:jc w:val="right"/>
      </w:pPr>
      <w:r>
        <w:t>ن از لائک ا ٹینڈر پلانٹ۔" سو دس از دا ایگزیمپل اف ا مومن۔</w:t>
      </w:r>
    </w:p>
    <w:p>
      <w:r>
        <w:rPr>
          <w:b/>
        </w:rPr>
        <w:t xml:space="preserve">[1:12:54] </w:t>
      </w:r>
      <w:r>
        <w:t>you hev to liv vid pozitiviti.</w:t>
      </w:r>
    </w:p>
    <w:p>
      <w:pPr>
        <w:jc w:val="right"/>
      </w:pPr>
      <w:r>
        <w:t>یو ہیو ٹو لیو ود پوزیٹیوٹی۔</w:t>
      </w:r>
    </w:p>
    <w:p>
      <w:r>
        <w:rPr>
          <w:b/>
        </w:rPr>
        <w:t xml:space="preserve">[1:13:00] </w:t>
      </w:r>
      <w:r>
        <w:t>You have to live as a flower. Then you will find the blessing of God, and finally you will find entry into paradise.</w:t>
      </w:r>
    </w:p>
    <w:p>
      <w:pPr>
        <w:jc w:val="right"/>
      </w:pPr>
      <w:r>
        <w:t>یو ہیو ٹو لیو ایز ا فلاور۔ دین یو ول فائنڈ دا بریسنگ اف گاڈ، اینڈ فائنلی یو ول فائنڈ انٹری انٹو پارائیڈائز۔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