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January 19, 2007 Maulana Wahiduddin Khan</w:t>
      </w:r>
    </w:p>
    <w:p>
      <w:r>
        <w:t>https://www.youtube.com/watch?v=XhXDz32Av4Q</w:t>
      </w:r>
    </w:p>
    <w:p>
      <w:r>
        <w:rPr>
          <w:b/>
        </w:rPr>
        <w:t xml:space="preserve">[00:13] </w:t>
      </w:r>
      <w:r>
        <w:t>bismillah hir rahman nir rahim, wa salla Allahu ala an-nabiyyi al-karim.</w:t>
      </w:r>
    </w:p>
    <w:p>
      <w:pPr>
        <w:jc w:val="right"/>
      </w:pPr>
      <w:r>
        <w:t>بسم اللہ الرحمن الرحیم، وصلی اللہ علی النبی الکریم.</w:t>
      </w:r>
    </w:p>
    <w:p>
      <w:r>
        <w:rPr>
          <w:b/>
        </w:rPr>
        <w:t xml:space="preserve">[00:21]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ke liye jo topic hai woh hai "from the spiritual tree". yeh topic toh maine socha,</w:t>
      </w:r>
    </w:p>
    <w:p>
      <w:pPr>
        <w:jc w:val="right"/>
      </w:pPr>
      <w:r>
        <w:t>آج کے لیے جو ٹاپک ہے وہ ہے "فرام دی سپریچول ٹری"۔ یہ ٹاپک تو میں نے سوچا،</w:t>
      </w:r>
    </w:p>
    <w:p>
      <w:r>
        <w:rPr>
          <w:b/>
        </w:rPr>
        <w:t xml:space="preserve">[00:52] </w:t>
      </w:r>
      <w:r>
        <w:t>lekin abhi tak mere mind mein bahut zyada coherent way mein kuch baatein nahin hain.</w:t>
      </w:r>
    </w:p>
    <w:p>
      <w:pPr>
        <w:jc w:val="right"/>
      </w:pPr>
      <w:r>
        <w:t>لیکن ابھی تک میرے مائنڈ میں بہت زیادہ کوہرنٹ وے میں کچھ باتیں نہیں ہیں۔</w:t>
      </w:r>
    </w:p>
    <w:p>
      <w:r>
        <w:rPr>
          <w:b/>
        </w:rPr>
        <w:t xml:space="preserve">[01:03] </w:t>
      </w:r>
      <w:r>
        <w:t>shayad main jo kuch kahunga woh fragments hoga. toh aap ka kaam hai ke aap is fragments se jodein, aur fragments ko jod kar isko zyada me</w:t>
      </w:r>
    </w:p>
    <w:p>
      <w:pPr>
        <w:jc w:val="right"/>
      </w:pPr>
      <w:r>
        <w:t>شاید میں جو کچھ کہوں گا وہ فریگمنٹس ہوں گی۔ تو آپ کا کام ہے کہ آپ اس فریگمنٹس سے جوڑیں، اور فریگمنٹس کو جوڑ کر اس کو زیادہ می</w:t>
      </w:r>
    </w:p>
    <w:p>
      <w:r>
        <w:rPr>
          <w:b/>
        </w:rPr>
        <w:t xml:space="preserve">[01:20] </w:t>
      </w:r>
      <w:r>
        <w:t>aningful banayein. aaj jab ke main soch raha tha</w:t>
      </w:r>
    </w:p>
    <w:p>
      <w:pPr>
        <w:jc w:val="right"/>
      </w:pPr>
      <w:r>
        <w:t>ننگ فل بنائیں۔ آج جب کہ میں سوچ رہا تھا</w:t>
      </w:r>
    </w:p>
    <w:p>
      <w:r>
        <w:rPr>
          <w:b/>
        </w:rPr>
        <w:t xml:space="preserve">[01:26] </w:t>
      </w:r>
      <w:r>
        <w:t>ke kya bolna hai, aur kuch apne aap ko helpless feel kar raha tha, toh hamari team ke ek member mile.</w:t>
      </w:r>
    </w:p>
    <w:p>
      <w:pPr>
        <w:jc w:val="right"/>
      </w:pPr>
      <w:r>
        <w:t>کہ کیا بولنا ہے، اور کچھ اپنے آپ کو ہیلپ لیس فیل کر رہا تھا، تو ہماری ٹیم کے ایک ممبر ملے۔</w:t>
      </w:r>
    </w:p>
    <w:p>
      <w:r>
        <w:rPr>
          <w:b/>
        </w:rPr>
        <w:t xml:space="preserve">[01:42] </w:t>
      </w:r>
      <w:r>
        <w:t>toh unhone kaha ke hum log, yaani team ke log jo hain,</w:t>
      </w:r>
    </w:p>
    <w:p>
      <w:pPr>
        <w:jc w:val="right"/>
      </w:pPr>
      <w:r>
        <w:t>تو انہوں نے کہا کہ ہم لوگ، یعنی ٹیم کے لوگ جو ہیں،</w:t>
      </w:r>
    </w:p>
    <w:p>
      <w:r>
        <w:rPr>
          <w:b/>
        </w:rPr>
        <w:t xml:space="preserve">[01:55] </w:t>
      </w:r>
      <w:r>
        <w:t>woh kya hain? toh Hazrat Masih ne kaha tha, ab se do hazar saal pehle,</w:t>
      </w:r>
    </w:p>
    <w:p>
      <w:pPr>
        <w:jc w:val="right"/>
      </w:pPr>
      <w:r>
        <w:t>وہ کیا ہیں؟ تو حضرت مسیح نے کہا تھا، اب سے دو ہزار سال پہلے،</w:t>
      </w:r>
    </w:p>
    <w:p>
      <w:r>
        <w:rPr>
          <w:b/>
        </w:rPr>
        <w:t xml:space="preserve">[02:09] </w:t>
      </w:r>
      <w:r>
        <w:t>Yerushalayim mein,</w:t>
      </w:r>
    </w:p>
    <w:p>
      <w:pPr>
        <w:jc w:val="right"/>
      </w:pPr>
      <w:r>
        <w:t>یروشلم میں،</w:t>
      </w:r>
    </w:p>
    <w:p>
      <w:r>
        <w:rPr>
          <w:b/>
        </w:rPr>
        <w:t xml:space="preserve">[02:15] </w:t>
      </w:r>
      <w:r>
        <w:t>ke agar insan na bolein toh pathar chalayenge.</w:t>
      </w:r>
    </w:p>
    <w:p>
      <w:pPr>
        <w:jc w:val="right"/>
      </w:pPr>
      <w:r>
        <w:t>کہ اگر انسان نہ بولیں تو پتھر چلائیں گے۔</w:t>
      </w:r>
    </w:p>
    <w:p>
      <w:r>
        <w:rPr>
          <w:b/>
        </w:rPr>
        <w:t xml:space="preserve">[02:23] </w:t>
      </w:r>
      <w:r>
        <w:t>yeh baat new testament ke chapter Luke mein hai.</w:t>
      </w:r>
    </w:p>
    <w:p>
      <w:pPr>
        <w:jc w:val="right"/>
      </w:pPr>
      <w:r>
        <w:t>یہ بات نیو ٹیسٹمنٹ کے چیپٹر لوک میں ہے۔</w:t>
      </w:r>
    </w:p>
    <w:p>
      <w:r>
        <w:rPr>
          <w:b/>
        </w:rPr>
        <w:t xml:space="preserve">[02:31] </w:t>
      </w:r>
      <w:r>
        <w:t>woh is tarah se hai is mein ke "If man fails to speak, stones will cry out."</w:t>
      </w:r>
    </w:p>
    <w:p>
      <w:pPr>
        <w:jc w:val="right"/>
      </w:pPr>
      <w:r>
        <w:t>وہ اس طرح سے ہے اس میں کہ "If man fails to speak, stones will cry out."</w:t>
      </w:r>
    </w:p>
    <w:p>
      <w:r>
        <w:rPr>
          <w:b/>
        </w:rPr>
        <w:t xml:space="preserve">[02:46] </w:t>
      </w:r>
      <w:r>
        <w:t>toh baat yeh hui ke Hazrat Masih aaye the Yerushalayim mein, yaani Falasteen mein.</w:t>
      </w:r>
    </w:p>
    <w:p>
      <w:pPr>
        <w:jc w:val="right"/>
      </w:pPr>
      <w:r>
        <w:t>تو بات یہ ہوئی کہ حضرت مسیح آئے تھے یروشلم میں، یعنی فلسطین میں۔</w:t>
      </w:r>
    </w:p>
    <w:p>
      <w:r>
        <w:rPr>
          <w:b/>
        </w:rPr>
        <w:t xml:space="preserve">[02:52] </w:t>
      </w:r>
      <w:r>
        <w:t>toh wahan ke jo bade bade log the, jo zyada tar Yahudi log the, toh unko unhone address kiya.</w:t>
      </w:r>
    </w:p>
    <w:p>
      <w:pPr>
        <w:jc w:val="right"/>
      </w:pPr>
      <w:r>
        <w:t>تو وہاں کے جو بڑے بڑے لوگ تھے، جو زیادہ تر یہودی لوگ تھے، تو ان کو انہوں نے ایڈریس کیا۔</w:t>
      </w:r>
    </w:p>
    <w:p>
      <w:r>
        <w:rPr>
          <w:b/>
        </w:rPr>
        <w:t xml:space="preserve">[03:01] </w:t>
      </w:r>
      <w:r>
        <w:t>bade bade scholars, bade bade intelligent log, aur hasiyat wale log, position wale log.</w:t>
      </w:r>
    </w:p>
    <w:p>
      <w:pPr>
        <w:jc w:val="right"/>
      </w:pPr>
      <w:r>
        <w:t>بڑے بڑے اسکالرز، بڑے بڑے انٹیلیجنٹ لوگ، اور حیثیت والے لوگ، پوزیشن والے لوگ۔</w:t>
      </w:r>
    </w:p>
    <w:p>
      <w:r>
        <w:rPr>
          <w:b/>
        </w:rPr>
        <w:t xml:space="preserve">[03:15] </w:t>
      </w:r>
      <w:r>
        <w:t>toh un mein se kisi ek ne bhi Hazrat Masih ka saath nahin</w:t>
      </w:r>
    </w:p>
    <w:p>
      <w:pPr>
        <w:jc w:val="right"/>
      </w:pPr>
      <w:r>
        <w:t>تو ان میں سے کسی ایک نے بھی حضرت مسیح کا ساتھ نہیں</w:t>
      </w:r>
    </w:p>
    <w:p>
      <w:r>
        <w:rPr>
          <w:b/>
        </w:rPr>
        <w:t xml:space="preserve">[03:19] </w:t>
      </w:r>
      <w:r>
        <w:t>diya. toh us waqt unhone kaha tha ke "If man fails to speak, stones will cry out."</w:t>
      </w:r>
    </w:p>
    <w:p>
      <w:pPr>
        <w:jc w:val="right"/>
      </w:pPr>
      <w:r>
        <w:t>دیا۔ تو اس وقت انہوں نے کہا تھا کہ "If man fails to speak, stones will cry out."</w:t>
      </w:r>
    </w:p>
    <w:p>
      <w:r>
        <w:rPr>
          <w:b/>
        </w:rPr>
        <w:t xml:space="preserve">[03:33] </w:t>
      </w:r>
      <w:r>
        <w:t>toh waqai mein aisa hi hua.</w:t>
      </w:r>
    </w:p>
    <w:p>
      <w:pPr>
        <w:jc w:val="right"/>
      </w:pPr>
      <w:r>
        <w:t>تو واقعتاً ایسا ہی ہوا۔</w:t>
      </w:r>
    </w:p>
    <w:p>
      <w:r>
        <w:rPr>
          <w:b/>
        </w:rPr>
        <w:t xml:space="preserve">[03:37] </w:t>
      </w:r>
      <w:r>
        <w:t>aap jante hain ke us waqt jin us waqt jo aap ke disciples the, woh hardly one dozen the.</w:t>
      </w:r>
    </w:p>
    <w:p>
      <w:pPr>
        <w:jc w:val="right"/>
      </w:pPr>
      <w:r>
        <w:t>آپ جانتے ہیں کہ اس وقت جن اس وقت جو آپ کے ڈیسائپلز تھے، وہ ہارڈلی ون ڈزن تھے۔</w:t>
      </w:r>
    </w:p>
    <w:p>
      <w:r>
        <w:rPr>
          <w:b/>
        </w:rPr>
        <w:t xml:space="preserve">[03:52] </w:t>
      </w:r>
      <w:r>
        <w:t>aur yeh sab ke sab kaun log the? lower strata ke log the.</w:t>
      </w:r>
    </w:p>
    <w:p>
      <w:pPr>
        <w:jc w:val="right"/>
      </w:pPr>
      <w:r>
        <w:t>اور یہ سب کے سب کون لوگ تھے؟ لوئر اسٹیٹا کے لوگ تھے۔</w:t>
      </w:r>
    </w:p>
    <w:p>
      <w:r>
        <w:rPr>
          <w:b/>
        </w:rPr>
        <w:t xml:space="preserve">[04:00] </w:t>
      </w:r>
      <w:r>
        <w:t>machhliyon ko pakadne wale, is tarah ke log.</w:t>
      </w:r>
    </w:p>
    <w:p>
      <w:pPr>
        <w:jc w:val="right"/>
      </w:pPr>
      <w:r>
        <w:t>مچھلیوں کو پکڑنے والے، اس طرح کے لوگ۔</w:t>
      </w:r>
    </w:p>
    <w:p>
      <w:r>
        <w:rPr>
          <w:b/>
        </w:rPr>
        <w:t xml:space="preserve">[04:05] </w:t>
      </w:r>
      <w:r>
        <w:t>toh yahi pathar the. inhi ko Hazrat Masih ne pathar kaha, symbolic way mein. matlab jo bade bade speaker hain, bade bade mind hain,</w:t>
      </w:r>
    </w:p>
    <w:p>
      <w:pPr>
        <w:jc w:val="right"/>
      </w:pPr>
      <w:r>
        <w:t>تو یہی پتھر تھے۔ انہی کو حضرت مسیح نے پتھر کہا، سمبالک وے میں۔ مطلب جو بڑے بڑے اسپیکر ہیں، بڑے بڑے مائنڈ ہیں،</w:t>
      </w:r>
    </w:p>
    <w:p>
      <w:r>
        <w:rPr>
          <w:b/>
        </w:rPr>
        <w:t xml:space="preserve">[04:19] </w:t>
      </w:r>
      <w:r>
        <w:t>bade bade scholars hain, jab woh Khuda ke deen ke liye nahin uthenge, Khuda ki baat ko phailane ke liye nahin uthenge, toh woh log uthenge jo samaj mein koi hasiyat unki nahin hai.</w:t>
      </w:r>
    </w:p>
    <w:p>
      <w:pPr>
        <w:jc w:val="right"/>
      </w:pPr>
      <w:r>
        <w:t>بڑے بڑے اسکالرز ہیں، جب وہ خدا کے دین کے لئے نہیں اٹھیں گے، خدا کی بات کو پھیلانے کے لئے نہیں اٹھیں گے، تو وہ لوگ اٹھیں گے جو سماج میں کوئی حیثیت ان کی نہیں ہے۔</w:t>
      </w:r>
    </w:p>
    <w:p>
      <w:r>
        <w:rPr>
          <w:b/>
        </w:rPr>
        <w:t xml:space="preserve">[04:31] </w:t>
      </w:r>
      <w:r>
        <w:t>toh just like pathar hain woh.</w:t>
      </w:r>
    </w:p>
    <w:p>
      <w:pPr>
        <w:jc w:val="right"/>
      </w:pPr>
      <w:r>
        <w:t>تو جسٹ لائک پتھر ہیں وہ۔</w:t>
      </w:r>
    </w:p>
    <w:p>
      <w:r>
        <w:rPr>
          <w:b/>
        </w:rPr>
        <w:t xml:space="preserve">[04:35] </w:t>
      </w:r>
      <w:r>
        <w:t>in bare logon ke muqable mein woh just like pathar hain.</w:t>
      </w:r>
    </w:p>
    <w:p>
      <w:pPr>
        <w:jc w:val="right"/>
      </w:pPr>
      <w:r>
        <w:t>ان بڑے لوگوں کے مقابلے میں وہ جسٹ لائک پتھر ہیں۔</w:t>
      </w:r>
    </w:p>
    <w:p>
      <w:r>
        <w:rPr>
          <w:b/>
        </w:rPr>
        <w:t xml:space="preserve">[04:42] </w:t>
      </w:r>
      <w:r>
        <w:t>to woh uthe. Hazrat Masih ne kaha ke jao. mere masjid ko le kar jao. aur phailao is ko dunya mein.</w:t>
      </w:r>
    </w:p>
    <w:p>
      <w:pPr>
        <w:jc w:val="right"/>
      </w:pPr>
      <w:r>
        <w:t>تو وہ اٹھے۔ حضرت مسیح نے کہا کہ جاؤ۔ میرے مسجد کو لے کر جاؤ۔ اور پھیلاؤ اس کو دنیا میں۔</w:t>
      </w:r>
    </w:p>
    <w:p>
      <w:r>
        <w:rPr>
          <w:b/>
        </w:rPr>
        <w:t xml:space="preserve">[04:54] </w:t>
      </w:r>
      <w:r>
        <w:t>to aap jante hain ke sach poochien aisa hua ke pathar chalaye. yani yeh log jo wahan ki society mein just like stones thay,</w:t>
      </w:r>
    </w:p>
    <w:p>
      <w:pPr>
        <w:jc w:val="right"/>
      </w:pPr>
      <w:r>
        <w:t>تو آپ جانتے ہیں کہ سچ پوچھیں ایسا ہوا کہ پتھر چلائے۔ یعنی یہ لوگ جو وہاں کی سوسائٹی میں جسٹ لائک اسٹونز تھے،</w:t>
      </w:r>
    </w:p>
    <w:p>
      <w:r>
        <w:rPr>
          <w:b/>
        </w:rPr>
        <w:t xml:space="preserve">[05:07] </w:t>
      </w:r>
      <w:r>
        <w:t>woh phail gaye. aur aap jante hain ke do hazar saal mein kya hua? Christianity aaj sab se bara mazhab bani hui hai.</w:t>
      </w:r>
    </w:p>
    <w:p>
      <w:pPr>
        <w:jc w:val="right"/>
      </w:pPr>
      <w:r>
        <w:t>وہ پھیل گئے۔ اور آپ جانتے ہیں کہ دو ہزار سال میں کیا ہوا؟ کرسچینٹی آج سب سے بڑا مذہب بنی ہوئی ہے۔</w:t>
      </w:r>
    </w:p>
    <w:p>
      <w:r>
        <w:rPr>
          <w:b/>
        </w:rPr>
        <w:t xml:space="preserve">[05:21] </w:t>
      </w:r>
      <w:r>
        <w:t>Hazrat Masih ke manane wale dunya mein aaj sab se zyada hain.</w:t>
      </w:r>
    </w:p>
    <w:p>
      <w:pPr>
        <w:jc w:val="right"/>
      </w:pPr>
      <w:r>
        <w:t>حضرت مسیح کے ماننے والے دنیا میں آج سب سے زیادہ ہیں۔</w:t>
      </w:r>
    </w:p>
    <w:p>
      <w:r>
        <w:rPr>
          <w:b/>
        </w:rPr>
        <w:t xml:space="preserve">[05:30] </w:t>
      </w:r>
      <w:r>
        <w:t>yani tadad ke aitbar se, number ke aitbar se, ya ginti ke aitbar se Christianity number ek par hai.</w:t>
      </w:r>
    </w:p>
    <w:p>
      <w:pPr>
        <w:jc w:val="right"/>
      </w:pPr>
      <w:r>
        <w:t>یعنی تعداد کے اعتبار سے، نمبر کے اعتبار سے، یا گنتی کے اعتبار سے کرسچینٹی نمبر ایک پر ہے۔</w:t>
      </w:r>
    </w:p>
    <w:p>
      <w:r>
        <w:rPr>
          <w:b/>
        </w:rPr>
        <w:t xml:space="preserve">[05:41] </w:t>
      </w:r>
      <w:r>
        <w:t>aur yeh kin logon ne kiya? yeh patharon ne chala kar kiya.</w:t>
      </w:r>
    </w:p>
    <w:p>
      <w:pPr>
        <w:jc w:val="right"/>
      </w:pPr>
      <w:r>
        <w:t>اور یہ کن لوگوں نے کیا؟ یہ پتھروں نے چلا کر کیا۔</w:t>
      </w:r>
    </w:p>
    <w:p>
      <w:r>
        <w:rPr>
          <w:b/>
        </w:rPr>
        <w:t xml:space="preserve">[05:50] </w:t>
      </w:r>
      <w:r>
        <w:t>to main samajhta hoon ke hamari jo team hai, woh bhi just like pathar hai.</w:t>
      </w:r>
    </w:p>
    <w:p>
      <w:pPr>
        <w:jc w:val="right"/>
      </w:pPr>
      <w:r>
        <w:t>تو میں سمجھتا ہوں کہ ہماری جو ٹیم ہے، وہ بھی جسٹ لائک پتھر ہے۔</w:t>
      </w:r>
    </w:p>
    <w:p>
      <w:r>
        <w:rPr>
          <w:b/>
        </w:rPr>
        <w:t xml:space="preserve">[06:02] </w:t>
      </w:r>
      <w:r>
        <w:t>main yeh keh sakta hoon ke yeh kaam maine shuru kiya tha bohat pehle, bohat pehle. yani 1950 se.</w:t>
      </w:r>
    </w:p>
    <w:p>
      <w:pPr>
        <w:jc w:val="right"/>
      </w:pPr>
      <w:r>
        <w:t>میں یہ کہہ سکتا ہوں کہ یہ کام میں نے شروع کیا تھا بہت پہلے، بہت پہلے۔ یعنی انیس سو پچاس سے۔</w:t>
      </w:r>
    </w:p>
    <w:p>
      <w:r>
        <w:rPr>
          <w:b/>
        </w:rPr>
        <w:t xml:space="preserve">[06:14] </w:t>
      </w:r>
      <w:r>
        <w:t>yani India ko jab freedom mili to us ke foran baad</w:t>
      </w:r>
    </w:p>
    <w:p>
      <w:pPr>
        <w:jc w:val="right"/>
      </w:pPr>
      <w:r>
        <w:t>یعنی انڈیا کو جب فریڈم ملی تو اس کے فوراً بعد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