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Concept of Paradise and Hell July 22, 2017 Maulana Wahiduddin Khan</w:t>
      </w:r>
    </w:p>
    <w:p>
      <w:r>
        <w:t>https://www.youtube.com/watch?v=Bcf0rPHGVWg</w:t>
      </w:r>
    </w:p>
    <w:p>
      <w:r>
        <w:rPr>
          <w:b/>
        </w:rPr>
        <w:t xml:space="preserve">[00:14] </w:t>
      </w:r>
      <w:r>
        <w:t>Bismillah Rehman ur Rahim, wa salallahu ala nabiyyil karim. 22 July 2017.</w:t>
      </w:r>
    </w:p>
    <w:p>
      <w:pPr>
        <w:jc w:val="right"/>
      </w:pPr>
      <w:r>
        <w:t>بسم اللہ الرحمن الرحیم، وصلی اللہ علی نبی الکریم۔ 22 جولائی 2017۔</w:t>
      </w:r>
    </w:p>
    <w:p>
      <w:r>
        <w:rPr>
          <w:b/>
        </w:rPr>
        <w:t xml:space="preserve">[00:27] </w:t>
      </w:r>
      <w:r>
        <w:t>Quran mein is surah ka naam hai "Al Nisa". is surah mein ek ayat hai, us par main ghor kar raha tha</w:t>
      </w:r>
    </w:p>
    <w:p>
      <w:pPr>
        <w:jc w:val="right"/>
      </w:pPr>
      <w:r>
        <w:t>قرآن میں اس سورہ کا نام ہے "النساء"۔ اس سورہ میں ایک آیت ہے، اس پر میں غور کر رہا تھا</w:t>
      </w:r>
    </w:p>
    <w:p>
      <w:r>
        <w:rPr>
          <w:b/>
        </w:rPr>
        <w:t xml:space="preserve">[00:41] </w:t>
      </w:r>
      <w:r>
        <w:t>to ek baat sunai, isi ko main us waqt bayan karna chahta hoon. ab pehle ayat parhiye, phir tarjuma.</w:t>
      </w:r>
    </w:p>
    <w:p>
      <w:pPr>
        <w:jc w:val="right"/>
      </w:pPr>
      <w:r>
        <w:t>تو ایک بات سنائی، اسی کو میں اس وقت بیان کرنا چاہتا ہوں۔ اب پہلے آیت پڑھیے، پھر ترجمہ۔</w:t>
      </w:r>
    </w:p>
    <w:p>
      <w:r>
        <w:rPr>
          <w:b/>
        </w:rPr>
        <w:t xml:space="preserve">[00:51] </w:t>
      </w:r>
      <w:r>
        <w:t>Ma yaf'alullahu bi 'adhabikum in shakartum wa amantum, wa kanallahu shakir an 'aliman. Surah Nisa, ayat number 147.</w:t>
      </w:r>
    </w:p>
    <w:p>
      <w:pPr>
        <w:jc w:val="right"/>
      </w:pPr>
      <w:r>
        <w:t>ما یفعل اللہ بعذابکم إن شكرتم وآمنتم، وكان الله شاکراً عليماً۔ سورہ النساء، آیت نمبر 147۔</w:t>
      </w:r>
    </w:p>
    <w:p>
      <w:r>
        <w:rPr>
          <w:b/>
        </w:rPr>
        <w:t xml:space="preserve">[01:05] </w:t>
      </w:r>
      <w:r>
        <w:t>Allah tum ko azab de kar kya karega agar tum shukr guzari karo aur iman lao</w:t>
      </w:r>
    </w:p>
    <w:p>
      <w:pPr>
        <w:jc w:val="right"/>
      </w:pPr>
      <w:r>
        <w:t>اللہ تم کو عذاب دے کر کیا کرے گا اگر تم شکر گزاری کرو اور ایمان لاؤ</w:t>
      </w:r>
    </w:p>
    <w:p>
      <w:r>
        <w:rPr>
          <w:b/>
        </w:rPr>
        <w:t xml:space="preserve">[01:10] </w:t>
      </w:r>
      <w:r>
        <w:t>? Allah bara qadr dan hai, sab kuch janne wala hai. Why should God thank you if you render thanks to Him and believe in Him?</w:t>
      </w:r>
    </w:p>
    <w:p>
      <w:pPr>
        <w:jc w:val="right"/>
      </w:pPr>
      <w:r>
        <w:t>؟ اللہ بڑا قدردان ہے، سب کچھ جاننے والا ہے۔ Why should God thank you if you render thanks to Him and believe in Him?</w:t>
      </w:r>
    </w:p>
    <w:p>
      <w:r>
        <w:rPr>
          <w:b/>
        </w:rPr>
        <w:t xml:space="preserve">[01:21] </w:t>
      </w:r>
      <w:r>
        <w:t>God is appreciative and aware. main jahan tak mujhe yaad hai, yeh Quran ki ek anokhi ayat hai.</w:t>
      </w:r>
    </w:p>
    <w:p>
      <w:pPr>
        <w:jc w:val="right"/>
      </w:pPr>
      <w:r>
        <w:t>God is appreciative and aware. میں جہاں تک مجھے یاد ہے، یہ قرآن کی ایک انوکھی آیت ہے۔</w:t>
      </w:r>
    </w:p>
    <w:p>
      <w:r>
        <w:rPr>
          <w:b/>
        </w:rPr>
        <w:t xml:space="preserve">[01:32] </w:t>
      </w:r>
      <w:r>
        <w:t>is tarah ka usloob shayad kisi aur ayat mein nahi</w:t>
      </w:r>
    </w:p>
    <w:p>
      <w:pPr>
        <w:jc w:val="right"/>
      </w:pPr>
      <w:r>
        <w:t>اس طرح کا اسلوب شاید کسی اور آیت میں نہیں</w:t>
      </w:r>
    </w:p>
    <w:p>
      <w:r>
        <w:rPr>
          <w:b/>
        </w:rPr>
        <w:t xml:space="preserve">[01:36] </w:t>
      </w:r>
      <w:r>
        <w:t>hai. yani yeh ke Khuda tum ko azab de kar kya karega?</w:t>
      </w:r>
    </w:p>
    <w:p>
      <w:pPr>
        <w:jc w:val="right"/>
      </w:pPr>
      <w:r>
        <w:t>ہے۔ یعنی یہ کہ خدا تم کو عذاب دے کر کیا کرے گا؟</w:t>
      </w:r>
    </w:p>
    <w:p>
      <w:r>
        <w:rPr>
          <w:b/>
        </w:rPr>
        <w:t xml:space="preserve">[01:43] </w:t>
      </w:r>
      <w:r>
        <w:t>yahan tak mujhe yaad hai, is usloob mein koi ayat doosri nahi hai. to aap jante hain, different usloob hamesha mazeed maani par dalalat karta hai.</w:t>
      </w:r>
    </w:p>
    <w:p>
      <w:pPr>
        <w:jc w:val="right"/>
      </w:pPr>
      <w:r>
        <w:t>یہاں تک مجھے یاد ہے، اس اسلوب میں کوئی آیت دوسری نہیں ہے۔ تو آپ جانتے ہیں، ڈفرنٹ اسلوب ہمیشہ مزید معنی پر دلالت کرتا ہے۔</w:t>
      </w:r>
    </w:p>
    <w:p>
      <w:r>
        <w:rPr>
          <w:b/>
        </w:rPr>
        <w:t xml:space="preserve">[01:57] </w:t>
      </w:r>
      <w:r>
        <w:t>agar usloob different hai to wahan par meaning bhi kuch different hogi.</w:t>
      </w:r>
    </w:p>
    <w:p>
      <w:pPr>
        <w:jc w:val="right"/>
      </w:pPr>
      <w:r>
        <w:t>اگر اسلوب ڈفرنٹ ہے تو وہاں پر میننگ بھی کچھ ڈفرنٹ ہوگی۔</w:t>
      </w:r>
    </w:p>
    <w:p>
      <w:r>
        <w:rPr>
          <w:b/>
        </w:rPr>
        <w:t xml:space="preserve">[02:05] </w:t>
      </w:r>
      <w:r>
        <w:t>to yeh jo farmaya ke Allah tum ko azab de kar kya karega, matlab Allah ki concern nahi ke azab de, yeh concern hi nahi hai.</w:t>
      </w:r>
    </w:p>
    <w:p>
      <w:pPr>
        <w:jc w:val="right"/>
      </w:pPr>
      <w:r>
        <w:t>تو یہ جو فرمایا کہ اللہ تم کو عذاب دے کر کیا کرے گا، مطلب اللہ کی کنسرن نہیں کہ عذاب دے، یہ کنسرن ہی نہیں ہے۔</w:t>
      </w:r>
    </w:p>
    <w:p>
      <w:r>
        <w:rPr>
          <w:b/>
        </w:rPr>
        <w:t xml:space="preserve">[02:22] </w:t>
      </w:r>
      <w:r>
        <w:t>Allah ka yeh concern hi nahi hai ke tum ko azab de. kyun? agar</w:t>
      </w:r>
    </w:p>
    <w:p>
      <w:pPr>
        <w:jc w:val="right"/>
      </w:pPr>
      <w:r>
        <w:t>اللہ کا یہ کنسرن ہی نہیں ہے کہ تم کو عذاب دے۔ کیوں؟ اگر</w:t>
      </w:r>
    </w:p>
    <w:p>
      <w:r>
        <w:rPr>
          <w:b/>
        </w:rPr>
        <w:t xml:space="preserve">[02:28] </w:t>
      </w:r>
      <w:r>
        <w:t>Allah ki jo escape of thing hai, jo kahin plan hai, us mein kahin fit nahi hota azab. fit nahi hota.</w:t>
      </w:r>
    </w:p>
    <w:p>
      <w:pPr>
        <w:jc w:val="right"/>
      </w:pPr>
      <w:r>
        <w:t>اللہ کی جو اسکیپ آف تھنگ ہے، جو کہیں پلان ہے، اس میں کہیں فٹ نہیں ہوتا عذاب۔ فٹ نہیں ہوتا۔</w:t>
      </w:r>
    </w:p>
    <w:p>
      <w:r>
        <w:rPr>
          <w:b/>
        </w:rPr>
        <w:t xml:space="preserve">[02:40] </w:t>
      </w:r>
      <w:r>
        <w:t>kyun ke aap Quran ko parhiye to Quran mein bar bar yeh baat kahi gayi hai</w:t>
      </w:r>
    </w:p>
    <w:p>
      <w:pPr>
        <w:jc w:val="right"/>
      </w:pPr>
      <w:r>
        <w:t>کیونکہ آپ قرآن کو پڑھیے تو قرآن میں بار بار یہ بات کہی گئی ہے</w:t>
      </w:r>
    </w:p>
    <w:p>
      <w:r>
        <w:rPr>
          <w:b/>
        </w:rPr>
        <w:t xml:space="preserve">[02:48] </w:t>
      </w:r>
      <w:r>
        <w:t>keh Allah ne insan ko paida kiya ek behtareen makhlooq ke taur par,</w:t>
      </w:r>
    </w:p>
    <w:p>
      <w:pPr>
        <w:jc w:val="right"/>
      </w:pPr>
      <w:r>
        <w:t>کہ اللہ نے انسان کو پیدا کیا ایک بہترین مخلوق کے طور پر،</w:t>
      </w:r>
    </w:p>
    <w:p>
      <w:r>
        <w:rPr>
          <w:b/>
        </w:rPr>
        <w:t xml:space="preserve">[02:59] </w:t>
      </w:r>
      <w:r>
        <w:t>asal taqweem ke taur par. Mukhtalif alfaaz hain,</w:t>
      </w:r>
    </w:p>
    <w:p>
      <w:pPr>
        <w:jc w:val="right"/>
      </w:pPr>
      <w:r>
        <w:t>اصل تقویم کے طور پر۔ مختلف الفاظ ہیں،</w:t>
      </w:r>
    </w:p>
    <w:p>
      <w:r>
        <w:rPr>
          <w:b/>
        </w:rPr>
        <w:t xml:space="preserve">[03:07] </w:t>
      </w:r>
      <w:r>
        <w:t>yaani best creation ke taur par. Doosre lafzon mein yeh keh insan Allah ka master art hai.</w:t>
      </w:r>
    </w:p>
    <w:p>
      <w:pPr>
        <w:jc w:val="right"/>
      </w:pPr>
      <w:r>
        <w:t>یعنی بیسٹ کریشن کے طور پر۔ دوسرے لفظوں میں یہ کہ انسان اللہ کا ماسٹر آرٹ ہے۔</w:t>
      </w:r>
    </w:p>
    <w:p>
      <w:r>
        <w:rPr>
          <w:b/>
        </w:rPr>
        <w:t xml:space="preserve">[03:18] </w:t>
      </w:r>
      <w:r>
        <w:t>Poori kainat insan ka, poori kainat jo hai, woh Allah ke art ka namoona hai. Is mein bhi insan master art hai.</w:t>
      </w:r>
    </w:p>
    <w:p>
      <w:pPr>
        <w:jc w:val="right"/>
      </w:pPr>
      <w:r>
        <w:t>پوری کائنات انسان کا، پوری کائنات جو ہے، وہ اللہ کے آرٹ کا نمونہ ہے۔ اس میں بھی انسان ماسٹر آرٹ ہے۔</w:t>
      </w:r>
    </w:p>
    <w:p>
      <w:r>
        <w:rPr>
          <w:b/>
        </w:rPr>
        <w:t xml:space="preserve">[03:33] </w:t>
      </w:r>
      <w:r>
        <w:t>Yeh Quran mein saaf saaf likha hua hai keh Allah ne insan ko paida kiya tamam doosri makhlooqat se behtar.</w:t>
      </w:r>
    </w:p>
    <w:p>
      <w:pPr>
        <w:jc w:val="right"/>
      </w:pPr>
      <w:r>
        <w:t>یہ قرآن میں صاف صاف لکھا ہوا ہے کہ اللہ نے انسان کو پیدا کیا تمام دوسری مخلوقات سے بہتر۔</w:t>
      </w:r>
    </w:p>
    <w:p>
      <w:r>
        <w:rPr>
          <w:b/>
        </w:rPr>
        <w:t xml:space="preserve">[03:45] </w:t>
      </w:r>
      <w:r>
        <w:t>Toh sawal yeh hai keh jab insan ko Allah ne paida kiya doosri tamam makhlooqat se behtar toh kya Allah yeh chahega keh is ko azab diya jaye?</w:t>
      </w:r>
    </w:p>
    <w:p>
      <w:pPr>
        <w:jc w:val="right"/>
      </w:pPr>
      <w:r>
        <w:t>تو سوال یہ ہے کہ جب انسان کو اللہ نے پیدا کیا دوسری تمام مخلوقات سے بہتر تو کیا اللہ یہ چاہے گا کہ اس کو عذاب دیا جائے؟</w:t>
      </w:r>
    </w:p>
    <w:p>
      <w:r>
        <w:rPr>
          <w:b/>
        </w:rPr>
        <w:t xml:space="preserve">[03:56] </w:t>
      </w:r>
      <w:r>
        <w:t>Kabhi nahin. Allah asal al-khaliqeen hai. Koi bhi artist aisa nahin chahega keh un ka art jo hai, kooday mein phenk diya jaye.</w:t>
      </w:r>
    </w:p>
    <w:p>
      <w:pPr>
        <w:jc w:val="right"/>
      </w:pPr>
      <w:r>
        <w:t>کبھی نہیں۔ اللہ اصل الخالقین ہے۔ کوئی بھی آرٹسٹ ایسا نہیں چاہے گا کہ ان کا آرٹ جو ہے، کوڑے میں پھینک دیا جائے۔</w:t>
      </w:r>
    </w:p>
    <w:p>
      <w:r>
        <w:rPr>
          <w:b/>
        </w:rPr>
        <w:t xml:space="preserve">[04:10] </w:t>
      </w:r>
      <w:r>
        <w:t>Toh Allah kyun chahega?</w:t>
      </w:r>
    </w:p>
    <w:p>
      <w:pPr>
        <w:jc w:val="right"/>
      </w:pPr>
      <w:r>
        <w:t>تو اللہ کیوں چاہے گا؟</w:t>
      </w:r>
    </w:p>
    <w:p>
      <w:r>
        <w:rPr>
          <w:b/>
        </w:rPr>
        <w:t xml:space="preserve">[04:13] </w:t>
      </w:r>
      <w:r>
        <w:t>Toh Allah ka pehla choice yaqeenan yeh hai keh insan ko is ka proper place mile, yaani paradise.</w:t>
      </w:r>
    </w:p>
    <w:p>
      <w:pPr>
        <w:jc w:val="right"/>
      </w:pPr>
      <w:r>
        <w:t>تو اللہ کا پہلا چوائس یقینا یہ ہے کہ انسان کو اس کا پراپر پلیس ملے، یعنی پیراڈائز۔</w:t>
      </w:r>
    </w:p>
    <w:p>
      <w:r>
        <w:rPr>
          <w:b/>
        </w:rPr>
        <w:t xml:space="preserve">[04:25] </w:t>
      </w:r>
      <w:r>
        <w:t>Paradise insan ka proper place, proper abode hai. Is ka sahi maano mein habitat hai.</w:t>
      </w:r>
    </w:p>
    <w:p>
      <w:pPr>
        <w:jc w:val="right"/>
      </w:pPr>
      <w:r>
        <w:t>پیراڈائز انسان کا پراپر پلیس، پراپر ابورڈ ہے۔ اس کا صحیح معنوں میں ہیبیٹیٹ ہے۔</w:t>
      </w:r>
    </w:p>
    <w:p>
      <w:r>
        <w:rPr>
          <w:b/>
        </w:rPr>
        <w:t xml:space="preserve">[04:38] </w:t>
      </w:r>
      <w:r>
        <w:t>Toh Allah ka pehla choice yeh hoga keh insan ko is ka habitat mile, is ka proper abode milay.</w:t>
      </w:r>
    </w:p>
    <w:p>
      <w:pPr>
        <w:jc w:val="right"/>
      </w:pPr>
      <w:r>
        <w:t>تو اللہ کا پہلا کرسن یہ ہوگا کہ انسان کو اس کا ہیبیٹیٹ ملے، اس کا پراپر ابورڈ ملے۔</w:t>
      </w:r>
    </w:p>
    <w:p>
      <w:r>
        <w:rPr>
          <w:b/>
        </w:rPr>
        <w:t xml:space="preserve">[04:52] </w:t>
      </w:r>
      <w:r>
        <w:t>Yeh bohat sochne ki baat hai. Toh aage jo yeh hai keh "lan shakkartum", agar tum shukr karo toh "lan shakkartum" yeh bhi saada maano mein nahin ho sakta.</w:t>
      </w:r>
    </w:p>
    <w:p>
      <w:pPr>
        <w:jc w:val="right"/>
      </w:pPr>
      <w:r>
        <w:t>یہ بہت سوچنے کی بات ہے۔ تو آگے جو یہ ہے کہ "لین شکرتم"، اگر تم شکر کرو تو "لین شکرتم" یہ بھی سادہ معنی میں نہیں ہو سکتا۔</w:t>
      </w:r>
    </w:p>
    <w:p>
      <w:r>
        <w:rPr>
          <w:b/>
        </w:rPr>
        <w:t xml:space="preserve">[05:07] </w:t>
      </w:r>
      <w:r>
        <w:t>Yaani insani ka insani ke upar nahin maamla hai keh woh shukr kare. Yeh khud Allah ka maamla bhi hai. Yeh insan hi ka concern nahin hai keh woh shukr kare.</w:t>
      </w:r>
    </w:p>
    <w:p>
      <w:pPr>
        <w:jc w:val="right"/>
      </w:pPr>
      <w:r>
        <w:t>یعنی انسانی کا انسانی کے اوپر نہیں معاملہ ہے کہ وہ شکر کرے۔ یہ خود اللہ کا معاملہ بھی ہے۔ یہ انسان ہی کا کنسرن نہیں ہے کہ وہ شکر کرے۔</w:t>
      </w:r>
    </w:p>
    <w:p>
      <w:r>
        <w:rPr>
          <w:b/>
        </w:rPr>
        <w:t xml:space="preserve">[05:20] </w:t>
      </w:r>
      <w:r>
        <w:t>Khud Allah concern hai. Shukr kare taake woh select kiya jaye paradise ke liye. Is ka matlab kya hua?</w:t>
      </w:r>
    </w:p>
    <w:p>
      <w:pPr>
        <w:jc w:val="right"/>
      </w:pPr>
      <w:r>
        <w:t>خود اللہ کنسرن ہے۔ شکر کرے تاکہ وہ سلیکٹ کیا جائے پیراڈائز کے لیے۔ اس کا مطلب کیا ہوا؟</w:t>
      </w:r>
    </w:p>
    <w:p>
      <w:r>
        <w:rPr>
          <w:b/>
        </w:rPr>
        <w:t xml:space="preserve">[05:32] </w:t>
      </w:r>
      <w:r>
        <w:t>Allah aise asbaab faraham karega dunya mein</w:t>
      </w:r>
    </w:p>
    <w:p>
      <w:pPr>
        <w:jc w:val="right"/>
      </w:pPr>
      <w:r>
        <w:t>اللہ ایسے اسباب فراہم کرے گا دنیا میں</w:t>
      </w:r>
    </w:p>
    <w:p>
      <w:r>
        <w:rPr>
          <w:b/>
        </w:rPr>
        <w:t xml:space="preserve">[05:37] </w:t>
      </w:r>
      <w:r>
        <w:t>jo</w:t>
      </w:r>
    </w:p>
    <w:p>
      <w:pPr>
        <w:jc w:val="right"/>
      </w:pPr>
      <w:r>
        <w:t>جو</w:t>
      </w:r>
    </w:p>
    <w:p>
      <w:r>
        <w:rPr>
          <w:b/>
        </w:rPr>
        <w:t xml:space="preserve">[05:41] </w:t>
      </w:r>
      <w:r>
        <w:t>shukr ke item</w:t>
      </w:r>
    </w:p>
    <w:p>
      <w:pPr>
        <w:jc w:val="right"/>
      </w:pPr>
      <w:r>
        <w:t>شکر کے آئٹم</w:t>
      </w:r>
    </w:p>
    <w:p>
      <w:r>
        <w:rPr>
          <w:b/>
        </w:rPr>
        <w:t xml:space="preserve">[05:47] </w:t>
      </w:r>
      <w:r>
        <w:t>ka kaam karen. Yaani shukr ke asbaab dunya mein paida honge. Insan ko toh sirf avail karna hai. Jab aap shukr karte hain toh haqeeqat mein shukr ke asbaab jo khud Allah ki taraf se paida kiye gaye hain, aap us ko avail karte hain.</w:t>
      </w:r>
    </w:p>
    <w:p>
      <w:pPr>
        <w:jc w:val="right"/>
      </w:pPr>
      <w:r>
        <w:t>کا کام کریں۔ یعنی شکر کے اسباب دنیا میں پیدا ہوں گے۔ انسان کو تو صرف اویل کرنا ہے۔ جب آپ شکر کرتے ہیں تو حقیقت میں شکر کے اسباب جو خود اللہ کی طرف پیدا کیے گئے ہیں، آپ اس کو اویل کرتے ہیں۔</w:t>
      </w:r>
    </w:p>
    <w:p>
      <w:r>
        <w:rPr>
          <w:b/>
        </w:rPr>
        <w:t xml:space="preserve">[06:07] </w:t>
      </w:r>
      <w:r>
        <w:t>Shukr karne ka matlab hai shukr ke asbaab ko avail karna. Jaise mein ek misaal deta hoon.</w:t>
      </w:r>
    </w:p>
    <w:p>
      <w:pPr>
        <w:jc w:val="right"/>
      </w:pPr>
      <w:r>
        <w:t>شکر کرنے کا مطلب ہے شکر کے اسباب کو اویل کرنا۔ جیسے میں ایک مثال دیتا ہوں۔</w:t>
      </w:r>
    </w:p>
    <w:p>
      <w:r>
        <w:rPr>
          <w:b/>
        </w:rPr>
        <w:t xml:space="preserve">[06:17] </w:t>
      </w:r>
      <w:r>
        <w:t>Aaj subah mein apne office ke saamne baitha hua tha. Mere saamne nature thi, darakhton ki line, nature ka scene.</w:t>
      </w:r>
    </w:p>
    <w:p>
      <w:pPr>
        <w:jc w:val="right"/>
      </w:pPr>
      <w:r>
        <w:t>آج صبح میں اپنے آفس کے سامنے بیٹھا ہوا تھا۔ میرے سامنے نیچر تھی، درختوں کی لائن، نیچر کا سین۔</w:t>
      </w:r>
    </w:p>
    <w:p>
      <w:r>
        <w:rPr>
          <w:b/>
        </w:rPr>
        <w:t xml:space="preserve">[06:32] </w:t>
      </w:r>
      <w:r>
        <w:t>Us ko dekhte dekhte mera dhyan chala gaya</w:t>
      </w:r>
    </w:p>
    <w:p>
      <w:pPr>
        <w:jc w:val="right"/>
      </w:pPr>
      <w:r>
        <w:t>اس کو دیکھتے دیکھتے میرا دھیان چلا گیا</w:t>
      </w:r>
    </w:p>
    <w:p>
      <w:r>
        <w:rPr>
          <w:b/>
        </w:rPr>
        <w:t xml:space="preserve">[06:35] </w:t>
      </w:r>
      <w:r>
        <w:t>kuch aur cheezein jo maine dekhi hain, maslan koi bara park ya Taj Mahal ya koi bara airport,</w:t>
      </w:r>
    </w:p>
    <w:p>
      <w:pPr>
        <w:jc w:val="right"/>
      </w:pPr>
      <w:r>
        <w:t>کچھ اور چیزیں جو میں نے دیکھی ہیں، مثلاً کوئی بڑا پارک یا تاج محل یا کوئی بڑا ایئرپورٹ،</w:t>
      </w:r>
    </w:p>
    <w:p>
      <w:r>
        <w:rPr>
          <w:b/>
        </w:rPr>
        <w:t xml:space="preserve">[06:49] </w:t>
      </w:r>
      <w:r>
        <w:t>is tarah kuch scene.</w:t>
      </w:r>
    </w:p>
    <w:p>
      <w:pPr>
        <w:jc w:val="right"/>
      </w:pPr>
      <w:r>
        <w:t>اس طرح کچھ سین۔</w:t>
      </w:r>
    </w:p>
    <w:p>
      <w:r>
        <w:rPr>
          <w:b/>
        </w:rPr>
        <w:t xml:space="preserve">[06:51] </w:t>
      </w:r>
      <w:r>
        <w:t>Woh scene jo kabhi maine dekha tha, maslan koi bara park ya Taj Mahal, bara airport, toh achaanak woh mere mind mein aa gaya.</w:t>
      </w:r>
    </w:p>
    <w:p>
      <w:pPr>
        <w:jc w:val="right"/>
      </w:pPr>
      <w:r>
        <w:t>وہ سین جو کبھی میں نے دیکھا تھا، مثلاً کوئی بڑا پارک یا تاج محل، بڑا ایئرپورٹ، تو اچانک وہ میرے مائنڈ میں آ گیا۔</w:t>
      </w:r>
    </w:p>
    <w:p>
      <w:r>
        <w:rPr>
          <w:b/>
        </w:rPr>
        <w:t xml:space="preserve">[07:08] </w:t>
      </w:r>
      <w:r>
        <w:t>Toh maine socha keh kaisa ajeeb mind Allah ne diya hai insan ko. Aap ke mind mein million million cheezein hain jo aap ne</w:t>
      </w:r>
    </w:p>
    <w:p>
      <w:pPr>
        <w:jc w:val="right"/>
      </w:pPr>
      <w:r>
        <w:t>تو میں نے سوچا کہ کیسا عجیب مائنڈ اللہ نے دیا ہے انسان کو۔ آپ کے مائنڈ میں ملین ملین چیزیں ہیں جو آپ نے</w:t>
      </w:r>
    </w:p>
    <w:p>
      <w:r>
        <w:rPr>
          <w:b/>
        </w:rPr>
        <w:t xml:space="preserve">[07:19] </w:t>
      </w:r>
      <w:r>
        <w:t>dekhi hain. ek do nahin hain, ek do nahin hain, beshumar item hain. jaise hi aap apne mind mein sochte hain Taj Mahal, to within ek second se kam waqt mein woh aap ke, yaani aap ke mein jo dekhne ki salahiyat hai, aap ke andar us ke saamne aa jata hai.</w:t>
      </w:r>
    </w:p>
    <w:p>
      <w:pPr>
        <w:jc w:val="right"/>
      </w:pPr>
      <w:r>
        <w:t>دیکھی ہیں۔ ایک دو نہیں ہیں، ایک دو نہیں ہیں، بے شمار آئٹم ہیں۔ جیسے ہی آپ اپنے مائنڈ میں سوچتے ہیں تاج محل، تو ود ان ایک سیکنڈ سے کم وقت میں وہ آپ کے، یعنی آپ کے میں جو دیکھنے کی صلاحیت ہے، آپ کے اندر اس کے سامنے آ جاتا ہے۔</w:t>
      </w:r>
    </w:p>
    <w:p>
      <w:r>
        <w:rPr>
          <w:b/>
        </w:rPr>
        <w:t xml:space="preserve">[07:44] </w:t>
      </w:r>
      <w:r>
        <w:t>ek second se kam waqt se. jaise hi aap ne kaha Taj Mahal, foran aap ko aa gaya. agar aap badlen khud khud Qutub Minar to foran woh aa jayega.</w:t>
      </w:r>
    </w:p>
    <w:p>
      <w:pPr>
        <w:jc w:val="right"/>
      </w:pPr>
      <w:r>
        <w:t>ایک سیکنڈ سے کم وقت سے۔ جیسے ہی آپ نے کہا تاج محل، فوراً آپ کو آ گیا۔ اگر آپ بدلیں خود خود کتب مینار تو فوراً وہ آ جائے گا۔</w:t>
      </w:r>
    </w:p>
    <w:p>
      <w:r>
        <w:rPr>
          <w:b/>
        </w:rPr>
        <w:t xml:space="preserve">[07:56] </w:t>
      </w:r>
      <w:r>
        <w:t>agar aap ne kaha hai ke Nawaz Airport to woh foran aa jayega. yaani beshumar scene hain jo aap ke mind mein mehfooz kar diye gaye hain.</w:t>
      </w:r>
    </w:p>
    <w:p>
      <w:pPr>
        <w:jc w:val="right"/>
      </w:pPr>
      <w:r>
        <w:t>اگر آپ نے کہا ہے کہ نواز ایئرپورٹ تو وہ فوراً آ جائے گا۔ یعنی بے شمار سین ہیں جو آپ کے مائنڈ میں محفوظ کر دیے گئے ہیں۔</w:t>
      </w:r>
    </w:p>
    <w:p>
      <w:r>
        <w:rPr>
          <w:b/>
        </w:rPr>
        <w:t xml:space="preserve">[08:08] </w:t>
      </w:r>
      <w:r>
        <w:t>lekin kaisa ajeeb hai yeh mind jo jaise hi aap chahte hain ke woh woh scene aap ke saamne aaye to ek second ke fraction mein woh ab saamne aap ko aa jata hai.</w:t>
      </w:r>
    </w:p>
    <w:p>
      <w:pPr>
        <w:jc w:val="right"/>
      </w:pPr>
      <w:r>
        <w:t>لیکن کیسا عجیب ہے یہ مائنڈ جو جیسے ہی آپ چاہتے ہیں کہ وہ وہ سین آپ کے سامنے آئے تو ایک سیکنڈ کے فریکشن میں وہ اب سامنے آپ کو آ جاتا ہے۔</w:t>
      </w:r>
    </w:p>
    <w:p>
      <w:r>
        <w:rPr>
          <w:b/>
        </w:rPr>
        <w:t xml:space="preserve">[08:25] </w:t>
      </w:r>
      <w:r>
        <w:t>to aap yeh jab sochenge to shukr ka samundar aap ke scene mein aa jayega. shukr ka samundar. yeh hai "la-in shakartum".</w:t>
      </w:r>
    </w:p>
    <w:p>
      <w:pPr>
        <w:jc w:val="right"/>
      </w:pPr>
      <w:r>
        <w:t>تو آپ یہ جب سوچیں گے تو شکر کا سمندر آپ کے سین میں آ جائے گا۔ شکر کا سمندر۔ یہ ہے "لین شکرتم"۔</w:t>
      </w:r>
    </w:p>
    <w:p>
      <w:r>
        <w:rPr>
          <w:b/>
        </w:rPr>
        <w:t xml:space="preserve">[08:35] </w:t>
      </w:r>
      <w:r>
        <w:t>"la-in shakartum" ka matlab yeh hai ke agar tum shukr ke item jo Allah ne phir bikhair diye hain, un ko tum avail karo. shukr karo nahin, shukr kya karega insan?</w:t>
      </w:r>
    </w:p>
    <w:p>
      <w:pPr>
        <w:jc w:val="right"/>
      </w:pPr>
      <w:r>
        <w:t>"لین شکرتم" کا مطلب یہ ہے کہ اگر تم شکر کے آئٹم جو اللہ نے پھر بکھیر دیے ہیں، ان کو تم اویل کرو۔ شکر کرو نہیں، شکر کیا کرے گا انسان؟</w:t>
      </w:r>
    </w:p>
    <w:p>
      <w:r>
        <w:rPr>
          <w:b/>
        </w:rPr>
        <w:t xml:space="preserve">[08:46] </w:t>
      </w:r>
      <w:r>
        <w:t>khud se insan kya shukr karega? shukr karne ke liye aadmi ko kuch item chahiye, koi kuch cheezein chahiye.</w:t>
      </w:r>
    </w:p>
    <w:p>
      <w:pPr>
        <w:jc w:val="right"/>
      </w:pPr>
      <w:r>
        <w:t>خود سے انسان کیا شکر کرے گا؟ شکر کرنے کے لیے آدمی کو کچھ آئٹم چاہیے، کوئی کچھ چیزیں چاہیے۔</w:t>
      </w:r>
    </w:p>
    <w:p>
      <w:r>
        <w:rPr>
          <w:b/>
        </w:rPr>
        <w:t xml:space="preserve">[09:00] </w:t>
      </w:r>
      <w:r>
        <w:t>agar mawaqe na hote, yaani maamla avail karne ka na hota to hum shukr bhi na paate, kuch na kar paate.</w:t>
      </w:r>
    </w:p>
    <w:p>
      <w:pPr>
        <w:jc w:val="right"/>
      </w:pPr>
      <w:r>
        <w:t>اگر مواقع نہ ہوتے، یعنی معاملہ اویل کرنے کا نہ ہوتا تو ہم شکر بھی نہ کر پاتے، کچھ نہ کر پاتے۔</w:t>
      </w:r>
    </w:p>
    <w:p>
      <w:r>
        <w:rPr>
          <w:b/>
        </w:rPr>
        <w:t xml:space="preserve">[09:12] </w:t>
      </w:r>
      <w:r>
        <w:t>to is maani mein ke Allah ka yeh concern nahin hai ke insan</w:t>
      </w:r>
    </w:p>
    <w:p>
      <w:pPr>
        <w:jc w:val="right"/>
      </w:pPr>
      <w:r>
        <w:t>تو اس معنی ہیں کہ اللہ کا یہ کنسرن نہیں ہے کہ انسان</w:t>
      </w:r>
    </w:p>
    <w:p>
      <w:r>
        <w:rPr>
          <w:b/>
        </w:rPr>
        <w:t xml:space="preserve">[09:23] </w:t>
      </w:r>
      <w:r>
        <w:t>Allah ke yahan pakda jaye aur us ko jahannum mein dala jaye. yeh concern nahin hai Allah ka</w:t>
      </w:r>
    </w:p>
    <w:p>
      <w:pPr>
        <w:jc w:val="right"/>
      </w:pPr>
      <w:r>
        <w:t>اللہ کے یہاں پکڑا جائے اور اس کو جہنم میں ڈالا جائے۔ یہ کنسرن نہیں ہے اللہ کا</w:t>
      </w:r>
    </w:p>
    <w:p>
      <w:r>
        <w:rPr>
          <w:b/>
        </w:rPr>
        <w:t xml:space="preserve">[09:29] </w:t>
      </w:r>
      <w:r>
        <w:t>. Allah ka concern is ke bar aks hai. yaani jo cheezein insan ko darja ooncha karti hain, jo cheezein insan ko paradise qabil banati hain,</w:t>
      </w:r>
    </w:p>
    <w:p>
      <w:pPr>
        <w:jc w:val="right"/>
      </w:pPr>
      <w:r>
        <w:t>۔ اللہ کا کنسرن اس کے برعکس ہے۔ یعنی جو چیزیں انسان کو کا درجہ اونچا کرتی ہیں، جو چیزیں انسان کو پیراڈائز قابل بناتی ہیں،</w:t>
      </w:r>
    </w:p>
    <w:p>
      <w:r>
        <w:rPr>
          <w:b/>
        </w:rPr>
        <w:t xml:space="preserve">[09:45] </w:t>
      </w:r>
      <w:r>
        <w:t>to us ke item Allah ne bikhair diye poori kainat ko</w:t>
      </w:r>
    </w:p>
    <w:p>
      <w:pPr>
        <w:jc w:val="right"/>
      </w:pPr>
      <w:r>
        <w:t>تو اس کے آئٹم اللہ نے بکھیر دیے پوری کائنات کو</w:t>
      </w:r>
    </w:p>
    <w:p>
      <w:r>
        <w:rPr>
          <w:b/>
        </w:rPr>
        <w:t xml:space="preserve">[09:52] </w:t>
      </w:r>
      <w:r>
        <w:t>ke in cheezon ko discover karo, in ko daryaft karo, aur phir in ko avail karte hue shukr karo.</w:t>
      </w:r>
    </w:p>
    <w:p>
      <w:pPr>
        <w:jc w:val="right"/>
      </w:pPr>
      <w:r>
        <w:t>کہ ان چیزوں کو ڈسکور کرو، ان کو دریافت کرو، اور پھر ان کو اویل کرتے ہوئے شکر کرو۔</w:t>
      </w:r>
    </w:p>
    <w:p>
      <w:r>
        <w:rPr>
          <w:b/>
        </w:rPr>
        <w:t xml:space="preserve">[10:03] </w:t>
      </w:r>
      <w:r>
        <w:t>jab hum kisi Allah ki kisi</w:t>
      </w:r>
    </w:p>
    <w:p>
      <w:pPr>
        <w:jc w:val="right"/>
      </w:pPr>
      <w:r>
        <w:t>جب ہم کسی اللہ کی کسی</w:t>
      </w:r>
    </w:p>
    <w:p>
      <w:r>
        <w:rPr>
          <w:b/>
        </w:rPr>
        <w:t xml:space="preserve">[10:07] </w:t>
      </w:r>
      <w:r>
        <w:t>kisi nemat ko avail karte hain, maslan hum oxygen lete hain apni saans mein, hum hawa lete hain, hum roshni, suraj ki roshni ko avail karte hain, use dekhte hain,</w:t>
      </w:r>
    </w:p>
    <w:p>
      <w:pPr>
        <w:jc w:val="right"/>
      </w:pPr>
      <w:r>
        <w:t>کسی نعمت کو اویل کرتے ہیں، مثلاً ہم اکسیجن لیتے ہیں اپنی سانس میں، ہم ہوا لیتے ہیں، ہم روشنی، سورج کی روشنی کو اویل کرتے ہیں، اسے دیکھتے ہیں،</w:t>
      </w:r>
    </w:p>
    <w:p>
      <w:r>
        <w:rPr>
          <w:b/>
        </w:rPr>
        <w:t xml:space="preserve">[10:22] </w:t>
      </w:r>
      <w:r>
        <w:t>to nematton ko jab hum avail karte hain to fitri taur par yeh aata hai ke kaisa ajeeb hai Allah Rabb-ul-Alameen jis ne mujhe itna zyada nematain de dein.</w:t>
      </w:r>
    </w:p>
    <w:p>
      <w:pPr>
        <w:jc w:val="right"/>
      </w:pPr>
      <w:r>
        <w:t>تو نعمتوں کو جب ہم اویل کرتے ہیں تو فطری طور پر یہ آتا ہے کہ کیسا عجیب ہے اللہ رب العالمین جس نے مجھے اتنا زیادہ نعمتیں دے دیں۔</w:t>
      </w:r>
    </w:p>
    <w:p>
      <w:r>
        <w:rPr>
          <w:b/>
        </w:rPr>
        <w:t xml:space="preserve">[10:38] </w:t>
      </w:r>
      <w:r>
        <w:t>is maani mein ke Allah ne aise asbab paida kiye ke insan jannat hi bhi jaye, kahin aur jaye na paaye.</w:t>
      </w:r>
    </w:p>
    <w:p>
      <w:pPr>
        <w:jc w:val="right"/>
      </w:pPr>
      <w:r>
        <w:t>اس معنی ہے کہ اللہ نے ایسے اسباب پیدا کیے کہ انسان جنت ہی بھی جائے، کہیں اور جائے نہ پائے۔</w:t>
      </w:r>
    </w:p>
    <w:p>
      <w:r>
        <w:rPr>
          <w:b/>
        </w:rPr>
        <w:t xml:space="preserve">[10:50] </w:t>
      </w:r>
      <w:r>
        <w:t>jab charon taraf nematain hon aur aap ka mind is qabil ho ke woh nematton ko dekh kar unhein avail kare aur shakir banda bane aur phir Allah ke haan jannat ke qabil thehre, to phir is maani mein ke jannat ke item ke thehar ke beech mein insan ki zindagi hai.</w:t>
      </w:r>
    </w:p>
    <w:p>
      <w:pPr>
        <w:jc w:val="right"/>
      </w:pPr>
      <w:r>
        <w:t>جب چاروں طرف نعمتیں ہوں اور آپ کا مائنڈ اس قابل ہو کہ وہ نعمتوں کو دیکھ کر انہیں اویل کرے اور شاکر بندہ بنے اور پھر اللہ کے ہاں جنت کے قابل ٹھہرے، تو پھر اس معنی ہے کہ جنت کے آئٹم کے ٹھہر کے بیچ میں انسان کی زندگی ہے۔</w:t>
      </w:r>
    </w:p>
    <w:p>
      <w:r>
        <w:rPr>
          <w:b/>
        </w:rPr>
        <w:t xml:space="preserve">[11:13] </w:t>
      </w:r>
      <w:r>
        <w:t>ab sawal yeh hai ke aisi halat mein kya baat hai ke log jannat ka rasta chhod dete hain,</w:t>
      </w:r>
    </w:p>
    <w:p>
      <w:pPr>
        <w:jc w:val="right"/>
      </w:pPr>
      <w:r>
        <w:t>اب سوال یہ ہے کہ ایسی حالت میں کیا بات ہے کہ لوگ جنت کا راستہ چھوڑ دیتے ہیں،</w:t>
      </w:r>
    </w:p>
    <w:p>
      <w:r>
        <w:rPr>
          <w:b/>
        </w:rPr>
        <w:t xml:space="preserve">[11:20] </w:t>
      </w:r>
      <w:r>
        <w:t>ghalat raste par chalne lagte hain? yahan par dekhiye, Shaitan ne Allah, yaani jab Allah ne insan ko paida kiya, us waqt Shaitan ne yeh challenge diya tha, challenge tahaddi ke "la hatta" ne "la hatta" ne kaha "nazratan min khayala",</w:t>
      </w:r>
    </w:p>
    <w:p>
      <w:pPr>
        <w:jc w:val="right"/>
      </w:pPr>
      <w:r>
        <w:t>غلط راستے پر چلنے لگتے ہیں؟ یہاں پر دیکھیے، شیطان نے اللہ، یعنی جب اللہ نے انسان کو پیدا کیا، اس وقت شیطان نے یہ چیلنج دیا تھا، چیلنج تحدی کہ "لا حتیٰ" نے "لا حتیٰ" نے کہا "نظرۃ من خیلا"،</w:t>
      </w:r>
    </w:p>
    <w:p>
      <w:r>
        <w:rPr>
          <w:b/>
        </w:rPr>
        <w:t xml:space="preserve">[11:46] </w:t>
      </w:r>
      <w:r>
        <w:t>yaani beshtar insano ko main behka doon ga,</w:t>
      </w:r>
    </w:p>
    <w:p>
      <w:pPr>
        <w:jc w:val="right"/>
      </w:pPr>
      <w:r>
        <w:t>یعنی بیشتر انسانوں کو میں بہکا دوں گا،</w:t>
      </w:r>
    </w:p>
    <w:p>
      <w:r>
        <w:rPr>
          <w:b/>
        </w:rPr>
        <w:t xml:space="preserve">[11:50] </w:t>
      </w:r>
      <w:r>
        <w:t>beshtar insano ko main raste se hata doon ga, beshtar insano ko main deal kar doon ga. ab maine yeh socha</w:t>
      </w:r>
    </w:p>
    <w:p>
      <w:pPr>
        <w:jc w:val="right"/>
      </w:pPr>
      <w:r>
        <w:t>بیشتر انسانوں کو میں راستے سے ہٹا دوں گا، بیشتر انسانوں کو میں ڈیل کر دوں گا۔ اب میں نے یہ سوچا</w:t>
      </w:r>
    </w:p>
    <w:p>
      <w:r>
        <w:rPr>
          <w:b/>
        </w:rPr>
        <w:t xml:space="preserve">[12:02] </w:t>
      </w:r>
      <w:r>
        <w:t>ke kaise deal karega Shaitan jab Allah ne itne item bikhair diye hain shukr ke, aur shukr nahin, aur shukr jante hain aap sab, sab se bara jannat ka ticket shukr hai.</w:t>
      </w:r>
    </w:p>
    <w:p>
      <w:pPr>
        <w:jc w:val="right"/>
      </w:pPr>
      <w:r>
        <w:t>کہ کیسے ڈیل کرے گا شیطان جب اللہ نے اتنے آئٹم بکھیر دیے ہیں شکر کے، اور شکر نہیں، اور شکر جانتے ہیں آپ سب، سب سے بڑا جنت کا ٹکٹ شکر ہے۔</w:t>
      </w:r>
    </w:p>
    <w:p>
      <w:r>
        <w:rPr>
          <w:b/>
        </w:rPr>
        <w:t xml:space="preserve">[12:18] </w:t>
      </w:r>
      <w:r>
        <w:t>jannat ka sab bara ticket shukr hai. real sense mein agar aap karein to jo shukr ke itne zyada item hain, itne mawaqe hain, aur aap ko sirf avail karna hai, aur phir aap shakir bande ban jayenge.</w:t>
      </w:r>
    </w:p>
    <w:p>
      <w:pPr>
        <w:jc w:val="right"/>
      </w:pPr>
      <w:r>
        <w:t>جنت کا سب بڑا ٹکٹ شکر ہے۔ ریئل سینس میں اگر آپ کریں تو جو شکر کے اتنے زیادہ آئٹم ہیں، اتنے مواقع ہیں، اور آپ کو صرف اویل کرنا ہے، اور پھر آپ شاکر بندے بن جائیں گے۔</w:t>
      </w:r>
    </w:p>
    <w:p>
      <w:r>
        <w:rPr>
          <w:b/>
        </w:rPr>
        <w:t xml:space="preserve">[12:32] </w:t>
      </w:r>
      <w:r>
        <w:t>to phir kyun aisa hai ke insan insan bigadta hai, ghalat raste par chalne lagta hai? woh</w:t>
      </w:r>
    </w:p>
    <w:p>
      <w:pPr>
        <w:jc w:val="right"/>
      </w:pPr>
      <w:r>
        <w:t>تو پھر کیوں ایسا ہے کہ انسان انسان بگڑتا ہے، غلط راستے پر چلنے لگتا ہے؟ وہ</w:t>
      </w:r>
    </w:p>
    <w:p>
      <w:r>
        <w:rPr>
          <w:b/>
        </w:rPr>
        <w:t xml:space="preserve">[12:43] </w:t>
      </w:r>
      <w:r>
        <w:t>to is par maine socha,</w:t>
      </w:r>
    </w:p>
    <w:p>
      <w:pPr>
        <w:jc w:val="right"/>
      </w:pPr>
      <w:r>
        <w:t>تو اس پر میں نے سوچا،</w:t>
      </w:r>
    </w:p>
    <w:p>
      <w:r>
        <w:rPr>
          <w:b/>
        </w:rPr>
        <w:t xml:space="preserve">[12:48] </w:t>
      </w:r>
      <w:r>
        <w:t>to main is raah par pahuncha ke is ki wajah insaan ki ka idealism hai, perfectionism.</w:t>
      </w:r>
    </w:p>
    <w:p>
      <w:pPr>
        <w:jc w:val="right"/>
      </w:pPr>
      <w:r>
        <w:t>تو میں اس راہ پر پہنچا کہ اس کی وجہ انسان کی کا آئیڈیلزم ہے، پرفیکشنزم۔</w:t>
      </w:r>
    </w:p>
    <w:p>
      <w:r>
        <w:rPr>
          <w:b/>
        </w:rPr>
        <w:t xml:space="preserve">[12:59] </w:t>
      </w:r>
      <w:r>
        <w:t>insaan perfectionist hai, idealist hai, jiska nateeja kya hota hai ke chuki duniya mein koi bhi item aap ko jo milta hai, woh less than ideal hota hai, less than ideal.</w:t>
      </w:r>
    </w:p>
    <w:p>
      <w:pPr>
        <w:jc w:val="right"/>
      </w:pPr>
      <w:r>
        <w:t>انسان پرفیکشنسٹ ہے، آئیڈیلسٹ ہے، جس کا نتیجہ کیا ہوتا ہے کہ چونکہ دنیا میں کوئی بھی آئٹم آپ کو جو ملتا ہے، وہ لیس دین آئیڈیل ہوتا ہے، لیس دین آئیڈیل۔</w:t>
      </w:r>
    </w:p>
    <w:p>
      <w:r>
        <w:rPr>
          <w:b/>
        </w:rPr>
        <w:t xml:space="preserve">[13:13] </w:t>
      </w:r>
      <w:r>
        <w:t>hawa milti hai to woh tez fresh nahi hoti, jaisa ke hona chahiye.</w:t>
      </w:r>
    </w:p>
    <w:p>
      <w:pPr>
        <w:jc w:val="right"/>
      </w:pPr>
      <w:r>
        <w:t>ہوا ملتی ہے تو وہ تیز فریش نہیں ہوتی، جیسا کہ ہونا چاہیے۔</w:t>
      </w:r>
    </w:p>
    <w:p>
      <w:r>
        <w:rPr>
          <w:b/>
        </w:rPr>
        <w:t xml:space="preserve">[13:20] </w:t>
      </w:r>
      <w:r>
        <w:t>aisi jitni cheezein milti hain, is mein kuch na kuch kami rehti hai, kyunke yeh duniya jannat hai nahi. jannat ke misl to zaroor hain aap ke saamaan, lekin jannat jaisa nahi.</w:t>
      </w:r>
    </w:p>
    <w:p>
      <w:pPr>
        <w:jc w:val="right"/>
      </w:pPr>
      <w:r>
        <w:t>ایسی جتنی چیزیں ملتی ہیں، اس میں کچھ نہ کچھ کمی رہتی ہے، کیونکہ یہ دنیا جنت ہے نہیں۔ جنت کے مثل تو ضرور ہیں آپ کے سامان، لیکن جنت جیسا نہیں۔</w:t>
      </w:r>
    </w:p>
    <w:p>
      <w:r>
        <w:rPr>
          <w:b/>
        </w:rPr>
        <w:t xml:space="preserve">[13:32] </w:t>
      </w:r>
      <w:r>
        <w:t>to duniya mein jo bhi nemat aap ko milti hai, woh hamesha less than ideal hoti hai. to insaan chuki hai idealist, perfectionist,</w:t>
      </w:r>
    </w:p>
    <w:p>
      <w:pPr>
        <w:jc w:val="right"/>
      </w:pPr>
      <w:r>
        <w:t>تو دنیا میں جو بھی نعمت آپ کو ملتی ہے، وہ ہمیشہ لیس دین آئیڈیل ہوتی ہے۔ تو انسان چونکہ ہے آئیڈیلسٹ، پرفیکشنسٹ،</w:t>
      </w:r>
    </w:p>
    <w:p>
      <w:r>
        <w:rPr>
          <w:b/>
        </w:rPr>
        <w:t xml:space="preserve">[13:46] </w:t>
      </w:r>
      <w:r>
        <w:t>to jo mila us ko, us ko lagta hai yeh to jo milna chahiye tha, us se kam hai. yeh yaani hawa bhi us se kam hai, oxygen bhi us se kam hai, food bhi us se kam hai, har cheez.</w:t>
      </w:r>
    </w:p>
    <w:p>
      <w:pPr>
        <w:jc w:val="right"/>
      </w:pPr>
      <w:r>
        <w:t>تو جو ملا اس کو، اس کو لگتا ہے یہ تو جو ملنا چاہیے تھا، اس سے کم ہے۔ یہ یعنی ہوا بھی اس سے کم ہے، اکسیجن بھی اس سے کم ہے، فوڈ بھی اس سے کم ہے، ہر چیز۔</w:t>
      </w:r>
    </w:p>
    <w:p>
      <w:r>
        <w:rPr>
          <w:b/>
        </w:rPr>
        <w:t xml:space="preserve">[14:02] </w:t>
      </w:r>
      <w:r>
        <w:t>yahan par detarment hota hai, yahan par nashukri aati hai. us ko aadmi insaan marre nahi kar pata</w:t>
      </w:r>
    </w:p>
    <w:p>
      <w:pPr>
        <w:jc w:val="right"/>
      </w:pPr>
      <w:r>
        <w:t>یہاں پر ڈیریٹمنٹ ہوتا ہے، یہاں پر ناشکری آتی ہے۔ اس کو آدمی انسان مرے نہیں کر پاتا</w:t>
      </w:r>
    </w:p>
    <w:p>
      <w:r>
        <w:rPr>
          <w:b/>
        </w:rPr>
        <w:t xml:space="preserve">[14:12] </w:t>
      </w:r>
      <w:r>
        <w:t>ke Allah ne aisa is liye rakha hai ke kaamil nemat to Allah ki milegi paradise mein, jannat mein. duniya mein nahi mil sakti.</w:t>
      </w:r>
    </w:p>
    <w:p>
      <w:pPr>
        <w:jc w:val="right"/>
      </w:pPr>
      <w:r>
        <w:t>کہ اللہ نے ایسا اس لیے رکھا ہے کہ کامل نعمت تو اللہ کی ملے گی پیراڈائز میں، جنت میں۔ دنیا میں نہیں مل سکتی۔</w:t>
      </w:r>
    </w:p>
    <w:p>
      <w:r>
        <w:rPr>
          <w:b/>
        </w:rPr>
        <w:t xml:space="preserve">[14:22] </w:t>
      </w:r>
      <w:r>
        <w:t>duniya mein to sirf namoone hain, nishaniyan hain, jo kehte hain hindi zabaan mein "baangi". "baangi" bada achha lafz hai.</w:t>
      </w:r>
    </w:p>
    <w:p>
      <w:pPr>
        <w:jc w:val="right"/>
      </w:pPr>
      <w:r>
        <w:t>دنیا میں تو صرف نمونے ہیں، نشانیاں ہیں، جو کہتے ہیں ہندی زبان میں "بانگی"۔ "بانگی" بڑا اچھا لفظ ہے۔</w:t>
      </w:r>
    </w:p>
    <w:p>
      <w:r>
        <w:rPr>
          <w:b/>
        </w:rPr>
        <w:t xml:space="preserve">[14:33] </w:t>
      </w:r>
      <w:r>
        <w:t>yaani duniya mein jannat ki baangi rakh di gayi hai, ibtedai namoona.</w:t>
      </w:r>
    </w:p>
    <w:p>
      <w:pPr>
        <w:jc w:val="right"/>
      </w:pPr>
      <w:r>
        <w:t>یعنی دنیا میں جنت کی بانگی رکھ دی گئی ہے، ابتدائی نمونہ۔</w:t>
      </w:r>
    </w:p>
    <w:p>
      <w:r>
        <w:rPr>
          <w:b/>
        </w:rPr>
        <w:t xml:space="preserve">[14:41] </w:t>
      </w:r>
      <w:r>
        <w:t>to is cheez se, is cheez ko agar insaan jaane ke duniya mein kaamil nemat to milne hi wali nahi hai, chahe main kuch bhi kara loon, chahe main trader of America ban jaaoon, chahe main sab se bada baldi aadmi ban jaaoon, kuch bhi ban jaaoon,</w:t>
      </w:r>
    </w:p>
    <w:p>
      <w:pPr>
        <w:jc w:val="right"/>
      </w:pPr>
      <w:r>
        <w:t>تو اس چیز سے، اس چیز کو اگر انسان جانے کہ دنیا میں کامل نعمت تو ملنے ہی والی نہیں ہے، چاہے میں کچھ بھی کرا لوں، چاہے میں ٹریڈر آف امریکہ بن جاؤں، چاہے میں سب سے بڑا بلدی آدمی بن جاؤں، کچھ بھی بن جاؤں،</w:t>
      </w:r>
    </w:p>
    <w:p>
      <w:r>
        <w:rPr>
          <w:b/>
        </w:rPr>
        <w:t xml:space="preserve">[14:58] </w:t>
      </w:r>
      <w:r>
        <w:t>lekin duniya mein ideal nemat, perfect nemat to mile hi ke nahi.</w:t>
      </w:r>
    </w:p>
    <w:p>
      <w:pPr>
        <w:jc w:val="right"/>
      </w:pPr>
      <w:r>
        <w:t>لیکن دنیا میں آئیڈیل نعمت، پرفیکٹ نعمت تو ملے ہی کہ نہیں۔</w:t>
      </w:r>
    </w:p>
    <w:p>
      <w:r>
        <w:rPr>
          <w:b/>
        </w:rPr>
        <w:t xml:space="preserve">[15:07] </w:t>
      </w:r>
      <w:r>
        <w:t>kuch bhi kar raha hoon, tab bhi</w:t>
      </w:r>
    </w:p>
    <w:p>
      <w:pPr>
        <w:jc w:val="right"/>
      </w:pPr>
      <w:r>
        <w:t>کچھ بھی کر رہا ہوں، تب بھی</w:t>
      </w:r>
    </w:p>
    <w:p>
      <w:r>
        <w:rPr>
          <w:b/>
        </w:rPr>
        <w:t xml:space="preserve">[15:10] </w:t>
      </w:r>
      <w:r>
        <w:t>to aadmi ke andar kahega "realistic approach" aayega, "realistic approach", haqeeqat pasandi ka mizaj.</w:t>
      </w:r>
    </w:p>
    <w:p>
      <w:pPr>
        <w:jc w:val="right"/>
      </w:pPr>
      <w:r>
        <w:t>تو آدمی کے اندر کہے گا "ریئلسٹک اپروچ" آئے گا، "ریئلسٹک اپروچ"، حقیقت پسندی کا مزاج۔</w:t>
      </w:r>
    </w:p>
    <w:p>
      <w:r>
        <w:rPr>
          <w:b/>
        </w:rPr>
        <w:t xml:space="preserve">[15:20] </w:t>
      </w:r>
      <w:r>
        <w:t>to woh yeh sochega ke jo nemat us ko mil rahi hai, wohi is duniya mein mil sakti hai, us se zyada to milne wali nahi. woh</w:t>
      </w:r>
    </w:p>
    <w:p>
      <w:pPr>
        <w:jc w:val="right"/>
      </w:pPr>
      <w:r>
        <w:t>تو وہ یہ سوچے گا کہ جو نعمت اس کو مل رہی ہے، وہی اس دنیا میں مل سکتی ہے، اس سے زیادہ تو ملنے والی نہیں۔ وہ</w:t>
      </w:r>
    </w:p>
    <w:p>
      <w:r>
        <w:rPr>
          <w:b/>
        </w:rPr>
        <w:t xml:space="preserve">[15:34] </w:t>
      </w:r>
      <w:r>
        <w:t>jo ayat hai, kya to nuksaani aur laasi hoga yahan duniya mein?</w:t>
      </w:r>
    </w:p>
    <w:p>
      <w:pPr>
        <w:jc w:val="right"/>
      </w:pPr>
      <w:r>
        <w:t>جو آیت ہے، کیا تو نقصانی اور لاسی ہوگا یہاں دنیا میں؟</w:t>
      </w:r>
    </w:p>
    <w:p>
      <w:r>
        <w:rPr>
          <w:b/>
        </w:rPr>
        <w:t xml:space="preserve">[15:42] </w:t>
      </w:r>
      <w:r>
        <w:t>to bilashuba yeh ek waqea hai ke Allah ne insaan ko duniya mein beshumar nematein di hain. yaani suraj ek nemat hai, hawa ek nemat hai, oxygen ek nemat hai,</w:t>
      </w:r>
    </w:p>
    <w:p>
      <w:pPr>
        <w:jc w:val="right"/>
      </w:pPr>
      <w:r>
        <w:t>تو بلاشبہ یہ ایک واقعہ ہے کہ اللہ نے انسان کو دنیا میں بے شمار نعمتیں دی ہیں۔ یعنی سورج ایک نعمت ہے، ہوا ایک نعمت ہے، اکسیجن ایک نعمت ہے،</w:t>
      </w:r>
    </w:p>
    <w:p>
      <w:r>
        <w:rPr>
          <w:b/>
        </w:rPr>
        <w:t xml:space="preserve">[15:56] </w:t>
      </w:r>
      <w:r>
        <w:t>food zameen se milta hai, woh nemat hai, phal darakht hota hai, woh nemat hai. lekin har nemat jo hai, less than ideal hai.</w:t>
      </w:r>
    </w:p>
    <w:p>
      <w:pPr>
        <w:jc w:val="right"/>
      </w:pPr>
      <w:r>
        <w:t>فوڈ زمین سے ملتا ہے، وہ نعمت ہے، پھل درخت ہوتا ہے، وہ نعمت ہے۔ لیکن ہر نعمت جو ہے، لیس دین آئیڈیل ہے۔</w:t>
      </w:r>
    </w:p>
    <w:p>
      <w:r>
        <w:rPr>
          <w:b/>
        </w:rPr>
        <w:t xml:space="preserve">[16:05] </w:t>
      </w:r>
      <w:r>
        <w:t>yaani insaan ke andar jo mizaj hai perfection ka, is perfection se kam. Allah ne insaan ko banaya hai bohat hi aala mizaj, aala test,</w:t>
      </w:r>
    </w:p>
    <w:p>
      <w:pPr>
        <w:jc w:val="right"/>
      </w:pPr>
      <w:r>
        <w:t>یعنی انسان کے اندر جو مزاج ہے پرفیکشن کا، اس پرفیکشن سے کم۔ اللہ نے انسان کو بنایا ہے بہت ہی اعلیٰ مزاج، اعلیٰ ٹیسٹ،</w:t>
      </w:r>
    </w:p>
    <w:p>
      <w:r>
        <w:rPr>
          <w:b/>
        </w:rPr>
        <w:t xml:space="preserve">[16:18] </w:t>
      </w:r>
      <w:r>
        <w:t>perfectionist. woh hai jannat ke lihaaz se, duniya ke lihaaz se nahi hai.</w:t>
      </w:r>
    </w:p>
    <w:p>
      <w:pPr>
        <w:jc w:val="right"/>
      </w:pPr>
      <w:r>
        <w:t>پرفیکشنسٹ۔ وہ ہے جنت کے لحاظ سے، دنیا کے لحاظ سے نہیں ہے۔</w:t>
      </w:r>
    </w:p>
    <w:p>
      <w:r>
        <w:rPr>
          <w:b/>
        </w:rPr>
        <w:t xml:space="preserve">[16:26] </w:t>
      </w:r>
      <w:r>
        <w:t>to dekhiye, is ayat par ghaur karte hue mujhe samajh mein aaya ke insaan ki ek kamzori hai, us ko shaitan exploit karta hai.</w:t>
      </w:r>
    </w:p>
    <w:p>
      <w:pPr>
        <w:jc w:val="right"/>
      </w:pPr>
      <w:r>
        <w:t>تو دیکھیے، اس آیت پر غور کرتے ہوئے مجھے سمجھ میں آیا کہ انسان کی ایک کمزوری ہے، اس کو شیطان ایکسپلائٹ کرتا ہے۔</w:t>
      </w:r>
    </w:p>
    <w:p>
      <w:r>
        <w:rPr>
          <w:b/>
        </w:rPr>
        <w:t xml:space="preserve">[16:40] </w:t>
      </w:r>
      <w:r>
        <w:t>insaan ki ek weakness ko shaitan exploit kar</w:t>
      </w:r>
    </w:p>
    <w:p>
      <w:pPr>
        <w:jc w:val="right"/>
      </w:pPr>
      <w:r>
        <w:t>انسان کی ایک ویکنس کو شیطان ایکسپلائٹ کر</w:t>
      </w:r>
    </w:p>
    <w:p>
      <w:r>
        <w:rPr>
          <w:b/>
        </w:rPr>
        <w:t xml:space="preserve">[16:44] </w:t>
      </w:r>
      <w:r>
        <w:t>ta hai. woh yahi hai ke ke insaan by birth idealist hai, by birth perfectionist hai. lekin yeh jo hai insaan, woh jannat ke lihaaz se hai.</w:t>
      </w:r>
    </w:p>
    <w:p>
      <w:pPr>
        <w:jc w:val="right"/>
      </w:pPr>
      <w:r>
        <w:t>تا ہے۔ وہ یہی ہے کہ کہ انسان بائی برتھ آئیڈیلسٹ ہے، بائی برتھ پرفیکشنسٹ ہے۔ لیکن یہ جو ہے انسان، وہ جنت کے لحاظ سے ہے۔</w:t>
      </w:r>
    </w:p>
    <w:p>
      <w:r>
        <w:rPr>
          <w:b/>
        </w:rPr>
        <w:t xml:space="preserve">[16:57] </w:t>
      </w:r>
      <w:r>
        <w:t>is lihaaz se hai ke duniya mein aadmi yeh soche ke mujhe dua kare ke Khuda mujhe is perfect world mein pahuncha de, is ideal world mein pahuncha de.</w:t>
      </w:r>
    </w:p>
    <w:p>
      <w:pPr>
        <w:jc w:val="right"/>
      </w:pPr>
      <w:r>
        <w:t>اس لحاظ سے ہے کہ دنیا میں آدمی یہ سوچے کہ مجھے دعا کرے کہ خدا مجھے اس پرفیکٹ ورلڈ میں پہنچا دے، اس آئیڈیل ورلڈ میں پہنچا دے۔</w:t>
      </w:r>
    </w:p>
    <w:p>
      <w:r>
        <w:rPr>
          <w:b/>
        </w:rPr>
        <w:t xml:space="preserve">[17:10] </w:t>
      </w:r>
      <w:r>
        <w:t>yani is se insan ke andar dua uble ga, uble ga.</w:t>
      </w:r>
    </w:p>
    <w:p>
      <w:pPr>
        <w:jc w:val="right"/>
      </w:pPr>
      <w:r>
        <w:t>یعنی اس سے انسان کے اندر دعا ابلے گا، ابلے گا۔</w:t>
      </w:r>
    </w:p>
    <w:p>
      <w:r>
        <w:rPr>
          <w:b/>
        </w:rPr>
        <w:t xml:space="preserve">[17:18] </w:t>
      </w:r>
      <w:r>
        <w:t>aur dunya ki kisi par razi na ho. Yani yeh is liye hai ke dunya par insan razi na ho aur jannati ki taraf is ka zehan laga rahe.</w:t>
      </w:r>
    </w:p>
    <w:p>
      <w:pPr>
        <w:jc w:val="right"/>
      </w:pPr>
      <w:r>
        <w:t>اور دنیا کی کسی پر راضی نہ ہو۔ یعنی یہ اس لیے ہے کہ دنیا پر انسان راضی نہ ہو اور جنتی کی طرف اس کا ذہن لگا رہے ہے۔</w:t>
      </w:r>
    </w:p>
    <w:p>
      <w:r>
        <w:rPr>
          <w:b/>
        </w:rPr>
        <w:t xml:space="preserve">[17:31] </w:t>
      </w:r>
      <w:r>
        <w:t>agar dunya mein ideal nemat milti to ho sakta tha ke aap dunya par razi ho jayen</w:t>
      </w:r>
    </w:p>
    <w:p>
      <w:pPr>
        <w:jc w:val="right"/>
      </w:pPr>
      <w:r>
        <w:t>اگر دنیا میں آئیڈیل نعمت ملتی تو ہو سکتا تھا کہ آپ دنیا پر راضی ہو جائیں</w:t>
      </w:r>
    </w:p>
    <w:p>
      <w:r>
        <w:rPr>
          <w:b/>
        </w:rPr>
        <w:t xml:space="preserve">[17:38] </w:t>
      </w:r>
      <w:r>
        <w:t>ke mil gaya mujhe jo milna tha. To dunya mein nematein less than ideal hain. Yeh aap ko aik aik</w:t>
      </w:r>
    </w:p>
    <w:p>
      <w:pPr>
        <w:jc w:val="right"/>
      </w:pPr>
      <w:r>
        <w:t>کہ مل گیا مجھے جو ملنا تھا۔ تو دنیا میں نعمتیں لیس دین آئیڈیل ہیں۔ یہ آپ کو ایک ایک</w:t>
      </w:r>
    </w:p>
    <w:p>
      <w:r>
        <w:rPr>
          <w:b/>
        </w:rPr>
        <w:t xml:space="preserve">[17:52] </w:t>
      </w:r>
      <w:r>
        <w:t>aik indication hai ke dunya par razi na ho, apne aap ko banao perfect world ke liye, yani paradise ke liye.</w:t>
      </w:r>
    </w:p>
    <w:p>
      <w:pPr>
        <w:jc w:val="right"/>
      </w:pPr>
      <w:r>
        <w:t>ایک انڈیکیشن ہے کہ دنیا پر راضی نہ ہو، اپنے آپ کو بناؤ پرفیکٹ ورلڈ کے لیے، یعنی پیراڈائز کے لیے۔</w:t>
      </w:r>
    </w:p>
    <w:p>
      <w:r>
        <w:rPr>
          <w:b/>
        </w:rPr>
        <w:t xml:space="preserve">[18:06] </w:t>
      </w:r>
      <w:r>
        <w:t>to is se kya nikla</w:t>
      </w:r>
    </w:p>
    <w:p>
      <w:pPr>
        <w:jc w:val="right"/>
      </w:pPr>
      <w:r>
        <w:t>تو اس سے کیا نکلا</w:t>
      </w:r>
    </w:p>
    <w:p>
      <w:r>
        <w:rPr>
          <w:b/>
        </w:rPr>
        <w:t xml:space="preserve">[18:09] </w:t>
      </w:r>
      <w:r>
        <w:t>ke jannat is ke liye hai jo apne andar art of thinking paida kare.</w:t>
      </w:r>
    </w:p>
    <w:p>
      <w:pPr>
        <w:jc w:val="right"/>
      </w:pPr>
      <w:r>
        <w:t>کہ جنت اس کے لیے ہے جو اپنے اندر آرٹ آف تھنکنگ پیدا کرے۔</w:t>
      </w:r>
    </w:p>
    <w:p>
      <w:r>
        <w:rPr>
          <w:b/>
        </w:rPr>
        <w:t xml:space="preserve">[18:16] </w:t>
      </w:r>
      <w:r>
        <w:t>jannat is ke liye bas salat al taseeh aap parh lein, jannat mil gayi. Aap aik har waqt taseeh par Allah Allah karein to jannat mil gayi.</w:t>
      </w:r>
    </w:p>
    <w:p>
      <w:pPr>
        <w:jc w:val="right"/>
      </w:pPr>
      <w:r>
        <w:t>جنت اس کے لیے بس صلاۃ التسبیح آپ پڑھ لیں، جنت مل گئی۔ آپ ایک ہر وقت تسبیح پر اللہ اللہ کریں تو جنت مل گئی۔</w:t>
      </w:r>
    </w:p>
    <w:p>
      <w:r>
        <w:rPr>
          <w:b/>
        </w:rPr>
        <w:t xml:space="preserve">[18:29] </w:t>
      </w:r>
      <w:r>
        <w:t>is qism ke jo jo cheezein hain, jis ko log samajhte hain ke bas yeh jannat ka zariya hai,</w:t>
      </w:r>
    </w:p>
    <w:p>
      <w:pPr>
        <w:jc w:val="right"/>
      </w:pPr>
      <w:r>
        <w:t>اس قسم کے جو جو چیزیں ہیں، جس کو لوگ سمجھتے ہیں کہ بس یہ جنت کا ذریعہ ہے،</w:t>
      </w:r>
    </w:p>
    <w:p>
      <w:r>
        <w:rPr>
          <w:b/>
        </w:rPr>
        <w:t xml:space="preserve">[18:39] </w:t>
      </w:r>
      <w:r>
        <w:t>to woh jannat mein nahi pahunchaye gi aap ko. Aap ko apne andar high qism ka art of thinking paida karna pare ga, art of thinking, ta ke shaitan ke har har yani behkawe ko aap diffuse kar sak</w:t>
      </w:r>
    </w:p>
    <w:p>
      <w:pPr>
        <w:jc w:val="right"/>
      </w:pPr>
      <w:r>
        <w:t>تو وہ جنت میں نہیں پہنچائے گی آپ کو۔ آپ کو اپنے اندر ہائی قسم کا آرٹ آف تھنکنگ پیدا کرنا پڑے گا، آرٹ آف تھنکنگ، تاکہ شیطان کے ہر ہر یعنی بہکاوے کو آپ ڈیفیوز کر سک</w:t>
      </w:r>
    </w:p>
    <w:p>
      <w:r>
        <w:rPr>
          <w:b/>
        </w:rPr>
        <w:t xml:space="preserve">[19:01] </w:t>
      </w:r>
      <w:r>
        <w:t>ein, is ko analysis kar ke usay apne ko bacha sakein.</w:t>
      </w:r>
    </w:p>
    <w:p>
      <w:pPr>
        <w:jc w:val="right"/>
      </w:pPr>
      <w:r>
        <w:t>یں، اس کو انالیسز کر کے اسے اپنے کو بچا سکیں۔</w:t>
      </w:r>
    </w:p>
    <w:p>
      <w:r>
        <w:rPr>
          <w:b/>
        </w:rPr>
        <w:t xml:space="preserve">[19:08] </w:t>
      </w:r>
      <w:r>
        <w:t>aur sab se bara bachane ka item yahi hai ke dunya mein aap ko jab kam mile, koi difficulty pesh aaye to aap yeh samjhein apne apne intellectual development ki bana par ke yeh to part of life hai,</w:t>
      </w:r>
    </w:p>
    <w:p>
      <w:pPr>
        <w:jc w:val="right"/>
      </w:pPr>
      <w:r>
        <w:t>اور سب سے بڑا بچانے کا آئٹم یہی ہے کہ دنیا میں آپ کو جب کم ملے، کوئی ڈیفیکلٹی پیش آئے تو آپ یہ سمجھیں اپنے اپنے انٹلیکچول ڈیولپمنٹ کی بنا پر کہ یہ تو پارٹ آف لائف ہے،</w:t>
      </w:r>
    </w:p>
    <w:p>
      <w:r>
        <w:rPr>
          <w:b/>
        </w:rPr>
        <w:t xml:space="preserve">[19:30] </w:t>
      </w:r>
      <w:r>
        <w:t>yeh to part of life hai.</w:t>
      </w:r>
    </w:p>
    <w:p>
      <w:pPr>
        <w:jc w:val="right"/>
      </w:pPr>
      <w:r>
        <w:t>یہ تو پارٹ آف لائف ہے۔</w:t>
      </w:r>
    </w:p>
    <w:p>
      <w:r>
        <w:rPr>
          <w:b/>
        </w:rPr>
        <w:t xml:space="preserve">[19:32] </w:t>
      </w:r>
      <w:r>
        <w:t>jaise jo log dekhiye, is mein tension mein parh jate hain. Tension mein kyun parh jate hain?</w:t>
      </w:r>
    </w:p>
    <w:p>
      <w:pPr>
        <w:jc w:val="right"/>
      </w:pPr>
      <w:r>
        <w:t>جیسے جو لوگ دیکھیے، اس میں ٹینشن میں پڑ جاتے ہیں۔ ٹینشن میں کیوں پڑ جاتے ہیں؟</w:t>
      </w:r>
    </w:p>
    <w:p>
      <w:r>
        <w:rPr>
          <w:b/>
        </w:rPr>
        <w:t xml:space="preserve">[19:43] </w:t>
      </w:r>
      <w:r>
        <w:t>kyun parh jate hain tension mein? Is ki wajah aik hi hoti hai hamesha ke woh dunya mein in ko jo kuch milta hai, us par razi nahi ho paate.</w:t>
      </w:r>
    </w:p>
    <w:p>
      <w:pPr>
        <w:jc w:val="right"/>
      </w:pPr>
      <w:r>
        <w:t>کیوں پڑ جاتے ہیں ٹینشن میں؟ اس کی وجہ ایک ہی ہوتی ہے ہمیشہ کہ وہ دنیا میں ان کو جو کچھ ملتا ہے، اس پر راضی نہیں ہو پاتے۔</w:t>
      </w:r>
    </w:p>
    <w:p>
      <w:r>
        <w:rPr>
          <w:b/>
        </w:rPr>
        <w:t xml:space="preserve">[19:55] </w:t>
      </w:r>
      <w:r>
        <w:t>woh</w:t>
      </w:r>
    </w:p>
    <w:p>
      <w:pPr>
        <w:jc w:val="right"/>
      </w:pPr>
      <w:r>
        <w:t>وہ</w:t>
      </w:r>
    </w:p>
    <w:p>
      <w:r>
        <w:rPr>
          <w:b/>
        </w:rPr>
        <w:t xml:space="preserve">[19:57] </w:t>
      </w:r>
      <w:r>
        <w:t>woh yeh is ka analysis nahi kar paate ke dunya mein jo milna chahiye, jo nemat yahi mile ga, less than ideal hai. To hum is par agar aap yeh samajh lein to aap ko kabhi tension na ho, kabhi tension na ho.</w:t>
      </w:r>
    </w:p>
    <w:p>
      <w:pPr>
        <w:jc w:val="right"/>
      </w:pPr>
      <w:r>
        <w:t>وہ یہ اس کا انالیسز نہیں کر پاتے کہ دنیا میں جو ملنا چاہیے، جو نعمت یہی ملے گا، لیس دین آئیڈیل ہے۔ تو ہم اس پر اگر آپ یہ سمجھ لیں تو آپ کو کبھی ٹینشن نہ ہو، کبھی ٹینشن نہ ہو۔</w:t>
      </w:r>
    </w:p>
    <w:p>
      <w:r>
        <w:rPr>
          <w:b/>
        </w:rPr>
        <w:t xml:space="preserve">[20:12] </w:t>
      </w:r>
      <w:r>
        <w:t>yani aap is ko jaan lein, is raaz ko ke jo dunya mein mil sakta hai, woh mil chuka hai aap ko. To phir tension kyun? Tension kyun?</w:t>
      </w:r>
    </w:p>
    <w:p>
      <w:pPr>
        <w:jc w:val="right"/>
      </w:pPr>
      <w:r>
        <w:t>یعنی آپ اس کو جان لیں، اس راز کو کہ جو دنیا میں مل سکتا ہے، وہ مل چکا ہے آپ کو۔ تو پھر ٹینشن کیوں؟ ٹینشن کیوں؟</w:t>
      </w:r>
    </w:p>
    <w:p>
      <w:r>
        <w:rPr>
          <w:b/>
        </w:rPr>
        <w:t xml:space="preserve">[20:24] </w:t>
      </w:r>
      <w:r>
        <w:t>aap misaal hawa azaad safar karte hain to apni seat par baith gaye, aap wahan paon paon phaila kar sote nahi, kyun ke aap jante hain ke wahan paon phaila kar sone ke liye hai hi nahi.</w:t>
      </w:r>
    </w:p>
    <w:p>
      <w:pPr>
        <w:jc w:val="right"/>
      </w:pPr>
      <w:r>
        <w:t>آپ مثلاً ہوا آزاد سفر کرتے ہیں تو اپنی سیٹ پر بیٹھ گئے، آپ وہاں پاؤں پاؤں پھیلا کر سوتے نہیں، کیونکہ آپ جانتے ہیں کہ وہاں پاؤں پھیلا کر سونے کے لیے ہے ہی نہیں۔</w:t>
      </w:r>
    </w:p>
    <w:p>
      <w:r>
        <w:rPr>
          <w:b/>
        </w:rPr>
        <w:t xml:space="preserve">[20:39] </w:t>
      </w:r>
      <w:r>
        <w:t>yani jahaz mein jo jagah mile gi, aap ko seat hi mile gi, paon phaila kar sone ke liye nahi mile gi. Ya aap wahan geed lein, khel lein to hawa jahaz jo hai, aap ke liye field nahi ban jaye ga,</w:t>
      </w:r>
    </w:p>
    <w:p>
      <w:pPr>
        <w:jc w:val="right"/>
      </w:pPr>
      <w:r>
        <w:t>یعنی جہاز میں جو جگہ ملے گی، آپ کو سیٹ ہی ملے گی، پاؤں پھیلا کر سونے کے لیے نہیں ملے گی۔ یا آپ وہاں گید لیں، کھیل لیں تو ہوا جہاز جو ہے، آپ کے لیے فیلڈ نہیں بن جائے گا،</w:t>
      </w:r>
    </w:p>
    <w:p>
      <w:r>
        <w:rPr>
          <w:b/>
        </w:rPr>
        <w:t xml:space="preserve">[20:54] </w:t>
      </w:r>
      <w:r>
        <w:t>field nahi ban jaye ga. To</w:t>
      </w:r>
    </w:p>
    <w:p>
      <w:pPr>
        <w:jc w:val="right"/>
      </w:pPr>
      <w:r>
        <w:t>فیلڈ نہیں بن جائے گا۔ تو</w:t>
      </w:r>
    </w:p>
    <w:p>
      <w:r>
        <w:rPr>
          <w:b/>
        </w:rPr>
        <w:t xml:space="preserve">[21:03] </w:t>
      </w:r>
      <w:r>
        <w:t>to agar aap is raaz ko janiye to aap ke andar realistic approach aye ga. Aur jab realistic approach aye ga to tension khatam ho jaye ga, complaint culture khatam ho jaye ga,</w:t>
      </w:r>
    </w:p>
    <w:p>
      <w:pPr>
        <w:jc w:val="right"/>
      </w:pPr>
      <w:r>
        <w:t>تو اگر آپ اس راز کو جانیں تو آپ کے اندر ریلسٹک اپروچ آئے گا۔ اور جب ریلسٹک اپروچ آئے گا تو ٹینشن ختم ہو جائے گا، کمپلینٹ کلچر ختم ہو جائے گا،</w:t>
      </w:r>
    </w:p>
    <w:p>
      <w:r>
        <w:rPr>
          <w:b/>
        </w:rPr>
        <w:t xml:space="preserve">[21:15] </w:t>
      </w:r>
      <w:r>
        <w:t>protest protest khatam ho jaye ga, aur aap ke andar peace peace mein bond ban jaye ga.</w:t>
      </w:r>
    </w:p>
    <w:p>
      <w:pPr>
        <w:jc w:val="right"/>
      </w:pPr>
      <w:r>
        <w:t>پروٹیسٹ پروٹیسٹ ختم ہو جائے گا، اور آپ کے اندر پیس پیس میں بانڈ بن جائے گا۔</w:t>
      </w:r>
    </w:p>
    <w:p>
      <w:r>
        <w:rPr>
          <w:b/>
        </w:rPr>
        <w:t xml:space="preserve">[21:25] </w:t>
      </w:r>
      <w:r>
        <w:t>isi harkat ko quran mein in alfaz mein kaha gaya ke razi allahu anhum wa raḍu, razi allahu anhum wa raḍu.</w:t>
      </w:r>
    </w:p>
    <w:p>
      <w:pPr>
        <w:jc w:val="right"/>
      </w:pPr>
      <w:r>
        <w:t>اسی حرکت کو قرآن میں ان الفاظ میں کہا گیا کہ رضی اللہ عنہم ورضوا، رضی اللہ عنہم ورضوا۔</w:t>
      </w:r>
    </w:p>
    <w:p>
      <w:r>
        <w:rPr>
          <w:b/>
        </w:rPr>
        <w:t xml:space="preserve">[21:37] </w:t>
      </w:r>
      <w:r>
        <w:t>yani Allah un se razi hoga, aur woh Allah se razi ho gaye.</w:t>
      </w:r>
    </w:p>
    <w:p>
      <w:pPr>
        <w:jc w:val="right"/>
      </w:pPr>
      <w:r>
        <w:t>یعنی اللہ ان سے راضی ہوگا، اور وہ اللہ سے راضی ہو گئے۔</w:t>
      </w:r>
    </w:p>
    <w:p>
      <w:r>
        <w:rPr>
          <w:b/>
        </w:rPr>
        <w:t xml:space="preserve">[21:45] </w:t>
      </w:r>
      <w:r>
        <w:t>is ka matlab kya hai? woh is par razi ho gaye ke dunya mein jo mil sakta tha, woh Allah ne mujhe de diya. isi par mujhe shukr karna hai.</w:t>
      </w:r>
    </w:p>
    <w:p>
      <w:pPr>
        <w:jc w:val="right"/>
      </w:pPr>
      <w:r>
        <w:t>اس کا مطلب کیا ہے؟ وہ اس پر راضی ہو گئے کہ دنیا میں جو مل سکتا تھا، وہ اللہ نے مجھے دے دیا۔ اسی پر مجھے شکر کرنا ہے۔</w:t>
      </w:r>
    </w:p>
    <w:p>
      <w:r>
        <w:rPr>
          <w:b/>
        </w:rPr>
        <w:t xml:space="preserve">[21:56] </w:t>
      </w:r>
      <w:r>
        <w:t>apne zehni, apni gehri soch ki bina par, art of thinking ki bina par, woh jaan lete hain ke Allah ne jo diya hai, mujhe bas wohi mil sakta tha is dunya mein.</w:t>
      </w:r>
    </w:p>
    <w:p>
      <w:pPr>
        <w:jc w:val="right"/>
      </w:pPr>
      <w:r>
        <w:t>اپنے ذہنی، اپنی گہری سوچ کی بنا پر، آرٹ آف تھنکنگ کی بنا پر، وہ جان لیتے ہیں کہ اللہ نے جو دیا ہے، مجھے بس وہی مل سکتا تھا اس دنیا میں۔</w:t>
      </w:r>
    </w:p>
    <w:p>
      <w:r>
        <w:rPr>
          <w:b/>
        </w:rPr>
        <w:t xml:space="preserve">[22:12] </w:t>
      </w:r>
      <w:r>
        <w:t>to is par razi ho jate hain, woh</w:t>
      </w:r>
    </w:p>
    <w:p>
      <w:pPr>
        <w:jc w:val="right"/>
      </w:pPr>
      <w:r>
        <w:t>تو اس پر راضی ہو جاتے ہیں، وہ</w:t>
      </w:r>
    </w:p>
    <w:p>
      <w:r>
        <w:rPr>
          <w:b/>
        </w:rPr>
        <w:t xml:space="preserve">[22:15] </w:t>
      </w:r>
      <w:r>
        <w:t>is par razi ho jate hain. kab ja ke aisa hota hai ke Allah un se razi ho jaye aur un ko jannat mein dakhil kare? to banda diye par razi hota hai, phir Allah us ko rah dene ke liye razi hota hai.</w:t>
      </w:r>
    </w:p>
    <w:p>
      <w:pPr>
        <w:jc w:val="right"/>
      </w:pPr>
      <w:r>
        <w:t>اس پر راضی ہو جاتے ہیں۔ کب جا کے ایسا ہوتا ہے کہ اللہ ان سے راضی ہو جائے اور ان کو جنت میں داخل کرے؟ تو بندہ دیے پر راضی ہوتا ہے، پھر اللہ اس کو راہ دینے کے لیے راضی ہوتا ہے۔</w:t>
      </w:r>
    </w:p>
    <w:p>
      <w:r>
        <w:rPr>
          <w:b/>
        </w:rPr>
        <w:t xml:space="preserve">[22:31] </w:t>
      </w:r>
      <w:r>
        <w:t>yeh sari cheezein kya hain? art of thinking se aati hain. to jannat is aisa nahi hai ke bas kuch tasbeeh ke dane par kuch shawar karte rahein to aap jannat mil jaye.</w:t>
      </w:r>
    </w:p>
    <w:p>
      <w:pPr>
        <w:jc w:val="right"/>
      </w:pPr>
      <w:r>
        <w:t>یہ ساری چیزیں کیا ہیں؟ آرٹ آف تھنکنگ سے آتی ہیں۔ تو جنت اس ایسا نہیں ہے کہ بس کچھ تسبیح کے دانے پر کچھ شوار کرتے رہیں تو آپ جنت مل جائے۔</w:t>
      </w:r>
    </w:p>
    <w:p>
      <w:r>
        <w:rPr>
          <w:b/>
        </w:rPr>
        <w:t xml:space="preserve">[22:42] </w:t>
      </w:r>
      <w:r>
        <w:t>aap ko</w:t>
      </w:r>
    </w:p>
    <w:p>
      <w:pPr>
        <w:jc w:val="right"/>
      </w:pPr>
      <w:r>
        <w:t>آپ کو</w:t>
      </w:r>
    </w:p>
    <w:p>
      <w:r>
        <w:rPr>
          <w:b/>
        </w:rPr>
        <w:t xml:space="preserve">[22:43] </w:t>
      </w:r>
      <w:r>
        <w:t>nahi, aap ko intellectual development paida karna hoga. apne andar aap ko apni salahiyat paida karni hogi ke jab kuch waqea guzre, jab koi masla pesh aaye, jab koi travel pesh aaye to aap us ko manage kar sakein, us ko diffuse kar sakein, us ko analyze kar sakein.</w:t>
      </w:r>
    </w:p>
    <w:p>
      <w:pPr>
        <w:jc w:val="right"/>
      </w:pPr>
      <w:r>
        <w:t>نہیں، آپ کو انٹلیکچول ڈیولپمنٹ پیدا کرنا ہوگا۔ اپنے اندر آپ کو اپنی صلاحیت پیدا کرنی ہوگی کہ جب کچھ واقعہ گزرے، جب کوئی مسئلہ پیش آئے، جب کوئی ٹریول پیش آئے تو آپ اس کو مینج کر سکیں، اس کو ڈیفیوز کر سکیں، اس کو انالائز کر سکیں۔</w:t>
      </w:r>
    </w:p>
    <w:p>
      <w:r>
        <w:rPr>
          <w:b/>
        </w:rPr>
        <w:t xml:space="preserve">[23:06] </w:t>
      </w:r>
      <w:r>
        <w:t>phir aap ka andar, aap ka mind jo hai, woh normal rahega, nashukri nahi aayegi, aur aap Allah ke shukr bante rahein ge.</w:t>
      </w:r>
    </w:p>
    <w:p>
      <w:pPr>
        <w:jc w:val="right"/>
      </w:pPr>
      <w:r>
        <w:t>پھر آپ کا اندر، آپ کا مائنڈ جو ہے، وہ نارمل رہے گا، ناشکری نہیں آئے گی، اور آپ اللہ کے شاکر بنے رہیں گے۔</w:t>
      </w:r>
    </w:p>
    <w:p>
      <w:r>
        <w:rPr>
          <w:b/>
        </w:rPr>
        <w:t xml:space="preserve">[23:16] </w:t>
      </w:r>
      <w:r>
        <w:t>aur phir aap ko Allah jannat ke liye muntakhib karega. to yeh sari baatein mujhe is par meri samajh mein aayin ke ma yafal Allah bi azabikum.</w:t>
      </w:r>
    </w:p>
    <w:p>
      <w:pPr>
        <w:jc w:val="right"/>
      </w:pPr>
      <w:r>
        <w:t>اور پھر آپ کو اللہ جنت کے لیے منتخب کرے گا۔ تو یہ ساری باتیں مجھے اس پر میری سمجھ میں آئیں کہ ما یفعل اللہ بعذابکم۔</w:t>
      </w:r>
    </w:p>
    <w:p>
      <w:r>
        <w:rPr>
          <w:b/>
        </w:rPr>
        <w:t xml:space="preserve">[23:31] </w:t>
      </w:r>
      <w:r>
        <w:t>Allah tum ko azab de kar kya</w:t>
      </w:r>
    </w:p>
    <w:p>
      <w:pPr>
        <w:jc w:val="right"/>
      </w:pPr>
      <w:r>
        <w:t>اللہ تم کو آزاد دے کر کیا</w:t>
      </w:r>
    </w:p>
    <w:p>
      <w:r>
        <w:rPr>
          <w:b/>
        </w:rPr>
        <w:t xml:space="preserve">[23:33] </w:t>
      </w:r>
      <w:r>
        <w:t>karega? matlab yeh to Allah ki scheme mein nahi hai. insan ko paida kiya us ne behtareen, behtareen surat par, behtareen nemat, behtareen salahiyat par, behtareen shakhsiyat de kar ke.</w:t>
      </w:r>
    </w:p>
    <w:p>
      <w:pPr>
        <w:jc w:val="right"/>
      </w:pPr>
      <w:r>
        <w:t>کرے گا؟ مطلب یہ تو اللہ کی سکیم میں نہیں ہے۔ انسان کو پیدا کیا اس نے بہترین، بہترین صورت پر، بہترین نعمت، بہترین صلاحیت پر، بہترین شخصیت دے کر کے۔</w:t>
      </w:r>
    </w:p>
    <w:p>
      <w:r>
        <w:rPr>
          <w:b/>
        </w:rPr>
        <w:t xml:space="preserve">[23:50] </w:t>
      </w:r>
      <w:r>
        <w:t>to is liye nahi tha ke woh us ko banane ke baad jahannum mein daal de. is liye tha tha ke shukr ke mawaqe jo dunya mein bikhre hue hain</w:t>
      </w:r>
    </w:p>
    <w:p>
      <w:pPr>
        <w:jc w:val="right"/>
      </w:pPr>
      <w:r>
        <w:t>تو اس لیے نہیں تھا کہ وہ اس کو بنانے کے بعد جہنم میں ڈال دے۔ اس لیے تھا تھا کہ شکر کے مواقع جو دنیا میں بکھیرے ہوئے ہیں</w:t>
      </w:r>
    </w:p>
    <w:p>
      <w:r>
        <w:rPr>
          <w:b/>
        </w:rPr>
        <w:t xml:space="preserve">[24:00] </w:t>
      </w:r>
      <w:r>
        <w:t>, un ko woh avail karega, aur phir apni shakhsiyat ko shukr shakhsiyat banayega, aur phir Allah us ko chune ga jannat ke liye.</w:t>
      </w:r>
    </w:p>
    <w:p>
      <w:pPr>
        <w:jc w:val="right"/>
      </w:pPr>
      <w:r>
        <w:t>، ان کو وہ اویل کرے گا، اور پھر اپنی شخصیت کو شاکر شخصیت بنائے گا، اور پھر اللہ اس کو چنے گا جنت کے لیے۔</w:t>
      </w:r>
    </w:p>
    <w:p>
      <w:r>
        <w:rPr>
          <w:b/>
        </w:rPr>
        <w:t xml:space="preserve">[24:10] </w:t>
      </w:r>
      <w:r>
        <w:t>to jannat ki Allah ke jo scheme of things hain, us ke mutabiq, us waqt, us ke mutabiq yeh nahi ke us ko jahannum daal diya jaye, us ke mutabiq ke us ko jannat mein daala jaye.</w:t>
      </w:r>
    </w:p>
    <w:p>
      <w:pPr>
        <w:jc w:val="right"/>
      </w:pPr>
      <w:r>
        <w:t>تو جنت کی اللہ کے جو اسکیم آف تھنگز ہیں، اس کے مطابق، اس وقت، اس کے مطابق یہ نہیں کہ اس کو جہنم ڈال دیا جائے، اس کے مطابق کہ اس کو جنت میں ڈالا جائے۔</w:t>
      </w:r>
    </w:p>
    <w:p>
      <w:r>
        <w:rPr>
          <w:b/>
        </w:rPr>
        <w:t xml:space="preserve">[24:25] </w:t>
      </w:r>
      <w:r>
        <w:t>to yaad rakhiye, jannat us ke liye hai jo apni soch ko develop kare. us ki kahin tazkiya, zaliq jaza muntazak.</w:t>
      </w:r>
    </w:p>
    <w:p>
      <w:pPr>
        <w:jc w:val="right"/>
      </w:pPr>
      <w:r>
        <w:t>تو یاد رکھیے، جنت اس کے لیے ہے جو اپنی سوچ کو ڈیولپ کرے۔ اس کی کہیں تزکیہ، ذالک جزا منتزک۔</w:t>
      </w:r>
    </w:p>
    <w:p>
      <w:r>
        <w:rPr>
          <w:b/>
        </w:rPr>
        <w:t xml:space="preserve">[24:40] </w:t>
      </w:r>
      <w:r>
        <w:t>to tazkiya kya hai? apne zehan ko purify karna, apne zehan ke andar soch ki salahiyat paida karna,</w:t>
      </w:r>
    </w:p>
    <w:p>
      <w:pPr>
        <w:jc w:val="right"/>
      </w:pPr>
      <w:r>
        <w:t>تو تزکیہ کیا ہے؟ اپنے ذہن کو پیوریفائی کرنا، اپنے ذہن کے اندر سوچ کی صلاحیت پیدا کرنا،</w:t>
      </w:r>
    </w:p>
    <w:p>
      <w:r>
        <w:rPr>
          <w:b/>
        </w:rPr>
        <w:t xml:space="preserve">[24:50] </w:t>
      </w:r>
      <w:r>
        <w:t>apne andar yeh salahiyat paida karna ke aap cheezon ko sahi tareeqe par tajziya kar sakein. tab ja kar aap woh mind apne andar bana paayein ge jo mind Allah ke nazdeek jannat mein dakhle ke liye qabil theharta hai.</w:t>
      </w:r>
    </w:p>
    <w:p>
      <w:pPr>
        <w:jc w:val="right"/>
      </w:pPr>
      <w:r>
        <w:t>اپنے اندر یہ صلاحیت پیدا کرنا کہ آپ چیزوں کو صحیح طریقے پر تجزیہ کر سکیں۔ تب جا کر آپ وہ مائنڈ اپنے اندر بنا پائیں گے جو مائنڈ اللہ کے نزدیک جنت میں داخلے کے لیے قابل ٹھہرتا ہے۔</w:t>
      </w:r>
    </w:p>
    <w:p>
      <w:r>
        <w:rPr>
          <w:b/>
        </w:rPr>
        <w:t xml:space="preserve">[25:10] </w:t>
      </w:r>
      <w:r>
        <w:t>to Quran dekhiye, bazahir to ek mukhtasar si kitaab hai,</w:t>
      </w:r>
    </w:p>
    <w:p>
      <w:pPr>
        <w:jc w:val="right"/>
      </w:pPr>
      <w:r>
        <w:t>تو قرآن دیکھیے، بظاہر تو ایک مختصر سی کتاب ہے،</w:t>
      </w:r>
    </w:p>
    <w:p>
      <w:r>
        <w:rPr>
          <w:b/>
        </w:rPr>
        <w:t xml:space="preserve">[25:15] </w:t>
      </w:r>
      <w:r>
        <w:t>lekin us ki har ayat mein bohat badi badi wisdom hai.</w:t>
      </w:r>
    </w:p>
    <w:p>
      <w:pPr>
        <w:jc w:val="right"/>
      </w:pPr>
      <w:r>
        <w:t>لیکن اس کی ہر آیت میں بہت بڑی بڑی وزڈم ہے۔</w:t>
      </w:r>
    </w:p>
    <w:p>
      <w:r>
        <w:rPr>
          <w:b/>
        </w:rPr>
        <w:t xml:space="preserve">[25:24] </w:t>
      </w:r>
      <w:r>
        <w:t>jo kuch log hain, aap jante hain ke kuch mufassireen jo bohat zor dete hain order par, yani nazm, nazm par, ayaton ke darmiyan nazm, suraton ke darmiyan nazm, mein us ko bilkul hi yani khud sakhta samajhta hoon.</w:t>
      </w:r>
    </w:p>
    <w:p>
      <w:pPr>
        <w:jc w:val="right"/>
      </w:pPr>
      <w:r>
        <w:t>جو کچھ لوگ ہیں، آپ جانتے ہیں کہ کچھ مفسرین جو بہت زور دیتے ہیں آرڈر پر، یعنی نظم، نظم پر، آیتوں کے درمیان نظم، سورتوں کے درمیان نظم، میں اس کو بالکل ہی یعنی خود ساختہ سمجھتا ہوں۔</w:t>
      </w:r>
    </w:p>
    <w:p>
      <w:r>
        <w:rPr>
          <w:b/>
        </w:rPr>
        <w:t xml:space="preserve">[25:42] </w:t>
      </w:r>
      <w:r>
        <w:t>dekhiye, aham baat yeh hai ke saare Quran mein kahin bhi yeh nahi hai ke Quran ek munazzam kalam hai. saare Quran mein koi ayat aisi nahi hai, na hadith mein kahin aisa hai ke Quran ek munazzam kitaab hai.</w:t>
      </w:r>
    </w:p>
    <w:p>
      <w:pPr>
        <w:jc w:val="right"/>
      </w:pPr>
      <w:r>
        <w:t>دیکھیے، اہم بات یہ ہے کہ سارے قرآن میں کہیں بھی یہ نہیں ہے کہ قرآن ایک منظم کلام ہے۔ سارے قرآن میں کوئی آیت ایسی نہیں ہے، نہ حدیث میں کہیں ایسا ہے کہ قرآن ایک منظم کتاب ہے۔</w:t>
      </w:r>
    </w:p>
    <w:p>
      <w:r>
        <w:rPr>
          <w:b/>
        </w:rPr>
        <w:t xml:space="preserve">[25:54] </w:t>
      </w:r>
      <w:r>
        <w:t>us ki ayaton ke beech mein nazm hai, us ki suraton ke darmiyan nazm hai. yeh to khud sakhta hai, khud sakhta hai. aisa kyun hai?</w:t>
      </w:r>
    </w:p>
    <w:p>
      <w:pPr>
        <w:jc w:val="right"/>
      </w:pPr>
      <w:r>
        <w:t>اس کی آیتوں کے بیچ میں نظم ہے، اس کی سورتوں کے درمیان نظم ہے۔ یہ تو خود ساختہ ہے، خود ساختہ ہے۔ ایسا کیوں ہے؟</w:t>
      </w:r>
    </w:p>
    <w:p>
      <w:r>
        <w:rPr>
          <w:b/>
        </w:rPr>
        <w:t xml:space="preserve">[26:02] </w:t>
      </w:r>
      <w:r>
        <w:t>Quran haqeeqat mein book of wisdom hai,</w:t>
      </w:r>
    </w:p>
    <w:p>
      <w:pPr>
        <w:jc w:val="right"/>
      </w:pPr>
      <w:r>
        <w:t>قرآن حقیقت میں بک آف وزڈم ہے،</w:t>
      </w:r>
    </w:p>
    <w:p>
      <w:r>
        <w:rPr>
          <w:b/>
        </w:rPr>
        <w:t xml:space="preserve">[26:06] </w:t>
      </w:r>
      <w:r>
        <w:t>book of wisdom. aur yaad rakhiye, wisdom ek phooli phooli hui cheez nahi hoti.</w:t>
      </w:r>
    </w:p>
    <w:p>
      <w:pPr>
        <w:jc w:val="right"/>
      </w:pPr>
      <w:r>
        <w:t>بک آف وزڈم۔ اور یاد رکھیے، وزڈم ایک پھلی پھلی ہوئی چیز نہیں ہوتی۔</w:t>
      </w:r>
    </w:p>
    <w:p>
      <w:r>
        <w:rPr>
          <w:b/>
        </w:rPr>
        <w:t xml:space="preserve">[26:14] </w:t>
      </w:r>
      <w:r>
        <w:t>wisdom woh nahi hai jo das safhe mein murattab ayaton ke tehat batai gayi ho. ek ek ayat nahi hai, ek ek lafz mein wisdom hoti hai.</w:t>
      </w:r>
    </w:p>
    <w:p>
      <w:pPr>
        <w:jc w:val="right"/>
      </w:pPr>
      <w:r>
        <w:t>وزڈم وہ نہیں ہے جو دس صفحے میں مرتب آیات کے تحت بتائی گئی ہو۔ ایک ایک آیت نہیں ہے، ایک ایک لفظ میں وزڈم ہوتی ہے۔</w:t>
      </w:r>
    </w:p>
    <w:p>
      <w:r>
        <w:rPr>
          <w:b/>
        </w:rPr>
        <w:t xml:space="preserve">[26:25] </w:t>
      </w:r>
      <w:r>
        <w:t>ek ek lafz mein ek ayat mein. alhamdulillah mein wisdom</w:t>
      </w:r>
    </w:p>
    <w:p>
      <w:pPr>
        <w:jc w:val="right"/>
      </w:pPr>
      <w:r>
        <w:t>ایک ایک لفظ میں ایک آیت میں۔ الحمدللہ میں وزڈ</w:t>
      </w:r>
    </w:p>
    <w:p>
      <w:r>
        <w:rPr>
          <w:b/>
        </w:rPr>
        <w:t xml:space="preserve">[26:28] </w:t>
      </w:r>
      <w:r>
        <w:t>hai. yeh nahi ke saari suratain aur saare quran mein aap jab rabt talash kar lein, tab aap ko quran ka matlab samajh mein aayega.</w:t>
      </w:r>
    </w:p>
    <w:p>
      <w:pPr>
        <w:jc w:val="right"/>
      </w:pPr>
      <w:r>
        <w:t>م ہے۔ یہ نہیں کہ ساری سورتیں اور سارے قرآن میں آپ جب ربط تلاش کر لیں، تب آپ کو قرآن کا مطلب سمجھ میں آئے گا۔</w:t>
      </w:r>
    </w:p>
    <w:p>
      <w:r>
        <w:rPr>
          <w:b/>
        </w:rPr>
        <w:t xml:space="preserve">[26:38] </w:t>
      </w:r>
      <w:r>
        <w:t>to quran book of wisdom hai. is ki har ayat mein ek wisdom hai. is wisdom ko daryaft kijiye, aur aap ko allah inshallah dard dard dakhil karega.</w:t>
      </w:r>
    </w:p>
    <w:p>
      <w:pPr>
        <w:jc w:val="right"/>
      </w:pPr>
      <w:r>
        <w:t>تو قرآن بک آف وزڈم ہے۔ اس کی ہر آیت میں ایک وزڈم ہے۔ اس وزڈم کو دریافت کیجئے، اور آپ کو اللہ انشاءاللہ درد درد دخل کرے گا۔</w:t>
      </w:r>
    </w:p>
    <w:p>
      <w:r>
        <w:rPr>
          <w:b/>
        </w:rPr>
        <w:t xml:space="preserve">[26:51] </w:t>
      </w:r>
      <w:r>
        <w:t>to mein is ko nahi manta ke quran mein fanni baatein hain, jaisa kuch log nikalte hain, fanni baatein. yeh bhi mein nahi manta ke quran ek mein ek nazm hai.</w:t>
      </w:r>
    </w:p>
    <w:p>
      <w:pPr>
        <w:jc w:val="right"/>
      </w:pPr>
      <w:r>
        <w:t>تو میں اس کو نہیں مانتا کہ قرآن میں فنی باتیں ہیں، جیسا کچھ لوگ نکالتے ہیں، فنی باتیں۔ یہ بھی میں نہیں مانتا کہ قرآن ایک میں ایک نظم ہے۔</w:t>
      </w:r>
    </w:p>
    <w:p>
      <w:r>
        <w:rPr>
          <w:b/>
        </w:rPr>
        <w:t xml:space="preserve">[27:02] </w:t>
      </w:r>
      <w:r>
        <w:t>saare quran mein mein yeh manta hoon ke quran wisdom ki kitab hai. saare quran mein wisdom bikhri hui hai.</w:t>
      </w:r>
    </w:p>
    <w:p>
      <w:pPr>
        <w:jc w:val="right"/>
      </w:pPr>
      <w:r>
        <w:t>سارے قرآن میں میں یہ مانتا ہوں کہ قرآن وزڈم کی کتاب ہے۔ سارے قرآن میں وزڈم بکھری ہوئی ہے۔</w:t>
      </w:r>
    </w:p>
    <w:p>
      <w:r>
        <w:rPr>
          <w:b/>
        </w:rPr>
        <w:t xml:space="preserve">[27:11] </w:t>
      </w:r>
      <w:r>
        <w:t>is wisdom ko daryaft kijiye, aur jannat mein dakhila paaiye. assalam o alaikum wa rehmatullah.</w:t>
      </w:r>
    </w:p>
    <w:p>
      <w:pPr>
        <w:jc w:val="right"/>
      </w:pPr>
      <w:r>
        <w:t>اس وزڈم کو دریافت کیجئے، اور جنت میں داخلہ پائیے۔ السلام علیکم ورحمۃ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