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Remove Tension February 11, 2007 Maulana Wahiduddin Khan</w:t>
      </w:r>
    </w:p>
    <w:p>
      <w:r>
        <w:t>https://www.youtube.com/watch?v=_PB2YOm8cV8</w:t>
      </w:r>
    </w:p>
    <w:p>
      <w:r>
        <w:rPr>
          <w:b/>
        </w:rPr>
        <w:t xml:space="preserve">[00:35] </w:t>
      </w:r>
      <w:r>
        <w:t>aaj ka topic hai: how to remove tension.</w:t>
      </w:r>
    </w:p>
    <w:p>
      <w:pPr>
        <w:jc w:val="right"/>
      </w:pPr>
      <w:r>
        <w:t>آج کا ٹاپک ہے: ہاؤ ٹو ریموو ٹینشن۔</w:t>
      </w:r>
    </w:p>
    <w:p>
      <w:r>
        <w:rPr>
          <w:b/>
        </w:rPr>
        <w:t xml:space="preserve">[00:45] </w:t>
      </w:r>
      <w:r>
        <w:t>tension ka matlab aap jante hain ke hai mental strain.</w:t>
      </w:r>
    </w:p>
    <w:p>
      <w:pPr>
        <w:jc w:val="right"/>
      </w:pPr>
      <w:r>
        <w:t>ٹینشن کا مطلب آپ جانتے ہیں کہ ہے مینٹل اسٹریین۔</w:t>
      </w:r>
    </w:p>
    <w:p>
      <w:r>
        <w:rPr>
          <w:b/>
        </w:rPr>
        <w:t xml:space="preserve">[00:54] </w:t>
      </w:r>
      <w:r>
        <w:t>jab aadmi ko mental strain padta hai kisi wajah se, to us ke andar ek negative feeling aa jati hai jis ko hum tension ya stress ya depression kehte hain.</w:t>
      </w:r>
    </w:p>
    <w:p>
      <w:pPr>
        <w:jc w:val="right"/>
      </w:pPr>
      <w:r>
        <w:t>جب آدمی کو مینٹل اسٹریین پڑتا ہے کسی وجہ سے، تو اس کے اندر ایک نیگیٹیو فیلنگ آ جاتی ہے جس کو ہم ٹینشن یا اسٹریس یا ڈپریشن کہتے ہیں۔</w:t>
      </w:r>
    </w:p>
    <w:p>
      <w:r>
        <w:rPr>
          <w:b/>
        </w:rPr>
        <w:t xml:space="preserve">[01:14] </w:t>
      </w:r>
      <w:r>
        <w:t>yeh ek universal phenomena hai. chhote bade sabhi, kam az kam aaj kal, is mein phanse hue hain.</w:t>
      </w:r>
    </w:p>
    <w:p>
      <w:pPr>
        <w:jc w:val="right"/>
      </w:pPr>
      <w:r>
        <w:t>یہ ایک یونیورسل فیناومینا ہے۔ چھوٹے بڑے سبھی، کم از کم آج کل، اس میں پھنسے ہوئے ہیں۔</w:t>
      </w:r>
    </w:p>
    <w:p>
      <w:r>
        <w:rPr>
          <w:b/>
        </w:rPr>
        <w:t xml:space="preserve">[01:28] </w:t>
      </w:r>
      <w:r>
        <w:t>mein bhi insan hoon. mujhe bhi zindagi mein bar bar tension aata hai. to maine is par bohat kuch padha.</w:t>
      </w:r>
    </w:p>
    <w:p>
      <w:pPr>
        <w:jc w:val="right"/>
      </w:pPr>
      <w:r>
        <w:t>میں بھی انسان ہوں۔ مجھے بھی زندگی میں بار بار ٹینشن آتا ہے۔ تو میں نے اس پر بہت کچھ پڑھا۔</w:t>
      </w:r>
    </w:p>
    <w:p>
      <w:r>
        <w:rPr>
          <w:b/>
        </w:rPr>
        <w:t xml:space="preserve">[01:40] </w:t>
      </w:r>
      <w:r>
        <w:t>aur khud bhi mujhe is ka experience hua. to is ko le kar kuch baatein meri samajh mein aayin.</w:t>
      </w:r>
    </w:p>
    <w:p>
      <w:pPr>
        <w:jc w:val="right"/>
      </w:pPr>
      <w:r>
        <w:t>اور خود بھی مجھے اس کا ایکسپیرینس ہوا۔ تو اس کو لے کر کچھ باتیں میری سمجھ میں آئیں۔</w:t>
      </w:r>
    </w:p>
    <w:p>
      <w:r>
        <w:rPr>
          <w:b/>
        </w:rPr>
        <w:t xml:space="preserve">[01:54] </w:t>
      </w:r>
      <w:r>
        <w:t>mein yeh keh sakta hoon ke jo jar hai, jo root cause hai tension ka, us ko maine pa liya hai. root cause ki jo, tension ki jo, ka jo root cause hai, us ko maine discover kar liya hai.</w:t>
      </w:r>
    </w:p>
    <w:p>
      <w:pPr>
        <w:jc w:val="right"/>
      </w:pPr>
      <w:r>
        <w:t>میں یہ کہہ سکتا ہوں کہ جو جڑ ہے، جو روٹ کاز ہے ٹینشن کا، اس کو میں نے پا لیا ہے۔ روٹ کاز کی جو، ٹینشن کی جو، کا جو روٹ کاز ہے، اس کو میں نے ڈسکور کر لیا ہے۔</w:t>
      </w:r>
    </w:p>
    <w:p>
      <w:r>
        <w:rPr>
          <w:b/>
        </w:rPr>
        <w:t xml:space="preserve">[02:12] </w:t>
      </w:r>
      <w:r>
        <w:t>woh kya hai?</w:t>
      </w:r>
    </w:p>
    <w:p>
      <w:pPr>
        <w:jc w:val="right"/>
      </w:pPr>
      <w:r>
        <w:t>وہ کیا ہے؟</w:t>
      </w:r>
    </w:p>
    <w:p>
      <w:r>
        <w:rPr>
          <w:b/>
        </w:rPr>
        <w:t xml:space="preserve">[02:16] </w:t>
      </w:r>
      <w:r>
        <w:t>yani what</w:t>
      </w:r>
    </w:p>
    <w:p>
      <w:pPr>
        <w:jc w:val="right"/>
      </w:pPr>
      <w:r>
        <w:t>یعنی واٹ</w:t>
      </w:r>
    </w:p>
    <w:p>
      <w:r>
        <w:rPr>
          <w:b/>
        </w:rPr>
        <w:t xml:space="preserve">[02:17] </w:t>
      </w:r>
      <w:r>
        <w:t>is tension? tension is another name for, for, for opting a wrong choice.</w:t>
      </w:r>
    </w:p>
    <w:p>
      <w:pPr>
        <w:jc w:val="right"/>
      </w:pPr>
      <w:r>
        <w:t>از ٹینشن؟ ٹینشن از انادر نیم فار، فار، فار آپٹنگ ا رانگ چوائس۔</w:t>
      </w:r>
    </w:p>
    <w:p>
      <w:r>
        <w:rPr>
          <w:b/>
        </w:rPr>
        <w:t xml:space="preserve">[02:30] </w:t>
      </w:r>
      <w:r>
        <w:t>saari baat ka jo gist jana hai maine ke tension is another name for taking a wrong choice.</w:t>
      </w:r>
    </w:p>
    <w:p>
      <w:pPr>
        <w:jc w:val="right"/>
      </w:pPr>
      <w:r>
        <w:t>ساری بات کا جو میں جسٹ جانا ہے میں نے کہ ٹینشن از انادر نیم فار ٹیکنگ ا رانگ چوائس۔</w:t>
      </w:r>
    </w:p>
    <w:p>
      <w:r>
        <w:rPr>
          <w:b/>
        </w:rPr>
        <w:t xml:space="preserve">[02:44] </w:t>
      </w:r>
      <w:r>
        <w:t>yahi kal baat ka khulasa hai.</w:t>
      </w:r>
    </w:p>
    <w:p>
      <w:pPr>
        <w:jc w:val="right"/>
      </w:pPr>
      <w:r>
        <w:t>یہی کل بات کا خلاصہ ہے۔</w:t>
      </w:r>
    </w:p>
    <w:p>
      <w:r>
        <w:rPr>
          <w:b/>
        </w:rPr>
        <w:t xml:space="preserve">[02:49] </w:t>
      </w:r>
      <w:r>
        <w:t>zindagi aap jante hain ke hum ne na apne aap ko create kiya hai, na is universe ko create kiya hai. aur na jo life support system hai, us ke banane wale hum hain.</w:t>
      </w:r>
    </w:p>
    <w:p>
      <w:pPr>
        <w:jc w:val="right"/>
      </w:pPr>
      <w:r>
        <w:t>زندگی آپ جانتے ہیں کہ ہم نے نہ اپنے آپ کو کریئیٹ کیا ہے، نہ اس یونیورس کو کریئیٹ کیا ہے۔ اور نہ جو لائف سپورٹ سسٹم ہے، اس کے بنانے والے ہم ہیں۔</w:t>
      </w:r>
    </w:p>
    <w:p>
      <w:r>
        <w:rPr>
          <w:b/>
        </w:rPr>
        <w:t xml:space="preserve">[03:04] </w:t>
      </w:r>
      <w:r>
        <w:t>hum to is ko use kar rahe hain. hum is ke user hain. hum creator nahi hain. to</w:t>
      </w:r>
    </w:p>
    <w:p>
      <w:pPr>
        <w:jc w:val="right"/>
      </w:pPr>
      <w:r>
        <w:t>ہم تو اس کو یوز کر رہے ہیں۔ ہم اس کے یوزر ہیں۔ ہم کریئیٹر نہیں ہیں۔ تو</w:t>
      </w:r>
    </w:p>
    <w:p>
      <w:r>
        <w:rPr>
          <w:b/>
        </w:rPr>
        <w:t xml:space="preserve">[03:14] </w:t>
      </w:r>
      <w:r>
        <w:t>jab bhi aadmi is ko bhool jata hai, to woh wrong choice leta hai. choice woh lena chahiye jo nature mein already maujood hai.</w:t>
      </w:r>
    </w:p>
    <w:p>
      <w:pPr>
        <w:jc w:val="right"/>
      </w:pPr>
      <w:r>
        <w:t>جب بھی آدمی اس کو بھول جاتا ہے، تو وہ رانگ چوائس لیتا ہے۔ چوائس وہ لینا چاہیے جو نیچر میں آل ریڈی موجود ہے۔</w:t>
      </w:r>
    </w:p>
    <w:p>
      <w:r>
        <w:rPr>
          <w:b/>
        </w:rPr>
        <w:t xml:space="preserve">[03:27] </w:t>
      </w:r>
      <w:r>
        <w:t>na ke woh jo mere mind mein maujood hai. isi contradiction ka naam tension hai.</w:t>
      </w:r>
    </w:p>
    <w:p>
      <w:pPr>
        <w:jc w:val="right"/>
      </w:pPr>
      <w:r>
        <w:t>نہ کہ وہ جو میرے مائنڈ میں موجود ہے۔ اسی کنٹراڈکشن کا نام ٹینشن ہے۔</w:t>
      </w:r>
    </w:p>
    <w:p>
      <w:r>
        <w:rPr>
          <w:b/>
        </w:rPr>
        <w:t xml:space="preserve">[03:38] </w:t>
      </w:r>
      <w:r>
        <w:t>jaise mein aaj ki ek misaal deta hoon aap ko. jab mujhe</w:t>
      </w:r>
    </w:p>
    <w:p>
      <w:pPr>
        <w:jc w:val="right"/>
      </w:pPr>
      <w:r>
        <w:t>جیسے میں آج کی ایک مثال دیتا ہوں آپ کو۔ جب مجھے</w:t>
      </w:r>
    </w:p>
    <w:p>
      <w:r>
        <w:rPr>
          <w:b/>
        </w:rPr>
        <w:t xml:space="preserve">[03:48] </w:t>
      </w:r>
      <w:r>
        <w:t>yeh faisla hua ke mujhe bolna hai tension ke masle par</w:t>
      </w:r>
    </w:p>
    <w:p>
      <w:pPr>
        <w:jc w:val="right"/>
      </w:pPr>
      <w:r>
        <w:t>یہ فیصلہ ہوا کہ مجھے بولنا ہے ٹینشن کے مسئلے پر</w:t>
      </w:r>
    </w:p>
    <w:p>
      <w:r>
        <w:rPr>
          <w:b/>
        </w:rPr>
        <w:t xml:space="preserve">[03:54] </w:t>
      </w:r>
      <w:r>
        <w:t>, to maine ek baat to janna chaha. mujhe ke tension ka jo phenomena hai, woh ziyada tar kin logon mein hai?</w:t>
      </w:r>
    </w:p>
    <w:p>
      <w:pPr>
        <w:jc w:val="right"/>
      </w:pPr>
      <w:r>
        <w:t>، تو میں نے ایک بات تو جاننا چاہا۔ مجھے کہ ٹینشن کا جو فیناومینا ہے، وہ زیادہ تر کن لوگوں میں ہے؟</w:t>
      </w:r>
    </w:p>
    <w:p>
      <w:r>
        <w:rPr>
          <w:b/>
        </w:rPr>
        <w:t xml:space="preserve">[04:06] </w:t>
      </w:r>
      <w:r>
        <w:t>poore logon mein ya ameer logon mein? pichhle hue logon mein ya jo log aage badh gaye hain un logon mein? is ko maine jaanna chaha.</w:t>
      </w:r>
    </w:p>
    <w:p>
      <w:pPr>
        <w:jc w:val="right"/>
      </w:pPr>
      <w:r>
        <w:t>پورے لوگوں میں یا امیر لوگوں میں؟ پچھلے ہوئے لوگوں میں یا جو لوگ آگے بڑھ گئے ہیں ان لوگوں میں؟ اس کو میں نے جاننا چاہا۔</w:t>
      </w:r>
    </w:p>
    <w:p>
      <w:r>
        <w:rPr>
          <w:b/>
        </w:rPr>
        <w:t xml:space="preserve">[04:17] </w:t>
      </w:r>
      <w:r>
        <w:t>to is sawal ne mere andar ek tension paida kiya. tension kyun?</w:t>
      </w:r>
    </w:p>
    <w:p>
      <w:pPr>
        <w:jc w:val="right"/>
      </w:pPr>
      <w:r>
        <w:t>تو اس سوال نے میرے اندر ایک ٹینشن پیدا کیا۔ ٹینشن کیوں؟</w:t>
      </w:r>
    </w:p>
    <w:p>
      <w:r>
        <w:rPr>
          <w:b/>
        </w:rPr>
        <w:t xml:space="preserve">[04:23] </w:t>
      </w:r>
      <w:r>
        <w:t>is liye ke main manoos tha encyclopedia se. jis generation se ka main, yaani pala badha bachpan se,</w:t>
      </w:r>
    </w:p>
    <w:p>
      <w:pPr>
        <w:jc w:val="right"/>
      </w:pPr>
      <w:r>
        <w:t>اس لیے کہ میں مانوس تھا انسائیکلوپیڈیا سے۔ جس جنریشن سے کا میں، یعنی پلا بڑھا بچپن سے،</w:t>
      </w:r>
    </w:p>
    <w:p>
      <w:r>
        <w:rPr>
          <w:b/>
        </w:rPr>
        <w:t xml:space="preserve">[04:37] </w:t>
      </w:r>
      <w:r>
        <w:t>to main yeh jaanta tha ke kuch book of knowledge hoti hain. is se knowledge milti hai. jab main adham garh mein tha to wahan par ek thi, mehta library is ka naam tha.</w:t>
      </w:r>
    </w:p>
    <w:p>
      <w:pPr>
        <w:jc w:val="right"/>
      </w:pPr>
      <w:r>
        <w:t>تو میں یہ جانتا تھا کہ کچھ بک آف نالج ہوتی ہے۔ اس سے نالج ملتی ہے۔ جب میں آدم گڑھ میں تھا تو وہاں پر ایک تھی، مہتا لائبریری اس کا نام تھا۔</w:t>
      </w:r>
    </w:p>
    <w:p>
      <w:r>
        <w:rPr>
          <w:b/>
        </w:rPr>
        <w:t xml:space="preserve">[04:52] </w:t>
      </w:r>
      <w:r>
        <w:t>to uneeswein sadi ki chhapi hui encyclopedia wahan par thi. is ko ja ke ult palt kiya karta tha. jo gard padi hui thi.</w:t>
      </w:r>
    </w:p>
    <w:p>
      <w:pPr>
        <w:jc w:val="right"/>
      </w:pPr>
      <w:r>
        <w:t>تو انیسویں صدی کی چھپی ہوئی انسائیکلوپیڈیا وہاں پر تھی۔ اس کو جا کے الٹ پلٹ کیا کرتا تھا۔ جو گرد پڑی ہوئی تھی۔</w:t>
      </w:r>
    </w:p>
    <w:p>
      <w:r>
        <w:rPr>
          <w:b/>
        </w:rPr>
        <w:t xml:space="preserve">[05:02] </w:t>
      </w:r>
      <w:r>
        <w:t>to tab se ab tak main yahi jaanta tha. mera mind jo hai is par, yaani yeh mere mind mein yeh cheez baithi hui thi ke koi maloomat lena ho to encyclopedia mein dekho.</w:t>
      </w:r>
    </w:p>
    <w:p>
      <w:pPr>
        <w:jc w:val="right"/>
      </w:pPr>
      <w:r>
        <w:t>تو تب سے اب تک میں یہی جانتا تھا۔ میرا مائنڈ جو ہے اس پر، یعنی یہ میرے مائنڈ میں یہ چیز بیٹھی ہوئی تھی کہ کوئی معلومات لینا ہو تو انسائیکلوپیڈیا میں دیکھو۔</w:t>
      </w:r>
    </w:p>
    <w:p>
      <w:r>
        <w:rPr>
          <w:b/>
        </w:rPr>
        <w:t xml:space="preserve">[05:17] </w:t>
      </w:r>
      <w:r>
        <w:t>ab mere paas Britannica ki poori jildein hain.</w:t>
      </w:r>
    </w:p>
    <w:p>
      <w:pPr>
        <w:jc w:val="right"/>
      </w:pPr>
      <w:r>
        <w:t>اب میرے پاس برٹینیکا کی پوری جلدیں ہیں۔</w:t>
      </w:r>
    </w:p>
    <w:p>
      <w:r>
        <w:rPr>
          <w:b/>
        </w:rPr>
        <w:t xml:space="preserve">[05:22] </w:t>
      </w:r>
      <w:r>
        <w:t>to pehla jo mera mind gaya, udhar hi gaya ke is ko dhoondo. ab maine samjha ke bahut bada task hai yeh. yaani is ko kai din chahiye, ek team chahiye, bahut se log chahiye, woh dhoondein.</w:t>
      </w:r>
    </w:p>
    <w:p>
      <w:pPr>
        <w:jc w:val="right"/>
      </w:pPr>
      <w:r>
        <w:t>تو پہلا جو میرا مائنڈ گیا، ادھر ہی گیا کہ اس کو ڈھونڈو۔ اب میں نے سمجھا کہ بہت بڑا ٹاسک ہے یہ۔ یعنی اس کو کئی دن چاہیے، ایک ٹیم چاہیے، بہت سے لوگ چاہیے، وہ ڈھونڈیں۔</w:t>
      </w:r>
    </w:p>
    <w:p>
      <w:r>
        <w:rPr>
          <w:b/>
        </w:rPr>
        <w:t xml:space="preserve">[05:38] </w:t>
      </w:r>
      <w:r>
        <w:t>kya fluid logon mein tension hai ke poore logon mein tension hai? to phir kya hua</w:t>
      </w:r>
    </w:p>
    <w:p>
      <w:pPr>
        <w:jc w:val="right"/>
      </w:pPr>
      <w:r>
        <w:t>کیا فلوئڈ لوگوں میں ٹینشن ہے کہ پورے لوگوں میں ٹینشن ہے؟ تو پھر کیا ہوا</w:t>
      </w:r>
    </w:p>
    <w:p>
      <w:r>
        <w:rPr>
          <w:b/>
        </w:rPr>
        <w:t xml:space="preserve">[05:44] </w:t>
      </w:r>
      <w:r>
        <w:t>? ab aaj kal ke jo bachche hain, un ko encyclopedia ka, un ka mind nahi hota hai. woh to jhat se jaate hain internet par.</w:t>
      </w:r>
    </w:p>
    <w:p>
      <w:pPr>
        <w:jc w:val="right"/>
      </w:pPr>
      <w:r>
        <w:t>؟ اب آج کل کے جو بچے ہیں، ان کو انسائیکلوپیڈیا کا، ان کا مائنڈ نہیں ہوتا ہے۔ وہ تو جھٹ سے جاتے ہیں انٹرنیٹ پر۔</w:t>
      </w:r>
    </w:p>
    <w:p>
      <w:r>
        <w:rPr>
          <w:b/>
        </w:rPr>
        <w:t xml:space="preserve">[05:55] </w:t>
      </w:r>
      <w:r>
        <w:t>to meri jo poti hai sadia, us ke liye yeh masla nahi tha. jo mere liye tha, woh to hamare hisab se teesri generation hai.</w:t>
      </w:r>
    </w:p>
    <w:p>
      <w:pPr>
        <w:jc w:val="right"/>
      </w:pPr>
      <w:r>
        <w:t>تو میری جو پوتی ہے سعدیہ، اس کے لیے یہ مسئلہ نہیں تھا۔ جو میرے لیے تھا، وہ تو ہمارے حساب سے تیسری جنریشن ہے۔</w:t>
      </w:r>
    </w:p>
    <w:p>
      <w:r>
        <w:rPr>
          <w:b/>
        </w:rPr>
        <w:t xml:space="preserve">[06:08] </w:t>
      </w:r>
      <w:r>
        <w:t>to jhat se gayi internet par.</w:t>
      </w:r>
    </w:p>
    <w:p>
      <w:pPr>
        <w:jc w:val="right"/>
      </w:pPr>
      <w:r>
        <w:t>تو جھٹ سے گئی انٹرنیٹ پر۔</w:t>
      </w:r>
    </w:p>
    <w:p>
      <w:r>
        <w:rPr>
          <w:b/>
        </w:rPr>
        <w:t xml:space="preserve">[06:12] </w:t>
      </w:r>
      <w:r>
        <w:t>to internet par use search engine mein daal diya. search engine ne kya kiya? ke bahut thode waqt mein ek poora ek list nikal kar de di.</w:t>
      </w:r>
    </w:p>
    <w:p>
      <w:pPr>
        <w:jc w:val="right"/>
      </w:pPr>
      <w:r>
        <w:t>تو انٹرنیٹ پر اسے سرچ انجن میں ڈال دیا۔ سرچ انجن نے کیا کیا؟ کہ بہت تھوڑے وقت میں ایک پورا ایک لسٹ نکال کر دے دی۔</w:t>
      </w:r>
    </w:p>
    <w:p>
      <w:r>
        <w:rPr>
          <w:b/>
        </w:rPr>
        <w:t xml:space="preserve">[06:26] </w:t>
      </w:r>
      <w:r>
        <w:t>is list mein dekhiye, char sau</w:t>
      </w:r>
    </w:p>
    <w:p>
      <w:pPr>
        <w:jc w:val="right"/>
      </w:pPr>
      <w:r>
        <w:t>اس لسٹ میں دیکھیے، چار سو</w:t>
      </w:r>
    </w:p>
    <w:p>
      <w:r>
        <w:rPr>
          <w:b/>
        </w:rPr>
        <w:t xml:space="preserve">[06:33] </w:t>
      </w:r>
      <w:r>
        <w:t>do logon ke naam hain.</w:t>
      </w:r>
    </w:p>
    <w:p>
      <w:pPr>
        <w:jc w:val="right"/>
      </w:pPr>
      <w:r>
        <w:t>دو لوگوں کے نام ہیں۔</w:t>
      </w:r>
    </w:p>
    <w:p>
      <w:r>
        <w:rPr>
          <w:b/>
        </w:rPr>
        <w:t xml:space="preserve">[06:39] </w:t>
      </w:r>
      <w:r>
        <w:t>jo stress mein mare, jo depression mein mare.</w:t>
      </w:r>
    </w:p>
    <w:p>
      <w:pPr>
        <w:jc w:val="right"/>
      </w:pPr>
      <w:r>
        <w:t>جو اسٹریس میں مرے، جو ڈپریشن میں مرے۔</w:t>
      </w:r>
    </w:p>
    <w:p>
      <w:r>
        <w:rPr>
          <w:b/>
        </w:rPr>
        <w:t xml:space="preserve">[06:45] </w:t>
      </w:r>
      <w:r>
        <w:t>yaani hum dhoondhte rehte to shayad mahinon lag jaate. Britannica mein milta bhi na. to hum tension mein rehte. to main wrong choice leta. jo cheez aasani se hasil ho sakti thi internet par, us ko main dhoondhta Britannica mein.</w:t>
      </w:r>
    </w:p>
    <w:p>
      <w:pPr>
        <w:jc w:val="right"/>
      </w:pPr>
      <w:r>
        <w:t>یعنی ہم ڈھونڈتے رہتے تو شاید مہینوں لگ جاتے۔ برٹینیکا میں ملتا بھی نہ۔ تو ہم ٹینشن میں رہتے۔ تو میں رانگ چوائس لیتا۔ جو چیز آسانی سے حاصل ہو سکتی تھی انٹرنیٹ پر، اس کو میں ڈھونڈتا برٹینیکا میں۔</w:t>
      </w:r>
    </w:p>
    <w:p>
      <w:r>
        <w:rPr>
          <w:b/>
        </w:rPr>
        <w:t xml:space="preserve">[07:02] </w:t>
      </w:r>
      <w:r>
        <w:t>aur tension mein rehta ke kisi musibat hai, kuch pata hi nahi chal raha hai.</w:t>
      </w:r>
    </w:p>
    <w:p>
      <w:pPr>
        <w:jc w:val="right"/>
      </w:pPr>
      <w:r>
        <w:t>اور ٹینشن میں رہتا کہ کسی مصیبت ہے، کچھ پتہ ہی نہیں چل رہا ہے۔</w:t>
      </w:r>
    </w:p>
    <w:p>
      <w:r>
        <w:rPr>
          <w:b/>
        </w:rPr>
        <w:t xml:space="preserve">[07:07] </w:t>
      </w:r>
      <w:r>
        <w:t>isi ko main keh raha hoon ke tension is</w:t>
      </w:r>
    </w:p>
    <w:p>
      <w:pPr>
        <w:jc w:val="right"/>
      </w:pPr>
      <w:r>
        <w:t>اسی کو میں کہہ رہا ہوں کہ ٹینشن از</w:t>
      </w:r>
    </w:p>
    <w:p>
      <w:r>
        <w:rPr>
          <w:b/>
        </w:rPr>
        <w:t xml:space="preserve">[07:16] </w:t>
      </w:r>
      <w:r>
        <w:t>sirf another name for taking a wrong choice. to yeh ek lambi list mujhe mil gayi char sau do aadmiyon ki.</w:t>
      </w:r>
    </w:p>
    <w:p>
      <w:pPr>
        <w:jc w:val="right"/>
      </w:pPr>
      <w:r>
        <w:t>صرف انادر نیم فار ٹیکنگ ا رانگ چوائس۔ تو یہ ایک لمبی لسٹ مجھے مل گئی چار سو دو آدمیوں کی۔</w:t>
      </w:r>
    </w:p>
    <w:p>
      <w:r>
        <w:rPr>
          <w:b/>
        </w:rPr>
        <w:t xml:space="preserve">[07:30] </w:t>
      </w:r>
      <w:r>
        <w:t>ab maine bahut aasani se jaan liya ke yeh phenomena kulo mein zyada hota hai.</w:t>
      </w:r>
    </w:p>
    <w:p>
      <w:pPr>
        <w:jc w:val="right"/>
      </w:pPr>
      <w:r>
        <w:t>اب میں نے بہت آسانی سے جان لیا کہ یہ فیناومینا کلو میں زیادہ ہوتا ہے۔</w:t>
      </w:r>
    </w:p>
    <w:p>
      <w:r>
        <w:rPr>
          <w:b/>
        </w:rPr>
        <w:t xml:space="preserve">[07:36] </w:t>
      </w:r>
      <w:r>
        <w:t>to maloom hua ke unnesh noo feesad affluent logon mein hota hai. jo celebrities hain, jo bahut kamyab samjhate hain, shohrat mein, siyasi taqat mein, dolat mein jo bade bade log hote hain, buniyadi taur par inhi ka phenomena hai.</w:t>
      </w:r>
    </w:p>
    <w:p>
      <w:pPr>
        <w:jc w:val="right"/>
      </w:pPr>
      <w:r>
        <w:t>تو معلوم ہوا کہ انیس سو نو فیصد افلوئٹ لوگوں میں ہوتا ہے۔ جو سیلیبریٹیز ہیں، جو بہت کامیاب سمجھاتے ہیں، شہرت میں، سیاسی طاقت میں، دولت میں جو بڑے بڑے لوگ ہوتے ہیں، بنیادی طور پر انہی کا فیناومینا ہے۔</w:t>
      </w:r>
    </w:p>
    <w:p>
      <w:r>
        <w:rPr>
          <w:b/>
        </w:rPr>
        <w:t xml:space="preserve">[07:54] </w:t>
      </w:r>
      <w:r>
        <w:t>unnesh noo feesad naam jo is mein hain, inhi logon ke naam hain. to main ek misaal de raha hoon ke stress kya cheez hai? woh hai wrong choice lene ka</w:t>
      </w:r>
    </w:p>
    <w:p>
      <w:pPr>
        <w:jc w:val="right"/>
      </w:pPr>
      <w:r>
        <w:t>انیس سو نو فیصد نام جو اس میں ہیں، انہی لوگوں کے نام ہیں۔ تو میں ایک مثال دے رہا ہوں کہ اسٹریس کیا چیز ہے؟ وہ ہے رانگ چوائس لینے کا</w:t>
      </w:r>
    </w:p>
    <w:p>
      <w:r>
        <w:rPr>
          <w:b/>
        </w:rPr>
        <w:t xml:space="preserve">[08:04] </w:t>
      </w:r>
      <w:r>
        <w:t>. jo cheez dastiyab hai internet par, woh aap dhoondhne lage hain Britannica mein. to maloom hoga yeh to musibat hai.</w:t>
      </w:r>
    </w:p>
    <w:p>
      <w:pPr>
        <w:jc w:val="right"/>
      </w:pPr>
      <w:r>
        <w:t>۔ جو چیز دستیاب ہے انٹرنیٹ پر، وہ آپ ڈھونڈنے لگے ہیں برٹینیکا میں۔ تو معلوم ہوگا یہ تو مصیبت ہے۔</w:t>
      </w:r>
    </w:p>
    <w:p>
      <w:r>
        <w:rPr>
          <w:b/>
        </w:rPr>
        <w:t xml:space="preserve">[08:14] </w:t>
      </w:r>
      <w:r>
        <w:t>to ek formula aap samajh lijiye ke tension is sirf another name for taking a wrong choice.</w:t>
      </w:r>
    </w:p>
    <w:p>
      <w:pPr>
        <w:jc w:val="right"/>
      </w:pPr>
      <w:r>
        <w:t>تو ایک فارمولا آپ سمجھ لیجیے کہ ٹینشن از صرف انادر نیم فار ٹیکنگ ا رانگ چوائس۔</w:t>
      </w:r>
    </w:p>
    <w:p>
      <w:r>
        <w:rPr>
          <w:b/>
        </w:rPr>
        <w:t xml:space="preserve">[08:27] </w:t>
      </w:r>
      <w:r>
        <w:t>isi tarah se galat maloomat, baaton ko kam janna, yeh bhi tension ka sabab banta hai. jaise ke hamare paros mein Maldives hai.</w:t>
      </w:r>
    </w:p>
    <w:p>
      <w:pPr>
        <w:jc w:val="right"/>
      </w:pPr>
      <w:r>
        <w:t>اسی طریقے سے غلط معلومات، باتوں کو کم جاننا، یہ بھی ٹینشن کا سبب بنتا ہے۔ جیسے کہ ہمارے پڑوس میں مالدیپ ہے۔</w:t>
      </w:r>
    </w:p>
    <w:p>
      <w:r>
        <w:rPr>
          <w:b/>
        </w:rPr>
        <w:t xml:space="preserve">[08:43] </w:t>
      </w:r>
      <w:r>
        <w:t>ek jazeera hai, ek alag mulk hai woh. independent mulk.</w:t>
      </w:r>
    </w:p>
    <w:p>
      <w:pPr>
        <w:jc w:val="right"/>
      </w:pPr>
      <w:r>
        <w:t>ایک جزیرہ ہے، ایک الگ ملک ہے وہ۔ انڈیپنڈنٹ ملک۔</w:t>
      </w:r>
    </w:p>
    <w:p>
      <w:r>
        <w:rPr>
          <w:b/>
        </w:rPr>
        <w:t xml:space="preserve">[08:48] </w:t>
      </w:r>
      <w:r>
        <w:t>main ek baar, ek baar ya do baar gaya hoon Maldives. bohat hi khoobsurat mulk hai. har taraf khoobsurti hi khoobsurti hai. aur siyah log bohat aate hain isi khoobsurti ki wajah se.</w:t>
      </w:r>
    </w:p>
    <w:p>
      <w:pPr>
        <w:jc w:val="right"/>
      </w:pPr>
      <w:r>
        <w:t>میں ایک بار، ایک بار یا دو بار گیا ہوں مالدیپ۔ بہت ہی خوبصورت ملک ہے۔ ہر طرف خوبصورتی ہی خوبصورتی ہے۔ اور سیاح لوگ بہت آتے ہیں اسی خوبصورتی کی وجہ سے۔</w:t>
      </w:r>
    </w:p>
    <w:p>
      <w:r>
        <w:rPr>
          <w:b/>
        </w:rPr>
        <w:t xml:space="preserve">[09:01] </w:t>
      </w:r>
      <w:r>
        <w:t>ab paperon mein jo abhi aaj aa rahi hain khabrein ke barf jo hai, barf ke jo idhar taarein hain, woh pighal rahi hain.</w:t>
      </w:r>
    </w:p>
    <w:p>
      <w:pPr>
        <w:jc w:val="right"/>
      </w:pPr>
      <w:r>
        <w:t>اب پیپروں میں جو ابھی آج آ رہی ہیں خبریں کہ برف جو ہے، برف کے جو ادھر تاریں ہیں، وہ پگھل رہی ہیں۔</w:t>
      </w:r>
    </w:p>
    <w:p>
      <w:r>
        <w:rPr>
          <w:b/>
        </w:rPr>
        <w:t xml:space="preserve">[09:15] </w:t>
      </w:r>
      <w:r>
        <w:t>toh samundaron ka level barh raha hai. toh is mein aaya ke Maldives toh doob jayega kuch dino mein. pani ke neeche chala jayega.</w:t>
      </w:r>
    </w:p>
    <w:p>
      <w:pPr>
        <w:jc w:val="right"/>
      </w:pPr>
      <w:r>
        <w:t>تو سمندروں کا لیول بڑھ رہا ہے۔ تو اس میں آیا کہ مالدیپ تو ڈوب جائے گا کچھ دنوں میں۔ پانی کے نیچے چلا جائے گا۔</w:t>
      </w:r>
    </w:p>
    <w:p>
      <w:r>
        <w:rPr>
          <w:b/>
        </w:rPr>
        <w:t xml:space="preserve">[09:24] </w:t>
      </w:r>
      <w:r>
        <w:t>toh ab mere mind mein Maldives ka tasawwur sirf yeh tha ke woh doobne wala hai samandar ke neeche.</w:t>
      </w:r>
    </w:p>
    <w:p>
      <w:pPr>
        <w:jc w:val="right"/>
      </w:pPr>
      <w:r>
        <w:t>تو اب میرے مائنڈ میں مالدیپ کا تصور صرف یہ تھا کہ وہ ڈوبنے والا ہے سمندر کے نیچے۔</w:t>
      </w:r>
    </w:p>
    <w:p>
      <w:r>
        <w:rPr>
          <w:b/>
        </w:rPr>
        <w:t xml:space="preserve">[09:33] </w:t>
      </w:r>
      <w:r>
        <w:t>ab sochiye</w:t>
      </w:r>
    </w:p>
    <w:p>
      <w:pPr>
        <w:jc w:val="right"/>
      </w:pPr>
      <w:r>
        <w:t>اب سوچیے</w:t>
      </w:r>
    </w:p>
    <w:p>
      <w:r>
        <w:rPr>
          <w:b/>
        </w:rPr>
        <w:t xml:space="preserve">[09:37] </w:t>
      </w:r>
      <w:r>
        <w:t>ke jo maloomat mere paas aati thi, yaani media ke zariye, us ne mujhe Maldives ke baray mein ek negative khayal de diya tha.</w:t>
      </w:r>
    </w:p>
    <w:p>
      <w:pPr>
        <w:jc w:val="right"/>
      </w:pPr>
      <w:r>
        <w:t>کہ جو معلومات میرے پاس آتی تھی، یعنی میڈیا کے ذریعے، اس نے مجھے مالدیپ کے بارے میں ایک نیگیٹیو خیال دے دیا تھا۔</w:t>
      </w:r>
    </w:p>
    <w:p>
      <w:r>
        <w:rPr>
          <w:b/>
        </w:rPr>
        <w:t xml:space="preserve">[09:48] </w:t>
      </w:r>
      <w:r>
        <w:t>ke woh doobne wala mulk hai. ghayab ho jayega naqshe se. ab aaj hamare is is class mein ek sahab aaye hain jo Maldives ke hain.</w:t>
      </w:r>
    </w:p>
    <w:p>
      <w:pPr>
        <w:jc w:val="right"/>
      </w:pPr>
      <w:r>
        <w:t>کہ وہ ڈوبنے والا ملک ہے۔ غائب ہو جائے گا نقشے سے۔ اب آج ہمارے اس اس کلاس میں ایک صاحب آئے ہیں جو مالدیپ کے ہیں۔</w:t>
      </w:r>
    </w:p>
    <w:p>
      <w:r>
        <w:rPr>
          <w:b/>
        </w:rPr>
        <w:t xml:space="preserve">[09:59] </w:t>
      </w:r>
      <w:r>
        <w:t>toh ek aisi cheez di unhon ne ke main bohat hi khush ho gaya Maldives ke baray mein.</w:t>
      </w:r>
    </w:p>
    <w:p>
      <w:pPr>
        <w:jc w:val="right"/>
      </w:pPr>
      <w:r>
        <w:t>تو ایک ایسی چیز دی انہوں نے کہ میں بہت ہی خوش ہو گیا مالدیپ کے بارے میں۔</w:t>
      </w:r>
    </w:p>
    <w:p>
      <w:r>
        <w:rPr>
          <w:b/>
        </w:rPr>
        <w:t xml:space="preserve">[10:04] </w:t>
      </w:r>
      <w:r>
        <w:t>farmaya ke ek naya sitara maar raha hai. yaani samandar ka pani agar is ke liye ek ek ek ek risk ban raha hai toh ek aur counter risk wahan par paida ho raha hai.</w:t>
      </w:r>
    </w:p>
    <w:p>
      <w:pPr>
        <w:jc w:val="right"/>
      </w:pPr>
      <w:r>
        <w:t>فرمایا کہ ایک نیا ستارہ مار رہا ہے۔ یعنی سمندر کا پانی اگر اس کے لیے ایک ایک ایک ایک رسک بن رہا ہے تو ایک اور کاؤنٹر رسک وہاں پر پیدا ہو رہا ہے۔</w:t>
      </w:r>
    </w:p>
    <w:p>
      <w:r>
        <w:rPr>
          <w:b/>
        </w:rPr>
        <w:t xml:space="preserve">[10:20] </w:t>
      </w:r>
      <w:r>
        <w:t>woh danishwarana toofan hai. woh kya? meri ek kitab hai yeh, hai is ka naam hai Kitab-e-Zindagi.</w:t>
      </w:r>
    </w:p>
    <w:p>
      <w:pPr>
        <w:jc w:val="right"/>
      </w:pPr>
      <w:r>
        <w:t>وہ دانشورانہ طوفان ہے۔ وہ کیا؟ میری ایک کتاب ہے یہ، ہے اس کا نام ہے کتابِ زندگی۔</w:t>
      </w:r>
    </w:p>
    <w:p>
      <w:r>
        <w:rPr>
          <w:b/>
        </w:rPr>
        <w:t xml:space="preserve">[10:31] </w:t>
      </w:r>
      <w:r>
        <w:t>is mein usool-e-kamyabi ki baatein is ke andar hain. Kitab-e-Zindagi. Usool-e-Kamyabi.</w:t>
      </w:r>
    </w:p>
    <w:p>
      <w:pPr>
        <w:jc w:val="right"/>
      </w:pPr>
      <w:r>
        <w:t>اس میں اصول کامیابی کی باتیں اس کے اندر ہیں۔ کتابِ زندگی۔ اصول کامیابی۔</w:t>
      </w:r>
    </w:p>
    <w:p>
      <w:r>
        <w:rPr>
          <w:b/>
        </w:rPr>
        <w:t xml:space="preserve">[10:42] </w:t>
      </w:r>
      <w:r>
        <w:t>is ko unhon ne Maldives ki zaban mein tarjuma kiya. aur kai kitabein wahan par tarjuma ho chuki hain, chhap chuki hain. yeh haaliya ishaat hai.</w:t>
      </w:r>
    </w:p>
    <w:p>
      <w:pPr>
        <w:jc w:val="right"/>
      </w:pPr>
      <w:r>
        <w:t>اس کو انہوں نے مالدیپ کی زبان میں ترجمہ کیا۔ اور کئی کتابیں وہاں پر ترجمہ ہو چکی ہیں، چھپ چکی ہیں۔ یہ حالیہ اشاعت ہے۔</w:t>
      </w:r>
    </w:p>
    <w:p>
      <w:r>
        <w:rPr>
          <w:b/>
        </w:rPr>
        <w:t xml:space="preserve">[10:53] </w:t>
      </w:r>
      <w:r>
        <w:t>Maldives ki zaban mein Kamyabi ke Maago.</w:t>
      </w:r>
    </w:p>
    <w:p>
      <w:pPr>
        <w:jc w:val="right"/>
      </w:pPr>
      <w:r>
        <w:t>مالدیپ کی زبان میں کامیابی کے ماگو۔</w:t>
      </w:r>
    </w:p>
    <w:p>
      <w:r>
        <w:rPr>
          <w:b/>
        </w:rPr>
        <w:t xml:space="preserve">[11:00] </w:t>
      </w:r>
      <w:r>
        <w:t>yaani kamyabi ka rasta.</w:t>
      </w:r>
    </w:p>
    <w:p>
      <w:pPr>
        <w:jc w:val="right"/>
      </w:pPr>
      <w:r>
        <w:t>یعنی کامیابی کا راستہ۔</w:t>
      </w:r>
    </w:p>
    <w:p>
      <w:r>
        <w:rPr>
          <w:b/>
        </w:rPr>
        <w:t xml:space="preserve">[11:05] </w:t>
      </w:r>
      <w:r>
        <w:t>ab hamare zehn mein toh yahi tha ke wahan par samandar ka pani jo hai wahan par ek masla paida kar raha hai. maloom hua ke yahan danishwarana samandar, danishwarana samandar bhi kaam kar raha hai.</w:t>
      </w:r>
    </w:p>
    <w:p>
      <w:pPr>
        <w:jc w:val="right"/>
      </w:pPr>
      <w:r>
        <w:t>اب ہمارے ذہن میں تو یہی تھا کہ وہاں پر سمندر کا پانی جو ہے وہاں پر ایک مسئلہ پیدا کر رہا ہے۔ معلوم ہوا کہ یہاں دانشورانہ سمندر، دانشورانہ سمندر بھی کام کر رہا ہے۔</w:t>
      </w:r>
    </w:p>
    <w:p>
      <w:r>
        <w:rPr>
          <w:b/>
        </w:rPr>
        <w:t xml:space="preserve">[11:20] </w:t>
      </w:r>
      <w:r>
        <w:t>aap sochiye ke yeh is tarah ki jo soch hai jis ko hum yahan par char kar rahe hain, yeh agar phailay toh is khabar se hazar guna zyada bari khabar hai yeh.</w:t>
      </w:r>
    </w:p>
    <w:p>
      <w:pPr>
        <w:jc w:val="right"/>
      </w:pPr>
      <w:r>
        <w:t>آپ سوچیے کہ یہ اس طرح کی جو سوچ ہے جس کو ہم یہاں پرچار کر رہے ہیں، یہ اگر پھیلے تو اس خبر سے ہزار گنا زیادہ بڑی خبر ہے یہ۔</w:t>
      </w:r>
    </w:p>
    <w:p>
      <w:r>
        <w:rPr>
          <w:b/>
        </w:rPr>
        <w:t xml:space="preserve">[11:35] </w:t>
      </w:r>
      <w:r>
        <w:t>hazar guna zyada bari khabar hai.</w:t>
      </w:r>
    </w:p>
    <w:p>
      <w:pPr>
        <w:jc w:val="right"/>
      </w:pPr>
      <w:r>
        <w:t>ہزار گنا زیادہ بڑی خبر ہے۔</w:t>
      </w:r>
    </w:p>
    <w:p>
      <w:r>
        <w:rPr>
          <w:b/>
        </w:rPr>
        <w:t xml:space="preserve">[11:38] </w:t>
      </w:r>
      <w:r>
        <w:t>kyun ke aap jante hain ke agar samandar ka pani aa raha hai toh abhi bhi ek zameen hai jahan woh ja sakte hain. aur khud aap jante hain ke zamane mein samandar ke pani ke oopar aur woh daal kar ke kankar patthar daal kar ke us ko bahali, woh bhi kar sakte hain.</w:t>
      </w:r>
    </w:p>
    <w:p>
      <w:pPr>
        <w:jc w:val="right"/>
      </w:pPr>
      <w:r>
        <w:t>کیونکہ آپ جانتے ہیں کہ اگر سمندر کا پانی آ رہا ہے تو ابھی بھی ایک زمین ہے جہاں وہ جا سکتے ہیں۔ اور خود آپ جانتے ہیں کہ زمانے میں سمندر کے پانی کے اوپر اور وہ ڈال کر کے کنکر پتھر ڈال کر کے اس کو بحالی، وہ بھی کر سکتے ہیں۔</w:t>
      </w:r>
    </w:p>
    <w:p>
      <w:r>
        <w:rPr>
          <w:b/>
        </w:rPr>
        <w:t xml:space="preserve">[11:54] </w:t>
      </w:r>
      <w:r>
        <w:t>lekin danishwarana taur par agar aadmi bedar nahi hai aur mar jaye woh toh hazar guna kya million guna zyada bara waqia hai.</w:t>
      </w:r>
    </w:p>
    <w:p>
      <w:pPr>
        <w:jc w:val="right"/>
      </w:pPr>
      <w:r>
        <w:t>لیکن دانشورانہ طور پر اگر آدمی بیدار نہیں ہے اور مر جائے وہ تو ہزار گنا کیا ملین گنا زیادہ بڑا واقعہ ہے۔</w:t>
      </w:r>
    </w:p>
    <w:p>
      <w:r>
        <w:rPr>
          <w:b/>
        </w:rPr>
        <w:t xml:space="preserve">[12:06] </w:t>
      </w:r>
      <w:r>
        <w:t>yaani samandar ka toofan aap ko jismani maut de sakta hai bohat se bohat. jismani maut. lekin agar aap ne sachai ko na jana ho.</w:t>
      </w:r>
    </w:p>
    <w:p>
      <w:pPr>
        <w:jc w:val="right"/>
      </w:pPr>
      <w:r>
        <w:t>یعنی سمندر کا طوفان آپ کو جسمانی موت دے سکتا ہے بہت سے بہت۔ جسمانی موت۔ لیکن اگر آپ نے سچائی کو نہ جانا ہو۔</w:t>
      </w:r>
    </w:p>
    <w:p>
      <w:r>
        <w:rPr>
          <w:b/>
        </w:rPr>
        <w:t xml:space="preserve">[12:17] </w:t>
      </w:r>
      <w:r>
        <w:t>agar aap ne usool-e-kamyabi ko na jana ho. agar aap ne zindagi ke raaz ko daryaft na kiya ho toh yeh danishwarana maut hai.</w:t>
      </w:r>
    </w:p>
    <w:p>
      <w:pPr>
        <w:jc w:val="right"/>
      </w:pPr>
      <w:r>
        <w:t>اگر آپ نے اصول کامیابی کو نہ جانا ہو۔ اگر آپ نے زندگی کے راز کو دریافت نہ کیا ہو تو یہ دانشورانہ موت ہے۔</w:t>
      </w:r>
    </w:p>
    <w:p>
      <w:r>
        <w:rPr>
          <w:b/>
        </w:rPr>
        <w:t xml:space="preserve">[12:28] </w:t>
      </w:r>
      <w:r>
        <w:t>aap France aur Germany aur America mein rahen aur aap is se bekhabar hon toh danishwarana taur par aap murda hain.</w:t>
      </w:r>
    </w:p>
    <w:p>
      <w:pPr>
        <w:jc w:val="right"/>
      </w:pPr>
      <w:r>
        <w:t>آپ فرانس اور جرمنی اور امریکہ میں رہیں اور آپ اس سے بے خبر ہوں تو دانشورانہ طور پر آپ مردہ ہیں۔</w:t>
      </w:r>
    </w:p>
    <w:p>
      <w:r>
        <w:rPr>
          <w:b/>
        </w:rPr>
        <w:t xml:space="preserve">[12:37] </w:t>
      </w:r>
      <w:r>
        <w:t>is se bhi badtar. toh ek khabar jo mere mind mein chhai hui thi ke wahan par samandar ka pani charh raha hai toh woh toh bohat choti khabar hai.</w:t>
      </w:r>
    </w:p>
    <w:p>
      <w:pPr>
        <w:jc w:val="right"/>
      </w:pPr>
      <w:r>
        <w:t>اس سے بھی بدتر۔ تو ایک خبر جو میرے مائنڈ میں چھائی ہوئی تھی کہ وہاں پر سمندر کا پانی چڑھ رہا ہے تو وہ تو بہت چھوٹی خبر ہے۔</w:t>
      </w:r>
    </w:p>
    <w:p>
      <w:r>
        <w:rPr>
          <w:b/>
        </w:rPr>
        <w:t xml:space="preserve">[12:49] </w:t>
      </w:r>
      <w:r>
        <w:t>yeh us se zyada bari khabar hai ke wahan par jo yeh hamara mission hai ya khuda ka jo mission hai jo sachai ka mission hai woh wahan par phail raha hai.</w:t>
      </w:r>
    </w:p>
    <w:p>
      <w:pPr>
        <w:jc w:val="right"/>
      </w:pPr>
      <w:r>
        <w:t>یہ اس سے زیادہ بڑی خبر ہے کہ وہاں پر جو یہ ہمارا مشن ہے یا خدا کا جو مشن ہے جو سچائی کا مشن ہے وہ وہاں پر پھیل رہا ہے۔</w:t>
      </w:r>
    </w:p>
    <w:p>
      <w:r>
        <w:rPr>
          <w:b/>
        </w:rPr>
        <w:t xml:space="preserve">[13:02] </w:t>
      </w:r>
      <w:r>
        <w:t>yani danishwarana zindagi de raha hai. log in ko logon ko danishwarana zindagi de rahe hain. danishwarana bedari kar rahe hain. main samajhta hoon is se bari baat kya ho sakti hai?</w:t>
      </w:r>
    </w:p>
    <w:p>
      <w:pPr>
        <w:jc w:val="right"/>
      </w:pPr>
      <w:r>
        <w:t>یعنی دانشورانہ زندگی دے رہا ہے۔ لوگ ان کو لوگوں کو دانشورانہ زندگی دے رہے ہیں۔ دانشورانہ بیداری کر رہے ہیں۔ میں سمجھتا ہوں اس سے بڑی بات کیا ہو سکتی ہے؟</w:t>
      </w:r>
    </w:p>
    <w:p>
      <w:r>
        <w:rPr>
          <w:b/>
        </w:rPr>
        <w:t xml:space="preserve">[13:14] </w:t>
      </w:r>
      <w:r>
        <w:t>to jismani maut choti cheez hai. danishwarana maut zyada bari cheez hai. to jo log danishwarana maut se bachane ke liye wahan mission chala rahe hain main samajhta hoon ke bohat hi bara kaam kar rahe hain woh</w:t>
      </w:r>
    </w:p>
    <w:p>
      <w:pPr>
        <w:jc w:val="right"/>
      </w:pPr>
      <w:r>
        <w:t>تو جسمانی موت چھوٹی چیز ہے۔ دانشورانہ موت زیادہ بڑی چیز ہے۔ تو جو لوگ دانشورانہ موت سے بچانے کے لیے وہاں مشن چلا رہے ہیں میں سمجھتا ہوں کہ بہت ہی بڑا کام کر رہے ہیں وہ</w:t>
      </w:r>
    </w:p>
    <w:p>
      <w:r>
        <w:rPr>
          <w:b/>
        </w:rPr>
        <w:t xml:space="preserve">[13:27] </w:t>
      </w:r>
      <w:r>
        <w:t>. to yeh is tarah ki aur kai kitabein chhap chuki hain maldives se wahan ki zaban mein. to dekhiye</w:t>
      </w:r>
    </w:p>
    <w:p>
      <w:pPr>
        <w:jc w:val="right"/>
      </w:pPr>
      <w:r>
        <w:t>۔ تو یہ اس طرح کی اور کئی کتابیں چھپ چکی ہیں مالدیپ سے وہاں کی زبان میں۔ تو دیکھیے</w:t>
      </w:r>
    </w:p>
    <w:p>
      <w:r>
        <w:rPr>
          <w:b/>
        </w:rPr>
        <w:t xml:space="preserve">[13:40] </w:t>
      </w:r>
      <w:r>
        <w:t>yeh ab main aap ko ek aur khabar ki taraf le jaunga. yeh kal ke waqt mein india mein chhapi thi.</w:t>
      </w:r>
    </w:p>
    <w:p>
      <w:pPr>
        <w:jc w:val="right"/>
      </w:pPr>
      <w:r>
        <w:t>یہ اب میں آپ کو ایک اور خبر کی طرف لے جاؤں گا۔ یہ کل کے وقت میں انڈیا میں چھپی تھی۔</w:t>
      </w:r>
    </w:p>
    <w:p>
      <w:r>
        <w:rPr>
          <w:b/>
        </w:rPr>
        <w:t xml:space="preserve">[13:55] </w:t>
      </w:r>
      <w:r>
        <w:t>aap jante hain ke ek khatoon theen jinka naam tha ann nichole smith. america ki.</w:t>
      </w:r>
    </w:p>
    <w:p>
      <w:pPr>
        <w:jc w:val="right"/>
      </w:pPr>
      <w:r>
        <w:t>آپ جانتے ہیں کہ ایک خاتون تھیں جن کا نام تھا این نکول اسمتھ۔ امریکہ کی۔</w:t>
      </w:r>
    </w:p>
    <w:p>
      <w:r>
        <w:rPr>
          <w:b/>
        </w:rPr>
        <w:t xml:space="preserve">[14:05] </w:t>
      </w:r>
      <w:r>
        <w:t>aalmi shohrat ki khatoon theen woh. ann nichole smith. aalmi shohrat mein top par theen woh.</w:t>
      </w:r>
    </w:p>
    <w:p>
      <w:pPr>
        <w:jc w:val="right"/>
      </w:pPr>
      <w:r>
        <w:t>عالمی شہرت کی خاتون تھیں وہ۔ این نکول اسمتھ۔ عالمی شہرت میں ٹاپ پر تھیں وہ۔</w:t>
      </w:r>
    </w:p>
    <w:p>
      <w:r>
        <w:rPr>
          <w:b/>
        </w:rPr>
        <w:t xml:space="preserve">[14:15] </w:t>
      </w:r>
      <w:r>
        <w:t>bombshell kaha jata tha un ko. bombshell. to unhon ne khudkushi kar liya.</w:t>
      </w:r>
    </w:p>
    <w:p>
      <w:pPr>
        <w:jc w:val="right"/>
      </w:pPr>
      <w:r>
        <w:t>بم شیل کہا جاتا تھا ان کو۔ بم شیل۔ تو انہوں نے خودکشی کر لیا۔</w:t>
      </w:r>
    </w:p>
    <w:p>
      <w:r>
        <w:rPr>
          <w:b/>
        </w:rPr>
        <w:t xml:space="preserve">[14:26] </w:t>
      </w:r>
      <w:r>
        <w:t>khudkushi kar liya. un ki umar kitni thi? sirf tis nau.</w:t>
      </w:r>
    </w:p>
    <w:p>
      <w:pPr>
        <w:jc w:val="right"/>
      </w:pPr>
      <w:r>
        <w:t>خودکشی کر لیا۔ ان کی عمر کتنی تھی؟ صرف تیس نو۔</w:t>
      </w:r>
    </w:p>
    <w:p>
      <w:r>
        <w:rPr>
          <w:b/>
        </w:rPr>
        <w:t xml:space="preserve">[14:34] </w:t>
      </w:r>
      <w:r>
        <w:t>sirf tis nau. aap sochiye ke tis nau ki umar mein unhon ne khudkushi kar liya. ab billion billion dollar in ke paas maujood hai.</w:t>
      </w:r>
    </w:p>
    <w:p>
      <w:pPr>
        <w:jc w:val="right"/>
      </w:pPr>
      <w:r>
        <w:t>صرف تیس نو۔ آپ سوچیے کہ تیس نو کی عمر میں انہوں نے خودکشی کر لیا۔ اب بلین بلین ڈالر ان کے پاس موجود ہے۔</w:t>
      </w:r>
    </w:p>
    <w:p>
      <w:r>
        <w:rPr>
          <w:b/>
        </w:rPr>
        <w:t xml:space="preserve">[14:45] </w:t>
      </w:r>
      <w:r>
        <w:t>shohrat maujood hai. sab kuch maujood hai. aur khudkushi kar liya is ne. kyun?</w:t>
      </w:r>
    </w:p>
    <w:p>
      <w:pPr>
        <w:jc w:val="right"/>
      </w:pPr>
      <w:r>
        <w:t>شہرت موجود ہے۔ سب کچھ موجود ہے۔ اور خودکشی کر لیا اس نے۔ کیوں؟</w:t>
      </w:r>
    </w:p>
    <w:p>
      <w:r>
        <w:rPr>
          <w:b/>
        </w:rPr>
        <w:t xml:space="preserve">[14:54] </w:t>
      </w:r>
      <w:r>
        <w:t>tension ki wajah se.</w:t>
      </w:r>
    </w:p>
    <w:p>
      <w:pPr>
        <w:jc w:val="right"/>
      </w:pPr>
      <w:r>
        <w:t>ٹینشن کی وجہ سے۔</w:t>
      </w:r>
    </w:p>
    <w:p>
      <w:r>
        <w:rPr>
          <w:b/>
        </w:rPr>
        <w:t xml:space="preserve">[14:58] </w:t>
      </w:r>
      <w:r>
        <w:t>tension itni buri cheez hai ke tension logon ko sehat kharab kar deti hai. logon ko depression mein le aati hai.</w:t>
      </w:r>
    </w:p>
    <w:p>
      <w:pPr>
        <w:jc w:val="right"/>
      </w:pPr>
      <w:r>
        <w:t>ٹینشن اتنی بری چیز ہے کہ ٹینشن لوگوں کو صحت خراب کر دیتی ہے۔ لوگوں کو ڈپریشن میں لے آتی ہے۔</w:t>
      </w:r>
    </w:p>
    <w:p>
      <w:r>
        <w:rPr>
          <w:b/>
        </w:rPr>
        <w:t xml:space="preserve">[15:07] </w:t>
      </w:r>
      <w:r>
        <w:t>yahan tak ke log khudkushi kar lete hain. yeh tension kis baat ka tha is ko? yeh isi ki baat nahi hai. is mein ek aur aaya hai ke is tarah ke bohat se cases jo celebrities the jinhon ne khudkushi kiya ya kam az kam depression mein chale gaye</w:t>
      </w:r>
    </w:p>
    <w:p>
      <w:pPr>
        <w:jc w:val="right"/>
      </w:pPr>
      <w:r>
        <w:t>یہاں تک کہ لوگ خودکشی کر لیتے ہیں۔ یہ ٹینشن کس بات کا تھا اس کو؟ یہ اسی کی بات نہیں ہے۔ اس میں ایک اور آیا ہے کہ اس طرح کے بہت سے کیسز جو سیلیبریٹیز تھے جنہوں نے خودکشی کیا یا کم از کم ڈپریشن میں چلے گئے</w:t>
      </w:r>
    </w:p>
    <w:p>
      <w:r>
        <w:rPr>
          <w:b/>
        </w:rPr>
        <w:t xml:space="preserve">[15:26] </w:t>
      </w:r>
      <w:r>
        <w:t>jaise is mein aaya hai ke marilyn monroe. is ne tis chhe mein khudkushi kar liya. to kya hua?</w:t>
      </w:r>
    </w:p>
    <w:p>
      <w:pPr>
        <w:jc w:val="right"/>
      </w:pPr>
      <w:r>
        <w:t>جیسے اس میں آیا ہے کہ مارلین مورلو۔ اس نے تیس چھ میں خودکشی کر لیا۔ تو کیا ہوا؟</w:t>
      </w:r>
    </w:p>
    <w:p>
      <w:r>
        <w:rPr>
          <w:b/>
        </w:rPr>
        <w:t xml:space="preserve">[15:38] </w:t>
      </w:r>
      <w:r>
        <w:t>donon ka case dekhiye.</w:t>
      </w:r>
    </w:p>
    <w:p>
      <w:pPr>
        <w:jc w:val="right"/>
      </w:pPr>
      <w:r>
        <w:t>دونوں کا کیس دیکھیے۔</w:t>
      </w:r>
    </w:p>
    <w:p>
      <w:r>
        <w:rPr>
          <w:b/>
        </w:rPr>
        <w:t xml:space="preserve">[15:42] </w:t>
      </w:r>
      <w:r>
        <w:t>aap log jante hain ke jo khoobsurti ki umar hai woh kya hoti hai? ba mushkil atharah saal se tees saal ke beech mein hoti hai.</w:t>
      </w:r>
    </w:p>
    <w:p>
      <w:pPr>
        <w:jc w:val="right"/>
      </w:pPr>
      <w:r>
        <w:t>آپ لوگ جانتے ہیں کہ جو خوبصورتی کی عمر ہے وہ کیا ہوتی ہے؟ بمشکل اٹھارہ سال سے تیس سال کے بیچ میں ہوتی ہے۔</w:t>
      </w:r>
    </w:p>
    <w:p>
      <w:r>
        <w:rPr>
          <w:b/>
        </w:rPr>
        <w:t xml:space="preserve">[15:51] </w:t>
      </w:r>
      <w:r>
        <w:t>dekhiye khoobsurti kisi chehre ka naam nahi hai. kisi rang ka naam nahi hai.</w:t>
      </w:r>
    </w:p>
    <w:p>
      <w:pPr>
        <w:jc w:val="right"/>
      </w:pPr>
      <w:r>
        <w:t>دیکھیے خوبصورتی کسی چہرے کا نام نہیں ہے۔ کسی رنگ کا نام نہیں ہے۔</w:t>
      </w:r>
    </w:p>
    <w:p>
      <w:r>
        <w:rPr>
          <w:b/>
        </w:rPr>
        <w:t xml:space="preserve">[15:55] </w:t>
      </w:r>
      <w:r>
        <w:t>khoobsurti naam hai jawani ki umar ka. bas jawani ki umar ke aage bahar kuch bhi nahi hai. log yeh bhi nahi jante ke khoobsurti kisi insan ka naam nahi hai.</w:t>
      </w:r>
    </w:p>
    <w:p>
      <w:pPr>
        <w:jc w:val="right"/>
      </w:pPr>
      <w:r>
        <w:t>خوبصورتی نام ہے جوانی کی عمر کا۔ بس جوانی کی عمر کے آگے باہر کچھ بھی نہیں ہے۔ لوگ یہ بھی نہیں جانتے کہ خوبصورتی کسی انسان کا نام نہیں ہے۔</w:t>
      </w:r>
    </w:p>
    <w:p>
      <w:r>
        <w:rPr>
          <w:b/>
        </w:rPr>
        <w:t xml:space="preserve">[16:08] </w:t>
      </w:r>
      <w:r>
        <w:t>beshak khoobsurti kisi larki ya kisi aurat ka naam nahi hai. khoobsurti ek jawani ki umar ka naam hai. jawani ki umar gayi to khoobsurti bhi gayi.</w:t>
      </w:r>
    </w:p>
    <w:p>
      <w:pPr>
        <w:jc w:val="right"/>
      </w:pPr>
      <w:r>
        <w:t>بے شک خوبصورتی کسی لڑکی یا کسی عورت کا نام نہیں ہے۔ خوبصورتی ایک جوانی کی عمر کا نام ہے۔ جوانی کی عمر گئی تو خوبصورتی بھی گئی۔</w:t>
      </w:r>
    </w:p>
    <w:p>
      <w:r>
        <w:rPr>
          <w:b/>
        </w:rPr>
        <w:t xml:space="preserve">[16:21] </w:t>
      </w:r>
      <w:r>
        <w:t>to kya hua? marilyn monroe jo thi jo unnis sau chhappan mein mar gayi thi woh kaha jata hai ke is ne khudkushi kiya tha.</w:t>
      </w:r>
    </w:p>
    <w:p>
      <w:pPr>
        <w:jc w:val="right"/>
      </w:pPr>
      <w:r>
        <w:t>تو کیا ہوا؟ مارلین مورلو جو تھی جو انیس سو چھپن میں مر گئی تھی وہ کہا جاتا ہے کہ اس نے خودکشی کیا تھا۔</w:t>
      </w:r>
    </w:p>
    <w:p>
      <w:r>
        <w:rPr>
          <w:b/>
        </w:rPr>
        <w:t xml:space="preserve">[16:32] </w:t>
      </w:r>
      <w:r>
        <w:t>to goliyan bohat sari kha li theen. tis chhe ki umar mein. bohat shohrat wali, bohat paise wali. kyun kar liya is ne</w:t>
      </w:r>
    </w:p>
    <w:p>
      <w:pPr>
        <w:jc w:val="right"/>
      </w:pPr>
      <w:r>
        <w:t>تو گولیاں بہت ساری کھا لی تھیں۔ تیس چھ کی عمر میں۔ بہت شہرت والی، بہت پیسے والی۔ کیوں کر لیا اس نے</w:t>
      </w:r>
    </w:p>
    <w:p>
      <w:r>
        <w:rPr>
          <w:b/>
        </w:rPr>
        <w:t xml:space="preserve">[16:43] </w:t>
      </w:r>
      <w:r>
        <w:t>? main ne padha tha is zamane mein unnis sau chhappan mein ke woh rozana aaine ke paas aati thi mirror ke paas.</w:t>
      </w:r>
    </w:p>
    <w:p>
      <w:pPr>
        <w:jc w:val="right"/>
      </w:pPr>
      <w:r>
        <w:t>؟ میں نے پڑھا تھا اس زمانے میں انیس سو چھپن میں کہ وہ روزانہ آئینے کے پاس آتی تھی مرر کے پاس۔</w:t>
      </w:r>
    </w:p>
    <w:p>
      <w:r>
        <w:rPr>
          <w:b/>
        </w:rPr>
        <w:t xml:space="preserve">[16:52] </w:t>
      </w:r>
      <w:r>
        <w:t>mirror ke saamne. to mirror ke saamne jab gayi woh achanak us ko ghayab dikhai diya chehre par. ghayab yani jhuriyan.</w:t>
      </w:r>
    </w:p>
    <w:p>
      <w:pPr>
        <w:jc w:val="right"/>
      </w:pPr>
      <w:r>
        <w:t>مرر کے سامنے۔ تو مرر کے سامنے جب گئی وہ اچانک اس کو غائب دکھائی دیا چہرے پر۔ غائب یعنی جھریاں۔</w:t>
      </w:r>
    </w:p>
    <w:p>
      <w:r>
        <w:rPr>
          <w:b/>
        </w:rPr>
        <w:t xml:space="preserve">[17:02] </w:t>
      </w:r>
      <w:r>
        <w:t>ab woh cheekh padi woh. kyun? us ko apni khoobsurti jo hai lagi ke meri khoobsurti ja rahi hai.</w:t>
      </w:r>
    </w:p>
    <w:p>
      <w:pPr>
        <w:jc w:val="right"/>
      </w:pPr>
      <w:r>
        <w:t>اب وہ چیخ پڑی وہ۔ کیوں؟ اس کو اپنی خوبصورتی جو ہے لگی کہ میری خوبصورتی جا رہی ہے۔</w:t>
      </w:r>
    </w:p>
    <w:p>
      <w:r>
        <w:rPr>
          <w:b/>
        </w:rPr>
        <w:t xml:space="preserve">[17:13] </w:t>
      </w:r>
      <w:r>
        <w:t>khoobsoorti ka matlab kya tha is ke liye? markaz kashish banna. chaubis ghante woh markaz kashish bani hui thi.</w:t>
      </w:r>
    </w:p>
    <w:p>
      <w:pPr>
        <w:jc w:val="right"/>
      </w:pPr>
      <w:r>
        <w:t>خوبصورتی کا مطلب کیا تھا اس کے لیے؟ مرکز کشش بننا۔ چوبیس گھنٹے وہ مرکز کشش بنی ہوئی تھی۔</w:t>
      </w:r>
    </w:p>
    <w:p>
      <w:r>
        <w:rPr>
          <w:b/>
        </w:rPr>
        <w:t xml:space="preserve">[17:22] </w:t>
      </w:r>
      <w:r>
        <w:t>camera walon ki, movie walon ki, bade bade logon ki. jahan bhi jati jis majlis mein woh markaz kashish. ab is ne jab dekha ke jhurri aur ghayab.</w:t>
      </w:r>
    </w:p>
    <w:p>
      <w:pPr>
        <w:jc w:val="right"/>
      </w:pPr>
      <w:r>
        <w:t>کیمرہ والوں کی، مووی والوں کی، بڑے بڑے لوگوں کی۔ جہاں بھی جاتی جس مجلس میں وہ مرکز کشش۔ اب اس نے جب دیکھا کہ جھری اور غائب۔</w:t>
      </w:r>
    </w:p>
    <w:p>
      <w:r>
        <w:rPr>
          <w:b/>
        </w:rPr>
        <w:t xml:space="preserve">[17:33] </w:t>
      </w:r>
      <w:r>
        <w:t>ab is ko laga ke ab mein kahin bhi jab jaungi to mein markaz kashish nahi rahungi.</w:t>
      </w:r>
    </w:p>
    <w:p>
      <w:pPr>
        <w:jc w:val="right"/>
      </w:pPr>
      <w:r>
        <w:t>اب اس کو لگا کہ اب میں کہیں بھی جب جاؤں گی تو میں مرکز کشش نہیں رہوں گی۔</w:t>
      </w:r>
    </w:p>
    <w:p>
      <w:r>
        <w:rPr>
          <w:b/>
        </w:rPr>
        <w:t xml:space="preserve">[17:41] </w:t>
      </w:r>
      <w:r>
        <w:t>to sirf is yaani is yaani yeh is peshgi is ne is ke andar yeh ek ehsas aayi. is ki wajah se ghar se nikalna band kar diya is ne.</w:t>
      </w:r>
    </w:p>
    <w:p>
      <w:pPr>
        <w:jc w:val="right"/>
      </w:pPr>
      <w:r>
        <w:t>تو صرف اس یعنی اس یعنی یہ اس پیشگی اس نے اس کے اندر یہ ایک احساس آئی۔ اس کی وجہ سے گھر سے نکلنا بند کر دیا اس نے۔</w:t>
      </w:r>
    </w:p>
    <w:p>
      <w:r>
        <w:rPr>
          <w:b/>
        </w:rPr>
        <w:t xml:space="preserve">[17:54] </w:t>
      </w:r>
      <w:r>
        <w:t>ghar mein kuch din rahi. phir goliyan kha ke mar gayi. yahi haal is ka hua. ann smith, ann nicole smith ka.</w:t>
      </w:r>
    </w:p>
    <w:p>
      <w:pPr>
        <w:jc w:val="right"/>
      </w:pPr>
      <w:r>
        <w:t>گھر میں کچھ دن رہی۔ پھر گولیاں کھا کے مر گئی۔ یہی حال اس کا ہوا۔ این اسمتھ، این نکول اسمتھ کا۔</w:t>
      </w:r>
    </w:p>
    <w:p>
      <w:r>
        <w:rPr>
          <w:b/>
        </w:rPr>
        <w:t xml:space="preserve">[18:08] </w:t>
      </w:r>
      <w:r>
        <w:t>is ne dekha ke ab jitna zyada log mutawajjah hote the pehle mujh se ab itna mutawajjah nahi ho rahe hain. kyunke tees saal guzar chuka tha.</w:t>
      </w:r>
    </w:p>
    <w:p>
      <w:pPr>
        <w:jc w:val="right"/>
      </w:pPr>
      <w:r>
        <w:t>اس نے دیکھا کہ اب جتنا زیادہ لوگ متوجہ ہوتے تھے پہلے مجھ سے اب اتنا متوجہ نہیں ہو رہے ہیں۔ کیونکہ تیس سال گزر چکا تھا۔</w:t>
      </w:r>
    </w:p>
    <w:p>
      <w:r>
        <w:rPr>
          <w:b/>
        </w:rPr>
        <w:t xml:space="preserve">[18:18] </w:t>
      </w:r>
      <w:r>
        <w:t>mein ne bataya, arz kiya ke atharah se tees saal tak jawani ki umar hai. tab aadmi ke chehre pe ek raunaq hoti hai. ek kashish hota hai.</w:t>
      </w:r>
    </w:p>
    <w:p>
      <w:pPr>
        <w:jc w:val="right"/>
      </w:pPr>
      <w:r>
        <w:t>میں نے بتایا، عرض کیا کہ اٹھارہ سے تیس سال تک جوانی کی عمر ہے۔ تب آدمی کے چہرے پہ ایک رونق ہوتی ہے۔ ایک کشش ہوتا ہے۔</w:t>
      </w:r>
    </w:p>
    <w:p>
      <w:r>
        <w:rPr>
          <w:b/>
        </w:rPr>
        <w:t xml:space="preserve">[18:29] </w:t>
      </w:r>
      <w:r>
        <w:t>ek tazgi hoti hai. woh phool ki tarah dikhai deta hai.</w:t>
      </w:r>
    </w:p>
    <w:p>
      <w:pPr>
        <w:jc w:val="right"/>
      </w:pPr>
      <w:r>
        <w:t>ایک تازگی ہوتی ہے۔ وہ پھول کی طرح دکھائی دیتا ہے۔</w:t>
      </w:r>
    </w:p>
    <w:p>
      <w:r>
        <w:rPr>
          <w:b/>
        </w:rPr>
        <w:t xml:space="preserve">[18:32] </w:t>
      </w:r>
      <w:r>
        <w:t>lekin jaise hi tees se oopar gaye aap to phir woh dilkashi khatam hone lagti hai. to woh ho gayi thi ab tees nau ki.</w:t>
      </w:r>
    </w:p>
    <w:p>
      <w:pPr>
        <w:jc w:val="right"/>
      </w:pPr>
      <w:r>
        <w:t>لیکن جیسے ہی تیس سے اوپر گئے آپ تو پھر وہ دلکشی ختم ہونے لگتی ہے۔ تو وہ ہو گئی تھی اب تیس نو کی۔</w:t>
      </w:r>
    </w:p>
    <w:p>
      <w:r>
        <w:rPr>
          <w:b/>
        </w:rPr>
        <w:t xml:space="preserve">[18:43] </w:t>
      </w:r>
      <w:r>
        <w:t>ab jab jati thi majlis mein to log itna mutawajjah nahi hote the is ke. ab doosri ladkiyan aa gayeen. doosri, teesri, chauthi, panchvi ladkiyan aa gayeen.</w:t>
      </w:r>
    </w:p>
    <w:p>
      <w:pPr>
        <w:jc w:val="right"/>
      </w:pPr>
      <w:r>
        <w:t>اب جب جاتی تھی مجلسوں میں تو لوگ اتنا متوجہ نہیں ہوتے تھے اس کے۔ اب دوسری لڑکیاں آ گئیں۔ دوسری، تیسری، چوتھی، پانچویں لڑکیاں آ گئیں۔</w:t>
      </w:r>
    </w:p>
    <w:p>
      <w:r>
        <w:rPr>
          <w:b/>
        </w:rPr>
        <w:t xml:space="preserve">[18:53] </w:t>
      </w:r>
      <w:r>
        <w:t>jo jawani ki umar mein thin woh. jawani ki umar mein ek kala aadmi bhi acha lagta hai yaad rakhiye.</w:t>
      </w:r>
    </w:p>
    <w:p>
      <w:pPr>
        <w:jc w:val="right"/>
      </w:pPr>
      <w:r>
        <w:t>جو جوانی کی عمر میں تھیں وہ۔ جوانی کی عمر میں ایک کالا آدمی بھی اچھا لگتا ہے یاد رکھیے۔</w:t>
      </w:r>
    </w:p>
    <w:p>
      <w:r>
        <w:rPr>
          <w:b/>
        </w:rPr>
        <w:t xml:space="preserve">[19:01] </w:t>
      </w:r>
      <w:r>
        <w:t>jawani ki umar hi ka naam hai khoobsoorti. to ab is ko depression hone laga. ke ab aage jo is ka mustaqbil hai woh mustaqbil mein woh markaz kashish nahi rahegi.</w:t>
      </w:r>
    </w:p>
    <w:p>
      <w:pPr>
        <w:jc w:val="right"/>
      </w:pPr>
      <w:r>
        <w:t>جوانی کی عمر ہی کا نام ہے خوبصورتی۔ تو اب اس کو ڈپریشن ہونے لگا۔ کہ اب آگے جو اس کا مستقبل ہے وہ مستقبل میں وہ مرکز کشش نہیں رہے گی۔</w:t>
      </w:r>
    </w:p>
    <w:p>
      <w:r>
        <w:rPr>
          <w:b/>
        </w:rPr>
        <w:t xml:space="preserve">[19:14] </w:t>
      </w:r>
      <w:r>
        <w:t>to kya hua? is ne khudkushi kar liya. mein ne bataya ke tees nau ki koi umar koi umar hoti hai.</w:t>
      </w:r>
    </w:p>
    <w:p>
      <w:pPr>
        <w:jc w:val="right"/>
      </w:pPr>
      <w:r>
        <w:t>تو کیا ہوا؟ اس نے خودکشی کر لیا۔ میں نے بتایا کہ تیس نو کی کوئی عمر کوئی عمر ہوتی ہے۔</w:t>
      </w:r>
    </w:p>
    <w:p>
      <w:r>
        <w:rPr>
          <w:b/>
        </w:rPr>
        <w:t xml:space="preserve">[19:24] </w:t>
      </w:r>
      <w:r>
        <w:t>sara mustaqbil pada hua tha is ke liye. lekin apne aap ko maar dala is ne.</w:t>
      </w:r>
    </w:p>
    <w:p>
      <w:pPr>
        <w:jc w:val="right"/>
      </w:pPr>
      <w:r>
        <w:t>سارا مستقبل پڑا ہوا تھا اس کے لیے۔ لیکن اپنے آپ کو مار ڈالا اس نے۔</w:t>
      </w:r>
    </w:p>
    <w:p>
      <w:r>
        <w:rPr>
          <w:b/>
        </w:rPr>
        <w:t xml:space="preserve">[19:30] </w:t>
      </w:r>
      <w:r>
        <w:t>yeh kyun aisa hua? is ne apne aap ko jo tarz-e-zindagi is ka tha woh jeeti thi is mein ke mein mein hi bas markaz kashish hoon har jagah jahan jaon wahan.</w:t>
      </w:r>
    </w:p>
    <w:p>
      <w:pPr>
        <w:jc w:val="right"/>
      </w:pPr>
      <w:r>
        <w:t>یہ کیوں ایسا ہوا؟ اس نے اپنے آپ کو جو طرزِ زندگی اس کا تھا وہ جیتی تھی اس میں کہ میں میں ہی بس مرکز کشش ہوں ہر جگہ جہاں جاؤں وہاں۔</w:t>
      </w:r>
    </w:p>
    <w:p>
      <w:r>
        <w:rPr>
          <w:b/>
        </w:rPr>
        <w:t xml:space="preserve">[19:43] </w:t>
      </w:r>
      <w:r>
        <w:t>is mein jeeti thi woh. yaani is ke liye jo mayar tha woh yahi tha. ek hi is ko yahi pata tha mayar ka.</w:t>
      </w:r>
    </w:p>
    <w:p>
      <w:pPr>
        <w:jc w:val="right"/>
      </w:pPr>
      <w:r>
        <w:t>اس میں جیتی تھی وہ۔ یعنی اس کے لیے جو معیار تھا وہ یہی تھا۔ ایک ہی اس کو یہی پتہ تھا معیار کا۔</w:t>
      </w:r>
    </w:p>
    <w:p>
      <w:r>
        <w:rPr>
          <w:b/>
        </w:rPr>
        <w:t xml:space="preserve">[19:52] </w:t>
      </w:r>
      <w:r>
        <w:t>markaz kashish. ab yeh chunaunke chhin laga ke bichhan raha hai mujh se. mein kahin jata hoon meeting mein to doosri ladkiyan jo jawani ki umar mein abhi hain log un ki taraf mutawajjah hote hain.</w:t>
      </w:r>
    </w:p>
    <w:p>
      <w:pPr>
        <w:jc w:val="right"/>
      </w:pPr>
      <w:r>
        <w:t>مرکز کشش۔ اب یہ چونکہ چھن لگا کے بچھن رہا ہے مجھ سے۔ میں کہیں جاتا ہوں میٹنگ میں تو دوسری لڑکیاں جو جوانی کی عمر میں ابھی ہیں لوگ ان کی طرف متوجہ ہوتے ہیں۔</w:t>
      </w:r>
    </w:p>
    <w:p>
      <w:r>
        <w:rPr>
          <w:b/>
        </w:rPr>
        <w:t xml:space="preserve">[20:03] </w:t>
      </w:r>
      <w:r>
        <w:t>mujhe kam shirkat karte hain. to depression hua aur apne aap ko khwamkhwah maar dala. ab mein aap ko doosri misaal deta hoon apni walida ka.</w:t>
      </w:r>
    </w:p>
    <w:p>
      <w:pPr>
        <w:jc w:val="right"/>
      </w:pPr>
      <w:r>
        <w:t>مجھے کم شرکت کرتے ہیں۔ تو ڈپریشن ہوا اور اپنے آپ کو خوامخواہ مار لیا۔ اب میں آپ کو دوسری مثال دیتا ہوں اپنی والدہ کا۔</w:t>
      </w:r>
    </w:p>
    <w:p>
      <w:r>
        <w:rPr>
          <w:b/>
        </w:rPr>
        <w:t xml:space="preserve">[20:18] </w:t>
      </w:r>
      <w:r>
        <w:t>meri walida jo thin log sab log kehte the ke bohat khoobsoorat thin woh. aur hamare baap bohat mante the un ko.</w:t>
      </w:r>
    </w:p>
    <w:p>
      <w:pPr>
        <w:jc w:val="right"/>
      </w:pPr>
      <w:r>
        <w:t>میری والدہ جو تھیں لوگ سب لوگ کہتے تھے کہ بہت خوبصورت تھیں وہ۔ اور ہمارے باپ بہت مانتے تھے ان کو۔</w:t>
      </w:r>
    </w:p>
    <w:p>
      <w:r>
        <w:rPr>
          <w:b/>
        </w:rPr>
        <w:t xml:space="preserve">[20:27] </w:t>
      </w:r>
      <w:r>
        <w:t>abhi woh zyada umar nahi hui thi un ki. ke december unees so chhappan mein mere baap ka inteqal ho gaya.</w:t>
      </w:r>
    </w:p>
    <w:p>
      <w:pPr>
        <w:jc w:val="right"/>
      </w:pPr>
      <w:r>
        <w:t>ابھی وہ زیادہ عمر نہیں ہوئی تھی ان کی۔ کہ دسمبر انیس سو چھپن میں میرے باپ کا انتقال ہو گیا۔</w:t>
      </w:r>
    </w:p>
    <w:p>
      <w:r>
        <w:rPr>
          <w:b/>
        </w:rPr>
        <w:t xml:space="preserve">[20:40] </w:t>
      </w:r>
      <w:r>
        <w:t>december unees so chhappan mein.</w:t>
      </w:r>
    </w:p>
    <w:p>
      <w:pPr>
        <w:jc w:val="right"/>
      </w:pPr>
      <w:r>
        <w:t>دسمبر انیس سو چھپن میں۔</w:t>
      </w:r>
    </w:p>
    <w:p>
      <w:r>
        <w:rPr>
          <w:b/>
        </w:rPr>
        <w:t xml:space="preserve">[20:45] </w:t>
      </w:r>
      <w:r>
        <w:t>to abhi un ki umar itni zyada nahi thi. rishte aate the un ke doosri shadi ke liye. lekin un ke paas paanch bachhe the. hum log jo the paanch bachhe.</w:t>
      </w:r>
    </w:p>
    <w:p>
      <w:pPr>
        <w:jc w:val="right"/>
      </w:pPr>
      <w:r>
        <w:t>تو ابھی ان کی عمر اتنی زیادہ نہیں تھی۔ رشتے آتے تھے ان کے دوسری شادی کے لیے۔ لیکن ان کے پاس پانچ بچے تھے۔ ہم لوگ جو تھے پانچ بچے۔</w:t>
      </w:r>
    </w:p>
    <w:p>
      <w:r>
        <w:rPr>
          <w:b/>
        </w:rPr>
        <w:t xml:space="preserve">[20:54] </w:t>
      </w:r>
      <w:r>
        <w:t>do behnein, teen bhai. to unhon ne yeh faisla kiya ke mujhe doosri shadi nahi karna hai. kyunke in bachhon ko mujhe paalna hai.</w:t>
      </w:r>
    </w:p>
    <w:p>
      <w:pPr>
        <w:jc w:val="right"/>
      </w:pPr>
      <w:r>
        <w:t>دو بہنیں، تین بھائی۔ تو انہوں نے یہ فیصلہ کیا کہ مجھے دوسری شادی نہیں کرنا ہے۔ کیونکہ ان بچوں کو مجھے پالنا ہے۔</w:t>
      </w:r>
    </w:p>
    <w:p>
      <w:r>
        <w:rPr>
          <w:b/>
        </w:rPr>
        <w:t xml:space="preserve">[21:04] </w:t>
      </w:r>
      <w:r>
        <w:t>lekin masla kya tha?</w:t>
      </w:r>
    </w:p>
    <w:p>
      <w:pPr>
        <w:jc w:val="right"/>
      </w:pPr>
      <w:r>
        <w:t>لیکن مسئلہ کیا تھا؟</w:t>
      </w:r>
    </w:p>
    <w:p>
      <w:r>
        <w:rPr>
          <w:b/>
        </w:rPr>
        <w:t xml:space="preserve">[21:07] </w:t>
      </w:r>
      <w:r>
        <w:t>ke baap ke marne ke baad</w:t>
      </w:r>
    </w:p>
    <w:p>
      <w:pPr>
        <w:jc w:val="right"/>
      </w:pPr>
      <w:r>
        <w:t>کہ باپ کے مرنے کے بعد</w:t>
      </w:r>
    </w:p>
    <w:p>
      <w:r>
        <w:rPr>
          <w:b/>
        </w:rPr>
        <w:t xml:space="preserve">[21:12] </w:t>
      </w:r>
      <w:r>
        <w:t>aap logon ko ek baat ka pata nahi hoga ke zarai zamane mein kya hota tha hamare gaon mein. ke sab kuch base karta tha zameen par.</w:t>
      </w:r>
    </w:p>
    <w:p>
      <w:pPr>
        <w:jc w:val="right"/>
      </w:pPr>
      <w:r>
        <w:t>آپ لوگوں کو ایک بات کا پتہ نہیں ہوگا کہ زرعی زمانے میں کیا ہوتا تھا ہمارے گاؤں میں۔ کہ سب کچھ بیس کرتا تھا زمین پر۔</w:t>
      </w:r>
    </w:p>
    <w:p>
      <w:r>
        <w:rPr>
          <w:b/>
        </w:rPr>
        <w:t xml:space="preserve">[21:21] </w:t>
      </w:r>
      <w:r>
        <w:t>to zameen ko log girift kiya karte thay. ab zameen ki ahmiyat number do par chali gayi hai. ab log karobar mein, sanat mein aur naukri mein yahan wahan milian chezen khuli hui hain aap paisa kama sakte hain ja kar ke</w:t>
      </w:r>
    </w:p>
    <w:p>
      <w:pPr>
        <w:jc w:val="right"/>
      </w:pPr>
      <w:r>
        <w:t>تو زمین کو لوگ گرفت کیا کرتے تھے۔ اب زمین کی اہمیت نمبر دو پر چلی گئی ہے۔ اب لوگ کاروبار میں، صنعت میں اور نوکری میں یہاں وہاں ملین چیزیں کھلی ہوئی ہیں آپ پیسہ کما سکتے ہیں جا کر کے</w:t>
      </w:r>
    </w:p>
    <w:p>
      <w:r>
        <w:rPr>
          <w:b/>
        </w:rPr>
        <w:t xml:space="preserve">[21:35] </w:t>
      </w:r>
      <w:r>
        <w:t>wahan. kyunke pehle to sirf ek hi cheez thi zameen bas. to sara jhagda hota tha zameen ke upar le kar ke. koi aur logon ko dikhai nahi padta tha zariya aamdani.</w:t>
      </w:r>
    </w:p>
    <w:p>
      <w:pPr>
        <w:jc w:val="right"/>
      </w:pPr>
      <w:r>
        <w:t>وہاں۔ کیونکہ پہلے تو صرف ایک ہی چیز تھی زمین بس۔ تو سارا جھگڑا ہوتا تھا زمین کے اوپر لے کر کے۔ کوئی اور لوگوں کو دکھائی نہیں پڑتا تھا ذریعہ آمدنی۔</w:t>
      </w:r>
    </w:p>
    <w:p>
      <w:r>
        <w:rPr>
          <w:b/>
        </w:rPr>
        <w:t xml:space="preserve">[21:45] </w:t>
      </w:r>
      <w:r>
        <w:t>to kya hua ke hamare baap jab mare to sari hamari zameen aur bagh aur yeh sab logon ne le liya. hamari maan jo hai un ko ek jagah de di jo hospital, istbal thi yani wahan ghoda rehta tha.</w:t>
      </w:r>
    </w:p>
    <w:p>
      <w:pPr>
        <w:jc w:val="right"/>
      </w:pPr>
      <w:r>
        <w:t>تو کیا ہوا کہ ہمارے باپ جب مرے تو ساری ہماری زمین اور باغ اور یہ سب لوگوں نے لے لیا۔ ہماری ماں جو ہے ان کو ایک جگہ دے دی جو ہسپتال، استبل تھی یعنی وہاں گھوڑا رہتا تھا۔</w:t>
      </w:r>
    </w:p>
    <w:p>
      <w:r>
        <w:rPr>
          <w:b/>
        </w:rPr>
        <w:t xml:space="preserve">[22:03] </w:t>
      </w:r>
      <w:r>
        <w:t>h</w:t>
      </w:r>
    </w:p>
    <w:p>
      <w:pPr>
        <w:jc w:val="right"/>
      </w:pPr>
      <w:r>
        <w:t>ہ</w:t>
      </w:r>
    </w:p>
    <w:p>
      <w:r>
        <w:rPr>
          <w:b/>
        </w:rPr>
        <w:t xml:space="preserve">[22:04] </w:t>
      </w:r>
      <w:r>
        <w:t>mare ghorey paley rehte thay to woh ghoda wahan rehta tha. to kafi bara compound tha wohi de diya rani ke liye. to hum log ghar ki bajaye istbal bhi rakh le.</w:t>
      </w:r>
    </w:p>
    <w:p>
      <w:pPr>
        <w:jc w:val="right"/>
      </w:pPr>
      <w:r>
        <w:t>مارے گھوڑے پلے رہتے تھے تو وہ گھوڑا وہاں رہتا تھا۔ تو کافی بڑا کمپاؤنڈ تھا وہی دے دیا رانی کے لیے۔ تو ہم لوگ گھر کی بجائے استبل بھی رکھ لے۔</w:t>
      </w:r>
    </w:p>
    <w:p>
      <w:r>
        <w:rPr>
          <w:b/>
        </w:rPr>
        <w:t xml:space="preserve">[22:16] </w:t>
      </w:r>
      <w:r>
        <w:t>ab dekhen ke meri maan jo hai khudkushi kar sakti thi ya doosri shadi kar leti hai hum log bilkul yani woh ho kar rehte yani bigad kar reh jatay.</w:t>
      </w:r>
    </w:p>
    <w:p>
      <w:pPr>
        <w:jc w:val="right"/>
      </w:pPr>
      <w:r>
        <w:t>اب دیکھیں کہ میری ماں جو ہے خودکشی کر سکتی تھی یا دوسری شادی کر لیتی ہے ہم لوگ بالکل یعنی وہ ہو کر رہتے یعنی بگڑ کر رہ جاتے۔</w:t>
      </w:r>
    </w:p>
    <w:p>
      <w:r>
        <w:rPr>
          <w:b/>
        </w:rPr>
        <w:t xml:space="preserve">[22:29] </w:t>
      </w:r>
      <w:r>
        <w:t>bila maan, bila baap ke jo bachay hotay hain woh kharab ho jatay hain aap jantay hain.</w:t>
      </w:r>
    </w:p>
    <w:p>
      <w:pPr>
        <w:jc w:val="right"/>
      </w:pPr>
      <w:r>
        <w:t>بلا ماں، بلا باپ کے جو بچے ہوتے ہیں وہ خراب ہو جاتے ہیں آپ جانتے ہیں۔</w:t>
      </w:r>
    </w:p>
    <w:p>
      <w:r>
        <w:rPr>
          <w:b/>
        </w:rPr>
        <w:t xml:space="preserve">[22:34] </w:t>
      </w:r>
      <w:r>
        <w:t>lekin unhon ne kya faisla kiya ke mujhe ek nai zindagi banani hai. ek khushhal kisan ke ghar ki larki thi woh.</w:t>
      </w:r>
    </w:p>
    <w:p>
      <w:pPr>
        <w:jc w:val="right"/>
      </w:pPr>
      <w:r>
        <w:t>لیکن انہوں نے کیا فیصلہ کیا کہ مجھے ایک نئی زندگی بنانی ہے۔ ایک خوشحال کسان کے گھر کی لڑکی تھی وہ۔</w:t>
      </w:r>
    </w:p>
    <w:p>
      <w:r>
        <w:rPr>
          <w:b/>
        </w:rPr>
        <w:t xml:space="preserve">[22:45] </w:t>
      </w:r>
      <w:r>
        <w:t>aur hamare baap bhi achi halat mein thay. hum log zamindar thay. achank zamindar ho gaye hum log. to unhon ne kya kiya? unhon ne yeh faisla kiya ke mere pas sehat hai.</w:t>
      </w:r>
    </w:p>
    <w:p>
      <w:pPr>
        <w:jc w:val="right"/>
      </w:pPr>
      <w:r>
        <w:t>اور ہمارے باپ بھی اچھی حالت میں تھے۔ ہم لوگ زمیندار تھے۔ اچانک زمیندار ہو گئے ہم لوگ۔ تو انہوں نے کیا کیا؟ انہوں نے یہ فیصلہ کیا کہ میرے پاس صحت ہے۔</w:t>
      </w:r>
    </w:p>
    <w:p>
      <w:r>
        <w:rPr>
          <w:b/>
        </w:rPr>
        <w:t xml:space="preserve">[22:56] </w:t>
      </w:r>
      <w:r>
        <w:t>mere pas taqat hai. is ko mujhe istemal karna hai.</w:t>
      </w:r>
    </w:p>
    <w:p>
      <w:pPr>
        <w:jc w:val="right"/>
      </w:pPr>
      <w:r>
        <w:t>میرے پاس طاقت ہے۔ اس کو مجھے استعمال کرنا ہے۔</w:t>
      </w:r>
    </w:p>
    <w:p>
      <w:r>
        <w:rPr>
          <w:b/>
        </w:rPr>
        <w:t xml:space="preserve">[23:00] </w:t>
      </w:r>
      <w:r>
        <w:t>to is ghar mein jo bara sa compound tha us mein unhon ne bakri paali. bakri se aamdani hoti thi. uska doodh milta tha.</w:t>
      </w:r>
    </w:p>
    <w:p>
      <w:pPr>
        <w:jc w:val="right"/>
      </w:pPr>
      <w:r>
        <w:t>تو اس گھر میں جو بڑا سا کمپاؤنڈ تھا اس میں انہوں نے بکری پال لی۔ بکری سے آمدنی ہوتی تھی۔ اس کا دودھ ملتا تھا۔</w:t>
      </w:r>
    </w:p>
    <w:p>
      <w:r>
        <w:rPr>
          <w:b/>
        </w:rPr>
        <w:t xml:space="preserve">[23:09] </w:t>
      </w:r>
      <w:r>
        <w:t>murghi paali. usey anda milta tha. us ko bechti thi woh. us ke andar woh sabzi boti thi. us se sabzi milti thi. to is zamane mein yeh dekh kar ke maine ek sher banaya tha ke bakri, murghi, sabzi, phal yeh hai momin ki maash ka hal.</w:t>
      </w:r>
    </w:p>
    <w:p>
      <w:pPr>
        <w:jc w:val="right"/>
      </w:pPr>
      <w:r>
        <w:t>مرغی پال لی۔ اسے انڈا ملتا تھا۔ اس کو بیچتی تھی وہ۔ اس کے اندر وہ سبزی بوتی تھی۔ اس سے سبزی ملتی تھی۔ تو اس زمانے میں یہ دیکھ کر کے میں نے ایک شعر بنایا تھا کہ بکری، مرغی، سبزی، پھل یہ ہے مومن کی معاش کا حل۔</w:t>
      </w:r>
    </w:p>
    <w:p>
      <w:r>
        <w:rPr>
          <w:b/>
        </w:rPr>
        <w:t xml:space="preserve">[23:31] </w:t>
      </w:r>
      <w:r>
        <w:t>aap logon ko shayad yeh samajh mein nahi ayegi yeh baat ke aap ne woh zindagi dekhi nahi hai. yeh sirf zarai zamane mein jo tha wohi tabhi yeh mumkin bhi tha.</w:t>
      </w:r>
    </w:p>
    <w:p>
      <w:pPr>
        <w:jc w:val="right"/>
      </w:pPr>
      <w:r>
        <w:t>آپ لوگوں کو شاید یہ سمجھ میں نہیں آئے گی یہ بات کہ آپ نے وہ زندگی دیکھی نہیں ہے۔ یہ صرف زرعی زمانے میں جو تھا وہی تبھی یہ ممکن بھی تھا۔</w:t>
      </w:r>
    </w:p>
    <w:p>
      <w:r>
        <w:rPr>
          <w:b/>
        </w:rPr>
        <w:t xml:space="preserve">[23:45] </w:t>
      </w:r>
      <w:r>
        <w:t>bakri, murghi, sabzi, phal yeh hai momin ki maash ka hal. yani unhon ne bakri paali yani bilkul literally yeh baat sahi hai jo main keh raha hoon aap se.</w:t>
      </w:r>
    </w:p>
    <w:p>
      <w:pPr>
        <w:jc w:val="right"/>
      </w:pPr>
      <w:r>
        <w:t>بکری، مرغی، سبزی، پھل یہ ہے مومن کی معاش کا حل۔ یعنی انہوں نے بکری پالی یعنی بالکل لٹرلی یہ بات صحیح ہے جو میں کہہ رہا ہوں آپ سے۔</w:t>
      </w:r>
    </w:p>
    <w:p>
      <w:r>
        <w:rPr>
          <w:b/>
        </w:rPr>
        <w:t xml:space="preserve">[23:56] </w:t>
      </w:r>
      <w:r>
        <w:t>bakri paali, murghi paali, sabzi lagai. isi mein kuch amroot waghera phal bhi laga diye. aur kuch silai karti theen.</w:t>
      </w:r>
    </w:p>
    <w:p>
      <w:pPr>
        <w:jc w:val="right"/>
      </w:pPr>
      <w:r>
        <w:t>بکری پالی، مرغی پالی، سبزی لگائی۔ اسی میں کچھ امروت وغیرہ پھل بھی لگا دیئے۔ اور کچھ سلائی کرتی تھیں۔</w:t>
      </w:r>
    </w:p>
    <w:p>
      <w:r>
        <w:rPr>
          <w:b/>
        </w:rPr>
        <w:t xml:space="preserve">[24:04] </w:t>
      </w:r>
      <w:r>
        <w:t>bas isi se guzar karti theen. ek bohat hi bahadur aurat ki tarah, bahadur aurat ki tarah unhon ne samna kiya.</w:t>
      </w:r>
    </w:p>
    <w:p>
      <w:pPr>
        <w:jc w:val="right"/>
      </w:pPr>
      <w:r>
        <w:t>بس اسی سے گزر کرتی تھیں۔ ایک بہت ہی بہادر عورت کی طرح، بہادر عورت کی طرح انہوں نے سامنا کیا۔</w:t>
      </w:r>
    </w:p>
    <w:p>
      <w:r>
        <w:rPr>
          <w:b/>
        </w:rPr>
        <w:t xml:space="preserve">[24:15] </w:t>
      </w:r>
      <w:r>
        <w:t>aur us ke baad kya hua? ke hum log jo hain aap jantay hain ke teeno bhai teen field mein gaye.</w:t>
      </w:r>
    </w:p>
    <w:p>
      <w:pPr>
        <w:jc w:val="right"/>
      </w:pPr>
      <w:r>
        <w:t>اور اس کے بعد کیا ہوا؟ کہ ہم لوگ جو ہیں آپ جانتے ہیں کہ تینوں بھائی تین فیلڈ میں گئے۔</w:t>
      </w:r>
    </w:p>
    <w:p>
      <w:r>
        <w:rPr>
          <w:b/>
        </w:rPr>
        <w:t xml:space="preserve">[24:26] </w:t>
      </w:r>
      <w:r>
        <w:t>main rohaniyat ki field mein aya. to Khuda Akbar se ek aisa mission Allah taala ne mujhe chalaya ke woh bain ul aqwami mission hai is waqt. shayad duniya mein is ko log jantay hain.</w:t>
      </w:r>
    </w:p>
    <w:p>
      <w:pPr>
        <w:jc w:val="right"/>
      </w:pPr>
      <w:r>
        <w:t>میں روحانیت کی فیلڈ میں آیا۔ تو خدا اکبر سے ایک ایسا مشن اللہ تعالیٰ نے مجھے چلایا کہ وہ بین الاقوامی مشن ہے اس وقت۔ شاید دنیا میں اس کو لوگ جانتے ہیں۔</w:t>
      </w:r>
    </w:p>
    <w:p>
      <w:r>
        <w:rPr>
          <w:b/>
        </w:rPr>
        <w:t xml:space="preserve">[24:38] </w:t>
      </w:r>
      <w:r>
        <w:t>mere bare bhai jo thay industry ki taraf gaye woh. yeh lambi kahani un ki hai.</w:t>
      </w:r>
    </w:p>
    <w:p>
      <w:pPr>
        <w:jc w:val="right"/>
      </w:pPr>
      <w:r>
        <w:t>میرے بڑے بھائی جو تھے انڈسٹری کی طرف گئے وہ۔ یہ لمبی کہانی ان کی ہے۔</w:t>
      </w:r>
    </w:p>
    <w:p>
      <w:r>
        <w:rPr>
          <w:b/>
        </w:rPr>
        <w:t xml:space="preserve">[24:44] </w:t>
      </w:r>
      <w:r>
        <w:t>unes sau choun mein chota sa kaam shuru kiya tha unhon ne panch rupay se. unnes sau choun mein panch rupiya meri maan ne diya tha us waqt.</w:t>
      </w:r>
    </w:p>
    <w:p>
      <w:pPr>
        <w:jc w:val="right"/>
      </w:pPr>
      <w:r>
        <w:t>انیس سو چون میں چھوٹا سا کام شروع کیا تھا انہوں نے پانچ روپے سے۔ انیس سو چون میں پانچ روپیہ میری ماں نے دیا تھا اس وقت۔</w:t>
      </w:r>
    </w:p>
    <w:p>
      <w:r>
        <w:rPr>
          <w:b/>
        </w:rPr>
        <w:t xml:space="preserve">[24:53] </w:t>
      </w:r>
      <w:r>
        <w:t>aur us ke baad unhon ne karoron rupiya kamaya. mere chote bhai jo thay AM Khan jo abhi zinda hain woh bare bhai to mar gaye.</w:t>
      </w:r>
    </w:p>
    <w:p>
      <w:pPr>
        <w:jc w:val="right"/>
      </w:pPr>
      <w:r>
        <w:t>اور اس کے بعد انہوں نے کروڑوں روپیہ کمایا۔ میرے چھوٹے بھائی جو تھے اے ایم خان جو ابھی زندہ ہیں وہ بڑے بھائی تو مر گئے۔</w:t>
      </w:r>
    </w:p>
    <w:p>
      <w:r>
        <w:rPr>
          <w:b/>
        </w:rPr>
        <w:t xml:space="preserve">[25:02] </w:t>
      </w:r>
      <w:r>
        <w:t>woh Faizabad mein rehte hain. aaj kal Aligarh mein rehte hain woh.</w:t>
      </w:r>
    </w:p>
    <w:p>
      <w:pPr>
        <w:jc w:val="right"/>
      </w:pPr>
      <w:r>
        <w:t>وہ فیض آباد میں رہتے ہیں۔ آج کل علی گڑھ میں رہتے ہیں وہ۔</w:t>
      </w:r>
    </w:p>
    <w:p>
      <w:r>
        <w:rPr>
          <w:b/>
        </w:rPr>
        <w:t xml:space="preserve">[25:06] </w:t>
      </w:r>
      <w:r>
        <w:t>to ab dekhiye ke yeh jo yeh jo halat thi ke hum yateem ho gaye. maan bechari sabzi, murghi, sabzi, phal se hum ek kaam chala rahi hain. koi zariya nahi hamare pas.</w:t>
      </w:r>
    </w:p>
    <w:p>
      <w:pPr>
        <w:jc w:val="right"/>
      </w:pPr>
      <w:r>
        <w:t>تو اب دیکھیے کہ یہ جو یہ جو حالت تھی کہ ہم یتیم ہو گئے۔ ماں بیچاری سبزی، مرغی، سبزی، پھل سے ہم ایک کام چلا رہی ہیں۔ کوئی ذریعہ نہیں ہمارے پاس۔</w:t>
      </w:r>
    </w:p>
    <w:p>
      <w:r>
        <w:rPr>
          <w:b/>
        </w:rPr>
        <w:t xml:space="preserve">[25:18] </w:t>
      </w:r>
      <w:r>
        <w:t>to chote bhai ne kya kiya? khoob mehnat kar ke parhna. unhon ne is line ko pakra. mehnat kar ke parhna hai mujhe. to Banaras Hindu University tak pohanchay woh.</w:t>
      </w:r>
    </w:p>
    <w:p>
      <w:pPr>
        <w:jc w:val="right"/>
      </w:pPr>
      <w:r>
        <w:t>تو چھوٹے بھائی نے کیا کیا؟ خوب محنت کر کے پڑھنا۔ انہوں نے اس لائن کو پکڑا۔ محنت کر کے پڑھنا ہے مجھے۔ تو بنارس ہندو یونیورسٹی تک پہنچے وہ۔</w:t>
      </w:r>
    </w:p>
    <w:p>
      <w:r>
        <w:rPr>
          <w:b/>
        </w:rPr>
        <w:t xml:space="preserve">[25:29] </w:t>
      </w:r>
      <w:r>
        <w:t>yeh bhi lambi kahani hai. wahan unhon ne electrical engineer bane wahan par woh.</w:t>
      </w:r>
    </w:p>
    <w:p>
      <w:pPr>
        <w:jc w:val="right"/>
      </w:pPr>
      <w:r>
        <w:t>یہ بھی لمبی کہانی ہے۔ وہاں انہوں نے الیکٹریکل انجینئر بنے وہاں پر وہ۔</w:t>
      </w:r>
    </w:p>
    <w:p>
      <w:r>
        <w:rPr>
          <w:b/>
        </w:rPr>
        <w:t xml:space="preserve">[25:36] </w:t>
      </w:r>
      <w:r>
        <w:t>to jab unhon ne mehnat se kaam kiya tha, mehnat se parha tha. to bas zabardast apne fun mein ho gaye woh. main un ka do qisse bataunga ke polytechnic jo tha wahan par banaras ka is mein woh principal woh woh the lecturer the.</w:t>
      </w:r>
    </w:p>
    <w:p>
      <w:pPr>
        <w:jc w:val="right"/>
      </w:pPr>
      <w:r>
        <w:t>تو جب انہوں نے محنت سے کام کیا تھا، محنت سے پڑھا تھا۔ تو بس زبردست اپنے فن میں ہو گئے وہ۔ میں ان کا دو قصے بتاؤں گا کہ پولی ٹیکنیک جو تھا وہاں پر بنارس کا اس میں وہ پرنسپل وہ وہ تھے لیکچرر تھے۔</w:t>
      </w:r>
    </w:p>
    <w:p>
      <w:r>
        <w:rPr>
          <w:b/>
        </w:rPr>
        <w:t xml:space="preserve">[25:54] </w:t>
      </w:r>
      <w:r>
        <w:t>shuru mein lecturer hue woh. aur woh hindu principal tha wahan par. aur aksar ladke bhi hindu bhi the. ek din kya hua ke ladke gussa ho gaye principal se</w:t>
      </w:r>
    </w:p>
    <w:p>
      <w:pPr>
        <w:jc w:val="right"/>
      </w:pPr>
      <w:r>
        <w:t>شروع میں لیکچرر ہوئے وہ۔ اور وہ ہندو پرنسپل تھا وہاں پر۔ اور اکثر لڑکے بھی ہندو بھی تھے۔ ایک دن کیا ہوا کہ لڑکے غصہ ہو گئے پرنسپل سے</w:t>
      </w:r>
    </w:p>
    <w:p>
      <w:r>
        <w:rPr>
          <w:b/>
        </w:rPr>
        <w:t xml:space="preserve">[26:05] </w:t>
      </w:r>
      <w:r>
        <w:t>. is ka gherao kar liya. charon taraf ladke ghire hue hain. principal sahab beech mein khade hue hain. bebas. koi ladkon ko hata nahi pa raha tha.</w:t>
      </w:r>
    </w:p>
    <w:p>
      <w:pPr>
        <w:jc w:val="right"/>
      </w:pPr>
      <w:r>
        <w:t>۔ اس کا گھیراؤ کر لیا۔ چاروں طرف لڑکے گھرے ہوئے ہیں۔ پرنسپل صاحب بیچ میں کھڑے ہوئے ہیں۔ بے بس۔ کوئی لڑکوں کو ہٹا نہیں پا رہا تھا۔</w:t>
      </w:r>
    </w:p>
    <w:p>
      <w:r>
        <w:rPr>
          <w:b/>
        </w:rPr>
        <w:t xml:space="preserve">[26:17] </w:t>
      </w:r>
      <w:r>
        <w:t>to kisi ne kaha ke koi khaas aap ko bulaye. bulao. wahi wahi ladkon ko. kyunke hamare jo bhai the riyazi mein itna acha parhate the woh.</w:t>
      </w:r>
    </w:p>
    <w:p>
      <w:pPr>
        <w:jc w:val="right"/>
      </w:pPr>
      <w:r>
        <w:t>تو کسی نے کہا کہ کوئی خاص آپ کو بلائے۔ بلاؤ۔ وہی وہی لڑکوں کو۔ کیونکہ ہمارے جو بھائی تھے ریاضی میں اتنا اچھا پڑھاتے تھے وہ۔</w:t>
      </w:r>
    </w:p>
    <w:p>
      <w:r>
        <w:rPr>
          <w:b/>
        </w:rPr>
        <w:t xml:space="preserve">[26:26] </w:t>
      </w:r>
      <w:r>
        <w:t>ke ladke un ko bilkul aap jante hain ke jo teacher acha parhaye woh ladkon ko guru ban jata hai. guru</w:t>
      </w:r>
    </w:p>
    <w:p>
      <w:pPr>
        <w:jc w:val="right"/>
      </w:pPr>
      <w:r>
        <w:t>کہ لڑکے ان کو بالکل آپ جانتے ہیں کہ جو ٹیچر اچھا پڑھائے وہ لڑکوں کو گرو بن جاتا ہے۔ گرو</w:t>
      </w:r>
    </w:p>
    <w:p>
      <w:r>
        <w:rPr>
          <w:b/>
        </w:rPr>
        <w:t xml:space="preserve">[26:34] </w:t>
      </w:r>
      <w:r>
        <w:t>. aaj bhi aisa hai. jo acha parhaye school mein ya college mein woh ladkon ka guru ban jata hai. to woh ladkon ke guru bane hue the woh.</w:t>
      </w:r>
    </w:p>
    <w:p>
      <w:pPr>
        <w:jc w:val="right"/>
      </w:pPr>
      <w:r>
        <w:t>۔ آج بھی ایسا ہے۔ جو اچھا پڑھائے اسکول میں یا کالج میں وہ لڑکوں کا گرو بن جاتا ہے۔ تو وہ لڑکوں کے گرو بنے ہوئے تھے وہ۔</w:t>
      </w:r>
    </w:p>
    <w:p>
      <w:r>
        <w:rPr>
          <w:b/>
        </w:rPr>
        <w:t xml:space="preserve">[26:45] </w:t>
      </w:r>
      <w:r>
        <w:t>to kisi ne ja kar kaha ke dekhen principal sahab gherao kar rakha hai. woh aaye wahan se. kuch nahi unhon ne samjhaya mujhe nahi bhago bhago yahan se.</w:t>
      </w:r>
    </w:p>
    <w:p>
      <w:pPr>
        <w:jc w:val="right"/>
      </w:pPr>
      <w:r>
        <w:t>تو کسی نے جا کر کہا کہ دیکھیں پرنسپل صاحب گھیراؤ کر رکھا ہے۔ وہ آئے وہاں سے۔ کچھ نہیں انہوں نے سمجھایا مجھے نہیں بھگو بھگو یہاں سے۔</w:t>
      </w:r>
    </w:p>
    <w:p>
      <w:r>
        <w:rPr>
          <w:b/>
        </w:rPr>
        <w:t xml:space="preserve">[26:54] </w:t>
      </w:r>
      <w:r>
        <w:t>yeh kya kar rahe ho? yani sirf daant dapt kiya unhon ne. aur sab ladke bikhar ho gaye. itna zabardast dabao tha un ka.</w:t>
      </w:r>
    </w:p>
    <w:p>
      <w:pPr>
        <w:jc w:val="right"/>
      </w:pPr>
      <w:r>
        <w:t>یہ کیا کر رہے ہو؟ یعنی صرف ڈانٹ ڈپٹ کیا انہوں نے۔ اور سب لڑکے بکھر ہو گئے۔ اتنا زبردست دباؤ تھا ان کا۔</w:t>
      </w:r>
    </w:p>
    <w:p>
      <w:r>
        <w:rPr>
          <w:b/>
        </w:rPr>
        <w:t xml:space="preserve">[27:03] </w:t>
      </w:r>
      <w:r>
        <w:t>woh aadmi jo bebas aur zamindar mahol mein para tha woh kahan pohancha? phir dekhiye in banaras hindu university mein jab the woh jab pass kar liya unhon ne.</w:t>
      </w:r>
    </w:p>
    <w:p>
      <w:pPr>
        <w:jc w:val="right"/>
      </w:pPr>
      <w:r>
        <w:t>وہ آدمی جو بے بس اور زمیندار ماحول میں پڑا تھا وہ کہاں پہنچا؟ پھر دیکھیے ان بنارس ہندو یونیورسٹی میں جب تھے وہ جب پاس کر لیا انہوں نے۔</w:t>
      </w:r>
    </w:p>
    <w:p>
      <w:r>
        <w:rPr>
          <w:b/>
        </w:rPr>
        <w:t xml:space="preserve">[27:17] </w:t>
      </w:r>
      <w:r>
        <w:t>to wahan par ek naukri nikli. is ki bhi unhon ne darkhwast di. aur bhi kuch ladke the.</w:t>
      </w:r>
    </w:p>
    <w:p>
      <w:pPr>
        <w:jc w:val="right"/>
      </w:pPr>
      <w:r>
        <w:t>تو وہاں پر ایک نوکری نکلی۔ اس کی بھی انہوں نے درخواست دی۔ اور بھی کچھ لڑکے تھے۔</w:t>
      </w:r>
    </w:p>
    <w:p>
      <w:r>
        <w:rPr>
          <w:b/>
        </w:rPr>
        <w:t xml:space="preserve">[27:26] </w:t>
      </w:r>
      <w:r>
        <w:t>to jo interview board tha us mein teen aadmi the.</w:t>
      </w:r>
    </w:p>
    <w:p>
      <w:pPr>
        <w:jc w:val="right"/>
      </w:pPr>
      <w:r>
        <w:t>تو جو انٹرویو بورڈ تھا اس میں تین آدمی تھے۔</w:t>
      </w:r>
    </w:p>
    <w:p>
      <w:r>
        <w:rPr>
          <w:b/>
        </w:rPr>
        <w:t xml:space="preserve">[27:30] </w:t>
      </w:r>
      <w:r>
        <w:t>ek professor gharola the jo university ke aadmi the jinke ustad bhi reh chuke the. ek bahar se aya tha. woh bahar ka professor tha ek.</w:t>
      </w:r>
    </w:p>
    <w:p>
      <w:pPr>
        <w:jc w:val="right"/>
      </w:pPr>
      <w:r>
        <w:t>ایک پروفیسر گھرولا تھے جو یونیورسٹی کے آدمی تھے جن کے استاد بھی رہ چکے تھے۔ ایک باہر سے آیا تھا۔ وہ باہر کا پروفیسر تھا ایک۔</w:t>
      </w:r>
    </w:p>
    <w:p>
      <w:r>
        <w:rPr>
          <w:b/>
        </w:rPr>
        <w:t xml:space="preserve">[27:42] </w:t>
      </w:r>
      <w:r>
        <w:t>to bahar wale professor ne un se sawal kiya hamare bhai se. Mr Khan do you know what is instrument transformer?</w:t>
      </w:r>
    </w:p>
    <w:p>
      <w:pPr>
        <w:jc w:val="right"/>
      </w:pPr>
      <w:r>
        <w:t>تو باہر والے پروفیسر نے ان سے سوال کیا ہمارے بھائی سے۔ مسٹر خان ڈو یو نو واٹ از انسٹرومنٹ ٹرانسفارمر؟</w:t>
      </w:r>
    </w:p>
    <w:p>
      <w:r>
        <w:rPr>
          <w:b/>
        </w:rPr>
        <w:t xml:space="preserve">[27:57] </w:t>
      </w:r>
      <w:r>
        <w:t>ghor kijiye. Mr Khan do you know what is instrument transformer? mere bhai abhi bolay bhi nahi the ke un ka jo professor the Mr Gharola un ka naam tha Professor Gharola.</w:t>
      </w:r>
    </w:p>
    <w:p>
      <w:pPr>
        <w:jc w:val="right"/>
      </w:pPr>
      <w:r>
        <w:t>غور کیجیے۔ مسٹر خان ڈو یو نو واٹ از انسٹرومنٹ ٹرانسفارمر؟ میرے بھائی ابھی بولے بھی نہیں تھے کہ ان کا جو پروفیسر تھے مسٹر گھرولا ان کا نام تھا پروفیسر گھرولا۔</w:t>
      </w:r>
    </w:p>
    <w:p>
      <w:r>
        <w:rPr>
          <w:b/>
        </w:rPr>
        <w:t xml:space="preserve">[28:09] </w:t>
      </w:r>
      <w:r>
        <w:t>gadwal ke the woh. Professor Gharola. woh kehte hain. there is no question of interview. he is the best candidate for the job.</w:t>
      </w:r>
    </w:p>
    <w:p>
      <w:pPr>
        <w:jc w:val="right"/>
      </w:pPr>
      <w:r>
        <w:t>گڑوال کے تھے وہ۔ پروفیسر گھرولا۔ وہ کہتے ہیں۔ دیر از نو سوال آف انٹرویو۔ ہی از دا بیسٹ کینڈیڈیٹ فار دا جاب۔</w:t>
      </w:r>
    </w:p>
    <w:p>
      <w:r>
        <w:rPr>
          <w:b/>
        </w:rPr>
        <w:t xml:space="preserve">[28:22] </w:t>
      </w:r>
      <w:r>
        <w:t>Mr Khan you can go. kyunke woh senior professor the.</w:t>
      </w:r>
    </w:p>
    <w:p>
      <w:pPr>
        <w:jc w:val="right"/>
      </w:pPr>
      <w:r>
        <w:t>مسٹر خان یو کین گو۔ کیونکہ وہ سینئر پروفیسر تھے۔</w:t>
      </w:r>
    </w:p>
    <w:p>
      <w:r>
        <w:rPr>
          <w:b/>
        </w:rPr>
        <w:t xml:space="preserve">[28:27] </w:t>
      </w:r>
      <w:r>
        <w:t>baqi sab junior the un ke muqable mein. to unhon ne kaha ke there is no question of interview. he is the best candidate for the job. Mr Khan you can go.</w:t>
      </w:r>
    </w:p>
    <w:p>
      <w:pPr>
        <w:jc w:val="right"/>
      </w:pPr>
      <w:r>
        <w:t>باقی سب جونیئر تھے ان کے مقابلے میں۔ تو انہوں نے کہا کہ دیر از نو سوال آف انٹرویو۔ ہی از دا بیسٹ کینڈیڈیٹ فار دا جاب۔ مسٹر خان یو کین گو۔</w:t>
      </w:r>
    </w:p>
    <w:p>
      <w:r>
        <w:rPr>
          <w:b/>
        </w:rPr>
        <w:t xml:space="preserve">[28:38] </w:t>
      </w:r>
      <w:r>
        <w:t>aur un ka appointment ho gaya. yeh hai tension ka brickle. log tension ko evil samajhte hain. tension nature ka sab se bara brickle hai.</w:t>
      </w:r>
    </w:p>
    <w:p>
      <w:pPr>
        <w:jc w:val="right"/>
      </w:pPr>
      <w:r>
        <w:t>اور ان کا اپوائنٹمنٹ ہو گیا۔ یہ ہے ٹینشن کا بریکل۔ لوگ ٹینشن کو ایول سمجھتے ہیں۔ ٹینشن نیچر کا سب سے بڑا بریکل ہے۔</w:t>
      </w:r>
    </w:p>
    <w:p>
      <w:r>
        <w:rPr>
          <w:b/>
        </w:rPr>
        <w:t xml:space="preserve">[28:52] </w:t>
      </w:r>
      <w:r>
        <w:t>tension makes a man superman yaad rakhiye.</w:t>
      </w:r>
    </w:p>
    <w:p>
      <w:pPr>
        <w:jc w:val="right"/>
      </w:pPr>
      <w:r>
        <w:t>ٹینشن میکس ا مین سپر مین یاد رکھیے۔</w:t>
      </w:r>
    </w:p>
    <w:p>
      <w:r>
        <w:rPr>
          <w:b/>
        </w:rPr>
        <w:t xml:space="preserve">[28:56] </w:t>
      </w:r>
      <w:r>
        <w:t>tension makes a man superman. tension se bara koi brickle nahi zameen par. kyunke tension aap ka to brain start bhi lata hai. aap ke mind ko activate karta hai.</w:t>
      </w:r>
    </w:p>
    <w:p>
      <w:pPr>
        <w:jc w:val="right"/>
      </w:pPr>
      <w:r>
        <w:t>ٹینشن میکس ا مین سپر مین۔ ٹینشن سے بڑا کوئی بریکل نہیں زمین پر۔ کیونکہ ٹینشن آپ کا تو برین اسٹارٹ بھی لاتا ہے۔ آپ کے مائنڈ کو ایکٹیویٹ کرتا ہے۔</w:t>
      </w:r>
    </w:p>
    <w:p>
      <w:r>
        <w:rPr>
          <w:b/>
        </w:rPr>
        <w:t xml:space="preserve">[29:08] </w:t>
      </w:r>
      <w:r>
        <w:t>aap ke mind ki awakening ko barhata hai.</w:t>
      </w:r>
    </w:p>
    <w:p>
      <w:pPr>
        <w:jc w:val="right"/>
      </w:pPr>
      <w:r>
        <w:t>آپ کے مائنڈ کی اویکننگ کو بڑھاتا ہے۔</w:t>
      </w:r>
    </w:p>
    <w:p>
      <w:r>
        <w:rPr>
          <w:b/>
        </w:rPr>
        <w:t xml:space="preserve">[29:13] </w:t>
      </w:r>
      <w:r>
        <w:t>tension ko evil kehte hain ke in ko bilkul blind samajhte hain. blind. jo tension ko evil samajhte hain. is ko dabana chahte hain. aaj kal duniya bhar mein dukanein khuli hui hain.</w:t>
      </w:r>
    </w:p>
    <w:p>
      <w:pPr>
        <w:jc w:val="right"/>
      </w:pPr>
      <w:r>
        <w:t>ٹینشن کو ایول کہتے ہیں کہ ان کو بالکل بلائنڈ سمجھتے ہیں۔ بلائنڈ۔ جو ٹینشن کو ایول سمجھتے ہیں۔ اس کو دبانا چاہتے ہیں۔ آج کل دنیا بھر میں دکانیں کھلی ہوئی ہیں۔</w:t>
      </w:r>
    </w:p>
    <w:p>
      <w:r>
        <w:rPr>
          <w:b/>
        </w:rPr>
        <w:t xml:space="preserve">[29:27] </w:t>
      </w:r>
      <w:r>
        <w:t>dukanon ka kya hota hai? de-stressing ki dukanein. de-stressing ki dukanein yani stress ko khatam karo. yeh sab bewakoof log hain.</w:t>
      </w:r>
    </w:p>
    <w:p>
      <w:pPr>
        <w:jc w:val="right"/>
      </w:pPr>
      <w:r>
        <w:t>دکانوں کا کیا ہوتا ہے؟ ڈی اسٹریسنگ کی دکانیں۔ ڈی اسٹریسنگ کی دکانیں یعنی اسٹریس کو ختم کرو۔ یہ سب بے وقوف لوگ ہیں۔</w:t>
      </w:r>
    </w:p>
    <w:p>
      <w:r>
        <w:rPr>
          <w:b/>
        </w:rPr>
        <w:t xml:space="preserve">[29:38] </w:t>
      </w:r>
      <w:r>
        <w:t>bewakoof log. bewakoof log hain yeh. stress ya tension yeh aap aata hai aap ke brain mein storm lane ke liye.</w:t>
      </w:r>
    </w:p>
    <w:p>
      <w:pPr>
        <w:jc w:val="right"/>
      </w:pPr>
      <w:r>
        <w:t>بے وقوف لوگ۔ بے وقوف لوگ ہیں یہ۔ اسٹریس یا ٹینشن یہ آپ آتا ہے آپ کے برین میں اسٹارم لانے کے لیے۔</w:t>
      </w:r>
    </w:p>
    <w:p>
      <w:r>
        <w:rPr>
          <w:b/>
        </w:rPr>
        <w:t xml:space="preserve">[29:48] </w:t>
      </w:r>
      <w:r>
        <w:t>aap ke brain ko activate karne ke liye. aur phir kya hota hai?</w:t>
      </w:r>
    </w:p>
    <w:p>
      <w:pPr>
        <w:jc w:val="right"/>
      </w:pPr>
      <w:r>
        <w:t>آپ کے برین کو ایکٹیویٹ کرنے کے لیے۔ اور پھر کیا ہوتا ہے؟</w:t>
      </w:r>
    </w:p>
    <w:p>
      <w:r>
        <w:rPr>
          <w:b/>
        </w:rPr>
        <w:t xml:space="preserve">[29:54] </w:t>
      </w:r>
      <w:r>
        <w:t>aap ki creativity barhti hai. creativity. aap ke mind ki creativity barhti hai. tension to bohat bara yani nature ka aik bohat bara bohat blessing hai yeh.</w:t>
      </w:r>
    </w:p>
    <w:p>
      <w:pPr>
        <w:jc w:val="right"/>
      </w:pPr>
      <w:r>
        <w:t>آپ کی کریٹیوٹی بڑھتی ہے۔ کریٹیوٹی۔ آپ کے مائنڈ کی کریٹیوٹی بڑھتی ہے۔ ٹینشن تو بہت بڑا یعنی نیچر کا ایک بہت بڑا بہت بلیسنگ ہے یہ۔</w:t>
      </w:r>
    </w:p>
    <w:p>
      <w:r>
        <w:rPr>
          <w:b/>
        </w:rPr>
        <w:t xml:space="preserve">[30:09] </w:t>
      </w:r>
      <w:r>
        <w:t>meri poori zindagi jo hai isi mein guzri hai. ab dekhiye ke abhi kal parson ki baat hai. yani february seventh ki baat hai.</w:t>
      </w:r>
    </w:p>
    <w:p>
      <w:pPr>
        <w:jc w:val="right"/>
      </w:pPr>
      <w:r>
        <w:t>میری پوری زندگی جو ہے اسی میں گزری ہے۔ اب دیکھیے کہ ابھی کل پرسوں کی بات ہے۔ یعنی فروری سیونتھ کی بات ہے۔</w:t>
      </w:r>
    </w:p>
    <w:p>
      <w:r>
        <w:rPr>
          <w:b/>
        </w:rPr>
        <w:t xml:space="preserve">[30:21] </w:t>
      </w:r>
      <w:r>
        <w:t>february seventh abhi parson ki baat hai.</w:t>
      </w:r>
    </w:p>
    <w:p>
      <w:pPr>
        <w:jc w:val="right"/>
      </w:pPr>
      <w:r>
        <w:t>فروری سیونتھ ابھی پرسوں کی بات ہے۔</w:t>
      </w:r>
    </w:p>
    <w:p>
      <w:r>
        <w:rPr>
          <w:b/>
        </w:rPr>
        <w:t xml:space="preserve">[30:24] </w:t>
      </w:r>
      <w:r>
        <w:t>aaj february eleventh hai. to delhi mein obroy hotel hai aap jante hain top ka hotel hai. wahan par aik meeting thi.</w:t>
      </w:r>
    </w:p>
    <w:p>
      <w:pPr>
        <w:jc w:val="right"/>
      </w:pPr>
      <w:r>
        <w:t>آج فروری الیون ہے۔ تو دلی میں ابرائے ہوٹل ہے آپ جانتے ہیں ٹاپ کا ہوٹل ہے۔ وہاں پر ایک میٹنگ تھی۔</w:t>
      </w:r>
    </w:p>
    <w:p>
      <w:r>
        <w:rPr>
          <w:b/>
        </w:rPr>
        <w:t xml:space="preserve">[30:36] </w:t>
      </w:r>
      <w:r>
        <w:t>international level ki meeting thi woh. to mukhtalif countries ke jo religious head the yahoodi religious community ke woh aaye the wahan par.</w:t>
      </w:r>
    </w:p>
    <w:p>
      <w:pPr>
        <w:jc w:val="right"/>
      </w:pPr>
      <w:r>
        <w:t>انٹرنیشنل لیول کی میٹنگ تھی وہ۔ تو مختلف کنٹریز کے جو ریلیجس ہیڈ تھے یہودی ریلیجس کمیونٹی کے وہ آئے تھے وہاں پر۔</w:t>
      </w:r>
    </w:p>
    <w:p>
      <w:r>
        <w:rPr>
          <w:b/>
        </w:rPr>
        <w:t xml:space="preserve">[30:52] </w:t>
      </w:r>
      <w:r>
        <w:t>israel ka chief rabbi bhi aaya hua tha. aur belgium ka chief rabbi aaya hua tha. woh mukhtalif countries ke log the. to yeh tha yeh aik aik woh hai sanstha hindu yahoodi summit.</w:t>
      </w:r>
    </w:p>
    <w:p>
      <w:pPr>
        <w:jc w:val="right"/>
      </w:pPr>
      <w:r>
        <w:t>اسرائیل کا چیف رباعی بھی آیا ہوا تھا۔ اور بیلجیم کا چیف رباعی آیا ہوا تھا۔ وہ مختلف کنٹریز کے لوگ تھے۔ تو یہ تھا یہ ایک ایک وہ ہے संस्था ہندو یہودی سمٹ۔</w:t>
      </w:r>
    </w:p>
    <w:p>
      <w:r>
        <w:rPr>
          <w:b/>
        </w:rPr>
        <w:t xml:space="preserve">[31:09] </w:t>
      </w:r>
      <w:r>
        <w:t>hindu yahoodi summit. is ne munazzam kiya tha is ko. to aik taraf woh yahoodi log the. doosri taraf muslim the.</w:t>
      </w:r>
    </w:p>
    <w:p>
      <w:pPr>
        <w:jc w:val="right"/>
      </w:pPr>
      <w:r>
        <w:t>ہندو یہودی سمٹ۔ اس نے منظم کیا تھا اس کو۔ تو ایک طرف وہ یہودی لوگ تھے۔ دوسری طرف مسلم تھے۔</w:t>
      </w:r>
    </w:p>
    <w:p>
      <w:r>
        <w:rPr>
          <w:b/>
        </w:rPr>
        <w:t xml:space="preserve">[31:20] </w:t>
      </w:r>
      <w:r>
        <w:t>to is mein hindu log bhi the lekin buniyadi taur par yeh dialogue tha yahoodiyon aur musalmanon ke darmiyan.</w:t>
      </w:r>
    </w:p>
    <w:p>
      <w:pPr>
        <w:jc w:val="right"/>
      </w:pPr>
      <w:r>
        <w:t>تو اس میں ہندو لوگ بھی تھے لیکن بنیادی طور پر یہ ڈائیلاگ تھا یہودیوں اور مسلموں کے درمیان۔</w:t>
      </w:r>
    </w:p>
    <w:p>
      <w:r>
        <w:rPr>
          <w:b/>
        </w:rPr>
        <w:t xml:space="preserve">[31:30] </w:t>
      </w:r>
      <w:r>
        <w:t>israel ke sawal par. aap suniye aik breakless thi. wahan par buniyadi taur par do hi speaker the. aik chief rabbi israel ke jo aaya tha aur aik mein.</w:t>
      </w:r>
    </w:p>
    <w:p>
      <w:pPr>
        <w:jc w:val="right"/>
      </w:pPr>
      <w:r>
        <w:t>اسرائیل کے سوال پر۔ آپ سنیے ایک بریکلس تھی۔ وہاں پر بنیادی طور پر دو ہی اسپیکر تھے۔ ایک چیف رباعی اسرائیل کے جو آیا تھا اور ایک میں۔</w:t>
      </w:r>
    </w:p>
    <w:p>
      <w:r>
        <w:rPr>
          <w:b/>
        </w:rPr>
        <w:t xml:space="preserve">[31:42] </w:t>
      </w:r>
      <w:r>
        <w:t>yani muslim side se mein tha. aur chief rabbi jo tha woh kis woh yahoodi side se tha.</w:t>
      </w:r>
    </w:p>
    <w:p>
      <w:pPr>
        <w:jc w:val="right"/>
      </w:pPr>
      <w:r>
        <w:t>یعنی مسلم سائیڈ سے میں تھا۔ اور چیف رباعی جو تھا وہ کس وہ یہودی سائیڈ سے تھا۔</w:t>
      </w:r>
    </w:p>
    <w:p>
      <w:r>
        <w:rPr>
          <w:b/>
        </w:rPr>
        <w:t xml:space="preserve">[31:50] </w:t>
      </w:r>
      <w:r>
        <w:t>to chief rabbi ne pehle woh bola pehle yani israel mein jo masla hai to us ko kaise hal kiya jaye kya kya jaye.</w:t>
      </w:r>
    </w:p>
    <w:p>
      <w:pPr>
        <w:jc w:val="right"/>
      </w:pPr>
      <w:r>
        <w:t>تو چیف رباعی نے پہلے وہ بولا پہلے یعنی اسرائیل میں جو مسئلہ ہے تو اس کو کیسے حل کیا جائے کیا کیا جائے۔</w:t>
      </w:r>
    </w:p>
    <w:p>
      <w:r>
        <w:rPr>
          <w:b/>
        </w:rPr>
        <w:t xml:space="preserve">[32:04] </w:t>
      </w:r>
      <w:r>
        <w:t>woh bola. phir mujh se kaha gaya bolne ke liye. to maine apni baat kahi.</w:t>
      </w:r>
    </w:p>
    <w:p>
      <w:pPr>
        <w:jc w:val="right"/>
      </w:pPr>
      <w:r>
        <w:t>وہ بولا۔ پھر مجھ سے کہا گیا بولنے کے لیے۔ تو میں نے اپنی بات کہی۔</w:t>
      </w:r>
    </w:p>
    <w:p>
      <w:r>
        <w:rPr>
          <w:b/>
        </w:rPr>
        <w:t xml:space="preserve">[32:14] </w:t>
      </w:r>
      <w:r>
        <w:t>aur apni soch se maine aisi baat kahi jo bohat hi aham thi.</w:t>
      </w:r>
    </w:p>
    <w:p>
      <w:pPr>
        <w:jc w:val="right"/>
      </w:pPr>
      <w:r>
        <w:t>اور اپنی سوچ سے میں نے ایسی بات کہی جو بہت ہی اہم تھی۔</w:t>
      </w:r>
    </w:p>
    <w:p>
      <w:r>
        <w:rPr>
          <w:b/>
        </w:rPr>
        <w:t xml:space="preserve">[32:19] </w:t>
      </w:r>
      <w:r>
        <w:t>yeh mauqa nahi hai is ka mein zikr karoon. kisi aur mauqe par bata sakta hoon ke maine kya kaha tha wahan par. lekin jo mujhe kehna hai woh yeh kehna hai ke israel ki side se jab aik aadmi ne yahoodi case ko bataya wahan par.</w:t>
      </w:r>
    </w:p>
    <w:p>
      <w:pPr>
        <w:jc w:val="right"/>
      </w:pPr>
      <w:r>
        <w:t>یہ موقع نہیں ہے اس کا میں ذکر کروں۔ کسی اور موقع پر بتا سکتا ہوں کہ میں نے کیا کہا تھا وہاں پر۔ لیکن جو مجھے کہنا ہے وہ یہ کہنا ہے کہ اسرائیل کی سائیڈ سے جب ایک آدمی نے یہودی کیس کو بتایا وہاں پر۔</w:t>
      </w:r>
    </w:p>
    <w:p>
      <w:r>
        <w:rPr>
          <w:b/>
        </w:rPr>
        <w:t xml:space="preserve">[32:35] </w:t>
      </w:r>
      <w:r>
        <w:t>yani yahoodi nuqta nazar ko bataya. to jo wahan par baithe hue the kam az kam yani aik darjan log the yahoodi log.</w:t>
      </w:r>
    </w:p>
    <w:p>
      <w:pPr>
        <w:jc w:val="right"/>
      </w:pPr>
      <w:r>
        <w:t>یعنی یہودی نقطہ نظر کو بتایا۔ تو جو وہاں پر بیٹھے ہوئے تھے کم از کم یعنی ایک درجن لوگ تھے یہودی لوگ۔</w:t>
      </w:r>
    </w:p>
    <w:p>
      <w:r>
        <w:rPr>
          <w:b/>
        </w:rPr>
        <w:t xml:space="preserve">[32:46] </w:t>
      </w:r>
      <w:r>
        <w:t>sab ke sab bilkul unhone chup rahe woh. kisi ne aisa nahi kiya ke mein point nikal nikal kar ke us par aitraaz karein.</w:t>
      </w:r>
    </w:p>
    <w:p>
      <w:pPr>
        <w:jc w:val="right"/>
      </w:pPr>
      <w:r>
        <w:t>سب کے سب بالکل انہوں نے چپ رہے وہ۔ کسی نے ایسا نہیں کیا کہ میں پوائنٹ نکال نکال کر کے اس پر اعتراض کریں۔</w:t>
      </w:r>
    </w:p>
    <w:p>
      <w:r>
        <w:rPr>
          <w:b/>
        </w:rPr>
        <w:t xml:space="preserve">[32:55] </w:t>
      </w:r>
      <w:r>
        <w:t>yeh nahi woh nahi yeh nahi woh nahi. kuch nahi. sab ne khamoshi se sab logon ne us ko mukhatib kiya.</w:t>
      </w:r>
    </w:p>
    <w:p>
      <w:pPr>
        <w:jc w:val="right"/>
      </w:pPr>
      <w:r>
        <w:t>یہ نہیں وہ نہیں یہ نہیں وہ نہیں۔ کچھ نہیں۔ سب نے خاموشی سے سب لوگوں نے اس کو مخاطب کیا۔</w:t>
      </w:r>
    </w:p>
    <w:p>
      <w:r>
        <w:rPr>
          <w:b/>
        </w:rPr>
        <w:t xml:space="preserve">[33:03] </w:t>
      </w:r>
      <w:r>
        <w:t>achha mein jo bola bohat hi haqeeqat pasandana bohat hi aqli baat kahi maine. aur hamare jo muslim side ke log the lage the haan haan hamari baton mein nuqta nikal lein.</w:t>
      </w:r>
    </w:p>
    <w:p>
      <w:pPr>
        <w:jc w:val="right"/>
      </w:pPr>
      <w:r>
        <w:t>اچھا میں جو بولا بہت ہی حقیقت پسندانہ بہت ہی عقلی بات کہی میں نے۔ اور ہمارے جو مسلم سائیڈ کے لوگ تھے لگے تھے ہاں ہاں ہماری باتوں میں نقطہ نکال لیں۔</w:t>
      </w:r>
    </w:p>
    <w:p>
      <w:r>
        <w:rPr>
          <w:b/>
        </w:rPr>
        <w:t xml:space="preserve">[33:16] </w:t>
      </w:r>
      <w:r>
        <w:t>yeh nahi woh woh nahi woh yeh nahi woh woh nahi woh. to meri baat jo hai bilkul yani jaise ke yani is ko unhone aik lehaz se kehna chahiye ke is ko ridicule kar diya.</w:t>
      </w:r>
    </w:p>
    <w:p>
      <w:pPr>
        <w:jc w:val="right"/>
      </w:pPr>
      <w:r>
        <w:t>یہ نہیں وہ وہ نہیں وہ یہ نہیں وہ وہ نہیں وہ۔ تو میری بات جو ہے بالکل یعنی جیسے کہ یعنی اس کو انہوں نے ایک لحاظ سے کہنا چاہیے کہ اس کو ریڈیکول کر دیا۔</w:t>
      </w:r>
    </w:p>
    <w:p>
      <w:r>
        <w:rPr>
          <w:b/>
        </w:rPr>
        <w:t xml:space="preserve">[33:29] </w:t>
      </w:r>
      <w:r>
        <w:t>is ki ahmiyat ghata diya muslim side ke logon ne. aur un ki baat jo thi chuki un ka jo side ke log jo the sab ne is ko khamosh tareef diya.</w:t>
      </w:r>
    </w:p>
    <w:p>
      <w:pPr>
        <w:jc w:val="right"/>
      </w:pPr>
      <w:r>
        <w:t>اس کی اہمیت گھٹا دیا مسلم سائیڈ کے لوگوں نے۔ اور ان کی بات جو تھی چونکہ ان کا جو سائیڈ کے لوگ جو تھے سب نے اس کو خاموش تعریف دیا۔</w:t>
      </w:r>
    </w:p>
    <w:p>
      <w:r>
        <w:rPr>
          <w:b/>
        </w:rPr>
        <w:t xml:space="preserve">[33:43] </w:t>
      </w:r>
      <w:r>
        <w:t>khamosh tareef. hamare haan log bekar ki baatein kar lete hain. bilkul ghair mutalliq baatein ghair aqli baatein. kar ke mahaul kharab kar diya.</w:t>
      </w:r>
    </w:p>
    <w:p>
      <w:pPr>
        <w:jc w:val="right"/>
      </w:pPr>
      <w:r>
        <w:t>خاموش تعریف۔ ہمارے ہاں لوگ بیکار کی باتیں کر لیتے ہیں۔ بالکل غیر متعلقہ باتیں غیر عقلی باتیں۔ کر کے ماحول خراب کر دیا۔</w:t>
      </w:r>
    </w:p>
    <w:p>
      <w:r>
        <w:rPr>
          <w:b/>
        </w:rPr>
        <w:t xml:space="preserve">[33:52] </w:t>
      </w:r>
      <w:r>
        <w:t>ab dekhiye ab yeh mujh par itna shock laga ke mein us waqt tension isi cheez mein pad gaya jis ko tension kehte hain. aur mein rone laga.</w:t>
      </w:r>
    </w:p>
    <w:p>
      <w:pPr>
        <w:jc w:val="right"/>
      </w:pPr>
      <w:r>
        <w:t>اب دیکھیے اب یہ مجھ پر اتنا شاک لگا کہ میں اس وقت ٹینشن اسی چیز میں پڑ گیا جس کو ٹینشن کہتے ہیں۔ اور میں رونے لگا۔</w:t>
      </w:r>
    </w:p>
    <w:p>
      <w:r>
        <w:rPr>
          <w:b/>
        </w:rPr>
        <w:t xml:space="preserve">[34:03] </w:t>
      </w:r>
      <w:r>
        <w:t>mein rone laga. yani itna zyada gham hua ke wahan par dinner ka intezam tha. obroy hotel ka dinner zahir hai ke bohat acha dinner hoga.</w:t>
      </w:r>
    </w:p>
    <w:p>
      <w:pPr>
        <w:jc w:val="right"/>
      </w:pPr>
      <w:r>
        <w:t>میں رونے لگا۔ یعنی اتنا زیادہ غم ہوا کہ وہاں پر ڈنر کا انتظام تھا۔ ابرائے ہوٹل کا ڈنر ظاہر ہے کہ بہت اچھا ڈنر ہوگا۔</w:t>
      </w:r>
    </w:p>
    <w:p>
      <w:r>
        <w:rPr>
          <w:b/>
        </w:rPr>
        <w:t xml:space="preserve">[34:12] </w:t>
      </w:r>
      <w:r>
        <w:t>mein is mein nahi baitha. mein chalaya baghair khaye hue.</w:t>
      </w:r>
    </w:p>
    <w:p>
      <w:pPr>
        <w:jc w:val="right"/>
      </w:pPr>
      <w:r>
        <w:t>میں اس میں نہیں بیٹھا۔ میں چلایا بغیر کھائے ہوئے۔</w:t>
      </w:r>
    </w:p>
    <w:p>
      <w:r>
        <w:rPr>
          <w:b/>
        </w:rPr>
        <w:t xml:space="preserve">[34:18] </w:t>
      </w:r>
      <w:r>
        <w:t>dinner mein mein nahin shaamil hua.</w:t>
      </w:r>
    </w:p>
    <w:p>
      <w:pPr>
        <w:jc w:val="right"/>
      </w:pPr>
      <w:r>
        <w:t>ڈنر میں میں نہیں شامل ہوا۔</w:t>
      </w:r>
    </w:p>
    <w:p>
      <w:r>
        <w:rPr>
          <w:b/>
        </w:rPr>
        <w:t xml:space="preserve">[34:22] </w:t>
      </w:r>
      <w:r>
        <w:t>log bulate rahe mere sahib woh chief rubai ke paas meri seat rakhi gayi thi dinner mein. ke us ke paas baithoon us ke paas khaoon aur baat karoon.</w:t>
      </w:r>
    </w:p>
    <w:p>
      <w:pPr>
        <w:jc w:val="right"/>
      </w:pPr>
      <w:r>
        <w:t>لوگ بلاتے رہے۔ میرے صاحب وہ چیف رباعی کے پاس میری سیٹ رکھی گئی تھی ڈنر میں۔ کہ اس کے پاس بیٹھوں اس کے پاس کھاؤں اور بات کروں۔</w:t>
      </w:r>
    </w:p>
    <w:p>
      <w:r>
        <w:rPr>
          <w:b/>
        </w:rPr>
        <w:t xml:space="preserve">[34:32] </w:t>
      </w:r>
      <w:r>
        <w:t>aur zahir hai ke wahan par camera bhi hote aur yeh hota woh hota. to chief rubai ke saath meri seat rakhi gayi thi. dinner ke is mein.</w:t>
      </w:r>
    </w:p>
    <w:p>
      <w:pPr>
        <w:jc w:val="right"/>
      </w:pPr>
      <w:r>
        <w:t>اور ظاہر ہے کہ وہاں پر کیمرے بھی ہوتے اور یہ ہوتا وہ ہوتا۔ تو چیف رباعی کے ساتھ میری سیٹ رکھی گئی تھی۔ ڈنر کے اس میں۔</w:t>
      </w:r>
    </w:p>
    <w:p>
      <w:r>
        <w:rPr>
          <w:b/>
        </w:rPr>
        <w:t xml:space="preserve">[34:42] </w:t>
      </w:r>
      <w:r>
        <w:t>maine khaya nahin. bilkul gham se nidaal tha. aur ro raha tha aur chalaya wapas mein. to</w:t>
      </w:r>
    </w:p>
    <w:p>
      <w:pPr>
        <w:jc w:val="right"/>
      </w:pPr>
      <w:r>
        <w:t>میں نے کھایا نہیں۔ بالکل غم سے نڈھال تھا۔ اور رو رہا تھا اور چلایا واپس میں۔ تو</w:t>
      </w:r>
    </w:p>
    <w:p>
      <w:r>
        <w:rPr>
          <w:b/>
        </w:rPr>
        <w:t xml:space="preserve">[34:51] </w:t>
      </w:r>
      <w:r>
        <w:t>yeh case tha tension ka. lekin main tension ko hamesha tabdeel karta hoon soch mein. ek hai ke aap tension mein jeete rahein jeete rahein bas gham mein ghulte rahein.</w:t>
      </w:r>
    </w:p>
    <w:p>
      <w:pPr>
        <w:jc w:val="right"/>
      </w:pPr>
      <w:r>
        <w:t>یہ کیس تھا ٹینشن کا۔ لیکن میں ٹینشن کو ہمیشہ تبدیل کرتا ہوں سوچ میں۔ ایک ہے کہ آپ ٹینشن میں جیتے رہیں جیتے رہیں بس غم میں گھلتے رہیں۔</w:t>
      </w:r>
    </w:p>
    <w:p>
      <w:r>
        <w:rPr>
          <w:b/>
        </w:rPr>
        <w:t xml:space="preserve">[35:06] </w:t>
      </w:r>
      <w:r>
        <w:t>kyunke dekhiye quran mein hai do aayatein hain quran mein.</w:t>
      </w:r>
    </w:p>
    <w:p>
      <w:pPr>
        <w:jc w:val="right"/>
      </w:pPr>
      <w:r>
        <w:t>کیونکہ دیکھیے قرآن میں ہے دو آیتیں ہیں قرآن میں۔</w:t>
      </w:r>
    </w:p>
    <w:p>
      <w:r>
        <w:rPr>
          <w:b/>
        </w:rPr>
        <w:t xml:space="preserve">[35:11] </w:t>
      </w:r>
      <w:r>
        <w:t>la taqnatoo min rah Allah. ek hai la tiyasoo min rah Allah. la taqnatoo min rehmat Allah. ek hai la tiyasoo min rah Allah.</w:t>
      </w:r>
    </w:p>
    <w:p>
      <w:pPr>
        <w:jc w:val="right"/>
      </w:pPr>
      <w:r>
        <w:t>لا تقنطوا من راه اللہ۔ ایک ہے لا تیأسوا من راه اللہ۔ لا تقنطوا من رحمت اللہ۔ ایک ہے لا تیأسوا من راه اللہ۔</w:t>
      </w:r>
    </w:p>
    <w:p>
      <w:r>
        <w:rPr>
          <w:b/>
        </w:rPr>
        <w:t xml:space="preserve">[35:24] </w:t>
      </w:r>
      <w:r>
        <w:t>ek aayat hai surah zumar mein ek aayat hai surah yusuf mein. surah zumar mein hai ke la taqnatoo min rehmat Allah.</w:t>
      </w:r>
    </w:p>
    <w:p>
      <w:pPr>
        <w:jc w:val="right"/>
      </w:pPr>
      <w:r>
        <w:t>ایک آیت ہے سورہ زمر میں ایک آیت ہے سورہ یوسف میں۔ سورہ زمر میں ہے کہ لا تقنطوا من رحمت اللہ۔</w:t>
      </w:r>
    </w:p>
    <w:p>
      <w:r>
        <w:rPr>
          <w:b/>
        </w:rPr>
        <w:t xml:space="preserve">[35:33] </w:t>
      </w:r>
      <w:r>
        <w:t>aur surah yusuf mein hai la tiyasoo min rah Allah. dono ka matlab ek hai. dono ka matlab</w:t>
      </w:r>
    </w:p>
    <w:p>
      <w:pPr>
        <w:jc w:val="right"/>
      </w:pPr>
      <w:r>
        <w:t>اور سورہ یوسف میں ہے لا تیأسوا من راه اللہ۔ دونوں کا مطلب ایک ہے۔ دونوں کا مطلب</w:t>
      </w:r>
    </w:p>
    <w:p>
      <w:r>
        <w:rPr>
          <w:b/>
        </w:rPr>
        <w:t xml:space="preserve">[35:40] </w:t>
      </w:r>
      <w:r>
        <w:t>ek hai. woh yeh hai ke despair not of gods grace. despair not of gods grace.</w:t>
      </w:r>
    </w:p>
    <w:p>
      <w:pPr>
        <w:jc w:val="right"/>
      </w:pPr>
      <w:r>
        <w:t>ایک ہے۔ وہ یہ ہے کہ ڈسپیئر ناٹ آف گاڈز گریس۔ ڈسپیئر ناٹ آف گاڈز گریس۔</w:t>
      </w:r>
    </w:p>
    <w:p>
      <w:r>
        <w:rPr>
          <w:b/>
        </w:rPr>
        <w:t xml:space="preserve">[35:54] </w:t>
      </w:r>
      <w:r>
        <w:t>khuda ki rehmat se khuda ki blessing se mayoos na ho. to mayoos mayusi frustration ek gunah hai islam mein gunah.</w:t>
      </w:r>
    </w:p>
    <w:p>
      <w:pPr>
        <w:jc w:val="right"/>
      </w:pPr>
      <w:r>
        <w:t>خدا کی رحمت سے خدا کی بلیسنگ سے مایوس نہ ہو۔ تو مایوس مایوسی فرسٹریشن ایک سن ہے اسلام میں سن۔</w:t>
      </w:r>
    </w:p>
    <w:p>
      <w:r>
        <w:rPr>
          <w:b/>
        </w:rPr>
        <w:t xml:space="preserve">[36:08] </w:t>
      </w:r>
      <w:r>
        <w:t>despair ko gunah bataya hai.</w:t>
      </w:r>
    </w:p>
    <w:p>
      <w:pPr>
        <w:jc w:val="right"/>
      </w:pPr>
      <w:r>
        <w:t>ڈسپیئر کو سن بتایا ہے۔</w:t>
      </w:r>
    </w:p>
    <w:p>
      <w:r>
        <w:rPr>
          <w:b/>
        </w:rPr>
        <w:t xml:space="preserve">[36:13] </w:t>
      </w:r>
      <w:r>
        <w:t>to kya hua ke main soch mein pad gaya. dua karne laga. barabar dua kar raha hoon soch raha hoon. to sahib is tension se ek itni badi baat daryaft mujhe hui jo hazar saal mein kisi ko nahin hui thi.</w:t>
      </w:r>
    </w:p>
    <w:p>
      <w:pPr>
        <w:jc w:val="right"/>
      </w:pPr>
      <w:r>
        <w:t>تو کیا ہوا کہ میں سوچ میں پڑ گیا۔ دعا کرنے لگا۔ برابر دعا کر رہا ہوں سوچ رہا ہوں۔ تو صاحب اس ٹینشن سے ایک اتنی بڑی بات دریافت مجھے ہوئی جو ہزار سال میں کسی کو نہیں ہوئی تھی۔</w:t>
      </w:r>
    </w:p>
    <w:p>
      <w:r>
        <w:rPr>
          <w:b/>
        </w:rPr>
        <w:t xml:space="preserve">[36:28] </w:t>
      </w:r>
      <w:r>
        <w:t>yaani muslim period jo hai hazar saal ka jis mein million billion book likhi gayi hain.</w:t>
      </w:r>
    </w:p>
    <w:p>
      <w:pPr>
        <w:jc w:val="right"/>
      </w:pPr>
      <w:r>
        <w:t>یعنی مسلم پیریڈ جو ہے ہزار سال کا جس میں ملین بلین بک لکھی گئی ہیں۔</w:t>
      </w:r>
    </w:p>
    <w:p>
      <w:r>
        <w:rPr>
          <w:b/>
        </w:rPr>
        <w:t xml:space="preserve">[36:36] </w:t>
      </w:r>
      <w:r>
        <w:t>woh aaj tak woh kisi ko is is point tak koi pahuncha nahin jo is tension ne mujhe pahuncha diya. woh kya tha? woh yeh tha ke prophet aap jante hain ke makkah mein paida hue.</w:t>
      </w:r>
    </w:p>
    <w:p>
      <w:pPr>
        <w:jc w:val="right"/>
      </w:pPr>
      <w:r>
        <w:t>وہ آج تک وہ کسی کو اس اس پوائنٹ تک کوئی پہنچا نہیں جو اس ٹینشن نے مجھے پہنچا دیا۔ وہ کیا تھا؟ وہ یہ تھا کہ پرافٹ آپ جانتے ہیں کہ مکہ میں پیدا ہوئے۔</w:t>
      </w:r>
    </w:p>
    <w:p>
      <w:r>
        <w:rPr>
          <w:b/>
        </w:rPr>
        <w:t xml:space="preserve">[36:51] </w:t>
      </w:r>
      <w:r>
        <w:t>wahin aap ko prophethood mili.</w:t>
      </w:r>
    </w:p>
    <w:p>
      <w:pPr>
        <w:jc w:val="right"/>
      </w:pPr>
      <w:r>
        <w:t>وہیں آپ کو پرافٹ ہڈ ملے۔</w:t>
      </w:r>
    </w:p>
    <w:p>
      <w:r>
        <w:rPr>
          <w:b/>
        </w:rPr>
        <w:t xml:space="preserve">[36:56] </w:t>
      </w:r>
      <w:r>
        <w:t>to is ke baad aap ne migration madina chale gaye migration karke jis ko hijrat kaha jata hai. to hijrat kya hai?</w:t>
      </w:r>
    </w:p>
    <w:p>
      <w:pPr>
        <w:jc w:val="right"/>
      </w:pPr>
      <w:r>
        <w:t>تو اس کے بعد آپ نے مائیگریشن مدینہ چلے گئے مائیگریشن کر کے جس کو ہجرت کہا جاتا ہے۔ تو ہجرت کیا ہے؟</w:t>
      </w:r>
    </w:p>
    <w:p>
      <w:r>
        <w:rPr>
          <w:b/>
        </w:rPr>
        <w:t xml:space="preserve">[37:05] </w:t>
      </w:r>
      <w:r>
        <w:t>log samajhte hain hijrat ka matlab hai ke jahan zulm ho raha hai wahan chale jao aur doosri jagah ja ke abad ho jao. simply immigration immigration ke maani mein lete hain.</w:t>
      </w:r>
    </w:p>
    <w:p>
      <w:pPr>
        <w:jc w:val="right"/>
      </w:pPr>
      <w:r>
        <w:t>لوگ سمجھتے ہیں ہجرت کا مطلب ہے کہ جہاں ظلم ہو رہا ہے وہاں چلے جاؤ اور دوسری جگہ جا کے آباد ہو جاؤ۔ سمپلی امیگریشن امیگریشن کے معنی میں لیتے ہیں۔</w:t>
      </w:r>
    </w:p>
    <w:p>
      <w:r>
        <w:rPr>
          <w:b/>
        </w:rPr>
        <w:t xml:space="preserve">[37:15] </w:t>
      </w:r>
      <w:r>
        <w:t>lekin maine mere mind ne is tension ke baad ek nayi cheez daryaft ki. ke makkah us waqt tha ek aisi jagah jahan masail the.</w:t>
      </w:r>
    </w:p>
    <w:p>
      <w:pPr>
        <w:jc w:val="right"/>
      </w:pPr>
      <w:r>
        <w:t>لیکن میں نے میرے مائنڈ نے اس ٹینشن کے بعد ایک نئی چیز دریافت کی۔ کہ مکہ اس وقت تھا ایک ایسی جگہ جہاں مسائل تھے۔</w:t>
      </w:r>
    </w:p>
    <w:p>
      <w:r>
        <w:rPr>
          <w:b/>
        </w:rPr>
        <w:t xml:space="preserve">[37:26] </w:t>
      </w:r>
      <w:r>
        <w:t>madina ek jagah thi jahan mawaqe the.</w:t>
      </w:r>
    </w:p>
    <w:p>
      <w:pPr>
        <w:jc w:val="right"/>
      </w:pPr>
      <w:r>
        <w:t>مدینہ ایک جگہ تھی جہاں مواقع تھے۔</w:t>
      </w:r>
    </w:p>
    <w:p>
      <w:r>
        <w:rPr>
          <w:b/>
        </w:rPr>
        <w:t xml:space="preserve">[37:29] </w:t>
      </w:r>
      <w:r>
        <w:t>to maine yeh daryaft kiya ke islami soch jo hai zameen par mabni soch nahin hai. mawaqe par mabni soch hai. islam jo jo soch deta hai woh zameen par mabni soch nahin hai.</w:t>
      </w:r>
    </w:p>
    <w:p>
      <w:pPr>
        <w:jc w:val="right"/>
      </w:pPr>
      <w:r>
        <w:t>تو میں نے یہ دریافت کیا کہ اسلامی سوچ جو ہے زمین پر مبنی سوچ نہیں ہے۔ مواقع پر مبنی سوچ ہے۔ اسلام جو جو سوچ دیتا ہے وہ زمین پر مبنی سوچ نہیں ہے۔</w:t>
      </w:r>
    </w:p>
    <w:p>
      <w:r>
        <w:rPr>
          <w:b/>
        </w:rPr>
        <w:t xml:space="preserve">[37:43] </w:t>
      </w:r>
      <w:r>
        <w:t>mawaqe par mabni soch hai.</w:t>
      </w:r>
    </w:p>
    <w:p>
      <w:pPr>
        <w:jc w:val="right"/>
      </w:pPr>
      <w:r>
        <w:t>مواقع پر مبنی سوچ ہے۔</w:t>
      </w:r>
    </w:p>
    <w:p>
      <w:r>
        <w:rPr>
          <w:b/>
        </w:rPr>
        <w:t xml:space="preserve">[37:48] </w:t>
      </w:r>
      <w:r>
        <w:t>log kya zameen ke liye lad rahe hain sari jagah? jahan bhi dekhein musalman jo lad rahe hain jagah jagah. zameen ke liye lad rahe hain zameen ke liye. mawaqe ke liye un ko soch hi nahin un ke andar hai kya?</w:t>
      </w:r>
    </w:p>
    <w:p>
      <w:pPr>
        <w:jc w:val="right"/>
      </w:pPr>
      <w:r>
        <w:t>لوگ کیا زمین کے لیے لڑ رہے ہیں ساری جگہ؟ جہاں بھی دیکھیں مسلمان جو لڑ رہے ہیں جگہ جگہ۔ زمین کے لیے لڑ رہے ہیں زمین کے لیے۔ مواقع کے لیے ان کو سوچ ہی نہیں ان کے اندر ہے کیا؟</w:t>
      </w:r>
    </w:p>
    <w:p>
      <w:r>
        <w:rPr>
          <w:b/>
        </w:rPr>
        <w:t xml:space="preserve">[38:00] </w:t>
      </w:r>
      <w:r>
        <w:t>mawaqe jahan hain wahan us ko dastiyab karo. yaani hamara mind jo hai is ka focus zameen par hai is waqt.</w:t>
      </w:r>
    </w:p>
    <w:p>
      <w:pPr>
        <w:jc w:val="right"/>
      </w:pPr>
      <w:r>
        <w:t>مواقع جہاں ہیں وہاں اس کو دستیاب کرو۔ یعنی ہمارا مائنڈ جو ہے اس کا فوکس زمین پر ہے اس وقت۔</w:t>
      </w:r>
    </w:p>
    <w:p>
      <w:r>
        <w:rPr>
          <w:b/>
        </w:rPr>
        <w:t xml:space="preserve">[38:10] </w:t>
      </w:r>
      <w:r>
        <w:t>is liye lad rahe hain hum. mawaqe par nahin hai. jabke mawaqe to khuli hui hain. pehle mawaqe jo the sirf madine mein the ab to global level par mawaqe hain.</w:t>
      </w:r>
    </w:p>
    <w:p>
      <w:pPr>
        <w:jc w:val="right"/>
      </w:pPr>
      <w:r>
        <w:t>اس لیے لڑ رہے ہیں ہم۔ مواقع پر نہیں ہے۔ جبکہ مواقع تو کھلی ہوئی ہیں۔ پہلے مواقع جو تھے صرف مدینے میں تھے اب تو گلوبل لیول پر مواقع ہیں۔</w:t>
      </w:r>
    </w:p>
    <w:p>
      <w:r>
        <w:rPr>
          <w:b/>
        </w:rPr>
        <w:t xml:space="preserve">[38:22] </w:t>
      </w:r>
      <w:r>
        <w:t>is is zamane mein media ke zamane mein.</w:t>
      </w:r>
    </w:p>
    <w:p>
      <w:pPr>
        <w:jc w:val="right"/>
      </w:pPr>
      <w:r>
        <w:t>اس اس زمانے میں میڈیا کے زمانے میں۔</w:t>
      </w:r>
    </w:p>
    <w:p>
      <w:r>
        <w:rPr>
          <w:b/>
        </w:rPr>
        <w:t xml:space="preserve">[38:26] </w:t>
      </w:r>
      <w:r>
        <w:t>to zameen par mabni soch mein log jee rahe hain. jabke islam ki taleem yeh hai ke mawaqe par mabni soch hona chahiye aadmi ke andar. zameen se alag cheez hai.</w:t>
      </w:r>
    </w:p>
    <w:p>
      <w:pPr>
        <w:jc w:val="right"/>
      </w:pPr>
      <w:r>
        <w:t>تو زمین پر مبنی سوچ میں لوگ جی رہے ہیں۔ جبکہ اسلام کی تعلیم یہ ہے کہ مواقع پر مبنی سوچ ہونا چاہیے آدمی کے اندر۔ زمین سے الگ چیز ہے۔</w:t>
      </w:r>
    </w:p>
    <w:p>
      <w:r>
        <w:rPr>
          <w:b/>
        </w:rPr>
        <w:t xml:space="preserve">[38:37] </w:t>
      </w:r>
      <w:r>
        <w:t>mawaqe jahan hon us ko le lo. to israel mein mawaqe hain bohat ziyada. lekin log mind logon ka laga hua hai zameen par to lar rahe hain.</w:t>
      </w:r>
    </w:p>
    <w:p>
      <w:pPr>
        <w:jc w:val="right"/>
      </w:pPr>
      <w:r>
        <w:t>مواقع جہاں ہوں اس کو لے لو۔ تو اسرائیل میں مواقع ہیں بہت زیادہ۔ لیکن لوگ مائنڈ لوگوں کا لگا ہوا ہے زمین پر تو لڑ رہے ہیں۔</w:t>
      </w:r>
    </w:p>
    <w:p>
      <w:r>
        <w:rPr>
          <w:b/>
        </w:rPr>
        <w:t xml:space="preserve">[38:48] </w:t>
      </w:r>
      <w:r>
        <w:t>mawaqe ko dastiyab nahi kar rahe hain. kitni bari hai jo poore hazar saal mein logon ko pata nahi thi.</w:t>
      </w:r>
    </w:p>
    <w:p>
      <w:pPr>
        <w:jc w:val="right"/>
      </w:pPr>
      <w:r>
        <w:t>مواقع کو دستیاب نہیں کر رہے ہیں۔ کتنی بڑی ہے جو پورے ہزار سال میں لوگوں کو پتہ نہیں تھی۔</w:t>
      </w:r>
    </w:p>
    <w:p>
      <w:r>
        <w:rPr>
          <w:b/>
        </w:rPr>
        <w:t xml:space="preserve">[38:55] </w:t>
      </w:r>
      <w:r>
        <w:t>bas zameen zameen zameen. aur main ne yeh daryaft mujhe hui is tension ke baad ke mawaqe par mabni soch hai islam ki na ke zameen par mabni soch islam ki hai.</w:t>
      </w:r>
    </w:p>
    <w:p>
      <w:pPr>
        <w:jc w:val="right"/>
      </w:pPr>
      <w:r>
        <w:t>بس زمین زمین زمین۔ اور میں نے یہ دریافت مجھے ہوئی اس ٹینشن کے بعد کہ مواقع پر مبنی سوچ ہے اسلام کی نہ کہ زمین پر مبنی سوچ اسلام کی ہے۔</w:t>
      </w:r>
    </w:p>
    <w:p>
      <w:r>
        <w:rPr>
          <w:b/>
        </w:rPr>
        <w:t xml:space="preserve">[39:08] </w:t>
      </w:r>
      <w:r>
        <w:t>yeh hai tension ka barical.</w:t>
      </w:r>
    </w:p>
    <w:p>
      <w:pPr>
        <w:jc w:val="right"/>
      </w:pPr>
      <w:r>
        <w:t>یہ ہے ٹینشن کا بریکل۔</w:t>
      </w:r>
    </w:p>
    <w:p>
      <w:r>
        <w:rPr>
          <w:b/>
        </w:rPr>
        <w:t xml:space="preserve">[39:14] </w:t>
      </w:r>
      <w:r>
        <w:t>to tension jo hai mere nazdeek aik blessing hai woh koi evil nahi</w:t>
      </w:r>
    </w:p>
    <w:p>
      <w:pPr>
        <w:jc w:val="right"/>
      </w:pPr>
      <w:r>
        <w:t>تو ٹینشن جو ہے میرے نزدیک ایک بلیسنگ ہے وہ کوئی ایول نہیں</w:t>
      </w:r>
    </w:p>
    <w:p>
      <w:r>
        <w:rPr>
          <w:b/>
        </w:rPr>
        <w:t xml:space="preserve">[39:18] </w:t>
      </w:r>
      <w:r>
        <w:t>hai. dekhiye quran mein aik ayat hai in mal</w:t>
      </w:r>
    </w:p>
    <w:p>
      <w:pPr>
        <w:jc w:val="right"/>
      </w:pPr>
      <w:r>
        <w:t>ہے۔ دیکھیے قرآن میں ایک آیت ہے ان مال</w:t>
      </w:r>
    </w:p>
    <w:p>
      <w:r>
        <w:rPr>
          <w:b/>
        </w:rPr>
        <w:t xml:space="preserve">[39:29] </w:t>
      </w:r>
      <w:r>
        <w:t>iska matlab hai with every hardship there is ease with every hardship there is ease. to is ko samjhaya kya rasool Allah ne</w:t>
      </w:r>
    </w:p>
    <w:p>
      <w:pPr>
        <w:jc w:val="right"/>
      </w:pPr>
      <w:r>
        <w:t>اس کا مطلب ہے ود ایوری ہارڈشپ دیر از ایز ود ایوری ہارڈشپ دیر از ایز۔ تو اس کو سمجھایا کیا رسول اللہ نے</w:t>
      </w:r>
    </w:p>
    <w:p>
      <w:r>
        <w:rPr>
          <w:b/>
        </w:rPr>
        <w:t xml:space="preserve">[39:40] </w:t>
      </w:r>
      <w:r>
        <w:t>? ke quran mein is par ghor karne se samajh mein aata hai ke masle ke muqable mein mawaqe ziyada hoti hain hamesha.</w:t>
      </w:r>
    </w:p>
    <w:p>
      <w:pPr>
        <w:jc w:val="right"/>
      </w:pPr>
      <w:r>
        <w:t>؟ کہ قرآن میں اس پر غور کرنے سے سمجھ میں آتا ہے کہ مسئلے کے مقابلے میں مواقع زیادہ ہوتی ہیں ہمیشہ۔</w:t>
      </w:r>
    </w:p>
    <w:p>
      <w:r>
        <w:rPr>
          <w:b/>
        </w:rPr>
        <w:t xml:space="preserve">[39:53] </w:t>
      </w:r>
      <w:r>
        <w:t>aap ne farmaya ke ne aik usar par aik usar do yasar par ghalib nahi aa sakta.</w:t>
      </w:r>
    </w:p>
    <w:p>
      <w:pPr>
        <w:jc w:val="right"/>
      </w:pPr>
      <w:r>
        <w:t>آپ نے فرمایا کہ نے ایک عسر پر ایک عسر دو یسر پر غالب نہیں آ سکتا۔</w:t>
      </w:r>
    </w:p>
    <w:p>
      <w:r>
        <w:rPr>
          <w:b/>
        </w:rPr>
        <w:t xml:space="preserve">[40:03] </w:t>
      </w:r>
      <w:r>
        <w:t>yani aik masla do mawaqe par ghalib nahi aa sakta. yeh is ka tarjuma hai.</w:t>
      </w:r>
    </w:p>
    <w:p>
      <w:pPr>
        <w:jc w:val="right"/>
      </w:pPr>
      <w:r>
        <w:t>یعنی ایک مسئلہ دو مواقع پر غالب نہیں آ سکتا۔ یہ اس کا ترجمہ ہے۔</w:t>
      </w:r>
    </w:p>
    <w:p>
      <w:r>
        <w:rPr>
          <w:b/>
        </w:rPr>
        <w:t xml:space="preserve">[40:12] </w:t>
      </w:r>
      <w:r>
        <w:t>aik aik masla double mawaqe par ghalib nahi aa sakta. is ka matlab yeh hai ke mawaqe jitne ziyada hain ke us ke muqable mein masail ka ka number kam ho jata hai.</w:t>
      </w:r>
    </w:p>
    <w:p>
      <w:pPr>
        <w:jc w:val="right"/>
      </w:pPr>
      <w:r>
        <w:t>ایک ایک مسئلہ ڈبل مواقع پر غالب نہیں آ سکتا۔ اس کا مطلب یہ ہے کہ مواقع جتنے زیادہ ہیں کہ اس کے مقابلے میں مسائل کا کا نمبر کم ہو جاتا ہے۔</w:t>
      </w:r>
    </w:p>
    <w:p>
      <w:r>
        <w:rPr>
          <w:b/>
        </w:rPr>
        <w:t xml:space="preserve">[40:26] </w:t>
      </w:r>
      <w:r>
        <w:t>yeh kitni bari khushkhabri hai kitni bari achi khabar hai. kitni bari achi khabar hai. ke jaise ke jo larkiyon ne khudkushi kar li morlo ne ya annie nicole smith ne aur is bohat sari jo depression mein chali jati hain.</w:t>
      </w:r>
    </w:p>
    <w:p>
      <w:pPr>
        <w:jc w:val="right"/>
      </w:pPr>
      <w:r>
        <w:t>یہ کتنی بڑی خوشخبری ہے کتنی بڑی اچھی خبر ہے۔ کتنی بڑی اچھی خبر ہے۔ کہ جیسے کہ جو لڑکیوں نے خودکشی کر لی مورلو نے یا این نکول اسمتھ نے اور اس بہت ساری جو ڈپریشن میں چلی جاتی ہیں۔</w:t>
      </w:r>
    </w:p>
    <w:p>
      <w:r>
        <w:rPr>
          <w:b/>
        </w:rPr>
        <w:t xml:space="preserve">[40:45] </w:t>
      </w:r>
      <w:r>
        <w:t>to woh kya hai? woh apne jismani un ke andar jo aik aik jismani kashish jo pati hain usi ko le kar jeeti hain woh.</w:t>
      </w:r>
    </w:p>
    <w:p>
      <w:pPr>
        <w:jc w:val="right"/>
      </w:pPr>
      <w:r>
        <w:t>تو وہ کیا ہے؟ وہ اپنے جسمانی ان کے اندر جو ایک ایک جسمانی کشش جو پاتی ہیں اسی کو لے کر جیتی ہیں وہ۔</w:t>
      </w:r>
    </w:p>
    <w:p>
      <w:r>
        <w:rPr>
          <w:b/>
        </w:rPr>
        <w:t xml:space="preserve">[41:00] </w:t>
      </w:r>
      <w:r>
        <w:t>jo mushkil se das saal rehta hai. aur is jismani yani khoobsurti ke bayan aik aur bohat bari cheez hai woh hai mind.</w:t>
      </w:r>
    </w:p>
    <w:p>
      <w:pPr>
        <w:jc w:val="right"/>
      </w:pPr>
      <w:r>
        <w:t>جو مشکل سے دس سال رہتا ہے۔ اور اس جسمانی یعنی خوبصورتی کے بیان ایک اور بہت بڑی چیز ہے وہ ہے مائنڈ۔</w:t>
      </w:r>
    </w:p>
    <w:p>
      <w:r>
        <w:rPr>
          <w:b/>
        </w:rPr>
        <w:t xml:space="preserve">[41:15] </w:t>
      </w:r>
      <w:r>
        <w:t>jo lamahdood hai jo kabhi is ki koi had nahi aati. is is ko daryaft nahi kar pati. isi liye depression ho jata hai un</w:t>
      </w:r>
    </w:p>
    <w:p>
      <w:pPr>
        <w:jc w:val="right"/>
      </w:pPr>
      <w:r>
        <w:t>جو لامحدود ہے جو کبھی اس کی کوئی حد نہیں آتی۔ اس اس کو دریافت نہیں کر پاتی۔ اسی لیے ڈپریشن ہو جاتا ہے ان</w:t>
      </w:r>
    </w:p>
    <w:p>
      <w:r>
        <w:rPr>
          <w:b/>
        </w:rPr>
        <w:t xml:space="preserve">[41:26] </w:t>
      </w:r>
      <w:r>
        <w:t>ko. yeh jo cheez woh jaan pati hai woh jismani khoobsurti hai. jismani khoobsurti das saal chalti hai. aur jo andarooni khoobsurti hai jo zehni khoobsurti hai jo mind hai jo lamahdood hai us se bekhabar rehti hain.</w:t>
      </w:r>
    </w:p>
    <w:p>
      <w:pPr>
        <w:jc w:val="right"/>
      </w:pPr>
      <w:r>
        <w:t>کو۔ یہ جو چیز وہ جان پاتی ہے وہ جسمانی خوبصورتی ہے۔ جسمانی خوبصورتی دس سال چلتی ہے۔ اور جو اندرونی خوبصورتی ہے جو ذہنی خوبصورتی ہے جو مائنڈ ہے جو لامحدود ہے اس سے بے خبر رہتی ہیں۔</w:t>
      </w:r>
    </w:p>
    <w:p>
      <w:r>
        <w:rPr>
          <w:b/>
        </w:rPr>
        <w:t xml:space="preserve">[41:41] </w:t>
      </w:r>
      <w:r>
        <w:t>kehti hai yeh kya hai ke isi mein depression hai isi mein tension hai isi mein khudkushi hai yeh sab hota rehta hai. to yeh mamla mard ka bhi hai aurat ka bhi dono ka bhi.</w:t>
      </w:r>
    </w:p>
    <w:p>
      <w:pPr>
        <w:jc w:val="right"/>
      </w:pPr>
      <w:r>
        <w:t>کہتی ہے یہ کیا ہے کہ اسی میں ڈپریشن ہے اسی میں ٹینشن ہے اسی میں خودکشی ہے یہ سب ہوتا رہتا ہے۔ تو یہ معاملہ مرد کا بھی ہے عورت کا بھی دونوں کا بھی۔</w:t>
      </w:r>
    </w:p>
    <w:p>
      <w:r>
        <w:rPr>
          <w:b/>
        </w:rPr>
        <w:t xml:space="preserve">[41:51] </w:t>
      </w:r>
      <w:r>
        <w:t>sare log mard bhi shohrat ko le kar ke jeete hain aur shohrat jis din khatam ho us din samajhte hain ke hum to khatam ho gaye.</w:t>
      </w:r>
    </w:p>
    <w:p>
      <w:pPr>
        <w:jc w:val="right"/>
      </w:pPr>
      <w:r>
        <w:t>سارے لوگ مرد بھی شہرت کو لے کر کے جیتے ہیں اور شہرت جس دن ختم ہو اس دن سمجھتے ہیں کہ ہم تو ختم ہو گئے۔</w:t>
      </w:r>
    </w:p>
    <w:p>
      <w:r>
        <w:rPr>
          <w:b/>
        </w:rPr>
        <w:t xml:space="preserve">[42:02] </w:t>
      </w:r>
      <w:r>
        <w:t>main ne aik ias officer ko dekha bare aaftab se rehte the woh office mein aur bohat bare dabde ke sath rehte the office mein.</w:t>
      </w:r>
    </w:p>
    <w:p>
      <w:pPr>
        <w:jc w:val="right"/>
      </w:pPr>
      <w:r>
        <w:t>میں نے ایک آئی ایس افسر کو دیکھا بڑے آفتاب سے رہتے تھے وہ آفس میں اور بہت بڑے دبدبے کے ساتھ رہتے تھے آفس میں۔</w:t>
      </w:r>
    </w:p>
    <w:p>
      <w:r>
        <w:rPr>
          <w:b/>
        </w:rPr>
        <w:t xml:space="preserve">[42:11] </w:t>
      </w:r>
      <w:r>
        <w:t>lekin jab retire hue to tab main ne dekha un ko aik dam wohi insan bujh gaya tha. wohi insan.</w:t>
      </w:r>
    </w:p>
    <w:p>
      <w:pPr>
        <w:jc w:val="right"/>
      </w:pPr>
      <w:r>
        <w:t>لیکن جب ریٹائر ہوئے تو تب میں نے دیکھا ان کو ایک دم وہی انسان بجھ گیا تھا۔ وہی انسان۔</w:t>
      </w:r>
    </w:p>
    <w:p>
      <w:r>
        <w:rPr>
          <w:b/>
        </w:rPr>
        <w:t xml:space="preserve">[42:20] </w:t>
      </w:r>
      <w:r>
        <w:t>kyunke us ne apne aap ko is is is chair par jo ias officer ki chair thi us ko le kar ke apni shanakht ko daryaft kiya tha us ne.</w:t>
      </w:r>
    </w:p>
    <w:p>
      <w:pPr>
        <w:jc w:val="right"/>
      </w:pPr>
      <w:r>
        <w:t>کیونکہ اس نے اپنے آپ کو اس اس اس چیئر پر جو آئی ایس افسر کی چیئر تھی اس کو لے کر کے اپنی شناخت کو دریافت کیا تھا اس نے۔</w:t>
      </w:r>
    </w:p>
    <w:p>
      <w:r>
        <w:rPr>
          <w:b/>
        </w:rPr>
        <w:t xml:space="preserve">[42:29] </w:t>
      </w:r>
      <w:r>
        <w:t>woh chair chali gayi to main kuch bhi nahi hoon. main kuch bhi nahi hoon.</w:t>
      </w:r>
    </w:p>
    <w:p>
      <w:pPr>
        <w:jc w:val="right"/>
      </w:pPr>
      <w:r>
        <w:t>وہ چیئر چلی گئی تو میں کچھ بھی نہیں ہوں۔ میں کچھ بھی نہیں ہوں۔</w:t>
      </w:r>
    </w:p>
    <w:p>
      <w:r>
        <w:rPr>
          <w:b/>
        </w:rPr>
        <w:t xml:space="preserve">[42:39] </w:t>
      </w:r>
      <w:r>
        <w:t>aur main to yani so bar kam az kam bata sakta hoon aap ko bar bar aisa hua ke tension ne mujhe aik nai dunya se</w:t>
      </w:r>
    </w:p>
    <w:p>
      <w:pPr>
        <w:jc w:val="right"/>
      </w:pPr>
      <w:r>
        <w:t>اور میں تو یعنی سو بار کم از کم بتا سکتا ہوں آپ کو بار بار ایسا ہوا کہ ٹینشن نے مجھے ایک نئی دنیا سے</w:t>
      </w:r>
    </w:p>
    <w:p>
      <w:r>
        <w:rPr>
          <w:b/>
        </w:rPr>
        <w:t xml:space="preserve">[42:50] </w:t>
      </w:r>
      <w:r>
        <w:t>mili mujhe jaisay isi dilli mein dekhiye isi dilli mein aisa hua ke 1975 mein mein isi dilli mein mein be ghar ho gaya be ghar ho gaya jab aik aik aik zamanay mein aik haftay mein aik din nikalta tha mein is ka editor tha achaanak unhon ne band kar diya unhon ne.</w:t>
      </w:r>
    </w:p>
    <w:p>
      <w:pPr>
        <w:jc w:val="right"/>
      </w:pPr>
      <w:r>
        <w:t>ملی مجھے۔ جیسے اسی دلی میں دیکھیے اسی دلی میں ایسا ہوا کہ 1975 میں میں اسی دلی میں میں بے گھر ہو گیا بے گھر ہو گیا جب ایک ایک ایک زمانے میں ایک ہفتے میں ایک دن نکلتا تھا میں اس کا ایڈیٹر تھا اچانک انہوں نے بند کر دیا انہوں نے۔</w:t>
      </w:r>
    </w:p>
    <w:p>
      <w:r>
        <w:rPr>
          <w:b/>
        </w:rPr>
        <w:t xml:space="preserve">[43:15] </w:t>
      </w:r>
      <w:r>
        <w:t>ab mein bilkul aik be ghar shakhs ban gaya isi dilli mein 1975 mein to logon ne mujh se kaha ke in par case kijiye.</w:t>
      </w:r>
    </w:p>
    <w:p>
      <w:pPr>
        <w:jc w:val="right"/>
      </w:pPr>
      <w:r>
        <w:t>اب میں بالکل ایک بے گھر شخص بن گیا اسی دلی میں 1975 میں۔ تو لوگوں نے مجھ سے کہا کہ ان پر کیس کیجیے۔</w:t>
      </w:r>
    </w:p>
    <w:p>
      <w:r>
        <w:rPr>
          <w:b/>
        </w:rPr>
        <w:t xml:space="preserve">[43:25] </w:t>
      </w:r>
      <w:r>
        <w:t>aur yeh lambi kahani hai har aadmi karta hai to case kijiye case kijiye lekin mein ne kya faisla kiya?</w:t>
      </w:r>
    </w:p>
    <w:p>
      <w:pPr>
        <w:jc w:val="right"/>
      </w:pPr>
      <w:r>
        <w:t>اور یہ لمبی کہانی ہے ہر آدمی کرتا ہے تو کیس کیجیے کیس کیجیے۔ لیکن میں نے کیا فیصلہ کیا؟</w:t>
      </w:r>
    </w:p>
    <w:p>
      <w:r>
        <w:rPr>
          <w:b/>
        </w:rPr>
        <w:t xml:space="preserve">[43:35] </w:t>
      </w:r>
      <w:r>
        <w:t>ke is haftay ke parche ke bahar bhi aik dunya hai woh dunya pehle hi mere qabzay mein hai.</w:t>
      </w:r>
    </w:p>
    <w:p>
      <w:pPr>
        <w:jc w:val="right"/>
      </w:pPr>
      <w:r>
        <w:t>کہ اس ہفتے کے پرچے کے باہر بھی ایک دنیا ہے۔ وہ دنیا پہلے ہی میرے قبضے میں ہے۔</w:t>
      </w:r>
    </w:p>
    <w:p>
      <w:r>
        <w:rPr>
          <w:b/>
        </w:rPr>
        <w:t xml:space="preserve">[43:44] </w:t>
      </w:r>
      <w:r>
        <w:t>woh jo aik haftay ka parcha tha aik i association ka is ka aik office tha to kya wohi kal dunya hai is ke bahar bohat bari dunya hai.</w:t>
      </w:r>
    </w:p>
    <w:p>
      <w:pPr>
        <w:jc w:val="right"/>
      </w:pPr>
      <w:r>
        <w:t>وہ جو ایک ہفتے کا پرچہ تھا ایک آئی ایس ایشن کا اس کا ایک آفس تھا۔ تو کیا وہی کل دنیا ہے؟ اس کے باہر بہت بڑی دنیا ہے۔</w:t>
      </w:r>
    </w:p>
    <w:p>
      <w:r>
        <w:rPr>
          <w:b/>
        </w:rPr>
        <w:t xml:space="preserve">[43:54] </w:t>
      </w:r>
      <w:r>
        <w:t>trillion time ziyada bari dunya to mein aik saal tak chala is tarah ka qissa phir mein ne apna magazine nikala.</w:t>
      </w:r>
    </w:p>
    <w:p>
      <w:pPr>
        <w:jc w:val="right"/>
      </w:pPr>
      <w:r>
        <w:t>ٹریلین ٹائم زیادہ بڑی دنیا۔ تو میں ایک سال تک چلا اس طرح کا قصہ پھر میں نے اپنا میگزین نکالا۔</w:t>
      </w:r>
    </w:p>
    <w:p>
      <w:r>
        <w:rPr>
          <w:b/>
        </w:rPr>
        <w:t xml:space="preserve">[44:04] </w:t>
      </w:r>
      <w:r>
        <w:t>1975 hi ke aakhir mein.</w:t>
      </w:r>
    </w:p>
    <w:p>
      <w:pPr>
        <w:jc w:val="right"/>
      </w:pPr>
      <w:r>
        <w:t>1975 ہی کے آخر میں۔</w:t>
      </w:r>
    </w:p>
    <w:p>
      <w:r>
        <w:rPr>
          <w:b/>
        </w:rPr>
        <w:t xml:space="preserve">[44:10] </w:t>
      </w:r>
      <w:r>
        <w:t>is ka naam mein ne rakha Al-Risala Al-Risala means the message Al-Risala ka matlab hai the message urdu mein english mein aur hindi mein.</w:t>
      </w:r>
    </w:p>
    <w:p>
      <w:pPr>
        <w:jc w:val="right"/>
      </w:pPr>
      <w:r>
        <w:t>اس کا نام میں نے رکھا الرسالہ الرسالہ مینز دا میسج الرسالہ کا مطلب ہے دا میسج اردو میں انگلش میں اور ہندی میں۔</w:t>
      </w:r>
    </w:p>
    <w:p>
      <w:r>
        <w:rPr>
          <w:b/>
        </w:rPr>
        <w:t xml:space="preserve">[44:21] </w:t>
      </w:r>
      <w:r>
        <w:t>to woh us waqt se baqaaida tareeqay se barabar nikal raha hai aaj aur poore yaani urdu jo muslim lafz jo hai is ka munfarid parcha maana jata hai woh.</w:t>
      </w:r>
    </w:p>
    <w:p>
      <w:pPr>
        <w:jc w:val="right"/>
      </w:pPr>
      <w:r>
        <w:t>تو وہ اس وقت سے باقاعدہ طریقے سے برابر نکل رہا ہے آج۔ اور پورے یعنی اردو جو مسلم لفظ جو ہے اس کا منفرد پرچہ مانا جاتا ہے وہ۔</w:t>
      </w:r>
    </w:p>
    <w:p>
      <w:r>
        <w:rPr>
          <w:b/>
        </w:rPr>
        <w:t xml:space="preserve">[44:33] </w:t>
      </w:r>
      <w:r>
        <w:t>aap ghhor kijiye ke mein barabar pakistan par tanqeed karta hoon jo mein jinnah par tanqeed karta hoon iqbal par tanqeed karta hoon.</w:t>
      </w:r>
    </w:p>
    <w:p>
      <w:pPr>
        <w:jc w:val="right"/>
      </w:pPr>
      <w:r>
        <w:t>آپ غور کیجیے کہ میں برابر پاکستان پر تنقید کرتا ہوں۔ جو میں جناح پر تنقید کرتا ہوں اقبال پر تنقید کرتا ہوں۔</w:t>
      </w:r>
    </w:p>
    <w:p>
      <w:r>
        <w:rPr>
          <w:b/>
        </w:rPr>
        <w:t xml:space="preserve">[44:43] </w:t>
      </w:r>
      <w:r>
        <w:t>aap jante hain ke iqbal jo thay woh pakistan ke sochne walay thay jinnah sahib thay jo pakistan ke builder thay.</w:t>
      </w:r>
    </w:p>
    <w:p>
      <w:pPr>
        <w:jc w:val="right"/>
      </w:pPr>
      <w:r>
        <w:t>آپ جانتے ہیں کہ اقبال جو تھے وہ پاکستان کے سوچنے والے تھے۔ جناح صاحب تھے جو پاکستان کے بلڈر تھے۔</w:t>
      </w:r>
    </w:p>
    <w:p>
      <w:r>
        <w:rPr>
          <w:b/>
        </w:rPr>
        <w:t xml:space="preserve">[44:51] </w:t>
      </w:r>
      <w:r>
        <w:t>to mein aur abdullah al mehdi jo pakistan ke is mein bohat un ka darja mila un ko to mein barabar pakistan ko kehta hoon ke yeh koi yaani yeh koi kaam nahi tha jo musalmanon ne kiya.</w:t>
      </w:r>
    </w:p>
    <w:p>
      <w:pPr>
        <w:jc w:val="right"/>
      </w:pPr>
      <w:r>
        <w:t>تو میں اور عبداللہ المہدی جو پاکستان کے اس میں بہت ان کا درجہ ملا ان کو۔ تو میں برابر پاکستان کو کہتا ہوں کہ یہ کوئی یعنی یہ کوئی کام نہیں تھا جو مسلمانوں نے کیا۔</w:t>
      </w:r>
    </w:p>
    <w:p>
      <w:r>
        <w:rPr>
          <w:b/>
        </w:rPr>
        <w:t xml:space="preserve">[45:06] </w:t>
      </w:r>
      <w:r>
        <w:t>partition ko mein kehta hoon ke yeh koi kaam nahi tha jo musalmanon ne kiya to mein iqbal par tanqeed karta hoon mehdi par tanqeed karta hoon jinnah par tanqeed karta hoon.</w:t>
      </w:r>
    </w:p>
    <w:p>
      <w:pPr>
        <w:jc w:val="right"/>
      </w:pPr>
      <w:r>
        <w:t>پارٹیشن کو میں کہتا ہوں کہ یہ کوئی کام نہیں تھا جو مسلمانوں نے کیا۔ تو میں اقبال پر تنقید کرتا ہوں مہدی پر تنقید کرتا ہوں جناح پر تنقید کرتا ہوں۔</w:t>
      </w:r>
    </w:p>
    <w:p>
      <w:r>
        <w:rPr>
          <w:b/>
        </w:rPr>
        <w:t xml:space="preserve">[45:14] </w:t>
      </w:r>
      <w:r>
        <w:t>p</w:t>
      </w:r>
    </w:p>
    <w:p>
      <w:pPr>
        <w:jc w:val="right"/>
      </w:pPr>
      <w:r>
        <w:t>پ</w:t>
      </w:r>
    </w:p>
    <w:p>
      <w:r>
        <w:rPr>
          <w:b/>
        </w:rPr>
        <w:t xml:space="preserve">[45:15] </w:t>
      </w:r>
      <w:r>
        <w:t>har bhi mera parcha jo hai akela parcha india ka hai jo wahan par dobara chhapaya jata hai har mahine har mahine.</w:t>
      </w:r>
    </w:p>
    <w:p>
      <w:pPr>
        <w:jc w:val="right"/>
      </w:pPr>
      <w:r>
        <w:t>ھر بھی میرا پرچہ جو ہے اکیلا پرچہ انڈیا کا ہے جو وہاں پر دوبارہ چھپایا جاتا ہے۔ ہر مہینے۔ ہر مہینے۔</w:t>
      </w:r>
    </w:p>
    <w:p>
      <w:r>
        <w:rPr>
          <w:b/>
        </w:rPr>
        <w:t xml:space="preserve">[45:25] </w:t>
      </w:r>
      <w:r>
        <w:t>kyun ke woh log nazar andaz nahi kar sakte Al-Risala ke parche ko is mein itni ziyada aur baatein hoti hain is aik baat ko chhod kar ke is liye un logon ko mujh se mohabbat nafrat ka ta'alluq hai.</w:t>
      </w:r>
    </w:p>
    <w:p>
      <w:pPr>
        <w:jc w:val="right"/>
      </w:pPr>
      <w:r>
        <w:t>کیونکہ وہ لوگ نظرانداز نہیں کر سکتے الرسالہ کے پرچے کو۔ اس میں اتنی زیادہ اور باتیں ہوتی ہیں اس ایک بات کو چھوڑ کر کے۔ اس لیے ان لوگوں کو مجھ سے محبت نفرت کا تعلق ہے۔</w:t>
      </w:r>
    </w:p>
    <w:p>
      <w:r>
        <w:rPr>
          <w:b/>
        </w:rPr>
        <w:t xml:space="preserve">[45:34] </w:t>
      </w:r>
      <w:r>
        <w:t>mohabbat nafrat ke aik fisad agar woh baatein hoti hain jo unhein achhi nahi lagti hain kyun ke 90 fisad baatein woh baatein hoti hoti hain 99 fisad.</w:t>
      </w:r>
    </w:p>
    <w:p>
      <w:pPr>
        <w:jc w:val="right"/>
      </w:pPr>
      <w:r>
        <w:t>محبت نفرت۔ کہ ایک فیصد اگر وہ باتیں ہوتی ہیں جو انہیں اچھی نہیں لگتی ہیں۔ کیونکہ 90 فیصد باتیں وہ باتیں ہوتی ہوتی ہیں 99 فیصد۔</w:t>
      </w:r>
    </w:p>
    <w:p>
      <w:r>
        <w:rPr>
          <w:b/>
        </w:rPr>
        <w:t xml:space="preserve">[45:44] </w:t>
      </w:r>
      <w:r>
        <w:t>is ka koi un ke paas mutabadil nahi hai kisi bhi magazine mein woh baat nahi pa sakte woh arabic mein farsi mein english mein urdu mein kisi bhi zaban mein.</w:t>
      </w:r>
    </w:p>
    <w:p>
      <w:pPr>
        <w:jc w:val="right"/>
      </w:pPr>
      <w:r>
        <w:t>اس کا کوئی ان کے پاس متبادل نہیں ہے۔ کسی بھی میگزین میں وہ بات نہیں پا سکتے وہ۔ عربک میں فارسی میں انگلش میں اردو میں کسی بھی زبان میں۔</w:t>
      </w:r>
    </w:p>
    <w:p>
      <w:r>
        <w:rPr>
          <w:b/>
        </w:rPr>
        <w:t xml:space="preserve">[45:54] </w:t>
      </w:r>
      <w:r>
        <w:t>jo hamare parche mein hoti hain.</w:t>
      </w:r>
    </w:p>
    <w:p>
      <w:pPr>
        <w:jc w:val="right"/>
      </w:pPr>
      <w:r>
        <w:t>جو ہمارے پرچے میں ہوتی ہیں۔</w:t>
      </w:r>
    </w:p>
    <w:p>
      <w:r>
        <w:rPr>
          <w:b/>
        </w:rPr>
        <w:t xml:space="preserve">[45:58] </w:t>
      </w:r>
      <w:r>
        <w:t>to mein ne parcha apna nikala aur khoob mehnat kar ke parhta tha mein.</w:t>
      </w:r>
    </w:p>
    <w:p>
      <w:pPr>
        <w:jc w:val="right"/>
      </w:pPr>
      <w:r>
        <w:t>تو میں نے پرچہ اپنا نکالا اور خوب محنت کر کے پڑھتا تھا میں۔</w:t>
      </w:r>
    </w:p>
    <w:p>
      <w:r>
        <w:rPr>
          <w:b/>
        </w:rPr>
        <w:t xml:space="preserve">[46:03] </w:t>
      </w:r>
      <w:r>
        <w:t>bohat saare magazine bohat saare risalay bohat saari kitaben aur bilkul nai baatein lata tha risalay mein nai baatein jo is se pehle kabhi na kisi ne socha tha aur na woh chhapi theen woh baatein.</w:t>
      </w:r>
    </w:p>
    <w:p>
      <w:pPr>
        <w:jc w:val="right"/>
      </w:pPr>
      <w:r>
        <w:t>بہت سارے میگزین بہت سارے رسالے بہت ساری کتابیں۔ اور بالکل نئی باتیں لاتا تھا رسالے میں نئی باتیں۔ جو اس سے پہلے کبھی نہ کسی نے سوچا تھا اور نہ وہ چھپی تھیں وہ باتیں۔</w:t>
      </w:r>
    </w:p>
    <w:p>
      <w:r>
        <w:rPr>
          <w:b/>
        </w:rPr>
        <w:t xml:space="preserve">[46:17] </w:t>
      </w:r>
      <w:r>
        <w:t>to Khuda ke fazal se yaani 75 mein agar mein samajhta ke meri tareekh khatam ho gayi mera chapter band ho chuka.</w:t>
      </w:r>
    </w:p>
    <w:p>
      <w:pPr>
        <w:jc w:val="right"/>
      </w:pPr>
      <w:r>
        <w:t>تو خدا کے فضل سے یعنی 75 میں اگر میں سمجھتا کہ میری تاریخ ختم ہو گئی۔ میرا چیپٹر بند ہو چکا۔</w:t>
      </w:r>
    </w:p>
    <w:p>
      <w:r>
        <w:rPr>
          <w:b/>
        </w:rPr>
        <w:t xml:space="preserve">[46:26] </w:t>
      </w:r>
      <w:r>
        <w:t>to mein bhi khudkushi kar sakta tha.</w:t>
      </w:r>
    </w:p>
    <w:p>
      <w:pPr>
        <w:jc w:val="right"/>
      </w:pPr>
      <w:r>
        <w:t>تو میں بھی خودکشی کر سکتا تھا۔</w:t>
      </w:r>
    </w:p>
    <w:p>
      <w:r>
        <w:rPr>
          <w:b/>
        </w:rPr>
        <w:t xml:space="preserve">[46:30] </w:t>
      </w:r>
      <w:r>
        <w:t>lekin mein ne phir se apna naya chapter khola is waqt ke muqablay mein aaj mein samajhta hoon ke million time ziyada bara kaam Allah taala mujh se le rahe hain million time ziyada bara kaam le rahe hain mujh se.</w:t>
      </w:r>
    </w:p>
    <w:p>
      <w:pPr>
        <w:jc w:val="right"/>
      </w:pPr>
      <w:r>
        <w:t>لیکن میں نے پھر سے اپنا نیا چیپٹر کھولا۔ اس وقت کے مقابلے میں آج میں سمجھتا ہوں کہ ملین ٹائم زیادہ بڑا کام اللہ تعالیٰ مجھ سے لے رہے ہیں۔ ملین ٹائم زیادہ بڑا کام لے رہے ہیں مجھ سے۔</w:t>
      </w:r>
    </w:p>
    <w:p>
      <w:r>
        <w:rPr>
          <w:b/>
        </w:rPr>
        <w:t xml:space="preserve">[46:42] </w:t>
      </w:r>
      <w:r>
        <w:t>to yeh tension jo hota hai tension to aik dhakka deta hai aap ko aage barhnay ke liye tension jo hai dhakkay ka amal hai.</w:t>
      </w:r>
    </w:p>
    <w:p>
      <w:pPr>
        <w:jc w:val="right"/>
      </w:pPr>
      <w:r>
        <w:t>تو یہ ٹینشن جو ہوتا ہے ٹینشن تو ایک دھکا دیتا ہے آپ کو آگے بڑھنے کے لیے۔ ٹینشن جو ہے دھکے کا عامل ہے۔</w:t>
      </w:r>
    </w:p>
    <w:p>
      <w:r>
        <w:rPr>
          <w:b/>
        </w:rPr>
        <w:t xml:space="preserve">[46:56] </w:t>
      </w:r>
      <w:r>
        <w:t>dhakay ka aamil hai tension.</w:t>
      </w:r>
    </w:p>
    <w:p>
      <w:pPr>
        <w:jc w:val="right"/>
      </w:pPr>
      <w:r>
        <w:t>دھکے کا عامل ہے ٹینشن۔</w:t>
      </w:r>
    </w:p>
    <w:p>
      <w:r>
        <w:rPr>
          <w:b/>
        </w:rPr>
        <w:t xml:space="preserve">[47:00] </w:t>
      </w:r>
      <w:r>
        <w:t>main aap ko kuch misaalain doonga. india ka bhi india ke bahir ka bhi.</w:t>
      </w:r>
    </w:p>
    <w:p>
      <w:pPr>
        <w:jc w:val="right"/>
      </w:pPr>
      <w:r>
        <w:t>میں آپ کو کچھ مثالیں دوں گا۔ انڈیا کا بھی انڈیا کے باہر کا بھی۔</w:t>
      </w:r>
    </w:p>
    <w:p>
      <w:r>
        <w:rPr>
          <w:b/>
        </w:rPr>
        <w:t xml:space="preserve">[47:08] </w:t>
      </w:r>
      <w:r>
        <w:t>to isi hamare haan jo log baithe hue hain yeh sab ke sab is baat ki aik misaal hain. sab khuda ke fazal se isi se guzre hain unhon ne apni tension ko tabdeel kiya hai yani yani misbat tor par is ko banaya hai.</w:t>
      </w:r>
    </w:p>
    <w:p>
      <w:pPr>
        <w:jc w:val="right"/>
      </w:pPr>
      <w:r>
        <w:t>تو اسی ہمارے ہاں جو لوگ بیٹھے ہوئے ہیں یہ سب کے سب اس بات کی ایک مثال ہیں۔ سب خدا کے فضل سے اسی سے گزرے ہیں انہوں نے اپنی ٹینشن کو تبدیل کیا ہے یعنی یعنی مثبت طور پر اس کو بنایا ہے۔</w:t>
      </w:r>
    </w:p>
    <w:p>
      <w:r>
        <w:rPr>
          <w:b/>
        </w:rPr>
        <w:t xml:space="preserve">[47:29] </w:t>
      </w:r>
      <w:r>
        <w:t>tension ko tabdeel kar ke apni faida mand banaya hai apne liye. jaise hamare haan class mein barabar aate hain mister khalid ansari. woh thay aik english paper mein daily paper mein.</w:t>
      </w:r>
    </w:p>
    <w:p>
      <w:pPr>
        <w:jc w:val="right"/>
      </w:pPr>
      <w:r>
        <w:t>ٹینشن کو تبدیل کر کے اپنی فائدہ مند بنایا ہے اپنے لیے۔ جیسے ہمارے ہاں کلاس میں برابر آتے ہیں مسٹر خالد انصاری۔ وہ تھے ایک انگلش پیپر میں ڈیلی پیپر میں۔</w:t>
      </w:r>
    </w:p>
    <w:p>
      <w:r>
        <w:rPr>
          <w:b/>
        </w:rPr>
        <w:t xml:space="preserve">[47:43] </w:t>
      </w:r>
      <w:r>
        <w:t>maa se unhon ne kisi wajah se unhon ne in ko alag kar diya. ab aik zabardast tension aaya un ke mind mein shuru shuru mein.</w:t>
      </w:r>
    </w:p>
    <w:p>
      <w:pPr>
        <w:jc w:val="right"/>
      </w:pPr>
      <w:r>
        <w:t>ماں سے انہوں نے کسی وجہ سے انہوں نے ان کو الگ کر دیا۔ اب ایک زبردست ٹینشن آیا ان کے مائنڈ میں شروع شروع میں۔</w:t>
      </w:r>
    </w:p>
    <w:p>
      <w:r>
        <w:rPr>
          <w:b/>
        </w:rPr>
        <w:t xml:space="preserve">[47:52] </w:t>
      </w:r>
      <w:r>
        <w:t>lekin is tension ko unhon ne sambhala.</w:t>
      </w:r>
    </w:p>
    <w:p>
      <w:pPr>
        <w:jc w:val="right"/>
      </w:pPr>
      <w:r>
        <w:t>لیکن اس ٹینشن کو انہوں نے سنبھالا۔</w:t>
      </w:r>
    </w:p>
    <w:p>
      <w:r>
        <w:rPr>
          <w:b/>
        </w:rPr>
        <w:t xml:space="preserve">[47:55] </w:t>
      </w:r>
      <w:r>
        <w:t>sambhal kar ke yeh socha ke main apni apni maharat ko itna barhaoon ke dunya mujhe nazar andaz na kar sakay. dekhiye aik naya formula zara sochiye is ko.</w:t>
      </w:r>
    </w:p>
    <w:p>
      <w:pPr>
        <w:jc w:val="right"/>
      </w:pPr>
      <w:r>
        <w:t>سنبھال کر کے یہ سوچا کہ میں اپنی اپنی مہارت کو اتنا بڑھاؤں کہ دنیا مجھے نظرانداز نہ کر سکے۔ دیکھیے ایک نیا فارمولا ذرا سوچیے اس کو۔</w:t>
      </w:r>
    </w:p>
    <w:p>
      <w:r>
        <w:rPr>
          <w:b/>
        </w:rPr>
        <w:t xml:space="preserve">[48:05] </w:t>
      </w:r>
      <w:r>
        <w:t>ke aap ka doosre ka number barabar barabar hai aap bhi 50 feesad doosra 50 feesad to aap ko nazar andaz kiya ja sakta hai. lekin doosre ka 50 feesad hai aap ka 90 feesad hai koi aap ko nazar andaz nahi kar sakta koi.</w:t>
      </w:r>
    </w:p>
    <w:p>
      <w:pPr>
        <w:jc w:val="right"/>
      </w:pPr>
      <w:r>
        <w:t>کہ آپ کا دوسرے کا نمبر برابر برابر ہے آپ بھی 50 فیصد دوسرا 50 فیصد تو آپ کو نظرانداز کیا جا سکتا ہے۔ لیکن دوسرے کا 50 فیصد ہے آپ کا 90 فیصد ہے کوئی آپ کو نظرانداز نہیں کر سکتا کوئی۔</w:t>
      </w:r>
    </w:p>
    <w:p>
      <w:r>
        <w:rPr>
          <w:b/>
        </w:rPr>
        <w:t xml:space="preserve">[48:20] </w:t>
      </w:r>
      <w:r>
        <w:t>nazar andaz nahi kar sakta.</w:t>
      </w:r>
    </w:p>
    <w:p>
      <w:pPr>
        <w:jc w:val="right"/>
      </w:pPr>
      <w:r>
        <w:t>نظرانداز نہیں کر سکتا۔</w:t>
      </w:r>
    </w:p>
    <w:p>
      <w:r>
        <w:rPr>
          <w:b/>
        </w:rPr>
        <w:t xml:space="preserve">[48:22] </w:t>
      </w:r>
      <w:r>
        <w:t>to unhon ne socha ke theek hai is waqt unhon ne nazar andaz kiya mujhe ke mujhe unhon ne isi ke barabar ka samjha.</w:t>
      </w:r>
    </w:p>
    <w:p>
      <w:pPr>
        <w:jc w:val="right"/>
      </w:pPr>
      <w:r>
        <w:t>تو انہوں نے سوچا کہ ٹھیک ہے اس وقت انہوں نے نظرانداز کیا مجھے کہ مجھے انہوں نے اسی کے برابر کا سمجھا۔</w:t>
      </w:r>
    </w:p>
    <w:p>
      <w:r>
        <w:rPr>
          <w:b/>
        </w:rPr>
        <w:t xml:space="preserve">[48:32] </w:t>
      </w:r>
      <w:r>
        <w:t>lekin main apni maharat ko barhaoon ga. aik saal tak unhon ne bohat zabardast mehnat ki aur apni english ko behtar kiya. ab isi delhi mein un ko is se ziyada bara job mil gaya hai isi delhi mein.</w:t>
      </w:r>
    </w:p>
    <w:p>
      <w:pPr>
        <w:jc w:val="right"/>
      </w:pPr>
      <w:r>
        <w:t>لیکن میں اپنی مہارت کو بڑھاؤں گا۔ ایک سال تک انہوں نے بہت زبردست محنت کی اور اپنی انگلش کو بہتر کیا۔ اب اسی دلی میں ان کو اس سے زیادہ بڑا جاب مل گیا ہے اسی دلی میں۔</w:t>
      </w:r>
    </w:p>
    <w:p>
      <w:r>
        <w:rPr>
          <w:b/>
        </w:rPr>
        <w:t xml:space="preserve">[48:44] </w:t>
      </w:r>
      <w:r>
        <w:t>yeh hai tension ko sambhalna. isi hamare haan aate hain mister no deep</w:t>
      </w:r>
    </w:p>
    <w:p>
      <w:pPr>
        <w:jc w:val="right"/>
      </w:pPr>
      <w:r>
        <w:t>یہ ہے ٹینشن کو سنبھالنا۔ اسی ہمارے ہاں آتے ہیں مسٹر نو دیپ</w:t>
      </w:r>
    </w:p>
    <w:p>
      <w:r>
        <w:rPr>
          <w:b/>
        </w:rPr>
        <w:t xml:space="preserve">[48:51] </w:t>
      </w:r>
      <w:r>
        <w:t>mister no deep ka bara sab se bara khwab tha ke woh sports mein koi hero banay. to un ko kya hua un ko paon mein chot aa gayi aur woh is is maidan mein janay qabil nahi rahe woh.</w:t>
      </w:r>
    </w:p>
    <w:p>
      <w:pPr>
        <w:jc w:val="right"/>
      </w:pPr>
      <w:r>
        <w:t>مسٹر نو دیپ کا بڑا سب سے بڑا خواب تھا کہ وہ اسپورٹس میں کوئی ہیرو بنے۔ تو ان کو کیا ہوا ان کو پاؤں میں چوٹ آ گئی اور وہ اس اس میدان میں جانے قابل نہیں رہے وہ۔</w:t>
      </w:r>
    </w:p>
    <w:p>
      <w:r>
        <w:rPr>
          <w:b/>
        </w:rPr>
        <w:t xml:space="preserve">[49:05] </w:t>
      </w:r>
      <w:r>
        <w:t>to bazahir to aik nuqsan tha. bazahir to aisa kisi tension mein woh jeen aur isi tension mein maray hain le kar ke ke mera khwab poora nahi hua.</w:t>
      </w:r>
    </w:p>
    <w:p>
      <w:pPr>
        <w:jc w:val="right"/>
      </w:pPr>
      <w:r>
        <w:t>تو بظاہر تو ایک نقصان تھا۔ بظاہر تو ایسا کسی ٹینشن میں وہ جیئیں اور اسی ٹینشن میں مرے ہیں۔ لے کر کے کہ میرا خواب پورا نہیں ہوا۔</w:t>
      </w:r>
    </w:p>
    <w:p>
      <w:r>
        <w:rPr>
          <w:b/>
        </w:rPr>
        <w:t xml:space="preserve">[49:15] </w:t>
      </w:r>
      <w:r>
        <w:t>lekin unhon ne phir se is soch ko ikatha kiya phir se socha.</w:t>
      </w:r>
    </w:p>
    <w:p>
      <w:pPr>
        <w:jc w:val="right"/>
      </w:pPr>
      <w:r>
        <w:t>لیکن انہوں نے پھر سے اس سوچ کو اکٹھا کیا پھر سے سوچا۔</w:t>
      </w:r>
    </w:p>
    <w:p>
      <w:r>
        <w:rPr>
          <w:b/>
        </w:rPr>
        <w:t xml:space="preserve">[49:21] </w:t>
      </w:r>
      <w:r>
        <w:t>ab main samajhta hoon ke rohani maidan mein is se ziyada yani hazar guna ziyada bara darja unhon ne hasil kar liya hai. sports ke maidan mein agar woh farz kiye ke woh champion ban jatay tab bhi woh choti baat thi.</w:t>
      </w:r>
    </w:p>
    <w:p>
      <w:pPr>
        <w:jc w:val="right"/>
      </w:pPr>
      <w:r>
        <w:t>اب میں سمجھتا ہوں کہ روحانی میدان میں اس سے زیادہ یعنی ہزار گنا زیادہ بڑا درجہ انہوں نے حاصل کر لیا ہے۔ اسپورٹس کے میدان میں اگر وہ فرض کیے کہ وہ چیمپیئن بن جاتے تب بھی وہ چھوٹی بات تھی۔</w:t>
      </w:r>
    </w:p>
    <w:p>
      <w:r>
        <w:rPr>
          <w:b/>
        </w:rPr>
        <w:t xml:space="preserve">[49:34] </w:t>
      </w:r>
      <w:r>
        <w:t>lekin rohaniyat ke maidan mein jo unhon ne hasil kiya hai woh is se million guna ziyada bari baat hai.</w:t>
      </w:r>
    </w:p>
    <w:p>
      <w:pPr>
        <w:jc w:val="right"/>
      </w:pPr>
      <w:r>
        <w:t>لیکن روحانیت کے میدان میں جو انہوں نے حاصل کیا ہے وہ اس سے ملین گنا زیادہ بڑی بات ہے۔</w:t>
      </w:r>
    </w:p>
    <w:p>
      <w:r>
        <w:rPr>
          <w:b/>
        </w:rPr>
        <w:t xml:space="preserve">[49:41] </w:t>
      </w:r>
      <w:r>
        <w:t>kyun ke is mein aarzai shohrat milti thi shohrat aarzai shohrat. aur yeh jo rohaniyat ki line hai is mein abadi jannat ka rasta khula hua hai.</w:t>
      </w:r>
    </w:p>
    <w:p>
      <w:pPr>
        <w:jc w:val="right"/>
      </w:pPr>
      <w:r>
        <w:t>کیونکہ اس میں عارضی شہرت ملتی تھی شہرت عارضی شہرت۔ اور یہ جو روحانیت کی لائن ہے اس میں ابدی جنت کا راستہ کھلا ہوا ہے۔</w:t>
      </w:r>
    </w:p>
    <w:p>
      <w:r>
        <w:rPr>
          <w:b/>
        </w:rPr>
        <w:t xml:space="preserve">[49:54] </w:t>
      </w:r>
      <w:r>
        <w:t>to mister no deep agar tension mein partay stress hota un ko isi mein jeeti isi mein martay to khudkushi bhi kar saktay thay woh.</w:t>
      </w:r>
    </w:p>
    <w:p>
      <w:pPr>
        <w:jc w:val="right"/>
      </w:pPr>
      <w:r>
        <w:t>تو مسٹر نو دیپ اگر ٹینشن میں پڑتے اسٹریس ہوتا ان کو اسی میں جیتی اسی میں مرتے تو خودکشی بھی کر سکتے تھے وہ۔</w:t>
      </w:r>
    </w:p>
    <w:p>
      <w:r>
        <w:rPr>
          <w:b/>
        </w:rPr>
        <w:t xml:space="preserve">[50:04] </w:t>
      </w:r>
      <w:r>
        <w:t>lekin khuda ki tofeeq se unhon ne aisa kiya ke apne ko sambhala apni tension ko.</w:t>
      </w:r>
    </w:p>
    <w:p>
      <w:pPr>
        <w:jc w:val="right"/>
      </w:pPr>
      <w:r>
        <w:t>لیکن خدا کی توفیق سے انہوں نے ایسا کیا کہ اپنے کو سنبھالا اپنی ٹینشن کو۔</w:t>
      </w:r>
    </w:p>
    <w:p>
      <w:r>
        <w:rPr>
          <w:b/>
        </w:rPr>
        <w:t xml:space="preserve">[50:09] </w:t>
      </w:r>
      <w:r>
        <w:t>aur aik nai field talash kar li unhon ne. yeh nahi to woh sahi woh nahi to woh sahi. to ab rohaniyat ke maidan mein aagaye.</w:t>
      </w:r>
    </w:p>
    <w:p>
      <w:pPr>
        <w:jc w:val="right"/>
      </w:pPr>
      <w:r>
        <w:t>اور ایک نئی فیلڈ تلاش کر لی انہوں نے۔ یہ نہیں تو وہ صحیح وہ نہیں تو وہ صحیح۔ تو اب روحانیت کے میدان میں آگئے۔</w:t>
      </w:r>
    </w:p>
    <w:p>
      <w:r>
        <w:rPr>
          <w:b/>
        </w:rPr>
        <w:t xml:space="preserve">[50:19] </w:t>
      </w:r>
      <w:r>
        <w:t>ab sochiye zara ke sports mein koi bohat bara shohrat mil jaye is ko tab bhi kya hai das bees saal ke liye?</w:t>
      </w:r>
    </w:p>
    <w:p>
      <w:pPr>
        <w:jc w:val="right"/>
      </w:pPr>
      <w:r>
        <w:t>اب سوچیے ذرا کہ اسپورٹس میں کوئی بہت بڑا شہرت مل جائے اس کو تب بھی کیا ہے دس بیس سال کے لیے؟</w:t>
      </w:r>
    </w:p>
    <w:p>
      <w:r>
        <w:rPr>
          <w:b/>
        </w:rPr>
        <w:t xml:space="preserve">[50:29] </w:t>
      </w:r>
      <w:r>
        <w:t>hawa khatam. lekin rohaniyat ki field jo hai woh to jati hai barah e rast jannat ki taraf.</w:t>
      </w:r>
    </w:p>
    <w:p>
      <w:pPr>
        <w:jc w:val="right"/>
      </w:pPr>
      <w:r>
        <w:t>ہوا ختم۔ لیکن روحانیت کی فیلڈ جو ہے وہ تو جاتی ہے براہ راست جنت کی طرف۔</w:t>
      </w:r>
    </w:p>
    <w:p>
      <w:r>
        <w:rPr>
          <w:b/>
        </w:rPr>
        <w:t xml:space="preserve">[50:36] </w:t>
      </w:r>
      <w:r>
        <w:t>abadi bliss. abadi kamyabi. abadi khushi. aap sochiye kitna ziyada aik choti cheez kho kar unhon ne aik ziyada bari cheez pa li.</w:t>
      </w:r>
    </w:p>
    <w:p>
      <w:pPr>
        <w:jc w:val="right"/>
      </w:pPr>
      <w:r>
        <w:t>ابدی بلیس۔ ابدی کامیابی۔ ابدی خوشی۔ آپ سوچیے کتنا زیادہ ایک چھوٹی چیز کھو کر انہوں نے ایک زیادہ بڑی چیز پا لی۔</w:t>
      </w:r>
    </w:p>
    <w:p>
      <w:r>
        <w:rPr>
          <w:b/>
        </w:rPr>
        <w:t xml:space="preserve">[50:48] </w:t>
      </w:r>
      <w:r>
        <w:t>yeh hi case hamare sab logon ka hai Allah ke fazal se yahan.</w:t>
      </w:r>
    </w:p>
    <w:p>
      <w:pPr>
        <w:jc w:val="right"/>
      </w:pPr>
      <w:r>
        <w:t>یہی کیس ہمارے سب لوگوں کا ہے اللہ کے فضل سے یہاں۔</w:t>
      </w:r>
    </w:p>
    <w:p>
      <w:r>
        <w:rPr>
          <w:b/>
        </w:rPr>
        <w:t xml:space="preserve">[50:54] </w:t>
      </w:r>
      <w:r>
        <w:t>mein aap ko isi dilli ka qissa batata hoon.</w:t>
      </w:r>
    </w:p>
    <w:p>
      <w:pPr>
        <w:jc w:val="right"/>
      </w:pPr>
      <w:r>
        <w:t>میں آپ کو اسی دلی کا قصہ بتاتا ہوں۔</w:t>
      </w:r>
    </w:p>
    <w:p>
      <w:r>
        <w:rPr>
          <w:b/>
        </w:rPr>
        <w:t xml:space="preserve">[51:00] </w:t>
      </w:r>
      <w:r>
        <w:t>ghaaliban 1974 ki baat hai. ek kitaab chhapi bombay se.</w:t>
      </w:r>
    </w:p>
    <w:p>
      <w:pPr>
        <w:jc w:val="right"/>
      </w:pPr>
      <w:r>
        <w:t>غالباً 1974 کی بات ہے۔ ایک کتاب چھپی بمبئی سے۔</w:t>
      </w:r>
    </w:p>
    <w:p>
      <w:r>
        <w:rPr>
          <w:b/>
        </w:rPr>
        <w:t xml:space="preserve">[51:11] </w:t>
      </w:r>
      <w:r>
        <w:t>dilli ke ek ek naujawan ka case liya unhon ne. ek saahib the un ka naam tha khalid lateef gaba. bombay ke the woh aur mar chuke hain woh.</w:t>
      </w:r>
    </w:p>
    <w:p>
      <w:pPr>
        <w:jc w:val="right"/>
      </w:pPr>
      <w:r>
        <w:t>دلی کے ایک ایک نوجوان کا کیس لیا انہوں نے۔ ایک صاحب تھے ان کا نام تھا خالد لطیف گابا۔ بمبئی کے تھے وہ اور مر چکے ہیں وہ۔</w:t>
      </w:r>
    </w:p>
    <w:p>
      <w:r>
        <w:rPr>
          <w:b/>
        </w:rPr>
        <w:t xml:space="preserve">[51:22] </w:t>
      </w:r>
      <w:r>
        <w:t>khalid lateef gaba jo the achhi english likhte the woh. to ek naujawan ke case ko le kar ke jo ek ek college mein lecturer the woh wahan se un ko nikaal diya gaya.</w:t>
      </w:r>
    </w:p>
    <w:p>
      <w:pPr>
        <w:jc w:val="right"/>
      </w:pPr>
      <w:r>
        <w:t>خالد لطیف گابا جو تھے اچھی انگلش لکھتے تھے وہ۔ تو ایک نوجوان کے کیس کو لے کر کے جو ایک ایک کالج میں لیکچرر تھے وہ وہاں سے ان کو نکال دیا گیا۔</w:t>
      </w:r>
    </w:p>
    <w:p>
      <w:r>
        <w:rPr>
          <w:b/>
        </w:rPr>
        <w:t xml:space="preserve">[51:36] </w:t>
      </w:r>
      <w:r>
        <w:t>management hindu ke haath mein tha. to us ne unhein nikaal diya lecturer the wahan par. is case ko liya unhon ne. aur itni zabardast kitaab likh daali unhon ne moti</w:t>
      </w:r>
    </w:p>
    <w:p>
      <w:pPr>
        <w:jc w:val="right"/>
      </w:pPr>
      <w:r>
        <w:t>مینجمنٹ ہندو کے ہاتھ میں تھا۔ تو اس نے انہیں نکال دیا لیکچرر تھے وہاں پر۔ اس کیس کو لیا انہوں نے۔ اور اتنی زبردست کتاب لکھ ڈالی انہوں نے موٹی</w:t>
      </w:r>
    </w:p>
    <w:p>
      <w:r>
        <w:rPr>
          <w:b/>
        </w:rPr>
        <w:t xml:space="preserve">[51:45] </w:t>
      </w:r>
      <w:r>
        <w:t>si. us ko generalize kar ke poore india ke saare musalmanon par apply kar diya us ko. aur jaante hain is kitaab ka naam kya tha? passive voices.</w:t>
      </w:r>
    </w:p>
    <w:p>
      <w:pPr>
        <w:jc w:val="right"/>
      </w:pPr>
      <w:r>
        <w:t>سی۔ اس کو جنرلائز کر کے پورے انڈیا کے سارے مسلمانوں پر اپلائی کر دیا اس کو۔ اور جانتے ہیں اس کتاب کا نام کیا تھا؟ پیسی وائسز۔</w:t>
      </w:r>
    </w:p>
    <w:p>
      <w:r>
        <w:rPr>
          <w:b/>
        </w:rPr>
        <w:t xml:space="preserve">[51:56] </w:t>
      </w:r>
      <w:r>
        <w:t>is kitaab ka naam rakha woh bhi kitaab hai mere paas yahan par mere ghar par maujood hai meri apni library mein.</w:t>
      </w:r>
    </w:p>
    <w:p>
      <w:pPr>
        <w:jc w:val="right"/>
      </w:pPr>
      <w:r>
        <w:t>اس کتاب کا نام رکھا وہ بھی کتاب ہے میرے پاس یہاں پر میرے گھر پر موجود ہے میری اپنی لائبریری میں۔</w:t>
      </w:r>
    </w:p>
    <w:p>
      <w:r>
        <w:rPr>
          <w:b/>
        </w:rPr>
        <w:t xml:space="preserve">[52:03] </w:t>
      </w:r>
      <w:r>
        <w:t>passive voices. is kitaab ka jo muqaddama hai muqaddama mein likha unhon ne india ke musalmanon ke baare mein. india ke musalman kya hain?</w:t>
      </w:r>
    </w:p>
    <w:p>
      <w:pPr>
        <w:jc w:val="right"/>
      </w:pPr>
      <w:r>
        <w:t>پیسی وائسز۔ اس کتاب کا جو مقدمہ ہے مقدمہ میں لکھا انہوں نے انڈیا کے مسلمانوں کے بارے میں۔ انڈیا کے مسلمان کیا ہیں؟</w:t>
      </w:r>
    </w:p>
    <w:p>
      <w:r>
        <w:rPr>
          <w:b/>
        </w:rPr>
        <w:t xml:space="preserve">[52:14] </w:t>
      </w:r>
      <w:r>
        <w:t>is mein likha unhon ne ke yeh mushkil hoga is lafz par sochiye aap. india ke musalmanon ko kis tarah kahan woh dub kar rahe hain woh.</w:t>
      </w:r>
    </w:p>
    <w:p>
      <w:pPr>
        <w:jc w:val="right"/>
      </w:pPr>
      <w:r>
        <w:t>اس میں لکھا انہوں نے کہ یہ مشکل ہوگا اس لفظ پر سوچیے آپ۔ انڈیا کے مسلمانوں کو کس طرح کہاں وہ ڈب کر رہے ہیں وہ۔</w:t>
      </w:r>
    </w:p>
    <w:p>
      <w:r>
        <w:rPr>
          <w:b/>
        </w:rPr>
        <w:t xml:space="preserve">[52:25] </w:t>
      </w:r>
      <w:r>
        <w:t>yaani india mein hum itne shaan ke saath rehte hain ke is se achha hum america bhi nahin reh sakte mein. mein america gaya hoon mein saari duniya mein gaya hoon. duniya ke kisi khatte mein mein itna shaan se nahin reh sakta jitna yahan rehta hoon mein.</w:t>
      </w:r>
    </w:p>
    <w:p>
      <w:pPr>
        <w:jc w:val="right"/>
      </w:pPr>
      <w:r>
        <w:t>یعنی انڈیا میں ہم اتنے شان کے ساتھ رہتے ہیں کہ اس سے اچھا ہم امریکہ بھی نہیں رہ سکتے میں۔ میں امریکہ گیا ہوں میں ساری دنیا میں گیا ہوں۔ دنیا کے کسی خطے میں میں اتنا شان سے نہیں رہ سکتا جتنا یہاں رہتا ہوں میں۔</w:t>
      </w:r>
    </w:p>
    <w:p>
      <w:r>
        <w:rPr>
          <w:b/>
        </w:rPr>
        <w:t xml:space="preserve">[52:38] </w:t>
      </w:r>
      <w:r>
        <w:t>kuchh chahe boloon jo chahe kahoon jis par chahe tanqeed karoon. koi rokne wala hai koi tokne wala nahin. is se badi baat kya ho sakti hai?</w:t>
      </w:r>
    </w:p>
    <w:p>
      <w:pPr>
        <w:jc w:val="right"/>
      </w:pPr>
      <w:r>
        <w:t>کچھ چاہے بولوں جو چاہے کہوں جس پر چاہے تنقید کروں۔ کوئی روکنے والا ہے کوئی ٹوکنے والا نہیں۔ اس سے بڑی بات کیا ہو سکتی ہے؟</w:t>
      </w:r>
    </w:p>
    <w:p>
      <w:r>
        <w:rPr>
          <w:b/>
        </w:rPr>
        <w:t xml:space="preserve">[52:49] </w:t>
      </w:r>
      <w:r>
        <w:t>mein samajhta hoon ke duniya mein do sau se zyada mulk hain sab se behtar mulk mere liye india hai. islam ko le kar mein yahan kaam kar raha hoon koi poochne wala nahin hai ke tum islam ka kaam kyun kar rahe ho india mein.</w:t>
      </w:r>
    </w:p>
    <w:p>
      <w:pPr>
        <w:jc w:val="right"/>
      </w:pPr>
      <w:r>
        <w:t>میں سمجھتا ہوں کہ دنیا میں دو سو سے زیادہ ممالک ہیں سب سے بہتر ملک میرے لیے انڈیا ہے۔ اسلام کو لے کر میں یہاں کام کر رہا ہوں کوئی پوچھنے والا نہیں ہے کہ تم اسلام کا کام کیوں کر رہے ہو انڈیا میں۔</w:t>
      </w:r>
    </w:p>
    <w:p>
      <w:r>
        <w:rPr>
          <w:b/>
        </w:rPr>
        <w:t xml:space="preserve">[53:04] </w:t>
      </w:r>
      <w:r>
        <w:t>kya is se badi blessing koi ho sakti hai? is se badi blessing koi ho sakti hai? jis azaadi ke saath mein kaam kar raha hoon islam ka yaad rakhiye kisi muslim mulk mein nahin kar sakta.</w:t>
      </w:r>
    </w:p>
    <w:p>
      <w:pPr>
        <w:jc w:val="right"/>
      </w:pPr>
      <w:r>
        <w:t>کیا اس سے بڑی بلیسنگ کوئی ہو سکتی ہے؟ اس سے بڑی بلیسنگ کوئی ہو سکتی ہے؟ جس آزادی کے ساتھ میں کام کر رہا ہوں اسلام کا یاد رکھیے کسی مسلم ملک میں نہیں کر سکتا۔</w:t>
      </w:r>
    </w:p>
    <w:p>
      <w:r>
        <w:rPr>
          <w:b/>
        </w:rPr>
        <w:t xml:space="preserve">[53:16] </w:t>
      </w:r>
      <w:r>
        <w:t>kisi secular mulk mein nahin kar sakta mein.</w:t>
      </w:r>
    </w:p>
    <w:p>
      <w:pPr>
        <w:jc w:val="right"/>
      </w:pPr>
      <w:r>
        <w:t>کسی سیکولر ملک میں نہیں کر سکتا میں۔</w:t>
      </w:r>
    </w:p>
    <w:p>
      <w:r>
        <w:rPr>
          <w:b/>
        </w:rPr>
        <w:t xml:space="preserve">[53:20] </w:t>
      </w:r>
      <w:r>
        <w:t>to india se mujhe pyaar hai.</w:t>
      </w:r>
    </w:p>
    <w:p>
      <w:pPr>
        <w:jc w:val="right"/>
      </w:pPr>
      <w:r>
        <w:t>تو انڈیا سے مجھے پیار ہے۔</w:t>
      </w:r>
    </w:p>
    <w:p>
      <w:r>
        <w:rPr>
          <w:b/>
        </w:rPr>
        <w:t xml:space="preserve">[53:24] </w:t>
      </w:r>
      <w:r>
        <w:t>india se mujhe pyaar hai ke india ne mujhe behtareen mawaaqe diye hain kaam karne ke liye. kyunke maine arz kiya ke islam mein sab se zyada ahmiyat hai mawaaqe ki hai zameen ki nahin hai.</w:t>
      </w:r>
    </w:p>
    <w:p>
      <w:pPr>
        <w:jc w:val="right"/>
      </w:pPr>
      <w:r>
        <w:t>انڈیا سے مجھے پیار ہے کہ انڈیا نے مجھے بہترین مواقع دیے ہیں کام کرنے کے لیے۔ کیونکہ میں نے عرض کیا کہ اسلام میں سب سے زیادہ اہمیت ہے مواقع کی ہے زمین کی نہیں ہے۔</w:t>
      </w:r>
    </w:p>
    <w:p>
      <w:r>
        <w:rPr>
          <w:b/>
        </w:rPr>
        <w:t xml:space="preserve">[53:40] </w:t>
      </w:r>
      <w:r>
        <w:t>islamic thinking is based on opportunity rather than on zameen.</w:t>
      </w:r>
    </w:p>
    <w:p>
      <w:pPr>
        <w:jc w:val="right"/>
      </w:pPr>
      <w:r>
        <w:t>اسلامک تھنکنگ از بیسڈ ان اپرچونیٹی رادر دین ان زمین۔</w:t>
      </w:r>
    </w:p>
    <w:p>
      <w:r>
        <w:rPr>
          <w:b/>
        </w:rPr>
        <w:t xml:space="preserve">[53:47] </w:t>
      </w:r>
      <w:r>
        <w:t>opportunity hi ko islam sab se badi cheez maanta hai. zameen kya hai? zameen to ek saanvi cheez hai.</w:t>
      </w:r>
    </w:p>
    <w:p>
      <w:pPr>
        <w:jc w:val="right"/>
      </w:pPr>
      <w:r>
        <w:t>اپرچونیٹی ہی کو اسلام سب سے بڑی چیز مانتا ہے۔ زمین کیا ہے؟ زمین تو ایک ثانوی چیز ہے۔</w:t>
      </w:r>
    </w:p>
    <w:p>
      <w:r>
        <w:rPr>
          <w:b/>
        </w:rPr>
        <w:t xml:space="preserve">[53:56] </w:t>
      </w:r>
      <w:r>
        <w:t>to khair mein yeh keh raha tha ke khalid lateef gaba jo hain unhon ne ek kitaab likhi. is qisse ko le kar generalize kiya.</w:t>
      </w:r>
    </w:p>
    <w:p>
      <w:pPr>
        <w:jc w:val="right"/>
      </w:pPr>
      <w:r>
        <w:t>تو خیر میں یہ کہہ رہا تھا کہ خالد لطیف گابا جو ہیں انہوں نے ایک کتاب لکھی۔ اس قصے کو لے کر جنرلائز کیا۔</w:t>
      </w:r>
    </w:p>
    <w:p>
      <w:r>
        <w:rPr>
          <w:b/>
        </w:rPr>
        <w:t xml:space="preserve">[54:06] </w:t>
      </w:r>
      <w:r>
        <w:t>aur naam rakha is ka passive voices. is ke muqaddame mein likha unhon ne ke yeh mushkil hoga sum up the status and condition of muslims in india better than these two words passive voices.</w:t>
      </w:r>
    </w:p>
    <w:p>
      <w:pPr>
        <w:jc w:val="right"/>
      </w:pPr>
      <w:r>
        <w:t>اور نام رکھا اس کا پیسی وائسز۔ اس کے مقدمے میں لکھا انہوں نے کہ یہ مشکل ہوگا سم اپ دی سٹیٹس اینڈ کنڈیشن اف مسلمز ان انڈیا بہتر بہتر ان دو الفاظ دین پیسی وائسز۔</w:t>
      </w:r>
    </w:p>
    <w:p>
      <w:r>
        <w:rPr>
          <w:b/>
        </w:rPr>
        <w:t xml:space="preserve">[54:26] </w:t>
      </w:r>
      <w:r>
        <w:t>zara ghor kijiye. ke india ke musalmanon ko sab se achha jo naam diya jaata hai woh yeh hai ke woh passive voices hain. kitna bada jhoot hai yeh. hum active voice hain yahan par.</w:t>
      </w:r>
    </w:p>
    <w:p>
      <w:pPr>
        <w:jc w:val="right"/>
      </w:pPr>
      <w:r>
        <w:t>ذرا غور کیجیے۔ کہ انڈیا کے مسلمانوں کو سب سے اچھا جو نام دیا جاتا ہے وہ یہ ہے کہ وہ پیسی وائسز ہیں۔ کتنا بڑا جھوٹ ہے یہ۔ ہم ایکٹیو وائس ہیں یہاں پر۔</w:t>
      </w:r>
    </w:p>
    <w:p>
      <w:r>
        <w:rPr>
          <w:b/>
        </w:rPr>
        <w:t xml:space="preserve">[54:36] </w:t>
      </w:r>
      <w:r>
        <w:t>mera wajood mera mission yeh saabit karne ke liye kaafi hai ke hum active voice ke taur par jee rahe hain yahan par. aur mein shukr karta hoon Khuda ka.</w:t>
      </w:r>
    </w:p>
    <w:p>
      <w:pPr>
        <w:jc w:val="right"/>
      </w:pPr>
      <w:r>
        <w:t>میرا وجود میرا مشن یہ ثابت کرنے کے لیے کافی ہے کہ ہم ایکٹیو وائس کے طور پر جی رہے ہیں یہاں پر۔ اور میں شکر کرتا ہوں خدا کا۔</w:t>
      </w:r>
    </w:p>
    <w:p>
      <w:r>
        <w:rPr>
          <w:b/>
        </w:rPr>
        <w:t xml:space="preserve">[54:46] </w:t>
      </w:r>
      <w:r>
        <w:t>ke Khuda ne mujhe yahan paida kiya. aur woh kya keh rahe hain?</w:t>
      </w:r>
    </w:p>
    <w:p>
      <w:pPr>
        <w:jc w:val="right"/>
      </w:pPr>
      <w:r>
        <w:t>کہ خدا نے مجھے یہاں پیدا کیا۔ اور وہ کیا کہہ رہے ہیں؟</w:t>
      </w:r>
    </w:p>
    <w:p>
      <w:r>
        <w:rPr>
          <w:b/>
        </w:rPr>
        <w:t xml:space="preserve">[54:52] </w:t>
      </w:r>
      <w:r>
        <w:t>yeh mushkil hoga sum up the condition and muslims in india better than these two words passive voices. ab dekhiye kya hota hai ittefaq se woh aadmi mujh se mil jaata hai.</w:t>
      </w:r>
    </w:p>
    <w:p>
      <w:pPr>
        <w:jc w:val="right"/>
      </w:pPr>
      <w:r>
        <w:t>یہ مشکل ہوگا سم اپ دا کنڈیشن اینڈ مسلمز ان انڈیا بہتر ان دو الفاظ دین پیسی وائسز۔ اب دیکھیے کیا ہوتا ہے اتفاق سے وہ آدمی مجھ سے مل جاتا ہے۔</w:t>
      </w:r>
    </w:p>
    <w:p>
      <w:r>
        <w:rPr>
          <w:b/>
        </w:rPr>
        <w:t xml:space="preserve">[55:06] </w:t>
      </w:r>
      <w:r>
        <w:t>jis aadmi ko le kar ke unhon ne kitaab likhi thi. jis ke case ko generalize kar ke. jo ek ek college se nikaal diya gaya tha is se jis ka management hinduo ke haath mein tha.</w:t>
      </w:r>
    </w:p>
    <w:p>
      <w:pPr>
        <w:jc w:val="right"/>
      </w:pPr>
      <w:r>
        <w:t>جس آدمی کو لے کر کے انہوں نے کتاب لکھی تھی۔ جس کے کیس کو جنرلائز کر کے۔ جو ایک ایک کالج سے نکال دیا گیا تھا اس سے جس کا مینجمنٹ ہندوؤں کے ہاتھ میں تھا۔</w:t>
      </w:r>
    </w:p>
    <w:p>
      <w:r>
        <w:rPr>
          <w:b/>
        </w:rPr>
        <w:t xml:space="preserve">[55:16] </w:t>
      </w:r>
      <w:r>
        <w:t>wo mujh se mulaqat ho gayi. do saal beet chuke the us ko isi mayusi mein.</w:t>
      </w:r>
    </w:p>
    <w:p>
      <w:pPr>
        <w:jc w:val="right"/>
      </w:pPr>
      <w:r>
        <w:t>وہ مجھ سے ملاقات ہو گئی۔ دو سال بیت چکے تھے اس کو اسی مایوسی میں۔</w:t>
      </w:r>
    </w:p>
    <w:p>
      <w:r>
        <w:rPr>
          <w:b/>
        </w:rPr>
        <w:t xml:space="preserve">[55:22] </w:t>
      </w:r>
      <w:r>
        <w:t>gaba ne gaba ki kitab ne is aadmi ko isi mayusi diya tha. mayusi. wo bechara isi mein jeeta tha. ke mere liye india mein kuch nahi hai kahan bhag jaon kya karon ye hai wo hai.</w:t>
      </w:r>
    </w:p>
    <w:p>
      <w:pPr>
        <w:jc w:val="right"/>
      </w:pPr>
      <w:r>
        <w:t>گابا نے گابا کی کتاب نے اس آدمی کو اسی مایوسی دیا تھا۔ مایوسی۔ وہ بیچارہ اسی میں جیتا تھا۔ کہ میرے لیے انڈیا میں کچھ نہیں ہے کہاں بھاگ جاؤں کیا کروں یہ ہے وہ ہے۔</w:t>
      </w:r>
    </w:p>
    <w:p>
      <w:r>
        <w:rPr>
          <w:b/>
        </w:rPr>
        <w:t xml:space="preserve">[55:34] </w:t>
      </w:r>
      <w:r>
        <w:t>to mujh se mulaqat ho gayi is ki. do saal beet chuke the. to maine us ko apni philosophy batai.</w:t>
      </w:r>
    </w:p>
    <w:p>
      <w:pPr>
        <w:jc w:val="right"/>
      </w:pPr>
      <w:r>
        <w:t>تو مجھ سے ملاقات ہو گئی اس کی۔ دو سال بیت چکے تھے۔ تو میں نے اس کو اپنی فلاسفی بتائی۔</w:t>
      </w:r>
    </w:p>
    <w:p>
      <w:r>
        <w:rPr>
          <w:b/>
        </w:rPr>
        <w:t xml:space="preserve">[55:45] </w:t>
      </w:r>
      <w:r>
        <w:t>ek sher maine bataya us ko suniye. ek farsi shayar tha us ka naam tha faizi. bohat hi zaheen. bohat hi zaheen tha.</w:t>
      </w:r>
    </w:p>
    <w:p>
      <w:pPr>
        <w:jc w:val="right"/>
      </w:pPr>
      <w:r>
        <w:t>ایک شعر میں نے بتایا اس کو سنیے۔ ایک فارسی شاعر تھا اس کا نام تھا فیضی۔ بہت ہی ذہین۔ بہت ہی ذہین تھا۔</w:t>
      </w:r>
    </w:p>
    <w:p>
      <w:r>
        <w:rPr>
          <w:b/>
        </w:rPr>
        <w:t xml:space="preserve">[55:57] </w:t>
      </w:r>
      <w:r>
        <w:t>top ka shayar tha wo farsi adab mein. to us zamane mein aisa hua ke aap jante hain ke us zamane mein log kashti par chala karte the.</w:t>
      </w:r>
    </w:p>
    <w:p>
      <w:pPr>
        <w:jc w:val="right"/>
      </w:pPr>
      <w:r>
        <w:t>ٹاپ کا شاعر تھا وہ فارسی ادب میں۔ تو اس زمانے میں ایسا ہوا کہ آپ جانتے ہیں کہ اس زمانے میں لوگ کشتی پر چلا کرتے تھے۔</w:t>
      </w:r>
    </w:p>
    <w:p>
      <w:r>
        <w:rPr>
          <w:b/>
        </w:rPr>
        <w:t xml:space="preserve">[56:08] </w:t>
      </w:r>
      <w:r>
        <w:t>rail nahi thi kashti nahi tha kuch nahi tha hawai jahaz nahi tha.</w:t>
      </w:r>
    </w:p>
    <w:p>
      <w:pPr>
        <w:jc w:val="right"/>
      </w:pPr>
      <w:r>
        <w:t>ریل نہیں تھی کشتی نہیں تھا کچھ نہیں تھا ہوائی جہاز نہیں تھا۔</w:t>
      </w:r>
    </w:p>
    <w:p>
      <w:r>
        <w:rPr>
          <w:b/>
        </w:rPr>
        <w:t xml:space="preserve">[56:12] </w:t>
      </w:r>
      <w:r>
        <w:t>to us ka jo us ko hota hai deewan yani collection of nazmein jo hote hain us ko deewan kaha jata hai. ke us ke jo sher kahe the us ne us ka collection jo tha wo ghaleban hath ka likha hua hoga.</w:t>
      </w:r>
    </w:p>
    <w:p>
      <w:pPr>
        <w:jc w:val="right"/>
      </w:pPr>
      <w:r>
        <w:t>تو اس کا جو اس کو ہوتا ہے دیوان یعنی کلیکشن آف نظمیں جو ہوتے ہیں اس کو دیوان کہا جاتا ہے۔ کہ اس کے جو شعر کہے تھے اس نے اس کا کلیکشن جو تھا وہ غالباً ہاتھ کا لکھا ہوا ہوگا۔</w:t>
      </w:r>
    </w:p>
    <w:p>
      <w:r>
        <w:rPr>
          <w:b/>
        </w:rPr>
        <w:t xml:space="preserve">[56:27] </w:t>
      </w:r>
      <w:r>
        <w:t>to wo ek tha itna sa. collection of nazmein deewan.</w:t>
      </w:r>
    </w:p>
    <w:p>
      <w:pPr>
        <w:jc w:val="right"/>
      </w:pPr>
      <w:r>
        <w:t>تو وہ ایک تھا اتنا سا۔ کلیکشن آف نظمیں دیوان۔</w:t>
      </w:r>
    </w:p>
    <w:p>
      <w:r>
        <w:rPr>
          <w:b/>
        </w:rPr>
        <w:t xml:space="preserve">[56:35] </w:t>
      </w:r>
      <w:r>
        <w:t>to wo gir gaya wo pani mein. aur khoya gaya. us ne ek sher kaha us ke baad.</w:t>
      </w:r>
    </w:p>
    <w:p>
      <w:pPr>
        <w:jc w:val="right"/>
      </w:pPr>
      <w:r>
        <w:t>تو وہ گر گیا وہ پانی میں۔ اور کھویا گیا۔ اس نے ایک شعر کہا اس کے بعد۔</w:t>
      </w:r>
    </w:p>
    <w:p>
      <w:r>
        <w:rPr>
          <w:b/>
        </w:rPr>
        <w:t xml:space="preserve">[56:47] </w:t>
      </w:r>
      <w:r>
        <w:t>wohi sare insano ka mamla hai yaad rakhiye. gufta gar shud za kafam shukr ke nagufta bajast az dasad ganj yake pusht gohar bakhtam.</w:t>
      </w:r>
    </w:p>
    <w:p>
      <w:pPr>
        <w:jc w:val="right"/>
      </w:pPr>
      <w:r>
        <w:t>وہی سارے انسانوں کا معاملہ ہے یاد رکھیے۔ گفتہ گر شد ز کفم شکر کے ناگفتہ بجاست از دسد گنج یکے بشت گوہر باختام۔</w:t>
      </w:r>
    </w:p>
    <w:p>
      <w:r>
        <w:rPr>
          <w:b/>
        </w:rPr>
        <w:t xml:space="preserve">[57:05] </w:t>
      </w:r>
      <w:r>
        <w:t>gufta gar shud za gufta gar shud za kafam shukr ke nagufta bajast az dasad ganj yake pusht gohar bakhtam. is ka matlab hai ke af yani agar kaha hua chala gaya mujh se to na kaha hua abhi mere paas baki hai.</w:t>
      </w:r>
    </w:p>
    <w:p>
      <w:pPr>
        <w:jc w:val="right"/>
      </w:pPr>
      <w:r>
        <w:t>گفتہ گر شد ز گفتہ گر شد ز کفم شکر کے ناگفتہ بجاست از دسد گنج یکے بشت گوہر باختام۔ اس کا مطلب ہے کہ اف یعنی اگر کہا ہوا چلا گیا مجھ سے تو نہ کہا ہوا ابھی میرے پاس باقی ہے۔</w:t>
      </w:r>
    </w:p>
    <w:p>
      <w:r>
        <w:rPr>
          <w:b/>
        </w:rPr>
        <w:t xml:space="preserve">[57:22] </w:t>
      </w:r>
      <w:r>
        <w:t>abhi ek khazana agar gaya hai to abhi to do so khazane mere paas maujood hain.</w:t>
      </w:r>
    </w:p>
    <w:p>
      <w:pPr>
        <w:jc w:val="right"/>
      </w:pPr>
      <w:r>
        <w:t>ابھی ایک خزانہ اگر گیا ہے تو ابھی تو دو سو خزانے میرے پاس موجود ہیں۔</w:t>
      </w:r>
    </w:p>
    <w:p>
      <w:r>
        <w:rPr>
          <w:b/>
        </w:rPr>
        <w:t xml:space="preserve">[57:29] </w:t>
      </w:r>
      <w:r>
        <w:t>if the said is gone inside inside is still with me</w:t>
      </w:r>
    </w:p>
    <w:p>
      <w:pPr>
        <w:jc w:val="right"/>
      </w:pPr>
      <w:r>
        <w:t>اف دا سیڈ از گون ان سیڈ ان سیڈ از اسٹل ود می</w:t>
      </w:r>
    </w:p>
    <w:p>
      <w:r>
        <w:rPr>
          <w:b/>
        </w:rPr>
        <w:t xml:space="preserve">[57:36] </w:t>
      </w:r>
      <w:r>
        <w:t>. af i lost one treasure still i have two hundred treasures. to maine in ko bataya ye ke kya aap abhi jawan aadmi hain?</w:t>
      </w:r>
    </w:p>
    <w:p>
      <w:pPr>
        <w:jc w:val="right"/>
      </w:pPr>
      <w:r>
        <w:t>۔ اف ائی لاسٹ ون ٹریزر اسٹل ائی ہیو ٹو ہنڈرڈ ٹریزرز۔ تو میں نے ان کو بتایا یہ کہ کیا آپ ابھی جوان آدمی ہیں؟</w:t>
      </w:r>
    </w:p>
    <w:p>
      <w:r>
        <w:rPr>
          <w:b/>
        </w:rPr>
        <w:t xml:space="preserve">[57:47] </w:t>
      </w:r>
      <w:r>
        <w:t>wo english se m a the. to maine kaha ke aap jawan aadmi hain aap ka degree hai. to aap mayus pade hue hain?</w:t>
      </w:r>
    </w:p>
    <w:p>
      <w:pPr>
        <w:jc w:val="right"/>
      </w:pPr>
      <w:r>
        <w:t>وہ انگلش سے ایم اے تھے۔ تو میں نے کہا کہ آپ جوان آدمی ہیں آپ کا ڈگری ہے۔ تو آپ مایوس پڑے ہوئے ہیں؟</w:t>
      </w:r>
    </w:p>
    <w:p>
      <w:r>
        <w:rPr>
          <w:b/>
        </w:rPr>
        <w:t xml:space="preserve">[57:58] </w:t>
      </w:r>
      <w:r>
        <w:t>maine kaha jalaie is kitab ko. passive voices ko jalaie. aur sochen ke main active voice hoon.</w:t>
      </w:r>
    </w:p>
    <w:p>
      <w:pPr>
        <w:jc w:val="right"/>
      </w:pPr>
      <w:r>
        <w:t>میں نے کہا جلائیے اس کتاب کو۔ پیسی وائسز کو جلائیے۔ اور سوچیں کہ میں ایکٹیو وائس ہوں۔</w:t>
      </w:r>
    </w:p>
    <w:p>
      <w:r>
        <w:rPr>
          <w:b/>
        </w:rPr>
        <w:t xml:space="preserve">[58:07] </w:t>
      </w:r>
      <w:r>
        <w:t>maine ek hi baat un se kahi ke apni english ko behtar kijiye. bas. degree to thi un ke paas m a ki lekin english un ki bohat achi nahi thi.</w:t>
      </w:r>
    </w:p>
    <w:p>
      <w:pPr>
        <w:jc w:val="right"/>
      </w:pPr>
      <w:r>
        <w:t>میں نے ایک ہی بات ان سے کہی کہ اپنی انگلش کو بہتر کیجیے۔ بس۔ ڈگری تو تھی ان کے پاس ایم اے کی لیکن انگلش ان کی بہت اچھی نہیں تھی۔</w:t>
      </w:r>
    </w:p>
    <w:p>
      <w:r>
        <w:rPr>
          <w:b/>
        </w:rPr>
        <w:t xml:space="preserve">[58:18] </w:t>
      </w:r>
      <w:r>
        <w:t>maine kaha aap apni english ko behtar kijiye. aur maine un se kuch kaam bhi liye. ye tab ki baat hai jab ke main nikalta wo main ek parcha nikalta tha.</w:t>
      </w:r>
    </w:p>
    <w:p>
      <w:pPr>
        <w:jc w:val="right"/>
      </w:pPr>
      <w:r>
        <w:t>میں نے کہا آپ اپنی انگلش کو بہتر کیجیے۔ اور میں نے ان سے کچھ کام بھی لیے۔ یہ تب کی بات ہے جب کہ میں نکالتا وہ میں ایک پرچہ نکالتا تھا۔</w:t>
      </w:r>
    </w:p>
    <w:p>
      <w:r>
        <w:rPr>
          <w:b/>
        </w:rPr>
        <w:t xml:space="preserve">[58:30] </w:t>
      </w:r>
      <w:r>
        <w:t>wo haftawar.</w:t>
      </w:r>
    </w:p>
    <w:p>
      <w:pPr>
        <w:jc w:val="right"/>
      </w:pPr>
      <w:r>
        <w:t>وہ ہفتہ وار۔</w:t>
      </w:r>
    </w:p>
    <w:p>
      <w:r>
        <w:rPr>
          <w:b/>
        </w:rPr>
        <w:t xml:space="preserve">[58:33] </w:t>
      </w:r>
      <w:r>
        <w:t>ek din maine kaha ke jaiye aap hippy ko cover kijiye main chhapunga is ko. maine un ko mutarif kiya is mein media mein.</w:t>
      </w:r>
    </w:p>
    <w:p>
      <w:pPr>
        <w:jc w:val="right"/>
      </w:pPr>
      <w:r>
        <w:t>ایک دن میں نے کہا کہ جائیے آپ ہپی کو کور کیجیے میں چھاپوں گا اس کو۔ میں نے ان کو متعارف کیا اس میں میڈیا میں۔</w:t>
      </w:r>
    </w:p>
    <w:p>
      <w:r>
        <w:rPr>
          <w:b/>
        </w:rPr>
        <w:t xml:space="preserve">[58:44] </w:t>
      </w:r>
      <w:r>
        <w:t>to wo ghoome idhar udhar. ek story le aaye wo. wo chhappe the maine wo maujood hain abhi bhi. mera jo haftawar mein ek din hua karta tha pehle.</w:t>
      </w:r>
    </w:p>
    <w:p>
      <w:pPr>
        <w:jc w:val="right"/>
      </w:pPr>
      <w:r>
        <w:t>تو وہ گھومے ادھر ادھر۔ ایک اسٹوری لے آئے وہ۔ وہ چھاپے تھے میں نے وہ موجود ہیں ابھی بھی۔ میرے میرا جو ہفتہ وار میں ایک دن ہوا کرتا تھا پہلے۔</w:t>
      </w:r>
    </w:p>
    <w:p>
      <w:r>
        <w:rPr>
          <w:b/>
        </w:rPr>
        <w:t xml:space="preserve">[58:55] </w:t>
      </w:r>
      <w:r>
        <w:t>to ek hippy ko mile wo. wo dilli ki sadkon par ghoom raha tha bilkul wo baghair jooton ke aur mamooli kapra aur aisa hi.</w:t>
      </w:r>
    </w:p>
    <w:p>
      <w:pPr>
        <w:jc w:val="right"/>
      </w:pPr>
      <w:r>
        <w:t>تو ایک ہپی کو ملے وہ۔ وہ دلی کی سڑکوں پر گھوم رہا تھا بالکل وہ بغیر جوتوں کے اور معمولی کپڑا اور ایسا ہی۔</w:t>
      </w:r>
    </w:p>
    <w:p>
      <w:r>
        <w:rPr>
          <w:b/>
        </w:rPr>
        <w:t xml:space="preserve">[59:06] </w:t>
      </w:r>
      <w:r>
        <w:t>to us se poocha poocha to us ne kaha ke main canada ka hoon. to wahan mere paas acha job tha achi biwi thi acha kapra wo ghar tha wagera wagera.</w:t>
      </w:r>
    </w:p>
    <w:p>
      <w:pPr>
        <w:jc w:val="right"/>
      </w:pPr>
      <w:r>
        <w:t>تو اس سے پوچھا پوچھا تو اس نے کہا کہ میں کینیڈا کا ہوں۔ تو وہاں میرے پاس اچھا جاب تھا اچھی بیوی تھی اچھا کپڑا وہ گھر تھا وغیرہ وغیرہ۔</w:t>
      </w:r>
    </w:p>
    <w:p>
      <w:r>
        <w:rPr>
          <w:b/>
        </w:rPr>
        <w:t xml:space="preserve">[59:15] </w:t>
      </w:r>
      <w:r>
        <w:t>to kyun yahan aaye?</w:t>
      </w:r>
    </w:p>
    <w:p>
      <w:pPr>
        <w:jc w:val="right"/>
      </w:pPr>
      <w:r>
        <w:t>تو کیوں یہاں آئے؟</w:t>
      </w:r>
    </w:p>
    <w:p>
      <w:r>
        <w:rPr>
          <w:b/>
        </w:rPr>
        <w:t xml:space="preserve">[59:18] </w:t>
      </w:r>
      <w:r>
        <w:t>to us ne kaha tha ke there i was comfortable physically here i am comfortable roohani taur par ye maine chhapa tha is qisse ko.</w:t>
      </w:r>
    </w:p>
    <w:p>
      <w:pPr>
        <w:jc w:val="right"/>
      </w:pPr>
      <w:r>
        <w:t>تو اس نے کہا تھا کہ دیر ائی واز کمفرٹیبل فزیکلی ہیر ائی ایم کمفرٹیبل روحانی طور پر یہ میں نے چھاپا تھا اس قصے کو۔</w:t>
      </w:r>
    </w:p>
    <w:p>
      <w:r>
        <w:rPr>
          <w:b/>
        </w:rPr>
        <w:t xml:space="preserve">[59:30] </w:t>
      </w:r>
      <w:r>
        <w:t>keh there I was comfortable physically here I am comfortable rohani tor par yeh maine chhapa hai. aur aur kai cheezein chhapi. is tarah maine mutaarif kiya unko mahaul mein.</w:t>
      </w:r>
    </w:p>
    <w:p>
      <w:pPr>
        <w:jc w:val="right"/>
      </w:pPr>
      <w:r>
        <w:t>کہ دیر ائی واز کمفرٹیبل فزیکلی ہیر ائی ایم کمفرٹیبل روحانی طور پر یہ میں نے چھاپا ہے۔ اور اور کئی چیزیں چھاپی۔ اس طرح میں نے متعارف کیا ان کو ماحول میں۔</w:t>
      </w:r>
    </w:p>
    <w:p>
      <w:r>
        <w:rPr>
          <w:b/>
        </w:rPr>
        <w:t xml:space="preserve">[59:42] </w:t>
      </w:r>
      <w:r>
        <w:t>aur unko kaha keh aap english ko behtar kijiye.</w:t>
      </w:r>
    </w:p>
    <w:p>
      <w:pPr>
        <w:jc w:val="right"/>
      </w:pPr>
      <w:r>
        <w:t>اور ان کو کہا کہ آپ انگلش کو بہتر کیجیے۔</w:t>
      </w:r>
    </w:p>
    <w:p>
      <w:r>
        <w:rPr>
          <w:b/>
        </w:rPr>
        <w:t xml:space="preserve">[59:45] </w:t>
      </w:r>
      <w:r>
        <w:t>isi dilli mein unko ek bohat achhe college mein jagah mili. ab woh retire ho chuke hain aur dilli mein ghar bana liya unhone. bachche unke rehte hain apne zaati ghar mein.</w:t>
      </w:r>
    </w:p>
    <w:p>
      <w:pPr>
        <w:jc w:val="right"/>
      </w:pPr>
      <w:r>
        <w:t>اسی دلی میں ان کو ایک بہت اچھے کالج میں جگہ ملی۔ اب وہ ریٹائر ہو چکے ہیں اور دلی میں گھر بنا لیا انہوں نے۔ بچے ان کے رہتے ہیں اپنے ذاتی گھر میں۔</w:t>
      </w:r>
    </w:p>
    <w:p>
      <w:r>
        <w:rPr>
          <w:b/>
        </w:rPr>
        <w:t xml:space="preserve">[59:56] </w:t>
      </w:r>
      <w:r>
        <w:t>toh yeh passive voices ki baat kya hai yeh toh jhoot hai jhoot hai jhoot hai jhoot hai. har aadmi active voice hai. har aadmi ke paas bepanah potential hai.</w:t>
      </w:r>
    </w:p>
    <w:p>
      <w:pPr>
        <w:jc w:val="right"/>
      </w:pPr>
      <w:r>
        <w:t>تو یہ پیسی وائسز کی بات کیا ہے یہ تو جھوٹ ہے جھوٹ ہے جھوٹ ہے جھوٹ ہے۔ ہر آدمی ایکٹیو وائس ہے۔ ہر آدمی کے پاس بے پناہ پوٹینشل ہے۔</w:t>
      </w:r>
    </w:p>
    <w:p>
      <w:r>
        <w:rPr>
          <w:b/>
        </w:rPr>
        <w:t xml:space="preserve">[1:00:06] </w:t>
      </w:r>
      <w:r>
        <w:t>faizi ne apne bare mein kaha tha keh main agar ek treasure maine khoya hai toh do sau treasure mere paas maujood</w:t>
      </w:r>
    </w:p>
    <w:p>
      <w:pPr>
        <w:jc w:val="right"/>
      </w:pPr>
      <w:r>
        <w:t>فیضی نے اپنے بارے میں کہا تھا کہ میں اگر ایک ٹریزر میں نے کھویا ہے تو دو سو ٹریزر میرے پاس موجود</w:t>
      </w:r>
    </w:p>
    <w:p>
      <w:r>
        <w:rPr>
          <w:b/>
        </w:rPr>
        <w:t xml:space="preserve">[1:00:12] </w:t>
      </w:r>
      <w:r>
        <w:t>hain. main kehta hoon har insaan ka case yahi hai. keh agar aap ek treasure khoyen toh samajh lijiye keh abhi do do billion treasure aap ke paas maujood hain.</w:t>
      </w:r>
    </w:p>
    <w:p>
      <w:pPr>
        <w:jc w:val="right"/>
      </w:pPr>
      <w:r>
        <w:t>ہیں۔ میں کہتا ہوں ہر انسان کا کیس یہی ہے۔ کہ اگر آپ ایک ٹریزر کھوئیں تو سمجھ لیجیے کہ ابھی دو دو بلین ٹریزر آپ کے پاس موجود ہیں۔</w:t>
      </w:r>
    </w:p>
    <w:p>
      <w:r>
        <w:rPr>
          <w:b/>
        </w:rPr>
        <w:t xml:space="preserve">[1:00:21] </w:t>
      </w:r>
      <w:r>
        <w:t>kyunkeh yeh zehan jo hai aap ka. maine arz kiya tha keh zehan itna bada hai itna bada hai itna bada hai. keh ek alpen ka jo nok hota hai sarson se chhota nok us ke andar sau crore interaction hote hain.</w:t>
      </w:r>
    </w:p>
    <w:p>
      <w:pPr>
        <w:jc w:val="right"/>
      </w:pPr>
      <w:r>
        <w:t>کیونکہ یہ ذہن جو ہے آپ کا۔ میں نے عرض کیا تھا کہ ذہن اتنا بڑا ہے اتنا بڑا ہے اتنا بڑا ہے۔ کہ ایک آلپن کا جو نوک ہوتا ہے سرسوں سے چھوٹا نوک اس کے اندر سو کروڑ انٹریکشن ہوتے ہیں۔</w:t>
      </w:r>
    </w:p>
    <w:p>
      <w:r>
        <w:rPr>
          <w:b/>
        </w:rPr>
        <w:t xml:space="preserve">[1:00:38] </w:t>
      </w:r>
      <w:r>
        <w:t>sau crore.</w:t>
      </w:r>
    </w:p>
    <w:p>
      <w:pPr>
        <w:jc w:val="right"/>
      </w:pPr>
      <w:r>
        <w:t>سو کروڑ۔</w:t>
      </w:r>
    </w:p>
    <w:p>
      <w:r>
        <w:rPr>
          <w:b/>
        </w:rPr>
        <w:t xml:space="preserve">[1:00:43] </w:t>
      </w:r>
      <w:r>
        <w:t>yaani yaani aap tasawwur nahi kar sakte keh zehan ke andar kitni capacity hai. lekin fitrat ne zehan ki capacity jo hai us ko dormant position mein rakha hai.</w:t>
      </w:r>
    </w:p>
    <w:p>
      <w:pPr>
        <w:jc w:val="right"/>
      </w:pPr>
      <w:r>
        <w:t>یعنی یعنی آپ تصور نہیں کر سکتے کہ ذہن کے اندر کتنی کیپیسٹی ہے۔ لیکن فطرت نے ذہن کی کیپیسٹی جو ہے اس کو ڈورمنٹ پوزیشن میں رکھا ہے۔</w:t>
      </w:r>
    </w:p>
    <w:p>
      <w:r>
        <w:rPr>
          <w:b/>
        </w:rPr>
        <w:t xml:space="preserve">[1:00:54] </w:t>
      </w:r>
      <w:r>
        <w:t>dormant position. us ko jagati hai kya cheez? yahi shauk tension stress despair yeh us ko jagata hai.</w:t>
      </w:r>
    </w:p>
    <w:p>
      <w:pPr>
        <w:jc w:val="right"/>
      </w:pPr>
      <w:r>
        <w:t>ڈورمنٹ پوزیشن۔ اس کو جگاتی ہے کیا چیز؟ یہی شوق ٹینشن اسٹریس ڈسپیئر یہ اس کو جگاتا ہے۔</w:t>
      </w:r>
    </w:p>
    <w:p>
      <w:r>
        <w:rPr>
          <w:b/>
        </w:rPr>
        <w:t xml:space="preserve">[1:01:04] </w:t>
      </w:r>
      <w:r>
        <w:t>phir zehan super zehan ban jata hai.</w:t>
      </w:r>
    </w:p>
    <w:p>
      <w:pPr>
        <w:jc w:val="right"/>
      </w:pPr>
      <w:r>
        <w:t>پھر ذہن سپر ذہن بن جاتا ہے۔</w:t>
      </w:r>
    </w:p>
    <w:p>
      <w:r>
        <w:rPr>
          <w:b/>
        </w:rPr>
        <w:t xml:space="preserve">[1:01:09] </w:t>
      </w:r>
      <w:r>
        <w:t>isi dilli mein ek martaba mujhe le gaye woh. masran suri. kabhi zinda hain wazir the pichhli وزارت mein woh. apne ghar.</w:t>
      </w:r>
    </w:p>
    <w:p>
      <w:pPr>
        <w:jc w:val="right"/>
      </w:pPr>
      <w:r>
        <w:t>اسی دلی میں ایک مرتبہ مجھے لے گئے وہ۔ مسارن سوری۔ کبھی زندہ ہیں۔ وزیر تھے پچھلی وزارت میں وہ۔ اپنے گھر۔</w:t>
      </w:r>
    </w:p>
    <w:p>
      <w:r>
        <w:rPr>
          <w:b/>
        </w:rPr>
        <w:t xml:space="preserve">[1:01:17] </w:t>
      </w:r>
      <w:r>
        <w:t>toh unki ek kahani mujhe maloom hui. unka bechara ek beta tha ek beta hai. woh wheelchair par tha wahan ghar ke andar. bohat bada ghar tha unka.</w:t>
      </w:r>
    </w:p>
    <w:p>
      <w:pPr>
        <w:jc w:val="right"/>
      </w:pPr>
      <w:r>
        <w:t>تو ان کی ایک کہانی مجھے معلوم ہوئی۔ ان کا بیچارہ ایک بیٹا تھا ایک بیٹا ہے۔ وہ وہیل چیئر پر تھا وہاں گھر کے اندر۔ بہت بڑا گھر تھا ان کا۔</w:t>
      </w:r>
    </w:p>
    <w:p>
      <w:r>
        <w:rPr>
          <w:b/>
        </w:rPr>
        <w:t xml:space="preserve">[1:01:27] </w:t>
      </w:r>
      <w:r>
        <w:t>beta wheelchair par tha. kyunkeh chal nahi sakta tha woh. woh maflooj ho gaya tha.</w:t>
      </w:r>
    </w:p>
    <w:p>
      <w:pPr>
        <w:jc w:val="right"/>
      </w:pPr>
      <w:r>
        <w:t>بیٹا وہیل چیئر پر تھا۔ کیونکہ چل نہیں سکتا تھا وہ۔ وہ مفلوج ہو گیا تھا۔</w:t>
      </w:r>
    </w:p>
    <w:p>
      <w:r>
        <w:rPr>
          <w:b/>
        </w:rPr>
        <w:t xml:space="preserve">[1:01:33] </w:t>
      </w:r>
      <w:r>
        <w:t>us ke saath ek bohat yaani ek ek bohat hi us ki ek side story ek hai woh alag qissa hai woh. toh beharhaal woh maflooj ho gaya. woh bol nahi sakta tha.</w:t>
      </w:r>
    </w:p>
    <w:p>
      <w:pPr>
        <w:jc w:val="right"/>
      </w:pPr>
      <w:r>
        <w:t>اس کے ساتھ ایک بہت یعنی ایک ایک بہت ہی اس کی ایک سائیڈ اسٹوری ایک ہے وہ الگ قصہ ہے وہ۔ تو بہرحال وہ مفلوج ہو گیا۔ وہ بول نہیں سکتا تھا۔</w:t>
      </w:r>
    </w:p>
    <w:p>
      <w:r>
        <w:rPr>
          <w:b/>
        </w:rPr>
        <w:t xml:space="preserve">[1:01:45] </w:t>
      </w:r>
      <w:r>
        <w:t>haan chaye ke cup nahi pakad sakta tha woh. lekin unki biwi jo hai arjun suri ki. bohat bahadur khatoon hai woh. main batata hoon aap ko.</w:t>
      </w:r>
    </w:p>
    <w:p>
      <w:pPr>
        <w:jc w:val="right"/>
      </w:pPr>
      <w:r>
        <w:t>ہاں چائے کے کپ نہیں پکڑ سکتا تھا وہ۔ لیکن ان کی بیوی جو ہے ارنون سوری کی۔ بہت بہادر خاتون ہے وہ۔ میں بتاتا ہوں آپ کو۔</w:t>
      </w:r>
    </w:p>
    <w:p>
      <w:r>
        <w:rPr>
          <w:b/>
        </w:rPr>
        <w:t xml:space="preserve">[1:01:54] </w:t>
      </w:r>
      <w:r>
        <w:t>aise bhi log maine dekhe hain america mein ek ek ek ek case maine main khud wahan mujhe le gaye the unke ghar. toh unka beta bhi maflooj ho gaya.</w:t>
      </w:r>
    </w:p>
    <w:p>
      <w:pPr>
        <w:jc w:val="right"/>
      </w:pPr>
      <w:r>
        <w:t>ایسے بھی لوگ میں نے دیکھے ہیں امریکہ میں ایک ایک ایک ایک کیس میں نے میں خود وہاں مجھے لے گئے تھے ان کے گھر۔ تو ان کا بیٹا بھی مفلوج ہو گیا۔</w:t>
      </w:r>
    </w:p>
    <w:p>
      <w:r>
        <w:rPr>
          <w:b/>
        </w:rPr>
        <w:t xml:space="preserve">[1:02:05] </w:t>
      </w:r>
      <w:r>
        <w:t>woh bohat bada ghar tha unka swimming pool mein gir gaya woh chhota jab tha chhota. toh us ke baad woh behosh ho gaya aur bari dawa hui magar phir phir woh theek nahi hua.</w:t>
      </w:r>
    </w:p>
    <w:p>
      <w:pPr>
        <w:jc w:val="right"/>
      </w:pPr>
      <w:r>
        <w:t>وہ بہت بڑا گھر تھا ان کا سوئمنگ پول میں گر گیا وہ چھوٹا جب تھا چھوٹا۔ تو اس کے بعد وہ بے ہوش ہو گیا اور بڑی دوا ہوئی مگر پھر پھر وہ ٹھیک نہیں ہوا۔</w:t>
      </w:r>
    </w:p>
    <w:p>
      <w:r>
        <w:rPr>
          <w:b/>
        </w:rPr>
        <w:t xml:space="preserve">[1:02:16] </w:t>
      </w:r>
      <w:r>
        <w:t>jab main gaya tha toh woh theek wahi position thi jo unki hai.</w:t>
      </w:r>
    </w:p>
    <w:p>
      <w:pPr>
        <w:jc w:val="right"/>
      </w:pPr>
      <w:r>
        <w:t>جب میں گیا تھا تو وہ ٹھیک وہی پوزیشن تھی جو ان کی ہے۔</w:t>
      </w:r>
    </w:p>
    <w:p>
      <w:r>
        <w:rPr>
          <w:b/>
        </w:rPr>
        <w:t xml:space="preserve">[1:02:21] </w:t>
      </w:r>
      <w:r>
        <w:t>yaani arjun suri ka beta jis tarah se maflooj ho kar wheelchair par tha usi tarah se wahan bhi america mein bhi unka beta maflooj ho kar wheelchair par tha.</w:t>
      </w:r>
    </w:p>
    <w:p>
      <w:pPr>
        <w:jc w:val="right"/>
      </w:pPr>
      <w:r>
        <w:t>یعنی ارنون سوری کا بیٹا جس طرح سے مفلوج ہو کر وہیل چیئر پر تھا۔ اسی طرح سے وہاں بھی امریکہ میں بھی ان کا بیٹا مفلوج ہو کر وہیل چیئر پر تھا۔</w:t>
      </w:r>
    </w:p>
    <w:p>
      <w:r>
        <w:rPr>
          <w:b/>
        </w:rPr>
        <w:t xml:space="preserve">[1:02:30] </w:t>
      </w:r>
      <w:r>
        <w:t>lekin dono ka farq dekhiye aap. america ki jo khatoon thi woh bas roti thi bas. mujh se mili toh mujh se mil ke maulana sahib dua kijiye.</w:t>
      </w:r>
    </w:p>
    <w:p>
      <w:pPr>
        <w:jc w:val="right"/>
      </w:pPr>
      <w:r>
        <w:t>لیکن دونوں کا فرق دیکھیے آپ۔ امریکہ کی جو خاتون تھی وہ بس روتی تھی بس۔ مجھ سے ملی تو مجھ سے مل کے مولانا صاحب دعا کیجیے۔</w:t>
      </w:r>
    </w:p>
    <w:p>
      <w:r>
        <w:rPr>
          <w:b/>
        </w:rPr>
        <w:t xml:space="preserve">[1:02:43] </w:t>
      </w:r>
      <w:r>
        <w:t>dua kijiye. kuch aur kehne ko nahi tha un ke paas.</w:t>
      </w:r>
    </w:p>
    <w:p>
      <w:pPr>
        <w:jc w:val="right"/>
      </w:pPr>
      <w:r>
        <w:t>دعا کیجیے۔ کچھ اور کہنے کو نہیں تھا ان کے پاس۔</w:t>
      </w:r>
    </w:p>
    <w:p>
      <w:r>
        <w:rPr>
          <w:b/>
        </w:rPr>
        <w:t xml:space="preserve">[1:02:48] </w:t>
      </w:r>
      <w:r>
        <w:t>lekin arjun suri ki biwi jo hai unhone kya kiya? ek school khola unhone. mazoor logon ke liye. keh mera bachcha agar mazoor ho gaya hai toh doosron ka bachcha mazoor na hone paaye.</w:t>
      </w:r>
    </w:p>
    <w:p>
      <w:pPr>
        <w:jc w:val="right"/>
      </w:pPr>
      <w:r>
        <w:t>لیکن ارنون سوری کی بیوی جو ہے انہوں نے کیا کیا؟ ایک اسکول کھولا انہوں نے۔ معذور لوگوں کے لیے۔ کہ میرا بچہ اگر معذور ہو گیا ہے تو دوسروں کا بچہ معذور نہ ہونے پائے۔</w:t>
      </w:r>
    </w:p>
    <w:p>
      <w:r>
        <w:rPr>
          <w:b/>
        </w:rPr>
        <w:t xml:space="preserve">[1:03:01] </w:t>
      </w:r>
      <w:r>
        <w:t>yeh faisla liya unhone yeh kiya yaani meri qaum ka ek bachcha agar maflooj ho gaya hai toh doosre bachchon ko mujhe maflooj hone se bachana hai.</w:t>
      </w:r>
    </w:p>
    <w:p>
      <w:pPr>
        <w:jc w:val="right"/>
      </w:pPr>
      <w:r>
        <w:t>یہ فیصلہ لیا انہوں نے یہ کیا یعنی میری قوم کا ایک بچہ اگر مفلوج ہو گیا ہے تو دوسرے بچوں کو مجھے مفلوج ہونے سے بچانا ہے۔</w:t>
      </w:r>
    </w:p>
    <w:p>
      <w:r>
        <w:rPr>
          <w:b/>
        </w:rPr>
        <w:t xml:space="preserve">[1:03:14] </w:t>
      </w:r>
      <w:r>
        <w:t>kehti hai yeh bari baat hai</w:t>
      </w:r>
    </w:p>
    <w:p>
      <w:pPr>
        <w:jc w:val="right"/>
      </w:pPr>
      <w:r>
        <w:t>کہتی ہے یہ بڑی بات ہے</w:t>
      </w:r>
    </w:p>
    <w:p>
      <w:r>
        <w:rPr>
          <w:b/>
        </w:rPr>
        <w:t xml:space="preserve">[1:03:15] </w:t>
      </w:r>
      <w:r>
        <w:t>yeh. ek zehan woh tha ke khali rona janta hai woh. rona janta hai sirf doosra zehan yeh hai ke nahi mere paas abhi do sau khazane baqi hain.</w:t>
      </w:r>
    </w:p>
    <w:p>
      <w:pPr>
        <w:jc w:val="right"/>
      </w:pPr>
      <w:r>
        <w:t>یہ۔ ایک ذہن وہ تھا کہ خالی رونا جانتا ہے وہ۔ رونا جانتا ہے صرف دوسرا ذہن یہ ہے کہ نہیں میرے پاس ابھی دو سو خزانے باقی ہیں۔</w:t>
      </w:r>
    </w:p>
    <w:p>
      <w:r>
        <w:rPr>
          <w:b/>
        </w:rPr>
        <w:t xml:space="preserve">[1:03:27] </w:t>
      </w:r>
      <w:r>
        <w:t>ek khazana koi khoyega to khoya gaya. aur woh jo khazane mere mere paas hain us ko main us ko unlock karunga. isi dili mein koi ja ja kar dekh sakta hai miss arnon soori ki ke jo biwi hain.</w:t>
      </w:r>
    </w:p>
    <w:p>
      <w:pPr>
        <w:jc w:val="right"/>
      </w:pPr>
      <w:r>
        <w:t>ایک خزانہ کوئی کھوئے گا تو کھویا گیا۔ اور وہ جو خزانے میرے میرے پاس ہیں اس کو میں اس کو ان لاک کروں گا۔ اسی دلی میں کوئی جا جا کر دیکھ سکتا ہے مس ارنون سوری کی کہ جو بیوی ہیں۔</w:t>
      </w:r>
    </w:p>
    <w:p>
      <w:r>
        <w:rPr>
          <w:b/>
        </w:rPr>
        <w:t xml:space="preserve">[1:03:42] </w:t>
      </w:r>
      <w:r>
        <w:t>un ke paas koi doosra bachcha nahi.</w:t>
      </w:r>
    </w:p>
    <w:p>
      <w:pPr>
        <w:jc w:val="right"/>
      </w:pPr>
      <w:r>
        <w:t>ان کے پاس کوئی دوسرا بچہ نہیں۔</w:t>
      </w:r>
    </w:p>
    <w:p>
      <w:r>
        <w:rPr>
          <w:b/>
        </w:rPr>
        <w:t xml:space="preserve">[1:03:45] </w:t>
      </w:r>
      <w:r>
        <w:t>wohi ek bachcha tha jo ghar mein pada hua hai abhi bhi zinda hai woh. main ek martaba lodi garden gaya to wahan arnon soori khud drive karte hue laye the is ko.</w:t>
      </w:r>
    </w:p>
    <w:p>
      <w:pPr>
        <w:jc w:val="right"/>
      </w:pPr>
      <w:r>
        <w:t>وہی ایک بچہ تھا جو گھر میں پڑا ہوا ہے ابھی بھی زندہ ہے وہ۔ میں ایک مرتبہ لودی گارڈن گیا تو وہاں ارنون سوری خود ڈرائیو کرتے ہوئے لائے تھے اس کو۔</w:t>
      </w:r>
    </w:p>
    <w:p>
      <w:r>
        <w:rPr>
          <w:b/>
        </w:rPr>
        <w:t xml:space="preserve">[1:03:56] </w:t>
      </w:r>
      <w:r>
        <w:t>wo wheel chair par woh ghuma rahe the lodi garden ke andar. wohi ek bachcha hai bas. to zindagi ka muqabla is tarah kar rahi hain un ki khatoon un ki khatoon ke ek school khola unho ne.</w:t>
      </w:r>
    </w:p>
    <w:p>
      <w:pPr>
        <w:jc w:val="right"/>
      </w:pPr>
      <w:r>
        <w:t>وہ وہیل چیئر پر وہ گھما رہے تھے لودی گارڈن کے اندر۔ وہی ایک بچہ ہے بس۔ تو زندگی کا مقابلہ اس طرح کر رہی ہیں ان کی خاتون ان کی خاتون کہ ایک اسکول کھولا انہوں نے۔</w:t>
      </w:r>
    </w:p>
    <w:p>
      <w:r>
        <w:rPr>
          <w:b/>
        </w:rPr>
        <w:t xml:space="preserve">[1:04:10] </w:t>
      </w:r>
      <w:r>
        <w:t>aur main wahan kuch le bhi gayi hoon mujhe unho ne dekha wahan.</w:t>
      </w:r>
    </w:p>
    <w:p>
      <w:pPr>
        <w:jc w:val="right"/>
      </w:pPr>
      <w:r>
        <w:t>اور میں وہاں کچھ لے بھی گئی ہوں مجھے انہوں نے دیکھا وہاں۔</w:t>
      </w:r>
    </w:p>
    <w:p>
      <w:r>
        <w:rPr>
          <w:b/>
        </w:rPr>
        <w:t xml:space="preserve">[1:04:13] </w:t>
      </w:r>
      <w:r>
        <w:t>bohat acha bohat hi khoobsurat building ek hai. is mein bachche laye jate hain. maazoor bachche aur har qism ka un ka intizam hai.</w:t>
      </w:r>
    </w:p>
    <w:p>
      <w:pPr>
        <w:jc w:val="right"/>
      </w:pPr>
      <w:r>
        <w:t>بہت اچھا بہت ہی خوبصورت بلڈنگ ایک ہے۔ اس میں بچے لائے جاتے ہیں۔ معذور بچے اور ہر قسم کا ان کا انتظام ہے۔</w:t>
      </w:r>
    </w:p>
    <w:p>
      <w:r>
        <w:rPr>
          <w:b/>
        </w:rPr>
        <w:t xml:space="preserve">[1:04:21] </w:t>
      </w:r>
      <w:r>
        <w:t>parhai yeh woh sab cheez ho rahi hai wahan par. to tension jo hai is liye aata hai ke aap ko super zehan banaye. ab aap khudkushi kar lein to yeh aap ka qasoor hai.</w:t>
      </w:r>
    </w:p>
    <w:p>
      <w:pPr>
        <w:jc w:val="right"/>
      </w:pPr>
      <w:r>
        <w:t>پڑھائی یہ وہ سب چیز ہو رہی ہے وہاں پر۔ تو ٹینشن جو ہے اس لیے آتا ہے کہ آپ کو سپر ذہن بنائے۔ اب آپ خودکشی کر لیں تو یہ آپ کا قصور ہے۔</w:t>
      </w:r>
    </w:p>
    <w:p>
      <w:r>
        <w:rPr>
          <w:b/>
        </w:rPr>
        <w:t xml:space="preserve">[1:04:32] </w:t>
      </w:r>
      <w:r>
        <w:t>is liye main ne kaha ke tension jo hai tension is only another name for taking wrong choice.</w:t>
      </w:r>
    </w:p>
    <w:p>
      <w:pPr>
        <w:jc w:val="right"/>
      </w:pPr>
      <w:r>
        <w:t>اس لیے میں نے کہا کہ ٹینشن جو ہے ٹینشن از اونلی انادر نیم فار ٹیکنگ رونگ چوائس۔</w:t>
      </w:r>
    </w:p>
    <w:p>
      <w:r>
        <w:rPr>
          <w:b/>
        </w:rPr>
        <w:t xml:space="preserve">[1:04:42] </w:t>
      </w:r>
      <w:r>
        <w:t>taking wrong faisla.</w:t>
      </w:r>
    </w:p>
    <w:p>
      <w:pPr>
        <w:jc w:val="right"/>
      </w:pPr>
      <w:r>
        <w:t>ٹیکنگ رونگ فیصلہ۔</w:t>
      </w:r>
    </w:p>
    <w:p>
      <w:r>
        <w:rPr>
          <w:b/>
        </w:rPr>
        <w:t xml:space="preserve">[1:04:45] </w:t>
      </w:r>
      <w:r>
        <w:t>yeh hai. ab main aap ko to woh yeh baat jo hai un ko passive voices ab aap mujh se aap poochein abhi ghaliban zinda hain woh.</w:t>
      </w:r>
    </w:p>
    <w:p>
      <w:pPr>
        <w:jc w:val="right"/>
      </w:pPr>
      <w:r>
        <w:t>یہ ہے۔ اب میں آپ کو تو وہ یہ بات جو ہے ان کو پیسی وائسز اب آپ مجھ سے آپ پوچھیں ابھی غالباً زندہ ہیں وہ۔</w:t>
      </w:r>
    </w:p>
    <w:p>
      <w:r>
        <w:rPr>
          <w:b/>
        </w:rPr>
        <w:t xml:space="preserve">[1:04:57] </w:t>
      </w:r>
      <w:r>
        <w:t>to mazak karenge ke yeh yeh passive voices kitaab jo thi woh is qabil hai ke kuch jala diya jaye is ko. ab kisi ko likhna hai to active voice likhein.</w:t>
      </w:r>
    </w:p>
    <w:p>
      <w:pPr>
        <w:jc w:val="right"/>
      </w:pPr>
      <w:r>
        <w:t>تو مذاق کریں گے کہ یہ یہ پیسی وائسز کتاب جو تھی وہ اس قابل ہے کہ کچھ جلا دیا جائے اس کو۔ اب کسی کو لکھنا ہے تو ایکٹیو وائس لکھیں۔</w:t>
      </w:r>
    </w:p>
    <w:p>
      <w:r>
        <w:rPr>
          <w:b/>
        </w:rPr>
        <w:t xml:space="preserve">[1:05:07] </w:t>
      </w:r>
      <w:r>
        <w:t>active voices. passive voices likhne ki zaroorat kya hai aisi kitaab likhne ki zaroorat hi kya hai?</w:t>
      </w:r>
    </w:p>
    <w:p>
      <w:pPr>
        <w:jc w:val="right"/>
      </w:pPr>
      <w:r>
        <w:t>ایکٹیو وائسز۔ پیسی وائسز لکھنے کی ضرورت کیا ہے ایسی کتاب لکھنے کی ضرورت ہی کیا ہے؟</w:t>
      </w:r>
    </w:p>
    <w:p>
      <w:r>
        <w:rPr>
          <w:b/>
        </w:rPr>
        <w:t xml:space="preserve">[1:05:14] </w:t>
      </w:r>
      <w:r>
        <w:t>tareekh mein aise bohat sare cases hain. main aap ko chand ek arz karta hoon. dekhiye saatveen sadi ka jo pehla se mahi hai.</w:t>
      </w:r>
    </w:p>
    <w:p>
      <w:pPr>
        <w:jc w:val="right"/>
      </w:pPr>
      <w:r>
        <w:t>تاریخ میں ایسے بہت سارے کیسز ہیں۔ میں آپ کو چند ایک عرض کرتا ہوں۔ دیکھیے ساتویں صدی کا جو پہلا سہ ماہی ہے۔</w:t>
      </w:r>
    </w:p>
    <w:p>
      <w:r>
        <w:rPr>
          <w:b/>
        </w:rPr>
        <w:t xml:space="preserve">[1:05:28] </w:t>
      </w:r>
      <w:r>
        <w:t>is zamane mein yani mashriqi side jo hai globe ka is mein do bari saltanatain theen. bizantini saltanat aur sasani saltanat.</w:t>
      </w:r>
    </w:p>
    <w:p>
      <w:pPr>
        <w:jc w:val="right"/>
      </w:pPr>
      <w:r>
        <w:t>اس زمانے میں یعنی مشرقی سائیڈ جو ہے گلوب کا اس میں دو بڑی سلطنتیں تھیں۔ بازنطینی سلطنت اور ساسانی سلطنت۔</w:t>
      </w:r>
    </w:p>
    <w:p>
      <w:r>
        <w:rPr>
          <w:b/>
        </w:rPr>
        <w:t xml:space="preserve">[1:05:41] </w:t>
      </w:r>
      <w:r>
        <w:t>bizantini saltanat jo tha woh eesai ka tha. aur yeh tha sasani saltanat jo the woh irani ka tha woh. to sasani saltanat aur yeh bizantini saltanat mein takrao hua.</w:t>
      </w:r>
    </w:p>
    <w:p>
      <w:pPr>
        <w:jc w:val="right"/>
      </w:pPr>
      <w:r>
        <w:t>بازنطینی سلطنت جو تھا وہ عیسائی کا تھا۔ اور یہ تھا ساسانی سلطنت جو تھے وہ ایرانی کا تھا وہ۔ تو ساسانی سلطنت اور یہ بازنطینی سلطنت میں ٹکراؤ ہوا۔</w:t>
      </w:r>
    </w:p>
    <w:p>
      <w:r>
        <w:rPr>
          <w:b/>
        </w:rPr>
        <w:t xml:space="preserve">[1:05:57] </w:t>
      </w:r>
      <w:r>
        <w:t>aur is mein irani badshah jo tha jo us zamane mein woh khusro naam tha is ka.</w:t>
      </w:r>
    </w:p>
    <w:p>
      <w:pPr>
        <w:jc w:val="right"/>
      </w:pPr>
      <w:r>
        <w:t>اور اس میں ایرانی بادشاہ جو تھا جو اس زمانے میں وہ خسرو نام تھا اس کا۔</w:t>
      </w:r>
    </w:p>
    <w:p>
      <w:r>
        <w:rPr>
          <w:b/>
        </w:rPr>
        <w:t xml:space="preserve">[1:06:07] </w:t>
      </w:r>
      <w:r>
        <w:t>is ki jeet hui aur sara us ne un ka chheen liya.</w:t>
      </w:r>
    </w:p>
    <w:p>
      <w:pPr>
        <w:jc w:val="right"/>
      </w:pPr>
      <w:r>
        <w:t>اس کی جیت ہوئی اور سارا اس نے ان کا چھین لیا۔</w:t>
      </w:r>
    </w:p>
    <w:p>
      <w:r>
        <w:rPr>
          <w:b/>
        </w:rPr>
        <w:t xml:space="preserve">[1:06:12] </w:t>
      </w:r>
      <w:r>
        <w:t>yani falasteen chheen liya suriya chheen liya iraq chheen liya. aur urdun chheen liya yeh sare ilaqay is ke thay.</w:t>
      </w:r>
    </w:p>
    <w:p>
      <w:pPr>
        <w:jc w:val="right"/>
      </w:pPr>
      <w:r>
        <w:t>یعنی فلسطین چھین لیا سیریا چھین لیا عراق چھین لیا۔ اور اردن چھین لیا یہ سارے علاقے اس کے تھے۔</w:t>
      </w:r>
    </w:p>
    <w:p>
      <w:r>
        <w:rPr>
          <w:b/>
        </w:rPr>
        <w:t xml:space="preserve">[1:06:21] </w:t>
      </w:r>
      <w:r>
        <w:t>bizantini saltanat mein thay woh. aur woh simat kar aa gaye kahan? constantinople mein. yeh jo turki ka jo ilaaqa hai jo kehte hain constantinople.</w:t>
      </w:r>
    </w:p>
    <w:p>
      <w:pPr>
        <w:jc w:val="right"/>
      </w:pPr>
      <w:r>
        <w:t>بازنطینی سلطنت میں تھے وہ۔ اور وہ سمٹ کر آ گئے کہاں؟ کانسٹنٹائنوپل میں۔ یہ جو ترکی کا جو علاقہ ہے جو کہتے ہیں کانسٹنٹائنوپل۔</w:t>
      </w:r>
    </w:p>
    <w:p>
      <w:r>
        <w:rPr>
          <w:b/>
        </w:rPr>
        <w:t xml:space="preserve">[1:06:31] </w:t>
      </w:r>
      <w:r>
        <w:t>wohin par reh gaya un ke paas sab</w:t>
      </w:r>
    </w:p>
    <w:p>
      <w:pPr>
        <w:jc w:val="right"/>
      </w:pPr>
      <w:r>
        <w:t>وہیں پر رہ گیا ان کے پاس سب</w:t>
      </w:r>
    </w:p>
    <w:p>
      <w:r>
        <w:rPr>
          <w:b/>
        </w:rPr>
        <w:t xml:space="preserve">[1:06:34] </w:t>
      </w:r>
      <w:r>
        <w:t>chheen gaya. yani irani badshah ne sab chheen liya. un ko simat kar aana para. constantinople jo un ka rajdhani tha us zamane mein.</w:t>
      </w:r>
    </w:p>
    <w:p>
      <w:pPr>
        <w:jc w:val="right"/>
      </w:pPr>
      <w:r>
        <w:t>چھن گیا۔ یعنی ایرانی بادشاہ نے سب چھین لیا۔ ان کو سمٹ کر آنا پڑا۔ کانسٹنٹائنوپل جو ان کا راجدھانی تھا اس زمانے میں۔</w:t>
      </w:r>
    </w:p>
    <w:p>
      <w:r>
        <w:rPr>
          <w:b/>
        </w:rPr>
        <w:t xml:space="preserve">[1:06:45] </w:t>
      </w:r>
      <w:r>
        <w:t>to is ka jo bizantini saltanat ka jo badshah tha is ka naam tha heracl. heracl h e r a c l e.</w:t>
      </w:r>
    </w:p>
    <w:p>
      <w:pPr>
        <w:jc w:val="right"/>
      </w:pPr>
      <w:r>
        <w:t>تو اس کا جو بازنطینی سلطنت کا جو بادشاہ تھا اس کا نام تھا ہریکل۔ ہریکل ایچ ای آر اے سی ایل ای۔</w:t>
      </w:r>
    </w:p>
    <w:p>
      <w:r>
        <w:rPr>
          <w:b/>
        </w:rPr>
        <w:t xml:space="preserve">[1:06:55] </w:t>
      </w:r>
      <w:r>
        <w:t>to bohat mayoosi mein bohat tension mein para woh. aur us ne socha ke main yahan se bhag jaon kahin doosri jagah.</w:t>
      </w:r>
    </w:p>
    <w:p>
      <w:pPr>
        <w:jc w:val="right"/>
      </w:pPr>
      <w:r>
        <w:t>تو بہت مایوسی میں بہت ٹینشن میں پڑا وہ۔ اور اس نے سوچا کہ میں یہاں سے بھاگ جاؤں کہیں دوسری جگہ۔</w:t>
      </w:r>
    </w:p>
    <w:p>
      <w:r>
        <w:rPr>
          <w:b/>
        </w:rPr>
        <w:t xml:space="preserve">[1:07:02] </w:t>
      </w:r>
      <w:r>
        <w:t>to mahal mein jo khazane thay treasure woh kashti par bhare gaye. kai kashti par saman lada gaya. constantinople jo hai woh aap jante hain ke samandar ke kinare hai.</w:t>
      </w:r>
    </w:p>
    <w:p>
      <w:pPr>
        <w:jc w:val="right"/>
      </w:pPr>
      <w:r>
        <w:t>تو محل میں جو خزانے تھے ٹریزر وہ کشتی پر بھرے گئے۔ کئی کشتی پر سامان لدا گیا۔ کانسٹنٹائنوپل جو ہے وہ آپ جانتے ہیں کہ سمندر کے کنارے ہے۔</w:t>
      </w:r>
    </w:p>
    <w:p>
      <w:r>
        <w:rPr>
          <w:b/>
        </w:rPr>
        <w:t xml:space="preserve">[1:07:14] </w:t>
      </w:r>
      <w:r>
        <w:t>to kashtiyon mein saman lad chuka tha mahal ka. bhagne ke liye. is waqt wahan ek bahut hi ba-izazat aadmi tha. jo gellius head tha isaiyon ka.</w:t>
      </w:r>
    </w:p>
    <w:p>
      <w:pPr>
        <w:jc w:val="right"/>
      </w:pPr>
      <w:r>
        <w:t>تو کشتیوں میں سامان لد چکا تھا محل کا۔ بھاگنے کے لیے۔ اس وقت وہاں ایک بہت ہی باعزت آدمی تھا۔ جو گیلجیس ہیڈ تھا عیسائیوں کا۔</w:t>
      </w:r>
    </w:p>
    <w:p>
      <w:r>
        <w:rPr>
          <w:b/>
        </w:rPr>
        <w:t xml:space="preserve">[1:07:27] </w:t>
      </w:r>
      <w:r>
        <w:t>is se milne aaya. to us ne kaha ke main to ab yahan se ja raha hoon.</w:t>
      </w:r>
    </w:p>
    <w:p>
      <w:pPr>
        <w:jc w:val="right"/>
      </w:pPr>
      <w:r>
        <w:t>اس سے ملنے آیا۔ تو اس نے کہا کہ میں تو اب یہاں سے جا رہا ہوں۔</w:t>
      </w:r>
    </w:p>
    <w:p>
      <w:r>
        <w:rPr>
          <w:b/>
        </w:rPr>
        <w:t xml:space="preserve">[1:07:32] </w:t>
      </w:r>
      <w:r>
        <w:t>to us ne bahut zyada is ko toka. bahut zyada toka. ke tum apne baap dada ka yahi namuna dikha rahe ho? tumhare baap dada ne itni badi saltanat qaim ki.</w:t>
      </w:r>
    </w:p>
    <w:p>
      <w:pPr>
        <w:jc w:val="right"/>
      </w:pPr>
      <w:r>
        <w:t>تو اس نے بہت زیادہ اس کو ٹوکا۔ بہت زیادہ ٹوکا۔ کہ تم اپنے باپ دادا کا یہی نمونہ دکھا رہے ہو؟ تمہارے باپ دادا نے اتنی بڑی سلطنت قائم کی۔</w:t>
      </w:r>
    </w:p>
    <w:p>
      <w:r>
        <w:rPr>
          <w:b/>
        </w:rPr>
        <w:t xml:space="preserve">[1:07:43] </w:t>
      </w:r>
      <w:r>
        <w:t>itne bade bade kar kaam kiye. aur tum yahan se bhag rahe ho wahan se chhod kar ke? bahut kuch kaha is ko. to sahib khulasa yeh hai is ki kahani aap padhna chahein to aap jo gibbon ki bahut hi maroof kitab hai.</w:t>
      </w:r>
    </w:p>
    <w:p>
      <w:pPr>
        <w:jc w:val="right"/>
      </w:pPr>
      <w:r>
        <w:t>اتنے بڑے بڑے کار کام کیے۔ اور تم یہاں سے بھاگ رہے ہو وہاں سے چھوڑ کر کے؟ بہت کچھ کہا اس کو۔ تو صاحب خلاصہ یہ ہے اس کی کہانی آپ پڑھنا چاہیں تو آپ جو گیبن کی بہت ہی معروف کتاب ہے۔</w:t>
      </w:r>
    </w:p>
    <w:p>
      <w:r>
        <w:rPr>
          <w:b/>
        </w:rPr>
        <w:t xml:space="preserve">[1:07:58] </w:t>
      </w:r>
      <w:r>
        <w:t>decline and end fall of Roman saltanat.</w:t>
      </w:r>
    </w:p>
    <w:p>
      <w:pPr>
        <w:jc w:val="right"/>
      </w:pPr>
      <w:r>
        <w:t>ڈیکلائن اینڈ اینڈ فال آف رومن سلطنت۔</w:t>
      </w:r>
    </w:p>
    <w:p>
      <w:r>
        <w:rPr>
          <w:b/>
        </w:rPr>
        <w:t xml:space="preserve">[1:08:02] </w:t>
      </w:r>
      <w:r>
        <w:t>bahut tafseel ke sath is ne yeh kahani likhi hai tafseel ke sath. is mein woh likhta hai gibbon ke tareekh ke raazon mein se ek raaz yeh hai ke kis tarah heraclius jo ke slumber mein pada hua tha.</w:t>
      </w:r>
    </w:p>
    <w:p>
      <w:pPr>
        <w:jc w:val="right"/>
      </w:pPr>
      <w:r>
        <w:t>بہت تفصیل کے ساتھ اس نے یہ کہانی لکھی ہے تفصیل کے ساتھ۔ اس میں وہ لکھتا ہے گیبن کہ تاریخ کے رازوں میں سے ایک راز یہ ہے کہ کس طرح ہریکل جو ہے جو کہ سلمبر میں پڑا ہوا تھا۔</w:t>
      </w:r>
    </w:p>
    <w:p>
      <w:r>
        <w:rPr>
          <w:b/>
        </w:rPr>
        <w:t xml:space="preserve">[1:08:18] </w:t>
      </w:r>
      <w:r>
        <w:t>woh ek ek woh ek chaukanna case ban gaya is ka.</w:t>
      </w:r>
    </w:p>
    <w:p>
      <w:pPr>
        <w:jc w:val="right"/>
      </w:pPr>
      <w:r>
        <w:t>وہ ایک ایک وہ ایک چوکنا کیس بن گیا اس کا۔</w:t>
      </w:r>
    </w:p>
    <w:p>
      <w:r>
        <w:rPr>
          <w:b/>
        </w:rPr>
        <w:t xml:space="preserve">[1:08:26] </w:t>
      </w:r>
      <w:r>
        <w:t>yani woh yeh sawal karta hai is waqt how extreme slumber was converted into chaukanna.</w:t>
      </w:r>
    </w:p>
    <w:p>
      <w:pPr>
        <w:jc w:val="right"/>
      </w:pPr>
      <w:r>
        <w:t>یعنی وہ یہ سوال کرتا ہے اس وقت ہاؤ ایکسٹریم سلمبر واز کنورٹڈ انٹو چوکنا۔</w:t>
      </w:r>
    </w:p>
    <w:p>
      <w:r>
        <w:rPr>
          <w:b/>
        </w:rPr>
        <w:t xml:space="preserve">[1:08:37] </w:t>
      </w:r>
      <w:r>
        <w:t>kaise aisa hua ke ek neend mein soya hua ek ek badshah jaag pada. how great slumber was converted into an extraordinary chaukanna</w:t>
      </w:r>
    </w:p>
    <w:p>
      <w:pPr>
        <w:jc w:val="right"/>
      </w:pPr>
      <w:r>
        <w:t>کیسے ایسا ہوا کہ ایک نیند میں سویا ہوا ایک ایک بادشاہ جاگ پڑا۔ ہاؤ گریٹ سلمبر واز کنورٹڈ انٹو این ایکسٹرا آرڈنری چوکنا</w:t>
      </w:r>
    </w:p>
    <w:p>
      <w:r>
        <w:rPr>
          <w:b/>
        </w:rPr>
        <w:t xml:space="preserve">[1:08:53] </w:t>
      </w:r>
      <w:r>
        <w:t>. woh woh woh likhta hai ke is yeh ek tareekh ka ek raaz hai jis ko abhi tak is dunya ne pata nahi kar paye. lekin main yeh kahunga ke yeh baat hai saatveen sadi ki.</w:t>
      </w:r>
    </w:p>
    <w:p>
      <w:pPr>
        <w:jc w:val="right"/>
      </w:pPr>
      <w:r>
        <w:t>۔ وہ وہ وہ لکھتا ہے کہ اس یہ ایک تاریخ کا ایک راز ہے جس کو ابھی تک اس دنیا نے پتہ نہیں کر پائے۔ لیکن میں یہ کہوں گا کہ یہ بات ہے ساتویں صدی کی۔</w:t>
      </w:r>
    </w:p>
    <w:p>
      <w:r>
        <w:rPr>
          <w:b/>
        </w:rPr>
        <w:t xml:space="preserve">[1:09:07] </w:t>
      </w:r>
      <w:r>
        <w:t>saatveen sadi mein insan ne brain storming theory ko daryaft nahi kiya tha.</w:t>
      </w:r>
    </w:p>
    <w:p>
      <w:pPr>
        <w:jc w:val="right"/>
      </w:pPr>
      <w:r>
        <w:t>ساتویں صدی میں انسان نے برین اسٹارمنگ تھیوری کو دریافت نہیں کیا تھا۔</w:t>
      </w:r>
    </w:p>
    <w:p>
      <w:r>
        <w:rPr>
          <w:b/>
        </w:rPr>
        <w:t xml:space="preserve">[1:09:13] </w:t>
      </w:r>
      <w:r>
        <w:t>abhi jo nafsiyat mein jo tehqeeq hui hai. jo nafsiyat ki jo nai nai baatein insan ne daryaft ki hain.</w:t>
      </w:r>
    </w:p>
    <w:p>
      <w:pPr>
        <w:jc w:val="right"/>
      </w:pPr>
      <w:r>
        <w:t>ابھی جو نفسیات میں جو تحقیق ہوئی ہے۔ جو نفسیات کی جو نئی نئی باتیں انسان نے دریافت کی ہیں۔</w:t>
      </w:r>
    </w:p>
    <w:p>
      <w:r>
        <w:rPr>
          <w:b/>
        </w:rPr>
        <w:t xml:space="preserve">[1:09:22] </w:t>
      </w:r>
      <w:r>
        <w:t>is mein se ek hai brain storming theory. is mein bataya gaya hai ke jab aadmi ko bahut zabardast shock lagta hai.</w:t>
      </w:r>
    </w:p>
    <w:p>
      <w:pPr>
        <w:jc w:val="right"/>
      </w:pPr>
      <w:r>
        <w:t>اس میں سے ایک ہے برین اسٹارمنگ تھیوری۔ اس میں بتایا گیا ہے کہ جب آدمی کو بہت زبردست شاک لگتا ہے۔</w:t>
      </w:r>
    </w:p>
    <w:p>
      <w:r>
        <w:rPr>
          <w:b/>
        </w:rPr>
        <w:t xml:space="preserve">[1:09:32] </w:t>
      </w:r>
      <w:r>
        <w:t>bahut zyada woh stress us ke zehan par aata hai. to zehan mein us ki storming hoti hai. zehan kehta hai storming hoti hai.</w:t>
      </w:r>
    </w:p>
    <w:p>
      <w:pPr>
        <w:jc w:val="right"/>
      </w:pPr>
      <w:r>
        <w:t>بہت زیادہ وہ اسٹریس اس کے ذہن پر آتا ہے۔ تو ذہن میں اس کی اسٹارمنگ ہوتی ہے۔ ذہن کہتا ہے اسٹارمنگ ہوتی ہے۔</w:t>
      </w:r>
    </w:p>
    <w:p>
      <w:r>
        <w:rPr>
          <w:b/>
        </w:rPr>
        <w:t xml:space="preserve">[1:09:40] </w:t>
      </w:r>
      <w:r>
        <w:t>bade bade kaam kar dalta hai woh insan.</w:t>
      </w:r>
    </w:p>
    <w:p>
      <w:pPr>
        <w:jc w:val="right"/>
      </w:pPr>
      <w:r>
        <w:t>بڑے بڑے کام کر ڈالتا ہے وہ انسان۔</w:t>
      </w:r>
    </w:p>
    <w:p>
      <w:r>
        <w:rPr>
          <w:b/>
        </w:rPr>
        <w:t xml:space="preserve">[1:09:47] </w:t>
      </w:r>
      <w:r>
        <w:t>to jaise ke isi baat ko saadia ne kaha tha apne shair mein. ke nabini ke chongar baajaz shud barart par changal chashme pulang.</w:t>
      </w:r>
    </w:p>
    <w:p>
      <w:pPr>
        <w:jc w:val="right"/>
      </w:pPr>
      <w:r>
        <w:t>تو جیسے کہ اسی بات کو سعدیہ نے کہا تھا اپنے شعر میں۔ کہ نبینی کے چونگر باعاجز شود برارت پر چنگال چشمے پلنگ۔</w:t>
      </w:r>
    </w:p>
    <w:p>
      <w:r>
        <w:rPr>
          <w:b/>
        </w:rPr>
        <w:t xml:space="preserve">[1:09:57] </w:t>
      </w:r>
      <w:r>
        <w:t>ke ek sher hai ek tiger hai. us ne hamla kar diya billi ke upar. ab jab bebas halat mein ho jati hai billi. to to jhapta kar ke us ki aankh nikal leti hai sher ki.</w:t>
      </w:r>
    </w:p>
    <w:p>
      <w:pPr>
        <w:jc w:val="right"/>
      </w:pPr>
      <w:r>
        <w:t>کہ ایک شیر ہے ایک ٹائیگر ہے۔ اس نے حملہ کر دیا بلی کے اوپر۔ اب جب بے بس حالت میں ہو جاتی ہے بلی۔ تو تو جھپٹ کر کے اس کی آنکھ نکال لیتی ہے شیر کی۔</w:t>
      </w:r>
    </w:p>
    <w:p>
      <w:r>
        <w:rPr>
          <w:b/>
        </w:rPr>
        <w:t xml:space="preserve">[1:10:09] </w:t>
      </w:r>
      <w:r>
        <w:t>ek bahut hi yani billi zahir</w:t>
      </w:r>
    </w:p>
    <w:p>
      <w:pPr>
        <w:jc w:val="right"/>
      </w:pPr>
      <w:r>
        <w:t>ایک بہت ہی یعنی بلی ظاہر</w:t>
      </w:r>
    </w:p>
    <w:p>
      <w:r>
        <w:rPr>
          <w:b/>
        </w:rPr>
        <w:t xml:space="preserve">[1:10:13] </w:t>
      </w:r>
      <w:r>
        <w:t>hai aap jante hain ke bahut hi kamzor hai sher ke muqable mein. tiger to bahut zyada mazboot hota hai. to woh kehte hain ke nabini ke chongar baajaz shud barart par changal chashme pulang.</w:t>
      </w:r>
    </w:p>
    <w:p>
      <w:pPr>
        <w:jc w:val="right"/>
      </w:pPr>
      <w:r>
        <w:t>ہے آپ جانتے ہیں کہ بہت ہی کمزور ہے شیر کے مقابلے میں۔ ٹائیگر تو بہت زیادہ مضبوط ہوتا ہے۔ تو وہ کہتے ہیں کہ نبینی کے چونگر باعاجز شود برارت پر چنگال چشمے پلنگ۔</w:t>
      </w:r>
    </w:p>
    <w:p>
      <w:r>
        <w:rPr>
          <w:b/>
        </w:rPr>
        <w:t xml:space="preserve">[1:10:27] </w:t>
      </w:r>
      <w:r>
        <w:t>us ke andar bhi brain storming hoti hai. us billi ke andar bhi. woh jhapta kar us ki aankh nikal leti hai. to yeh us waqt un ko pata nahi tha.</w:t>
      </w:r>
    </w:p>
    <w:p>
      <w:pPr>
        <w:jc w:val="right"/>
      </w:pPr>
      <w:r>
        <w:t>اس کے اندر بھی برین اسٹارمنگ ہوتی ہے۔ اس بلی کے اندر بھی۔ وہ جھپٹ کر اس کی آنکھ نکال لیتی ہے۔ تو یہ اس وقت ان کو پتہ نہیں تھا۔</w:t>
      </w:r>
    </w:p>
    <w:p>
      <w:r>
        <w:rPr>
          <w:b/>
        </w:rPr>
        <w:t xml:space="preserve">[1:10:36] </w:t>
      </w:r>
      <w:r>
        <w:t>to yeh hua brain storming ka case tha yeh heraclius ka. ke jab us ke gellius head jo tha us ne us ki toka. us ko sharm dilai.</w:t>
      </w:r>
    </w:p>
    <w:p>
      <w:pPr>
        <w:jc w:val="right"/>
      </w:pPr>
      <w:r>
        <w:t>تو یہ ہوا برین اسٹارمنگ کا کیس تھا یہ ہریکل کا۔ کہ جب اس کے گیلجیس ہیڈ جو تھا اس نے اس کی ٹوکا۔ اس کو شرم دلائی۔</w:t>
      </w:r>
    </w:p>
    <w:p>
      <w:r>
        <w:rPr>
          <w:b/>
        </w:rPr>
        <w:t xml:space="preserve">[1:10:45] </w:t>
      </w:r>
      <w:r>
        <w:t>kaha suna to phir us ke andar nai soch aai. us ne dobara jaiza liya saare mamle ko us ne. aur phir us ne ek ek naya faisla liya. us ne kaha ke mujhe dobara mansooba bandi karni hai.</w:t>
      </w:r>
    </w:p>
    <w:p>
      <w:pPr>
        <w:jc w:val="right"/>
      </w:pPr>
      <w:r>
        <w:t>کہا سنا تو پھر اس کے اندر نئی سوچ آئی۔ اس نے دوبارہ جائزہ لیا سارے معاملے کو اس نے۔ اور پھر اس نے ایک ایک نیا فیصلہ لیا۔ اس نے کہا کہ مجھے دوبارہ منصوبہ بندی کرنی ہے۔</w:t>
      </w:r>
    </w:p>
    <w:p>
      <w:r>
        <w:rPr>
          <w:b/>
        </w:rPr>
        <w:t xml:space="preserve">[1:10:57] </w:t>
      </w:r>
      <w:r>
        <w:t>aur bahut zabardast mansooba bandi ki us ne. aur chhe hamle kiye us ne.</w:t>
      </w:r>
    </w:p>
    <w:p>
      <w:pPr>
        <w:jc w:val="right"/>
      </w:pPr>
      <w:r>
        <w:t>اور بہت زبردست منصوبہ بندی کی اس نے۔ اور چھ حملے کیے اس نے۔</w:t>
      </w:r>
    </w:p>
    <w:p>
      <w:r>
        <w:rPr>
          <w:b/>
        </w:rPr>
        <w:t xml:space="preserve">[1:11:02] </w:t>
      </w:r>
      <w:r>
        <w:t>chhe hamle kar ke saare ilaqe ko phir recover kar liya us ne. saare ilaqe ko recover kar liya us ne. yani woh jo simat kar ke constantinople mein aa gaya tha.</w:t>
      </w:r>
    </w:p>
    <w:p>
      <w:pPr>
        <w:jc w:val="right"/>
      </w:pPr>
      <w:r>
        <w:t>چھ حملے کر کے سارے علاقے کو پھر ریکور کر لیا اس نے۔ سارے علاقے کو ریکور کر لیا اس نے۔ یعنی وہ جو سمٹ کر کے کانسٹنٹائنوپل میں آ گیا تھا۔</w:t>
      </w:r>
    </w:p>
    <w:p>
      <w:r>
        <w:rPr>
          <w:b/>
        </w:rPr>
        <w:t xml:space="preserve">[1:11:14] </w:t>
      </w:r>
      <w:r>
        <w:t>woh sara jo us ka saltanat tha us ko phir se bana liya us ne. yeh poori kahani likhi hai gibbon ne apni kitab mein. is ka naam hai decline and fall of Roman saltanat.</w:t>
      </w:r>
    </w:p>
    <w:p>
      <w:pPr>
        <w:jc w:val="right"/>
      </w:pPr>
      <w:r>
        <w:t>وہ سارا جو اس کا سلطنت تھا اس کو پھر سے بنا لیا اس نے۔ یہ پوری کہانی لکھی ہے گیبن نے اپنی کتاب میں۔ اس کا نام ہے ڈیکلائن اینڈ فال آف رومن سلطنت۔</w:t>
      </w:r>
    </w:p>
    <w:p>
      <w:r>
        <w:rPr>
          <w:b/>
        </w:rPr>
        <w:t xml:space="preserve">[1:11:25] </w:t>
      </w:r>
      <w:r>
        <w:t>to salambar jo hai convert ho gaya chokna mein. kaise? yahi tension ke zareeye.</w:t>
      </w:r>
    </w:p>
    <w:p>
      <w:pPr>
        <w:jc w:val="right"/>
      </w:pPr>
      <w:r>
        <w:t>تو سلمبر جو ہے کنورٹ ہو گیا چوکنا میں۔ کیسے؟ یہی ٹینشن کے ذریعے۔</w:t>
      </w:r>
    </w:p>
    <w:p>
      <w:r>
        <w:rPr>
          <w:b/>
        </w:rPr>
        <w:t xml:space="preserve">[1:11:33] </w:t>
      </w:r>
      <w:r>
        <w:t>to tension to bohat hi bari cheez hai. ab yeh harikel ka qissa mein ne bataya aap ko. ab hitler ka qissa suniye. hitler ka qissa.</w:t>
      </w:r>
    </w:p>
    <w:p>
      <w:pPr>
        <w:jc w:val="right"/>
      </w:pPr>
      <w:r>
        <w:t>تو ٹینشن تو بہت ہی بڑی چیز ہے۔ اب یہ ہریکل کا قصہ میں نے بتایا آپ کو۔ اب ہٹلر کا قصہ سنیے۔ ہٹلر کا قصہ۔</w:t>
      </w:r>
    </w:p>
    <w:p>
      <w:r>
        <w:rPr>
          <w:b/>
        </w:rPr>
        <w:t xml:space="preserve">[1:11:43] </w:t>
      </w:r>
      <w:r>
        <w:t>hitler jo hai aap jante hain ke 1939 mein is ne second world war chheri. jo 1945 ko khatam hui.</w:t>
      </w:r>
    </w:p>
    <w:p>
      <w:pPr>
        <w:jc w:val="right"/>
      </w:pPr>
      <w:r>
        <w:t>ہٹلر جو ہے آپ جانتے ہیں کہ 1939 میں اس نے سیکنڈ ورلڈ وار چھیڑی۔ جو 1945 کو ختم ہوئی۔</w:t>
      </w:r>
    </w:p>
    <w:p>
      <w:r>
        <w:rPr>
          <w:b/>
        </w:rPr>
        <w:t xml:space="preserve">[1:11:54] </w:t>
      </w:r>
      <w:r>
        <w:t>to is ka jo khwab tha ke sare europe par yani nazi jhanda lehrana. sare europe par.</w:t>
      </w:r>
    </w:p>
    <w:p>
      <w:pPr>
        <w:jc w:val="right"/>
      </w:pPr>
      <w:r>
        <w:t>تو اس کا جو خواب تھا کہ سارے یورپ پر یعنی نازی جھنڈا لہرانا۔ سارے یورپ پر۔</w:t>
      </w:r>
    </w:p>
    <w:p>
      <w:r>
        <w:rPr>
          <w:b/>
        </w:rPr>
        <w:t xml:space="preserve">[1:12:04] </w:t>
      </w:r>
      <w:r>
        <w:t>aur kai ilaqe is ne fateh bhi kar liye poland waghera austria waghera. to</w:t>
      </w:r>
    </w:p>
    <w:p>
      <w:pPr>
        <w:jc w:val="right"/>
      </w:pPr>
      <w:r>
        <w:t>اور کئی علاقے اس نے فتح بھی کر لیے پولینڈ وغیرہ آسٹریا وغیرہ۔ تو</w:t>
      </w:r>
    </w:p>
    <w:p>
      <w:r>
        <w:rPr>
          <w:b/>
        </w:rPr>
        <w:t xml:space="preserve">[1:12:11] </w:t>
      </w:r>
      <w:r>
        <w:t>ek greater germany ke liye is ne is ka is ka khwab jo tha woh greater germany. lekin aap jante hain ke is ki shikast hui roos ke muqable mein.</w:t>
      </w:r>
    </w:p>
    <w:p>
      <w:pPr>
        <w:jc w:val="right"/>
      </w:pPr>
      <w:r>
        <w:t>ایک گریٹر جرمنی کے لیے اس نے اس کا اس کا خواب جو تھا وہ گریٹر جرمنی۔ لیکن آپ جانتے ہیں کہ اس کی شکست ہوئی روس کے مقابلے میں۔</w:t>
      </w:r>
    </w:p>
    <w:p>
      <w:r>
        <w:rPr>
          <w:b/>
        </w:rPr>
        <w:t xml:space="preserve">[1:12:23] </w:t>
      </w:r>
      <w:r>
        <w:t>aur khud yani germany ka bara hissa jo hai itihadi taqatain jo theen us zamane mein itihadi taq</w:t>
      </w:r>
    </w:p>
    <w:p>
      <w:pPr>
        <w:jc w:val="right"/>
      </w:pPr>
      <w:r>
        <w:t>اور خود یعنی جرمنی کا بڑا حصہ جو ہے اتحادی طاقتیں جو تھیں اس زمانے میں اتحادی طاق</w:t>
      </w:r>
    </w:p>
    <w:p>
      <w:r>
        <w:rPr>
          <w:b/>
        </w:rPr>
        <w:t xml:space="preserve">[1:12:30] </w:t>
      </w:r>
      <w:r>
        <w:t>tein. unhon ne qabza kar liya. aur hitler jo tha woh yani majboor ho kar ke aur woh is ne woh is ne ek bunker mein chup gaya ja kar ke.</w:t>
      </w:r>
    </w:p>
    <w:p>
      <w:pPr>
        <w:jc w:val="right"/>
      </w:pPr>
      <w:r>
        <w:t>تیں۔ انہوں نے قبضہ کر لیا۔ اور ہٹلر جو تھا وہ یعنی مجبور ہو کر کے اور وہ اس نے وہ اس نے ایک بنکر میں چھپ گیا جا کر کے۔</w:t>
      </w:r>
    </w:p>
    <w:p>
      <w:r>
        <w:rPr>
          <w:b/>
        </w:rPr>
        <w:t xml:space="preserve">[1:12:45] </w:t>
      </w:r>
      <w:r>
        <w:t>berlin ke ek bunker mein. woh aadmi jo bare bare khitab deta tha. woh sare europe hamara hai aisi batein bolta</w:t>
      </w:r>
    </w:p>
    <w:p>
      <w:pPr>
        <w:jc w:val="right"/>
      </w:pPr>
      <w:r>
        <w:t>برلن کے ایک بنکر میں۔ وہ آدمی جو بڑے بڑے خطاب دیتا تھا۔ وہ سارے یورپ ہمارا ہے ایسی باتیں بولتا</w:t>
      </w:r>
    </w:p>
    <w:p>
      <w:r>
        <w:rPr>
          <w:b/>
        </w:rPr>
        <w:t xml:space="preserve">[1:12:53] </w:t>
      </w:r>
      <w:r>
        <w:t>tha woh. is ki kitab aap parh lijiye. mai istragal. is ko german zaban mein is ka naam hai main kaam. mai istragal.</w:t>
      </w:r>
    </w:p>
    <w:p>
      <w:pPr>
        <w:jc w:val="right"/>
      </w:pPr>
      <w:r>
        <w:t>تھا وہ۔ اس کی کتاب آپ پڑھ لیجیے۔ مائی اسٹرگل۔ اس کو جرمن زبان میں اس کا نام ہے مین کام۔ مائی اسٹرگل۔</w:t>
      </w:r>
    </w:p>
    <w:p>
      <w:r>
        <w:rPr>
          <w:b/>
        </w:rPr>
        <w:t xml:space="preserve">[1:13:01] </w:t>
      </w:r>
      <w:r>
        <w:t>ise ab aisa lagta tha ke jaise sari dunya isi ke liye banai gayi hai. to woh bunker mein chala gaya. aap jante hain 1945 mein is ne khudkushi kar li.</w:t>
      </w:r>
    </w:p>
    <w:p>
      <w:pPr>
        <w:jc w:val="right"/>
      </w:pPr>
      <w:r>
        <w:t>اسے اب ایسا لگتا تھا کہ جیسے ساری دنیا اسی کے لیے بنائی گئی ہے۔ تو وہ بنکر میں چلا گیا۔ آپ جانتے ہیں 1945 میں اس نے خودکشی کر لی۔</w:t>
      </w:r>
    </w:p>
    <w:p>
      <w:r>
        <w:rPr>
          <w:b/>
        </w:rPr>
        <w:t xml:space="preserve">[1:13:15] </w:t>
      </w:r>
      <w:r>
        <w:t>ab ek taraf aap dekhiye harikel ka. ek taraf dekhiye hitler ka. wahi case tha.</w:t>
      </w:r>
    </w:p>
    <w:p>
      <w:pPr>
        <w:jc w:val="right"/>
      </w:pPr>
      <w:r>
        <w:t>اب ایک طرف آپ دیکھیے ہریکل کا۔ ایک طرف دیکھیے ہٹلر کا۔ وہی کیس تھا۔</w:t>
      </w:r>
    </w:p>
    <w:p>
      <w:r>
        <w:rPr>
          <w:b/>
        </w:rPr>
        <w:t xml:space="preserve">[1:13:23] </w:t>
      </w:r>
      <w:r>
        <w:t>harikel ne bhi apna saltanat is ka chheena gaya tha. phir is ko dobara hasil kiya is ne. aur hitler ka chheena gaya tha to khudkushi kar li is ne.</w:t>
      </w:r>
    </w:p>
    <w:p>
      <w:pPr>
        <w:jc w:val="right"/>
      </w:pPr>
      <w:r>
        <w:t>ہریکل نے بھی اپنا سلطنت اس کا چھینا گیا تھا۔ پھر اس کو دوبارہ حاصل کیا اس نے۔ اور ہٹلر کا چھینا گیا تھا تو خودکشی کر لی اس نے۔</w:t>
      </w:r>
    </w:p>
    <w:p>
      <w:r>
        <w:rPr>
          <w:b/>
        </w:rPr>
        <w:t xml:space="preserve">[1:13:34] </w:t>
      </w:r>
      <w:r>
        <w:t>kyun? is par sochte hue meri samajh mein aati hai yeh baat. ke ya to aadmi itna zyada ba-izazat ho ke khud woh soch sake.</w:t>
      </w:r>
    </w:p>
    <w:p>
      <w:pPr>
        <w:jc w:val="right"/>
      </w:pPr>
      <w:r>
        <w:t>کیوں؟ اس پر سوچتے ہوئے میری سمجھ میں آتی ہے یہ بات۔ کہ یا تو آدمی اتنا زیادہ باعزت ہو کہ خود وہ سوچ سکے۔</w:t>
      </w:r>
    </w:p>
    <w:p>
      <w:r>
        <w:rPr>
          <w:b/>
        </w:rPr>
        <w:t xml:space="preserve">[1:13:44] </w:t>
      </w:r>
      <w:r>
        <w:t>tension ko manage. how to manage tension. khud itna ba-izazat ho ke khud woh tension ko manage kar sake.</w:t>
      </w:r>
    </w:p>
    <w:p>
      <w:pPr>
        <w:jc w:val="right"/>
      </w:pPr>
      <w:r>
        <w:t>ٹینشن کو مینج۔ ہاؤ ٹو مینج ٹینشن۔ خود اتنا باعزت ہو کہ خود وہ ٹینشن کو مینج کر سکے۔</w:t>
      </w:r>
    </w:p>
    <w:p>
      <w:r>
        <w:rPr>
          <w:b/>
        </w:rPr>
        <w:t xml:space="preserve">[1:13:53] </w:t>
      </w:r>
      <w:r>
        <w:t>ya kisi ko apna guru bana le. apna murshid bana le. is ko koi acha mashir mil jaye. do hi shakalain hain.</w:t>
      </w:r>
    </w:p>
    <w:p>
      <w:pPr>
        <w:jc w:val="right"/>
      </w:pPr>
      <w:r>
        <w:t>یا کسی کو اپنا گرو بنا لے۔ اپنا مرشد بنا لے۔ اس کو کوئی اچھا مشیر مل جائے۔ دو ہی شکلیں ہیں۔</w:t>
      </w:r>
    </w:p>
    <w:p>
      <w:r>
        <w:rPr>
          <w:b/>
        </w:rPr>
        <w:t xml:space="preserve">[1:14:03] </w:t>
      </w:r>
      <w:r>
        <w:t>to harikel ko ek acha mashir mil gaya. jis ne is ki toki. is ko sharm dilai. is ne kaha ke tum dobara mansooba bandi karo.</w:t>
      </w:r>
    </w:p>
    <w:p>
      <w:pPr>
        <w:jc w:val="right"/>
      </w:pPr>
      <w:r>
        <w:t>تو ہریکل کو ایک اچھا مشیر مل گیا۔ جس نے اس کی ٹوکی۔ اس کو شرم دلائی۔ اس نے کہا کہ تم دوبارہ منصوبہ بندی کرو۔</w:t>
      </w:r>
    </w:p>
    <w:p>
      <w:r>
        <w:rPr>
          <w:b/>
        </w:rPr>
        <w:t xml:space="preserve">[1:14:12] </w:t>
      </w:r>
      <w:r>
        <w:t>phir se ek koshish karo. aur koshish kar ke is ne apni poori saltanat ko dobara hasil kar liya. hitler jo tha itna maghroor tha.</w:t>
      </w:r>
    </w:p>
    <w:p>
      <w:pPr>
        <w:jc w:val="right"/>
      </w:pPr>
      <w:r>
        <w:t>پھر سے ایک کوشش کرو۔ اور کوشش کر کے اس نے اپنی پوری سلطنت کو دوبارہ حاصل کر لیا۔ ہٹلر جو تھا اتنا مغرور تھا۔</w:t>
      </w:r>
    </w:p>
    <w:p>
      <w:r>
        <w:rPr>
          <w:b/>
        </w:rPr>
        <w:t xml:space="preserve">[1:14:22] </w:t>
      </w:r>
      <w:r>
        <w:t>sab se bari kh</w:t>
      </w:r>
    </w:p>
    <w:p>
      <w:pPr>
        <w:jc w:val="right"/>
      </w:pPr>
      <w:r>
        <w:t>سب سے بڑی خ</w:t>
      </w:r>
    </w:p>
    <w:p>
      <w:r>
        <w:rPr>
          <w:b/>
        </w:rPr>
        <w:t xml:space="preserve">[1:14:23] </w:t>
      </w:r>
      <w:r>
        <w:t>rabi hitler mein thi ke woh maghroor aadmi tha. bohat hi is ke andar gharoor bhara hua tha. kisi ki baat nahi sunta tha woh. kisi ki baat nahi sunta tha woh.</w:t>
      </w:r>
    </w:p>
    <w:p>
      <w:pPr>
        <w:jc w:val="right"/>
      </w:pPr>
      <w:r>
        <w:t>رابی ہٹلر میں تھی کہ وہ مغرور آدمی تھا۔ بہت ہی اس کے اندر غرور بھرا ہوا تھا۔ کسی کی بات نہیں سنتا تھا وہ۔ کسی کی بات نہیں سنتا تھا وہ۔</w:t>
      </w:r>
    </w:p>
    <w:p>
      <w:r>
        <w:rPr>
          <w:b/>
        </w:rPr>
        <w:t xml:space="preserve">[1:14:34] </w:t>
      </w:r>
      <w:r>
        <w:t>is liye koi is ka koi kisi ne samjhaya bhi hoga is ko. lekin kisi mashiron se kaam nahi aai. is ka gharoor.</w:t>
      </w:r>
    </w:p>
    <w:p>
      <w:pPr>
        <w:jc w:val="right"/>
      </w:pPr>
      <w:r>
        <w:t>اس لیے کوئی اس کا کوئی کسی نے سمجھایا بھی ہوگا اس کو۔ لیکن کسی مشیروں سے کام نہیں آئی۔ اس کا غرور۔</w:t>
      </w:r>
    </w:p>
    <w:p>
      <w:r>
        <w:rPr>
          <w:b/>
        </w:rPr>
        <w:t xml:space="preserve">[1:14:42] </w:t>
      </w:r>
      <w:r>
        <w:t>is ka gharoor jo is ka kibr jo hai ghamand is ka jo hai. woh is ko le gaya khudkushi tak.</w:t>
      </w:r>
    </w:p>
    <w:p>
      <w:pPr>
        <w:jc w:val="right"/>
      </w:pPr>
      <w:r>
        <w:t>اس کا غرور جو اس کا کبر جو ہے گھمنڈ اس کا جو ہے۔ وہ اس کو لے گیا خودکشی تک۔</w:t>
      </w:r>
    </w:p>
    <w:p>
      <w:r>
        <w:rPr>
          <w:b/>
        </w:rPr>
        <w:t xml:space="preserve">[1:14:49] </w:t>
      </w:r>
      <w:r>
        <w:t>to wahi surat-e-haal pesh aai harikel ko. wahi pesh aai hitler ko. hitler ne khudkushi kar li. aur harikel ne phir se yani phir se apni apni saltanat qaim kar li.</w:t>
      </w:r>
    </w:p>
    <w:p>
      <w:pPr>
        <w:jc w:val="right"/>
      </w:pPr>
      <w:r>
        <w:t>تو وہی صورتحال پیش آئی ہریکل کو۔ وہی پیش آئی ہٹلر کو۔ ہٹلر نے خودکشی کر لی۔ اور ہریکل نے پھر سے یعنی پھر سے اپنی اپنی سلطنت قائم کر لی۔</w:t>
      </w:r>
    </w:p>
    <w:p>
      <w:r>
        <w:rPr>
          <w:b/>
        </w:rPr>
        <w:t xml:space="preserve">[1:15:04] </w:t>
      </w:r>
      <w:r>
        <w:t>to tension apne aap mein buri cheez nahi hai. tension ko manage karne mein aap nakaam ho jayein to yeh bura hai. aur tension ko manage kar sakein to aap bohat bara bara kaam kar dalinge.</w:t>
      </w:r>
    </w:p>
    <w:p>
      <w:pPr>
        <w:jc w:val="right"/>
      </w:pPr>
      <w:r>
        <w:t>تو ٹینشن اپنے آپ میں بری چیز نہیں ہے۔ ٹینشن کو مینج کرنے میں آپ ناکام ہو جائیں تو یہ برا ہے۔ اور ٹینشن کو مینج کر سکیں تو آپ بہت بڑا بڑا کام کر ڈالیں گے۔</w:t>
      </w:r>
    </w:p>
    <w:p>
      <w:r>
        <w:rPr>
          <w:b/>
        </w:rPr>
        <w:t xml:space="preserve">[1:15:16] </w:t>
      </w:r>
      <w:r>
        <w:t>jaisa ke mein ne misaal batayi hai aap ko.</w:t>
      </w:r>
    </w:p>
    <w:p>
      <w:pPr>
        <w:jc w:val="right"/>
      </w:pPr>
      <w:r>
        <w:t>جیسا کہ میں نے مثال بتائی ہے آپ کو۔</w:t>
      </w:r>
    </w:p>
    <w:p>
      <w:r>
        <w:rPr>
          <w:b/>
        </w:rPr>
        <w:t xml:space="preserve">[1:15:21] </w:t>
      </w:r>
      <w:r>
        <w:t>yeh bohat hi zindagi ka aik bohat bara raaz hai. ke tension jo hai burai nahi hai. tension tasalli hai.</w:t>
      </w:r>
    </w:p>
    <w:p>
      <w:pPr>
        <w:jc w:val="right"/>
      </w:pPr>
      <w:r>
        <w:t>یہ بہت ہی زندگی کا ایک بہت بڑا راز ہے۔ کہ ٹینشن جو ہے برائی نہیں ہے۔ ٹینشن تسلی ہے۔</w:t>
      </w:r>
    </w:p>
    <w:p>
      <w:r>
        <w:rPr>
          <w:b/>
        </w:rPr>
        <w:t xml:space="preserve">[1:15:31] </w:t>
      </w:r>
      <w:r>
        <w:t>ab mein aap ko bataon ke profit of islam yaani muhammad bin abdullah salallahu alaihi wasallam ko aap jante hain ke aik aik non muslim scholar ne doctor michael hart jo american doctor tha.</w:t>
      </w:r>
    </w:p>
    <w:p>
      <w:pPr>
        <w:jc w:val="right"/>
      </w:pPr>
      <w:r>
        <w:t>اب میں آپ کو بتاؤں کہ پرافٹ آف اسلام یعنی محمد بن عبداللہ صلی اللہ علیہ وسلم کو آپ جانتے ہیں کہ ایک ایک نان مسلم اسکالر نے ڈاکٹر مائیکل ہارٹ جو امریکن ڈاکٹر تھا۔</w:t>
      </w:r>
    </w:p>
    <w:p>
      <w:r>
        <w:rPr>
          <w:b/>
        </w:rPr>
        <w:t xml:space="preserve">[1:15:48] </w:t>
      </w:r>
      <w:r>
        <w:t>hai ghaleban abhi zinda hai woh.</w:t>
      </w:r>
    </w:p>
    <w:p>
      <w:pPr>
        <w:jc w:val="right"/>
      </w:pPr>
      <w:r>
        <w:t>ہے غالباً ابھی زندہ ہے وہ۔</w:t>
      </w:r>
    </w:p>
    <w:p>
      <w:r>
        <w:rPr>
          <w:b/>
        </w:rPr>
        <w:t xml:space="preserve">[1:15:50] </w:t>
      </w:r>
      <w:r>
        <w:t>doctor michael hart ne kitaab likhi hai the hundred. is mein is poori tareekh ke aik so aadmiyon ki fehrist banai us ne.</w:t>
      </w:r>
    </w:p>
    <w:p>
      <w:pPr>
        <w:jc w:val="right"/>
      </w:pPr>
      <w:r>
        <w:t>ڈاکٹر مائیکل ہارٹ نے کتاب لکھی ہے دی ہنڈرڈ۔ اس میں اس پوری تاریخ کے ایک سو آدمیوں کی فہرست بنائی اس نے۔</w:t>
      </w:r>
    </w:p>
    <w:p>
      <w:r>
        <w:rPr>
          <w:b/>
        </w:rPr>
        <w:t xml:space="preserve">[1:16:00] </w:t>
      </w:r>
      <w:r>
        <w:t>unki tehqeeq ki. aik so aadmi. to aur top par rakha us ne muhammad bin abdullah ko.</w:t>
      </w:r>
    </w:p>
    <w:p>
      <w:pPr>
        <w:jc w:val="right"/>
      </w:pPr>
      <w:r>
        <w:t>ان کی تحقیق کی۔ ایک سو آدمی۔ تو اور ٹاپ پر رکھا اس نے محمد بن عبداللہ کو۔</w:t>
      </w:r>
    </w:p>
    <w:p>
      <w:r>
        <w:rPr>
          <w:b/>
        </w:rPr>
        <w:t xml:space="preserve">[1:16:13] </w:t>
      </w:r>
      <w:r>
        <w:t>top par rakha yaani so aadmi liye us ne poori tareekh se. to sab se kamyab aadmi kaun tha?</w:t>
      </w:r>
    </w:p>
    <w:p>
      <w:pPr>
        <w:jc w:val="right"/>
      </w:pPr>
      <w:r>
        <w:t>ٹاپ پر رکھا یعنی سو آدمی لیے اس نے پوری تاریخ سے۔ تو سب سے کامیاب آدمی کون تھا؟</w:t>
      </w:r>
    </w:p>
    <w:p>
      <w:r>
        <w:rPr>
          <w:b/>
        </w:rPr>
        <w:t xml:space="preserve">[1:16:20] </w:t>
      </w:r>
      <w:r>
        <w:t>woh us ne bataya ke muhammad bin abdullah. to us ne likha hai ke muhammad was the supremely kamyab aadmi in the history.</w:t>
      </w:r>
    </w:p>
    <w:p>
      <w:pPr>
        <w:jc w:val="right"/>
      </w:pPr>
      <w:r>
        <w:t>وہ اس نے بتایا کہ محمد بن عبداللہ۔ تو اس نے لکھا ہے کہ محمد واز دا سپریملی کامیاب آدمی ان دا ہسٹری۔</w:t>
      </w:r>
    </w:p>
    <w:p>
      <w:r>
        <w:rPr>
          <w:b/>
        </w:rPr>
        <w:t xml:space="preserve">[1:16:30] </w:t>
      </w:r>
      <w:r>
        <w:t>in the poori tareekh mein sab se zyada kamyab insaan thay muhammad. aap the hundred kitaab us ki mere paas bhi hai aap parh sakte hain is mein.</w:t>
      </w:r>
    </w:p>
    <w:p>
      <w:pPr>
        <w:jc w:val="right"/>
      </w:pPr>
      <w:r>
        <w:t>ان دا پوری تاریخ میں سب سے زیادہ کامیاب انسان تھے محمد۔ آپ دی ہنڈرڈ کتاب اس کی میرے پاس بھی ہے آپ پڑھ سکتے ہیں اس میں۔</w:t>
      </w:r>
    </w:p>
    <w:p>
      <w:r>
        <w:rPr>
          <w:b/>
        </w:rPr>
        <w:t xml:space="preserve">[1:16:40] </w:t>
      </w:r>
      <w:r>
        <w:t>ke poori tareekh ke so aadmiyon mein se number aik par jo rakha us ne top par woh muhammad ko rakha hai. supremely kamyab shakhs.</w:t>
      </w:r>
    </w:p>
    <w:p>
      <w:pPr>
        <w:jc w:val="right"/>
      </w:pPr>
      <w:r>
        <w:t>کہ پوری تاریخ کے سو آدمیوں میں سے نمبر ایک پر جو رکھا اس نے ٹاپ پر وہ محمد کو رکھا ہے۔ سپریملی کامیاب شخص۔</w:t>
      </w:r>
    </w:p>
    <w:p>
      <w:r>
        <w:rPr>
          <w:b/>
        </w:rPr>
        <w:t xml:space="preserve">[1:16:51] </w:t>
      </w:r>
      <w:r>
        <w:t>ab dekhiye ke yeh kaise aisa hua? yeh koi moajza nahi tha.</w:t>
      </w:r>
    </w:p>
    <w:p>
      <w:pPr>
        <w:jc w:val="right"/>
      </w:pPr>
      <w:r>
        <w:t>اب دیکھیے کہ یہ کیسے ایسا ہوا؟ یہ کوئی معجزہ نہیں تھا۔</w:t>
      </w:r>
    </w:p>
    <w:p>
      <w:r>
        <w:rPr>
          <w:b/>
        </w:rPr>
        <w:t xml:space="preserve">[1:16:58] </w:t>
      </w:r>
      <w:r>
        <w:t>moajza nahi tha yeh. yeh tha yaani rasool Allah ki aik hadith hai ke mushk ko jitna sataya gaya utna tareekh mein kabhi kisi ko sataya nahi gaya.</w:t>
      </w:r>
    </w:p>
    <w:p>
      <w:pPr>
        <w:jc w:val="right"/>
      </w:pPr>
      <w:r>
        <w:t>معجزہ نہیں تھا یہ۔ یہ تھا یعنی رسول اللہ کی ایک حدیث ہے کہ مشک کو جتنا ستایا گیا اتنا تاریخ میں کبھی کسی کو ستایا نہیں گیا۔</w:t>
      </w:r>
    </w:p>
    <w:p>
      <w:r>
        <w:rPr>
          <w:b/>
        </w:rPr>
        <w:t xml:space="preserve">[1:17:09] </w:t>
      </w:r>
      <w:r>
        <w:t>ata ayesha kehti hain aap ki biwi ke hatimah al-nas. logon ne aap ko kuchal dala tha. logon ka aap par rond dala tha. hatimah al-nas.</w:t>
      </w:r>
    </w:p>
    <w:p>
      <w:pPr>
        <w:jc w:val="right"/>
      </w:pPr>
      <w:r>
        <w:t>عطا عائشہ کہتی ہیں آپ کی بیوی کہ حطمہ الناس۔ لوگوں نے آپ کو کچل ڈالا تھا۔ لوگوں کا آپ پر روند ڈالا تھا۔ حطمہ الناس۔</w:t>
      </w:r>
    </w:p>
    <w:p>
      <w:r>
        <w:rPr>
          <w:b/>
        </w:rPr>
        <w:t xml:space="preserve">[1:17:19] </w:t>
      </w:r>
      <w:r>
        <w:t>hatimah kehte hain aik bilkul bulldozer kar dena. kuchal dalna. to yeh kya yeh yeh jo hai isi cheez ne aap ko super mind bana diya.</w:t>
      </w:r>
    </w:p>
    <w:p>
      <w:pPr>
        <w:jc w:val="right"/>
      </w:pPr>
      <w:r>
        <w:t>حطمہ کہتے ہیں ایک بالکل بلڈوز کر دینا۔ کچل ڈالنا۔ تو یہ کیا یہ یہ جو ہے اسی چیز نے آپ کو سپر مائنڈ بنا دیا۔</w:t>
      </w:r>
    </w:p>
    <w:p>
      <w:r>
        <w:rPr>
          <w:b/>
        </w:rPr>
        <w:t xml:space="preserve">[1:17:30] </w:t>
      </w:r>
      <w:r>
        <w:t>musalsal tension musalsal stress musalsal musibatein musalsal mushkil. kyunke aap hamesha manage karte rahe is ko.</w:t>
      </w:r>
    </w:p>
    <w:p>
      <w:pPr>
        <w:jc w:val="right"/>
      </w:pPr>
      <w:r>
        <w:t>مسلسل ٹینشن مسلسل اسٹریس مسلسل مصیبتیں مسلسل مشکل۔ کیونکہ آپ ہمیشہ مینج کرتے رہے اس کو۔</w:t>
      </w:r>
    </w:p>
    <w:p>
      <w:r>
        <w:rPr>
          <w:b/>
        </w:rPr>
        <w:t xml:space="preserve">[1:17:40] </w:t>
      </w:r>
      <w:r>
        <w:t>aap mutasir nahi bane is tension ka. balkeh master bane is mutasir ka. yaani do hi lafz hain samajh lijiye.</w:t>
      </w:r>
    </w:p>
    <w:p>
      <w:pPr>
        <w:jc w:val="right"/>
      </w:pPr>
      <w:r>
        <w:t>آپ متاثرہ نہیں بنے اس ٹینشن کا۔ بلکہ ماسٹر بنے اس متاثرہ کا۔ یعنی دو ہی शब्द ہیں سمجھ لیجیے۔</w:t>
      </w:r>
    </w:p>
    <w:p>
      <w:r>
        <w:rPr>
          <w:b/>
        </w:rPr>
        <w:t xml:space="preserve">[1:17:47] </w:t>
      </w:r>
      <w:r>
        <w:t>ke aap mutasir ke agar aap tension ke mutasir ban jayein to aap khudkushi karenge. aur tension ke master ban jayein to aap super mind ban jayenge.</w:t>
      </w:r>
    </w:p>
    <w:p>
      <w:pPr>
        <w:jc w:val="right"/>
      </w:pPr>
      <w:r>
        <w:t>کہ آپ متاثرہ کے اگر آپ ٹینشن کے متاثرہ بن جائیں تو آپ خودکشی کریں گے۔ اور ٹینشن کے ماسٹر بن جائیں تو آپ سپر مائنڈ بن جائیں گے۔</w:t>
      </w:r>
    </w:p>
    <w:p>
      <w:r>
        <w:rPr>
          <w:b/>
        </w:rPr>
        <w:t xml:space="preserve">[1:17:58] </w:t>
      </w:r>
      <w:r>
        <w:t>to rasool Allah hamesha tension ko manage karte rahe. to tension ne aap ko super mind banaya. aur phir aap supreme kamyab mind ban gaye insaan ke.</w:t>
      </w:r>
    </w:p>
    <w:p>
      <w:pPr>
        <w:jc w:val="right"/>
      </w:pPr>
      <w:r>
        <w:t>تو رسول اللہ ہمیشہ ٹینشن کو مینج کرتے رہے۔ تو ٹینشن نے آپ کو سپر مائنڈ بنایا۔ اور پھر آپ سپریم کامیاب مائنڈ بن گئے انسان کے۔</w:t>
      </w:r>
    </w:p>
    <w:p>
      <w:r>
        <w:rPr>
          <w:b/>
        </w:rPr>
        <w:t xml:space="preserve">[1:18:07] </w:t>
      </w:r>
      <w:r>
        <w:t>dunya ke. to E.E. Calvert aik mustashriq aik orientalist hai E.E. Calvert. us ki kitaab hai. is mein likha hai rasool Allah ke baray mein us ne.</w:t>
      </w:r>
    </w:p>
    <w:p>
      <w:pPr>
        <w:jc w:val="right"/>
      </w:pPr>
      <w:r>
        <w:t>دنیا کے۔ تو ای ای کلیٹ ایک مستشرق ایک اورینٹلسٹ ہے ای ای کلیٹ۔ اس کی کتاب ہے۔ اس میں لکھا ہے رسول اللہ کے بارے میں اس نے۔</w:t>
      </w:r>
    </w:p>
    <w:p>
      <w:r>
        <w:rPr>
          <w:b/>
        </w:rPr>
        <w:t xml:space="preserve">[1:18:17] </w:t>
      </w:r>
      <w:r>
        <w:t>to woh likhta hai is mein ke rasool Allah ke baray mein ke he faced adversity with the determination to wring WRING ring yaani nichorna.</w:t>
      </w:r>
    </w:p>
    <w:p>
      <w:pPr>
        <w:jc w:val="right"/>
      </w:pPr>
      <w:r>
        <w:t>تو وہ لکھتا ہے اس میں کہ رسول اللہ کے بارے میں کہ ہی فیسڈ ایڈورسٹی ود دی ڈیٹرمینیشن ٹو رنگ ڈبلیو آر آئی این جی رنگ یعنی نچوڑنا۔</w:t>
      </w:r>
    </w:p>
    <w:p>
      <w:r>
        <w:rPr>
          <w:b/>
        </w:rPr>
        <w:t xml:space="preserve">[1:18:30] </w:t>
      </w:r>
      <w:r>
        <w:t>he faced adversity with the determination to wring success out of failure. unhon ne adversity ka muqabla is tarah kiya ke is se kamyab nakami se kamyabi ko nichorein.</w:t>
      </w:r>
    </w:p>
    <w:p>
      <w:pPr>
        <w:jc w:val="right"/>
      </w:pPr>
      <w:r>
        <w:t>ہی فیسڈ ایڈورسٹی ود دی ڈیٹرمینیشن ٹو رنگ سکسیس آؤٹ آف فیلیر۔ انہوں نے ایڈورسٹی کا مقابلہ اس طرح کیا کہ اس سے کامیاب ناکامی سے کامیابی کو نچوڑیں۔</w:t>
      </w:r>
    </w:p>
    <w:p>
      <w:r>
        <w:rPr>
          <w:b/>
        </w:rPr>
        <w:t xml:space="preserve">[1:18:46] </w:t>
      </w:r>
      <w:r>
        <w:t>yaani tension ko convert karein blessing mein. stress ko convert karein blessing mein. failure ko convert karein success mein.</w:t>
      </w:r>
    </w:p>
    <w:p>
      <w:pPr>
        <w:jc w:val="right"/>
      </w:pPr>
      <w:r>
        <w:t>یعنی ٹینشن کو کنورٹ کریں بلیسنگ میں۔ اسٹریس کو کنورٹ کریں بلیسنگ میں۔ فیلیر کو کنورٹ کریں سکسیس میں۔</w:t>
      </w:r>
    </w:p>
    <w:p>
      <w:r>
        <w:rPr>
          <w:b/>
        </w:rPr>
        <w:t xml:space="preserve">[1:18:57] </w:t>
      </w:r>
      <w:r>
        <w:t>to yeh tension ka karnama hai. ke itne baray insaan ban gaye aap. kyunke aap khud hi kehte hain ke mujhe zyada sataya gaya kisi aur ko nahi sataya gaya. to khulasa yeh hai ke aap tension ko jo log daba dete hain woh insaan ke dushman hain.</w:t>
      </w:r>
    </w:p>
    <w:p>
      <w:pPr>
        <w:jc w:val="right"/>
      </w:pPr>
      <w:r>
        <w:t>تو یہ ٹینشن کا کارنامہ ہے۔ کہ اتنے بڑے انسان بن گئے آپ۔ کیونکہ آپ خود ہی کہتے ہیں کہ مجھے زیادہ ستایا گیا کسی اور کو نہیں ستایا گیا۔ تو خلاصہ یہ ہے کہ آپ ٹینشن کو جو لوگ دبا دیتے ہیں وہ انسان کے دشمن ہیں۔</w:t>
      </w:r>
    </w:p>
    <w:p>
      <w:r>
        <w:rPr>
          <w:b/>
        </w:rPr>
        <w:t xml:space="preserve">[1:19:16] </w:t>
      </w:r>
      <w:r>
        <w:t>tension ko insaan ko bataiye ke tension to blessing hai. tension ko manage karna seekho. aur phir tum super mind ban jaoge. to mein aap sab logon ko dawat deta hoon ke is par sochein aap.</w:t>
      </w:r>
    </w:p>
    <w:p>
      <w:pPr>
        <w:jc w:val="right"/>
      </w:pPr>
      <w:r>
        <w:t>ٹینشن کو انسان کو بتائیے کہ ٹینشن تو بلیسنگ ہے۔ ٹینشن کو مینج کرنا سیکھو۔ اور پھر تم سپر مائنڈ بن جاؤ گے۔ تو میں آپ سب لوگوں کو دعوت دیتا ہوں کہ اس پر سوچیں آپ۔</w:t>
      </w:r>
    </w:p>
    <w:p>
      <w:r>
        <w:rPr>
          <w:b/>
        </w:rPr>
        <w:t xml:space="preserve">[1:19:31] </w:t>
      </w:r>
      <w:r>
        <w:t>aur fitrat ki is blessing ko jis ko tension kaha jata hai. us ko us ko us ko samjhein us ko. aur us ko istemal kar ke us ko aik mauqa ke tor par lein.</w:t>
      </w:r>
    </w:p>
    <w:p>
      <w:pPr>
        <w:jc w:val="right"/>
      </w:pPr>
      <w:r>
        <w:t>اور فطرت کی اس بلیسنگ کو جس کو ٹینشن کہا جاتا ہے۔ اس کو اس کو اس کو سمجھیں اس کو۔ اور اس کو استعمال کر کے اس کو ایک موقع کے طور پر لیں۔</w:t>
      </w:r>
    </w:p>
    <w:p>
      <w:r>
        <w:rPr>
          <w:b/>
        </w:rPr>
        <w:t xml:space="preserve">[1:19:42] </w:t>
      </w:r>
      <w:r>
        <w:t>aur us ko istemal kar ke aap zindagi mein baray baray kaam kar sakte hain.</w:t>
      </w:r>
    </w:p>
    <w:p>
      <w:pPr>
        <w:jc w:val="right"/>
      </w:pPr>
      <w:r>
        <w:t>اور اس کو استعمال کر کے آپ زندگی میں بڑے بڑے کام کر سکتے ہیں۔</w:t>
      </w:r>
    </w:p>
    <w:p>
      <w:r>
        <w:rPr>
          <w:b/>
        </w:rPr>
        <w:t xml:space="preserve">[1:19:48] </w:t>
      </w:r>
      <w:r>
        <w:t>aqool qooli haza wa astaghfirullaha li wa lakum ajmaeen.</w:t>
      </w:r>
    </w:p>
    <w:p>
      <w:pPr>
        <w:jc w:val="right"/>
      </w:pPr>
      <w:r>
        <w:t>اقول قولیھذا واستغفراللہ علی ویلکم اجمعین۔</w:t>
      </w:r>
    </w:p>
    <w:p>
      <w:r>
        <w:rPr>
          <w:b/>
        </w:rPr>
        <w:t xml:space="preserve">[1:20:07] </w:t>
      </w:r>
      <w:r>
        <w:t>ah, das question is from saima. some people are infected by major diseases, due to which they are always in tension.</w:t>
      </w:r>
    </w:p>
    <w:p>
      <w:pPr>
        <w:jc w:val="right"/>
      </w:pPr>
      <w:r>
        <w:t>اہ، دس کوئسچن از فرام صائمہ۔ سم پیپل ار انفیکٹڈ بائے میجر ڈیزیزز، ڈیو ٹو وچ دے ار الویز ان ٹینشن۔</w:t>
      </w:r>
    </w:p>
    <w:p>
      <w:r>
        <w:rPr>
          <w:b/>
        </w:rPr>
        <w:t xml:space="preserve">[1:20:16] </w:t>
      </w:r>
      <w:r>
        <w:t>how can they release their tension? please explain.</w:t>
      </w:r>
    </w:p>
    <w:p>
      <w:pPr>
        <w:jc w:val="right"/>
      </w:pPr>
      <w:r>
        <w:t>ہاؤ کین دے ریلیز دیر ٹینشن؟ پلیز ایکسپلین۔</w:t>
      </w:r>
    </w:p>
    <w:p>
      <w:r>
        <w:rPr>
          <w:b/>
        </w:rPr>
        <w:t xml:space="preserve">[1:20:22] </w:t>
      </w:r>
      <w:r>
        <w:t>dekhen, disease jo hai, main samajhta hoon ke yeh man made phenomena hai. man made phenomena.</w:t>
      </w:r>
    </w:p>
    <w:p>
      <w:pPr>
        <w:jc w:val="right"/>
      </w:pPr>
      <w:r>
        <w:t>دیکھیں، ڈیزیز جو ہے، میں سمجھتا ہوں کہ یہ مین میڈ فیناومینا ہے۔ مین میڈ فیناومینا۔</w:t>
      </w:r>
    </w:p>
    <w:p>
      <w:r>
        <w:rPr>
          <w:b/>
        </w:rPr>
        <w:t xml:space="preserve">[1:20:34] </w:t>
      </w:r>
      <w:r>
        <w:t>aaj kal jo hai, log kya karte hain? khoob paisa kamayenge aur overeating karenge. ab over overeating karke unhein kya hoga?</w:t>
      </w:r>
    </w:p>
    <w:p>
      <w:pPr>
        <w:jc w:val="right"/>
      </w:pPr>
      <w:r>
        <w:t>آج کل جو ہے، لوگ کیا کرتے ہیں؟ خوب پیسہ کمائیں گے اور اوور ایٹنگ کریں گے۔ اب اوور اوور ایٹنگ کر کے انہیں کیا ہوگا؟</w:t>
      </w:r>
    </w:p>
    <w:p>
      <w:r>
        <w:rPr>
          <w:b/>
        </w:rPr>
        <w:t xml:space="preserve">[1:20:48] </w:t>
      </w:r>
      <w:r>
        <w:t>ke bimariyan lagen gi. aur kuch un ki zindagi mein kuch side experiences honge jo har ghar mein hote rehte hain.</w:t>
      </w:r>
    </w:p>
    <w:p>
      <w:pPr>
        <w:jc w:val="right"/>
      </w:pPr>
      <w:r>
        <w:t>کہ بیماریاں لگیں گی۔ اور کچھ ان کی زندگی میں کچھ سائیڈ ایکسپیرینس ہوں گے جو ہر گھر میں ہوتے رہتے ہیں۔</w:t>
      </w:r>
    </w:p>
    <w:p>
      <w:r>
        <w:rPr>
          <w:b/>
        </w:rPr>
        <w:t xml:space="preserve">[1:20:58] </w:t>
      </w:r>
      <w:r>
        <w:t>to kya karenge? sharab peene lagen ge.</w:t>
      </w:r>
    </w:p>
    <w:p>
      <w:pPr>
        <w:jc w:val="right"/>
      </w:pPr>
      <w:r>
        <w:t>تو کیا کریں گے؟ شراب پینے لگیں گے۔</w:t>
      </w:r>
    </w:p>
    <w:p>
      <w:r>
        <w:rPr>
          <w:b/>
        </w:rPr>
        <w:t xml:space="preserve">[1:21:01] </w:t>
      </w:r>
      <w:r>
        <w:t>samajhte hain ke paisa hai to chalo sharab piyo. aur sharab kya kare gi? un ko diabetic bana de gi. sharab piyenge, cancer ho jayega.</w:t>
      </w:r>
    </w:p>
    <w:p>
      <w:pPr>
        <w:jc w:val="right"/>
      </w:pPr>
      <w:r>
        <w:t>سمجھتے ہیں کہ پیسہ ہے تو چلو شراب پیو۔ اور شراب کیا کرے گی؟ ان کو ڈائبیٹک بنا دے گی۔ شراب پیئیں گے، کینسر ہو جائے گا۔</w:t>
      </w:r>
    </w:p>
    <w:p>
      <w:r>
        <w:rPr>
          <w:b/>
        </w:rPr>
        <w:t xml:space="preserve">[1:21:14] </w:t>
      </w:r>
      <w:r>
        <w:t>phir woh aaj kal yeh tambaku, tobacco chala hua, tobacco khayenge. ab liver kharab ho jayega. yeh sab man made phenomena hai, yeh sab.</w:t>
      </w:r>
    </w:p>
    <w:p>
      <w:pPr>
        <w:jc w:val="right"/>
      </w:pPr>
      <w:r>
        <w:t>پھر وہ آج کل یہ تمباکو، ٹوبیکو چلا ہوا، ٹوبیکو کھائیں گے۔ اب لیور خراب ہو جائے گا۔ یہ سب مین میڈ فیناومینا ہے، یہ سب۔</w:t>
      </w:r>
    </w:p>
    <w:p>
      <w:r>
        <w:rPr>
          <w:b/>
        </w:rPr>
        <w:t xml:space="preserve">[1:21:24] </w:t>
      </w:r>
      <w:r>
        <w:t>bas simple life guzariye. management limit ke andar rahiye. natural jo tareeqe hain, us ko follow kijiye. to kuch nahi, bimari koi cheez nahi hoti.</w:t>
      </w:r>
    </w:p>
    <w:p>
      <w:pPr>
        <w:jc w:val="right"/>
      </w:pPr>
      <w:r>
        <w:t>بس سمپل لائف گزاریے۔ مینجمنٹ لیمٹ کے اندر رہیے۔ نیچرل جو طریقے ہیں، اس کو فالو کیجیے۔ تو کچھ نہیں، بیماری کوئی چیز نہیں ہوتی۔</w:t>
      </w:r>
    </w:p>
    <w:p>
      <w:r>
        <w:rPr>
          <w:b/>
        </w:rPr>
        <w:t xml:space="preserve">[1:21:36] </w:t>
      </w:r>
      <w:r>
        <w:t>death hai. aap healthy zindagi guzarenge, is bar death aye gi, mar jayenge. yeh sari bimariyan jo hain, yeh sab man made diseases hain.</w:t>
      </w:r>
    </w:p>
    <w:p>
      <w:pPr>
        <w:jc w:val="right"/>
      </w:pPr>
      <w:r>
        <w:t>ڈیتھ ہے۔ آپ ہیلتھی زندگی گزاریں گے، اس بار ڈیتھ آئے گی، مر جائیں گے۔ یہ ساری بیماریاں جو ہیں، یہ سب مین میڈ ڈیزیز ہیں۔</w:t>
      </w:r>
    </w:p>
    <w:p>
      <w:r>
        <w:rPr>
          <w:b/>
        </w:rPr>
        <w:t xml:space="preserve">[1:21:49] </w:t>
      </w:r>
      <w:r>
        <w:t>ji haan, bhookh le kar tab khaiye, baghair bhookh ke mat khaiye. aur bilkul simple khana khaiye.</w:t>
      </w:r>
    </w:p>
    <w:p>
      <w:pPr>
        <w:jc w:val="right"/>
      </w:pPr>
      <w:r>
        <w:t>جی ہاں، بھوک لے کر تب کھائیے، بغیر بھوک کے مت کھائیے۔ اور بالکل سمپل کھانا کھائیے۔</w:t>
      </w:r>
    </w:p>
    <w:p>
      <w:r>
        <w:rPr>
          <w:b/>
        </w:rPr>
        <w:t xml:space="preserve">[1:21:58] </w:t>
      </w:r>
      <w:r>
        <w:t>ab mujhe aap dekh lijie. mere is se kam umar ke log kitne sare maine dekhe hain ke dunya bhar ki bimariyan lagi hui hain un ko.</w:t>
      </w:r>
    </w:p>
    <w:p>
      <w:pPr>
        <w:jc w:val="right"/>
      </w:pPr>
      <w:r>
        <w:t>اب مجھے آپ دیکھ لیجیے۔ میرے اس سے کم عمر کے لوگ کتنے سارے میں نے دیکھے ہیں کہ دنیا بھر کی بیماریاں لگی ہوئی ہیں ان کو۔</w:t>
      </w:r>
    </w:p>
    <w:p>
      <w:r>
        <w:rPr>
          <w:b/>
        </w:rPr>
        <w:t xml:space="preserve">[1:22:08] </w:t>
      </w:r>
      <w:r>
        <w:t>main Khuda ke fazl se aap dekhiye ga, chalta hoon. meri awaz sunte hain, aap ko lagta nahi koi boodha aadmi bol raha hai. kyun ke mera principle kya hai?</w:t>
      </w:r>
    </w:p>
    <w:p>
      <w:pPr>
        <w:jc w:val="right"/>
      </w:pPr>
      <w:r>
        <w:t>میں خدا کے فضل سے آپ دیکھیے گا، چلتا ہوں۔ میری آواز سنتے ہیں، آپ کو لگتا نہیں کوئی بوڑھا آدمی بول رہا ہے۔ کیونکہ میرا پرنسپل کیا ہے؟</w:t>
      </w:r>
    </w:p>
    <w:p>
      <w:r>
        <w:rPr>
          <w:b/>
        </w:rPr>
        <w:t xml:space="preserve">[1:22:17] </w:t>
      </w:r>
      <w:r>
        <w:t>simple living, high thinking.</w:t>
      </w:r>
    </w:p>
    <w:p>
      <w:pPr>
        <w:jc w:val="right"/>
      </w:pPr>
      <w:r>
        <w:t>سمپل لیونگ، ہائی تھنکنگ۔</w:t>
      </w:r>
    </w:p>
    <w:p>
      <w:r>
        <w:rPr>
          <w:b/>
        </w:rPr>
        <w:t xml:space="preserve">[1:22:20] </w:t>
      </w:r>
      <w:r>
        <w:t>bas main kisi stress nahi leta kisi cheez ka. jaise maine bataya tha ke abhi parson mujhe khabar mili ke dilli mein hamari ek kaafi badi land thi.</w:t>
      </w:r>
    </w:p>
    <w:p>
      <w:pPr>
        <w:jc w:val="right"/>
      </w:pPr>
      <w:r>
        <w:t>بس میں کسی اسٹریس نہیں لیتا کسی چیز کا۔ جیسے میں نے بتایا تھا کہ ابھی پرسوں مجھے خبر ملی کہ دلی میں ہماری ایک کافی بڑی لینڈ تھی۔</w:t>
      </w:r>
    </w:p>
    <w:p>
      <w:r>
        <w:rPr>
          <w:b/>
        </w:rPr>
        <w:t xml:space="preserve">[1:22:32] </w:t>
      </w:r>
      <w:r>
        <w:t>aur woh government ne acquire kar liya. aur kal hi ek sahib ne mujh se bataya ke un ke ek family hai.</w:t>
      </w:r>
    </w:p>
    <w:p>
      <w:pPr>
        <w:jc w:val="right"/>
      </w:pPr>
      <w:r>
        <w:t>اور وہ گورنمنٹ نے ایکوائر کر لیا۔ اور کل ہی ایک صاحب نے مجھ سے بتایا کہ ان کے ایک فیملی ہے۔</w:t>
      </w:r>
    </w:p>
    <w:p>
      <w:r>
        <w:rPr>
          <w:b/>
        </w:rPr>
        <w:t xml:space="preserve">[1:22:41] </w:t>
      </w:r>
      <w:r>
        <w:t>aur us ke kai zameenein jo hain, government ne le li hain. to sara ghar tension mein, sara ghar pareshan.</w:t>
      </w:r>
    </w:p>
    <w:p>
      <w:pPr>
        <w:jc w:val="right"/>
      </w:pPr>
      <w:r>
        <w:t>اور اس کے کئی زمینیں جو ہیں، گورنمنٹ نے لے لی ہیں۔ تو سارا گھر ٹینشن میں، سارا گھر پریشان۔</w:t>
      </w:r>
    </w:p>
    <w:p>
      <w:r>
        <w:rPr>
          <w:b/>
        </w:rPr>
        <w:t xml:space="preserve">[1:22:49] </w:t>
      </w:r>
      <w:r>
        <w:t>halanke us zameen ke bahar bhi un ke paas bohat kuch sazan hai. lekin koi zameen government ne le li, kahin sell kar diya to bas pareshan ho rahe hain. mere sath bhi wahi hua.</w:t>
      </w:r>
    </w:p>
    <w:p>
      <w:pPr>
        <w:jc w:val="right"/>
      </w:pPr>
      <w:r>
        <w:t>حالانکہ اس زمین کے باہر بھی ان کے پاس بہت کچھ سازن ہے۔ لیکن کوئی زمین گورنمنٹ نے لے لی، کہیں سیل کر دیا تو بس پریشان ہو رہے ہیں۔ میرے ساتھ بھی وہی ہوا۔</w:t>
      </w:r>
    </w:p>
    <w:p>
      <w:r>
        <w:rPr>
          <w:b/>
        </w:rPr>
        <w:t xml:space="preserve">[1:23:00] </w:t>
      </w:r>
      <w:r>
        <w:t>aap ja kar dekh lijie, kaafi badi zameen hai woh.</w:t>
      </w:r>
    </w:p>
    <w:p>
      <w:pPr>
        <w:jc w:val="right"/>
      </w:pPr>
      <w:r>
        <w:t>آپ جا کر دیکھ لیجیے، کافی بڑی زمین ہے وہ۔</w:t>
      </w:r>
    </w:p>
    <w:p>
      <w:r>
        <w:rPr>
          <w:b/>
        </w:rPr>
        <w:t xml:space="preserve">[1:23:06] </w:t>
      </w:r>
      <w:r>
        <w:t>kaafi badi zameen hai. yani idhar aap khare hon to idhar ka aadmi pehchanen ge nahi aap. to hum ko bataya gaya ke government ne is ko le liya.</w:t>
      </w:r>
    </w:p>
    <w:p>
      <w:pPr>
        <w:jc w:val="right"/>
      </w:pPr>
      <w:r>
        <w:t>کافی بڑی زمین ہے۔ یعنی ادھر آپ کھڑے ہوں تو ادھر کا آدمی پہچانیں گے نہیں آپ۔ تو ہم کو بتایا گیا کہ گورنمنٹ نے اس کو لے لیا۔</w:t>
      </w:r>
    </w:p>
    <w:p>
      <w:r>
        <w:rPr>
          <w:b/>
        </w:rPr>
        <w:t xml:space="preserve">[1:23:15] </w:t>
      </w:r>
      <w:r>
        <w:t>kyun ke woh master plan mein aata tha.</w:t>
      </w:r>
    </w:p>
    <w:p>
      <w:pPr>
        <w:jc w:val="right"/>
      </w:pPr>
      <w:r>
        <w:t>کیونکہ وہ ماسٹر پلان میں آتا تھا۔</w:t>
      </w:r>
    </w:p>
    <w:p>
      <w:r>
        <w:rPr>
          <w:b/>
        </w:rPr>
        <w:t xml:space="preserve">[1:23:18] </w:t>
      </w:r>
      <w:r>
        <w:t>to hum ne kya socha? hum ne kaha ke bhai abhi bhi main zinda rehne ke liye to saman mere paas maujood hai. abhi bhi ek ghar hai. abhi subah sham khana mil raha hai mujhe.</w:t>
      </w:r>
    </w:p>
    <w:p>
      <w:pPr>
        <w:jc w:val="right"/>
      </w:pPr>
      <w:r>
        <w:t>تو ہم نے کیا سوچا؟ ہم نے کہا کہ بھئی ابھی بھی میں زندہ رہنے کے لیے تو سامان میرے پاس موجود ہے۔ ابھی بھی ایک گھر ہے۔ ابھی صبح شام کھانا مل رہا ہے مجھے۔</w:t>
      </w:r>
    </w:p>
    <w:p>
      <w:r>
        <w:rPr>
          <w:b/>
        </w:rPr>
        <w:t xml:space="preserve">[1:23:28] </w:t>
      </w:r>
      <w:r>
        <w:t>to bas. to kya hai yeh? isi dilli mein bohat se log dekhenge aap ke un ke sale lag gayi to pareshan hain.</w:t>
      </w:r>
    </w:p>
    <w:p>
      <w:pPr>
        <w:jc w:val="right"/>
      </w:pPr>
      <w:r>
        <w:t>تو بس۔ تو کیا ہے یہ؟ اسی دلی میں بہت سے لوگ دیکھیں گے آپ کہ ان کے سیل لگ گئی تو پریشان ہیں۔</w:t>
      </w:r>
    </w:p>
    <w:p>
      <w:r>
        <w:rPr>
          <w:b/>
        </w:rPr>
        <w:t xml:space="preserve">[1:23:38] </w:t>
      </w:r>
      <w:r>
        <w:t>government ne acquire kar liya to pareshan hain. depression mein aur tension mein jeene lage hain. bhai main bhi abhi to isi dilli mein rehta hoon, mere sath bhi yeh sab masle ho rahe hain.</w:t>
      </w:r>
    </w:p>
    <w:p>
      <w:pPr>
        <w:jc w:val="right"/>
      </w:pPr>
      <w:r>
        <w:t>گورنمنٹ نے ایکوائر کر لیا تو پریشان ہیں۔ ڈپریشن میں اور ٹینشن میں جینے لگے ہیں۔ بھئی میں بھی ابھی تو اسی دلی میں رہتا ہوں، میرے ساتھ بھی یہ سب مسئلے ہو رہے ہیں۔</w:t>
      </w:r>
    </w:p>
    <w:p>
      <w:r>
        <w:rPr>
          <w:b/>
        </w:rPr>
        <w:t xml:space="preserve">[1:23:48] </w:t>
      </w:r>
      <w:r>
        <w:t>aap dekhiye, main aaj bola hoon to is mein aap ne kahin paya ke main tension mein jee raha hoon ke meri zameen jo hai, government ne chheen liya.</w:t>
      </w:r>
    </w:p>
    <w:p>
      <w:pPr>
        <w:jc w:val="right"/>
      </w:pPr>
      <w:r>
        <w:t>آپ دیکھیے، میں آج بولا ہوں تو اس میں آپ نے کہیں پایا کہ میں ٹینشن میں جی رہا ہوں کہ میری زمین جو ہے، گورنمنٹ نے چھین لیا۔</w:t>
      </w:r>
    </w:p>
    <w:p>
      <w:r>
        <w:rPr>
          <w:b/>
        </w:rPr>
        <w:t xml:space="preserve">[1:23:57] </w:t>
      </w:r>
      <w:r>
        <w:t>quran mein aik bohat zabardast ayat hai. isi aik ayat ko agar aadmi samajh le.</w:t>
      </w:r>
    </w:p>
    <w:p>
      <w:pPr>
        <w:jc w:val="right"/>
      </w:pPr>
      <w:r>
        <w:t>قرآن میں ایک بہت زبردست آیت ہے۔ اسی ایک آیت کو اگر آدمی سمجھ لے۔</w:t>
      </w:r>
    </w:p>
    <w:p>
      <w:r>
        <w:rPr>
          <w:b/>
        </w:rPr>
        <w:t xml:space="preserve">[1:24:19] </w:t>
      </w:r>
      <w:r>
        <w:t>is ka matlab yeh hai ke khuda ne kaha quran mein. hum zaroor trust lenge aik insaan ka, logon ka.</w:t>
      </w:r>
    </w:p>
    <w:p>
      <w:pPr>
        <w:jc w:val="right"/>
      </w:pPr>
      <w:r>
        <w:t>اس کا مطلب یہ ہے کہ خدا نے کہا قرآن میں۔ ہم ضرور ٹرسٹ لیں گے ایک انسان کا، لوگوں کا۔</w:t>
      </w:r>
    </w:p>
    <w:p>
      <w:r>
        <w:rPr>
          <w:b/>
        </w:rPr>
        <w:t xml:space="preserve">[1:24:29] </w:t>
      </w:r>
      <w:r>
        <w:t>hum zaroor trust lenge insaan ka. kaise? is ko kabhi jaan khona parega. matlab beta mar gaya hai, beti mar gayi hai, biwi mar gayi hai.</w:t>
      </w:r>
    </w:p>
    <w:p>
      <w:pPr>
        <w:jc w:val="right"/>
      </w:pPr>
      <w:r>
        <w:t>ہم ضرور ٹرسٹ لیں گے انسان کا۔ کیسے؟ اس کو کبھی جان کھونا پڑے گا۔ مطلب بیٹا مر گیا ہے، بیٹی مر گئی ہے، بیوی مر گئی ہے۔</w:t>
      </w:r>
    </w:p>
    <w:p>
      <w:r>
        <w:rPr>
          <w:b/>
        </w:rPr>
        <w:t xml:space="preserve">[1:24:40] </w:t>
      </w:r>
      <w:r>
        <w:t>ke hoga, hoga. to bola</w:t>
      </w:r>
    </w:p>
    <w:p>
      <w:pPr>
        <w:jc w:val="right"/>
      </w:pPr>
      <w:r>
        <w:t>کہ ہوگا، ہوگا۔ تو بولا</w:t>
      </w:r>
    </w:p>
    <w:p>
      <w:r>
        <w:rPr>
          <w:b/>
        </w:rPr>
        <w:t xml:space="preserve">[1:24:46] </w:t>
      </w:r>
      <w:r>
        <w:t>hai hum zaroor trust lenge aadmi ka mukhtalif cheezon se. jaise khauf se, bhook se, aur maal ki kami se, property ki kami se.</w:t>
      </w:r>
    </w:p>
    <w:p>
      <w:pPr>
        <w:jc w:val="right"/>
      </w:pPr>
      <w:r>
        <w:t>ہے ہم ضرور ٹرسٹ لیں گے آدمی کا مختلف چیزوں سے۔ جیسے خوف سے، بھوک سے، اور مال کی کمی سے، پراپرٹی کی کمی سے۔</w:t>
      </w:r>
    </w:p>
    <w:p>
      <w:r>
        <w:rPr>
          <w:b/>
        </w:rPr>
        <w:t xml:space="preserve">[1:25:03] </w:t>
      </w:r>
      <w:r>
        <w:t>yani koi na koi material loss se. yani zindagi mein baar baar material loss honge. yeh hoga trust ke liye.</w:t>
      </w:r>
    </w:p>
    <w:p>
      <w:pPr>
        <w:jc w:val="right"/>
      </w:pPr>
      <w:r>
        <w:t>یعنی کوئی نہ کوئی مٹیریل لاس سے۔ یعنی زندگی میں بار بار مٹیریل لاس ہوں گے۔ یہ ہوگا ٹرسٹ کے لیے۔</w:t>
      </w:r>
    </w:p>
    <w:p>
      <w:r>
        <w:rPr>
          <w:b/>
        </w:rPr>
        <w:t xml:space="preserve">[1:25:14] </w:t>
      </w:r>
      <w:r>
        <w:t>to good tiding kis ke liye hai? jo sabr karen. aur yeh kahen ke khuda ke liye tha, khuda ne le liya.</w:t>
      </w:r>
    </w:p>
    <w:p>
      <w:pPr>
        <w:jc w:val="right"/>
      </w:pPr>
      <w:r>
        <w:t>تو گڈ ٹائڈنگ کس کے لیے ہے؟ جو صبر کریں۔ اور یہ کہیں کہ خدا کے لیے تھا، خدا نے لے لیا۔</w:t>
      </w:r>
    </w:p>
    <w:p>
      <w:r>
        <w:rPr>
          <w:b/>
        </w:rPr>
        <w:t xml:space="preserve">[1:25:23] </w:t>
      </w:r>
      <w:r>
        <w:t>sabr ka matlab kya hai? sabr jo hai, sabr is not a passive attitude. sabr is a positive attitude.</w:t>
      </w:r>
    </w:p>
    <w:p>
      <w:pPr>
        <w:jc w:val="right"/>
      </w:pPr>
      <w:r>
        <w:t>صبر کا مطلب کیا ہے؟ صبر جو ہے، صبر از ناٹ اے پیسو ایٹیٹیوڈ۔ صبر از اے پوزیٹیو ایٹیٹیوڈ۔</w:t>
      </w:r>
    </w:p>
    <w:p>
      <w:r>
        <w:rPr>
          <w:b/>
        </w:rPr>
        <w:t xml:space="preserve">[1:25:32] </w:t>
      </w:r>
      <w:r>
        <w:t>yani wahi maine kaha ke manage karna seekhiye. jab koi loss ho to aap manage kijiye.</w:t>
      </w:r>
    </w:p>
    <w:p>
      <w:pPr>
        <w:jc w:val="right"/>
      </w:pPr>
      <w:r>
        <w:t>یعنی وہی میں نے کہا کہ مینج کرنا سیکھیے۔ جب کوئی لاس ہو تو آپ مینج کیجیے۔</w:t>
      </w:r>
    </w:p>
    <w:p>
      <w:r>
        <w:rPr>
          <w:b/>
        </w:rPr>
        <w:t xml:space="preserve">[1:25:40] </w:t>
      </w:r>
      <w:r>
        <w:t>manage kaise karen? ke bhai yeh yeh to trust tha khuda ki taraf se, woh to hona hi hona hai.</w:t>
      </w:r>
    </w:p>
    <w:p>
      <w:pPr>
        <w:jc w:val="right"/>
      </w:pPr>
      <w:r>
        <w:t>مینج کیسے کریں؟ کہ بھئی یہ یہ تو ٹرسٹ تھا خدا کی طرف سے، وہ تو ہونا ہی ہونا ہے۔</w:t>
      </w:r>
    </w:p>
    <w:p>
      <w:r>
        <w:rPr>
          <w:b/>
        </w:rPr>
        <w:t xml:space="preserve">[1:25:50] </w:t>
      </w:r>
      <w:r>
        <w:t>to khuda ne ailaan kar diya hai quran mein ke hum zaroor logon ko material loss mein mubtala karenge. kabhi beta chheen jaye ga, kabhi beti chheen jaye gi, kabhi biwi chheen jaye gi, kabhi property chheen jaye gi.</w:t>
      </w:r>
    </w:p>
    <w:p>
      <w:pPr>
        <w:jc w:val="right"/>
      </w:pPr>
      <w:r>
        <w:t>تو خدا نے اعلان کر دیا ہے قرآن میں کہ ہم ضرور لوگوں کو مٹیریل لاس میں مبتلا کریں گے۔ کبھی بیٹا چھن جائے گا، کبھی بیٹی چھن جائے گی، کبھی بیوی چھن جائے گی، کبھی پراپرٹی چھن جائے گی۔</w:t>
      </w:r>
    </w:p>
    <w:p>
      <w:r>
        <w:rPr>
          <w:b/>
        </w:rPr>
        <w:t xml:space="preserve">[1:26:02] </w:t>
      </w:r>
      <w:r>
        <w:t>kabhi business mein nuqsan hoga, kabhi yeh hoga, kabhi woh hoga. yeh khud law of nature ke tehat hoga.</w:t>
      </w:r>
    </w:p>
    <w:p>
      <w:pPr>
        <w:jc w:val="right"/>
      </w:pPr>
      <w:r>
        <w:t>کبھی بزنس میں نقصان ہوگا، کبھی یہ ہوگا، کبھی وہ ہوگا۔ یہ خود لاء آف نیچر کے تحت ہوگا۔</w:t>
      </w:r>
    </w:p>
    <w:p>
      <w:r>
        <w:rPr>
          <w:b/>
        </w:rPr>
        <w:t xml:space="preserve">[1:26:09] </w:t>
      </w:r>
      <w:r>
        <w:t>to sabr ka matlab kya hai? khuda ke is ki jo hai, khuda ke jo plan hai, us par raazi ho jana. us par raazi ho jana.</w:t>
      </w:r>
    </w:p>
    <w:p>
      <w:pPr>
        <w:jc w:val="right"/>
      </w:pPr>
      <w:r>
        <w:t>تو صبر کا مطلب کیا ہے؟ خدا کے اس کی جو ہے، خدا کے جو اس نے پلان ہے، اس پر راضی ہو جانا۔ اس پر راضی ہو جانا۔</w:t>
      </w:r>
    </w:p>
    <w:p>
      <w:r>
        <w:rPr>
          <w:b/>
        </w:rPr>
        <w:t xml:space="preserve">[1:26:19] </w:t>
      </w:r>
      <w:r>
        <w:t>jaise maine aap ko raazi kar liya apne aap ko. ke property jo thi, woh is ka loss mere liye likha hua tha to loss hua.</w:t>
      </w:r>
    </w:p>
    <w:p>
      <w:pPr>
        <w:jc w:val="right"/>
      </w:pPr>
      <w:r>
        <w:t>جیسے میں نے آپ کو راضی کر لیا اپنے آپ کو۔ کہ پراپرٹی جو تھی، وہ اس کا لاس میرے لیے لکھا ہوا تھا تو لاس ہوا۔</w:t>
      </w:r>
    </w:p>
    <w:p>
      <w:r>
        <w:rPr>
          <w:b/>
        </w:rPr>
        <w:t xml:space="preserve">[1:26:35] </w:t>
      </w:r>
      <w:r>
        <w:t>to yeh ayat jo hai, agar aik aadmi pakad le is baat ko ke jo loss dunya mein pesh aata hai, woh sab trust ke liye hota hai. trust ke liye hota hai.</w:t>
      </w:r>
    </w:p>
    <w:p>
      <w:pPr>
        <w:jc w:val="right"/>
      </w:pPr>
      <w:r>
        <w:t>تو یہ آیت جو ہے، اگر ایک آدمی پکڑ لے اس بات کو کہ جو لاس دنیا میں پیش آتا ہے، وہ سب ٹرسٹ کے لیے ہوتا ہے۔ ٹرسٹ کے لیے ہوتا ہے۔</w:t>
      </w:r>
    </w:p>
    <w:p>
      <w:r>
        <w:rPr>
          <w:b/>
        </w:rPr>
        <w:t xml:space="preserve">[1:26:45] </w:t>
      </w:r>
      <w:r>
        <w:t>log aik loss hua, aik nuqsan hua, bas. ab pad gaye tension mein, pad gaye is mein. aur zindagi apni veeran kar diya, is haal mein mar gaye.</w:t>
      </w:r>
    </w:p>
    <w:p>
      <w:pPr>
        <w:jc w:val="right"/>
      </w:pPr>
      <w:r>
        <w:t>لوگ ایک لاس ہوا، ایک نقصان ہوا، بس۔ اب پڑ گئے ٹینشن میں، پڑ گئے اس میں۔ اور زندگی اپنی ویران کر دیا، اس حال میں مر گئے۔</w:t>
      </w:r>
    </w:p>
    <w:p>
      <w:r>
        <w:rPr>
          <w:b/>
        </w:rPr>
        <w:t xml:space="preserve">[1:26:58] </w:t>
      </w:r>
      <w:r>
        <w:t>hamesha yeh sochiye ke wahi jo maine shair bataya aap ko ke aik aik aik treasure agar mera khoya gaya hai, 200 treasure abhi mere paas maujood hain.</w:t>
      </w:r>
    </w:p>
    <w:p>
      <w:pPr>
        <w:jc w:val="right"/>
      </w:pPr>
      <w:r>
        <w:t>ہمیشہ یہ سوچیے کہ وہی جو میں نے شعر بتایا آپ کو کہ ایک ایک ایک ٹریژر اگر میرا کھویا گیا ہے، 200 ٹریژر ابھی میرے پاس موجود ہیں۔</w:t>
      </w:r>
    </w:p>
    <w:p>
      <w:r>
        <w:rPr>
          <w:b/>
        </w:rPr>
        <w:t xml:space="preserve">[1:27:11] </w:t>
      </w:r>
      <w:r>
        <w:t>main aap ko aik qissa bataunga, sacha qissa. aik aik faqeer aaya. aap ne kabhi kabhi kai baar dekha hoga, bohat healthy aadmi hota hai aur bheek mangta hai.</w:t>
      </w:r>
    </w:p>
    <w:p>
      <w:pPr>
        <w:jc w:val="right"/>
      </w:pPr>
      <w:r>
        <w:t>میں آپ کو ایک قصہ بتاؤں گا، سچا قصہ۔ ایک ایک فقیر آیا۔ آپ نے کبھی کبھی کئی بار دیکھا ہوگا، بہت ہیلتھی آدمی ہوتا ہے اور بھیک مانگتا ہے۔</w:t>
      </w:r>
    </w:p>
    <w:p>
      <w:r>
        <w:rPr>
          <w:b/>
        </w:rPr>
        <w:t xml:space="preserve">[1:27:24] </w:t>
      </w:r>
      <w:r>
        <w:t>healthy hota hai aur bheek mangta</w:t>
      </w:r>
    </w:p>
    <w:p>
      <w:pPr>
        <w:jc w:val="right"/>
      </w:pPr>
      <w:r>
        <w:t>ہیلتھی ہوتا ہے اور بھیک مانگتا</w:t>
      </w:r>
    </w:p>
    <w:p>
      <w:r>
        <w:rPr>
          <w:b/>
        </w:rPr>
        <w:t xml:space="preserve">[1:27:26] </w:t>
      </w:r>
      <w:r>
        <w:t>hai. to aise hi tha woh, haath paon sab theek the is ke, healthy hai. aur kaha ke baba paisa do. to mere aik saathi the, un ka qissa hai.</w:t>
      </w:r>
    </w:p>
    <w:p>
      <w:pPr>
        <w:jc w:val="right"/>
      </w:pPr>
      <w:r>
        <w:t>ہے۔ تو ایسے ہی تھا وہ، ہاتھ پاؤں سب ٹھیک تھے اس کے، ہیلتھی ہے۔ اور کہا کہ بابا پیسہ دو۔ تو میرے ایک ساتھی تھے، ان کا قصہ ہے۔</w:t>
      </w:r>
    </w:p>
    <w:p>
      <w:r>
        <w:rPr>
          <w:b/>
        </w:rPr>
        <w:t xml:space="preserve">[1:27:37] </w:t>
      </w:r>
      <w:r>
        <w:t>unhon ne kaha ke tum logon ko main paisa kabhi nahi dunga. kaha kyun kahin? ke tum already aik rich aadmi ho, paisa kyun doon tum ko? to us ke paas jo us ko bowl kehte hain, kya kehte hain woh?</w:t>
      </w:r>
    </w:p>
    <w:p>
      <w:pPr>
        <w:jc w:val="right"/>
      </w:pPr>
      <w:r>
        <w:t>انہوں نے کہا کہ تم لوگوں کو میں پیسہ کبھی نہیں دوں گا۔ کہا کیوں کہیں؟ کہ تم الریڈی ایک رچ آدمی ہو، پیسہ کیوں دوں تم کو؟ تو اس کے پاس جو اس کو باول کہتے ہیں، کیا کہتے ہیں وہ؟</w:t>
      </w:r>
    </w:p>
    <w:p>
      <w:r>
        <w:rPr>
          <w:b/>
        </w:rPr>
        <w:t xml:space="preserve">[1:27:50] </w:t>
      </w:r>
      <w:r>
        <w:t>to us ne dikhaya ke dekho is mein to kuch bhi nahi. to sach mein kuch nahi tha.</w:t>
      </w:r>
    </w:p>
    <w:p>
      <w:pPr>
        <w:jc w:val="right"/>
      </w:pPr>
      <w:r>
        <w:t>تو اس نے دکھایا کہ دیکھو اس میں تو کچھ بھی نہیں۔ تو سچ میں کچھ نہیں تھا۔</w:t>
      </w:r>
    </w:p>
    <w:p>
      <w:r>
        <w:rPr>
          <w:b/>
        </w:rPr>
        <w:t xml:space="preserve">[1:27:57] </w:t>
      </w:r>
      <w:r>
        <w:t>to us ne kaha tumhari nazar bowl par kyun hai? apne aap par kyun nahi hai? apne aap par kyun nahi hai? bola ke dekho tumhare paas do paon hain,</w:t>
      </w:r>
    </w:p>
    <w:p>
      <w:pPr>
        <w:jc w:val="right"/>
      </w:pPr>
      <w:r>
        <w:t>تو اس نے کہا تمہاری نظر باول پر کیوں ہے؟ اپنے آپ پر کیوں نہیں ہے؟ اپنے آپ پر کیوں نہیں ہے؟ بولا کہ دیکھو تمہارے پاس دو پاؤں ہیں،</w:t>
      </w:r>
    </w:p>
    <w:p>
      <w:r>
        <w:rPr>
          <w:b/>
        </w:rPr>
        <w:t xml:space="preserve">[1:28:11] </w:t>
      </w:r>
      <w:r>
        <w:t>mujhe aik paon de do, main tum ko 50,000 rupay deta hoon. kaha main aisa is mein main aisa kyun karoon? paon kaat ke tum ko de doon?</w:t>
      </w:r>
    </w:p>
    <w:p>
      <w:pPr>
        <w:jc w:val="right"/>
      </w:pPr>
      <w:r>
        <w:t>مجھے ایک پاؤں دے دو، میں تم کو 50,000 روپے دیتا ہوں۔ کہا میں ایسا اس میں میں ایسا کیوں کروں؟ پاؤں کاٹ کے تم کو دے دوں؟</w:t>
      </w:r>
    </w:p>
    <w:p>
      <w:r>
        <w:rPr>
          <w:b/>
        </w:rPr>
        <w:t xml:space="preserve">[1:28:21] </w:t>
      </w:r>
      <w:r>
        <w:t>kaha achha do hath hain, ek hath mujhe de do, aap 50,000 rupay le lo.</w:t>
      </w:r>
    </w:p>
    <w:p>
      <w:pPr>
        <w:jc w:val="right"/>
      </w:pPr>
      <w:r>
        <w:t>کہا اچھا دو ہاتھ ہیں، ایک ہاتھ مجھے دے دو، آپ 50,000 روپے لے لو۔</w:t>
      </w:r>
    </w:p>
    <w:p>
      <w:r>
        <w:rPr>
          <w:b/>
        </w:rPr>
        <w:t xml:space="preserve">[1:28:27] </w:t>
      </w:r>
      <w:r>
        <w:t>kaha main aisa nahi karunga. kaha tumhare pas do aankhen hain, ek aankh mujhe de do, aur ek lakh rupay tum ko dunga main. to kaha main to aisa nahi karunga. bola ke tumhare pas already do lakh maujood hain, do lakh, pachas hazar ek, balkeh zyada aaye nahi, do lakh, ek ek ek paon ka pachas hazar, dusre paon ka pachas hazar, to ek lakh ho gaya.</w:t>
      </w:r>
    </w:p>
    <w:p>
      <w:pPr>
        <w:jc w:val="right"/>
      </w:pPr>
      <w:r>
        <w:t>کہا میں ایسا نہیں کروں گا۔ کہا تمہارے پاس دو آنکھیں ہیں، ایک آنکھ مجھے دے دو، اور ایک لاکھ روپے تم کو دوں گا میں۔ تو کہا میں تو ایسا نہیں کروں گا۔ بولا کہ تمہارے پاس الریڈی دو لاکھ موجود ہیں، دو لاکھ، پچاس ہزار ایک، بلکہ زیادہ آئے نہیں، دو لاکھ، ایک ایک ایک پاؤں کا پچاس ہزار، دوسرے پاؤں کا پچاس ہزار، تو ایک لاکھ ہو گیا۔</w:t>
      </w:r>
    </w:p>
    <w:p>
      <w:r>
        <w:rPr>
          <w:b/>
        </w:rPr>
        <w:t xml:space="preserve">[1:28:46] </w:t>
      </w:r>
      <w:r>
        <w:t>ek hath ka pachas hazar, dusre hath ka pachas hazar, do lakh ho gaya. ek aankh ka ek lakh, dusri aankh ek lakh. to teen lakh rupay abhi bhi tumhare pas maujood hain.</w:t>
      </w:r>
    </w:p>
    <w:p>
      <w:pPr>
        <w:jc w:val="right"/>
      </w:pPr>
      <w:r>
        <w:t>ایک ہاتھ کا پچاس ہزار، دوسرے ہاتھ کا پچاس ہزار، دو لاکھ ہو گیا۔ ایک آنکھ کا ایک لاکھ، دوسری آنکھ ایک لاکھ۔ تو تین لاکھ روپے ابھی بھی تمہارے پاس موجود ہیں۔</w:t>
      </w:r>
    </w:p>
    <w:p>
      <w:r>
        <w:rPr>
          <w:b/>
        </w:rPr>
        <w:t xml:space="preserve">[1:28:56] </w:t>
      </w:r>
      <w:r>
        <w:t>to tum bhik kyun mangte ho? yeh sacha qissa bata raha hoon aap ko main.</w:t>
      </w:r>
    </w:p>
    <w:p>
      <w:pPr>
        <w:jc w:val="right"/>
      </w:pPr>
      <w:r>
        <w:t>تو تم بھیک کیوں مانگتے ہو؟ یہ سچا قصہ بتا رہا ہوں آپ کو میں۔</w:t>
      </w:r>
    </w:p>
    <w:p>
      <w:r>
        <w:rPr>
          <w:b/>
        </w:rPr>
        <w:t xml:space="preserve">[1:29:03] </w:t>
      </w:r>
      <w:r>
        <w:t>to unhon ne bohat himmat ki is ki. kaha ke ja kar ke is teen lakh rupay ko istemal karo. to us ne janab chhota sa koi kaam shuru kiya.</w:t>
      </w:r>
    </w:p>
    <w:p>
      <w:pPr>
        <w:jc w:val="right"/>
      </w:pPr>
      <w:r>
        <w:t>تو انہوں نے بہت ہیمری کی اس کی۔ کہا کہ جا کر کے اس تین لاکھ روپے کو استعمال کرو۔ تو اس نے جناب چھوٹا سا کوئی کام شروع کیا۔</w:t>
      </w:r>
    </w:p>
    <w:p>
      <w:r>
        <w:rPr>
          <w:b/>
        </w:rPr>
        <w:t xml:space="preserve">[1:29:14] </w:t>
      </w:r>
      <w:r>
        <w:t>aur barhte barhte is ka bohat achha karobar ho gaya. khoob karobar ho gaya, bohat khushi ke sath rehne laga. ab pata nahi zinda hai ke mar gaya.</w:t>
      </w:r>
    </w:p>
    <w:p>
      <w:pPr>
        <w:jc w:val="right"/>
      </w:pPr>
      <w:r>
        <w:t>اور بڑھتے بڑھتے اس کا بہت اچھا کاروبار ہو گیا۔ خوب کاروبار ہو گیا، بہت خوشی کے ساتھ رہنے لگا۔ اب پتہ نہیں زندہ ہے کہ مر گیا۔</w:t>
      </w:r>
    </w:p>
    <w:p>
      <w:r>
        <w:rPr>
          <w:b/>
        </w:rPr>
        <w:t xml:space="preserve">[1:29:24] </w:t>
      </w:r>
      <w:r>
        <w:t>to aadmi ki nazar khone par hoti hai. khone ke baad bhi jo cheez maujood hai, us par nahi hoti.</w:t>
      </w:r>
    </w:p>
    <w:p>
      <w:pPr>
        <w:jc w:val="right"/>
      </w:pPr>
      <w:r>
        <w:t>تو آدمی کی نظر کھوئے پر ہوتی ہے۔ کھونے کے بعد بھی جو چیز موجود ہے، اس پر نہیں ہوتی۔</w:t>
      </w:r>
    </w:p>
    <w:p>
      <w:r>
        <w:rPr>
          <w:b/>
        </w:rPr>
        <w:t xml:space="preserve">[1:29:32] </w:t>
      </w:r>
      <w:r>
        <w:t>jo cheez khoi gayi hai, us ke baad bhi aadmi ke pas bohat kuch maujood hai. ke mere pas woh land khoi gayi hai, abhi mere pas bohat kuch maujood hai. to main ne apni apni nazar ko agar main isi khoe hue land par jama doon to mujhe depression hoga, blood pressure badhega.</w:t>
      </w:r>
    </w:p>
    <w:p>
      <w:pPr>
        <w:jc w:val="right"/>
      </w:pPr>
      <w:r>
        <w:t>جو چیز کھوئی گئی ہے، اس کے بعد بھی آدمی کے پاس بہت کچھ موجود ہے۔ کہ میرے پاس وہ لینڈ کھوئی گئی ہے، ابھی میرے پاس بہت کچھ موجود ہے۔ تو میں نے اپنی اپنی نظر کو اگر میں اسی کھوئے ہوئے لینڈ پر جمع دوں تو مجھے ڈپریشن ہوگا، بلڈ پریشر بڑھے گا۔</w:t>
      </w:r>
    </w:p>
    <w:p>
      <w:r>
        <w:rPr>
          <w:b/>
        </w:rPr>
        <w:t xml:space="preserve">[1:29:51] </w:t>
      </w:r>
      <w:r>
        <w:t>lekin main ne us ko nazar hata li</w:t>
      </w:r>
    </w:p>
    <w:p>
      <w:pPr>
        <w:jc w:val="right"/>
      </w:pPr>
      <w:r>
        <w:t>لیکن میں نے اس کو نظر ہٹا ل</w:t>
      </w:r>
    </w:p>
    <w:p>
      <w:r>
        <w:rPr>
          <w:b/>
        </w:rPr>
        <w:t xml:space="preserve">[1:29:53] </w:t>
      </w:r>
      <w:r>
        <w:t>ya. already jo mere pas hai, us par apni nazar ko woh focus kar liya main ne. to kuch bhi nahi hua, khatam ho gayi baat. to sara raaz yahi hai ke aaj aap aaye quran ki is ayat ko samjhiye ke jo kuch hai, woh test paper hai, aap ko us ke malik nahi hain.</w:t>
      </w:r>
    </w:p>
    <w:p>
      <w:pPr>
        <w:jc w:val="right"/>
      </w:pPr>
      <w:r>
        <w:t>یا۔ الریڈی جو میرے پاس ہے، اس پر اپنی نظر کو وہ فوکس کر لیا میں نے۔ تو کچھ بھی نہیں ہوا، ختم ہو گئی بات۔ تو سارا راز یہی ہے کہ آج آپ آئے قرآن کی اس آیت کو سمجھیے کہ جو کچھ ہے، وہ ٹیسٹ پیپر ہے، آپ کو اس کے مالک نہیں ہیں۔</w:t>
      </w:r>
    </w:p>
    <w:p>
      <w:r>
        <w:rPr>
          <w:b/>
        </w:rPr>
        <w:t xml:space="preserve">[1:30:12] </w:t>
      </w:r>
      <w:r>
        <w:t>us ke khuda ko jab test paper badalna hoga to yeh yeh kar ke woh de de ga. woh bhi test paper, woh bhi test paper.</w:t>
      </w:r>
    </w:p>
    <w:p>
      <w:pPr>
        <w:jc w:val="right"/>
      </w:pPr>
      <w:r>
        <w:t>اس کے خدا کو جب ٹیسٹ پیپر بدلنا ہوگا تو یہ یہ کر کے وہ دے دے گا۔ وہ بھی ٹیسٹ پیپر، وہ بھی ٹیسٹ پیپر۔</w:t>
      </w:r>
    </w:p>
    <w:p>
      <w:r>
        <w:rPr>
          <w:b/>
        </w:rPr>
        <w:t xml:space="preserve">[1:30:22] </w:t>
      </w:r>
      <w:r>
        <w:t>jab property aap ke pas hai, tab bhi batao test kya hai aap ke pas? khoi gayi hai, tab bhi woh test ho raha hai aap ka dobara. to bas khulasa yeh hai ke you have to know the art of tension management.</w:t>
      </w:r>
    </w:p>
    <w:p>
      <w:pPr>
        <w:jc w:val="right"/>
      </w:pPr>
      <w:r>
        <w:t>جب پراپرٹی آپ کے پاس ہے، تب بھی بتاؤ ٹیسٹ کیا ہے آپ کے پاس؟ کھوئی گئی ہے، تب بھی وہ ٹیسٹ ہو رہا ہے آپ کا دوبارہ۔ تو بس خلاصہ یہ ہے کہ یو ہیو ٹو نو دا آرٹ آف ٹینشن مینجمنٹ۔</w:t>
      </w:r>
    </w:p>
    <w:p>
      <w:r>
        <w:rPr>
          <w:b/>
        </w:rPr>
        <w:t xml:space="preserve">[1:30:39] </w:t>
      </w:r>
      <w:r>
        <w:t>you have to know the art of problem management. bas yahi khulasa hai.</w:t>
      </w:r>
    </w:p>
    <w:p>
      <w:pPr>
        <w:jc w:val="right"/>
      </w:pPr>
      <w:r>
        <w:t>یو ہیو ٹو نو دا آرٹ آف پرابلم مینجمنٹ۔ بس یہی خلاصہ ہے۔</w:t>
      </w:r>
    </w:p>
    <w:p>
      <w:r>
        <w:rPr>
          <w:b/>
        </w:rPr>
        <w:t xml:space="preserve">[1:30:49] </w:t>
      </w:r>
      <w:r>
        <w:t>this question is from naqma.</w:t>
      </w:r>
    </w:p>
    <w:p>
      <w:pPr>
        <w:jc w:val="right"/>
      </w:pPr>
      <w:r>
        <w:t>دس کوئسچن از فرام نقمہ۔</w:t>
      </w:r>
    </w:p>
    <w:p>
      <w:r>
        <w:rPr>
          <w:b/>
        </w:rPr>
        <w:t xml:space="preserve">[1:30:51] </w:t>
      </w:r>
      <w:r>
        <w:t>what is the practical way to see the positive aspect of a problem?</w:t>
      </w:r>
    </w:p>
    <w:p>
      <w:pPr>
        <w:jc w:val="right"/>
      </w:pPr>
      <w:r>
        <w:t>واٹ از دی پریکٹیکل وے ٹو سی دی پوزیٹیو ایسپیکٹ آف ا پرابلم؟</w:t>
      </w:r>
    </w:p>
    <w:p>
      <w:r>
        <w:rPr>
          <w:b/>
        </w:rPr>
        <w:t xml:space="preserve">[1:30:59] </w:t>
      </w:r>
      <w:r>
        <w:t>jaise main dekhta hoon, aap dekhiye, main ne qissa bataya ke international beat thi. mujhe itna zyada shock laga ke main rone laga.</w:t>
      </w:r>
    </w:p>
    <w:p>
      <w:pPr>
        <w:jc w:val="right"/>
      </w:pPr>
      <w:r>
        <w:t>جیسے میں دیکھتا ہوں، آپ دیکھیے، میں نے قصہ بتایا کہ انٹرنیشنل بیٹ تھی۔ مجھے اتنا زیادہ شاک لگا کہ میں رونے لگا۔</w:t>
      </w:r>
    </w:p>
    <w:p>
      <w:r>
        <w:rPr>
          <w:b/>
        </w:rPr>
        <w:t xml:space="preserve">[1:31:10] </w:t>
      </w:r>
      <w:r>
        <w:t>ke yeh musalman jo mujhe yani support dete hain, mujhe koi oppose karne lage woh, aur yahudiyon ke samne. bohat shock laga mujhe.</w:t>
      </w:r>
    </w:p>
    <w:p>
      <w:pPr>
        <w:jc w:val="right"/>
      </w:pPr>
      <w:r>
        <w:t>کہ یہ مسلمان جو مجھے یعنی سپورٹ دیتے ہیں، مجھے کوئی اپوز کرنے لگے وہ، اور یہودیوں کے سامنے۔ بہت شاک لگا مجھے۔</w:t>
      </w:r>
    </w:p>
    <w:p>
      <w:r>
        <w:rPr>
          <w:b/>
        </w:rPr>
        <w:t xml:space="preserve">[1:31:20] </w:t>
      </w:r>
      <w:r>
        <w:t>itni bari discovery mujhe ho gayi ke islam ki jo soch hai, woh land based soch nahi hai, opportunity based soch hai. ab musalman jo ladai jhagda bachaya logon ne, yeh ke pakistan banwaya khwamkhwah, kashmir mein lade, chhedi, falasteen mein lad rahe hain,</w:t>
      </w:r>
    </w:p>
    <w:p>
      <w:pPr>
        <w:jc w:val="right"/>
      </w:pPr>
      <w:r>
        <w:t>اتنی بڑی ڈسکوری مجھے ہو گئی کہ اسلام کی جو سوچ ہے، وہ لینڈ بیس سوچ نہیں ہے، اپرچونیٹی بیس سوچ ہے۔ اب مسلمان جو لڑائی جھگڑا بچایا لوگوں نے، یہ کہ پاکستان بنوایا خوامخواہ، کشمیر میں لڑے، چھیڑی، فلسطین میں لڑ رہے ہیں،</w:t>
      </w:r>
    </w:p>
    <w:p>
      <w:r>
        <w:rPr>
          <w:b/>
        </w:rPr>
        <w:t xml:space="preserve">[1:31:40] </w:t>
      </w:r>
      <w:r>
        <w:t>aur philippines mein, burma mein, singtang mein, kahan kahan, sab land ke liye, land ke liye, land ke liye.</w:t>
      </w:r>
    </w:p>
    <w:p>
      <w:pPr>
        <w:jc w:val="right"/>
      </w:pPr>
      <w:r>
        <w:t>اور فلپائن میں، برما میں، سنگتانگ میں، کہاں کہاں، سب لینڈ کے لیے، لینڈ کے لیے، لینڈ کے لیے۔</w:t>
      </w:r>
    </w:p>
    <w:p>
      <w:r>
        <w:rPr>
          <w:b/>
        </w:rPr>
        <w:t xml:space="preserve">[1:31:46] </w:t>
      </w:r>
      <w:r>
        <w:t>opportunity to har jagah maujood hai. aur age is age of opportunities. ab to opportunity ka explosion ho chuka hai.</w:t>
      </w:r>
    </w:p>
    <w:p>
      <w:pPr>
        <w:jc w:val="right"/>
      </w:pPr>
      <w:r>
        <w:t>اپرچونیٹی تو ہر جگہ موجود ہے۔ اور ایج از ایج آف اپرچونیٹیز۔ اب تو اپرچونیٹی کا ایکسپلوژن ہو چکا ہے۔</w:t>
      </w:r>
    </w:p>
    <w:p>
      <w:r>
        <w:rPr>
          <w:b/>
        </w:rPr>
        <w:t xml:space="preserve">[1:31:58] </w:t>
      </w:r>
      <w:r>
        <w:t>is zamane mein yaad rakhiye, opportunity ka explosion ho chuka hai, explosion. har jagah opportunity ka enormous opportunities aap ke liye hain.</w:t>
      </w:r>
    </w:p>
    <w:p>
      <w:pPr>
        <w:jc w:val="right"/>
      </w:pPr>
      <w:r>
        <w:t>اس زمانے میں یاد رکھیے، اپرچونیٹی کا ایکسپلوژن ہو چکا ہے، ایکسپلوژن۔ ہر جگہ اپرچونیٹی کا انارمس اپرچونیٹیز آپ کے لیے ہیں۔</w:t>
      </w:r>
    </w:p>
    <w:p>
      <w:r>
        <w:rPr>
          <w:b/>
        </w:rPr>
        <w:t xml:space="preserve">[1:32:08] </w:t>
      </w:r>
      <w:r>
        <w:t>aur lad rahe hain kis ke liye? land ke liye.</w:t>
      </w:r>
    </w:p>
    <w:p>
      <w:pPr>
        <w:jc w:val="right"/>
      </w:pPr>
      <w:r>
        <w:t>اور لڑ رہے ہیں کس کے لیے؟ لینڈ کے لیے۔</w:t>
      </w:r>
    </w:p>
    <w:p>
      <w:r>
        <w:rPr>
          <w:b/>
        </w:rPr>
        <w:t xml:space="preserve">[1:32:13] </w:t>
      </w:r>
      <w:r>
        <w:t>land ke liye lad rahe hain kyunke is se bekhabar hain ke islam ki ideology jo hai, woh base karti hai opportunity par, woh land par base nahi karti. itni bari jo jis cheez thi, woh hazar saal se logon ko, logon ko pata nahi hai is ke liye.</w:t>
      </w:r>
    </w:p>
    <w:p>
      <w:pPr>
        <w:jc w:val="right"/>
      </w:pPr>
      <w:r>
        <w:t>لینڈ کے لیے لڑ رہے ہیں کیونکہ اس سے بے خبر ہیں کہ اسلام کی آئیڈیالوجی جو ہے، وہ بیس کرتی ہے اپرچونیٹی پر، وہ لینڈ پر بیس نہیں کرتی۔ اتنی بڑی جو جس چیز تھی، وہ ہزار سال سے لوگوں کو، لوگوں کو پتہ نہیں ہے اس کے لیے۔</w:t>
      </w:r>
    </w:p>
    <w:p>
      <w:r>
        <w:rPr>
          <w:b/>
        </w:rPr>
        <w:t xml:space="preserve">[1:32:27] </w:t>
      </w:r>
      <w:r>
        <w:t>hazar saal se land ke liye ladte rahe log. to is tension ke mujhe jo hua, mujhe jo shock laga, us se mujhe yeh discovery hui.</w:t>
      </w:r>
    </w:p>
    <w:p>
      <w:pPr>
        <w:jc w:val="right"/>
      </w:pPr>
      <w:r>
        <w:t>ہزار سال سے لینڈ کے لیے لڑتے رہے لوگ۔ تو اس ٹینشن کہ مجھے جو ہوا، مجھے جو شاک لگا، اس سے مجھے یہ ڈسکوری ہوئی۔</w:t>
      </w:r>
    </w:p>
    <w:p>
      <w:r>
        <w:rPr>
          <w:b/>
        </w:rPr>
        <w:t xml:space="preserve">[1:32:40] </w:t>
      </w:r>
      <w:r>
        <w:t>islamic ideology is based on opportunity rather than on land. sahi ke mujhe itni khushi ho gayi ke itni bari mujhe cheez discover ho gayi jo hazar saal se kisi ne jana nahi.</w:t>
      </w:r>
    </w:p>
    <w:p>
      <w:pPr>
        <w:jc w:val="right"/>
      </w:pPr>
      <w:r>
        <w:t>اسلامک آئیڈیالوجی از بیسڈ ان اپرچونیٹی رادر دین ان لینڈ۔ صحیح کہ مجھے اتنی خوشی ہو گئی کہ اتنی بڑی مجھے چیز ڈسکور ہو گئی جو ہزار سال سے کسی نے جانا نہیں۔</w:t>
      </w:r>
    </w:p>
    <w:p>
      <w:r>
        <w:rPr>
          <w:b/>
        </w:rPr>
        <w:t xml:space="preserve">[1:32:53] </w:t>
      </w:r>
      <w:r>
        <w:t>to aap ko main yahi kahoon ga ke sochiye, apni soch ko activate kijiye. basic baat hai ke wahan apni soch ko rok lete hain. aaj kal bohat si dukaanen khuli hui hain jo kehte hain ke apni thinking ko stop karo.</w:t>
      </w:r>
    </w:p>
    <w:p>
      <w:pPr>
        <w:jc w:val="right"/>
      </w:pPr>
      <w:r>
        <w:t>تو آپ کو میں یہی کہوں گا کہ سوچیے، اپنی سوچ کو ایکٹیویٹ کیجیے۔ بیسک بات ہے کہ وہاں اپنی سوچ کو روک لیتے ہیں۔ آج کل بہت سی دکانیں کھلی ہوئی ہیں جو کہتے ہیں کہ اپنی تھنکنگ کو سٹاپ کرو۔</w:t>
      </w:r>
    </w:p>
    <w:p>
      <w:r>
        <w:rPr>
          <w:b/>
        </w:rPr>
        <w:t xml:space="preserve">[1:33:08] </w:t>
      </w:r>
      <w:r>
        <w:t>kitna yeh kitni ghalat kaam hai, kitna ridiculous baat hai yeh ke thinking ko, sir, thinking ko stop karo, tab tumhein peace mil jaye ga.</w:t>
      </w:r>
    </w:p>
    <w:p>
      <w:pPr>
        <w:jc w:val="right"/>
      </w:pPr>
      <w:r>
        <w:t>کتنا یہ کتنی غلط کام ہے، کتنا ریڈیکولس بات ہے یہ کہ تھنکنگ کو، سر، تھنکنگ کو سٹاپ کرو، تب تمہیں پیس مل جائے گا۔</w:t>
      </w:r>
    </w:p>
    <w:p>
      <w:r>
        <w:rPr>
          <w:b/>
        </w:rPr>
        <w:t xml:space="preserve">[1:33:19] </w:t>
      </w:r>
      <w:r>
        <w:t>bhai, thinking ko main stop kar doon to main animal ban jaoon ga, animal. woh peace kya hai? woh animal ban jaoon ga main. thinking to mera sab se bara asset hai.</w:t>
      </w:r>
    </w:p>
    <w:p>
      <w:pPr>
        <w:jc w:val="right"/>
      </w:pPr>
      <w:r>
        <w:t>بھئی، تھنکنگ کو میں سٹاپ کر دوں تو میں اینیمل بن جاؤں گا، اینیمل۔ وہ پیس کیا ہے؟ وہ اینیمل بن جاؤں گا میں۔ تھنکنگ تو میرا سب سے بڑا ایسٹ ہے۔</w:t>
      </w:r>
    </w:p>
    <w:p>
      <w:r>
        <w:rPr>
          <w:b/>
        </w:rPr>
        <w:t xml:space="preserve">[1:33:30] </w:t>
      </w:r>
      <w:r>
        <w:t>agar thinking ko main ne stop kar diya to is ke baad to woh animal ban gaya, main insan na raha.</w:t>
      </w:r>
    </w:p>
    <w:p>
      <w:pPr>
        <w:jc w:val="right"/>
      </w:pPr>
      <w:r>
        <w:t>اگر تھنکنگ کو میں نے سٹاپ کر دیا تو اس کے بعد تو وہ اینیمل بن گیا، میں انسان نہ رہا۔</w:t>
      </w:r>
    </w:p>
    <w:p>
      <w:r>
        <w:rPr>
          <w:b/>
        </w:rPr>
        <w:t xml:space="preserve">[1:33:37] </w:t>
      </w:r>
      <w:r>
        <w:t>woh animalization of human being hai, woh woh koi, woh koi solution nahi hai. woh</w:t>
      </w:r>
    </w:p>
    <w:p>
      <w:pPr>
        <w:jc w:val="right"/>
      </w:pPr>
      <w:r>
        <w:t>وہ اینیملائزیشن آف ہیومن بینگ ہے، وہ وہ کوئی، وہ کوئی سولیوشن نہیں ہے۔ وہ</w:t>
      </w:r>
    </w:p>
    <w:p>
      <w:r>
        <w:rPr>
          <w:b/>
        </w:rPr>
        <w:t xml:space="preserve">[1:33:45] </w:t>
      </w:r>
      <w:r>
        <w:t>to yeh to main samajhta hoon ke yeh insan ke sath dushmani hai ke is ko bataya jaye ke apni thinking ko stop karo, peace lene ke liye. nahi, apni thinking ko istemal karo, apni tension ko manage karo.</w:t>
      </w:r>
    </w:p>
    <w:p>
      <w:pPr>
        <w:jc w:val="right"/>
      </w:pPr>
      <w:r>
        <w:t>تو یہ تو میں سمجھتا ہوں کہ یہ انسان کے ساتھ دشمنی ہے کہ اس کو بتایا جائے کہ اپنی تھنکنگ کو سٹاپ کرو، پیس لینے کے لیے۔ نہیں، اپنی تھنکنگ کو استعمال کرو، اپنی ٹینشن کو مینج کرو۔</w:t>
      </w:r>
    </w:p>
    <w:p>
      <w:r>
        <w:rPr>
          <w:b/>
        </w:rPr>
        <w:t xml:space="preserve">[1:34:03] </w:t>
      </w:r>
      <w:r>
        <w:t>de-stressing ka formula main ghalat samajhta hoon.</w:t>
      </w:r>
    </w:p>
    <w:p>
      <w:pPr>
        <w:jc w:val="right"/>
      </w:pPr>
      <w:r>
        <w:t>ڈی اسٹریسنگ کا فارمولا میں غلط سمجھتا ہوں۔</w:t>
      </w:r>
    </w:p>
    <w:p>
      <w:r>
        <w:rPr>
          <w:b/>
        </w:rPr>
        <w:t xml:space="preserve">[1:34:06] </w:t>
      </w:r>
      <w:r>
        <w:t>stress ko manage kijiye. de-stressing ka formula ghalat hai. stress ko manage kijiye to aap ki creativity barhe gi. aap din bad din ziyada develop karte chalaein ge.</w:t>
      </w:r>
    </w:p>
    <w:p>
      <w:pPr>
        <w:jc w:val="right"/>
      </w:pPr>
      <w:r>
        <w:t>اسٹریس کو مینج کیجیے۔ ڈی اسٹریسنگ کا فارمولا غلط ہے۔ اسٹریس کو مینج کیجیے تو آپ کی کریٹیوٹی بڑھے گی۔ آپ دن بدن زیادہ ڈیولپ کرتے چلائیں گے۔</w:t>
      </w:r>
    </w:p>
    <w:p>
      <w:r>
        <w:rPr>
          <w:b/>
        </w:rPr>
        <w:t xml:space="preserve">[1:34:19] </w:t>
      </w:r>
      <w:r>
        <w:t>yani intellectual development ka formula hai yeh ke tension ko manage karte karna seekhein aap.</w:t>
      </w:r>
    </w:p>
    <w:p>
      <w:pPr>
        <w:jc w:val="right"/>
      </w:pPr>
      <w:r>
        <w:t>یعنی انٹلیکچول ڈیولپمنٹ کا فارمولا ہے یہ کہ ٹینشن کو مینج کرتے کرنا سیکھیں آپ۔</w:t>
      </w:r>
    </w:p>
    <w:p>
      <w:r>
        <w:rPr>
          <w:b/>
        </w:rPr>
        <w:t xml:space="preserve">[1:34:28] </w:t>
      </w:r>
      <w:r>
        <w:t>to behraal cheez yahi hai ke aap har har jo tajurba hota hai to aap is mein aik negative side hota hai, aik positive side.</w:t>
      </w:r>
    </w:p>
    <w:p>
      <w:pPr>
        <w:jc w:val="right"/>
      </w:pPr>
      <w:r>
        <w:t>تو بہرحال چیز یہی ہے کہ آپ ہر ہر جو تجربہ ہوتا ہے تو آپ اس میں ایک نیگیٹیو سائیڈ ہوتا ہے، ایک پازیٹیو سائیڈ۔</w:t>
      </w:r>
    </w:p>
    <w:p>
      <w:r>
        <w:rPr>
          <w:b/>
        </w:rPr>
        <w:t xml:space="preserve">[1:34:38] </w:t>
      </w:r>
      <w:r>
        <w:t>agar aap negative side mein murr gaye to woh aap phir wohi tension mein par jayein ge. aap positive side mein aap na murre, aap to phir woh advantage bana lein ge.</w:t>
      </w:r>
    </w:p>
    <w:p>
      <w:pPr>
        <w:jc w:val="right"/>
      </w:pPr>
      <w:r>
        <w:t>اگر آپ نیگیٹیو سائیڈ میں مڑ گئے تو وہ آپ پھر وہی ٹینشن میں پڑ جائیں گے۔ آپ پازیٹیو سائیڈ میں آپ نہ مڑے، آپ تو پھر آپ وہ ایڈوانٹیج بنا لیں گے۔</w:t>
      </w:r>
    </w:p>
    <w:p>
      <w:r>
        <w:rPr>
          <w:b/>
        </w:rPr>
        <w:t xml:space="preserve">[1:34:48] </w:t>
      </w:r>
      <w:r>
        <w:t>is ko</w:t>
      </w:r>
    </w:p>
    <w:p>
      <w:pPr>
        <w:jc w:val="right"/>
      </w:pPr>
      <w:r>
        <w:t>اس کو</w:t>
      </w:r>
    </w:p>
    <w:p>
      <w:r>
        <w:rPr>
          <w:b/>
        </w:rPr>
        <w:t xml:space="preserve">[1:34:49] </w:t>
      </w:r>
      <w:r>
        <w:t>yahan main aik baat aur arz karoon ke Islam mein aik concept hai, bohat bara, woh yeh hai ke insan har waqt do forces ke beech mein hota hai: angel aur satan.</w:t>
      </w:r>
    </w:p>
    <w:p>
      <w:pPr>
        <w:jc w:val="right"/>
      </w:pPr>
      <w:r>
        <w:t>یہاں میں ایک بات اور عرض کروں کہ اسلام میں ایک کانسیپٹ ہے، بہت بڑا، وہ یہ ہے کہ انسان ہر وقت دو فورسز کے بیچ میں ہوتا ہے: اینجل اور سیٹن۔</w:t>
      </w:r>
    </w:p>
    <w:p>
      <w:r>
        <w:rPr>
          <w:b/>
        </w:rPr>
        <w:t xml:space="preserve">[1:35:05] </w:t>
      </w:r>
      <w:r>
        <w:t>angel aur satan. is par Quran mein aur hadith mein bohat kuch bataya gaya hai ke har aadmi do forces ke beech mein hota hai, do unseen forces, unseen forces:</w:t>
      </w:r>
    </w:p>
    <w:p>
      <w:pPr>
        <w:jc w:val="right"/>
      </w:pPr>
      <w:r>
        <w:t>اینجل اور سیٹن۔ اس پر قرآن میں اور حدیث میں بہت کچھ بتایا گیا ہے کہ ہر آدمی دو فورسز کے بیچ میں ہوتا ہے، دو ان سین فورسز، ان سین فورسز:</w:t>
      </w:r>
    </w:p>
    <w:p>
      <w:r>
        <w:rPr>
          <w:b/>
        </w:rPr>
        <w:t xml:space="preserve">[1:35:17] </w:t>
      </w:r>
      <w:r>
        <w:t>satan aur aur yeh angel. to kya hota hai ke jab bhi koi baat hui to agar aap ne negative,</w:t>
      </w:r>
    </w:p>
    <w:p>
      <w:pPr>
        <w:jc w:val="right"/>
      </w:pPr>
      <w:r>
        <w:t>سیٹن اور اور یہ اینجل۔ تو کیا ہوتا ہے کہ جب بھی کوئی بات ہوئی تو اگر آپ نے نیگیٹیو،</w:t>
      </w:r>
    </w:p>
    <w:p>
      <w:r>
        <w:rPr>
          <w:b/>
        </w:rPr>
        <w:t xml:space="preserve">[1:35:32] </w:t>
      </w:r>
      <w:r>
        <w:t>agar aap mein aap ke andar negative thought aa gaya to foran satan aye ga, is ko activate karne ke liye.</w:t>
      </w:r>
    </w:p>
    <w:p>
      <w:pPr>
        <w:jc w:val="right"/>
      </w:pPr>
      <w:r>
        <w:t>اگر آپ میں آپ کے اندر نیگیٹیو تھاٹ آ گیا تو فوراً سیٹن آئے گا، اس کو ایکٹیویٹ کرنے کے لیے۔</w:t>
      </w:r>
    </w:p>
    <w:p>
      <w:r>
        <w:rPr>
          <w:b/>
        </w:rPr>
        <w:t xml:space="preserve">[1:35:40] </w:t>
      </w:r>
      <w:r>
        <w:t>agar positive thought aaya to foran angel aa jayein ge, is ko activate karne ke liye.</w:t>
      </w:r>
    </w:p>
    <w:p>
      <w:pPr>
        <w:jc w:val="right"/>
      </w:pPr>
      <w:r>
        <w:t>اگر پازیٹیو تھاٹ آیا تو فوراً اینجل آ جائیں گے، اس کو ایکٹیویٹ کرنے کے لیے۔</w:t>
      </w:r>
    </w:p>
    <w:p>
      <w:r>
        <w:rPr>
          <w:b/>
        </w:rPr>
        <w:t xml:space="preserve">[1:35:47] </w:t>
      </w:r>
      <w:r>
        <w:t>har har har second, har moment aisa hota hai</w:t>
      </w:r>
    </w:p>
    <w:p>
      <w:pPr>
        <w:jc w:val="right"/>
      </w:pPr>
      <w:r>
        <w:t>ہر ہر ہر سیکنڈ، ہر مومنٹ ایسا ہوتا ہے</w:t>
      </w:r>
    </w:p>
    <w:p>
      <w:r>
        <w:rPr>
          <w:b/>
        </w:rPr>
        <w:t xml:space="preserve">[1:35:54] </w:t>
      </w:r>
      <w:r>
        <w:t>ke aap hamesha kisi aisi, hamesha do cheezon ke beech mein jeete hain. jab bhi koi baat aye, koi tension wali baat, koi stress wali baat, koi despair wali baat, to wahan par apne mind ko agar aap lagayein ge negativity ki taraf to satan aa jaye ga aur satan khoob barhaye charhaye ga, khoob barhaye charhaye ga.</w:t>
      </w:r>
    </w:p>
    <w:p>
      <w:pPr>
        <w:jc w:val="right"/>
      </w:pPr>
      <w:r>
        <w:t>کہ آپ ہمیشہ کسی ایسی، ہمیشہ دو چیزوں کے بیچ میں جیتے ہیں۔ جب بھی کوئی بات آئے، کوئی ٹینشن والی بات، کوئی سٹریس والی بات، کوئی ڈسپیئر والی بات، تو وہاں پر اپنے مائنڈ کو اگر آپ لگائیں گے نیگیٹیوٹی کی طرف تو سیٹن آ جائے گا اور سیٹن خوب بڑھائے چڑھائے گا، خوب بڑھائے چڑھائے گا۔</w:t>
      </w:r>
    </w:p>
    <w:p>
      <w:r>
        <w:rPr>
          <w:b/>
        </w:rPr>
        <w:t xml:space="preserve">[1:36:18] </w:t>
      </w:r>
      <w:r>
        <w:t>yahan tak ke jaisa ke main ne bataya, log suicide kar lete hain. woh satan ne, satan ne is ko activate kar ke, jaisa ke main ne bataya aap ko ke melon morlo jo hai, us ne ab chehre par wrinkle dekha,</w:t>
      </w:r>
    </w:p>
    <w:p>
      <w:pPr>
        <w:jc w:val="right"/>
      </w:pPr>
      <w:r>
        <w:t>یہاں تک کہ جیسا کہ میں نے بتایا، لوگ سوسائیڈ کر لیتے ہیں۔ وہ سیٹن نے، سیٹن نے اس کو ایکٹیویٹ کر کے، جیسے کہ میں نے بتایا آپ کو کہ میلن مورلو جو ہے، اس نے اب چہرے پر رینکل دیکھا،</w:t>
      </w:r>
    </w:p>
    <w:p>
      <w:r>
        <w:rPr>
          <w:b/>
        </w:rPr>
        <w:t xml:space="preserve">[1:36:34] </w:t>
      </w:r>
      <w:r>
        <w:t>jhuul rahi aaine mein. to us ne kaha ke o, mera to beauty hi chali gayi.</w:t>
      </w:r>
    </w:p>
    <w:p>
      <w:pPr>
        <w:jc w:val="right"/>
      </w:pPr>
      <w:r>
        <w:t>جھل رہی آئینے میں۔ تو اس نے کہا کہ او، میرا تو بیوٹی ہی چلی گئی۔</w:t>
      </w:r>
    </w:p>
    <w:p>
      <w:r>
        <w:rPr>
          <w:b/>
        </w:rPr>
        <w:t xml:space="preserve">[1:36:42] </w:t>
      </w:r>
      <w:r>
        <w:t>to foran satan aa gaya, is ko activate karne ke liye, aur is ko activate karte karte suicide tak le gaya. agar woh sochti ke chalo, physical beauty chali gayi to jaane do, intellectual beauty abhi bhi meri maujood hai, mera mind intact hai,</w:t>
      </w:r>
    </w:p>
    <w:p>
      <w:pPr>
        <w:jc w:val="right"/>
      </w:pPr>
      <w:r>
        <w:t>تو فوراً سیٹن آ گیا، اس کو ایکٹیویٹ کرنے کے لیے، اور اس کو ایکٹیویٹ کرتے کرتے سوسائیڈ تک لے گیا۔ اگر وہ سوچتی کہ چلو، فزیکل بیوٹی چلی گئی تو جانے دو، انٹلیکچول بیوٹی ابھی بھی میری موجود ہے، میرا مائنڈ انٹیکٹ ہے،</w:t>
      </w:r>
    </w:p>
    <w:p>
      <w:r>
        <w:rPr>
          <w:b/>
        </w:rPr>
        <w:t xml:space="preserve">[1:37:00] </w:t>
      </w:r>
      <w:r>
        <w:t>meri thinking power intact hai, ab main woh kaam karoon ga.</w:t>
      </w:r>
    </w:p>
    <w:p>
      <w:pPr>
        <w:jc w:val="right"/>
      </w:pPr>
      <w:r>
        <w:t>میری تھنکنگ پاور انٹیکٹ ہے، اب میں وہ کام کروں گا۔</w:t>
      </w:r>
    </w:p>
    <w:p>
      <w:r>
        <w:rPr>
          <w:b/>
        </w:rPr>
        <w:t xml:space="preserve">[1:37:05] </w:t>
      </w:r>
      <w:r>
        <w:t>misal ke tor par woh aik book likhti, author banti to is se hazar guna ziyada bara kaam woh kar dalti.</w:t>
      </w:r>
    </w:p>
    <w:p>
      <w:pPr>
        <w:jc w:val="right"/>
      </w:pPr>
      <w:r>
        <w:t>مثلاً وہ ایک بک لکھتی، اتھر بنتی تو اس سے ہزار گنا زیادہ بڑا کام وہ کر ڈالتی۔</w:t>
      </w:r>
    </w:p>
    <w:p>
      <w:r>
        <w:rPr>
          <w:b/>
        </w:rPr>
        <w:t xml:space="preserve">[1:37:16] </w:t>
      </w:r>
      <w:r>
        <w:t>yeh agar yahi likhti, farz kijiye ke how how to manage a tension, art of tension management, isi par likhti woh book to ab angel aa jata is ke pas, ab angel is ko feed karta, angel is ko activate karta.</w:t>
      </w:r>
    </w:p>
    <w:p>
      <w:pPr>
        <w:jc w:val="right"/>
      </w:pPr>
      <w:r>
        <w:t>یہ اگر یہی لکھتی، فرض کیجیے کہ ہاؤ ہاؤ ٹو مینج ا ٹینشن، آرٹ آف ٹینشن مینجمنٹ، اسی پر لکھتی وہ بک تو اب اینجل آ جاتا اس کے پاس، اب اینجل اس کو فیڈ کرتا، اینجل اس کو ایکٹیویٹ کرتا۔</w:t>
      </w:r>
    </w:p>
    <w:p>
      <w:r>
        <w:rPr>
          <w:b/>
        </w:rPr>
        <w:t xml:space="preserve">[1:37:31] </w:t>
      </w:r>
      <w:r>
        <w:t>to yeh har aadmi har waqt do ke beech mein hai.</w:t>
      </w:r>
    </w:p>
    <w:p>
      <w:pPr>
        <w:jc w:val="right"/>
      </w:pPr>
      <w:r>
        <w:t>تو یہ ہر آدمی ہر وقت دو کے بیچ میں ہے۔</w:t>
      </w:r>
    </w:p>
    <w:p>
      <w:r>
        <w:rPr>
          <w:b/>
        </w:rPr>
        <w:t xml:space="preserve">[1:37:35] </w:t>
      </w:r>
      <w:r>
        <w:t>chehray ki jhurriyan dekh kar ke agar aap negativity mein aa jayen to satan aayega aap ko help karne ke liye. aur agar woh dekh kar ke yeh soche aap ke main woh is se bari cheez abhi mere paas maujood hai, mera mind, brain, intellectual power, meri thinking,</w:t>
      </w:r>
    </w:p>
    <w:p>
      <w:pPr>
        <w:jc w:val="right"/>
      </w:pPr>
      <w:r>
        <w:t>چہرے کی جھریاں دیکھ کر کے اگر آپ نیگیٹیوٹی میں آ جائیں تو سیٹن آئے گا آپ کو ہیلپ کرنے کے لیے۔ اور اگر وہ دیکھ کر کے یہ سوچے آپ کہ میں وہ اس سے بڑی چیز ابھی میرے پاس موجود ہے، میرا مائنڈ، برین، انٹلیکچول پاور، میری تھنکنگ،</w:t>
      </w:r>
    </w:p>
    <w:p>
      <w:r>
        <w:rPr>
          <w:b/>
        </w:rPr>
        <w:t xml:space="preserve">[1:37:56] </w:t>
      </w:r>
      <w:r>
        <w:t>is ko main istemal karoon gi, main writer banoo gi. to kitnay log aisay hain jo writer banay hain</w:t>
      </w:r>
    </w:p>
    <w:p>
      <w:pPr>
        <w:jc w:val="right"/>
      </w:pPr>
      <w:r>
        <w:t>اس کو میں استعمال کروں گی، میں رائٹر بنوں گی۔ تو کتنے لوگ ایسے ہیں جو رائٹر بنے ہیں</w:t>
      </w:r>
    </w:p>
    <w:p>
      <w:r>
        <w:rPr>
          <w:b/>
        </w:rPr>
        <w:t xml:space="preserve">[1:38:04] </w:t>
      </w:r>
      <w:r>
        <w:t>, shock ne unhein writer bana diya hai.</w:t>
      </w:r>
    </w:p>
    <w:p>
      <w:pPr>
        <w:jc w:val="right"/>
      </w:pPr>
      <w:r>
        <w:t>، شاک نے انہیں رائٹر بنا دیا ہے۔</w:t>
      </w:r>
    </w:p>
    <w:p>
      <w:r>
        <w:rPr>
          <w:b/>
        </w:rPr>
        <w:t xml:space="preserve">[1:38:10] </w:t>
      </w:r>
      <w:r>
        <w:t>aaj kal dekhiye, naujawan larkay larkiyan jo hain, kya hai, hooha mein jeetay hain. aur jaise hi woh hooha ka mauqa khatam hua, yeh sab larkay larkiyan jo hain, frustration par jatay hain, sab ke sab main ne dekha hai.</w:t>
      </w:r>
    </w:p>
    <w:p>
      <w:pPr>
        <w:jc w:val="right"/>
      </w:pPr>
      <w:r>
        <w:t>آج کل دیکھیے، نوجوان لڑکے لڑکیاں جو ہیں، کیا ہے، ہوہا میں جیتے ہیں۔ اور جیسے ہی وہ ہوہا کا موقع ختم ہوا، یہ سب لڑکے لڑکیاں جو ہیں، فریشن پڑ جاتے ہیں، سب کے سب میں نے دیکھا ہے۔</w:t>
      </w:r>
    </w:p>
    <w:p>
      <w:r>
        <w:rPr>
          <w:b/>
        </w:rPr>
        <w:t xml:space="preserve">[1:38:22] </w:t>
      </w:r>
      <w:r>
        <w:t>to saal do saal hooha hota hai school mein, college mein, mostly college mein. ab das paanch larkay jama hain, hooha ho raha</w:t>
      </w:r>
    </w:p>
    <w:p>
      <w:pPr>
        <w:jc w:val="right"/>
      </w:pPr>
      <w:r>
        <w:t>تو سال دو سال ہوہا ہوتا ہے اسکول میں، کالج میں، موسٹلی کالج میں۔ اب دس پانچ لڑکے جمع ہیں، ہوہا ہو رہا</w:t>
      </w:r>
    </w:p>
    <w:p>
      <w:r>
        <w:rPr>
          <w:b/>
        </w:rPr>
        <w:t xml:space="preserve">[1:38:30] </w:t>
      </w:r>
      <w:r>
        <w:t>hai. lekin kuch din ke baad aisa hota hai ke koi na koi aisi cheez pesh aati hai ke woh hooha khatam ho jata hai. to phir kya hai?</w:t>
      </w:r>
    </w:p>
    <w:p>
      <w:pPr>
        <w:jc w:val="right"/>
      </w:pPr>
      <w:r>
        <w:t>ہے۔ لیکن کچھ دن کے بعد ایسا ہوتا ہے کہ کوئی نہ کوئی ایسی چیز پیش آتی ہے کہ وہ ہوہا ختم ہو جاتا ہے۔ تو پھر کیا ہے؟</w:t>
      </w:r>
    </w:p>
    <w:p>
      <w:r>
        <w:rPr>
          <w:b/>
        </w:rPr>
        <w:t xml:space="preserve">[1:38:38] </w:t>
      </w:r>
      <w:r>
        <w:t>frustration aa jata hai. main samajhta hoon ke woh nishana banana chahiye aadmi ko jo is ka saath de, zindagi bhar, life time saath de.</w:t>
      </w:r>
    </w:p>
    <w:p>
      <w:pPr>
        <w:jc w:val="right"/>
      </w:pPr>
      <w:r>
        <w:t>فرسٹریشن آ جاتا ہے۔ میں سمجھتا ہوں کہ وہ نشانہ بنانا چاہیے آدمی کو جو اس کا ساتھ دے، زندگی بھر، لائف ٹائم ساتھ دے۔</w:t>
      </w:r>
    </w:p>
    <w:p>
      <w:r>
        <w:rPr>
          <w:b/>
        </w:rPr>
        <w:t xml:space="preserve">[1:38:48] </w:t>
      </w:r>
      <w:r>
        <w:t>woh hai intellectual development, spiritual development, woh hai paradise. woh nishana kabhi khatam nahi hota.</w:t>
      </w:r>
    </w:p>
    <w:p>
      <w:pPr>
        <w:jc w:val="right"/>
      </w:pPr>
      <w:r>
        <w:t>وہ ہے انٹلیکچول ڈیولپمنٹ، سپریچول ڈیولپمنٹ، وہ ہے پیراڈائز۔ وہ نشانہ کبھی ختم نہیں ہوتا۔</w:t>
      </w:r>
    </w:p>
    <w:p>
      <w:r>
        <w:rPr>
          <w:b/>
        </w:rPr>
        <w:t xml:space="preserve">[1:38:58] </w:t>
      </w:r>
      <w:r>
        <w:t>to aap ko main yahi kahoon ga ke hamesha har mauqa par aisa, yaani aisa step lijiye jis mein aap ko angel ka support milne lage,</w:t>
      </w:r>
    </w:p>
    <w:p>
      <w:pPr>
        <w:jc w:val="right"/>
      </w:pPr>
      <w:r>
        <w:t>تو آپ کو میں یہی کہوں گا کہ ہمیشہ ہر موقع پر ایسا، یعنی ایسا اسٹیپ لیجئے جس میں آپ کو اینجل کا سپورٹ ملنے لگے،</w:t>
      </w:r>
    </w:p>
    <w:p>
      <w:r>
        <w:rPr>
          <w:b/>
        </w:rPr>
        <w:t xml:space="preserve">[1:39:13] </w:t>
      </w:r>
      <w:r>
        <w:t>satan ke support se aap bacha saken apne aap ko. bhai, yahi hai secret of success. this question is from Adnan.</w:t>
      </w:r>
    </w:p>
    <w:p>
      <w:pPr>
        <w:jc w:val="right"/>
      </w:pPr>
      <w:r>
        <w:t>سیٹن کے سپورٹ سے آپ بچا سکیں اپنے آپ کو۔ بھئی، یہی ہے سیکرٹ آف سکسیس۔ دس کوئسچن از فرام عدنان۔</w:t>
      </w:r>
    </w:p>
    <w:p>
      <w:r>
        <w:rPr>
          <w:b/>
        </w:rPr>
        <w:t xml:space="preserve">[1:39:23] </w:t>
      </w:r>
      <w:r>
        <w:t>he wants to know that how can one overcome exam tension.</w:t>
      </w:r>
    </w:p>
    <w:p>
      <w:pPr>
        <w:jc w:val="right"/>
      </w:pPr>
      <w:r>
        <w:t>ہی وانٹس ٹو نو دیٹ ہاؤ کین ون اوورکم ایگزام ٹینشن۔</w:t>
      </w:r>
    </w:p>
    <w:p>
      <w:r>
        <w:rPr>
          <w:b/>
        </w:rPr>
        <w:t xml:space="preserve">[1:39:29] </w:t>
      </w:r>
      <w:r>
        <w:t>parhnay lagay hain.</w:t>
      </w:r>
    </w:p>
    <w:p>
      <w:pPr>
        <w:jc w:val="right"/>
      </w:pPr>
      <w:r>
        <w:t>پڑھنے لگے ہیں۔</w:t>
      </w:r>
    </w:p>
    <w:p>
      <w:r>
        <w:rPr>
          <w:b/>
        </w:rPr>
        <w:t xml:space="preserve">[1:39:38] </w:t>
      </w:r>
      <w:r>
        <w:t>dekhiye, mera jo tajurba hai, aur main yeh kehta hoon logon ko ke bohat hi simple formula hai, bohat simple formula hai, aur yeh two point formula hai.</w:t>
      </w:r>
    </w:p>
    <w:p>
      <w:pPr>
        <w:jc w:val="right"/>
      </w:pPr>
      <w:r>
        <w:t>دیکھیے، میرا جو تجربہ ہے، اور میں یہ کہتا ہوں لوگوں کو کہ بہت ہی سمپل فارمولا ہے، بہت سمپل فارمولا ہے، اور یہ ٹو پوائنٹ فارمولا ہے۔</w:t>
      </w:r>
    </w:p>
    <w:p>
      <w:r>
        <w:rPr>
          <w:b/>
        </w:rPr>
        <w:t xml:space="preserve">[1:39:52] </w:t>
      </w:r>
      <w:r>
        <w:t>yeh main bhi kabhi parhta tha, main bhi koi student tha kabhi. tab se main yeh kehta hoon logon ko ke</w:t>
      </w:r>
    </w:p>
    <w:p>
      <w:pPr>
        <w:jc w:val="right"/>
      </w:pPr>
      <w:r>
        <w:t>یہ میں بھی کبھی پڑھتا تھا، میں بھی کوئی سٹوڈنٹ تھا کبھی۔ تب سے میں یہ کہتا ہوں لوگوں کو کہ</w:t>
      </w:r>
    </w:p>
    <w:p>
      <w:r>
        <w:rPr>
          <w:b/>
        </w:rPr>
        <w:t xml:space="preserve">[1:39:59] </w:t>
      </w:r>
      <w:r>
        <w:t>is formula par main jab main wahan tha to aik yeh grammar, arabi grammar ka parcha aik baar aaya to hamare haan kul bees student thay us waqt, unnees fail ho gaye, main akela pass hua.</w:t>
      </w:r>
    </w:p>
    <w:p>
      <w:pPr>
        <w:jc w:val="right"/>
      </w:pPr>
      <w:r>
        <w:t>اس فارمولے پر میں جب میں وہاں تھا تو ایک یہ گرامر، عربی گرامر کا پرچہ ایک بار آیا تو ہمارے ہاں کل بیس سٹوڈنٹ تھے اس وقت، انیس فیل ہو گئے، میں اکیلا پاس ہوا۔</w:t>
      </w:r>
    </w:p>
    <w:p>
      <w:r>
        <w:rPr>
          <w:b/>
        </w:rPr>
        <w:t xml:space="preserve">[1:40:13] </w:t>
      </w:r>
      <w:r>
        <w:t>grammar, arabi grammar ke is mein unnees ke unnees fail ho gaye thay, main akela pass hua tha. to kyun? us waqt se aaj tak best formula main samajhta hoon ke do hain.</w:t>
      </w:r>
    </w:p>
    <w:p>
      <w:pPr>
        <w:jc w:val="right"/>
      </w:pPr>
      <w:r>
        <w:t>گرامر، عربی گرامر کے اس میں انیس کے انیس فیل ہو گئے تھے، میں اکیلا پاس ہوا تھا۔ تو کیوں؟ اس وقت سے آج تک بیسٹ فارمولا میں سمجھتا ہوں کہ دو ہیں۔</w:t>
      </w:r>
    </w:p>
    <w:p>
      <w:r>
        <w:rPr>
          <w:b/>
        </w:rPr>
        <w:t xml:space="preserve">[1:40:28] </w:t>
      </w:r>
      <w:r>
        <w:t>two point formula hai.</w:t>
      </w:r>
    </w:p>
    <w:p>
      <w:pPr>
        <w:jc w:val="right"/>
      </w:pPr>
      <w:r>
        <w:t>ٹو پوائنٹ فارمولا ہے۔</w:t>
      </w:r>
    </w:p>
    <w:p>
      <w:r>
        <w:rPr>
          <w:b/>
        </w:rPr>
        <w:t xml:space="preserve">[1:40:29] </w:t>
      </w:r>
      <w:r>
        <w:t>number one, aap saal bhar regular rahiye, saal bhar, saal bhar regular rahiye. yaani class attend kijiye, teacher ki baat ko suniye, note banaiye,</w:t>
      </w:r>
    </w:p>
    <w:p>
      <w:pPr>
        <w:jc w:val="right"/>
      </w:pPr>
      <w:r>
        <w:t>نمبر ون، آپ سال بھر ریگولر رہیے، سال بھر، سال بھر ریگولر رہیے۔ یعنی کلاس اٹینڈ کیجیے، ٹیچر کی بات کو سنیے، نوٹ بنائیے،</w:t>
      </w:r>
    </w:p>
    <w:p>
      <w:r>
        <w:rPr>
          <w:b/>
        </w:rPr>
        <w:t xml:space="preserve">[1:40:44] </w:t>
      </w:r>
      <w:r>
        <w:t>bas saal bhar regular rahiye. doosri baat yeh hai ke jab exam aaye to aap apne mind par bojh mat lijiyye.</w:t>
      </w:r>
    </w:p>
    <w:p>
      <w:pPr>
        <w:jc w:val="right"/>
      </w:pPr>
      <w:r>
        <w:t>بس سال بھر ریگولر رہیے۔ دوسری بات یہ ہے کہ جب ایگزام آئے تو آپ اپنے مائنڈ پر بوجھ مت لیجیے۔</w:t>
      </w:r>
    </w:p>
    <w:p>
      <w:r>
        <w:rPr>
          <w:b/>
        </w:rPr>
        <w:t xml:space="preserve">[1:40:55] </w:t>
      </w:r>
      <w:r>
        <w:t>mind par bojh len, take it easy, bas take it easy. to exam se pehle regular rahiye, exam aaye to take it easy, mind ko free rakhiye.</w:t>
      </w:r>
    </w:p>
    <w:p>
      <w:pPr>
        <w:jc w:val="right"/>
      </w:pPr>
      <w:r>
        <w:t>مائنڈ پر بوجھ لیں، ٹیک اٹ ایزی، بس ٹیک اٹ ایزی۔ تو ایگزام سے پہلے ریگولر رہیے، ایگزام آئے تو ٹیک اٹ ایزی، مائنڈ کو فری رکھیے۔</w:t>
      </w:r>
    </w:p>
    <w:p>
      <w:r>
        <w:rPr>
          <w:b/>
        </w:rPr>
        <w:t xml:space="preserve">[1:41:07] </w:t>
      </w:r>
      <w:r>
        <w:t>yeh main karta tha. woh jo main ne qissa bataya ke mere saath sab fail ho gaye thay to woh grammar ka parcha koi naye dhang ka aa gaya tha, jo traditional tareeqa tha, woh aisa nahi tha.</w:t>
      </w:r>
    </w:p>
    <w:p>
      <w:pPr>
        <w:jc w:val="right"/>
      </w:pPr>
      <w:r>
        <w:t>یہ میں کرتا تھا۔ وہ جو میں نے قصہ بتایا کہ میرے ساتھ سب فیل ہو گئے تھے تو وہ گرامر کا پرچہ کوئی نئے ڈھنگ کا آ گیا تھا، جو ٹریڈیشنل طریقہ تھا، وہ ایسا نہیں تھا۔</w:t>
      </w:r>
    </w:p>
    <w:p>
      <w:r>
        <w:rPr>
          <w:b/>
        </w:rPr>
        <w:t xml:space="preserve">[1:41:18] </w:t>
      </w:r>
      <w:r>
        <w:t>woh</w:t>
      </w:r>
    </w:p>
    <w:p>
      <w:pPr>
        <w:jc w:val="right"/>
      </w:pPr>
      <w:r>
        <w:t>وہ</w:t>
      </w:r>
    </w:p>
    <w:p>
      <w:r>
        <w:rPr>
          <w:b/>
        </w:rPr>
        <w:t xml:space="preserve">[1:41:19] </w:t>
      </w:r>
      <w:r>
        <w:t>to sab pareshan ho gaye, sab pareshan ho gaye, aur sahi tareeqay se is ko likh nahi paye. main bilkul itminan se main ne parcha parha, do teen baar parh kar ke, aur bohat itminan se main ne is ko likha.</w:t>
      </w:r>
    </w:p>
    <w:p>
      <w:pPr>
        <w:jc w:val="right"/>
      </w:pPr>
      <w:r>
        <w:t>تو سب پریشان ہو گئے، سب پریشان ہو گئے، اور صحیح طریقے سے اس کو لکھ نہیں پائے۔ میں بالکل اطمینان سے میں نے پرچہ پڑھا، دو تین بار پڑھ کر کے، اور بہت اطمینان سے میں نے اس کو لکھا۔</w:t>
      </w:r>
    </w:p>
    <w:p>
      <w:r>
        <w:rPr>
          <w:b/>
        </w:rPr>
        <w:t xml:space="preserve">[1:41:32] </w:t>
      </w:r>
      <w:r>
        <w:t>aur log jo hain, bas jaldi se ghabra gaye ke arey bhai, yeh kaise hoga? yeh koi woh kaise hoga? to two point formula hai ke saal bhar regular rahiye, exam ke zamanay jab aaye to take it easy, bas is ke baad aap kabhi bhi fail nahi honge imtehan mein.</w:t>
      </w:r>
    </w:p>
    <w:p>
      <w:pPr>
        <w:jc w:val="right"/>
      </w:pPr>
      <w:r>
        <w:t>اور لوگ جو ہیں، بس جلدی سے گھبرا گئے کہ ارے بھئی، یہ کیسے ہوگا؟ یہ کوئی وہ کیسے ہوگا؟ تو ٹو پوائنٹ فارمولا ہے کہ سال بھر ریگولر رہیے، ایگزام کے زمانے جب آئے تو ٹیک اٹ ایزی، بس اس کے بعد آپ کبھی بھی فیل نہیں ہوں گے امتحان میں۔</w:t>
      </w:r>
    </w:p>
    <w:p>
      <w:r>
        <w:rPr>
          <w:b/>
        </w:rPr>
        <w:t xml:space="preserve">[1:41:50] </w:t>
      </w:r>
      <w:r>
        <w:t>aur doosri baat ek aur mein yahan shamil karunga ke parents khwamkhwah bachchon ko mang rahe hote hain ke tum ko top karna hai. main is ko koi theek baat nahin samajhta.</w:t>
      </w:r>
    </w:p>
    <w:p>
      <w:pPr>
        <w:jc w:val="right"/>
      </w:pPr>
      <w:r>
        <w:t>اور دوسری بات ایک اور میں یہاں شامل کروں گا کہ پیرنٹس خوامخواہ بچوں کو مانگ رہے ہوتے ہیں کہ تم کو ٹاپ کرنا ہے۔ میں اس کو کوئی ٹھیک بات نہیں سمجھتا۔</w:t>
      </w:r>
    </w:p>
    <w:p>
      <w:r>
        <w:rPr>
          <w:b/>
        </w:rPr>
        <w:t xml:space="preserve">[1:42:02] </w:t>
      </w:r>
      <w:r>
        <w:t>khwamkhwah top karna kya hai? ke dunya mein ek aadmi nahin hai jis ne, jo top karne wala koi bara kaam kisi ne kiya ho. yeh yeh ek jhootha obsession hai, jhootha obsession.</w:t>
      </w:r>
    </w:p>
    <w:p>
      <w:pPr>
        <w:jc w:val="right"/>
      </w:pPr>
      <w:r>
        <w:t>خوامخواہ ٹاپ کرنا کیا ہے؟ کہ دنیا میں ایک آدمی نہیں ہے جس نے، جو ٹاپ کرنے والا کوئی بڑا کام کسی نے کیا ہو۔ یہ یہ ایک جھوٹا ابسیشن ہے، جھوٹا ابسیشن۔</w:t>
      </w:r>
    </w:p>
    <w:p>
      <w:r>
        <w:rPr>
          <w:b/>
        </w:rPr>
        <w:t xml:space="preserve">[1:42:15] </w:t>
      </w:r>
      <w:r>
        <w:t>yeh</w:t>
      </w:r>
    </w:p>
    <w:p>
      <w:pPr>
        <w:jc w:val="right"/>
      </w:pPr>
      <w:r>
        <w:t>یہ</w:t>
      </w:r>
    </w:p>
    <w:p>
      <w:r>
        <w:rPr>
          <w:b/>
        </w:rPr>
        <w:t xml:space="preserve">[1:42:17] </w:t>
      </w:r>
      <w:r>
        <w:t>toppers se main kabhi bhi zyada umeed nahin hoti mujh ko ke toppers jo hote hain, hamesha zindagi mein nakaam ho jate hain. hamari family mein ek ladka tha lucknow mein, woh matric mein us ne top kiya, poore UP mein top kiya us ne.</w:t>
      </w:r>
    </w:p>
    <w:p>
      <w:pPr>
        <w:jc w:val="right"/>
      </w:pPr>
      <w:r>
        <w:t>ٹاپرز سے میں کبھی بھی زیادہ امید نہیں ہوتی مجھ کو کہ ٹاپرز جو ہوتے ہیں، ہمیشہ زندگی میں ناکام ہو جاتے ہیں۔ ہماری فیملی میں ایک لڑکا تھا لکھنو میں، وہ میٹرک میں اس نے ٹاپ کیا، پورے یو پی میں ٹاپ کیا اس نے۔</w:t>
      </w:r>
    </w:p>
    <w:p>
      <w:r>
        <w:rPr>
          <w:b/>
        </w:rPr>
        <w:t xml:space="preserve">[1:42:31] </w:t>
      </w:r>
      <w:r>
        <w:t>us ke baad kuch parh hi nahin saka woh. to ab maa baap khoob khush ho rahe hain, beta tum ne yeh kiya. relatives jo hain, woh khoob haar pehna rahe hain, us ki dawatain ho</w:t>
      </w:r>
    </w:p>
    <w:p>
      <w:pPr>
        <w:jc w:val="right"/>
      </w:pPr>
      <w:r>
        <w:t>اس کے بعد کچھ پڑھ ہی نہیں سکا وہ۔ تو اب ماں باپ خوب خوش ہو رہے ہیں، بیٹا تم نے یہ کیا۔ ریلیٹو جو ہیں، وہ خوب ہار پہنا رہے ہیں، اس کی دعوتیں ہو</w:t>
      </w:r>
    </w:p>
    <w:p>
      <w:r>
        <w:rPr>
          <w:b/>
        </w:rPr>
        <w:t xml:space="preserve">[1:42:41] </w:t>
      </w:r>
      <w:r>
        <w:t>rahi hain. aisa woh us ko, yaani yaani is mein parha, yaani khwamkhwah apne ko samajh liya kuch ke us ki parhai chhoot gayi, us ki parh nahin paya.</w:t>
      </w:r>
    </w:p>
    <w:p>
      <w:pPr>
        <w:jc w:val="right"/>
      </w:pPr>
      <w:r>
        <w:t>رہی ہیں۔ ایسا وہ اس کو، یعنی یعنی اس میں پڑھا، یعنی خوامخواہ اپنے کو سمجھ لیا کچھ کہ اس کی پڑھائی چھوٹ گئی، اس کی پڑھ نہیں پایا۔</w:t>
      </w:r>
    </w:p>
    <w:p>
      <w:r>
        <w:rPr>
          <w:b/>
        </w:rPr>
        <w:t xml:space="preserve">[1:42:52] </w:t>
      </w:r>
      <w:r>
        <w:t>us ke baad isi mein jeene laga woh ke main to super experiment hoon, main to topper hoon. beharhal, topper hona main koi achhi baat nahin samajhta.</w:t>
      </w:r>
    </w:p>
    <w:p>
      <w:pPr>
        <w:jc w:val="right"/>
      </w:pPr>
      <w:r>
        <w:t>اس کے بعد اسی میں جینے لگا وہ کہ میں تو سپر ایکسپیرینٹ ہوں، میں تو ٹاپر ہوں۔ بہرحال، ٹاپر ہونا میں کوئی اچھی بات نہیں سمجھتا۔</w:t>
      </w:r>
    </w:p>
    <w:p>
      <w:r>
        <w:rPr>
          <w:b/>
        </w:rPr>
        <w:t xml:space="preserve">[1:43:02] </w:t>
      </w:r>
      <w:r>
        <w:t>topper logon ne dunya mein koi koi bara kaam nahin kiya hai jo school mein ya college mein top karte hain. jo</w:t>
      </w:r>
    </w:p>
    <w:p>
      <w:pPr>
        <w:jc w:val="right"/>
      </w:pPr>
      <w:r>
        <w:t>ٹاپر لوگوں نے دنیا میں کوئی کوئی بڑا کام نہیں کیا ہے جو اسکول میں یا کالج میں ٹاپ کرتے ہیں۔ جو</w:t>
      </w:r>
    </w:p>
    <w:p>
      <w:r>
        <w:rPr>
          <w:b/>
        </w:rPr>
        <w:t xml:space="preserve">[1:43:09] </w:t>
      </w:r>
      <w:r>
        <w:t>bas yahi aap kijiye ke saal bhar regular rahiye, aur imtehan aaye to us ko take it easy. bas koi top up kuch nahin, top karne ki koi zaroorat nahin hai.</w:t>
      </w:r>
    </w:p>
    <w:p>
      <w:pPr>
        <w:jc w:val="right"/>
      </w:pPr>
      <w:r>
        <w:t>بس یہی آپ کیجیے کہ سال بھر ریگولر رہیے، اور امتحان آئے تو اس کو ٹیک اٹ ایزی۔ بس کوئی ٹاپ اپ کچھ نہیں، ٹاپ کرنے کی کوئی ضرورت نہیں ہے۔</w:t>
      </w:r>
    </w:p>
    <w:p>
      <w:r>
        <w:rPr>
          <w:b/>
        </w:rPr>
        <w:t xml:space="preserve">[1:43:24] </w:t>
      </w:r>
      <w:r>
        <w:t>das question is from Fareeda Khanum. there are some people whose will power is not strong enough. how can they take a firm decision and remold their life?</w:t>
      </w:r>
    </w:p>
    <w:p>
      <w:pPr>
        <w:jc w:val="right"/>
      </w:pPr>
      <w:r>
        <w:t>دس کوئسچن از فرام فریدہ خانم۔ دیر آر سم پیپل ہوز ول پاور از ناٹ سٹرونگ انف۔ ہاؤ کین دے ٹیک ا فرم ڈیسیژن اینڈ ری مولڈ دیر لائف؟</w:t>
      </w:r>
    </w:p>
    <w:p>
      <w:r>
        <w:rPr>
          <w:b/>
        </w:rPr>
        <w:t xml:space="preserve">[1:43:42] </w:t>
      </w:r>
      <w:r>
        <w:t>dekhiye, main is ko nahin manta ke</w:t>
      </w:r>
    </w:p>
    <w:p>
      <w:pPr>
        <w:jc w:val="right"/>
      </w:pPr>
      <w:r>
        <w:t>دیکھیے، میں اس کو نہیں مانتا کہ</w:t>
      </w:r>
    </w:p>
    <w:p>
      <w:r>
        <w:rPr>
          <w:b/>
        </w:rPr>
        <w:t xml:space="preserve">[1:43:49] </w:t>
      </w:r>
      <w:r>
        <w:t>koi by nature hi weak hota hai. main is ko nahin manta.</w:t>
      </w:r>
    </w:p>
    <w:p>
      <w:pPr>
        <w:jc w:val="right"/>
      </w:pPr>
      <w:r>
        <w:t>کوئی بائی نیچر ہی ویک ہوتا ہے۔ میں اس کو نہیں مانتا۔</w:t>
      </w:r>
    </w:p>
    <w:p>
      <w:r>
        <w:rPr>
          <w:b/>
        </w:rPr>
        <w:t xml:space="preserve">[1:43:59] </w:t>
      </w:r>
      <w:r>
        <w:t>zindagi mein dekhiye, sab se bari cheez yeh nahin hai ke kisi ko Khuda ne weak paida kar diya hai. Khuda kisi ke sath zulm nahin karta.</w:t>
      </w:r>
    </w:p>
    <w:p>
      <w:pPr>
        <w:jc w:val="right"/>
      </w:pPr>
      <w:r>
        <w:t>زندگی میں دیکھیے، سب سے بڑی چیز یہ نہیں ہے کہ کسی کو خدا نے ویک پیدا کر دیا ہے۔ خدا کسی کے ساتھ ظلم نہیں کرتا۔</w:t>
      </w:r>
    </w:p>
    <w:p>
      <w:r>
        <w:rPr>
          <w:b/>
        </w:rPr>
        <w:t xml:space="preserve">[1:44:09] </w:t>
      </w:r>
      <w:r>
        <w:t>sab se bari jo stupidity hai, woh hai apne time ko waste karna,</w:t>
      </w:r>
    </w:p>
    <w:p>
      <w:pPr>
        <w:jc w:val="right"/>
      </w:pPr>
      <w:r>
        <w:t>سب سے بڑی جو اسٹیپیڈیٹی ہے، وہ ہے اپنے ٹائم کو ویسٹ کرنا،</w:t>
      </w:r>
    </w:p>
    <w:p>
      <w:r>
        <w:rPr>
          <w:b/>
        </w:rPr>
        <w:t xml:space="preserve">[1:44:19] </w:t>
      </w:r>
      <w:r>
        <w:t>apne time ko waste karna. aaj hi subah ki baat hai, mujhe ek hadith yaad aayi. aaj hi subah to main sochne laga is par.</w:t>
      </w:r>
    </w:p>
    <w:p>
      <w:pPr>
        <w:jc w:val="right"/>
      </w:pPr>
      <w:r>
        <w:t>اپنے ٹائم کو ویسٹ کرنا۔ آج ہی صبح کی بات ہے، مجھے ایک حدیث یاد آئی۔ آج ہی صبح تو میں سوچنے لگا اس پر۔</w:t>
      </w:r>
    </w:p>
    <w:p>
      <w:r>
        <w:rPr>
          <w:b/>
        </w:rPr>
        <w:t xml:space="preserve">[1:44:29] </w:t>
      </w:r>
      <w:r>
        <w:t>is mein hai ke assalatu liwaqtihi, yaani momin ki sifat batai gayi. momin ke ek kaisa hota hai,</w:t>
      </w:r>
    </w:p>
    <w:p>
      <w:pPr>
        <w:jc w:val="right"/>
      </w:pPr>
      <w:r>
        <w:t>اس میں ہے کہ الصلوۃ لوقتہ، یعنی مومن کی صفت بتائی گئی۔ مومن کے ایک کیسا ہوتا ہے،</w:t>
      </w:r>
    </w:p>
    <w:p>
      <w:r>
        <w:rPr>
          <w:b/>
        </w:rPr>
        <w:t xml:space="preserve">[1:44:38] </w:t>
      </w:r>
      <w:r>
        <w:t>is mein aaya hai ke assalatu liwaqtihi, namaz parta hai waqt par. assalatu liwaqtihi, theek waqt par namaz parhna, theek waqt par namaz parhna.</w:t>
      </w:r>
    </w:p>
    <w:p>
      <w:pPr>
        <w:jc w:val="right"/>
      </w:pPr>
      <w:r>
        <w:t>اس میں آیا ہے کہ الصلوۃ لوقتہ، نماز پڑھتا ہے وقت پر۔ الصلوۃ لوقتہ، ٹھیک وقت پر نماز پڑھنا، ٹھیک وقت پر نماز پڑھنا۔</w:t>
      </w:r>
    </w:p>
    <w:p>
      <w:r>
        <w:rPr>
          <w:b/>
        </w:rPr>
        <w:t xml:space="preserve">[1:44:53] </w:t>
      </w:r>
      <w:r>
        <w:t>ab sochta raha, sochta raha main. to theek waqt namaz parhne ka matlab hai ke kuch rituals hain, us ko theek waqt par dohra dena. nahin, yeh ek lifestyle hai,</w:t>
      </w:r>
    </w:p>
    <w:p>
      <w:pPr>
        <w:jc w:val="right"/>
      </w:pPr>
      <w:r>
        <w:t>اب سوچتا رہا، سوچتا رہا میں۔ تو ٹھیک وقت نماز پڑھنے کا مطلب ہے کہ کچھ ریچولز ہیں، اس کو ٹھیک وقت پر دہرا دینا۔ نہیں، یہ ایک لائف اسٹائل ہے،</w:t>
      </w:r>
    </w:p>
    <w:p>
      <w:r>
        <w:rPr>
          <w:b/>
        </w:rPr>
        <w:t xml:space="preserve">[1:45:04] </w:t>
      </w:r>
      <w:r>
        <w:t>yeh zindagi ka ek tareeqa hai ke time ko manage karna. assalatu liwaqtihi ka matlab hai ke woh aaye to nahin jo apne time ko manage karta hai, time ko waste nahin karta, time ko waste karne se apne aap ko bachata hai.</w:t>
      </w:r>
    </w:p>
    <w:p>
      <w:pPr>
        <w:jc w:val="right"/>
      </w:pPr>
      <w:r>
        <w:t>یہ زندگی کا ایک طریقہ ہے کہ ٹائم کو مینج کرنا۔ الصلوۃ لوقتہ کا مطلب ہے کہ وہ آئیں تو نہیں جو اپنے ٹائم کو مینج کرتا ہے، ٹائم کو ویسٹ نہیں کرتا، ٹائم کو ویسٹ کرنے سے اپنے آپ کو بچاتا ہے۔</w:t>
      </w:r>
    </w:p>
    <w:p>
      <w:r>
        <w:rPr>
          <w:b/>
        </w:rPr>
        <w:t xml:space="preserve">[1:45:21] </w:t>
      </w:r>
      <w:r>
        <w:t>to main samajhta hoon ke koi insan aisa nahin jo Khuda jis ne us ko weak paida kiya ho. lekin sare insan yeh karte hain ke apne time ko waste karte hain.</w:t>
      </w:r>
    </w:p>
    <w:p>
      <w:pPr>
        <w:jc w:val="right"/>
      </w:pPr>
      <w:r>
        <w:t>تو میں سمجھتا ہوں کہ کوئی انسان ایسا نہیں جو خدا جس نے اس کو ویک پیدا کیا ہو۔ لیکن سارے انسان یہ کرتے ہیں کہ اپنے ٹائم کو ویسٹ کرتے ہیں۔</w:t>
      </w:r>
    </w:p>
    <w:p>
      <w:r>
        <w:rPr>
          <w:b/>
        </w:rPr>
        <w:t xml:space="preserve">[1:45:31] </w:t>
      </w:r>
      <w:r>
        <w:t>aaj kal to dekhiye, hooha mein sab log guzarte hain apne time. to jadeed jab jab zindagi mein fail ho jayenge to lagenge Khuda se shikayat karenge.</w:t>
      </w:r>
    </w:p>
    <w:p>
      <w:pPr>
        <w:jc w:val="right"/>
      </w:pPr>
      <w:r>
        <w:t>آج کل تو دیکھیے، ہوہا میں سب لوگ گزارتے ہیں اپنے ٹائم۔ تو جدید جب جب زندگی میں فیل ہو جائیں گے تو لگیں گے خدا سے شکایت کریں گے۔</w:t>
      </w:r>
    </w:p>
    <w:p>
      <w:r>
        <w:rPr>
          <w:b/>
        </w:rPr>
        <w:t xml:space="preserve">[1:45:44] </w:t>
      </w:r>
      <w:r>
        <w:t>hooha culture ke khilaf main kis liye hoon? woh hai waste of time. to distraction se apne aap ko bachana.</w:t>
      </w:r>
    </w:p>
    <w:p>
      <w:pPr>
        <w:jc w:val="right"/>
      </w:pPr>
      <w:r>
        <w:t>ہوہا کلچر کے خلاف میں کس لیے ہوں؟ وہ ہے ویسٹ آف ٹائم۔ تو ڈسٹریکشن سے اپنے آپ کو بچانا۔</w:t>
      </w:r>
    </w:p>
    <w:p>
      <w:r>
        <w:rPr>
          <w:b/>
        </w:rPr>
        <w:t xml:space="preserve">[1:45:54] </w:t>
      </w:r>
      <w:r>
        <w:t>har waqt aadmi ke kisi na kisi bekar kaam mein chala jata hai.</w:t>
      </w:r>
    </w:p>
    <w:p>
      <w:pPr>
        <w:jc w:val="right"/>
      </w:pPr>
      <w:r>
        <w:t>ہر وقت آدمی کے کسی نہ کسی بیکار کام میں چلا جاتا ہے۔</w:t>
      </w:r>
    </w:p>
    <w:p>
      <w:r>
        <w:rPr>
          <w:b/>
        </w:rPr>
        <w:t xml:space="preserve">[1:45:59] </w:t>
      </w:r>
      <w:r>
        <w:t>koi sahib bizak sun raha hai, koi khwamkhwah TV dekh raha hai, koi koi ja raha hai hotel mein khana khane ke liye.</w:t>
      </w:r>
    </w:p>
    <w:p>
      <w:pPr>
        <w:jc w:val="right"/>
      </w:pPr>
      <w:r>
        <w:t>کوئی صاحب بیزک سن رہا ہے، کوئی خوامخواہ ٹی وی دیکھ رہا ہے، کوئی کوئی جا رہا ہے ہوٹل میں کھانا کھانے کے لیے۔</w:t>
      </w:r>
    </w:p>
    <w:p>
      <w:r>
        <w:rPr>
          <w:b/>
        </w:rPr>
        <w:t xml:space="preserve">[1:46:08] </w:t>
      </w:r>
      <w:r>
        <w:t>yeh sab kya hai? yeh sab waste of time hai, distraction hai. to asal kami yeh nahin hai ke Khuda ne kisi ko weak paida kiya hai.</w:t>
      </w:r>
    </w:p>
    <w:p>
      <w:pPr>
        <w:jc w:val="right"/>
      </w:pPr>
      <w:r>
        <w:t>یہ سب کیا ہے؟ یہ سب ویسٹ آف ٹائم ہے، ڈسٹریکشن ہے۔ تو اصل کمی یہ نہیں ہے کہ خدا نے کسی کو ویک پیدا کیا ہے۔</w:t>
      </w:r>
    </w:p>
    <w:p>
      <w:r>
        <w:rPr>
          <w:b/>
        </w:rPr>
        <w:t xml:space="preserve">[1:46:17] </w:t>
      </w:r>
      <w:r>
        <w:t>asal kami hai ke log khuda ki di hui seegisity ko, khuda ki di hui quality ko west karte hain, is ko zaya karte hain, idhar udhar barbaad karte</w:t>
      </w:r>
    </w:p>
    <w:p>
      <w:pPr>
        <w:jc w:val="right"/>
      </w:pPr>
      <w:r>
        <w:t>اصل کمی ہے کہ لوگ خدا کی دی ہوئی سیگیسیٹی کو، خدا کی دی ہوئی کوالٹی کو ویسٹ کرتے ہیں، اس کو ضائع کرتے ہیں، ادھر ادھر برباد کرتے</w:t>
      </w:r>
    </w:p>
    <w:p>
      <w:r>
        <w:rPr>
          <w:b/>
        </w:rPr>
        <w:t xml:space="preserve">[1:46:28] </w:t>
      </w:r>
      <w:r>
        <w:t>hain. is se bachana hai apne aap ko. apne aap ko is se bachana hai ke aap apne time ko west na karen, idhar udhar ki baaton mein apne waqt ko zaya na karen.</w:t>
      </w:r>
    </w:p>
    <w:p>
      <w:pPr>
        <w:jc w:val="right"/>
      </w:pPr>
      <w:r>
        <w:t>ہیں۔ اس سے بچانا ہے اپنے آپ کو۔ اپنے آپ کو اس سے بچانا ہے کہ آپ اپنے ٹائم کو ویسٹ نہ کریں، ادھر ادھر کی باتوں میں اپنے وقت کو ضائع نہ کریں۔</w:t>
      </w:r>
    </w:p>
    <w:p>
      <w:r>
        <w:rPr>
          <w:b/>
        </w:rPr>
        <w:t xml:space="preserve">[1:46:41] </w:t>
      </w:r>
      <w:r>
        <w:t>basic baat yeh hai, hamesha insan yani ghalti kahin hoti hai aur woh kahin samajh leta hai. maine aaj se bohat se log dekhe hain ke samajhte hain ke bhai khuda ne hamein hafza nahi diya aur hamare dil ki dekhiye muscle power kam hai, dekhiye hum ko bolna nahi aata.</w:t>
      </w:r>
    </w:p>
    <w:p>
      <w:pPr>
        <w:jc w:val="right"/>
      </w:pPr>
      <w:r>
        <w:t>بیسک بات یہ ہے، ہمیشہ انسان یعنی غلطی کہیں ہوتی ہے اور وہ کہیں سمجھ لیتا ہے۔ میں نے آج سے بہت سے لوگ دیکھے ہیں کہ سمجھتے ہیں کہ بھئی خدا نے ہمیں حافظہ نہیں دیا اور ہمارے دل کی دیکھیے مسل پاور کم ہے، دیکھیے ہم کو بولنا نہیں آتا۔</w:t>
      </w:r>
    </w:p>
    <w:p>
      <w:r>
        <w:rPr>
          <w:b/>
        </w:rPr>
        <w:t xml:space="preserve">[1:46:58] </w:t>
      </w:r>
      <w:r>
        <w:t>yeh sab mein is ko bilkul false excuse samajhta hoon. asal cheez hai time management. sab se bari cheez jo aadmi ke paas hai woh time hai.</w:t>
      </w:r>
    </w:p>
    <w:p>
      <w:pPr>
        <w:jc w:val="right"/>
      </w:pPr>
      <w:r>
        <w:t>یہ سب میں اس کو بالکل فالس ایکسکیوز سمجھتا ہوں۔ اصل چیز ہے ٹائم مینجمنٹ۔ سب سے بڑی چیز جو آدمی کے پاس ہے وہ ٹائم ہے۔</w:t>
      </w:r>
    </w:p>
    <w:p>
      <w:r>
        <w:rPr>
          <w:b/>
        </w:rPr>
        <w:t xml:space="preserve">[1:47:08] </w:t>
      </w:r>
      <w:r>
        <w:t>to main subah yahi soch raha tha ke assalato li waqtiha itna zyada importance kyun di gayi hai?</w:t>
      </w:r>
    </w:p>
    <w:p>
      <w:pPr>
        <w:jc w:val="right"/>
      </w:pPr>
      <w:r>
        <w:t>تو میں صبح یہی سوچ رہا تھا کہ الصلوۃ لوقتہ اتنا زیادہ امپورٹنس کیوں دی گئی ہے؟</w:t>
      </w:r>
    </w:p>
    <w:p>
      <w:r>
        <w:rPr>
          <w:b/>
        </w:rPr>
        <w:t xml:space="preserve">[1:47:15] </w:t>
      </w:r>
      <w:r>
        <w:t>ek shayar ne kaha hai ke roz mehshar ke jaan guzaaz but, awwaleen pursis namaz but, yani dooms day jab aayega aur day of judgment jab aayega to to bohat hi zyada kadda time hoga, woh bohat zyada hilane wala time hoga, woh ek ek ko quake hoga.</w:t>
      </w:r>
    </w:p>
    <w:p>
      <w:pPr>
        <w:jc w:val="right"/>
      </w:pPr>
      <w:r>
        <w:t>ایک شاعر نے کہا ہے کہ روز محشر کے جاں گداز بوت، اولین پرسس نماز بوت، یعنی ڈومز ڈے جب آئے گا اور ڈے آف ججمنٹ جب آئے گا تو تو بہت ہی زیادہ کڑا ٹائم ہوگا، وہ بہت زیادہ ہلانے والا ٹائم ہوگا، وہ ایک ایک کویک ہوگا۔</w:t>
      </w:r>
    </w:p>
    <w:p>
      <w:r>
        <w:rPr>
          <w:b/>
        </w:rPr>
        <w:t xml:space="preserve">[1:47:39] </w:t>
      </w:r>
      <w:r>
        <w:t>to sab se pehle jo pooch hogi woh hogi namaz ki pooch.</w:t>
      </w:r>
    </w:p>
    <w:p>
      <w:pPr>
        <w:jc w:val="right"/>
      </w:pPr>
      <w:r>
        <w:t>تو سب سے پہلے جو پوچھ ہوگی وہ ہوگی نماز کی پوچھ۔</w:t>
      </w:r>
    </w:p>
    <w:p>
      <w:r>
        <w:rPr>
          <w:b/>
        </w:rPr>
        <w:t xml:space="preserve">[1:47:46] </w:t>
      </w:r>
      <w:r>
        <w:t>roz mehshar ke jaan guzaaz but, awwaleen pursis namaz but. to log is ko le le le lete hain kis samajh mein? kis mani mein? ke rituals jo hain isi rituals ke liye poocha jayega wahan.</w:t>
      </w:r>
    </w:p>
    <w:p>
      <w:pPr>
        <w:jc w:val="right"/>
      </w:pPr>
      <w:r>
        <w:t>روز محشر کے جاں گداز بوت، اولین پرسس نماز بوت۔ تو لوگ اس کو لے لے لے لیتے ہیں کس سمجھ میں؟ کس معنی میں؟ کہ ریچولز جو ہیں اسی ریچولز کے لیے پوچھا جائے گا وہاں۔</w:t>
      </w:r>
    </w:p>
    <w:p>
      <w:r>
        <w:rPr>
          <w:b/>
        </w:rPr>
        <w:t xml:space="preserve">[1:47:59] </w:t>
      </w:r>
      <w:r>
        <w:t>yeh namaz ko underestimate karna hai, yeh khuda ko underestimate karna hai, day of judgment ko underestimate karna hai.</w:t>
      </w:r>
    </w:p>
    <w:p>
      <w:pPr>
        <w:jc w:val="right"/>
      </w:pPr>
      <w:r>
        <w:t>یہ نماز کو انڈرسٹیمیٹ کرنا ہے، یہ خدا کو انڈرسٹیمیٹ کرنا ہے، ڈے آف ججمنٹ کو انڈرسٹیمیٹ کرنا ہے۔</w:t>
      </w:r>
    </w:p>
    <w:p>
      <w:r>
        <w:rPr>
          <w:b/>
        </w:rPr>
        <w:t xml:space="preserve">[1:48:09] </w:t>
      </w:r>
      <w:r>
        <w:t>yeh is ka matlab yeh hai ke dekha jayega wahan ke woh time ka jo diya tha, wealth khuda ne time ki jo nemat di thi, kis ne is ko west kiya, kis ne is ko istemal kiya.</w:t>
      </w:r>
    </w:p>
    <w:p>
      <w:pPr>
        <w:jc w:val="right"/>
      </w:pPr>
      <w:r>
        <w:t>یہ اس کا مطلب یہ ہے کہ دیکھا جائے گا وہاں کہ وہ ٹائم کا جو دیا تھا، ویلتھ خدا نے ٹائم کی جو نعمت دی تھی، کس نے اس کو ویسٹ کیا، کس نے اس کو استعمال کیا۔</w:t>
      </w:r>
    </w:p>
    <w:p>
      <w:r>
        <w:rPr>
          <w:b/>
        </w:rPr>
        <w:t xml:space="preserve">[1:48:23] </w:t>
      </w:r>
      <w:r>
        <w:t>yeh dekha jayega kyun ke regulator hai, namaz regulator hai, namaz time ka regulator hai, yani 24 ghante ko paanch waqt mein baanta hai.</w:t>
      </w:r>
    </w:p>
    <w:p>
      <w:pPr>
        <w:jc w:val="right"/>
      </w:pPr>
      <w:r>
        <w:t>یہ دیکھا جائے گا کیونکہ ریگولیٹر ہے، نماز ریگولیٹر ہے، نماز ٹائم کا ریگولیٹر ہے، یعنی 24 گھنٹے کو پانچ وقت میں بانٹا ہے۔</w:t>
      </w:r>
    </w:p>
    <w:p>
      <w:r>
        <w:rPr>
          <w:b/>
        </w:rPr>
        <w:t xml:space="preserve">[1:48:36] </w:t>
      </w:r>
      <w:r>
        <w:t>yeh kya hai? time ko regulate kiya hai.</w:t>
      </w:r>
    </w:p>
    <w:p>
      <w:pPr>
        <w:jc w:val="right"/>
      </w:pPr>
      <w:r>
        <w:t>یہ کیا ہے؟ ٹائم کو ریگولیٹ کیا ہے۔</w:t>
      </w:r>
    </w:p>
    <w:p>
      <w:r>
        <w:rPr>
          <w:b/>
        </w:rPr>
        <w:t xml:space="preserve">[1:48:39] </w:t>
      </w:r>
      <w:r>
        <w:t>to namaz jo hai time ka regulator hai.</w:t>
      </w:r>
    </w:p>
    <w:p>
      <w:pPr>
        <w:jc w:val="right"/>
      </w:pPr>
      <w:r>
        <w:t>تو نماز جو ہے ٹائم کا ریگولیٹر ہے۔</w:t>
      </w:r>
    </w:p>
    <w:p>
      <w:r>
        <w:rPr>
          <w:b/>
        </w:rPr>
        <w:t xml:space="preserve">[1:48:46] </w:t>
      </w:r>
      <w:r>
        <w:t>ghadi par ek maine ek advertisement dekha tha, us mein likha hua tha time keeper. to namaz jo hai time keeper hai, namaz time ka regulator hai.</w:t>
      </w:r>
    </w:p>
    <w:p>
      <w:pPr>
        <w:jc w:val="right"/>
      </w:pPr>
      <w:r>
        <w:t>گھڑی پر ایک میں نے ایک ایڈورٹائزمنٹ دیکھا تھا، اس میں لکھا ہوا تھا ٹائم کیپر۔ تو نماز جو ہے ٹائم کیپر ہے، نماز ٹائم کا ریگولیٹر ہے۔</w:t>
      </w:r>
    </w:p>
    <w:p>
      <w:r>
        <w:rPr>
          <w:b/>
        </w:rPr>
        <w:t xml:space="preserve">[1:48:58] </w:t>
      </w:r>
      <w:r>
        <w:t>to jo poocha jayega wahi poocha jayega ke tum ne jo time tum ko diya gaya tha, kaise tum ne is ko manage kiya?</w:t>
      </w:r>
    </w:p>
    <w:p>
      <w:pPr>
        <w:jc w:val="right"/>
      </w:pPr>
      <w:r>
        <w:t>تو جو پوچھا جائے گا وہی پوچھا جائے گا کہ تم نے جو ٹائم تم کو دیا گیا تھا، کیسے تم نے اس کو مینج کیا؟</w:t>
      </w:r>
    </w:p>
    <w:p>
      <w:r>
        <w:rPr>
          <w:b/>
        </w:rPr>
        <w:t xml:space="preserve">[1:49:07] </w:t>
      </w:r>
      <w:r>
        <w:t>kaise tum ne is</w:t>
      </w:r>
    </w:p>
    <w:p>
      <w:pPr>
        <w:jc w:val="right"/>
      </w:pPr>
      <w:r>
        <w:t>کیسے تم نے اس</w:t>
      </w:r>
    </w:p>
    <w:p>
      <w:r>
        <w:rPr>
          <w:b/>
        </w:rPr>
        <w:t xml:space="preserve">[1:49:08] </w:t>
      </w:r>
      <w:r>
        <w:t>ko avail kiya? kaise tum ne is ko istemal kiya?</w:t>
      </w:r>
    </w:p>
    <w:p>
      <w:pPr>
        <w:jc w:val="right"/>
      </w:pPr>
      <w:r>
        <w:t>کو اویل کیا؟ کیسے تم نے اس کو استعمال کیا؟</w:t>
      </w:r>
    </w:p>
    <w:p>
      <w:r>
        <w:rPr>
          <w:b/>
        </w:rPr>
        <w:t xml:space="preserve">[1:49:14] </w:t>
      </w:r>
      <w:r>
        <w:t>asal cheez yahan par dhyan dena hai, na ke yeh sochna ke koi weak hai, koi strong hai. main kisi ko main apne bare mein kahoon ke bachpan mein hamare jo khandan ke jo barhe the,</w:t>
      </w:r>
    </w:p>
    <w:p>
      <w:pPr>
        <w:jc w:val="right"/>
      </w:pPr>
      <w:r>
        <w:t>اصل چیز یہاں پر دھیان دینا ہے، نہ کہ یہ سوچنا کہ کوئی ویک ہے، کوئی سٹرونگ ہے۔ میں کسی کو میں اپنے بارے میں کہوں کہ بچپن میں ہمارے جو خاندان کے جو بڑے تھے،</w:t>
      </w:r>
    </w:p>
    <w:p>
      <w:r>
        <w:rPr>
          <w:b/>
        </w:rPr>
        <w:t xml:space="preserve">[1:49:30] </w:t>
      </w:r>
      <w:r>
        <w:t>yani wahi hamare khandan mein barhe the, us waqt mere baap mar chuke the, to mujh ko Mirza Foya kehte the.</w:t>
      </w:r>
    </w:p>
    <w:p>
      <w:pPr>
        <w:jc w:val="right"/>
      </w:pPr>
      <w:r>
        <w:t>یعنی وہی ہمارے خاندان میں بڑے تھے، اس وقت میرے باپ مر چکے تھے، تو مجھ کو مرزا فویا کہتے تھے۔</w:t>
      </w:r>
    </w:p>
    <w:p>
      <w:r>
        <w:rPr>
          <w:b/>
        </w:rPr>
        <w:t xml:space="preserve">[1:49:38] </w:t>
      </w:r>
      <w:r>
        <w:t>Mirza Foya, aap shayad is ko na samajhte hon, yeh urdu mein ek bohat well known novelist guzre hain, deputy nazeer ahmed.</w:t>
      </w:r>
    </w:p>
    <w:p>
      <w:pPr>
        <w:jc w:val="right"/>
      </w:pPr>
      <w:r>
        <w:t>مرزا فویا، آپ شاید اس کو نہ سمجھتے ہوں، یہ اردو میں ایک بہت ویل نون ناولسٹ گزرے ہیں، ڈپٹی ندیر احمد۔</w:t>
      </w:r>
    </w:p>
    <w:p>
      <w:r>
        <w:rPr>
          <w:b/>
        </w:rPr>
        <w:t xml:space="preserve">[1:49:53] </w:t>
      </w:r>
      <w:r>
        <w:t>kayi novelain un ki hain aur classical literature mein un ki kitabon mein maani jati hain. un ki classical literature mein urdu ka to un ka ek character hota hai, Mirza Fo</w:t>
      </w:r>
    </w:p>
    <w:p>
      <w:pPr>
        <w:jc w:val="right"/>
      </w:pPr>
      <w:r>
        <w:t>کئی ناولیں ان کی ہیں اور کلاسیکل لٹریچر میں ان کی کتابوں میں مانی جاتی ہیں۔ ان کی کلاسیکل لٹریچر میں اردو کا تو ان کا ایک کریکٹر ہوتا ہے، مرزا فو</w:t>
      </w:r>
    </w:p>
    <w:p>
      <w:r>
        <w:rPr>
          <w:b/>
        </w:rPr>
        <w:t xml:space="preserve">[1:50:04] </w:t>
      </w:r>
      <w:r>
        <w:t>ya. Mirza Foya ka matlab stupid, bewakoof, kuch cheez ko samajh mein na aaye. to mujh ko Mirza Foya kaha karte the.</w:t>
      </w:r>
    </w:p>
    <w:p>
      <w:pPr>
        <w:jc w:val="right"/>
      </w:pPr>
      <w:r>
        <w:t>یا۔ مرزا فویا کا مطلب اسٹیپڈ، بیوقوف، کچھ چیز کو سمجھ میں نہ آئے۔ تو مجھ کو مرزا فویا کہا کرتے تھے۔</w:t>
      </w:r>
    </w:p>
    <w:p>
      <w:r>
        <w:rPr>
          <w:b/>
        </w:rPr>
        <w:t xml:space="preserve">[1:50:12] </w:t>
      </w:r>
      <w:r>
        <w:t>woh matlab mein un ke nazdeek ek bohat hi weak personality tha, ek weak personality tha.</w:t>
      </w:r>
    </w:p>
    <w:p>
      <w:pPr>
        <w:jc w:val="right"/>
      </w:pPr>
      <w:r>
        <w:t>وہ مطلب میں ان کے نزدیک ایک بہت ہی ویک پرسنیلٹی تھا، ایک ویک پرسنیلٹی تھا۔</w:t>
      </w:r>
    </w:p>
    <w:p>
      <w:r>
        <w:rPr>
          <w:b/>
        </w:rPr>
        <w:t xml:space="preserve">[1:50:22] </w:t>
      </w:r>
      <w:r>
        <w:t>lekin khuda ke fazal se, yani maine apne aap ko discover kiya aur khuda ne mujhe yeh tofeeq di hai ke mujh par mujh ko bataya ke tum ek strong personality ho.</w:t>
      </w:r>
    </w:p>
    <w:p>
      <w:pPr>
        <w:jc w:val="right"/>
      </w:pPr>
      <w:r>
        <w:t>لیکن خدا کے فضل سے، یعنی میں نے اپنے آپ کو ڈسکور کیا اور خدا نے مجھے یہ توفیق دی ہے کہ مجھ پر مجھ کو بتایا کہ تم ایک سٹرونگ پرسنیلٹی ہو۔</w:t>
      </w:r>
    </w:p>
    <w:p>
      <w:r>
        <w:rPr>
          <w:b/>
        </w:rPr>
        <w:t xml:space="preserve">[1:50:36] </w:t>
      </w:r>
      <w:r>
        <w:t>to yeh sab cheezen kuch bhi nahi hain. sab se zyada importance yeh hai ke aap ek to yeh hai ke aap do cheezen hain, money management aur time management.</w:t>
      </w:r>
    </w:p>
    <w:p>
      <w:pPr>
        <w:jc w:val="right"/>
      </w:pPr>
      <w:r>
        <w:t>تو یہ سب چیزیں کچھ بھی نہیں ہیں۔ سب سے زیادہ امپورٹنس یہ ہے کہ آپ ایک تو یہ ہے کہ آپ دو چیزیں ہیں، منی مینجمنٹ اور ٹائم مینجمنٹ۔</w:t>
      </w:r>
    </w:p>
    <w:p>
      <w:r>
        <w:rPr>
          <w:b/>
        </w:rPr>
        <w:t xml:space="preserve">[1:50:48] </w:t>
      </w:r>
      <w:r>
        <w:t>saare log one to all jo hai bani ko waste karte hain. quran majeed mein hai ke in al-mubazireen kaana khawaar shayaateen, jo paise ko idhar udhar kharch karein bekaar cheezon mein,</w:t>
      </w:r>
    </w:p>
    <w:p>
      <w:pPr>
        <w:jc w:val="right"/>
      </w:pPr>
      <w:r>
        <w:t>سارے لوگ ون ٹو ال جو ہے بنی کو ویسٹ کرتے ہیں۔ قرآن مجید میں ہے کہ ان المبذرین کان خوار شیاطین، جو پیسے کو ادھر ادھر خرچ کریں بیکار چیزوں میں،</w:t>
      </w:r>
    </w:p>
    <w:p>
      <w:r>
        <w:rPr>
          <w:b/>
        </w:rPr>
        <w:t xml:space="preserve">[1:51:01] </w:t>
      </w:r>
      <w:r>
        <w:t>woh shaitan ke bhai hain.</w:t>
      </w:r>
    </w:p>
    <w:p>
      <w:pPr>
        <w:jc w:val="right"/>
      </w:pPr>
      <w:r>
        <w:t>وہ شیطان کے بھائی ہیں۔</w:t>
      </w:r>
    </w:p>
    <w:p>
      <w:r>
        <w:rPr>
          <w:b/>
        </w:rPr>
        <w:t xml:space="preserve">[1:51:05] </w:t>
      </w:r>
      <w:r>
        <w:t>ab shaadiyon mein log itna itna paisa kharch karte hain, daawaton mein itna itna kharch karte hain, outing aur shopping mein itna itna paisa kharch karte hain. yeh sab shaitaani kaam hain, sab shaitaani kaam hain.</w:t>
      </w:r>
    </w:p>
    <w:p>
      <w:pPr>
        <w:jc w:val="right"/>
      </w:pPr>
      <w:r>
        <w:t>اب شادیوں میں لوگ اتنا اتنا پیسہ خرچ کرتے ہیں، دعوتوں میں اتنا اتنا خرچ کرتے ہیں، آؤٹنگ اور شاپنگ میں اتنا اتنا پیسہ خرچ کرتے ہیں۔ یہ سب شیطانی کام ہیں، سب شیطانی کام ہیں۔</w:t>
      </w:r>
    </w:p>
    <w:p>
      <w:r>
        <w:rPr>
          <w:b/>
        </w:rPr>
        <w:t xml:space="preserve">[1:51:16] </w:t>
      </w:r>
      <w:r>
        <w:t>yeh paisa kis liye hai? constructive activities ke liye, fazool barbaad ke liye nahi hai.</w:t>
      </w:r>
    </w:p>
    <w:p>
      <w:pPr>
        <w:jc w:val="right"/>
      </w:pPr>
      <w:r>
        <w:t>یہ پیسہ کس لیے ہے؟ کنسٹرکٹیو ایکٹیویٹیز کے لیے، فضول برباد کے لیے نہیں ہے۔</w:t>
      </w:r>
    </w:p>
    <w:p>
      <w:r>
        <w:rPr>
          <w:b/>
        </w:rPr>
        <w:t xml:space="preserve">[1:51:25] </w:t>
      </w:r>
      <w:r>
        <w:t>toh agar aap do cheezon ko pakad lein, money management aur time management, toh bas duniya bhi aap ki achhi hai aur inshallah aap akhirat bhi aap ki achhi hai.</w:t>
      </w:r>
    </w:p>
    <w:p>
      <w:pPr>
        <w:jc w:val="right"/>
      </w:pPr>
      <w:r>
        <w:t>تو اگر آپ دو چیزوں کو پکڑ لیں، منی مینجمنٹ اور ٹائم مینجمنٹ، تو بس دنیا بھی آپ کی اچھی ہے اور انشاءاللہ آپ آخرت بھی آپ کی اچھی ہے۔</w:t>
      </w:r>
    </w:p>
    <w:p>
      <w:r>
        <w:rPr>
          <w:b/>
        </w:rPr>
        <w:t xml:space="preserve">[1:51:36] </w:t>
      </w:r>
      <w:r>
        <w:t>das question is from aisha. what is the significance of simplicity?</w:t>
      </w:r>
    </w:p>
    <w:p>
      <w:pPr>
        <w:jc w:val="right"/>
      </w:pPr>
      <w:r>
        <w:t>دس کوئسچن از فرام عائشہ۔ واٹ از دی سگنیفیکنس اف سمپلیسٹی؟</w:t>
      </w:r>
    </w:p>
    <w:p>
      <w:r>
        <w:rPr>
          <w:b/>
        </w:rPr>
        <w:t xml:space="preserve">[1:51:46] </w:t>
      </w:r>
      <w:r>
        <w:t>simplicity ka matlab hai distraction se apne aap ko bachana,</w:t>
      </w:r>
    </w:p>
    <w:p>
      <w:pPr>
        <w:jc w:val="right"/>
      </w:pPr>
      <w:r>
        <w:t>سمپلیسٹی کا مطلب ہے ڈسٹریکشن سے اپنے آپ کو بچانا،</w:t>
      </w:r>
    </w:p>
    <w:p>
      <w:r>
        <w:rPr>
          <w:b/>
        </w:rPr>
        <w:t xml:space="preserve">[1:51:53] </w:t>
      </w:r>
      <w:r>
        <w:t>distraction se apne aap ko bachana. ab dekhiye, main ek baar ek saahab ko apne saath le gaya, woh ek madrasay ke padhe hue the, toh woh to helper ke mein un ko saath le gaya.</w:t>
      </w:r>
    </w:p>
    <w:p>
      <w:pPr>
        <w:jc w:val="right"/>
      </w:pPr>
      <w:r>
        <w:t>ڈسٹریکشن سے اپنے آپ کو بچانا۔ اب دیکھیے، میں ایک بار ایک صاحب کو اپنے ساتھ لے گیا، وہ ایک مدرسے کے پڑھے ہوئے تھے، تو وہ تو ہیلپر کے میں ان کو ساتھ لے گیا۔</w:t>
      </w:r>
    </w:p>
    <w:p>
      <w:r>
        <w:rPr>
          <w:b/>
        </w:rPr>
        <w:t xml:space="preserve">[1:52:06] </w:t>
      </w:r>
      <w:r>
        <w:t>ab un ka maamla kya tha? har program mein woh late rehte thay. woh ab mujhe mukhtalif program mein jaana padta tha, yahan wahan, yahan wahan, hamesha woh late rehte thay.</w:t>
      </w:r>
    </w:p>
    <w:p>
      <w:pPr>
        <w:jc w:val="right"/>
      </w:pPr>
      <w:r>
        <w:t>اب ان کا معاملہ کیا تھا؟ ہر پروگرام میں وہ لیٹ رہتے تھے۔ وہ اب مجھے مختلف پروگرام میں جانا پڑتا تھا، یہاں وہاں، یہاں وہاں، ہمیشہ وہ لیٹ رہتے تھے۔</w:t>
      </w:r>
    </w:p>
    <w:p>
      <w:r>
        <w:rPr>
          <w:b/>
        </w:rPr>
        <w:t xml:space="preserve">[1:52:15] </w:t>
      </w:r>
      <w:r>
        <w:t>kyun? un ka kapda press abhi nahi hua gaya tha. hazrat, kapda press kiye baghair woh kahin jaate nahi thay.</w:t>
      </w:r>
    </w:p>
    <w:p>
      <w:pPr>
        <w:jc w:val="right"/>
      </w:pPr>
      <w:r>
        <w:t>کیوں؟ ان کا کپڑا پریس ابھی نہیں ہوا گیا تھا۔ حضرت، کپڑا پریس کیے بغیر وہ کہیں جاتے نہیں تھے۔</w:t>
      </w:r>
    </w:p>
    <w:p>
      <w:r>
        <w:rPr>
          <w:b/>
        </w:rPr>
        <w:t xml:space="preserve">[1:52:24] </w:t>
      </w:r>
      <w:r>
        <w:t>ab woh wait kar rahe hain, arey abhi kapda press ho kar nahi aaya, abhi kapda press ho kar nahi aaya. ab main koi jo pehle jo pehne hain, woh chala gaya pehan kar ke.</w:t>
      </w:r>
    </w:p>
    <w:p>
      <w:pPr>
        <w:jc w:val="right"/>
      </w:pPr>
      <w:r>
        <w:t>اب وہ ویٹ کر رہے ہیں، ارے ابھی کپڑا پریس ہو کر نہیں آیا، ابھی کپڑا پریس ہو کر نہیں آیا۔ اب میں کوئی جو پہلے جو پہنے ہیں، وہ چلا گیا پہن کر کے۔</w:t>
      </w:r>
    </w:p>
    <w:p>
      <w:r>
        <w:rPr>
          <w:b/>
        </w:rPr>
        <w:t xml:space="preserve">[1:52:34] </w:t>
      </w:r>
      <w:r>
        <w:t>mujhe koi matlab hi nahi ke press hai ke nahi hai. press toh main karwata bhi nahi, main time par pahunchta tha, main kabhi late nahi hota.</w:t>
      </w:r>
    </w:p>
    <w:p>
      <w:pPr>
        <w:jc w:val="right"/>
      </w:pPr>
      <w:r>
        <w:t>مجھے کوئی مطلب ہی نہیں کہ پریس ہے کہ نہیں ہے۔ پریس تو میں کرواتا بھی نہیں، میں ٹائم پر پہنچتا تھا، میں کبھی لیٹ نہیں ہوتا۔</w:t>
      </w:r>
    </w:p>
    <w:p>
      <w:r>
        <w:rPr>
          <w:b/>
        </w:rPr>
        <w:t xml:space="preserve">[1:52:43] </w:t>
      </w:r>
      <w:r>
        <w:t>woh hamesha late hote thay kyunke woh, yaani hotel mein aap jaante hain ke woh ka intezaam rehta hai kapda dhone ka, washing aur dry cleaning waghera ka.</w:t>
      </w:r>
    </w:p>
    <w:p>
      <w:pPr>
        <w:jc w:val="right"/>
      </w:pPr>
      <w:r>
        <w:t>وہ ہمیشہ لیٹ ہوتے تھے کیونکہ وہ، یعنی ہوٹل میں آپ جانتے ہیں کہ وہ کا انتظام رہتا ہے کپڑا دھونے کا، واشنگ اور ڈرائی کلیننگ وغیرہ کا۔</w:t>
      </w:r>
    </w:p>
    <w:p>
      <w:r>
        <w:rPr>
          <w:b/>
        </w:rPr>
        <w:t xml:space="preserve">[1:52:58] </w:t>
      </w:r>
      <w:r>
        <w:t>toh main toh kabhi nahi kisi hotel mein maine istemaal kiya is ko</w:t>
      </w:r>
    </w:p>
    <w:p>
      <w:pPr>
        <w:jc w:val="right"/>
      </w:pPr>
      <w:r>
        <w:t>تو میں تو کبھی نہیں کسی ہوٹل میں میں نے استعمال کیا اس کو</w:t>
      </w:r>
    </w:p>
    <w:p>
      <w:r>
        <w:rPr>
          <w:b/>
        </w:rPr>
        <w:t xml:space="preserve">[1:53:02] </w:t>
      </w:r>
      <w:r>
        <w:t>, haalanke woh free mein hota hai. hamein paisa nahi dena padta, paisa toh woh log denge jinhone hum bulaya hai. hamein kabhi aaj tak maine kabhi kisi hotel mein apna kapda jo hai nahi diya washing ke liye,</w:t>
      </w:r>
    </w:p>
    <w:p>
      <w:pPr>
        <w:jc w:val="right"/>
      </w:pPr>
      <w:r>
        <w:t>، حالانکہ وہ فری میں ہوتا ہے۔ ہمیں پیسہ نہیں دینا پڑتا، پیسہ تو وہ لوگ دیں گے جنہوں نے ہم بلایا ہے۔ ہمیں کبھی آج تک میں نے کبھی کسی ہوٹل میں اپنا کپڑا جو ہے نہیں دیا واشنگ کے لیے،</w:t>
      </w:r>
    </w:p>
    <w:p>
      <w:r>
        <w:rPr>
          <w:b/>
        </w:rPr>
        <w:t xml:space="preserve">[1:53:16] </w:t>
      </w:r>
      <w:r>
        <w:t>dhone ke liye.</w:t>
      </w:r>
    </w:p>
    <w:p>
      <w:pPr>
        <w:jc w:val="right"/>
      </w:pPr>
      <w:r>
        <w:t>دھونے کے لیے۔</w:t>
      </w:r>
    </w:p>
    <w:p>
      <w:r>
        <w:rPr>
          <w:b/>
        </w:rPr>
        <w:t xml:space="preserve">[1:53:18] </w:t>
      </w:r>
      <w:r>
        <w:t>woh jahan jaate thay, ab kisi hotel mein sab se pehle un ka kapda jo hai, woh woh washing wale ko bulate thay, woh dete thay us ko. aur kuch aksar kuch na kuch der ho jaati thi ke saahab, woh press nahi hua hai.</w:t>
      </w:r>
    </w:p>
    <w:p>
      <w:pPr>
        <w:jc w:val="right"/>
      </w:pPr>
      <w:r>
        <w:t>وہ جہاں جاتے تھے، اب کسی ہوٹل میں سب سے پہلے ان کا کپڑا جو ہے، وہ وہ واشنگ والے کو بلاتے تھے، وہ دیتے تھے اس کو۔ اور کچھ اکثر کچھ نہ کچھ دیر ہو جاتی تھی کہ صاحب، وہ پریس نہیں ہوا ہے۔</w:t>
      </w:r>
    </w:p>
    <w:p>
      <w:r>
        <w:rPr>
          <w:b/>
        </w:rPr>
        <w:t xml:space="preserve">[1:53:33] </w:t>
      </w:r>
      <w:r>
        <w:t>ab isi liye main woh har program mein khud bhi der karte thay, mujhe bhi der karwate thay. toh maine kaha, main kabhi aap ko nahi le jaunga. yeh hai simplicity ka faida aur nuksaan.</w:t>
      </w:r>
    </w:p>
    <w:p>
      <w:pPr>
        <w:jc w:val="right"/>
      </w:pPr>
      <w:r>
        <w:t>اب اسی لیے میں وہ ہر پروگرام میں خود بھی دیر کرتے تھے، مجھے بھی دیر کرواتے تھے۔ تو میں نے کہا، میں کبھی آپ کو نہیں لے جاؤں گا۔ یہ ہے سمپلیسٹی کا فائدہ اور نقصان۔</w:t>
      </w:r>
    </w:p>
    <w:p>
      <w:r>
        <w:rPr>
          <w:b/>
        </w:rPr>
        <w:t xml:space="preserve">[1:53:46] </w:t>
      </w:r>
      <w:r>
        <w:t>main apne simplicity ki wajah se time par pahunchta tha, woh is chakkar mein ke kapde khud press hon, hamesha der mein pahuchte thay. toh simplicity jo hai, woh bohat hi important hai.</w:t>
      </w:r>
    </w:p>
    <w:p>
      <w:pPr>
        <w:jc w:val="right"/>
      </w:pPr>
      <w:r>
        <w:t>میں اپنے سمپلیسٹی کی وجہ سے ٹائم پر پہنچتا تھا، وہ اس چکر میں کہ کپڑے خود پریس ہوں، ہمیشہ دیر میں پہنچتے تھے۔ تو سمپلیسٹی جو ہے، وہ بہت ہی امپورٹنٹ ہے۔</w:t>
      </w:r>
    </w:p>
    <w:p>
      <w:r>
        <w:rPr>
          <w:b/>
        </w:rPr>
        <w:t xml:space="preserve">[1:54:01] </w:t>
      </w:r>
      <w:r>
        <w:t>sab se bada distraction jo hai, woh yahi hai. sab se bada distraction aaj kal aurtein jo hain, bas makeup, khwamkhwah makeup, baghair makeup ke bahar nahi nikalti.</w:t>
      </w:r>
    </w:p>
    <w:p>
      <w:pPr>
        <w:jc w:val="right"/>
      </w:pPr>
      <w:r>
        <w:t>سب سے بڑا ڈسٹریکشن جو ہے، وہ یہی ہے۔ سب سے بڑا ڈسٹریکشن آج کل عورتیں جو ہیں، بس میک اپ، خوامخواہ میک اپ، بغیر میک اپ کے باہر نہیں نکلتی۔</w:t>
      </w:r>
    </w:p>
    <w:p>
      <w:r>
        <w:rPr>
          <w:b/>
        </w:rPr>
        <w:t xml:space="preserve">[1:54:11] </w:t>
      </w:r>
      <w:r>
        <w:t>main toh is ko ek azaab samajhta hoon ke makeup kare toh ab niklein bahar.</w:t>
      </w:r>
    </w:p>
    <w:p>
      <w:pPr>
        <w:jc w:val="right"/>
      </w:pPr>
      <w:r>
        <w:t>میں تو اس کو ایک عذاب سمجھتا ہوں کہ میک اپ کرے تو اب نکلیں باہر۔</w:t>
      </w:r>
    </w:p>
    <w:p>
      <w:r>
        <w:rPr>
          <w:b/>
        </w:rPr>
        <w:t xml:space="preserve">[1:54:17] </w:t>
      </w:r>
      <w:r>
        <w:t>aur azaab hi nahi, main samajhta hoon ke Khuda ke khilaaf vote dena hai. yeh aap ko jo Khuda ne jo di hai, jo body, jo aap ko jo cheez di hai, woh zyada beautiful hai makeup ke muqable mein.</w:t>
      </w:r>
    </w:p>
    <w:p>
      <w:pPr>
        <w:jc w:val="right"/>
      </w:pPr>
      <w:r>
        <w:t>اور عذاب ہی نہیں، میں سمجھتا ہوں کہ خدا کے خلاف ووٹ دینا ہے۔ یہ آپ کو جو خدا نے جو دی ہے، جو باڈی، جو آپ کو جو چیز دی ہے، وہ زیادہ بیوٹی فل ہے میک اپ کے مقابلے میں۔</w:t>
      </w:r>
    </w:p>
    <w:p>
      <w:r>
        <w:rPr>
          <w:b/>
        </w:rPr>
        <w:t xml:space="preserve">[1:54:33] </w:t>
      </w:r>
      <w:r>
        <w:t>makeup ko main uglification samajhta hoon, har makeup uglification hai, yaani Khuda ki beauty ko aur tarnish karna hai.</w:t>
      </w:r>
    </w:p>
    <w:p>
      <w:pPr>
        <w:jc w:val="right"/>
      </w:pPr>
      <w:r>
        <w:t>میک اپ کو میں اگلیفیکیشن سمجھتا ہوں، ہر میک اپ اگلیفیکیشن ہے، یعنی خدا کی بیوٹی کو اور ٹارنش کرنا ہے۔</w:t>
      </w:r>
    </w:p>
    <w:p>
      <w:r>
        <w:rPr>
          <w:b/>
        </w:rPr>
        <w:t xml:space="preserve">[1:54:45] </w:t>
      </w:r>
      <w:r>
        <w:t>Khuda ki beauty ko tarnish karna hai, yaad rakhiye, kya Khuda aap ko paradise mein le jayega? yeh saare log jo jeete hain makeup mein, woh sab hell mein jayenge.</w:t>
      </w:r>
    </w:p>
    <w:p>
      <w:pPr>
        <w:jc w:val="right"/>
      </w:pPr>
      <w:r>
        <w:t>خدا کی بیوٹی کو ٹارنش کرنا ہے، یاد رکھیے، کیا خدا آپ کو پیراڈائز میں لے جائے گا؟ یہ سارے لوگ جو جیتے ہیں میک اپ میں، وہ سب ہیل میں جائیں گے۔</w:t>
      </w:r>
    </w:p>
    <w:p>
      <w:r>
        <w:rPr>
          <w:b/>
        </w:rPr>
        <w:t xml:space="preserve">[1:54:56] </w:t>
      </w:r>
      <w:r>
        <w:t>ek taraf se hell mein daalo un ko, hell mein, kyunke meri beauty ko unhone tarnish kiya, jo beauty mein ne di thi un ko, us ko tarnish kiya.</w:t>
      </w:r>
    </w:p>
    <w:p>
      <w:pPr>
        <w:jc w:val="right"/>
      </w:pPr>
      <w:r>
        <w:t>ایک طرف سے ہیل میں ڈالو ان کو، ہیل میں، کیونکہ میری بیوٹی کو انہوں نے ٹارنش کیا، جو بیوٹی میں نے دی تھی ان کو، اس کو ٹارنش کیا۔</w:t>
      </w:r>
    </w:p>
    <w:p>
      <w:r>
        <w:rPr>
          <w:b/>
        </w:rPr>
        <w:t xml:space="preserve">[1:55:06] </w:t>
      </w:r>
      <w:r>
        <w:t>mein jata hoon yahan jab tv mein to wahan par aik hota hai, aik room, woh makeup room hota hai.</w:t>
      </w:r>
    </w:p>
    <w:p>
      <w:pPr>
        <w:jc w:val="right"/>
      </w:pPr>
      <w:r>
        <w:t>میں جاتا ہوں یہاں جب ٹی وی میں تو وہاں پر ایک ہوتا ہے، ایک روم، وہ میک اپ روم ہوتا ہے۔</w:t>
      </w:r>
    </w:p>
    <w:p>
      <w:r>
        <w:rPr>
          <w:b/>
        </w:rPr>
        <w:t xml:space="preserve">[1:55:14] </w:t>
      </w:r>
      <w:r>
        <w:t>sab ko yeh kiya karte hain, woh sab karte hain. to mujhe bhi, maine kaha, mein bohat ghussa hota hoon ke khuda ne mujhe jo bataya, woh ziyada bari beauty hai. khuda ne mera mujhe makeup kar ke bheja dunya mein, tum kiya makeup karoge?</w:t>
      </w:r>
    </w:p>
    <w:p>
      <w:pPr>
        <w:jc w:val="right"/>
      </w:pPr>
      <w:r>
        <w:t>سب کو یہ کیا کرتے ہیں، وہ سب کرتے ہیں۔ تو مجھے بھی، میں نے کہا، میں بہت غصہ ہوتا ہوں کہ خدا نے مجھے جو بتایا، وہ زیادہ بڑی بیوٹی ہے۔ خدا نے میرا مجھے میک اپ کر کے بھیجا دنیا میں، تم کیا میک اپ کرو گے؟</w:t>
      </w:r>
    </w:p>
    <w:p>
      <w:r>
        <w:rPr>
          <w:b/>
        </w:rPr>
        <w:t xml:space="preserve">[1:55:27] </w:t>
      </w:r>
      <w:r>
        <w:t>mein karne nahi deta tha in logon ko. jab bhi tv pe jata hoon to aik aadmi aye ga, kuch brush waghera le kar ke idhar udhar lagane ke liye. mein use bhaga deta hoon, daant kar ke.</w:t>
      </w:r>
    </w:p>
    <w:p>
      <w:pPr>
        <w:jc w:val="right"/>
      </w:pPr>
      <w:r>
        <w:t>میں کرنے نہیں دیتا تھا ان لوگوں کو۔ جب بھی ٹی وی پہ جاتا ہوں تو ایک آدمی آئے گا، کچھ برش وغیرہ لے کر کے ادھر ادھر لگانے کے لیے۔ میں اسے بھگا دیتا ہوں، ڈانٹ کر کے۔</w:t>
      </w:r>
    </w:p>
    <w:p>
      <w:r>
        <w:rPr>
          <w:b/>
        </w:rPr>
        <w:t xml:space="preserve">[1:55:39] </w:t>
      </w:r>
      <w:r>
        <w:t>yeh uglification ko log beauty samajhte hain, aur ziyada bari baat yeh yaad rakhiye ke jo apna beauty kharch karta hai, khuda ke nazdeek woh khuda ki beauty, divine beauty ko tarnish kar raha hai.</w:t>
      </w:r>
    </w:p>
    <w:p>
      <w:pPr>
        <w:jc w:val="right"/>
      </w:pPr>
      <w:r>
        <w:t>یہ اگلیفیکیشن کو لوگ بیوٹی سمجھتے ہیں، اور زیادہ بڑی بات یہ یاد رکھیے کہ جو اپنا بیوٹی خرچ کرتا ہے، خدا کے نزدیک وہ خدا کی بیوٹی، ڈیوائن بیوٹی کو ٹارنش کر رہا ہے۔</w:t>
      </w:r>
    </w:p>
    <w:p>
      <w:r>
        <w:rPr>
          <w:b/>
        </w:rPr>
        <w:t xml:space="preserve">[1:55:54] </w:t>
      </w:r>
      <w:r>
        <w:t>mein joke nahi kar raha hoon, yeh khuda ki beauty ko woh tarnish kar raha hai. to kiya aap samajhte hain khuda is ko blessing de ga?</w:t>
      </w:r>
    </w:p>
    <w:p>
      <w:pPr>
        <w:jc w:val="right"/>
      </w:pPr>
      <w:r>
        <w:t>میں جوک نہیں کر رہا ہوں، یہ خدا کی بیوٹی کو وہ ٹارنش کر رہا ہے۔ تو کیا آپ سمجھتے ہیں خدا اس کو بلیسنگ دے گا؟</w:t>
      </w:r>
    </w:p>
    <w:p>
      <w:r>
        <w:rPr>
          <w:b/>
        </w:rPr>
        <w:t xml:space="preserve">[1:56:02] </w:t>
      </w:r>
      <w:r>
        <w:t>apni aise logon ko blessing de ga? aise logon ke liye khuda ki koi blessing nahi hai</w:t>
      </w:r>
    </w:p>
    <w:p>
      <w:pPr>
        <w:jc w:val="right"/>
      </w:pPr>
      <w:r>
        <w:t>اپنی ایسے لوگوں کو بلیسنگ دے گا؟ ایسے لوگوں کے لیے خدا کی کوئی بلیسنگ نہیں ہے</w:t>
      </w:r>
    </w:p>
    <w:p>
      <w:r>
        <w:rPr>
          <w:b/>
        </w:rPr>
        <w:t xml:space="preserve">[1:56:08] </w:t>
      </w:r>
      <w:r>
        <w:t>jo khuda ki divine beauty ko par razi na hon, divine beauty par razi na hon, is ko tarnish karen aur jhoota naam den is ko ke beautification.</w:t>
      </w:r>
    </w:p>
    <w:p>
      <w:pPr>
        <w:jc w:val="right"/>
      </w:pPr>
      <w:r>
        <w:t>جو خدا کی ڈیوائن بیوٹی کو پر راضی نہ ہوں، ڈیوائن بیوٹی پر راضی نہ ہوں، اس کو ٹارنش کریں اور جھوٹا نام دیں اس کو کہ بیوٹیفیکیشن۔</w:t>
      </w:r>
    </w:p>
    <w:p>
      <w:r>
        <w:rPr>
          <w:b/>
        </w:rPr>
        <w:t xml:space="preserve">[1:56:20] </w:t>
      </w:r>
      <w:r>
        <w:t>yani yeh shaitan ne naam diya hai, yaad rakhiye, yeh satanic naam hai. satanic quran mein bataya gaya hai ke satanic ka kaam jo hai, yahi hai tazeen.</w:t>
      </w:r>
    </w:p>
    <w:p>
      <w:pPr>
        <w:jc w:val="right"/>
      </w:pPr>
      <w:r>
        <w:t>یعنی یہ شیطان نے نام دیا ہے، یاد رکھیے، یہ سیٹنک نام ہے۔ سیٹنک قرآن میں بتایا گیا ہے کہ سیٹنک کا کام جو ہے، یہی ہے تزین۔</w:t>
      </w:r>
    </w:p>
    <w:p>
      <w:r>
        <w:rPr>
          <w:b/>
        </w:rPr>
        <w:t xml:space="preserve">[1:56:31] </w:t>
      </w:r>
      <w:r>
        <w:t>tazeen ka matlab kiya hai? bure cheez ko acha naam dena.</w:t>
      </w:r>
    </w:p>
    <w:p>
      <w:pPr>
        <w:jc w:val="right"/>
      </w:pPr>
      <w:r>
        <w:t>تزین کا مطلب کیا ہے؟ برے چیز کو اچھا نام دینا۔</w:t>
      </w:r>
    </w:p>
    <w:p>
      <w:r>
        <w:rPr>
          <w:b/>
        </w:rPr>
        <w:t xml:space="preserve">[1:56:36] </w:t>
      </w:r>
      <w:r>
        <w:t>yani uglification ko batata hai ke yeh beautification hai, yeh satanic naam hai. yeh quran mein likha hua hai saaf saaf ke bure kaam ko insan shaitan jo acha bana kar dikhata hai, yani tazeen karta hai.</w:t>
      </w:r>
    </w:p>
    <w:p>
      <w:pPr>
        <w:jc w:val="right"/>
      </w:pPr>
      <w:r>
        <w:t>یعنی اگلیفیکیشن کو بتاتا ہے کہ یہ بیوٹیفیکیشن ہے، یہ سیٹنک نام ہے۔ یہ قرآن میں لکھا ہوا ہے صاف صاف کہ برے کام کو انسان شیطان جو اچھا بنا کر دکھاتا ہے، یعنی تزین کرتا ہے۔</w:t>
      </w:r>
    </w:p>
    <w:p>
      <w:r>
        <w:rPr>
          <w:b/>
        </w:rPr>
        <w:t xml:space="preserve">[1:56:49] </w:t>
      </w:r>
      <w:r>
        <w:t>tazeen to jo cheez haqeeqat mein uglification hai, us ko satan ne keh diya ke yeh beautification hai. behal, mein bohat ziyada sakht is mamle mein hoon.</w:t>
      </w:r>
    </w:p>
    <w:p>
      <w:pPr>
        <w:jc w:val="right"/>
      </w:pPr>
      <w:r>
        <w:t>تزین تو جو چیز حقیقت میں اگلیفیکیشن ہے، اس کو سیٹن نے کہہ دیا کہ یہ بیوٹیفیکیشن ہے۔ بہرحال، میں بہت زیادہ سخت اس معاملے میں ہوں۔</w:t>
      </w:r>
    </w:p>
    <w:p>
      <w:r>
        <w:rPr>
          <w:b/>
        </w:rPr>
        <w:t xml:space="preserve">[1:57:03] </w:t>
      </w:r>
      <w:r>
        <w:t>mein nahi samajhta ke khuda aise logon ko pasand kare ga,</w:t>
      </w:r>
    </w:p>
    <w:p>
      <w:pPr>
        <w:jc w:val="right"/>
      </w:pPr>
      <w:r>
        <w:t>میں نہیں سمجھتا کہ خدا ایسے لوگوں کو پسند کرے گا،</w:t>
      </w:r>
    </w:p>
    <w:p>
      <w:r>
        <w:rPr>
          <w:b/>
        </w:rPr>
        <w:t xml:space="preserve">[1:57:06] </w:t>
      </w:r>
      <w:r>
        <w:t>aise logon ko apne qareeb jagah de ga. aao mere paas tum log, mere paros mein tum ko jagah mile gi. mein nahi samajhta ke aisa hone wala hai.</w:t>
      </w:r>
    </w:p>
    <w:p>
      <w:pPr>
        <w:jc w:val="right"/>
      </w:pPr>
      <w:r>
        <w:t>ایسے لوگوں کو اپنے قریب جگہ دے گا۔ اؤ میرے پاس تم لوگ، میرے پڑوس میں تم کو جگہ ملے گی۔ میں نہیں سمجھتا کہ ایسا ہونے والا ہے۔</w:t>
      </w:r>
    </w:p>
    <w:p>
      <w:r>
        <w:rPr>
          <w:b/>
        </w:rPr>
        <w:t xml:space="preserve">[1:57:17] </w:t>
      </w:r>
      <w:r>
        <w:t>das question is from faraz. stress and happiness are very temporary states. in order to understand them, we have to understand the creation plan of god, as the answer lies there.</w:t>
      </w:r>
    </w:p>
    <w:p>
      <w:pPr>
        <w:jc w:val="right"/>
      </w:pPr>
      <w:r>
        <w:t>دس کوئسچن از فرام فراز۔ سٹریس اینڈ ہیپینس ار ویری ٹیمپرری سٹیٹس۔ ان ارڈر ٹو انڈرسٹینڈ دیم، وی ہیو ٹو انڈرسٹینڈ دی کریشن پلان اف گاڈ، ایز دی انسر لائز دیر۔</w:t>
      </w:r>
    </w:p>
    <w:p>
      <w:r>
        <w:rPr>
          <w:b/>
        </w:rPr>
        <w:t xml:space="preserve">[1:57:31] </w:t>
      </w:r>
      <w:r>
        <w:t>but we change our focus and land up in confusion.</w:t>
      </w:r>
    </w:p>
    <w:p>
      <w:pPr>
        <w:jc w:val="right"/>
      </w:pPr>
      <w:r>
        <w:t>بٹ وی چینج اور فوکس اینڈ لینڈ اپ ان کنفیوژن۔</w:t>
      </w:r>
    </w:p>
    <w:p>
      <w:r>
        <w:rPr>
          <w:b/>
        </w:rPr>
        <w:t xml:space="preserve">[1:57:36] </w:t>
      </w:r>
      <w:r>
        <w:t>how to seek correct answers from creation plan of god? aap ne khud hi jawab de diya hai, bohat acha jawab aap ka hai, bohat acha jawab hai ke sare jo yeh sab thinking hai aur sare jo deviations hain, woh sab isi liye hain ke khuda ka jo creation plan hai, us ko aap nahi jante.</w:t>
      </w:r>
    </w:p>
    <w:p>
      <w:pPr>
        <w:jc w:val="right"/>
      </w:pPr>
      <w:r>
        <w:t>ہاؤ ٹو سیک کریکٹ انسرز فرام کریشن پلان اف گاڈ؟ آپ نے خود ہی جواب دے دیا ہے، بہت اچھا جواب آپ کا ہے، بہت اچھا جواب ہے کہ سارے جو یہ سب تھنکنگ ہے اور سارے جو ڈیوی ایشنز ہیں، وہ سب اسی لیے ہیں کہ خدا کا جو کریشن پلان ہے، اس کو آپ نہیں جانتے۔</w:t>
      </w:r>
    </w:p>
    <w:p>
      <w:r>
        <w:rPr>
          <w:b/>
        </w:rPr>
        <w:t xml:space="preserve">[1:58:02] </w:t>
      </w:r>
      <w:r>
        <w:t>misal yeh jo aaj ka jo topic tha, tension, wahan bhi kiya hai? khuda ke creation plan ko na janne ki wajah se yeh sab problem aate hain. khuda ka creation plan kiya hai?</w:t>
      </w:r>
    </w:p>
    <w:p>
      <w:pPr>
        <w:jc w:val="right"/>
      </w:pPr>
      <w:r>
        <w:t>مثلاً یہ جو آج کا جو ٹاپک تھا، ٹینشن، وہاں بھی کیا ہے؟ خدا کے کریشن پلان کو نہ جاننے کی وجہ سے یہ سب پرابلم آتے ہیں۔ خدا کا کریشن پلان کیا ہے؟</w:t>
      </w:r>
    </w:p>
    <w:p>
      <w:r>
        <w:rPr>
          <w:b/>
        </w:rPr>
        <w:t xml:space="preserve">[1:58:14] </w:t>
      </w:r>
      <w:r>
        <w:t>aap ke andar bhook paida karna, hunger. aap aap kahein ke hunger bari buri cheez hai, to injection de de kar ke hunger ko khatam karen.</w:t>
      </w:r>
    </w:p>
    <w:p>
      <w:pPr>
        <w:jc w:val="right"/>
      </w:pPr>
      <w:r>
        <w:t>آپ کے اندر بھوک پیدا کرنا، ہنگر۔ آپ آپ کہیں کہ ہنگر بڑی بری چیز ہے، تو انجیکشن دے دے کر کے ہنگر کو ختم کریں۔</w:t>
      </w:r>
    </w:p>
    <w:p>
      <w:r>
        <w:rPr>
          <w:b/>
        </w:rPr>
        <w:t xml:space="preserve">[1:58:24] </w:t>
      </w:r>
      <w:r>
        <w:t>to yeh kiya hoga? aap creation plan mein intervene kar rahe hain.</w:t>
      </w:r>
    </w:p>
    <w:p>
      <w:pPr>
        <w:jc w:val="right"/>
      </w:pPr>
      <w:r>
        <w:t>تو یہ کیا ہوگا؟ آپ کریشن پلان میں انٹروین کر رہے ہیں۔</w:t>
      </w:r>
    </w:p>
    <w:p>
      <w:r>
        <w:rPr>
          <w:b/>
        </w:rPr>
        <w:t xml:space="preserve">[1:58:29] </w:t>
      </w:r>
      <w:r>
        <w:t>hunger kehti hai ke mujhe physical food ki zaroorat hai. hunger jo hai, is baat ka invitation hai ke hamari body ko physical food ki zaroorat hai, to us ko food dijiye.</w:t>
      </w:r>
    </w:p>
    <w:p>
      <w:pPr>
        <w:jc w:val="right"/>
      </w:pPr>
      <w:r>
        <w:t>ہنگر کہتی ہے کہ مجھے فزیکل فوڈ کی ضرورت ہے۔ ہنگر جو ہے، اس بات کا انویٹیشن ہے کہ ہماری باڈی کو فزیکل فوڈ کی ضرورت ہے، تو اس کو فوڈ دیجئے۔</w:t>
      </w:r>
    </w:p>
    <w:p>
      <w:r>
        <w:rPr>
          <w:b/>
        </w:rPr>
        <w:t xml:space="preserve">[1:58:44] </w:t>
      </w:r>
      <w:r>
        <w:t>aap is hunger ko kyun suppress karna chahte hain? yani injection laga kar hunger ko kyun khatam karna chahte hain?</w:t>
      </w:r>
    </w:p>
    <w:p>
      <w:pPr>
        <w:jc w:val="right"/>
      </w:pPr>
      <w:r>
        <w:t>آپ اس ہنگر کو کیوں سپریس کرنا چاہتے ہیں؟ یعنی انجیکشن لگا کر ہنگری کو کیوں ختم کرنا چاہتے ہیں؟</w:t>
      </w:r>
    </w:p>
    <w:p>
      <w:r>
        <w:rPr>
          <w:b/>
        </w:rPr>
        <w:t xml:space="preserve">[1:58:53] </w:t>
      </w:r>
      <w:r>
        <w:t>isi tarah tension hai. tension kiya hai? woh spiritual food hai,</w:t>
      </w:r>
    </w:p>
    <w:p>
      <w:pPr>
        <w:jc w:val="right"/>
      </w:pPr>
      <w:r>
        <w:t>اسی طریقے سے ٹینشن ہے۔ ٹینشن کیا ہے؟ وہ سپریچول فوڈ ہے،</w:t>
      </w:r>
    </w:p>
    <w:p>
      <w:r>
        <w:rPr>
          <w:b/>
        </w:rPr>
        <w:t xml:space="preserve">[1:58:59] </w:t>
      </w:r>
      <w:r>
        <w:t>woh aik invitation hai. jab jab hunger aya to aap ne samjha ke yeh aik invitation aa gaya ke body ko khilao. aise ab tension aya to samjhen ke abhi invitation invitation hai ke aap ki spiritual being jo hai,</w:t>
      </w:r>
    </w:p>
    <w:p>
      <w:pPr>
        <w:jc w:val="right"/>
      </w:pPr>
      <w:r>
        <w:t>وہ ایک انویٹیشن ہے۔ جب جب ہنگر آیا تو آپ نے سمجھا کہ یہ ایک انویٹیشن آ گیا کہ باڈی کو کھلاؤ۔ ایسے اب ٹینشن آیا تو سمجھیں کہ ابھی انویٹیشن انویٹیشن ہے کہ آپ کی سپریچول بینگ جو ہے،</w:t>
      </w:r>
    </w:p>
    <w:p>
      <w:r>
        <w:rPr>
          <w:b/>
        </w:rPr>
        <w:t xml:space="preserve">[1:59:13] </w:t>
      </w:r>
      <w:r>
        <w:t>us ko feed karne</w:t>
      </w:r>
    </w:p>
    <w:p>
      <w:pPr>
        <w:jc w:val="right"/>
      </w:pPr>
      <w:r>
        <w:t>اس کو فیڈ کرنے</w:t>
      </w:r>
    </w:p>
    <w:p>
      <w:r>
        <w:rPr>
          <w:b/>
        </w:rPr>
        <w:t xml:space="preserve">[1:59:15] </w:t>
      </w:r>
      <w:r>
        <w:t>ka time aa gaya. us ko feed kijiye, aur feed karna yahi hai ke creation plan of god ko samjhiye. ke creation plan of god yeh hai ke tension ke through taraqqi, tension ke through development.</w:t>
      </w:r>
    </w:p>
    <w:p>
      <w:pPr>
        <w:jc w:val="right"/>
      </w:pPr>
      <w:r>
        <w:t>کا ٹائم آ گیا۔ اس کو فیڈ کیجئے، اور فیڈ کرنا یہی ہے کہ کریشن پلان اف گاڈ کو سمجھیے۔ کہ کریشن پلان اف گاڈ یہ ہے کہ ٹینشن کے تھرو ترقی، ٹینشن کے تھرو ڈیولپمنٹ۔</w:t>
      </w:r>
    </w:p>
    <w:p>
      <w:r>
        <w:rPr>
          <w:b/>
        </w:rPr>
        <w:t xml:space="preserve">[1:59:27] </w:t>
      </w:r>
      <w:r>
        <w:t>kyunke tension se kya hota hai? brain storming hoti hai, tension se mind active hota hai, iski awakening barhti hai.</w:t>
      </w:r>
    </w:p>
    <w:p>
      <w:pPr>
        <w:jc w:val="right"/>
      </w:pPr>
      <w:r>
        <w:t>کیونکہ ٹینشن سے کیا ہوتا ہے؟ برین اسٹارمنگ ہوتی ہے، ٹینشن سے مائنڈ ایکٹیو ہوتا ہے، اس کی اویکننگ بڑھتی ہے۔</w:t>
      </w:r>
    </w:p>
    <w:p>
      <w:r>
        <w:rPr>
          <w:b/>
        </w:rPr>
        <w:t xml:space="preserve">[1:59:36] </w:t>
      </w:r>
      <w:r>
        <w:t>to yeh to nature ka tareeqa hai. hunger ke through aap ki physical development kya? khuda ne</w:t>
      </w:r>
    </w:p>
    <w:p>
      <w:pPr>
        <w:jc w:val="right"/>
      </w:pPr>
      <w:r>
        <w:t>تو یہ تو نیچر کا طریقہ ہے۔ ہنگر کے تھرو آپ کی فزیکل ڈیولپمنٹ کیا؟ خدا نے</w:t>
      </w:r>
    </w:p>
    <w:p>
      <w:r>
        <w:rPr>
          <w:b/>
        </w:rPr>
        <w:t xml:space="preserve">[1:59:43] </w:t>
      </w:r>
      <w:r>
        <w:t>aisi tension ke through aap ka intellectual development khuda karna chahta hai. to wahan aap lagte hain suppress karne. yaani koi bhi aadmi itna bewakoof nahi hoga jo hunger ko suppress kare.</w:t>
      </w:r>
    </w:p>
    <w:p>
      <w:pPr>
        <w:jc w:val="right"/>
      </w:pPr>
      <w:r>
        <w:t>ایسی ٹینشن کے تھرو آپ کا انٹلیکچول ڈیولپمنٹ خدا کرنا چاہتا ہے۔ تو وہاں آپ لگتے ہیں سپریس کرنے۔ یعنی کوئی بھی آدمی اتنا بیوقوف نہیں ہوگا جو ہنگر کو سپریس کرے۔</w:t>
      </w:r>
    </w:p>
    <w:p>
      <w:r>
        <w:rPr>
          <w:b/>
        </w:rPr>
        <w:t xml:space="preserve">[1:59:55] </w:t>
      </w:r>
      <w:r>
        <w:t>hunger hui to khaye ga woh. isi tarah se tension ko suppress karna, yeh khuda ke creation plan mein dakhal dena hai, intervene karna hai.</w:t>
      </w:r>
    </w:p>
    <w:p>
      <w:pPr>
        <w:jc w:val="right"/>
      </w:pPr>
      <w:r>
        <w:t>ہنگر ہوئی تو کھائے گا وہ۔ اسی طرح سے ٹینشن کو سپریس کرنا، یہ خدا کے کریشن پلان میں دخل دینا ہے، انٹروین کرنا ہے۔</w:t>
      </w:r>
    </w:p>
    <w:p>
      <w:r>
        <w:rPr>
          <w:b/>
        </w:rPr>
        <w:t xml:space="preserve">[2:00:06] </w:t>
      </w:r>
      <w:r>
        <w:t>tension jo hai, woh ek invitation hai ke aap sochen aur soch kar ke intellectual development ki taraf jayen. to bohat sahi aap ne kaha ke asal cheez.</w:t>
      </w:r>
    </w:p>
    <w:p>
      <w:pPr>
        <w:jc w:val="right"/>
      </w:pPr>
      <w:r>
        <w:t>ٹینشن جو ہے، وہ ایک انویٹیشن ہے کہ آپ سوچیں اور سوچ کر کے انٹلیکچول ڈیولپمنٹ کی طرف جائیں۔ تو بہت صحیح آپ نے کہا کہ اصل چیز۔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