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Distraction is the Source of Destruction August 5, 2007 Maulana Wahiduddin Khan</w:t>
      </w:r>
    </w:p>
    <w:p>
      <w:r>
        <w:t>https://www.youtube.com/watch?v=IeiijTFDVH8</w:t>
      </w:r>
    </w:p>
    <w:p>
      <w:r>
        <w:rPr>
          <w:b/>
        </w:rPr>
        <w:t xml:space="preserve">[00:27] </w:t>
      </w:r>
      <w:r>
        <w:t>yafqah qawli.</w:t>
      </w:r>
    </w:p>
    <w:p>
      <w:pPr>
        <w:jc w:val="right"/>
      </w:pPr>
      <w:r>
        <w:t>یفقہ قولی۔</w:t>
      </w:r>
    </w:p>
    <w:p>
      <w:r>
        <w:rPr>
          <w:b/>
        </w:rPr>
        <w:t xml:space="preserve">[00:33] </w:t>
      </w:r>
      <w:r>
        <w:t>hamara yeh spiritual class bohat barson pehle se chal raha hai.</w:t>
      </w:r>
    </w:p>
    <w:p>
      <w:pPr>
        <w:jc w:val="right"/>
      </w:pPr>
      <w:r>
        <w:t>ہمارا یہ اسپریچول کلاس بہت برسوں پہلے سے چل رہا ہے۔</w:t>
      </w:r>
    </w:p>
    <w:p>
      <w:r>
        <w:rPr>
          <w:b/>
        </w:rPr>
        <w:t xml:space="preserve">[00:43] </w:t>
      </w:r>
      <w:r>
        <w:t>yeh ek bohat hi different type ka class hai.</w:t>
      </w:r>
    </w:p>
    <w:p>
      <w:pPr>
        <w:jc w:val="right"/>
      </w:pPr>
      <w:r>
        <w:t>یہ ایک بہت ہی ڈفرنٹ ٹائپ کا کلاس ہے۔</w:t>
      </w:r>
    </w:p>
    <w:p>
      <w:r>
        <w:rPr>
          <w:b/>
        </w:rPr>
        <w:t xml:space="preserve">[00:52] </w:t>
      </w:r>
      <w:r>
        <w:t>aap jante hain ke generally log crowd mein believe karte hain, is liye emotional issues ko lete hain. jis se masses ka mind address ho to bohat jald bheed jama ho jati hai.</w:t>
      </w:r>
    </w:p>
    <w:p>
      <w:pPr>
        <w:jc w:val="right"/>
      </w:pPr>
      <w:r>
        <w:t>آپ جانتے ہیں کہ جنرلی لوگ کراؤڈ میں بیلیو کرتے ہیں، اس لیے ایموشنل ایشوز کو لیتے ہیں۔ جس سے ماسز کا مائنڈ ایڈریس ہو تو بہت جلد بھیڑ اکٹھا ہو جاتی ہے۔</w:t>
      </w:r>
    </w:p>
    <w:p>
      <w:r>
        <w:rPr>
          <w:b/>
        </w:rPr>
        <w:t xml:space="preserve">[01:10] </w:t>
      </w:r>
      <w:r>
        <w:t>main kabhi bhi</w:t>
      </w:r>
    </w:p>
    <w:p>
      <w:pPr>
        <w:jc w:val="right"/>
      </w:pPr>
      <w:r>
        <w:t>میں کبھی بھی</w:t>
      </w:r>
    </w:p>
    <w:p>
      <w:r>
        <w:rPr>
          <w:b/>
        </w:rPr>
        <w:t xml:space="preserve">[01:14] </w:t>
      </w:r>
      <w:r>
        <w:t>quantity mein believe nahi karta tha, main quality mein believe karta tha.</w:t>
      </w:r>
    </w:p>
    <w:p>
      <w:pPr>
        <w:jc w:val="right"/>
      </w:pPr>
      <w:r>
        <w:t>کوانٹٹی میں بیلیو نہیں کرتا تھا، میں کوالٹی میں بیلیو کرتا تھا۔</w:t>
      </w:r>
    </w:p>
    <w:p>
      <w:r>
        <w:rPr>
          <w:b/>
        </w:rPr>
        <w:t xml:space="preserve">[01:22] </w:t>
      </w:r>
      <w:r>
        <w:t>to main T3 mein Delhi aaya to tabhi se mera soul concern yeh tha ke yahan par koi ek forum bane intellectuals ka.</w:t>
      </w:r>
    </w:p>
    <w:p>
      <w:pPr>
        <w:jc w:val="right"/>
      </w:pPr>
      <w:r>
        <w:t>تو میں ٹی تھری میں دلی آیا تو تبھی سے میرا سول کنسرن یہ تھا کہ یہاں پر کوئی ایک فورم بنے انٹلیکچولز کا۔</w:t>
      </w:r>
    </w:p>
    <w:p>
      <w:r>
        <w:rPr>
          <w:b/>
        </w:rPr>
        <w:t xml:space="preserve">[01:38] </w:t>
      </w:r>
      <w:r>
        <w:t>hamare jo Dr. Anushri hain, jo prime minister the, un se maine baat ki is par aur bohat se logon se baat ki ke Delhi mein aisa ek forum chalaya jaye jis mein educated log ayen.</w:t>
      </w:r>
    </w:p>
    <w:p>
      <w:pPr>
        <w:jc w:val="right"/>
      </w:pPr>
      <w:r>
        <w:t>ہمارے جو ڈاکٹر انوشوری ہیں، جو پرائم منسٹر تھے، ان سے میں نے بات کی اس پر اور بہت سے لوگوں سے بات کی کہ دلی میں ایسا ایک فورم چلایا جائے جس میں ایجوکیٹڈ لوگ آئیں۔</w:t>
      </w:r>
    </w:p>
    <w:p>
      <w:r>
        <w:rPr>
          <w:b/>
        </w:rPr>
        <w:t xml:space="preserve">[01:56] </w:t>
      </w:r>
      <w:r>
        <w:t>to yeh cheez thoda der lagi is ko shuru karne mein, phir bhi January 2001 mein yeh shuru hua.</w:t>
      </w:r>
    </w:p>
    <w:p>
      <w:pPr>
        <w:jc w:val="right"/>
      </w:pPr>
      <w:r>
        <w:t>تو یہ چیز تھوڑا دیر لگی اس کو شروع کرنے میں، پھر بھی جنوری 2001 میں یہ شروع ہوا۔</w:t>
      </w:r>
    </w:p>
    <w:p>
      <w:r>
        <w:rPr>
          <w:b/>
        </w:rPr>
        <w:t xml:space="preserve">[02:09] </w:t>
      </w:r>
      <w:r>
        <w:t>to waise to main 50 baras se isi line mein hoon, jab main Adampur mein tha, jo meri janam bhoomi hai, tab se main isi line mein hoon.</w:t>
      </w:r>
    </w:p>
    <w:p>
      <w:pPr>
        <w:jc w:val="right"/>
      </w:pPr>
      <w:r>
        <w:t>تو ویسے تو میں 50 برس سے اسی لائن میں ہوں، جب میں ادمبڑ میں تھا، جو میری جنم بھونی ہے، تب سے میں اسی لائن میں ہوں۔</w:t>
      </w:r>
    </w:p>
    <w:p>
      <w:r>
        <w:rPr>
          <w:b/>
        </w:rPr>
        <w:t xml:space="preserve">[02:20] </w:t>
      </w:r>
      <w:r>
        <w:t>lekin yeh jo class hai, jis ko hum kehte hain spiritual class, yeh yahan par January 2001 se shuru hui.</w:t>
      </w:r>
    </w:p>
    <w:p>
      <w:pPr>
        <w:jc w:val="right"/>
      </w:pPr>
      <w:r>
        <w:t>لیکن یہ جو کلاس ہے، جس کو ہم کہتے ہیں اسپریچول کلاس، یہ یہاں پر جنوری 2001 سے شروع ہوئی۔</w:t>
      </w:r>
    </w:p>
    <w:p>
      <w:r>
        <w:rPr>
          <w:b/>
        </w:rPr>
        <w:t xml:space="preserve">[02:30] </w:t>
      </w:r>
      <w:r>
        <w:t>is mein main janta hoon ke yeh masses ke interest ki cheez nahi hoti.</w:t>
      </w:r>
    </w:p>
    <w:p>
      <w:pPr>
        <w:jc w:val="right"/>
      </w:pPr>
      <w:r>
        <w:t>اس میں میں جانتا ہوں کہ یہ ماسز کے انٹرسٹ کی چیز نہیں ہوتی۔</w:t>
      </w:r>
    </w:p>
    <w:p>
      <w:r>
        <w:rPr>
          <w:b/>
        </w:rPr>
        <w:t xml:space="preserve">[02:37] </w:t>
      </w:r>
      <w:r>
        <w:t>hum jin issues ko lete hain, woh bohat hi, woh bohat hi, aap kahiye ke scientific issues hote hain, ya aap spiritual issues keh sakte hain is ko aap.</w:t>
      </w:r>
    </w:p>
    <w:p>
      <w:pPr>
        <w:jc w:val="right"/>
      </w:pPr>
      <w:r>
        <w:t>ہم جن ایشوز کو لیتے ہیں، وہ بہت ہی، وہ بہت ہی، آپ کہیے کہ سائنٹیفک ایشوز ہوتے ہیں، یا آپ اسپریچول ایشوز کہہ سکتے ہیں اس کو آپ۔</w:t>
      </w:r>
    </w:p>
    <w:p>
      <w:r>
        <w:rPr>
          <w:b/>
        </w:rPr>
        <w:t xml:space="preserve">[02:52] </w:t>
      </w:r>
      <w:r>
        <w:t>to sirf intellectual log, main ek educated log hi is mein interest le sakte hain.</w:t>
      </w:r>
    </w:p>
    <w:p>
      <w:pPr>
        <w:jc w:val="right"/>
      </w:pPr>
      <w:r>
        <w:t>تو صرف انٹلیکچول لوگ، میں ایک ایجوکیٹڈ لوگ ہی اس میں انٹرسٹ لے سکتے ہیں۔</w:t>
      </w:r>
    </w:p>
    <w:p>
      <w:r>
        <w:rPr>
          <w:b/>
        </w:rPr>
        <w:t xml:space="preserve">[03:02] </w:t>
      </w:r>
      <w:r>
        <w:t>to behraal yeh hamari koshish hai ke higher intellectual level par logon ko spirituality ka experience ho.</w:t>
      </w:r>
    </w:p>
    <w:p>
      <w:pPr>
        <w:jc w:val="right"/>
      </w:pPr>
      <w:r>
        <w:t>تو بہرحال یہ ہماری کوشش ہے کہ ہائر انٹلیکچول لیول پر لوگوں کو اسپریچولٹی کا ایکسپیرینس ہو۔</w:t>
      </w:r>
    </w:p>
    <w:p>
      <w:r>
        <w:rPr>
          <w:b/>
        </w:rPr>
        <w:t xml:space="preserve">[03:14] </w:t>
      </w:r>
      <w:r>
        <w:t>yeh hamari koshish hoti hai, aur isi ke liye hum yeh kar rahe hain kaam. to aaj ka jo topic hai, woh hai "distraction is</w:t>
      </w:r>
    </w:p>
    <w:p>
      <w:pPr>
        <w:jc w:val="right"/>
      </w:pPr>
      <w:r>
        <w:t>یہ ہماری کوشش ہوتی ہے، اور اسی کے لیے ہم یہ کر رہے ہیں کام۔ تو آج کا جو ٹاپک ہے، وہ ہے "ڈسٹریکشن از</w:t>
      </w:r>
    </w:p>
    <w:p>
      <w:r>
        <w:rPr>
          <w:b/>
        </w:rPr>
        <w:t xml:space="preserve">[03:31] </w:t>
      </w:r>
      <w:r>
        <w:t>distraction".</w:t>
      </w:r>
    </w:p>
    <w:p>
      <w:pPr>
        <w:jc w:val="right"/>
      </w:pPr>
      <w:r>
        <w:t>ڈسٹریکشن"۔</w:t>
      </w:r>
    </w:p>
    <w:p>
      <w:r>
        <w:rPr>
          <w:b/>
        </w:rPr>
        <w:t xml:space="preserve">[03:35] </w:t>
      </w:r>
      <w:r>
        <w:t>distraction is the source of distraction. matlab distraction jo hota hai zindagi mein, ke main line jo aap ki hai, us se aap hatate hain idhar udhar, to kya apne ko destroy karte hain?</w:t>
      </w:r>
    </w:p>
    <w:p>
      <w:pPr>
        <w:jc w:val="right"/>
      </w:pPr>
      <w:r>
        <w:t>ڈسٹریکشن از دا سورس آف ڈسٹریکشن۔ مطلب ڈسٹریکشن جو ہوتا ہے زندگی میں، کہ مین لائن جو آپ کی ہے، اس سے آپ ہٹتے ہیں ادھر ادھر، تو کیا اپنے کو ڈسٹرائے کرتے ہیں؟</w:t>
      </w:r>
    </w:p>
    <w:p>
      <w:r>
        <w:rPr>
          <w:b/>
        </w:rPr>
        <w:t xml:space="preserve">[03:51] </w:t>
      </w:r>
      <w:r>
        <w:t>ke mera zindagi bhar yeh experience raha ke majority logon ki kya karti hai ke woh kisi na kisi taraf distract ho jati hai.</w:t>
      </w:r>
    </w:p>
    <w:p>
      <w:pPr>
        <w:jc w:val="right"/>
      </w:pPr>
      <w:r>
        <w:t>کہ میرا زندگی بھر یہ ایکسپیرینس رہا کہ میجورٹی لوگوں کی کیا کرتی ہے کہ وہ کسی نہ کسی طرف ڈسٹریکٹ ہو جاتی ہے۔</w:t>
      </w:r>
    </w:p>
    <w:p>
      <w:r>
        <w:rPr>
          <w:b/>
        </w:rPr>
        <w:t xml:space="preserve">[04:03] </w:t>
      </w:r>
      <w:r>
        <w:t>to jo un ke andar potential hai, us ko woh achieve nahi kar paate.</w:t>
      </w:r>
    </w:p>
    <w:p>
      <w:pPr>
        <w:jc w:val="right"/>
      </w:pPr>
      <w:r>
        <w:t>تو جو ان کے اندر پوٹینشل ہے، اس کو وہ اچیو نہیں کر پاتے۔</w:t>
      </w:r>
    </w:p>
    <w:p>
      <w:r>
        <w:rPr>
          <w:b/>
        </w:rPr>
        <w:t xml:space="preserve">[04:09] </w:t>
      </w:r>
      <w:r>
        <w:t>mujhe ek baat bahut pasand hai, yeh baat hai hazrat ali ki, jo islam mein fourth caliph thay.</w:t>
      </w:r>
    </w:p>
    <w:p>
      <w:pPr>
        <w:jc w:val="right"/>
      </w:pPr>
      <w:r>
        <w:t>مجھے ایک سینگ بہت پسند ہے، یہ سینگ ہے حضرت علی کی، جو اسلام میں فورتھ کیلف تھے۔</w:t>
      </w:r>
    </w:p>
    <w:p>
      <w:r>
        <w:rPr>
          <w:b/>
        </w:rPr>
        <w:t xml:space="preserve">[04:22] </w:t>
      </w:r>
      <w:r>
        <w:t>woh bohat hi wise aadmi thay, un ki ek kitaab hai, moti si kitaab hai, is ka naam hai "nahj ul balagha".</w:t>
      </w:r>
    </w:p>
    <w:p>
      <w:pPr>
        <w:jc w:val="right"/>
      </w:pPr>
      <w:r>
        <w:t>وہ بہت ہی وائز آدمی تھے، ان کی ایک کتاب ہے، موٹی سی کتاب ہے، اس کا نام ہے "نہج البلاغہ"۔ اس کا نام ہے "نہج البلاغہ</w:t>
      </w:r>
    </w:p>
    <w:p>
      <w:r>
        <w:rPr>
          <w:b/>
        </w:rPr>
        <w:t xml:space="preserve">[04:32] </w:t>
      </w:r>
      <w:r>
        <w:t>is mein saari wisdom ki baatein hain, yeh hum ne madrasay mein parhi thi, wahan par ek course ke taur par parhai jaati thi hum ko. to beharhaal un ki ek baat bohat hi meaningful hai,</w:t>
      </w:r>
    </w:p>
    <w:p>
      <w:pPr>
        <w:jc w:val="right"/>
      </w:pPr>
      <w:r>
        <w:t>"۔ اس میں ساری وزڈم کی باتیں ہیں، یہ ہم نے مدرسے میں پڑھی تھی، وہاں پر ایک کورس کے طور پر پڑھائی جاتی تھی ہم کو۔ تو بہرحال ان کی ایک سینگ بہت ہی میننگ فل ہے،</w:t>
      </w:r>
    </w:p>
    <w:p>
      <w:r>
        <w:rPr>
          <w:b/>
        </w:rPr>
        <w:t xml:space="preserve">[04:46] </w:t>
      </w:r>
      <w:r>
        <w:t>woh yeh hai ke "qimatu al mar'i ma yuhsinuhu".</w:t>
      </w:r>
    </w:p>
    <w:p>
      <w:pPr>
        <w:jc w:val="right"/>
      </w:pPr>
      <w:r>
        <w:t>وہ یہ ہے کہ "قیمۃ المر مایحسن"۔</w:t>
      </w:r>
    </w:p>
    <w:p>
      <w:r>
        <w:rPr>
          <w:b/>
        </w:rPr>
        <w:t xml:space="preserve">[04:56] </w:t>
      </w:r>
      <w:r>
        <w:t>qimatu al mar'i ma yuhsinuhu.</w:t>
      </w:r>
    </w:p>
    <w:p>
      <w:pPr>
        <w:jc w:val="right"/>
      </w:pPr>
      <w:r>
        <w:t>قیمۃ المر مایحسن۔</w:t>
      </w:r>
    </w:p>
    <w:p>
      <w:r>
        <w:rPr>
          <w:b/>
        </w:rPr>
        <w:t xml:space="preserve">[04:59] </w:t>
      </w:r>
      <w:r>
        <w:t>is ka matlab yeh hai ke "the value of a person lies in what he can perform with excellence".</w:t>
      </w:r>
    </w:p>
    <w:p>
      <w:pPr>
        <w:jc w:val="right"/>
      </w:pPr>
      <w:r>
        <w:t>اس کا مطلب یہ ہے کہ "دا ویلیو آف اے پرسن لائز ان واٹ ہی کین پرفارم ود ایکسیلنس"۔</w:t>
      </w:r>
    </w:p>
    <w:p>
      <w:r>
        <w:rPr>
          <w:b/>
        </w:rPr>
        <w:t xml:space="preserve">[05:16] </w:t>
      </w:r>
      <w:r>
        <w:t>aadmi ki qeemat is cheez mein hai jis ko woh behtar tor par kar sakay.</w:t>
      </w:r>
    </w:p>
    <w:p>
      <w:pPr>
        <w:jc w:val="right"/>
      </w:pPr>
      <w:r>
        <w:t>آدمی کی قیمت اس چیز میں ہے جس کو وہ بہتر طور پر کر سکے۔</w:t>
      </w:r>
    </w:p>
    <w:p>
      <w:r>
        <w:rPr>
          <w:b/>
        </w:rPr>
        <w:t xml:space="preserve">[05:25] </w:t>
      </w:r>
      <w:r>
        <w:t>"the value of a person lies in what he can perform with excellence". is par maine bohat ghor kiya. to maine paya ke asal yeh hai ke insaan, jo khuda ne paida kiya hai,</w:t>
      </w:r>
    </w:p>
    <w:p>
      <w:pPr>
        <w:jc w:val="right"/>
      </w:pPr>
      <w:r>
        <w:t>"دا ویلیو آف اے پرسن لائز ان واٹ ہی کین پرفارم ود ایکسیلنس"۔ اس پر میں نے بہت غور کیا۔ تو میں نے پایا کہ اصل یہ ہے کہ انسان، جو خدا نے پیدا کیا ہے،</w:t>
      </w:r>
    </w:p>
    <w:p>
      <w:r>
        <w:rPr>
          <w:b/>
        </w:rPr>
        <w:t xml:space="preserve">[05:40] </w:t>
      </w:r>
      <w:r>
        <w:t>har insaan ke andar koi unique quality hoti hai. sab quality ko ek hi insaan mein khuda jama nahi karta.</w:t>
      </w:r>
    </w:p>
    <w:p>
      <w:pPr>
        <w:jc w:val="right"/>
      </w:pPr>
      <w:r>
        <w:t>ہر انسان کے اندر کوئی یونیک کوالٹی ہوتی ہے۔ سب کوالٹی کو ایک ہی انسان میں خدا جمع نہیں کرتا۔</w:t>
      </w:r>
    </w:p>
    <w:p>
      <w:r>
        <w:rPr>
          <w:b/>
        </w:rPr>
        <w:t xml:space="preserve">[05:52] </w:t>
      </w:r>
      <w:r>
        <w:t>yaani khuda, khuda ka yeh formula nahi hai ke</w:t>
      </w:r>
    </w:p>
    <w:p>
      <w:pPr>
        <w:jc w:val="right"/>
      </w:pPr>
      <w:r>
        <w:t>یعنی خدا، خدا کا یہ فارمولا نہیں ہے کہ</w:t>
      </w:r>
    </w:p>
    <w:p>
      <w:r>
        <w:rPr>
          <w:b/>
        </w:rPr>
        <w:t xml:space="preserve">[05:59] </w:t>
      </w:r>
      <w:r>
        <w:t>ke woh "jack of all" aur "master of none". yeh khuda ka formula nahi hai.</w:t>
      </w:r>
    </w:p>
    <w:p>
      <w:pPr>
        <w:jc w:val="right"/>
      </w:pPr>
      <w:r>
        <w:t>کہ وہ "جیک آف آل" اور "ماسٹر آف نن"۔ یہ خدا کا فارمولا نہیں ہے۔</w:t>
      </w:r>
    </w:p>
    <w:p>
      <w:r>
        <w:rPr>
          <w:b/>
        </w:rPr>
        <w:t xml:space="preserve">[06:08] </w:t>
      </w:r>
      <w:r>
        <w:t>khuda kisi insaan ke andar, kisi bhi, chahe woh bohat poor family mein paida hua ho ya rich family mein,</w:t>
      </w:r>
    </w:p>
    <w:p>
      <w:pPr>
        <w:jc w:val="right"/>
      </w:pPr>
      <w:r>
        <w:t>خدا کسی انسان کے اندر، کسی بھی، چاہے وہ بہت پور فیملی میں پیدا ہوا ہو یا رچ فیملی میں،</w:t>
      </w:r>
    </w:p>
    <w:p>
      <w:r>
        <w:rPr>
          <w:b/>
        </w:rPr>
        <w:t xml:space="preserve">[06:16] </w:t>
      </w:r>
      <w:r>
        <w:t>koi unique quality us ke andar hoti hai. us ko discover karna, yahi woh keh rahe hain ke sab se pehle "you have to discover your own self".</w:t>
      </w:r>
    </w:p>
    <w:p>
      <w:pPr>
        <w:jc w:val="right"/>
      </w:pPr>
      <w:r>
        <w:t>کوئی یونیک کوالٹی اس کے اندر ہوتی ہے۔ اس کو ڈسکور کرنا، یہی وہ کہہ رہے ہیں کہ سب سے پہلے "یو ہیو ٹو ڈسکور یور اون سیلف"۔</w:t>
      </w:r>
    </w:p>
    <w:p>
      <w:r>
        <w:rPr>
          <w:b/>
        </w:rPr>
        <w:t xml:space="preserve">[06:31] </w:t>
      </w:r>
      <w:r>
        <w:t>apne ko discover karo aur phir us ko pakar lo. isi mein lage raho, lage raho, lage raho. kyunke tum excellence isi mein dikha saktay ho.</w:t>
      </w:r>
    </w:p>
    <w:p>
      <w:pPr>
        <w:jc w:val="right"/>
      </w:pPr>
      <w:r>
        <w:t>اپنے کو ڈسکور کرو اور پھر اس کو پکڑ لو۔ اسی میں لگے رہو، لگے رہو، لگے رہو۔ کیونکہ تم ایکسیلنس اسی میں دکھا سکتے ہو۔</w:t>
      </w:r>
    </w:p>
    <w:p>
      <w:r>
        <w:rPr>
          <w:b/>
        </w:rPr>
        <w:t xml:space="preserve">[06:41] </w:t>
      </w:r>
      <w:r>
        <w:t>har aadmi har cheez mein excellence nahi dikha sakta.</w:t>
      </w:r>
    </w:p>
    <w:p>
      <w:pPr>
        <w:jc w:val="right"/>
      </w:pPr>
      <w:r>
        <w:t>ہر آدمی ہر چیز میں ایکسیلنس نہیں دکھا سکتا۔</w:t>
      </w:r>
    </w:p>
    <w:p>
      <w:r>
        <w:rPr>
          <w:b/>
        </w:rPr>
        <w:t xml:space="preserve">[06:46] </w:t>
      </w:r>
      <w:r>
        <w:t>jaise doctor abdul kalam ne nuclear science mein excellence dikhaya. lekin shayar kehte hain to shayad woh us mein excellence na dikha paate. kyunke unhon ne fortunately apni us cheez ko pakar liya jo un ke andar thi.</w:t>
      </w:r>
    </w:p>
    <w:p>
      <w:pPr>
        <w:jc w:val="right"/>
      </w:pPr>
      <w:r>
        <w:t>جیسے ڈاکٹر عبدالکلام نے نیوکلیئر سائنس میں ایکسیلنس دکھایا۔ لیکن شاعر کہتے ہیں تو شاید وہ اس میں ایکسیلنس نہ دکھا پاتے۔ کیونکہ انہوں نے فورچونیٹلی اپنی اس چیز کو پکڑ لیا جو ان کے اندر تھی۔</w:t>
      </w:r>
    </w:p>
    <w:p>
      <w:r>
        <w:rPr>
          <w:b/>
        </w:rPr>
        <w:t xml:space="preserve">[07:04] </w:t>
      </w:r>
      <w:r>
        <w:t>to main samajhta hoon ke yeh bohat hi important hai ke aadmi apne aap ko discover karay. apne andar chupi hui us special quality ko discover karay.</w:t>
      </w:r>
    </w:p>
    <w:p>
      <w:pPr>
        <w:jc w:val="right"/>
      </w:pPr>
      <w:r>
        <w:t>تو میں سمجھتا ہوں کہ یہ بہت ہی امپورٹنٹ ہے کہ آدمی اپنے آپ کو ڈسکور کرے۔ اپنے اندر چھپی ہوئی اس اسپیشل کوالٹی کو ڈسکور کرے۔</w:t>
      </w:r>
    </w:p>
    <w:p>
      <w:r>
        <w:rPr>
          <w:b/>
        </w:rPr>
        <w:t xml:space="preserve">[07:15] </w:t>
      </w:r>
      <w:r>
        <w:t>jo us ke andar, jo uska distinction hai. aur phir us mein woh apne ko aagay barhaye.</w:t>
      </w:r>
    </w:p>
    <w:p>
      <w:pPr>
        <w:jc w:val="right"/>
      </w:pPr>
      <w:r>
        <w:t>جو اس کے اندر، جو اس کا ڈسٹنکشن ہے۔ اور پھر اس میں وہ اپنے کو آگے بڑھائے۔</w:t>
      </w:r>
    </w:p>
    <w:p>
      <w:r>
        <w:rPr>
          <w:b/>
        </w:rPr>
        <w:t xml:space="preserve">[07:27] </w:t>
      </w:r>
      <w:r>
        <w:t>to yeh hai matlab hazrat ali ke is baat ka. magar hota kya hai ke har aadmi distraction ki wajah se is line par ja kar chal nahi pata.</w:t>
      </w:r>
    </w:p>
    <w:p>
      <w:pPr>
        <w:jc w:val="right"/>
      </w:pPr>
      <w:r>
        <w:t>تو یہ ہے مطلب حضرت علی کے اس سینگ کا۔ مگر ہوتا کیا ہے کہ ہر آدمی ڈسٹریکشن کی وجہ سے اس لائن پر جا پر چل نہیں پاتا۔</w:t>
      </w:r>
    </w:p>
    <w:p>
      <w:r>
        <w:rPr>
          <w:b/>
        </w:rPr>
        <w:t xml:space="preserve">[07:40] </w:t>
      </w:r>
      <w:r>
        <w:t>nature jo us ko line de rahi hai. to koi na koi distraction, distraction kya hai? koi temptation, koi ek idealist soch, koi na koi aisi cheez jis ka jo us ko attract karti hai,</w:t>
      </w:r>
    </w:p>
    <w:p>
      <w:pPr>
        <w:jc w:val="right"/>
      </w:pPr>
      <w:r>
        <w:t>نیچر جو اس کو لائن دے رہی ہے۔ تو کوئی نہ کوئی ڈسٹریکشن، ڈسٹریکشن کیا ہے؟ کوئی ٹیمپٹیشن، کوئی ایک آئیڈیلسٹ سوچ، کوئی نہ کوئی ایسی چیز جس کا جو اس کو اٹریکٹ کرتی ہے،</w:t>
      </w:r>
    </w:p>
    <w:p>
      <w:r>
        <w:rPr>
          <w:b/>
        </w:rPr>
        <w:t xml:space="preserve">[08:03] </w:t>
      </w:r>
      <w:r>
        <w:t>idhar woh chup jaata hai. aur phir woh apni us asal cheez ko hasil nahi kar pata.</w:t>
      </w:r>
    </w:p>
    <w:p>
      <w:pPr>
        <w:jc w:val="right"/>
      </w:pPr>
      <w:r>
        <w:t>ادھر وہ چھپ جاتا ہے۔ اور پھر وہ اپنی اس اصل چیز کو حاصل نہیں کر پاتا۔</w:t>
      </w:r>
    </w:p>
    <w:p>
      <w:r>
        <w:rPr>
          <w:b/>
        </w:rPr>
        <w:t xml:space="preserve">[08:12] </w:t>
      </w:r>
      <w:r>
        <w:t>jaise aaj ka jo paper hai, aaj ke paperon mein ek news aayi hai pakistan ke baray mein.</w:t>
      </w:r>
    </w:p>
    <w:p>
      <w:pPr>
        <w:jc w:val="right"/>
      </w:pPr>
      <w:r>
        <w:t>جیسے آج کا جو پیپر ہے، آج کے پیپروں میں ایک نیوز آئی ہے پاکستان کے بارے میں۔</w:t>
      </w:r>
    </w:p>
    <w:p>
      <w:r>
        <w:rPr>
          <w:b/>
        </w:rPr>
        <w:t xml:space="preserve">[08:23] </w:t>
      </w:r>
      <w:r>
        <w:t>mere paas yeh paper hai "the hindu". yaani paanch august ka "the hindu". to is ke front page par woh news aayi hai.</w:t>
      </w:r>
    </w:p>
    <w:p>
      <w:pPr>
        <w:jc w:val="right"/>
      </w:pPr>
      <w:r>
        <w:t>میرے پاس یہ پیپر ہے "ہندو"۔ یعنی پانچ اگست کا "ہندو"۔ تو اس کے فرنٹ پیج پر وہ نیوز آئی ہے۔</w:t>
      </w:r>
    </w:p>
    <w:p>
      <w:r>
        <w:rPr>
          <w:b/>
        </w:rPr>
        <w:t xml:space="preserve">[08:33] </w:t>
      </w:r>
      <w:r>
        <w:t>is mein aap jantay hain ke pakistan mein aaj taqreeban rozana bomb phat'tay hain.</w:t>
      </w:r>
    </w:p>
    <w:p>
      <w:pPr>
        <w:jc w:val="right"/>
      </w:pPr>
      <w:r>
        <w:t>اس میں آپ جانتے ہیں کہ پاکستان میں آج تقریباً روزانہ بم پھٹتے ہیں۔</w:t>
      </w:r>
    </w:p>
    <w:p>
      <w:r>
        <w:rPr>
          <w:b/>
        </w:rPr>
        <w:t xml:space="preserve">[08:41] </w:t>
      </w:r>
      <w:r>
        <w:t>wahan par violence har taraf hai, anarchy hai. to woh yeh keh rahe hain general musharraf sahib apni is speech mein jo is mein chhapi hai, yeh speech di thi unhon ne, yaani teen august ko.</w:t>
      </w:r>
    </w:p>
    <w:p>
      <w:pPr>
        <w:jc w:val="right"/>
      </w:pPr>
      <w:r>
        <w:t>وہاں پر وائیلنس ہر طرف ہے، انارکی ہے۔ تو وہ یہ کہہ رہے ہیں جنرل مشرف صاحب اپنی اس اسپیچ میں جو اس میں چھپی ہے، یہ اسپیچ دی تھی انہوں نے، یعنی تین اگست کو۔</w:t>
      </w:r>
    </w:p>
    <w:p>
      <w:r>
        <w:rPr>
          <w:b/>
        </w:rPr>
        <w:t xml:space="preserve">[09:00] </w:t>
      </w:r>
      <w:r>
        <w:t>aaj yeh chhapi hai, yaani parson.</w:t>
      </w:r>
    </w:p>
    <w:p>
      <w:pPr>
        <w:jc w:val="right"/>
      </w:pPr>
      <w:r>
        <w:t>آج یہ چھپی ہے، یعنی پرسوں۔</w:t>
      </w:r>
    </w:p>
    <w:p>
      <w:r>
        <w:rPr>
          <w:b/>
        </w:rPr>
        <w:t xml:space="preserve">[09:04] </w:t>
      </w:r>
      <w:r>
        <w:t>is mein yeh kehte hain ke woh ke hamare mulk mein extremism aur militancy bohat barh gayi hai. and we have to stamp you out.</w:t>
      </w:r>
    </w:p>
    <w:p>
      <w:pPr>
        <w:jc w:val="right"/>
      </w:pPr>
      <w:r>
        <w:t>اس میں یہ کہتے ہیں کہ وہ کہ ہمارے દેશ میں ایکسٹریمزم اور ملٹینسی بہت بڑھ گئی ہے۔ اینڈ وی ہیو ٹو سٹیمپ یو آؤٹ۔</w:t>
      </w:r>
    </w:p>
    <w:p>
      <w:r>
        <w:rPr>
          <w:b/>
        </w:rPr>
        <w:t xml:space="preserve">[09:17] </w:t>
      </w:r>
      <w:r>
        <w:t>extremism aur militancy bohat barh gayi hai, hamein use khatam karna hoga. jar se ukhaarna hoga. main samajhta hoon ke yeh aadhi baat hai.</w:t>
      </w:r>
    </w:p>
    <w:p>
      <w:pPr>
        <w:jc w:val="right"/>
      </w:pPr>
      <w:r>
        <w:t>ایکسٹریمزم اور ملٹینسی بہت بڑھ گئی ہے، ہمیں اسے ختم کرنا ہوگا۔ جڑ سے اکھاڑنا ہوگا۔ میں سمجھتا ہوں کہ یہ آدھی بات ہے۔</w:t>
      </w:r>
    </w:p>
    <w:p>
      <w:r>
        <w:rPr>
          <w:b/>
        </w:rPr>
        <w:t xml:space="preserve">[09:27] </w:t>
      </w:r>
      <w:r>
        <w:t>sab se pehle Pakistani leaderon ko yeh manna padega ke unhon ne bhaari ghalti ki. ab is ka yeh fruit in ko saamne aa raha hai.</w:t>
      </w:r>
    </w:p>
    <w:p>
      <w:pPr>
        <w:jc w:val="right"/>
      </w:pPr>
      <w:r>
        <w:t>سب سے پہلے پاکستانی لیڈروں کو یہ ماننا پڑے گا کہ انہوں نے بھاری غلطی کی۔ اب اس کا یہ فروٹ ان کو سامنے آ رہا ہے۔</w:t>
      </w:r>
    </w:p>
    <w:p>
      <w:r>
        <w:rPr>
          <w:b/>
        </w:rPr>
        <w:t xml:space="preserve">[09:42] </w:t>
      </w:r>
      <w:r>
        <w:t>mera manna yeh hai ke Pakistan ki movement apne aap mein extremist movement thi. Khuda ne extremism kya hai?</w:t>
      </w:r>
    </w:p>
    <w:p>
      <w:pPr>
        <w:jc w:val="right"/>
      </w:pPr>
      <w:r>
        <w:t>میرا ماننا یہ ہے کہ پاکستان کی موومنٹ اپنے آپ میں ایکسٹریمسٹ موومنٹ تھی۔ خدا نے ایکسٹریمزم کیا ہے؟</w:t>
      </w:r>
    </w:p>
    <w:p>
      <w:r>
        <w:rPr>
          <w:b/>
        </w:rPr>
        <w:t xml:space="preserve">[09:52] </w:t>
      </w:r>
      <w:r>
        <w:t>Khuda ke jo natural path the, us se hatna.</w:t>
      </w:r>
    </w:p>
    <w:p>
      <w:pPr>
        <w:jc w:val="right"/>
      </w:pPr>
      <w:r>
        <w:t>خدا کے جو نیچرل پاتھ تھے، اس سے ہٹنا۔</w:t>
      </w:r>
    </w:p>
    <w:p>
      <w:r>
        <w:rPr>
          <w:b/>
        </w:rPr>
        <w:t xml:space="preserve">[09:55] </w:t>
      </w:r>
      <w:r>
        <w:t>Khuda ne banaya hai insaan ko ke mil jul kar rahe woh. mil jul kar rahe. man is a social animal. unhon ne kya kiya ke hamein cut kar rehna hai.</w:t>
      </w:r>
    </w:p>
    <w:p>
      <w:pPr>
        <w:jc w:val="right"/>
      </w:pPr>
      <w:r>
        <w:t>خدا نے بنایا ہے انسان کو کہ مل جل کر رہے وہ۔ مل جل کر رہے۔ مینی سوشل اینیمل۔ انہوں نے کیا کیا کہ ہمیں کٹ کر رہنا ہے۔</w:t>
      </w:r>
    </w:p>
    <w:p>
      <w:r>
        <w:rPr>
          <w:b/>
        </w:rPr>
        <w:t xml:space="preserve">[10:07] </w:t>
      </w:r>
      <w:r>
        <w:t>hamein alag country do. hamein alag pocket do. That was against the natural laws. to is ke baad kya hua ke Pakistan jab bana to zahir hai ke wahan extremism phailne lagi.</w:t>
      </w:r>
    </w:p>
    <w:p>
      <w:pPr>
        <w:jc w:val="right"/>
      </w:pPr>
      <w:r>
        <w:t>ہمیں الگ کنٹری دو۔ ہمیں الگ پاکٹ دو۔ دیٹ واز اگینسٹ دی نیچرل لاز۔ تو اس کے بعد کیا ہوا کہ پاکستان جب بنا تو ظاہر ہے کہ وہاں ایکسٹریمزم پھیلنے لگی۔</w:t>
      </w:r>
    </w:p>
    <w:p>
      <w:r>
        <w:rPr>
          <w:b/>
        </w:rPr>
        <w:t xml:space="preserve">[10:24] </w:t>
      </w:r>
      <w:r>
        <w:t>phir unhon ne ek aur bhaari ghalti ki, Kashmir ke issue par le kar ke ladaai chhed di. forty seven hi mein unhein sab kuch band kar ke sirf construction ke liye kaam karna chahiye tha.</w:t>
      </w:r>
    </w:p>
    <w:p>
      <w:pPr>
        <w:jc w:val="right"/>
      </w:pPr>
      <w:r>
        <w:t>پھر انہوں نے ایک اور بھاری غلطی کی، کشمیر کے ایشو پر لے کر کے لڑائی چھیڑ دی۔ فورٹی سیون ہی میں انہیں سب کچھ بند کر کے صرف کنسٹرکشن کے لیے کام کرنا چاہیے تھا۔</w:t>
      </w:r>
    </w:p>
    <w:p>
      <w:r>
        <w:rPr>
          <w:b/>
        </w:rPr>
        <w:t xml:space="preserve">[10:39] </w:t>
      </w:r>
      <w:r>
        <w:t>education ke liye. ab kya hai India ke se unhon ne ladaai chhed di. to poora poora desh un ka jo hai woh militant ban gaya.</w:t>
      </w:r>
    </w:p>
    <w:p>
      <w:pPr>
        <w:jc w:val="right"/>
      </w:pPr>
      <w:r>
        <w:t>ایجوکیشن کے لیے۔ اب کیا ہے انڈیا کے سے انہوں نے لڑائی چھیڑ دی۔ تو پورا پورا دیش ان کا جو ہے وہ ملٹنٹ بن گیا۔</w:t>
      </w:r>
    </w:p>
    <w:p>
      <w:r>
        <w:rPr>
          <w:b/>
        </w:rPr>
        <w:t xml:space="preserve">[10:49] </w:t>
      </w:r>
      <w:r>
        <w:t>poore poore desh mein unhon ne militancy phailai, hate phailai. taake India ke khilaaf apni ladaai jeet sakein woh. zahir hai ke India bohat bara country tha.</w:t>
      </w:r>
    </w:p>
    <w:p>
      <w:pPr>
        <w:jc w:val="right"/>
      </w:pPr>
      <w:r>
        <w:t>پورے پورے دیش میں انہوں نے ملٹینسی پھیلائی، ہیٹ پھیلائی۔ تاکہ انڈیا کے خلاف اپنی لڑائی جیت سکیں وہ۔ ظاہر ہے کہ انڈیا بہت بڑا کنٹری تھا۔</w:t>
      </w:r>
    </w:p>
    <w:p>
      <w:r>
        <w:rPr>
          <w:b/>
        </w:rPr>
        <w:t xml:space="preserve">[11:01] </w:t>
      </w:r>
      <w:r>
        <w:t>wo jeet nahi sakte the. ab kya hai India ke khilaaf jab woh haar gaye to woh jo log banaye unhon ne, extremist log, militant log, woh kahan nikalein apne?</w:t>
      </w:r>
    </w:p>
    <w:p>
      <w:pPr>
        <w:jc w:val="right"/>
      </w:pPr>
      <w:r>
        <w:t>وہ جیت نہیں سکتے تھے۔ اب کیا ہے انڈیا کے خلاف جب وہ ہار گئے تو وہ جو لوگ بنائے انہوں نے، ایکسٹریمسٹ لوگ، ملٹنٹ لوگ، وہ کہاں نکالیں اپنے؟</w:t>
      </w:r>
    </w:p>
    <w:p>
      <w:r>
        <w:rPr>
          <w:b/>
        </w:rPr>
        <w:t xml:space="preserve">[11:14] </w:t>
      </w:r>
      <w:r>
        <w:t>wo nikaal rahe hain apne hi logon par. ab Usman Musalman ko maar raha hai.</w:t>
      </w:r>
    </w:p>
    <w:p>
      <w:pPr>
        <w:jc w:val="right"/>
      </w:pPr>
      <w:r>
        <w:t>وہ نکال رہے ہیں اپنے ہی لوگوں پر۔ اب عثمان مسلمان کو مار رہا ہے۔</w:t>
      </w:r>
    </w:p>
    <w:p>
      <w:r>
        <w:rPr>
          <w:b/>
        </w:rPr>
        <w:t xml:space="preserve">[11:19] </w:t>
      </w:r>
      <w:r>
        <w:t>main samajhta hoon ke Pakistani leaderon ke liye starting point yeh hai ke woh is distraction ko jaanein ke nature se distract kiya unhon ne.</w:t>
      </w:r>
    </w:p>
    <w:p>
      <w:pPr>
        <w:jc w:val="right"/>
      </w:pPr>
      <w:r>
        <w:t>میں سمجھتا ہوں کہ پاکستانی لیڈروں کے لیے اسٹارٹنگ پوائنٹ یہ ہے کہ وہ اس ڈسٹریکشن کو جانیں کہ نیچر سے ڈسٹریکٹ کیا انہوں نے۔</w:t>
      </w:r>
    </w:p>
    <w:p>
      <w:r>
        <w:rPr>
          <w:b/>
        </w:rPr>
        <w:t xml:space="preserve">[11:30] </w:t>
      </w:r>
      <w:r>
        <w:t>nature chahti thi ke Hindu India mein Hindu Muslim mil kar rahein. mil jul kar kiya aapas mein aage badhein. lekin unhon ne kaha ke nahi. hamein alag banana hai apni duniya.</w:t>
      </w:r>
    </w:p>
    <w:p>
      <w:pPr>
        <w:jc w:val="right"/>
      </w:pPr>
      <w:r>
        <w:t>نیچر چاہتی تھی کہ ہندو انڈیا میں ہندو مسلم مل کر رہیں۔ مل جل کر کیا آپس میں آگے بڑھیں۔ لیکن انہوں نے کہا کہ نہیں۔ ہمیں الگ بنانا ہے اپنی دنیا۔</w:t>
      </w:r>
    </w:p>
    <w:p>
      <w:r>
        <w:rPr>
          <w:b/>
        </w:rPr>
        <w:t xml:space="preserve">[11:41] </w:t>
      </w:r>
      <w:r>
        <w:t>ghalti wahan se hui. phir Kashmir ki ladaai jo ki woh ghalti sab thi. Afghanistan mein involve hui woh sab ghalti thi.</w:t>
      </w:r>
    </w:p>
    <w:p>
      <w:pPr>
        <w:jc w:val="right"/>
      </w:pPr>
      <w:r>
        <w:t>غلطی وہاں سے ہوئی۔ پھر کشمیر کی لڑائی جو کی وہ غلطی سب تھی۔ افغانستان میں انوالو ہوئی وہ سب غلطی تھی۔</w:t>
      </w:r>
    </w:p>
    <w:p>
      <w:r>
        <w:rPr>
          <w:b/>
        </w:rPr>
        <w:t xml:space="preserve">[11:48] </w:t>
      </w:r>
      <w:r>
        <w:t>dekhein jab tak aap yeh na kahein ke we were wrong, tab tak masses ki samajh mein kuch nahi aayega. masses jo hain wahan ke woh to samajhte hain ke hum jihad kar rahe hain.</w:t>
      </w:r>
    </w:p>
    <w:p>
      <w:pPr>
        <w:jc w:val="right"/>
      </w:pPr>
      <w:r>
        <w:t>دیکھیں جب تک آپ یہ نہ کہیں کہ وی ویر رونگ، تب تک ماسز کی سمجھ میں کچھ نہیں آئے گا۔ ماسز جو ہیں وہاں کے وہ تو سمجھتے ہیں کہ ہم جہاد کر رہے ہیں۔</w:t>
      </w:r>
    </w:p>
    <w:p>
      <w:r>
        <w:rPr>
          <w:b/>
        </w:rPr>
        <w:t xml:space="preserve">[12:02] </w:t>
      </w:r>
      <w:r>
        <w:t>aap ko kehna padega ke hum ne ghalti ki, yeh jihad nahi tha. tab hoga reassessment. abhi to Pakistan mein reassessment ka process bhi shuru nahi ho sakta.</w:t>
      </w:r>
    </w:p>
    <w:p>
      <w:pPr>
        <w:jc w:val="right"/>
      </w:pPr>
      <w:r>
        <w:t>آپ کو کہنا پڑے گا کہ ہم نے غلطی کی، یہ جہاد نہیں تھا۔ تب ہوگا ری اسسمنٹ۔ ابھی تو پاکستان میں ری اسسمنٹ کا پراسیس بھی شروع نہیں ہو سکتا۔</w:t>
      </w:r>
    </w:p>
    <w:p>
      <w:r>
        <w:rPr>
          <w:b/>
        </w:rPr>
        <w:t xml:space="preserve">[12:13] </w:t>
      </w:r>
      <w:r>
        <w:t>is tarah se. jab tak aap yeh na kahein ke we were wrong.</w:t>
      </w:r>
    </w:p>
    <w:p>
      <w:pPr>
        <w:jc w:val="right"/>
      </w:pPr>
      <w:r>
        <w:t>اس طرح سے۔ جب تک آپ یہ نہ کہیں کہ وی ویر رونگ۔</w:t>
      </w:r>
    </w:p>
    <w:p>
      <w:r>
        <w:rPr>
          <w:b/>
        </w:rPr>
        <w:t xml:space="preserve">[12:18] </w:t>
      </w:r>
      <w:r>
        <w:t>to yeh poori history mein se hua hai. main aap ko example doon ke ancient Greece mein, yaani before Christianity,</w:t>
      </w:r>
    </w:p>
    <w:p>
      <w:pPr>
        <w:jc w:val="right"/>
      </w:pPr>
      <w:r>
        <w:t>تو یہ پوری ہسٹری میں سے ہوا ہے۔ میں آپ کو ایگزامپل دوں کہ اینشینٹ گریس میں، یعنی بیفور کرسچینٹی،</w:t>
      </w:r>
    </w:p>
    <w:p>
      <w:r>
        <w:rPr>
          <w:b/>
        </w:rPr>
        <w:t xml:space="preserve">[12:33] </w:t>
      </w:r>
      <w:r>
        <w:t>teen bohat bare mind paida hue. Socrates, Plato aur Aristotle. yeh teeno ke teeno bohat hi top ke log the.</w:t>
      </w:r>
    </w:p>
    <w:p>
      <w:pPr>
        <w:jc w:val="right"/>
      </w:pPr>
      <w:r>
        <w:t>تین بہت بڑے مائنڈ پیدا ہوئے۔ سوکریٹیز، پلیٹو اور اسٹارٹل۔ یہ تینوں کے تینوں بہت ہی ٹاپ کے لوگ تھے۔</w:t>
      </w:r>
    </w:p>
    <w:p>
      <w:r>
        <w:rPr>
          <w:b/>
        </w:rPr>
        <w:t xml:space="preserve">[12:45] </w:t>
      </w:r>
      <w:r>
        <w:t>lekin mere nazdeek teeno ka case distraction ka case hai. is liye positive term mein woh duniya ko kuch na de sake. Socrates kya tha?</w:t>
      </w:r>
    </w:p>
    <w:p>
      <w:pPr>
        <w:jc w:val="right"/>
      </w:pPr>
      <w:r>
        <w:t>لیکن میرے نزدیک تینوں کا کیس ڈسٹریکشن کا کیس ہے۔ اس لیے پازیٹیو ٹرم میں وہ دنیا کو کچھ نہ دے سکے۔ سوکریٹیز کیا تھا؟</w:t>
      </w:r>
    </w:p>
    <w:p>
      <w:r>
        <w:rPr>
          <w:b/>
        </w:rPr>
        <w:t xml:space="preserve">[12:58] </w:t>
      </w:r>
      <w:r>
        <w:t>woh apne wahan ke jo naujawan the, un naujawano ko wahan ki government ke khilaaf un ka mind banata tha woh.</w:t>
      </w:r>
    </w:p>
    <w:p>
      <w:pPr>
        <w:jc w:val="right"/>
      </w:pPr>
      <w:r>
        <w:t>وہ اپنے وہاں کے جو نوجوان تھے، ان نوجوانوں کو وہاں کی گورنمنٹ کے خلاف ان کا مائنڈ بناتا تھا وہ۔</w:t>
      </w:r>
    </w:p>
    <w:p>
      <w:r>
        <w:rPr>
          <w:b/>
        </w:rPr>
        <w:t xml:space="preserve">[13:09] </w:t>
      </w:r>
      <w:r>
        <w:t>use pata tha ke jo government hai woh less than ideal hai. hamein us ko ideal banana hai.</w:t>
      </w:r>
    </w:p>
    <w:p>
      <w:pPr>
        <w:jc w:val="right"/>
      </w:pPr>
      <w:r>
        <w:t>اسے پتہ تھا کہ جو گورنمنٹ ہے وہ لیس دین آئیڈیل ہے۔ ہمیں اس کو آئیڈیل بنانا ہے۔</w:t>
      </w:r>
    </w:p>
    <w:p>
      <w:r>
        <w:rPr>
          <w:b/>
        </w:rPr>
        <w:t xml:space="preserve">[13:14] </w:t>
      </w:r>
      <w:r>
        <w:t>to naujawano mein use revolt ka mind banaya. ab government us ko tolerant nahi kar sakti thi. zahir hai ke government ne us ko majboor kiya ke woh poison le kar apne aap ko khatam kar le.</w:t>
      </w:r>
    </w:p>
    <w:p>
      <w:pPr>
        <w:jc w:val="right"/>
      </w:pPr>
      <w:r>
        <w:t>تو نوجوانوں میں اسے ریولٹ کا مائنڈ بنایا۔ اب گورنمنٹ اس کو ٹالرٹ نہیں کر سکتی تھی۔ ظاہر ہے کہ گورنمنٹ نے اس کو مجبور کیا کہ وہ پوائزن لے کر اپنے آپ کو ختم کر لے۔</w:t>
      </w:r>
    </w:p>
    <w:p>
      <w:r>
        <w:rPr>
          <w:b/>
        </w:rPr>
        <w:t xml:space="preserve">[13:31] </w:t>
      </w:r>
      <w:r>
        <w:t>mein samajhta hoon ke socrates ke liye best policy kya thi? status quoism. yaani government mein interfere na karte hue wahan ke youth ko train karna.</w:t>
      </w:r>
    </w:p>
    <w:p>
      <w:pPr>
        <w:jc w:val="right"/>
      </w:pPr>
      <w:r>
        <w:t>میں سمجھتا ہوں کہ سوکریٹیز کے لیے بیسٹ پالیسی کیا تھی؟ اسٹیٹس کوئزم۔ یعنی گورنمنٹ میں انٹرفیئر نہ کرتے ہوئے وہاں کے یوتھ کو ٹرین کرنا۔</w:t>
      </w:r>
    </w:p>
    <w:p>
      <w:r>
        <w:rPr>
          <w:b/>
        </w:rPr>
        <w:t xml:space="preserve">[13:45] </w:t>
      </w:r>
      <w:r>
        <w:t>agar aisa woh karta to bohat bari history bana sakta tha woh. lekin interference ki policy jo banai us ne government ke sath, yeh yeh tha distraction.</w:t>
      </w:r>
    </w:p>
    <w:p>
      <w:pPr>
        <w:jc w:val="right"/>
      </w:pPr>
      <w:r>
        <w:t>اگر ایسا وہ کرتا تو بہت بڑی ہسٹری بنا سکتا تھا وہ۔ لیکن انٹرفیرنس کی پالیسی جو بنائی اس نے گورنمنٹ کے ساتھ، یہ یہ تھا ڈسٹریکشن۔</w:t>
      </w:r>
    </w:p>
    <w:p>
      <w:r>
        <w:rPr>
          <w:b/>
        </w:rPr>
        <w:t xml:space="preserve">[13:56] </w:t>
      </w:r>
      <w:r>
        <w:t>aur is ka result kuch nahi nikla. is ke baad dekhein plato aata hai jo is ka disciple tha. us ne ideal state ka concept diya.</w:t>
      </w:r>
    </w:p>
    <w:p>
      <w:pPr>
        <w:jc w:val="right"/>
      </w:pPr>
      <w:r>
        <w:t>اور اس کا رزلٹ کچھ نہیں نکلا۔ اس کے بعد دیکھیں پلیٹو آتا ہے جو اس کا ڈسائپل تھا۔ اس نے آئیڈیل اسٹیٹ کا کانسیپٹ دیا۔</w:t>
      </w:r>
    </w:p>
    <w:p>
      <w:r>
        <w:rPr>
          <w:b/>
        </w:rPr>
        <w:t xml:space="preserve">[14:06] </w:t>
      </w:r>
      <w:r>
        <w:t>ideal state jo hai, aap jante hain ke ideal can not be achieved</w:t>
      </w:r>
    </w:p>
    <w:p>
      <w:pPr>
        <w:jc w:val="right"/>
      </w:pPr>
      <w:r>
        <w:t>آئیڈیل اسٹیٹ جو ہے، آپ جانتے ہیں کہ آئیڈیل کین ناٹ بی اچیوڈ</w:t>
      </w:r>
    </w:p>
    <w:p>
      <w:r>
        <w:rPr>
          <w:b/>
        </w:rPr>
        <w:t xml:space="preserve">[14:10] </w:t>
      </w:r>
      <w:r>
        <w:t>. itne bare mind thay lekin yeh nahi jaan sake ke ideal state banna kabhi possible hi nahi hai.</w:t>
      </w:r>
    </w:p>
    <w:p>
      <w:pPr>
        <w:jc w:val="right"/>
      </w:pPr>
      <w:r>
        <w:t>۔ اتنے بڑے مائنڈ تھے لیکن یہ نہیں جان سکے کہ آئیڈیل اسٹیٹ بننا کبھی پاسیبل ہی نہیں ہے۔</w:t>
      </w:r>
    </w:p>
    <w:p>
      <w:r>
        <w:rPr>
          <w:b/>
        </w:rPr>
        <w:t xml:space="preserve">[14:20] </w:t>
      </w:r>
      <w:r>
        <w:t>ideal state is nothing except utopia. ab ek aisi cheez jo achievable na ho, us mein aap ne koi lagayein to woh bhi distraction hai.</w:t>
      </w:r>
    </w:p>
    <w:p>
      <w:pPr>
        <w:jc w:val="right"/>
      </w:pPr>
      <w:r>
        <w:t>آئیڈیل اسٹیٹ از نتھنگ ایکسیپٹ یوٹوپیا۔ اب ایک ایسی چیز جو اچیویبل نہ ہو، اس میں آپ نے کوئی لگائیں تو وہ بھی ڈسٹریکشن ہے۔</w:t>
      </w:r>
    </w:p>
    <w:p>
      <w:r>
        <w:rPr>
          <w:b/>
        </w:rPr>
        <w:t xml:space="preserve">[14:32] </w:t>
      </w:r>
      <w:r>
        <w:t>it is all so distraction.</w:t>
      </w:r>
    </w:p>
    <w:p>
      <w:pPr>
        <w:jc w:val="right"/>
      </w:pPr>
      <w:r>
        <w:t>اٹ از آل سو ڈسٹریکشن۔</w:t>
      </w:r>
    </w:p>
    <w:p>
      <w:r>
        <w:rPr>
          <w:b/>
        </w:rPr>
        <w:t xml:space="preserve">[14:37] </w:t>
      </w:r>
      <w:r>
        <w:t>when you are engaged in a target that is not achievable, it is all so case of distraction.</w:t>
      </w:r>
    </w:p>
    <w:p>
      <w:pPr>
        <w:jc w:val="right"/>
      </w:pPr>
      <w:r>
        <w:t>وین یو آر انگیج ان ا ٹارگٹ دیٹ از ناٹ اچیویبل، اٹ از آل سو کیس آف ڈسٹریکشن۔</w:t>
      </w:r>
    </w:p>
    <w:p>
      <w:r>
        <w:rPr>
          <w:b/>
        </w:rPr>
        <w:t xml:space="preserve">[14:47] </w:t>
      </w:r>
      <w:r>
        <w:t>to plato jo hai, sari zindagi laga di us ne ideal state ke soch mein. is ke baad jo startle aata hai, to wahi wahi phir us ne inherit kiya.</w:t>
      </w:r>
    </w:p>
    <w:p>
      <w:pPr>
        <w:jc w:val="right"/>
      </w:pPr>
      <w:r>
        <w:t>تو پلیٹو جو ہے، ساری زندگی لگا دی اس نے آئیڈیل اسٹیٹ کے سوچ میں۔ اس کے بعد جو اسٹارٹل آتا ہے، تو وہی وہی پھر اس نے انہیریٹ کیا۔</w:t>
      </w:r>
    </w:p>
    <w:p>
      <w:r>
        <w:rPr>
          <w:b/>
        </w:rPr>
        <w:t xml:space="preserve">[15:02] </w:t>
      </w:r>
      <w:r>
        <w:t>to alexander the great jo tha, woh by chance woh is ka tutor ban gaya woh. ab alexander the great ko us ne apna banaya woh.</w:t>
      </w:r>
    </w:p>
    <w:p>
      <w:pPr>
        <w:jc w:val="right"/>
      </w:pPr>
      <w:r>
        <w:t>تو الیگزینڈر دا گریٹ جو تھا، وہ بائی چانس وہ اس کا ٹیوٹر بن گیا وہ۔ اب الیگزینڈر دا گریٹ کو اس نے اپنا بنایا وہ۔</w:t>
      </w:r>
    </w:p>
    <w:p>
      <w:r>
        <w:rPr>
          <w:b/>
        </w:rPr>
        <w:t xml:space="preserve">[15:12] </w:t>
      </w:r>
      <w:r>
        <w:t>ke us ko mein in ka, in ki, in ki soch yeh thi ke philosopher king agar hamare paas ho to ideal state ban jayegi. to sari us ne apni energy laga di alexander par.</w:t>
      </w:r>
    </w:p>
    <w:p>
      <w:pPr>
        <w:jc w:val="right"/>
      </w:pPr>
      <w:r>
        <w:t>کہ اس کو میں ان کا، ان کی، ان کی سوچ یہ تھی کہ فلاسفر کنگ اگر ہمارے پاس ہو تو آئیڈیل اسٹیٹ بن جائے گی۔ تو ساری اس نے اپنی انرجی لگا دی الیگزینڈر پر۔</w:t>
      </w:r>
    </w:p>
    <w:p>
      <w:r>
        <w:rPr>
          <w:b/>
        </w:rPr>
        <w:t xml:space="preserve">[15:25] </w:t>
      </w:r>
      <w:r>
        <w:t>aur alexander phir aap jante hain ke woh doosre rastay par chal pada.</w:t>
      </w:r>
    </w:p>
    <w:p>
      <w:pPr>
        <w:jc w:val="right"/>
      </w:pPr>
      <w:r>
        <w:t>اور الیگزینڈر پھر آپ جانتے ہیں کہ وہ دوسرے راستے پر چل پڑا۔</w:t>
      </w:r>
    </w:p>
    <w:p>
      <w:r>
        <w:rPr>
          <w:b/>
        </w:rPr>
        <w:t xml:space="preserve">[15:31] </w:t>
      </w:r>
      <w:r>
        <w:t>bajaye is ke ke ideal state banaye, us ne us waqt mein expansion par chal pada. apni state ko expand karna, sara dunya ka raja banna.</w:t>
      </w:r>
    </w:p>
    <w:p>
      <w:pPr>
        <w:jc w:val="right"/>
      </w:pPr>
      <w:r>
        <w:t>بجائے اس کے کہ آئیڈیل اسٹیٹ بنائے، اس نے اس وقت میں ایکسپینشن پر چل پڑا۔ اپنی اسٹیٹ کو ایکسپینڈ کرنا، سارا دنیا کا راجہ بننا۔</w:t>
      </w:r>
    </w:p>
    <w:p>
      <w:r>
        <w:rPr>
          <w:b/>
        </w:rPr>
        <w:t xml:space="preserve">[15:42] </w:t>
      </w:r>
      <w:r>
        <w:t>to nateeja kya hua ke dekhiye ke teeno bare bare mind, aap un ko parhiye un ke life ko ke socrates bhi frustration mein mara.</w:t>
      </w:r>
    </w:p>
    <w:p>
      <w:pPr>
        <w:jc w:val="right"/>
      </w:pPr>
      <w:r>
        <w:t>تو نتیجہ کیا ہوا کہ دیکھیے کہ تینوں بڑے بڑے مائنڈ، آپ ان کو پڑھیے ان کے لائف کو کہ سوکریٹیز بھی فرسٹریشن میں مرا۔</w:t>
      </w:r>
    </w:p>
    <w:p>
      <w:r>
        <w:rPr>
          <w:b/>
        </w:rPr>
        <w:t xml:space="preserve">[15:51] </w:t>
      </w:r>
      <w:r>
        <w:t>plato bhi frustration mein mara. aur startle bhi frustration mein mara. teeno ke teeno frustration mein maray.</w:t>
      </w:r>
    </w:p>
    <w:p>
      <w:pPr>
        <w:jc w:val="right"/>
      </w:pPr>
      <w:r>
        <w:t>پلیٹو بھی فرسٹریشن میں مرا۔ اور اسٹارٹل بھی فرسٹریشن میں مرا۔ تینوں کے تینوں فرسٹریشن میں مرے۔</w:t>
      </w:r>
    </w:p>
    <w:p>
      <w:r>
        <w:rPr>
          <w:b/>
        </w:rPr>
        <w:t xml:space="preserve">[16:00] </w:t>
      </w:r>
      <w:r>
        <w:t>kyun? unhon ne ek aisa target liya jo achievable nahi tha. ab is ke doosri, teesri, doosri misaal mein deta hoon aap ko.</w:t>
      </w:r>
    </w:p>
    <w:p>
      <w:pPr>
        <w:jc w:val="right"/>
      </w:pPr>
      <w:r>
        <w:t>کیوں؟ انہوں نے ایک ایسا ٹارگٹ لیا جو اچیویبل نہیں تھا۔ اب اس کے دوسری، تیسری، دوسری مثال میں دیتا ہوں آپ کو۔</w:t>
      </w:r>
    </w:p>
    <w:p>
      <w:r>
        <w:rPr>
          <w:b/>
        </w:rPr>
        <w:t xml:space="preserve">[16:10] </w:t>
      </w:r>
      <w:r>
        <w:t>newton ki, galileo ki aur copernicus ki. unhon ne dunya ko bohat bari cheez di. newton ne aur galileo ne aur copernicus ne dunya ko bohat bari cheez di.</w:t>
      </w:r>
    </w:p>
    <w:p>
      <w:pPr>
        <w:jc w:val="right"/>
      </w:pPr>
      <w:r>
        <w:t>نیوٹن کی، گلیلیو کی اور کوپرنیکس کی۔ انہوں نے دنیا کو بہت بڑی چیز دی۔ نیوٹن نے اور گلیلیو نے اور کوپرنیکس نے دنیا کو بہت بڑی چیز دی۔</w:t>
      </w:r>
    </w:p>
    <w:p>
      <w:r>
        <w:rPr>
          <w:b/>
        </w:rPr>
        <w:t xml:space="preserve">[16:26] </w:t>
      </w:r>
      <w:r>
        <w:t>yaani modern astronomy di un ko.</w:t>
      </w:r>
    </w:p>
    <w:p>
      <w:pPr>
        <w:jc w:val="right"/>
      </w:pPr>
      <w:r>
        <w:t>یعنی ماڈرن اسٹرانومی دی ان کو۔</w:t>
      </w:r>
    </w:p>
    <w:p>
      <w:r>
        <w:rPr>
          <w:b/>
        </w:rPr>
        <w:t xml:space="preserve">[16:29] </w:t>
      </w:r>
      <w:r>
        <w:t>astrology se nikal kar, yaani human history ko unhon ne astrology se nikala aur modern astronomy tak pohanchaya. yeh kitna bara in ka deen hai, kitna bara contribution hai.</w:t>
      </w:r>
    </w:p>
    <w:p>
      <w:pPr>
        <w:jc w:val="right"/>
      </w:pPr>
      <w:r>
        <w:t>اسٹرالوجی سے نکال کر، یعنی ہیومن ہسٹری کو انہوں نے اسٹرالوجی سے نکالا اور ماڈرن اسٹرانومی تک پہنچایا۔ یہ کتنا بڑا ان کا دین ہے، کتنا بڑا کنٹریبیوشن ہے۔</w:t>
      </w:r>
    </w:p>
    <w:p>
      <w:r>
        <w:rPr>
          <w:b/>
        </w:rPr>
        <w:t xml:space="preserve">[16:41] </w:t>
      </w:r>
      <w:r>
        <w:t>to mein samajhta hoon ke newton ne aur aur galileo ne aur aur yeh copernicus ne, in ka case distraction case nahi hai.</w:t>
      </w:r>
    </w:p>
    <w:p>
      <w:pPr>
        <w:jc w:val="right"/>
      </w:pPr>
      <w:r>
        <w:t>تو میں سمجھتا ہوں کہ نیوٹن نے اور اور گلیلیو نے اور اور یہ کوپرنیکس نے، ان کا کیس ڈسٹریکشن کیس نہیں ہے۔</w:t>
      </w:r>
    </w:p>
    <w:p>
      <w:r>
        <w:rPr>
          <w:b/>
        </w:rPr>
        <w:t xml:space="preserve">[16:56] </w:t>
      </w:r>
      <w:r>
        <w:t>ek achievable line pakri unhon ne. aur is mein woh kamyab hue. aur dunya ko bohat bari cheez de kar gaye jab gaye to.</w:t>
      </w:r>
    </w:p>
    <w:p>
      <w:pPr>
        <w:jc w:val="right"/>
      </w:pPr>
      <w:r>
        <w:t>ایک اچیویبل لائن پکڑی انہوں نے۔ اور اس میں وہ کامیاب ہوئے۔ اور دنیا کو بہت بڑی چیز دے کر گئے جب گئے تو۔</w:t>
      </w:r>
    </w:p>
    <w:p>
      <w:r>
        <w:rPr>
          <w:b/>
        </w:rPr>
        <w:t xml:space="preserve">[17:07] </w:t>
      </w:r>
      <w:r>
        <w:t>to mein samajhta hoon ke yeh distraction sab se bara poison hai kisi insan ke liye. sab se pehle aap ko janna chahiye ke aap Khuda ne aap ko kaun si unique quality di hai, unique quality.</w:t>
      </w:r>
    </w:p>
    <w:p>
      <w:pPr>
        <w:jc w:val="right"/>
      </w:pPr>
      <w:r>
        <w:t>تو میں سمجھتا ہوں کہ یہ ڈسٹریکشن سب سے بڑا پوائزن ہے کسی انسان کے لیے۔ سب سے پہلے آپ کو جاننا چاہیے کہ آپ خدا نے آپ کو کون سی یونیک کوالٹی دی ہے، یونیک کوالٹی۔</w:t>
      </w:r>
    </w:p>
    <w:p>
      <w:r>
        <w:rPr>
          <w:b/>
        </w:rPr>
        <w:t xml:space="preserve">[17:23] </w:t>
      </w:r>
      <w:r>
        <w:t>aur is par lag jaiye aap.</w:t>
      </w:r>
    </w:p>
    <w:p>
      <w:pPr>
        <w:jc w:val="right"/>
      </w:pPr>
      <w:r>
        <w:t>اور اس پر لگ جائیے آپ۔</w:t>
      </w:r>
    </w:p>
    <w:p>
      <w:r>
        <w:rPr>
          <w:b/>
        </w:rPr>
        <w:t xml:space="preserve">[17:30] </w:t>
      </w:r>
      <w:r>
        <w:t>tabhi aap koi excellence pesh kar payenge dunya mein. aur dunya ko koi bari cheez de payenge aap. mere mere apne jahan mein paida hua tha, district aligarh mein,</w:t>
      </w:r>
    </w:p>
    <w:p>
      <w:pPr>
        <w:jc w:val="right"/>
      </w:pPr>
      <w:r>
        <w:t>تبھی آپ کوئی ایکسیلنس پیش کر پائیں گے دنیا میں۔ اور دنیا کو کوئی بڑی چیز دے پائیں گے آپ۔ میرے میرے اپنے جہاں میں پیدا ہوا تھا، ڈسٹرکٹ عالمگڑھ میں،</w:t>
      </w:r>
    </w:p>
    <w:p>
      <w:r>
        <w:rPr>
          <w:b/>
        </w:rPr>
        <w:t xml:space="preserve">[17:45] </w:t>
      </w:r>
      <w:r>
        <w:t>wahan par ek sahib thay, un ka naam tha sir shah sulaiman. sir shah sulaiman. woh bohat hi intelligent aadmi thay.</w:t>
      </w:r>
    </w:p>
    <w:p>
      <w:pPr>
        <w:jc w:val="right"/>
      </w:pPr>
      <w:r>
        <w:t>وہاں پر ایک صاحب تھے، ان کا نام تھا سر شاہ سلیمان۔ سر شاہ سلیمان۔ وہ بہت ہی انٹیلیجنٹ آدمی تھے۔</w:t>
      </w:r>
    </w:p>
    <w:p>
      <w:r>
        <w:rPr>
          <w:b/>
        </w:rPr>
        <w:t xml:space="preserve">[17:57] </w:t>
      </w:r>
      <w:r>
        <w:t>woh bohat bara mathematical tha woh aadmi. mathematical mind tha un ka. yaani unhon ne Einstein ke jo theory of general relativity hai, us par article likha tha, bohat zabardast article.</w:t>
      </w:r>
    </w:p>
    <w:p>
      <w:pPr>
        <w:jc w:val="right"/>
      </w:pPr>
      <w:r>
        <w:t>وہ بہت بڑا میتھمیٹیکل تھا وہ آدمی۔ میتھمیٹیکل مائنڈ تھا ان کا۔ یعنی انہوں نے آئنسٹین کے جو تھیوری آف جنرل ریلیٹیوٹی ہے، اس پر آرٹیکل لکھا تھا، بہت زبردست آرٹیکل۔</w:t>
      </w:r>
    </w:p>
    <w:p>
      <w:r>
        <w:rPr>
          <w:b/>
        </w:rPr>
        <w:t xml:space="preserve">[18:13] </w:t>
      </w:r>
      <w:r>
        <w:t>aur kai is mein weakness dikhai thi unhon ne. aur general mein chupa tha us zamane mein. lekin unhon ne kiya kiya?</w:t>
      </w:r>
    </w:p>
    <w:p>
      <w:pPr>
        <w:jc w:val="right"/>
      </w:pPr>
      <w:r>
        <w:t>اور کئی اس میں ویکنس دکھائی تھی انہوں نے۔ اور جنرل میں چھپا تھا اس زمانے میں۔ لیکن انہوں نے کیا کیا؟</w:t>
      </w:r>
    </w:p>
    <w:p>
      <w:r>
        <w:rPr>
          <w:b/>
        </w:rPr>
        <w:t xml:space="preserve">[18:23] </w:t>
      </w:r>
      <w:r>
        <w:t>judge ban gaye. aur judge banne ke baad phir university ke vice chancellor ban gaye aur mar gaye. yaani science ko unhon ne apna maidan nahi banaya.</w:t>
      </w:r>
    </w:p>
    <w:p>
      <w:pPr>
        <w:jc w:val="right"/>
      </w:pPr>
      <w:r>
        <w:t>جج بن گئے۔ اور جج بننے کے بعد پھر یونیورسٹی کے وائس چانسلر بن گئے اور مر گئے۔ یعنی سائنس کو انہوں نے اپنا میدان نہیں بنایا۔</w:t>
      </w:r>
    </w:p>
    <w:p>
      <w:r>
        <w:rPr>
          <w:b/>
        </w:rPr>
        <w:t xml:space="preserve">[18:33] </w:t>
      </w:r>
      <w:r>
        <w:t>mathematics ko apna maidan nahi banaya. is ka ulta dekhiye aap. Einstein ko aap dekhiye. Einstein ko bhi offer diya gaya Israel ki presidenship ka.</w:t>
      </w:r>
    </w:p>
    <w:p>
      <w:pPr>
        <w:jc w:val="right"/>
      </w:pPr>
      <w:r>
        <w:t>میتھمیٹکس کو اپنا میدان نہیں بنایا۔ اس کا الٹا دیکھیے آپ۔ آئنسٹین کو آپ دیکھیے۔ آئنسٹین کو بھی آفر دیا گیا اسرائیل کی پریزیڈنسیپ کا۔</w:t>
      </w:r>
    </w:p>
    <w:p>
      <w:r>
        <w:rPr>
          <w:b/>
        </w:rPr>
        <w:t xml:space="preserve">[18:47] </w:t>
      </w:r>
      <w:r>
        <w:t>toh Israel ke pehle president bante Einstein.</w:t>
      </w:r>
    </w:p>
    <w:p>
      <w:pPr>
        <w:jc w:val="right"/>
      </w:pPr>
      <w:r>
        <w:t>تو اسرائیل کے پہلے پریزیڈنٹ بنتے آئنسٹین۔</w:t>
      </w:r>
    </w:p>
    <w:p>
      <w:r>
        <w:rPr>
          <w:b/>
        </w:rPr>
        <w:t xml:space="preserve">[18:52] </w:t>
      </w:r>
      <w:r>
        <w:t>lekin Einstein ne kaha ke nahi. main apne is kaam ko, yaani scientific research ko chhod nahi sakta. that is a distraction for me.</w:t>
      </w:r>
    </w:p>
    <w:p>
      <w:pPr>
        <w:jc w:val="right"/>
      </w:pPr>
      <w:r>
        <w:t>لیکن آئنسٹین نے کہا کہ نہیں۔ میں اپنے اس کام کو، یعنی سائنٹیفک ریسرچ کو چھوڑ نہیں سکتا۔ دیٹ از ا ڈسٹریکشن فار می۔</w:t>
      </w:r>
    </w:p>
    <w:p>
      <w:r>
        <w:rPr>
          <w:b/>
        </w:rPr>
        <w:t xml:space="preserve">[19:03] </w:t>
      </w:r>
      <w:r>
        <w:t>toh dekhiye aap ke Sir Shah Sulaiman jahan tak main jaanta hoon, Einstein ke takkar ka un ka mind tha. isi satah ke aadmi the. woh Einstein jaisa koi bara kaam kar sakte the woh.</w:t>
      </w:r>
    </w:p>
    <w:p>
      <w:pPr>
        <w:jc w:val="right"/>
      </w:pPr>
      <w:r>
        <w:t>تو دیکھیے آپ کہ سر شاہ سلیمان جہاں تک میں جانتا ہوں، آئنسٹینی کے ٹکر کا ان کا مائنڈ تھا۔ اسی سطح کے آدمی تھے۔ وہ آئنسٹین جیسا کوئی بڑا کام کر سکتے تھے وہ۔</w:t>
      </w:r>
    </w:p>
    <w:p>
      <w:r>
        <w:rPr>
          <w:b/>
        </w:rPr>
        <w:t xml:space="preserve">[19:16] </w:t>
      </w:r>
      <w:r>
        <w:t>bohat hi zabardast aadmi tha Sir Shah Sulaiman.</w:t>
      </w:r>
    </w:p>
    <w:p>
      <w:pPr>
        <w:jc w:val="right"/>
      </w:pPr>
      <w:r>
        <w:t>بہت ہی زبردست آدمی تھا سر شاہ سلیمان۔</w:t>
      </w:r>
    </w:p>
    <w:p>
      <w:r>
        <w:rPr>
          <w:b/>
        </w:rPr>
        <w:t xml:space="preserve">[19:19] </w:t>
      </w:r>
      <w:r>
        <w:t>British rule ke zamane mein un ko Sir ka title diya gaya tha. lekin woh kuch nahi kar sake. kuch nahi.</w:t>
      </w:r>
    </w:p>
    <w:p>
      <w:pPr>
        <w:jc w:val="right"/>
      </w:pPr>
      <w:r>
        <w:t>برٹش رول کے زمانے میں ان کو سر کا ٹائٹل دیا گیا تھا۔ لیکن وہ کچھ نہیں کر سکے۔ کچھ نہیں۔</w:t>
      </w:r>
    </w:p>
    <w:p>
      <w:r>
        <w:rPr>
          <w:b/>
        </w:rPr>
        <w:t xml:space="preserve">[19:29] </w:t>
      </w:r>
      <w:r>
        <w:t>judge rahe, is ke baad vice chancellor rahe, woh phir mar gaye. aur Einstein ne itna bara kaam kiya ke ek naya, yaani science mein ek naya age paida kiya.</w:t>
      </w:r>
    </w:p>
    <w:p>
      <w:pPr>
        <w:jc w:val="right"/>
      </w:pPr>
      <w:r>
        <w:t>جج رہے، اس کے بعد وائس چانسلر رہے، وہ پھر مر گئے۔ اور آئنسٹین نے اتنا بڑا کام کیا کہ ایک نیا، یعنی سائنس میں ایک نیا ایج پیدا کیا۔</w:t>
      </w:r>
    </w:p>
    <w:p>
      <w:r>
        <w:rPr>
          <w:b/>
        </w:rPr>
        <w:t xml:space="preserve">[19:41] </w:t>
      </w:r>
      <w:r>
        <w:t>yaani micro world ko micro world tak pahunchaya Einstein ne. ke itna bara kaam kiya.</w:t>
      </w:r>
    </w:p>
    <w:p>
      <w:pPr>
        <w:jc w:val="right"/>
      </w:pPr>
      <w:r>
        <w:t>یعنی مائیکرو ورلڈ کو مائیکرو ورلڈ تک پہنچایا آئنسٹین نے۔ کہ اتنا بڑا کام کیا۔</w:t>
      </w:r>
    </w:p>
    <w:p>
      <w:r>
        <w:rPr>
          <w:b/>
        </w:rPr>
        <w:t xml:space="preserve">[19:48] </w:t>
      </w:r>
      <w:r>
        <w:t>toh main samajhta hoon ke Einstein ka case distraction case nahi hai. is liye woh apna jo us ke andar distinctive quality thi, us ko woh explore kar ke aage badh saka.</w:t>
      </w:r>
    </w:p>
    <w:p>
      <w:pPr>
        <w:jc w:val="right"/>
      </w:pPr>
      <w:r>
        <w:t>تو میں سمجھتا ہوں کہ آئنسٹین کا کیس ڈسٹریکشن کیس نہیں ہے۔ اس لیے وہ اپنا جو اس کے اندر ڈسٹنکٹو کوالٹی تھی، اس کو وہ ایکسپلور کر کے آگے بڑھ سکا۔</w:t>
      </w:r>
    </w:p>
    <w:p>
      <w:r>
        <w:rPr>
          <w:b/>
        </w:rPr>
        <w:t xml:space="preserve">[20:00] </w:t>
      </w:r>
      <w:r>
        <w:t>aur Sir Shah Sulaiman jo the, apni jo un ki jo quality thi, us ko samajh nahi sake. aur phir kiya hua ke woh duniya mein aise aaye aur duniya mein aise chale gaye.</w:t>
      </w:r>
    </w:p>
    <w:p>
      <w:pPr>
        <w:jc w:val="right"/>
      </w:pPr>
      <w:r>
        <w:t>اور سر شاہ سلیمان جو تھے، اپنی جو ان کی جو کوالٹی تھی، اس کو سمجھ نہیں سکے۔ اور پھر کیا ہوا کہ وہ دنیا میں ایسے آئے اور دنیا میں ایسے چلے گئے۔</w:t>
      </w:r>
    </w:p>
    <w:p>
      <w:r>
        <w:rPr>
          <w:b/>
        </w:rPr>
        <w:t xml:space="preserve">[20:14] </w:t>
      </w:r>
      <w:r>
        <w:t>toh poora main samajhta hoon ke ek individual se le kar nation tak yeh formula sab par apply hota hai.</w:t>
      </w:r>
    </w:p>
    <w:p>
      <w:pPr>
        <w:jc w:val="right"/>
      </w:pPr>
      <w:r>
        <w:t>تو پورا میں سمجھتا ہوں کہ ایک انڈیویجول سے لے کر نیشن تک یہ فارمولا سب پر اپلائی ہوتا ہے۔</w:t>
      </w:r>
    </w:p>
    <w:p>
      <w:r>
        <w:rPr>
          <w:b/>
        </w:rPr>
        <w:t xml:space="preserve">[20:24] </w:t>
      </w:r>
      <w:r>
        <w:t>har individual ko main samajhta hoon ke sab se pehle jaanna chahiye ke Khuda ne mujhe is unique quality ke saath paida kiya hai.</w:t>
      </w:r>
    </w:p>
    <w:p>
      <w:pPr>
        <w:jc w:val="right"/>
      </w:pPr>
      <w:r>
        <w:t>ہر انڈیویجول کو میں سمجھتا ہوں کہ سب سے پہلے جاننا چاہیے کہ خدا نے مجھے اس یونیک کوالٹی کے ساتھ پیدا کیا ہے۔</w:t>
      </w:r>
    </w:p>
    <w:p>
      <w:r>
        <w:rPr>
          <w:b/>
        </w:rPr>
        <w:t xml:space="preserve">[20:36] </w:t>
      </w:r>
      <w:r>
        <w:t>lekin Khuda kabhi kisi ke saath injustice nahi karta. kabhi nahi.</w:t>
      </w:r>
    </w:p>
    <w:p>
      <w:pPr>
        <w:jc w:val="right"/>
      </w:pPr>
      <w:r>
        <w:t>لیکن خدا کبھی کسی کے ساتھ ان جسٹس نہیں کرتا۔ کبھی نہیں۔</w:t>
      </w:r>
    </w:p>
    <w:p>
      <w:r>
        <w:rPr>
          <w:b/>
        </w:rPr>
        <w:t xml:space="preserve">[20:42] </w:t>
      </w:r>
      <w:r>
        <w:t>Dr Abdul Kalam ke andar ek unique quality agar thi toh mere andar bhi unique quality hai. aur har aadmi ke andar ek unique quality hai. is unique quality ko jaanna aur is mein aage badhna.</w:t>
      </w:r>
    </w:p>
    <w:p>
      <w:pPr>
        <w:jc w:val="right"/>
      </w:pPr>
      <w:r>
        <w:t>ڈاکٹر عبدالکلام کے اندر ایک یونیک کوالٹی اگر تھی تو میرے اندر بھی یونیک کوالٹی ہے۔ اور ہر آدمی کے اندر ایک یونیک کوالٹی ہے۔ اس یونیک کوالٹی کو جاننا اور اس میں آگے بڑھنا۔</w:t>
      </w:r>
    </w:p>
    <w:p>
      <w:r>
        <w:rPr>
          <w:b/>
        </w:rPr>
        <w:t xml:space="preserve">[21:00] </w:t>
      </w:r>
      <w:r>
        <w:t>main samajhta hoon ke do cheezein zaroori hain. ek toh yeh ke apne aap ko discover karna.</w:t>
      </w:r>
    </w:p>
    <w:p>
      <w:pPr>
        <w:jc w:val="right"/>
      </w:pPr>
      <w:r>
        <w:t>میں سمجھتا ہوں کہ دو چیزیں ضروری ہیں۔ ایک تو یہ کہ اپنے آپ کو ڈسکور کرنا۔</w:t>
      </w:r>
    </w:p>
    <w:p>
      <w:r>
        <w:rPr>
          <w:b/>
        </w:rPr>
        <w:t xml:space="preserve">[21:06] </w:t>
      </w:r>
      <w:r>
        <w:t>first of all, you have to discover yourself.</w:t>
      </w:r>
    </w:p>
    <w:p>
      <w:pPr>
        <w:jc w:val="right"/>
      </w:pPr>
      <w:r>
        <w:t>فرسٹ آف آل، یو ہیو ٹو ڈسکور یور سیلف۔</w:t>
      </w:r>
    </w:p>
    <w:p>
      <w:r>
        <w:rPr>
          <w:b/>
        </w:rPr>
        <w:t xml:space="preserve">[21:11] </w:t>
      </w:r>
      <w:r>
        <w:t>aur doosri cheez kiya hai?</w:t>
      </w:r>
    </w:p>
    <w:p>
      <w:pPr>
        <w:jc w:val="right"/>
      </w:pPr>
      <w:r>
        <w:t>اور دوسری چیز کیا ہے؟</w:t>
      </w:r>
    </w:p>
    <w:p>
      <w:r>
        <w:rPr>
          <w:b/>
        </w:rPr>
        <w:t xml:space="preserve">[21:16] </w:t>
      </w:r>
      <w:r>
        <w:t>kabhi bhi line se deviate na hona. aap jaante hain ke hamari government mein ek term hai, woh hai break in service.</w:t>
      </w:r>
    </w:p>
    <w:p>
      <w:pPr>
        <w:jc w:val="right"/>
      </w:pPr>
      <w:r>
        <w:t>کبھی بھی لائن سے ڈیویٹ نہ ہونا۔ آپ جانتے ہیں کہ ہماری گورنمنٹ میں ایک ٹرم ہے، وہ ہے بریک ان سروس۔</w:t>
      </w:r>
    </w:p>
    <w:p>
      <w:r>
        <w:rPr>
          <w:b/>
        </w:rPr>
        <w:t xml:space="preserve">[21:30] </w:t>
      </w:r>
      <w:r>
        <w:t>break in service.</w:t>
      </w:r>
    </w:p>
    <w:p>
      <w:pPr>
        <w:jc w:val="right"/>
      </w:pPr>
      <w:r>
        <w:t>بریک ان سروس۔</w:t>
      </w:r>
    </w:p>
    <w:p>
      <w:r>
        <w:rPr>
          <w:b/>
        </w:rPr>
        <w:t xml:space="preserve">[21:32] </w:t>
      </w:r>
      <w:r>
        <w:t>main samajhta hoon ke ek aur is se bhi zyada bari baat hai, break in history. break in history. yaani main apni history mein break hone na hone doon.</w:t>
      </w:r>
    </w:p>
    <w:p>
      <w:pPr>
        <w:jc w:val="right"/>
      </w:pPr>
      <w:r>
        <w:t>میں سمجھتا ہوں کہ ایک اور اس سے بھی زیادہ بڑی بات ہے، بریک ان ہسٹری۔ بریک ان ہسٹری۔ یعنی میں اپنی ہسٹری میں بریک ہونے نہ ہونے دوں۔</w:t>
      </w:r>
    </w:p>
    <w:p>
      <w:r>
        <w:rPr>
          <w:b/>
        </w:rPr>
        <w:t xml:space="preserve">[21:44] </w:t>
      </w:r>
      <w:r>
        <w:t>agar ek aadmi jo hai kuch din business kare, phir chala jaye woh university mein kaam karne lage, phir us ko chhod kar chala jaye kisi factory mein, toh us ne baar baar apni history mein break kiya.</w:t>
      </w:r>
    </w:p>
    <w:p>
      <w:pPr>
        <w:jc w:val="right"/>
      </w:pPr>
      <w:r>
        <w:t>اگر ایک آدمی جو ہے کچھ دن بزنس کرے، پھر چلا جائے وہ یونیورسٹی میں کام کرنے لگے، پھر اس کو چھوڑ کر چلا جائے کسی فیکٹری میں، تو اس نے بار بار اپنی ہسٹری میں بریک کیا۔</w:t>
      </w:r>
    </w:p>
    <w:p>
      <w:r>
        <w:rPr>
          <w:b/>
        </w:rPr>
        <w:t xml:space="preserve">[21:56] </w:t>
      </w:r>
      <w:r>
        <w:t>break in history jo hai woh poison hai aap ke liye, poison.</w:t>
      </w:r>
    </w:p>
    <w:p>
      <w:pPr>
        <w:jc w:val="right"/>
      </w:pPr>
      <w:r>
        <w:t>بریک ان ہسٹری جو ہے وہ پوائزن ہے آپ کے لیے، پوائزن۔</w:t>
      </w:r>
    </w:p>
    <w:p>
      <w:r>
        <w:rPr>
          <w:b/>
        </w:rPr>
        <w:t xml:space="preserve">[22:00] </w:t>
      </w:r>
      <w:r>
        <w:t>jis tarah se break in service jo hai, aap ki service ko bohat bara problem create karti hai. isi tarah break in history bhi bohat hi bari, bohat bara problem hai.</w:t>
      </w:r>
    </w:p>
    <w:p>
      <w:pPr>
        <w:jc w:val="right"/>
      </w:pPr>
      <w:r>
        <w:t>جس طرح سے بریک ان سروس جو ہے، آپ کی سروس کو بہت بڑا پرابلم کریٹ کرتی ہے۔ اسی طرح بریک ان ہسٹری بھی بہت ہی بڑی، بہت بڑا پرابلم ہے۔</w:t>
      </w:r>
    </w:p>
    <w:p>
      <w:r>
        <w:rPr>
          <w:b/>
        </w:rPr>
        <w:t xml:space="preserve">[22:14] </w:t>
      </w:r>
      <w:r>
        <w:t>yani das saal, pandrah saal tak aap ne aik kaam kiya, ab aap ne badal di line, to break ho gaya. phir das saal, paanch saal kaam kiya, phir jab badal liya</w:t>
      </w:r>
    </w:p>
    <w:p>
      <w:pPr>
        <w:jc w:val="right"/>
      </w:pPr>
      <w:r>
        <w:t>یعنی دس سال، پندرہ سال تک آپ نے ایک کام کیا، اب آپ نے بدل دی لائن، تو بریک ہو گیا۔ پھر دس سال، پانچ سال کام کیا، پھر جب بدل لیا</w:t>
      </w:r>
    </w:p>
    <w:p>
      <w:r>
        <w:rPr>
          <w:b/>
        </w:rPr>
        <w:t xml:space="preserve">[22:23] </w:t>
      </w:r>
      <w:r>
        <w:t>to phir. aisay logon ko main kaha karta hoon grasshopper mind. grasshopper mind. to aik cheez yeh hai ke aap apni is distinctive quality ko discover na kar sakain.</w:t>
      </w:r>
    </w:p>
    <w:p>
      <w:pPr>
        <w:jc w:val="right"/>
      </w:pPr>
      <w:r>
        <w:t>تو پھر۔ ایسے لوگوں کو میں کہا کرتا ہوں گراس ہاپر مائنڈ۔ گراس ہاپر مائنڈ۔ تو ایک چیز یہ ہے کہ آپ اپنی اس ڈسٹنکٹو کوالٹی کو ڈسکور نہ کر سکیں۔</w:t>
      </w:r>
    </w:p>
    <w:p>
      <w:r>
        <w:rPr>
          <w:b/>
        </w:rPr>
        <w:t xml:space="preserve">[22:40] </w:t>
      </w:r>
      <w:r>
        <w:t>woh koi doosra kaam karne lagay. to doosri cheez yeh hai ke aap grasshopper ban jayain. aap jantay hain grasshopper jo hai, patanga, woh uchhal tak utar rehta hai.</w:t>
      </w:r>
    </w:p>
    <w:p>
      <w:pPr>
        <w:jc w:val="right"/>
      </w:pPr>
      <w:r>
        <w:t>وہ کوئی دوسرا کام کرنے لگے۔ تو دوسری چیز یہ ہے کہ آپ گراس ہاپر بن جائیں۔ آپ جانتے ہیں گراس ہاپر جو ہے، پتنگا، وہ اچھل تک اتر رہتا ہے۔</w:t>
      </w:r>
    </w:p>
    <w:p>
      <w:r>
        <w:rPr>
          <w:b/>
        </w:rPr>
        <w:t xml:space="preserve">[22:53] </w:t>
      </w:r>
      <w:r>
        <w:t>uchhal kar yahan, uchhal kar wahan, uchhal kar wahan. to grasshopper mind banna bhi aadmi ko destroy karta hai. apni special quality ko discover na karna, woh bhi aadmi ko destroy karta hai.</w:t>
      </w:r>
    </w:p>
    <w:p>
      <w:pPr>
        <w:jc w:val="right"/>
      </w:pPr>
      <w:r>
        <w:t>اچھل کر یہاں، اچھل کر وہاں، اچھل کر وہاں۔ تو گراس ہاپر مائنڈ بننا بھی آدمی کو ڈسٹرائے کرتا ہے۔ اپنی اسپیشل کوالٹی کو ڈسکور نہ کرنا، وہ بھی آدمی کو ڈسٹرائے کرتا ہے۔</w:t>
      </w:r>
    </w:p>
    <w:p>
      <w:r>
        <w:rPr>
          <w:b/>
        </w:rPr>
        <w:t xml:space="preserve">[23:07] </w:t>
      </w:r>
      <w:r>
        <w:t>aur phir history mein aap is ki example dekh sakte hain.</w:t>
      </w:r>
    </w:p>
    <w:p>
      <w:pPr>
        <w:jc w:val="right"/>
      </w:pPr>
      <w:r>
        <w:t>اور پھر ہسٹری میں آپ اس کی ایگزامپل دیکھ سکتے ہیں۔</w:t>
      </w:r>
    </w:p>
    <w:p>
      <w:r>
        <w:rPr>
          <w:b/>
        </w:rPr>
        <w:t xml:space="preserve">[23:12] </w:t>
      </w:r>
      <w:r>
        <w:t>jis individual ne ya jis nation ne bhi yeh bara bari cheez achieve ki hai duniya mein, wohi insaan hai jis ne is formula ko pakra, qimat al mar mayoos,</w:t>
      </w:r>
    </w:p>
    <w:p>
      <w:pPr>
        <w:jc w:val="right"/>
      </w:pPr>
      <w:r>
        <w:t>جس انڈیویجول نے یا جس نیشن نے بھی یہ بڑا بڑی چیز اچیو کی ہے دنیا میں، وہی انسان ہے جس نے اس فارمولے کو پکڑا، قیمت المر مایوس،</w:t>
      </w:r>
    </w:p>
    <w:p>
      <w:r>
        <w:rPr>
          <w:b/>
        </w:rPr>
        <w:t xml:space="preserve">[23:27] </w:t>
      </w:r>
      <w:r>
        <w:t>aur phir</w:t>
      </w:r>
    </w:p>
    <w:p>
      <w:pPr>
        <w:jc w:val="right"/>
      </w:pPr>
      <w:r>
        <w:t>اور پھر</w:t>
      </w:r>
    </w:p>
    <w:p>
      <w:r>
        <w:rPr>
          <w:b/>
        </w:rPr>
        <w:t xml:space="preserve">[23:31] </w:t>
      </w:r>
      <w:r>
        <w:t>sustainable effort ko ka rasta pakra. is ne jis jis effort ko woh sustain kar sakta tha, us mein laga raha, laga raha, laga raha.</w:t>
      </w:r>
    </w:p>
    <w:p>
      <w:pPr>
        <w:jc w:val="right"/>
      </w:pPr>
      <w:r>
        <w:t>سسٹینیبل ایفرٹ کو کا راستہ پکڑا۔ اس نے جس جس ایفرٹ کو وہ سسٹین کر سکتا تھا، اس میں لگا رہا، لگا رہا، لگا رہا۔</w:t>
      </w:r>
    </w:p>
    <w:p>
      <w:r>
        <w:rPr>
          <w:b/>
        </w:rPr>
        <w:t xml:space="preserve">[23:42] </w:t>
      </w:r>
      <w:r>
        <w:t>rastay se hta nahi. to woh bari bari bara achievement us ko hoga. main jo musalmanon ki history hai,</w:t>
      </w:r>
    </w:p>
    <w:p>
      <w:pPr>
        <w:jc w:val="right"/>
      </w:pPr>
      <w:r>
        <w:t>راستے سے ہٹا نہیں۔ تو وہ بڑی بڑی بڑا اچیومنٹ اس کو ہوگا۔ میں جو مسلمانوں کی ہسٹری ہے،</w:t>
      </w:r>
    </w:p>
    <w:p>
      <w:r>
        <w:rPr>
          <w:b/>
        </w:rPr>
        <w:t xml:space="preserve">[23:56] </w:t>
      </w:r>
      <w:r>
        <w:t>musalmanon ko agar aap parhain, un ke jo magazine hain ya un ki books hain ya un ke jo seminar waghera hotay hain, to sara ka sara kya hai?</w:t>
      </w:r>
    </w:p>
    <w:p>
      <w:pPr>
        <w:jc w:val="right"/>
      </w:pPr>
      <w:r>
        <w:t>مسلمانوں کو اگر آپ پڑھیں، ان کے جو میگزین ہیں یا ان کی بکس ہیں یا ان کے جو سیمینار وغیرہ ہوتے ہیں، تو سارا کا سارا کیا ہے؟</w:t>
      </w:r>
    </w:p>
    <w:p>
      <w:r>
        <w:rPr>
          <w:b/>
        </w:rPr>
        <w:t xml:space="preserve">[24:06] </w:t>
      </w:r>
      <w:r>
        <w:t>jis kya hota hai? complaint, protest.</w:t>
      </w:r>
    </w:p>
    <w:p>
      <w:pPr>
        <w:jc w:val="right"/>
      </w:pPr>
      <w:r>
        <w:t>جس کیا ہوتا ہے؟ کمپلینٹ، پروٹیسٹ۔</w:t>
      </w:r>
    </w:p>
    <w:p>
      <w:r>
        <w:rPr>
          <w:b/>
        </w:rPr>
        <w:t xml:space="preserve">[24:11] </w:t>
      </w:r>
      <w:r>
        <w:t>sare musalman jo hain, negativity mein jeetay hain. doosron ke khilaf protest karte hain, complaint karte hain. ke doosre log jo hain, un ki taraqqi mein rok bani hui hai.</w:t>
      </w:r>
    </w:p>
    <w:p>
      <w:pPr>
        <w:jc w:val="right"/>
      </w:pPr>
      <w:r>
        <w:t>سارے مسلمان جو ہیں، نیگیٹیوٹی میں جیتے ہیں۔ دوسروں کے خلاف پروٹیسٹ کرتے ہیں، کمپلین کرتے ہیں۔ کہ دوسرے لوگ جو ہیں، ان کی ترقی میں روک بنی ہوئی ہے۔</w:t>
      </w:r>
    </w:p>
    <w:p>
      <w:r>
        <w:rPr>
          <w:b/>
        </w:rPr>
        <w:t xml:space="preserve">[24:24] </w:t>
      </w:r>
      <w:r>
        <w:t>jaisay aap jayain agar falasteen arabon se milain to one to all sara arab yeh kahay ga ke israel jo hai, hamara enemy number one hai.</w:t>
      </w:r>
    </w:p>
    <w:p>
      <w:pPr>
        <w:jc w:val="right"/>
      </w:pPr>
      <w:r>
        <w:t>جیسے آپ جائیں اگر فلسطین عربوں سے ملیں تو ون ٹو آل سارا عرب یہ کہے گا کہ اسرائیل جو ہے، ہمارا اینمی نمبر ون ہے۔</w:t>
      </w:r>
    </w:p>
    <w:p>
      <w:r>
        <w:rPr>
          <w:b/>
        </w:rPr>
        <w:t xml:space="preserve">[24:35] </w:t>
      </w:r>
      <w:r>
        <w:t>america hamara enemy number one hai jo support karta hai israel ko.</w:t>
      </w:r>
    </w:p>
    <w:p>
      <w:pPr>
        <w:jc w:val="right"/>
      </w:pPr>
      <w:r>
        <w:t>امریکہ ہمارا اینمی نمبر ون ہے جو سپورٹ کرتا ہے اسرائیل کو۔</w:t>
      </w:r>
    </w:p>
    <w:p>
      <w:r>
        <w:rPr>
          <w:b/>
        </w:rPr>
        <w:t xml:space="preserve">[24:39] </w:t>
      </w:r>
      <w:r>
        <w:t>to sare log samajhtay hain ke israel ne humain hamari progress ko roak rakha hai. main samajhta hoon ke bilkul baseless baat hai.</w:t>
      </w:r>
    </w:p>
    <w:p>
      <w:pPr>
        <w:jc w:val="right"/>
      </w:pPr>
      <w:r>
        <w:t>تو سارے لوگ سمجھتے ہیں کہ اسرائیل نے ہمیں ہماری پروگریس کو روک رکھا ہے۔ میں سمجھتا ہوں کہ بالکل بیسلیس بات ہے۔</w:t>
      </w:r>
    </w:p>
    <w:p>
      <w:r>
        <w:rPr>
          <w:b/>
        </w:rPr>
        <w:t xml:space="preserve">[24:50] </w:t>
      </w:r>
      <w:r>
        <w:t>baseless baat hai.</w:t>
      </w:r>
    </w:p>
    <w:p>
      <w:pPr>
        <w:jc w:val="right"/>
      </w:pPr>
      <w:r>
        <w:t>بیسلیس بات ہے۔</w:t>
      </w:r>
    </w:p>
    <w:p>
      <w:r>
        <w:rPr>
          <w:b/>
        </w:rPr>
        <w:t xml:space="preserve">[24:54] </w:t>
      </w:r>
      <w:r>
        <w:t>aap ne apne potential ko lay jana aur doosron se larne lagay khwamkhwah. jaisay aap dekhiye, main wahan gaya do bar, falasteen do bar gaya hoon main.</w:t>
      </w:r>
    </w:p>
    <w:p>
      <w:pPr>
        <w:jc w:val="right"/>
      </w:pPr>
      <w:r>
        <w:t>آپ نے اپنے پوٹینشل کو لے جانا اور دوسروں سے لڑنے لگے خوامخواہ۔ جیسے آپ دیکھیے، میں وہاں گیا دو بار، فلسطین دو بار گیا ہوں میں۔</w:t>
      </w:r>
    </w:p>
    <w:p>
      <w:r>
        <w:rPr>
          <w:b/>
        </w:rPr>
        <w:t xml:space="preserve">[25:07] </w:t>
      </w:r>
      <w:r>
        <w:t>main ne baatein logon ko batain hain.</w:t>
      </w:r>
    </w:p>
    <w:p>
      <w:pPr>
        <w:jc w:val="right"/>
      </w:pPr>
      <w:r>
        <w:t>میں نے باتیں لوگوں کو بتائیں ہیں۔</w:t>
      </w:r>
    </w:p>
    <w:p>
      <w:r>
        <w:rPr>
          <w:b/>
        </w:rPr>
        <w:t xml:space="preserve">[25:09] </w:t>
      </w:r>
      <w:r>
        <w:t>lekin log itna conditioned ho jatay hain ke bohat jaldi baaton ko pakar nahi paatay. itna conditioned ho jatay hain. dekhiye, 1948 mein Balfour commission ke tehat israel bana tha.</w:t>
      </w:r>
    </w:p>
    <w:p>
      <w:pPr>
        <w:jc w:val="right"/>
      </w:pPr>
      <w:r>
        <w:t>لیکن لوگ اتنا کنڈیشنڈ ہو جاتے ہیں کہ بہت جلدی باتوں کو پکڑ نہیں پاتے۔ اتنا کنڈیشنڈ ہو جاتے ہیں۔ دیکھیں، 1948 میں بالفور کمیشن کے تحت اسرائیل بنا تھا۔</w:t>
      </w:r>
    </w:p>
    <w:p>
      <w:r>
        <w:rPr>
          <w:b/>
        </w:rPr>
        <w:t xml:space="preserve">[25:27] </w:t>
      </w:r>
      <w:r>
        <w:t>I can share that it was a boon for Arabs. boon, B double O N, boon for Arabs. kaisay?</w:t>
      </w:r>
    </w:p>
    <w:p>
      <w:pPr>
        <w:jc w:val="right"/>
      </w:pPr>
      <w:r>
        <w:t>آئی کین شیئر دیٹ اٹ واز ا بون فار عربز۔ بون، بی ڈبل او این، بون فار عربز۔ کیسے؟</w:t>
      </w:r>
    </w:p>
    <w:p>
      <w:r>
        <w:rPr>
          <w:b/>
        </w:rPr>
        <w:t xml:space="preserve">[25:37] </w:t>
      </w:r>
      <w:r>
        <w:t>modern age mein arab log modern education mein peechay ho gaye thay. aur aur aur yeh yahoodi log modern education mein bohat agay barh gaye thay.</w:t>
      </w:r>
    </w:p>
    <w:p>
      <w:pPr>
        <w:jc w:val="right"/>
      </w:pPr>
      <w:r>
        <w:t>ماڈرن ایج میں عرب لوگ ماڈرن ایجوکیشن میں پیچھے ہو گئے تھے۔ اور اور اور یہ یہودی لوگ ماڈرن ایجوکیشن میں بہت آگے بڑھ گئے تھے۔</w:t>
      </w:r>
    </w:p>
    <w:p>
      <w:r>
        <w:rPr>
          <w:b/>
        </w:rPr>
        <w:t xml:space="preserve">[25:51] </w:t>
      </w:r>
      <w:r>
        <w:t>bohat agay barh gaye thay. due to some reason. to aik taraf arab thay jo backward thay modern education mein, modern science mein.</w:t>
      </w:r>
    </w:p>
    <w:p>
      <w:pPr>
        <w:jc w:val="right"/>
      </w:pPr>
      <w:r>
        <w:t>بہت آگے بڑھ گئے تھے۔ ڈیو ٹو سم ریزن۔ تو ایک طرف عرب تھے جو بیک ورڈ تھے ماڈرن ایجوکیشن میں، ماڈرن سائنس میں۔</w:t>
      </w:r>
    </w:p>
    <w:p>
      <w:r>
        <w:rPr>
          <w:b/>
        </w:rPr>
        <w:t xml:space="preserve">[26:02] </w:t>
      </w:r>
      <w:r>
        <w:t>doosray yahoodi thay jo modern education mein bohat agay barh gaye.</w:t>
      </w:r>
    </w:p>
    <w:p>
      <w:pPr>
        <w:jc w:val="right"/>
      </w:pPr>
      <w:r>
        <w:t>دوسرے یہودی تھے جو ماڈرن ایجوکیشن میں بہت آگے بڑھ گئے۔</w:t>
      </w:r>
    </w:p>
    <w:p>
      <w:r>
        <w:rPr>
          <w:b/>
        </w:rPr>
        <w:t xml:space="preserve">[26:06] </w:t>
      </w:r>
      <w:r>
        <w:t>yeh to interaction tha. Balfour commission ne jo kiya, us ko agar positive sense mein letay, positive sense mein, to kya hota?</w:t>
      </w:r>
    </w:p>
    <w:p>
      <w:pPr>
        <w:jc w:val="right"/>
      </w:pPr>
      <w:r>
        <w:t>یہ تو انٹریکشن تھا۔ بالفور کمیشن نے جو کیا، اس کو اگر پازیٹیو سینس میں لیتے، پازیٹیو سینس میں، تو کیا ہوتا؟</w:t>
      </w:r>
    </w:p>
    <w:p>
      <w:r>
        <w:rPr>
          <w:b/>
        </w:rPr>
        <w:t xml:space="preserve">[26:17] </w:t>
      </w:r>
      <w:r>
        <w:t>keh kunwan khud pyase ke paas agaya. yani hamein zarurat thi keh hamein modern education mile, humein.</w:t>
      </w:r>
    </w:p>
    <w:p>
      <w:pPr>
        <w:jc w:val="right"/>
      </w:pPr>
      <w:r>
        <w:t>کہ کنواں خود پیاسے کے پاس آگیا۔ یعنی ہمیں ضرورت تھی کہ ہمیں ماڈرن ایجوکیشن ملے، ہمیں۔</w:t>
      </w:r>
    </w:p>
    <w:p>
      <w:r>
        <w:rPr>
          <w:b/>
        </w:rPr>
        <w:t xml:space="preserve">[26:27] </w:t>
      </w:r>
      <w:r>
        <w:t>hum modern thought ko janiyein. to woh log jo is ke expert hain, woh khud hamari country mein agaye. mujh se interact karo.</w:t>
      </w:r>
    </w:p>
    <w:p>
      <w:pPr>
        <w:jc w:val="right"/>
      </w:pPr>
      <w:r>
        <w:t>ہم ماڈرن تھاٹ کو جانیں۔ تو وہ لوگ جو اس کے ایکسپرٹ ہیں، وہ خود ہماری کنٹری میں آگئے۔ مجھ سے انٹریکٹ کرو۔</w:t>
      </w:r>
    </w:p>
    <w:p>
      <w:r>
        <w:rPr>
          <w:b/>
        </w:rPr>
        <w:t xml:space="preserve">[26:37] </w:t>
      </w:r>
      <w:r>
        <w:t>that was a time of interaction. between old and and modern.</w:t>
      </w:r>
    </w:p>
    <w:p>
      <w:pPr>
        <w:jc w:val="right"/>
      </w:pPr>
      <w:r>
        <w:t>دیٹ واز ا ٹائم آف انٹریکشن۔ بٹوین اولڈ اینڈ اینڈ اینڈ ماڈرن۔</w:t>
      </w:r>
    </w:p>
    <w:p>
      <w:r>
        <w:rPr>
          <w:b/>
        </w:rPr>
        <w:t xml:space="preserve">[26:47] </w:t>
      </w:r>
      <w:r>
        <w:t>agar yeh mind hota arabon mein to kya hota? wahi hota jo is se pehle ho chuka hai.</w:t>
      </w:r>
    </w:p>
    <w:p>
      <w:pPr>
        <w:jc w:val="right"/>
      </w:pPr>
      <w:r>
        <w:t>اگر یہ مائنڈ ہوتا عربوں میں تو کیا ہوتا؟ وہی ہوتا جو اس سے پہلے ہو چکا ہے۔</w:t>
      </w:r>
    </w:p>
    <w:p>
      <w:r>
        <w:rPr>
          <w:b/>
        </w:rPr>
        <w:t xml:space="preserve">[26:56] </w:t>
      </w:r>
      <w:r>
        <w:t>jab musalman zinda thay, jab musalmanon mein woh thay, yani aaj kal ki tarah se decline nahi hua tha.</w:t>
      </w:r>
    </w:p>
    <w:p>
      <w:pPr>
        <w:jc w:val="right"/>
      </w:pPr>
      <w:r>
        <w:t>جب مسلمان زندہ تھے، جب مسلمانوں میں وہ تھے، یعنی آج کل کی طرح سے ڈیکلائن نہیں ہوا تھا۔</w:t>
      </w:r>
    </w:p>
    <w:p>
      <w:r>
        <w:rPr>
          <w:b/>
        </w:rPr>
        <w:t xml:space="preserve">[27:07] </w:t>
      </w:r>
      <w:r>
        <w:t>to baghdad, aap jante hain keh baghdad mein aur spain mein dono jagah musalmanon ne bohat taraqqi ki, bohat taraqqi ki. lekin kaise taraqqi hui?</w:t>
      </w:r>
    </w:p>
    <w:p>
      <w:pPr>
        <w:jc w:val="right"/>
      </w:pPr>
      <w:r>
        <w:t>تو بغداد، آپ جانتے ہیں کہ بغداد میں اور اسپین میں دونوں جگہ مسلمانوں نے بہت ترقی کی، بہت ترقی کی۔ لیکن کیسے ترقی ہوئی؟</w:t>
      </w:r>
    </w:p>
    <w:p>
      <w:r>
        <w:rPr>
          <w:b/>
        </w:rPr>
        <w:t xml:space="preserve">[27:19] </w:t>
      </w:r>
      <w:r>
        <w:t>aap in ki kitab parh lijiye, philip ke hitti ki kitab jo hai, botaisi the history of the arabs.</w:t>
      </w:r>
    </w:p>
    <w:p>
      <w:pPr>
        <w:jc w:val="right"/>
      </w:pPr>
      <w:r>
        <w:t>آپ ان کی کتاب پڑھ لیجیے، فلپ کے ہٹی کی کتاب جو ہے، بوٹیسی دا ہسٹری آف دا عربز۔</w:t>
      </w:r>
    </w:p>
    <w:p>
      <w:r>
        <w:rPr>
          <w:b/>
        </w:rPr>
        <w:t xml:space="preserve">[27:25] </w:t>
      </w:r>
      <w:r>
        <w:t>sare modern, sare jo jo joish mind thay, is ko unhon ne hire kar liya. jo christian mind thay, us ko bhi hire kar liya unhon ne. yani baghdad ka jo bait ul hikmat tha,</w:t>
      </w:r>
    </w:p>
    <w:p>
      <w:pPr>
        <w:jc w:val="right"/>
      </w:pPr>
      <w:r>
        <w:t>سارے ماڈرن، سارے جو جو جوئش مائنڈ تھے، اس کو انہوں نے ہائر کر لیا۔ جو کرسچن مائنڈ تھے، اس کو بھی ہائر کر لیا انہوں نے۔ یعنی بغداد کا جو بیت الحکمت تھا،</w:t>
      </w:r>
    </w:p>
    <w:p>
      <w:r>
        <w:rPr>
          <w:b/>
        </w:rPr>
        <w:t xml:space="preserve">[27:39] </w:t>
      </w:r>
      <w:r>
        <w:t>wahan sare yahudi mind aur christian mind kaam karte thay. yahi spain mein hua tha. to baghdad mein aur spain mein dono jagah muslim mind aur aur yahudi mind aur christian mind mil kar kaam karte thay.</w:t>
      </w:r>
    </w:p>
    <w:p>
      <w:pPr>
        <w:jc w:val="right"/>
      </w:pPr>
      <w:r>
        <w:t>وہاں سارے یہودی مائنڈ اور کرسچن مائنڈ کام کرتے تھے۔ یہی اسپین میں ہوا تھا۔ تو بغداد میں اور اسپین میں دونوں جگہ مسلم مائنڈ اور اور یہودی مائنڈ اور کرسچن مائنڈ مل کر کام کرتے تھے۔</w:t>
      </w:r>
    </w:p>
    <w:p>
      <w:r>
        <w:rPr>
          <w:b/>
        </w:rPr>
        <w:t xml:space="preserve">[27:55] </w:t>
      </w:r>
      <w:r>
        <w:t>that was a point of interaction. is ki wajah se itna taraqqi kar paya musalman. is tareekh ko bohat se logon ne likha hai, lekin yeh ek bohat achi kitab hai,</w:t>
      </w:r>
    </w:p>
    <w:p>
      <w:pPr>
        <w:jc w:val="right"/>
      </w:pPr>
      <w:r>
        <w:t>دیٹ واز ا پوائنٹ آف انٹریکشن۔ اس کی وجہ سے اتنا ترقی کر پایا مسلمان۔ اس تاریخ کو بہت سے لوگوں نے لکھا ہے، لیکن یہ ایک بہت اچھی کتاب ہے،</w:t>
      </w:r>
    </w:p>
    <w:p>
      <w:r>
        <w:rPr>
          <w:b/>
        </w:rPr>
        <w:t xml:space="preserve">[28:10] </w:t>
      </w:r>
      <w:r>
        <w:t>philip ke hitti ki, jo ek lebanese scholar hai, the history of the arabs.</w:t>
      </w:r>
    </w:p>
    <w:p>
      <w:pPr>
        <w:jc w:val="right"/>
      </w:pPr>
      <w:r>
        <w:t>فلپ کے ہٹی کی، جو ایک لبنانی اسکالر ہے، دا ہسٹری آف دا عربز۔</w:t>
      </w:r>
    </w:p>
    <w:p>
      <w:r>
        <w:rPr>
          <w:b/>
        </w:rPr>
        <w:t xml:space="preserve">[28:17] </w:t>
      </w:r>
      <w:r>
        <w:t>kis tarah se joish mind aur christian mind aur muslim mind, yeh sab mil kar ke kaam karte thay wahan par, baghdad mein aur spain mein bhi.</w:t>
      </w:r>
    </w:p>
    <w:p>
      <w:pPr>
        <w:jc w:val="right"/>
      </w:pPr>
      <w:r>
        <w:t>کس طرح سے جوئش مائنڈ اور کرسچن مائنڈ اور مسلم مائنڈ، یہ سب مل کر کے کام کرتے تھے وہاں پر، بغداد میں اور اسپین میں بھی۔</w:t>
      </w:r>
    </w:p>
    <w:p>
      <w:r>
        <w:rPr>
          <w:b/>
        </w:rPr>
        <w:t xml:space="preserve">[28:29] </w:t>
      </w:r>
      <w:r>
        <w:t>woh cordoba mein aur woh granada mein, har jagah.</w:t>
      </w:r>
    </w:p>
    <w:p>
      <w:pPr>
        <w:jc w:val="right"/>
      </w:pPr>
      <w:r>
        <w:t>وہ کارٹوبا میں اور وہ گرینیڈا میں، ہر جگہ۔</w:t>
      </w:r>
    </w:p>
    <w:p>
      <w:r>
        <w:rPr>
          <w:b/>
        </w:rPr>
        <w:t xml:space="preserve">[28:35] </w:t>
      </w:r>
      <w:r>
        <w:t>is zamane mein musalmanon ne jo taraqqi ki, jis ke baray mein ek ek ek ek european scholar ne likha hai keh keh but for the arabs, but for the arabs,</w:t>
      </w:r>
    </w:p>
    <w:p>
      <w:pPr>
        <w:jc w:val="right"/>
      </w:pPr>
      <w:r>
        <w:t>اس زمانے میں مسلمانوں نے جو ترقی کی، جس کے بارے میں ایک ایک ایک ایک یورپین اسکالر نے لکھا ہے کہ کہ بٹ فار دا عربز، بٹ فار دا عربز،</w:t>
      </w:r>
    </w:p>
    <w:p>
      <w:r>
        <w:rPr>
          <w:b/>
        </w:rPr>
        <w:t xml:space="preserve">[28:50] </w:t>
      </w:r>
      <w:r>
        <w:t>western industrial civilization will never, will never have arisen at all.</w:t>
      </w:r>
    </w:p>
    <w:p>
      <w:pPr>
        <w:jc w:val="right"/>
      </w:pPr>
      <w:r>
        <w:t>ویسٹرن انڈسٹریل سولائزیشن ول نیور، ول نیور ہیو ایریزن ایٹ آل۔</w:t>
      </w:r>
    </w:p>
    <w:p>
      <w:r>
        <w:rPr>
          <w:b/>
        </w:rPr>
        <w:t xml:space="preserve">[29:00] </w:t>
      </w:r>
      <w:r>
        <w:t>arabon ke baghair modern taraqqi possibly nahi hoti.</w:t>
      </w:r>
    </w:p>
    <w:p>
      <w:pPr>
        <w:jc w:val="right"/>
      </w:pPr>
      <w:r>
        <w:t>عربوں کے بغیر ماڈرن ترقی پاسیبلی نہیں ہوتی۔</w:t>
      </w:r>
    </w:p>
    <w:p>
      <w:r>
        <w:rPr>
          <w:b/>
        </w:rPr>
        <w:t xml:space="preserve">[29:05] </w:t>
      </w:r>
      <w:r>
        <w:t>but for the arabs, modern industrial civilization will never have arisen at all. lekin yeh kaise hua? is liye hua keh is waqt ke jo mind thay, muslim mind, Jewish mind, Christian mind, sab mil kar kaam kiya unhon ne.</w:t>
      </w:r>
    </w:p>
    <w:p>
      <w:pPr>
        <w:jc w:val="right"/>
      </w:pPr>
      <w:r>
        <w:t>بٹ فار دا عربز، ماڈرن انڈسٹریل سولائزیشن ول نیور ہیو ایریزن ایٹ آل۔ لیکن یہ کیسے ہوا؟ اس لیے ہوا کہ اس وقت کے جو مائنڈ تھے، مسلم مائنڈ، جوئش مائنڈ، کرسچن مائنڈ، سب مل کر کام کیا انہوں نے۔</w:t>
      </w:r>
    </w:p>
    <w:p>
      <w:r>
        <w:rPr>
          <w:b/>
        </w:rPr>
        <w:t xml:space="preserve">[29:23] </w:t>
      </w:r>
      <w:r>
        <w:t>baghdad mein bhi aur aur spain mein bhi, dono jagah. ab kya ho gaya?</w:t>
      </w:r>
    </w:p>
    <w:p>
      <w:pPr>
        <w:jc w:val="right"/>
      </w:pPr>
      <w:r>
        <w:t>بغداد میں بھی اور اور اسپین میں بھی، دونوں جگہ۔ اب کیا ہو گیا؟</w:t>
      </w:r>
    </w:p>
    <w:p>
      <w:r>
        <w:rPr>
          <w:b/>
        </w:rPr>
        <w:t xml:space="preserve">[29:29] </w:t>
      </w:r>
      <w:r>
        <w:t>ab woh, ab woh logon ke andar woh woh woh hosla nahi, woh woh shauq nahi. ab ab kya hate karte hain? ab hate karte hain christian se, hate karte hain yahudiyon se.</w:t>
      </w:r>
    </w:p>
    <w:p>
      <w:pPr>
        <w:jc w:val="right"/>
      </w:pPr>
      <w:r>
        <w:t>اب وہ، اب وہ لوگوں کے اندر وہ وہ وہ حوصلہ نہیں، وہ وہ شوق نہیں۔ اب اب کیا ہیٹ کرتے ہیں؟ اب ہیٹ کرتے ہیں کرسچن سے، ہیٹ کرتے ہیں یہودیوں سے۔</w:t>
      </w:r>
    </w:p>
    <w:p>
      <w:r>
        <w:rPr>
          <w:b/>
        </w:rPr>
        <w:t xml:space="preserve">[29:44] </w:t>
      </w:r>
      <w:r>
        <w:t>tab hate nahi tha to top ke joish mind, top ke christian mind wahan rehte thay, khoob aapas mein mil kar kaam karte thay.</w:t>
      </w:r>
    </w:p>
    <w:p>
      <w:pPr>
        <w:jc w:val="right"/>
      </w:pPr>
      <w:r>
        <w:t>تب ہیٹ نہیں تھا تو ٹاپ کے جوئش مائنڈ، ٹاپ کے کرسچن مائنڈ وہاں رہتے تھے، خوب آپس میں مل کر کام کرتے تھے۔</w:t>
      </w:r>
    </w:p>
    <w:p>
      <w:r>
        <w:rPr>
          <w:b/>
        </w:rPr>
        <w:t xml:space="preserve">[29:54] </w:t>
      </w:r>
      <w:r>
        <w:t>hate ka naam o nishan nahi tha wahan par.</w:t>
      </w:r>
    </w:p>
    <w:p>
      <w:pPr>
        <w:jc w:val="right"/>
      </w:pPr>
      <w:r>
        <w:t>ہیٹ کا نام و نشان نہیں تھا وہاں پر۔</w:t>
      </w:r>
    </w:p>
    <w:p>
      <w:r>
        <w:rPr>
          <w:b/>
        </w:rPr>
        <w:t xml:space="preserve">[29:58] </w:t>
      </w:r>
      <w:r>
        <w:t>to bas to wohi usi history ko repeat kar sakte thay woh palestine mein. yani joish mind itna zyada woh, yani itna aage hai aaj bhi.</w:t>
      </w:r>
    </w:p>
    <w:p>
      <w:pPr>
        <w:jc w:val="right"/>
      </w:pPr>
      <w:r>
        <w:t>تو بس تو وہی اسی ہسٹری کو ریپیٹ کر سکتے تھے وہ فلسطین میں۔ یعنی جوئش مائنڈ اتنا زیادہ وہ، یعنی اتنا آگے ہے آج بھی۔</w:t>
      </w:r>
    </w:p>
    <w:p>
      <w:r>
        <w:rPr>
          <w:b/>
        </w:rPr>
        <w:t xml:space="preserve">[30:13] </w:t>
      </w:r>
      <w:r>
        <w:t>main aap ko ek example deta hoon keh agar aap jayein to woh area jahan arab log rehte hain, woh aap ko desert dikhayega.</w:t>
      </w:r>
    </w:p>
    <w:p>
      <w:pPr>
        <w:jc w:val="right"/>
      </w:pPr>
      <w:r>
        <w:t>میں آپ کو ایک ایگزامپل دیتا ہوں کہ اگر آپ جائیں تو وہ ایریا جہاں عرب لوگ رہتے ہیں، وہ آپ کو ڈیزرٹ دکھائے گا۔</w:t>
      </w:r>
    </w:p>
    <w:p>
      <w:r>
        <w:rPr>
          <w:b/>
        </w:rPr>
        <w:t xml:space="preserve">[30:23] </w:t>
      </w:r>
      <w:r>
        <w:t>abhi bhi, abhi bhi desert hoga.</w:t>
      </w:r>
    </w:p>
    <w:p>
      <w:pPr>
        <w:jc w:val="right"/>
      </w:pPr>
      <w:r>
        <w:t>ابھی بھی، ابھی بھی ڈیزرٹ ہوگا۔</w:t>
      </w:r>
    </w:p>
    <w:p>
      <w:r>
        <w:rPr>
          <w:b/>
        </w:rPr>
        <w:t xml:space="preserve">[30:25] </w:t>
      </w:r>
      <w:r>
        <w:t>jab aap hawai jahaz se urte hain idhar se udhar to aap dekhein is area ko jahan arab log rehte hain, sab desert dikhai dega.</w:t>
      </w:r>
    </w:p>
    <w:p>
      <w:pPr>
        <w:jc w:val="right"/>
      </w:pPr>
      <w:r>
        <w:t>جب آپ ہوائی جہاز سے اڑتے ہیں ادھر سے ادھر تو آپ دیکھیں اس ایریا کو جہاں عرب لوگ رہتے ہیں، سب ڈیزرٹ دکھائی دے گا۔</w:t>
      </w:r>
    </w:p>
    <w:p>
      <w:r>
        <w:rPr>
          <w:b/>
        </w:rPr>
        <w:t xml:space="preserve">[30:36] </w:t>
      </w:r>
      <w:r>
        <w:t>is eriya mein pohnchate hain jab aap jo israel ka eriya hai to wahan sab hara bhara dikhai deta hai. aap ko kaise desert ko inhone convert kiya greenery mein?</w:t>
      </w:r>
    </w:p>
    <w:p>
      <w:pPr>
        <w:jc w:val="right"/>
      </w:pPr>
      <w:r>
        <w:t>اس ایریا میں پہنچتے ہیں جب آپ جو اسرائیل کا ایریا ہے تو وہاں سب ہرا بھرا دکھائی دیتا ہے۔ آپ کو کیسے ڈیزرٹ کو انہوں نے کنورٹ کیا گرینری میں؟</w:t>
      </w:r>
    </w:p>
    <w:p>
      <w:r>
        <w:rPr>
          <w:b/>
        </w:rPr>
        <w:t xml:space="preserve">[30:48] </w:t>
      </w:r>
      <w:r>
        <w:t>kis tarah se arbon ne ek arab log is ko discover nahi kar paye thay.</w:t>
      </w:r>
    </w:p>
    <w:p>
      <w:pPr>
        <w:jc w:val="right"/>
      </w:pPr>
      <w:r>
        <w:t>کس طرح سے عربوں نے ایک عرب لوگ اس کو ڈسکور نہیں کر پائے تھے۔</w:t>
      </w:r>
    </w:p>
    <w:p>
      <w:r>
        <w:rPr>
          <w:b/>
        </w:rPr>
        <w:t xml:space="preserve">[30:54] </w:t>
      </w:r>
      <w:r>
        <w:t>lekin spain mein jo thay arab, unhone ek us zamane ke lehaz se ek modern method discover kiya irrigation ka.</w:t>
      </w:r>
    </w:p>
    <w:p>
      <w:pPr>
        <w:jc w:val="right"/>
      </w:pPr>
      <w:r>
        <w:t>لیکن اسپین میں جو تھے عرب، انہوں نے ایک اس زمانے کے لحاظ سے ایک ماڈرن میتھڈ ڈسکور کیا ایریگیشن کا۔</w:t>
      </w:r>
    </w:p>
    <w:p>
      <w:r>
        <w:rPr>
          <w:b/>
        </w:rPr>
        <w:t xml:space="preserve">[31:04] </w:t>
      </w:r>
      <w:r>
        <w:t>spain mein unhone bohat taraqqi di agriculture ko, horticulture ko. is waqt ke lehaz se ek modern technique unhone discover ki irrigation ki.</w:t>
      </w:r>
    </w:p>
    <w:p>
      <w:pPr>
        <w:jc w:val="right"/>
      </w:pPr>
      <w:r>
        <w:t>اسپین میں انہوں نے بہت ترقی دی ایگریکلچر کو، ہارٹیکلچر کو۔ اس وقت کے لحاظ سے ایک ماڈرن ٹیکنیک انہوں نے ڈسکور کی ایریگیشن کی۔</w:t>
      </w:r>
    </w:p>
    <w:p>
      <w:r>
        <w:rPr>
          <w:b/>
        </w:rPr>
        <w:t xml:space="preserve">[31:15] </w:t>
      </w:r>
      <w:r>
        <w:t>ab kya kiya yahudion ne ke unhone jis ko kehte hain drip irrigation,</w:t>
      </w:r>
    </w:p>
    <w:p>
      <w:pPr>
        <w:jc w:val="right"/>
      </w:pPr>
      <w:r>
        <w:t>اب کیا کیا یہودیوں نے کہ انہوں نے جس کو کہتے ہیں ڈرپ ایریگیشن،</w:t>
      </w:r>
    </w:p>
    <w:p>
      <w:r>
        <w:rPr>
          <w:b/>
        </w:rPr>
        <w:t xml:space="preserve">[31:22] </w:t>
      </w:r>
      <w:r>
        <w:t>drip irrigation ki technique unhone discover ki. to jaise hamare haan aap dekhte hain ke jo hamara jo irrigation hota hai to hum nali bana dete hain aur nali mein pani beh raha hai.</w:t>
      </w:r>
    </w:p>
    <w:p>
      <w:pPr>
        <w:jc w:val="right"/>
      </w:pPr>
      <w:r>
        <w:t>ڈرپ ایریگیشن کی ٹیکنیک انہوں نے ڈسکور کی۔ تو جیسے ہمارے ہاں آپ دیکھتے ہیں کہ جو ہمارا جو ایریگیشن ہوتا ہے تو ہم نالی بنا دیتے ہیں اور نالی میں پانی بہہ رہا ہے۔</w:t>
      </w:r>
    </w:p>
    <w:p>
      <w:r>
        <w:rPr>
          <w:b/>
        </w:rPr>
        <w:t xml:space="preserve">[31:33] </w:t>
      </w:r>
      <w:r>
        <w:t>to aap desert mein aisa nahi kar sakte. desert mein to sara pani zameen mein chala jayega. desert mein aap aisa nahi kar sakte jaise hamare up mein, bihar mein, punjab mein hota hai, haryana mein hota hai.</w:t>
      </w:r>
    </w:p>
    <w:p>
      <w:pPr>
        <w:jc w:val="right"/>
      </w:pPr>
      <w:r>
        <w:t>تو آپ ڈیزرٹ میں ایسا نہیں کر سکتے۔ ڈیزرٹ میں تو سارا پانی زمین میں چلا جائے گا۔ ڈیزرٹ میں آپ ایسا نہیں کر سکتے جیسے ہمارے یو پی میں، بہار میں، پنجاب میں ہوتا ہے، ہریانہ میں ہوتا ہے۔</w:t>
      </w:r>
    </w:p>
    <w:p>
      <w:r>
        <w:rPr>
          <w:b/>
        </w:rPr>
        <w:t xml:space="preserve">[31:46] </w:t>
      </w:r>
      <w:r>
        <w:t>wo aisa nahi kar sakte aap. irrigation sab desert hi desert hai.</w:t>
      </w:r>
    </w:p>
    <w:p>
      <w:pPr>
        <w:jc w:val="right"/>
      </w:pPr>
      <w:r>
        <w:t>وہ ایسا نہیں کر سکتے آپ۔ ایریگیشن سب ڈیزرٹ ہی ڈیزرٹ ہے۔</w:t>
      </w:r>
    </w:p>
    <w:p>
      <w:r>
        <w:rPr>
          <w:b/>
        </w:rPr>
        <w:t xml:space="preserve">[31:51] </w:t>
      </w:r>
      <w:r>
        <w:t>wo sare pani ko sookh lega. to unhone drip irrigation ka tareeqa nikala. yaani history mein pehli baar, is se pehle kabhi bhi dunya mein history mein drip irrigation nahi istemal kiya gaya tha.</w:t>
      </w:r>
    </w:p>
    <w:p>
      <w:pPr>
        <w:jc w:val="right"/>
      </w:pPr>
      <w:r>
        <w:t>وہ سارے پانی کو سوکھ لے گا۔ تو انہوں نے ڈرپ ایریگیشن کا طریقہ نکالا۔ یعنی ہسٹری میں پہلی بار، اس سے پہلے کبھی بھی دنیا میں ہسٹری میں ڈرپ ایریگیشن نہیں استعمال کیا گیا تھا۔</w:t>
      </w:r>
    </w:p>
    <w:p>
      <w:r>
        <w:rPr>
          <w:b/>
        </w:rPr>
        <w:t xml:space="preserve">[32:08] </w:t>
      </w:r>
      <w:r>
        <w:t>kitna zabardast mind hai in logon ka. to drip irrigation ke tareeqe ko le kar ke unhone apne eriya ko wahan aap jayen to wahan par greenery, greenery dikhai di.</w:t>
      </w:r>
    </w:p>
    <w:p>
      <w:pPr>
        <w:jc w:val="right"/>
      </w:pPr>
      <w:r>
        <w:t>کتنا زبردست مائنڈ ہے ان لوگوں کا۔ تو ڈرپ ایریگیشن کے طریقے کو لے کر کے انہوں نے اپنے ایریا کو وہاں آپ جائیں تو وہاں پر گرینری، گرینری دکھائی دی۔</w:t>
      </w:r>
    </w:p>
    <w:p>
      <w:r>
        <w:rPr>
          <w:b/>
        </w:rPr>
        <w:t xml:space="preserve">[32:20] </w:t>
      </w:r>
      <w:r>
        <w:t>aap ko</w:t>
      </w:r>
    </w:p>
    <w:p>
      <w:pPr>
        <w:jc w:val="right"/>
      </w:pPr>
      <w:r>
        <w:t>آپ کو</w:t>
      </w:r>
    </w:p>
    <w:p>
      <w:r>
        <w:rPr>
          <w:b/>
        </w:rPr>
        <w:t xml:space="preserve">[32:21] </w:t>
      </w:r>
      <w:r>
        <w:t>wahan par horticulture ko bohat barha diya unhone. har qism ke phal paida karte hain wo. aur jo arab eriya hai wo sookha pada hai. to agar yeh log mil kar kaam karte</w:t>
      </w:r>
    </w:p>
    <w:p>
      <w:pPr>
        <w:jc w:val="right"/>
      </w:pPr>
      <w:r>
        <w:t>وہاں پر ہارٹیکلچر کو بہت بڑھا دیا انہوں نے۔ ہر قسم کے پھل پیدا کرتے ہیں وہ۔ اور جو عرب ایریا ہے وہ سوکھا پڑا ہے۔ تو اگر یہ لوگ مل کر کام کرتے</w:t>
      </w:r>
    </w:p>
    <w:p>
      <w:r>
        <w:rPr>
          <w:b/>
        </w:rPr>
        <w:t xml:space="preserve">[32:35] </w:t>
      </w:r>
      <w:r>
        <w:t>jaise pehle mil kar kaam kiya tha to bohat ziyada aage barh chuke hotay yeh log. lekin hua kya? dekhiye, 1948 mein yahudi atay hain philis</w:t>
      </w:r>
    </w:p>
    <w:p>
      <w:pPr>
        <w:jc w:val="right"/>
      </w:pPr>
      <w:r>
        <w:t>جیسے پہلے مل کر کام کیا تھا تو بہت زیادہ آگے بڑھ چکے ہوتے یہ لوگ۔ لیکن ہوا کیا؟ دیکھیے، 1948 میں یہودی آتے ہیں فلس</w:t>
      </w:r>
    </w:p>
    <w:p>
      <w:r>
        <w:rPr>
          <w:b/>
        </w:rPr>
        <w:t xml:space="preserve">[32:49] </w:t>
      </w:r>
      <w:r>
        <w:t>tain mein. us waqt wahan ek bohat baray leader thay falasteen mein, is is eriya mein. yaani wo wo thay, yeh to thay azhar ke, is eriya ke.</w:t>
      </w:r>
    </w:p>
    <w:p>
      <w:pPr>
        <w:jc w:val="right"/>
      </w:pPr>
      <w:r>
        <w:t>طین میں۔ اس وقت وہاں ایک بہت بڑے لیڈر تھے فلسطین میں، اس اس ایریا میں۔ یعنی وہ وہ تھے، یہ تو تھے اظہر کے، اس ایریا کے۔</w:t>
      </w:r>
    </w:p>
    <w:p>
      <w:r>
        <w:rPr>
          <w:b/>
        </w:rPr>
        <w:t xml:space="preserve">[33:02] </w:t>
      </w:r>
      <w:r>
        <w:t>un ka naam tha hassan al banna. hassan al banna ne cairo mein ek bohat bara procession nikala.</w:t>
      </w:r>
    </w:p>
    <w:p>
      <w:pPr>
        <w:jc w:val="right"/>
      </w:pPr>
      <w:r>
        <w:t>ان کا نام تھا حسن البنا۔ حسن البنا نے قیروں میں ایک بہت بڑا پروسیشن نکالا۔</w:t>
      </w:r>
    </w:p>
    <w:p>
      <w:r>
        <w:rPr>
          <w:b/>
        </w:rPr>
        <w:t xml:space="preserve">[33:12] </w:t>
      </w:r>
      <w:r>
        <w:t>kaha jata hai ke is mein ek lakh arab log shamil thay. aur is mein kya narah tha? kya slogan tha</w:t>
      </w:r>
    </w:p>
    <w:p>
      <w:pPr>
        <w:jc w:val="right"/>
      </w:pPr>
      <w:r>
        <w:t>کہا جاتا ہے کہ اس میں ایک لاکھ عرب لوگ شامل تھے۔ اور اس میں کیا نعرہ تھا؟ کیا سلوگن تھا</w:t>
      </w:r>
    </w:p>
    <w:p>
      <w:r>
        <w:rPr>
          <w:b/>
        </w:rPr>
        <w:t xml:space="preserve">[33:19] </w:t>
      </w:r>
      <w:r>
        <w:t>? labbaik ya falasteen, labbaik ya falasteen. yaani aey falasteen, hum aa rahe hain tumhare liye larne ke liye. to wahan us waqt larne ke liye hum aa rahe hain.</w:t>
      </w:r>
    </w:p>
    <w:p>
      <w:pPr>
        <w:jc w:val="right"/>
      </w:pPr>
      <w:r>
        <w:t>؟ لبیک یا فلسطین، لبیک یا فلسطین۔ یعنی اے فلسطین، ہم آ رہے ہیں تمہارے لیے لڑنے کے لیے۔ تو وہاں اس وقت لڑنے کے لیے ہم آ رہے ہیں۔</w:t>
      </w:r>
    </w:p>
    <w:p>
      <w:r>
        <w:rPr>
          <w:b/>
        </w:rPr>
        <w:t xml:space="preserve">[33:32] </w:t>
      </w:r>
      <w:r>
        <w:t>is zamane mein narah tha arbon ka ke sanurmi ko fi bahr, sanurmi ko fi bahr, hum tum ko samandar mein dhakil den gay.</w:t>
      </w:r>
    </w:p>
    <w:p>
      <w:pPr>
        <w:jc w:val="right"/>
      </w:pPr>
      <w:r>
        <w:t>اس زمانے میں نعرہ تھا عربوں کا کہ سنرمی کو فی البحر، سنرمی کو فی البحر، ہم تم کو سمندر میں دھکیل دیں گے۔</w:t>
      </w:r>
    </w:p>
    <w:p>
      <w:r>
        <w:rPr>
          <w:b/>
        </w:rPr>
        <w:t xml:space="preserve">[33:42] </w:t>
      </w:r>
      <w:r>
        <w:t>yeh narah tha jawab abdul nasser ka, yeh narah tha yasser arafat ka, yeh narah tha asaf banna aur syed qutb ka. lekin kya hua?</w:t>
      </w:r>
    </w:p>
    <w:p>
      <w:pPr>
        <w:jc w:val="right"/>
      </w:pPr>
      <w:r>
        <w:t>یہ نعرہ تھا جواب عبدالناصر کا، یہ نعرہ تھا یاسر عرفات کا، یہ نعرہ تھا اصف بنا اور سید قطب کا۔ لیکن کیا ہوا؟</w:t>
      </w:r>
    </w:p>
    <w:p>
      <w:r>
        <w:rPr>
          <w:b/>
        </w:rPr>
        <w:t xml:space="preserve">[33:52] </w:t>
      </w:r>
      <w:r>
        <w:t>khud hi samandar mein chalay gaye. yeh yehin se distraction shuru hua. yaani yeh tha, is ko mein kahunga political distraction.</w:t>
      </w:r>
    </w:p>
    <w:p>
      <w:pPr>
        <w:jc w:val="right"/>
      </w:pPr>
      <w:r>
        <w:t>خود ہی سمندر میں چلے گئے۔ یہ یہیں سے ڈسٹریکشن شروع ہوا۔ یعنی یہ تھا، اس کو میں کہوں گا پولیٹیکل ڈسٹریکشن۔</w:t>
      </w:r>
    </w:p>
    <w:p>
      <w:r>
        <w:rPr>
          <w:b/>
        </w:rPr>
        <w:t xml:space="preserve">[34:03] </w:t>
      </w:r>
      <w:r>
        <w:t>political distraction. is waqt unhone chahiye tha ke hamein apne bachon ko educate karna hai, hamein modern modern history lagana hai, hamein business karna hai.</w:t>
      </w:r>
    </w:p>
    <w:p>
      <w:pPr>
        <w:jc w:val="right"/>
      </w:pPr>
      <w:r>
        <w:t>پولیٹیکل ڈسٹریکشن۔ اس وقت انہوں نے چاہیے تھا کہ ہمیں اپنے بچوں کو ایجوکیٹ کرنا ہے، ہمیں ماڈرن ماڈرن ہسٹری لگانا ہے، ہمیں بزنس کرنا ہے۔</w:t>
      </w:r>
    </w:p>
    <w:p>
      <w:r>
        <w:rPr>
          <w:b/>
        </w:rPr>
        <w:t xml:space="preserve">[34:18] </w:t>
      </w:r>
      <w:r>
        <w:t>lekin bajaye is ke ke wo constructive field mein cooperation ke soch ke sath aage barhte, takrao, takrao, takrao, yahudion ko maro, yahudion ko nikalo.</w:t>
      </w:r>
    </w:p>
    <w:p>
      <w:pPr>
        <w:jc w:val="right"/>
      </w:pPr>
      <w:r>
        <w:t>لیکن بجائے اس کے کہ وہ کنسٹرکٹو فیلڈ میں کواپریشن کے سوچ کے ساتھ آگے بڑھتے، ٹکراؤ، ٹکراؤ، ٹکراؤ، یہودیوں کو مارو، یہودیوں کو نکالو۔</w:t>
      </w:r>
    </w:p>
    <w:p>
      <w:r>
        <w:rPr>
          <w:b/>
        </w:rPr>
        <w:t xml:space="preserve">[34:31] </w:t>
      </w:r>
      <w:r>
        <w:t>halankay aap dekhiye, balfour ne jo partition kiya tha, wo poori tarah arbon ke favor mein tha. wo kyunke us waqt jo hai one third diya tha unhone yahudion ko, one third.</w:t>
      </w:r>
    </w:p>
    <w:p>
      <w:pPr>
        <w:jc w:val="right"/>
      </w:pPr>
      <w:r>
        <w:t>حالانکہ آپ دیکھیے، بالفور نے جو پارٹیشن کیا تھا، وہ پوری طرح عربوں کے فیور میں تھا۔ وہ کیونکہ اس وقت جو ہے ون تھرڈ دیا تھا انہوں نے یہودیوں کو، ون تھرڈ۔</w:t>
      </w:r>
    </w:p>
    <w:p>
      <w:r>
        <w:rPr>
          <w:b/>
        </w:rPr>
        <w:t xml:space="preserve">[34:46] </w:t>
      </w:r>
      <w:r>
        <w:t>aur two third jo tha wo diya tha arbon ko. aur sara acha eriya jo hai, including jerusalem, bra poora jerusalem jo hai wo de diya tha arbon ko.</w:t>
      </w:r>
    </w:p>
    <w:p>
      <w:pPr>
        <w:jc w:val="right"/>
      </w:pPr>
      <w:r>
        <w:t>اور ٹو تھرڈ جو تھا وہ دیا تھا عربوں کو۔ اور سارا اچھا ایریا جو ہے، انکلوڈنگ یروشلم، برا پورا یروشلم جو ہے وہ دے دیا تھا عربوں کو۔</w:t>
      </w:r>
    </w:p>
    <w:p>
      <w:r>
        <w:rPr>
          <w:b/>
        </w:rPr>
        <w:t xml:space="preserve">[35:00] </w:t>
      </w:r>
      <w:r>
        <w:t>to yeh advantageous position mein thay yeh log. two third arbon ke pass, one third israel ke pass. majority is arbon ki thi.</w:t>
      </w:r>
    </w:p>
    <w:p>
      <w:pPr>
        <w:jc w:val="right"/>
      </w:pPr>
      <w:r>
        <w:t>تو یہ ایڈوانٹیجس پوزیشن میں تھے یہ لوگ۔ ٹو تھرڈ عربوں کے پاس، ون تھرڈ اسرائیل کے پاس۔ میجورٹی اس عربوں کی تھی۔</w:t>
      </w:r>
    </w:p>
    <w:p>
      <w:r>
        <w:rPr>
          <w:b/>
        </w:rPr>
        <w:t xml:space="preserve">[35:12] </w:t>
      </w:r>
      <w:r>
        <w:t>falasteen mein majority arbon ki thi.</w:t>
      </w:r>
    </w:p>
    <w:p>
      <w:pPr>
        <w:jc w:val="right"/>
      </w:pPr>
      <w:r>
        <w:t>فلسطین میں میجورٹی عربوں کی تھی۔</w:t>
      </w:r>
    </w:p>
    <w:p>
      <w:r>
        <w:rPr>
          <w:b/>
        </w:rPr>
        <w:t xml:space="preserve">[35:17] </w:t>
      </w:r>
      <w:r>
        <w:t>to wohin se is ko mein kehta hoon ke political distraction. yani hasan bana ne aur woh jo aik wahan par bani aik party jis ko kehte hain al-ikhwan al-muslimeen,</w:t>
      </w:r>
    </w:p>
    <w:p>
      <w:pPr>
        <w:jc w:val="right"/>
      </w:pPr>
      <w:r>
        <w:t>تو وہیں سے اس کو میں کہتا ہوں کہ پولیٹیکل ڈسٹریکشن۔ یعنی حسن بنا نے اور وہ جو ایک وہاں پر بنی ایک پارٹی جس کو کہتے ہیں الاخوال المسلمون،</w:t>
      </w:r>
    </w:p>
    <w:p>
      <w:r>
        <w:rPr>
          <w:b/>
        </w:rPr>
        <w:t xml:space="preserve">[35:29] </w:t>
      </w:r>
      <w:r>
        <w:t>english mein kehte hain muslim brotherhood, in logon ne bas al-jihad wa manhajuna, in ka nara tha al-jihad wa manhajuna, matlab hamein ladna hai, lad kar ke unhein nikalna hai aur apna yahan par falasteen ko occupy karna hai.</w:t>
      </w:r>
    </w:p>
    <w:p>
      <w:pPr>
        <w:jc w:val="right"/>
      </w:pPr>
      <w:r>
        <w:t>انگلش میں کہتے ہیں مسلم برادرہڈ، ان لوگوں نے بس الجہاد و منہجنا، ان کا نعرہ تھا الجہاد و منہجنا، مطلب ہمیں لڑنا ہے، لڑ کر کے انہیں نکالنا ہے اور اپنا یہاں پر فلسطین کو اکوپائی کرنا ہے۔</w:t>
      </w:r>
    </w:p>
    <w:p>
      <w:r>
        <w:rPr>
          <w:b/>
        </w:rPr>
        <w:t xml:space="preserve">[35:47] </w:t>
      </w:r>
      <w:r>
        <w:t>al-jihad wa manhajuna. yeh tha jis mere zehan is ko kehte hain political distraction. yahi kashmir mein hua.</w:t>
      </w:r>
    </w:p>
    <w:p>
      <w:pPr>
        <w:jc w:val="right"/>
      </w:pPr>
      <w:r>
        <w:t>الجہاد و منہجنا۔ یہ تھا جس میرے ذہن اس کو کہتے ہیں پولیٹیکل ڈسٹریکشن۔ یہی کاشمیر میں ہوا۔</w:t>
      </w:r>
    </w:p>
    <w:p>
      <w:r>
        <w:rPr>
          <w:b/>
        </w:rPr>
        <w:t xml:space="preserve">[35:56] </w:t>
      </w:r>
      <w:r>
        <w:t>ab aaj kal</w:t>
      </w:r>
    </w:p>
    <w:p>
      <w:pPr>
        <w:jc w:val="right"/>
      </w:pPr>
      <w:r>
        <w:t>اب آج کل</w:t>
      </w:r>
    </w:p>
    <w:p>
      <w:r>
        <w:rPr>
          <w:b/>
        </w:rPr>
        <w:t xml:space="preserve">[35:57] </w:t>
      </w:r>
      <w:r>
        <w:t>kashmir kya hai? bilkul tabah ho gaya hai. yani in ko jo mein samajhta hoon ke yeh khuda ki nemat thi in ke liye ke woh india se jud gaye thay.</w:t>
      </w:r>
    </w:p>
    <w:p>
      <w:pPr>
        <w:jc w:val="right"/>
      </w:pPr>
      <w:r>
        <w:t>کاشمیر کیا ہے؟ بالکل تباہ ہو گیا ہے۔ یعنی ان کو جو میں سمجھتا ہوں کہ یہ خدا کی نعمت تھی ان کے لیے کہ وہ انڈیا سے جڑ گئے تھے۔</w:t>
      </w:r>
    </w:p>
    <w:p>
      <w:r>
        <w:rPr>
          <w:b/>
        </w:rPr>
        <w:t xml:space="preserve">[36:07] </w:t>
      </w:r>
      <w:r>
        <w:t>woh india bohat bara country hai. yahan par education hai. aap jante hain ke is waqt poori duniya mein india jo hai education ke aitbar se number teen par hai.</w:t>
      </w:r>
    </w:p>
    <w:p>
      <w:pPr>
        <w:jc w:val="right"/>
      </w:pPr>
      <w:r>
        <w:t>وہ انڈیا بہت بڑا کنٹری ہے۔ یہاں پر ایجوکیشن ہے۔ آپ جانتے ہیں کہ اس وقت پوری دنیا میں انڈیا جو ہے ایجوکیشن کے اعتبار سے نمبر تین پر ہے۔</w:t>
      </w:r>
    </w:p>
    <w:p>
      <w:r>
        <w:rPr>
          <w:b/>
        </w:rPr>
        <w:t xml:space="preserve">[36:20] </w:t>
      </w:r>
      <w:r>
        <w:t>english education. english mein number aik par america hai, number do par britain hai, number teen par india hai.</w:t>
      </w:r>
    </w:p>
    <w:p>
      <w:pPr>
        <w:jc w:val="right"/>
      </w:pPr>
      <w:r>
        <w:t>انگلش ایجوکیشن۔ انگلش میں نمبر ایک پر امریکہ ہے، نمبر دو پر برٹن ہے، نمبر تین پر انڈیا ہے۔</w:t>
      </w:r>
    </w:p>
    <w:p>
      <w:r>
        <w:rPr>
          <w:b/>
        </w:rPr>
        <w:t xml:space="preserve">[36:30] </w:t>
      </w:r>
      <w:r>
        <w:t>yani roos ka jo woh aya tha president, us ne india mein taqreer ki to kaha ke hum ko aap ki angrezi chahiye. itna bara country mila in ko jis ke andar itni taraqqi ho chuki thi, itni education aa chuki thi.</w:t>
      </w:r>
    </w:p>
    <w:p>
      <w:pPr>
        <w:jc w:val="right"/>
      </w:pPr>
      <w:r>
        <w:t>یعنی روس کا جو وہ آیا تھا پریزیڈنٹ، اس نے انڈیا میں تقریر کی تو کہا کہ ہم کو آپ کی انگریزی چاہیے۔ اتنا بڑا کنٹری ملا ان کو جس کے اندر اتنی ترقی ہو چکی تھی، اتنی ایجوکیشن آ چکی تھی۔</w:t>
      </w:r>
    </w:p>
    <w:p>
      <w:r>
        <w:rPr>
          <w:b/>
        </w:rPr>
        <w:t xml:space="preserve">[36:46] </w:t>
      </w:r>
      <w:r>
        <w:t>to kashmiriyon ko samajhna chahiye tha ke yeh to abu ne hamare liye aik khuda gift hai, hamare liye india se jud kar ke hum taraqqi kar sakte hain. zyada pakistan se jud kar hum zyada taraqqi nahi kar sakte.</w:t>
      </w:r>
    </w:p>
    <w:p>
      <w:pPr>
        <w:jc w:val="right"/>
      </w:pPr>
      <w:r>
        <w:t>تو کشمیروں کو سمجھنا چاہیے تھا کہ یہ تو ابو نے ہمارے لیے ایک خدا گفٹ ہے، ہمارے لیے انڈیا سے جڑ کر کے ہم ترقی کر سکتے ہیں۔ زیادہ پاکستان سے جڑ کر ہم زیادہ ترقی نہیں کر سکتے۔</w:t>
      </w:r>
    </w:p>
    <w:p>
      <w:r>
        <w:rPr>
          <w:b/>
        </w:rPr>
        <w:t xml:space="preserve">[36:59] </w:t>
      </w:r>
      <w:r>
        <w:t>kyun ke india se jud kar hum zyada taraqqi kar sakte hain. india mein resources hain, india mein baray baray mind hain, india mein education hai, india mein english hai, india industry hai.</w:t>
      </w:r>
    </w:p>
    <w:p>
      <w:pPr>
        <w:jc w:val="right"/>
      </w:pPr>
      <w:r>
        <w:t>کیونکہ انڈیا سے جڑ کر ہم زیادہ ترقی کر سکتے ہیں۔ انڈیا میں ریسورسز ہیں، انڈیا میں بڑے بڑے مائنڈ ہیں، انڈیا میں ایجوکیشن ہے، انڈیا میں انگلش ہے، انڈیا انڈسٹری ہے۔</w:t>
      </w:r>
    </w:p>
    <w:p>
      <w:r>
        <w:rPr>
          <w:b/>
        </w:rPr>
        <w:t xml:space="preserve">[37:12] </w:t>
      </w:r>
      <w:r>
        <w:t>to jud jao india se.</w:t>
      </w:r>
    </w:p>
    <w:p>
      <w:pPr>
        <w:jc w:val="right"/>
      </w:pPr>
      <w:r>
        <w:t>تو جڑ جاؤ انڈیا سے۔</w:t>
      </w:r>
    </w:p>
    <w:p>
      <w:r>
        <w:rPr>
          <w:b/>
        </w:rPr>
        <w:t xml:space="preserve">[37:14] </w:t>
      </w:r>
      <w:r>
        <w:t>aap jante hain kashmir mein shaal banti hai. kashmir mein sab se bara business hai woh shaal ka hai. sab se bara business.</w:t>
      </w:r>
    </w:p>
    <w:p>
      <w:pPr>
        <w:jc w:val="right"/>
      </w:pPr>
      <w:r>
        <w:t>آپ جانتے ہیں کاشمیر میں شال بنتی ہے۔ کاشمیر میں سب سے بڑا بزنس ہے وہ شال کا ہے۔ سب سے بڑا بزنس۔</w:t>
      </w:r>
    </w:p>
    <w:p>
      <w:r>
        <w:rPr>
          <w:b/>
        </w:rPr>
        <w:t xml:space="preserve">[37:24] </w:t>
      </w:r>
      <w:r>
        <w:t>aur shaal bikta kahan hai? shaal ki sari market india mein hai. shaal na pakistan mein bikta hai, na arab mein hi bikta hai, kahin bhi nahi.</w:t>
      </w:r>
    </w:p>
    <w:p>
      <w:pPr>
        <w:jc w:val="right"/>
      </w:pPr>
      <w:r>
        <w:t>اور شال بکتا کہاں ہے؟ شال کی ساری مارکیٹ انڈیا میں ہے۔ شال نہ پاکستان میں بکتا ہے، نہ عرب میں ہی بکتا ہے، کہیں بھی نہیں۔</w:t>
      </w:r>
    </w:p>
    <w:p>
      <w:r>
        <w:rPr>
          <w:b/>
        </w:rPr>
        <w:t xml:space="preserve">[37:37] </w:t>
      </w:r>
      <w:r>
        <w:t>na iran mein bikta hai. band kashmiri log banate hain shaal aur market is ka hai india.</w:t>
      </w:r>
    </w:p>
    <w:p>
      <w:pPr>
        <w:jc w:val="right"/>
      </w:pPr>
      <w:r>
        <w:t>نہ ایران میں بکتا ہے۔ بند کشمیری لوگ بناتے ہیں شال اور مارکیٹ اس کا ہے انڈیا۔</w:t>
      </w:r>
    </w:p>
    <w:p>
      <w:r>
        <w:rPr>
          <w:b/>
        </w:rPr>
        <w:t xml:space="preserve">[37:44] </w:t>
      </w:r>
      <w:r>
        <w:t>aur isi india se ladne lagay. to yeh kitni bari state politics thi. that was a grave distraction. that was a grave distraction.</w:t>
      </w:r>
    </w:p>
    <w:p>
      <w:pPr>
        <w:jc w:val="right"/>
      </w:pPr>
      <w:r>
        <w:t>اور اسی انڈیا سے لڑنے لگے۔ تو یہ کتنی بڑی اسٹیٹ پولیٹکس تھی۔ دیٹ واز ا گریو ڈسٹریکشن۔ دیٹ واز ا گریو ڈسٹریکشن۔</w:t>
      </w:r>
    </w:p>
    <w:p>
      <w:r>
        <w:rPr>
          <w:b/>
        </w:rPr>
        <w:t xml:space="preserve">[37:58] </w:t>
      </w:r>
      <w:r>
        <w:t>ke india se judte, khoob parhte yahan ki universityon mein, khoob yahan par industry lagate. yani poora india un ka tha.</w:t>
      </w:r>
    </w:p>
    <w:p>
      <w:pPr>
        <w:jc w:val="right"/>
      </w:pPr>
      <w:r>
        <w:t>کہ انڈیا سے جڑتے، خوب پڑھتے یہاں کی یونیورسٹیوں میں، خوب یہاں پر انڈسٹری لگاتے۔ یعنی پورا انڈیا ان کا تھا۔</w:t>
      </w:r>
    </w:p>
    <w:p>
      <w:r>
        <w:rPr>
          <w:b/>
        </w:rPr>
        <w:t xml:space="preserve">[38:09] </w:t>
      </w:r>
      <w:r>
        <w:t>poora india un ka tha. abhi tak to woh sirf shaal bech rahe thay india mein.</w:t>
      </w:r>
    </w:p>
    <w:p>
      <w:pPr>
        <w:jc w:val="right"/>
      </w:pPr>
      <w:r>
        <w:t>پورا انڈیا ان کا تھا۔ ابھی تک تو وہ صرف شال بیچ رہے تھے انڈیا میں۔</w:t>
      </w:r>
    </w:p>
    <w:p>
      <w:r>
        <w:rPr>
          <w:b/>
        </w:rPr>
        <w:t xml:space="preserve">[38:14] </w:t>
      </w:r>
      <w:r>
        <w:t>ab aur kya karte? yani kuch nahi to jo jo tourism tha, tourism, wohi un ke liye bohat bara source tha. india ke log toot kar jatay thay kashmir.</w:t>
      </w:r>
    </w:p>
    <w:p>
      <w:pPr>
        <w:jc w:val="right"/>
      </w:pPr>
      <w:r>
        <w:t>اب اور کیا کرتے؟ یعنی کچھ نہیں تو جو جو ٹورزم تھا، ٹورزم، وہی ان کے لیے بہت بڑا سورس تھا۔ انڈیا کے لوگ ٹوٹ کر جاتے تھے کشمیر۔</w:t>
      </w:r>
    </w:p>
    <w:p>
      <w:r>
        <w:rPr>
          <w:b/>
        </w:rPr>
        <w:t xml:space="preserve">[38:26] </w:t>
      </w:r>
      <w:r>
        <w:t>aap jante hain ke jab military see hui to kya hua? tourism bohat ghat gayi. jo india ke log kashmir ka aik woh tha, agar agar agar firdous bar roo-e-zameen ast, hameenast o hameenast o hameenast,</w:t>
      </w:r>
    </w:p>
    <w:p>
      <w:pPr>
        <w:jc w:val="right"/>
      </w:pPr>
      <w:r>
        <w:t>آپ جانتے ہیں کہ جب ملٹری سی ہوئی تو کیا ہوا؟ ٹورزم بہت گھٹ گئی۔ جو انڈیا کے لوگ کشمیر کا ایک وہ تھا، اگر اگر اگر فردوس بر روئے زمین است، حمینست و حمینست و حمینست،</w:t>
      </w:r>
    </w:p>
    <w:p>
      <w:r>
        <w:rPr>
          <w:b/>
        </w:rPr>
        <w:t xml:space="preserve">[38:43] </w:t>
      </w:r>
      <w:r>
        <w:t>samajhte kashmir to jannat nazeer hai, kashmir to paradise hai, to sara india jana chahta tha kashmir. ab bohat tourism tha pehle.</w:t>
      </w:r>
    </w:p>
    <w:p>
      <w:pPr>
        <w:jc w:val="right"/>
      </w:pPr>
      <w:r>
        <w:t>سمجھتے کشمیر تو جنت نظیر ہے، کشمیر تو پیراڈائز ہے، تو سارا انڈیا جانا چاہتا تھا کشمیر۔ اب بہت ٹورزم تھا پہلے۔</w:t>
      </w:r>
    </w:p>
    <w:p>
      <w:r>
        <w:rPr>
          <w:b/>
        </w:rPr>
        <w:t xml:space="preserve">[38:53] </w:t>
      </w:r>
      <w:r>
        <w:t>ab kya hai? ab jo itna military chali to woh terrorism jo hai idhar udhar bikhar gaya. ab doosre doosre hill se jo janay lagay.</w:t>
      </w:r>
    </w:p>
    <w:p>
      <w:pPr>
        <w:jc w:val="right"/>
      </w:pPr>
      <w:r>
        <w:t>اب کیا ہے؟ اب جو اتنا ملٹری چلی تو وہ ٹیرزم جو ہے ادھر ادھر بکھر گیا۔ اب دوسرے دوسرے ہل سے جو جانے لگے۔</w:t>
      </w:r>
    </w:p>
    <w:p>
      <w:r>
        <w:rPr>
          <w:b/>
        </w:rPr>
        <w:t xml:space="preserve">[39:03] </w:t>
      </w:r>
      <w:r>
        <w:t>ab kashmir bohat kam log jatay hain.</w:t>
      </w:r>
    </w:p>
    <w:p>
      <w:pPr>
        <w:jc w:val="right"/>
      </w:pPr>
      <w:r>
        <w:t>اب کشمیر بہت کم لوگ جاتے ہیں۔</w:t>
      </w:r>
    </w:p>
    <w:p>
      <w:r>
        <w:rPr>
          <w:b/>
        </w:rPr>
        <w:t xml:space="preserve">[39:08] </w:t>
      </w:r>
      <w:r>
        <w:t>aik martaba mein aik kashmiri se mein ne poocha to us ne kaha ke sahib pehle ab mein farq mein ne poocha to us ne kaha ke pehle yahan tha ke agar hum pathar le kar baith jatay thay road par to pathar bhi bikta tha.</w:t>
      </w:r>
    </w:p>
    <w:p>
      <w:pPr>
        <w:jc w:val="right"/>
      </w:pPr>
      <w:r>
        <w:t>ایک مرتبہ میں ایک کشمیری سے میں نے پوچھا تو اس نے کہا کہ صاحب پہلے اب میں فرق میں نے پوچھا تو اس نے کہا کہ پہلے یہاں تھا کہ اگر ہم پتھر لے کر بیٹھ جاتے تھے روڈ پر تو پتھر بھی بکتا تھا۔</w:t>
      </w:r>
    </w:p>
    <w:p>
      <w:r>
        <w:rPr>
          <w:b/>
        </w:rPr>
        <w:t xml:space="preserve">[39:22] </w:t>
      </w:r>
      <w:r>
        <w:t>ab to hamare saib ko bhi koi khareedta nahi. kyun ke saib ko khareedne ke liye kya hai? truck pe lada jayega.</w:t>
      </w:r>
    </w:p>
    <w:p>
      <w:pPr>
        <w:jc w:val="right"/>
      </w:pPr>
      <w:r>
        <w:t>اب تو ہمارے سیب کو بھی کوئی خریدتا نہیں۔ کیونکہ سیب کو خریدنے کے لیے کیا ہے؟ ٹرک پہ لادا جائے گا۔</w:t>
      </w:r>
    </w:p>
    <w:p>
      <w:r>
        <w:rPr>
          <w:b/>
        </w:rPr>
        <w:t xml:space="preserve">[39:32] </w:t>
      </w:r>
      <w:r>
        <w:t>truck wahan se chal kar kahin pahunchega bare sheher mein jaise dilli mein aaye ga. aur beech mein milton khare hue hain bomb maarne ke liye. to us ne kaha ke hamara pathar bhi bikta tha aur ab ab saib bhi nahin.</w:t>
      </w:r>
    </w:p>
    <w:p>
      <w:pPr>
        <w:jc w:val="right"/>
      </w:pPr>
      <w:r>
        <w:t>ٹرک وہاں سے چل کر کہیں پہنچے گا بڑے شہر میں جیسے دلی میں آئے گا۔ اور بیچ میں ملٹن کھڑے ہوئے ہیں بم مارنے کے لیے۔ تو اس نے کہا کہ ہمارا پتھر بھی بکتا تھا اور اب اب سیب بھی نہیں۔</w:t>
      </w:r>
    </w:p>
    <w:p>
      <w:r>
        <w:rPr>
          <w:b/>
        </w:rPr>
        <w:t xml:space="preserve">[39:46] </w:t>
      </w:r>
      <w:r>
        <w:t>saib ka market bhi nahin raha hamare liye. aap jante hain ke india ke market mein kashmir ke saib zyada bikte hain. ek kilo waghera ke saib.</w:t>
      </w:r>
    </w:p>
    <w:p>
      <w:pPr>
        <w:jc w:val="right"/>
      </w:pPr>
      <w:r>
        <w:t>سیب کا مارکیٹ بھی نہیں رہا ہمارے لیے۔ آپ جانتے ہیں کہ انڈیا کے مارکیٹ میں کشمیر کے سیب زیادہ بکتے ہیں۔ ایک کلو وغیرہ کے سیب۔</w:t>
      </w:r>
    </w:p>
    <w:p>
      <w:r>
        <w:rPr>
          <w:b/>
        </w:rPr>
        <w:t xml:space="preserve">[39:57] </w:t>
      </w:r>
      <w:r>
        <w:t>himachal ke saib. kitna bara nuqsan hua.</w:t>
      </w:r>
    </w:p>
    <w:p>
      <w:pPr>
        <w:jc w:val="right"/>
      </w:pPr>
      <w:r>
        <w:t>ہماچل کے سیب۔ کتنا بڑا نقصان ہوا۔</w:t>
      </w:r>
    </w:p>
    <w:p>
      <w:r>
        <w:rPr>
          <w:b/>
        </w:rPr>
        <w:t xml:space="preserve">[40:01] </w:t>
      </w:r>
      <w:r>
        <w:t>yeh tha distraction. yani constructive jo road khuli hui thi un ke liye. education ki, industry ki, business ki, interaction ki, tourism ki, is se hat kar ke military nahin chala di unhon ne.</w:t>
      </w:r>
    </w:p>
    <w:p>
      <w:pPr>
        <w:jc w:val="right"/>
      </w:pPr>
      <w:r>
        <w:t>یہ تھا ڈسٹریکشن۔ یعنی کانسٹرکٹو جو روڈ کھلی ہوئی تھی ان کے لیے۔ ایجوکیشن کی، انڈسٹری کی، بزنس کی، انٹریکشن کی، ٹورزم کی، اس سے ہٹ کر کے ملٹری نہیں چلا دی انہوں نے۔</w:t>
      </w:r>
    </w:p>
    <w:p>
      <w:r>
        <w:rPr>
          <w:b/>
        </w:rPr>
        <w:t xml:space="preserve">[40:16] </w:t>
      </w:r>
      <w:r>
        <w:t>that was a a grave distraction. yeh misalein maine di hain aap ko.</w:t>
      </w:r>
    </w:p>
    <w:p>
      <w:pPr>
        <w:jc w:val="right"/>
      </w:pPr>
      <w:r>
        <w:t>دیٹ واز ا ا گریو ڈسٹریکشن۔ یہ مثالیں میں نے دی ہیں آپ کو۔</w:t>
      </w:r>
    </w:p>
    <w:p>
      <w:r>
        <w:rPr>
          <w:b/>
        </w:rPr>
        <w:t xml:space="preserve">[40:25] </w:t>
      </w:r>
      <w:r>
        <w:t>yani nations ki aur bari bari. yahi muamla individuals ka hai.</w:t>
      </w:r>
    </w:p>
    <w:p>
      <w:pPr>
        <w:jc w:val="right"/>
      </w:pPr>
      <w:r>
        <w:t>یعنی نیشنز کی اور بڑی بڑی۔ یہی معاملہ انڈیویجولز کا ہے۔</w:t>
      </w:r>
    </w:p>
    <w:p>
      <w:r>
        <w:rPr>
          <w:b/>
        </w:rPr>
        <w:t xml:space="preserve">[40:31] </w:t>
      </w:r>
      <w:r>
        <w:t>individuals ka. individual level par bhi har aadmi ko yeh sochna hai ke mere liye Khuda ka bataya hua sahi tareen tareeqa kya hai?</w:t>
      </w:r>
    </w:p>
    <w:p>
      <w:pPr>
        <w:jc w:val="right"/>
      </w:pPr>
      <w:r>
        <w:t>انڈیویجولز کا۔ انڈیویجول لیول پر بھی ہر آدمی کو یہ سوچنا ہے کہ میرے لیے خدا کا بتایا ہوا صحیح ترین طریقہ کیا ہے؟</w:t>
      </w:r>
    </w:p>
    <w:p>
      <w:r>
        <w:rPr>
          <w:b/>
        </w:rPr>
        <w:t xml:space="preserve">[40:42] </w:t>
      </w:r>
      <w:r>
        <w:t>isi par lag jao, isi par lag jao. jaise meri family mein mere mere woh the, mere mere chacha zaad bhai the, un ka naam tha Iqbal Ahmed Sohail.</w:t>
      </w:r>
    </w:p>
    <w:p>
      <w:pPr>
        <w:jc w:val="right"/>
      </w:pPr>
      <w:r>
        <w:t>اسی پر لگ جاؤ، اسی پر لگ جاؤ۔ جیسے میری فیملی میں میرے میرے وہ تھے، میرے میرے چچا زاد بھائی تھے، ان کا نام تھا اقبال احمد سہیل۔</w:t>
      </w:r>
    </w:p>
    <w:p>
      <w:r>
        <w:rPr>
          <w:b/>
        </w:rPr>
        <w:t xml:space="preserve">[40:56] </w:t>
      </w:r>
      <w:r>
        <w:t>un ka qissa batata hoon main aap ko. woh bhi distraction case ban gaye.</w:t>
      </w:r>
    </w:p>
    <w:p>
      <w:pPr>
        <w:jc w:val="right"/>
      </w:pPr>
      <w:r>
        <w:t>ان کا قصہ بتاتا ہوں میں آپ کو۔ وہ بھی ڈسٹریکشن کیس بن گئے۔</w:t>
      </w:r>
    </w:p>
    <w:p>
      <w:r>
        <w:rPr>
          <w:b/>
        </w:rPr>
        <w:t xml:space="preserve">[41:01] </w:t>
      </w:r>
      <w:r>
        <w:t>yani individual layer par main aap ko ek qissa batata hoon. individual level. unhon ne Aligarh mein MA LLB kiya tha. woh Aligarh university mein jo pehla batch tha MA ka, us mein se ek woh the.</w:t>
      </w:r>
    </w:p>
    <w:p>
      <w:pPr>
        <w:jc w:val="right"/>
      </w:pPr>
      <w:r>
        <w:t>یعنی انڈیویجول لیئر پر میں آپ کو ایک قصہ بتاتا ہوں۔ انڈیویجول لیول۔ انہوں نے علی گڑھ میں ایم اے ایل ایل بی کیا تھا۔ وہ علی گڑھ یونیورسٹی میں جو پہلا بیچ تھا ایم اے کا، اس میں سے ایک وہ تھے۔</w:t>
      </w:r>
    </w:p>
    <w:p>
      <w:r>
        <w:rPr>
          <w:b/>
        </w:rPr>
        <w:t xml:space="preserve">[41:18] </w:t>
      </w:r>
      <w:r>
        <w:t>Dr Zakir Hussain ke saathi the woh Aligarh mein.</w:t>
      </w:r>
    </w:p>
    <w:p>
      <w:pPr>
        <w:jc w:val="right"/>
      </w:pPr>
      <w:r>
        <w:t>ڈاکٹر ذاکر حسین کے ساتھی تھے وہ علی گڑھ میں۔</w:t>
      </w:r>
    </w:p>
    <w:p>
      <w:r>
        <w:rPr>
          <w:b/>
        </w:rPr>
        <w:t xml:space="preserve">[41:23] </w:t>
      </w:r>
      <w:r>
        <w:t>itna intelligent aadmi tha, woh itna intelligent aadmi tha ke ek baar jab un ke un ka jo woh gaya, un ki jo jo examination mein jo copy hoti hai, phir likhte hain, kya kehte hain us ko?</w:t>
      </w:r>
    </w:p>
    <w:p>
      <w:pPr>
        <w:jc w:val="right"/>
      </w:pPr>
      <w:r>
        <w:t>اتنا انٹیلیجنٹ آدمی تھا، وہ اتنا انٹیلیجنٹ آدمی تھا کہ ایک بار جب ان کے ان کا جو وہ گیا، ان کی جو جو ایگزامینیشن میں جو کاپی ہوتی ہے، پھر لکھتے ہیں، کیا کہتے ہیں اس کو؟</w:t>
      </w:r>
    </w:p>
    <w:p>
      <w:r>
        <w:rPr>
          <w:b/>
        </w:rPr>
        <w:t xml:space="preserve">[41:36] </w:t>
      </w:r>
      <w:r>
        <w:t>to jo examiner tha, us ne likh kar lota diya ke "the examinee is better than the examiner". us ne kuch is pe number hi nahin diya.</w:t>
      </w:r>
    </w:p>
    <w:p>
      <w:pPr>
        <w:jc w:val="right"/>
      </w:pPr>
      <w:r>
        <w:t>تو جو ایگزامینر تھا، اس نے لکھ کر لوٹا دیا کہ "دا ایگزیمنی از بیٹر دین دا ایگزامینر"۔ اس نے کچھ اس پہ نمبر ہی نہیں دیا۔</w:t>
      </w:r>
    </w:p>
    <w:p>
      <w:r>
        <w:rPr>
          <w:b/>
        </w:rPr>
        <w:t xml:space="preserve">[41:46] </w:t>
      </w:r>
      <w:r>
        <w:t>us ne us waqt ki baat hai. "the examinee is better than the examiner".</w:t>
      </w:r>
    </w:p>
    <w:p>
      <w:pPr>
        <w:jc w:val="right"/>
      </w:pPr>
      <w:r>
        <w:t>اس نے اس وقت کی بات ہے۔ "دا ایگزیمنی از بیٹر دین دا ایگزامینر"۔</w:t>
      </w:r>
    </w:p>
    <w:p>
      <w:r>
        <w:rPr>
          <w:b/>
        </w:rPr>
        <w:t xml:space="preserve">[41:56] </w:t>
      </w:r>
      <w:r>
        <w:t>phir wahan par jo bari garh bhi yeh the to Khwaja Qamruddin ek the jo Britain mein rehte the aur dawat ka kaam karte the.</w:t>
      </w:r>
    </w:p>
    <w:p>
      <w:pPr>
        <w:jc w:val="right"/>
      </w:pPr>
      <w:r>
        <w:t>پھر وہاں پر جو بڑی گڑھ بھی یہ تھے تو خواجہ قوم الدین ایک تھے جو برٹین میں رہتے تھے اور دعوت کا کام کرتے تھے۔</w:t>
      </w:r>
    </w:p>
    <w:p>
      <w:r>
        <w:rPr>
          <w:b/>
        </w:rPr>
        <w:t xml:space="preserve">[42:04] </w:t>
      </w:r>
      <w:r>
        <w:t>woh wahan aaye to wahan ka jo stage ki hall hai, us mein ek function hua. to Khwaja Qamruddin bohat zabardast auditor the, bohat achi taqreer speaker the.</w:t>
      </w:r>
    </w:p>
    <w:p>
      <w:pPr>
        <w:jc w:val="right"/>
      </w:pPr>
      <w:r>
        <w:t>وہ وہاں آئے تو وہاں کا جو اسٹیج کی ہال ہے، اس میں ایک فنکشن ہوا۔ تو خواجہ قوم الدین بہت زبردست اڈیٹر تھے، بہت اچھی تقریر اسپیکر تھے۔</w:t>
      </w:r>
    </w:p>
    <w:p>
      <w:r>
        <w:rPr>
          <w:b/>
        </w:rPr>
        <w:t xml:space="preserve">[42:15] </w:t>
      </w:r>
      <w:r>
        <w:t>woh taqreer ki unhon ne aur taqreer ka kya tha? ek anokha sa subject tha</w:t>
      </w:r>
    </w:p>
    <w:p>
      <w:pPr>
        <w:jc w:val="right"/>
      </w:pPr>
      <w:r>
        <w:t>وہ تقریر کی انہوں نے اور تقریر کا کیا تھا؟ ایک انوکھا سا سبجیکٹ تھا</w:t>
      </w:r>
    </w:p>
    <w:p>
      <w:r>
        <w:rPr>
          <w:b/>
        </w:rPr>
        <w:t xml:space="preserve">[42:22] </w:t>
      </w:r>
      <w:r>
        <w:t>ke "Arabi Umm al-Alsun" hai. "Arabi Umm al-Alsun" hai. yani Arabi zuban jo hai, sari zubanon ki mother of the languages hai.</w:t>
      </w:r>
    </w:p>
    <w:p>
      <w:pPr>
        <w:jc w:val="right"/>
      </w:pPr>
      <w:r>
        <w:t>کہ "عربی ام الالسنا" ہے۔ "عربی ام الالسنا" ہے۔ یعنی عربی زبان جو ہے، ساری زبانوں کی مدر آف دا لینگویجز ہے۔</w:t>
      </w:r>
    </w:p>
    <w:p>
      <w:r>
        <w:rPr>
          <w:b/>
        </w:rPr>
        <w:t xml:space="preserve">[42:32] </w:t>
      </w:r>
      <w:r>
        <w:t>main is ko nahin manta lekin behal yeh tha wahan par subject ke "Arabi Umm al-Alsun" hai. "Arabi is the Arabi is the mother of all languages".</w:t>
      </w:r>
    </w:p>
    <w:p>
      <w:pPr>
        <w:jc w:val="right"/>
      </w:pPr>
      <w:r>
        <w:t>میں اس کو نہیں مانتا لیکن بہرحال یہ تھا وہاں پر سبجیکٹ کہ "عربی ام الالسنا" ہے۔ "عربی از دا عربی از دا مدر آف آل لینگویجز"۔</w:t>
      </w:r>
    </w:p>
    <w:p>
      <w:r>
        <w:rPr>
          <w:b/>
        </w:rPr>
        <w:t xml:space="preserve">[42:46] </w:t>
      </w:r>
      <w:r>
        <w:t>is mein bolay woh. jab woh jab woh bol chuke to larkon ne Iqbal Sohail sahib jo us waqt student the wahan par, to ek joke ke taur par un ko khara kar diya.</w:t>
      </w:r>
    </w:p>
    <w:p>
      <w:pPr>
        <w:jc w:val="right"/>
      </w:pPr>
      <w:r>
        <w:t>اس میں بولے وہ۔ جب وہ جب وہ بول چکے تو لڑکوں نے اقبال سہیل صاحب جو اس وقت اسٹوڈنٹ تھے وہاں پر، تو ایک جوک کے طور پر ان کو کھڑا کر دیا۔</w:t>
      </w:r>
    </w:p>
    <w:p>
      <w:r>
        <w:rPr>
          <w:b/>
        </w:rPr>
        <w:t xml:space="preserve">[42:56] </w:t>
      </w:r>
      <w:r>
        <w:t>stage pe kheench ke le gaye. woh chahat samajhte the ke kuch ulti seedhi bolen ge yeh aur wahan taliyan baj jayen gi aur bewaqoof ban jayen ge yeh. to bas joke ke taur par un ko stage par khara kar diya.</w:t>
      </w:r>
    </w:p>
    <w:p>
      <w:pPr>
        <w:jc w:val="right"/>
      </w:pPr>
      <w:r>
        <w:t>اسٹیج پہ کھینچ کے لے گئے۔ وہ چاہت سمجھتے تھے کہ کچھ الٹی سیدھی بولیں گے یہ اور وہاں تالیاں بج جائیں گی اور بیوقوف بن جائیں گے یہ۔ تو بس جوک کے طور پر ان کو اسٹیج پر کھڑا کر دیا۔</w:t>
      </w:r>
    </w:p>
    <w:p>
      <w:r>
        <w:rPr>
          <w:b/>
        </w:rPr>
        <w:t xml:space="preserve">[43:08] </w:t>
      </w:r>
      <w:r>
        <w:t>Iqbal Sohail sahib ko.</w:t>
      </w:r>
    </w:p>
    <w:p>
      <w:pPr>
        <w:jc w:val="right"/>
      </w:pPr>
      <w:r>
        <w:t>اقبال سہیل صاحب کو۔</w:t>
      </w:r>
    </w:p>
    <w:p>
      <w:r>
        <w:rPr>
          <w:b/>
        </w:rPr>
        <w:t xml:space="preserve">[43:11] </w:t>
      </w:r>
      <w:r>
        <w:t>woh Shibli Nomani ke shagird the aur bohat bohat parha tha unhon ne. yani Urdu, Arabic, English, kai language bohat achi jante the woh.</w:t>
      </w:r>
    </w:p>
    <w:p>
      <w:pPr>
        <w:jc w:val="right"/>
      </w:pPr>
      <w:r>
        <w:t>وہ شبلی نعمانی کے شاگرد تھے اور بہت بہت پڑھا تھا انہوں نے۔ یعنی اردو، عربک، انگلش، کئی لینگویج بہت اچھی جانتے تھے وہ۔</w:t>
      </w:r>
    </w:p>
    <w:p>
      <w:r>
        <w:rPr>
          <w:b/>
        </w:rPr>
        <w:t xml:space="preserve">[43:21] </w:t>
      </w:r>
      <w:r>
        <w:t>to khair wahan khare hue woh. ab isi subject par phir se bolna shuru kiya unhon ne. aur naye naye point aur naye naye aspect, naye naye example.</w:t>
      </w:r>
    </w:p>
    <w:p>
      <w:pPr>
        <w:jc w:val="right"/>
      </w:pPr>
      <w:r>
        <w:t>تو خیر وہاں کھڑے ہوئے وہ۔ اب اسی سبجیکٹ پر پھر سے بولنا شروع کیا انہوں نے۔ اور نئے نئے پوائنٹ اور نئے نئے اسپیکٹ، نئے نئے ایگزامپل۔</w:t>
      </w:r>
    </w:p>
    <w:p>
      <w:r>
        <w:rPr>
          <w:b/>
        </w:rPr>
        <w:t xml:space="preserve">[43:31] </w:t>
      </w:r>
      <w:r>
        <w:t>ab bilkul ek ek jo wahan par audience tha, audience bilkul ek yani pin drop silence ke sath suna un logon ne.</w:t>
      </w:r>
    </w:p>
    <w:p>
      <w:pPr>
        <w:jc w:val="right"/>
      </w:pPr>
      <w:r>
        <w:t>اب بالکل ایک ایک جو وہاں پر آڈینس تھا، آڈینس بالکل ایک یعنی پن ڈرافٹ سائلنس کے ساتھ سنا ان لوگوں نے۔</w:t>
      </w:r>
    </w:p>
    <w:p>
      <w:r>
        <w:rPr>
          <w:b/>
        </w:rPr>
        <w:t xml:space="preserve">[43:40] </w:t>
      </w:r>
      <w:r>
        <w:t>jab un ki stretch khatam hui to khwaja qomuddin uthe. unhon ne un ko embrace kiya aur kaha ke "tabah jaisay aadmi agar mil jaye apnay sath kaam karne ke liye to main Europe ki sab se oonchi choti par apna jhanda lehra doon".</w:t>
      </w:r>
    </w:p>
    <w:p>
      <w:pPr>
        <w:jc w:val="right"/>
      </w:pPr>
      <w:r>
        <w:t>جب ان کی اسٹریچ ختم ہوئی تو خواجہ قوم الدین اٹھے۔ انہوں نے ان کو ایمبریس کیا اور کہا کہ "تباہ جیسے آدمی اگر مل جائے اپنے ساتھ کام کرنے کے لیے تو میں یورپ کی سب سے اونچی چوٹی پر اپنا جھنڈا لہرا دوں"۔</w:t>
      </w:r>
    </w:p>
    <w:p>
      <w:r>
        <w:rPr>
          <w:b/>
        </w:rPr>
        <w:t xml:space="preserve">[43:56] </w:t>
      </w:r>
      <w:r>
        <w:t>lekin aap jante hain kya hua Iqbal Sohail ka? woh shairi karte the bas aur district district court mein vakalat karte the.</w:t>
      </w:r>
    </w:p>
    <w:p>
      <w:pPr>
        <w:jc w:val="right"/>
      </w:pPr>
      <w:r>
        <w:t>لیکن آپ جانتے ہیں کیا ہوا اقبال سہیل کا؟ وہ شاعری کرتے تھے بس اور ڈسٹرکٹ ڈسٹرکٹ کورٹ میں وکالت کرتے تھے۔</w:t>
      </w:r>
    </w:p>
    <w:p>
      <w:r>
        <w:rPr>
          <w:b/>
        </w:rPr>
        <w:t xml:space="preserve">[44:08] </w:t>
      </w:r>
      <w:r>
        <w:t>isi mein mar gaye woh</w:t>
      </w:r>
    </w:p>
    <w:p>
      <w:pPr>
        <w:jc w:val="right"/>
      </w:pPr>
      <w:r>
        <w:t>اسی میں مر گئے وہ</w:t>
      </w:r>
    </w:p>
    <w:p>
      <w:r>
        <w:rPr>
          <w:b/>
        </w:rPr>
        <w:t xml:space="preserve">[44:09] </w:t>
      </w:r>
      <w:r>
        <w:t>. koi bara kaam nahi kar sake woh. maine ek martaba un se kaha ke "aap shairi wari kyun karte hain? is ko chhoriye. koi aur kaam kijiye.</w:t>
      </w:r>
    </w:p>
    <w:p>
      <w:pPr>
        <w:jc w:val="right"/>
      </w:pPr>
      <w:r>
        <w:t>۔ کوئی بڑا کام نہیں کر سکے وہ۔ میں نے ایک مرتبہ ان سے کہا کہ "آپ شاعری واری کیوں کرتے ہیں؟ اس کو چھوڑیے۔ کوئی اور کام کیجیے۔</w:t>
      </w:r>
    </w:p>
    <w:p>
      <w:r>
        <w:rPr>
          <w:b/>
        </w:rPr>
        <w:t xml:space="preserve">[44:18] </w:t>
      </w:r>
      <w:r>
        <w:t>koi research kijiye. koi aap itni sari languages jante hain. aap itne zehan aap ke paas hai". to unhon ne kaha ke "haan are bhai is ko to parhna parega".</w:t>
      </w:r>
    </w:p>
    <w:p>
      <w:pPr>
        <w:jc w:val="right"/>
      </w:pPr>
      <w:r>
        <w:t>کوئی ریسرچ کیجیے۔ کوئی آپ اتنی ساری لینگویجز جانتے ہیں۔ آپ اتنے ذہن آپ کے پاس ہے"۔ تو انہوں نے کہا کہ "ہاں ارے بھئی اس کو تو پڑھنا پڑے گا"۔</w:t>
      </w:r>
    </w:p>
    <w:p>
      <w:r>
        <w:rPr>
          <w:b/>
        </w:rPr>
        <w:t xml:space="preserve">[44:29] </w:t>
      </w:r>
      <w:r>
        <w:t>matlab un ki zindagi aisi ban gayi ke parhna, study karna, research karna yeh un ko bhata nahi tha. un ki vakalat bhi kya thi?</w:t>
      </w:r>
    </w:p>
    <w:p>
      <w:pPr>
        <w:jc w:val="right"/>
      </w:pPr>
      <w:r>
        <w:t>مطلب ان کی زندگی ایسی بن گئی کہ پڑھنا، اسٹڈی کرنا، ریسرچ کرنا یہ ان کو بھاتا نہیں تھا۔ ان کی وکالت بھی کیا تھی؟</w:t>
      </w:r>
    </w:p>
    <w:p>
      <w:r>
        <w:rPr>
          <w:b/>
        </w:rPr>
        <w:t xml:space="preserve">[44:39] </w:t>
      </w:r>
      <w:r>
        <w:t>vakalat bhi thi ke ek martaba wahan bhi shairi karte the woh. to un ke paas kafi land thi yani ancestral land to is se un ka kaam chalta tha.</w:t>
      </w:r>
    </w:p>
    <w:p>
      <w:pPr>
        <w:jc w:val="right"/>
      </w:pPr>
      <w:r>
        <w:t>وکالت بھی تھی کہ ایک مرتبہ وہاں بھی شاعری کرتے تھے وہ۔ تو ان کے پاس کافی لینڈ تھی یعنی اینسٹرل لینڈ تو اس سے ان کا کام چلتا تھا۔</w:t>
      </w:r>
    </w:p>
    <w:p>
      <w:r>
        <w:rPr>
          <w:b/>
        </w:rPr>
        <w:t xml:space="preserve">[44:53] </w:t>
      </w:r>
      <w:r>
        <w:t>to ek martaba ek ek case mein aaye woh. civil court mein ek case tha. koi land waghera ka qissa tha. to</w:t>
      </w:r>
    </w:p>
    <w:p>
      <w:pPr>
        <w:jc w:val="right"/>
      </w:pPr>
      <w:r>
        <w:t>تو ایک مرتبہ ایک ایک کیس میں آئے وہ۔ سول کورٹ میں ایک کیس تھا۔ کوئی لینڈ وغیرہ کا قصہ تھا۔ تو</w:t>
      </w:r>
    </w:p>
    <w:p>
      <w:r>
        <w:rPr>
          <w:b/>
        </w:rPr>
        <w:t xml:space="preserve">[45:03] </w:t>
      </w:r>
      <w:r>
        <w:t>jo opposite party thi us ke wakeel the un ka naam tha Abdul Baqi. Abdul Baqi. is wakeel ka naam.</w:t>
      </w:r>
    </w:p>
    <w:p>
      <w:pPr>
        <w:jc w:val="right"/>
      </w:pPr>
      <w:r>
        <w:t>جو اپوزٹ پارٹی تھی اس کے وکیل تھے ان کا نام تھا عبدالباقی۔ عبدالباقی۔ اس وکیل کا نام۔</w:t>
      </w:r>
    </w:p>
    <w:p>
      <w:r>
        <w:rPr>
          <w:b/>
        </w:rPr>
        <w:t xml:space="preserve">[45:13] </w:t>
      </w:r>
      <w:r>
        <w:t>to yeh khare hue to judge ke samne. to unhon ne kaha ke "sir aap dekhiye in ka naam hai Abdul Baqi.</w:t>
      </w:r>
    </w:p>
    <w:p>
      <w:pPr>
        <w:jc w:val="right"/>
      </w:pPr>
      <w:r>
        <w:t>تو یہ کھڑے ہوئے تو جج کے سامنے۔ تو انہوں نے کہا کہ "سر آپ دیکھیے ان کا نام ہے عبدالباقی۔</w:t>
      </w:r>
    </w:p>
    <w:p>
      <w:r>
        <w:rPr>
          <w:b/>
        </w:rPr>
        <w:t xml:space="preserve">[45:25] </w:t>
      </w:r>
      <w:r>
        <w:t>isi se prove hota hai ke in ke upar hamara baqi hai".</w:t>
      </w:r>
    </w:p>
    <w:p>
      <w:pPr>
        <w:jc w:val="right"/>
      </w:pPr>
      <w:r>
        <w:t>اسی سے پروف ہوتا ہے کہ ان کے اوپر ہمارا باقی ہے"۔</w:t>
      </w:r>
    </w:p>
    <w:p>
      <w:r>
        <w:rPr>
          <w:b/>
        </w:rPr>
        <w:t xml:space="preserve">[45:31] </w:t>
      </w:r>
      <w:r>
        <w:t>in ka naam in ka naam baqi hai to isi se prove ho gaya ke hamara in ke upar baqi hai. to judge ne kaha ke "Mr Sohail yeh yeh koi mushaira nahi hai.</w:t>
      </w:r>
    </w:p>
    <w:p>
      <w:pPr>
        <w:jc w:val="right"/>
      </w:pPr>
      <w:r>
        <w:t>ان کا نام ان کا نام باقی ہے تو اسی سے پروف ہو گیا کہ ہمارا ان کے اوپر باقی ہے۔ تو جج نے کہا کہ "مسٹر سہیل یہ یہ کوئی مشاعرہ نہیں ہے۔</w:t>
      </w:r>
    </w:p>
    <w:p>
      <w:r>
        <w:rPr>
          <w:b/>
        </w:rPr>
        <w:t xml:space="preserve">[45:42] </w:t>
      </w:r>
      <w:r>
        <w:t>yeh court hai". yeh sab karte rahe woh. yeh sab karte rahe woh balkay itna bara talent tha un ke paas, itna bara mind tha un ke paas.</w:t>
      </w:r>
    </w:p>
    <w:p>
      <w:pPr>
        <w:jc w:val="right"/>
      </w:pPr>
      <w:r>
        <w:t>یہ کورٹ ہے"۔ یہ سب کرتے رہے وہ۔ یہ سب کرتے رہے وہ بلکہ اتنا بڑا ٹیلنٹ تھا ان کے پاس، اتنا بڑا مائنڈ تھا ان کے پاس۔</w:t>
      </w:r>
    </w:p>
    <w:p>
      <w:r>
        <w:rPr>
          <w:b/>
        </w:rPr>
        <w:t xml:space="preserve">[45:55] </w:t>
      </w:r>
      <w:r>
        <w:t>lekin wahi distraction ke susti zindagi, halki p</w:t>
      </w:r>
    </w:p>
    <w:p>
      <w:pPr>
        <w:jc w:val="right"/>
      </w:pPr>
      <w:r>
        <w:t>لیکن وہی ڈسٹریکشن کہ سستی زندگی، ہلکی پ</w:t>
      </w:r>
    </w:p>
    <w:p>
      <w:r>
        <w:rPr>
          <w:b/>
        </w:rPr>
        <w:t xml:space="preserve">[45:59] </w:t>
      </w:r>
      <w:r>
        <w:t>halki zindagi. ab ab maine dekha un ko kitchen mein baith kar ke woh saag signifi kaat te rehte the. kitchen mein baith kar sabzi kaat te rehte the.</w:t>
      </w:r>
    </w:p>
    <w:p>
      <w:pPr>
        <w:jc w:val="right"/>
      </w:pPr>
      <w:r>
        <w:t>ھلکی زندگی۔ اب اب میں نے دیکھا ان کو کچن میں بیٹھ کر کے وہ ساگ سگنیف کاٹتے رہتے تھے۔ کچن میں بیٹھ کر سبزی کاٹتے رہتے تھے۔</w:t>
      </w:r>
    </w:p>
    <w:p>
      <w:r>
        <w:rPr>
          <w:b/>
        </w:rPr>
        <w:t xml:space="preserve">[46:09] </w:t>
      </w:r>
      <w:r>
        <w:t>is ko main kahoon ke cheap cheap test. cheap entertainment.</w:t>
      </w:r>
    </w:p>
    <w:p>
      <w:pPr>
        <w:jc w:val="right"/>
      </w:pPr>
      <w:r>
        <w:t>اس کو میں کہوں کہ چیپ چیپ ٹیسٹ۔ چیپ انٹرٹینمنٹ۔</w:t>
      </w:r>
    </w:p>
    <w:p>
      <w:r>
        <w:rPr>
          <w:b/>
        </w:rPr>
        <w:t xml:space="preserve">[46:20] </w:t>
      </w:r>
      <w:r>
        <w:t>un choti cheezon mein ke mushaira ho raha hai, saag kaat rahe hain aur isi qism ki cheezon mein.</w:t>
      </w:r>
    </w:p>
    <w:p>
      <w:pPr>
        <w:jc w:val="right"/>
      </w:pPr>
      <w:r>
        <w:t>ان چھوٹی چیزوں میں کہ مشاعرہ ہو رہا ہے، ساگ کاٹ رہے ہیں اور اسی قسم کی چیزوں میں۔</w:t>
      </w:r>
    </w:p>
    <w:p>
      <w:r>
        <w:rPr>
          <w:b/>
        </w:rPr>
        <w:t xml:space="preserve">[46:27] </w:t>
      </w:r>
      <w:r>
        <w:t>ek sahib the bechare woh kale the, un ka rang kala tha. ek martaba paan kha ke aaye woh. yeh to lal ho gaya tha. yani chehra to kala tha, paan ki wajah se yeh lal ho gaya tha.</w:t>
      </w:r>
    </w:p>
    <w:p>
      <w:pPr>
        <w:jc w:val="right"/>
      </w:pPr>
      <w:r>
        <w:t>ایک صاحب تھے بیچارے وہ کالے تھے، ان کا رنگ کالا تھا۔ ایک مرتبہ پان کھا کے آئے وہ۔ یہ تو لال ہو گیا تھا۔ یعنی چہرہ تو کالا تھا، پان کی وجہ سے یہ لال ہو گیا تھا۔</w:t>
      </w:r>
    </w:p>
    <w:p>
      <w:r>
        <w:rPr>
          <w:b/>
        </w:rPr>
        <w:t xml:space="preserve">[46:39] </w:t>
      </w:r>
      <w:r>
        <w:t>to is par shair kaha unhon ne ke "labon se woh siyahi chehre pe ho numayan, siyahi chehre pe hai numayan, labon surkhi lapatt gayi hai,</w:t>
      </w:r>
    </w:p>
    <w:p>
      <w:pPr>
        <w:jc w:val="right"/>
      </w:pPr>
      <w:r>
        <w:t>تو اس پر شعر کہا انہوں نے کہ "لبوں سے وہ سیاہی چہرے پہ ہو نمایاں، سیاہی چہرے پہ ہے نمایاں، لبوں سرخی لپٹ گئی ہے،</w:t>
      </w:r>
    </w:p>
    <w:p>
      <w:r>
        <w:rPr>
          <w:b/>
        </w:rPr>
        <w:t xml:space="preserve">[46:56] </w:t>
      </w:r>
      <w:r>
        <w:t>siyahi chehre se hai numayan, labon se surkhi lapatt gayi hai".</w:t>
      </w:r>
    </w:p>
    <w:p>
      <w:pPr>
        <w:jc w:val="right"/>
      </w:pPr>
      <w:r>
        <w:t>سیاہی چہرے سے ہے نمایاں، لبوں سے سرخی لپٹ گئی ہے"۔</w:t>
      </w:r>
    </w:p>
    <w:p>
      <w:r>
        <w:rPr>
          <w:b/>
        </w:rPr>
        <w:t xml:space="preserve">[47:02] </w:t>
      </w:r>
      <w:r>
        <w:t>in ka naam tha Noor ul Hassan. Noor ul Hassan. unhon ne kaha ke "siyahi chehre se hai numayan, labon se surkhi lapatt gayi hai, janab Noor ul Hassan ka munh hai ya ke koi bulbul ult gayi hai".</w:t>
      </w:r>
    </w:p>
    <w:p>
      <w:pPr>
        <w:jc w:val="right"/>
      </w:pPr>
      <w:r>
        <w:t>ان کا نام تھا نور الحسن۔ نور الحسن۔ انہوں نے کہا کہ "سیاہی چہرے سے ہے نمایاں، لبوں سے سرخی لپٹ گئی ہے، جناب نور الحسن کا منہ ہے یا کہ کوئی بلبل الٹ گئی ہے"۔</w:t>
      </w:r>
    </w:p>
    <w:p>
      <w:r>
        <w:rPr>
          <w:b/>
        </w:rPr>
        <w:t xml:space="preserve">[47:20] </w:t>
      </w:r>
      <w:r>
        <w:t>itna yani bilkul isi qism ke yani cheap qism ki cheezon mein rehte the woh. ek martaba main un ke sath khana kha raha tha to woh chutney bohat pasand karte the woh.</w:t>
      </w:r>
    </w:p>
    <w:p>
      <w:pPr>
        <w:jc w:val="right"/>
      </w:pPr>
      <w:r>
        <w:t>اتنا یعنی بالکل اسی قسم کے یعنی چیپ قسم کی چیزوں میں رہتے تھے وہ۔ ایک مرتبہ میں ان کے ساتھ کھانا کھا رہا تھا تو وہ چٹنی بہت پسند کرتے تھے وہ۔</w:t>
      </w:r>
    </w:p>
    <w:p>
      <w:r>
        <w:rPr>
          <w:b/>
        </w:rPr>
        <w:t xml:space="preserve">[47:30] </w:t>
      </w:r>
      <w:r>
        <w:t>to un ka jo mulazim tha us ka naam tha Rehman. to kya kehte hain? "Rehman miyan dekho to chutney bhi kahin hai". is mein shair mein.</w:t>
      </w:r>
    </w:p>
    <w:p>
      <w:pPr>
        <w:jc w:val="right"/>
      </w:pPr>
      <w:r>
        <w:t>تو ان کا جو ملازم تھا اس کا نام تھا رحمان۔ تو کیا کہتے ہیں؟ "رحمان میاں دیکھو تو چٹنی بھی کہیں ہے"۔ اس میں شعر میں۔</w:t>
      </w:r>
    </w:p>
    <w:p>
      <w:r>
        <w:rPr>
          <w:b/>
        </w:rPr>
        <w:t xml:space="preserve">[47:40] </w:t>
      </w:r>
      <w:r>
        <w:t>yeh chutney mang rahe hain to bhi shair mang rahe hain ke "Rehman miyan dekho to chutney bhi kahin hai". itna main samajhta hoon ke main jin logon ko dekha zindagi mein to shayad itna bara mind maine koi nahi dekha.</w:t>
      </w:r>
    </w:p>
    <w:p>
      <w:pPr>
        <w:jc w:val="right"/>
      </w:pPr>
      <w:r>
        <w:t>یہ چٹنی مانگ رہے ہیں تو بھی شعر مانگ رہے ہیں کہ "رحمان میاں دیکھو تو چٹنی بھی کہیں ہے"۔ اتنا میں سمجھتا ہوں کہ میں جن لوگوں کو دیکھا زندگی میں تو شاید اتنا بڑا مائنڈ میں نے کوئی نہیں دیکھا۔</w:t>
      </w:r>
    </w:p>
    <w:p>
      <w:r>
        <w:rPr>
          <w:b/>
        </w:rPr>
        <w:t xml:space="preserve">[47:54] </w:t>
      </w:r>
      <w:r>
        <w:t>Sir Shah Sulaiman aur Iqbal Ahmed Sohail.</w:t>
      </w:r>
    </w:p>
    <w:p>
      <w:pPr>
        <w:jc w:val="right"/>
      </w:pPr>
      <w:r>
        <w:t>سر شاہ سلیمان اور اقبال احمد سہیل۔</w:t>
      </w:r>
    </w:p>
    <w:p>
      <w:r>
        <w:rPr>
          <w:b/>
        </w:rPr>
        <w:t xml:space="preserve">[48:00] </w:t>
      </w:r>
      <w:r>
        <w:t>to zindagi mein dekhiye cheap cheap qism ki entertainment, cheap qism ki activities apne ko bachaiye.</w:t>
      </w:r>
    </w:p>
    <w:p>
      <w:pPr>
        <w:jc w:val="right"/>
      </w:pPr>
      <w:r>
        <w:t>تو زندگی میں دیکھیے چیپ چیپ قسم کی انٹرٹینمنٹ، چیپ قسم کی ایکٹیویٹیز اپنے کو بچائیے۔</w:t>
      </w:r>
    </w:p>
    <w:p>
      <w:r>
        <w:rPr>
          <w:b/>
        </w:rPr>
        <w:t xml:space="preserve">[48:12] </w:t>
      </w:r>
      <w:r>
        <w:t>woh bhi distraction hai. aaj kal kya hai dekhiye? aaj kal kya hai? shopping. shopping aur fashion aur beauty parlor aur daawatein khana idhar udhar jisko kehte hain woh party.</w:t>
      </w:r>
    </w:p>
    <w:p>
      <w:pPr>
        <w:jc w:val="right"/>
      </w:pPr>
      <w:r>
        <w:t>وہ بھی ڈسٹریکشن ہے۔ آج کل کیا ہے دیکھیے؟ آج کل کیا ہے؟ شاپنگ۔ شاپنگ اور فیشن اور بیوٹی پارلر اور دعوتیں کھانا ادھر ادھر جس کو کہتے ہیں وہ پارٹی۔</w:t>
      </w:r>
    </w:p>
    <w:p>
      <w:r>
        <w:rPr>
          <w:b/>
        </w:rPr>
        <w:t xml:space="preserve">[48:30] </w:t>
      </w:r>
      <w:r>
        <w:t>yeh sab kya hai? yeh sab distraction hai. mujhe ek aadmi mila Dilli mein unka naam tha Dr. Professor Pritam Kumar.</w:t>
      </w:r>
    </w:p>
    <w:p>
      <w:pPr>
        <w:jc w:val="right"/>
      </w:pPr>
      <w:r>
        <w:t>یہ سب کیا ہے؟ یہ سب ڈسٹریکشن ہے۔ مجھے ایک آدمی ملا دلی میں ان کا نام تھا ڈاکٹر پروفیسر پریتم کمار۔</w:t>
      </w:r>
    </w:p>
    <w:p>
      <w:r>
        <w:rPr>
          <w:b/>
        </w:rPr>
        <w:t xml:space="preserve">[48:39] </w:t>
      </w:r>
      <w:r>
        <w:t>ab woh mar gaye woh. Professor Pritam Kumar. Dilli mein unse mulaqaat hui thi. hum log kai log baithe hue the. toh unhone kaha ke "main TV nahi dekhta".</w:t>
      </w:r>
    </w:p>
    <w:p>
      <w:pPr>
        <w:jc w:val="right"/>
      </w:pPr>
      <w:r>
        <w:t>اب وہ مر گئے وہ۔ پروفیسر پریتم کمار۔ دلی میں ان سے ملاقات ہوئی تھی۔ ہم لوگ کئی لوگ بیٹھے ہوئے تھے۔ تو انہوں نے کہا کہ "میں ٹی وی نہیں دیکھتا"۔</w:t>
      </w:r>
    </w:p>
    <w:p>
      <w:r>
        <w:rPr>
          <w:b/>
        </w:rPr>
        <w:t xml:space="preserve">[48:53] </w:t>
      </w:r>
      <w:r>
        <w:t>ab woh sab parhe likhe log the wahan par. unhone kaha ke "main TV nahi dekhta</w:t>
      </w:r>
    </w:p>
    <w:p>
      <w:pPr>
        <w:jc w:val="right"/>
      </w:pPr>
      <w:r>
        <w:t>اب وہ سب پڑھے لکھے لوگ تھے وہاں پر۔ انہوں نے کہا کہ "میں ٹی وی نہیں دیکھتا</w:t>
      </w:r>
    </w:p>
    <w:p>
      <w:r>
        <w:rPr>
          <w:b/>
        </w:rPr>
        <w:t xml:space="preserve">[48:57] </w:t>
      </w:r>
      <w:r>
        <w:t>" . ab logon ko kaha bhai aadmi kaisa aadmi hai ke TV nahi dekhta yeh aadmi? toh unhone kaha ke "TV mein nahi dekhta kyunke is mein distraction bohat hota hai.</w:t>
      </w:r>
    </w:p>
    <w:p>
      <w:pPr>
        <w:jc w:val="right"/>
      </w:pPr>
      <w:r>
        <w:t>"۔ اب لوگوں کو کہا بھئی آدمی کیسا آدمی ہے کہ ٹی وی نہیں دیکھتا یہ آدمی؟ تو انہوں نے کہا کہ "ٹی وی میں نہیں دیکھتا کیونکہ اس میں ڈسٹریکشن بہت ہوتا ہے۔</w:t>
      </w:r>
    </w:p>
    <w:p>
      <w:r>
        <w:rPr>
          <w:b/>
        </w:rPr>
        <w:t xml:space="preserve">[49:07] </w:t>
      </w:r>
      <w:r>
        <w:t>distraction. har waqt ek advertisement, har waqt ek break. toh TV mein chunke distraction bohat hota hai is liye main TV nahi dekhta.</w:t>
      </w:r>
    </w:p>
    <w:p>
      <w:pPr>
        <w:jc w:val="right"/>
      </w:pPr>
      <w:r>
        <w:t>ڈسٹریکشن۔ ہر وقت ایک ایڈورٹائزمنٹ، ہر وقت ایک بریک۔ تو ٹی وی میں چونکہ ڈسٹریکشن بہت ہوتا ہے اس لیے میں ٹی وی نہیں دیکھتا۔</w:t>
      </w:r>
    </w:p>
    <w:p>
      <w:r>
        <w:rPr>
          <w:b/>
        </w:rPr>
        <w:t xml:space="preserve">[49:18] </w:t>
      </w:r>
      <w:r>
        <w:t>main newspaper padhta hoon. news ke liye main newspaper padhta hoon, main TV nahi dekhta.</w:t>
      </w:r>
    </w:p>
    <w:p>
      <w:pPr>
        <w:jc w:val="right"/>
      </w:pPr>
      <w:r>
        <w:t>میں نیوز پیپر پڑھتا ہوں۔ نیوز کے لیے میں نیوز پیپر پڑھتا ہوں، میں ٹی وی نہیں دیکھتا۔</w:t>
      </w:r>
    </w:p>
    <w:p>
      <w:r>
        <w:rPr>
          <w:b/>
        </w:rPr>
        <w:t xml:space="preserve">[49:26] </w:t>
      </w:r>
      <w:r>
        <w:t>balkeh jisko bhi dekhein woh distraction mein pada hua hai. har aadmi. woh ek aadmi mujhe mila. kuch aur bhi log honge jin ko main nahi jaanta.</w:t>
      </w:r>
    </w:p>
    <w:p>
      <w:pPr>
        <w:jc w:val="right"/>
      </w:pPr>
      <w:r>
        <w:t>بلکہ جس کو بھی دیکھیں وہ ڈسٹریکشن میں پڑا ہوا ہے۔ ہر آدمی۔ وہ ایک آدمی مجھے ملا۔ کچھ اور بھی لوگ ہوں گے جن کو میں نہیں جانتا۔</w:t>
      </w:r>
    </w:p>
    <w:p>
      <w:r>
        <w:rPr>
          <w:b/>
        </w:rPr>
        <w:t xml:space="preserve">[49:36] </w:t>
      </w:r>
      <w:r>
        <w:t>lekin cheap popularity, cheap taste aur aise target jo achieve na ho sakte hon us ke peeche daurna.</w:t>
      </w:r>
    </w:p>
    <w:p>
      <w:pPr>
        <w:jc w:val="right"/>
      </w:pPr>
      <w:r>
        <w:t>لیکن چیپ پاپولیرٹی، چیپ ٹیسٹ اور ایسے ٹارگٹ جو اچیو نہ ہو سکتے ہوں اس کے پیچھے دوڑنا۔</w:t>
      </w:r>
    </w:p>
    <w:p>
      <w:r>
        <w:rPr>
          <w:b/>
        </w:rPr>
        <w:t xml:space="preserve">[49:47] </w:t>
      </w:r>
      <w:r>
        <w:t>yeh sab ka case hai.</w:t>
      </w:r>
    </w:p>
    <w:p>
      <w:pPr>
        <w:jc w:val="right"/>
      </w:pPr>
      <w:r>
        <w:t>یہ سب کا کیس ہے۔</w:t>
      </w:r>
    </w:p>
    <w:p>
      <w:r>
        <w:rPr>
          <w:b/>
        </w:rPr>
        <w:t xml:space="preserve">[49:49] </w:t>
      </w:r>
      <w:r>
        <w:t>bohat hi rare aise log hain jo un ko apni is quality ko discover kar ke isi apne ko lagayein.</w:t>
      </w:r>
    </w:p>
    <w:p>
      <w:pPr>
        <w:jc w:val="right"/>
      </w:pPr>
      <w:r>
        <w:t>بہت ہی ریئر ایسے لوگ ہیں جو ان کو اپنی اس کوالٹی کو ڈسکور کر کے اسی اپنے کو لگائیں۔</w:t>
      </w:r>
    </w:p>
    <w:p>
      <w:r>
        <w:rPr>
          <w:b/>
        </w:rPr>
        <w:t xml:space="preserve">[49:57] </w:t>
      </w:r>
      <w:r>
        <w:t>isi mein lagayein, isi mein lagayein. aur phir isi par lage rahein. yaani break in history ka case na bane woh apni zindagi mein. toh main apne tajrube se, apne experience se yeh samjha hoon ke har aadmi ke andar bohat sa potential hai.</w:t>
      </w:r>
    </w:p>
    <w:p>
      <w:pPr>
        <w:jc w:val="right"/>
      </w:pPr>
      <w:r>
        <w:t>اسی میں لگائیں، اسی میں لگائیں۔ اور پھر اسی پر لگے رہیں۔ یعنی بریک ان ہسٹری کا کیس نہ بنے وہ اپنی زندگی میں۔ تو میں اپنے تجربے سے، اپنے ایکسپیرئینس سے یہ سمجھا ہوں کہ ہر آدمی کے اندر بہت سا پوٹینشل ہے۔</w:t>
      </w:r>
    </w:p>
    <w:p>
      <w:r>
        <w:rPr>
          <w:b/>
        </w:rPr>
        <w:t xml:space="preserve">[50:16] </w:t>
      </w:r>
      <w:r>
        <w:t>aap jaante hain ke yeh jo mind hamara hai. ek individual mind mein, ek individual mind mein billion billion billion particle hote hain.</w:t>
      </w:r>
    </w:p>
    <w:p>
      <w:pPr>
        <w:jc w:val="right"/>
      </w:pPr>
      <w:r>
        <w:t>آپ جانتے ہیں کہ یہ جو مائنڈ ہمارا ہے۔ ایک انڈیویجول مائنڈ میں، ایک انڈیویجول مائنڈ میں بلین بلین بلین پارٹیکل ہوتے ہیں۔</w:t>
      </w:r>
    </w:p>
    <w:p>
      <w:r>
        <w:rPr>
          <w:b/>
        </w:rPr>
        <w:t xml:space="preserve">[50:30] </w:t>
      </w:r>
      <w:r>
        <w:t>yaani hundred billion se bhi zyada particle hote hain.</w:t>
      </w:r>
    </w:p>
    <w:p>
      <w:pPr>
        <w:jc w:val="right"/>
      </w:pPr>
      <w:r>
        <w:t>یعنی ہنڈرڈ بلین سے بھی زیادہ پارٹیکل ہوتے ہیں۔</w:t>
      </w:r>
    </w:p>
    <w:p>
      <w:r>
        <w:rPr>
          <w:b/>
        </w:rPr>
        <w:t xml:space="preserve">[50:36] </w:t>
      </w:r>
      <w:r>
        <w:t>yeh sab kya hain? yeh sab is mein knowledge bhari hui hai, wisdom bhari hui hai.</w:t>
      </w:r>
    </w:p>
    <w:p>
      <w:pPr>
        <w:jc w:val="right"/>
      </w:pPr>
      <w:r>
        <w:t>یہ سب کیا ہیں؟ یہ سب اس میں نالج بھری ہوئی ہے، وزڈم بھری ہوئی ہے۔</w:t>
      </w:r>
    </w:p>
    <w:p>
      <w:r>
        <w:rPr>
          <w:b/>
        </w:rPr>
        <w:t xml:space="preserve">[50:42] </w:t>
      </w:r>
      <w:r>
        <w:t>bohat zyada potential hai har ek individual mind mein. humein kya karna hai? isi ko unfold karna hai.</w:t>
      </w:r>
    </w:p>
    <w:p>
      <w:pPr>
        <w:jc w:val="right"/>
      </w:pPr>
      <w:r>
        <w:t>بہت زیادہ پوٹینشل ہے ہر ایک انڈیویجول مائنڈ میں۔ ہمیں کیا کرنا ہے؟ اسی کو ان فولڈ کرنا ہے۔</w:t>
      </w:r>
    </w:p>
    <w:p>
      <w:r>
        <w:rPr>
          <w:b/>
        </w:rPr>
        <w:t xml:space="preserve">[50:52] </w:t>
      </w:r>
      <w:r>
        <w:t>apne mind ke potential ko unfold karna hai. yahi hamara kaam hai.</w:t>
      </w:r>
    </w:p>
    <w:p>
      <w:pPr>
        <w:jc w:val="right"/>
      </w:pPr>
      <w:r>
        <w:t>اپنے مائنڈ کے پوٹینشل کو ان فولڈ کرنا ہے۔ یہی ہمارا کام ہے۔</w:t>
      </w:r>
    </w:p>
    <w:p>
      <w:r>
        <w:rPr>
          <w:b/>
        </w:rPr>
        <w:t xml:space="preserve">[51:00] </w:t>
      </w:r>
      <w:r>
        <w:t>jo unfold karta hai wohi Newton aur Einstein banta hai. jo unfold nahi karta woh bas aise hi jeeta, aise hi mar jaata hai keede makoron ki tarah.</w:t>
      </w:r>
    </w:p>
    <w:p>
      <w:pPr>
        <w:jc w:val="right"/>
      </w:pPr>
      <w:r>
        <w:t>جو ان فولڈ کرتا ہے وہی نیوٹن اور آئنسٹائن بنتا ہے۔ جو ان فولڈ نہیں کرتا وہ بس ایسے ہی جیتا، ایسے ہی مر جاتا ہے کیڑے مکوڑوں کی طرح۔</w:t>
      </w:r>
    </w:p>
    <w:p>
      <w:r>
        <w:rPr>
          <w:b/>
        </w:rPr>
        <w:t xml:space="preserve">[51:11] </w:t>
      </w:r>
      <w:r>
        <w:t>yahan main aap ko Quran Majeed ka ek reference dena chahunga.</w:t>
      </w:r>
    </w:p>
    <w:p>
      <w:pPr>
        <w:jc w:val="right"/>
      </w:pPr>
      <w:r>
        <w:t>یہاں میں آپ کو قرآن مجید کا ایک ریفرنس دینا چاہوں گا۔</w:t>
      </w:r>
    </w:p>
    <w:p>
      <w:r>
        <w:rPr>
          <w:b/>
        </w:rPr>
        <w:t xml:space="preserve">[51:18] </w:t>
      </w:r>
      <w:r>
        <w:t>aap jaante hain ke pehla insaan Adam tha. Bible mein bhi aur Quran mein bhi. yeh qissa dono mein hai.</w:t>
      </w:r>
    </w:p>
    <w:p>
      <w:pPr>
        <w:jc w:val="right"/>
      </w:pPr>
      <w:r>
        <w:t>آپ جانتے ہیں کہ پہلا انسان آدم تھا۔ بائبل میں بھی اور قرآن میں بھی۔ یہ قصہ دونوں میں ہے۔</w:t>
      </w:r>
    </w:p>
    <w:p>
      <w:r>
        <w:rPr>
          <w:b/>
        </w:rPr>
        <w:t xml:space="preserve">[51:28] </w:t>
      </w:r>
      <w:r>
        <w:t>toh Khuda ne jab pehle insaan ko banaya jis ko hum Adam kehte hain. aur un ki biwi banayi jis ko Eve kehte hain. toh Khuda ne un ko paradise mein basaya.</w:t>
      </w:r>
    </w:p>
    <w:p>
      <w:pPr>
        <w:jc w:val="right"/>
      </w:pPr>
      <w:r>
        <w:t>تو خدا نے جب پہلے انسان کو بنایا جس کو ہم آدم کہتے ہیں۔ اور ان کی بیوی بنائی جس کو ایوب کہتے ہیں۔ تو خدا نے ان کو پیراڈائز میں بسایا۔</w:t>
      </w:r>
    </w:p>
    <w:p>
      <w:r>
        <w:rPr>
          <w:b/>
        </w:rPr>
        <w:t xml:space="preserve">[51:39] </w:t>
      </w:r>
      <w:r>
        <w:t>Bible mein bhi yeh qissa hai aur Quran mein bhi yeh qissa hai. toh Khuda ne kaha ke yeh yeh paradise hai jis mein saari cheezein tumhare liye hain.</w:t>
      </w:r>
    </w:p>
    <w:p>
      <w:pPr>
        <w:jc w:val="right"/>
      </w:pPr>
      <w:r>
        <w:t>بائبل میں بھی یہ قصہ ہے اور قرآن میں بھی یہ قصہ ہے۔ تو خدا نے کہا کہ یہ یہ پیراڈائز ہے جس میں ساری چیزیں تمہارے لیے ہیں۔</w:t>
      </w:r>
    </w:p>
    <w:p>
      <w:r>
        <w:rPr>
          <w:b/>
        </w:rPr>
        <w:t xml:space="preserve">[51:50] </w:t>
      </w:r>
      <w:r>
        <w:t>saare comfort hain, saare sukh hain, saare chain hain.</w:t>
      </w:r>
    </w:p>
    <w:p>
      <w:pPr>
        <w:jc w:val="right"/>
      </w:pPr>
      <w:r>
        <w:t>سارے کمفرٹ ہیں، سارے سکھ ہیں، سارے چین ہیں۔</w:t>
      </w:r>
    </w:p>
    <w:p>
      <w:r>
        <w:rPr>
          <w:b/>
        </w:rPr>
        <w:t xml:space="preserve">[51:56] </w:t>
      </w:r>
      <w:r>
        <w:t>tumhare progress aur development ke liye saare saamaan yahan par, saare saadhan hain. toh Khuda ne sirf ek restriction lagayi, ek.</w:t>
      </w:r>
    </w:p>
    <w:p>
      <w:pPr>
        <w:jc w:val="right"/>
      </w:pPr>
      <w:r>
        <w:t>تمہارے پروگریس اور ڈیولپمنٹ کے لیے سارے سامان یہاں پر، سارے سادھن ہیں۔ تو خدا نے صرف ایک ریسٹرکشن لگائی، ایک۔</w:t>
      </w:r>
    </w:p>
    <w:p>
      <w:r>
        <w:rPr>
          <w:b/>
        </w:rPr>
        <w:t xml:space="preserve">[52:05] </w:t>
      </w:r>
      <w:r>
        <w:t>woh kya? is ke andar aik tha faibrdun tree.</w:t>
      </w:r>
    </w:p>
    <w:p>
      <w:pPr>
        <w:jc w:val="right"/>
      </w:pPr>
      <w:r>
        <w:t>وہ کیا؟ اس کے اندر ایک تھا فائبرڈن ٹری۔</w:t>
      </w:r>
    </w:p>
    <w:p>
      <w:r>
        <w:rPr>
          <w:b/>
        </w:rPr>
        <w:t xml:space="preserve">[52:11] </w:t>
      </w:r>
      <w:r>
        <w:t>jis ko kehte hain shajar mamnooa. faibrdun tree. to khuda ne kaha ke "wala taqrabash shajar fatakuna amr al-zalamin".</w:t>
      </w:r>
    </w:p>
    <w:p>
      <w:pPr>
        <w:jc w:val="right"/>
      </w:pPr>
      <w:r>
        <w:t>جس کو کہتے ہیں شجر ممنوعہ۔ فائبرڈن ٹری۔ تو خدا نے کہا کہ "ولا تقربا الشجر فتکون امر الظالمین"۔</w:t>
      </w:r>
    </w:p>
    <w:p>
      <w:r>
        <w:rPr>
          <w:b/>
        </w:rPr>
        <w:t xml:space="preserve">[52:26] </w:t>
      </w:r>
      <w:r>
        <w:t>dont approach to this tree. is tree ke paas na jao. is ka phal na khao. aik hi instruction diya gaya un ko bas aur koi instruction nahin.</w:t>
      </w:r>
    </w:p>
    <w:p>
      <w:pPr>
        <w:jc w:val="right"/>
      </w:pPr>
      <w:r>
        <w:t>ڈونٹ اپروچ ٹو دس ٹری۔ اس ٹری کے پاس نہ جاؤ۔ اس کا پھل نہ کھاؤ۔ ایک ہی انسٹرکشن دیا گیا ان کو بس اور کوئی انسٹرکشن نہیں۔</w:t>
      </w:r>
    </w:p>
    <w:p>
      <w:r>
        <w:rPr>
          <w:b/>
        </w:rPr>
        <w:t xml:space="preserve">[52:37] </w:t>
      </w:r>
      <w:r>
        <w:t>to unhon ne kha liya aur kha liya to phir jannat se nikal diye gaye. main samajhta hoon ke khuda ne pehle hi din in at the time of beginning insan ko aik lesson diya.</w:t>
      </w:r>
    </w:p>
    <w:p>
      <w:pPr>
        <w:jc w:val="right"/>
      </w:pPr>
      <w:r>
        <w:t>تو انہوں نے کھا لیا اور کھا لیا تو پھر جنت سے نکال دیے گئے۔ میں سمجھتا ہوں کہ خدا نے پہلے ہی دن ان ایٹ دا ٹائم آف بگننگ انسان کو ایک لیسن دیا۔</w:t>
      </w:r>
    </w:p>
    <w:p>
      <w:r>
        <w:rPr>
          <w:b/>
        </w:rPr>
        <w:t xml:space="preserve">[52:56] </w:t>
      </w:r>
      <w:r>
        <w:t>woh is ko main distractions manta hoon. ke adam ka is faibrn tree ke paas jana aur khana yeh tha distraction.</w:t>
      </w:r>
    </w:p>
    <w:p>
      <w:pPr>
        <w:jc w:val="right"/>
      </w:pPr>
      <w:r>
        <w:t>وہ اس کو میں ڈسٹریکشنز مانتا ہوں۔ کہ آدم کا اس فائبرن ٹری کے پاس جانا اور کھانا یہ تھا ڈسٹریکشن۔</w:t>
      </w:r>
    </w:p>
    <w:p>
      <w:r>
        <w:rPr>
          <w:b/>
        </w:rPr>
        <w:t xml:space="preserve">[53:06] </w:t>
      </w:r>
      <w:r>
        <w:t>to khuda ne bataya ke sab se bara jo sab se bari bhool tumhare liye kya hogi? tum distraction mein par jao. kisi temptation ko le kar ke.</w:t>
      </w:r>
    </w:p>
    <w:p>
      <w:pPr>
        <w:jc w:val="right"/>
      </w:pPr>
      <w:r>
        <w:t>تو خدا نے بتایا کہ سب سے بڑا جو سب سے بڑی بھول تمہارے لیے کیا ہوگی؟ تم ڈسٹریکشن میں پڑ جاؤ۔ کسی ٹیمپریشن کو لے کر کے۔</w:t>
      </w:r>
    </w:p>
    <w:p>
      <w:r>
        <w:rPr>
          <w:b/>
        </w:rPr>
        <w:t xml:space="preserve">[53:17] </w:t>
      </w:r>
      <w:r>
        <w:t>to un ko aik temptation aya, temptation. ke kya baat hai is is is is is is ke fruit mein? koi khaas baat hai shayad?</w:t>
      </w:r>
    </w:p>
    <w:p>
      <w:pPr>
        <w:jc w:val="right"/>
      </w:pPr>
      <w:r>
        <w:t>تو ان کو ایک ٹیمپریشن آیا، ٹیمپریشن۔ کہ کیا بات ہے اس اس اس اس اس اس کے فروٹ میں؟ کوئی خاص بات ہے شاید؟</w:t>
      </w:r>
    </w:p>
    <w:p>
      <w:r>
        <w:rPr>
          <w:b/>
        </w:rPr>
        <w:t xml:space="preserve">[53:28] </w:t>
      </w:r>
      <w:r>
        <w:t>to is temptation ko woh resist na kar sake. aur ja kar is ko kha liya to phir kya hua ke phir woh wahan se nikalna para unhein.</w:t>
      </w:r>
    </w:p>
    <w:p>
      <w:pPr>
        <w:jc w:val="right"/>
      </w:pPr>
      <w:r>
        <w:t>تو اس ٹیمپریشن کو وہ ریزسٹ نہ کر سکے۔ اور جا کر اس کو کھا لیا تو پھر کیا ہوا کہ پھر وہ وہاں سے نکلنا پڑا انہیں۔</w:t>
      </w:r>
    </w:p>
    <w:p>
      <w:r>
        <w:rPr>
          <w:b/>
        </w:rPr>
        <w:t xml:space="preserve">[53:39] </w:t>
      </w:r>
      <w:r>
        <w:t>to pehle hi din at the out set of the human history khuda ne yeh sabak diya insan ko ke tumhara jo potential hai is ko unfold karo.</w:t>
      </w:r>
    </w:p>
    <w:p>
      <w:pPr>
        <w:jc w:val="right"/>
      </w:pPr>
      <w:r>
        <w:t>تو پہلے ہی دن ایٹ دا آؤٹ سیٹ آف دا ہیومن ہسٹری خدا نے یہ سبق دیا انسان کو کہ تمہارا جو پوٹینشل ہے اس کو ان فولڈ کرو۔</w:t>
      </w:r>
    </w:p>
    <w:p>
      <w:r>
        <w:rPr>
          <w:b/>
        </w:rPr>
        <w:t xml:space="preserve">[53:51] </w:t>
      </w:r>
      <w:r>
        <w:t>isi mein sari progress tumhare liye, sari development tumhare liye isi mein hai.</w:t>
      </w:r>
    </w:p>
    <w:p>
      <w:pPr>
        <w:jc w:val="right"/>
      </w:pPr>
      <w:r>
        <w:t>اسی میں ساری پروگریس تمہارے لیے، ساری ڈیولپمنٹ تمہارے لیے اسی میں ہے۔</w:t>
      </w:r>
    </w:p>
    <w:p>
      <w:r>
        <w:rPr>
          <w:b/>
        </w:rPr>
        <w:t xml:space="preserve">[53:56] </w:t>
      </w:r>
      <w:r>
        <w:t>kyun ke quran mein yeh bhi hai ke khuda ne insan ke andar sara gyan rakh diya. wa allam al-adam al-asmaa kullaha.</w:t>
      </w:r>
    </w:p>
    <w:p>
      <w:pPr>
        <w:jc w:val="right"/>
      </w:pPr>
      <w:r>
        <w:t>کیونکہ قرآن میں یہ بھی ہے کہ خدا نے انسان کے اندر سارا گیان رکھ دیا۔ وعلم آدم الاسماء کلہا۔</w:t>
      </w:r>
    </w:p>
    <w:p>
      <w:r>
        <w:rPr>
          <w:b/>
        </w:rPr>
        <w:t xml:space="preserve">[54:05] </w:t>
      </w:r>
      <w:r>
        <w:t>allam al-adam al-asmaa kullaha. sara gyan, sara wisdom, sara knowledge sab bhar diya is mind ke andar. yeh bhi quran mein likha hua hai.</w:t>
      </w:r>
    </w:p>
    <w:p>
      <w:pPr>
        <w:jc w:val="right"/>
      </w:pPr>
      <w:r>
        <w:t>علم آدم الاسماء کلہا۔ سارا گیان، سارا وزڈم، سارا نالج سب بھر دیا اس مائنڈ کے اندر۔ یہ بھی قرآن میں لکھا ہوا ہے۔</w:t>
      </w:r>
    </w:p>
    <w:p>
      <w:r>
        <w:rPr>
          <w:b/>
        </w:rPr>
        <w:t xml:space="preserve">[54:15] </w:t>
      </w:r>
      <w:r>
        <w:t>to all ready hum jab paida hote hain to sara gyan le kar paida hote hain. sara wisdom le kar paida hote hain.</w:t>
      </w:r>
    </w:p>
    <w:p>
      <w:pPr>
        <w:jc w:val="right"/>
      </w:pPr>
      <w:r>
        <w:t>تو آل ریڈی ہم جب پیدا ہوتے ہیں تو سارا گیان لے کر پیدا ہوتے ہیں۔ سارا وزڈم لے کر پیدا ہوتے ہیں۔</w:t>
      </w:r>
    </w:p>
    <w:p>
      <w:r>
        <w:rPr>
          <w:b/>
        </w:rPr>
        <w:t xml:space="preserve">[54:25] </w:t>
      </w:r>
      <w:r>
        <w:t>sari knowledge le kar paida hote hain. ab kya kaam hai? is ko unfold karna. yani unconscious mind ko conscious mind banana.</w:t>
      </w:r>
    </w:p>
    <w:p>
      <w:pPr>
        <w:jc w:val="right"/>
      </w:pPr>
      <w:r>
        <w:t>ساری نالج لے کر پیدا ہوتے ہیں۔ اب کیا کام ہے؟ اس کو ان فولڈ کرنا۔ یعنی ان کانشیس مائنڈ کو کانشیس مائنڈ بنانا۔</w:t>
      </w:r>
    </w:p>
    <w:p>
      <w:r>
        <w:rPr>
          <w:b/>
        </w:rPr>
        <w:t xml:space="preserve">[54:36] </w:t>
      </w:r>
      <w:r>
        <w:t>unconscious mind mein sab cheez maujood hai. ab sirf kya hai? is ko conscious mind mein lao. isi ko main kehta hoon unfold karna.</w:t>
      </w:r>
    </w:p>
    <w:p>
      <w:pPr>
        <w:jc w:val="right"/>
      </w:pPr>
      <w:r>
        <w:t>ان کانشیس مائنڈ میں سب چیز موجود ہے۔ اب صرف کیا ہے؟ اس کو کانشیس مائنڈ میں لاؤ۔ اسی کو میں کہتا ہوں ان فولڈ کرنا۔</w:t>
      </w:r>
    </w:p>
    <w:p>
      <w:r>
        <w:rPr>
          <w:b/>
        </w:rPr>
        <w:t xml:space="preserve">[54:48] </w:t>
      </w:r>
      <w:r>
        <w:t>the only task before us is to unfold our own mind. this is the only task ahead.</w:t>
      </w:r>
    </w:p>
    <w:p>
      <w:pPr>
        <w:jc w:val="right"/>
      </w:pPr>
      <w:r>
        <w:t>دا اونلی ٹاسک بیفور اس از ٹو ان فولڈ اور اون مائنڈ۔ دس دا اونلی ٹاسک اہیڈ۔</w:t>
      </w:r>
    </w:p>
    <w:p>
      <w:r>
        <w:rPr>
          <w:b/>
        </w:rPr>
        <w:t xml:space="preserve">[55:00] </w:t>
      </w:r>
      <w:r>
        <w:t>hamara aik hi task hai, aik hi mission hai, aik hi target hai kisi bhi insan ka. ke khuda ke diye hue mind ko unfold kare woh.</w:t>
      </w:r>
    </w:p>
    <w:p>
      <w:pPr>
        <w:jc w:val="right"/>
      </w:pPr>
      <w:r>
        <w:t>ہمارا ایک ہی ٹاسک ہے، ایک ہی مشن ہے، ایک ہی ٹارگٹ ہے کسی بھی انسان کا۔ کہ خدا کے دیے ہوئے مائنڈ کو ان فولڈ کرے وہ۔</w:t>
      </w:r>
    </w:p>
    <w:p>
      <w:r>
        <w:rPr>
          <w:b/>
        </w:rPr>
        <w:t xml:space="preserve">[55:10] </w:t>
      </w:r>
      <w:r>
        <w:t>unfold ka jo process hai unfolding ka.</w:t>
      </w:r>
    </w:p>
    <w:p>
      <w:pPr>
        <w:jc w:val="right"/>
      </w:pPr>
      <w:r>
        <w:t>ان فولڈ کا جو پراسیس ہے ان فولڈنگ کا۔</w:t>
      </w:r>
    </w:p>
    <w:p>
      <w:r>
        <w:rPr>
          <w:b/>
        </w:rPr>
        <w:t xml:space="preserve">[55:14] </w:t>
      </w:r>
      <w:r>
        <w:t>unfolding ke process mein jo jo rukawat banti hai, obstacle banti hai. woh hai distraction. hamare andar temptation aata hai.</w:t>
      </w:r>
    </w:p>
    <w:p>
      <w:pPr>
        <w:jc w:val="right"/>
      </w:pPr>
      <w:r>
        <w:t>ان فولڈنگ کے پراسیس میں جو جو رکاوٹ بنتی ہے، آبسٹیکل بنتی ہے۔ وہ ہے ڈسٹریکشن۔ ہمارے اندر ٹیمپریشن آتا ہے۔</w:t>
      </w:r>
    </w:p>
    <w:p>
      <w:r>
        <w:rPr>
          <w:b/>
        </w:rPr>
        <w:t xml:space="preserve">[55:24] </w:t>
      </w:r>
      <w:r>
        <w:t>lust aata hai. anger aata hai. tarah tarah ke sentiment bhadakte hain hamare andar. tarah tarah ke emotions bhadakte hain hamare andar.</w:t>
      </w:r>
    </w:p>
    <w:p>
      <w:pPr>
        <w:jc w:val="right"/>
      </w:pPr>
      <w:r>
        <w:t>لسٹ آتا ہے۔ اینگر آتا ہے۔ طرح طرح کے سینٹیمنٹ بھڑکتے ہیں ہمارے اندر۔ طرح طرح کے ایموشنز بھڑکتے ہیں ہمارے اندر۔</w:t>
      </w:r>
    </w:p>
    <w:p>
      <w:r>
        <w:rPr>
          <w:b/>
        </w:rPr>
        <w:t xml:space="preserve">[55:33] </w:t>
      </w:r>
      <w:r>
        <w:t>wohi distraction ki taraf le aate hain hamein. wohi le aate hain idhar.</w:t>
      </w:r>
    </w:p>
    <w:p>
      <w:pPr>
        <w:jc w:val="right"/>
      </w:pPr>
      <w:r>
        <w:t>وہی ڈسٹریکشن کی طرف لے آتے ہیں ہمیں۔ وہی لے آتے ہیں ادھر۔</w:t>
      </w:r>
    </w:p>
    <w:p>
      <w:r>
        <w:rPr>
          <w:b/>
        </w:rPr>
        <w:t xml:space="preserve">[55:39] </w:t>
      </w:r>
      <w:r>
        <w:t>kabhi aik anger mein par kar ke hum revenge mein par jaate hain aur bas marna kaatna yeh maqsad hota hai hamara. is ki is ki bohat hi achi misaal hai afghanistan.</w:t>
      </w:r>
    </w:p>
    <w:p>
      <w:pPr>
        <w:jc w:val="right"/>
      </w:pPr>
      <w:r>
        <w:t>کبھی ایک اینگر میں پڑ کر کے ہم ریونج میں پڑ جاتے ہیں اور بس مارنا کاٹنا یہ مقصد ہوتا ہے ہمارا۔ اس کی اس کی بہت ہی اچھی مثال ہے افغانستان۔</w:t>
      </w:r>
    </w:p>
    <w:p>
      <w:r>
        <w:rPr>
          <w:b/>
        </w:rPr>
        <w:t xml:space="preserve">[55:50] </w:t>
      </w:r>
      <w:r>
        <w:t>napoleon ne kaha tha ke ab mujhe aik lakh afghani mil jayein, aik lakh. to main sari dunya ko conquer kar sakta hoon. itna zyada potential hai afghanion mein.</w:t>
      </w:r>
    </w:p>
    <w:p>
      <w:pPr>
        <w:jc w:val="right"/>
      </w:pPr>
      <w:r>
        <w:t>نیپولین نے کہا تھا کہ اب مجھے ایک لاکھ افغانی مل جائیں، ایک لاکھ۔ تو میں ساری دنیا کو کانکر کر سکتا ہوں۔ اتنا زیادہ پوٹینشل ہے افغانیوں میں۔</w:t>
      </w:r>
    </w:p>
    <w:p>
      <w:r>
        <w:rPr>
          <w:b/>
        </w:rPr>
        <w:t xml:space="preserve">[56:03] </w:t>
      </w:r>
      <w:r>
        <w:t>main bhi aik afghani hoon lekin mujhe larne bhatne se koi dilchaspi nahin hai.</w:t>
      </w:r>
    </w:p>
    <w:p>
      <w:pPr>
        <w:jc w:val="right"/>
      </w:pPr>
      <w:r>
        <w:t>میں بھی ایک افغانی ہوں لیکن مجھے لڑنے بٹنے سے کوئی دلچسپی نہیں ہے۔</w:t>
      </w:r>
    </w:p>
    <w:p>
      <w:r>
        <w:rPr>
          <w:b/>
        </w:rPr>
        <w:t xml:space="preserve">[56:07] </w:t>
      </w:r>
      <w:r>
        <w:t>to napoleon ne kaha tha ke afghani jo hai itna zyada is ke andar energy hoti hai ke aik lakh afghani mujhe de do ab main sari dunya ko conquer kar lunga.</w:t>
      </w:r>
    </w:p>
    <w:p>
      <w:pPr>
        <w:jc w:val="right"/>
      </w:pPr>
      <w:r>
        <w:t>تو نیپولین نے کہا تھا کہ افغانی جو ہے اتنا زیادہ اس کے اندر انرجی ہوتی ہے کہ ایک لاکھ افغانی مجھے دے دو اب میں ساری دنیا کو کانکر کر لوں گا۔</w:t>
      </w:r>
    </w:p>
    <w:p>
      <w:r>
        <w:rPr>
          <w:b/>
        </w:rPr>
        <w:t xml:space="preserve">[56:20] </w:t>
      </w:r>
      <w:r>
        <w:t>lekin aap dekhiye afghani jo kya hain? siwaye tabahi ke un ke haan kuch bhi nahin. kyun? distraction. distraction kis baat ka?</w:t>
      </w:r>
    </w:p>
    <w:p>
      <w:pPr>
        <w:jc w:val="right"/>
      </w:pPr>
      <w:r>
        <w:t>لیکن آپ دیکھیے افغانی جو کیا ہیں؟ سوائے تباہی کے ان کے ہاں کچھ بھی نہیں۔ کیوں؟ ڈسٹریکشن۔ ڈسٹریکشن کس بات کا؟</w:t>
      </w:r>
    </w:p>
    <w:p>
      <w:r>
        <w:rPr>
          <w:b/>
        </w:rPr>
        <w:t xml:space="preserve">[56:32] </w:t>
      </w:r>
      <w:r>
        <w:t>un ka culture jo hai woh revenge par base karta hai, revenge.</w:t>
      </w:r>
    </w:p>
    <w:p>
      <w:pPr>
        <w:jc w:val="right"/>
      </w:pPr>
      <w:r>
        <w:t>ان کا کلچر جو ہے وہ ریونج پر بیس کرتا ہے، ریونج۔</w:t>
      </w:r>
    </w:p>
    <w:p>
      <w:r>
        <w:rPr>
          <w:b/>
        </w:rPr>
        <w:t xml:space="preserve">[56:36] </w:t>
      </w:r>
      <w:r>
        <w:t>main gaya afghanistan to main jab jata hoon to main interaction bohat karta hoon. to ek ladke se main mila.</w:t>
      </w:r>
    </w:p>
    <w:p>
      <w:pPr>
        <w:jc w:val="right"/>
      </w:pPr>
      <w:r>
        <w:t>میں گیا افغانستان تو میں جب جاتا ہوں تو میں انٹریکشن بہت کرتا ہوں۔ تو ایک لڑکے سے میں ملا۔</w:t>
      </w:r>
    </w:p>
    <w:p>
      <w:r>
        <w:rPr>
          <w:b/>
        </w:rPr>
        <w:t xml:space="preserve">[56:46] </w:t>
      </w:r>
      <w:r>
        <w:t>to us se baat cheet kiya main ne. to us ne kaha ke humein jo sikhaya jata hai woh is ka aata hai ke tum ko revenge lena hai.</w:t>
      </w:r>
    </w:p>
    <w:p>
      <w:pPr>
        <w:jc w:val="right"/>
      </w:pPr>
      <w:r>
        <w:t>تو اس سے بات چیت کیا میں نے۔ تو اس نے کہا کہ ہمیں جو سکھایا جاتا ہے وہ اس کا آتا ہے کہ تم کو ریونج لینا ہے۔</w:t>
      </w:r>
    </w:p>
    <w:p>
      <w:r>
        <w:rPr>
          <w:b/>
        </w:rPr>
        <w:t xml:space="preserve">[56:58] </w:t>
      </w:r>
      <w:r>
        <w:t>kyun ke is ke dada ko maar diya tha kisi ne. ab is ko dada ki revenge baap nahin le saka ab mujhe lena hai.</w:t>
      </w:r>
    </w:p>
    <w:p>
      <w:pPr>
        <w:jc w:val="right"/>
      </w:pPr>
      <w:r>
        <w:t>کیونکہ اس کے دادا کو مار دیا تھا کسی نے۔ اب اس کو دادا کی ریونج باپ نہیں لے سکا اب مجھے لینا ہے۔</w:t>
      </w:r>
    </w:p>
    <w:p>
      <w:r>
        <w:rPr>
          <w:b/>
        </w:rPr>
        <w:t xml:space="preserve">[57:05] </w:t>
      </w:r>
      <w:r>
        <w:t>to us ne kaha ke meri maan ke chahti hai mujh ko parhana. main parh ke kya karunga? mujhe to revenge lena hai. to us ne mujhe bataya ke jo aadmi ladna bharna, revenge lena na kare to use kehte hain ke tum kaise aadmi ho?</w:t>
      </w:r>
    </w:p>
    <w:p>
      <w:pPr>
        <w:jc w:val="right"/>
      </w:pPr>
      <w:r>
        <w:t>تو اس نے کہا کہ میری ماں کے چاہتی ہے مجھ کو پڑھانا۔ میں پڑھ کے کیا کروں گا؟ مجھے تو ریونج لینا ہے۔ تو اس نے مجھے بتایا کہ جو آدمی لڑنا بھڑنا، ریونج لینا نہ کرے تو اسے کہتے ہیں کہ تم کیسے آدمی ہو؟</w:t>
      </w:r>
    </w:p>
    <w:p>
      <w:r>
        <w:rPr>
          <w:b/>
        </w:rPr>
        <w:t xml:space="preserve">[57:23] </w:t>
      </w:r>
      <w:r>
        <w:t>tum bazdil ho tum to. sher bachcha nahin ho. afghani bachcha nahin ho tum. to poora culture wahan ka hai kya ladna bharna.</w:t>
      </w:r>
    </w:p>
    <w:p>
      <w:pPr>
        <w:jc w:val="right"/>
      </w:pPr>
      <w:r>
        <w:t>تم بزدل ہو تم تو۔ شیر بچہ نہیں ہو۔ افغانی بچہ نہیں ہو تم۔ تو پورا کلچر وہاں کا ہے کیا لڑنا بھڑنا۔</w:t>
      </w:r>
    </w:p>
    <w:p>
      <w:r>
        <w:rPr>
          <w:b/>
        </w:rPr>
        <w:t xml:space="preserve">[57:34] </w:t>
      </w:r>
      <w:r>
        <w:t>ladne ko sab se bari baat samajhte hain woh. yeh hai distraction. to wahan jo leader paida hue hain leader sab ladai par un ko yani dalte rahe.</w:t>
      </w:r>
    </w:p>
    <w:p>
      <w:pPr>
        <w:jc w:val="right"/>
      </w:pPr>
      <w:r>
        <w:t>لڑنے کو سب سے بڑی بات سمجھتے ہیں وہ۔ یہ ہے ڈسٹریکشن۔ تو وہاں جو لیڈر پیدا ہوئے ہیں لیڈر سب لڑائی پر ان کو یعنی ڈالتے رہے۔</w:t>
      </w:r>
    </w:p>
    <w:p>
      <w:r>
        <w:rPr>
          <w:b/>
        </w:rPr>
        <w:t xml:space="preserve">[57:48] </w:t>
      </w:r>
      <w:r>
        <w:t>to afghaniyon ke liye jo distraction hai woh kya hai? ladai. woh jante hain peace ko jante hain nahin afghani. peace ki importance ko afghani nahin janta.</w:t>
      </w:r>
    </w:p>
    <w:p>
      <w:pPr>
        <w:jc w:val="right"/>
      </w:pPr>
      <w:r>
        <w:t>تو افغانیوں کے لیے جو ڈسٹریکشن ہے وہ کیا ہے؟ لڑائی۔ وہ جانتے ہیں پیس کو جانتے ہیں نہیں افغانی۔ پیس کی امپورٹنس کو افغانی نہیں جانتا۔</w:t>
      </w:r>
    </w:p>
    <w:p>
      <w:r>
        <w:rPr>
          <w:b/>
        </w:rPr>
        <w:t xml:space="preserve">[58:00] </w:t>
      </w:r>
      <w:r>
        <w:t>woh sirf ladai ki importance ko janta hai.</w:t>
      </w:r>
    </w:p>
    <w:p>
      <w:pPr>
        <w:jc w:val="right"/>
      </w:pPr>
      <w:r>
        <w:t>وہ صرف لڑائی کی امپورٹنس کو جانتا ہے۔</w:t>
      </w:r>
    </w:p>
    <w:p>
      <w:r>
        <w:rPr>
          <w:b/>
        </w:rPr>
        <w:t xml:space="preserve">[58:03] </w:t>
      </w:r>
      <w:r>
        <w:t>to un ke leaderon ne un ladne mein laga diya. ab lad rahe hain british se lade pehle. ab isi se ab pakistan se lad rahe hain. agar afghaniyon ko is distraction se bachaya hota kisi ne.</w:t>
      </w:r>
    </w:p>
    <w:p>
      <w:pPr>
        <w:jc w:val="right"/>
      </w:pPr>
      <w:r>
        <w:t>تو ان کے لیڈروں نے ان لڑنے میں لگا دیا۔ اب لڑ رہے ہیں برٹش سے لڑے پہلے۔ اب اسی سے اب پاکستان سے لڑ رہے ہیں۔ اگر افغانیوں کو اس ڈسٹریکشن سے بچایا ہوتا کسی نے۔</w:t>
      </w:r>
    </w:p>
    <w:p>
      <w:r>
        <w:rPr>
          <w:b/>
        </w:rPr>
        <w:t xml:space="preserve">[58:17] </w:t>
      </w:r>
      <w:r>
        <w:t>aur peace par lagaya hota. aaj afghani qaum bohat zabardast qaum hoti hai.</w:t>
      </w:r>
    </w:p>
    <w:p>
      <w:pPr>
        <w:jc w:val="right"/>
      </w:pPr>
      <w:r>
        <w:t>اور پیس پر لگایا ہوتا۔ آج افغانی قوم بہت زبردست قوم ہوتی ہے۔</w:t>
      </w:r>
    </w:p>
    <w:p>
      <w:r>
        <w:rPr>
          <w:b/>
        </w:rPr>
        <w:t xml:space="preserve">[58:25] </w:t>
      </w:r>
      <w:r>
        <w:t>to chahe individual ka mamla ho ya kisi nation ka mamla ho. kisi country ka mamla ho. har ek ka samne yeh hota hai ke use apne aap ko distraction se bachana hai.</w:t>
      </w:r>
    </w:p>
    <w:p>
      <w:pPr>
        <w:jc w:val="right"/>
      </w:pPr>
      <w:r>
        <w:t>تو چاہے انڈیویجول کا معاملہ ہو یا کسی نیشن کا معاملہ ہو۔ کسی کنٹری کا معاملہ ہو۔ ہر ایک کا سامنے یہ ہوتا ہے کہ اسے اپنے آپ کو ڈسٹریکشن سے بچانا ہے۔</w:t>
      </w:r>
    </w:p>
    <w:p>
      <w:r>
        <w:rPr>
          <w:b/>
        </w:rPr>
        <w:t xml:space="preserve">[58:39] </w:t>
      </w:r>
      <w:r>
        <w:t>distraction sab se bara obstacle hai towards progress. yeh samajhta hoon ke Allah taala ne pehle din Adam ko yeh sabak de diya tha.</w:t>
      </w:r>
    </w:p>
    <w:p>
      <w:pPr>
        <w:jc w:val="right"/>
      </w:pPr>
      <w:r>
        <w:t>ڈسٹریکشن سب سے بڑا آبسٹیکل ہے ٹورڈز پروگریس۔ یہ سمجھتا ہوں کہ اللہ تعالیٰ نے پہلے دن آدم کو یہ سبق دے دیا تھا۔</w:t>
      </w:r>
    </w:p>
    <w:p>
      <w:r>
        <w:rPr>
          <w:b/>
        </w:rPr>
        <w:t xml:space="preserve">[58:52] </w:t>
      </w:r>
      <w:r>
        <w:t>ke jis apne aap ko distraction se bachao.</w:t>
      </w:r>
    </w:p>
    <w:p>
      <w:pPr>
        <w:jc w:val="right"/>
      </w:pPr>
      <w:r>
        <w:t>کہ جس اپنے آپ کو ڈسٹریکشن سے بچاؤ۔</w:t>
      </w:r>
    </w:p>
    <w:p>
      <w:r>
        <w:rPr>
          <w:b/>
        </w:rPr>
        <w:t xml:space="preserve">[58:58] </w:t>
      </w:r>
      <w:r>
        <w:t>apne aap ko distraction se bachao aur phir tum sari taraqqi hasil kar sakte ho. aqool qaulaha astaghfirullah al-ali al-kareem.</w:t>
      </w:r>
    </w:p>
    <w:p>
      <w:pPr>
        <w:jc w:val="right"/>
      </w:pPr>
      <w:r>
        <w:t>اپنے آپ کو ڈسٹریکشن سے بچاؤ اور پھر تم ساری ترقی حاصل کر سکتے ہو۔ اقول قولھذا استغفراللہ العلی والکریم۔</w:t>
      </w:r>
    </w:p>
    <w:p>
      <w:r>
        <w:rPr>
          <w:b/>
        </w:rPr>
        <w:t xml:space="preserve">[59:25] </w:t>
      </w:r>
      <w:r>
        <w:t>ah this question is from aisha.</w:t>
      </w:r>
    </w:p>
    <w:p>
      <w:pPr>
        <w:jc w:val="right"/>
      </w:pPr>
      <w:r>
        <w:t>اہ دس کوئسچن از فرام عائشہ۔</w:t>
      </w:r>
    </w:p>
    <w:p>
      <w:r>
        <w:rPr>
          <w:b/>
        </w:rPr>
        <w:t xml:space="preserve">[59:28] </w:t>
      </w:r>
      <w:r>
        <w:t>maulana how do we discover our unique potential? please elaborate.</w:t>
      </w:r>
    </w:p>
    <w:p>
      <w:pPr>
        <w:jc w:val="right"/>
      </w:pPr>
      <w:r>
        <w:t>مولانا ہاؤ ڈو وی ڈسکور اور یونیک پوٹینشل؟ پلیز ایلیبوریٹ۔</w:t>
      </w:r>
    </w:p>
    <w:p>
      <w:r>
        <w:rPr>
          <w:b/>
        </w:rPr>
        <w:t xml:space="preserve">[59:38] </w:t>
      </w:r>
      <w:r>
        <w:t>sab se mushkil question pehli ho gaya.</w:t>
      </w:r>
    </w:p>
    <w:p>
      <w:pPr>
        <w:jc w:val="right"/>
      </w:pPr>
      <w:r>
        <w:t>سب سے مشکل کوئسچن پہلی ہو گیا۔</w:t>
      </w:r>
    </w:p>
    <w:p>
      <w:r>
        <w:rPr>
          <w:b/>
        </w:rPr>
        <w:t xml:space="preserve">[59:43] </w:t>
      </w:r>
      <w:r>
        <w:t>sab se jo difficult question hai wahi pehle kar diya aap ne.</w:t>
      </w:r>
    </w:p>
    <w:p>
      <w:pPr>
        <w:jc w:val="right"/>
      </w:pPr>
      <w:r>
        <w:t>سب سے جو ڈیفیکلٹ کوئسچن ہے وہی پہلے کر دیا آپ نے۔</w:t>
      </w:r>
    </w:p>
    <w:p>
      <w:r>
        <w:rPr>
          <w:b/>
        </w:rPr>
        <w:t xml:space="preserve">[1:00:02] </w:t>
      </w:r>
      <w:r>
        <w:t>bhai dekhiye yeh</w:t>
      </w:r>
    </w:p>
    <w:p>
      <w:pPr>
        <w:jc w:val="right"/>
      </w:pPr>
      <w:r>
        <w:t>بھائی دیکھیے یہ</w:t>
      </w:r>
    </w:p>
    <w:p>
      <w:r>
        <w:rPr>
          <w:b/>
        </w:rPr>
        <w:t xml:space="preserve">[1:00:12] </w:t>
      </w:r>
      <w:r>
        <w:t>readers digest mein main ne ek article parha tha. is ka</w:t>
      </w:r>
    </w:p>
    <w:p>
      <w:pPr>
        <w:jc w:val="right"/>
      </w:pPr>
      <w:r>
        <w:t>ریڈرز ڈائجسٹ میں میں نے ایک آرٹیکل پڑھا تھا۔ اس کا</w:t>
      </w:r>
    </w:p>
    <w:p>
      <w:r>
        <w:rPr>
          <w:b/>
        </w:rPr>
        <w:t xml:space="preserve">[1:00:19] </w:t>
      </w:r>
      <w:r>
        <w:t>caption tha "obey the impulse".</w:t>
      </w:r>
    </w:p>
    <w:p>
      <w:pPr>
        <w:jc w:val="right"/>
      </w:pPr>
      <w:r>
        <w:t>کیپشن تھا "اوبے ڈائٹ امپلس"۔</w:t>
      </w:r>
    </w:p>
    <w:p>
      <w:r>
        <w:rPr>
          <w:b/>
        </w:rPr>
        <w:t xml:space="preserve">[1:00:26] </w:t>
      </w:r>
      <w:r>
        <w:t>"obey the impulse".</w:t>
      </w:r>
    </w:p>
    <w:p>
      <w:pPr>
        <w:jc w:val="right"/>
      </w:pPr>
      <w:r>
        <w:t>"اوبے ڈائٹ امپلس"۔</w:t>
      </w:r>
    </w:p>
    <w:p>
      <w:r>
        <w:rPr>
          <w:b/>
        </w:rPr>
        <w:t xml:space="preserve">[1:00:31] </w:t>
      </w:r>
      <w:r>
        <w:t>to main samajhta hoon ke nature ne jab aap ko potential diya hai itna bara to nature hi aap ko guide bhi karti hai.</w:t>
      </w:r>
    </w:p>
    <w:p>
      <w:pPr>
        <w:jc w:val="right"/>
      </w:pPr>
      <w:r>
        <w:t>تو میں سمجھتا ہوں کہ نیچر نے جب آپ کو پوٹینشل دیا ہے اتنا بڑا تو نیچر ہی آپ کو گائیڈ بھی کرتی ہے۔</w:t>
      </w:r>
    </w:p>
    <w:p>
      <w:r>
        <w:rPr>
          <w:b/>
        </w:rPr>
        <w:t xml:space="preserve">[1:00:47] </w:t>
      </w:r>
      <w:r>
        <w:t>to aik impulse hamesha aata hai. lekin impulse ke sath sath koi temptation bhi hota hai. sath ساتھ۔</w:t>
      </w:r>
    </w:p>
    <w:p>
      <w:pPr>
        <w:jc w:val="right"/>
      </w:pPr>
      <w:r>
        <w:t>تو ایک امپلس ہمیشہ آتا ہے۔ لیکن امپلس کے ساتھ ساتھ کوئی ٹیمپریشن بھی ہوتا ہے۔ ساتھ ساتھ۔</w:t>
      </w:r>
    </w:p>
    <w:p>
      <w:r>
        <w:rPr>
          <w:b/>
        </w:rPr>
        <w:t xml:space="preserve">[1:00:57] </w:t>
      </w:r>
      <w:r>
        <w:t>yeh bhi law of nature hai.</w:t>
      </w:r>
    </w:p>
    <w:p>
      <w:pPr>
        <w:jc w:val="right"/>
      </w:pPr>
      <w:r>
        <w:t>یہ بھی لاء آف نیچر ہے۔</w:t>
      </w:r>
    </w:p>
    <w:p>
      <w:r>
        <w:rPr>
          <w:b/>
        </w:rPr>
        <w:t xml:space="preserve">[1:01:00] </w:t>
      </w:r>
      <w:r>
        <w:t>yeh baat mein kar raha hoon apne experience se. apne experience se kar raha hoon. ke zaroor aik impulse aata hai right direction mein aap ko guide kar raha hota hai.</w:t>
      </w:r>
    </w:p>
    <w:p>
      <w:pPr>
        <w:jc w:val="right"/>
      </w:pPr>
      <w:r>
        <w:t>یہ بات میں کر رہا ہوں اپنے ایکسپیرئینس سے۔ اپنے ایکسپیرئینس سے کر رہا ہوں۔ کہ ضرور ایک امپلس آتا ہے رائٹ ڈائریکشن میں آپ کو گائیڈ کر رہا ہوتا ہے۔</w:t>
      </w:r>
    </w:p>
    <w:p>
      <w:r>
        <w:rPr>
          <w:b/>
        </w:rPr>
        <w:t xml:space="preserve">[1:01:18] </w:t>
      </w:r>
      <w:r>
        <w:t>lekin sath sath aik aik temptation bhi hota hai. jaise mein bachpan mein bohat bachpan mein gaon mein rehta tha.</w:t>
      </w:r>
    </w:p>
    <w:p>
      <w:pPr>
        <w:jc w:val="right"/>
      </w:pPr>
      <w:r>
        <w:t>لیکن ساتھ ساتھ ایک ایک ٹیمپریشن بھی ہوتا ہے۔ جیسے میں بچپن میں بہت بچپن میں گاؤں میں رہتا تھا۔</w:t>
      </w:r>
    </w:p>
    <w:p>
      <w:r>
        <w:rPr>
          <w:b/>
        </w:rPr>
        <w:t xml:space="preserve">[1:01:30] </w:t>
      </w:r>
      <w:r>
        <w:t>yeh British India ka zamana tha. to aik chota sa itna bara tha mein. to gaon ke bachche jo hain woh Dasara dekhne ke liye jaate thay.</w:t>
      </w:r>
    </w:p>
    <w:p>
      <w:pPr>
        <w:jc w:val="right"/>
      </w:pPr>
      <w:r>
        <w:t>یہ برٹش انڈیا کا زمانہ تھا۔ تو ایک چھوٹا سا اتنا بڑا تھا میں۔ تو گاؤں کے بچے جو ہیں وہ دسارہ دیکھنے کے لیے جاتے تھے۔</w:t>
      </w:r>
    </w:p>
    <w:p>
      <w:r>
        <w:rPr>
          <w:b/>
        </w:rPr>
        <w:t xml:space="preserve">[1:01:42] </w:t>
      </w:r>
      <w:r>
        <w:t>aik aur do do teen mil ke faasle par do do mil ke doori par aik tha Basain Pur aik gaon tha. to Basain Pur mein bare dhoom se Dasara hota tha.</w:t>
      </w:r>
    </w:p>
    <w:p>
      <w:pPr>
        <w:jc w:val="right"/>
      </w:pPr>
      <w:r>
        <w:t>ایک اور دو دو تین میل کے فاصلے پر دو دو میل کے دوری پر ایک تھا بسین پور ایک گاؤں تھا۔ تو بسین پور میں بڑے دھوم سے دسارہ ہوتا تھا۔</w:t>
      </w:r>
    </w:p>
    <w:p>
      <w:r>
        <w:rPr>
          <w:b/>
        </w:rPr>
        <w:t xml:space="preserve">[1:01:54] </w:t>
      </w:r>
      <w:r>
        <w:t>market banti thi wahan par khoob bikta tha. is zamane mein bikne ki cheezein itne items to theen nahin aaj kal ki tarah kaise</w:t>
      </w:r>
    </w:p>
    <w:p>
      <w:pPr>
        <w:jc w:val="right"/>
      </w:pPr>
      <w:r>
        <w:t>مارکیٹ بنتی تھی وہاں پر خوب بکتا تھا۔ اس زمانے میں بکنے کی چیزیں اتنے آئٹمز تو تھیں نہیں آج کل کی طرح کیسے</w:t>
      </w:r>
    </w:p>
    <w:p>
      <w:r>
        <w:rPr>
          <w:b/>
        </w:rPr>
        <w:t xml:space="preserve">[1:02:00] </w:t>
      </w:r>
      <w:r>
        <w:t>ab to bohat items ho gaye hain.</w:t>
      </w:r>
    </w:p>
    <w:p>
      <w:pPr>
        <w:jc w:val="right"/>
      </w:pPr>
      <w:r>
        <w:t>اب تو بہت آئٹم ہو گئے ہیں۔</w:t>
      </w:r>
    </w:p>
    <w:p>
      <w:r>
        <w:rPr>
          <w:b/>
        </w:rPr>
        <w:t xml:space="preserve">[1:02:04] </w:t>
      </w:r>
      <w:r>
        <w:t>to ab sab ke bachche jo maayein un ki jeb mein paisa de daalti theen. meri maayein meri jeb mein kuch paisa daal deti theen wahan.</w:t>
      </w:r>
    </w:p>
    <w:p>
      <w:pPr>
        <w:jc w:val="right"/>
      </w:pPr>
      <w:r>
        <w:t>تو اب سب کے بچے جو مائیں ان کی جیب میں پیسہ دے ڈال دیتی تھیں۔ میری مائیں میری جیب میں کچھ پیسہ ڈال دیتی تھیں وہاں۔</w:t>
      </w:r>
    </w:p>
    <w:p>
      <w:r>
        <w:rPr>
          <w:b/>
        </w:rPr>
        <w:t xml:space="preserve">[1:02:15] </w:t>
      </w:r>
      <w:r>
        <w:t>matlab wahan aaj kal ke zamane mein shopping karne ke liye tab to woh shopping kya thi bas do aik cheez thi woh khareed lo us ko. to sab bachche dhoom se khareedte thay.</w:t>
      </w:r>
    </w:p>
    <w:p>
      <w:pPr>
        <w:jc w:val="right"/>
      </w:pPr>
      <w:r>
        <w:t>مطلب وہاں آج کل کے زمانے میں شاپنگ کرنے کے لیے تب تو وہ شاپنگ کیا تھی بس دو ایک چیز تھی وہ خرید لو اس کو تو سب بچے دھوم سے خریدتے تھے۔</w:t>
      </w:r>
    </w:p>
    <w:p>
      <w:r>
        <w:rPr>
          <w:b/>
        </w:rPr>
        <w:t xml:space="preserve">[1:02:28] </w:t>
      </w:r>
      <w:r>
        <w:t>to zahir hai ke mujhe bhi aata tha ke mein bhi khareedoon mein bhi yeh yeh cheez loon. lekin sath sath aik aur impulse mere mind mein aata tha.</w:t>
      </w:r>
    </w:p>
    <w:p>
      <w:pPr>
        <w:jc w:val="right"/>
      </w:pPr>
      <w:r>
        <w:t>تو ظاہر ہے کہ مجھے بھی آتا تھا کہ میں بھی خریدوں میں بھی یہ یہ چیز لوں لیکن ساتھ ساتھ ایک اور امپلس میرے مائنڈ میں آتا تھا۔</w:t>
      </w:r>
    </w:p>
    <w:p>
      <w:r>
        <w:rPr>
          <w:b/>
        </w:rPr>
        <w:t xml:space="preserve">[1:02:38] </w:t>
      </w:r>
      <w:r>
        <w:t>kyun ke mein mein pehle aik thinking mind mere andar shuru se hai sochna sochna sochna. to har baat ko soch kar us ki deep mein jaana.</w:t>
      </w:r>
    </w:p>
    <w:p>
      <w:pPr>
        <w:jc w:val="right"/>
      </w:pPr>
      <w:r>
        <w:t>کیونکہ میں میں پہلے ایک تھنکنگ مائنڈ میرے اندر شروع سے ہے سوچنا سوچنا سوچنا۔ تو ہر بات کو سوچ کر اس کی ڈیپ میں جانا۔</w:t>
      </w:r>
    </w:p>
    <w:p>
      <w:r>
        <w:rPr>
          <w:b/>
        </w:rPr>
        <w:t xml:space="preserve">[1:02:51] </w:t>
      </w:r>
      <w:r>
        <w:t>ab mera mind to laga hua hai is mein deep mein jaane ki taraf.</w:t>
      </w:r>
    </w:p>
    <w:p>
      <w:pPr>
        <w:jc w:val="right"/>
      </w:pPr>
      <w:r>
        <w:t>اب میرا مائنڈ تو لگا ہوا ہے اس میں ڈیپ میں جانے کی طرف۔</w:t>
      </w:r>
    </w:p>
    <w:p>
      <w:r>
        <w:rPr>
          <w:b/>
        </w:rPr>
        <w:t xml:space="preserve">[1:02:55] </w:t>
      </w:r>
      <w:r>
        <w:t>ab bachche jo hain khoob khareed rahe hain aur khush ho rahe hain. to yeh by nature tha mere andar us waqt samajh nahin thi mere andar. lekin mein phir bhi impulse ko ki taraf jaata tha mein.</w:t>
      </w:r>
    </w:p>
    <w:p>
      <w:pPr>
        <w:jc w:val="right"/>
      </w:pPr>
      <w:r>
        <w:t>اب بچے جو ہیں خوب خرید رہے ہیں اور خوش ہو رہے ہیں۔ تو یہ بائی نیچر تھا میرے اندر اس وقت سمجھ نہیں تھی میرے اندر لیکن میں پھر بھی امپلس کو کی طرف جاتا تھا میں۔</w:t>
      </w:r>
    </w:p>
    <w:p>
      <w:r>
        <w:rPr>
          <w:b/>
        </w:rPr>
        <w:t xml:space="preserve">[1:03:10] </w:t>
      </w:r>
      <w:r>
        <w:t>temptation ki taraf nahin jaata tha mein.</w:t>
      </w:r>
    </w:p>
    <w:p>
      <w:pPr>
        <w:jc w:val="right"/>
      </w:pPr>
      <w:r>
        <w:t>ٹیمپریشن کی طرف نہیں جاتا تھا میں۔</w:t>
      </w:r>
    </w:p>
    <w:p>
      <w:r>
        <w:rPr>
          <w:b/>
        </w:rPr>
        <w:t xml:space="preserve">[1:03:13] </w:t>
      </w:r>
      <w:r>
        <w:t>isi liye mujhe yaad hai ke</w:t>
      </w:r>
    </w:p>
    <w:p>
      <w:pPr>
        <w:jc w:val="right"/>
      </w:pPr>
      <w:r>
        <w:t>اسی لیے مجھے یاد ہے کہ</w:t>
      </w:r>
    </w:p>
    <w:p>
      <w:r>
        <w:rPr>
          <w:b/>
        </w:rPr>
        <w:t xml:space="preserve">[1:03:17] </w:t>
      </w:r>
      <w:r>
        <w:t>har saal har saal jaata tha mein. lekin mein jo paisa meri maa deti thi jeb mein poora ka poora loot aata tha loot aata tha poora ka poora unhein de deta tha.</w:t>
      </w:r>
    </w:p>
    <w:p>
      <w:pPr>
        <w:jc w:val="right"/>
      </w:pPr>
      <w:r>
        <w:t>ہر سال ہر سال جاتا تھا میں لیکن میں جو پیسہ میری ماں دیتی تھی جیب میں پورا کا پورا لوٹ آ جاتا تھا لوٹ آ جاتا تھا پورا کا پورا انہیں دے دیتا تھا۔</w:t>
      </w:r>
    </w:p>
    <w:p>
      <w:r>
        <w:rPr>
          <w:b/>
        </w:rPr>
        <w:t xml:space="preserve">[1:03:28] </w:t>
      </w:r>
      <w:r>
        <w:t>kabhi mein ne wahan par kuch cheez khareedi nahin. koi shopping nahin kiya mein ne. to dekhein us waqt mein sochta hoon to mujhe yaad aata hai ke aik taraf yeh shauq ke bachche khareedein to hum bhi khareedein.</w:t>
      </w:r>
    </w:p>
    <w:p>
      <w:pPr>
        <w:jc w:val="right"/>
      </w:pPr>
      <w:r>
        <w:t>کبھی میں نے وہاں پر کچھ چیز خریدی نہیں۔ کوئی شاپنگ نہیں کیا میں نے۔ تو دیکھیں اس وقت میں سوچتا ہوں تو مجھے یاد آتا ہے کہ ایک طرف یہ شوق کہ بچے خریدیں تو ہم بھی خریدیں۔</w:t>
      </w:r>
    </w:p>
    <w:p>
      <w:r>
        <w:rPr>
          <w:b/>
        </w:rPr>
        <w:t xml:space="preserve">[1:03:44] </w:t>
      </w:r>
      <w:r>
        <w:t>jo woh impulse andar ka ke aik curiosity hoti thi yeh kya cheez hai woh kya cheez hai woh kya cheez hai. to mein us curiosity ko follow karta tha.</w:t>
      </w:r>
    </w:p>
    <w:p>
      <w:pPr>
        <w:jc w:val="right"/>
      </w:pPr>
      <w:r>
        <w:t>جو وہ امپلس اندر کا کہ ایک کیوریسٹی ہوتی تھی یہ کیا چیز ہے وہ کیا چیز ہے وہ کیا چیز ہے تو میں اس کیوریسٹی کو فالو کرتا تھا۔</w:t>
      </w:r>
    </w:p>
    <w:p>
      <w:r>
        <w:rPr>
          <w:b/>
        </w:rPr>
        <w:t xml:space="preserve">[1:03:54] </w:t>
      </w:r>
      <w:r>
        <w:t>us temptation ko kill kar deta tha. yeh by nature tha mere andar us waqt. to mein samajhta hoon ke yeh har aik ka maamla hai.</w:t>
      </w:r>
    </w:p>
    <w:p>
      <w:pPr>
        <w:jc w:val="right"/>
      </w:pPr>
      <w:r>
        <w:t>اس ٹیمپریشن کو کل کر دیتا تھا۔ یہ بائی نیچر تھا میرے اندر اس وقت۔ تو میں سمجھتا ہوں کہ یہ ہر ایک کا معاملہ ہے۔</w:t>
      </w:r>
    </w:p>
    <w:p>
      <w:r>
        <w:rPr>
          <w:b/>
        </w:rPr>
        <w:t xml:space="preserve">[1:04:04] </w:t>
      </w:r>
      <w:r>
        <w:t>daily life mein rozana aisa hota hai ke aik hota hai temptation. aur aik hota hai woh impulse.</w:t>
      </w:r>
    </w:p>
    <w:p>
      <w:pPr>
        <w:jc w:val="right"/>
      </w:pPr>
      <w:r>
        <w:t>ڈیلی لائف میں روزانہ ایسا ہوتا ہے کہ ایک ہوتا ہے ٹیمپریشن۔ اور ایک ہوتا ہے وہ امپلس۔</w:t>
      </w:r>
    </w:p>
    <w:p>
      <w:r>
        <w:rPr>
          <w:b/>
        </w:rPr>
        <w:t xml:space="preserve">[1:04:16] </w:t>
      </w:r>
      <w:r>
        <w:t>to temptation zyada strong hota hai. aur impulse jo hai thoda weak hota hai. hamesha. to mein yahi kahoon ga follow that impulse.</w:t>
      </w:r>
    </w:p>
    <w:p>
      <w:pPr>
        <w:jc w:val="right"/>
      </w:pPr>
      <w:r>
        <w:t>تو ٹیمپریشن زیادہ اسٹرانگ ہوتا ہے۔ اور امپلس جو ہے تھوڑا ویک ہوتا ہے۔ ہمیشہ۔ تو میں یہی کہوں گا فالو دیٹ امپلس۔</w:t>
      </w:r>
    </w:p>
    <w:p>
      <w:r>
        <w:rPr>
          <w:b/>
        </w:rPr>
        <w:t xml:space="preserve">[1:04:28] </w:t>
      </w:r>
      <w:r>
        <w:t>ignore that yani aik hi formula mein kahoon ga hai ke ignore that temptation and follow that impulse.</w:t>
      </w:r>
    </w:p>
    <w:p>
      <w:pPr>
        <w:jc w:val="right"/>
      </w:pPr>
      <w:r>
        <w:t>اگنور دیٹ یعنی ایک ہی فارمولا میں کہوں گا ہے کہ اگنور دیٹ ٹیمپریشن اینڈ فالو دیٹ امپلس۔</w:t>
      </w:r>
    </w:p>
    <w:p>
      <w:r>
        <w:rPr>
          <w:b/>
        </w:rPr>
        <w:t xml:space="preserve">[1:04:41] </w:t>
      </w:r>
      <w:r>
        <w:t>yahi aik is ka course hai. ignore that temptation and follow that impulse.</w:t>
      </w:r>
    </w:p>
    <w:p>
      <w:pPr>
        <w:jc w:val="right"/>
      </w:pPr>
      <w:r>
        <w:t>یہی ایک اس کا کورس ہے۔ اگنور دیٹ ٹیمپریشن اینڈ فالو دیٹ امپلس۔</w:t>
      </w:r>
    </w:p>
    <w:p>
      <w:r>
        <w:rPr>
          <w:b/>
        </w:rPr>
        <w:t xml:space="preserve">[1:04:51] </w:t>
      </w:r>
      <w:r>
        <w:t>to impulse hamesha thoda weak rahe ga. aur temptation thoda strong rahe ga.</w:t>
      </w:r>
    </w:p>
    <w:p>
      <w:pPr>
        <w:jc w:val="right"/>
      </w:pPr>
      <w:r>
        <w:t>تو امپلس ہمیشہ تھوڑا ویک رہے گا۔ اور ٹیمپریشن تھوڑا اسٹرانگ رہے گا۔</w:t>
      </w:r>
    </w:p>
    <w:p>
      <w:r>
        <w:rPr>
          <w:b/>
        </w:rPr>
        <w:t xml:space="preserve">[1:04:57] </w:t>
      </w:r>
      <w:r>
        <w:t>ab wahan par aap ko thora determination dikhana hai.</w:t>
      </w:r>
    </w:p>
    <w:p>
      <w:pPr>
        <w:jc w:val="right"/>
      </w:pPr>
      <w:r>
        <w:t>اب وہاں پر آپ کو تھوڑا ڈیٹرمینیشن دکھانا ہے۔</w:t>
      </w:r>
    </w:p>
    <w:p>
      <w:r>
        <w:rPr>
          <w:b/>
        </w:rPr>
        <w:t xml:space="preserve">[1:05:03] </w:t>
      </w:r>
      <w:r>
        <w:t>to agar aap aisa karte rahen karte rahen to aap ka jo woh barh jayega woh. woh faculty.</w:t>
      </w:r>
    </w:p>
    <w:p>
      <w:pPr>
        <w:jc w:val="right"/>
      </w:pPr>
      <w:r>
        <w:t>تو اگر آپ ایسا کرتے رہیں کرتے رہیں تو آپ کا جو وہ بڑھ جائے گا وہ۔ وہ فیکلٹی۔</w:t>
      </w:r>
    </w:p>
    <w:p>
      <w:r>
        <w:rPr>
          <w:b/>
        </w:rPr>
        <w:t xml:space="preserve">[1:05:12] </w:t>
      </w:r>
      <w:r>
        <w:t>yani follow that impulse wali faculty barh jayegi. aur agar aap is ko follow na karen to woh woh woh weak ho jayega. aur phir aap temptation hi mein chalte rahenge chalte rahenge.</w:t>
      </w:r>
    </w:p>
    <w:p>
      <w:pPr>
        <w:jc w:val="right"/>
      </w:pPr>
      <w:r>
        <w:t>یعنی فالو دیٹ امپلس والی فیکلٹی بڑھ جائے گی۔ اور اگر آپ اس کو فالو نہ کریں تو وہ وہ وہ ویک ہو جائے گی۔ اور پھر آپ ٹیمپریشن ہی میں چلتے رہیں گے چلتے رہیں گے۔</w:t>
      </w:r>
    </w:p>
    <w:p>
      <w:r>
        <w:rPr>
          <w:b/>
        </w:rPr>
        <w:t xml:space="preserve">[1:05:26] </w:t>
      </w:r>
      <w:r>
        <w:t>yeh main apne ek experience se kehta hoon woh bohat se logon ko maine dekha hai aise hi. to yahi ek hi formula mujhe maloom hai. ke ignore that temptation and follow that impulse.</w:t>
      </w:r>
    </w:p>
    <w:p>
      <w:pPr>
        <w:jc w:val="right"/>
      </w:pPr>
      <w:r>
        <w:t>یہ میں اپنے ایک ایکسپیرئینس سے کہتا ہوں وہ بہت سے لوگوں کو میں نے دیکھا ہے ایسے ہی۔ تو یہی ایک ہی فارمولا مجھے معلوم ہے۔ کہ اگنور دیٹ ٹیمپریشن اینڈ فالو دیٹ امپلس۔</w:t>
      </w:r>
    </w:p>
    <w:p>
      <w:r>
        <w:rPr>
          <w:b/>
        </w:rPr>
        <w:t xml:space="preserve">[1:05:42] </w:t>
      </w:r>
      <w:r>
        <w:t>this question is from shah imran hassan. maulana why mostly madrasa based muslims hate non muslims?</w:t>
      </w:r>
    </w:p>
    <w:p>
      <w:pPr>
        <w:jc w:val="right"/>
      </w:pPr>
      <w:r>
        <w:t>دس کوئسچن از فرام شاہ عمران حسن۔ مولانا وائی موسٹلی مدرسہ بیسڈ مسلمز ہیٹ نان مسلمز؟</w:t>
      </w:r>
    </w:p>
    <w:p>
      <w:r>
        <w:rPr>
          <w:b/>
        </w:rPr>
        <w:t xml:space="preserve">[1:05:51] </w:t>
      </w:r>
      <w:r>
        <w:t>how can we finish this bad situation?</w:t>
      </w:r>
    </w:p>
    <w:p>
      <w:pPr>
        <w:jc w:val="right"/>
      </w:pPr>
      <w:r>
        <w:t>ہاؤ کین وی فنش دس بیڈ سچویشن؟</w:t>
      </w:r>
    </w:p>
    <w:p>
      <w:r>
        <w:rPr>
          <w:b/>
        </w:rPr>
        <w:t xml:space="preserve">[1:05:56] </w:t>
      </w:r>
      <w:r>
        <w:t>main ne samjha hai ke madrasay ki baat hai. yeh to sab ki baat hai. sare musalmanon ki baat hai.</w:t>
      </w:r>
    </w:p>
    <w:p>
      <w:pPr>
        <w:jc w:val="right"/>
      </w:pPr>
      <w:r>
        <w:t>میں نے سمجھا ہے کہ مدرسے کی بات ہے۔ یہ تو سب کی بات ہے۔ سارے مسلمانوں کی بات ہے۔</w:t>
      </w:r>
    </w:p>
    <w:p>
      <w:r>
        <w:rPr>
          <w:b/>
        </w:rPr>
        <w:t xml:space="preserve">[1:06:07] </w:t>
      </w:r>
      <w:r>
        <w:t>abhi dekhiye mere paas ek sahab aaye hain. yeh sari dunya ke musalmanon ki baat hai. abhi do char din ki baat hai. ek sahab jo un ki family thi syria ki.</w:t>
      </w:r>
    </w:p>
    <w:p>
      <w:pPr>
        <w:jc w:val="right"/>
      </w:pPr>
      <w:r>
        <w:t>ابھی دیکھیے میرے پاس ایک صاحب آئے ہیں۔ یہ ساری دنیا کے مسلمانوں کی بات ہے۔ ابھی دو چار دن کی بات ہے۔ ایک صاحب جو ان کی فیملی تھی سیریا کی۔</w:t>
      </w:r>
    </w:p>
    <w:p>
      <w:r>
        <w:rPr>
          <w:b/>
        </w:rPr>
        <w:t xml:space="preserve">[1:06:17] </w:t>
      </w:r>
      <w:r>
        <w:t>yani arab. to woh un ke walidain jo the parents jo the syria chhod ke gaye turkey.</w:t>
      </w:r>
    </w:p>
    <w:p>
      <w:pPr>
        <w:jc w:val="right"/>
      </w:pPr>
      <w:r>
        <w:t>یعنی عرب۔ تو وہ ان کے والدین جو تھے پیرنٹس جو تھے سیریا چھوڑ کے گئے ٹرکی۔</w:t>
      </w:r>
    </w:p>
    <w:p>
      <w:r>
        <w:rPr>
          <w:b/>
        </w:rPr>
        <w:t xml:space="preserve">[1:06:27] </w:t>
      </w:r>
      <w:r>
        <w:t>migrate kiya unhon ne. phir turkey se phir migrate kar ke woh australia gaye. ab woh australia mein rehte hain.</w:t>
      </w:r>
    </w:p>
    <w:p>
      <w:pPr>
        <w:jc w:val="right"/>
      </w:pPr>
      <w:r>
        <w:t>مائیگریٹ کیا انہوں نے۔ پھر ٹرکی سے پھر مائیگریٹ کر کے وہ آسٹریلیا گئے۔ اب وہ آسٹریلیا میں رہتے ہیں۔</w:t>
      </w:r>
    </w:p>
    <w:p>
      <w:r>
        <w:rPr>
          <w:b/>
        </w:rPr>
        <w:t xml:space="preserve">[1:06:38] </w:t>
      </w:r>
      <w:r>
        <w:t>to aap dekhiye ke woh kehte kya hain. mujh se mile to baat cheet karte karte unhon ne kaha ke main gaya tha agra.</w:t>
      </w:r>
    </w:p>
    <w:p>
      <w:pPr>
        <w:jc w:val="right"/>
      </w:pPr>
      <w:r>
        <w:t>تو آپ دیکھیے کہ وہ کہتے کیا ہیں۔ مجھ سے ملے تو بات چیت کرتے کرتے انہوں نے کہا کہ میں گیا تھا آگرہ۔</w:t>
      </w:r>
    </w:p>
    <w:p>
      <w:r>
        <w:rPr>
          <w:b/>
        </w:rPr>
        <w:t xml:space="preserve">[1:06:47] </w:t>
      </w:r>
      <w:r>
        <w:t>wahan main ne taj mahal dekha. to kehte hain ke taj mahal dekh kar bohat sad ho gaya main.</w:t>
      </w:r>
    </w:p>
    <w:p>
      <w:pPr>
        <w:jc w:val="right"/>
      </w:pPr>
      <w:r>
        <w:t>وہاں میں نے تاج محل دیکھا۔ تو کہتے ہیں کہ تاج محل دیکھ کر بہت سیڈ ہو گیا میں۔</w:t>
      </w:r>
    </w:p>
    <w:p>
      <w:r>
        <w:rPr>
          <w:b/>
        </w:rPr>
        <w:t xml:space="preserve">[1:06:54] </w:t>
      </w:r>
      <w:r>
        <w:t>bohat andar se mujhe dukh hua. ab main bara hairaan hua ke taj mahal dekh kar kyun dukh hua un ko hua. to kya kehte hain is ko banaya musalmanon ne.</w:t>
      </w:r>
    </w:p>
    <w:p>
      <w:pPr>
        <w:jc w:val="right"/>
      </w:pPr>
      <w:r>
        <w:t>بہت اندر سے مجھے دکھ ہوا۔ اب میں بڑا حیران ہوا کہ تاج محل دیکھ کر کیوں دکھ ہوا ان کو ہوا۔ تو کیا کہتے ہیں اس کو بنایا مسلمانوں نے۔</w:t>
      </w:r>
    </w:p>
    <w:p>
      <w:r>
        <w:rPr>
          <w:b/>
        </w:rPr>
        <w:t xml:space="preserve">[1:07:05] </w:t>
      </w:r>
      <w:r>
        <w:t>aur hindu jo hai is ko istemal kar rahe hain. is se faida utha rahe hain.</w:t>
      </w:r>
    </w:p>
    <w:p>
      <w:pPr>
        <w:jc w:val="right"/>
      </w:pPr>
      <w:r>
        <w:t>اور ہندو جو ہے اس کو استعمال کر رہے ہیں۔ اس سے فائدہ اٹھا رہے ہیں۔</w:t>
      </w:r>
    </w:p>
    <w:p>
      <w:r>
        <w:rPr>
          <w:b/>
        </w:rPr>
        <w:t xml:space="preserve">[1:07:12] </w:t>
      </w:r>
      <w:r>
        <w:t>yeh hate jo hai sare musalmanon mein basa hua hai. kyun? main kya sochta hoon?</w:t>
      </w:r>
    </w:p>
    <w:p>
      <w:pPr>
        <w:jc w:val="right"/>
      </w:pPr>
      <w:r>
        <w:t>یہ ہیٹ جو ہے سارے مسلمانوں میں بسا ہوا ہے۔ کیوں؟ میں کیا سوچتا ہوں؟</w:t>
      </w:r>
    </w:p>
    <w:p>
      <w:r>
        <w:rPr>
          <w:b/>
        </w:rPr>
        <w:t xml:space="preserve">[1:07:18] </w:t>
      </w:r>
      <w:r>
        <w:t>main to yeh sochta hoon ke india mein aap jante hain shah jahan ne banaya tha. to main kahunga ke india mein yeh mughal jo the bahar se aaye.</w:t>
      </w:r>
    </w:p>
    <w:p>
      <w:pPr>
        <w:jc w:val="right"/>
      </w:pPr>
      <w:r>
        <w:t>میں تو یہ سوچتا ہوں کہ انڈیا میں آپ جانتے ہیں شاہ جہاں نے بنایا تھا۔ تو میں کہوں گا کہ انڈیا میں یہ مغل جو تھے باہر سے آئے۔</w:t>
      </w:r>
    </w:p>
    <w:p>
      <w:r>
        <w:rPr>
          <w:b/>
        </w:rPr>
        <w:t xml:space="preserve">[1:07:33] </w:t>
      </w:r>
      <w:r>
        <w:t>woh india mein intruder the woh. main main un ko dil se manta hoon ke woh intruder the woh. to india mein unhon ne welcome kiya un ko.</w:t>
      </w:r>
    </w:p>
    <w:p>
      <w:pPr>
        <w:jc w:val="right"/>
      </w:pPr>
      <w:r>
        <w:t>وہ انڈیا میں انٹروڈر تھے وہ۔ میں میں ان کو دل سے مانتا ہوں کہ وہ انٹروڈر تھے وہ۔ تو انڈیا میں انہوں نے ویلکم کیا ان کو۔</w:t>
      </w:r>
    </w:p>
    <w:p>
      <w:r>
        <w:rPr>
          <w:b/>
        </w:rPr>
        <w:t xml:space="preserve">[1:07:44] </w:t>
      </w:r>
      <w:r>
        <w:t>un ko un ko raj ban gaya un ka raj kar ke khoob that bhi karte rahe woh.</w:t>
      </w:r>
    </w:p>
    <w:p>
      <w:pPr>
        <w:jc w:val="right"/>
      </w:pPr>
      <w:r>
        <w:t>ان کو ان کو راج بن گیا ان کا راج کر کے خوب ٹھاٹ بھی کرتے رہے وہ۔</w:t>
      </w:r>
    </w:p>
    <w:p>
      <w:r>
        <w:rPr>
          <w:b/>
        </w:rPr>
        <w:t xml:space="preserve">[1:07:48] </w:t>
      </w:r>
      <w:r>
        <w:t>to apni biwi ke liye taj mahal banaya unhon ne. bhai india walon ke liye university kyun nahi banayi unhon ne?</w:t>
      </w:r>
    </w:p>
    <w:p>
      <w:pPr>
        <w:jc w:val="right"/>
      </w:pPr>
      <w:r>
        <w:t>تو اپنی بیوی کے لیے تاج محل بنایا انہوں نے۔ بھئی انڈیا والوں کے لیے یونیورسٹی کیوں نہیں بنائی انہوں نے؟</w:t>
      </w:r>
    </w:p>
    <w:p>
      <w:r>
        <w:rPr>
          <w:b/>
        </w:rPr>
        <w:t xml:space="preserve">[1:07:57] </w:t>
      </w:r>
      <w:r>
        <w:t>mughlon ke paas jab india ki daulat aayi. to kya kiya unhon ne ke taj mahal banaya. halaal qila banaya. bhai india ka aur bhi bara kaam tha.</w:t>
      </w:r>
    </w:p>
    <w:p>
      <w:pPr>
        <w:jc w:val="right"/>
      </w:pPr>
      <w:r>
        <w:t>مغلوں کے پاس جب انڈیا کی دولت آئی۔ تو کیا کیا انہوں نے کہ تاج محل بنایا۔ حلال قلعہ بنایا۔ بھئی انڈیا کا اور بھی بڑا کام تھا۔</w:t>
      </w:r>
    </w:p>
    <w:p>
      <w:r>
        <w:rPr>
          <w:b/>
        </w:rPr>
        <w:t xml:space="preserve">[1:08:10] </w:t>
      </w:r>
      <w:r>
        <w:t>woh tha university banana.</w:t>
      </w:r>
    </w:p>
    <w:p>
      <w:pPr>
        <w:jc w:val="right"/>
      </w:pPr>
      <w:r>
        <w:t>وہ تھا یونیورسٹی بنانا۔</w:t>
      </w:r>
    </w:p>
    <w:p>
      <w:r>
        <w:rPr>
          <w:b/>
        </w:rPr>
        <w:t xml:space="preserve">[1:08:13] </w:t>
      </w:r>
      <w:r>
        <w:t>india ke liye university india ke liye medical college india ke liye research center yeh sab karte hain. aap jante hain isi zamane mein. jab shah jahan tha is mulk mein isi zamane mein europe mein khoob taraqqi ho rahi thi.</w:t>
      </w:r>
    </w:p>
    <w:p>
      <w:pPr>
        <w:jc w:val="right"/>
      </w:pPr>
      <w:r>
        <w:t>انڈیا کے لیے یونیورسٹی انڈیا کے لیے میڈیکل کالج انڈیا کے لیے ریسرچ سینٹر یہ سب کرتے ہیں۔ آپ جانتے ہیں اسی زمانے میں۔ جب شاہ جہاں تھا اس ملک میں اسی زمانے میں یورپ میں خوب ترقی ہو رہی تھی۔</w:t>
      </w:r>
    </w:p>
    <w:p>
      <w:r>
        <w:rPr>
          <w:b/>
        </w:rPr>
        <w:t xml:space="preserve">[1:08:28] </w:t>
      </w:r>
      <w:r>
        <w:t>isi zamane mein. yani europe mein renaisssance aa chuka tha. europe mein renaisssance aa chuka tha. to kyun unhon ne bheja ek ek temptation ke jao ke europe ko pata kar ke aao ke wahan kya kya taraqqi ho rahi hai.</w:t>
      </w:r>
    </w:p>
    <w:p>
      <w:pPr>
        <w:jc w:val="right"/>
      </w:pPr>
      <w:r>
        <w:t>اسی زمانے میں۔ یعنی یورپ میں رینسا آ چکا تھا۔ یورپ میں رینسا آ چکا تھا۔ تو کیوں انہوں نے بھیجا ایک ایک ٹیمپریشن کہ جاؤ کہ یورپ کو پتہ کر کے آؤ کہ وہاں کیا کیا ترقی ہو رہی ہے۔</w:t>
      </w:r>
    </w:p>
    <w:p>
      <w:r>
        <w:rPr>
          <w:b/>
        </w:rPr>
        <w:t xml:space="preserve">[1:08:42] </w:t>
      </w:r>
      <w:r>
        <w:t>hum india mein is ko layenge. to main to taj mahal ko dekh kar kehta hoon ke kitna galat kaam kiya is aadmi ne. ke dunya hamare desh ko taj mahal de kar mara woh.</w:t>
      </w:r>
    </w:p>
    <w:p>
      <w:pPr>
        <w:jc w:val="right"/>
      </w:pPr>
      <w:r>
        <w:t>ہم انڈیا میں اس کو لائیں گے۔ تو میں تو تاج محل کو دیکھ کر کہتا ہوں کہ کتنا غلط کام کیا اس آدمی نے۔ کہ دنیا ہمارے દેશ کو تاج محل دے کر مرا وہ۔</w:t>
      </w:r>
    </w:p>
    <w:p>
      <w:r>
        <w:rPr>
          <w:b/>
        </w:rPr>
        <w:t xml:space="preserve">[1:08:54] </w:t>
      </w:r>
      <w:r>
        <w:t>india ko deta university india ko deta medical college india ko deta research center yeh deta woh. to soch kar dekhen farq soch.</w:t>
      </w:r>
    </w:p>
    <w:p>
      <w:pPr>
        <w:jc w:val="right"/>
      </w:pPr>
      <w:r>
        <w:t>انڈیا کو دیتا یونیورسٹی انڈیا کو دیتا میڈیکل کالج انڈیا کو دیتا ریسرچ سینٹر یہ دیتا وہ۔ تو سوچ کر دیکھیں فرق سوچ۔</w:t>
      </w:r>
    </w:p>
    <w:p>
      <w:r>
        <w:rPr>
          <w:b/>
        </w:rPr>
        <w:t xml:space="preserve">[1:09:05] </w:t>
      </w:r>
      <w:r>
        <w:t>yeh soch poori dunya ke musalmanon mein hai. yahan se le kar jahan hi mein gaya.</w:t>
      </w:r>
    </w:p>
    <w:p>
      <w:pPr>
        <w:jc w:val="right"/>
      </w:pPr>
      <w:r>
        <w:t>یہ سوچ پوری دنیا کے مسلمانوں میں ہے۔ یہاں سے لے کر جہاں ہی میں گیا۔</w:t>
      </w:r>
    </w:p>
    <w:p>
      <w:r>
        <w:rPr>
          <w:b/>
        </w:rPr>
        <w:t xml:space="preserve">[1:09:11] </w:t>
      </w:r>
      <w:r>
        <w:t>britain mein america mein arab countries mein jahan bhi pakistan mein har jagah iran mein sab hate mein jeete hate mein jeete koi madrasay ki baat kyun kehte hain aap?</w:t>
      </w:r>
    </w:p>
    <w:p>
      <w:pPr>
        <w:jc w:val="right"/>
      </w:pPr>
      <w:r>
        <w:t>برٹن میں امریکہ میں عرب کنٹریز میں جہاں بھی پاکستان میں ہر جگہ ایران میں سب ہیٹ میں جیتے ہیٹ میں جیتے کوئی مدرسے کی بات کیوں کہتے ہیں آپ؟</w:t>
      </w:r>
    </w:p>
    <w:p>
      <w:r>
        <w:rPr>
          <w:b/>
        </w:rPr>
        <w:t xml:space="preserve">[1:09:22] </w:t>
      </w:r>
      <w:r>
        <w:t>yeh to university ka parha hua aadmi hai. jis jisay bhai jis ka maine ab kaha aap ko. saare aap jaiye muslim university jaiye sab hate mein jeete hain.</w:t>
      </w:r>
    </w:p>
    <w:p>
      <w:pPr>
        <w:jc w:val="right"/>
      </w:pPr>
      <w:r>
        <w:t>یہ تو یونیورسٹی کا پڑھا ہوا آدمی ہے۔ جس جسے بھئی جس کا میں نے اب کہا آپ کو۔ سارے آپ جائیے مسلم یونیورسٹی جائیے سب ہیٹ میں جیتے ہیں۔</w:t>
      </w:r>
    </w:p>
    <w:p>
      <w:r>
        <w:rPr>
          <w:b/>
        </w:rPr>
        <w:t xml:space="preserve">[1:09:32] </w:t>
      </w:r>
      <w:r>
        <w:t>madrasay ki baat kyun karte hain aap? to yeh hate phenomenon universal phenomenon hai musalmanon ka madrasay ka phenomenon nahi hai.</w:t>
      </w:r>
    </w:p>
    <w:p>
      <w:pPr>
        <w:jc w:val="right"/>
      </w:pPr>
      <w:r>
        <w:t>مدرسے کی بات کیوں کرتے ہیں آپ؟ تو یہ ہیٹ فیناومینا یونیورسل فیناومینا ہے مسلمانوں کا مدرسے کا فیناومینا نہیں ہے۔</w:t>
      </w:r>
    </w:p>
    <w:p>
      <w:r>
        <w:rPr>
          <w:b/>
        </w:rPr>
        <w:t xml:space="preserve">[1:09:41] </w:t>
      </w:r>
      <w:r>
        <w:t>is ki wajah kya hai? is ke saare response responsibility aati hai hamare yaani incompetent leaderon par.</w:t>
      </w:r>
    </w:p>
    <w:p>
      <w:pPr>
        <w:jc w:val="right"/>
      </w:pPr>
      <w:r>
        <w:t>اس کی وجہ کیا ہے؟ اس کے ساری رسپانس ریسپانسبیلٹی آتی ہے ہمارے یعنی ان کمپیٹنٹ لیڈروں پر۔</w:t>
      </w:r>
    </w:p>
    <w:p>
      <w:r>
        <w:rPr>
          <w:b/>
        </w:rPr>
        <w:t xml:space="preserve">[1:09:51] </w:t>
      </w:r>
      <w:r>
        <w:t>jinhon ne formula yaani is zamane mein musalman jo hai un ko decline par aa gaye thay woh. to phir se uthane ke liye kya unhon ne formula nikala?</w:t>
      </w:r>
    </w:p>
    <w:p>
      <w:pPr>
        <w:jc w:val="right"/>
      </w:pPr>
      <w:r>
        <w:t>جنہوں نے فارمولا یعنی اس زمانے میں مسلمان جو ہے ان کو ڈیکلائن پر آ گئے تھے وہ۔ تو پھر سے اٹھانے کے لیے کیا انہوں نے فارمولا نکالا؟</w:t>
      </w:r>
    </w:p>
    <w:p>
      <w:r>
        <w:rPr>
          <w:b/>
        </w:rPr>
        <w:t xml:space="preserve">[1:10:01] </w:t>
      </w:r>
      <w:r>
        <w:t>ke woh ballay madrasay ka formula. pride ka formula. log kehte hain pride lao pride.</w:t>
      </w:r>
    </w:p>
    <w:p>
      <w:pPr>
        <w:jc w:val="right"/>
      </w:pPr>
      <w:r>
        <w:t>کہ وہ بلے مدرس کا فارمولا۔ پرائیڈ کا فارمولا۔ لوگ کہتے ہیں پرائیڈ لاؤ پرائیڈ۔</w:t>
      </w:r>
    </w:p>
    <w:p>
      <w:r>
        <w:rPr>
          <w:b/>
        </w:rPr>
        <w:t xml:space="preserve">[1:10:11] </w:t>
      </w:r>
      <w:r>
        <w:t>to pride to ulti ulti ulti yeh ulta dose tha yeh. ek bhi aadmi mujhe bata dijiye poore is do sau saal mein.</w:t>
      </w:r>
    </w:p>
    <w:p>
      <w:pPr>
        <w:jc w:val="right"/>
      </w:pPr>
      <w:r>
        <w:t>تو پرائیڈ تو الٹی الٹی الٹی یہ الٹا ڈوز تھا یہ۔ ایک بھی آدمی مجھے بتا دیجیے پورے اس دو سو سال میں۔</w:t>
      </w:r>
    </w:p>
    <w:p>
      <w:r>
        <w:rPr>
          <w:b/>
        </w:rPr>
        <w:t xml:space="preserve">[1:10:22] </w:t>
      </w:r>
      <w:r>
        <w:t>do sau saal mein. jis ne jo kuch sach much jaanta ho ke modern world scientific world hai. modern world ek naya world hai. ab musalmanon ko modern education lena hai.</w:t>
      </w:r>
    </w:p>
    <w:p>
      <w:pPr>
        <w:jc w:val="right"/>
      </w:pPr>
      <w:r>
        <w:t>دو سو سال میں۔ جس نے جو کچھ سچ مچ جانتا ہو کہ ماڈرن ورلڈ سائنٹیفک ورلڈ ہے۔ ماڈرن ورلڈ ایک نیا ورلڈ ہے۔ اب مسلمانوں کو ماڈرن ایجوکیشن لینا ہے۔</w:t>
      </w:r>
    </w:p>
    <w:p>
      <w:r>
        <w:rPr>
          <w:b/>
        </w:rPr>
        <w:t xml:space="preserve">[1:10:32] </w:t>
      </w:r>
      <w:r>
        <w:t>modern science seekhna hai. modern knowledge un ko gain karna hai. mujhe ek aadmi mujhe bata dijiye.</w:t>
      </w:r>
    </w:p>
    <w:p>
      <w:pPr>
        <w:jc w:val="right"/>
      </w:pPr>
      <w:r>
        <w:t>ماڈرن سائنس سیکھنا ہے۔ ماڈرن نالج ان کو گین کرنا ہے۔ مجھے ایک آدمی مجھے بتا دیجیے۔</w:t>
      </w:r>
    </w:p>
    <w:p>
      <w:r>
        <w:rPr>
          <w:b/>
        </w:rPr>
        <w:t xml:space="preserve">[1:10:38] </w:t>
      </w:r>
      <w:r>
        <w:t>sir syed ke jo kaha jata hai ke sahib education un ke liye kya tha? mughalon ke zamane mein persian language yahan hoti thi.</w:t>
      </w:r>
    </w:p>
    <w:p>
      <w:pPr>
        <w:jc w:val="right"/>
      </w:pPr>
      <w:r>
        <w:t>سر سید کے جو کہا جاتا ہے کہ صاحب ایجوکیشن ان کے لیے کیا تھا؟ مغلوں کے زمانے میں پرشین لینگویج یہاں ہوتی تھی۔</w:t>
      </w:r>
    </w:p>
    <w:p>
      <w:r>
        <w:rPr>
          <w:b/>
        </w:rPr>
        <w:t xml:space="preserve">[1:10:48] </w:t>
      </w:r>
      <w:r>
        <w:t>persian seekh seekh kar log woh lete thay. services milti theen un ko. ab jab british britishs ne persian ko khatam kiya aur english ko laye to musalmanon ke paas services nahi rahien.</w:t>
      </w:r>
    </w:p>
    <w:p>
      <w:pPr>
        <w:jc w:val="right"/>
      </w:pPr>
      <w:r>
        <w:t>پرشین سیکھ سیکھ کر لوگ وہ لیتے تھے۔ سروسز ملتی تھیں ان کو۔ اب جب برٹش برٹشز نے پرشین کو ختم کیا اور انگلش کو لائے تو مسلمانوں کے پاس سروسز نہیں رہیں۔</w:t>
      </w:r>
    </w:p>
    <w:p>
      <w:r>
        <w:rPr>
          <w:b/>
        </w:rPr>
        <w:t xml:space="preserve">[1:11:02] </w:t>
      </w:r>
      <w:r>
        <w:t>ab in ka dard kya tha sirf yeh ke musalman angrezi parhein aur services milein un ko.</w:t>
      </w:r>
    </w:p>
    <w:p>
      <w:pPr>
        <w:jc w:val="right"/>
      </w:pPr>
      <w:r>
        <w:t>اب ان کا درد کیا تھا صرف یہ کہ مسلمان انگریزی پڑھیں اور سروسز ملیں ان کو۔</w:t>
      </w:r>
    </w:p>
    <w:p>
      <w:r>
        <w:rPr>
          <w:b/>
        </w:rPr>
        <w:t xml:space="preserve">[1:11:06] </w:t>
      </w:r>
      <w:r>
        <w:t>aap parh lijiyay in ki life sir syed ki. yeh yeh koi yeh koi koi baat hai yeh? arey bhai modern world ek modern knowledge le kar aaya hai.</w:t>
      </w:r>
    </w:p>
    <w:p>
      <w:pPr>
        <w:jc w:val="right"/>
      </w:pPr>
      <w:r>
        <w:t>آپ پڑھ لیجیے ان کی لائف سر سید کی۔ یہ یہ کوئی یہ کوئی کوئی بات ہے یہ؟ ارے بھائی ماڈرن ورلڈ ایک ماڈرن نالج لے کر آیا ہے۔</w:t>
      </w:r>
    </w:p>
    <w:p>
      <w:r>
        <w:rPr>
          <w:b/>
        </w:rPr>
        <w:t xml:space="preserve">[1:11:17] </w:t>
      </w:r>
      <w:r>
        <w:t>modern yaani har cheez mein har cheez ko ek naya paida hua hai naya daur naya zamana.</w:t>
      </w:r>
    </w:p>
    <w:p>
      <w:pPr>
        <w:jc w:val="right"/>
      </w:pPr>
      <w:r>
        <w:t>ماڈرن یعنی ہر چیز میں ہر چیز کو ایک نیا پیدا ہوا ہے نیا دور نیا زمانہ۔</w:t>
      </w:r>
    </w:p>
    <w:p>
      <w:r>
        <w:rPr>
          <w:b/>
        </w:rPr>
        <w:t xml:space="preserve">[1:11:28] </w:t>
      </w:r>
      <w:r>
        <w:t>to bajaye is ke ke yeh kehte ke musalmanon tum naye zamane mein pahunch gaye ho. naye zamane ko seekho. modern education hasil karo.</w:t>
      </w:r>
    </w:p>
    <w:p>
      <w:pPr>
        <w:jc w:val="right"/>
      </w:pPr>
      <w:r>
        <w:t>تو بجائے اس کے کہ یہ کہتے کہ مسلمانوں تم نئے زمانے میں پہنچ گئے ہو۔ نئے زمانے کو سیکھو۔ ماڈرن ایجوکیشن حاصل کرو۔</w:t>
      </w:r>
    </w:p>
    <w:p>
      <w:r>
        <w:rPr>
          <w:b/>
        </w:rPr>
        <w:t xml:space="preserve">[1:11:37] </w:t>
      </w:r>
      <w:r>
        <w:t>yeh kya ke bas yeh jo tumhara empire khatam hua hai to yeh sab dushman hain. yeh sab conspiracy karte hain tumhara empire chheen liya hai.</w:t>
      </w:r>
    </w:p>
    <w:p>
      <w:pPr>
        <w:jc w:val="right"/>
      </w:pPr>
      <w:r>
        <w:t>یہ کیا کہ بس یہ جو تمہارا ایمپائر ختم ہوا ہے تو یہ سب دشمن ہیں۔ یہ سب کانسپریسی کرتے ہیں تمہارا ایمپائر چھین لیا ہے۔</w:t>
      </w:r>
    </w:p>
    <w:p>
      <w:r>
        <w:rPr>
          <w:b/>
        </w:rPr>
        <w:t xml:space="preserve">[1:11:47] </w:t>
      </w:r>
      <w:r>
        <w:t>to musalmanon ki soch kahan lagi? ke ath baar empire kyun khatam ho gaya? aur mughal empire kyun khatam ho gaya? aur khilafat kyun khatam ho gayi? yeh sab jhooti soch thi bilkul.</w:t>
      </w:r>
    </w:p>
    <w:p>
      <w:pPr>
        <w:jc w:val="right"/>
      </w:pPr>
      <w:r>
        <w:t>تو مسلمانوں کی سوچ کہاں لگی؟ کہ اٹھ بار ایمپائر کیوں ختم ہو گیا؟ اور مغل ایمپائر کیوں ختم ہو گیا؟ اور خلافت کیوں ختم ہو گئی؟ یہ سب جھوٹی سوچ تھی بالکل۔</w:t>
      </w:r>
    </w:p>
    <w:p>
      <w:r>
        <w:rPr>
          <w:b/>
        </w:rPr>
        <w:t xml:space="preserve">[1:11:58] </w:t>
      </w:r>
      <w:r>
        <w:t>quran mein hai ke tilkal ayyam nadavaha bin naas. bohat bari baat hai yeh.</w:t>
      </w:r>
    </w:p>
    <w:p>
      <w:pPr>
        <w:jc w:val="right"/>
      </w:pPr>
      <w:r>
        <w:t>قرآن میں ہے کہ تلکل ایام نداوہا بین الناس۔ بہت بڑی بات ہے یہ۔</w:t>
      </w:r>
    </w:p>
    <w:p>
      <w:r>
        <w:rPr>
          <w:b/>
        </w:rPr>
        <w:t xml:space="preserve">[1:12:06] </w:t>
      </w:r>
      <w:r>
        <w:t>bohat hi bari baat hai tilkal ayyam nadavaha bin naas. yaani political power jo hai kabhi un ke paas rahega kabhi un ke paas rahega. monopoly kabhi kisi ko nahi hogi.</w:t>
      </w:r>
    </w:p>
    <w:p>
      <w:pPr>
        <w:jc w:val="right"/>
      </w:pPr>
      <w:r>
        <w:t>بہت ہی بڑی بات ہے تلکل ایام نداوہا بین الناس۔ یعنی پولیٹیکل پاور جو ہے کبھی ان کے پاس رہے گا کبھی ان کے پاس رہے گا۔ موناپولی کبھی کسی کو نہیں ہوگی۔</w:t>
      </w:r>
    </w:p>
    <w:p>
      <w:r>
        <w:rPr>
          <w:b/>
        </w:rPr>
        <w:t xml:space="preserve">[1:12:19] </w:t>
      </w:r>
      <w:r>
        <w:t>musalmanon ne chunchke aath sau saal tak rule raha un ka to monopoly samajh liya aap ne ko. yaani political power ko apni monopoly samajh liya. sara khulasa yeh hai.</w:t>
      </w:r>
    </w:p>
    <w:p>
      <w:pPr>
        <w:jc w:val="right"/>
      </w:pPr>
      <w:r>
        <w:t>مسلمانوں نے چونکہ آٹھ سو سال تک رول رہا ان کا تو موناپولی سمجھ لیا آپ نے کو۔ یعنی پولیٹیکل پاور کو اپنی موناپولی سمجھ لیا۔ سارا خلاصہ یہ ہے۔</w:t>
      </w:r>
    </w:p>
    <w:p>
      <w:r>
        <w:rPr>
          <w:b/>
        </w:rPr>
        <w:t xml:space="preserve">[1:12:31] </w:t>
      </w:r>
      <w:r>
        <w:t>aath sau saal jo rule kiya unhon ne asia aur africa mein yahan tak spell pahunch gaye. to political empire tha un ka bohat bara aap jante hain.</w:t>
      </w:r>
    </w:p>
    <w:p>
      <w:pPr>
        <w:jc w:val="right"/>
      </w:pPr>
      <w:r>
        <w:t>آٹھ سو سال جو رول کیا انہوں نے ایشیا اور افریقہ میں یہاں تک اسپیل پہنچ گئے۔ تو پولیٹیکل ایمپائر تھا ان کا بہت بڑا آپ جانتے ہیں۔</w:t>
      </w:r>
    </w:p>
    <w:p>
      <w:r>
        <w:rPr>
          <w:b/>
        </w:rPr>
        <w:t xml:space="preserve">[1:12:42] </w:t>
      </w:r>
      <w:r>
        <w:t>to yeh consciously aur consciously yeh mizaj ban gaya ke politics hamari monopoly hai. hum hi ko haq hai har mulk mulk mask mulk khudae mask.</w:t>
      </w:r>
    </w:p>
    <w:p>
      <w:pPr>
        <w:jc w:val="right"/>
      </w:pPr>
      <w:r>
        <w:t>تو یہ کانشیسلی اور کانشیسلی یہ مزاج بن گیا کہ پولیٹکس ہماری موناپولی ہے۔ ہم ہی کو حق ہے ہر ملک ملک ماسک ملک خدائے ماسک۔</w:t>
      </w:r>
    </w:p>
    <w:p>
      <w:r>
        <w:rPr>
          <w:b/>
        </w:rPr>
        <w:t xml:space="preserve">[1:12:55] </w:t>
      </w:r>
      <w:r>
        <w:t>to saare log conditioned ho gaye politics mein. one to all.</w:t>
      </w:r>
    </w:p>
    <w:p>
      <w:pPr>
        <w:jc w:val="right"/>
      </w:pPr>
      <w:r>
        <w:t>تو سارے لوگ کنڈیشنڈ ہو گئے پولیٹکس میں۔ ون ٹو ال۔</w:t>
      </w:r>
    </w:p>
    <w:p>
      <w:r>
        <w:rPr>
          <w:b/>
        </w:rPr>
        <w:t xml:space="preserve">[1:13:03] </w:t>
      </w:r>
      <w:r>
        <w:t>one to all sab conditioned ho gaye politics mein. aur india mein sab se bara naam hota hai shah waliullah sahib ka jo sab se bare top most scholar hain woh.</w:t>
      </w:r>
    </w:p>
    <w:p>
      <w:pPr>
        <w:jc w:val="right"/>
      </w:pPr>
      <w:r>
        <w:t>ون ٹو ال سب کنڈیشن ہو گئے پولیٹکس میں۔ اور انڈیا میں سب سے بڑا نام ہوتا ہے شاہ ولی اللہ صاحب کا جو سب سے بڑے ٹاپ موسٹ سکالر ہیں وہ۔</w:t>
      </w:r>
    </w:p>
    <w:p>
      <w:r>
        <w:rPr>
          <w:b/>
        </w:rPr>
        <w:t xml:space="preserve">[1:13:12] </w:t>
      </w:r>
      <w:r>
        <w:t>unho'n ne likh diya apni kitab mein ke sab se bara jo hai woh jihad hai. abhi pakistan se ek chupa hai mein ne parha us ko. woh kehte hain ke islam mein samm bonam gardan katana hai.</w:t>
      </w:r>
    </w:p>
    <w:p>
      <w:pPr>
        <w:jc w:val="right"/>
      </w:pPr>
      <w:r>
        <w:t>انہوں نے لکھ دیا اپنی کتاب میں کہ سب سے بڑا جو ہے وہ جہاد ہے۔ ابھی پاکستان سے ایک چھپا ہے میں نے پڑھا اس کو۔ وہ کہتے ہیں کہ اسلام میں سمم بونم گردن کٹانا ہے۔</w:t>
      </w:r>
    </w:p>
    <w:p>
      <w:r>
        <w:rPr>
          <w:b/>
        </w:rPr>
        <w:t xml:space="preserve">[1:13:27] </w:t>
      </w:r>
      <w:r>
        <w:t>sahih islam mein samm bonam gardan katani hai. matlab khudkushi kar lo mar jao sab log. yaani islam mein samm bonam hai.</w:t>
      </w:r>
    </w:p>
    <w:p>
      <w:pPr>
        <w:jc w:val="right"/>
      </w:pPr>
      <w:r>
        <w:t>صحیح اسلام میں سمم بونم گردن کٹانی ہے۔ مطلب خودکشی کر لو مر جاؤ سب لوگ۔ یعنی اسلام میں سمم بونم ہے۔</w:t>
      </w:r>
    </w:p>
    <w:p>
      <w:r>
        <w:rPr>
          <w:b/>
        </w:rPr>
        <w:t xml:space="preserve">[1:13:33] </w:t>
      </w:r>
      <w:r>
        <w:t>gardan katwa ke mar jao. dunya ko aise islam ki zaroorat hi kya hai mujhe bataiye. dunya ko aise islam ki kya zaroorat hai jo sirf sikhata hai is ke suicide kar ke mar jao.</w:t>
      </w:r>
    </w:p>
    <w:p>
      <w:pPr>
        <w:jc w:val="right"/>
      </w:pPr>
      <w:r>
        <w:t>گردن کٹوا کے مر جاؤ۔ دنیا کو ایسے اسلام کی ضرورت ہی کیا ہے مجھے بتائیے۔ دنیا کو ایسے اسلام کی کیا ضرورت ہے جو صرف سکھاتا ہے اس کہ سوسائیڈ کر کے مر جاؤ۔</w:t>
      </w:r>
    </w:p>
    <w:p>
      <w:r>
        <w:rPr>
          <w:b/>
        </w:rPr>
        <w:t xml:space="preserve">[1:13:47] </w:t>
      </w:r>
      <w:r>
        <w:t>dunya kahe ke tumhara tumhara islam to tum le jao hum nahi chahiye aise islam ko. jis islam mein zindagi ho jis islam mein life ho jis tarah progress ho jis mein development ho jis mein future ho jis mein hope ho woh islam chahiye hum ko.</w:t>
      </w:r>
    </w:p>
    <w:p>
      <w:pPr>
        <w:jc w:val="right"/>
      </w:pPr>
      <w:r>
        <w:t>دنیا کہے کہ تمہارا تمہارا اسلام تو تم لے جاؤ ہم نہیں چاہیے ایسے اسلام کو۔ جس اسلام میں زندگی ہو جس اسلام میں لائف ہو جس طرح پروگریس ہو جس میں ڈیولپمنٹ ہو جس میں فیوچر ہو جس میں ہوپ ہو وہ اسلام چاہیے ہم کو۔</w:t>
      </w:r>
    </w:p>
    <w:p>
      <w:r>
        <w:rPr>
          <w:b/>
        </w:rPr>
        <w:t xml:space="preserve">[1:14:01] </w:t>
      </w:r>
      <w:r>
        <w:t>tumhara samm bonam yeh hai ke mar gardan katwa ke mar jao. to tum jao tum apna islam le ke jao. to mein yeh kahunga ke ek jar ki baat yahan hai ke aath so saal tak musalmanon ne jo rule kiya dunya mein.</w:t>
      </w:r>
    </w:p>
    <w:p>
      <w:pPr>
        <w:jc w:val="right"/>
      </w:pPr>
      <w:r>
        <w:t>تمہارا سمم بونم یہ ہے کہ مر گردن کٹوا کے مر جاؤ۔ تو تم جاؤ تم اپنا اسلام لے کے جاؤ۔ تو میں یہ کہوں گا کہ ایک جڑ کی بات یہاں ہے کہ آٹھ سو سال تک مسلمانوں نے جو رول کیا دنیا میں۔</w:t>
      </w:r>
    </w:p>
    <w:p>
      <w:r>
        <w:rPr>
          <w:b/>
        </w:rPr>
        <w:t xml:space="preserve">[1:14:15] </w:t>
      </w:r>
      <w:r>
        <w:t>aap jante hain ke woh jo empire tha aaj kal ke super super power se bara tha woh. russia ka super power america ka super power mil kar ke bhi itna bara nahi banta jitna bara tha musalmanon ka super power.</w:t>
      </w:r>
    </w:p>
    <w:p>
      <w:pPr>
        <w:jc w:val="right"/>
      </w:pPr>
      <w:r>
        <w:t>آپ جانتے ہیں کہ وہ جو ایمپائر تھا آج کل کے سپر سپر پاور سے بڑا تھا وہ۔ رشیا کا سپر پاور امریکہ کا سپر پاور مل کر کے بھی اتنا بڑا نہیں بنتا جتنا بڑا تھا مسلمانوں کا سپر پاور۔</w:t>
      </w:r>
    </w:p>
    <w:p>
      <w:r>
        <w:rPr>
          <w:b/>
        </w:rPr>
        <w:t xml:space="preserve">[1:14:28] </w:t>
      </w:r>
      <w:r>
        <w:t>russia jab super power tha tab jo uska area tha aur america dono ka area mila kar bhi itna nahi ban jata ke america musalmanon ka tha.</w:t>
      </w:r>
    </w:p>
    <w:p>
      <w:pPr>
        <w:jc w:val="right"/>
      </w:pPr>
      <w:r>
        <w:t>رشیا جب سپر پاور تھا تب جو اس کا ایریا تھا اور امریکہ دونوں کا ایریا ملا کر بھی اتنا نہیں بن جاتا کہ امریکہ مسلمانوں کا تھا۔</w:t>
      </w:r>
    </w:p>
    <w:p>
      <w:r>
        <w:rPr>
          <w:b/>
        </w:rPr>
        <w:t xml:space="preserve">[1:14:40] </w:t>
      </w:r>
      <w:r>
        <w:t>to musalman yeh samajh bethe ke political power hamari monopoly hai. aaj tak isi obsession mein jee rahe hain isi obsession mein.</w:t>
      </w:r>
    </w:p>
    <w:p>
      <w:pPr>
        <w:jc w:val="right"/>
      </w:pPr>
      <w:r>
        <w:t>تو مسلمان یہ سمجھ بیٹھے کہ پولیٹیکل پاور ہماری موناپولی ہے۔ آج تک اسی ابسیشن میں جی رہے ہیں اسی ابسیشن میں۔</w:t>
      </w:r>
    </w:p>
    <w:p>
      <w:r>
        <w:rPr>
          <w:b/>
        </w:rPr>
        <w:t xml:space="preserve">[1:14:50] </w:t>
      </w:r>
      <w:r>
        <w:t>sare musalman one to all isi mein jee rahe hain.</w:t>
      </w:r>
    </w:p>
    <w:p>
      <w:pPr>
        <w:jc w:val="right"/>
      </w:pPr>
      <w:r>
        <w:t>سارے مسلمان ون ٹو ال اسی میں جی رہے ہیں۔</w:t>
      </w:r>
    </w:p>
    <w:p>
      <w:r>
        <w:rPr>
          <w:b/>
        </w:rPr>
        <w:t xml:space="preserve">[1:14:56] </w:t>
      </w:r>
      <w:r>
        <w:t>imam abdullah afghani syed qutb amir shaqi par asraan aur yeh abu al-ala maudi iqbal jis ko bhi dekhen jis ko bhi dekhen sab isi mein jee rahe hain.</w:t>
      </w:r>
    </w:p>
    <w:p>
      <w:pPr>
        <w:jc w:val="right"/>
      </w:pPr>
      <w:r>
        <w:t>امام عبداللہ افغانی سید قطب امیر شقی پر اثران اور یہ ابو العلی مودی اقبال جس کو بھی دیکھیں جس کو بھی دیکھیں سب اسی میں جی رہے ہیں۔</w:t>
      </w:r>
    </w:p>
    <w:p>
      <w:r>
        <w:rPr>
          <w:b/>
        </w:rPr>
        <w:t xml:space="preserve">[1:15:07] </w:t>
      </w:r>
      <w:r>
        <w:t>har mulk mulk ke pas yeh mulk khudae pas. to beharhal quran mein bataya gaya hai ke political power kisi ki monopoly nahi hai nahi hai nahi hai.</w:t>
      </w:r>
    </w:p>
    <w:p>
      <w:pPr>
        <w:jc w:val="right"/>
      </w:pPr>
      <w:r>
        <w:t>ہر ملک ملک کے پاس یہ ملک خدائے پاس۔ تو بہرحال قرآن میں بتایا گیا ہے کہ پولیٹیکل پاور کسی کی موناپولی نہیں ہے نہیں ہے نہیں ہے۔</w:t>
      </w:r>
    </w:p>
    <w:p>
      <w:r>
        <w:rPr>
          <w:b/>
        </w:rPr>
        <w:t xml:space="preserve">[1:15:17] </w:t>
      </w:r>
      <w:r>
        <w:t>tilkal ayyam nadawaha bain al-nas. yeh india mein dekhen aap kabhi political power tha rajaon ke pas.</w:t>
      </w:r>
    </w:p>
    <w:p>
      <w:pPr>
        <w:jc w:val="right"/>
      </w:pPr>
      <w:r>
        <w:t>تلکل ایام نداوہا بین الناس۔ یہ انڈیا میں دیکھیں آپ کبھی پولیٹیکل پاور تھا راجاؤں کے پاس۔</w:t>
      </w:r>
    </w:p>
    <w:p>
      <w:r>
        <w:rPr>
          <w:b/>
        </w:rPr>
        <w:t xml:space="preserve">[1:15:25] </w:t>
      </w:r>
      <w:r>
        <w:t>phir aya mughlon ke pas. phir aya britishz ke pas. phir aya congress ke pas. yeh hota rahega aise hi hota rahega. political power kisi ek ek pas nahi rahega.</w:t>
      </w:r>
    </w:p>
    <w:p>
      <w:pPr>
        <w:jc w:val="right"/>
      </w:pPr>
      <w:r>
        <w:t>پھر آیا مغلوں کے پاس۔ پھر آیا برٹشز کے پاس۔ پھر آیا کانگریس کے پاس۔ یہ ہوتا رہے گا ایسے ہی ہوتا رہے گا۔ پولیٹیکل پاور کسی ایک ایک پاس نہیں رہے گا۔</w:t>
      </w:r>
    </w:p>
    <w:p>
      <w:r>
        <w:rPr>
          <w:b/>
        </w:rPr>
        <w:t xml:space="preserve">[1:15:37] </w:t>
      </w:r>
      <w:r>
        <w:t>kabhi bhi political power kisi ki monopoly nahi ban sakti. lekin unfortunately yahi sare musalmanon ka hal hua.</w:t>
      </w:r>
    </w:p>
    <w:p>
      <w:pPr>
        <w:jc w:val="right"/>
      </w:pPr>
      <w:r>
        <w:t>کبھی بھی پولیٹیکل پاور کسی کی موناپولی نہیں بن سکتی۔ لیکن انفارچونیٹلی یہی سارے مسلمانوں کا حال ہوا۔</w:t>
      </w:r>
    </w:p>
    <w:p>
      <w:r>
        <w:rPr>
          <w:b/>
        </w:rPr>
        <w:t xml:space="preserve">[1:15:51] </w:t>
      </w:r>
      <w:r>
        <w:t>to is ki hum price de rahe hain.</w:t>
      </w:r>
    </w:p>
    <w:p>
      <w:pPr>
        <w:jc w:val="right"/>
      </w:pPr>
      <w:r>
        <w:t>تو اس کی ہم پرائس دے رہے ہیں۔</w:t>
      </w:r>
    </w:p>
    <w:p>
      <w:r>
        <w:rPr>
          <w:b/>
        </w:rPr>
        <w:t xml:space="preserve">[1:15:55] </w:t>
      </w:r>
      <w:r>
        <w:t>to hate jo hai hate ki jar yeh hai ke hum ne samajh liya ke dunya mein hum raj karne ke liye paida hue hain. raj karne ke liye paida hue hain.</w:t>
      </w:r>
    </w:p>
    <w:p>
      <w:pPr>
        <w:jc w:val="right"/>
      </w:pPr>
      <w:r>
        <w:t>تو ہیٹ جو ہے ہیٹ کی جڑ یہ ہے کہ ہم نے سمجھ لیا کہ دنیا میں ہم راج کرنے کے لیے پیدا ہوئے ہیں۔ راج کرنے کے لیے پیدا ہوئے ہیں۔</w:t>
      </w:r>
    </w:p>
    <w:p>
      <w:r>
        <w:rPr>
          <w:b/>
        </w:rPr>
        <w:t xml:space="preserve">[1:16:04] </w:t>
      </w:r>
      <w:r>
        <w:t>is par to sankron kitaben likhi gayi hain aap parhiye musalmanon ke jo modern mind musalmanon ka hai is zamane ka woh yeh yeh yeh yeh hai. syed qutb kitaben parhiye aap.</w:t>
      </w:r>
    </w:p>
    <w:p>
      <w:pPr>
        <w:jc w:val="right"/>
      </w:pPr>
      <w:r>
        <w:t>اس پر تو سینکڑوں کتابیں لکھی گئی ہیں آپ پڑھیے مسلمانوں کے جو ماڈرن مائنڈ مسلمانوں کا ہے اس زمانے کا وہ یہ یہ یہ یہ ہے۔ سید قطب کتابیں پڑھیے آپ۔</w:t>
      </w:r>
    </w:p>
    <w:p>
      <w:r>
        <w:rPr>
          <w:b/>
        </w:rPr>
        <w:t xml:space="preserve">[1:16:13] </w:t>
      </w:r>
      <w:r>
        <w:t>abu al-ala maudi kitaben parhiye aap. iqbal kitaben parhiye aap. ab dekhiye ke mein aap ko ek bohat hi ek lesson kitna bara hai ke is mind ne kitna nuksan pohanchaya hai.</w:t>
      </w:r>
    </w:p>
    <w:p>
      <w:pPr>
        <w:jc w:val="right"/>
      </w:pPr>
      <w:r>
        <w:t>ابو العلی مودی کتابیں پڑھیے آپ۔ اقبال کتابیں پڑھیے آپ۔ اب دیکھیے کہ میں آپ کو ایک بہت ہی ایک لیسن کتنا بڑا ہے کہ اس مائنڈ نے کتنا نقصان پہنچایا ہے۔</w:t>
      </w:r>
    </w:p>
    <w:p>
      <w:r>
        <w:rPr>
          <w:b/>
        </w:rPr>
        <w:t xml:space="preserve">[1:16:25] </w:t>
      </w:r>
      <w:r>
        <w:t>bosnia mein aap jante hain izzat begovich ka qissa. bosnia heart yani europe ka heart hai.</w:t>
      </w:r>
    </w:p>
    <w:p>
      <w:pPr>
        <w:jc w:val="right"/>
      </w:pPr>
      <w:r>
        <w:t>بوسنیا میں آپ جانتے ہیں عزت بیگوئچ کا قصہ۔ بوسنیا ہارٹ یعنی یورپ کا ہارٹ ہے۔</w:t>
      </w:r>
    </w:p>
    <w:p>
      <w:r>
        <w:rPr>
          <w:b/>
        </w:rPr>
        <w:t xml:space="preserve">[1:16:35] </w:t>
      </w:r>
      <w:r>
        <w:t>bohat hi beautiful country hai. to bosnia mein izzat begovich ko power mil gaya. woh power kya tha?</w:t>
      </w:r>
    </w:p>
    <w:p>
      <w:pPr>
        <w:jc w:val="right"/>
      </w:pPr>
      <w:r>
        <w:t>بہت ہی بیوٹی فل کنٹری ہے۔ تو بوسنیا میں عزت بیگوئچ کو پاور مل گیا۔ وہ پاور کیا تھا؟</w:t>
      </w:r>
    </w:p>
    <w:p>
      <w:r>
        <w:rPr>
          <w:b/>
        </w:rPr>
        <w:t xml:space="preserve">[1:16:45] </w:t>
      </w:r>
      <w:r>
        <w:t>jaise hamara woh ho jata hai yaani chief minister. bosnia is a part of yugoslavia.</w:t>
      </w:r>
    </w:p>
    <w:p>
      <w:pPr>
        <w:jc w:val="right"/>
      </w:pPr>
      <w:r>
        <w:t>جیسے ہمارا وہ ہو جاتا ہے یعنی چیف منسٹر۔ بوسنیا از ا پارٹ اف یوگوسلاویا۔</w:t>
      </w:r>
    </w:p>
    <w:p>
      <w:r>
        <w:rPr>
          <w:b/>
        </w:rPr>
        <w:t xml:space="preserve">[1:16:53] </w:t>
      </w:r>
      <w:r>
        <w:t>to jaise UK mein bihar mein kisi koi chief minister ban jaye to yeh position thi un ki izzat begovich ki. ab unhein kahin mil gaya iqbal ke ka jo shairi hai un ka angrezi mein translate kiya woh ab mil gaya un ko.</w:t>
      </w:r>
    </w:p>
    <w:p>
      <w:pPr>
        <w:jc w:val="right"/>
      </w:pPr>
      <w:r>
        <w:t>تو جیسے یو کے میں بہار میں کسی کوئی چیف منسٹر بن جائے تو یہ پوزیشن تھی ان کی عزت بیگوئچ کی۔ اب انہیں کہیں مل گیا اقبال کے کا جو شاعری ہے ان کا انگریزی میں ٹرانسلیٹ کیا وہ اب مل گیا ان کو۔</w:t>
      </w:r>
    </w:p>
    <w:p>
      <w:r>
        <w:rPr>
          <w:b/>
        </w:rPr>
        <w:t xml:space="preserve">[1:17:07] </w:t>
      </w:r>
      <w:r>
        <w:t>ab is mein bhai sari dunya hamari hai. sari dunya hamara rule hona chahiye.</w:t>
      </w:r>
    </w:p>
    <w:p>
      <w:pPr>
        <w:jc w:val="right"/>
      </w:pPr>
      <w:r>
        <w:t>اب اس میں بھئی ساری دنیا ہماری ہے۔ ساری دنیا ہمارا رول ہونا چاہیے۔</w:t>
      </w:r>
    </w:p>
    <w:p>
      <w:r>
        <w:rPr>
          <w:b/>
        </w:rPr>
        <w:t xml:space="preserve">[1:17:13] </w:t>
      </w:r>
      <w:r>
        <w:t>ab un ke dimagh mein yeh jo aya ke unho'n ne independence declare kar di. yaani bosnia ko independent state declare kar di.</w:t>
      </w:r>
    </w:p>
    <w:p>
      <w:pPr>
        <w:jc w:val="right"/>
      </w:pPr>
      <w:r>
        <w:t>اب ان کے دماغ میں یہ جو آیا کہ انہوں نے انڈیپینڈنس ڈیکلیئر کر دیا۔ یعنی بوسنیا کو انڈیپینڈنٹ اسٹیٹ ڈیکلیئر کر دیا۔</w:t>
      </w:r>
    </w:p>
    <w:p>
      <w:r>
        <w:rPr>
          <w:b/>
        </w:rPr>
        <w:t xml:space="preserve">[1:17:23] </w:t>
      </w:r>
      <w:r>
        <w:t>to is ke baad kya hua? ke serbon ne aur yugoslav government ne mil kar mara un ko. aur khatam kar diya. ab kya sari dunya mein mujh ko chhod kar har aadmi kya boli bol raha hai?</w:t>
      </w:r>
    </w:p>
    <w:p>
      <w:pPr>
        <w:jc w:val="right"/>
      </w:pPr>
      <w:r>
        <w:t>تو اس کے بعد کیا ہوا؟ کہ سربوں نے اور یوگوسر گورنمنٹ نے مل کر مارا ان کو۔ اور ختم کر دیا۔ اب کیا ساری دنیا میں مجھ کو چھوڑ کر ہر آدمی کیا بولی بول رہا ہے؟</w:t>
      </w:r>
    </w:p>
    <w:p>
      <w:r>
        <w:rPr>
          <w:b/>
        </w:rPr>
        <w:t xml:space="preserve">[1:17:35] </w:t>
      </w:r>
      <w:r>
        <w:t>zulm saazish. ek ek aadmi sirf yeh jaanta hai ke bosnia ke saath zulm hua hai. haalankeh bilkul baseless baat hai.</w:t>
      </w:r>
    </w:p>
    <w:p>
      <w:pPr>
        <w:jc w:val="right"/>
      </w:pPr>
      <w:r>
        <w:t>ظلم سازش۔ ایک ایک آدمی صرف یہ جانتا ہے کہ بوسنیا کے ساتھ ظلم ہوا ہے۔ حالانکہ بالکل بیسلیس بات ہے۔</w:t>
      </w:r>
    </w:p>
    <w:p>
      <w:r>
        <w:rPr>
          <w:b/>
        </w:rPr>
        <w:t xml:space="preserve">[1:17:45] </w:t>
      </w:r>
      <w:r>
        <w:t>bosnia ne apne stepped policy ki price di hai. yaad rakhiye.</w:t>
      </w:r>
    </w:p>
    <w:p>
      <w:pPr>
        <w:jc w:val="right"/>
      </w:pPr>
      <w:r>
        <w:t>بوسنیا نے اپنے اسٹیپڈ پالیسی کی پرائس دی ہے۔ یاد رکھیے۔</w:t>
      </w:r>
    </w:p>
    <w:p>
      <w:r>
        <w:rPr>
          <w:b/>
        </w:rPr>
        <w:t xml:space="preserve">[1:17:51] </w:t>
      </w:r>
      <w:r>
        <w:t>ke izzat bogovic ko wahan par agar wahan par unko mil gaya tha power. power mila tha chief minister ka. lekin unhon ne declare kar diya independence.</w:t>
      </w:r>
    </w:p>
    <w:p>
      <w:pPr>
        <w:jc w:val="right"/>
      </w:pPr>
      <w:r>
        <w:t>کہ عزت بوگوئچ کو وہاں پر اگر وہاں پر ان کو مل گیا تھا پاور۔ پاور ملا تھا چیف منسٹر کا۔ لیکن انہوں نے ڈیکلیئر کر دیا انڈیپینڈنس۔</w:t>
      </w:r>
    </w:p>
    <w:p>
      <w:r>
        <w:rPr>
          <w:b/>
        </w:rPr>
        <w:t xml:space="preserve">[1:18:05] </w:t>
      </w:r>
      <w:r>
        <w:t>ab yahan par india mein chief minister bahut saare hain agar independence declare kar dein to center maarega unko sab ko maghrib bhagaega.</w:t>
      </w:r>
    </w:p>
    <w:p>
      <w:pPr>
        <w:jc w:val="right"/>
      </w:pPr>
      <w:r>
        <w:t>اب یہاں پر انڈیا میں چیف منسٹر بہت سارے ہیں اگر انڈیپینڈنس ڈیکلیئر کر دیں تو سینٹر مارے گا ان کو سب کو مغرب بھگائے گا۔</w:t>
      </w:r>
    </w:p>
    <w:p>
      <w:r>
        <w:rPr>
          <w:b/>
        </w:rPr>
        <w:t xml:space="preserve">[1:18:15] </w:t>
      </w:r>
      <w:r>
        <w:t>har state mein ek chief minister hai hamare india mein. aur rule kar raha hai apni state mein</w:t>
      </w:r>
    </w:p>
    <w:p>
      <w:pPr>
        <w:jc w:val="right"/>
      </w:pPr>
      <w:r>
        <w:t>ہر اسٹیٹ میں ایک چیف منسٹر ہے ہمارے انڈیا میں۔ اور رول کر رہا ہے اپنی اسٹیٹ میں</w:t>
      </w:r>
    </w:p>
    <w:p>
      <w:r>
        <w:rPr>
          <w:b/>
        </w:rPr>
        <w:t xml:space="preserve">[1:18:20] </w:t>
      </w:r>
      <w:r>
        <w:t>. lekin agar woh declare kar de ke yeh independent state. zahir hai ke nai dilli is ko koi nahi chhodega is ko. yeh mamla hua izzat begovic ka.</w:t>
      </w:r>
    </w:p>
    <w:p>
      <w:pPr>
        <w:jc w:val="right"/>
      </w:pPr>
      <w:r>
        <w:t>۔ لیکن اگر وہ ڈیکلیئر کر دے کہ یہ انڈیپینڈنٹ اسٹیٹ۔ ظاہر ہے کہ نئی دہلی اس کو کوئی نہیں چھوڑے گا اس کو۔ یہ معاملہ ہوا عزت بیگوئچ کا۔</w:t>
      </w:r>
    </w:p>
    <w:p>
      <w:r>
        <w:rPr>
          <w:b/>
        </w:rPr>
        <w:t xml:space="preserve">[1:18:29] </w:t>
      </w:r>
      <w:r>
        <w:t>lekin aap kahin bhi yeh nahi suna hoga jo main aap se keh raha hoon. jitne hamare paper hain jitne magazine hain jitne hain sab bolte hain bas zulm zulm zulm zulm zulm.</w:t>
      </w:r>
    </w:p>
    <w:p>
      <w:pPr>
        <w:jc w:val="right"/>
      </w:pPr>
      <w:r>
        <w:t>لیکن آپ کہیں بھی یہ نہیں سنا ہوگا جو میں آپ سے کہہ رہا ہوں۔ جتنے ہمارے پیپر ہیں جتنے میگزین ہیں جتنے ہیں سب بولتے ہیں بس ظلم ظلم ظلم ظلم ظلم۔</w:t>
      </w:r>
    </w:p>
    <w:p>
      <w:r>
        <w:rPr>
          <w:b/>
        </w:rPr>
        <w:t xml:space="preserve">[1:18:39] </w:t>
      </w:r>
      <w:r>
        <w:t>goya ke europe zalim hai aur is ne izzat begovic ko khatm kiya aur mara sab ko. barik kyun nahi marenge bhai?</w:t>
      </w:r>
    </w:p>
    <w:p>
      <w:pPr>
        <w:jc w:val="right"/>
      </w:pPr>
      <w:r>
        <w:t>گویا کہ یورپ ظالم ہے اور اس نے عزت بیگوئچ کو ختم کیا اور مارا سب کو۔ باریک کیوں نہیں ماریں گے بھائی؟</w:t>
      </w:r>
    </w:p>
    <w:p>
      <w:r>
        <w:rPr>
          <w:b/>
        </w:rPr>
        <w:t xml:space="preserve">[1:18:48] </w:t>
      </w:r>
      <w:r>
        <w:t>jab aap independence declare karenge to mar jayenge aap. har jagah yeh hoga. muslim countries mein bhi bahut saare state hain wahan par logon ko local mila rehta hai.</w:t>
      </w:r>
    </w:p>
    <w:p>
      <w:pPr>
        <w:jc w:val="right"/>
      </w:pPr>
      <w:r>
        <w:t>جب آپ انڈیپینڈنس ڈیکلیئر کریں گے تو مر جائیں گے آپ۔ ہر جگہ یہ ہوگا۔ مسلم کنٹریز میں بھی بہت سارے اسٹیٹ ہیں وہاں پر لوگوں کو لوکل ملا رہتا ہے۔</w:t>
      </w:r>
    </w:p>
    <w:p>
      <w:r>
        <w:rPr>
          <w:b/>
        </w:rPr>
        <w:t xml:space="preserve">[1:19:02] </w:t>
      </w:r>
      <w:r>
        <w:t>to kya woh agar declare kar dein to mare nahi jayenge woh? kyun mare jayenge woh? muslim state mein bhi aise hi hoga. lekin hamara ek bhi musalman nahi hai jo bataye logon ko ke tumhare tum ne galat policy li</w:t>
      </w:r>
    </w:p>
    <w:p>
      <w:pPr>
        <w:jc w:val="right"/>
      </w:pPr>
      <w:r>
        <w:t>تو کیا وہ اگر ڈیکلیئر کر دیں تو مارے نہیں جائیں گے وہ؟ کیوں مارے جائیں گے وہ؟ مسلم اسٹیٹ میں بھی ایسے ہی ہوگا۔ لیکن ہمارا ایک بھی مسلمان نہیں ہے جو بتائے لوگوں کو کہ تمہارے تم نے غلط پالیسی لی</w:t>
      </w:r>
    </w:p>
    <w:p>
      <w:r>
        <w:rPr>
          <w:b/>
        </w:rPr>
        <w:t xml:space="preserve">[1:19:17] </w:t>
      </w:r>
      <w:r>
        <w:t>. tumhari wrong policy ki price de rahe ho tum.</w:t>
      </w:r>
    </w:p>
    <w:p>
      <w:pPr>
        <w:jc w:val="right"/>
      </w:pPr>
      <w:r>
        <w:t>۔ تمہاری رونگ پالیسی کی پرائس دے رہے ہو تم۔</w:t>
      </w:r>
    </w:p>
    <w:p>
      <w:r>
        <w:rPr>
          <w:b/>
        </w:rPr>
        <w:t xml:space="preserve">[1:19:23] </w:t>
      </w:r>
      <w:r>
        <w:t>is wajah se woh hate khatm kaise ho? hate khatm kaise ho? main khuda ke fazl se kya price dena padti hai mujhe?</w:t>
      </w:r>
    </w:p>
    <w:p>
      <w:pPr>
        <w:jc w:val="right"/>
      </w:pPr>
      <w:r>
        <w:t>اس وجہ سے وہ ہیٹ ختم کیسے ہو؟ ہیٹ ختم کیسے ہو؟ میں خدا کے فضل سے کیا پرائس دینا دینی پڑتی ہے مجھے؟</w:t>
      </w:r>
    </w:p>
    <w:p>
      <w:r>
        <w:rPr>
          <w:b/>
        </w:rPr>
        <w:t xml:space="preserve">[1:19:34] </w:t>
      </w:r>
      <w:r>
        <w:t>abhi main hate list par hoon. sab mujhe marna chahte hain. to aap ko yani talwar ke nok pe khade ho ke bolna padta hai sachai ko.</w:t>
      </w:r>
    </w:p>
    <w:p>
      <w:pPr>
        <w:jc w:val="right"/>
      </w:pPr>
      <w:r>
        <w:t>ابھی میں ہٹ لسٹ پر ہوں۔ سب مجھے مارنا چاہتے ہیں۔ تو آپ کو یعنی تلوار کے نوک پہ کھڑے ہو کے بولنا پڑتا ہے سچائی کو۔</w:t>
      </w:r>
    </w:p>
    <w:p>
      <w:r>
        <w:rPr>
          <w:b/>
        </w:rPr>
        <w:t xml:space="preserve">[1:19:43] </w:t>
      </w:r>
      <w:r>
        <w:t>yaad rakhiye.</w:t>
      </w:r>
    </w:p>
    <w:p>
      <w:pPr>
        <w:jc w:val="right"/>
      </w:pPr>
      <w:r>
        <w:t>یاد رکھیے۔</w:t>
      </w:r>
    </w:p>
    <w:p>
      <w:r>
        <w:rPr>
          <w:b/>
        </w:rPr>
        <w:t xml:space="preserve">[1:19:48] </w:t>
      </w:r>
      <w:r>
        <w:t>sachai ko bolne ke liye aap ko talwar ke nok pe khada hona padta hai. to main khuda ke fazl se khada hoon. marna ho to maro tum ko.</w:t>
      </w:r>
    </w:p>
    <w:p>
      <w:pPr>
        <w:jc w:val="right"/>
      </w:pPr>
      <w:r>
        <w:t>سچائی کو بولنے کے لیے آپ کو تلوار کے نوک پہ کھڑا ہونا پڑتا ہے۔ تو میں خدا کے فضل سے کھڑا ہوں۔ مارنا ہو تو مارو تم کو۔</w:t>
      </w:r>
    </w:p>
    <w:p>
      <w:r>
        <w:rPr>
          <w:b/>
        </w:rPr>
        <w:t xml:space="preserve">[1:19:58] </w:t>
      </w:r>
      <w:r>
        <w:t>koi chuki sacrifice dene ke liye tayyar nahi hai. koi talwar ke nok pe khada hone ke liye tayyar nahi. is liye sab ke sab log wahi boli bolte hain jo jo ke jis ki koi koi value nahi hai.</w:t>
      </w:r>
    </w:p>
    <w:p>
      <w:pPr>
        <w:jc w:val="right"/>
      </w:pPr>
      <w:r>
        <w:t>کوئی چونکہ سیکریفائس دینے کے لیے تیار نہیں ہے۔ کوئی تلوار کے نوک پہ کھڑا ہونے کے لیے تیار نہیں۔ اس لیے سب کے سب لوگ وہی بولی بولتے ہیں جو جو کہ جس کی کوئی کوئی ویلیو نہیں ہے۔</w:t>
      </w:r>
    </w:p>
    <w:p>
      <w:r>
        <w:rPr>
          <w:b/>
        </w:rPr>
        <w:t xml:space="preserve">[1:20:11] </w:t>
      </w:r>
      <w:r>
        <w:t>na kahin zulm hai na kahin aisa conspiracy hai.</w:t>
      </w:r>
    </w:p>
    <w:p>
      <w:pPr>
        <w:jc w:val="right"/>
      </w:pPr>
      <w:r>
        <w:t>نہ کہیں ظلم ہے نہ کہیں ایسا کانسپریسی ہے۔</w:t>
      </w:r>
    </w:p>
    <w:p>
      <w:r>
        <w:rPr>
          <w:b/>
        </w:rPr>
        <w:t xml:space="preserve">[1:20:14] </w:t>
      </w:r>
      <w:r>
        <w:t>tum har jagah apni stability ki policy price de rahe ho. chahe kashmir ho chahe falasteen ho chahe bosnia ho chahe afghanistan ho chahe iraq ho.</w:t>
      </w:r>
    </w:p>
    <w:p>
      <w:pPr>
        <w:jc w:val="right"/>
      </w:pPr>
      <w:r>
        <w:t>تم ہر جگہ اپنی اسٹیبلٹی کی پالیسی پرائس دے رہے ہو۔ چاہے کشمیر ہو چاہے فلسطین ہو چاہے بوسنیا ہو چاہے افغانستان ہو چاہے عراق ہو۔</w:t>
      </w:r>
    </w:p>
    <w:p>
      <w:r>
        <w:rPr>
          <w:b/>
        </w:rPr>
        <w:t xml:space="preserve">[1:20:24] </w:t>
      </w:r>
      <w:r>
        <w:t>har jagah musalman apni stepped policy ki price de rahe hain. aur kehte hain kya? zulm ho raha hai aur conspiracy ho rahi hai. aur main to yahi kehta rahunga.</w:t>
      </w:r>
    </w:p>
    <w:p>
      <w:pPr>
        <w:jc w:val="right"/>
      </w:pPr>
      <w:r>
        <w:t>ہر جگہ مسلمان اپنی اسٹیپڈ پالیسی کی پرائس دے رہے ہیں۔ اور کہتے کیا ہیں؟ ظلم ہو رہا ہے اور کانسپریسی ہو رہی ہے۔ اور میں تو یہی کہتا رہوں گا۔</w:t>
      </w:r>
    </w:p>
    <w:p>
      <w:r>
        <w:rPr>
          <w:b/>
        </w:rPr>
        <w:t xml:space="preserve">[1:20:36] </w:t>
      </w:r>
      <w:r>
        <w:t>inshallah yahan tak ke allah taala se tak pahunch jaon. mujhe doosri boli nahi bolna hai.</w:t>
      </w:r>
    </w:p>
    <w:p>
      <w:pPr>
        <w:jc w:val="right"/>
      </w:pPr>
      <w:r>
        <w:t>انشاءاللہ یہاں تک کہ اللہ تعالی سے تک پہنچ جاؤں۔ مجھے دوسری بولی نہیں بولنا ہے۔</w:t>
      </w:r>
    </w:p>
    <w:p>
      <w:r>
        <w:rPr>
          <w:b/>
        </w:rPr>
        <w:t xml:space="preserve">[1:20:44] </w:t>
      </w:r>
      <w:r>
        <w:t>das question is from anwar khan. molana what are the ways to avoid distraction?</w:t>
      </w:r>
    </w:p>
    <w:p>
      <w:pPr>
        <w:jc w:val="right"/>
      </w:pPr>
      <w:r>
        <w:t>دس کوئسچن از فرام انور خان۔ مولانا واٹ ار دا ویز ٹو اوائڈ ڈسٹریکشن؟</w:t>
      </w:r>
    </w:p>
    <w:p>
      <w:r>
        <w:rPr>
          <w:b/>
        </w:rPr>
        <w:t xml:space="preserve">[1:21:00] </w:t>
      </w:r>
      <w:r>
        <w:t>self control.</w:t>
      </w:r>
    </w:p>
    <w:p>
      <w:pPr>
        <w:jc w:val="right"/>
      </w:pPr>
      <w:r>
        <w:t>سیلف کنٹرول۔</w:t>
      </w:r>
    </w:p>
    <w:p>
      <w:r>
        <w:rPr>
          <w:b/>
        </w:rPr>
        <w:t xml:space="preserve">[1:21:06] </w:t>
      </w:r>
      <w:r>
        <w:t>self control.</w:t>
      </w:r>
    </w:p>
    <w:p>
      <w:pPr>
        <w:jc w:val="right"/>
      </w:pPr>
      <w:r>
        <w:t>سیلف کنٹرول۔</w:t>
      </w:r>
    </w:p>
    <w:p>
      <w:r>
        <w:rPr>
          <w:b/>
        </w:rPr>
        <w:t xml:space="preserve">[1:21:10] </w:t>
      </w:r>
      <w:r>
        <w:t>dekhen distraction jo hai koi mysterious cheez nahi hai. aap ko pata hota hai.</w:t>
      </w:r>
    </w:p>
    <w:p>
      <w:pPr>
        <w:jc w:val="right"/>
      </w:pPr>
      <w:r>
        <w:t>دیکھیں ڈسٹریکشن جو ہے کوئی مسٹیریس چیز نہیں ہے۔ آپ کو پتہ ہوتا ہے۔</w:t>
      </w:r>
    </w:p>
    <w:p>
      <w:r>
        <w:rPr>
          <w:b/>
        </w:rPr>
        <w:t xml:space="preserve">[1:21:21] </w:t>
      </w:r>
      <w:r>
        <w:t>kal main kisi se keh raha tha ke mujhe ek article likhna hai. is ka title hoga nahi culture. ya no culture.</w:t>
      </w:r>
    </w:p>
    <w:p>
      <w:pPr>
        <w:jc w:val="right"/>
      </w:pPr>
      <w:r>
        <w:t>کل میں کسی سے کہہ رہا تھا کہ مجھے ایک آرٹیکل لکھنا ہے۔ اس کا ٹائٹل ہوگا نہیں کلچر۔ یا نو کلچر۔</w:t>
      </w:r>
    </w:p>
    <w:p>
      <w:r>
        <w:rPr>
          <w:b/>
        </w:rPr>
        <w:t xml:space="preserve">[1:21:30] </w:t>
      </w:r>
      <w:r>
        <w:t>yani har aadmi nahi bolta hai. kuch bhi kaho nahi. kuch bhi kaho nahi. yani wahi karega aur nahi keh dega is se.</w:t>
      </w:r>
    </w:p>
    <w:p>
      <w:pPr>
        <w:jc w:val="right"/>
      </w:pPr>
      <w:r>
        <w:t>یعنی ہر آدمی نہیں بولتا ہے۔ کچھ بھی کہو نہیں۔ کچھ بھی کہو نہیں۔ یعنی وہی کرے گا اور نہیں کہہ دے گا اس سے۔</w:t>
      </w:r>
    </w:p>
    <w:p>
      <w:r>
        <w:rPr>
          <w:b/>
        </w:rPr>
        <w:t xml:space="preserve">[1:21:39] </w:t>
      </w:r>
      <w:r>
        <w:t>seim wahi kaam karega. woh kehta hai nahi. nahi culture ki wajah se aap log jo hai samajh nahi paate. kahan mein distract kar raha hoon.</w:t>
      </w:r>
    </w:p>
    <w:p>
      <w:pPr>
        <w:jc w:val="right"/>
      </w:pPr>
      <w:r>
        <w:t>سیم وہی کام کرے گا۔ وہ کہتا ہے نہیں۔ نہیں کلچر کی وجہ سے آپ لوگ جو ہے سمجھ نہیں پاتے۔ کہاں میں ڈسٹریکٹ کر رہا ہوں۔</w:t>
      </w:r>
    </w:p>
    <w:p>
      <w:r>
        <w:rPr>
          <w:b/>
        </w:rPr>
        <w:t xml:space="preserve">[1:21:51] </w:t>
      </w:r>
      <w:r>
        <w:t>distraction ko janne ke liye kehna padta hai ke i wat wrong. ji haan. jis se bhi milta hoon jis se bhi milta hoon chahe woh hindu ho musalman ho koi baat kahe nahi nahi.</w:t>
      </w:r>
    </w:p>
    <w:p>
      <w:pPr>
        <w:jc w:val="right"/>
      </w:pPr>
      <w:r>
        <w:t>ڈسٹریکشن کو جاننے کے لیے کہنا پڑتا ہے کہ آئی واٹ رونگ۔ جی ہاں۔ جس سے بھی ملتا ہوں جس سے بھی ملتا ہوں چاہے وہ ہندو ہو مسلمان ہو کوئی بات کہے نہیں نہیں۔</w:t>
      </w:r>
    </w:p>
    <w:p>
      <w:r>
        <w:rPr>
          <w:b/>
        </w:rPr>
        <w:t xml:space="preserve">[1:22:04] </w:t>
      </w:r>
      <w:r>
        <w:t>jaise kya ek ek saahab ek khatoon mere paas aai ek lady.</w:t>
      </w:r>
    </w:p>
    <w:p>
      <w:pPr>
        <w:jc w:val="right"/>
      </w:pPr>
      <w:r>
        <w:t>جیسے کیا ایک ایک صاحب ایک خاتون میرے پاس آئیں ایک لیڈی۔</w:t>
      </w:r>
    </w:p>
    <w:p>
      <w:r>
        <w:rPr>
          <w:b/>
        </w:rPr>
        <w:t xml:space="preserve">[1:22:08] </w:t>
      </w:r>
      <w:r>
        <w:t>woh achhi wealthy family ki khatoon hai. toh maine kaha ke aap ke baaji se andaaza hota hai ke aap thoda andar se side hain.</w:t>
      </w:r>
    </w:p>
    <w:p>
      <w:pPr>
        <w:jc w:val="right"/>
      </w:pPr>
      <w:r>
        <w:t>وہ اچھی ویلدی فیملی کی خاتون ہے۔ تو میں نے کہا کہ آپ کے باجی سے اندازہ ہوتا ہے کہ آپ تھوڑا اندر سے سائیڈ ہیں۔</w:t>
      </w:r>
    </w:p>
    <w:p>
      <w:r>
        <w:rPr>
          <w:b/>
        </w:rPr>
        <w:t xml:space="preserve">[1:22:17] </w:t>
      </w:r>
      <w:r>
        <w:t>kaha nahi nahi. nahi nahi. maine kaha kuch problem nahi lagta. kaha nahi nahi. achha mera aadat hai scrutiny karne ki. yeh scrutiny karte karte pata chala ke un ke haan aapas mein husband wife ka jhagda hai ke husband kahin hain wife kahin hain.</w:t>
      </w:r>
    </w:p>
    <w:p>
      <w:pPr>
        <w:jc w:val="right"/>
      </w:pPr>
      <w:r>
        <w:t>کہا نہیں نہیں۔ نہیں نہیں۔ میں نے کہا کچھ پرابلم نہیں لگتا۔ کہا نہیں نہیں۔ اچھا میرا عادت ہے اسکرٹنی کرنے کی۔ یہ اسکرٹنی کرتے کرتے پتہ چلا کہ ان کے ہاں آپس میں ہسبینڈ وائف کا جھگڑا ہے کہ ہسبینڈ کہیں ہیں وائف کہیں ہیں۔</w:t>
      </w:r>
    </w:p>
    <w:p>
      <w:r>
        <w:rPr>
          <w:b/>
        </w:rPr>
        <w:t xml:space="preserve">[1:22:34] </w:t>
      </w:r>
      <w:r>
        <w:t>itna jhagda aapas mein hai aur nahi nahi kar rahi.</w:t>
      </w:r>
    </w:p>
    <w:p>
      <w:pPr>
        <w:jc w:val="right"/>
      </w:pPr>
      <w:r>
        <w:t>اتنا جھگڑا آپس میں ہے اور نہیں نہیں کر رہی۔</w:t>
      </w:r>
    </w:p>
    <w:p>
      <w:r>
        <w:rPr>
          <w:b/>
        </w:rPr>
        <w:t xml:space="preserve">[1:22:38] </w:t>
      </w:r>
      <w:r>
        <w:t>phone nahi kar diya unhone. maine dekha ke one to all sab nahi karte. woh nahi karte hain third se. kuch bhi kaha jaaye nahi. kuch bhi kaha jaaye nahi.</w:t>
      </w:r>
    </w:p>
    <w:p>
      <w:pPr>
        <w:jc w:val="right"/>
      </w:pPr>
      <w:r>
        <w:t>فون نہیں کر دیا انہوں نے۔ میں نے دیکھا کہ ون ٹو ال سب نہیں کرتے۔ وہ نہیں کرتے ہیں تھرڈ سے۔ کچھ بھی کہا جائے نہیں۔ کچھ بھی کہا جائے نہیں۔</w:t>
      </w:r>
    </w:p>
    <w:p>
      <w:r>
        <w:rPr>
          <w:b/>
        </w:rPr>
        <w:t xml:space="preserve">[1:22:50] </w:t>
      </w:r>
      <w:r>
        <w:t>yeh mera experience hai. is mein abhi tak mujh ko exception nahi mila hai.</w:t>
      </w:r>
    </w:p>
    <w:p>
      <w:pPr>
        <w:jc w:val="right"/>
      </w:pPr>
      <w:r>
        <w:t>یہ میرا ایکسپیرینس ہے۔ اس میں ابھی تک مجھ کو ایکسیپشن نہیں ملا ہے۔</w:t>
      </w:r>
    </w:p>
    <w:p>
      <w:r>
        <w:rPr>
          <w:b/>
        </w:rPr>
        <w:t xml:space="preserve">[1:22:57] </w:t>
      </w:r>
      <w:r>
        <w:t>is se niklie nahi culture se niklie. main samajhta hoon ke ek hi formula hai ke nahi culture se niklie aur haan culture ikhtiyar kijiye.</w:t>
      </w:r>
    </w:p>
    <w:p>
      <w:pPr>
        <w:jc w:val="right"/>
      </w:pPr>
      <w:r>
        <w:t>اس سے نکلیے نہیں کلچر سے نکلیے۔ میں سمجھتا ہوں کہ ایک ہی فارمولا ہے کہ نہیں کلچر سے نکلیے اور ہاں کلچر اختیار کیجیے۔</w:t>
      </w:r>
    </w:p>
    <w:p>
      <w:r>
        <w:rPr>
          <w:b/>
        </w:rPr>
        <w:t xml:space="preserve">[1:23:07] </w:t>
      </w:r>
      <w:r>
        <w:t>bol diye jaldi se ke i wat wrong. i wat wrong. mujhe ek example sirf mila hai ab tak zindagi mein. main buland shehar gaya toh wahan par ek saahab the ab un ka death ho chuki hai.</w:t>
      </w:r>
    </w:p>
    <w:p>
      <w:pPr>
        <w:jc w:val="right"/>
      </w:pPr>
      <w:r>
        <w:t>بول دیے جلدی سے کہ آئی واٹ رونگ۔ آئی واٹ رونگ۔ مجھے ایک ایگزامپل صرف ملا ہے اب تک زندگی میں۔ میں بلند شہر گیا تو وہاں پر ایک صاحب تھے اب ان کا ڈیتھ ہو چکی ہے۔</w:t>
      </w:r>
    </w:p>
    <w:p>
      <w:r>
        <w:rPr>
          <w:b/>
        </w:rPr>
        <w:t xml:space="preserve">[1:23:23] </w:t>
      </w:r>
      <w:r>
        <w:t>woh british period mein woh army mein service karte the. yani yani woh office mein the army mein.</w:t>
      </w:r>
    </w:p>
    <w:p>
      <w:pPr>
        <w:jc w:val="right"/>
      </w:pPr>
      <w:r>
        <w:t>وہ برٹش پیریڈ میں وہ آرمی میں سروس کرتے تھے۔ یعنی یعنی وہ آفس میں تھے آرمی میں۔</w:t>
      </w:r>
    </w:p>
    <w:p>
      <w:r>
        <w:rPr>
          <w:b/>
        </w:rPr>
        <w:t xml:space="preserve">[1:23:34] </w:t>
      </w:r>
      <w:r>
        <w:t>toh us waqt retire ho chuke the. toh main aksar jab un se milta hoon kisi se toh kehta hoon ke apni zindagi ka koi bataiye koi koi experience bataiye kuch.</w:t>
      </w:r>
    </w:p>
    <w:p>
      <w:pPr>
        <w:jc w:val="right"/>
      </w:pPr>
      <w:r>
        <w:t>تو اس وقت ریٹائر ہو چکے تھے۔ تو میں اکثر جب ان سے ملتا ہوں کسی سے تو کہتا ہوں کہ اپنی زندگی کا کوئی بتائیے کوئی کوئی ایکسپیرینس بتائیے کچھ۔</w:t>
      </w:r>
    </w:p>
    <w:p>
      <w:r>
        <w:rPr>
          <w:b/>
        </w:rPr>
        <w:t xml:space="preserve">[1:23:44] </w:t>
      </w:r>
      <w:r>
        <w:t>hamesha poochta hoon logon se. toh unhone kaha ke main dili kiya dili mein the woh wahan main office mein tha army headquarter mein.</w:t>
      </w:r>
    </w:p>
    <w:p>
      <w:pPr>
        <w:jc w:val="right"/>
      </w:pPr>
      <w:r>
        <w:t>ہمیشہ پوچھتا ہوں لوگوں سے۔ تو انہوں نے کہا کہ میں دلی کیا دلی میں تھے وہ وہاں میں آفس میں تھا آرمی ہیڈ کوارٹر میں۔</w:t>
      </w:r>
    </w:p>
    <w:p>
      <w:r>
        <w:rPr>
          <w:b/>
        </w:rPr>
        <w:t xml:space="preserve">[1:23:54] </w:t>
      </w:r>
      <w:r>
        <w:t>toh angrez afsar tha us ne mujh se ek file mangi jis mein ek paper tha jis ko us ko dekhna tha. kaha bhai ab falan paper dekhna hai us ka file bhejo.</w:t>
      </w:r>
    </w:p>
    <w:p>
      <w:pPr>
        <w:jc w:val="right"/>
      </w:pPr>
      <w:r>
        <w:t>تو انگریز افسر تھا اس نے مجھ سے ایک فائل مانگی جس میں ایک پیپر تھا جس کو اس کو دیکھنا تھا۔ کہا بھئی اب فلاں پیپر دیکھنا ہے اس کا فائل بھیجو۔</w:t>
      </w:r>
    </w:p>
    <w:p>
      <w:r>
        <w:rPr>
          <w:b/>
        </w:rPr>
        <w:t xml:space="preserve">[1:24:03] </w:t>
      </w:r>
      <w:r>
        <w:t>toh unhone woh file jo hai us ko bhej diya. ab us ne us ko dekha file ko toh us ne woh paper nahi mila.</w:t>
      </w:r>
    </w:p>
    <w:p>
      <w:pPr>
        <w:jc w:val="right"/>
      </w:pPr>
      <w:r>
        <w:t>تو انہوں نے وہ فائل جو ہے اس کو بھیج دیا۔ اب اس نے اس کو دیکھا فائل کو تو اس نے وہ پیپر نہیں ملا۔</w:t>
      </w:r>
    </w:p>
    <w:p>
      <w:r>
        <w:rPr>
          <w:b/>
        </w:rPr>
        <w:t xml:space="preserve">[1:24:14] </w:t>
      </w:r>
      <w:r>
        <w:t>toh woh khud aaya us ne us ko patka file ko kaha ke tum yani doosra file tum ne bheja mere paas.</w:t>
      </w:r>
    </w:p>
    <w:p>
      <w:pPr>
        <w:jc w:val="right"/>
      </w:pPr>
      <w:r>
        <w:t>تو وہ خود آیا اس نے اس کو پٹکا فائل کو کہا کہ تم یعنی دوسرا فائل تم نے بھیجا میرے پاس۔</w:t>
      </w:r>
    </w:p>
    <w:p>
      <w:r>
        <w:rPr>
          <w:b/>
        </w:rPr>
        <w:t xml:space="preserve">[1:24:25] </w:t>
      </w:r>
      <w:r>
        <w:t>kaise aadmi tum ho. toh us ke mez pe koi patak kar chala gaya. aur asal mein kya tha</w:t>
      </w:r>
    </w:p>
    <w:p>
      <w:pPr>
        <w:jc w:val="right"/>
      </w:pPr>
      <w:r>
        <w:t>کیسے آدمی تم ہو۔ تو اس کے میز پہ کوئی پٹک کر چلا گیا۔ اور اصل میں کیا تھا</w:t>
      </w:r>
    </w:p>
    <w:p>
      <w:r>
        <w:rPr>
          <w:b/>
        </w:rPr>
        <w:t xml:space="preserve">[1:24:33] </w:t>
      </w:r>
      <w:r>
        <w:t>unhone dekha toh woh bilkul sahi file bheja tha unhone isi mein woh paper tha woh. toh unhone kya kiya ke us ko phir se aise hi ek paper bahar rakh kar ke isi seim file ko bhej diya.</w:t>
      </w:r>
    </w:p>
    <w:p>
      <w:pPr>
        <w:jc w:val="right"/>
      </w:pPr>
      <w:r>
        <w:t>انہوں نے دیکھا تو وہ بالکل صحیح فائل بھیجا تھا انہوں نے اسی میں وہ پیپر تھا وہ۔ تو انہوں نے کیا کیا کہ اس کو پھر سے ایسے ہی ایک پیپر باہر رکھ کر کے اسی سیم فائل کو بھیج دیا۔</w:t>
      </w:r>
    </w:p>
    <w:p>
      <w:r>
        <w:rPr>
          <w:b/>
        </w:rPr>
        <w:t xml:space="preserve">[1:24:49] </w:t>
      </w:r>
      <w:r>
        <w:t>ab is ke baad jab us ne dekha toh us mein woh paper tha. toh us zamane mein ek red pencil hua karti thi. ab shayad woh nahi hoti ab toh red ball pen chalta hai zyada.</w:t>
      </w:r>
    </w:p>
    <w:p>
      <w:pPr>
        <w:jc w:val="right"/>
      </w:pPr>
      <w:r>
        <w:t>اب اس کے بعد جب اس نے دیکھا تو اس میں وہ پیپر تھا۔ تو اس زمانے میں ایک ریڈ پینسل ہوا کرتی تھی۔ اب شاید وہ نہیں ہوتی اب تو ریڈ بال پن چلتا ہے زیادہ۔</w:t>
      </w:r>
    </w:p>
    <w:p>
      <w:r>
        <w:rPr>
          <w:b/>
        </w:rPr>
        <w:t xml:space="preserve">[1:25:02] </w:t>
      </w:r>
      <w:r>
        <w:t>moti si hoti thi moti si boota se likhti thi woh red pencil. hamare bachpan mein hota tha aisa woh. us par us ne likha i wat blind then.</w:t>
      </w:r>
    </w:p>
    <w:p>
      <w:pPr>
        <w:jc w:val="right"/>
      </w:pPr>
      <w:r>
        <w:t>موٹی سی ہوتی تھی موٹی سی بوٹا سے لکھتی تھی وہ ریڈ پینسل۔ ہمارے بچپن میں ہوتا تھا ایسا وہ۔ اس پر اس نے لکھا آئی واٹ بلائنڈ دین۔</w:t>
      </w:r>
    </w:p>
    <w:p>
      <w:r>
        <w:rPr>
          <w:b/>
        </w:rPr>
        <w:t xml:space="preserve">[1:25:15] </w:t>
      </w:r>
      <w:r>
        <w:t>i wat blind then. yeh kar ke use woh lutwaya. yeh tha yani admit karna.</w:t>
      </w:r>
    </w:p>
    <w:p>
      <w:pPr>
        <w:jc w:val="right"/>
      </w:pPr>
      <w:r>
        <w:t>آئی واٹ بلائنڈ دین۔ یہ کر کے اسے وہ لٹوایا۔ یہ تھا یعنی ایڈمٹ کرنا۔</w:t>
      </w:r>
    </w:p>
    <w:p>
      <w:r>
        <w:rPr>
          <w:b/>
        </w:rPr>
        <w:t xml:space="preserve">[1:25:26] </w:t>
      </w:r>
      <w:r>
        <w:t>main samajhta hoon ke agar koi aadmi chahta hai spiritual development intellectual development ya distraction se bacha kar ke apne aap ko unfold karna apne mind ko aur jo highest jo peak hai wahan pahunchna toh ek hi shart ek hi condition rahi.</w:t>
      </w:r>
    </w:p>
    <w:p>
      <w:pPr>
        <w:jc w:val="right"/>
      </w:pPr>
      <w:r>
        <w:t>میں سمجھتا ہوں کہ اگر کوئی آدمی چاہتا ہے اسپیریچول ڈیولپمنٹ انٹلیکچول ڈیولپمنٹ یا ڈسٹریکشن سے بچا کر کے اپنے آپ کو انفولڈ کرنا اپنے مائنڈ کو اور جو ہائیسٹ جو پیک ہے وہاں پہنچنا تو ایک ہی شرط ایک ہی کنڈیشن رہی۔</w:t>
      </w:r>
    </w:p>
    <w:p>
      <w:r>
        <w:rPr>
          <w:b/>
        </w:rPr>
        <w:t xml:space="preserve">[1:25:46] </w:t>
      </w:r>
      <w:r>
        <w:t>aap seekhiye yeh kehna i wat wrong i wat wrong.</w:t>
      </w:r>
    </w:p>
    <w:p>
      <w:pPr>
        <w:jc w:val="right"/>
      </w:pPr>
      <w:r>
        <w:t>آپ سیکھیے یہ کہنا آئی واٹ رونگ آئی واٹ رونگ۔</w:t>
      </w:r>
    </w:p>
    <w:p>
      <w:r>
        <w:rPr>
          <w:b/>
        </w:rPr>
        <w:t xml:space="preserve">[1:25:52] </w:t>
      </w:r>
      <w:r>
        <w:t>yeh hi starting point hai aur yeh final point hai. mere mere tajurbe ke mutabiq. maine history mein ek hi insaan ko paaya hai jo bahut zyada jaanta tha is haqeeqat ko.</w:t>
      </w:r>
    </w:p>
    <w:p>
      <w:pPr>
        <w:jc w:val="right"/>
      </w:pPr>
      <w:r>
        <w:t>یہی سٹارٹنگ پوائنٹ ہے اور یہ فائنل پوائنٹ ہے۔ میرے میرے تجربے کے مطابق۔ میں نے ہسٹری میں ایک ہی انسان کو پایا ہے جو بہت زیادہ جانتا تھا اس حقیقت کو۔</w:t>
      </w:r>
    </w:p>
    <w:p>
      <w:r>
        <w:rPr>
          <w:b/>
        </w:rPr>
        <w:t xml:space="preserve">[1:26:05] </w:t>
      </w:r>
      <w:r>
        <w:t>woh thay islam ke history mein yani second khalifa umar bin khattab. bohat hi intelligent aadmi thay bohat hi brilliant aadmi thay woh.</w:t>
      </w:r>
    </w:p>
    <w:p>
      <w:pPr>
        <w:jc w:val="right"/>
      </w:pPr>
      <w:r>
        <w:t>وہ تھے اسلام کے ہسٹری میں یعنی سیکنڈ خلیفہ عمر بن خطاب۔ بہت ہی انٹیلیجنٹ آدمی تھے بہت ہی بریلینٹ آدمی تھے وہ۔</w:t>
      </w:r>
    </w:p>
    <w:p>
      <w:r>
        <w:rPr>
          <w:b/>
        </w:rPr>
        <w:t xml:space="preserve">[1:26:17] </w:t>
      </w:r>
      <w:r>
        <w:t>lekin mashhoor un ke baray mein yeh hai ke woh bar bar kehte thay lola falan lahla ka umar. yani extremist word mein kehte thay woh.</w:t>
      </w:r>
    </w:p>
    <w:p>
      <w:pPr>
        <w:jc w:val="right"/>
      </w:pPr>
      <w:r>
        <w:t>لیکن مشہور ان کے بارے میں یہ ہے کہ وہ بار بار کہتے تھے لولا فلان لہلہ کا عمر۔ یعنی ایکسٹریمسٹ ورڈ میں کہتے تھے وہ۔</w:t>
      </w:r>
    </w:p>
    <w:p>
      <w:r>
        <w:rPr>
          <w:b/>
        </w:rPr>
        <w:t xml:space="preserve">[1:26:31] </w:t>
      </w:r>
      <w:r>
        <w:t>lola falan lahla ka umar. ke agar yeh aadmi na hota to mein to mein disoriented ho jata. yani hum kahein ge I was wrong lekin woh isi par in ko taskeen nahi hoti thi.</w:t>
      </w:r>
    </w:p>
    <w:p>
      <w:pPr>
        <w:jc w:val="right"/>
      </w:pPr>
      <w:r>
        <w:t>لولا فلان لہلہ کا عمر۔ کہ اگر یہ آدمی نہ ہوتا تو میں تو میں ڈسٹرا ہو جاتا۔ یعنی ہم کہیں گے آئی واٹ رونگ لیکن وہ اسی پر ان کو تسکین نہیں ہوتی تھی۔</w:t>
      </w:r>
    </w:p>
    <w:p>
      <w:r>
        <w:rPr>
          <w:b/>
        </w:rPr>
        <w:t xml:space="preserve">[1:26:43] </w:t>
      </w:r>
      <w:r>
        <w:t>i what wrong nahi kehte thay woh.</w:t>
      </w:r>
    </w:p>
    <w:p>
      <w:pPr>
        <w:jc w:val="right"/>
      </w:pPr>
      <w:r>
        <w:t>آئی واٹ رونگ نہیں کہتے تھے وہ۔</w:t>
      </w:r>
    </w:p>
    <w:p>
      <w:r>
        <w:rPr>
          <w:b/>
        </w:rPr>
        <w:t xml:space="preserve">[1:26:46] </w:t>
      </w:r>
      <w:r>
        <w:t>lola falan lahla ka umar. falan aadmi na hota yani falan aadmi agar mujh ko na batata meri ghalti ko to mein to disoriented ho chuka tha.</w:t>
      </w:r>
    </w:p>
    <w:p>
      <w:pPr>
        <w:jc w:val="right"/>
      </w:pPr>
      <w:r>
        <w:t>لولا فلان لہلہ کا عمر۔ فلاں آدمی نہ ہوتا یعنی فلاں آدمی اگر مجھ کو نہ بتاتا میری غلطی کو تو میں تو ڈسٹرا ہو چکا تھا۔</w:t>
      </w:r>
    </w:p>
    <w:p>
      <w:r>
        <w:rPr>
          <w:b/>
        </w:rPr>
        <w:t xml:space="preserve">[1:26:56] </w:t>
      </w:r>
      <w:r>
        <w:t>itna bara wise aadmi hai mein ne history mein nahi janta kisi ko. itna bara wise aadmi hai. ab bohat bara empire us zamanay mein ban chuka tha us ke woh khalifa thay.</w:t>
      </w:r>
    </w:p>
    <w:p>
      <w:pPr>
        <w:jc w:val="right"/>
      </w:pPr>
      <w:r>
        <w:t>اتنا بڑا وائز آدمی ہے میں نے ہسٹری میں نہیں جانتا کسی کو۔ اتنا بڑا وائز آدمی ہے۔ اب بہت بڑا ایمپائر اس زمانے میں بن چکا تھا اس کے وہ خلیفہ تھے۔</w:t>
      </w:r>
    </w:p>
    <w:p>
      <w:r>
        <w:rPr>
          <w:b/>
        </w:rPr>
        <w:t xml:space="preserve">[1:27:08] </w:t>
      </w:r>
      <w:r>
        <w:t>mein un ka aik aik sunata hoon aap ko. kitna bara wise aadmi tha woh. itna bara wise aadmi george bush mein nahi hai.</w:t>
      </w:r>
    </w:p>
    <w:p>
      <w:pPr>
        <w:jc w:val="right"/>
      </w:pPr>
      <w:r>
        <w:t>میں ان کا ایک ایک سناتا ہوں آپ کو۔ کتنا بڑا وائز آدمی تھا وہ۔ اتنا بڑا وائز آدمی جارج بش میں نہیں ہے۔</w:t>
      </w:r>
    </w:p>
    <w:p>
      <w:r>
        <w:rPr>
          <w:b/>
        </w:rPr>
        <w:t xml:space="preserve">[1:27:20] </w:t>
      </w:r>
      <w:r>
        <w:t>unhon ne kaha ke las al aqil alladhi ya'rif al khair wa sir alladhi ya'rif al khair sirain</w:t>
      </w:r>
    </w:p>
    <w:p>
      <w:pPr>
        <w:jc w:val="right"/>
      </w:pPr>
      <w:r>
        <w:t>انہوں نے کہا کہ لیس العاقل الذی یعرف الخیر وسر الذی یعرف الخیر سرین</w:t>
      </w:r>
    </w:p>
    <w:p>
      <w:r>
        <w:rPr>
          <w:b/>
        </w:rPr>
        <w:t xml:space="preserve">[1:27:29] </w:t>
      </w:r>
      <w:r>
        <w:t>ke wise aadmi woh nahi hai jo jo good aur bad ko jaane.</w:t>
      </w:r>
    </w:p>
    <w:p>
      <w:pPr>
        <w:jc w:val="right"/>
      </w:pPr>
      <w:r>
        <w:t>کہ وائز آدمی وہ نہیں ہے جو جو گڈ اور بیڈ کو جانے۔</w:t>
      </w:r>
    </w:p>
    <w:p>
      <w:r>
        <w:rPr>
          <w:b/>
        </w:rPr>
        <w:t xml:space="preserve">[1:27:36] </w:t>
      </w:r>
      <w:r>
        <w:t>wise aadmi woh hai jo do evil mein se kon sa lesser evil hai us ko jaane. kitni bari wisdom is ke andar hai.</w:t>
      </w:r>
    </w:p>
    <w:p>
      <w:pPr>
        <w:jc w:val="right"/>
      </w:pPr>
      <w:r>
        <w:t>وائز آدمی وہ ہے جو دو ایول میں سے کون سا لیسر ایول ہے اس کو جانے۔ کتنی بڑی وزڈم اس کے اندر ہے۔</w:t>
      </w:r>
    </w:p>
    <w:p>
      <w:r>
        <w:rPr>
          <w:b/>
        </w:rPr>
        <w:t xml:space="preserve">[1:27:46] </w:t>
      </w:r>
      <w:r>
        <w:t>ke is dunya mein aap ko all bad aur all good ka choice nahi hai.</w:t>
      </w:r>
    </w:p>
    <w:p>
      <w:pPr>
        <w:jc w:val="right"/>
      </w:pPr>
      <w:r>
        <w:t>کہ اس دنیا میں آپ کو آل بیڈ اور آل گڈ کا چوائس نہیں ہے۔</w:t>
      </w:r>
    </w:p>
    <w:p>
      <w:r>
        <w:rPr>
          <w:b/>
        </w:rPr>
        <w:t xml:space="preserve">[1:27:53] </w:t>
      </w:r>
      <w:r>
        <w:t>sirf choice kis mein hai ke greater evil ke muqablay mein lesser evil ko le lein aap.</w:t>
      </w:r>
    </w:p>
    <w:p>
      <w:pPr>
        <w:jc w:val="right"/>
      </w:pPr>
      <w:r>
        <w:t>صرف چوائس کس میں ہے کہ گیٹر ایول کے مقابلے میں لیسر ایول کو لے لیں آپ۔</w:t>
      </w:r>
    </w:p>
    <w:p>
      <w:r>
        <w:rPr>
          <w:b/>
        </w:rPr>
        <w:t xml:space="preserve">[1:28:00] </w:t>
      </w:r>
      <w:r>
        <w:t>jis ko dekhiye usi par. kya alexander the great ko dekhiye aap ya george bush ko dekhiye aap napoleon ko dekhiye. sab yahi par yani apne ko distra kiya har aik ne.</w:t>
      </w:r>
    </w:p>
    <w:p>
      <w:pPr>
        <w:jc w:val="right"/>
      </w:pPr>
      <w:r>
        <w:t>جس کو دیکھیے اسی پر۔ کیا الیگزینڈر دی گریٹ کو دیکھیے آپ یا جارج بش کو دیکھیے آپ نیپولین کو دیکھیے۔ سب یہی پر یعنی اپنے کو ڈسٹرا کیا ہر ایک نے۔</w:t>
      </w:r>
    </w:p>
    <w:p>
      <w:r>
        <w:rPr>
          <w:b/>
        </w:rPr>
        <w:t xml:space="preserve">[1:28:13] </w:t>
      </w:r>
      <w:r>
        <w:t>all good lene ke liye daure. aur phir woh na pa sake woh khatam ho gaye. napoleon, hitler, george bush.</w:t>
      </w:r>
    </w:p>
    <w:p>
      <w:pPr>
        <w:jc w:val="right"/>
      </w:pPr>
      <w:r>
        <w:t>آل گڈ لینے کے لیے دوڑے۔ اور پھر وہ نہ پا سکے وہ ختم ہو گئے۔ نیپولین، ہٹلر، جارج بش۔</w:t>
      </w:r>
    </w:p>
    <w:p>
      <w:r>
        <w:rPr>
          <w:b/>
        </w:rPr>
        <w:t xml:space="preserve">[1:28:23] </w:t>
      </w:r>
      <w:r>
        <w:t>jis ko bhi dekhiye one to all.</w:t>
      </w:r>
    </w:p>
    <w:p>
      <w:pPr>
        <w:jc w:val="right"/>
      </w:pPr>
      <w:r>
        <w:t>جس کو بھی دیکھیے ون ٹو آل۔</w:t>
      </w:r>
    </w:p>
    <w:p>
      <w:r>
        <w:rPr>
          <w:b/>
        </w:rPr>
        <w:t xml:space="preserve">[1:28:25] </w:t>
      </w:r>
      <w:r>
        <w:t>yahan tak ke ab plato aur aristotle. is is cheez ko nahi discover kar saka koi aadmi poori poori history mein yahan se baat hoti hai.</w:t>
      </w:r>
    </w:p>
    <w:p>
      <w:pPr>
        <w:jc w:val="right"/>
      </w:pPr>
      <w:r>
        <w:t>یہاں تک کہ اب پلیٹو اور ارسٹارٹل۔ اس اس چیز کو نہیں ڈسکور کر سکا کوئی آدمی پوری پوری ہسٹری میں یہاں سے بات ہوتی ہے۔</w:t>
      </w:r>
    </w:p>
    <w:p>
      <w:r>
        <w:rPr>
          <w:b/>
        </w:rPr>
        <w:t xml:space="preserve">[1:28:36] </w:t>
      </w:r>
      <w:r>
        <w:t>ke is dunya mein hamari jo choice hai woh all good aur all bad ke beech mein nahi hai. woh greater evil aur lesser evil ke beech mein hai. lesser evil ko le lo ta ke tum greater evil se bach jao.</w:t>
      </w:r>
    </w:p>
    <w:p>
      <w:pPr>
        <w:jc w:val="right"/>
      </w:pPr>
      <w:r>
        <w:t>کہ اس دنیا میں ہماری جو چوائس ہے وہ آل گڈ اور آل بیڈ کے بیچ میں نہیں ہے۔ وہ گیٹر ایول اور لیسر ایول کے بیچ میں ہے۔ لیسر ایول کو لے لو تاکہ تم گیٹر ایول سے بچ جاؤ۔</w:t>
      </w:r>
    </w:p>
    <w:p>
      <w:r>
        <w:rPr>
          <w:b/>
        </w:rPr>
        <w:t xml:space="preserve">[1:28:51] </w:t>
      </w:r>
      <w:r>
        <w:t>yeh wisdom ka pahaar hai yeh.</w:t>
      </w:r>
    </w:p>
    <w:p>
      <w:pPr>
        <w:jc w:val="right"/>
      </w:pPr>
      <w:r>
        <w:t>یہ وزڈم کا پہاڑ ہے یہ۔</w:t>
      </w:r>
    </w:p>
    <w:p>
      <w:r>
        <w:rPr>
          <w:b/>
        </w:rPr>
        <w:t xml:space="preserve">[1:28:56] </w:t>
      </w:r>
      <w:r>
        <w:t>wisdom ka pahaar hai yeh lekin koi janta nahi hai is ko.</w:t>
      </w:r>
    </w:p>
    <w:p>
      <w:pPr>
        <w:jc w:val="right"/>
      </w:pPr>
      <w:r>
        <w:t>وزڈم کا پہاڑ ہے یہ لیکن کوئی جانتا نہیں ہے اس کو۔</w:t>
      </w:r>
    </w:p>
    <w:p>
      <w:r>
        <w:rPr>
          <w:b/>
        </w:rPr>
        <w:t xml:space="preserve">[1:29:02] </w:t>
      </w:r>
      <w:r>
        <w:t>to woh jo itna ziyada wise bane us ki wajah yahi in ka raaz yahi tha ke i what wrong kehna jante thay woh. hota kya hai dekhiye. ke i what wrong keh kar aap apne ko bachate hain is se.</w:t>
      </w:r>
    </w:p>
    <w:p>
      <w:pPr>
        <w:jc w:val="right"/>
      </w:pPr>
      <w:r>
        <w:t>تو وہ جو اتنا زیادہ وائز بنے اس کی وجہ یہی ان کا راز یہی تھا کہ آئی واٹ رونگ کہنا جانتے تھے وہ۔ ہوتا کیا ہے دیکھیے۔ کہ آئی واٹ رونگ کہہ کر آپ اپنے کو بچاتے ہیں اس سے۔</w:t>
      </w:r>
    </w:p>
    <w:p>
      <w:r>
        <w:rPr>
          <w:b/>
        </w:rPr>
        <w:t xml:space="preserve">[1:29:14] </w:t>
      </w:r>
      <w:r>
        <w:t>ta ke mind unfold hone ka process ruk jaye.</w:t>
      </w:r>
    </w:p>
    <w:p>
      <w:pPr>
        <w:jc w:val="right"/>
      </w:pPr>
      <w:r>
        <w:t>تاکہ مائنڈ انفولڈ ہونے کا پراسیس رک جائے۔</w:t>
      </w:r>
    </w:p>
    <w:p>
      <w:r>
        <w:rPr>
          <w:b/>
        </w:rPr>
        <w:t xml:space="preserve">[1:29:19] </w:t>
      </w:r>
      <w:r>
        <w:t>unfolding ka jo process hai aap ke mind mein. woh dead stop ho jata hai jab aap all all i what wrong na keh sakein.</w:t>
      </w:r>
    </w:p>
    <w:p>
      <w:pPr>
        <w:jc w:val="right"/>
      </w:pPr>
      <w:r>
        <w:t>انفولڈنگ کا جو پراسیس ہے آپ کے مائنڈ میں۔ وہ ڈیڈ اسٹاپ ہو جاتا ہے جب آپ آل آل آئی واٹ رونگ نہ کہہ سکیں۔</w:t>
      </w:r>
    </w:p>
    <w:p>
      <w:r>
        <w:rPr>
          <w:b/>
        </w:rPr>
        <w:t xml:space="preserve">[1:29:31] </w:t>
      </w:r>
      <w:r>
        <w:t>all i what wrong kehte hi woh unfolding ka process jo hai chalne lagta hai.</w:t>
      </w:r>
    </w:p>
    <w:p>
      <w:pPr>
        <w:jc w:val="right"/>
      </w:pPr>
      <w:r>
        <w:t>آل آئی واٹ رونگ کہتے ہی وہ انفولڈنگ کا پراسیس جو ہے چلنے لگتا ہے۔</w:t>
      </w:r>
    </w:p>
    <w:p>
      <w:r>
        <w:rPr>
          <w:b/>
        </w:rPr>
        <w:t xml:space="preserve">[1:29:37] </w:t>
      </w:r>
      <w:r>
        <w:t>to sab se bari cheez meri zindagi mein jo hai woh kya hai woh ke jo nature ne mujhe diya hai yeh mind. itna bara mind itna bara mind jo diya hai khuda ne.</w:t>
      </w:r>
    </w:p>
    <w:p>
      <w:pPr>
        <w:jc w:val="right"/>
      </w:pPr>
      <w:r>
        <w:t>تو سب سے بڑی چیز میری زندگی میں جو ہے وہ کیا ہے وہ کہ جو نیچر نے مجھے دیا ہے یہ مائنڈ۔ اتنا بڑا مائنڈ اتنا بڑا مائنڈ جو دیا ہے خدا نے۔</w:t>
      </w:r>
    </w:p>
    <w:p>
      <w:r>
        <w:rPr>
          <w:b/>
        </w:rPr>
        <w:t xml:space="preserve">[1:29:49] </w:t>
      </w:r>
      <w:r>
        <w:t>ke billion billion billion article is mind mein bhare hue hain.</w:t>
      </w:r>
    </w:p>
    <w:p>
      <w:pPr>
        <w:jc w:val="right"/>
      </w:pPr>
      <w:r>
        <w:t>کہ بلین بلین بلین آرٹیکل اس مائنڈ میں بھرے ہوئے ہیں۔</w:t>
      </w:r>
    </w:p>
    <w:p>
      <w:r>
        <w:rPr>
          <w:b/>
        </w:rPr>
        <w:t xml:space="preserve">[1:29:55] </w:t>
      </w:r>
      <w:r>
        <w:t>ek scientist ne likha hai ke aal pin jo hoti hai aal pin us ka jo us ka jo us ka jo woh jo nok jo hota hai. kitna kam hota hai woh to bohat hi kam.</w:t>
      </w:r>
    </w:p>
    <w:p>
      <w:pPr>
        <w:jc w:val="right"/>
      </w:pPr>
      <w:r>
        <w:t>ایک سائنٹسٹ نے لکھا ہے کہ آل پن جو ہوتی ہے آل پن اس کا جو اس کا جو اس کا جو وہ جو نوک جو ہوتا ہے۔ کتنا کم ہوتا ہے وہ تو بہت ہی کم۔</w:t>
      </w:r>
    </w:p>
    <w:p>
      <w:r>
        <w:rPr>
          <w:b/>
        </w:rPr>
        <w:t xml:space="preserve">[1:30:05] </w:t>
      </w:r>
      <w:r>
        <w:t>wahan par ek million interactions yani woh ten million interactions hote hain har second.</w:t>
      </w:r>
    </w:p>
    <w:p>
      <w:pPr>
        <w:jc w:val="right"/>
      </w:pPr>
      <w:r>
        <w:t>وہاں پر ایک ملین انٹریکشنز یعنی وہ ٹین ملین انٹریکشن ہوتے ہیں ہر سیکنڈ۔</w:t>
      </w:r>
    </w:p>
    <w:p>
      <w:r>
        <w:rPr>
          <w:b/>
        </w:rPr>
        <w:t xml:space="preserve">[1:30:17] </w:t>
      </w:r>
      <w:r>
        <w:t>ab dekhen kitna bara process mind mein jaari rehta hai.</w:t>
      </w:r>
    </w:p>
    <w:p>
      <w:pPr>
        <w:jc w:val="right"/>
      </w:pPr>
      <w:r>
        <w:t>اب دیکھیں کتنا بڑا پراسیس مائنڈ میں جاری رہتا ہے۔</w:t>
      </w:r>
    </w:p>
    <w:p>
      <w:r>
        <w:rPr>
          <w:b/>
        </w:rPr>
        <w:t xml:space="preserve">[1:30:21] </w:t>
      </w:r>
      <w:r>
        <w:t>to main yeh kahunga ke ek award mein ke sab se bara raaz jo hai woh hai jaanna. ke mere andar khuda ne unlimited potential diya hai. aur yeh jaanna ke is is is mind ko unfold karne ka jo process hai.</w:t>
      </w:r>
    </w:p>
    <w:p>
      <w:pPr>
        <w:jc w:val="right"/>
      </w:pPr>
      <w:r>
        <w:t>تو میں یہ کہوں گا کہ ایک ایوارڈ میں کہ سب سے بڑا راز جو ہے وہ ہے جاننا۔ کہ میرے اندر خدا نے ان لمیٹڈ پوٹینشل دیا ہے۔ اور یہ جاننا کہ اس اس اس مائنڈ کو انفولڈ کرنے کا جو پراسیس ہے۔</w:t>
      </w:r>
    </w:p>
    <w:p>
      <w:r>
        <w:rPr>
          <w:b/>
        </w:rPr>
        <w:t xml:space="preserve">[1:30:35] </w:t>
      </w:r>
      <w:r>
        <w:t>is ko non stop chalte rehne ka sab se bara formula hai yeh kehna i was wrong i was wrong. lekin aaj kal kya hai sab yahi culture mein jeete hain sab nahi culture mein.</w:t>
      </w:r>
    </w:p>
    <w:p>
      <w:pPr>
        <w:jc w:val="right"/>
      </w:pPr>
      <w:r>
        <w:t>اس کو نان اسٹاپ چلتے رہنے کا سب سے بڑا فارمولا ہے یہ کہنا آئی واٹ رونگ آئی واٹ رونگ۔ لیکن آج کل کیا ہے سب یہی کلچر میں جیتے ہیں سب نہیں کلچر میں۔</w:t>
      </w:r>
    </w:p>
    <w:p>
      <w:r>
        <w:rPr>
          <w:b/>
        </w:rPr>
        <w:t xml:space="preserve">[1:30:45] </w:t>
      </w:r>
      <w:r>
        <w:t>to sab door bane hue hain. yeh saari duniya intellectual door se bhari hui hai.</w:t>
      </w:r>
    </w:p>
    <w:p>
      <w:pPr>
        <w:jc w:val="right"/>
      </w:pPr>
      <w:r>
        <w:t>تو سب ڈور بنے ہوئے ہیں۔ یہ ساری دنیا انٹلیکچول ڈور سے بھری ہوئی ہے۔</w:t>
      </w:r>
    </w:p>
    <w:p>
      <w:r>
        <w:rPr>
          <w:b/>
        </w:rPr>
        <w:t xml:space="preserve">[1:30:51] </w:t>
      </w:r>
      <w:r>
        <w:t>puri puri duniya yahan se le kar america tak main keh sakta hoon ke intellectual door se bhari hui hai. door bone. kyun?</w:t>
      </w:r>
    </w:p>
    <w:p>
      <w:pPr>
        <w:jc w:val="right"/>
      </w:pPr>
      <w:r>
        <w:t>پوری پوری دنیا یہاں سے لے کر امریکہ تک میں کہہ سکتا ہوں کہ انٹلیکچول ڈور سے بھری ہوئی ہے۔ ڈور بونے۔ کیوں؟</w:t>
      </w:r>
    </w:p>
    <w:p>
      <w:r>
        <w:rPr>
          <w:b/>
        </w:rPr>
        <w:t xml:space="preserve">[1:30:59] </w:t>
      </w:r>
      <w:r>
        <w:t>sab nahi culture mein jeete hain. nahi mein jeete hain to un ka unfolding nahi ho paati un ki. itna potential le kar ke bhi mar jaate hain isi.</w:t>
      </w:r>
    </w:p>
    <w:p>
      <w:pPr>
        <w:jc w:val="right"/>
      </w:pPr>
      <w:r>
        <w:t>سب نہیں کلچر میں جیتے ہیں۔ نہیں میں جیتے ہیں تو ان کا انفولڈنگ نہیں ہو پاتی ان کی۔ اتنا پوٹینشل لے کر کے بھی مر جاتے ہیں اسی۔</w:t>
      </w:r>
    </w:p>
    <w:p>
      <w:r>
        <w:rPr>
          <w:b/>
        </w:rPr>
        <w:t xml:space="preserve">[1:31:11] </w:t>
      </w:r>
      <w:r>
        <w:t>yani intellectual giant ka potential le kar aate hain. aur intellectual door bhar ke bharte hain. yeh hai sad story of our world.</w:t>
      </w:r>
    </w:p>
    <w:p>
      <w:pPr>
        <w:jc w:val="right"/>
      </w:pPr>
      <w:r>
        <w:t>یعنی انٹلیکچول جائنٹ کا پوٹینشل لے کر آتے ہیں۔ اور انٹلیکچول ڈور بھر کے بھرتے ہیں۔ یہ ہے سیڈ اسٹوری آف اور ورلڈ۔</w:t>
      </w:r>
    </w:p>
    <w:p>
      <w:r>
        <w:rPr>
          <w:b/>
        </w:rPr>
        <w:t xml:space="preserve">[1:31:23] </w:t>
      </w:r>
      <w:r>
        <w:t>this question is from shahbaz nadvi. inter religious marriages are forbidden in islam. can you please give us the logic of this?</w:t>
      </w:r>
    </w:p>
    <w:p>
      <w:pPr>
        <w:jc w:val="right"/>
      </w:pPr>
      <w:r>
        <w:t>دس کوئسچن از فرام شہباز ندوی۔ انٹر ریلیجس میریجز آر فاربیڈن ان اسلام۔ کین یو پلیز گیو اس دا لاجک آف دس؟</w:t>
      </w:r>
    </w:p>
    <w:p>
      <w:r>
        <w:rPr>
          <w:b/>
        </w:rPr>
        <w:t xml:space="preserve">[1:31:36] </w:t>
      </w:r>
      <w:r>
        <w:t>bohat hi simple logic hai.</w:t>
      </w:r>
    </w:p>
    <w:p>
      <w:pPr>
        <w:jc w:val="right"/>
      </w:pPr>
      <w:r>
        <w:t>بہت ہی سمپل لاجک ہے۔</w:t>
      </w:r>
    </w:p>
    <w:p>
      <w:r>
        <w:rPr>
          <w:b/>
        </w:rPr>
        <w:t xml:space="preserve">[1:31:42] </w:t>
      </w:r>
      <w:r>
        <w:t>inter religiecy ki baat nahi hai yeh baat bataoon. basically woh inter culture ki baat hai.</w:t>
      </w:r>
    </w:p>
    <w:p>
      <w:pPr>
        <w:jc w:val="right"/>
      </w:pPr>
      <w:r>
        <w:t>انٹر ریلیجسی کی بات نہیں ہے یہ بات بتاؤں۔ بیسیکلی وہ انٹر کلچر کی بات ہے۔</w:t>
      </w:r>
    </w:p>
    <w:p>
      <w:r>
        <w:rPr>
          <w:b/>
        </w:rPr>
        <w:t xml:space="preserve">[1:31:48] </w:t>
      </w:r>
      <w:r>
        <w:t>khud musalmanon mein bhi do culture agar hon. do culture ka aadmi. matlab ek educated family hai. ek jo hai woh woh woh jahan education nahi hai woh family hai.</w:t>
      </w:r>
    </w:p>
    <w:p>
      <w:pPr>
        <w:jc w:val="right"/>
      </w:pPr>
      <w:r>
        <w:t>خود مسلمانوں میں بھی دو کلچر اگر ہوں۔ دو کلچر کا آدمی۔ مطلب ایک ایجوکیٹڈ فیملی ہے۔ ایک جو ہے وہ وہ وہ جہاں ایجوکیشن نہیں ہے وہ فیملی ہے۔</w:t>
      </w:r>
    </w:p>
    <w:p>
      <w:r>
        <w:rPr>
          <w:b/>
        </w:rPr>
        <w:t xml:space="preserve">[1:32:00] </w:t>
      </w:r>
      <w:r>
        <w:t>unhon ne shadi kar di aap jaldi woh jhagda jhagda bana rehta hai. main khud apni family mein jaanta hoon is qisse ko. ji haan.</w:t>
      </w:r>
    </w:p>
    <w:p>
      <w:pPr>
        <w:jc w:val="right"/>
      </w:pPr>
      <w:r>
        <w:t>انہوں نے شادی کر دی آپ جلدی وہ جھگڑا جھگڑا بنا رہتا ہے۔ میں خود اپنی فیملی میں جانتا ہوں اس قصے کو۔ جی ہاں۔</w:t>
      </w:r>
    </w:p>
    <w:p>
      <w:r>
        <w:rPr>
          <w:b/>
        </w:rPr>
        <w:t xml:space="preserve">[1:32:10] </w:t>
      </w:r>
      <w:r>
        <w:t>to cheez hai ke har aadmi basically woh ek culture is ka hota hai isi mein jeeta</w:t>
      </w:r>
    </w:p>
    <w:p>
      <w:pPr>
        <w:jc w:val="right"/>
      </w:pPr>
      <w:r>
        <w:t>تو چیز ہے کہ ہر آدمی بیسیکلی وہ ایک کلچر اس کا ہوتا ہے اسی میں جیتا</w:t>
      </w:r>
    </w:p>
    <w:p>
      <w:r>
        <w:rPr>
          <w:b/>
        </w:rPr>
        <w:t xml:space="preserve">[1:32:17] </w:t>
      </w:r>
      <w:r>
        <w:t>hai woh. har aadmi mister culture hota hai. yani har shadi between two culture hoti hai har shadi. chahe muslim muslim ho ya muslim non muslim ho yaad rakhiye is ko.</w:t>
      </w:r>
    </w:p>
    <w:p>
      <w:pPr>
        <w:jc w:val="right"/>
      </w:pPr>
      <w:r>
        <w:t>ہے وہ۔ ہر آدمی مسٹر کلچر ہوتا ہے۔ یعنی ہر شادی بٹوین ٹو کلچر ہوتی ہے ہر شادی۔ چاہے مسلم مسلم ہو یا مسلم نان مسلم ہو یاد رکھیے اس کو۔</w:t>
      </w:r>
    </w:p>
    <w:p>
      <w:r>
        <w:rPr>
          <w:b/>
        </w:rPr>
        <w:t xml:space="preserve">[1:32:30] </w:t>
      </w:r>
      <w:r>
        <w:t>muslim muslim ho ya muslim aur non muslim ke beech mein ho. har qadar woh hoti hai inter culture marriage.</w:t>
      </w:r>
    </w:p>
    <w:p>
      <w:pPr>
        <w:jc w:val="right"/>
      </w:pPr>
      <w:r>
        <w:t>مسلم مسلم ہو یا مسلم اور نان مسلم کے بیچ میں ہو۔ ہر قدر وہ ہوتی ہے انٹر کلچر میریج۔</w:t>
      </w:r>
    </w:p>
    <w:p>
      <w:r>
        <w:rPr>
          <w:b/>
        </w:rPr>
        <w:t xml:space="preserve">[1:32:39] </w:t>
      </w:r>
      <w:r>
        <w:t>to isi liye fiqah hanfi mein yeh yeh shart hai yeh condition hai ke kuf ki kuf ki condition hai kuf.</w:t>
      </w:r>
    </w:p>
    <w:p>
      <w:pPr>
        <w:jc w:val="right"/>
      </w:pPr>
      <w:r>
        <w:t>تو اسی لیے فقہ حنفی میں یہ یہ شرط ہے یہ کنڈیشن ہے کہ کف کی کف کی کنڈیشن ہے کف۔</w:t>
      </w:r>
    </w:p>
    <w:p>
      <w:r>
        <w:rPr>
          <w:b/>
        </w:rPr>
        <w:t xml:space="preserve">[1:32:50] </w:t>
      </w:r>
      <w:r>
        <w:t>kuf kehte hain is ko yani barabari. cultural barabari. to main samajhta hoon ke masla yeh hai ke aap kar ke dekh lijiye shadi chalegi nahi.</w:t>
      </w:r>
    </w:p>
    <w:p>
      <w:pPr>
        <w:jc w:val="right"/>
      </w:pPr>
      <w:r>
        <w:t>کف کہتے ہیں اس کو یعنی برابری۔ کلچرل برابری۔ تو میں سمجھتا ہوں کہ مسئلہ یہ ہے کہ آپ کر کے دیکھ لیجیے شادی چلے گی نہیں۔</w:t>
      </w:r>
    </w:p>
    <w:p>
      <w:r>
        <w:rPr>
          <w:b/>
        </w:rPr>
        <w:t xml:space="preserve">[1:33:01] </w:t>
      </w:r>
      <w:r>
        <w:t>main ne ek padha tha ek article islamic review ek percha nikalta hai. woh aata hai mere paas. to</w:t>
      </w:r>
    </w:p>
    <w:p>
      <w:pPr>
        <w:jc w:val="right"/>
      </w:pPr>
      <w:r>
        <w:t>میں نے ایک پڑھا تھا ایک آرٹیکل اسلامک ریویو ایک پرچہ نکلتا ہے۔ وہ آتا ہے میرے پاس۔ تو</w:t>
      </w:r>
    </w:p>
    <w:p>
      <w:r>
        <w:rPr>
          <w:b/>
        </w:rPr>
        <w:t xml:space="preserve">[1:33:10] </w:t>
      </w:r>
      <w:r>
        <w:t>is mein ek aurat ne likha tha galbert is ka naam tha. ek british ladki galbert. galbert ne shadi ki ek pakistani ladke se.</w:t>
      </w:r>
    </w:p>
    <w:p>
      <w:pPr>
        <w:jc w:val="right"/>
      </w:pPr>
      <w:r>
        <w:t>اس میں ایک عورت نے لکھا تھا گالبرت اس کا نام تھا۔ ایک برٹش لڑکی گالبرت۔ گالبرت نے شادی کی ایک پاکستانی لڑکے سے۔</w:t>
      </w:r>
    </w:p>
    <w:p>
      <w:r>
        <w:rPr>
          <w:b/>
        </w:rPr>
        <w:t xml:space="preserve">[1:33:21] </w:t>
      </w:r>
      <w:r>
        <w:t>galbert paida hui christian. aur yeh tha pakistani. us ne is mein likha tha ke main ne yeh ghalti ki hai aap koi ghalti yeh na karen.</w:t>
      </w:r>
    </w:p>
    <w:p>
      <w:pPr>
        <w:jc w:val="right"/>
      </w:pPr>
      <w:r>
        <w:t>گالبرت پیدا ہوئی کرسچن۔ اور یہ تھا پاکستانی۔ اس نے اس میں لکھا تھا کہ میں نے یہ غلطی کی ہے آپ کوئی غلطی یہ نہ کریں۔</w:t>
      </w:r>
    </w:p>
    <w:p>
      <w:r>
        <w:rPr>
          <w:b/>
        </w:rPr>
        <w:t xml:space="preserve">[1:33:32] </w:t>
      </w:r>
      <w:r>
        <w:t>kyun ke mera culture doosra hai is ka culture doosra hai har waqt jhagda laga rehta hai dono ka.</w:t>
      </w:r>
    </w:p>
    <w:p>
      <w:pPr>
        <w:jc w:val="right"/>
      </w:pPr>
      <w:r>
        <w:t>کیونکہ میرا کلچر دوسرا ہے اس کا کلچر دوسرا ہے ہر وقت جھگڑا لگا رہتا ہے دونوں کا۔</w:t>
      </w:r>
    </w:p>
    <w:p>
      <w:r>
        <w:rPr>
          <w:b/>
        </w:rPr>
        <w:t xml:space="preserve">[1:33:39] </w:t>
      </w:r>
      <w:r>
        <w:t>to basic baat</w:t>
      </w:r>
    </w:p>
    <w:p>
      <w:pPr>
        <w:jc w:val="right"/>
      </w:pPr>
      <w:r>
        <w:t>تو بیسک بات</w:t>
      </w:r>
    </w:p>
    <w:p>
      <w:r>
        <w:rPr>
          <w:b/>
        </w:rPr>
        <w:t xml:space="preserve">[1:33:43] </w:t>
      </w:r>
      <w:r>
        <w:t>yeh hai ke do different culture mein shadi kabhi marti nahi.</w:t>
      </w:r>
    </w:p>
    <w:p>
      <w:pPr>
        <w:jc w:val="right"/>
      </w:pPr>
      <w:r>
        <w:t>یہ ہے کہ دو ڈفرنٹ کلچر میں شادی کبھی نپتی نہیں۔</w:t>
      </w:r>
    </w:p>
    <w:p>
      <w:r>
        <w:rPr>
          <w:b/>
        </w:rPr>
        <w:t xml:space="preserve">[1:33:52] </w:t>
      </w:r>
      <w:r>
        <w:t>exception ho to ho. lekin general rule jo hai wohi hai ke do culture ke beech mein shadi nibhti nahin. aur shadi har nibah ke liye. shadi sach mein to nibah ke liye hai.</w:t>
      </w:r>
    </w:p>
    <w:p>
      <w:pPr>
        <w:jc w:val="right"/>
      </w:pPr>
      <w:r>
        <w:t>ایکسیپشن ہو تو ہو۔ لیکن جنرل رول جو ہے وہ یہی ہے کہ دو کلچر کے بیچ میں شادی نپتی نہیں۔ اور شادی ہر نباہ کے لیے۔ شادی سچ میں تو نباہ کے لیے ہے۔</w:t>
      </w:r>
    </w:p>
    <w:p>
      <w:r>
        <w:rPr>
          <w:b/>
        </w:rPr>
        <w:t xml:space="preserve">[1:34:05] </w:t>
      </w:r>
      <w:r>
        <w:t>magar nibah ke shadi ka koi faida nahin.</w:t>
      </w:r>
    </w:p>
    <w:p>
      <w:pPr>
        <w:jc w:val="right"/>
      </w:pPr>
      <w:r>
        <w:t>مگر نباہ کے شادی کا کوئی فائدہ نہیں۔</w:t>
      </w:r>
    </w:p>
    <w:p>
      <w:r>
        <w:rPr>
          <w:b/>
        </w:rPr>
        <w:t xml:space="preserve">[1:34:08] </w:t>
      </w:r>
      <w:r>
        <w:t>yeh poori poori life partner bana sakein aap kisi ko. tabhi is ka faida hai. beech mein break ho jaye jhagda phansata rahe woh idhar rahe woh idhar rahe.</w:t>
      </w:r>
    </w:p>
    <w:p>
      <w:pPr>
        <w:jc w:val="right"/>
      </w:pPr>
      <w:r>
        <w:t>یہ پوری پوری لائف پارٹنر بنا سکیں آپ کسی کو۔ تبھی اس کا فائدہ ہے۔ بیچ میں بریک ہو جائے جھگڑا پھنساتا رہے وہ ادھر رہے وہ ادھر رہے۔</w:t>
      </w:r>
    </w:p>
    <w:p>
      <w:r>
        <w:rPr>
          <w:b/>
        </w:rPr>
        <w:t xml:space="preserve">[1:34:17] </w:t>
      </w:r>
      <w:r>
        <w:t>to shadi ka koi matlab nahin hai. to shadi ka matlab hai nibah hona. aur nibah hone ki zaroorat nahin ke do different culture mein shadi aap karenge to nibah nahin hoga.</w:t>
      </w:r>
    </w:p>
    <w:p>
      <w:pPr>
        <w:jc w:val="right"/>
      </w:pPr>
      <w:r>
        <w:t>تو شادی کا کوئی مطلب نہیں ہے۔ تو شادی کا مطلب ہے نباہ ہونا۔ اور نباہ ہونے کی ضرورت نہیں کہ دو ڈفرنٹ کلچر میں شادی آپ کریں گے تو نباہ نہیں ہوگا۔</w:t>
      </w:r>
    </w:p>
    <w:p>
      <w:r>
        <w:rPr>
          <w:b/>
        </w:rPr>
        <w:t xml:space="preserve">[1:34:30] </w:t>
      </w:r>
      <w:r>
        <w:t>to islam is par zor deta hai ke shadi mein nibah zaroori hai. main samajhta hoon ke yeh hai asal</w:t>
      </w:r>
    </w:p>
    <w:p>
      <w:pPr>
        <w:jc w:val="right"/>
      </w:pPr>
      <w:r>
        <w:t>تو اسلام اس پر زور دیتا ہے کہ شادی میں نباہ ضروری ہے۔ میں سمجھتا ہوں کہ یہ ہے اصل</w:t>
      </w:r>
    </w:p>
    <w:p>
      <w:r>
        <w:rPr>
          <w:b/>
        </w:rPr>
        <w:t xml:space="preserve">[1:34:37] </w:t>
      </w:r>
      <w:r>
        <w:t>wajah. 10 question is from doctor farida khanum. can anyone of us become an Einstein or Newton?</w:t>
      </w:r>
    </w:p>
    <w:p>
      <w:pPr>
        <w:jc w:val="right"/>
      </w:pPr>
      <w:r>
        <w:t>وجہ۔ دس کوئسچن از فرام ڈاکٹر فریدہ خانم۔ کین اینی ون آف اس بیکم این آئنسٹائن اور نیوٹن؟</w:t>
      </w:r>
    </w:p>
    <w:p>
      <w:r>
        <w:rPr>
          <w:b/>
        </w:rPr>
        <w:t xml:space="preserve">[1:34:46] </w:t>
      </w:r>
      <w:r>
        <w:t>if we strictly keep ourselves away from all kinds of distractions? certainly.</w:t>
      </w:r>
    </w:p>
    <w:p>
      <w:pPr>
        <w:jc w:val="right"/>
      </w:pPr>
      <w:r>
        <w:t>اف وی سٹرکٹلی کیپ اور سیلز اوے فرام آل کائنڈز آف ڈسٹریکشنز؟ سرٹینلی۔</w:t>
      </w:r>
    </w:p>
    <w:p>
      <w:r>
        <w:rPr>
          <w:b/>
        </w:rPr>
        <w:t xml:space="preserve">[1:35:00] </w:t>
      </w:r>
      <w:r>
        <w:t>lekin dekhiye Newton banne ka matlab nahin ke star war banna.</w:t>
      </w:r>
    </w:p>
    <w:p>
      <w:pPr>
        <w:jc w:val="right"/>
      </w:pPr>
      <w:r>
        <w:t>لیکن دیکھیے نیوٹن بننے کا مطلب نہیں کہ اسٹار وار بننا۔</w:t>
      </w:r>
    </w:p>
    <w:p>
      <w:r>
        <w:rPr>
          <w:b/>
        </w:rPr>
        <w:t xml:space="preserve">[1:35:05] </w:t>
      </w:r>
      <w:r>
        <w:t>har aadmi top ka star war nahin ban sakta. yeh main nahin manta. different field mein woh Newton jaisa kaam kar sakta hai.</w:t>
      </w:r>
    </w:p>
    <w:p>
      <w:pPr>
        <w:jc w:val="right"/>
      </w:pPr>
      <w:r>
        <w:t>ہر آدمی ٹاپ کا اسٹار وار نہیں بن سکتا۔ یہ میں نہیں مانتا۔ ڈفرنٹ فیلڈ میں وہ نیوٹن جیسا کام کر سکتا ہے۔</w:t>
      </w:r>
    </w:p>
    <w:p>
      <w:r>
        <w:rPr>
          <w:b/>
        </w:rPr>
        <w:t xml:space="preserve">[1:35:16] </w:t>
      </w:r>
      <w:r>
        <w:t>har aadmi ki field alag alag hai. to Newton aur Einstein jo hai har aadmi ban sakta hai lekin apne field mein.</w:t>
      </w:r>
    </w:p>
    <w:p>
      <w:pPr>
        <w:jc w:val="right"/>
      </w:pPr>
      <w:r>
        <w:t>ہر آدمی کی فیلڈ الگ الگ ہے۔ تو نیوٹن اور آئنسٹائن جو ہے ہر آدمی بن سکتا ہے لیکن اپنے فیلڈ میں۔</w:t>
      </w:r>
    </w:p>
    <w:p>
      <w:r>
        <w:rPr>
          <w:b/>
        </w:rPr>
        <w:t xml:space="preserve">[1:35:27] </w:t>
      </w:r>
      <w:r>
        <w:t>apne field mein.</w:t>
      </w:r>
    </w:p>
    <w:p>
      <w:pPr>
        <w:jc w:val="right"/>
      </w:pPr>
      <w:r>
        <w:t>اپنے فیلڈ میں۔</w:t>
      </w:r>
    </w:p>
    <w:p>
      <w:r>
        <w:rPr>
          <w:b/>
        </w:rPr>
        <w:t xml:space="preserve">[1:35:32] </w:t>
      </w:r>
      <w:r>
        <w:t>mera apna baat yeh manna hai ke kisi bhi aadmi ko khuda ne deprived nahin kiya. har aadmi ko khuda ne koi bohat special secrecy di hai sir special secrecy.</w:t>
      </w:r>
    </w:p>
    <w:p>
      <w:pPr>
        <w:jc w:val="right"/>
      </w:pPr>
      <w:r>
        <w:t>میرا اپنا بات یہ ماننا ہے کہ کسی بھی آدمی کو خدا نے ڈیپرائیو نہیں کیا۔ ہر آدمی کو خدا نے کوئی بہت اسپیشل سیکریسٹی دی ہے سر اسپیشل سیکریسٹی۔</w:t>
      </w:r>
    </w:p>
    <w:p>
      <w:r>
        <w:rPr>
          <w:b/>
        </w:rPr>
        <w:t xml:space="preserve">[1:35:42] </w:t>
      </w:r>
      <w:r>
        <w:t>jaise Newton tha. Newton mein kya cheez thi special secrecy? woh tha bohat ziyada concentration.</w:t>
      </w:r>
    </w:p>
    <w:p>
      <w:pPr>
        <w:jc w:val="right"/>
      </w:pPr>
      <w:r>
        <w:t>جیسے نیوٹن تھا۔ نیوٹن میں کیا چیز تھی اسپیشل سیکریسٹی؟ وہ تھا بہت زیادہ کنسنٹریشن۔</w:t>
      </w:r>
    </w:p>
    <w:p>
      <w:r>
        <w:rPr>
          <w:b/>
        </w:rPr>
        <w:t xml:space="preserve">[1:35:53] </w:t>
      </w:r>
      <w:r>
        <w:t>concentration.</w:t>
      </w:r>
    </w:p>
    <w:p>
      <w:pPr>
        <w:jc w:val="right"/>
      </w:pPr>
      <w:r>
        <w:t>کنسنٹریشن۔</w:t>
      </w:r>
    </w:p>
    <w:p>
      <w:r>
        <w:rPr>
          <w:b/>
        </w:rPr>
        <w:t xml:space="preserve">[1:35:56] </w:t>
      </w:r>
      <w:r>
        <w:t>to Newton ko kaha jata tha bull giddar kaha jata tha. bull giddar. ke kisi cheez ko bohat hi dhyan kar ke dekhna. bohat hi ziyada dhyan kar ke.</w:t>
      </w:r>
    </w:p>
    <w:p>
      <w:pPr>
        <w:jc w:val="right"/>
      </w:pPr>
      <w:r>
        <w:t>تو نیوٹن کو کہا جاتا تھا بول گیدرر کہا جاتا تھا۔ بول گیدرر۔ کہ کسی چیز کو بہت ہی دھیان کر کے دیکھنا۔ بہت ہی زیادہ دھیان کر کے۔</w:t>
      </w:r>
    </w:p>
    <w:p>
      <w:r>
        <w:rPr>
          <w:b/>
        </w:rPr>
        <w:t xml:space="preserve">[1:36:06] </w:t>
      </w:r>
      <w:r>
        <w:t>isi mein ek dam gum ho jana. jaise Arjun ka qissa hai ke woh un ko ek chidiya ki baeen aankh dikhai deti thi sirf. woh tha concentration.</w:t>
      </w:r>
    </w:p>
    <w:p>
      <w:pPr>
        <w:jc w:val="right"/>
      </w:pPr>
      <w:r>
        <w:t>اسی میں ایک دم گم ہو جانا۔ جیسے ارجن کا قصہ ہے کہ وہ ان کو ایک چڑیا کی بائیں آنکھ دکھائی دیتی تھی صرف۔ وہ تھا کنسنٹریشن۔</w:t>
      </w:r>
    </w:p>
    <w:p>
      <w:r>
        <w:rPr>
          <w:b/>
        </w:rPr>
        <w:t xml:space="preserve">[1:36:15] </w:t>
      </w:r>
      <w:r>
        <w:t>to agar Newton chala jata hai shadi karne mein. to woh is ka koi kaam nahin tha concentration ka.</w:t>
      </w:r>
    </w:p>
    <w:p>
      <w:pPr>
        <w:jc w:val="right"/>
      </w:pPr>
      <w:r>
        <w:t>تو اگر نیوٹن چلا جاتا ہے شادی کرنے میں۔ تو وہ اس کا کوئی کام نہیں تھا کنسنٹریشن کا۔</w:t>
      </w:r>
    </w:p>
    <w:p>
      <w:r>
        <w:rPr>
          <w:b/>
        </w:rPr>
        <w:t xml:space="preserve">[1:36:23] </w:t>
      </w:r>
      <w:r>
        <w:t>aisi field mein gaya woh jahan koi concentration ka waqatan is ka utilization tha is ka. to taraqqi ki us ne. agar woh shadi karta sport mein chala jata.</w:t>
      </w:r>
    </w:p>
    <w:p>
      <w:pPr>
        <w:jc w:val="right"/>
      </w:pPr>
      <w:r>
        <w:t>ایسی فیلڈ میں گیا وہ جہاں کوئی کنسنٹریشن کا واقعتاً اس کا یوٹیلائزیشن تھا اس کا۔ تو ترقی کی اس نے۔ اگر وہ شادی کرتا اسپورٹ میں چلا جاتا۔</w:t>
      </w:r>
    </w:p>
    <w:p>
      <w:r>
        <w:rPr>
          <w:b/>
        </w:rPr>
        <w:t xml:space="preserve">[1:36:35] </w:t>
      </w:r>
      <w:r>
        <w:t>woh film mein chala jata to is mein is is cheez ka koi istemal nahin tha.</w:t>
      </w:r>
    </w:p>
    <w:p>
      <w:pPr>
        <w:jc w:val="right"/>
      </w:pPr>
      <w:r>
        <w:t>وہ فلم میں چلا جاتا تو اس میں اس اس چیز کا کوئی استعمال نہیں تھا۔</w:t>
      </w:r>
    </w:p>
    <w:p>
      <w:r>
        <w:rPr>
          <w:b/>
        </w:rPr>
        <w:t xml:space="preserve">[1:36:45] </w:t>
      </w:r>
      <w:r>
        <w:t>to aisa hai ke kabhi aisa hota hai ke aadmi by chance is is jagah pahunch jata hai</w:t>
      </w:r>
    </w:p>
    <w:p>
      <w:pPr>
        <w:jc w:val="right"/>
      </w:pPr>
      <w:r>
        <w:t>تو ایسا ہے کہ کبھی ایسا ہوتا ہے کہ آدمی بائی چانس اس اس جگہ پہنچ جاتا ہے</w:t>
      </w:r>
    </w:p>
    <w:p>
      <w:r>
        <w:rPr>
          <w:b/>
        </w:rPr>
        <w:t xml:space="preserve">[1:36:50] </w:t>
      </w:r>
      <w:r>
        <w:t>jaise ke woh jo hai is ka case woh Edison ka case. Edison by chance pahunch gaya wahan. is ko school se nikal diya gaya tha.</w:t>
      </w:r>
    </w:p>
    <w:p>
      <w:pPr>
        <w:jc w:val="right"/>
      </w:pPr>
      <w:r>
        <w:t>جیسے کہ وہ جو ہے اس کا کیس وہ ایڈیسن کا کیس۔ ایڈیسن بائی چانس پہنچ گیا وہاں۔ اس کو اسکول سے نکال دیا گیا تھا۔</w:t>
      </w:r>
    </w:p>
    <w:p>
      <w:r>
        <w:rPr>
          <w:b/>
        </w:rPr>
        <w:t xml:space="preserve">[1:37:01] </w:t>
      </w:r>
      <w:r>
        <w:t>is ko pata nahin tha ke mere andar kya inspiration secrecy hai. by chance wahan pahunch gaya ke invention ki is ke andar quality thi invention. 1 hazar invention kar dale is ne.</w:t>
      </w:r>
    </w:p>
    <w:p>
      <w:pPr>
        <w:jc w:val="right"/>
      </w:pPr>
      <w:r>
        <w:t>اس کو پتہ نہیں تھا کہ میرے اندر کیا انسپیریشن سیکریسٹی ہے۔ بائی چانس وہاں پہنچ گیا کہ انوینشن کی اس کے اندر کوالٹی تھی انوینشن۔ ایک ہزار انوینشن کر ڈالے اس نے۔</w:t>
      </w:r>
    </w:p>
    <w:p>
      <w:r>
        <w:rPr>
          <w:b/>
        </w:rPr>
        <w:t xml:space="preserve">[1:37:13] </w:t>
      </w:r>
      <w:r>
        <w:t>kyun ke kisi scientist ne nahin kiye the.</w:t>
      </w:r>
    </w:p>
    <w:p>
      <w:pPr>
        <w:jc w:val="right"/>
      </w:pPr>
      <w:r>
        <w:t>کیونکہ کسی سائنٹسٹ نے نہیں کیے تھے۔</w:t>
      </w:r>
    </w:p>
    <w:p>
      <w:r>
        <w:rPr>
          <w:b/>
        </w:rPr>
        <w:t xml:space="preserve">[1:37:16] </w:t>
      </w:r>
      <w:r>
        <w:t>to by chance woh wahan pahunch gaya. aur koi janta koi pahunchta hai by discovery. through discovery. khud discover karna chahta hai.</w:t>
      </w:r>
    </w:p>
    <w:p>
      <w:pPr>
        <w:jc w:val="right"/>
      </w:pPr>
      <w:r>
        <w:t>تو بائی چانس وہ وہاں پہنچ گیا۔ اور کوئی جانتا کوئی پہنچتا ہے بائی ڈسکوری۔ تھرو ڈسکوری۔ خود ڈسکور کرنا چاہتا ہے۔</w:t>
      </w:r>
    </w:p>
    <w:p>
      <w:r>
        <w:rPr>
          <w:b/>
        </w:rPr>
        <w:t xml:space="preserve">[1:37:26] </w:t>
      </w:r>
      <w:r>
        <w:t>koi karta hai ke main is kaam ke liye paida kiya gaya hoon. jaise aur koi by chance is jagah pahunch jata hai.</w:t>
      </w:r>
    </w:p>
    <w:p>
      <w:pPr>
        <w:jc w:val="right"/>
      </w:pPr>
      <w:r>
        <w:t>کوئی کرتا ہے کہ میں اس کام کے لیے پیدا کیا گیا ہوں۔ جیسے اور کوئی بائی چانس اس جگہ پہنچ جاتا ہے۔</w:t>
      </w:r>
    </w:p>
    <w:p>
      <w:r>
        <w:rPr>
          <w:b/>
        </w:rPr>
        <w:t xml:space="preserve">[1:37:36] </w:t>
      </w:r>
      <w:r>
        <w:t>bas dono mein se koi ek hona chahiye. ya to aap by chance wahan pahunch jayen. ya aap discovery karen. to aap bilashuba newton ban sakte hain.</w:t>
      </w:r>
    </w:p>
    <w:p>
      <w:pPr>
        <w:jc w:val="right"/>
      </w:pPr>
      <w:r>
        <w:t>بس دونوں میں سے کوئی ایک ہونا چاہیے۔ یا تو آپ بائی چانس وہاں پہنچ جائیں۔ یا آپ ڈسکوری کریں۔ تو آپ بلاشبہ نیوٹن بن سکتے ہیں۔</w:t>
      </w:r>
    </w:p>
    <w:p>
      <w:r>
        <w:rPr>
          <w:b/>
        </w:rPr>
        <w:t xml:space="preserve">[1:37:45] </w:t>
      </w:r>
      <w:r>
        <w:t>apni field mein. matlab apni field mein jis field ke liye khuda ne aap ko paida kiya hai. us us field mein. hamare hamare hamare jo ustad the jab padhta tha madrese mein.</w:t>
      </w:r>
    </w:p>
    <w:p>
      <w:pPr>
        <w:jc w:val="right"/>
      </w:pPr>
      <w:r>
        <w:t>اپنی فیلڈ میں۔ مطلب اپنی فیلڈ میں جس فیلڈ کے لیے خدا نے آپ کو پیدا کیا ہے۔ اس اس فیلڈ میں۔ ہمارے ہمارے ہمارے جو استاد تھے جب پڑھتا تھا مدرسے میں۔</w:t>
      </w:r>
    </w:p>
    <w:p>
      <w:r>
        <w:rPr>
          <w:b/>
        </w:rPr>
        <w:t xml:space="preserve">[1:37:59] </w:t>
      </w:r>
      <w:r>
        <w:t>to hamare ustad the un ka naam tha maulana amin hasan islahi. to yeh baat bohat kehte the woh. woh kehte the ke top wala kaam karo chahe ghaas kaatna hi kyun na ho.</w:t>
      </w:r>
    </w:p>
    <w:p>
      <w:pPr>
        <w:jc w:val="right"/>
      </w:pPr>
      <w:r>
        <w:t>تو ہمارے استاد تھے ان کا نام تھا مولانا امین حسن اصلاحی۔ تو یہ بات بہت کہتے تھے وہ۔ وہ کہتے تھے کہ ٹاپ والا کام کرو چاہے گھاس کاٹنا ہی کیوں نہ ہو۔</w:t>
      </w:r>
    </w:p>
    <w:p>
      <w:r>
        <w:rPr>
          <w:b/>
        </w:rPr>
        <w:t xml:space="preserve">[1:38:09] </w:t>
      </w:r>
      <w:r>
        <w:t>ghaas kaato to top ki ghaas kaato. ke duniya mein koi aisi ghaas na kaate. to main madrese mein tha tab mujhe ek lesson diya unhon ne.</w:t>
      </w:r>
    </w:p>
    <w:p>
      <w:pPr>
        <w:jc w:val="right"/>
      </w:pPr>
      <w:r>
        <w:t>گھاس کاٹو تو ٹاپ کی گھاس کاٹو۔ کہ دنیا میں کوئی ایسی گھاس نہ کاٹے۔ تو میں مدرسے میں تھا تب مجھے ایک لیسن دیا انہوں نے۔</w:t>
      </w:r>
    </w:p>
    <w:p>
      <w:r>
        <w:rPr>
          <w:b/>
        </w:rPr>
        <w:t xml:space="preserve">[1:38:22] </w:t>
      </w:r>
      <w:r>
        <w:t>koi kaam apne bare mein kehte the ke main shayari karta tha. to mujhe khayal hai ke main ghalib to ban nahi sakta. to main shayari chhod di.</w:t>
      </w:r>
    </w:p>
    <w:p>
      <w:pPr>
        <w:jc w:val="right"/>
      </w:pPr>
      <w:r>
        <w:t>کوئی کام اپنے بارے میں کہتے تھے کہ میں شاعری کرتا تھا۔ تو مجھے خیال ہے کہ میں غالب تو بن نہیں سکتا۔ تو میں شاعری چھوڑ دی۔</w:t>
      </w:r>
    </w:p>
    <w:p>
      <w:r>
        <w:rPr>
          <w:b/>
        </w:rPr>
        <w:t xml:space="preserve">[1:38:31] </w:t>
      </w:r>
      <w:r>
        <w:t>to woh kehte the ke ghaas kaatne bhi agar top par pahunch jao to tum ne apna maqsad hasil kar liya. to main kehta hoon ghaas kaatne bhi koi newton ban sakta hai?</w:t>
      </w:r>
    </w:p>
    <w:p>
      <w:pPr>
        <w:jc w:val="right"/>
      </w:pPr>
      <w:r>
        <w:t>تو وہ کہتے تھے کہ گھاس کاٹنے بھی اگر ٹاپ پر پہنچ جاؤ تو تم نے اپنا مقصد حاصل کر لیا۔ تو میں کہتا ہوں گھاس کاٹنے بھی کوئی نیوٹن بن سکتا ہے؟</w:t>
      </w:r>
    </w:p>
    <w:p>
      <w:r>
        <w:rPr>
          <w:b/>
        </w:rPr>
        <w:t xml:space="preserve">[1:38:44] </w:t>
      </w:r>
      <w:r>
        <w:t>har field mein aadmi ban sakta hai woh top ka aadmi jabke woh is cheez ko pa le ke khuda ne mujhe kis kaam ke liye banaya hai.</w:t>
      </w:r>
    </w:p>
    <w:p>
      <w:pPr>
        <w:jc w:val="right"/>
      </w:pPr>
      <w:r>
        <w:t>ہر فیلڈ میں آدمی بن سکتا ہے وہ ٹاپ کا آدمی جبکہ وہ اس چیز کو پا لے کہ خدا نے مجھے کس کام کے لیے بنایا ہے۔</w:t>
      </w:r>
    </w:p>
    <w:p>
      <w:r>
        <w:rPr>
          <w:b/>
        </w:rPr>
        <w:t xml:space="preserve">[1:38:55] </w:t>
      </w:r>
      <w:r>
        <w:t>aur is mein jo record banti hai woh distraction hai.</w:t>
      </w:r>
    </w:p>
    <w:p>
      <w:pPr>
        <w:jc w:val="right"/>
      </w:pPr>
      <w:r>
        <w:t>اور اس میں جو ریکارڈ بنتی ہے وہ ڈسٹریکشن ہے۔</w:t>
      </w:r>
    </w:p>
    <w:p>
      <w:r>
        <w:rPr>
          <w:b/>
        </w:rPr>
        <w:t xml:space="preserve">[1:38:59] </w:t>
      </w:r>
      <w:r>
        <w:t>distraction ki wajah se aadmi discover nahi kar pata apne is special secrecy ko.</w:t>
      </w:r>
    </w:p>
    <w:p>
      <w:pPr>
        <w:jc w:val="right"/>
      </w:pPr>
      <w:r>
        <w:t>ڈسٹریکشن کی وجہ سے آدمی ڈسکور نہیں کر پاتا اپنے اس اسپیشل سیکریسٹی کو۔</w:t>
      </w:r>
    </w:p>
    <w:p>
      <w:r>
        <w:rPr>
          <w:b/>
        </w:rPr>
        <w:t xml:space="preserve">[1:39:09] </w:t>
      </w:r>
      <w:r>
        <w:t>military ka system hai woh base karta hai democracy par. democracy ka matlab kya hai? kama taquluna qadhalika yuwla alaykum.</w:t>
      </w:r>
    </w:p>
    <w:p>
      <w:pPr>
        <w:jc w:val="right"/>
      </w:pPr>
      <w:r>
        <w:t>ملٹری کا سسٹم ہے وہ بیس کرتا ہے ڈیموکریسی پر۔ ڈیموکریسی کا مطلب کیا ہے؟ کما تقولون قضالک یولو علیکم۔</w:t>
      </w:r>
    </w:p>
    <w:p>
      <w:r>
        <w:rPr>
          <w:b/>
        </w:rPr>
        <w:t xml:space="preserve">[1:39:18] </w:t>
      </w:r>
      <w:r>
        <w:t>logon ki rai se sarkaar banna.</w:t>
      </w:r>
    </w:p>
    <w:p>
      <w:pPr>
        <w:jc w:val="right"/>
      </w:pPr>
      <w:r>
        <w:t>لوگوں کی رائے سے سرکار بننا۔</w:t>
      </w:r>
    </w:p>
    <w:p>
      <w:r>
        <w:rPr>
          <w:b/>
        </w:rPr>
        <w:t xml:space="preserve">[1:39:24] </w:t>
      </w:r>
      <w:r>
        <w:t>logon ki rai se sarkaar ka banna.</w:t>
      </w:r>
    </w:p>
    <w:p>
      <w:pPr>
        <w:jc w:val="right"/>
      </w:pPr>
      <w:r>
        <w:t>لوگوں کی رائے سے سرکار کا بننا۔</w:t>
      </w:r>
    </w:p>
    <w:p>
      <w:r>
        <w:rPr>
          <w:b/>
        </w:rPr>
        <w:t xml:space="preserve">[1:39:28] </w:t>
      </w:r>
      <w:r>
        <w:t>yeh hai ideal. lekin islam mein ek aur principle hai woh yeh hai ke</w:t>
      </w:r>
    </w:p>
    <w:p>
      <w:pPr>
        <w:jc w:val="right"/>
      </w:pPr>
      <w:r>
        <w:t>یہ ہے آئیڈیل۔ لیکن اسلام میں ایک اور پرنسپل ہے وہ یہ ہے کہ</w:t>
      </w:r>
    </w:p>
    <w:p>
      <w:r>
        <w:rPr>
          <w:b/>
        </w:rPr>
        <w:t xml:space="preserve">[1:39:38] </w:t>
      </w:r>
      <w:r>
        <w:t>jo cheez possible na ho us se lado mat. aaj kal yeh yeh formula islam ka formula hai yeh. islam ke mutabiq hai yeh formula ke portries is art of the possible.</w:t>
      </w:r>
    </w:p>
    <w:p>
      <w:pPr>
        <w:jc w:val="right"/>
      </w:pPr>
      <w:r>
        <w:t>جو چیز پاسیبل نہ ہو اس سے لڑو مت۔ آج کل یہ یہ فارمولا اسلام کا فارمولا ہے یہ۔ اسلام کے مطابق ہے یہ فارمولا کہ پورٹریز از آرٹ آف دا پاسیبل۔</w:t>
      </w:r>
    </w:p>
    <w:p>
      <w:r>
        <w:rPr>
          <w:b/>
        </w:rPr>
        <w:t xml:space="preserve">[1:39:51] </w:t>
      </w:r>
      <w:r>
        <w:t>portries is art of the possible.</w:t>
      </w:r>
    </w:p>
    <w:p>
      <w:pPr>
        <w:jc w:val="right"/>
      </w:pPr>
      <w:r>
        <w:t>پورٹریز از آرٹ آف دا پاسیبل۔</w:t>
      </w:r>
    </w:p>
    <w:p>
      <w:r>
        <w:rPr>
          <w:b/>
        </w:rPr>
        <w:t xml:space="preserve">[1:39:53] </w:t>
      </w:r>
      <w:r>
        <w:t>to ideal to yeh hai ke democratic state banao. lekin agar woh na ban sake situation allow na kar rahi ho.</w:t>
      </w:r>
    </w:p>
    <w:p>
      <w:pPr>
        <w:jc w:val="right"/>
      </w:pPr>
      <w:r>
        <w:t>تو آئیڈیل تو یہ ہے کہ ڈیموکریٹک سٹیٹ بناؤ۔ لیکن اگر وہ نہ بن سکے سچویشن الاؤ نہ کر رہی ہو۔</w:t>
      </w:r>
    </w:p>
    <w:p>
      <w:r>
        <w:rPr>
          <w:b/>
        </w:rPr>
        <w:t xml:space="preserve">[1:40:03] </w:t>
      </w:r>
      <w:r>
        <w:t>to phir jo possible hai us ko le lo. to jis zamane mein musalmanon mein badshah hone lage. us zamane mein bhi is ki possibility nahi thi ke paas lad kar ke aap democracy layen.</w:t>
      </w:r>
    </w:p>
    <w:p>
      <w:pPr>
        <w:jc w:val="right"/>
      </w:pPr>
      <w:r>
        <w:t>تو پھر جو پاسیبل ہے اس کو لے لو۔ تو جس زمانے میں مسلمانوں میں بادشاہ ہونے لگے۔ اس زمانے میں بھی اس کی پاسیبلٹی نہیں تھی کہ پاس لڑ کر کے آپ ڈیموکریسی لائیں۔</w:t>
      </w:r>
    </w:p>
    <w:p>
      <w:r>
        <w:rPr>
          <w:b/>
        </w:rPr>
        <w:t xml:space="preserve">[1:40:15] </w:t>
      </w:r>
      <w:r>
        <w:t>woh possible nahi tha is liye ulama ne is se adjust kar liya. ulama ne adjust kar liya.</w:t>
      </w:r>
    </w:p>
    <w:p>
      <w:pPr>
        <w:jc w:val="right"/>
      </w:pPr>
      <w:r>
        <w:t>وہ پاسیبل نہیں تھا اس لیے علماء نے اس سے ایڈجسٹ کر لیا۔ علماء نے ایڈجسٹ کر لیا۔</w:t>
      </w:r>
    </w:p>
    <w:p>
      <w:r>
        <w:rPr>
          <w:b/>
        </w:rPr>
        <w:t xml:space="preserve">[1:40:22] </w:t>
      </w:r>
      <w:r>
        <w:t>ab dekhen poori history mein yahan se wahan tak ulama ne badshahon se ladai nahi ki. is daure mein yeh aaye yeh syed qutb maud waghera inhone ladai chhedi.</w:t>
      </w:r>
    </w:p>
    <w:p>
      <w:pPr>
        <w:jc w:val="right"/>
      </w:pPr>
      <w:r>
        <w:t>اب دیکھیں پوری ہسٹری میں یہاں سے وہاں تک علماء نے بادشاہوں سے لڑائی نہیں کی۔ اس دورے میں یہ آئے یہ سید قطب مود وغیرہ انہوں نے لڑائی چھیڑی۔</w:t>
      </w:r>
    </w:p>
    <w:p>
      <w:r>
        <w:rPr>
          <w:b/>
        </w:rPr>
        <w:t xml:space="preserve">[1:40:32] </w:t>
      </w:r>
      <w:r>
        <w:t>yeh lekin is se pehle jo zamana guzra kisi bhi aalim ne badshahon se ladai nahi chhedi. kyun woh jante the ke agar ladai chheden ge to kya hoga greater evil samne aa jayega.</w:t>
      </w:r>
    </w:p>
    <w:p>
      <w:pPr>
        <w:jc w:val="right"/>
      </w:pPr>
      <w:r>
        <w:t>یہ لیکن اس سے پہلے جو زمانہ گزرا کسی بھی عالم نے بادشاہوں سے لڑائی نہیں چھیڑی۔ کیوں وہ جانتے تھے کہ اگر لڑائی چھیڑیں گے تو کیا ہوگا گریٹر ایول سامنے آ جائے گا۔</w:t>
      </w:r>
    </w:p>
    <w:p>
      <w:r>
        <w:rPr>
          <w:b/>
        </w:rPr>
        <w:t xml:space="preserve">[1:40:45] </w:t>
      </w:r>
      <w:r>
        <w:t>wohi formula hai umar ka jo formula tha.</w:t>
      </w:r>
    </w:p>
    <w:p>
      <w:pPr>
        <w:jc w:val="right"/>
      </w:pPr>
      <w:r>
        <w:t>وہی فارمولا ہے عمر کا جو فارمولا تھا۔</w:t>
      </w:r>
    </w:p>
    <w:p>
      <w:r>
        <w:rPr>
          <w:b/>
        </w:rPr>
        <w:t xml:space="preserve">[1:40:48] </w:t>
      </w:r>
      <w:r>
        <w:t>to main yeh kahunga ke pehli cheez yeh hai ke islam mein democracy hai. lekin agar democracy na mil rahi ho. to khoon kharabe se bachne ke liye aap badshahat ko bhi accept kar lijiye.</w:t>
      </w:r>
    </w:p>
    <w:p>
      <w:pPr>
        <w:jc w:val="right"/>
      </w:pPr>
      <w:r>
        <w:t>تو میں یہ کہوں گا کہ پہلی چیز یہ ہے کہ اسلام میں ڈیموکریسی ہے۔ لیکن اگر ڈیموکریسی نہ مل رہی ہو۔ تو خون خرابے سے بچنے کے لیے آپ بادشاہت کو بھی ایکسیپٹ کر لیجیے۔</w:t>
      </w:r>
    </w:p>
    <w:p>
      <w:r>
        <w:rPr>
          <w:b/>
        </w:rPr>
        <w:t xml:space="preserve">[1:41:01] </w:t>
      </w:r>
      <w:r>
        <w:t>kyunke badshahat se takrayenge aap to khoon kharaba hoga. jaise ke aaj kal ho raha hai. musalman lad rahe hain lad kar ke aur bura haal ho raha hai logon ka.</w:t>
      </w:r>
    </w:p>
    <w:p>
      <w:pPr>
        <w:jc w:val="right"/>
      </w:pPr>
      <w:r>
        <w:t>کیونکہ بادشاہت سے ٹکرائیں گے آپ تو خون خرابہ ہوگا۔ جیسے کہ آج کل ہو رہا ہے۔ مسلمان لڑ رہے ہیں لڑ کر کے اور برا حال ہو رہا ہے لوگوں کا۔</w:t>
      </w:r>
    </w:p>
    <w:p>
      <w:r>
        <w:rPr>
          <w:b/>
        </w:rPr>
        <w:t xml:space="preserve">[1:41:14] </w:t>
      </w:r>
      <w:r>
        <w:t>to yeh hai islam ka concept.</w:t>
      </w:r>
    </w:p>
    <w:p>
      <w:pPr>
        <w:jc w:val="right"/>
      </w:pPr>
      <w:r>
        <w:t>تو یہ ہے اسلام کا کانسیپٹ۔</w:t>
      </w:r>
    </w:p>
    <w:p>
      <w:r>
        <w:rPr>
          <w:b/>
        </w:rPr>
        <w:t xml:space="preserve">[1:41:18] </w:t>
      </w:r>
      <w:r>
        <w:t>das question is from miss qudsia. maulana what answer should be give to a non muslim if he asked what is islam?</w:t>
      </w:r>
    </w:p>
    <w:p>
      <w:pPr>
        <w:jc w:val="right"/>
      </w:pPr>
      <w:r>
        <w:t>دس کوئسچن از فرام مس قدسیہ۔ مولانا واٹ انسر شوڈ بی گیو ٹو ا نان مسلم اف ہی اسکڈ واٹ از اسلام؟</w:t>
      </w:r>
    </w:p>
    <w:p>
      <w:r>
        <w:rPr>
          <w:b/>
        </w:rPr>
        <w:t xml:space="preserve">[1:41:29] </w:t>
      </w:r>
      <w:r>
        <w:t>bhai simple answer to yahi hai ke islam means oneness of god.</w:t>
      </w:r>
    </w:p>
    <w:p>
      <w:pPr>
        <w:jc w:val="right"/>
      </w:pPr>
      <w:r>
        <w:t>بھائی سمپل انسر تو یہی ہے کہ اسلام مینز وننس آف گاڈ۔</w:t>
      </w:r>
    </w:p>
    <w:p>
      <w:r>
        <w:rPr>
          <w:b/>
        </w:rPr>
        <w:t xml:space="preserve">[1:41:37] </w:t>
      </w:r>
      <w:r>
        <w:t>islam mein jo central principle hai wo tauheed hai. khuda ko ek manna.</w:t>
      </w:r>
    </w:p>
    <w:p>
      <w:pPr>
        <w:jc w:val="right"/>
      </w:pPr>
      <w:r>
        <w:t>اسلام میں جو سینٹرل پرنسپل ہے وہ توحید ہے۔ خدا کو ایک ماننا۔</w:t>
      </w:r>
    </w:p>
    <w:p>
      <w:r>
        <w:rPr>
          <w:b/>
        </w:rPr>
        <w:t xml:space="preserve">[1:41:45] </w:t>
      </w:r>
      <w:r>
        <w:t>ek is sense mein nahi jis sense mein meaning nahi mana jata hai. meaning ka matlab ek hi spirit hai jo pervade kar rahi hai poori universe mein us sense mein nahi.</w:t>
      </w:r>
    </w:p>
    <w:p>
      <w:pPr>
        <w:jc w:val="right"/>
      </w:pPr>
      <w:r>
        <w:t>ایک اس سینس میں نہیں جس سینس میں معنی نہیں مانا جاتا ہے۔ معنی کا مطلب ایک ہی سپرٹ ہے جو پریویٹ کر رہی ہے پوری یونیورس میں اس سینس میں نہیں۔</w:t>
      </w:r>
    </w:p>
    <w:p>
      <w:r>
        <w:rPr>
          <w:b/>
        </w:rPr>
        <w:t xml:space="preserve">[1:41:55] </w:t>
      </w:r>
      <w:r>
        <w:t>islam mein personal god ka concept hai. matlab god creator hai god sustainer hai god hum ko dekh raha hai hum god ke samne accountable hain.</w:t>
      </w:r>
    </w:p>
    <w:p>
      <w:pPr>
        <w:jc w:val="right"/>
      </w:pPr>
      <w:r>
        <w:t>اسلام میں پرسنل گاڈ کا کانسیپٹ ہے۔ مطلب گاڈ کریٹر ہے گاڈ سسٹینر ہے گاڈ ہم کو دیکھ رہا ہے ہم گاڈ کے سامنے اکاؤنٹیبل ہیں۔</w:t>
      </w:r>
    </w:p>
    <w:p>
      <w:r>
        <w:rPr>
          <w:b/>
        </w:rPr>
        <w:t xml:space="preserve">[1:42:06] </w:t>
      </w:r>
      <w:r>
        <w:t>yeh hai tauheed ka matlab.</w:t>
      </w:r>
    </w:p>
    <w:p>
      <w:pPr>
        <w:jc w:val="right"/>
      </w:pPr>
      <w:r>
        <w:t>یہ ہے توحید کا مطلب۔</w:t>
      </w:r>
    </w:p>
    <w:p>
      <w:r>
        <w:rPr>
          <w:b/>
        </w:rPr>
        <w:t xml:space="preserve">[1:42:08] </w:t>
      </w:r>
      <w:r>
        <w:t>to main samajhta hoon ke agar aap ko simple answer karna ho is ka to yahi kehna chahiye ke islam mein jo central principle hai wo hai khuda ko ek manna.</w:t>
      </w:r>
    </w:p>
    <w:p>
      <w:pPr>
        <w:jc w:val="right"/>
      </w:pPr>
      <w:r>
        <w:t>تو میں سمجھتا ہوں کہ اگر آپ کو سمپل انسر کرنا ہو اس کا تو یہی کہنا چاہیے کہ اسلام میں جو سینٹرل پرنسپل ہے وہ ہے خدا کو ایک ماننا۔</w:t>
      </w:r>
    </w:p>
    <w:p>
      <w:r>
        <w:rPr>
          <w:b/>
        </w:rPr>
        <w:t xml:space="preserve">[1:42:23] </w:t>
      </w:r>
      <w:r>
        <w:t>aur khuda ko ek man kar ke jo zindagi banti hai wahi islam ki zindagi hai yani god oriented life.</w:t>
      </w:r>
    </w:p>
    <w:p>
      <w:pPr>
        <w:jc w:val="right"/>
      </w:pPr>
      <w:r>
        <w:t>اور خدا کو ایک مان کر کے جو زندگی بنتی ہے وہی اسلام کی زندگی ہے یعنی گاڈ اورینٹڈ لائف۔</w:t>
      </w:r>
    </w:p>
    <w:p>
      <w:r>
        <w:rPr>
          <w:b/>
        </w:rPr>
        <w:t xml:space="preserve">[1:42:33] </w:t>
      </w:r>
      <w:r>
        <w:t>yani belief in god and then god oriented life. yeh do baatein hain ke khuda ko mano aur god oriented life ko follow karo.</w:t>
      </w:r>
    </w:p>
    <w:p>
      <w:pPr>
        <w:jc w:val="right"/>
      </w:pPr>
      <w:r>
        <w:t>یعنی بیلیف ان گاڈ اینڈ دین گاڈ اورینٹڈ لائف۔ یہ دو باتیں ہیں کہ خدا کو مانو اور گاڈ اورینٹڈ لائف کو فالو کرو۔</w:t>
      </w:r>
    </w:p>
    <w:p>
      <w:r>
        <w:rPr>
          <w:b/>
        </w:rPr>
        <w:t xml:space="preserve">[1:42:49] </w:t>
      </w:r>
      <w:r>
        <w:t>teesri cheez aap is is mein shamil kar sakte hain ke accountability. ko khuda ke samne apne aap ko accountable manna.</w:t>
      </w:r>
    </w:p>
    <w:p>
      <w:pPr>
        <w:jc w:val="right"/>
      </w:pPr>
      <w:r>
        <w:t>تیسری چیز آپ اس اس میں شامل کر سکتے ہیں کہ اکاؤنٹیبلٹی۔ کو خدا کے سامنے اپنے آپ کو اکاؤنٹیبل ماننا۔</w:t>
      </w:r>
    </w:p>
    <w:p>
      <w:r>
        <w:rPr>
          <w:b/>
        </w:rPr>
        <w:t xml:space="preserve">[1:43:09] </w:t>
      </w:r>
      <w:r>
        <w:t>yahi hai.</w:t>
      </w:r>
    </w:p>
    <w:p>
      <w:pPr>
        <w:jc w:val="right"/>
      </w:pPr>
      <w:r>
        <w:t>یہی ہے۔</w:t>
      </w:r>
    </w:p>
    <w:p>
      <w:r>
        <w:rPr>
          <w:b/>
        </w:rPr>
        <w:t xml:space="preserve">[1:43:13] </w:t>
      </w:r>
      <w:r>
        <w:t>how can we become truly happy in this world? main ne general musharraf ko khat likha tha ke aap ke desh mein peace kaise aa sakta hai peace?</w:t>
      </w:r>
    </w:p>
    <w:p>
      <w:pPr>
        <w:jc w:val="right"/>
      </w:pPr>
      <w:r>
        <w:t>ہاؤ کین وی بیکم ٹرولی ہیپی ان دس ورلڈ؟ میں نے جنرل مشرف کو خط لکھا تھا کہ آپ کے دیش میں پیس کیسے آ سکتا ہے پیس؟</w:t>
      </w:r>
    </w:p>
    <w:p>
      <w:r>
        <w:rPr>
          <w:b/>
        </w:rPr>
        <w:t xml:space="preserve">[1:43:27] </w:t>
      </w:r>
      <w:r>
        <w:t>kyun ke aap jante hain ke hum dunya mein shayad sab se zyada jahan peace nahi hai wo pakistan hai. sab se zyada peace jahan nahi hai wo pakistan hai.</w:t>
      </w:r>
    </w:p>
    <w:p>
      <w:pPr>
        <w:jc w:val="right"/>
      </w:pPr>
      <w:r>
        <w:t>کیونکہ آپ جانتے ہیں کہ ہم دنیا میں شاید سب سے زیادہ جہاں پیس نہیں ہے وہ پاکستان ہے۔ سب سے زیادہ پیس جہاں نہیں ہے وہ پاکستان ہے۔</w:t>
      </w:r>
    </w:p>
    <w:p>
      <w:r>
        <w:rPr>
          <w:b/>
        </w:rPr>
        <w:t xml:space="preserve">[1:43:38] </w:t>
      </w:r>
      <w:r>
        <w:t>ek survey mein bhi bataya gaya tha. to main ne un ko likha tha ke aap ke desh mein peace kaise aayegi? you have to accept the reality.</w:t>
      </w:r>
    </w:p>
    <w:p>
      <w:pPr>
        <w:jc w:val="right"/>
      </w:pPr>
      <w:r>
        <w:t>ایک سروے میں بھی بتایا گیا تھا۔ تو میں نے ان کو لکھا تھا کہ آپ کے دیش میں پیس کیسے آئے گی؟ یو ہیو ٹو ایکسیپٹ دا ریلیٹی۔</w:t>
      </w:r>
    </w:p>
    <w:p>
      <w:r>
        <w:rPr>
          <w:b/>
        </w:rPr>
        <w:t xml:space="preserve">[1:43:50] </w:t>
      </w:r>
      <w:r>
        <w:t>ke jo hai us ko maan lo. status quo ko badalne ki koshish kar rahe hain aap. matlab india pakistan mein jo status quo ban gaya hai.</w:t>
      </w:r>
    </w:p>
    <w:p>
      <w:pPr>
        <w:jc w:val="right"/>
      </w:pPr>
      <w:r>
        <w:t>کہ جو ہے اس کو مان لو۔ اسٹیٹس کو کو بدلنے کی کوشش کر رہے ہیں آپ۔ مطلب انڈیا پاکستان میں جو اسٹیٹس کو بن گیا ہے۔</w:t>
      </w:r>
    </w:p>
    <w:p>
      <w:r>
        <w:rPr>
          <w:b/>
        </w:rPr>
        <w:t xml:space="preserve">[1:44:00] </w:t>
      </w:r>
      <w:r>
        <w:t>aap lad rahe hain ke wo badle wo. to is wajah se aap ka peace khatam ho gaya hai.</w:t>
      </w:r>
    </w:p>
    <w:p>
      <w:pPr>
        <w:jc w:val="right"/>
      </w:pPr>
      <w:r>
        <w:t>آپ لڑ رہے ہیں کہ وہ بدلے وہ۔ تو اس وجہ سے آپ کا پیس ختم ہو گیا ہے۔</w:t>
      </w:r>
    </w:p>
    <w:p>
      <w:r>
        <w:rPr>
          <w:b/>
        </w:rPr>
        <w:t xml:space="preserve">[1:44:06] </w:t>
      </w:r>
      <w:r>
        <w:t>to happiness naam hai is baat ka ke aap aap yeh maan lein ke dunya mein happiness hai hi nahi.</w:t>
      </w:r>
    </w:p>
    <w:p>
      <w:pPr>
        <w:jc w:val="right"/>
      </w:pPr>
      <w:r>
        <w:t>تو ہیپینس نام ہے اس بات کا کہ آپ آپ یہ مان لیں کہ دنیا میں ہیپینس ہے ہی نہیں۔</w:t>
      </w:r>
    </w:p>
    <w:p>
      <w:r>
        <w:rPr>
          <w:b/>
        </w:rPr>
        <w:t xml:space="preserve">[1:44:17] </w:t>
      </w:r>
      <w:r>
        <w:t>yeh dunya mein sach happiness to sach poochhein to paradise mein hai. cheez yeh hai ke aap chahte hain unlimited happiness.</w:t>
      </w:r>
    </w:p>
    <w:p>
      <w:pPr>
        <w:jc w:val="right"/>
      </w:pPr>
      <w:r>
        <w:t>یہ دنیا میں سچ ہیپینس تو سچ پوچھیں تو پیراڈائز میں ہے۔ چیز یہ ہے کہ آپ چاہتے ہیں ان لمیٹڈ ہیپینس۔</w:t>
      </w:r>
    </w:p>
    <w:p>
      <w:r>
        <w:rPr>
          <w:b/>
        </w:rPr>
        <w:t xml:space="preserve">[1:44:28] </w:t>
      </w:r>
      <w:r>
        <w:t>aur dunya mein aap ko limited happiness milti hai limited. isi liye aap ko satisfaction nahi hota.</w:t>
      </w:r>
    </w:p>
    <w:p>
      <w:pPr>
        <w:jc w:val="right"/>
      </w:pPr>
      <w:r>
        <w:t>اور دنیا میں آپ کو لمیٹڈ ہیپینس ملتی ہے لمیٹڈ۔ اسی لیے آپ کو سیٹسفیکشن نہیں ہوتا۔</w:t>
      </w:r>
    </w:p>
    <w:p>
      <w:r>
        <w:rPr>
          <w:b/>
        </w:rPr>
        <w:t xml:space="preserve">[1:44:37] </w:t>
      </w:r>
      <w:r>
        <w:t>unlimited urge jo hai us ko khushi hogi unlimited happiness se wo milegi paradise mein.</w:t>
      </w:r>
    </w:p>
    <w:p>
      <w:pPr>
        <w:jc w:val="right"/>
      </w:pPr>
      <w:r>
        <w:t>ان لمیٹڈ ارج جو ہے اس کو خوشی ہوگی ان لمیٹڈ ہیپینس سے وہ ملے گی پیراڈائز میں۔</w:t>
      </w:r>
    </w:p>
    <w:p>
      <w:r>
        <w:rPr>
          <w:b/>
        </w:rPr>
        <w:t xml:space="preserve">[1:44:46] </w:t>
      </w:r>
      <w:r>
        <w:t>to main is ki aksar misaal deta hoon ke aap hawa jahaz mein safar kar rahe hain. aap ko adat hai rozana subah ko park mein dorne ki. ab aap chahein ke wo hawa jahaz mein dorein aap.</w:t>
      </w:r>
    </w:p>
    <w:p>
      <w:pPr>
        <w:jc w:val="right"/>
      </w:pPr>
      <w:r>
        <w:t>تو میں اس کی اکثر مثال دیتا ہوں کہ آپ ہوا جہاز میں سفر کر رہے ہیں۔ آپ کو عادت ہے روزانہ صبح کو پارک میں دوڑنے کی۔ اب آپ چاہیں کہ وہ ہوا جہاز میں دوڑیں آپ۔</w:t>
      </w:r>
    </w:p>
    <w:p>
      <w:r>
        <w:rPr>
          <w:b/>
        </w:rPr>
        <w:t xml:space="preserve">[1:44:56] </w:t>
      </w:r>
      <w:r>
        <w:t>to wo nahi milega aap ko dorna. to phir bhi aap ko peaceful tareeqe se aap hawa jahaz mein travel karte hain.</w:t>
      </w:r>
    </w:p>
    <w:p>
      <w:pPr>
        <w:jc w:val="right"/>
      </w:pPr>
      <w:r>
        <w:t>تو وہ نہیں ملے گا آپ کو دوڑنا۔ تو پھر بھی آپ کو پیس فل طریقے سے آپ ہوا جہاز میں ٹریول کرتے ہیں۔</w:t>
      </w:r>
    </w:p>
    <w:p>
      <w:r>
        <w:rPr>
          <w:b/>
        </w:rPr>
        <w:t xml:space="preserve">[1:45:04] </w:t>
      </w:r>
      <w:r>
        <w:t>kyun aap maan lete hain ke bhai aap ka park nahi hai. yahan mujhe dorna milega nahi. to phir aap ko peace aa jata hai. halanke ghar par ho to peace nahi aayega baghair doray hue.</w:t>
      </w:r>
    </w:p>
    <w:p>
      <w:pPr>
        <w:jc w:val="right"/>
      </w:pPr>
      <w:r>
        <w:t>کیوں آپ مان لیتے ہیں کہ بھئی آپ کا پارک نہیں ہے۔ یہاں مجھے دوڑنا ملے گا نہیں۔ تو پھر آپ کو پیس آ جاتا ہے۔ حالانکہ گھر پر ہو تو پیس نہیں آئے گا بغیر دوڑے ہوئے۔</w:t>
      </w:r>
    </w:p>
    <w:p>
      <w:r>
        <w:rPr>
          <w:b/>
        </w:rPr>
        <w:t xml:space="preserve">[1:45:17] </w:t>
      </w:r>
      <w:r>
        <w:t>tab jayenge dorengay park mein baghair doray aap ko chain nahi aayega. yeh maan lijiyey ke dunya mein happiness hai hi nahi. is liye wo milegi bhi nahi.</w:t>
      </w:r>
    </w:p>
    <w:p>
      <w:pPr>
        <w:jc w:val="right"/>
      </w:pPr>
      <w:r>
        <w:t>تب جائیں گے دوڑیں گے پارک میں بغیر دوڑے آپ کو چین نہیں آئے گا۔ یہ مان لیجئے کہ دنیا میں ہیپینس ہے ہی نہیں۔ اس لیے وہ ملے گی بھی نہیں۔</w:t>
      </w:r>
    </w:p>
    <w:p>
      <w:r>
        <w:rPr>
          <w:b/>
        </w:rPr>
        <w:t xml:space="preserve">[1:45:31] </w:t>
      </w:r>
      <w:r>
        <w:t>hum is waqt dunya mein hain waiting room mein hain. abhi hum baithe nahi hain sawari par. waiting room mein hain to waiting room mein sawari kaise mil jayegi aap ko?</w:t>
      </w:r>
    </w:p>
    <w:p>
      <w:pPr>
        <w:jc w:val="right"/>
      </w:pPr>
      <w:r>
        <w:t>ہم اس وقت دنیا میں ہیں ویٹنگ روم میں ہیں۔ ابھی ہم بیٹھے نہیں ہیں سواری پر۔ ویٹنگ روم میں ہیں تو ویٹنگ روم میں سواری کیسے مل جائے گی آپ کو؟</w:t>
      </w:r>
    </w:p>
    <w:p>
      <w:r>
        <w:rPr>
          <w:b/>
        </w:rPr>
        <w:t xml:space="preserve">[1:45:44] </w:t>
      </w:r>
      <w:r>
        <w:t>to apne aap ko aap maan lein ke aap waiting room mein hain. to aap bilkul peaceful tareeqe se baithe rahenge wahan.</w:t>
      </w:r>
    </w:p>
    <w:p>
      <w:pPr>
        <w:jc w:val="right"/>
      </w:pPr>
      <w:r>
        <w:t>تو اپنے آپ کو آپ مان لیں کہ آپ ویٹنگ روم میں ہیں۔ تو آپ بالکل پیس فل طریقے سے بیٹھے رہیں گے وہاں۔</w:t>
      </w:r>
    </w:p>
    <w:p>
      <w:r>
        <w:rPr>
          <w:b/>
        </w:rPr>
        <w:t xml:space="preserve">[1:45:54] </w:t>
      </w:r>
      <w:r>
        <w:t>to in unlimited happiness sirf paradise mein mile gi. yeh dunya mein nahi mil sakti hai.</w:t>
      </w:r>
    </w:p>
    <w:p>
      <w:pPr>
        <w:jc w:val="right"/>
      </w:pPr>
      <w:r>
        <w:t>تو ان لمیٹڈ ہیپینس صرف پیراڈائز میں ملے گی۔ یہ دنیا میں نہیں مل سکتی ہے۔</w:t>
      </w:r>
    </w:p>
    <w:p>
      <w:r>
        <w:rPr>
          <w:b/>
        </w:rPr>
        <w:t xml:space="preserve">[1:46:01] </w:t>
      </w:r>
      <w:r>
        <w:t>is ko aap mante hi aap ke andar peace aa jaye ga. yahi aik hi formula hai peace ka is dunya mein.</w:t>
      </w:r>
    </w:p>
    <w:p>
      <w:pPr>
        <w:jc w:val="right"/>
      </w:pPr>
      <w:r>
        <w:t>اس کو آپ مانتے ہی آپ کے اندر پیس آ جائے گا۔ یہی ایک ہی فارمولا ہے پیس کا اس دنیا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