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Beginning of the End February 9, 2007 Maulana Wahiduddin Khan</w:t>
      </w:r>
    </w:p>
    <w:p>
      <w:r>
        <w:t>https://www.youtube.com/watch?v=wzRYtn704oE</w:t>
      </w:r>
    </w:p>
    <w:p>
      <w:r>
        <w:rPr>
          <w:b/>
        </w:rPr>
        <w:t xml:space="preserve">[00:13] </w:t>
      </w:r>
      <w:r>
        <w:t>bismillah hir rahman nir rahim, wa salli allah ala al-nabi al-karim. rab ishrah li sadri, wa yassir li amri,</w:t>
      </w:r>
    </w:p>
    <w:p>
      <w:pPr>
        <w:jc w:val="right"/>
      </w:pPr>
      <w:r>
        <w:t>بسم اللہ الرحمن الرحیم، و صلی اللہ علی النبی الکریم۔ رب اشرح لی صدری، ویسر لی امری،</w:t>
      </w:r>
    </w:p>
    <w:p>
      <w:r>
        <w:rPr>
          <w:b/>
        </w:rPr>
        <w:t xml:space="preserve">[00:27] </w:t>
      </w:r>
      <w:r>
        <w:t>wah al-uqdatan min lisani yafqahu qawli.</w:t>
      </w:r>
    </w:p>
    <w:p>
      <w:pPr>
        <w:jc w:val="right"/>
      </w:pPr>
      <w:r>
        <w:t>واحل العقدۃ من لسانی یفقہ قولی۔</w:t>
      </w:r>
    </w:p>
    <w:p>
      <w:r>
        <w:rPr>
          <w:b/>
        </w:rPr>
        <w:t xml:space="preserve">[00:35] </w:t>
      </w:r>
      <w:r>
        <w:t>aaj ka jo topic hai woh hai "beginning of the end".</w:t>
      </w:r>
    </w:p>
    <w:p>
      <w:pPr>
        <w:jc w:val="right"/>
      </w:pPr>
      <w:r>
        <w:t>آج کا جو ٹاپک ہے وہ ہے "بگننگ آف دا اینڈ"۔</w:t>
      </w:r>
    </w:p>
    <w:p>
      <w:r>
        <w:rPr>
          <w:b/>
        </w:rPr>
        <w:t xml:space="preserve">[00:45] </w:t>
      </w:r>
      <w:r>
        <w:t>yeh topic pichli talk ke continuation hi mein hai, kyunke aap ko yaad hoga ke pichli talk bhi isi se milte julte subject par thi.</w:t>
      </w:r>
    </w:p>
    <w:p>
      <w:pPr>
        <w:jc w:val="right"/>
      </w:pPr>
      <w:r>
        <w:t>یہ ٹاپک پچھلی ٹاک کے کنٹینیوشن ہی میں ہے، کیونکہ آپ کو یاد ہوگا کہ پچھلی ٹاک بھی اسی سے ملتے جلتے سبجیکٹ پر تھی۔</w:t>
      </w:r>
    </w:p>
    <w:p>
      <w:r>
        <w:rPr>
          <w:b/>
        </w:rPr>
        <w:t xml:space="preserve">[00:58] </w:t>
      </w:r>
      <w:r>
        <w:t>to yeh hai "beginning of the end".</w:t>
      </w:r>
    </w:p>
    <w:p>
      <w:pPr>
        <w:jc w:val="right"/>
      </w:pPr>
      <w:r>
        <w:t>تو یہ ہے "بگننگ آف دا اینڈ"۔</w:t>
      </w:r>
    </w:p>
    <w:p>
      <w:r>
        <w:rPr>
          <w:b/>
        </w:rPr>
        <w:t xml:space="preserve">[01:05] </w:t>
      </w:r>
      <w:r>
        <w:t>yani</w:t>
      </w:r>
    </w:p>
    <w:p>
      <w:pPr>
        <w:jc w:val="right"/>
      </w:pPr>
      <w:r>
        <w:t>یعنی</w:t>
      </w:r>
    </w:p>
    <w:p>
      <w:r>
        <w:rPr>
          <w:b/>
        </w:rPr>
        <w:t xml:space="preserve">[01:09] </w:t>
      </w:r>
      <w:r>
        <w:t>philosophers aur thinkers bohat pehle se yeh kehte rahe hain ke aik subject aata hai ke "end of history". yeh is par bohat kuch bola gaya hai, likha gaya hai ke "end of history".</w:t>
      </w:r>
    </w:p>
    <w:p>
      <w:pPr>
        <w:jc w:val="right"/>
      </w:pPr>
      <w:r>
        <w:t>فلاسفرز اور تھنکرز بہت پہلے سے یہ کہتے رہے ہیں کہ ایک سبجیکٹ آتا ہے کہ "اینڈ آف ہسٹری"۔ یہ اس پر بہت کچھ بولا گیا ہے، لکھا گیا ہے کہ "اینڈ آف ہسٹری"۔</w:t>
      </w:r>
    </w:p>
    <w:p>
      <w:r>
        <w:rPr>
          <w:b/>
        </w:rPr>
        <w:t xml:space="preserve">[01:23] </w:t>
      </w:r>
      <w:r>
        <w:t>matlab history apne end par pahunch rahi hai. koi yeh nahi manta ke history jo hai woh koi aisi cheez hai jo eternal. eternal nahi manta koi bhi.</w:t>
      </w:r>
    </w:p>
    <w:p>
      <w:pPr>
        <w:jc w:val="right"/>
      </w:pPr>
      <w:r>
        <w:t>مطلب ہسٹری اپنے اینڈ پر پہنچ رہی ہے۔ کوئی یہ نہیں مانتا کہ ہسٹری جو ہے وہ کوئی ایسی چیز ہے جو ایٹرنل ہے۔ ایٹرنل نہیں مانتا کوئی بھی۔</w:t>
      </w:r>
    </w:p>
    <w:p>
      <w:r>
        <w:rPr>
          <w:b/>
        </w:rPr>
        <w:t xml:space="preserve">[01:34] </w:t>
      </w:r>
      <w:r>
        <w:t>yeh concept pehle se tha philosophy mein. is se pehle philosophy mein tha "end of history" ka concept.</w:t>
      </w:r>
    </w:p>
    <w:p>
      <w:pPr>
        <w:jc w:val="right"/>
      </w:pPr>
      <w:r>
        <w:t>یہ کانسیپٹ پہلے سے تھا فلاسفی میں۔ اس سے پہلے فلاسفی میں تھا "اینڈ آف ہسٹری" کا کانسیپٹ۔</w:t>
      </w:r>
    </w:p>
    <w:p>
      <w:r>
        <w:rPr>
          <w:b/>
        </w:rPr>
        <w:t xml:space="preserve">[01:43] </w:t>
      </w:r>
      <w:r>
        <w:t>ab woh science mein bhi aa gaya hai.</w:t>
      </w:r>
    </w:p>
    <w:p>
      <w:pPr>
        <w:jc w:val="right"/>
      </w:pPr>
      <w:r>
        <w:t>اب وہ سائنس میں بھی آ گیا ہے۔</w:t>
      </w:r>
    </w:p>
    <w:p>
      <w:r>
        <w:rPr>
          <w:b/>
        </w:rPr>
        <w:t xml:space="preserve">[01:50] </w:t>
      </w:r>
      <w:r>
        <w:t>is se pehle woh science mein nahi tha.</w:t>
      </w:r>
    </w:p>
    <w:p>
      <w:pPr>
        <w:jc w:val="right"/>
      </w:pPr>
      <w:r>
        <w:t>اس سے پہلے وہ سائنس میں نہیں تھا۔</w:t>
      </w:r>
    </w:p>
    <w:p>
      <w:r>
        <w:rPr>
          <w:b/>
        </w:rPr>
        <w:t xml:space="preserve">[01:55] </w:t>
      </w:r>
      <w:r>
        <w:t>ab woh science mein bhi aa gaya hai ke hum "end of history" ke qareeb pahunch gaye hain.</w:t>
      </w:r>
    </w:p>
    <w:p>
      <w:pPr>
        <w:jc w:val="right"/>
      </w:pPr>
      <w:r>
        <w:t>اب وہ سائنس میں بھی آ گیا ہے کہ ہم "اینڈ آف ہسٹری" کے قریب پہنچ گئے ہیں۔</w:t>
      </w:r>
    </w:p>
    <w:p>
      <w:r>
        <w:rPr>
          <w:b/>
        </w:rPr>
        <w:t xml:space="preserve">[02:01] </w:t>
      </w:r>
      <w:r>
        <w:t>to aaj bhi mein isi ko le kar kuch baatein kahun ga.</w:t>
      </w:r>
    </w:p>
    <w:p>
      <w:pPr>
        <w:jc w:val="right"/>
      </w:pPr>
      <w:r>
        <w:t>تو آج بھی میں اسی کو لے کر کچھ باتیں کہوں گا۔</w:t>
      </w:r>
    </w:p>
    <w:p>
      <w:r>
        <w:rPr>
          <w:b/>
        </w:rPr>
        <w:t xml:space="preserve">[02:09] </w:t>
      </w:r>
      <w:r>
        <w:t>aap jante hain ke mein aksar aisa karta hoon ke jo</w:t>
      </w:r>
    </w:p>
    <w:p>
      <w:pPr>
        <w:jc w:val="right"/>
      </w:pPr>
      <w:r>
        <w:t>آپ جانتے ہیں کہ میں اکثر ایسا کرتا ہوں کہ جو</w:t>
      </w:r>
    </w:p>
    <w:p>
      <w:r>
        <w:rPr>
          <w:b/>
        </w:rPr>
        <w:t xml:space="preserve">[02:20] </w:t>
      </w:r>
      <w:r>
        <w:t>newspaper mein jo reports ya news aati hain, unhi ko le kar ke mein shuru karta hoon, phir is mein apni baat ko joR kar kehta hoon.</w:t>
      </w:r>
    </w:p>
    <w:p>
      <w:pPr>
        <w:jc w:val="right"/>
      </w:pPr>
      <w:r>
        <w:t>نیوز پیپر میں جو رپورٹیں یا نیوز آتی ہیں، انہی کو لے کر کے میں شروع کرتا ہوں، پھر اس میں اپنی بات کو جوڑ کر کہتا ہوں۔</w:t>
      </w:r>
    </w:p>
    <w:p>
      <w:r>
        <w:rPr>
          <w:b/>
        </w:rPr>
        <w:t xml:space="preserve">[02:29] </w:t>
      </w:r>
      <w:r>
        <w:t>to</w:t>
      </w:r>
    </w:p>
    <w:p>
      <w:pPr>
        <w:jc w:val="right"/>
      </w:pPr>
      <w:r>
        <w:t>تو</w:t>
      </w:r>
    </w:p>
    <w:p>
      <w:r>
        <w:rPr>
          <w:b/>
        </w:rPr>
        <w:t xml:space="preserve">[02:30] </w:t>
      </w:r>
      <w:r>
        <w:t>aaj bhi mere haath mein yeh English paper "The Hindu" hai, yani February 9 ka.</w:t>
      </w:r>
    </w:p>
    <w:p>
      <w:pPr>
        <w:jc w:val="right"/>
      </w:pPr>
      <w:r>
        <w:t>آج بھی میرے ہاتھ میں یہ انگلش پیپر "دا ہندو" ہے، یعنی فروری 9 کا۔</w:t>
      </w:r>
    </w:p>
    <w:p>
      <w:r>
        <w:rPr>
          <w:b/>
        </w:rPr>
        <w:t xml:space="preserve">[02:41] </w:t>
      </w:r>
      <w:r>
        <w:t>to is ko le kar mein kuch baat karna chahun ga. is se pehle mein yeh kahun ke yeh paper jo hote hain, newspaper ya media, yeh hamari zindagi mein bohat zyada aaj juR chuka hai, aap jante hain.</w:t>
      </w:r>
    </w:p>
    <w:p>
      <w:pPr>
        <w:jc w:val="right"/>
      </w:pPr>
      <w:r>
        <w:t>تو اس کو لے کر میں کچھ بات کرنا چاہوں گا۔ اس سے پہلے میں یہ کہوں کہ یہ پیپر جو ہوتے ہیں، نیوز پیپر یا میڈیا، یہ ہماری زندگی میں بہت زیادہ آج جڑ چکا ہے، آپ جانتے ہیں۔</w:t>
      </w:r>
    </w:p>
    <w:p>
      <w:r>
        <w:rPr>
          <w:b/>
        </w:rPr>
        <w:t xml:space="preserve">[03:00] </w:t>
      </w:r>
      <w:r>
        <w:t>aksar log baaton ko paper se ya media se lete hain. direct taur par baaton ko jaanna to pehle hota tha, media se pehle.</w:t>
      </w:r>
    </w:p>
    <w:p>
      <w:pPr>
        <w:jc w:val="right"/>
      </w:pPr>
      <w:r>
        <w:t>اکثر لوگ باتوں کو پیپر سے یا میڈیا سے لیتے ہیں۔ ڈائریکٹ طور پر باتوں کو جاننا تو پہلے ہوتا تھا، میڈیا سے پہلے۔</w:t>
      </w:r>
    </w:p>
    <w:p>
      <w:r>
        <w:rPr>
          <w:b/>
        </w:rPr>
        <w:t xml:space="preserve">[03:14] </w:t>
      </w:r>
      <w:r>
        <w:t>kyunke ab to bas media ko le kar ke aadmi jaanta hai baaton ko. hamari jab mein naujawani ki umar mein tha to mein us waqt UP mein rehta tha, Azamgarh mein.</w:t>
      </w:r>
    </w:p>
    <w:p>
      <w:pPr>
        <w:jc w:val="right"/>
      </w:pPr>
      <w:r>
        <w:t>کیونکہ اب تو بس میڈیا کو لے کر کے آدمی جانتا ہے باتوں کو۔ ہماری جب میں نوجوانی کی عمر میں تھا تو میں اس وقت یو پی میں رہتا تھا، اعظم گڑھ میں۔</w:t>
      </w:r>
    </w:p>
    <w:p>
      <w:r>
        <w:rPr>
          <w:b/>
        </w:rPr>
        <w:t xml:space="preserve">[03:30] </w:t>
      </w:r>
      <w:r>
        <w:t>to us waqt wahan par Pioneer akhbar bohat chalta tha. Pioneer akhbar pehle niklta tha Allahabad se.</w:t>
      </w:r>
    </w:p>
    <w:p>
      <w:pPr>
        <w:jc w:val="right"/>
      </w:pPr>
      <w:r>
        <w:t>تو اس وقت وہاں پر پانیئر اخبار بہت چلتا تھا۔ پانیئر اخبار پہلے نکلتا تھا الہ آباد سے۔</w:t>
      </w:r>
    </w:p>
    <w:p>
      <w:r>
        <w:rPr>
          <w:b/>
        </w:rPr>
        <w:t xml:space="preserve">[03:43] </w:t>
      </w:r>
      <w:r>
        <w:t>to is area mein wahi zyada chalta tha. to us zamane mein aik shayar the, Akbar Ilahabadi.</w:t>
      </w:r>
    </w:p>
    <w:p>
      <w:pPr>
        <w:jc w:val="right"/>
      </w:pPr>
      <w:r>
        <w:t>تو اس ایریا میں وہی زیادہ چلتا تھا۔ تو اس زمانے میں ایک شاعر تھے، اکبر الہ آبادی۔</w:t>
      </w:r>
    </w:p>
    <w:p>
      <w:r>
        <w:rPr>
          <w:b/>
        </w:rPr>
        <w:t xml:space="preserve">[03:56] </w:t>
      </w:r>
      <w:r>
        <w:t>to unhon ne kaha tha, aik apna aik sher is tarah kaha tha ke "baat woh hai jo Pioneer mein chhappe".</w:t>
      </w:r>
    </w:p>
    <w:p>
      <w:pPr>
        <w:jc w:val="right"/>
      </w:pPr>
      <w:r>
        <w:t>تو انہوں نے کہا تھا، ایک اپنا ایک شعر اس طرح کہا تھا کہ "بات وہ ہے جو پانیئر میں چھپے"۔</w:t>
      </w:r>
    </w:p>
    <w:p>
      <w:r>
        <w:rPr>
          <w:b/>
        </w:rPr>
        <w:t xml:space="preserve">[04:07] </w:t>
      </w:r>
      <w:r>
        <w:t>kyunke is waqt bhi english papers jo the wahi dominate karte the. aur aaj bhi english papers hi dominate karte hain. is waqt log samajhte the ke India mein chunke British rule hai,</w:t>
      </w:r>
    </w:p>
    <w:p>
      <w:pPr>
        <w:jc w:val="right"/>
      </w:pPr>
      <w:r>
        <w:t>کیونکہ اس وقت بھی انگلش پیپرز جو تھے وہی ڈومینیٹ کرتے تھے۔ اور آج بھی انگلش پیپرز ہی ڈومینیٹ کرتے ہیں۔ اس وقت لوگ سمجھتے تھے کہ انڈیا میں چونکہ برٹش رول ہے،</w:t>
      </w:r>
    </w:p>
    <w:p>
      <w:r>
        <w:rPr>
          <w:b/>
        </w:rPr>
        <w:t xml:space="preserve">[04:21] </w:t>
      </w:r>
      <w:r>
        <w:t>is liye english dominate kar rahi hai.</w:t>
      </w:r>
    </w:p>
    <w:p>
      <w:pPr>
        <w:jc w:val="right"/>
      </w:pPr>
      <w:r>
        <w:t>اس لیے انگلش ڈومینیٹ کر رہی ہے۔</w:t>
      </w:r>
    </w:p>
    <w:p>
      <w:r>
        <w:rPr>
          <w:b/>
        </w:rPr>
        <w:t xml:space="preserve">[04:25] </w:t>
      </w:r>
      <w:r>
        <w:t>lekin aap jante hain ke India azaad ho chuka hai. 60 saal ho gaye azaadi ko. lekin aaj bhi english hi dominate kar rahi hai hamare desh mein.</w:t>
      </w:r>
    </w:p>
    <w:p>
      <w:pPr>
        <w:jc w:val="right"/>
      </w:pPr>
      <w:r>
        <w:t>لیکن آپ جانتے ہیں کہ انڈیا آزاد ہو چکا ہے۔ 60 سال ہو گئے آزادی کو۔ لیکن آج بھی انگلش ہی ڈومینیٹ کر رہی ہے ہمارے દેશ میں۔</w:t>
      </w:r>
    </w:p>
    <w:p>
      <w:r>
        <w:rPr>
          <w:b/>
        </w:rPr>
        <w:t xml:space="preserve">[04:37] </w:t>
      </w:r>
      <w:r>
        <w:t>to woh to jo kaha tha unhone ke "baat woh hai jo panir mein chhupe", unka matlab yahi tha ke angrez yahan par hain. aur angrez parche nikalte hain.</w:t>
      </w:r>
    </w:p>
    <w:p>
      <w:pPr>
        <w:jc w:val="right"/>
      </w:pPr>
      <w:r>
        <w:t>تو وہ تو جو کہا تھا انہوں نے کہ "بات وہ ہے جو پانیئر میں چھپے"، ان کا مطلب یہی تھا کہ انگریز یہاں پر ہیں۔ اور انگریز پرچہ نکالتے ہیں۔</w:t>
      </w:r>
    </w:p>
    <w:p>
      <w:r>
        <w:rPr>
          <w:b/>
        </w:rPr>
        <w:t xml:space="preserve">[04:47] </w:t>
      </w:r>
      <w:r>
        <w:t>is waqt panir ka editor bhi angrez tha. to usko joda tha unhone British rule se. lekin</w:t>
      </w:r>
    </w:p>
    <w:p>
      <w:pPr>
        <w:jc w:val="right"/>
      </w:pPr>
      <w:r>
        <w:t>اس وقت پانیئر کا ایڈیٹر بھی انگریز تھا۔ تو اس کو جوڑا تھا انہوں نے برٹش رول سے۔ لیکن</w:t>
      </w:r>
    </w:p>
    <w:p>
      <w:r>
        <w:rPr>
          <w:b/>
        </w:rPr>
        <w:t xml:space="preserve">[04:55] </w:t>
      </w:r>
      <w:r>
        <w:t>60 baras ke baad jo hua hai hamare desh mein ke aaj bhi english hi dominate kar rahi hai. english papers dominate kar rahe hain.</w:t>
      </w:r>
    </w:p>
    <w:p>
      <w:pPr>
        <w:jc w:val="right"/>
      </w:pPr>
      <w:r>
        <w:t>60 برس کے بعد جو ہوا ہے ہمارے દેશ میں کہ آج بھی انگلش ہی ڈومینیٹ کر رہی ہے۔ انگلش پیپرز ڈومینیٹ کر رہے ہیں۔</w:t>
      </w:r>
    </w:p>
    <w:p>
      <w:r>
        <w:rPr>
          <w:b/>
        </w:rPr>
        <w:t xml:space="preserve">[05:07] </w:t>
      </w:r>
      <w:r>
        <w:t>lekin is baat ko abhi tak kisi ne mana nahi ke woh soch galat thi.</w:t>
      </w:r>
    </w:p>
    <w:p>
      <w:pPr>
        <w:jc w:val="right"/>
      </w:pPr>
      <w:r>
        <w:t>لیکن اس بات کو ابھی تک کسی نے مانا نہیں کہ وہ سوچ غلط تھی۔</w:t>
      </w:r>
    </w:p>
    <w:p>
      <w:r>
        <w:rPr>
          <w:b/>
        </w:rPr>
        <w:t xml:space="preserve">[05:15] </w:t>
      </w:r>
      <w:r>
        <w:t>dekhein, koi zameen, koi bhi zuban ho, koi bhi tehzeeb ho, apni taqat se, apni taqat se woh uska dabdaba banta hai.</w:t>
      </w:r>
    </w:p>
    <w:p>
      <w:pPr>
        <w:jc w:val="right"/>
      </w:pPr>
      <w:r>
        <w:t>دیکھیں، کوئی زمین، کوئی بھی زبان ہو، کوئی بھی تہذیب ہو، اپنی طاقت سے، اپنی طاقت سے وہ اس کا دبدبہ بنتا ہے۔</w:t>
      </w:r>
    </w:p>
    <w:p>
      <w:r>
        <w:rPr>
          <w:b/>
        </w:rPr>
        <w:t xml:space="preserve">[05:26] </w:t>
      </w:r>
      <w:r>
        <w:t>yeh sab be buniyad baatein hain ke kisi ka rule hai to woh kar dega. koi bhi social phenomena is tarah nahi hua karta.</w:t>
      </w:r>
    </w:p>
    <w:p>
      <w:pPr>
        <w:jc w:val="right"/>
      </w:pPr>
      <w:r>
        <w:t>یہ سب بے بنیاد باتیں ہیں کہ کسی کا رول ہے تو وہ کر دے گا۔ کوئی بھی سوشل فیناومینا اس طرح نہیں ہوا کرتا۔</w:t>
      </w:r>
    </w:p>
    <w:p>
      <w:r>
        <w:rPr>
          <w:b/>
        </w:rPr>
        <w:t xml:space="preserve">[05:37] </w:t>
      </w:r>
      <w:r>
        <w:t>aur iska zinda saboot hai ke aaj bhi english paper hi dominate kar rahe hain hamare desh mein.</w:t>
      </w:r>
    </w:p>
    <w:p>
      <w:pPr>
        <w:jc w:val="right"/>
      </w:pPr>
      <w:r>
        <w:t>اور اس کا زندہ ثبوت ہے کہ آج بھی انگلش پیپر ہی ڈومینیٹ کر رہے ہیں ہمارے દેશ میں۔</w:t>
      </w:r>
    </w:p>
    <w:p>
      <w:r>
        <w:rPr>
          <w:b/>
        </w:rPr>
        <w:t xml:space="preserve">[05:43] </w:t>
      </w:r>
      <w:r>
        <w:t>halanke 60 baras ho gaye India ke azaad hue. to is waqt bhi aur aaj bhi main kahunga ke english zuban khud apne zor par thi yahan par.</w:t>
      </w:r>
    </w:p>
    <w:p>
      <w:pPr>
        <w:jc w:val="right"/>
      </w:pPr>
      <w:r>
        <w:t>حالانکہ 60 برس ہو گئے انڈیا کے آزاد ہوئے۔ تو اس وقت بھی اور آج بھی میں کہوں گا کہ انگلش زبان خود اپنے زور پر تھی یہاں پر۔</w:t>
      </w:r>
    </w:p>
    <w:p>
      <w:r>
        <w:rPr>
          <w:b/>
        </w:rPr>
        <w:t xml:space="preserve">[05:56] </w:t>
      </w:r>
      <w:r>
        <w:t>hamare desh mein dekhein, bahut se log jo Hindi ki baat kiya karte the, apne bachchon ko english padhate hain. bahut se log jo Arabi aur Farsi ki baat karte the, woh apne bachchon ko english padha rahe hain.</w:t>
      </w:r>
    </w:p>
    <w:p>
      <w:pPr>
        <w:jc w:val="right"/>
      </w:pPr>
      <w:r>
        <w:t>ہمارے દેશ میں دیکھیں، بہت سے لوگ جو ہندی کی بات کیا کرتے تھے، اپنے بچوں کو انگلش پڑھاتے ہیں۔ بہت سے لوگ جو عربی اور فارسی کی بات کرتے تھے، وہ اپنے بچوں کو انگلش پڑھا رہے ہیں۔</w:t>
      </w:r>
    </w:p>
    <w:p>
      <w:r>
        <w:rPr>
          <w:b/>
        </w:rPr>
        <w:t xml:space="preserve">[06:11] </w:t>
      </w:r>
      <w:r>
        <w:t>kyun? jante hain ke mere bachche ka mustaqbil jo hai woh banega to english se banega. woh Hindi se, Arabi se aur Farsi se nahi banega. to is baat ko janna chahiye, manna chahiye.</w:t>
      </w:r>
    </w:p>
    <w:p>
      <w:pPr>
        <w:jc w:val="right"/>
      </w:pPr>
      <w:r>
        <w:t>کیوں؟ جانتے ہیں کہ میرے بچے کا مستقبل جو ہے وہ بنے گا تو انگلش سے بنے گا۔ وہ ہندی سے، عربی سے اور فارسی سے نہیں بنے گا۔ تو اس بات کو جاننا چاہیے، ماننا چاہیے۔</w:t>
      </w:r>
    </w:p>
    <w:p>
      <w:r>
        <w:rPr>
          <w:b/>
        </w:rPr>
        <w:t xml:space="preserve">[06:26] </w:t>
      </w:r>
      <w:r>
        <w:t>hamesha insaan yahi karta hai ke tasleem nahi karta. aaj bhi koi tasleem nahi karta, koi. mujhe to aise log nahi milte.</w:t>
      </w:r>
    </w:p>
    <w:p>
      <w:pPr>
        <w:jc w:val="right"/>
      </w:pPr>
      <w:r>
        <w:t>ہمیشہ انسان یہی کرتا ہے کہ تسلیم نہیں کرتا۔ آج بھی کوئی تسلیم نہیں کرتا، کوئی۔ مجھے تو ایسے لوگ نہیں ملتے۔</w:t>
      </w:r>
    </w:p>
    <w:p>
      <w:r>
        <w:rPr>
          <w:b/>
        </w:rPr>
        <w:t xml:space="preserve">[06:38] </w:t>
      </w:r>
      <w:r>
        <w:t>mujhe to aise log nahi milte jo yeh kahein ke hamari yeh soch galat thi. humne samjha ke english jo dominate kar rahi hai azaadi se pehle, to British rule ki wajah se kar rahi hai.</w:t>
      </w:r>
    </w:p>
    <w:p>
      <w:pPr>
        <w:jc w:val="right"/>
      </w:pPr>
      <w:r>
        <w:t>مجھے تو ایسے لوگ نہیں ملتے جو یہ کہیں کہ ہماری یہ سوچ غلط تھی۔ ہم نے سمجھا کہ انگلش جو ڈومینیٹ کر رہی ہے آزادی سے پہلے، تو برٹش رول کی وجہ سے کر رہی ہے۔</w:t>
      </w:r>
    </w:p>
    <w:p>
      <w:r>
        <w:rPr>
          <w:b/>
        </w:rPr>
        <w:t xml:space="preserve">[06:48] </w:t>
      </w:r>
      <w:r>
        <w:t>aisa nahi tha. apni taqat se woh uska dabdaba tha. aur aaj bhi apni taqat se uska dabdaba hai. main to nahi maloom ke kisi ne isko tasleem kiya ho.</w:t>
      </w:r>
    </w:p>
    <w:p>
      <w:pPr>
        <w:jc w:val="right"/>
      </w:pPr>
      <w:r>
        <w:t>ایسا نہیں تھا۔ اپنی طاقت سے وہ اس کا دبدبہ تھا۔ اور آج بھی اپنی طاقت سے اس کا دبدبہ ہے۔ میں تو نہیں معلوم کہ کسی نے اس کو تسلیم کیا ہو۔</w:t>
      </w:r>
    </w:p>
    <w:p>
      <w:r>
        <w:rPr>
          <w:b/>
        </w:rPr>
        <w:t xml:space="preserve">[07:00] </w:t>
      </w:r>
      <w:r>
        <w:t>mujhe to aise log nahi pata.</w:t>
      </w:r>
    </w:p>
    <w:p>
      <w:pPr>
        <w:jc w:val="right"/>
      </w:pPr>
      <w:r>
        <w:t>مجھے تو ایسے لوگ نہیں پتہ۔</w:t>
      </w:r>
    </w:p>
    <w:p>
      <w:r>
        <w:rPr>
          <w:b/>
        </w:rPr>
        <w:t xml:space="preserve">[07:03] </w:t>
      </w:r>
      <w:r>
        <w:t>lekin woh log jo pehle baat karte the, anti English, apne bachchon ko english padha rahe hain aaj. woh mazhabi log, woh mazhabi log.</w:t>
      </w:r>
    </w:p>
    <w:p>
      <w:pPr>
        <w:jc w:val="right"/>
      </w:pPr>
      <w:r>
        <w:t>لیکن وہ لوگ جو پہلے بات کرتے تھے، اینٹی انگلش، اپنے بچوں کو انگلش پڑھا رہے ہیں آج۔ وہ مذہبی لوگ، وہ مذہبی لوگ۔</w:t>
      </w:r>
    </w:p>
    <w:p>
      <w:r>
        <w:rPr>
          <w:b/>
        </w:rPr>
        <w:t xml:space="preserve">[07:14] </w:t>
      </w:r>
      <w:r>
        <w:t>mere bachpan mein main khud jo hai school mein mera isi liye dakhila nahi kiya gaya ke mere ghar wale jo mazhabi, mere chacha khaas taur par mazhabi aadmi the, unhone mera madarse mein dakhila karwaya.</w:t>
      </w:r>
    </w:p>
    <w:p>
      <w:pPr>
        <w:jc w:val="right"/>
      </w:pPr>
      <w:r>
        <w:t>میرے بچپن میں میں خود جو ہے اسکول میں میرا اسی لیے داخلہ نہیں کیا گیا کہ میرے گھر والے جو مذہبی، میرے چچا خاص طور پر مذہبی آدمی تھے، انہوں نے میرا مدرسے میں داخلہ کروایا۔</w:t>
      </w:r>
    </w:p>
    <w:p>
      <w:r>
        <w:rPr>
          <w:b/>
        </w:rPr>
        <w:t xml:space="preserve">[07:31] </w:t>
      </w:r>
      <w:r>
        <w:t>mere baap the nahi is zamane mein.</w:t>
      </w:r>
    </w:p>
    <w:p>
      <w:pPr>
        <w:jc w:val="right"/>
      </w:pPr>
      <w:r>
        <w:t>میرے باپ تھے نہیں اس زمانے میں۔</w:t>
      </w:r>
    </w:p>
    <w:p>
      <w:r>
        <w:rPr>
          <w:b/>
        </w:rPr>
        <w:t xml:space="preserve">[07:33] </w:t>
      </w:r>
      <w:r>
        <w:t>to main janta hoon ke poora is waqt ka jo mahaul tha woh anti English mahaul tha. lekin inhi ke bachche, inhi ke bete, inhi ke pote aaj jo hai english schoolon mein padh rahe hain.</w:t>
      </w:r>
    </w:p>
    <w:p>
      <w:pPr>
        <w:jc w:val="right"/>
      </w:pPr>
      <w:r>
        <w:t>تو میں جانتا ہوں کہ پورا اس وقت کا جو ماحول تھا وہ اینٹی انگلش ماحول تھا۔ لیکن انہی کے بچے، انہی کے بیٹے، انہی کے پوتے آج جو ہے انگلش اسکولوں میں پڑھ رہے ہیں۔</w:t>
      </w:r>
    </w:p>
    <w:p>
      <w:r>
        <w:rPr>
          <w:b/>
        </w:rPr>
        <w:t xml:space="preserve">[07:43] </w:t>
      </w:r>
      <w:r>
        <w:t>lekin khul kar unhone yeh nahi kaha ke hamare baap dada galati par the. ke english ki mukhalifat ki unhone. main to aise log nahi dekhta jo is baat ko tasleem karein.</w:t>
      </w:r>
    </w:p>
    <w:p>
      <w:pPr>
        <w:jc w:val="right"/>
      </w:pPr>
      <w:r>
        <w:t>لیکن کھل کر انہوں نے یہ نہیں کہا کہ ہمارے باپ دادا غلطی پر تھے۔ کہ انگلش کی مخالفت کی انہوں نے۔ میں تو ایسے لوگ نہیں دیکھتا جو اس بات کو تسلیم کریں۔</w:t>
      </w:r>
    </w:p>
    <w:p>
      <w:r>
        <w:rPr>
          <w:b/>
        </w:rPr>
        <w:t xml:space="preserve">[07:56] </w:t>
      </w:r>
      <w:r>
        <w:t>dekhein, tasleem karna ek bahut bada sawab ka kaam hai.</w:t>
      </w:r>
    </w:p>
    <w:p>
      <w:pPr>
        <w:jc w:val="right"/>
      </w:pPr>
      <w:r>
        <w:t>دیکھیں، تسلیم کرنا ایک بہت بڑا ثواب کا کام ہے۔</w:t>
      </w:r>
    </w:p>
    <w:p>
      <w:r>
        <w:rPr>
          <w:b/>
        </w:rPr>
        <w:t xml:space="preserve">[08:00] </w:t>
      </w:r>
      <w:r>
        <w:t>woh itna hi bada sawab kaam hai jitna ke namaz padhna ya ibadat karna. to log yeh to jante hain ke namaz padho aur sawab mil jayega. main samajhta hoon ke mere qanoon ne woh insaan nahi dekhe abhi tak jo yeh jaanein,</w:t>
      </w:r>
    </w:p>
    <w:p>
      <w:pPr>
        <w:jc w:val="right"/>
      </w:pPr>
      <w:r>
        <w:t>وہ اتنا ہی بڑا ثواب کام ہے جتنا کہ نماز پڑھنا یا عبادت کرنا۔ تو لوگ یہ تو جانتے ہیں کہ نماز پڑھو اور ثواب مل جائے گا۔ میں سمجھتا ہوں کہ میرے قانون نے وہ انسان نہیں دیکھے ابھی تک جو یہ جانیں،</w:t>
      </w:r>
    </w:p>
    <w:p>
      <w:r>
        <w:rPr>
          <w:b/>
        </w:rPr>
        <w:t xml:space="preserve">[08:14] </w:t>
      </w:r>
      <w:r>
        <w:t>aisi awaaz nahi suni ke tasleem karna bhi ek ibadat hai. hadith mein aata hai ke "man lam yashkur al-nas lam yashkur Allah".</w:t>
      </w:r>
    </w:p>
    <w:p>
      <w:pPr>
        <w:jc w:val="right"/>
      </w:pPr>
      <w:r>
        <w:t>ایسی آواز نہیں سنی کہ تسلیم کرنا بھی ایک عبادت ہے۔ حدیث میں آتا ہے کہ "من لم یشکر الناس لم یشکر اللہ"۔</w:t>
      </w:r>
    </w:p>
    <w:p>
      <w:r>
        <w:rPr>
          <w:b/>
        </w:rPr>
        <w:t xml:space="preserve">[08:24] </w:t>
      </w:r>
      <w:r>
        <w:t>jo insaan ko tasleem nahin kare woh khuda ki bhi tasleem nahin karega.</w:t>
      </w:r>
    </w:p>
    <w:p>
      <w:pPr>
        <w:jc w:val="right"/>
      </w:pPr>
      <w:r>
        <w:t>جو انسان کو تسلیم نہیں کرے وہ خدا کی بھی تسلیم نہیں کرے گا۔</w:t>
      </w:r>
    </w:p>
    <w:p>
      <w:r>
        <w:rPr>
          <w:b/>
        </w:rPr>
        <w:t xml:space="preserve">[08:29] </w:t>
      </w:r>
      <w:r>
        <w:t>kitni bari baat hai hadith mein. "man lam yashkur al-nas lam yashkur Allah". jo aadmi insaan ko tasleem na kare woh khuda ki bhi tasleem nahin karega.</w:t>
      </w:r>
    </w:p>
    <w:p>
      <w:pPr>
        <w:jc w:val="right"/>
      </w:pPr>
      <w:r>
        <w:t>کتنی بڑی بات ہے حدیث میں۔ "من لم یشکر الناس لم یشکر اللہ"۔ جو آدمی انسان کو تسلیم نہ کرے وہ خدا کی بھی تسلیم نہیں کرے گا۔</w:t>
      </w:r>
    </w:p>
    <w:p>
      <w:r>
        <w:rPr>
          <w:b/>
        </w:rPr>
        <w:t xml:space="preserve">[08:41] </w:t>
      </w:r>
      <w:r>
        <w:t>aaj aap dekhen, alhamdulillah, alhamdulillah ghar wale to bohat sare milenge. insaan ko tasleem karne wala kaun hai? main to aise log nahin dekhte.</w:t>
      </w:r>
    </w:p>
    <w:p>
      <w:pPr>
        <w:jc w:val="right"/>
      </w:pPr>
      <w:r>
        <w:t>آج آپ دیکھیں، الحمدللہ، الحمدللہ گھر والے تو بہت سارے ملیں گے۔ انسان کو تسلیم کرنے والا کون ہے؟ میں تو ایسے لوگ نہیں دیکھتے۔</w:t>
      </w:r>
    </w:p>
    <w:p>
      <w:r>
        <w:rPr>
          <w:b/>
        </w:rPr>
        <w:t xml:space="preserve">[08:55] </w:t>
      </w:r>
      <w:r>
        <w:t>main to yahi pata hoon ke log apne bachchon ko jante hain ke bachchon ka koi kārnāma hai, usko batayenge khoob badh badh kar ke. mere bachche ne yeh kiya, mere bachche ne woh kiya.</w:t>
      </w:r>
    </w:p>
    <w:p>
      <w:pPr>
        <w:jc w:val="right"/>
      </w:pPr>
      <w:r>
        <w:t>میں تو یہی پاتا ہوں کہ لوگ اپنے بچوں کو جانتے ہیں کہ بچوں کا کوئی کارنامہ ہے، اس کو بتائیں گے خوب بڑھ بڑھ کر کے۔ میرے بچے نے یہ کیا، میرے بچے نے وہ کیا۔</w:t>
      </w:r>
    </w:p>
    <w:p>
      <w:r>
        <w:rPr>
          <w:b/>
        </w:rPr>
        <w:t xml:space="preserve">[09:06] </w:t>
      </w:r>
      <w:r>
        <w:t>insaan ne kya kiya hai? insaan ka contribution kya unki zindagi mein hai? usko tasleem karne wala koi bhi nahin. to main yeh isi ko main keh raha hoon ke log yeh jante hain ke namaz padhna sawāb ka kaam hai, roza rakhna sawāb ka kaam hai.</w:t>
      </w:r>
    </w:p>
    <w:p>
      <w:pPr>
        <w:jc w:val="right"/>
      </w:pPr>
      <w:r>
        <w:t>انسان نے کیا کیا ہے؟ انسان کا کنٹریبیوشن کیا ان کی زندگی میں ہے؟ اس کو تسلیم کرنے والا کوئی بھی نہیں۔ تو میں یہ اسی کو میں کہہ رہا ہوں کہ لوگ یہ جانتے ہیں کہ نماز پڑھنا ثواب کا کام ہے، روزہ رکھنا ثواب کا کام ہے۔</w:t>
      </w:r>
    </w:p>
    <w:p>
      <w:r>
        <w:rPr>
          <w:b/>
        </w:rPr>
        <w:t xml:space="preserve">[09:24] </w:t>
      </w:r>
      <w:r>
        <w:t>yeh koi janta hi nahin hai ke tasleem karna bhi sawāb ka kaam hai. halānke hadith mein saaf saaf hai ke "man lam yashkur al-nas lam yashkur Allah".</w:t>
      </w:r>
    </w:p>
    <w:p>
      <w:pPr>
        <w:jc w:val="right"/>
      </w:pPr>
      <w:r>
        <w:t>یہ کوئی جانتا ہی نہیں ہے کہ تسلیم کرنا بھی ثواب کا کام ہے۔ حالانکہ حدیث میں صاف صاف ہے کہ "من لم یشکر الناس لم یشکر اللہ"۔</w:t>
      </w:r>
    </w:p>
    <w:p>
      <w:r>
        <w:rPr>
          <w:b/>
        </w:rPr>
        <w:t xml:space="preserve">[09:33] </w:t>
      </w:r>
      <w:r>
        <w:t>jo insaan ko tasleem nahin karega woh khuda ki bhi tasleem nahin karega. insaan ka bhi itirāf jo karega woh bhi khuda ka itirāf karega.</w:t>
      </w:r>
    </w:p>
    <w:p>
      <w:pPr>
        <w:jc w:val="right"/>
      </w:pPr>
      <w:r>
        <w:t>جو انسان کو تسلیم نہیں کرے گا وہ خدا کی بھی تسلیم نہیں کرے گا۔ انسان کا بھی اعتراف جو کرے گا وہ بھی خدا کا اعتراف کرے گا۔</w:t>
      </w:r>
    </w:p>
    <w:p>
      <w:r>
        <w:rPr>
          <w:b/>
        </w:rPr>
        <w:t xml:space="preserve">[09:44] </w:t>
      </w:r>
      <w:r>
        <w:t>shukr kya hai? shukr itirāf to hai.</w:t>
      </w:r>
    </w:p>
    <w:p>
      <w:pPr>
        <w:jc w:val="right"/>
      </w:pPr>
      <w:r>
        <w:t>شکر کیا ہے؟ شکر اعترافی تو ہے۔</w:t>
      </w:r>
    </w:p>
    <w:p>
      <w:r>
        <w:rPr>
          <w:b/>
        </w:rPr>
        <w:t xml:space="preserve">[09:47] </w:t>
      </w:r>
      <w:r>
        <w:t>jo aap kehte hain khudaaya tera shukr hai, to aap khuda ka itirāf karte hain. khuda ko tasleem karte hain. to itni bari baat hai, lekin main to main ne to apne kaan se sunane laga hoon woh kehte hue ke hum kehte hain bari bhool mein the ke hum samajhte the ke angrezi zaban jo hai woh British rule ke badolat hai.</w:t>
      </w:r>
    </w:p>
    <w:p>
      <w:pPr>
        <w:jc w:val="right"/>
      </w:pPr>
      <w:r>
        <w:t>جو آپ کہتے ہیں خدایا تیرا شکر ہے، تو آپ خدا کا اعتراف کرتے ہیں۔ خدا کو تسلیم کرتے ہیں۔ تو اتنی بڑی بات ہے، لیکن میں تو میں نے تو اپنے کان سے سنانے لگا ہوں وہ کہتے ہوئے کہ ہم کہتے ہیں بڑی بھول میں تھے کہ ہم سمجھتے تھے کہ انگریزی زبان جو ہے وہ برٹش رول کے بدولت ہے۔</w:t>
      </w:r>
    </w:p>
    <w:p>
      <w:r>
        <w:rPr>
          <w:b/>
        </w:rPr>
        <w:t xml:space="preserve">[10:08] </w:t>
      </w:r>
      <w:r>
        <w:t>British rule gaya to angrezi bhi gayi. aaj kyun dab dabe hai angrezi zaban ka? sochiye. to</w:t>
      </w:r>
    </w:p>
    <w:p>
      <w:pPr>
        <w:jc w:val="right"/>
      </w:pPr>
      <w:r>
        <w:t>برٹش رول گیا تو انگریزی بھی گئی۔ آج کیوں دبدبہ ہے انگریزی زبان کا؟ سوچیے۔ تو</w:t>
      </w:r>
    </w:p>
    <w:p>
      <w:r>
        <w:rPr>
          <w:b/>
        </w:rPr>
        <w:t xml:space="preserve">[10:18] </w:t>
      </w:r>
      <w:r>
        <w:t>koi bhi cheez duniya mein yaad rakhiye, apni taqat se duniya mein iska dab dabe banta hai. kisi ke koi pattern unko mil jaye, koi sarparasti kare, us se kuch bhi nahin hota.</w:t>
      </w:r>
    </w:p>
    <w:p>
      <w:pPr>
        <w:jc w:val="right"/>
      </w:pPr>
      <w:r>
        <w:t>کوئی بھی چیز دنیا میں یاد رکھیے، اپنی طاقت سے دنیا میں اس کا دبدبہ بنتا ہے۔ کسی کے کوئی پیٹرن ان کو مل جائے، کوئی سرپرستی کرے، اس سے کچھ بھی نہیں ہوتا۔</w:t>
      </w:r>
    </w:p>
    <w:p>
      <w:r>
        <w:rPr>
          <w:b/>
        </w:rPr>
        <w:t xml:space="preserve">[10:31] </w:t>
      </w:r>
      <w:r>
        <w:t>to khair yeh ek aur baat thi hai. to main yeh keh raha tha ke hamari zindagi mein paper ya media ka bohat bara dakhil ho gaya hai.</w:t>
      </w:r>
    </w:p>
    <w:p>
      <w:pPr>
        <w:jc w:val="right"/>
      </w:pPr>
      <w:r>
        <w:t>تو خیر یہ ایک اور بات تھی ہے۔ تو میں یہ کہہ رہا تھا کہ ہماری زندگی میں پیپر یا میڈیا کا بہت بڑا دخل ہو گیا ہے۔</w:t>
      </w:r>
    </w:p>
    <w:p>
      <w:r>
        <w:rPr>
          <w:b/>
        </w:rPr>
        <w:t xml:space="preserve">[10:42] </w:t>
      </w:r>
      <w:r>
        <w:t>lekin paper ko bhi sahi taur par padhna log nahin jante.</w:t>
      </w:r>
    </w:p>
    <w:p>
      <w:pPr>
        <w:jc w:val="right"/>
      </w:pPr>
      <w:r>
        <w:t>لیکن پیپر کو بھی صحیح طور پر پڑھنا لوگ نہیں جانتے۔</w:t>
      </w:r>
    </w:p>
    <w:p>
      <w:r>
        <w:rPr>
          <w:b/>
        </w:rPr>
        <w:t xml:space="preserve">[10:47] </w:t>
      </w:r>
      <w:r>
        <w:t>bas news ke liye bohat se bohat dekh lete hain woh. news se aage nahin. main aksar likhta hoon article jo mere magazine mein nikalta hai, mera risāla.</w:t>
      </w:r>
    </w:p>
    <w:p>
      <w:pPr>
        <w:jc w:val="right"/>
      </w:pPr>
      <w:r>
        <w:t>بس نیوز کے لیے بہت سے بہت دیکھ لیتے ہیں وہ۔ نیوز سے آگے نہیں۔ میں اکثر لکھتا ہوں آرٹیکل جو میرے میگزین میں نکلتا ہے، میرا رسالہ۔</w:t>
      </w:r>
    </w:p>
    <w:p>
      <w:r>
        <w:rPr>
          <w:b/>
        </w:rPr>
        <w:t xml:space="preserve">[10:59] </w:t>
      </w:r>
      <w:r>
        <w:t>to aksar Times of India ya kisi angrezi akhbar ka us mein reference rehta hai. to log kehte hain ke hum bhi to padhte hain Times of India. hum ko to yeh samajh mein baat nahin aayi thi jo aap likh rahe hain.</w:t>
      </w:r>
    </w:p>
    <w:p>
      <w:pPr>
        <w:jc w:val="right"/>
      </w:pPr>
      <w:r>
        <w:t>تو اکثر ٹائمز آف انڈیا یا کسی انگریزی اخبار کا اس میں ریفرنس رہتا ہے۔ تو لوگ کہتے ہیں کہ ہم بھی تو پڑھتے ہیں ٹائمز آف انڈیا۔ ہم کو تو یہ سمجھ میں بات نہیں آئی تھی جو آپ لکھ رہے ہیں۔</w:t>
      </w:r>
    </w:p>
    <w:p>
      <w:r>
        <w:rPr>
          <w:b/>
        </w:rPr>
        <w:t xml:space="preserve">[11:12] </w:t>
      </w:r>
      <w:r>
        <w:t>kyun? hum paper news paper ko sirf ba taur news samajhte hain.</w:t>
      </w:r>
    </w:p>
    <w:p>
      <w:pPr>
        <w:jc w:val="right"/>
      </w:pPr>
      <w:r>
        <w:t>کیوں؟ ہم پیپر نیوز پیپر کو صرف بطور نیوز سمجھتے ہیں۔</w:t>
      </w:r>
    </w:p>
    <w:p>
      <w:r>
        <w:rPr>
          <w:b/>
        </w:rPr>
        <w:t xml:space="preserve">[11:20] </w:t>
      </w:r>
      <w:r>
        <w:t>nahin, har cheez jo hai woh hamare liye ek sabaq hai. yeh paper bhi sabaq paper hai, news paper nahin hai.</w:t>
      </w:r>
    </w:p>
    <w:p>
      <w:pPr>
        <w:jc w:val="right"/>
      </w:pPr>
      <w:r>
        <w:t>نہیں، ہر چیز جو ہے وہ ہمارے لیے ایک سبق ہے۔ یہ پیپر بھی سبق پیپر ہے، نیوز پیپر نہیں ہے۔</w:t>
      </w:r>
    </w:p>
    <w:p>
      <w:r>
        <w:rPr>
          <w:b/>
        </w:rPr>
        <w:t xml:space="preserve">[11:31] </w:t>
      </w:r>
      <w:r>
        <w:t>matlab news se sabaq lena. isi ko Quran mein kaha gaya hai tawsam. tawsam ka matlab yahi hai ke ek ek ek cheez aap ke samne aayi, us se aap ne ek sabaq liya, ek nasihat liya, ek sabaq liya.</w:t>
      </w:r>
    </w:p>
    <w:p>
      <w:pPr>
        <w:jc w:val="right"/>
      </w:pPr>
      <w:r>
        <w:t>مطلب نیوز سے سبق لینا۔ اسی کو قرآن میں کہا گیا ہے توسم۔ توسم کا مطلب یہی ہے کہ ایک ایک ایک چیز آپ کے سامنے آئی، اس سے آپ نے ایک سبق لیا، ایک نصیحت لیا، ایک سبق لیا۔</w:t>
      </w:r>
    </w:p>
    <w:p>
      <w:r>
        <w:rPr>
          <w:b/>
        </w:rPr>
        <w:t xml:space="preserve">[11:46] </w:t>
      </w:r>
      <w:r>
        <w:t>us ko kehte hain tawsam.</w:t>
      </w:r>
    </w:p>
    <w:p>
      <w:pPr>
        <w:jc w:val="right"/>
      </w:pPr>
      <w:r>
        <w:t>اس کو کہتے ہیں توسم۔</w:t>
      </w:r>
    </w:p>
    <w:p>
      <w:r>
        <w:rPr>
          <w:b/>
        </w:rPr>
        <w:t xml:space="preserve">[11:49] </w:t>
      </w:r>
      <w:r>
        <w:t>to hamein apni poori zindagi mein tawsam karte rehna hai. poori zindagi mein tawsam karte rehna hai.</w:t>
      </w:r>
    </w:p>
    <w:p>
      <w:pPr>
        <w:jc w:val="right"/>
      </w:pPr>
      <w:r>
        <w:t>تو ہمیں اپنی پوری زندگی میں توسم کرتے رہنا ہے۔ پوری زندگی میں توسم کرتے رہنا ہے۔</w:t>
      </w:r>
    </w:p>
    <w:p>
      <w:r>
        <w:rPr>
          <w:b/>
        </w:rPr>
        <w:t xml:space="preserve">[12:00] </w:t>
      </w:r>
      <w:r>
        <w:t>chahe akhbar padhen, chahe kuch aur karen. mujhe kuch Allah taala ne aisa paida kiya hai ke bachpan se mera mizāj tha sabaq ka, sabaq ka.</w:t>
      </w:r>
    </w:p>
    <w:p>
      <w:pPr>
        <w:jc w:val="right"/>
      </w:pPr>
      <w:r>
        <w:t>چاہے اخبار پڑھیں، چاہے کچھ اور کریں۔ مجھے کچھ اللہ تعالیٰ نے ایسا پیدا کیا ہے کہ بچپن سے میرا مزاج تھا سبق کا، سبق کا۔</w:t>
      </w:r>
    </w:p>
    <w:p>
      <w:r>
        <w:rPr>
          <w:b/>
        </w:rPr>
        <w:t xml:space="preserve">[12:10] </w:t>
      </w:r>
      <w:r>
        <w:t>yani tawsam jo hai mere, mera yani yani paidaish se mere andar hai yeh.</w:t>
      </w:r>
    </w:p>
    <w:p>
      <w:pPr>
        <w:jc w:val="right"/>
      </w:pPr>
      <w:r>
        <w:t>یعنی توسم جو ہے میرے، میرا یعنی یعنی پیدائش سے میرے اندر ہے یہ۔</w:t>
      </w:r>
    </w:p>
    <w:p>
      <w:r>
        <w:rPr>
          <w:b/>
        </w:rPr>
        <w:t xml:space="preserve">[12:18] </w:t>
      </w:r>
      <w:r>
        <w:t>ab jaise ke main arz karoon bohat pehle ki baat, yani 1939. 1939 yani September 1939 mein second world war shuru hui thi.</w:t>
      </w:r>
    </w:p>
    <w:p>
      <w:pPr>
        <w:jc w:val="right"/>
      </w:pPr>
      <w:r>
        <w:t>اب جیسے کہ میں عرض کروں بہت پہلے کی بات، یعنی 1939۔ 1939 یعنی ستمبر 1939 میں سیکنڈ ورلڈ وار شروع ہوئی تھی۔</w:t>
      </w:r>
    </w:p>
    <w:p>
      <w:r>
        <w:rPr>
          <w:b/>
        </w:rPr>
        <w:t xml:space="preserve">[12:36] </w:t>
      </w:r>
      <w:r>
        <w:t>1939 mein second world war. us waqt madrasse mein padhta tha.</w:t>
      </w:r>
    </w:p>
    <w:p>
      <w:pPr>
        <w:jc w:val="right"/>
      </w:pPr>
      <w:r>
        <w:t>1939 میں سیکنڈ ورلڈ وار۔ اس وقت مدرسے میں پڑھتا تھا۔</w:t>
      </w:r>
    </w:p>
    <w:p>
      <w:r>
        <w:rPr>
          <w:b/>
        </w:rPr>
        <w:t xml:space="preserve">[12:44] </w:t>
      </w:r>
      <w:r>
        <w:t>to September 1939 mein Hitler ne hamla kiya Poland par. aur woh apni army wahan dakhil kar di.</w:t>
      </w:r>
    </w:p>
    <w:p>
      <w:pPr>
        <w:jc w:val="right"/>
      </w:pPr>
      <w:r>
        <w:t>تو ستمبر 1939 میں ہٹلر نے حملہ کیا پولینڈ پر۔ اور وہ اپنی آرمی وہاں داخل کر دی۔</w:t>
      </w:r>
    </w:p>
    <w:p>
      <w:r>
        <w:rPr>
          <w:b/>
        </w:rPr>
        <w:t xml:space="preserve">[12:55] </w:t>
      </w:r>
      <w:r>
        <w:t>aur is ko qabza kar liya poland ko. yahin se shuru hui second world war. to mujhe yaad hai ke is waqt wahan jo panir chalta tha, us ki news aai.</w:t>
      </w:r>
    </w:p>
    <w:p>
      <w:pPr>
        <w:jc w:val="right"/>
      </w:pPr>
      <w:r>
        <w:t>اور اس کو قبضہ کر لیا پولینڈ کو۔ یہیں سے شروع ہوئی سیکنڈ ورلڈ وار۔ تو مجھے یاد ہے کہ اس وقت وہاں جو پانیئر چلتا تھا، اس کی نیوز آئی۔</w:t>
      </w:r>
    </w:p>
    <w:p>
      <w:r>
        <w:rPr>
          <w:b/>
        </w:rPr>
        <w:t xml:space="preserve">[13:07] </w:t>
      </w:r>
      <w:r>
        <w:t>aur isi wahi headline thi us din ki, yaani september 1939 ki.</w:t>
      </w:r>
    </w:p>
    <w:p>
      <w:pPr>
        <w:jc w:val="right"/>
      </w:pPr>
      <w:r>
        <w:t>اور اسی وہی ہیڈ لائن تھی اس دن کی، یعنی ستمبر 1939 کی۔</w:t>
      </w:r>
    </w:p>
    <w:p>
      <w:r>
        <w:rPr>
          <w:b/>
        </w:rPr>
        <w:t xml:space="preserve">[13:13] </w:t>
      </w:r>
      <w:r>
        <w:t>to us ki headline thi "poland in german hand". "poland in german hand".</w:t>
      </w:r>
    </w:p>
    <w:p>
      <w:pPr>
        <w:jc w:val="right"/>
      </w:pPr>
      <w:r>
        <w:t>تو اس کی ہیڈ لائن تھی "پولینڈ ان جرمن ہینڈ"۔ "پولینڈ ان جرمن ہینڈ"۔</w:t>
      </w:r>
    </w:p>
    <w:p>
      <w:r>
        <w:rPr>
          <w:b/>
        </w:rPr>
        <w:t xml:space="preserve">[13:25] </w:t>
      </w:r>
      <w:r>
        <w:t>to us waqt mein madrasay mein parhta tha jahan quran parhaya jata tha. to wahan par maine parha tha woh quran mein qayamat ke baray mein.</w:t>
      </w:r>
    </w:p>
    <w:p>
      <w:pPr>
        <w:jc w:val="right"/>
      </w:pPr>
      <w:r>
        <w:t>تو اس وقت میں مدرسے میں پڑھتا تھا جہاں قرآن پڑھایا جاتا تھا۔ تو وہاں پر میں نے پڑھا تھا وہ قرآن میں قیامت کے بارے میں۔</w:t>
      </w:r>
    </w:p>
    <w:p>
      <w:r>
        <w:rPr>
          <w:b/>
        </w:rPr>
        <w:t xml:space="preserve">[13:35] </w:t>
      </w:r>
      <w:r>
        <w:t>khuda ne ka kya qayamat mein kya muamla hoga? khuda kis tarah zahir hoga?</w:t>
      </w:r>
    </w:p>
    <w:p>
      <w:pPr>
        <w:jc w:val="right"/>
      </w:pPr>
      <w:r>
        <w:t>خدا نے کا کیا قیامت میں کیا معاملہ ہوگا؟ خدا کس طرح ظاہر ہوگا؟</w:t>
      </w:r>
    </w:p>
    <w:p>
      <w:r>
        <w:rPr>
          <w:b/>
        </w:rPr>
        <w:t xml:space="preserve">[13:42] </w:t>
      </w:r>
      <w:r>
        <w:t>to quran mein hai ke "wa ma qadar allaha haq qadrahu". "wal arzu jamee'an qabzatuhu yawm al-qiyamah".</w:t>
      </w:r>
    </w:p>
    <w:p>
      <w:pPr>
        <w:jc w:val="right"/>
      </w:pPr>
      <w:r>
        <w:t>تو قرآن میں ہے کہ "وما قدر اللہ حق قدرہ"۔ "والارض جمیعا قبضتہ یوم القیامہ"۔</w:t>
      </w:r>
    </w:p>
    <w:p>
      <w:r>
        <w:rPr>
          <w:b/>
        </w:rPr>
        <w:t xml:space="preserve">[13:56] </w:t>
      </w:r>
      <w:r>
        <w:t>"wal arzu jamee'an qabzatuhu yawm al-qiyamah". log khuda ko kam samajh rahe hain. log khuda ko kam samajh rahe hain.</w:t>
      </w:r>
    </w:p>
    <w:p>
      <w:pPr>
        <w:jc w:val="right"/>
      </w:pPr>
      <w:r>
        <w:t>"والارض جمیعا قبضتہ یوم القیامہ"۔ لوگ خدا کو کم سمجھ رہے ہیں۔ لوگ خدا کو کم سمجھ رہے ہیں۔</w:t>
      </w:r>
    </w:p>
    <w:p>
      <w:r>
        <w:rPr>
          <w:b/>
        </w:rPr>
        <w:t xml:space="preserve">[14:05] </w:t>
      </w:r>
      <w:r>
        <w:t>halankay qayamat ke din yeh hoga, khuda jab zahir hoga to poori poori zameen us ki muthi mein hogi.</w:t>
      </w:r>
    </w:p>
    <w:p>
      <w:pPr>
        <w:jc w:val="right"/>
      </w:pPr>
      <w:r>
        <w:t>حالانکہ قیامت کے دن یہ ہوگا، خدا جب ظاہر ہوگا تو پوری پوری زمین اس کی مٹھی میں ہوگی۔</w:t>
      </w:r>
    </w:p>
    <w:p>
      <w:r>
        <w:rPr>
          <w:b/>
        </w:rPr>
        <w:t xml:space="preserve">[14:11] </w:t>
      </w:r>
      <w:r>
        <w:t>yeh itni bari zameen jis par hum rehte hain. to farmaya ke log kya khuda ko kam samajh rahe hain? aur qayamat mein jab zahir hoga khuda to ek hath mein us ke aasman lipta hua hoga.</w:t>
      </w:r>
    </w:p>
    <w:p>
      <w:pPr>
        <w:jc w:val="right"/>
      </w:pPr>
      <w:r>
        <w:t>یہ اتنی بڑی زمین جس پر ہم رہتے ہیں۔ تو فرمایا کہ لوگ کیا خدا کو کم سمجھ رہے ہیں؟ اور قیامت میں جب ظاہر ہوگا خدا تو ایک ہاتھ میں اس کے آسمان لپٹا ہوا ہوگا۔</w:t>
      </w:r>
    </w:p>
    <w:p>
      <w:r>
        <w:rPr>
          <w:b/>
        </w:rPr>
        <w:t xml:space="preserve">[14:28] </w:t>
      </w:r>
      <w:r>
        <w:t>aur doosray hath mein us ki muthi mein zameen hogi. "wal arzu jamee'an qabzatuhu yawm al-qiyamah". poori zameen.</w:t>
      </w:r>
    </w:p>
    <w:p>
      <w:pPr>
        <w:jc w:val="right"/>
      </w:pPr>
      <w:r>
        <w:t>اور دوسرے ہاتھ میں اس کی مٹھی میں زمین ہوگی۔ "والارض جمیعا قبضتہ یوم القیامہ"۔ پوری زمین۔</w:t>
      </w:r>
    </w:p>
    <w:p>
      <w:r>
        <w:rPr>
          <w:b/>
        </w:rPr>
        <w:t xml:space="preserve">[14:36] </w:t>
      </w:r>
      <w:r>
        <w:t>to yeh jo khabar aai ke "poland in german hand" to achaanak mera zehn is se jud gaya.</w:t>
      </w:r>
    </w:p>
    <w:p>
      <w:pPr>
        <w:jc w:val="right"/>
      </w:pPr>
      <w:r>
        <w:t>تو یہ جو خبر آئی کہ "پولینڈ ان جرمن ہینڈ" تو اچانک میرا ذہن اس سے جڑ گیا۔</w:t>
      </w:r>
    </w:p>
    <w:p>
      <w:r>
        <w:rPr>
          <w:b/>
        </w:rPr>
        <w:t xml:space="preserve">[14:48] </w:t>
      </w:r>
      <w:r>
        <w:t>ke aaj hitler ne poland ko apne qabzay mein le liya hai. is tarah khuda kisi waqt, waqt aanay wala hai jab khuda poori zameen ko apne qabzay mein le laye.</w:t>
      </w:r>
    </w:p>
    <w:p>
      <w:pPr>
        <w:jc w:val="right"/>
      </w:pPr>
      <w:r>
        <w:t>کہ آج ہٹلر نے پولینڈ کو اپنے قبضے میں لے لیا ہے۔ اس طرح خدا کسی وقت، وقت آنے والا ہے جب خدا پوری زمین کو اپنے قبضے میں لے لے۔</w:t>
      </w:r>
    </w:p>
    <w:p>
      <w:r>
        <w:rPr>
          <w:b/>
        </w:rPr>
        <w:t xml:space="preserve">[14:58] </w:t>
      </w:r>
      <w:r>
        <w:t>aur pooche ke kahan hai jabbar? kahan hai mutakabbir? kahan hai badshah?</w:t>
      </w:r>
    </w:p>
    <w:p>
      <w:pPr>
        <w:jc w:val="right"/>
      </w:pPr>
      <w:r>
        <w:t>اور پوچھے کہ کہاں ہے جبار؟ کہاں ہے متکبر؟ کہاں ہے بادشاہ؟</w:t>
      </w:r>
    </w:p>
    <w:p>
      <w:r>
        <w:rPr>
          <w:b/>
        </w:rPr>
        <w:t xml:space="preserve">[15:05] </w:t>
      </w:r>
      <w:r>
        <w:t>to ek siyasat khabar jo hai is tarah se ban jati hai ek momin ke zehn mein akhirat ki khabar. yeh hai tosum.</w:t>
      </w:r>
    </w:p>
    <w:p>
      <w:pPr>
        <w:jc w:val="right"/>
      </w:pPr>
      <w:r>
        <w:t>تو ایک سیاسی خبر جو ہے اس طرح سے بن جاتی ہے ایک مومن کے ذہن میں آخرت کی خبر۔ یہ ہے توسم۔</w:t>
      </w:r>
    </w:p>
    <w:p>
      <w:r>
        <w:rPr>
          <w:b/>
        </w:rPr>
        <w:t xml:space="preserve">[15:15] </w:t>
      </w:r>
      <w:r>
        <w:t>is ka naam hai tosum. sab se bari ibadat yaad rakhiye tosum hai. agar aap ke tosum ki sifat na ho to aap ki namazen bhi jandar nahi hongi.</w:t>
      </w:r>
    </w:p>
    <w:p>
      <w:pPr>
        <w:jc w:val="right"/>
      </w:pPr>
      <w:r>
        <w:t>اس کا نام ہے توسم۔ سب سے بڑی عبادت یاد رکھیے توسم ہے۔ اگر آپ کے توسم کی صفت نہ ہو تو آپ کی نمازیں بھی جاندار نہیں ہوں گی۔</w:t>
      </w:r>
    </w:p>
    <w:p>
      <w:r>
        <w:rPr>
          <w:b/>
        </w:rPr>
        <w:t xml:space="preserve">[15:26] </w:t>
      </w:r>
      <w:r>
        <w:t>aap ke roze jandar nahi honge. aap ka haj jandar nahi hoga. sab bilkul rasmi ban jayega, rasmi.</w:t>
      </w:r>
    </w:p>
    <w:p>
      <w:pPr>
        <w:jc w:val="right"/>
      </w:pPr>
      <w:r>
        <w:t>آپ کے روزے جاندار نہیں ہوں گے۔ آپ کا حج جاندار نہیں ہوگا۔ سب بالکل رسمی بن جائے گا، رسمی۔</w:t>
      </w:r>
    </w:p>
    <w:p>
      <w:r>
        <w:rPr>
          <w:b/>
        </w:rPr>
        <w:t xml:space="preserve">[15:35] </w:t>
      </w:r>
      <w:r>
        <w:t>tosum ke baghair namaz rasmi hai. tosum ke baghair roza rasmi hai. tosum ke baghair haj rasmi hai. jandar namaz aur jandar roza aur jandar haj yeh banta hai jab aap ke andar tosum ki sifat ho.</w:t>
      </w:r>
    </w:p>
    <w:p>
      <w:pPr>
        <w:jc w:val="right"/>
      </w:pPr>
      <w:r>
        <w:t>توسم کے بغیر نماز رسمی ہے۔ توسم کے بغیر روزہ رسمی ہے۔ توسم کے بغیر حج رسمی ہے۔ جاندار نماز اور جاندار روزہ اور جاندار حج یہ بنتا ہے جب آپ کے اندر توسم کی صفت ہو۔</w:t>
      </w:r>
    </w:p>
    <w:p>
      <w:r>
        <w:rPr>
          <w:b/>
        </w:rPr>
        <w:t xml:space="preserve">[15:55] </w:t>
      </w:r>
      <w:r>
        <w:t>quran mein dekhiye surah jumma ko parhiye aap.</w:t>
      </w:r>
    </w:p>
    <w:p>
      <w:pPr>
        <w:jc w:val="right"/>
      </w:pPr>
      <w:r>
        <w:t>قرآن میں دیکھیے سورہ جمعہ کو پڑھیے آپ۔</w:t>
      </w:r>
    </w:p>
    <w:p>
      <w:r>
        <w:rPr>
          <w:b/>
        </w:rPr>
        <w:t xml:space="preserve">[16:02] </w:t>
      </w:r>
      <w:r>
        <w:t>mujhe ek pakistan ka ek sahib milay, bohat pehlay ki baat hai.</w:t>
      </w:r>
    </w:p>
    <w:p>
      <w:pPr>
        <w:jc w:val="right"/>
      </w:pPr>
      <w:r>
        <w:t>مجھے ایک پاکستان کا ایک صاحب ملے، بہت پہلے کی بات ہے۔</w:t>
      </w:r>
    </w:p>
    <w:p>
      <w:r>
        <w:rPr>
          <w:b/>
        </w:rPr>
        <w:t xml:space="preserve">[16:08] </w:t>
      </w:r>
      <w:r>
        <w:t>ke pakistan mein bhutto ke zamanay mein jab bhutto ka role tha pakistan mein to wahan ke mazhabi logon ne ek bohat bari mang shuru ki.</w:t>
      </w:r>
    </w:p>
    <w:p>
      <w:pPr>
        <w:jc w:val="right"/>
      </w:pPr>
      <w:r>
        <w:t>کہ پاکستان میں بھٹو کے زمانے میں جب بھٹو کا رول تھا پاکستان میں تو وہاں کے مذہبی لوگوں نے ایک بہت بڑی مانگ شروع کی۔</w:t>
      </w:r>
    </w:p>
    <w:p>
      <w:r>
        <w:rPr>
          <w:b/>
        </w:rPr>
        <w:t xml:space="preserve">[16:17] </w:t>
      </w:r>
      <w:r>
        <w:t>ek dhoom machai is ki. ke itwar ki chutti jo hoti hai woh maghribi convention hai.</w:t>
      </w:r>
    </w:p>
    <w:p>
      <w:pPr>
        <w:jc w:val="right"/>
      </w:pPr>
      <w:r>
        <w:t>ایک دھوم مچائی اس کی۔ کہ اتوار کی چھٹی جو ہوتی ہے وہ مغربی کنونشن ہے۔</w:t>
      </w:r>
    </w:p>
    <w:p>
      <w:r>
        <w:rPr>
          <w:b/>
        </w:rPr>
        <w:t xml:space="preserve">[16:27] </w:t>
      </w:r>
      <w:r>
        <w:t>maghribi riwayat hain.</w:t>
      </w:r>
    </w:p>
    <w:p>
      <w:pPr>
        <w:jc w:val="right"/>
      </w:pPr>
      <w:r>
        <w:t>مغربی روایات ہیں۔</w:t>
      </w:r>
    </w:p>
    <w:p>
      <w:r>
        <w:rPr>
          <w:b/>
        </w:rPr>
        <w:t xml:space="preserve">[16:30] </w:t>
      </w:r>
      <w:r>
        <w:t>angrezon ne, angrez yahan laye thay itwar ki chutti. humein jumma ki chutti karna chahiye. ab dhoom machai logon ne. jumma ki chutti, jumma ki chutti.</w:t>
      </w:r>
    </w:p>
    <w:p>
      <w:pPr>
        <w:jc w:val="right"/>
      </w:pPr>
      <w:r>
        <w:t>انگریزوں نے، انگریز یہاں لائے تھے اتوار کی چھٹی۔ ہمیں جمعہ کی چھٹی کرنا چاہیے۔ اب دھوم مچائی لوگوں نے۔ جمعہ کی چھٹی، جمعہ کی چھٹی۔</w:t>
      </w:r>
    </w:p>
    <w:p>
      <w:r>
        <w:rPr>
          <w:b/>
        </w:rPr>
        <w:t xml:space="preserve">[16:41] </w:t>
      </w:r>
      <w:r>
        <w:t>to bhutto jo tha us ne dekha ke log sab jumma ki chutti mang rahe hain. to jumma ki chutti de diya un ko. itwar ki bajaye jumma ki chutti honay lagi.</w:t>
      </w:r>
    </w:p>
    <w:p>
      <w:pPr>
        <w:jc w:val="right"/>
      </w:pPr>
      <w:r>
        <w:t>تو بھٹو جو تھا اس نے دیکھا کہ لوگ سب جمعہ کی چھٹی مانگ رہے ہیں۔ تو جمعہ کی چھٹی دے دیا ان کو۔ اتوار کی بجائے جمعہ کی چھٹی ہونے لگی۔</w:t>
      </w:r>
    </w:p>
    <w:p>
      <w:r>
        <w:rPr>
          <w:b/>
        </w:rPr>
        <w:t xml:space="preserve">[16:51] </w:t>
      </w:r>
      <w:r>
        <w:t>to mujhe ek taajir mila karachi ka, us ne kaha ke sahib ek to musibat ho gayi hai mazhabi log hamaray mulk mein. ke jumma ki chutti kar ke.</w:t>
      </w:r>
    </w:p>
    <w:p>
      <w:pPr>
        <w:jc w:val="right"/>
      </w:pPr>
      <w:r>
        <w:t>تو مجھے ایک تاجر ملا کراچی کا، اس نے کہا کہ صاحب ایک تو مصیبت ہو گئی ہے مذہبی لوگ ہمارے ملک میں۔ کہ جمعہ کی چھٹی کر کے۔</w:t>
      </w:r>
    </w:p>
    <w:p>
      <w:r>
        <w:rPr>
          <w:b/>
        </w:rPr>
        <w:t xml:space="preserve">[17:00] </w:t>
      </w:r>
      <w:r>
        <w:t>balkeh unhon ne kaha keh yeh kaisa islam hai? jo hum ko peechay dhakailta hai. yeh kaisa islam hai? kyun dekhen hua kya wahan par? jab pakistan mein juma ko chhutti ka kar di gayi to kya hua?</w:t>
      </w:r>
    </w:p>
    <w:p>
      <w:pPr>
        <w:jc w:val="right"/>
      </w:pPr>
      <w:r>
        <w:t>بلکہ انہوں نے کہا کہ یہ کیسا اسلام ہے؟ جو ہم کو پیچھے دھکیلتا ہے۔ یہ کیسا اسلام ہے؟ کیوں دیکھیں ہوا کیا وہاں پر؟ جب پاکستان میں جمعہ کو چھٹی کا کر دی گئی تو کیا ہوا؟</w:t>
      </w:r>
    </w:p>
    <w:p>
      <w:r>
        <w:rPr>
          <w:b/>
        </w:rPr>
        <w:t xml:space="preserve">[17:17] </w:t>
      </w:r>
      <w:r>
        <w:t>do din ka nuqsan hone laga. do din ka nuqsan. pehlay sirf aik din ka tha, ab do din ka hone laga. woh kaisay? juma ke din musalman apnay.</w:t>
      </w:r>
    </w:p>
    <w:p>
      <w:pPr>
        <w:jc w:val="right"/>
      </w:pPr>
      <w:r>
        <w:t>دو دن کا نقصان ہونے لگا۔ دو دن کا نقصان۔ پہلے صرف ایک دن کا تھا، اب دو دن کا ہونے لگا۔ وہ کیسے؟ جمعہ کے دن مسلمان اپنے۔</w:t>
      </w:r>
    </w:p>
    <w:p>
      <w:r>
        <w:rPr>
          <w:b/>
        </w:rPr>
        <w:t xml:space="preserve">[17:29] </w:t>
      </w:r>
      <w:r>
        <w:t>kyun? karobar jura hua hai dunya se. aaj kal karobar aik aik local cheez nahi hai. poori dunya se jura hua hai woh.</w:t>
      </w:r>
    </w:p>
    <w:p>
      <w:pPr>
        <w:jc w:val="right"/>
      </w:pPr>
      <w:r>
        <w:t>کیوں؟ کاروبار جڑا ہوا ہے دنیا سے۔ آج کل کاروبار ایک ایک لوکل چیز نہیں ہے۔ پوری دنیا سے جڑا ہوا ہے وہ۔</w:t>
      </w:r>
    </w:p>
    <w:p>
      <w:r>
        <w:rPr>
          <w:b/>
        </w:rPr>
        <w:t xml:space="preserve">[17:39] </w:t>
      </w:r>
      <w:r>
        <w:t>ghair muslimon se bhi jura hua hai woh. poori dunya se jura hua hai woh. bankon se jura hua hai. har cheez se jura hua hai.</w:t>
      </w:r>
    </w:p>
    <w:p>
      <w:pPr>
        <w:jc w:val="right"/>
      </w:pPr>
      <w:r>
        <w:t>غیر مسلموں سے بھی جڑا ہوا ہے وہ۔ پوری دنیا سے جڑا ہوا ہے وہ۔ بینکوں سے جڑا ہوا ہے۔ ہر چیز سے جڑا ہوا ہے۔</w:t>
      </w:r>
    </w:p>
    <w:p>
      <w:r>
        <w:rPr>
          <w:b/>
        </w:rPr>
        <w:t xml:space="preserve">[17:48] </w:t>
      </w:r>
      <w:r>
        <w:t>ab kya hua? is ne bataya mujhe karachi ke aik taajir ne keh sahib juma ko hum dukan band kar ke bethay hain.</w:t>
      </w:r>
    </w:p>
    <w:p>
      <w:pPr>
        <w:jc w:val="right"/>
      </w:pPr>
      <w:r>
        <w:t>اب کیا ہوا؟ اس نے بتایا مجھے کراچی کے ایک تاجر نے کہ صاحب جمعہ کو ہم دکان بند کر کے بیٹھتے ہیں۔</w:t>
      </w:r>
    </w:p>
    <w:p>
      <w:r>
        <w:rPr>
          <w:b/>
        </w:rPr>
        <w:t xml:space="preserve">[17:58] </w:t>
      </w:r>
      <w:r>
        <w:t>aur saray bank waghera juma ko khulay rehtay hain. ab hum kaisay karobar karen?</w:t>
      </w:r>
    </w:p>
    <w:p>
      <w:pPr>
        <w:jc w:val="right"/>
      </w:pPr>
      <w:r>
        <w:t>اور سارے بینک وغیرہ جمعہ کو کھلے رہتے ہیں۔ اب ہم کیسے کاروبار کریں؟</w:t>
      </w:r>
    </w:p>
    <w:p>
      <w:r>
        <w:rPr>
          <w:b/>
        </w:rPr>
        <w:t xml:space="preserve">[18:05] </w:t>
      </w:r>
      <w:r>
        <w:t>acha itwar ko hum atay hain dukan par to wahan bank band rehtay hain. to itwar bhi gaya aur juma bhi gaya.</w:t>
      </w:r>
    </w:p>
    <w:p>
      <w:pPr>
        <w:jc w:val="right"/>
      </w:pPr>
      <w:r>
        <w:t>اچھا اتوار کو ہم آتے ہیں دکان پر تو وہاں بینک بند رہتے ہیں۔ تو اتوار بھی گیا اور جمعہ بھی گیا۔</w:t>
      </w:r>
    </w:p>
    <w:p>
      <w:r>
        <w:rPr>
          <w:b/>
        </w:rPr>
        <w:t xml:space="preserve">[18:17] </w:t>
      </w:r>
      <w:r>
        <w:t>to unhon ne kaha keh kaisa islam hai yeh? keh hamaray business ki mein rukawat daal raha hai. yani juma ko hum band rakhtay hain to bank khulay hue hain, hum kaisay business karen?</w:t>
      </w:r>
    </w:p>
    <w:p>
      <w:pPr>
        <w:jc w:val="right"/>
      </w:pPr>
      <w:r>
        <w:t>تو انہوں نے کہا کہ کیسا اسلام ہے یہ؟ کہ ہمارے بزنس کی میں رکاوٹ ڈال رہا ہے۔ یعنی جمعہ کو ہم بند رکھتے ہیں تو بینک کھلے ہوئے ہیں، ہم کیسے بزنس کریں؟</w:t>
      </w:r>
    </w:p>
    <w:p>
      <w:r>
        <w:rPr>
          <w:b/>
        </w:rPr>
        <w:t xml:space="preserve">[18:29] </w:t>
      </w:r>
      <w:r>
        <w:t>aur itwar ko hum atay hain dukan par to woh band kiye hue hain, phir kaisay business karen?</w:t>
      </w:r>
    </w:p>
    <w:p>
      <w:pPr>
        <w:jc w:val="right"/>
      </w:pPr>
      <w:r>
        <w:t>اور اتوار کو ہم آتے ہیں دکان پر تو وہ بند کیے ہوئے ہیں، پھر کیسے بزنس کریں؟</w:t>
      </w:r>
    </w:p>
    <w:p>
      <w:r>
        <w:rPr>
          <w:b/>
        </w:rPr>
        <w:t xml:space="preserve">[18:36] </w:t>
      </w:r>
      <w:r>
        <w:t>kyunkeh bank to international is par chaltay thay. to phir bara shor macha, bara shor macha, to phir is ke baad is ko badla gaya, zia ul haq ke zamanay mein shayad badla gaya tha.</w:t>
      </w:r>
    </w:p>
    <w:p>
      <w:pPr>
        <w:jc w:val="right"/>
      </w:pPr>
      <w:r>
        <w:t>کیونکہ بینک تو انٹرنیشنل اس پر چلتے تھے۔ تو پھر بڑا شور مچا، بڑا شور مچا، تو پھر اس کے بعد اس کو بدلا گیا، ضیاء الحق کے زمانے میں شاید بدلا گیا تھا۔</w:t>
      </w:r>
    </w:p>
    <w:p>
      <w:r>
        <w:rPr>
          <w:b/>
        </w:rPr>
        <w:t xml:space="preserve">[18:46] </w:t>
      </w:r>
      <w:r>
        <w:t>to main ne un se kaha keh dekhen yeh islam ki ghalti nahi hai, yeh un mazhabi rehnumaon ki ghalti hai jinhon ne aisi mang ki. kyun? aap surah juma ko parhiye.</w:t>
      </w:r>
    </w:p>
    <w:p>
      <w:pPr>
        <w:jc w:val="right"/>
      </w:pPr>
      <w:r>
        <w:t>تو میں نے ان سے کہا کہ دیکھیں یہ اسلام کی غلطی نہیں ہے، یہ ان مذہبی رہنماؤں کی غلطی ہے جنہوں نے ایسی مانگ کی۔ کیوں؟ آپ سورہ جمعہ کو پڑھیے۔</w:t>
      </w:r>
    </w:p>
    <w:p>
      <w:r>
        <w:rPr>
          <w:b/>
        </w:rPr>
        <w:t xml:space="preserve">[18:56] </w:t>
      </w:r>
      <w:r>
        <w:t>surah juma mein bataya gaya hai keh "وَإِذَا نُودِيَ الْصِلَاةَ بِيُّمِ الْجَمَاعِ فَصَوْا إِلَى ذِكْرِ اللَّهِ أَحْمَدُوا الْلَّهِ".</w:t>
      </w:r>
    </w:p>
    <w:p>
      <w:pPr>
        <w:jc w:val="right"/>
      </w:pPr>
      <w:r>
        <w:t>سورہ جمعہ میں بتایا گیا ہے کہ "وَإِذَا نُودِيَ الْصِلَاةَ بِيُّمِ الْجَمَاعِ فَصَوْا إِلَى ذِكْرِ اللَّهِ أَحْمَدُوا الْلَّهِ"۔</w:t>
      </w:r>
    </w:p>
    <w:p>
      <w:r>
        <w:rPr>
          <w:b/>
        </w:rPr>
        <w:t xml:space="preserve">[19:07] </w:t>
      </w:r>
      <w:r>
        <w:t>aur is ke baad kya hai? "وَإِذَا قُدْرَتِ الْصِلَاةُ فَانْتَشْرُوا فِي الْأَرْضِ وَابْتَغُوا بِالْفَضْلِ اللَّهِ". is mein bataya gaya hai jo surah juma hai ya quran majeed mein keh jab juma ki namaz ke liye pukar ho to tum apna kaam chhod kar namaz ke liye aa jao.</w:t>
      </w:r>
    </w:p>
    <w:p>
      <w:pPr>
        <w:jc w:val="right"/>
      </w:pPr>
      <w:r>
        <w:t>اور اس کے بعد کیا ہے؟ "وَإِذَا قُدْرَتِ الْصِلَاةُ فَانْتَشْرُوا فِي الْأَرْضِ وَابْتَغُوا بِالْفَضْلِ اللَّهِ"۔ اس میں بتایا گیا ہے جو سورہ جمعہ ہے یا قرآن مجید میں کہ جب جمعہ کی نماز کے لیے پکار ہو تو تم اپنا کام چھوڑ کر نماز کے لیے آ جاؤ۔</w:t>
      </w:r>
    </w:p>
    <w:p>
      <w:r>
        <w:rPr>
          <w:b/>
        </w:rPr>
        <w:t xml:space="preserve">[19:23] </w:t>
      </w:r>
      <w:r>
        <w:t>aur jab namaz khatam ho jaye to phir dobara apnay karobar mein laut jao.</w:t>
      </w:r>
    </w:p>
    <w:p>
      <w:pPr>
        <w:jc w:val="right"/>
      </w:pPr>
      <w:r>
        <w:t>اور جب نماز ختم ہو جائے تو پھر دوبارہ اپنے کاروبار میں لوٹ جاؤ۔</w:t>
      </w:r>
    </w:p>
    <w:p>
      <w:r>
        <w:rPr>
          <w:b/>
        </w:rPr>
        <w:t xml:space="preserve">[19:27] </w:t>
      </w:r>
      <w:r>
        <w:t>to main ne kaha keh dekhiye juma se pehlay bhi karobar hai, juma ke baad bhi karobar hai. koi bhi parh le is surah ko.</w:t>
      </w:r>
    </w:p>
    <w:p>
      <w:pPr>
        <w:jc w:val="right"/>
      </w:pPr>
      <w:r>
        <w:t>تو میں نے کہا کہ دیکھیے جمعہ سے پہلے بھی کاروبار ہے، جمعہ کے بعد بھی کاروبار ہے۔ کوئی بھی پڑھ لے اس سورہ کو۔</w:t>
      </w:r>
    </w:p>
    <w:p>
      <w:r>
        <w:rPr>
          <w:b/>
        </w:rPr>
        <w:t xml:space="preserve">[19:36] </w:t>
      </w:r>
      <w:r>
        <w:t>keh juma ki namaz se pehlay bhi karobar hai, juma ki namaz ke baad bhi karobar hai. to juma ko chhutti kahan hai? yeh islam ki teaching nahi hai, yeh to un logon ki teaching hai jinhon ne keh aisa shor machaya.</w:t>
      </w:r>
    </w:p>
    <w:p>
      <w:pPr>
        <w:jc w:val="right"/>
      </w:pPr>
      <w:r>
        <w:t>کہ جمعہ کی نماز سے پہلے بھی کاروبار ہے، جمعہ کی نماز کے بعد بھی کاروبار ہے۔ تو جمعہ کو چھٹی کہاں ہے؟ یہ اسلام کی ٹیچنگ نہیں ہے، یہ تو ان لوگوں کی ٹیچنگ ہے جنہوں نے کہ ایسا شور مچایا۔</w:t>
      </w:r>
    </w:p>
    <w:p>
      <w:r>
        <w:rPr>
          <w:b/>
        </w:rPr>
        <w:t xml:space="preserve">[19:51] </w:t>
      </w:r>
      <w:r>
        <w:t>chhutti ka mamla jo hai hadees mein aata hai keh "أَنْتُمْ عَالَمُوا بِأَمُورِ الدُّنْيَا"</w:t>
      </w:r>
    </w:p>
    <w:p>
      <w:pPr>
        <w:jc w:val="right"/>
      </w:pPr>
      <w:r>
        <w:t>چھٹی کا معاملہ جو ہے حدیث میں آتا ہے کہ "أَنْتُمْ عَالَمُوا بِأَمُورِ الدُّنْيَا"</w:t>
      </w:r>
    </w:p>
    <w:p>
      <w:r>
        <w:rPr>
          <w:b/>
        </w:rPr>
        <w:t xml:space="preserve">[19:57] </w:t>
      </w:r>
      <w:r>
        <w:t>. jo worldly matters hain us ko jo doosray log kar rahay hain wahi tum bhi karo. worldly matters mein nahi shariyat barhai jaye gi.</w:t>
      </w:r>
    </w:p>
    <w:p>
      <w:pPr>
        <w:jc w:val="right"/>
      </w:pPr>
      <w:r>
        <w:t>۔ جو ورلڈلی میٹرز ہیں اس کو جو دوسرے لوگ کر رہے ہیں وہی تم بھی کرو۔ ورلڈلی میٹرز میں نہیں شریعت بڑھائی جائے گی۔</w:t>
      </w:r>
    </w:p>
    <w:p>
      <w:r>
        <w:rPr>
          <w:b/>
        </w:rPr>
        <w:t xml:space="preserve">[20:06] </w:t>
      </w:r>
      <w:r>
        <w:t>yeh worldly matters ka mamla hai keh chhutti kis din ho. ab khwamkhwah is mein aap kahain keh sahib juma ko chhutti karo. jabkeh quran mein juma ki chhutti hai hi nahi.</w:t>
      </w:r>
    </w:p>
    <w:p>
      <w:pPr>
        <w:jc w:val="right"/>
      </w:pPr>
      <w:r>
        <w:t>یہ ورلڈلی میٹرز کا معاملہ ہے کہ چھٹی کس دن ہو۔ اب خوامخواہ اس میں آپ کہیں کہ صاحب جمعہ کو چھٹی کرو۔ جبکہ قرآن میں جمعہ کی چھٹی ہے ہی نہیں۔</w:t>
      </w:r>
    </w:p>
    <w:p>
      <w:r>
        <w:rPr>
          <w:b/>
        </w:rPr>
        <w:t xml:space="preserve">[20:16] </w:t>
      </w:r>
      <w:r>
        <w:t>ab ghor kijiye jab surah juma yeh keh rahi hai keh juma ki namaz se pehlay tum karobar mein ho gay to azan ho to aa jao.</w:t>
      </w:r>
    </w:p>
    <w:p>
      <w:pPr>
        <w:jc w:val="right"/>
      </w:pPr>
      <w:r>
        <w:t>اب غور کیجیے جب سورہ جمعہ یہ کہہ رہی ہے کہ جمعہ کی نماز سے پہلے تم کاروبار میں ہو گئے تو اذان ہو تو آ جاؤ۔</w:t>
      </w:r>
    </w:p>
    <w:p>
      <w:r>
        <w:rPr>
          <w:b/>
        </w:rPr>
        <w:t xml:space="preserve">[20:26] </w:t>
      </w:r>
      <w:r>
        <w:t>phir farmaya keh juma ki namaz khatam ho to phir chalay jao apnay karobar mein. kyunkeh beech ka jo thora sa waqt hai us mein aap ko aana hai masjid mein.</w:t>
      </w:r>
    </w:p>
    <w:p>
      <w:pPr>
        <w:jc w:val="right"/>
      </w:pPr>
      <w:r>
        <w:t>پھر فرمایا کہ جمعہ کی نماز ختم ہو تو پھر چلے جاؤ اپنے کاروبار میں۔ کیونکہ بیچ کا جو تھوڑا سا وقت ہے اس میں آپ کو آنا ہے مسجد میں۔</w:t>
      </w:r>
    </w:p>
    <w:p>
      <w:r>
        <w:rPr>
          <w:b/>
        </w:rPr>
        <w:t xml:space="preserve">[20:35] </w:t>
      </w:r>
      <w:r>
        <w:t>baqi juma se pehlay bhi karobar hai, juma ke baad bhi karobar hai.</w:t>
      </w:r>
    </w:p>
    <w:p>
      <w:pPr>
        <w:jc w:val="right"/>
      </w:pPr>
      <w:r>
        <w:t>باقی جمعہ سے پہلے بھی کاروبار ہے، جمعہ کے بعد بھی کاروبار ہے۔</w:t>
      </w:r>
    </w:p>
    <w:p>
      <w:r>
        <w:rPr>
          <w:b/>
        </w:rPr>
        <w:t xml:space="preserve">[20:41] </w:t>
      </w:r>
      <w:r>
        <w:t>to yeh halat hai logon ki. to isi liye main ne arz kiya keh deen rasmi ka naam nahi hai.</w:t>
      </w:r>
    </w:p>
    <w:p>
      <w:pPr>
        <w:jc w:val="right"/>
      </w:pPr>
      <w:r>
        <w:t>تو یہ حالت ہے لوگوں کی۔ تو اسی لیے میں نے عرض کیا کہ دین رسمی کا نام نہیں ہے۔</w:t>
      </w:r>
    </w:p>
    <w:p>
      <w:r>
        <w:rPr>
          <w:b/>
        </w:rPr>
        <w:t xml:space="preserve">[20:50] </w:t>
      </w:r>
      <w:r>
        <w:t>deen rasmi ka naam nahi. aik aaj kal jo deen hai, jo namaz hai, jo roza hai, jo hajj hai, jo zakat hai, jo umrah hai, yeh sab aik set of rasmi hain woh.</w:t>
      </w:r>
    </w:p>
    <w:p>
      <w:pPr>
        <w:jc w:val="right"/>
      </w:pPr>
      <w:r>
        <w:t>دین رسمی کا نام نہیں۔ ایک آج کل جو دین ہے، جو نماز ہے، جو روزہ ہے، جو حج ہے، جو زکوٰۃ ہے، جو عمرہ ہے، یہ سب ایک سیٹ آف رسمی ہیں وہ۔</w:t>
      </w:r>
    </w:p>
    <w:p>
      <w:r>
        <w:rPr>
          <w:b/>
        </w:rPr>
        <w:t xml:space="preserve">[21:00] </w:t>
      </w:r>
      <w:r>
        <w:t>woh set of rasmi ke tor par kar liya, aap ka zehn alag hai, aap ki soch alag hai. yeh to aik rasmi hain. yeh reduced form hai islam ka.</w:t>
      </w:r>
    </w:p>
    <w:p>
      <w:pPr>
        <w:jc w:val="right"/>
      </w:pPr>
      <w:r>
        <w:t>وہ سیٹ آف رسمی کے طور پر کر لیا، آپ کا ذہن الگ ہے، آپ کی سوچ الگ ہے۔ یہ تو ایک رسمی ہیں۔ یہ ریڈیوسڈ فارم ہے اسلام کا۔</w:t>
      </w:r>
    </w:p>
    <w:p>
      <w:r>
        <w:rPr>
          <w:b/>
        </w:rPr>
        <w:t xml:space="preserve">[21:13] </w:t>
      </w:r>
      <w:r>
        <w:t>that is reduced form of Islam. to</w:t>
      </w:r>
    </w:p>
    <w:p>
      <w:pPr>
        <w:jc w:val="right"/>
      </w:pPr>
      <w:r>
        <w:t>دیٹ از ریڈیوسڈ فارم آف اسلام۔ تو</w:t>
      </w:r>
    </w:p>
    <w:p>
      <w:r>
        <w:rPr>
          <w:b/>
        </w:rPr>
        <w:t xml:space="preserve">[21:16] </w:t>
      </w:r>
      <w:r>
        <w:t>tousam aap ke andar imani zindagi paida karta hai. aap ke iman mein izafa karta hai. aap ki namazon ko jaan deta hai. aap ke roze ko jandar banata hai.</w:t>
      </w:r>
    </w:p>
    <w:p>
      <w:pPr>
        <w:jc w:val="right"/>
      </w:pPr>
      <w:r>
        <w:t>توسم آپ کے اندر ایمانی زندگی پیدا کرتا ہے۔ آپ کے ایمان میں اضافہ کرتا ہے۔ آپ کی نمازوں کو جان دیتا ہے۔ آپ کے روزے کو جاندار بناتا ہے۔</w:t>
      </w:r>
    </w:p>
    <w:p>
      <w:r>
        <w:rPr>
          <w:b/>
        </w:rPr>
        <w:t xml:space="preserve">[21:27] </w:t>
      </w:r>
      <w:r>
        <w:t>aap ke haj aur umre ko jandar banata hai. to baghair tousam ke woh sirf rasmi hain. aur tousam jab karenge aap to phir is mein jaan aa jayegi.</w:t>
      </w:r>
    </w:p>
    <w:p>
      <w:pPr>
        <w:jc w:val="right"/>
      </w:pPr>
      <w:r>
        <w:t>آپ کے حج اور عمرے کو جاندار بناتا ہے۔ تو بغیر توسم کے وہ صرف رسمی ہیں۔ اور توسم جب کریں گے آپ تو پھر اس میں جان آ جائے گی۔</w:t>
      </w:r>
    </w:p>
    <w:p>
      <w:r>
        <w:rPr>
          <w:b/>
        </w:rPr>
        <w:t xml:space="preserve">[21:39] </w:t>
      </w:r>
      <w:r>
        <w:t>to yeh maine arz kiya ke september 1939 ka waqia hai.</w:t>
      </w:r>
    </w:p>
    <w:p>
      <w:pPr>
        <w:jc w:val="right"/>
      </w:pPr>
      <w:r>
        <w:t>تو یہ میں نے عرض کیا کہ ستمبر 1939 کا واقعہ ہے۔</w:t>
      </w:r>
    </w:p>
    <w:p>
      <w:r>
        <w:rPr>
          <w:b/>
        </w:rPr>
        <w:t xml:space="preserve">[21:44] </w:t>
      </w:r>
      <w:r>
        <w:t>to is mein yeh chupa ke "poland in german hand". to mere zehan mein woh ayat jud gayi. ke aaj aaj jis tarah se poland ko hitler ne apne qabze mein liya hai, isi tarike se yeh waqt aayega ke khuda poori zameen ko apne qabze mein le lega.</w:t>
      </w:r>
    </w:p>
    <w:p>
      <w:pPr>
        <w:jc w:val="right"/>
      </w:pPr>
      <w:r>
        <w:t>تو اس میں یہ چھپا کہ "پولینڈ ان جرمن ہینڈ"۔ تو میرے ذہن میں وہ آیت جڑ گئی۔ کہ آج آج جس طرح سے پولینڈ کو ہٹلر نے اپنے قبضے میں لیا ہے، اسی طریقے سے یہ وقت آئے گا کہ خدا پوری زمین کو اپنے قبضے میں لے لے گا۔</w:t>
      </w:r>
    </w:p>
    <w:p>
      <w:r>
        <w:rPr>
          <w:b/>
        </w:rPr>
        <w:t xml:space="preserve">[22:03] </w:t>
      </w:r>
      <w:r>
        <w:t>yeh hai tousam</w:t>
      </w:r>
    </w:p>
    <w:p>
      <w:pPr>
        <w:jc w:val="right"/>
      </w:pPr>
      <w:r>
        <w:t>یہ ہے توسم</w:t>
      </w:r>
    </w:p>
    <w:p>
      <w:r>
        <w:rPr>
          <w:b/>
        </w:rPr>
        <w:t xml:space="preserve">[22:05] </w:t>
      </w:r>
      <w:r>
        <w:t>. is se aap ke andar iman mein izafa hota hai. is se aap ke andar ek nayi jaan aati hai. aur woh jaan phir muntaqil hoti hai namazon mein, rozon mein, haj mein, zakat mein, har cheez mein.</w:t>
      </w:r>
    </w:p>
    <w:p>
      <w:pPr>
        <w:jc w:val="right"/>
      </w:pPr>
      <w:r>
        <w:t>۔ اس سے آپ کے اندر ایمان میں اضافہ ہوتا ہے۔ اس سے آپ کے اندر ایک نئی جان آتی ہے۔ اور وہ جان پھر منتقل ہوتی ہے نمازوں میں، روزوں میں، حج میں، زکوٰۃ میں، ہر چیز میں۔</w:t>
      </w:r>
    </w:p>
    <w:p>
      <w:r>
        <w:rPr>
          <w:b/>
        </w:rPr>
        <w:t xml:space="preserve">[22:17] </w:t>
      </w:r>
      <w:r>
        <w:t>to yeh ek pehlu tha. ab main aap ko jo baat karna chahta hoon woh yeh akhbar mere hath mein hai.</w:t>
      </w:r>
    </w:p>
    <w:p>
      <w:pPr>
        <w:jc w:val="right"/>
      </w:pPr>
      <w:r>
        <w:t>تو یہ ایک پہلو تھا۔ اب میں آپ کو جو بات کرنا چاہتا ہوں وہ یہ اخبار میرے ہاتھ میں ہے۔</w:t>
      </w:r>
    </w:p>
    <w:p>
      <w:r>
        <w:rPr>
          <w:b/>
        </w:rPr>
        <w:t xml:space="preserve">[22:27] </w:t>
      </w:r>
      <w:r>
        <w:t>"da hindu"</w:t>
      </w:r>
    </w:p>
    <w:p>
      <w:pPr>
        <w:jc w:val="right"/>
      </w:pPr>
      <w:r>
        <w:t>"دا ہندو"</w:t>
      </w:r>
    </w:p>
    <w:p>
      <w:r>
        <w:rPr>
          <w:b/>
        </w:rPr>
        <w:t xml:space="preserve">[22:29] </w:t>
      </w:r>
      <w:r>
        <w:t>. "The Hindu" yeh Hindu ki yani aaj ka parcha hai, yani February 9 ka. To is ki jo main heading hai woh hai "Rangarajan passes away".</w:t>
      </w:r>
    </w:p>
    <w:p>
      <w:pPr>
        <w:jc w:val="right"/>
      </w:pPr>
      <w:r>
        <w:t>۔ "دا ہندو" یہ ہندو کی یعنی آج کا پرچہ ہے، یعنی فروری 9 کا۔ تو اس کی جو مین ہیڈنگ ہے وہ ہے "رنگا راجن پاسز اوے"۔</w:t>
      </w:r>
    </w:p>
    <w:p>
      <w:r>
        <w:rPr>
          <w:b/>
        </w:rPr>
        <w:t xml:space="preserve">[22:49] </w:t>
      </w:r>
      <w:r>
        <w:t>"ranga rajan passes away".</w:t>
      </w:r>
    </w:p>
    <w:p>
      <w:pPr>
        <w:jc w:val="right"/>
      </w:pPr>
      <w:r>
        <w:t>"رنگا راجن پاسز اوے"۔</w:t>
      </w:r>
    </w:p>
    <w:p>
      <w:r>
        <w:rPr>
          <w:b/>
        </w:rPr>
        <w:t xml:space="preserve">[22:52] </w:t>
      </w:r>
      <w:r>
        <w:t>yeh ranga rajan is paper ke chairman the. yeh hindu paper jo hai, yeh paper nikla tha 1878 mein.</w:t>
      </w:r>
    </w:p>
    <w:p>
      <w:pPr>
        <w:jc w:val="right"/>
      </w:pPr>
      <w:r>
        <w:t>یہ رنگا راجن اس پیپر کے چیئرمین تھے۔ یہ ہندو پیپر جو ہے، یہ پیپر نکلا تھا 1878 میں۔</w:t>
      </w:r>
    </w:p>
    <w:p>
      <w:r>
        <w:rPr>
          <w:b/>
        </w:rPr>
        <w:t xml:space="preserve">[23:05] </w:t>
      </w:r>
      <w:r>
        <w:t>1878 mein nikla tha. aur us waqt ke chairman the mister ranga rajan.</w:t>
      </w:r>
    </w:p>
    <w:p>
      <w:pPr>
        <w:jc w:val="right"/>
      </w:pPr>
      <w:r>
        <w:t>1878 میں نکلا تھا۔ اور اس وقت کے چیئرمین تھے مسٹر رنگا راجن۔</w:t>
      </w:r>
    </w:p>
    <w:p>
      <w:r>
        <w:rPr>
          <w:b/>
        </w:rPr>
        <w:t xml:space="preserve">[23:16] </w:t>
      </w:r>
      <w:r>
        <w:t>jo 1936 mein paida hue the. 1936. phir us ke woh chairman bane.</w:t>
      </w:r>
    </w:p>
    <w:p>
      <w:pPr>
        <w:jc w:val="right"/>
      </w:pPr>
      <w:r>
        <w:t>جو 1936 میں پیدا ہوئے تھے۔ 1936۔ پھر اس کے وہ چیئرمین بنے۔</w:t>
      </w:r>
    </w:p>
    <w:p>
      <w:r>
        <w:rPr>
          <w:b/>
        </w:rPr>
        <w:t xml:space="preserve">[23:26] </w:t>
      </w:r>
      <w:r>
        <w:t>to unhi ke, ab un ki death ho gayi hai, is ki yeh khabar is mein aayi hai. to jaise hi maine yeh padha ke "ranga rajan passes away" to achaanak mere zehan mein aayega, aaya ke isi tarah se ek ek waqt yeh news aayegi ke "humanity passes away".</w:t>
      </w:r>
    </w:p>
    <w:p>
      <w:pPr>
        <w:jc w:val="right"/>
      </w:pPr>
      <w:r>
        <w:t>تو انہی کے، اب ان کی ڈیتھ ہو گئی ہے، اس کی یہ خبر اس میں آئی ہے۔ تو جیسے ہی میں نے یہ پڑھا کہ "رنگا راجن پاسز اوے" تو اچانک میرے ذہن میں آئے گا، آیا کہ اسی طرح سے ایک ایک وقت یہ نیوز آئے گی کہ "ہیومینٹی پاسز اوے"۔</w:t>
      </w:r>
    </w:p>
    <w:p>
      <w:r>
        <w:rPr>
          <w:b/>
        </w:rPr>
        <w:t xml:space="preserve">[23:45] </w:t>
      </w:r>
      <w:r>
        <w:t>yeh hai tousam. "humanity passes away". yani poori poori insaniyat chali gayi. poori poori insaniyat ko death ho gayi. khatm ho gayi.</w:t>
      </w:r>
    </w:p>
    <w:p>
      <w:pPr>
        <w:jc w:val="right"/>
      </w:pPr>
      <w:r>
        <w:t>یہ ہے توسم۔ "ہیومینٹی پاسز اوے"۔ یعنی پوری پوری انسانیت چلی گئی۔ پوری پوری انسانیت کو ڈیتھ ہو گئی۔ ختم ہو گئی۔</w:t>
      </w:r>
    </w:p>
    <w:p>
      <w:r>
        <w:rPr>
          <w:b/>
        </w:rPr>
        <w:t xml:space="preserve">[23:54] </w:t>
      </w:r>
      <w:r>
        <w:t>ek ek insan, ek ek insan mar raha hai, aap jante hain.</w:t>
      </w:r>
    </w:p>
    <w:p>
      <w:pPr>
        <w:jc w:val="right"/>
      </w:pPr>
      <w:r>
        <w:t>ایک ایک انسان، ایک ایک انسان مر رہا ہے، آپ جانتے ہیں۔</w:t>
      </w:r>
    </w:p>
    <w:p>
      <w:r>
        <w:rPr>
          <w:b/>
        </w:rPr>
        <w:t xml:space="preserve">[24:00] </w:t>
      </w:r>
      <w:r>
        <w:t>har din bahut se insan marte rehte hain, marte rehte hain, marte rehte hain. phir ek waqt aane wala hai jis tarah ke quran mein bataya gaya hai ke sare hi log mar jayenge.</w:t>
      </w:r>
    </w:p>
    <w:p>
      <w:pPr>
        <w:jc w:val="right"/>
      </w:pPr>
      <w:r>
        <w:t>ہر دن بہت سے انسان مرتے رہتے ہیں، مرتے رہتے ہیں، مرتے رہتے ہیں۔ پھر ایک وقت آنے والا ہے جس طرح کہ قرآن میں بتایا گیا ہے کہ سارے ہی لوگ مر جائیں گے۔</w:t>
      </w:r>
    </w:p>
    <w:p>
      <w:r>
        <w:rPr>
          <w:b/>
        </w:rPr>
        <w:t xml:space="preserve">[24:11] </w:t>
      </w:r>
      <w:r>
        <w:t>to isi ko maine kaha ke "humanity passes away". poori poori humanity jo hai woh chali jayegi, woh mar jayegi, khatm ho jayegi aur phir day of judgment khada hoga.</w:t>
      </w:r>
    </w:p>
    <w:p>
      <w:pPr>
        <w:jc w:val="right"/>
      </w:pPr>
      <w:r>
        <w:t>تو اسی کو میں نے کہا کہ "ہیومینٹی پاسز اوے"۔ پوری پوری ہیومینٹی جو ہے وہ چلی جائے گی، وہ مر جائے گی، ختم ہو جائے گی اور پھر ڈے آف ججمنٹ کھڑا ہوگا۔</w:t>
      </w:r>
    </w:p>
    <w:p>
      <w:r>
        <w:rPr>
          <w:b/>
        </w:rPr>
        <w:t xml:space="preserve">[24:24] </w:t>
      </w:r>
      <w:r>
        <w:t>yeh hai tousam. phir is mein dekhiye, is mein bahut detail mein un ki baatein batai gayi hain, un ki zindagi ke bare mein.</w:t>
      </w:r>
    </w:p>
    <w:p>
      <w:pPr>
        <w:jc w:val="right"/>
      </w:pPr>
      <w:r>
        <w:t>یہ ہے توسم۔ پھر اس میں دیکھیے، اس میں بہت ڈیٹیل میں ان کی باتیں بتائی گئی ہیں، ان کی زندگی کے بارے میں۔</w:t>
      </w:r>
    </w:p>
    <w:p>
      <w:r>
        <w:rPr>
          <w:b/>
        </w:rPr>
        <w:t xml:space="preserve">[24:34] </w:t>
      </w:r>
      <w:r>
        <w:t>is mein bhi mujhe kai cheezein aisi mili jo mujhe bahut hi lesson tha, is mein bahut sabak tha.</w:t>
      </w:r>
    </w:p>
    <w:p>
      <w:pPr>
        <w:jc w:val="right"/>
      </w:pPr>
      <w:r>
        <w:t>اس میں بھی مجھے کئی چیزیں ایسی ملیں جو مجھے بہت ہی لیسن تھا، اس میں بہت سبق تھا۔</w:t>
      </w:r>
    </w:p>
    <w:p>
      <w:r>
        <w:rPr>
          <w:b/>
        </w:rPr>
        <w:t xml:space="preserve">[24:41] </w:t>
      </w:r>
      <w:r>
        <w:t>jaise aap dekh rahe hain ke bahut hi sehat mand aadmi the yeh. is liye ke bahut zabardast un ko exercise karte the, sports mein hissa lete the aur yeh horse riding karte the.</w:t>
      </w:r>
    </w:p>
    <w:p>
      <w:pPr>
        <w:jc w:val="right"/>
      </w:pPr>
      <w:r>
        <w:t>جیسے آپ دیکھ رہے ہیں کہ بہت ہی صحت مند آدمی تھے یہ۔ اس لیے کہ بہت زبردست ان کو ایکسرسائز کرتے تھے، اسپورٹس میں حصہ لیتے تھے اور یہ ہارس رائیڈنگ کرتے تھے۔</w:t>
      </w:r>
    </w:p>
    <w:p>
      <w:r>
        <w:rPr>
          <w:b/>
        </w:rPr>
        <w:t xml:space="preserve">[24:57] </w:t>
      </w:r>
      <w:r>
        <w:t>bahut hi active life bata dete the.</w:t>
      </w:r>
    </w:p>
    <w:p>
      <w:pPr>
        <w:jc w:val="right"/>
      </w:pPr>
      <w:r>
        <w:t>بہت ہی ایکٹیو لائف بتا دیتے تھے۔</w:t>
      </w:r>
    </w:p>
    <w:p>
      <w:r>
        <w:rPr>
          <w:b/>
        </w:rPr>
        <w:t xml:space="preserve">[25:01] </w:t>
      </w:r>
      <w:r>
        <w:t>lekin aap dekhiye ke kya hua? 70 saal mein, 70 saal koi zyada nahi hote, woh khatm ho gaye.</w:t>
      </w:r>
    </w:p>
    <w:p>
      <w:pPr>
        <w:jc w:val="right"/>
      </w:pPr>
      <w:r>
        <w:t>لیکن آپ دیکھیے کہ کیا ہوا؟ 70 سال میں، 70 سال کوئی زیادہ نہیں ہوتے، وہ ختم ہو گئے۔</w:t>
      </w:r>
    </w:p>
    <w:p>
      <w:r>
        <w:rPr>
          <w:b/>
        </w:rPr>
        <w:t xml:space="preserve">[25:11] </w:t>
      </w:r>
      <w:r>
        <w:t>khatm kaise hue? jo kehte hain renal failure. yani kidney failure. doctor log is ko kehte hain renal failure.</w:t>
      </w:r>
    </w:p>
    <w:p>
      <w:pPr>
        <w:jc w:val="right"/>
      </w:pPr>
      <w:r>
        <w:t>ختم کیسے ہوئے؟ جو کہتے ہیں رینل فیلیر۔ یعنی کڈنی فیلیر۔ ڈاکٹر لوگ اس کو کہتے ہیں رینل فیلیر۔</w:t>
      </w:r>
    </w:p>
    <w:p>
      <w:r>
        <w:rPr>
          <w:b/>
        </w:rPr>
        <w:t xml:space="preserve">[25:22] </w:t>
      </w:r>
      <w:r>
        <w:t>aam zuban mein kaha jaye kidney failure. ab kidney aik chhota sa part hai aap ke body ka.</w:t>
      </w:r>
    </w:p>
    <w:p>
      <w:pPr>
        <w:jc w:val="right"/>
      </w:pPr>
      <w:r>
        <w:t>عام زبان میں کہا جائے کڈنی فیلیر۔ اب کڈنی ایک چھوٹا سا پارٹ ہے آپ کے باڈی کا۔</w:t>
      </w:r>
    </w:p>
    <w:p>
      <w:r>
        <w:rPr>
          <w:b/>
        </w:rPr>
        <w:t xml:space="preserve">[25:30] </w:t>
      </w:r>
      <w:r>
        <w:t>to bohat mazboot body tha in ka. is mazboot body mein aik chhota sa part tha jis ko hum gurda ya kidney kehte hain. woh fail ho gaya to khatam.</w:t>
      </w:r>
    </w:p>
    <w:p>
      <w:pPr>
        <w:jc w:val="right"/>
      </w:pPr>
      <w:r>
        <w:t>تو بہت مضبوط باڈی تھا ان کا۔ اس مضبوط باڈی میں ایک چھوٹا سا پارٹ تھا جس کو ہم گردہ یا کڈنی کہتے ہیں۔ وہ فیل ہو گیا تو ختم۔</w:t>
      </w:r>
    </w:p>
    <w:p>
      <w:r>
        <w:rPr>
          <w:b/>
        </w:rPr>
        <w:t xml:space="preserve">[25:43] </w:t>
      </w:r>
      <w:r>
        <w:t>is mein maine socha ke dekhiye kitna bebas hai insan.</w:t>
      </w:r>
    </w:p>
    <w:p>
      <w:pPr>
        <w:jc w:val="right"/>
      </w:pPr>
      <w:r>
        <w:t>اس میں میں نے سوچا کہ دیکھیے کتنا بے بس ہے انسان۔</w:t>
      </w:r>
    </w:p>
    <w:p>
      <w:r>
        <w:rPr>
          <w:b/>
        </w:rPr>
        <w:t xml:space="preserve">[25:51] </w:t>
      </w:r>
      <w:r>
        <w:t>woh apni sehat banata hai, exercise karta hai. ghoṛe par doṛta hai aur swimming karta hai.</w:t>
      </w:r>
    </w:p>
    <w:p>
      <w:pPr>
        <w:jc w:val="right"/>
      </w:pPr>
      <w:r>
        <w:t>وہ اپنی صحت بناتا ہے، ایکسرسائز کرتا ہے۔ گھوڑے پر دوڑتا ہے اور سوئمنگ کرتا ہے۔</w:t>
      </w:r>
    </w:p>
    <w:p>
      <w:r>
        <w:rPr>
          <w:b/>
        </w:rPr>
        <w:t xml:space="preserve">[26:02] </w:t>
      </w:r>
      <w:r>
        <w:t>woh kya kya karta hai apne body ko, body development ke liye. lekin itna zyada insan bebas hai ke kidney fail ho gaya to zindagi khatam.</w:t>
      </w:r>
    </w:p>
    <w:p>
      <w:pPr>
        <w:jc w:val="right"/>
      </w:pPr>
      <w:r>
        <w:t>وہ کیا کیا کرتا ہے اپنے باڈی کو، باڈی ڈیولپمنٹ کے لیے۔ لیکن اتنا زیادہ انسان بے بس ہے کہ کڈنی فیل ہو گیا تو زندگی ختم۔</w:t>
      </w:r>
    </w:p>
    <w:p>
      <w:r>
        <w:rPr>
          <w:b/>
        </w:rPr>
        <w:t xml:space="preserve">[26:15] </w:t>
      </w:r>
      <w:r>
        <w:t>yeh hai Khuda ki qudrat ka aik aik misaal. is tarah ke waqe mein hamein Khuda ki qudrat ko dekhna chahiye.</w:t>
      </w:r>
    </w:p>
    <w:p>
      <w:pPr>
        <w:jc w:val="right"/>
      </w:pPr>
      <w:r>
        <w:t>یہ ہے خدا کی قدرت کا ایک ایک مثال۔ اس طرح کے واقعے میں ہمیں خدا کی قدرت کو دیکھنا چاہیے۔</w:t>
      </w:r>
    </w:p>
    <w:p>
      <w:r>
        <w:rPr>
          <w:b/>
        </w:rPr>
        <w:t xml:space="preserve">[26:30] </w:t>
      </w:r>
      <w:r>
        <w:t>maine kai log dekhe hain ke apni sehat par naaz tha in ko. kehte the ke "I am proud of my health". aise bhi logon ko maine dekhe hain.</w:t>
      </w:r>
    </w:p>
    <w:p>
      <w:pPr>
        <w:jc w:val="right"/>
      </w:pPr>
      <w:r>
        <w:t>میں نے کئی لوگ دیکھے ہیں کہ اپنی صحت پر ناز تھا ان کو۔ کہتے تھے کہ "آئی ایم پراؤڈ آف مائی ہیلتھ"۔ ایسے بھی لوگوں کو میں نے دیکھے ہیں۔</w:t>
      </w:r>
    </w:p>
    <w:p>
      <w:r>
        <w:rPr>
          <w:b/>
        </w:rPr>
        <w:t xml:space="preserve">[26:40] </w:t>
      </w:r>
      <w:r>
        <w:t>koi kehta hai "I am proud of my mind".</w:t>
      </w:r>
    </w:p>
    <w:p>
      <w:pPr>
        <w:jc w:val="right"/>
      </w:pPr>
      <w:r>
        <w:t>کوئی کہتا ہے "آئی ایم پراؤڈ آف مائی مائنڈ"۔</w:t>
      </w:r>
    </w:p>
    <w:p>
      <w:r>
        <w:rPr>
          <w:b/>
        </w:rPr>
        <w:t xml:space="preserve">[26:43] </w:t>
      </w:r>
      <w:r>
        <w:t>kya kya pride hai aap ka? aap ke mind aur aap ke aap ki sehat. yaani aik kidney fail ho jaye to aap kuch nahi kar sakte. khatam.</w:t>
      </w:r>
    </w:p>
    <w:p>
      <w:pPr>
        <w:jc w:val="right"/>
      </w:pPr>
      <w:r>
        <w:t>کیا کیا پرائیڈ ہے آپ کا؟ آپ کے مائنڈ اور آپ کے آپ کی صحت۔ یعنی ایک کڈنی فیل ہو جائے تو آپ کچھ نہیں کر سکتے۔ ختم۔</w:t>
      </w:r>
    </w:p>
    <w:p>
      <w:r>
        <w:rPr>
          <w:b/>
        </w:rPr>
        <w:t xml:space="preserve">[26:54] </w:t>
      </w:r>
      <w:r>
        <w:t>to poori zindagi jo hai bebas hone ka sabak hai. har qadam par, har mauqe par hamein jo sabak milta hai ke sara power Khuda ke paas hai, hamare paas kuch nahi hai.</w:t>
      </w:r>
    </w:p>
    <w:p>
      <w:pPr>
        <w:jc w:val="right"/>
      </w:pPr>
      <w:r>
        <w:t>تو پوری زندگی جو ہے بے بس ہونے کا سبق ہے۔ ہر قدم پر، ہر موقع پر ہمیں جو سبق ملتا ہے کہ سارا پاور خدا کے پاس ہے، ہمارے پاس کچھ نہیں ہے۔</w:t>
      </w:r>
    </w:p>
    <w:p>
      <w:r>
        <w:rPr>
          <w:b/>
        </w:rPr>
        <w:t xml:space="preserve">[27:08] </w:t>
      </w:r>
      <w:r>
        <w:t>zindagi sach poochein naam isi isi discovery ka. zindagi naam isi discovery ka ke aap yeh jaan lein ke main powerless hoon aur Khuda powerful hai.</w:t>
      </w:r>
    </w:p>
    <w:p>
      <w:pPr>
        <w:jc w:val="right"/>
      </w:pPr>
      <w:r>
        <w:t>زندگی سچ پوچھیں نام اسی اسی ڈسکوری کا۔ زندگی نام اسی ڈسکوری کا کہ آپ یہ جان لیں کہ میں پاور لیس ہوں اور خدا پاور فل ہے۔</w:t>
      </w:r>
    </w:p>
    <w:p>
      <w:r>
        <w:rPr>
          <w:b/>
        </w:rPr>
        <w:t xml:space="preserve">[27:21] </w:t>
      </w:r>
      <w:r>
        <w:t>yehi namazon mein rozana jo "Allah o Akbar" kaha jata hai is ka matlab yehi hai. taqreeban ḍhai sau bar dohrata jata hai rozana yeh lafz "Allah o Akbar".</w:t>
      </w:r>
    </w:p>
    <w:p>
      <w:pPr>
        <w:jc w:val="right"/>
      </w:pPr>
      <w:r>
        <w:t>یہی نمازوں میں روزانہ جو "اللہ اکبر" کہا جاتا ہے اس کا مطلب یہی ہے۔ تقریباً ڈھائی سو بار دہرایا جاتا ہے روزانہ یہ لفظ "اللہ اکبر"۔</w:t>
      </w:r>
    </w:p>
    <w:p>
      <w:r>
        <w:rPr>
          <w:b/>
        </w:rPr>
        <w:t xml:space="preserve">[27:34] </w:t>
      </w:r>
      <w:r>
        <w:t>lekin log is ko bas aik rasmi ke tor par dohra lete hain.</w:t>
      </w:r>
    </w:p>
    <w:p>
      <w:pPr>
        <w:jc w:val="right"/>
      </w:pPr>
      <w:r>
        <w:t>لیکن لوگ اس کو بس ایک رسمی کے طور پر دہرا لیتے ہیں۔</w:t>
      </w:r>
    </w:p>
    <w:p>
      <w:r>
        <w:rPr>
          <w:b/>
        </w:rPr>
        <w:t xml:space="preserve">[27:38] </w:t>
      </w:r>
      <w:r>
        <w:t>bas. halanke yeh aik bohat bara yaani ailan hai bohat bari baat ka. ke Khuda bara hai aur tum bare nahi ho.</w:t>
      </w:r>
    </w:p>
    <w:p>
      <w:pPr>
        <w:jc w:val="right"/>
      </w:pPr>
      <w:r>
        <w:t>بس۔ حالانکہ یہ ایک بہت بڑا یعنی اعلان ہے بہت بڑی بات کا۔ کہ خدا بڑا ہے اور تم بڑے نہیں ہو۔</w:t>
      </w:r>
    </w:p>
    <w:p>
      <w:r>
        <w:rPr>
          <w:b/>
        </w:rPr>
        <w:t xml:space="preserve">[27:50] </w:t>
      </w:r>
      <w:r>
        <w:t>Khuda powerful hai aur tum powerless ho.</w:t>
      </w:r>
    </w:p>
    <w:p>
      <w:pPr>
        <w:jc w:val="right"/>
      </w:pPr>
      <w:r>
        <w:t>خدا پاور فل ہے اور تم پاور لیس ہو۔</w:t>
      </w:r>
    </w:p>
    <w:p>
      <w:r>
        <w:rPr>
          <w:b/>
        </w:rPr>
        <w:t xml:space="preserve">[27:55] </w:t>
      </w:r>
      <w:r>
        <w:t>Khuda powerful hai, insan powerless hai. is baat ka ailan hai. "Allah o Akbar".</w:t>
      </w:r>
    </w:p>
    <w:p>
      <w:pPr>
        <w:jc w:val="right"/>
      </w:pPr>
      <w:r>
        <w:t>خدا پاور فل ہے، انسان پاور لیس ہے۔ اس بات کا اعلان ہے۔ "اللہ اکبر"۔</w:t>
      </w:r>
    </w:p>
    <w:p>
      <w:r>
        <w:rPr>
          <w:b/>
        </w:rPr>
        <w:t xml:space="preserve">[28:06] </w:t>
      </w:r>
      <w:r>
        <w:t>maine dekha hai ke log azan ho rahi hai to muazzin ne kaha "Allah o Akbar". jaldi se unhon ne bhi kaha "Allah o Akbar". to yeh kya lap service hoti hai yeh?</w:t>
      </w:r>
    </w:p>
    <w:p>
      <w:pPr>
        <w:jc w:val="right"/>
      </w:pPr>
      <w:r>
        <w:t>میں نے دیکھا ہے کہ لوگ اذان ہو رہی ہے تو موذن نے کہا "اللہ اکبر"۔ جلدی سے انہوں نے بھی کہا "اللہ اکبر"۔ تو یہ کیا لپ سروس ہوتی ہے یہ؟</w:t>
      </w:r>
    </w:p>
    <w:p>
      <w:r>
        <w:rPr>
          <w:b/>
        </w:rPr>
        <w:t xml:space="preserve">[28:16] </w:t>
      </w:r>
      <w:r>
        <w:t>koi sochta nahi ke is mein kya message hai. kya message hai is mein? yeh koi sochta nahi. bas jo "Allah o Akbar" muazzin ne kaha hum ne bhi "Allah o Akbar" dohra diya.</w:t>
      </w:r>
    </w:p>
    <w:p>
      <w:pPr>
        <w:jc w:val="right"/>
      </w:pPr>
      <w:r>
        <w:t>کوئی سوچتا نہیں کہ اس میں کیا میسج ہے۔ کیا میسج ہے اس میں؟ یہ کوئی سوچتا نہیں۔ بس جو "اللہ اکبر" موذن نے کہا ہم نے بھی "اللہ اکبر" دہرا دیا۔</w:t>
      </w:r>
    </w:p>
    <w:p>
      <w:r>
        <w:rPr>
          <w:b/>
        </w:rPr>
        <w:t xml:space="preserve">[28:30] </w:t>
      </w:r>
      <w:r>
        <w:t>nahi is ke andar aik bohat bara message hai. ke "God is great, you are not great".</w:t>
      </w:r>
    </w:p>
    <w:p>
      <w:pPr>
        <w:jc w:val="right"/>
      </w:pPr>
      <w:r>
        <w:t>نہیں اس کے اندر ایک بہت بڑا میسج ہے۔ کہ "گاڈ از گریٹ، یو آر ناٹ گریٹ"۔</w:t>
      </w:r>
    </w:p>
    <w:p>
      <w:r>
        <w:rPr>
          <w:b/>
        </w:rPr>
        <w:t xml:space="preserve">[28:37] </w:t>
      </w:r>
      <w:r>
        <w:t>"God is powerful". tum powerful nahi ho. yeh message hai jo aadmi ko hila de. aadmi ke andar bilkul raashah tayyar kar de, raashah paida kar de.</w:t>
      </w:r>
    </w:p>
    <w:p>
      <w:pPr>
        <w:jc w:val="right"/>
      </w:pPr>
      <w:r>
        <w:t>"گاڈ از پاور فل"۔ تم پاور فل نہیں ہو۔ یہ میسج ہے جو آدمی کو ہلا دے۔ آدمی کے اندر بالکل راشہ تیار کر دے، راشہ پیدا کر دے۔</w:t>
      </w:r>
    </w:p>
    <w:p>
      <w:r>
        <w:rPr>
          <w:b/>
        </w:rPr>
        <w:t xml:space="preserve">[28:51] </w:t>
      </w:r>
      <w:r>
        <w:t>yeh is ke andar message hai. phir maine is mein parha ke woh</w:t>
      </w:r>
    </w:p>
    <w:p>
      <w:pPr>
        <w:jc w:val="right"/>
      </w:pPr>
      <w:r>
        <w:t>یہ اس کے اندر میسج ہے۔ پھر میں نے اس میں پڑھا کہ وہ</w:t>
      </w:r>
    </w:p>
    <w:p>
      <w:r>
        <w:rPr>
          <w:b/>
        </w:rPr>
        <w:t xml:space="preserve">[29:00] </w:t>
      </w:r>
      <w:r>
        <w:t>in ka shauq bohat zyada</w:t>
      </w:r>
    </w:p>
    <w:p>
      <w:pPr>
        <w:jc w:val="right"/>
      </w:pPr>
      <w:r>
        <w:t>ان کا شوق بہت زیادہ</w:t>
      </w:r>
    </w:p>
    <w:p>
      <w:r>
        <w:rPr>
          <w:b/>
        </w:rPr>
        <w:t xml:space="preserve">[29:02] </w:t>
      </w:r>
      <w:r>
        <w:t>tha. yaani cricket ka shauq aur is ka horse racing. horse racing ka shauq, swimming ka shauq aur film ka shauq, sport ka shauq.</w:t>
      </w:r>
    </w:p>
    <w:p>
      <w:pPr>
        <w:jc w:val="right"/>
      </w:pPr>
      <w:r>
        <w:t>تھا۔ یعنی کرکٹ کا شوق اور اس کا ہارس ریسنگ۔ ہارس ریسنگ کا شوق، سویمنگ کا شوق اور فلم کا شوق، اسپورٹ کا شوق۔</w:t>
      </w:r>
    </w:p>
    <w:p>
      <w:r>
        <w:rPr>
          <w:b/>
        </w:rPr>
        <w:t xml:space="preserve">[29:15] </w:t>
      </w:r>
      <w:r>
        <w:t>bohat sare shauq. to is mein report mein bataya gaya hai ke woh all-rounder the woh. all-rounder the.</w:t>
      </w:r>
    </w:p>
    <w:p>
      <w:pPr>
        <w:jc w:val="right"/>
      </w:pPr>
      <w:r>
        <w:t>بہت سارے شوق۔ تو اس میں رپورٹ میں بتایا گیا ہے کہ وہ آل راؤنڈر تھے وہ۔ آل راؤنڈر تھے۔</w:t>
      </w:r>
    </w:p>
    <w:p>
      <w:r>
        <w:rPr>
          <w:b/>
        </w:rPr>
        <w:t xml:space="preserve">[29:22] </w:t>
      </w:r>
      <w:r>
        <w:t>to is ko parhte hue maine socha ke duniya ki thori si zindagi mein 70 saal mein aadmi all-rounder banta hai. halanke aik second ke baad woh zero rounder ban jata hai.</w:t>
      </w:r>
    </w:p>
    <w:p>
      <w:pPr>
        <w:jc w:val="right"/>
      </w:pPr>
      <w:r>
        <w:t>تو اس کو پڑھتے ہوئے میں نے سوچا کہ دنیا کی تھوڑی سی زندگی میں 70 سال میں آدمی آل راؤنڈر بنتا ہے۔ حالانکہ ایک سیکنڈ کے بعد وہ زیرو راؤنڈر بن جاتا ہے۔</w:t>
      </w:r>
    </w:p>
    <w:p>
      <w:r>
        <w:rPr>
          <w:b/>
        </w:rPr>
        <w:t xml:space="preserve">[29:34] </w:t>
      </w:r>
      <w:r>
        <w:t>marte hi zero rounder. das, pachas saal, chalis saal, sattar saal ki zindagi mein woh all rounder banta hai.</w:t>
      </w:r>
    </w:p>
    <w:p>
      <w:pPr>
        <w:jc w:val="right"/>
      </w:pPr>
      <w:r>
        <w:t>مرتے ہی زیرو راؤنڈر۔ دس، پچاس سال، چالیس سال، ستر سال کی زندگی میں وہ آل راؤنڈر بنتا ہے۔</w:t>
      </w:r>
    </w:p>
    <w:p>
      <w:r>
        <w:rPr>
          <w:b/>
        </w:rPr>
        <w:t xml:space="preserve">[29:44] </w:t>
      </w:r>
      <w:r>
        <w:t>halankey jaise hi woh mara ek second mein woh zero rounder ban gaya.</w:t>
      </w:r>
    </w:p>
    <w:p>
      <w:pPr>
        <w:jc w:val="right"/>
      </w:pPr>
      <w:r>
        <w:t>حالانکہ جیسے ہی وہ مرا ایک سیکنڈ میں وہ زیرو راؤنڈر بن گیا۔</w:t>
      </w:r>
    </w:p>
    <w:p>
      <w:r>
        <w:rPr>
          <w:b/>
        </w:rPr>
        <w:t xml:space="preserve">[29:49] </w:t>
      </w:r>
      <w:r>
        <w:t>saari sab sab kuch khatam. sab kuch khatam. "yeh tamuna faradah". yeh sabaq hai.</w:t>
      </w:r>
    </w:p>
    <w:p>
      <w:pPr>
        <w:jc w:val="right"/>
      </w:pPr>
      <w:r>
        <w:t>ساری سب سب کچھ ختم۔ سب کچھ ختم۔ "یہ تمونہ فرادہ"۔ یہ سبق ہے۔</w:t>
      </w:r>
    </w:p>
    <w:p>
      <w:r>
        <w:rPr>
          <w:b/>
        </w:rPr>
        <w:t xml:space="preserve">[30:00] </w:t>
      </w:r>
      <w:r>
        <w:t>har maut ek sabaq hai, har maut ek sabaq hai.</w:t>
      </w:r>
    </w:p>
    <w:p>
      <w:pPr>
        <w:jc w:val="right"/>
      </w:pPr>
      <w:r>
        <w:t>ہر موت ایک سبق ہے، ہر موت ایک سبق ہے۔</w:t>
      </w:r>
    </w:p>
    <w:p>
      <w:r>
        <w:rPr>
          <w:b/>
        </w:rPr>
        <w:t xml:space="preserve">[30:05] </w:t>
      </w:r>
      <w:r>
        <w:t>aise hi is mein hai ke woh is mein bataya gaya hai ke woh bohat zabardast is ke thay advocate is ke yaani freedom of speech ke.</w:t>
      </w:r>
    </w:p>
    <w:p>
      <w:pPr>
        <w:jc w:val="right"/>
      </w:pPr>
      <w:r>
        <w:t>ایسے ہی اس میں ہے کہ وہ اس میں بتایا گیا ہے کہ وہ بہت زبردست اس کے تھے ایڈوکیٹ اس کے یعنی فریڈم آف اسپیچ کے۔</w:t>
      </w:r>
    </w:p>
    <w:p>
      <w:r>
        <w:rPr>
          <w:b/>
        </w:rPr>
        <w:t xml:space="preserve">[30:21] </w:t>
      </w:r>
      <w:r>
        <w:t>bohat baray advocate thay freedom of speech ke. mein Europe gaya to ek sahib bohat dhoom se bol rahay thay isi par. freedom of speech hona chahiye, freedom of speech hona chahiye.</w:t>
      </w:r>
    </w:p>
    <w:p>
      <w:pPr>
        <w:jc w:val="right"/>
      </w:pPr>
      <w:r>
        <w:t>بہت بڑے ایڈوکیٹ تھے فریڈم آف اسپیچ کے۔ میں یورپ گیا تو ایک صاحب بڑے دھوم سے بول رہے تھے اسی پر۔ فریڈم آف اسپیچ ہونا چاہیے، فریڈم آف اسپیچ ہونا چاہیے۔</w:t>
      </w:r>
    </w:p>
    <w:p>
      <w:r>
        <w:rPr>
          <w:b/>
        </w:rPr>
        <w:t xml:space="preserve">[30:34] </w:t>
      </w:r>
      <w:r>
        <w:t>to maine kaha ke mere bhai</w:t>
      </w:r>
    </w:p>
    <w:p>
      <w:pPr>
        <w:jc w:val="right"/>
      </w:pPr>
      <w:r>
        <w:t>تو میں نے کہا کہ میرے بھائی</w:t>
      </w:r>
    </w:p>
    <w:p>
      <w:r>
        <w:rPr>
          <w:b/>
        </w:rPr>
        <w:t xml:space="preserve">[30:40] </w:t>
      </w:r>
      <w:r>
        <w:t>marte hi aap speech less ho jayenge. aaj aap boli bol bol rahay hain freedom of speech ki lekin ziyada bara baat jis ko aap janen woh yeh hai ke bohat jald aap speech less honay walay hain.</w:t>
      </w:r>
    </w:p>
    <w:p>
      <w:pPr>
        <w:jc w:val="right"/>
      </w:pPr>
      <w:r>
        <w:t>مرتے ہی آپ اسپیچ لیس ہو جائیں گے۔ آج آپ بول بولی بول رہے ہیں فریڈم آف اسپیچ کی لیکن زیادہ بڑا بات جس کو آپ جانیں وہ یہ ہے کہ بہت جلد آپ اسپیچ لیس ہونے والے ہیں۔</w:t>
      </w:r>
    </w:p>
    <w:p>
      <w:r>
        <w:rPr>
          <w:b/>
        </w:rPr>
        <w:t xml:space="preserve">[30:53] </w:t>
      </w:r>
      <w:r>
        <w:t>kya freedom of speech? jab zindagi ka jo bara part hai eternal life jo hai wahan to freedom to speech less honay walay ho</w:t>
      </w:r>
    </w:p>
    <w:p>
      <w:pPr>
        <w:jc w:val="right"/>
      </w:pPr>
      <w:r>
        <w:t>کیا فریڈم آف اسپیچ؟ جب زندگی کا جو بڑا پارٹ ہے ایٹرنل لائف جو ہے وہاں تو فریڈم تو اسپیچ لیس ہونے والے ہو</w:t>
      </w:r>
    </w:p>
    <w:p>
      <w:r>
        <w:rPr>
          <w:b/>
        </w:rPr>
        <w:t xml:space="preserve">[31:03] </w:t>
      </w:r>
      <w:r>
        <w:t>. to kya freedom of speech? aap speech itna zor shor se bol rahay hain aap. Quran mein hai dekhiye qayamat ke baray mein.</w:t>
      </w:r>
    </w:p>
    <w:p>
      <w:pPr>
        <w:jc w:val="right"/>
      </w:pPr>
      <w:r>
        <w:t>۔ تو کیا فریڈم آف اسپیچ؟ آپ اسپیچ اتنا زور شور سے بول رہے ہیں آپ۔ قرآن میں ہے دیکھیے قیامت کے بارے میں۔</w:t>
      </w:r>
    </w:p>
    <w:p>
      <w:r>
        <w:rPr>
          <w:b/>
        </w:rPr>
        <w:t xml:space="preserve">[31:13] </w:t>
      </w:r>
      <w:r>
        <w:t>"wa khashat alaswat al-rahman wala tasma' illa hamzah". "wa khashat alaswat al-rahman wala tasma' illa hamzah".</w:t>
      </w:r>
    </w:p>
    <w:p>
      <w:pPr>
        <w:jc w:val="right"/>
      </w:pPr>
      <w:r>
        <w:t>"وخشات الاسوات الرحمن ولا تسمع الا حمزہ"۔ "وخشات الاسوات الرحمن ولا تسمع الا حمزہ"۔</w:t>
      </w:r>
    </w:p>
    <w:p>
      <w:r>
        <w:rPr>
          <w:b/>
        </w:rPr>
        <w:t xml:space="preserve">[31:24] </w:t>
      </w:r>
      <w:r>
        <w:t>Khuda jab zahir hoga to saari awazen past ho jayengi. sab ki bol band ho jayegi. sab speech less ho jayenge.</w:t>
      </w:r>
    </w:p>
    <w:p>
      <w:pPr>
        <w:jc w:val="right"/>
      </w:pPr>
      <w:r>
        <w:t>خدا جب ظاہر ہوگا تو ساری آوازیں پست ہو جائیں گی۔ سب کی بول بند ہو جائے گی۔ سب اسپیچ لیس ہو جائیں گے۔</w:t>
      </w:r>
    </w:p>
    <w:p>
      <w:r>
        <w:rPr>
          <w:b/>
        </w:rPr>
        <w:t xml:space="preserve">[31:33] </w:t>
      </w:r>
      <w:r>
        <w:t>to asal deen to woh hai. to yeh freedom of speech ka aadmi champion banta hai. halankey agla din jo aanay wala hai us ke samnay woh woh hai jab ko woh speech less ho jayega.</w:t>
      </w:r>
    </w:p>
    <w:p>
      <w:pPr>
        <w:jc w:val="right"/>
      </w:pPr>
      <w:r>
        <w:t>تو اصل دین تو وہ ہے۔ تو یہ فریڈم آف اسپیچ کا آدمی چیمپیئن بنتا ہے۔ حالانکہ اگلا دن جو آنے والا ہے اس کے سامنے وہ وہ ہے جب کو وہ اسپیچ لیس ہو جائے گا۔</w:t>
      </w:r>
    </w:p>
    <w:p>
      <w:r>
        <w:rPr>
          <w:b/>
        </w:rPr>
        <w:t xml:space="preserve">[31:48] </w:t>
      </w:r>
      <w:r>
        <w:t>to is tarah ki kuch baaten maine is paper ko parh kar mere zehan mein aayi hain.</w:t>
      </w:r>
    </w:p>
    <w:p>
      <w:pPr>
        <w:jc w:val="right"/>
      </w:pPr>
      <w:r>
        <w:t>تو اس طرح کی کچھ باتیں میں نے اس پیپر کو پڑھ کر میرے ذہن میں آئیں ہیں۔</w:t>
      </w:r>
    </w:p>
    <w:p>
      <w:r>
        <w:rPr>
          <w:b/>
        </w:rPr>
        <w:t xml:space="preserve">[31:56] </w:t>
      </w:r>
      <w:r>
        <w:t>ab dekhiye pichli baar jo maine kaha tha aap ko yaad hoga ke United Nations ke United Nations ne 130 countries ka 130 mulkon ke scientist jin ki tadad 2500 thi.</w:t>
      </w:r>
    </w:p>
    <w:p>
      <w:pPr>
        <w:jc w:val="right"/>
      </w:pPr>
      <w:r>
        <w:t>اب دیکھیے پچھلی بار جو میں نے کہا تھا آپ کو یاد ہوگا کہ یونائیٹڈ نیشنز کے یونائیٹڈ نیشنز نے 130 کنٹریز کا 130 ملکوں کے سائنٹسٹ جن کی تعداد 2500 تھی۔</w:t>
      </w:r>
    </w:p>
    <w:p>
      <w:r>
        <w:rPr>
          <w:b/>
        </w:rPr>
        <w:t xml:space="preserve">[32:21] </w:t>
      </w:r>
      <w:r>
        <w:t>yaani 2500 scientist 130 mulkon ke un ka ek panel banaya gaya, panel.</w:t>
      </w:r>
    </w:p>
    <w:p>
      <w:pPr>
        <w:jc w:val="right"/>
      </w:pPr>
      <w:r>
        <w:t>یعنی 2500 سائنٹسٹ 130 ملکوں کے ان کا ایک پینل بنایا گیا، پینل۔</w:t>
      </w:r>
    </w:p>
    <w:p>
      <w:r>
        <w:rPr>
          <w:b/>
        </w:rPr>
        <w:t xml:space="preserve">[32:32] </w:t>
      </w:r>
      <w:r>
        <w:t>woh kis liye tha? duniya mein jo ecological problem aa gaya hai jo global warming ho rahi hai aur barf melt kar rahi hai in cheezon par sochne ke liye.</w:t>
      </w:r>
    </w:p>
    <w:p>
      <w:pPr>
        <w:jc w:val="right"/>
      </w:pPr>
      <w:r>
        <w:t>وہ کس لیے تھا؟ دنیا میں جو ایکولوجیکل پرابلم آگیا ہے جو گلوبل وارمنگ ہو رہی ہے اور برف میلٹ کر رہی ہے ان چیزوں پر سوچنے کے لیے۔</w:t>
      </w:r>
    </w:p>
    <w:p>
      <w:r>
        <w:rPr>
          <w:b/>
        </w:rPr>
        <w:t xml:space="preserve">[32:45] </w:t>
      </w:r>
      <w:r>
        <w:t>kai saal tak unhon ne survey kiya.</w:t>
      </w:r>
    </w:p>
    <w:p>
      <w:pPr>
        <w:jc w:val="right"/>
      </w:pPr>
      <w:r>
        <w:t>کئی سال تک انہوں نے سروے کیا۔</w:t>
      </w:r>
    </w:p>
    <w:p>
      <w:r>
        <w:rPr>
          <w:b/>
        </w:rPr>
        <w:t xml:space="preserve">[32:49] </w:t>
      </w:r>
      <w:r>
        <w:t>mein aap ko bataon ke history mein kabhi itna bara survey nahi hua tha.</w:t>
      </w:r>
    </w:p>
    <w:p>
      <w:pPr>
        <w:jc w:val="right"/>
      </w:pPr>
      <w:r>
        <w:t>میں آپ کو بتاؤں کہ ہسٹری میں کبھی اتنا بڑا سروے نہیں ہوا تھا۔</w:t>
      </w:r>
    </w:p>
    <w:p>
      <w:r>
        <w:rPr>
          <w:b/>
        </w:rPr>
        <w:t xml:space="preserve">[32:55] </w:t>
      </w:r>
      <w:r>
        <w:t>kabhi history mein aisa ho hi nahi sakta tha ke 130 mulkon ke scientist jama hon. 2500 ek issue par sochne ke liye.</w:t>
      </w:r>
    </w:p>
    <w:p>
      <w:pPr>
        <w:jc w:val="right"/>
      </w:pPr>
      <w:r>
        <w:t>کبھی ہسٹری میں ایسا ہو ہی نہیں سکتا تھا کہ 130 ملکوں کے سائنٹسٹ جمع ہوں۔ 2500 ایک ایشو پر سوچنے کے لیے۔</w:t>
      </w:r>
    </w:p>
    <w:p>
      <w:r>
        <w:rPr>
          <w:b/>
        </w:rPr>
        <w:t xml:space="preserve">[33:07] </w:t>
      </w:r>
      <w:r>
        <w:t>na itna communication tha, na itnay sadhan thay, na yeh sab zarai' thay jo aaj zarai' milay hue hain hum ko.</w:t>
      </w:r>
    </w:p>
    <w:p>
      <w:pPr>
        <w:jc w:val="right"/>
      </w:pPr>
      <w:r>
        <w:t>نہ اتنا کمیونیکیشن تھا، نہ اتنے سادن تھے، نہ یہ سب ذرائع تھے جو آج ذرائع ملے ہوئے ہیں ہم کو۔</w:t>
      </w:r>
    </w:p>
    <w:p>
      <w:r>
        <w:rPr>
          <w:b/>
        </w:rPr>
        <w:t xml:space="preserve">[33:15] </w:t>
      </w:r>
      <w:r>
        <w:t>to beharhal in logon ne bohat zabardast survey kar ke is ki report tayyar ki. jo ek haftah pehle chhap chuki hai, aap sab log is ko jantay hain.</w:t>
      </w:r>
    </w:p>
    <w:p>
      <w:pPr>
        <w:jc w:val="right"/>
      </w:pPr>
      <w:r>
        <w:t>تو بہرحال ان لوگوں نے بہت زبردست سروے کر کے اس کی رپورٹ تیار کی۔ جو ایک ہفتہ پہلے چھپ چکی ہے، آپ سب لوگ اس کو جانتے ہیں۔</w:t>
      </w:r>
    </w:p>
    <w:p>
      <w:r>
        <w:rPr>
          <w:b/>
        </w:rPr>
        <w:t xml:space="preserve">[33:26] </w:t>
      </w:r>
      <w:r>
        <w:t>to maine Times of India ko le kar kaha tha ke dekhiye is mein jo jo is ka jo woh lagaya hai, is mein unhon ne is ka title woh kiya lagaya hai?</w:t>
      </w:r>
    </w:p>
    <w:p>
      <w:pPr>
        <w:jc w:val="right"/>
      </w:pPr>
      <w:r>
        <w:t>تو میں نے ٹائپس آف انڈیا کو لے کر کہا تھا کہ دیکھیے اس میں جو جو اس کا جو وہ لگایا ہے، اس میں انہوں نے اس کا ٹائٹل وہ کیا لگایا ہے؟</w:t>
      </w:r>
    </w:p>
    <w:p>
      <w:r>
        <w:rPr>
          <w:b/>
        </w:rPr>
        <w:t xml:space="preserve">[33:37] </w:t>
      </w:r>
      <w:r>
        <w:t>woh tha "Warning Signs". S I G N S. "Warning Signs".</w:t>
      </w:r>
    </w:p>
    <w:p>
      <w:pPr>
        <w:jc w:val="right"/>
      </w:pPr>
      <w:r>
        <w:t>وہ تھا "وارننگ سائنز"۔ ایس آئی جی این ایس۔ "وارننگ سائنز"۔</w:t>
      </w:r>
    </w:p>
    <w:p>
      <w:r>
        <w:rPr>
          <w:b/>
        </w:rPr>
        <w:t xml:space="preserve">[33:47] </w:t>
      </w:r>
      <w:r>
        <w:t>bara ajeeb yeh title tha. to "Warning Signs" unhon ne diya tha kis ka? ke yeh yaani duniya mein heat bohat barh rahi hai.</w:t>
      </w:r>
    </w:p>
    <w:p>
      <w:pPr>
        <w:jc w:val="right"/>
      </w:pPr>
      <w:r>
        <w:t>بڑا عجیب یہ ٹائٹل تھا۔ تو "وارننگ سائنز" انہوں نے دیا تھا کس کا؟ کہ یہ یعنی دنیا میں ہیٹ بہت بڑھ رہی ہے۔</w:t>
      </w:r>
    </w:p>
    <w:p>
      <w:r>
        <w:rPr>
          <w:b/>
        </w:rPr>
        <w:t xml:space="preserve">[34:00] </w:t>
      </w:r>
      <w:r>
        <w:t>aur carbon dioxide ka ke jo miqdar hoti thi hamari is mein is se double hui chali ja rahi hai. aur ice melt ho rahi hai glacier mein aur aur north pole, south pole mein har taraf.</w:t>
      </w:r>
    </w:p>
    <w:p>
      <w:pPr>
        <w:jc w:val="right"/>
      </w:pPr>
      <w:r>
        <w:t>اور کاربن ڈائی آکسائیڈ کا کی جو مقدار ہوتی تھی ہماری اس میں اس سے ڈبل ہوئی چلی جا رہی ہے۔ اور آئس میلٹ ہو رہی ہے گلیشیئر میں اور اور نارتھ پول، ساؤتھ پول میں ہر طرف۔</w:t>
      </w:r>
    </w:p>
    <w:p>
      <w:r>
        <w:rPr>
          <w:b/>
        </w:rPr>
        <w:t xml:space="preserve">[34:15] </w:t>
      </w:r>
      <w:r>
        <w:t>to samundaron ka level barh raha hai. to kitne areas jo hain doob jayen ge. aur jo garmi paida hogi is ki wajah se kitne sare zindagiyaan khatam ho jayen gi</w:t>
      </w:r>
    </w:p>
    <w:p>
      <w:pPr>
        <w:jc w:val="right"/>
      </w:pPr>
      <w:r>
        <w:t>تو سمندروں کا لیول بڑھ رہا ہے۔ تو کتنے ایریاز جو ہیں ڈوب جائیں گے۔ اور جو گرمی پیدا ہوگی اس کی وجہ سے کتنے سارے زندگیاں ختم ہو جائیں گی</w:t>
      </w:r>
    </w:p>
    <w:p>
      <w:r>
        <w:rPr>
          <w:b/>
        </w:rPr>
        <w:t xml:space="preserve">[34:27] </w:t>
      </w:r>
      <w:r>
        <w:t>. koi life support system jo hai is ka balance toot raha hai. jis life support system jo itna bohat hi balanced way mein tha zameen par, bohat hi balanced way mein, wo sab toot raha hai.</w:t>
      </w:r>
    </w:p>
    <w:p>
      <w:pPr>
        <w:jc w:val="right"/>
      </w:pPr>
      <w:r>
        <w:t>۔ کوئی لائف سپورٹ سسٹم جو ہے اس کا بیلنس ٹوٹ رہا ہے۔ جس لائف سپورٹ سسٹم جو اتنا بہت ہی بیلنسڈ وے میں تھا زمین پر، بہت ہی بیلنسڈ وے میں، وہ سب ٹوٹ رہا ہے۔</w:t>
      </w:r>
    </w:p>
    <w:p>
      <w:r>
        <w:rPr>
          <w:b/>
        </w:rPr>
        <w:t xml:space="preserve">[34:40] </w:t>
      </w:r>
      <w:r>
        <w:t>yeh sab is mein warning thi, is ko kaha tha "warning signs".</w:t>
      </w:r>
    </w:p>
    <w:p>
      <w:pPr>
        <w:jc w:val="right"/>
      </w:pPr>
      <w:r>
        <w:t>یہ سب اس میں وارننگ تھی، اس کو کہا تھا "وارننگ سائنز"۔</w:t>
      </w:r>
    </w:p>
    <w:p>
      <w:r>
        <w:rPr>
          <w:b/>
        </w:rPr>
        <w:t xml:space="preserve">[34:44] </w:t>
      </w:r>
      <w:r>
        <w:t>to mein ne is mein itna add kiya tha ke "warning signs of doomsday".</w:t>
      </w:r>
    </w:p>
    <w:p>
      <w:pPr>
        <w:jc w:val="right"/>
      </w:pPr>
      <w:r>
        <w:t>تو میں نے اس میں اتنا ایڈ کیا تھا کہ "وارننگ سائنز آف ڈومز ڈے"۔</w:t>
      </w:r>
    </w:p>
    <w:p>
      <w:r>
        <w:rPr>
          <w:b/>
        </w:rPr>
        <w:t xml:space="preserve">[34:52] </w:t>
      </w:r>
      <w:r>
        <w:t>"warning signs of doomsday". kyun ke unhon ne yeh bhi bataya tha ke yeh irreversible hai. yeh irreversible hai.</w:t>
      </w:r>
    </w:p>
    <w:p>
      <w:pPr>
        <w:jc w:val="right"/>
      </w:pPr>
      <w:r>
        <w:t>"وارننگ سائنز آف ڈومز ڈے"۔ کیونکہ انہوں نے یہ بھی بتایا تھا کہ یہ اریورسیبل ہے۔ یہ اریورسیبل ہے۔</w:t>
      </w:r>
    </w:p>
    <w:p>
      <w:r>
        <w:rPr>
          <w:b/>
        </w:rPr>
        <w:t xml:space="preserve">[35:01] </w:t>
      </w:r>
      <w:r>
        <w:t>hum aisa nahi kar sakte ke peechay ki taraf lot saken hum. to kitni dangerous baat yeh hai. kitni dangerous baat hai.</w:t>
      </w:r>
    </w:p>
    <w:p>
      <w:pPr>
        <w:jc w:val="right"/>
      </w:pPr>
      <w:r>
        <w:t>ہم ایسا نہیں کر سکتے کہ پیچھے کی طرف لوٹ سکیں ہم۔ تو کتنی ڈینجرس بات یہ ہے۔ کتنی ڈینجرس بات ہے۔</w:t>
      </w:r>
    </w:p>
    <w:p>
      <w:r>
        <w:rPr>
          <w:b/>
        </w:rPr>
        <w:t xml:space="preserve">[35:12] </w:t>
      </w:r>
      <w:r>
        <w:t>mein to is ko parh kar kaanp utha. is ke baad mein ne ek educator sahib thay, un ke kafi parhe likhe aadmi, un se mein ne zikr kiya is ka. wo parh chuke thay, jante thay wo.</w:t>
      </w:r>
    </w:p>
    <w:p>
      <w:pPr>
        <w:jc w:val="right"/>
      </w:pPr>
      <w:r>
        <w:t>میں تو اس کو پڑھ کر کانپ اٹھا۔ اس کے بعد میں نے ایک ایجوکیٹر صاحب تھے، ان کے کافی پڑھے لکھے آدمی، ان سے میں نے ذکر کیا اس کا۔ وہ پڑھ چکے تھے، جانتے تھے وہ۔</w:t>
      </w:r>
    </w:p>
    <w:p>
      <w:r>
        <w:rPr>
          <w:b/>
        </w:rPr>
        <w:t xml:space="preserve">[35:21] </w:t>
      </w:r>
      <w:r>
        <w:t>to kya kehte hain wo? arey sab to scientist log kehte hi rehte hain, is se kuch nahi hone wala hai. yani is ko seriously liya nahi unhon ne.</w:t>
      </w:r>
    </w:p>
    <w:p>
      <w:pPr>
        <w:jc w:val="right"/>
      </w:pPr>
      <w:r>
        <w:t>تو کیا کہتے ہیں وہ؟ ارے سب تو سائنٹسٹ لوگ کہتے ہی رہتے ہیں، اس سے کچھ نہیں ہونے والا ہے۔ یعنی اس کو سیریسلی لیا نہیں انہوں نے۔</w:t>
      </w:r>
    </w:p>
    <w:p>
      <w:r>
        <w:rPr>
          <w:b/>
        </w:rPr>
        <w:t xml:space="preserve">[35:34] </w:t>
      </w:r>
      <w:r>
        <w:t>to mujhe yaad aya ke Quran mein hai ke ek qaum par paighambar aya, prophet aaye</w:t>
      </w:r>
    </w:p>
    <w:p>
      <w:pPr>
        <w:jc w:val="right"/>
      </w:pPr>
      <w:r>
        <w:t>تو مجھے یاد آیا کہ قرآن میں ہے کہ ایک قوم پر پیغمبر آیا، پرافٹ آئے</w:t>
      </w:r>
    </w:p>
    <w:p>
      <w:r>
        <w:rPr>
          <w:b/>
        </w:rPr>
        <w:t xml:space="preserve">[35:40] </w:t>
      </w:r>
      <w:r>
        <w:t>, us ne un ko dawat diya bohat dinon tak. aur aakhir mein warning di gayi ke tum par ab azaab anay wala hai.</w:t>
      </w:r>
    </w:p>
    <w:p>
      <w:pPr>
        <w:jc w:val="right"/>
      </w:pPr>
      <w:r>
        <w:t>، اس نے ان کو ڈاؤ ورک کیا بہت دنوں تک۔ اور آخر میں وارننگ دی گئی کہ تم پر اب عذاب آنے والا ہے۔</w:t>
      </w:r>
    </w:p>
    <w:p>
      <w:r>
        <w:rPr>
          <w:b/>
        </w:rPr>
        <w:t xml:space="preserve">[35:50] </w:t>
      </w:r>
      <w:r>
        <w:t>badalon ke zariye azaab ayega. badal ayega aur pathar barsen ge, hole barsen ge. to jo din bataya tha prophet ne, us din badal aa gaye, kaale badal chha gaye.</w:t>
      </w:r>
    </w:p>
    <w:p>
      <w:pPr>
        <w:jc w:val="right"/>
      </w:pPr>
      <w:r>
        <w:t>بادلوں کے ذریعے عذاب آئے گا۔ بادل آئے گا اور پتھر برسیں گے، ہولے برسیں گے۔ تو جو دن بتایا تھا پرافٹ نے، اس دن بادل آ گئے، کالے بادل چھا گئے۔</w:t>
      </w:r>
    </w:p>
    <w:p>
      <w:r>
        <w:rPr>
          <w:b/>
        </w:rPr>
        <w:t xml:space="preserve">[36:04] </w:t>
      </w:r>
      <w:r>
        <w:t>to wo log jo thay kya kehte hain? "Aran ammatarnah".</w:t>
      </w:r>
    </w:p>
    <w:p>
      <w:pPr>
        <w:jc w:val="right"/>
      </w:pPr>
      <w:r>
        <w:t>تو وہ لوگ جو تھے کیا کہتے ہیں؟ "ار الممترنا"۔</w:t>
      </w:r>
    </w:p>
    <w:p>
      <w:r>
        <w:rPr>
          <w:b/>
        </w:rPr>
        <w:t xml:space="preserve">[36:08] </w:t>
      </w:r>
      <w:r>
        <w:t>yeh to badal aaye hain, hamare ooper barish barsay gi aur hamare khetiyaan sar sabz hongi. yani paighambar ne un ko warning di, theek warning ke mutabiq badal aaye.</w:t>
      </w:r>
    </w:p>
    <w:p>
      <w:pPr>
        <w:jc w:val="right"/>
      </w:pPr>
      <w:r>
        <w:t>یہ تو بادل آئے ہیں، ہمارے اوپر بارش برسے گی اور ہمارے کھیتیاں سرسبز ہوں گی۔ یعنی پیغمبر نے ان کو وارننگ دی، ٹھیک وارننگ کے مطابق بادل آئے۔</w:t>
      </w:r>
    </w:p>
    <w:p>
      <w:r>
        <w:rPr>
          <w:b/>
        </w:rPr>
        <w:t xml:space="preserve">[36:19] </w:t>
      </w:r>
      <w:r>
        <w:t>kaale badal ki ghataein chha gayeen. to is ko kehte kya hain? ke yeh to yeh to barish wale badal hain, hum in se barish hogi aur hamari khetiyaan sar sabz hongi.</w:t>
      </w:r>
    </w:p>
    <w:p>
      <w:pPr>
        <w:jc w:val="right"/>
      </w:pPr>
      <w:r>
        <w:t>کالے بادل کی گھٹائیں چھا گئیں۔ تو اس کو کہتے کیا ہیں؟ کہ یہ تو یہ تو بارش والے بادل ہیں، ہم ان سے بارش ہوگی اور ہماری کھیتیاں سرسبز ہوں گی۔</w:t>
      </w:r>
    </w:p>
    <w:p>
      <w:r>
        <w:rPr>
          <w:b/>
        </w:rPr>
        <w:t xml:space="preserve">[36:29] </w:t>
      </w:r>
      <w:r>
        <w:t>wohi halat aaj ki bhi hai. ke mein ne jab kaha to koi seriously liya hi nahi unhon ne is ko.</w:t>
      </w:r>
    </w:p>
    <w:p>
      <w:pPr>
        <w:jc w:val="right"/>
      </w:pPr>
      <w:r>
        <w:t>وہی حالت آج کی بھی ہے۔ کہ میں نے جب کہا تو کوئی سیریسلی لیا ہی نہیں انہوں نے اس کو۔</w:t>
      </w:r>
    </w:p>
    <w:p>
      <w:r>
        <w:rPr>
          <w:b/>
        </w:rPr>
        <w:t xml:space="preserve">[36:39] </w:t>
      </w:r>
      <w:r>
        <w:t>aap khud bhi parh chuke thay wo is ko ke aise ab to kehte rehte hain log. bhai kehte rehte hain ke aap dekh nahi rahe ke yeh sab cheezein to aap khud aap dekh rahe hain.</w:t>
      </w:r>
    </w:p>
    <w:p>
      <w:pPr>
        <w:jc w:val="right"/>
      </w:pPr>
      <w:r>
        <w:t>آپ خود بھی پڑھ چکے تھے وہ اس کو کہ ایسے اب تو کہتے رہتے ہیں لوگ۔ بھئی کہتے رہتے ہیں کہ آپ دیکھ نہیں رہے کہ یہ سب چیزیں تو آپ خود آپ دیکھ رہے ہیں۔</w:t>
      </w:r>
    </w:p>
    <w:p>
      <w:r>
        <w:rPr>
          <w:b/>
        </w:rPr>
        <w:t xml:space="preserve">[36:51] </w:t>
      </w:r>
      <w:r>
        <w:t>ke mausam kitna badal gaya hai. ke hum mein se har aik ka experience hi yeh hai ke mausam badal gaya hai. aur badalta ja raha hai. kya hoga aagay?</w:t>
      </w:r>
    </w:p>
    <w:p>
      <w:pPr>
        <w:jc w:val="right"/>
      </w:pPr>
      <w:r>
        <w:t>کہ موسم کتنا بدل گیا ہے۔ کہ ہم میں سے ہر ایک کا ایکسپیرینس ہی یہ ہے کہ موسم بدل گیا ہے۔ اور بدلتا جا رہا ہے۔ کیا ہوگا آگے؟</w:t>
      </w:r>
    </w:p>
    <w:p>
      <w:r>
        <w:rPr>
          <w:b/>
        </w:rPr>
        <w:t xml:space="preserve">[37:00] </w:t>
      </w:r>
      <w:r>
        <w:t>yeh sochne ki baat hai.</w:t>
      </w:r>
    </w:p>
    <w:p>
      <w:pPr>
        <w:jc w:val="right"/>
      </w:pPr>
      <w:r>
        <w:t>یہ سوچنے کی بات ہے۔</w:t>
      </w:r>
    </w:p>
    <w:p>
      <w:r>
        <w:rPr>
          <w:b/>
        </w:rPr>
        <w:t xml:space="preserve">[37:07] </w:t>
      </w:r>
      <w:r>
        <w:t>to log itna zyada is mein hain, yani behoshi mein hain ke koi warning unhein jagati nahi.</w:t>
      </w:r>
    </w:p>
    <w:p>
      <w:pPr>
        <w:jc w:val="right"/>
      </w:pPr>
      <w:r>
        <w:t>تو لوگ اتنا زیادہ اس میں ہیں، یعنی بے ہوشی میں ہیں کہ کوئی وارننگ انہیں جگاتی نہیں۔</w:t>
      </w:r>
    </w:p>
    <w:p>
      <w:r>
        <w:rPr>
          <w:b/>
        </w:rPr>
        <w:t xml:space="preserve">[37:20] </w:t>
      </w:r>
      <w:r>
        <w:t>kyun ke subah shaam khane ko mil raha hai. kyun ke un ke paas ek ghar hai aur car hai. kyun ke un ke paas acha job hai, acha business hai. to bas kuch nahi unhein sochna hai.</w:t>
      </w:r>
    </w:p>
    <w:p>
      <w:pPr>
        <w:jc w:val="right"/>
      </w:pPr>
      <w:r>
        <w:t>کیوں کہ صبح شام کھانے کو مل رہا ہے۔ کیوں کہ ان کے پاس ایک گھر ہے اور کار ہے۔ کیوں کہ ان کے پاس اچھا جاب ہے، اچھا بزنس ہے۔ تو بس کچھ نہیں انہیں سوچنا ہے۔</w:t>
      </w:r>
    </w:p>
    <w:p>
      <w:r>
        <w:rPr>
          <w:b/>
        </w:rPr>
        <w:t xml:space="preserve">[37:33] </w:t>
      </w:r>
      <w:r>
        <w:t>is waqt sochen ge jab ke sochne ka time nikal chuka hoga. jaise ke Quran mein hai ke "Al'aan waqt asid".</w:t>
      </w:r>
    </w:p>
    <w:p>
      <w:pPr>
        <w:jc w:val="right"/>
      </w:pPr>
      <w:r>
        <w:t>اس وقت سوچیں گے جب کہ سوچنے کا ٹائم نکل چکا ہوگا۔ جیسے کہ قرآن میں ہے کہ "الآن وقت اسید"۔</w:t>
      </w:r>
    </w:p>
    <w:p>
      <w:r>
        <w:rPr>
          <w:b/>
        </w:rPr>
        <w:t xml:space="preserve">[37:42] </w:t>
      </w:r>
      <w:r>
        <w:t>"Al'aan waqt asid". ab tum maan rahe ho jab ke time nikal chuka?</w:t>
      </w:r>
    </w:p>
    <w:p>
      <w:pPr>
        <w:jc w:val="right"/>
      </w:pPr>
      <w:r>
        <w:t>"الآن وقت اسید"۔ اب تم مان رہے ہو جب کہ ٹائم نکل چکا؟</w:t>
      </w:r>
    </w:p>
    <w:p>
      <w:r>
        <w:rPr>
          <w:b/>
        </w:rPr>
        <w:t xml:space="preserve">[37:51] </w:t>
      </w:r>
      <w:r>
        <w:t>"Al'aan waqt asid". jab time tha manne ka tab to tum kehte rahe ke hum nahi manenge. jab time nikal gaya to kehte ho ke hum mante hain.</w:t>
      </w:r>
    </w:p>
    <w:p>
      <w:pPr>
        <w:jc w:val="right"/>
      </w:pPr>
      <w:r>
        <w:t>"الآن وقت اسید"۔ جب ٹائم تھا ماننے کا تب تو تم کہتے رہے کہ ہم نہیں مانیں گے۔ جب ٹائم نکل گیا تو کہتے ہو کہ ہم مانتے ہیں۔</w:t>
      </w:r>
    </w:p>
    <w:p>
      <w:r>
        <w:rPr>
          <w:b/>
        </w:rPr>
        <w:t xml:space="preserve">[38:02] </w:t>
      </w:r>
      <w:r>
        <w:t>"Al'aan waqt asid". to is se pehle ke</w:t>
      </w:r>
    </w:p>
    <w:p>
      <w:pPr>
        <w:jc w:val="right"/>
      </w:pPr>
      <w:r>
        <w:t>"الآن وقت اسید"۔ تو اس سے پہلے کہ</w:t>
      </w:r>
    </w:p>
    <w:p>
      <w:r>
        <w:rPr>
          <w:b/>
        </w:rPr>
        <w:t xml:space="preserve">[38:10] </w:t>
      </w:r>
      <w:r>
        <w:t>aakhri ghanti baj jaye, hamein chahiye ke hum tauba karein, hum baat ko maanein, hum Khuda ki taraf daudein. Khuda ki taraf rujoo karein.</w:t>
      </w:r>
    </w:p>
    <w:p>
      <w:pPr>
        <w:jc w:val="right"/>
      </w:pPr>
      <w:r>
        <w:t>آخری گھنٹی بج جائے، ہمیں چاہیے کہ ہم توبہ کریں، ہم بات کو مانیں، ہم خدا کی طرف دوڑیں۔ خدا کی طرف رجوع کریں۔</w:t>
      </w:r>
    </w:p>
    <w:p>
      <w:r>
        <w:rPr>
          <w:b/>
        </w:rPr>
        <w:t xml:space="preserve">[38:26] </w:t>
      </w:r>
      <w:r>
        <w:t>aakhir waqt tak Khuda aadmi ko mauqa deta hai. To hamein bhi abhi mauqa hai, hamein chahiye ke hum Khuda ki taraf jhukein aur Khuda ki blessing hasil karein.</w:t>
      </w:r>
    </w:p>
    <w:p>
      <w:pPr>
        <w:jc w:val="right"/>
      </w:pPr>
      <w:r>
        <w:t>آخر وقت تک خدا آدمی کو موقع دیتا ہے۔ تو ہمیں بھی ابھی موقع ہے، ہمیں چاہیے کہ ہم خدا کی طرف جھکیں اور خدا کی بلیسنگ حاصل کریں۔</w:t>
      </w:r>
    </w:p>
    <w:p>
      <w:r>
        <w:rPr>
          <w:b/>
        </w:rPr>
        <w:t xml:space="preserve">[38:43] </w:t>
      </w:r>
      <w:r>
        <w:t>dekhiye</w:t>
      </w:r>
    </w:p>
    <w:p>
      <w:pPr>
        <w:jc w:val="right"/>
      </w:pPr>
      <w:r>
        <w:t>دیکھیے</w:t>
      </w:r>
    </w:p>
    <w:p>
      <w:r>
        <w:rPr>
          <w:b/>
        </w:rPr>
        <w:t xml:space="preserve">[38:46] </w:t>
      </w:r>
      <w:r>
        <w:t>Islam mein</w:t>
      </w:r>
    </w:p>
    <w:p>
      <w:pPr>
        <w:jc w:val="right"/>
      </w:pPr>
      <w:r>
        <w:t>اسلام میں</w:t>
      </w:r>
    </w:p>
    <w:p>
      <w:r>
        <w:rPr>
          <w:b/>
        </w:rPr>
        <w:t xml:space="preserve">[38:50] </w:t>
      </w:r>
      <w:r>
        <w:t>source books do hain. Ek Quran aur doosri Hadees.</w:t>
      </w:r>
    </w:p>
    <w:p>
      <w:pPr>
        <w:jc w:val="right"/>
      </w:pPr>
      <w:r>
        <w:t>سورس بکس دو ہیں۔ ایک قرآن اور دوسری حدیث۔</w:t>
      </w:r>
    </w:p>
    <w:p>
      <w:r>
        <w:rPr>
          <w:b/>
        </w:rPr>
        <w:t xml:space="preserve">[38:57] </w:t>
      </w:r>
      <w:r>
        <w:t>To Quran ko hum maante hain word of God aur Hadees ko maante hain word of Prophet. Lekin dono hi hamein Prophet hi ke zariye mili hain.</w:t>
      </w:r>
    </w:p>
    <w:p>
      <w:pPr>
        <w:jc w:val="right"/>
      </w:pPr>
      <w:r>
        <w:t>تو قرآن کو ہم مانتے ہیں ورڈ آف گاڈ اور حدیث کو مانتے ہیں ورڈ آف پرافٹ۔ لیکن دونوں ہی ہمیں پرافٹ ہی کے ذریعے ملی ہیں۔</w:t>
      </w:r>
    </w:p>
    <w:p>
      <w:r>
        <w:rPr>
          <w:b/>
        </w:rPr>
        <w:t xml:space="preserve">[39:08] </w:t>
      </w:r>
      <w:r>
        <w:t>Quran bhi hamein alag se aasman se nahi hamare upar aa gaya hai. Woh bhi Prophet hi ne diya hai hum ko. To</w:t>
      </w:r>
    </w:p>
    <w:p>
      <w:pPr>
        <w:jc w:val="right"/>
      </w:pPr>
      <w:r>
        <w:t>قرآن بھی ہمیں الگ سے آسمان سے نہیں ہمارے اوپر آگیا ہے۔ وہ بھی پرافٹ ہی نے دیا ہے ہم کو۔ تو</w:t>
      </w:r>
    </w:p>
    <w:p>
      <w:r>
        <w:rPr>
          <w:b/>
        </w:rPr>
        <w:t xml:space="preserve">[39:20] </w:t>
      </w:r>
      <w:r>
        <w:t>Hadees mein aap padhein to Hadeeson mein ek hota hai chapter jisko kehte hain Kitab al-Fitn.</w:t>
      </w:r>
    </w:p>
    <w:p>
      <w:pPr>
        <w:jc w:val="right"/>
      </w:pPr>
      <w:r>
        <w:t>حدیث میں آپ پڑھیں تو حدیثوں میں ایک ہوتا ہے چیپٹر جس کو کہتے ہیں کتاب الفتن۔</w:t>
      </w:r>
    </w:p>
    <w:p>
      <w:r>
        <w:rPr>
          <w:b/>
        </w:rPr>
        <w:t xml:space="preserve">[39:28] </w:t>
      </w:r>
      <w:r>
        <w:t>Is mein bohat si Hadeesein hain jo batati hain ke jab doomsday qareeb aajaye ga, yaani Qayamat jab qareeb aajaye gi to kya kya hoga?</w:t>
      </w:r>
    </w:p>
    <w:p>
      <w:pPr>
        <w:jc w:val="right"/>
      </w:pPr>
      <w:r>
        <w:t>اس میں بہت سی حدیثیں ہیں جو بتاتی ہیں کہ جب ڈومز ڈے قریب آجائے گا، یعنی قیامت جب قریب آجائے گی تو کیا کیا ہوگا؟</w:t>
      </w:r>
    </w:p>
    <w:p>
      <w:r>
        <w:rPr>
          <w:b/>
        </w:rPr>
        <w:t xml:space="preserve">[39:39] </w:t>
      </w:r>
      <w:r>
        <w:t>To kya kya hoga? Yaani bohat pehle, yaani seven century ke first quarter mein Prophet aaye they.</w:t>
      </w:r>
    </w:p>
    <w:p>
      <w:pPr>
        <w:jc w:val="right"/>
      </w:pPr>
      <w:r>
        <w:t>تو کیا کیا ہوگا؟ یعنی بہت پہلے، یعنی سیون سینچری کے فرسٹ کوارٹر میں پرافٹ آئے تھے۔</w:t>
      </w:r>
    </w:p>
    <w:p>
      <w:r>
        <w:rPr>
          <w:b/>
        </w:rPr>
        <w:t xml:space="preserve">[39:50] </w:t>
      </w:r>
      <w:r>
        <w:t>Seven century ke first quarter mein. Us waqt jo baatein aap ne kahi thi aaj woh baatein ek ek kar ke saamne aa rahi hain.</w:t>
      </w:r>
    </w:p>
    <w:p>
      <w:pPr>
        <w:jc w:val="right"/>
      </w:pPr>
      <w:r>
        <w:t>سیون سینچری کے فرسٹ کوارٹر میں۔ اس وقت جو باتیں آپ نے کہی تھیں آج وہ باتیں ایک ایک کر کے سامنے آ رہی ہیں۔</w:t>
      </w:r>
    </w:p>
    <w:p>
      <w:r>
        <w:rPr>
          <w:b/>
        </w:rPr>
        <w:t xml:space="preserve">[40:00] </w:t>
      </w:r>
      <w:r>
        <w:t>To kabhi na kabhi to inhe poora hona tha. Kitabon mein aata hai ke jo Prophet ke jo companions they jin ko hum Sahaba kehte hain woh itna zyada sochte they Qayamat ke bare mein,</w:t>
      </w:r>
    </w:p>
    <w:p>
      <w:pPr>
        <w:jc w:val="right"/>
      </w:pPr>
      <w:r>
        <w:t>تو کبھی نہ کبھی تو انہیں پورا ہونا تھا۔ کتابوں میں آتا ہے کہ جو پرافٹ کے جو کمپینین تھے جن کو ہم صحابہ کہتے ہیں وہ اتنا زیادہ سوچتے تھے قیامت کے بارے میں،</w:t>
      </w:r>
    </w:p>
    <w:p>
      <w:r>
        <w:rPr>
          <w:b/>
        </w:rPr>
        <w:t xml:space="preserve">[40:18] </w:t>
      </w:r>
      <w:r>
        <w:t>doomsday ke bare mein, day of judgment ke bare mein. Itna zyada sochte they ke agar aandhi chalti thi, tez aandhi, to bhaag kar masjid mein jaate they ke shayad Qayamat aa gayi.</w:t>
      </w:r>
    </w:p>
    <w:p>
      <w:pPr>
        <w:jc w:val="right"/>
      </w:pPr>
      <w:r>
        <w:t>ڈومز ڈے کے بارے میں، ڈے آف ججمنٹ کے بارے میں۔ اتنا زیادہ سوچتے تھے کہ اگر آندھی چلتی تھی، تیز آندھی، تو بھاگ کر مسجد میں جاتے تھے کہ شاید قیامت آگئی۔</w:t>
      </w:r>
    </w:p>
    <w:p>
      <w:r>
        <w:rPr>
          <w:b/>
        </w:rPr>
        <w:t xml:space="preserve">[40:33] </w:t>
      </w:r>
      <w:r>
        <w:t>ke shayad Qayamat aa gayi.</w:t>
      </w:r>
    </w:p>
    <w:p>
      <w:pPr>
        <w:jc w:val="right"/>
      </w:pPr>
      <w:r>
        <w:t>کہ شاید قیامت آگئی۔</w:t>
      </w:r>
    </w:p>
    <w:p>
      <w:r>
        <w:rPr>
          <w:b/>
        </w:rPr>
        <w:t xml:space="preserve">[40:35] </w:t>
      </w:r>
      <w:r>
        <w:t>Itna zyada un ke dimagh par chha jata tha.</w:t>
      </w:r>
    </w:p>
    <w:p>
      <w:pPr>
        <w:jc w:val="right"/>
      </w:pPr>
      <w:r>
        <w:t>اتنا زیادہ ان کے دماغ پر چھا جاتا تھا۔</w:t>
      </w:r>
    </w:p>
    <w:p>
      <w:r>
        <w:rPr>
          <w:b/>
        </w:rPr>
        <w:t xml:space="preserve">[40:41] </w:t>
      </w:r>
      <w:r>
        <w:t>To main samajhta hoon ke pehle to un ka jo barha hua jo ehsaas tha us ki wajah se aisa hota tha.</w:t>
      </w:r>
    </w:p>
    <w:p>
      <w:pPr>
        <w:jc w:val="right"/>
      </w:pPr>
      <w:r>
        <w:t>تو میں سمجھتا ہوں کہ پہلے تو ان کا جو بڑھا ہوا جو احساس تھا اس کی وجہ سے ایسا ہوتا تھا۔</w:t>
      </w:r>
    </w:p>
    <w:p>
      <w:r>
        <w:rPr>
          <w:b/>
        </w:rPr>
        <w:t xml:space="preserve">[40:52] </w:t>
      </w:r>
      <w:r>
        <w:t>Ab to sach much aisa ho chuka hai ke Qayamat bilkul qareeb dikhai de rahi hai. Saare signs jo hain woh saamne aa chuke hain. To bohat sari Hadeesein hain.</w:t>
      </w:r>
    </w:p>
    <w:p>
      <w:pPr>
        <w:jc w:val="right"/>
      </w:pPr>
      <w:r>
        <w:t>اب تو سچ مچ ایسا ہو چکا ہے کہ قیامت بالکل قریب دکھائی دے رہی ہے۔ سارے سائنس جو ہیں وہ سامنے آ چکے ہیں۔ تو بہت ساری حدیثیں ہیں۔</w:t>
      </w:r>
    </w:p>
    <w:p>
      <w:r>
        <w:rPr>
          <w:b/>
        </w:rPr>
        <w:t xml:space="preserve">[41:04] </w:t>
      </w:r>
      <w:r>
        <w:t>Hain main us waqt ek baat aap se kehna chahta hoon. Ke ek Hadees mein bataya gaya hai ke teen nafkhah hoga.</w:t>
      </w:r>
    </w:p>
    <w:p>
      <w:pPr>
        <w:jc w:val="right"/>
      </w:pPr>
      <w:r>
        <w:t>ہیں میں اس وقت ایک بات آپ سے کہنا چاہتا ہوں۔ کہ ایک حدیث میں بتایا گیا ہے کہ تین نفخہ ہوگا۔</w:t>
      </w:r>
    </w:p>
    <w:p>
      <w:r>
        <w:rPr>
          <w:b/>
        </w:rPr>
        <w:t xml:space="preserve">[41:16] </w:t>
      </w:r>
      <w:r>
        <w:t>Nafkhah matlab hota hai jisko kehte hain hum Soor. Ek ek yeh maana gaya hai Islam mein ke ek angel hai jiska naam hai Israfeel.</w:t>
      </w:r>
    </w:p>
    <w:p>
      <w:pPr>
        <w:jc w:val="right"/>
      </w:pPr>
      <w:r>
        <w:t>نفخہ مطلب ہوتا ہے جس کو کہتے ہیں ہم سور۔ ایک ایک یہ مانا گیا ہے اسلام میں کہ ایک اینجل ہے جس کا نام ہے اسرافیل۔</w:t>
      </w:r>
    </w:p>
    <w:p>
      <w:r>
        <w:rPr>
          <w:b/>
        </w:rPr>
        <w:t xml:space="preserve">[41:28] </w:t>
      </w:r>
      <w:r>
        <w:t>To Israfeel jo hai ek bugle samajh lijiye, ek bugle liye hue khada hai.</w:t>
      </w:r>
    </w:p>
    <w:p>
      <w:pPr>
        <w:jc w:val="right"/>
      </w:pPr>
      <w:r>
        <w:t>تو اسرافیل جو ہے ایک بگل سمجھ لیجئے، ایک بگل لیے ہوئے کھڑا ہے۔</w:t>
      </w:r>
    </w:p>
    <w:p>
      <w:r>
        <w:rPr>
          <w:b/>
        </w:rPr>
        <w:t xml:space="preserve">[41:35] </w:t>
      </w:r>
      <w:r>
        <w:t>Us ko Soor kaha gaya hai. Ke kab woh Khuda ka hukum ho aur bugle mein phoonke aur sari duniya tahwalah ho jaye aur Qayamat shuru ho jaye.</w:t>
      </w:r>
    </w:p>
    <w:p>
      <w:pPr>
        <w:jc w:val="right"/>
      </w:pPr>
      <w:r>
        <w:t>اس کو سور کہا گیا ہے۔ کہ کب وہ خدا کا حکم ہو اور بگل میں پھونکے اور ساری دنیا تہوالہ ہو جائے اور قیامت شروع ہو جائے۔</w:t>
      </w:r>
    </w:p>
    <w:p>
      <w:r>
        <w:rPr>
          <w:b/>
        </w:rPr>
        <w:t xml:space="preserve">[41:45] </w:t>
      </w:r>
      <w:r>
        <w:t>Is bugle ki awaaz hote hi khatmah ho jayega duniya ka. Yaani end of history ho jayega. To Soor phoonkne ka jo hai maamla us ko nafkhah kehte hain Arabi Arabi mein nafkhah.</w:t>
      </w:r>
    </w:p>
    <w:p>
      <w:pPr>
        <w:jc w:val="right"/>
      </w:pPr>
      <w:r>
        <w:t>اس بگل کی آواز ہوتے ہی خاتمہ ہو جائے گا دنیا کا۔ یعنی اینڈ آف ہسٹری ہو جائے گا۔ تو سور پھونکنا کا جو ہے معاملہ اس کو نفخہ کہتے ہیں عربی عربی میں نفخہ۔</w:t>
      </w:r>
    </w:p>
    <w:p>
      <w:r>
        <w:rPr>
          <w:b/>
        </w:rPr>
        <w:t xml:space="preserve">[42:01] </w:t>
      </w:r>
      <w:r>
        <w:t>To Hadees mein aata hai ke teen nafkhah hoga. Teen nafkhah hoga. Nafkhat al-Faza, Nafkhat al-Sa'q aur Nafkhat al-Qiyam.</w:t>
      </w:r>
    </w:p>
    <w:p>
      <w:pPr>
        <w:jc w:val="right"/>
      </w:pPr>
      <w:r>
        <w:t>تو حدیث میں آتا ہے کہ تین نفخہ ہوگا۔ تین نفخہ ہوگا۔ نفخۃ الفضا، نفخۃ السعق اور نفخۃ القیام۔</w:t>
      </w:r>
    </w:p>
    <w:p>
      <w:r>
        <w:rPr>
          <w:b/>
        </w:rPr>
        <w:t xml:space="preserve">[42:13] </w:t>
      </w:r>
      <w:r>
        <w:t>Yaani Qayamat aane se pehle teen nafkhah hoga. Nafkhat al-Faza, Nafkhat al-Sa'q aur Nafkhat al-Qiyam.</w:t>
      </w:r>
    </w:p>
    <w:p>
      <w:pPr>
        <w:jc w:val="right"/>
      </w:pPr>
      <w:r>
        <w:t>یعنی قیامت آنے سے پہلے تین نفخہ ہوگا۔ نفخۃ الفضا، نفخۃ السعق اور نفخۃ القیام۔</w:t>
      </w:r>
    </w:p>
    <w:p>
      <w:r>
        <w:rPr>
          <w:b/>
        </w:rPr>
        <w:t xml:space="preserve">[42:26] </w:t>
      </w:r>
      <w:r>
        <w:t>Nafkhah ke maani theek wohi hain jisko hum English mein kehte hain blow. B L O W blow. Wohi hain nafkhah ke maani hain.</w:t>
      </w:r>
    </w:p>
    <w:p>
      <w:pPr>
        <w:jc w:val="right"/>
      </w:pPr>
      <w:r>
        <w:t>نفخہ کے معنی ٹھیک وہی ہیں جس کو ہم انگلش میں کہتے ہیں بلو۔ بی ایل او ڈبلیو بلو۔ وہی ہیں نفخہ کے معنی ہیں۔</w:t>
      </w:r>
    </w:p>
    <w:p>
      <w:r>
        <w:rPr>
          <w:b/>
        </w:rPr>
        <w:t xml:space="preserve">[42:34] </w:t>
      </w:r>
      <w:r>
        <w:t>teen yani teen blue. to pehla hai warning blue. doosra hai death blue.</w:t>
      </w:r>
    </w:p>
    <w:p>
      <w:pPr>
        <w:jc w:val="right"/>
      </w:pPr>
      <w:r>
        <w:t>تین یعنی تین بلو۔ تو پہلا ہے وارننگ بلو۔ دوسرا ہے ڈیتھ بلو۔</w:t>
      </w:r>
    </w:p>
    <w:p>
      <w:r>
        <w:rPr>
          <w:b/>
        </w:rPr>
        <w:t xml:space="preserve">[42:44] </w:t>
      </w:r>
      <w:r>
        <w:t>aur teesra hai rising blue.</w:t>
      </w:r>
    </w:p>
    <w:p>
      <w:pPr>
        <w:jc w:val="right"/>
      </w:pPr>
      <w:r>
        <w:t>اور تیسرا ہے رائزنگ بلو۔</w:t>
      </w:r>
    </w:p>
    <w:p>
      <w:r>
        <w:rPr>
          <w:b/>
        </w:rPr>
        <w:t xml:space="preserve">[42:50] </w:t>
      </w:r>
      <w:r>
        <w:t>yeh teen word aaye hain. is ka matlab kya hai?</w:t>
      </w:r>
    </w:p>
    <w:p>
      <w:pPr>
        <w:jc w:val="right"/>
      </w:pPr>
      <w:r>
        <w:t>یہ تین ورڈ آئے ہیں۔ اس کا مطلب کیا ہے؟</w:t>
      </w:r>
    </w:p>
    <w:p>
      <w:r>
        <w:rPr>
          <w:b/>
        </w:rPr>
        <w:t xml:space="preserve">[42:54] </w:t>
      </w:r>
      <w:r>
        <w:t>warning blue ka matlab hai ke abhi qayamat shuru nahi hui. shuru hone se pehle aap ko warning kiya jayega.</w:t>
      </w:r>
    </w:p>
    <w:p>
      <w:pPr>
        <w:jc w:val="right"/>
      </w:pPr>
      <w:r>
        <w:t>وارننگ بلو کا مطلب ہے کہ ابھی قیامت شروع نہیں ہوئی۔ شروع ہونے سے پہلے آپ کو وارن کیا جائے گا۔</w:t>
      </w:r>
    </w:p>
    <w:p>
      <w:r>
        <w:rPr>
          <w:b/>
        </w:rPr>
        <w:t xml:space="preserve">[43:04] </w:t>
      </w:r>
      <w:r>
        <w:t>aagah kiya jayega. ke bohat qareeb aa gaya muamla. ab door nahi hai. jaldi se sambhalo. to</w:t>
      </w:r>
    </w:p>
    <w:p>
      <w:pPr>
        <w:jc w:val="right"/>
      </w:pPr>
      <w:r>
        <w:t>آگاہ کیا جائے گا۔ کہ بہت قریب آگیا معاملہ۔ اب دور نہیں ہے۔ جلدی سے سنبھلو۔ تو</w:t>
      </w:r>
    </w:p>
    <w:p>
      <w:r>
        <w:rPr>
          <w:b/>
        </w:rPr>
        <w:t xml:space="preserve">[43:14] </w:t>
      </w:r>
      <w:r>
        <w:t>yeh warning blue jo hai jab hoga us waqt koi waisi yani tabaahi nahi aayegi jo qayamat se aane wali hai.</w:t>
      </w:r>
    </w:p>
    <w:p>
      <w:pPr>
        <w:jc w:val="right"/>
      </w:pPr>
      <w:r>
        <w:t>یہ وارننگ بلو جو ہے جب ہوگا اس وقت کوئی ویسی یعنی تباہی نہیں آئے گی جو قیامت سے آنے والی ہے۔</w:t>
      </w:r>
    </w:p>
    <w:p>
      <w:r>
        <w:rPr>
          <w:b/>
        </w:rPr>
        <w:t xml:space="preserve">[43:24] </w:t>
      </w:r>
      <w:r>
        <w:t>lekin shuruat ho chuki hogi. wahi jis ko mein kehta hoon beginning of the end. to</w:t>
      </w:r>
    </w:p>
    <w:p>
      <w:pPr>
        <w:jc w:val="right"/>
      </w:pPr>
      <w:r>
        <w:t>لیکن شروعات ہو چکی ہوگی۔ وہی جس کو میں کہتا ہوں بگننگ آف دا اینڈ۔ تو</w:t>
      </w:r>
    </w:p>
    <w:p>
      <w:r>
        <w:rPr>
          <w:b/>
        </w:rPr>
        <w:t xml:space="preserve">[43:33] </w:t>
      </w:r>
      <w:r>
        <w:t>is woh is liye hoga ke aadmi sambhal jaye. aadmi apne aap ko durust kar le.</w:t>
      </w:r>
    </w:p>
    <w:p>
      <w:pPr>
        <w:jc w:val="right"/>
      </w:pPr>
      <w:r>
        <w:t>اس وہ اس لیے ہوگا کہ آدمی سنبھل جائے۔ آدمی اپنے آپ کو درست کر لے۔</w:t>
      </w:r>
    </w:p>
    <w:p>
      <w:r>
        <w:rPr>
          <w:b/>
        </w:rPr>
        <w:t xml:space="preserve">[43:43] </w:t>
      </w:r>
      <w:r>
        <w:t>introspection paida ho is ke andar. is ke liye hoga warning blue. to ek kuch aadmi ko kuch interval diya jayega.</w:t>
      </w:r>
    </w:p>
    <w:p>
      <w:pPr>
        <w:jc w:val="right"/>
      </w:pPr>
      <w:r>
        <w:t>انٹراسپیکچر پیدا ہو اس کے اندر۔ اس کے لیے ہوگا وارننگ بلو۔ تو ایک کچھ آدمی کو کچھ انٹرول دیا جائے گا۔</w:t>
      </w:r>
    </w:p>
    <w:p>
      <w:r>
        <w:rPr>
          <w:b/>
        </w:rPr>
        <w:t xml:space="preserve">[43:54] </w:t>
      </w:r>
      <w:r>
        <w:t>is ke baad.</w:t>
      </w:r>
    </w:p>
    <w:p>
      <w:pPr>
        <w:jc w:val="right"/>
      </w:pPr>
      <w:r>
        <w:t>اس کے بعد۔</w:t>
      </w:r>
    </w:p>
    <w:p>
      <w:r>
        <w:rPr>
          <w:b/>
        </w:rPr>
        <w:t xml:space="preserve">[43:56] </w:t>
      </w:r>
      <w:r>
        <w:t>wo interval kitne kitni der ka hoga? is ka period kya hoga? yeh hadith mein nahi bataya gaya hai. koi bhi nahi janta ke warning blue ke baad jo agli warning hai, agla blue hai woh is mein kitna time hoga.</w:t>
      </w:r>
    </w:p>
    <w:p>
      <w:pPr>
        <w:jc w:val="right"/>
      </w:pPr>
      <w:r>
        <w:t>وہ انٹرول کتنے کتنی دیر کا ہوگا؟ اس کا پیریڈ کیا ہوگا؟ یہ حدیث میں نہیں بتایا گیا ہے۔ کوئی بھی نہیں جانتا کہ وارننگ بلو کے بعد جو اگلی وارننگ ہے، اگلا بلو ہے وہ اس میں کتنا ٹائم ہوگا۔</w:t>
      </w:r>
    </w:p>
    <w:p>
      <w:r>
        <w:rPr>
          <w:b/>
        </w:rPr>
        <w:t xml:space="preserve">[44:10] </w:t>
      </w:r>
      <w:r>
        <w:t>lekin doosra jo hoga woh hoga warning. woh hoga woh death blue hoga. yani sur phoonka jayega to saare log mar jayenge.</w:t>
      </w:r>
    </w:p>
    <w:p>
      <w:pPr>
        <w:jc w:val="right"/>
      </w:pPr>
      <w:r>
        <w:t>لیکن دوسرا جو ہوگا وہ ہوگا وارننگ۔ وہ ہوگا وہ ڈیتھ بلو ہوگا۔ یعنی سور پھونکا جائے گا تو سارے لوگ مر جائیں گے۔</w:t>
      </w:r>
    </w:p>
    <w:p>
      <w:r>
        <w:rPr>
          <w:b/>
        </w:rPr>
        <w:t xml:space="preserve">[44:21] </w:t>
      </w:r>
      <w:r>
        <w:t>doosra sur jo hoga, doosra nafkha jo hoga to us waqt saare log mar jayenge. phir koi zinda nahi bachega. khatam ho jayegi zindagi is zameen par.</w:t>
      </w:r>
    </w:p>
    <w:p>
      <w:pPr>
        <w:jc w:val="right"/>
      </w:pPr>
      <w:r>
        <w:t>دوسرا سور جو ہوگا، دوسرا نفخہ جو ہوگا تو اس وقت سارے لوگ مر جائیں گے۔ پھر کوئی زندہ نہیں بچے گا۔ ختم ہو جائے گی زندگی اس زمین پر۔</w:t>
      </w:r>
    </w:p>
    <w:p>
      <w:r>
        <w:rPr>
          <w:b/>
        </w:rPr>
        <w:t xml:space="preserve">[44:36] </w:t>
      </w:r>
      <w:r>
        <w:t>zameen to hogi lekin zindagiyaan sab khatam ho jayengi.</w:t>
      </w:r>
    </w:p>
    <w:p>
      <w:pPr>
        <w:jc w:val="right"/>
      </w:pPr>
      <w:r>
        <w:t>زمین تو ہوگی لیکن زندگیاں سب ختم ہو جائیں گی۔</w:t>
      </w:r>
    </w:p>
    <w:p>
      <w:r>
        <w:rPr>
          <w:b/>
        </w:rPr>
        <w:t xml:space="preserve">[44:45] </w:t>
      </w:r>
      <w:r>
        <w:t>to is ke baad teesra blue hoga jis ko kehte hain rising blue. yani phir se zinda ho kar uthna. to jab teesra blue hoga, yani teesri baar sur phoonka jayega to log</w:t>
      </w:r>
    </w:p>
    <w:p>
      <w:pPr>
        <w:jc w:val="right"/>
      </w:pPr>
      <w:r>
        <w:t>تو اس کے بعد تیسرا بلو ہوگا جس کو کہتے ہیں رائزنگ بلو۔ یعنی پھر سے زندہ ہو کر اٹھنا۔ تو جب تیسرا بلو ہوگا، یعنی تیسری بار سور پھونکا جائے گا تو لوگ</w:t>
      </w:r>
    </w:p>
    <w:p>
      <w:r>
        <w:rPr>
          <w:b/>
        </w:rPr>
        <w:t xml:space="preserve">[45:02] </w:t>
      </w:r>
      <w:r>
        <w:t>zinda ho jayenge dobara. aur zinda ho kar ke daudenge. yani is is ki jis ko kehte hain mehshar ka maidan, hashar ka maidan.</w:t>
      </w:r>
    </w:p>
    <w:p>
      <w:pPr>
        <w:jc w:val="right"/>
      </w:pPr>
      <w:r>
        <w:t>زندہ ہو جائیں گے دوبارہ۔ اور زندہ ہو کر کے دوڑیں گے۔ یعنی اس اس کی جس کو کہتے ہیں محشر کا میدان، حشر کا میدان۔</w:t>
      </w:r>
    </w:p>
    <w:p>
      <w:r>
        <w:rPr>
          <w:b/>
        </w:rPr>
        <w:t xml:space="preserve">[45:13] </w:t>
      </w:r>
      <w:r>
        <w:t>yeh teen blue hain.</w:t>
      </w:r>
    </w:p>
    <w:p>
      <w:pPr>
        <w:jc w:val="right"/>
      </w:pPr>
      <w:r>
        <w:t>یہ تین بلو ہیں۔</w:t>
      </w:r>
    </w:p>
    <w:p>
      <w:r>
        <w:rPr>
          <w:b/>
        </w:rPr>
        <w:t xml:space="preserve">[45:17] </w:t>
      </w:r>
      <w:r>
        <w:t>to jahan tak maine socha hai is muamle mein aur sahi baat kya hai woh to Allah behtar janta hai. sahi baat ka ka ilm sirf Allah taala ko hai.</w:t>
      </w:r>
    </w:p>
    <w:p>
      <w:pPr>
        <w:jc w:val="right"/>
      </w:pPr>
      <w:r>
        <w:t>تو جہاں تک میں نے سوچا ہے اس معاملے میں اور صحیح بات کیا ہے وہ تو اللہ بہتر جانتا ہے۔ صحیح بات کا کا علم صرف اللہ تعالیٰ کو ہے۔</w:t>
      </w:r>
    </w:p>
    <w:p>
      <w:r>
        <w:rPr>
          <w:b/>
        </w:rPr>
        <w:t xml:space="preserve">[45:29] </w:t>
      </w:r>
      <w:r>
        <w:t>nafkha, pehla blue jis ko hadith mein nafkhat al-faza kaha gaya hai. jis ko maine kaha ke warning blue.</w:t>
      </w:r>
    </w:p>
    <w:p>
      <w:pPr>
        <w:jc w:val="right"/>
      </w:pPr>
      <w:r>
        <w:t>نفخہ، پہلا بلو جس کو حدیث میں نفخۃ الفضا کہا گیا ہے۔ جس کو میں نے کہا کہ وارننگ بلو۔</w:t>
      </w:r>
    </w:p>
    <w:p>
      <w:r>
        <w:rPr>
          <w:b/>
        </w:rPr>
        <w:t xml:space="preserve">[45:39] </w:t>
      </w:r>
      <w:r>
        <w:t>to meri samajh yeh kehti hai ke woh ho chuka.</w:t>
      </w:r>
    </w:p>
    <w:p>
      <w:pPr>
        <w:jc w:val="right"/>
      </w:pPr>
      <w:r>
        <w:t>تو میری سمجھ یہ کہتی ہے کہ وہ ہو چکا۔</w:t>
      </w:r>
    </w:p>
    <w:p>
      <w:r>
        <w:rPr>
          <w:b/>
        </w:rPr>
        <w:t xml:space="preserve">[45:46] </w:t>
      </w:r>
      <w:r>
        <w:t>warning blue ho chuka. aur abhi ek hafta pehle jo 130 mulkon ke 2500 scientists ne kai baras ke survey ke baad saare sari zameen ka survey kiya unhone.</w:t>
      </w:r>
    </w:p>
    <w:p>
      <w:pPr>
        <w:jc w:val="right"/>
      </w:pPr>
      <w:r>
        <w:t>وارننگ بلو ہو چکا۔ اور ابھی ایک ہفتہ پہلے جو 130 ملکوں کے 2500 سائنٹسٹ نے کئی برس کے سروے کے بعد سارے ساری زمین کا سروے کیا انہوں نے۔</w:t>
      </w:r>
    </w:p>
    <w:p>
      <w:r>
        <w:rPr>
          <w:b/>
        </w:rPr>
        <w:t xml:space="preserve">[46:08] </w:t>
      </w:r>
      <w:r>
        <w:t>survey karne ke baad jo report di hai mein us ko samajhta hoon ke yahi hai nafkhat al-faza yani warning blue.</w:t>
      </w:r>
    </w:p>
    <w:p>
      <w:pPr>
        <w:jc w:val="right"/>
      </w:pPr>
      <w:r>
        <w:t>سروے کرنے کے بعد جو رپورٹ دی ہے میں اس کو سمجھتا ہوں کہ یہی ہے نفخۃ الفضا یعنی وارننگ بلو۔</w:t>
      </w:r>
    </w:p>
    <w:p>
      <w:r>
        <w:rPr>
          <w:b/>
        </w:rPr>
        <w:t xml:space="preserve">[46:18] </w:t>
      </w:r>
      <w:r>
        <w:t>woh kaise? unhone wahi baatein kahi hain jo hadithain pehle se maujood hain.</w:t>
      </w:r>
    </w:p>
    <w:p>
      <w:pPr>
        <w:jc w:val="right"/>
      </w:pPr>
      <w:r>
        <w:t>وہ کیسے؟ انہوں نے وہی باتیں کہی ہیں جو حدیثیں پہلے سے موجود ہیں۔</w:t>
      </w:r>
    </w:p>
    <w:p>
      <w:r>
        <w:rPr>
          <w:b/>
        </w:rPr>
        <w:t xml:space="preserve">[46:26] </w:t>
      </w:r>
      <w:r>
        <w:t>bari ajeeb baat hai ke ab se chaudah sau saal pehle prophet ne jo baatein kahi thi wahi aaj scientist hazraat ke survey report mein aayi hain.</w:t>
      </w:r>
    </w:p>
    <w:p>
      <w:pPr>
        <w:jc w:val="right"/>
      </w:pPr>
      <w:r>
        <w:t>بڑی عجیب بات ہے کہ اب سے چودہ سو سال پہلے پرافٹ نے جو باتیں کہی تھیں وہی آج سائنٹسٹ حضرات کے سروے رپورٹ میں آئی ہیں۔</w:t>
      </w:r>
    </w:p>
    <w:p>
      <w:r>
        <w:rPr>
          <w:b/>
        </w:rPr>
        <w:t xml:space="preserve">[46:42] </w:t>
      </w:r>
      <w:r>
        <w:t>jaise ke woh kehte hain ke zameen par temperature bohat badh gaya aur badhta jayega. jis ko kehte hain global warming.</w:t>
      </w:r>
    </w:p>
    <w:p>
      <w:pPr>
        <w:jc w:val="right"/>
      </w:pPr>
      <w:r>
        <w:t>جیسے کہ وہ کہتے ہیں کہ زمین پر ٹمپریچر بہت بڑھ گیا اور بڑھتا جائے گا۔ جس کو کہتے ہیں گلوبل وارمنگ۔</w:t>
      </w:r>
    </w:p>
    <w:p>
      <w:r>
        <w:rPr>
          <w:b/>
        </w:rPr>
        <w:t xml:space="preserve">[46:54] </w:t>
      </w:r>
      <w:r>
        <w:t>global warming.</w:t>
      </w:r>
    </w:p>
    <w:p>
      <w:pPr>
        <w:jc w:val="right"/>
      </w:pPr>
      <w:r>
        <w:t>گلوبل وارمنگ۔</w:t>
      </w:r>
    </w:p>
    <w:p>
      <w:r>
        <w:rPr>
          <w:b/>
        </w:rPr>
        <w:t xml:space="preserve">[46:56] </w:t>
      </w:r>
      <w:r>
        <w:t>unhon ne kaha ke carbon dioxide ki jo quantity hamare atmosphere mein hai woh double ho jayegi. zahir hai ke bohat hi dangerous hogi.</w:t>
      </w:r>
    </w:p>
    <w:p>
      <w:pPr>
        <w:jc w:val="right"/>
      </w:pPr>
      <w:r>
        <w:t>انہوں نے کہا کہ کاربن ڈائی آکسائیڈ کی جو کوانٹٹی ہمارے ایٹماسفئر میں ہے وہ ڈبل ہو جائے گی۔ ظاہر ہے کہ بہت ہی ڈینجرس ہوگی۔</w:t>
      </w:r>
    </w:p>
    <w:p>
      <w:r>
        <w:rPr>
          <w:b/>
        </w:rPr>
        <w:t xml:space="preserve">[47:06] </w:t>
      </w:r>
      <w:r>
        <w:t>to is ko kaha jata hai global warming. greenhouse gases. to yeh kya cheez hai? hadith mein aata hai ke qayamat se pehle suraj bohat qareeb aajayega.</w:t>
      </w:r>
    </w:p>
    <w:p>
      <w:pPr>
        <w:jc w:val="right"/>
      </w:pPr>
      <w:r>
        <w:t>تو اس کو کہا جاتا ہے گلوبل وارمنگ۔ گرین ہاؤس گیسز۔ تو یہ کیا چیز ہے؟ حدیث میں آتا ہے کہ قیامت سے پہلے سورج بہت قریب آجائے گا۔</w:t>
      </w:r>
    </w:p>
    <w:p>
      <w:r>
        <w:rPr>
          <w:b/>
        </w:rPr>
        <w:t xml:space="preserve">[47:22] </w:t>
      </w:r>
      <w:r>
        <w:t>ek mile ke qareeb aajayega. aur kai alfaaz aate hain qareeb aajayega. to yeh main samjha hoon qareeb ka aanay ka matlab yeh hai ke khud suraj hi pass aajayega hamare.</w:t>
      </w:r>
    </w:p>
    <w:p>
      <w:pPr>
        <w:jc w:val="right"/>
      </w:pPr>
      <w:r>
        <w:t>ایک میل کے قریب آجائے گا۔ اور کئی الفاظ آتے ہیں قریب آجائے گا۔ تو یہ میں سمجھا ہوں قریب کا آنے کا مطلب یہ ہے کہ خود سورج ہی پاس آجائے گا ہمارے۔</w:t>
      </w:r>
    </w:p>
    <w:p>
      <w:r>
        <w:rPr>
          <w:b/>
        </w:rPr>
        <w:t xml:space="preserve">[47:35] </w:t>
      </w:r>
      <w:r>
        <w:t>is ki heat hamare qareeb aajayegi.</w:t>
      </w:r>
    </w:p>
    <w:p>
      <w:pPr>
        <w:jc w:val="right"/>
      </w:pPr>
      <w:r>
        <w:t>اس کی ہیٹ ہمارے قریب آجائے گی۔</w:t>
      </w:r>
    </w:p>
    <w:p>
      <w:r>
        <w:rPr>
          <w:b/>
        </w:rPr>
        <w:t xml:space="preserve">[47:40] </w:t>
      </w:r>
      <w:r>
        <w:t>yani heat ke barhne ko kaha gaya hai ke suraj qareeb</w:t>
      </w:r>
    </w:p>
    <w:p>
      <w:pPr>
        <w:jc w:val="right"/>
      </w:pPr>
      <w:r>
        <w:t>یعنی ہیٹ کے بڑھنے کو کہا گیا ہے کہ سورج قریب</w:t>
      </w:r>
    </w:p>
    <w:p>
      <w:r>
        <w:rPr>
          <w:b/>
        </w:rPr>
        <w:t xml:space="preserve">[47:46] </w:t>
      </w:r>
      <w:r>
        <w:t>aajayega. kyunke is waqt jab ke yeh baat kahi gayi tab yeh koi concept nahi hai tha ke suraj hamare qareeb na bhi aaye aur zameen par garmi barh jaye.</w:t>
      </w:r>
    </w:p>
    <w:p>
      <w:pPr>
        <w:jc w:val="right"/>
      </w:pPr>
      <w:r>
        <w:t>آجائے گا۔ کیونکہ اس وقت جب کہ یہ بات کہی گئی تب یہ کوئی کانسیپٹ نہیں ہے تھا کہ سورج ہمارے قریب نہ بھی آئے اور زمین پر گرمی بڑھ جائے۔</w:t>
      </w:r>
    </w:p>
    <w:p>
      <w:r>
        <w:rPr>
          <w:b/>
        </w:rPr>
        <w:t xml:space="preserve">[47:56] </w:t>
      </w:r>
      <w:r>
        <w:t>yeh to industrial phenomena hai. aap jante hain ke modern modern history jo hai is ka phenomena yeh hai ke suraj to wahin ka wahin hai jahan woh hai.</w:t>
      </w:r>
    </w:p>
    <w:p>
      <w:pPr>
        <w:jc w:val="right"/>
      </w:pPr>
      <w:r>
        <w:t>یہ تو انڈسٹریل فیناومینا ہے۔ آپ جانتے ہیں کہ ماڈرن ماڈرن ہسٹری جو ہے اس کا فیناومینا یہ ہے کہ سورج تو وہیں کا وہیں ہے جہاں وہ ہے۔</w:t>
      </w:r>
    </w:p>
    <w:p>
      <w:r>
        <w:rPr>
          <w:b/>
        </w:rPr>
        <w:t xml:space="preserve">[48:06] </w:t>
      </w:r>
      <w:r>
        <w:t>lekin heat zameen par barh gayi.</w:t>
      </w:r>
    </w:p>
    <w:p>
      <w:pPr>
        <w:jc w:val="right"/>
      </w:pPr>
      <w:r>
        <w:t>لیکن ہیٹ زمین پر بڑھ گئی۔</w:t>
      </w:r>
    </w:p>
    <w:p>
      <w:r>
        <w:rPr>
          <w:b/>
        </w:rPr>
        <w:t xml:space="preserve">[48:12] </w:t>
      </w:r>
      <w:r>
        <w:t>yani industrial pollution ki wajah se. yeh to concept tha nahi pehle. to rasool Allah ne isi zuban mein kalam kiya jo us waqt ka insan samajh sakta tha.</w:t>
      </w:r>
    </w:p>
    <w:p>
      <w:pPr>
        <w:jc w:val="right"/>
      </w:pPr>
      <w:r>
        <w:t>یعنی انڈسٹریل پولیوشن کی وجہ سے۔ یہ تو کانسیپٹ تھا نہیں پہلے۔ تو رسول اللہ نے اسی زبان میں کلام کیا جو اس وقت کا انسان سمجھ سکتا تھا۔</w:t>
      </w:r>
    </w:p>
    <w:p>
      <w:r>
        <w:rPr>
          <w:b/>
        </w:rPr>
        <w:t xml:space="preserve">[48:23] </w:t>
      </w:r>
      <w:r>
        <w:t>us waqt ka insan yeh samajh sakta tha ke suraj qareeb aajayega. industrial jo zamana aaya hai us waqt ka insan jo hai is ko is tarah explain kar sakta hai ke is ka matlab hai ke heat jo hai barh jayegi zameen par.</w:t>
      </w:r>
    </w:p>
    <w:p>
      <w:pPr>
        <w:jc w:val="right"/>
      </w:pPr>
      <w:r>
        <w:t>اس وقت کا انسان یہ سمجھ سکتا تھا کہ سورج قریب آجائے گا۔ انڈسٹریل جو زمانہ آیا ہے اس وقت کا انسان جو ہے اس کو اس طرح ایکسپیل کر سکتا ہے کہ اس کا مطلب ہے کہ ہیٹ جو ہے بڑھ جائے گی زمین پر۔</w:t>
      </w:r>
    </w:p>
    <w:p>
      <w:r>
        <w:rPr>
          <w:b/>
        </w:rPr>
        <w:t xml:space="preserve">[48:40] </w:t>
      </w:r>
      <w:r>
        <w:t>aur woh aap dekh rahe hain ke barh gayi hai.</w:t>
      </w:r>
    </w:p>
    <w:p>
      <w:pPr>
        <w:jc w:val="right"/>
      </w:pPr>
      <w:r>
        <w:t>اور وہ آپ دیکھ رہے ہیں کہ بڑھ گئی ہے۔</w:t>
      </w:r>
    </w:p>
    <w:p>
      <w:r>
        <w:rPr>
          <w:b/>
        </w:rPr>
        <w:t xml:space="preserve">[48:44] </w:t>
      </w:r>
      <w:r>
        <w:t>saari duniya mein garmi barh gayi hai. hamare in dilli mein is waqt garmi thi hamesha se zyada. new york mein garmi thi.</w:t>
      </w:r>
    </w:p>
    <w:p>
      <w:pPr>
        <w:jc w:val="right"/>
      </w:pPr>
      <w:r>
        <w:t>ساری دنیا میں گرمی بڑھ گئی ہے۔ ہمارے ان دلی میں اس وقت گرمی تھی ہمیشہ سے زیادہ۔ نیویارک میں گرمی تھی۔</w:t>
      </w:r>
    </w:p>
    <w:p>
      <w:r>
        <w:rPr>
          <w:b/>
        </w:rPr>
        <w:t xml:space="preserve">[48:53] </w:t>
      </w:r>
      <w:r>
        <w:t>har jagah yahi ho raha hai. to garmi ka barh jana yeh bataya gaya tha ek ek sign, ek alamat ke jab qareeb aayegi qayamat to zameen par temperature bohat barh jayega aur barhta rahega.</w:t>
      </w:r>
    </w:p>
    <w:p>
      <w:pPr>
        <w:jc w:val="right"/>
      </w:pPr>
      <w:r>
        <w:t>ہر جگہ یہی ہو رہا ہے۔ تو گرمی کا بڑھ جانا یہ بتایا گیا تھا ایک ایک سائن، ایک علامت کہ جب قریب آئے گی قیامت تو زمین پر ٹمپریچر بہت بڑھ جائے گا اور بڑھتا رہے گا۔</w:t>
      </w:r>
    </w:p>
    <w:p>
      <w:r>
        <w:rPr>
          <w:b/>
        </w:rPr>
        <w:t xml:space="preserve">[49:12] </w:t>
      </w:r>
      <w:r>
        <w:t>ke aap dekh rahe hain yeh baat. to scientist ke scientist logon ke panel mein yeh baat jo kahi gayi hai global warming ki woh ain wahi baat hai jis ko hadith mein kaha gaya hai ke suraj qareeb aajayega.</w:t>
      </w:r>
    </w:p>
    <w:p>
      <w:pPr>
        <w:jc w:val="right"/>
      </w:pPr>
      <w:r>
        <w:t>کہ آپ دیکھ رہے ہیں یہ بات۔ تو سائنٹسٹ کے سائنسٹسٹ لوگوں کے پینل میں یہ بات جو کہی گئی ہے گلوبل وارمنگ کی وہ عین وہی بات ہے جس کو حدیث میں کہا گیا ہے کہ سورج قریب آجائے گا۔</w:t>
      </w:r>
    </w:p>
    <w:p>
      <w:r>
        <w:rPr>
          <w:b/>
        </w:rPr>
        <w:t xml:space="preserve">[49:29] </w:t>
      </w:r>
      <w:r>
        <w:t>phir hadith mein yeh kaha gaya tha ke itni garmi barhegi, itni garmi barhegi ke paseena itna niklega garmi ki wajah se insan ke andar se ke us paseene ki wajah se zameen mein sailab aajayega.</w:t>
      </w:r>
    </w:p>
    <w:p>
      <w:pPr>
        <w:jc w:val="right"/>
      </w:pPr>
      <w:r>
        <w:t>پھر حدیث میں یہ کہا گیا تھا کہ اتنی گرمی بڑھے گی، اتنی گرمی بڑھے گی کہ پسینہ اتنا نکلے گا گرمی کی وجہ سے انسان کے اندر سے کہ اس پسینے کی وجہ سے زمین میں سیلاب آجائے گا۔</w:t>
      </w:r>
    </w:p>
    <w:p>
      <w:r>
        <w:rPr>
          <w:b/>
        </w:rPr>
        <w:t xml:space="preserve">[49:41] </w:t>
      </w:r>
      <w:r>
        <w:t>log doobne lagenge. kahin takhne ke barabar pani aajaye, kahin ghutne ke barabar aajaye, kahin yahan tak aajaye, kahin yahan tak aajayega.</w:t>
      </w:r>
    </w:p>
    <w:p>
      <w:pPr>
        <w:jc w:val="right"/>
      </w:pPr>
      <w:r>
        <w:t>لوگ ڈوبنے لگیں گے۔ کہیں ٹخنے کے برابر پانی آجائے، کہیں گھٹنے کے برابر آجائے، کہیں یہاں تک آجائے، کہیں یہاں تک آجائے گا۔</w:t>
      </w:r>
    </w:p>
    <w:p>
      <w:r>
        <w:rPr>
          <w:b/>
        </w:rPr>
        <w:t xml:space="preserve">[49:51] </w:t>
      </w:r>
      <w:r>
        <w:t>to zahir hai ke paseena chahe kitna hi nikle, common common sense ki baat hai ke teen nikle paseena lekin is ki wajah se aisa nahi ho sakta ke zameen jo hai sailab aajaye zameen mein.</w:t>
      </w:r>
    </w:p>
    <w:p>
      <w:pPr>
        <w:jc w:val="right"/>
      </w:pPr>
      <w:r>
        <w:t>تو ظاہر ہے کہ پسینہ چاہے کتنا ہی نکلے، کامن کامن سینس کی بات ہے کہ تین نکلے پسینہ لیکن اس کی وجہ سے ایسا نہیں ہو سکتا کہ زمین جو ہے سیلاب آجائے زمین میں۔</w:t>
      </w:r>
    </w:p>
    <w:p>
      <w:r>
        <w:rPr>
          <w:b/>
        </w:rPr>
        <w:t xml:space="preserve">[50:03] </w:t>
      </w:r>
      <w:r>
        <w:t>yeh sab samjhane ke liye hai ke is zamane mein nahi insan samajh sakta tha koi aur language.</w:t>
      </w:r>
    </w:p>
    <w:p>
      <w:pPr>
        <w:jc w:val="right"/>
      </w:pPr>
      <w:r>
        <w:t>یہ سب سمجھانے کے لیے ہے کہ اس زمانے میں نہیں انسان سمجھ سکتا تھا کوئی اور لینگویج۔</w:t>
      </w:r>
    </w:p>
    <w:p>
      <w:r>
        <w:rPr>
          <w:b/>
        </w:rPr>
        <w:t xml:space="preserve">[50:12] </w:t>
      </w:r>
      <w:r>
        <w:t>aaj scientist logon ne jo bataya hai woh yeh hai ke barf jo jami hui hai jagah hum hamari zameen ke upar aap jante hain ke north pole mein barf jami hui hai, south pole mein barf jami hui hai, glacier mein barf jami hui hai, pahadon par barf jami hui hai.</w:t>
      </w:r>
    </w:p>
    <w:p>
      <w:pPr>
        <w:jc w:val="right"/>
      </w:pPr>
      <w:r>
        <w:t>آج سائنٹسٹ لوگوں نے جو بتایا ہے وہ یہ ہے کہ برف جو جمی ہوئی ہے جگہ ہم ہماری زمین کے اوپر آپ جانتے ہیں کہ نارتھ پول میں برف جمی ہوئی ہے، ساؤتھ پول میں برف جمی ہوئی ہے، گلیشیئر میں برف جمی ہوئی ہے، پہاڑوں پر برف جمی ہوئی ہے۔</w:t>
      </w:r>
    </w:p>
    <w:p>
      <w:r>
        <w:rPr>
          <w:b/>
        </w:rPr>
        <w:t xml:space="preserve">[50:29] </w:t>
      </w:r>
      <w:r>
        <w:t>har jagah ki barf pighal rahi hai. aaj nahi, already pighal rahi hai woh. aur already samundaron ka level ooncha ho raha hai.</w:t>
      </w:r>
    </w:p>
    <w:p>
      <w:pPr>
        <w:jc w:val="right"/>
      </w:pPr>
      <w:r>
        <w:t>ہر جگہ کی برف پگھل رہی ہے۔ آج نہیں، الریڈی پگھل رہی ہے وہ۔ اور الریڈی سمندروں کا لیول اونچا ہو رہا ہے۔</w:t>
      </w:r>
    </w:p>
    <w:p>
      <w:r>
        <w:rPr>
          <w:b/>
        </w:rPr>
        <w:t xml:space="preserve">[50:39] </w:t>
      </w:r>
      <w:r>
        <w:t>aur ooncha hone ki wajah se scientist hazrat ne yeh kaha hai ke coastal areas mein jagah jagah pani bhar jayega. kahin kahin to aisa hoga ke poore poore area doob jayega jaise maldives jo hai poora poora doob jayega.</w:t>
      </w:r>
    </w:p>
    <w:p>
      <w:pPr>
        <w:jc w:val="right"/>
      </w:pPr>
      <w:r>
        <w:t>اور اونچا ہونے کی وجہ سے سائنٹسٹ حضرات نے یہ کہا ہے کہ کوسٹل ایریاز میں جگہ جگہ پانی بھر جائے گا۔ کہیں کہیں تو ایسا ہوگا کہ پورے پورے ایریا ڈوب جائے گا جیسے مالدیپ جو ہے پورا پورا ڈوب جائے گا۔</w:t>
      </w:r>
    </w:p>
    <w:p>
      <w:r>
        <w:rPr>
          <w:b/>
        </w:rPr>
        <w:t xml:space="preserve">[50:56] </w:t>
      </w:r>
      <w:r>
        <w:t>kai jagah aisa hai ke pani charh jayega to kahin level kam hoga, kahin zyada. kyunke aap jante hain ke zameen mein curvature hai, zameen mein oonch neech hai.</w:t>
      </w:r>
    </w:p>
    <w:p>
      <w:pPr>
        <w:jc w:val="right"/>
      </w:pPr>
      <w:r>
        <w:t>کئی جگہ ایسا ہے کہ پانی چڑھ جائے گا تو کہیں لیول کم ہوگا، کہیں زیادہ۔ کیونکہ آپ جانتے ہیں کہ زمین میں کرویچر ہے، زمین میں اونچ نیچ ہے۔</w:t>
      </w:r>
    </w:p>
    <w:p>
      <w:r>
        <w:rPr>
          <w:b/>
        </w:rPr>
        <w:t xml:space="preserve">[51:06] </w:t>
      </w:r>
      <w:r>
        <w:t>is ke lehaz se ek dam ek hi level har jagah nahi ho sakta hai. to theek yahi baat hadith mein hai ke kahin ya takhne tak aayega pani, kahin yahan tak aayega, pani kahin yahan tak aayega kamar tak aur kahin yahan tak aayega.</w:t>
      </w:r>
    </w:p>
    <w:p>
      <w:pPr>
        <w:jc w:val="right"/>
      </w:pPr>
      <w:r>
        <w:t>اس کے لحاظ سے ایک دم ایک ہی لیول ہر جگہ نہیں ہو سکتا ہے۔ تو ٹھیک یہی بات حدیث میں ہے کہ کہیں یا ٹخنے تک آئے گا پانی، کہیں یہاں تک آئے گا، پانی کہیں یہاں تک آئے گا کمر تک اور کہیں یہاں تک آئے گا۔</w:t>
      </w:r>
    </w:p>
    <w:p>
      <w:r>
        <w:rPr>
          <w:b/>
        </w:rPr>
        <w:t xml:space="preserve">[51:21] </w:t>
      </w:r>
      <w:r>
        <w:t>aur jo word use hua hai is mein araq lafz hai, araq. araq ki wajah se. dekhen, araq ko ab tak log samajhte hain paseena.</w:t>
      </w:r>
    </w:p>
    <w:p>
      <w:pPr>
        <w:jc w:val="right"/>
      </w:pPr>
      <w:r>
        <w:t>اور جو ورڈ یوز ہوا ہے اس میں عرق لفظ ہے، عرق۔ عرق کی وجہ سے۔ دیکھیں، عرق کو اب تک لوگ سمجھتے ہیں پسینہ۔</w:t>
      </w:r>
    </w:p>
    <w:p>
      <w:r>
        <w:rPr>
          <w:b/>
        </w:rPr>
        <w:t xml:space="preserve">[51:30] </w:t>
      </w:r>
      <w:r>
        <w:t>arq ka jo transmission kiya jata hai woh pasina</w:t>
      </w:r>
    </w:p>
    <w:p>
      <w:pPr>
        <w:jc w:val="right"/>
      </w:pPr>
      <w:r>
        <w:t>عرق کا جو ٹرانسمیشن کیا جاتا ہے وہ پسینہ</w:t>
      </w:r>
    </w:p>
    <w:p>
      <w:r>
        <w:rPr>
          <w:b/>
        </w:rPr>
        <w:t xml:space="preserve">[51:33] </w:t>
      </w:r>
      <w:r>
        <w:t>lekin maine mukhtalif dictionaryon mein dekha isko, yeh bade bade dictionary mere paas hain jaise Lisan al-Arab waghera.</w:t>
      </w:r>
    </w:p>
    <w:p>
      <w:pPr>
        <w:jc w:val="right"/>
      </w:pPr>
      <w:r>
        <w:t>۔ لیکن میں نے مختلف ڈکشنریوں میں دیکھا اس کو، یہ بڑے بڑے ڈکشنری میرے پاس ہیں جیسے لسان العرب وغیرہ۔</w:t>
      </w:r>
    </w:p>
    <w:p>
      <w:r>
        <w:rPr>
          <w:b/>
        </w:rPr>
        <w:t xml:space="preserve">[51:43] </w:t>
      </w:r>
      <w:r>
        <w:t>toh arq ka jo asal jo sense hai woh hai squeezed water. Squeezed water yaani nichra hua pani.</w:t>
      </w:r>
    </w:p>
    <w:p>
      <w:pPr>
        <w:jc w:val="right"/>
      </w:pPr>
      <w:r>
        <w:t>تو عرق کا جو اصل جو سینس ہے وہ ہے اسکوئیزڈ واٹر۔ اسکوئیزڈ واٹر یعنی نچڑا ہوا پانی۔</w:t>
      </w:r>
    </w:p>
    <w:p>
      <w:r>
        <w:rPr>
          <w:b/>
        </w:rPr>
        <w:t xml:space="preserve">[51:53] </w:t>
      </w:r>
      <w:r>
        <w:t>toh pasina kya hai? Pasina bhi body se nichad kar ke jo niklta hai pani usko arq kehte hain. Jo asal sense hai arq ka woh hai squeezed water.</w:t>
      </w:r>
    </w:p>
    <w:p>
      <w:pPr>
        <w:jc w:val="right"/>
      </w:pPr>
      <w:r>
        <w:t>تو پسینہ کیا ہے؟ پسینہ بھی باڈی سے نچڑ کر کے جو نکلتا ہے پانی اس کو عرق کہتے ہیں۔ جو اصل سینس ہے عرق کا وہ ہے اسکوئیزڈ واٹر۔</w:t>
      </w:r>
    </w:p>
    <w:p>
      <w:r>
        <w:rPr>
          <w:b/>
        </w:rPr>
        <w:t xml:space="preserve">[52:05] </w:t>
      </w:r>
      <w:r>
        <w:t>nichad kar jo nikle liquid woh hai arq.</w:t>
      </w:r>
    </w:p>
    <w:p>
      <w:pPr>
        <w:jc w:val="right"/>
      </w:pPr>
      <w:r>
        <w:t>نچڑ کر جو نکلے لیکوڈ وہ ہے عرق۔</w:t>
      </w:r>
    </w:p>
    <w:p>
      <w:r>
        <w:rPr>
          <w:b/>
        </w:rPr>
        <w:t xml:space="preserve">[52:13] </w:t>
      </w:r>
      <w:r>
        <w:t>isi tarah se dekhiye jo grapes se jo sharab banti hai, grapes ko nichod kar ke, uska ras nikal kar ke jo sharab banti hai usko arq kehte hain.</w:t>
      </w:r>
    </w:p>
    <w:p>
      <w:pPr>
        <w:jc w:val="right"/>
      </w:pPr>
      <w:r>
        <w:t>اسی طریقے سے دیکھیے جو گریپس سے جو شراب بنتی ہے، گریپس کو نچوڑ کر کے، اس کا رس نکال کر کے جو شراب بنتی ہے اس کو عرق کہتے ہیں۔</w:t>
      </w:r>
    </w:p>
    <w:p>
      <w:r>
        <w:rPr>
          <w:b/>
        </w:rPr>
        <w:t xml:space="preserve">[52:22] </w:t>
      </w:r>
      <w:r>
        <w:t>yaani grapes ka yaani angur ka nichra hua pani jiska sharab bana liya jata hai usko bhi arq kaha jata hai.</w:t>
      </w:r>
    </w:p>
    <w:p>
      <w:pPr>
        <w:jc w:val="right"/>
      </w:pPr>
      <w:r>
        <w:t>یعنی گریپس کا یعنی انگور کا نچڑا ہوا پانی جس کا شراب بنا لیا جاتا ہے اس کو بھی عرق کہا جاتا ہے۔</w:t>
      </w:r>
    </w:p>
    <w:p>
      <w:r>
        <w:rPr>
          <w:b/>
        </w:rPr>
        <w:t xml:space="preserve">[52:33] </w:t>
      </w:r>
      <w:r>
        <w:t>toh is arq jo lafz aaya hai hadith mein woh aslan hai squeezed water ke sense mein yaani nichra hua pani. Ab dekhen kitna zabardast tarike par wahi cheez is mein batai gayi hai hadith mein ke barf se nichad ke pani aa raha hai, barf se pighal ke pani aa raha hai.</w:t>
      </w:r>
    </w:p>
    <w:p>
      <w:pPr>
        <w:jc w:val="right"/>
      </w:pPr>
      <w:r>
        <w:t>تو اس عرق جو لفظ آیا ہے حدیث میں وہ اصلاً ہے اسکوئیزڈ واٹر کے سینس میں یعنی نچڑا ہوا پانی۔ اب دیکھیں کتنا زبردست طریقے پر وہی چیز اس میں بتائی گئی ہے حدیث میں کہ برف سے نچڑ کے پانی آ رہا ہے، برف سے پگھل کے پانی آ رہا ہے۔</w:t>
      </w:r>
    </w:p>
    <w:p>
      <w:r>
        <w:rPr>
          <w:b/>
        </w:rPr>
        <w:t xml:space="preserve">[52:52] </w:t>
      </w:r>
      <w:r>
        <w:t>jagah jo barf jo jami hui hai woh pighal rahi hai toh uska pani nichad nichad ke aa raha hai samandar mein aur samandar ka level ooncha ho raha hai.</w:t>
      </w:r>
    </w:p>
    <w:p>
      <w:pPr>
        <w:jc w:val="right"/>
      </w:pPr>
      <w:r>
        <w:t>جگہ جو برف جو جمی ہوئی ہے وہ پگھل رہی ہے تو اس کا پانی نچڑ نچڑ کے آ رہا ہے سمندر میں اور سمندر کا لیول اونچا ہو رہا ہے۔</w:t>
      </w:r>
    </w:p>
    <w:p>
      <w:r>
        <w:rPr>
          <w:b/>
        </w:rPr>
        <w:t xml:space="preserve">[53:02] </w:t>
      </w:r>
      <w:r>
        <w:t>aur zameen ke oonchai neechai ke hisab se kahin zyada level aa raha hai, kahin kam aa raha hai. Yeh farq jagah jagah ho raha hai.</w:t>
      </w:r>
    </w:p>
    <w:p>
      <w:pPr>
        <w:jc w:val="right"/>
      </w:pPr>
      <w:r>
        <w:t>اور زمین کے اونچائی نیچائی کے حساب سے کہیں زیادہ لیول آ رہا ہے، کہیں کم آ رہا ہے۔ یہ فرق جگہ جگہ ہو رہا ہے۔</w:t>
      </w:r>
    </w:p>
    <w:p>
      <w:r>
        <w:rPr>
          <w:b/>
        </w:rPr>
        <w:t xml:space="preserve">[53:11] </w:t>
      </w:r>
      <w:r>
        <w:t>toh bilkul wahi cheez hai ke itna zyada pasina padega ke log pani mein yaani doobne lagenge, kahin kam, kahin zyada.</w:t>
      </w:r>
    </w:p>
    <w:p>
      <w:pPr>
        <w:jc w:val="right"/>
      </w:pPr>
      <w:r>
        <w:t>تو بالکل وہی چیز ہے کہ اتنا زیادہ پسینہ پڑے گا کہ لوگ پانی میں یعنی ڈوبنے لگیں گے، کہیں کم، کہیں زیادہ۔</w:t>
      </w:r>
    </w:p>
    <w:p>
      <w:r>
        <w:rPr>
          <w:b/>
        </w:rPr>
        <w:t xml:space="preserve">[53:24] </w:t>
      </w:r>
      <w:r>
        <w:t>wahi cheez scientists ne batai hai ke barf jo melt ho rahi hai, barf ke melt hone se samandaron mein samandaron mein pani ka level bohat ooncha ho jayega aur jagah jagah zameen ke khitte iske neeche aa jayenge.</w:t>
      </w:r>
    </w:p>
    <w:p>
      <w:pPr>
        <w:jc w:val="right"/>
      </w:pPr>
      <w:r>
        <w:t>وہی چیز سائنس دانوں نے بتائی ہے کہ برف جو میلٹ ہو رہی ہے، برف کے میلٹ ہونے سے سمندروں میں سمندروں میں پانی کا لیول بہت اونچا ہو جائے گا اور جگہ جگہ زمین کے خطے اس کے نیچے آ جائیں گے۔</w:t>
      </w:r>
    </w:p>
    <w:p>
      <w:r>
        <w:rPr>
          <w:b/>
        </w:rPr>
        <w:t xml:space="preserve">[53:41] </w:t>
      </w:r>
      <w:r>
        <w:t>ek bohat bada problem paida ho jayega. Toh is tarah se jo hadith mein bataya gaya tha ke qayamat se pehle aisa hoga, aisa hoga, aisa hoga woh hum dekh rahe hain.</w:t>
      </w:r>
    </w:p>
    <w:p>
      <w:pPr>
        <w:jc w:val="right"/>
      </w:pPr>
      <w:r>
        <w:t>ایک بہت بڑا پرابلم پیدا ہو جائے گا۔ تو اس طرح سے جو حدیث میں بتایا گیا تھا کہ قیامت سے پہلے ایسا ہوگا، ایسا ہوگا، ایسا ہوگا وہ ہم دیکھ رہے ہیں۔</w:t>
      </w:r>
    </w:p>
    <w:p>
      <w:r>
        <w:rPr>
          <w:b/>
        </w:rPr>
        <w:t xml:space="preserve">[53:56] </w:t>
      </w:r>
      <w:r>
        <w:t>aisi hadith mein hai ke Furat, Furat jisko angrezi mein kehte hain Euphrates,</w:t>
      </w:r>
    </w:p>
    <w:p>
      <w:pPr>
        <w:jc w:val="right"/>
      </w:pPr>
      <w:r>
        <w:t>ایسی حدیث میں ہے کہ فرات، فرات جس کو انگریزی میں کہتے ہیں یوفریٹ،</w:t>
      </w:r>
    </w:p>
    <w:p>
      <w:r>
        <w:rPr>
          <w:b/>
        </w:rPr>
        <w:t xml:space="preserve">[54:02] </w:t>
      </w:r>
      <w:r>
        <w:t>aap jante hain ke ek darya hai jo Kuwait aur Iraq se le kar ke wahan tak jata hai, aage tak.</w:t>
      </w:r>
    </w:p>
    <w:p>
      <w:pPr>
        <w:jc w:val="right"/>
      </w:pPr>
      <w:r>
        <w:t>آپ جانتے ہیں کہ ایک دریا ہے جو کویت اور عراق سے لے کر کے وہاں تک جاتا ہے، آگے تک۔</w:t>
      </w:r>
    </w:p>
    <w:p>
      <w:r>
        <w:rPr>
          <w:b/>
        </w:rPr>
        <w:t xml:space="preserve">[54:12] </w:t>
      </w:r>
      <w:r>
        <w:t>yeh bohat lamba darya hai jisko hum Furat kehte hain, angrezi mein isko Euphrates kehte hain. Toh hadith mein aata hai ke Furat jo hai is mein woh khazane se bhar jayega.</w:t>
      </w:r>
    </w:p>
    <w:p>
      <w:pPr>
        <w:jc w:val="right"/>
      </w:pPr>
      <w:r>
        <w:t>یہ بہت لمبا دریا ہے جس کو ہم فرات کہتے ہیں، انگریزی میں اس کو یوفریٹ کہتے ہیں۔ تو حدیث میں آتا ہے کہ فرات جو ہے اس میں وہ خزانے سے بھر جائے گا۔</w:t>
      </w:r>
    </w:p>
    <w:p>
      <w:r>
        <w:rPr>
          <w:b/>
        </w:rPr>
        <w:t xml:space="preserve">[54:26] </w:t>
      </w:r>
      <w:r>
        <w:t>Furat ka pani khazane se bhar jayega aur is par qaumein jang karengi, qital karengi. Aap dekhen ke yahi toh area hai is pe ke Furat is area ka ko cover kar raha hai jahan aap jante hain ke 80 feesad oil hai yahan ki zameen ke neeche.</w:t>
      </w:r>
    </w:p>
    <w:p>
      <w:pPr>
        <w:jc w:val="right"/>
      </w:pPr>
      <w:r>
        <w:t>فرات کا پانی خزانے سے بھر جائے گا اور اس پر قومیں جنگ کریں گی، قتال کریں گی۔ آپ دیکھیں کہ یہی تو ایریا ہے اس پہ کہ فرات اس ایریا کا کو کور کر رہا ہے جہاں آپ جانتے ہیں کہ 80 فیصد آئل ہے یہاں کی زمین کے نیچے۔</w:t>
      </w:r>
    </w:p>
    <w:p>
      <w:r>
        <w:rPr>
          <w:b/>
        </w:rPr>
        <w:t xml:space="preserve">[54:47] </w:t>
      </w:r>
      <w:r>
        <w:t>jo Middle East hai, Middle East mein kaha jata hai ke oil ka jo zameen ke neeche jo oil hai uska 80 feesad hissa hai yeh Middle East ki zameen ke neeche.</w:t>
      </w:r>
    </w:p>
    <w:p>
      <w:pPr>
        <w:jc w:val="right"/>
      </w:pPr>
      <w:r>
        <w:t>جو مڈل ایسٹ ہے، مڈل ایسٹ میں کہا جاتا ہے کہ آئل کا جو زمین کے نیچے جو آئل ہے اس کا 80 فیصد حصہ ہے یہ مڈل ایسٹ کی زمین کے نیچے۔</w:t>
      </w:r>
    </w:p>
    <w:p>
      <w:r>
        <w:rPr>
          <w:b/>
        </w:rPr>
        <w:t xml:space="preserve">[55:00] </w:t>
      </w:r>
      <w:r>
        <w:t>toh farmaya ke Furat sone se bhar jayega yaani jisko hum kehte hain liquid gold. Yaani Furat mein sone ka khazana aana iska matlab hai ke liquid gold ka aana hai.</w:t>
      </w:r>
    </w:p>
    <w:p>
      <w:pPr>
        <w:jc w:val="right"/>
      </w:pPr>
      <w:r>
        <w:t>تو فرمایا کہ فرات سونے سے بھر جائے گا یعنی جس کو ہم کہتے ہیں لیکوڈ گولڈ۔ یعنی فرات میں سونے کا خزانہ آنا اس کا معنی ہے کہ لیکوڈ گولڈ کا آنا ہے۔</w:t>
      </w:r>
    </w:p>
    <w:p>
      <w:r>
        <w:rPr>
          <w:b/>
        </w:rPr>
        <w:t xml:space="preserve">[55:16] </w:t>
      </w:r>
      <w:r>
        <w:t>toh is area mein liquid gold niklega. Is liquid gold ko lene ke liye qaumein jang karengi. Toh wahi toh ho raha hai.</w:t>
      </w:r>
    </w:p>
    <w:p>
      <w:pPr>
        <w:jc w:val="right"/>
      </w:pPr>
      <w:r>
        <w:t>تو اس ایریا میں لیکوڈ گولڈ نکلے گا۔ اس لیکوڈ گولڈ کو لینے کے لیے قومیں جنگ کریں گی۔ تو وہی تو ہو رہا ہے۔</w:t>
      </w:r>
    </w:p>
    <w:p>
      <w:r>
        <w:rPr>
          <w:b/>
        </w:rPr>
        <w:t xml:space="preserve">[55:26] </w:t>
      </w:r>
      <w:r>
        <w:t>koi janta bhi nahi tha ke is area mein liquid gold hai. Log jante the ke toh desert hai. Bas liquid gold koi cheez hai, yeh is se pehle koi concept iska nahi tha.</w:t>
      </w:r>
    </w:p>
    <w:p>
      <w:pPr>
        <w:jc w:val="right"/>
      </w:pPr>
      <w:r>
        <w:t>کوئی جانتا بھی نہیں تھا کہ اس ایریا میں لیکوڈ گولڈ ہے۔ لوگ جانتے تھے کہ تو ڈیزرٹ ہے۔ بس لیکوڈ گولڈ کوئی چیز ہے، یہ اس سے پہلے کوئی کانسیپٹ اس کا نہیں تھا۔</w:t>
      </w:r>
    </w:p>
    <w:p>
      <w:r>
        <w:rPr>
          <w:b/>
        </w:rPr>
        <w:t xml:space="preserve">[55:39] </w:t>
      </w:r>
      <w:r>
        <w:t>koi bhi concept nahi tha.</w:t>
      </w:r>
    </w:p>
    <w:p>
      <w:pPr>
        <w:jc w:val="right"/>
      </w:pPr>
      <w:r>
        <w:t>کوئی بھی کانسیپٹ نہیں تھا۔</w:t>
      </w:r>
    </w:p>
    <w:p>
      <w:r>
        <w:rPr>
          <w:b/>
        </w:rPr>
        <w:t xml:space="preserve">[55:41] </w:t>
      </w:r>
      <w:r>
        <w:t>ab woh liquid gold nikla aur aap jante hain ke is ke liye jangain ho rahi hain. Yeh sari jo aaj kal jo jo war hui hai woh isi ke liye hui hai, liquid gold par qabza karne ke liye.</w:t>
      </w:r>
    </w:p>
    <w:p>
      <w:pPr>
        <w:jc w:val="right"/>
      </w:pPr>
      <w:r>
        <w:t>اب وہ لیکوڈ گولڈ نکلا اور آپ جانتے ہیں کہ اس کے لیے جنگیں ہو رہی ہیں۔ یہ ساری جو آج کل جو جو وار ہوئی ہے وہ اسی کے لیے ہوئی ہے، لیکوڈ گولڈ پر قبضہ کرنے کے لیے۔</w:t>
      </w:r>
    </w:p>
    <w:p>
      <w:r>
        <w:rPr>
          <w:b/>
        </w:rPr>
        <w:t xml:space="preserve">[55:56] </w:t>
      </w:r>
      <w:r>
        <w:t>toh yeh sari jo alamatain ya signs jo hain jo khud scientific services samne aaye hain woh batate hain ke warning blow hai.</w:t>
      </w:r>
    </w:p>
    <w:p>
      <w:pPr>
        <w:jc w:val="right"/>
      </w:pPr>
      <w:r>
        <w:t>تو یہ ساری جو علامتیں یا سائنس جو ہیں جو خود سائنٹیفک سروسز سامنے آئے ہیں وہ بتاتے ہیں کہ وارننگ بلو ہے۔</w:t>
      </w:r>
    </w:p>
    <w:p>
      <w:r>
        <w:rPr>
          <w:b/>
        </w:rPr>
        <w:t xml:space="preserve">[56:07] </w:t>
      </w:r>
      <w:r>
        <w:t>yeh</w:t>
      </w:r>
    </w:p>
    <w:p>
      <w:pPr>
        <w:jc w:val="right"/>
      </w:pPr>
      <w:r>
        <w:t>یہ</w:t>
      </w:r>
    </w:p>
    <w:p>
      <w:r>
        <w:rPr>
          <w:b/>
        </w:rPr>
        <w:t xml:space="preserve">[56:09] </w:t>
      </w:r>
      <w:r>
        <w:t>yeh jo changes hain climate mein, yeh jo nai nai baatein samne aa rahi hain to warning de di gai. Aap sochiye ke jab qayamat aane wali hai to kabhi to aaye gi woh.</w:t>
      </w:r>
    </w:p>
    <w:p>
      <w:pPr>
        <w:jc w:val="right"/>
      </w:pPr>
      <w:r>
        <w:t>یہ جو چینجز ہیں کلائمیٹ میں، یہ جو نئی نئی باتیں سامنے آ رہی ہیں تو وارننگ دے دی گئی۔ آپ سوچیے کہ جب قیامت آنے والی ہے تو کبھی تو آئے گی وہ۔</w:t>
      </w:r>
    </w:p>
    <w:p>
      <w:r>
        <w:rPr>
          <w:b/>
        </w:rPr>
        <w:t xml:space="preserve">[56:21] </w:t>
      </w:r>
      <w:r>
        <w:t>Aisa to nahi ke forward woh na aayein.</w:t>
      </w:r>
    </w:p>
    <w:p>
      <w:pPr>
        <w:jc w:val="right"/>
      </w:pPr>
      <w:r>
        <w:t>ایسا تو نہیں کہ فارورڈ وہ نہ آئے۔</w:t>
      </w:r>
    </w:p>
    <w:p>
      <w:r>
        <w:rPr>
          <w:b/>
        </w:rPr>
        <w:t xml:space="preserve">[56:27] </w:t>
      </w:r>
      <w:r>
        <w:t>Yeh to keh nahi ho sakta hai. Jab bar bar Quran mein kaha gaya hai, bar bar sare prophets ne kaha hai ke qayamat aaye gi, qayamat aaye gi, qayamat aaye gi.</w:t>
      </w:r>
    </w:p>
    <w:p>
      <w:pPr>
        <w:jc w:val="right"/>
      </w:pPr>
      <w:r>
        <w:t>یہ تو کہ نہیں ہو سکتا ہے۔ جب بار بار قرآن میں کہا گیا ہے، بار بار سارے پرافٹس نے کہا ہے کہ قیامت آئے گی، قیامت آئے گی، قیامت آئے گی۔</w:t>
      </w:r>
    </w:p>
    <w:p>
      <w:r>
        <w:rPr>
          <w:b/>
        </w:rPr>
        <w:t xml:space="preserve">[56:38] </w:t>
      </w:r>
      <w:r>
        <w:t>To kabhi kabhi to kabhi na kabhi to aaye gi woh. To is mein is mein kya yani ta'ajub ki baat hai ke is ka time aa chuka.</w:t>
      </w:r>
    </w:p>
    <w:p>
      <w:pPr>
        <w:jc w:val="right"/>
      </w:pPr>
      <w:r>
        <w:t>تو کبھی کبھی تو کبھی نہ کبھی تو آئے گی وہ۔ تو اس میں اس میں کیا یعنی تعجب کی بات ہے کہ اس کا ٹائم آ چکا۔</w:t>
      </w:r>
    </w:p>
    <w:p>
      <w:r>
        <w:rPr>
          <w:b/>
        </w:rPr>
        <w:t xml:space="preserve">[56:51] </w:t>
      </w:r>
      <w:r>
        <w:t>Is ka time aa chuka. Dekhiye Quran mein Hazrat Nuh ke ka jo zikr hai to Hazrat Nuh ne dua ki ke Rab ul Izzat</w:t>
      </w:r>
    </w:p>
    <w:p>
      <w:pPr>
        <w:jc w:val="right"/>
      </w:pPr>
      <w:r>
        <w:t>اس کا ٹائم آ چکا۔ دیکھیے قرآن میں حضرت نوح کے کا جو ذکر ہے تو حضرت نوح نے دعا کی کہ رب العزت</w:t>
      </w:r>
    </w:p>
    <w:p>
      <w:r>
        <w:rPr>
          <w:b/>
        </w:rPr>
        <w:t xml:space="preserve">[57:08] </w:t>
      </w:r>
      <w:r>
        <w:t>Khuda ya zameen pe kisi ko na chhod, bas jo basa hua ho zameen mein sab ko khatm kar de. Is waqt jo abadi thi, is waqt ki abadi ke bare mein aap ne dua ki.</w:t>
      </w:r>
    </w:p>
    <w:p>
      <w:pPr>
        <w:jc w:val="right"/>
      </w:pPr>
      <w:r>
        <w:t>خدایا زمین پہ کسی کو نہ چھوڑ، بس جو بسا ہوا ہو زمین میں سب کو ختم کر دے۔ اس وقت جو آبادی تھی، اس وقت کی آبادی کے بارے میں آپ نے دعا کی۔</w:t>
      </w:r>
    </w:p>
    <w:p>
      <w:r>
        <w:rPr>
          <w:b/>
        </w:rPr>
        <w:t xml:space="preserve">[57:20] </w:t>
      </w:r>
      <w:r>
        <w:t>Kyun dua ki aap ne? Aap ne yeh kaha ke layeldo illa fajira kaffara, layeldo illa fajira kaffara.</w:t>
      </w:r>
    </w:p>
    <w:p>
      <w:pPr>
        <w:jc w:val="right"/>
      </w:pPr>
      <w:r>
        <w:t>کیوں دعا کی آپ نے؟ آپ نے یہ کہا کہ لایلدو الا فاجرا کفارا، لایلدو الا فاجرا کفارا۔</w:t>
      </w:r>
    </w:p>
    <w:p>
      <w:r>
        <w:rPr>
          <w:b/>
        </w:rPr>
        <w:t xml:space="preserve">[57:33] </w:t>
      </w:r>
      <w:r>
        <w:t>Ab jo log paida honge woh sab fajar aur kafir honge. Woh</w:t>
      </w:r>
    </w:p>
    <w:p>
      <w:pPr>
        <w:jc w:val="right"/>
      </w:pPr>
      <w:r>
        <w:t>اب جو لوگ پیدا ہوں گے وہ سب فاجر اور کافر ہوں گے۔ وہ</w:t>
      </w:r>
    </w:p>
    <w:p>
      <w:r>
        <w:rPr>
          <w:b/>
        </w:rPr>
        <w:t xml:space="preserve">[57:39] </w:t>
      </w:r>
      <w:r>
        <w:t>To yehi to ho raha hai. Aaj sari sari generation mazhabi log generation bhi wahi ban rahi hai andar se.</w:t>
      </w:r>
    </w:p>
    <w:p>
      <w:pPr>
        <w:jc w:val="right"/>
      </w:pPr>
      <w:r>
        <w:t>تو یہی تو ہو رہا ہے۔ آج ساری ساری جنریشن مذہبی لوگ جنریشن بھی وہی بن رہی ہے اندر سے۔</w:t>
      </w:r>
    </w:p>
    <w:p>
      <w:r>
        <w:rPr>
          <w:b/>
        </w:rPr>
        <w:t xml:space="preserve">[57:49] </w:t>
      </w:r>
      <w:r>
        <w:t>Main ne arz kiya tha is se pehle ke Maulana Ali mein ek kitab chhapi hai, Raddah Wala Abu Bakar Allah, aur Pakistan ke doctor Rafiuddin sahib ki kitab basis karti hai woh.</w:t>
      </w:r>
    </w:p>
    <w:p>
      <w:pPr>
        <w:jc w:val="right"/>
      </w:pPr>
      <w:r>
        <w:t>میں نے عرض کیا تھا اس سے پہلے کہ مولانا علی میں ایک کتاب چھپی ہے، ردۃ ولا ابا بکر اللہ، اور پاکستان کے ڈاکٹر رفیع الدین صاحب کی کتاب بیس کرتی ہے وہ۔</w:t>
      </w:r>
    </w:p>
    <w:p>
      <w:r>
        <w:rPr>
          <w:b/>
        </w:rPr>
        <w:t xml:space="preserve">[58:02] </w:t>
      </w:r>
      <w:r>
        <w:t>To</w:t>
      </w:r>
    </w:p>
    <w:p>
      <w:pPr>
        <w:jc w:val="right"/>
      </w:pPr>
      <w:r>
        <w:t>تو</w:t>
      </w:r>
    </w:p>
    <w:p>
      <w:r>
        <w:rPr>
          <w:b/>
        </w:rPr>
        <w:t xml:space="preserve">[58:03] </w:t>
      </w:r>
      <w:r>
        <w:t>In logon ne yehi kaha ke ab jo nasl aa rahi hai, jo modern education le kar ke naye zamane mein jo paida ho rahi hai, jo andar se murtad ho chuki hai, ek zehni irtidad,</w:t>
      </w:r>
    </w:p>
    <w:p>
      <w:pPr>
        <w:jc w:val="right"/>
      </w:pPr>
      <w:r>
        <w:t>ان لوگوں نے یہی کہا کہ اب جو نسل آ رہی ہے، جو ماڈرن ایجوکیشن لے کر کے نئے زمانے میں جو پیدا ہو رہی ہے، جو اندر سے مرتد ہو چکی ہے، ایک ذہنی ارتداد،</w:t>
      </w:r>
    </w:p>
    <w:p>
      <w:r>
        <w:rPr>
          <w:b/>
        </w:rPr>
        <w:t xml:space="preserve">[58:19] </w:t>
      </w:r>
      <w:r>
        <w:t>Intellectual blasphemy ka muamla is ka hai. Yani is ko Khuda par yaqeen nahi, is ko Paighambar par yaqeen nahi, is ko Quran par yaqeen nahi, is ko akhirat par yaqeen nahi.</w:t>
      </w:r>
    </w:p>
    <w:p>
      <w:pPr>
        <w:jc w:val="right"/>
      </w:pPr>
      <w:r>
        <w:t>انٹلیکچول بلاسفیمی کا معاملہ اس کا ہے۔ یعنی اس کو خدا پر یقین نہیں، اس کو پیغمبر پر یقین نہیں، اس کو قرآن پر یقین نہیں، اس کو آخرت پر یقین نہیں۔</w:t>
      </w:r>
    </w:p>
    <w:p>
      <w:r>
        <w:rPr>
          <w:b/>
        </w:rPr>
        <w:t xml:space="preserve">[58:31] </w:t>
      </w:r>
      <w:r>
        <w:t>Yeh sirf lip service ke taur par bohat se log kehte hue milenge aap ko. Modern education jo jo le rahe hain ya aaj ki duniya mein jo log jee rahe hain, naye khayalat se jinka jis ko woh exposure ho raha hai,</w:t>
      </w:r>
    </w:p>
    <w:p>
      <w:pPr>
        <w:jc w:val="right"/>
      </w:pPr>
      <w:r>
        <w:t>یہ صرف لپ سروس کے طور پر بہت سے لوگ کہتے ہوئے ملیں گے آپ کو۔ ماڈرن ایجوکیشن جو جو لے رہے ہیں یا آج کی دنیا میں جو لوگ جی رہے ہیں، نئے خیالات سے جن کا جس کو وہ ایکسپوژر ہو رہا ہے،</w:t>
      </w:r>
    </w:p>
    <w:p>
      <w:r>
        <w:rPr>
          <w:b/>
        </w:rPr>
        <w:t xml:space="preserve">[58:49] </w:t>
      </w:r>
      <w:r>
        <w:t>To in mein bohat se aise milenge aap ko jo lip service ke taur par bolte honge. Lekin lip service Khuda ke haan kuch bhi nahi.</w:t>
      </w:r>
    </w:p>
    <w:p>
      <w:pPr>
        <w:jc w:val="right"/>
      </w:pPr>
      <w:r>
        <w:t>تو ان میں بہت سے ایسے ملیں گے آپ کو جو لپ سروس کے طور پر بولتے ہوں گے۔ لیکن لپ سروس خدا کے ہاں کچھ بھی نہیں۔</w:t>
      </w:r>
    </w:p>
    <w:p>
      <w:r>
        <w:rPr>
          <w:b/>
        </w:rPr>
        <w:t xml:space="preserve">[58:59] </w:t>
      </w:r>
      <w:r>
        <w:t>Lip service se kuch bhi nahi hota.</w:t>
      </w:r>
    </w:p>
    <w:p>
      <w:pPr>
        <w:jc w:val="right"/>
      </w:pPr>
      <w:r>
        <w:t>لپ سروس سے کچھ بھی نہیں ہوتا۔</w:t>
      </w:r>
    </w:p>
    <w:p>
      <w:r>
        <w:rPr>
          <w:b/>
        </w:rPr>
        <w:t xml:space="preserve">[59:01] </w:t>
      </w:r>
      <w:r>
        <w:t>Aap ko dekhna hai ke un ki zindagi kya hai, un ki zindagi kya hai, un ka maslan un ka concern kya hai, un ka un ka un ka sab se bara concern kya hai, un ki zindagi jo hai is ka orientation kya hai,</w:t>
      </w:r>
    </w:p>
    <w:p>
      <w:pPr>
        <w:jc w:val="right"/>
      </w:pPr>
      <w:r>
        <w:t>آپ کو دیکھنا ہے کہ ان کی زندگی کیا ہے، ان کی زندگی کیا ہے، ان کا مثلاً ان کا کنسرن کیا ہے، ان کا ان کا ان کا سب سے بڑا کنسرن کیا ہے، ان کی زندگی جو ہے اس کا اورینٹیشن کیا ہے،</w:t>
      </w:r>
    </w:p>
    <w:p>
      <w:r>
        <w:rPr>
          <w:b/>
        </w:rPr>
        <w:t xml:space="preserve">[59:15] </w:t>
      </w:r>
      <w:r>
        <w:t>Un ki zindagi ka target kya hai, kis liye jeete hain aur kis liye sote hain, kis liye jaagte hain. To aap dekhiye kuch nahi.</w:t>
      </w:r>
    </w:p>
    <w:p>
      <w:pPr>
        <w:jc w:val="right"/>
      </w:pPr>
      <w:r>
        <w:t>ان کی زندگی کا ٹارگٹ کیا ہے، کس لیے جیتے ہیں اور کس لیے سوتے ہیں، کس لیے جاگتے ہیں۔ تو آپ دیکھیے کچھ نہیں۔</w:t>
      </w:r>
    </w:p>
    <w:p>
      <w:r>
        <w:rPr>
          <w:b/>
        </w:rPr>
        <w:t xml:space="preserve">[59:25] </w:t>
      </w:r>
      <w:r>
        <w:t>Kuch log lip service ke taur par karte honge kuch, lekin haqeeqi life jo hai un ki us mein kuch bhi nahi hai, deen kuch bhi nahi hai, yani Khuda wali baat hai, kuch bhi nahi.</w:t>
      </w:r>
    </w:p>
    <w:p>
      <w:pPr>
        <w:jc w:val="right"/>
      </w:pPr>
      <w:r>
        <w:t>کچھ لوگ لپ سروس کے طور پر کرتے ہوں گے کچھ، لیکن حقیقی لائف جو ہے ان کی اس میں کچھ بھی نہیں ہے، دین کچھ بھی نہیں ہے، یعنی خدا والی بات ہے، کچھ بھی نہیں۔</w:t>
      </w:r>
    </w:p>
    <w:p>
      <w:r>
        <w:rPr>
          <w:b/>
        </w:rPr>
        <w:t xml:space="preserve">[59:37] </w:t>
      </w:r>
      <w:r>
        <w:t>Ek dam insan jo hai wahin pahunch raha hai jahan kaha hai to Nuh ne kaha tha ke layeldo illa fajira kaffara ke jo log paida honge woh fajar aur kafir honge, to khatm kar de un ko.</w:t>
      </w:r>
    </w:p>
    <w:p>
      <w:pPr>
        <w:jc w:val="right"/>
      </w:pPr>
      <w:r>
        <w:t>ایک دم انسان جو ہے وہیں پہنچ رہا ہے جہاں کہا ہے تو نوح نے کہا تھا کہ لایلدو الا فاجرا کفارا کہ جو لوگ پیدا ہوں گے وہ فاجر اور کافر ہوں گے، تو ختم کر دے ان کو۔</w:t>
      </w:r>
    </w:p>
    <w:p>
      <w:r>
        <w:rPr>
          <w:b/>
        </w:rPr>
        <w:t xml:space="preserve">[59:50] </w:t>
      </w:r>
      <w:r>
        <w:t>Is se hamein ek principle milta hai ke jab yeh nabat aa jaye ke zameen par itna zyada bigad aa jaye, aisi civilization chha jaye, aisa mahol ban jaye ke har paida hone wala jo hai woh paida ho us par, yani ke Khuda se door hon jaane chala jaye, woh</w:t>
      </w:r>
    </w:p>
    <w:p>
      <w:pPr>
        <w:jc w:val="right"/>
      </w:pPr>
      <w:r>
        <w:t>اس سے ہمیں ایک پرنسپل ملتا ہے کہ جب یہ نوبت آ جائے کہ زمین پر اتنا زیادہ بگاڑ آ جائے، ایسی سولائزیشن چھا جائے، ایسا ماحول بن جائے کہ ہر پیدا ہونے والا جو ہے وہ پیدا ہو اس پر، یعنی کہ خدا سے دور ہن جانے چلا جائے، وہ</w:t>
      </w:r>
    </w:p>
    <w:p>
      <w:r>
        <w:rPr>
          <w:b/>
        </w:rPr>
        <w:t xml:space="preserve">[1:00:17] </w:t>
      </w:r>
      <w:r>
        <w:t>Khuda ka khauf na rahe aur Allah se mohabbat na rahe, Quran ka par yaqeen na rahe, jannat aur dozakh ka ehsas na rahe, is ko woh log paida hon jab to phir zameen par aise logon ke paida hone ki zaroorat kya hai.</w:t>
      </w:r>
    </w:p>
    <w:p>
      <w:pPr>
        <w:jc w:val="right"/>
      </w:pPr>
      <w:r>
        <w:t>خدا کا خوف نہ رہے اور اللہ سے محبت نہ رہے، قرآن کا پر یقین نہ رہے، جنت اور دوزخ کا احساس نہ رہے، اس کو وہ لوگ پیدا ہوں جب تو پھر زمین پر ایسے لوگوں کے پیدا ہونے کی ضرورت کیا ہے۔</w:t>
      </w:r>
    </w:p>
    <w:p>
      <w:r>
        <w:rPr>
          <w:b/>
        </w:rPr>
        <w:t xml:space="preserve">[1:00:33] </w:t>
      </w:r>
      <w:r>
        <w:t>Hadd Nuh ka matlab yeh tha walayeldo illa fajira kaffara jo tabah kar de un ko.</w:t>
      </w:r>
    </w:p>
    <w:p>
      <w:pPr>
        <w:jc w:val="right"/>
      </w:pPr>
      <w:r>
        <w:t>حد نوح کا مطلب یہ تھا ولایلدو الا فاجرا کفارا جو تباہ کر دے ان کو۔</w:t>
      </w:r>
    </w:p>
    <w:p>
      <w:r>
        <w:rPr>
          <w:b/>
        </w:rPr>
        <w:t xml:space="preserve">[1:00:42] </w:t>
      </w:r>
      <w:r>
        <w:t>To thode se log jo un par iman laye the, un ko bacha kar ke itna bara toofan aaya ke sab gharaq ho gaye. Main samajhta hoon ke wohi zamana ab zyada bare paimane par lot aaya hai, zyada bare par lot aaya hai.</w:t>
      </w:r>
    </w:p>
    <w:p>
      <w:pPr>
        <w:jc w:val="right"/>
      </w:pPr>
      <w:r>
        <w:t>تو تھوڑے سے لوگ جو ان پر ایمان لائے تھے، ان کو بچا کر کے اتنا بڑا طوفان آیا کہ سب غرق ہو گئے۔ میں سمجھتا ہوں کہ وہی زمانہ اب زیادہ بڑے پیمانے پر لوٹ آیا ہے، زیادہ بڑے پر لوٹ آیا ہے۔</w:t>
      </w:r>
    </w:p>
    <w:p>
      <w:r>
        <w:rPr>
          <w:b/>
        </w:rPr>
        <w:t xml:space="preserve">[1:00:55] </w:t>
      </w:r>
      <w:r>
        <w:t>Sari sari insaniyat jo hai idhar chali ja rahi hai. Aap aap khush fehmi mein na rahiye, visual thinking mein jeene ki koi zaroorat nahi hai. Haqiqaton ka samna kijiye.</w:t>
      </w:r>
    </w:p>
    <w:p>
      <w:pPr>
        <w:jc w:val="right"/>
      </w:pPr>
      <w:r>
        <w:t>ساری ساری انسانیت جو ہے ادھر چلی جا رہی ہے۔ آپ آپ خوش فہمی میں نہ رہیے، ویژول تھنکنگ میں جینے کی کوئی ضرورت نہیں ہے۔ حقیقتوں کا سامنا کیجئے۔</w:t>
      </w:r>
    </w:p>
    <w:p>
      <w:r>
        <w:rPr>
          <w:b/>
        </w:rPr>
        <w:t xml:space="preserve">[1:01:07] </w:t>
      </w:r>
      <w:r>
        <w:t>to stress ki tarah se rehne se koi faida nahi hai.</w:t>
      </w:r>
    </w:p>
    <w:p>
      <w:pPr>
        <w:jc w:val="right"/>
      </w:pPr>
      <w:r>
        <w:t>تو اسٹریس کی طرح سے رہنے سے کوئی فائدہ نہیں ہے۔</w:t>
      </w:r>
    </w:p>
    <w:p>
      <w:r>
        <w:rPr>
          <w:b/>
        </w:rPr>
        <w:t xml:space="preserve">[1:01:13] </w:t>
      </w:r>
      <w:r>
        <w:t>haqeeqat yeh ek haqeeqat hai. maine dunya ka bohat safar kiya hai, taqreeban sari dunya mein gaya hoon, har jagah maine yahi dekha hai. jaise baba doze mein gaya to baba doze mein bohat se musalman rehte hain.</w:t>
      </w:r>
    </w:p>
    <w:p>
      <w:pPr>
        <w:jc w:val="right"/>
      </w:pPr>
      <w:r>
        <w:t>حقیقت یہ ایک حقیقت ہے۔ میں نے دنیا کا بہت سفر کیا ہے، تقریباً ساری دنیا میں گیا ہوں، ہر جگہ میں نے یہی دیکھا ہے۔ جیسے بابا ڈوز میں گیا تو بابا ڈوز میں بہت سے مسلمان رہتے ہیں۔</w:t>
      </w:r>
    </w:p>
    <w:p>
      <w:r>
        <w:rPr>
          <w:b/>
        </w:rPr>
        <w:t xml:space="preserve">[1:01:27] </w:t>
      </w:r>
      <w:r>
        <w:t>to pichhle log jo aaye the wahan to namaz khub padhte hain, darhi bhi unke chehre par hai. kyunke jo nai nasal hai woh bilkul azaad. to maine dekha ke wahan par mere do jalse kiye gaye.</w:t>
      </w:r>
    </w:p>
    <w:p>
      <w:pPr>
        <w:jc w:val="right"/>
      </w:pPr>
      <w:r>
        <w:t>تو پچھلے لوگ جو آئے تھے وہاں وہ تو نمازات خوب پڑھتے ہیں، داڑھی بھی ان کے چہرے پر ہے۔ کیونکہ جو نئی نسل ہے وہ بالکل آزاد۔ تو میں نے دیکھا کہ وہاں پر میرے دو جلسے کیے گئے۔</w:t>
      </w:r>
    </w:p>
    <w:p>
      <w:r>
        <w:rPr>
          <w:b/>
        </w:rPr>
        <w:t xml:space="preserve">[1:01:42] </w:t>
      </w:r>
      <w:r>
        <w:t>ek jalse mein maine dekha ke bohat se woh jo pehle wale log the jo darhiyan unke chehre par hain aur jo gaye the idhar se kisi eastern country se, to woh log ikhatta hue.</w:t>
      </w:r>
    </w:p>
    <w:p>
      <w:pPr>
        <w:jc w:val="right"/>
      </w:pPr>
      <w:r>
        <w:t>ایک جلسے میں میں نے دیکھا کہ بہت سے وہ جو پہلے والے لوگ تھے جو داڑھیاں ان کے چہرے پر ہیں اور جو گئے تھے ادھر سے کسی ایسٹرن کنٹری سے، تو وہ لوگ اکٹھا ہوئے۔</w:t>
      </w:r>
    </w:p>
    <w:p>
      <w:r>
        <w:rPr>
          <w:b/>
        </w:rPr>
        <w:t xml:space="preserve">[1:01:53] </w:t>
      </w:r>
      <w:r>
        <w:t>naujawan tabqa is mein nahi tha. to ek baap apne naujawan bachhe ko le kar ke aaya ke chalo chalo chalo chalo, maulana sahab aaye hain sunna hai.</w:t>
      </w:r>
    </w:p>
    <w:p>
      <w:pPr>
        <w:jc w:val="right"/>
      </w:pPr>
      <w:r>
        <w:t>نوجوان طبقہ اس میں نہیں تھا۔ تو ایک باپ اپنے نوجوان بچے کو لے کر کے آیا کہ چلو چلو چلو چلو، مولانا صاحب آئے ہیں سننا ہے۔</w:t>
      </w:r>
    </w:p>
    <w:p>
      <w:r>
        <w:rPr>
          <w:b/>
        </w:rPr>
        <w:t xml:space="preserve">[1:02:03] </w:t>
      </w:r>
      <w:r>
        <w:t>to woh bechara kisi tareeqe se aaya, lekin woh baitha kaise?</w:t>
      </w:r>
    </w:p>
    <w:p>
      <w:pPr>
        <w:jc w:val="right"/>
      </w:pPr>
      <w:r>
        <w:t>تو وہ بیچارہ کسی طریقے سے آیا، لیکن وہ بیٹھا کیسے؟</w:t>
      </w:r>
    </w:p>
    <w:p>
      <w:r>
        <w:rPr>
          <w:b/>
        </w:rPr>
        <w:t xml:space="preserve">[1:02:07] </w:t>
      </w:r>
      <w:r>
        <w:t>yaani jahan hamari speech ho rahi thi to jo gate tha wahan baith gaya ulta munh kar ke, yaani back meri taraf, face doosri taraf.</w:t>
      </w:r>
    </w:p>
    <w:p>
      <w:pPr>
        <w:jc w:val="right"/>
      </w:pPr>
      <w:r>
        <w:t>یعنی جہاں ہماری اسپیچ ہو رہی تھی تو جو گیٹ تھا وہاں بیٹھ گیا الٹا منہ کر کے، یعنی بیک میری طرف، فیس دوسری طرف۔</w:t>
      </w:r>
    </w:p>
    <w:p>
      <w:r>
        <w:rPr>
          <w:b/>
        </w:rPr>
        <w:t xml:space="preserve">[1:02:19] </w:t>
      </w:r>
      <w:r>
        <w:t>to main apna jo bol raha tha to woh log sun rahe the jo wahan pichhle log the, nai nai nai nasal nahi sun rahi thi. to is se kisi ne poocha ke bhai tum aise kyun baithe ho ke peeth idhar hai aur munh idhar hai?</w:t>
      </w:r>
    </w:p>
    <w:p>
      <w:pPr>
        <w:jc w:val="right"/>
      </w:pPr>
      <w:r>
        <w:t>تو میں اپنا جو بول رہا تھا تو وہ لوگ سن رہے تھے جو وہاں پچھلے لوگ تھے، نئی نئی نئی نسل نہیں سن رہی تھی۔ تو اس سے کسی نے پوچھا کہ بھئی تم ایسے کیوں بیٹھے ہو کہ پیٹھ ادھر ہے اور منہ ادھر ہے؟</w:t>
      </w:r>
    </w:p>
    <w:p>
      <w:r>
        <w:rPr>
          <w:b/>
        </w:rPr>
        <w:t xml:space="preserve">[1:02:33] </w:t>
      </w:r>
      <w:r>
        <w:t>to us ne kaha ke me not, me not, matlab yeh sab mujhe nahi chahiye, yeh sab mujhe nahi chahiye.</w:t>
      </w:r>
    </w:p>
    <w:p>
      <w:pPr>
        <w:jc w:val="right"/>
      </w:pPr>
      <w:r>
        <w:t>تو اس نے کہا کہ می ناٹ، می ناٹ، مطلب یہ سب مجھے نہیں چاہیے، یہ سب مجھے نہیں چاہیے۔</w:t>
      </w:r>
    </w:p>
    <w:p>
      <w:r>
        <w:rPr>
          <w:b/>
        </w:rPr>
        <w:t xml:space="preserve">[1:02:44] </w:t>
      </w:r>
      <w:r>
        <w:t>to yeh me not poori poori poori poori generation yahi keh rahi hai ke me not pichhle jo baap dada jis mazhab pe the, theek hai, woh is mazhab par rahe, woh mare is par, lekin me not mere liye nahi hai.</w:t>
      </w:r>
    </w:p>
    <w:p>
      <w:pPr>
        <w:jc w:val="right"/>
      </w:pPr>
      <w:r>
        <w:t>تو یہ می ناٹ پوری پوری پوری پوری جنریشن یہی کہہ رہی ہے کہ می ناٹ پچھلے جو باپ دادا جس مذہب پہ تھے، ٹھیک ہے، وہ اس مذہب پر رہے، وہ مرے اس پر، لیکن می ناٹ میرے لیے نہیں ہے۔</w:t>
      </w:r>
    </w:p>
    <w:p>
      <w:r>
        <w:rPr>
          <w:b/>
        </w:rPr>
        <w:t xml:space="preserve">[1:02:58] </w:t>
      </w:r>
      <w:r>
        <w:t>woh</w:t>
      </w:r>
    </w:p>
    <w:p>
      <w:pPr>
        <w:jc w:val="right"/>
      </w:pPr>
      <w:r>
        <w:t>وہ</w:t>
      </w:r>
    </w:p>
    <w:p>
      <w:r>
        <w:rPr>
          <w:b/>
        </w:rPr>
        <w:t xml:space="preserve">[1:03:00] </w:t>
      </w:r>
      <w:r>
        <w:t>to kuch log aise hain zaroor jo ke wishful thinking mein rehte hain, woh samajhte hain ke mere bachhe jo hain woh exception hain. yaad rakhiye, kisi ke bachhe exception nahi hain.</w:t>
      </w:r>
    </w:p>
    <w:p>
      <w:pPr>
        <w:jc w:val="right"/>
      </w:pPr>
      <w:r>
        <w:t>تو کچھ لوگ ایسے ہیں ضرور جو کہ وش فل تھنکنگ میں رہتے ہیں، وہ سمجھتے ہیں کہ میرے بچے جو ہیں وہ ایکسیپشن ہیں۔ یاد رکھیے، کسی کے بچے ایکسیپشن نہیں ہیں۔</w:t>
      </w:r>
    </w:p>
    <w:p>
      <w:r>
        <w:rPr>
          <w:b/>
        </w:rPr>
        <w:t xml:space="preserve">[1:03:10] </w:t>
      </w:r>
      <w:r>
        <w:t>is se bari bhool aur koi nahi hai. mahaul banata hai insan ko, maa baap ki khwahishein nahi banati. maa baap ke dil mein jo khwahishein hain, us woh thori shape karti hain bachhe ko.</w:t>
      </w:r>
    </w:p>
    <w:p>
      <w:pPr>
        <w:jc w:val="right"/>
      </w:pPr>
      <w:r>
        <w:t>اس سے بڑی بھول اور کوئی نہیں ہے۔ ماحول بناتا ہے انسان کو، ماں باپ کی خواہشیں نہیں بناتی۔ ماں باپ کے دل میں جو خواہشیں ہیں، اس وہ تھوڑی شیپ کرتی ہیں بچے کو۔</w:t>
      </w:r>
    </w:p>
    <w:p>
      <w:r>
        <w:rPr>
          <w:b/>
        </w:rPr>
        <w:t xml:space="preserve">[1:03:22] </w:t>
      </w:r>
      <w:r>
        <w:t>bachhe ko mahaul shape karta hai.</w:t>
      </w:r>
    </w:p>
    <w:p>
      <w:pPr>
        <w:jc w:val="right"/>
      </w:pPr>
      <w:r>
        <w:t>بچے کو ماحول شیپ کرتا ہے۔</w:t>
      </w:r>
    </w:p>
    <w:p>
      <w:r>
        <w:rPr>
          <w:b/>
        </w:rPr>
        <w:t xml:space="preserve">[1:03:26] </w:t>
      </w:r>
      <w:r>
        <w:t>mahaul saare bachhon ko kharab kar raha hai, saare bachhon ko kharab kar raha hai. to woh nabat aa gayi meri samajh ke mutabiq ke woh paighambar agar koi ho to kahega ke layulad illa fajiran kaffara.</w:t>
      </w:r>
    </w:p>
    <w:p>
      <w:pPr>
        <w:jc w:val="right"/>
      </w:pPr>
      <w:r>
        <w:t>ماحول سارے بچوں کو خراب کر رہا ہے، سارے بچوں کو خراب کر رہا ہے۔ تو وہ نوبت آ گئی میری سمجھ کے مطابق کہ وہ پیغمبر اگر کوئی ہو تو کہے گا کہ لایلدو الا فاجرا کفارا۔</w:t>
      </w:r>
    </w:p>
    <w:p>
      <w:r>
        <w:rPr>
          <w:b/>
        </w:rPr>
        <w:t xml:space="preserve">[1:03:40] </w:t>
      </w:r>
      <w:r>
        <w:t>ab to waqt aa gaya hai ke jo log paida honge woh fajar aur kafir paida honge haqeeqat ke aitbar se. to aise logon se dunya kyun abad rahe?</w:t>
      </w:r>
    </w:p>
    <w:p>
      <w:pPr>
        <w:jc w:val="right"/>
      </w:pPr>
      <w:r>
        <w:t>اب تو وقت آ گیا ہے کہ جو لوگ پیدا ہوں گے وہ فاجر اور کافر پیدا ہوں گے حقیقت کے اعتبار سے۔ تو ایسے لوگوں سے دنیا کیوں آباد رہے؟</w:t>
      </w:r>
    </w:p>
    <w:p>
      <w:r>
        <w:rPr>
          <w:b/>
        </w:rPr>
        <w:t xml:space="preserve">[1:03:50] </w:t>
      </w:r>
      <w:r>
        <w:t>aise log kyun paida hon dunya mein? kya Khuda ne yeh dunya to nahi banai ke yahan jahannami paida ho aur jahannum mein yahan jalne ke liye?</w:t>
      </w:r>
    </w:p>
    <w:p>
      <w:pPr>
        <w:jc w:val="right"/>
      </w:pPr>
      <w:r>
        <w:t>ایسے لوگ کیوں پیدا ہوں دنیا میں؟ کیا خدا نے یہ دنیا تو نہیں بنائی کہ یہاں جہنمی پیدا ہو اور جہنم میں یہاں جلنے کے لیے؟</w:t>
      </w:r>
    </w:p>
    <w:p>
      <w:r>
        <w:rPr>
          <w:b/>
        </w:rPr>
        <w:t xml:space="preserve">[1:03:59] </w:t>
      </w:r>
      <w:r>
        <w:t>Khuda ko to lena tha woh log jo paradise ke qabil hon. to aise logon ki paidaish jab band ho jaye to phir is zameen ki zaroorat khatam ho jati hai.</w:t>
      </w:r>
    </w:p>
    <w:p>
      <w:pPr>
        <w:jc w:val="right"/>
      </w:pPr>
      <w:r>
        <w:t>خدا کو تو لینا تھا وہ لوگ جو پیراڈائز کے قابل ہوں۔ تو ایسے لوگوں کی پیدائش جب بند ہو جائے تو پھر اس زمین کی ضرورت ختم ہو جاتی ہے۔</w:t>
      </w:r>
    </w:p>
    <w:p>
      <w:r>
        <w:rPr>
          <w:b/>
        </w:rPr>
        <w:t xml:space="preserve">[1:04:10] </w:t>
      </w:r>
      <w:r>
        <w:t>to main samajhta hoon ke jis ko hum qayamat kehte hain woh Hazrat Nuh wala toofan jo tha, woh isi qism ka ek bada zyada bada toofan. Hazrat Nuh ke toofan ne is area mein jahan pehle insan basta tha, yaani Mesopotamia, Mesopotamian ka area, wahan par insan tha, wahin par khatam ho gaya.</w:t>
      </w:r>
    </w:p>
    <w:p>
      <w:pPr>
        <w:jc w:val="right"/>
      </w:pPr>
      <w:r>
        <w:t>تو میں سمجھتا ہوں کہ جس کو ہم قیامت کہتے ہیں وہ حضرت نوح والا طوفان جو تھا، وہ اسی قسم کا ایک بڑا زیادہ بڑا طوفان۔ حضرت نوح کے طوفان نے اس ایریا میں جہاں پہلے انسان بستا تھا، یعنی میسوپیٹیمیا، میسوپیٹینیا کا ایریا، وہاں پر انسان تھا، وہیں پر ختم ہو گیا۔</w:t>
      </w:r>
    </w:p>
    <w:p>
      <w:r>
        <w:rPr>
          <w:b/>
        </w:rPr>
        <w:t xml:space="preserve">[1:04:27] </w:t>
      </w:r>
      <w:r>
        <w:t>woh</w:t>
      </w:r>
    </w:p>
    <w:p>
      <w:pPr>
        <w:jc w:val="right"/>
      </w:pPr>
      <w:r>
        <w:t>وہ</w:t>
      </w:r>
    </w:p>
    <w:p>
      <w:r>
        <w:rPr>
          <w:b/>
        </w:rPr>
        <w:t xml:space="preserve">[1:04:28] </w:t>
      </w:r>
      <w:r>
        <w:t>ab poore globe par insan hai. to ab poore globe par wahi toofan Nuh aane wala hai. ab jo toofan aane wala hai, ab poore globe par aane wala hai, isi ki yeh warning hai.</w:t>
      </w:r>
    </w:p>
    <w:p>
      <w:pPr>
        <w:jc w:val="right"/>
      </w:pPr>
      <w:r>
        <w:t>اب پورے گلوب پر انسان ہے۔ تو اب پورے گلوب پر وہی طوفان نوح آنے والا ہے۔ اب جو طوفان آنے والا ہے، اب پورے گلوب پر آنے والا ہے، اسی کی یہ وارننگ ہے۔</w:t>
      </w:r>
    </w:p>
    <w:p>
      <w:r>
        <w:rPr>
          <w:b/>
        </w:rPr>
        <w:t xml:space="preserve">[1:04:40] </w:t>
      </w:r>
      <w:r>
        <w:t>aap jante hain ke yeh jo warning di hai unhon ne, woh kisi area ke liye nahi hai, poore poore globe ke liye. yeh global warming hai. samundaron ke jo satah padh rahi hai, woh poore globe ke liye hai.</w:t>
      </w:r>
    </w:p>
    <w:p>
      <w:pPr>
        <w:jc w:val="right"/>
      </w:pPr>
      <w:r>
        <w:t>آپ جانتے ہیں کہ یہ جو وارننگ دی ہے انہوں نے، وہ کسی ایریا کے لیے نہیں ہے، پورے پورے گلوب کے لیے۔ یہ گلوبل وارمنگ ہے۔ سمندروں کے جو سطح پڑ رہی ہے، وہ پورے گلوب کے لیے ہے۔</w:t>
      </w:r>
    </w:p>
    <w:p>
      <w:r>
        <w:rPr>
          <w:b/>
        </w:rPr>
        <w:t xml:space="preserve">[1:04:52] </w:t>
      </w:r>
      <w:r>
        <w:t>warming hai poore globe ke liye.</w:t>
      </w:r>
    </w:p>
    <w:p>
      <w:pPr>
        <w:jc w:val="right"/>
      </w:pPr>
      <w:r>
        <w:t>وارمنگ ہے پورے گلوب کے لیے۔</w:t>
      </w:r>
    </w:p>
    <w:p>
      <w:r>
        <w:rPr>
          <w:b/>
        </w:rPr>
        <w:t xml:space="preserve">[1:04:56] </w:t>
      </w:r>
      <w:r>
        <w:t>to</w:t>
      </w:r>
    </w:p>
    <w:p>
      <w:pPr>
        <w:jc w:val="right"/>
      </w:pPr>
      <w:r>
        <w:t>تو</w:t>
      </w:r>
    </w:p>
    <w:p>
      <w:r>
        <w:rPr>
          <w:b/>
        </w:rPr>
        <w:t xml:space="preserve">[1:04:57] </w:t>
      </w:r>
      <w:r>
        <w:t>behhal main samajhta hoon ke pehla alarm ho chuka</w:t>
      </w:r>
    </w:p>
    <w:p>
      <w:pPr>
        <w:jc w:val="right"/>
      </w:pPr>
      <w:r>
        <w:t>بہرحال میں سمجھتا ہوں کہ پہلا الارم ہو چکا</w:t>
      </w:r>
    </w:p>
    <w:p>
      <w:r>
        <w:rPr>
          <w:b/>
        </w:rPr>
        <w:t xml:space="preserve">[1:05:06] </w:t>
      </w:r>
      <w:r>
        <w:t>aur yeh report bohat hi meaning ful is ka title tha ke warning signs. to isi ko maine add kar ke kaha tha ke warning signs of dooms day.</w:t>
      </w:r>
    </w:p>
    <w:p>
      <w:pPr>
        <w:jc w:val="right"/>
      </w:pPr>
      <w:r>
        <w:t>اور یہ رپورٹ بہت ہی میننگ فل اس کا ٹائٹل تھا کہ وارننگ سائنز۔ تو اسی کو میں نے ایڈ کر کے کہا تھا کہ وارننگ سائنز آف ڈومز ڈے۔</w:t>
      </w:r>
    </w:p>
    <w:p>
      <w:r>
        <w:rPr>
          <w:b/>
        </w:rPr>
        <w:t xml:space="preserve">[1:05:21] </w:t>
      </w:r>
      <w:r>
        <w:t>to pehla alarm baj chuka.</w:t>
      </w:r>
    </w:p>
    <w:p>
      <w:pPr>
        <w:jc w:val="right"/>
      </w:pPr>
      <w:r>
        <w:t>تو پہلا الارم بج چکا۔</w:t>
      </w:r>
    </w:p>
    <w:p>
      <w:r>
        <w:rPr>
          <w:b/>
        </w:rPr>
        <w:t xml:space="preserve">[1:05:23] </w:t>
      </w:r>
      <w:r>
        <w:t>yani jo kehte hain hadith mein jisko kaha gaya hai ke nafkhat al-fasa, yani</w:t>
      </w:r>
    </w:p>
    <w:p>
      <w:pPr>
        <w:jc w:val="right"/>
      </w:pPr>
      <w:r>
        <w:t>یعنی جو کہتے ہیں حدیث میں جس کو کہا گیا ہے کہ نفقت الفضا، یعنی</w:t>
      </w:r>
    </w:p>
    <w:p>
      <w:r>
        <w:rPr>
          <w:b/>
        </w:rPr>
        <w:t xml:space="preserve">[1:05:32] </w:t>
      </w:r>
      <w:r>
        <w:t>alarming blow, woh ho chuka. yani yahan tak main samajhta hoon. yani sahi maano mein to Khuda hi samajh sakta hai, Khuda hi janta hai, Khuda ke siwa koi nahi janta.</w:t>
      </w:r>
    </w:p>
    <w:p>
      <w:pPr>
        <w:jc w:val="right"/>
      </w:pPr>
      <w:r>
        <w:t>الارمنگ بلو، وہ ہو چکا۔ یعنی یہاں تک میں سمجھتا ہوں۔ یعنی صحیح معنوں میں تو خدا ہی سمجھ سکتا ہے، خدا ہی جانتا ہے، خدا کے سوا کوئی نہیں جانتا۔</w:t>
      </w:r>
    </w:p>
    <w:p>
      <w:r>
        <w:rPr>
          <w:b/>
        </w:rPr>
        <w:t xml:space="preserve">[1:05:43] </w:t>
      </w:r>
      <w:r>
        <w:t>lekin jab Sahaba ko aisa hota tha ke aandhi aayi to bhagte the, qayamat qareeb aa gayi.</w:t>
      </w:r>
    </w:p>
    <w:p>
      <w:pPr>
        <w:jc w:val="right"/>
      </w:pPr>
      <w:r>
        <w:t>لیکن جب صحابہ کو ایسا ہوتا تھا کہ اندھی آئی تو بھاگتے تھے، قیامت قریب آ گئی۔</w:t>
      </w:r>
    </w:p>
    <w:p>
      <w:r>
        <w:rPr>
          <w:b/>
        </w:rPr>
        <w:t xml:space="preserve">[1:05:50] </w:t>
      </w:r>
      <w:r>
        <w:t>to humein bhi yeh haq hai ke hum sochein aur soch kar kahein ke yeh yeh to wahi waqt aa gaya, alarming blow shuru ho gaya.</w:t>
      </w:r>
    </w:p>
    <w:p>
      <w:pPr>
        <w:jc w:val="right"/>
      </w:pPr>
      <w:r>
        <w:t>تو ہمیں بھی یہ حق ہے کہ ہم سوچیں اور سوچ کر کہیں کہ یہ یہ تو وہی وقت آ گیا، الارمنگ بلو شروع ہو گیا۔</w:t>
      </w:r>
    </w:p>
    <w:p>
      <w:r>
        <w:rPr>
          <w:b/>
        </w:rPr>
        <w:t xml:space="preserve">[1:06:00] </w:t>
      </w:r>
      <w:r>
        <w:t>to aisa kehna jo hai, koi main samajhta hoon ke Sahaba ke raaste par hatna nahi hai, balkeh Sahaba ke tareeqe ko dohrana hai. ab dekhiye ke doosra jo blow hoga, woh hoga death blow.</w:t>
      </w:r>
    </w:p>
    <w:p>
      <w:pPr>
        <w:jc w:val="right"/>
      </w:pPr>
      <w:r>
        <w:t>تو ایسا کہنا جو ہے، کوئی میں سمجھتا ہوں کہ صحابہ کے راستے پر ہٹنا نہیں ہے، بلکہ صحابہ کے طریقے کو دہرانا ہے۔ اب دیکھیے کہ دوسرا جو بلو ہوگا، وہ ہوگا ڈیتھ بلو۔</w:t>
      </w:r>
    </w:p>
    <w:p>
      <w:r>
        <w:rPr>
          <w:b/>
        </w:rPr>
        <w:t xml:space="preserve">[1:06:13] </w:t>
      </w:r>
      <w:r>
        <w:t>abhi hum ko mohlat di gayi hai, abhi hamare paas ek interval hai, abhi mauqa hai humein sochne ka, rethinking karne ka, reassessment ka, apne mind ko phir se remodel karne ka.</w:t>
      </w:r>
    </w:p>
    <w:p>
      <w:pPr>
        <w:jc w:val="right"/>
      </w:pPr>
      <w:r>
        <w:t>ابھی ہم کو مہلت دی گئی ہے، ابھی ہمارے پاس ایک انٹرویل ہے، ابھی موقع ہے ہمیں سوچنے کا، ری تھنکنگ کرنے کا، ری اسیسمنٹ کا، اپنے مائنڈ کو پھر سے ری موڈ کرنے کا۔</w:t>
      </w:r>
    </w:p>
    <w:p>
      <w:r>
        <w:rPr>
          <w:b/>
        </w:rPr>
        <w:t xml:space="preserve">[1:06:27] </w:t>
      </w:r>
      <w:r>
        <w:t>to ek mauqa hai yeh. is ke baad death blow hoga, yani saare insaan mar jayenge, sab insaan khatm ho jayenge.</w:t>
      </w:r>
    </w:p>
    <w:p>
      <w:pPr>
        <w:jc w:val="right"/>
      </w:pPr>
      <w:r>
        <w:t>تو ایک موقع ہے یہ۔ اس کے بعد ڈیتھ بلو ہوگا، یعنی سارے انسان مر جائیں گے، سب انسان ختم ہو جائیں گے۔</w:t>
      </w:r>
    </w:p>
    <w:p>
      <w:r>
        <w:rPr>
          <w:b/>
        </w:rPr>
        <w:t xml:space="preserve">[1:06:38] </w:t>
      </w:r>
      <w:r>
        <w:t>maine ek baar khwab dekha tha ke qayamat aa gayi hai. to qayamat kis tarah aayegi, woh Allah hi behtar janta hai. lekin maine jo dekha tha, woh yeh ke yeh soor phoonka gaya, is se awaaz nikalna shuru hui hai, sound.</w:t>
      </w:r>
    </w:p>
    <w:p>
      <w:pPr>
        <w:jc w:val="right"/>
      </w:pPr>
      <w:r>
        <w:t>میں نے ایک بار خواب دیکھا تھا کہ قیامت آ گئی ہے۔ تو قیامت کس طرح آئے گی، وہ اللہ ہی بہتر جانتا ہے۔ لیکن میں نے جو دیکھا تھا، وہ یہ کہ یہ سود پھونکا گیا، اس سے آواز نکلنا شروع ہوئی ہے، ساؤنڈ۔</w:t>
      </w:r>
    </w:p>
    <w:p>
      <w:r>
        <w:rPr>
          <w:b/>
        </w:rPr>
        <w:t xml:space="preserve">[1:06:54] </w:t>
      </w:r>
      <w:r>
        <w:t>woh sound pehle dheere dheere thi, phir barhti gayi, barhti gayi, barhti gayi, barhti gayi. aap jante hain ke sound jo hai, bohat hi powerful is ke andar taqat hoti hai.</w:t>
      </w:r>
    </w:p>
    <w:p>
      <w:pPr>
        <w:jc w:val="right"/>
      </w:pPr>
      <w:r>
        <w:t>وہ ساؤنڈ پہلے دھیرے دھیرے تھی، پھر بڑھتی گئی، بڑھتی گئی، بڑھتی گئی، بڑھتی گئی۔ آپ جانتے ہیں کہ ساؤنڈ جو ہے، بہت ہی پاور فل اس کے اندر طاقت ہوتی ہے۔</w:t>
      </w:r>
    </w:p>
    <w:p>
      <w:r>
        <w:rPr>
          <w:b/>
        </w:rPr>
        <w:t xml:space="preserve">[1:07:04] </w:t>
      </w:r>
      <w:r>
        <w:t>to sound agar bohat barh jaye, bohat barh jaye to saari duniya destroy ho jayegi.</w:t>
      </w:r>
    </w:p>
    <w:p>
      <w:pPr>
        <w:jc w:val="right"/>
      </w:pPr>
      <w:r>
        <w:t>تو ساؤنڈ اگر بہت بڑھ جائے، بہت بڑھ جائے تو ساری دنیا ڈسٹرائے ہو جائے گی۔</w:t>
      </w:r>
    </w:p>
    <w:p>
      <w:r>
        <w:rPr>
          <w:b/>
        </w:rPr>
        <w:t xml:space="preserve">[1:07:10] </w:t>
      </w:r>
      <w:r>
        <w:t>to maine khwab mein dekha ke is tarah se qayamat aa rahi hai ke sound shuru hui, shuru hote hue barhti gayi, barhti gayi, barhti gayi. ne kaha tha ke sab kuch destroy ho gaya.</w:t>
      </w:r>
    </w:p>
    <w:p>
      <w:pPr>
        <w:jc w:val="right"/>
      </w:pPr>
      <w:r>
        <w:t>تو میں نے خواب میں دیکھا کہ اس طرح سے قیامت آ رہی ہے کہ ساؤنڈ شروع ہوئی، شروع ہوتے ہوئے بڑھتی گئی، بڑھتی گئی، بڑھتی گئی۔ نے کہا تھا کہ سب کچھ ڈسٹرائے ہو گیا۔</w:t>
      </w:r>
    </w:p>
    <w:p>
      <w:r>
        <w:rPr>
          <w:b/>
        </w:rPr>
        <w:t xml:space="preserve">[1:07:20] </w:t>
      </w:r>
      <w:r>
        <w:t>to behal woh hoga death blow. jis shakal mein aayega, woh Allah hi behtar janta hai. lekin woh hai jisko nafkhat al-sa'iq kaha gaya hai.</w:t>
      </w:r>
    </w:p>
    <w:p>
      <w:pPr>
        <w:jc w:val="right"/>
      </w:pPr>
      <w:r>
        <w:t>تو بہرحال وہ ہوگا ڈیتھ بلو۔ جس شکل میں آئے گا، وہ اللہ ہی بہتر جانتا ہے۔ لیکن وہ ہے جس کو نفقت السائق کہا گیا ہے۔</w:t>
      </w:r>
    </w:p>
    <w:p>
      <w:r>
        <w:rPr>
          <w:b/>
        </w:rPr>
        <w:t xml:space="preserve">[1:07:31] </w:t>
      </w:r>
      <w:r>
        <w:t>sa'iq kehte hain behosh ho jana, yani aisa nafkha ya aisa blow jo logon ko behosh kar dega.</w:t>
      </w:r>
    </w:p>
    <w:p>
      <w:pPr>
        <w:jc w:val="right"/>
      </w:pPr>
      <w:r>
        <w:t>سائق کہتے ہیں بے ہوش ہو جانا، یعنی ایسا نفقہ یا ایسا بلو جو لوگوں کو بے ہوش کر دے گا۔</w:t>
      </w:r>
    </w:p>
    <w:p>
      <w:r>
        <w:rPr>
          <w:b/>
        </w:rPr>
        <w:t xml:space="preserve">[1:07:40] </w:t>
      </w:r>
      <w:r>
        <w:t>to isi ko main kehta hoon ke death blow. ke doosra jo hoga, us mein log</w:t>
      </w:r>
    </w:p>
    <w:p>
      <w:pPr>
        <w:jc w:val="right"/>
      </w:pPr>
      <w:r>
        <w:t>تو اسی کو میں کہتا ہوں کہ ڈیتھ بلو۔ کہ دوسرا جو ہوگا، اس میں لوگ</w:t>
      </w:r>
    </w:p>
    <w:p>
      <w:r>
        <w:rPr>
          <w:b/>
        </w:rPr>
        <w:t xml:space="preserve">[1:07:49] </w:t>
      </w:r>
      <w:r>
        <w:t>mar jayenge, yani yeh zindagi jo abhi thi duniya mein, woh khatm ho jayegi. phir is ke baad hoga nafkhat al-qiyam, yani rising blow.</w:t>
      </w:r>
    </w:p>
    <w:p>
      <w:pPr>
        <w:jc w:val="right"/>
      </w:pPr>
      <w:r>
        <w:t>مر مر جائیں گے، یعنی یہ زندگی جو ابھی تھی دنیا میں، وہ ختم ہو جائے گی۔ پھر اس کے بعد ہوگا نفقت القیام، یعنی رائزنگ بلو۔</w:t>
      </w:r>
    </w:p>
    <w:p>
      <w:r>
        <w:rPr>
          <w:b/>
        </w:rPr>
        <w:t xml:space="preserve">[1:08:01] </w:t>
      </w:r>
      <w:r>
        <w:t>to insaan phir dobara uthega. ab jo uthega, woh to is duniya mein jeene ke liye nahi uthega.</w:t>
      </w:r>
    </w:p>
    <w:p>
      <w:pPr>
        <w:jc w:val="right"/>
      </w:pPr>
      <w:r>
        <w:t>تو انسان پھر دوبارہ اٹھے گا۔ اب جو اٹھے گا، وہ تو اس دنیا میں جینے کے لیے نہیں اٹھے گا۔</w:t>
      </w:r>
    </w:p>
    <w:p>
      <w:r>
        <w:rPr>
          <w:b/>
        </w:rPr>
        <w:t xml:space="preserve">[1:08:11] </w:t>
      </w:r>
      <w:r>
        <w:t>yaad rakhiye, jo nafkhat al-qiyam hai, jo rising blow hai, woh is liye nahi ke wapas jao apne gharon mein ja ke raho, phir dobara.</w:t>
      </w:r>
    </w:p>
    <w:p>
      <w:pPr>
        <w:jc w:val="right"/>
      </w:pPr>
      <w:r>
        <w:t>یاد رکھیے، جو نفقت القیام ہے، جو رائزنگ بلو ہے، وہ اس لیے نہیں کہ واپس جاؤ اپنے گھروں میں جا کے رہو، پھر دوبارہ۔</w:t>
      </w:r>
    </w:p>
    <w:p>
      <w:r>
        <w:rPr>
          <w:b/>
        </w:rPr>
        <w:t xml:space="preserve">[1:08:21] </w:t>
      </w:r>
      <w:r>
        <w:t>us ke liye nahi hoga.</w:t>
      </w:r>
    </w:p>
    <w:p>
      <w:pPr>
        <w:jc w:val="right"/>
      </w:pPr>
      <w:r>
        <w:t>اس کے لیے نہیں ہوگا۔</w:t>
      </w:r>
    </w:p>
    <w:p>
      <w:r>
        <w:rPr>
          <w:b/>
        </w:rPr>
        <w:t xml:space="preserve">[1:08:25] </w:t>
      </w:r>
      <w:r>
        <w:t>woh to hoga hashr ke maidan mein ikattha hone ke liye.</w:t>
      </w:r>
    </w:p>
    <w:p>
      <w:pPr>
        <w:jc w:val="right"/>
      </w:pPr>
      <w:r>
        <w:t>وہ تو ہوگا حشر کے میدان میں اکٹھا ہونے کے لیے۔</w:t>
      </w:r>
    </w:p>
    <w:p>
      <w:r>
        <w:rPr>
          <w:b/>
        </w:rPr>
        <w:t xml:space="preserve">[1:08:31] </w:t>
      </w:r>
      <w:r>
        <w:t>to chunancha Quran mein hai ke khasha'at al-aswat lil-rehman wa la tasab illa hamza.</w:t>
      </w:r>
    </w:p>
    <w:p>
      <w:pPr>
        <w:jc w:val="right"/>
      </w:pPr>
      <w:r>
        <w:t>تو چنانچہ قرآن میں ہے کہ خشعت الاسوات للرحمن ولا تسب الا حمزہ۔</w:t>
      </w:r>
    </w:p>
    <w:p>
      <w:r>
        <w:rPr>
          <w:b/>
        </w:rPr>
        <w:t xml:space="preserve">[1:08:40] </w:t>
      </w:r>
      <w:r>
        <w:t>log chal padenge maidan e hashr ki taraf aur sab ki awaazein past ho chuki hongi. sirf chalne ki phusphusahat sunai degi.</w:t>
      </w:r>
    </w:p>
    <w:p>
      <w:pPr>
        <w:jc w:val="right"/>
      </w:pPr>
      <w:r>
        <w:t>لوگ چل پڑیں گے میدان حشر کی طرف اور سب کی آوازیں پست ہو چکی ہوں گی۔ صرف چلنے کی پھسپھساہٹ سنائی دے گی۔</w:t>
      </w:r>
    </w:p>
    <w:p>
      <w:r>
        <w:rPr>
          <w:b/>
        </w:rPr>
        <w:t xml:space="preserve">[1:08:50] </w:t>
      </w:r>
      <w:r>
        <w:t>agar aap kabhi kisi majme mein chale hon, bada crowd ho aur sab log chup chap hon, to crowd jab chalta hai to paaon se chalne ki halki halki awaaz aati hai.</w:t>
      </w:r>
    </w:p>
    <w:p>
      <w:pPr>
        <w:jc w:val="right"/>
      </w:pPr>
      <w:r>
        <w:t>اگر آپ کبھی کسی مجمعے میں چلے ہوں، بڑا کراؤڈ ہو اور سب لوگ چپ چاپ ہوں، تو کراؤڈ جب چلتا ہے تو پاؤں سے چلنے کی ہلکی ہلکی آواز آتی ہے۔</w:t>
      </w:r>
    </w:p>
    <w:p>
      <w:r>
        <w:rPr>
          <w:b/>
        </w:rPr>
        <w:t xml:space="preserve">[1:09:02] </w:t>
      </w:r>
      <w:r>
        <w:t>to woh farmaya: "la tasab illa hamza, khasha'at al-aswat lil-rehman wa la tasab illa hamza"</w:t>
      </w:r>
    </w:p>
    <w:p>
      <w:pPr>
        <w:jc w:val="right"/>
      </w:pPr>
      <w:r>
        <w:t>تو وہ فرمایا: "لا تسب الا حمزہ، خشعت الاسوات للرحمن ولا تسب الا حمزہ"</w:t>
      </w:r>
    </w:p>
    <w:p>
      <w:r>
        <w:rPr>
          <w:b/>
        </w:rPr>
        <w:t xml:space="preserve">[1:09:10] </w:t>
      </w:r>
      <w:r>
        <w:t>keh munh ka bol to band ho chuka hoga. log speech-less, speech-less ho chuke honge, lekin jo chal rahe honge, us chalne ki wajah se jo phusphusahat hogi, woh sunai degi.</w:t>
      </w:r>
    </w:p>
    <w:p>
      <w:pPr>
        <w:jc w:val="right"/>
      </w:pPr>
      <w:r>
        <w:t>کہ منہ کا بول تو بند ہو چکا ہوگا۔ لوگ اسپیچر سوچ، اسپیچلیس ہو چکے ہوں گے، لیکن جو چل رہے ہوں گے، اس چلنے کی وجہ سے جو پھسپھساہٹ ہوگی، وہ سنائی دے گی۔</w:t>
      </w:r>
    </w:p>
    <w:p>
      <w:r>
        <w:rPr>
          <w:b/>
        </w:rPr>
        <w:t xml:space="preserve">[1:09:23] </w:t>
      </w:r>
      <w:r>
        <w:t>to hadith mein aata hai ke is waqt log nangay honge, bana libas ke honge. yaani sab kuch chhin jayega.</w:t>
      </w:r>
    </w:p>
    <w:p>
      <w:pPr>
        <w:jc w:val="right"/>
      </w:pPr>
      <w:r>
        <w:t>تو حدیث میں آتا ہے کہ اس وقت لوگ ننگے ہوں گے، بنا لباس کے ہوں گے۔ یعنی سب کچھ چھن جائے گا۔</w:t>
      </w:r>
    </w:p>
    <w:p>
      <w:r>
        <w:rPr>
          <w:b/>
        </w:rPr>
        <w:t xml:space="preserve">[1:09:33] </w:t>
      </w:r>
      <w:r>
        <w:t>dekhen, libas jo hai, insan ke jo position hai, us mein aakhri cheez hai.</w:t>
      </w:r>
    </w:p>
    <w:p>
      <w:pPr>
        <w:jc w:val="right"/>
      </w:pPr>
      <w:r>
        <w:t>دیکھیں، لباس جو ہے، انسان کے جو پوزیشن ہے، اس میں آخری چیز ہے۔</w:t>
      </w:r>
    </w:p>
    <w:p>
      <w:r>
        <w:rPr>
          <w:b/>
        </w:rPr>
        <w:t xml:space="preserve">[1:09:39] </w:t>
      </w:r>
      <w:r>
        <w:t>jo cheezen insan ko mili hui hoti hain, us mein aakhri cheez yeh libas hai. libas hat jaye, achanak bilkul helpless ho jata hai. yaar, yeh hua tha Hazrat Adam ke sath.</w:t>
      </w:r>
    </w:p>
    <w:p>
      <w:pPr>
        <w:jc w:val="right"/>
      </w:pPr>
      <w:r>
        <w:t>جو چیزیں انسان کو ملی ہوئی ہوتی ہیں، اس میں آخری چیز یہ لباس ہے۔ لباس ہٹ جائے، اچانک بالکل ہیلپ لیس ہو جاتا ہے۔ یار، یہ ہوا تھا حضرت آدم کے ساتھ۔</w:t>
      </w:r>
    </w:p>
    <w:p>
      <w:r>
        <w:rPr>
          <w:b/>
        </w:rPr>
        <w:t xml:space="preserve">[1:09:52] </w:t>
      </w:r>
      <w:r>
        <w:t>to Hazrat Aisha Razi Allah Ta'ala Anha ne farmaya ke is waqt log bana libas ke honge. to Hazrat Aisha ne kaha ke log phir un ke us ko dekhte honge, logon ki sharmgahon, sharmgahon ko,</w:t>
      </w:r>
    </w:p>
    <w:p>
      <w:pPr>
        <w:jc w:val="right"/>
      </w:pPr>
      <w:r>
        <w:t>تو حضرت عائشہ رضی اللہ تعالی عنہ نے فرمایا کہ اس وقت لوگ بنا لباس کے ہوں گے۔ تو حضرت عائشہ نے کہا کہ لوگ پھر ان کے اس کو دیکھتے ہوں گے، لوگوں کی شرمگاہوں، شرمگاہوں کو،</w:t>
      </w:r>
    </w:p>
    <w:p>
      <w:r>
        <w:rPr>
          <w:b/>
        </w:rPr>
        <w:t xml:space="preserve">[1:10:06] </w:t>
      </w:r>
      <w:r>
        <w:t>un ke secret parts ko.</w:t>
      </w:r>
    </w:p>
    <w:p>
      <w:pPr>
        <w:jc w:val="right"/>
      </w:pPr>
      <w:r>
        <w:t>ان کے سیکرٹ پارٹس کو۔</w:t>
      </w:r>
    </w:p>
    <w:p>
      <w:r>
        <w:rPr>
          <w:b/>
        </w:rPr>
        <w:t xml:space="preserve">[1:10:09] </w:t>
      </w:r>
      <w:r>
        <w:t>to aap ne farmaya ke: "Ae Aisha, woh itna bhayanak din hoga ke kisi ko yaad bhi nahi rahega ke kisi ko dekha hai.</w:t>
      </w:r>
    </w:p>
    <w:p>
      <w:pPr>
        <w:jc w:val="right"/>
      </w:pPr>
      <w:r>
        <w:t>تو آپ نے فرمایا کہ: "اے عائشہ، وہ اتنا بھیانک دن ہوگا کہ کسی کو یاد بھی نہیں رہے گا کہ کسی کو دیکھا ہے۔</w:t>
      </w:r>
    </w:p>
    <w:p>
      <w:r>
        <w:rPr>
          <w:b/>
        </w:rPr>
        <w:t xml:space="preserve">[1:10:20] </w:t>
      </w:r>
      <w:r>
        <w:t>aisa nafsi nafsi ka alam hoga, har aadmi apne aap mein gum hoga. yeh dekhne ki fursat nahi hogi kisi ko. koi ek doosre ko dekha hai, us ki fursat kahan hogi?</w:t>
      </w:r>
    </w:p>
    <w:p>
      <w:pPr>
        <w:jc w:val="right"/>
      </w:pPr>
      <w:r>
        <w:t>ایسا نفسی نفسی کا عالم ہوگا، ہر آدمی اپنے آپ میں گم ہوگا۔ یہ دیکھنے کی فرصت نہیں ہوگی کسی کو۔ کوئی ایک دوسرے کو دیکھا ہے، اس کی فرصت کہاں ہوگی؟</w:t>
      </w:r>
    </w:p>
    <w:p>
      <w:r>
        <w:rPr>
          <w:b/>
        </w:rPr>
        <w:t xml:space="preserve">[1:10:32] </w:t>
      </w:r>
      <w:r>
        <w:t>yeh soch kahan se aayegi?</w:t>
      </w:r>
    </w:p>
    <w:p>
      <w:pPr>
        <w:jc w:val="right"/>
      </w:pPr>
      <w:r>
        <w:t>یہ سوچ کہاں سے آئے گی؟</w:t>
      </w:r>
    </w:p>
    <w:p>
      <w:r>
        <w:rPr>
          <w:b/>
        </w:rPr>
        <w:t xml:space="preserve">[1:10:35] </w:t>
      </w:r>
      <w:r>
        <w:t>log to apne apne apne us mein gum honge ke kaisa ek chance tha jo mila tha hum ko is zameen par, hum ne kho diya.</w:t>
      </w:r>
    </w:p>
    <w:p>
      <w:pPr>
        <w:jc w:val="right"/>
      </w:pPr>
      <w:r>
        <w:t>لوگ تو اپنے اپنے اپنے اس میں گم ہوں گے کہ کیسا ایک چانس تھا جو ملا تھا ہم کو اس زمین پر، ہم نے کھو دیا۔</w:t>
      </w:r>
    </w:p>
    <w:p>
      <w:r>
        <w:rPr>
          <w:b/>
        </w:rPr>
        <w:t xml:space="preserve">[1:10:50] </w:t>
      </w:r>
      <w:r>
        <w:t>har aadmi yeh soch raha hoga ke: "mine was a case of missed opportunity, mine was a case of missed opportu</w:t>
      </w:r>
    </w:p>
    <w:p>
      <w:pPr>
        <w:jc w:val="right"/>
      </w:pPr>
      <w:r>
        <w:t>ہر آدمی یہ سوچ رہا ہوگا کہ: "مائنڈ واز ا کیس اف مسڈ اپرچونیٹی، مائنڈ واز ا کیس اف مسڈ اپرچونی</w:t>
      </w:r>
    </w:p>
    <w:p>
      <w:r>
        <w:rPr>
          <w:b/>
        </w:rPr>
        <w:t xml:space="preserve">[1:10:58] </w:t>
      </w:r>
      <w:r>
        <w:t>nity". Har aadmi yeh soch raha hoga ke mujhe Khuda ne zindagi di, life support system mila wahan par mujhe, aur mujhe sab kuch mila, lekin mein mein ne kho diya is time ko.</w:t>
      </w:r>
    </w:p>
    <w:p>
      <w:pPr>
        <w:jc w:val="right"/>
      </w:pPr>
      <w:r>
        <w:t>ٹی"۔ ہر آدمی یہ سوچ رہا ہوگا کہ مجھے خدا نے زندگی دی، لائف سپورٹ سسٹم ملا وہاں پر مجھے، اور مجھے سب کچھ ملا، لیکن میں میں نے کھو دیا اس ٹائم کو۔</w:t>
      </w:r>
    </w:p>
    <w:p>
      <w:r>
        <w:rPr>
          <w:b/>
        </w:rPr>
        <w:t xml:space="preserve">[1:11:15] </w:t>
      </w:r>
      <w:r>
        <w:t>dekhen, yeh ehsas sirf unhi logon ko nahi hoga jo so-called atheist hain, mazhabi logon ko bhi hoga.</w:t>
      </w:r>
    </w:p>
    <w:p>
      <w:pPr>
        <w:jc w:val="right"/>
      </w:pPr>
      <w:r>
        <w:t>دیکھیں، یہ احساس صرف انہی لوگوں کو نہیں ہوگا جو سو کالڈ اتھیسٹ ہیں، مذہبی لوگوں کو بھی ہوگا۔</w:t>
      </w:r>
    </w:p>
    <w:p>
      <w:r>
        <w:rPr>
          <w:b/>
        </w:rPr>
        <w:t xml:space="preserve">[1:11:23] </w:t>
      </w:r>
      <w:r>
        <w:t>yaad rakhiye, kyunke aaj mein dekhta hoon ke log mazhab ka ek grandiose form banaye hue hain, ek ritualistic form, woh kar rahe hain to samajhte hain ke hum mazhab par hain.</w:t>
      </w:r>
    </w:p>
    <w:p>
      <w:pPr>
        <w:jc w:val="right"/>
      </w:pPr>
      <w:r>
        <w:t>یاد رکھیے، کیونکہ آج میں دیکھتا ہوں کہ لوگ مذہب کا ایک گریڈوسٹ فارم بنائے ہوئے ہیں، ایک ریچولسٹک فارم، وہ کر رہے ہیں تو سمجھتے ہیں کہ ہم مذہب پر ہیں۔</w:t>
      </w:r>
    </w:p>
    <w:p>
      <w:r>
        <w:rPr>
          <w:b/>
        </w:rPr>
        <w:t xml:space="preserve">[1:11:35] </w:t>
      </w:r>
      <w:r>
        <w:t>hargiz hargiz woh mazhab nahi hai. mazhab naam hai spirit ka, mazhab naam hai khauf-e-Khuda ka, mazhab naam hai Khuda ke ke Khuda mein jeene ka, Khuda ko apna supreme counselor banane ka.</w:t>
      </w:r>
    </w:p>
    <w:p>
      <w:pPr>
        <w:jc w:val="right"/>
      </w:pPr>
      <w:r>
        <w:t>ہرگز ہرگز وہ مذہب نہیں ہے۔ مذہب نام ہے اسپیریٹ کا، مذہب نام ہے خوف خدا کا، مذہب نام ہے خدا کے کے خدا میں جینے کا، خدا کو اپنا سپریم کونسلر بنانے کا۔</w:t>
      </w:r>
    </w:p>
    <w:p>
      <w:r>
        <w:rPr>
          <w:b/>
        </w:rPr>
        <w:t xml:space="preserve">[1:11:50] </w:t>
      </w:r>
      <w:r>
        <w:t>yeh nahi ke kuch ek form aap ikhtiyar kar len, kuch rituals ada kar len to aap mazhabi ho gaye. is se bari bhool aur koi nahi hai.</w:t>
      </w:r>
    </w:p>
    <w:p>
      <w:pPr>
        <w:jc w:val="right"/>
      </w:pPr>
      <w:r>
        <w:t>یہ نہیں کہ کچھ ایک فارم آپ اختیار کر لیں، کچھ ریچولز ادا کر لیں تو آپ مذہبی ہو گئے۔ اس سے بڑی بھول اور کوئی نہیں ہے۔</w:t>
      </w:r>
    </w:p>
    <w:p>
      <w:r>
        <w:rPr>
          <w:b/>
        </w:rPr>
        <w:t xml:space="preserve">[1:12:01] </w:t>
      </w:r>
      <w:r>
        <w:t>to yeh mein arz kar raha tha ke is waqt sab log yeh soch rahe honge ke kaisa mauqa tha, woh hum ne kho diya.</w:t>
      </w:r>
    </w:p>
    <w:p>
      <w:pPr>
        <w:jc w:val="right"/>
      </w:pPr>
      <w:r>
        <w:t>تو یہ میں عرض کر رہا تھا کہ اس وقت سب لوگ یہ سوچ رہے ہوں گے کہ کیسا موقع تھا، وہ ہم نے کھو دیا۔</w:t>
      </w:r>
    </w:p>
    <w:p>
      <w:r>
        <w:rPr>
          <w:b/>
        </w:rPr>
        <w:t xml:space="preserve">[1:12:11] </w:t>
      </w:r>
      <w:r>
        <w:t>ab to Khuda ke samne hazir hona hai,</w:t>
      </w:r>
    </w:p>
    <w:p>
      <w:pPr>
        <w:jc w:val="right"/>
      </w:pPr>
      <w:r>
        <w:t>اب تو خدا کے سامنے حاضر ہونا ہے،</w:t>
      </w:r>
    </w:p>
    <w:p>
      <w:r>
        <w:rPr>
          <w:b/>
        </w:rPr>
        <w:t xml:space="preserve">[1:12:16] </w:t>
      </w:r>
      <w:r>
        <w:t>ab to Khuda ke samne hazir hona hoga.</w:t>
      </w:r>
    </w:p>
    <w:p>
      <w:pPr>
        <w:jc w:val="right"/>
      </w:pPr>
      <w:r>
        <w:t>اب تو خدا کے سامنے حاضر ہونا ہوگا۔</w:t>
      </w:r>
    </w:p>
    <w:p>
      <w:r>
        <w:rPr>
          <w:b/>
        </w:rPr>
        <w:t xml:space="preserve">[1:12:19] </w:t>
      </w:r>
      <w:r>
        <w:t>to chalte chalte log pahunchenge aur wahan par, wahan par Khuda ka koi adalat hogi, Khuda ki court hogi, uska judge Khuda hoga.</w:t>
      </w:r>
    </w:p>
    <w:p>
      <w:pPr>
        <w:jc w:val="right"/>
      </w:pPr>
      <w:r>
        <w:t>تو چلتے چلتے لوگ پہنچیں گے اور وہاں پر، وہاں پر خدا کا کوئی عدالت ہوگی، خدا کی کورٹ ہوگی، اس کا جج خدا ہوگا۔</w:t>
      </w:r>
    </w:p>
    <w:p>
      <w:r>
        <w:rPr>
          <w:b/>
        </w:rPr>
        <w:t xml:space="preserve">[1:12:31] </w:t>
      </w:r>
      <w:r>
        <w:t>to hadith mein bahut sari hadithain is silsile mein aati hain.</w:t>
      </w:r>
    </w:p>
    <w:p>
      <w:pPr>
        <w:jc w:val="right"/>
      </w:pPr>
      <w:r>
        <w:t>تو حدیث میں بہت ساری حدیثیں اس سلسلے میں آتی ہیں۔</w:t>
      </w:r>
    </w:p>
    <w:p>
      <w:r>
        <w:rPr>
          <w:b/>
        </w:rPr>
        <w:t xml:space="preserve">[1:12:35] </w:t>
      </w:r>
      <w:r>
        <w:t>ek hadith mein yeh aata hai ke: "La tazal qadam abdi hatta yus'ala an arba'in". aadmi ke qadam Khuda ke samne se hatenge nahi jab tak use char baton ke liye poochh na liya jaye.</w:t>
      </w:r>
    </w:p>
    <w:p>
      <w:pPr>
        <w:jc w:val="right"/>
      </w:pPr>
      <w:r>
        <w:t>ایک حدیث میں یہ آتا ہے کہ: "لا تزال قدم عبد حتی ارسلان اربعین"۔ آدمی کے قدم خدا کے سامنے سے ہٹیں گے نہیں جب تک اسے چار باتوں کے لیے پوچھ نہ لیا جائے۔</w:t>
      </w:r>
    </w:p>
    <w:p>
      <w:r>
        <w:rPr>
          <w:b/>
        </w:rPr>
        <w:t xml:space="preserve">[1:12:52] </w:t>
      </w:r>
      <w:r>
        <w:t>yaani sare log Khuda ke samne hazir honge apna hisab karne dene ke liye, jis ko kehte hain muhasabah hoga.</w:t>
      </w:r>
    </w:p>
    <w:p>
      <w:pPr>
        <w:jc w:val="right"/>
      </w:pPr>
      <w:r>
        <w:t>یعنی سارے لوگ خدا کے سامنے حاضر ہوں گے اپنا حساب کرنے دینے کے لیے، جس کو کہتے ہیں محاسبہ ہوگا۔</w:t>
      </w:r>
    </w:p>
    <w:p>
      <w:r>
        <w:rPr>
          <w:b/>
        </w:rPr>
        <w:t xml:space="preserve">[1:13:01] </w:t>
      </w:r>
      <w:r>
        <w:t>to hadith mein aata hai ke logon ke qadam hatenge nahi Khuda ke samne se jab tak char baton ka woh jawab na de le. har aadmi ko char baton ka jawab dena hoga.</w:t>
      </w:r>
    </w:p>
    <w:p>
      <w:pPr>
        <w:jc w:val="right"/>
      </w:pPr>
      <w:r>
        <w:t>تو حدیث میں آتا ہے کہ لوگوں کے قدم ہٹیں گے نہیں خدا کے سامنے سے جب تک چار باتوں کا وہ جواب نہ دے لے۔ ہر آدمی کو چار باتوں کا جواب دینا ہوگا۔</w:t>
      </w:r>
    </w:p>
    <w:p>
      <w:r>
        <w:rPr>
          <w:b/>
        </w:rPr>
        <w:t xml:space="preserve">[1:13:13] </w:t>
      </w:r>
      <w:r>
        <w:t>woh kya char baaten hain?</w:t>
      </w:r>
    </w:p>
    <w:p>
      <w:pPr>
        <w:jc w:val="right"/>
      </w:pPr>
      <w:r>
        <w:t>وہ کیا چار باتیں ہیں؟</w:t>
      </w:r>
    </w:p>
    <w:p>
      <w:r>
        <w:rPr>
          <w:b/>
        </w:rPr>
        <w:t xml:space="preserve">[1:13:17] </w:t>
      </w:r>
      <w:r>
        <w:t>pehlay pehli baat yeh farmayi ke apni jawani kis cheez mein kharch ki aur apni umar kis cheez mein batai.</w:t>
      </w:r>
    </w:p>
    <w:p>
      <w:pPr>
        <w:jc w:val="right"/>
      </w:pPr>
      <w:r>
        <w:t>پہلے پہلی بات یہ فرمائی کہ اپنی جوانی کس چیز میں خرچ کی اور اپنی عمر کس چیز میں بتائی۔</w:t>
      </w:r>
    </w:p>
    <w:p>
      <w:r>
        <w:rPr>
          <w:b/>
        </w:rPr>
        <w:t xml:space="preserve">[1:13:28] </w:t>
      </w:r>
      <w:r>
        <w:t>Yeh jawani ki umar hoti hai jab ke aap mein taqat hoti hai. Is ke liye khaas tor par sawal hoga aur phir poori umar ke baray mein sawal hoga ke poori umar tum ne kahan kharch ki, kahan kharch ki?</w:t>
      </w:r>
    </w:p>
    <w:p>
      <w:pPr>
        <w:jc w:val="right"/>
      </w:pPr>
      <w:r>
        <w:t>یہ جوانی کی عمر ہوتی ہے جب کہ آپ میں طاقت ہوتی ہے۔ اس کے لیے خاص طور پر سوال ہوگا اور پھر پوری عمر کے بارے میں سوال ہوگا کہ پوری عمر تم نے کہاں خرچ کی، کہاں خرچ کی؟</w:t>
      </w:r>
    </w:p>
    <w:p>
      <w:r>
        <w:rPr>
          <w:b/>
        </w:rPr>
        <w:t xml:space="preserve">[1:13:41] </w:t>
      </w:r>
      <w:r>
        <w:t>Matlab. Yani yeh hoga. Phir teesra hoga ke jo maal kamaya, kahan se kamaya?</w:t>
      </w:r>
    </w:p>
    <w:p>
      <w:pPr>
        <w:jc w:val="right"/>
      </w:pPr>
      <w:r>
        <w:t>مطلب۔ یعنی یہ ہوگا۔ پھر تیسرا ہوگا کہ جو مال کمایا، کہاں سے کمایا؟</w:t>
      </w:r>
    </w:p>
    <w:p>
      <w:r>
        <w:rPr>
          <w:b/>
        </w:rPr>
        <w:t xml:space="preserve">[1:13:51] </w:t>
      </w:r>
      <w:r>
        <w:t>Aur chautha hoga ke maal ko kharch kiya to kahan kharch kiya?</w:t>
      </w:r>
    </w:p>
    <w:p>
      <w:pPr>
        <w:jc w:val="right"/>
      </w:pPr>
      <w:r>
        <w:t>اور چوتھا ہوگا کہ مال کو خرچ کیا تو کہاں خرچ کیا؟</w:t>
      </w:r>
    </w:p>
    <w:p>
      <w:r>
        <w:rPr>
          <w:b/>
        </w:rPr>
        <w:t xml:space="preserve">[1:13:57] </w:t>
      </w:r>
      <w:r>
        <w:t>To apni zindagi kahan kharch ki? Maal kaise kamaya? Maal ko kahan lagaya? Yeh aik lafz mein kahoon to yeh kahoon kar sakta hoon ke tumhara supreme concern kya tha duniya mein jab tum thay?</w:t>
      </w:r>
    </w:p>
    <w:p>
      <w:pPr>
        <w:jc w:val="right"/>
      </w:pPr>
      <w:r>
        <w:t>تو اپنی زندگی کہاں خرچ کی؟ مال کیسے کمایا؟ مال کو کہاں لگایا؟ یہ ایک لفظ میں کہوں تو یہ کہوں کر سکتا ہوں کہ تمہارا سپریم کنسرن کیا تھا دنیا میں جب تم تھے؟</w:t>
      </w:r>
    </w:p>
    <w:p>
      <w:r>
        <w:rPr>
          <w:b/>
        </w:rPr>
        <w:t xml:space="preserve">[1:14:08] </w:t>
      </w:r>
      <w:r>
        <w:t>To kis cheez ko tum ne apna supreme concern banaya? Tumhara concern jo hai, woh kya tha? Is ko batao. Kis cheez ko tum ne apna concern banaya?</w:t>
      </w:r>
    </w:p>
    <w:p>
      <w:pPr>
        <w:jc w:val="right"/>
      </w:pPr>
      <w:r>
        <w:t>تو کس چیز کو تم نے اپنا سپریم کنسرن بنایا؟ تمہارا کنسرن جو ہے، وہ کیا تھا؟ اس کو بتاؤ۔ کس چیز کو تم نے اپنا کنسرن بنایا؟</w:t>
      </w:r>
    </w:p>
    <w:p>
      <w:r>
        <w:rPr>
          <w:b/>
        </w:rPr>
        <w:t xml:space="preserve">[1:14:21] </w:t>
      </w:r>
      <w:r>
        <w:t>Is ke baray mein poocha jayega.</w:t>
      </w:r>
    </w:p>
    <w:p>
      <w:pPr>
        <w:jc w:val="right"/>
      </w:pPr>
      <w:r>
        <w:t>اس کے بارے میں پوچھا جائے گا۔</w:t>
      </w:r>
    </w:p>
    <w:p>
      <w:r>
        <w:rPr>
          <w:b/>
        </w:rPr>
        <w:t xml:space="preserve">[1:14:23] </w:t>
      </w:r>
      <w:r>
        <w:t>Main samajhta hoon ke in chaaron baaton ka khulasa agar aik lafz mein kehna hota hoga to Khuda poochega ke yeh batao ke duniya mein tum ko zindagi jo hum ne di thi, to tum ne apna concern kis cheez ko banaya?</w:t>
      </w:r>
    </w:p>
    <w:p>
      <w:pPr>
        <w:jc w:val="right"/>
      </w:pPr>
      <w:r>
        <w:t>میں سمجھتا ہوں کہ ان چاروں باتوں کا خلاصہ اگر ایک لفظ میں کہنا ہوتا ہوگا تو خدا پوچھے گا کہ یہ بتاؤ کہ دنیا میں تم کو زندگی جو ہم نے دی تھی، تو تم نے اپنا کنسرن کس چیز کو بنایا؟</w:t>
      </w:r>
    </w:p>
    <w:p>
      <w:r>
        <w:rPr>
          <w:b/>
        </w:rPr>
        <w:t xml:space="preserve">[1:14:36] </w:t>
      </w:r>
      <w:r>
        <w:t>Supreme concern tumhara kya cheez thi? Yani guard tha ya koi aur cheez thi? Khuda tha ya koi aur cheez thi?</w:t>
      </w:r>
    </w:p>
    <w:p>
      <w:pPr>
        <w:jc w:val="right"/>
      </w:pPr>
      <w:r>
        <w:t>سپریم کنسرن تمہارا کیا چیز تھی؟ یعنی گارڈ تھا یا کوئی اور چیز تھی؟ خدا تھا یا کوئی اور چیز تھی؟</w:t>
      </w:r>
    </w:p>
    <w:p>
      <w:r>
        <w:rPr>
          <w:b/>
        </w:rPr>
        <w:t xml:space="preserve">[1:14:49] </w:t>
      </w:r>
      <w:r>
        <w:t>Yeh sawal hoga.</w:t>
      </w:r>
    </w:p>
    <w:p>
      <w:pPr>
        <w:jc w:val="right"/>
      </w:pPr>
      <w:r>
        <w:t>یہ سوال ہوگا۔</w:t>
      </w:r>
    </w:p>
    <w:p>
      <w:r>
        <w:rPr>
          <w:b/>
        </w:rPr>
        <w:t xml:space="preserve">[1:14:51] </w:t>
      </w:r>
      <w:r>
        <w:t>Maine is se pehlay arz kiya tha ke aik American ki kitaab se bhi hai, Islam ko mutala kiya is ne, to is ne bohat sahi baat likhi hai ke "da greatest concern of Islam is Allah".</w:t>
      </w:r>
    </w:p>
    <w:p>
      <w:pPr>
        <w:jc w:val="right"/>
      </w:pPr>
      <w:r>
        <w:t>میں نے اس سے پہلے عرض کیا تھا کہ ایک امریکن کی کتاب سے بھی ہے، اسلام کو مطالعہ کیا اس نے، تو اس نے بہت صحیح بات لکھی ہے کہ "دا گریٹسٹ کنسرن اف اسلام از اللہ"۔</w:t>
      </w:r>
    </w:p>
    <w:p>
      <w:r>
        <w:rPr>
          <w:b/>
        </w:rPr>
        <w:t xml:space="preserve">[1:15:04] </w:t>
      </w:r>
      <w:r>
        <w:t>To greatest concern tum ne kis cheez ko banaya apna? Yeh isi ka sentence hai ke "da greatest concern of Islam is Allah". Sab se bara concern maine Khuda ko banaya ho.</w:t>
      </w:r>
    </w:p>
    <w:p>
      <w:pPr>
        <w:jc w:val="right"/>
      </w:pPr>
      <w:r>
        <w:t>تو گریٹسٹ کنسرن تم نے کس چیز کو بنایا اپنا؟ یہ اسی کا سینٹنس ہے کہ "دا گریٹسٹ کنسرن اف اسلام از اللہ"۔ سب سے بڑا کنسرن میں نے خدا کو بنایا ہو۔</w:t>
      </w:r>
    </w:p>
    <w:p>
      <w:r>
        <w:rPr>
          <w:b/>
        </w:rPr>
        <w:t xml:space="preserve">[1:15:17] </w:t>
      </w:r>
      <w:r>
        <w:t>Yeh poocha jayega, yeh dekha jayega.</w:t>
      </w:r>
    </w:p>
    <w:p>
      <w:pPr>
        <w:jc w:val="right"/>
      </w:pPr>
      <w:r>
        <w:t>یہ پوچھا جائے گا، یہ دیکھا جائے گا۔</w:t>
      </w:r>
    </w:p>
    <w:p>
      <w:r>
        <w:rPr>
          <w:b/>
        </w:rPr>
        <w:t xml:space="preserve">[1:15:20] </w:t>
      </w:r>
      <w:r>
        <w:t>Greatest concern isi par faisla hoga jannat ka aur dozakh ka, punishment ka, reward ka.</w:t>
      </w:r>
    </w:p>
    <w:p>
      <w:pPr>
        <w:jc w:val="right"/>
      </w:pPr>
      <w:r>
        <w:t>گریٹسٹ کنسرن اسی پر فیصلہ ہوگا جنت کا اور دوزخ کا، پنشمنٹ کا، ریوارڈ کا۔</w:t>
      </w:r>
    </w:p>
    <w:p>
      <w:r>
        <w:rPr>
          <w:b/>
        </w:rPr>
        <w:t xml:space="preserve">[1:15:31] </w:t>
      </w:r>
      <w:r>
        <w:t>To woh aakhri waqt qareeb aa chuka hai ke hum yeh Khuda hi ko apna greatest concern banayein, sab Khuda ko apna supreme concern banayein, apni zindagi ko guard oriented life banayein.</w:t>
      </w:r>
    </w:p>
    <w:p>
      <w:pPr>
        <w:jc w:val="right"/>
      </w:pPr>
      <w:r>
        <w:t>تو وہ آخری وقت قریب آ چکا ہے کہ ہم یہ خدا ہی کو اپنا گریٹسٹ کنسرن بنائیں، سب خدا کو اپنا سپریم کنسرن بنائیں، اپنی زندگی کو گارڈ اوریٹڈ لائف بنائیں۔</w:t>
      </w:r>
    </w:p>
    <w:p>
      <w:r>
        <w:rPr>
          <w:b/>
        </w:rPr>
        <w:t xml:space="preserve">[1:15:46] </w:t>
      </w:r>
      <w:r>
        <w:t>Koi doosri cheez agar hamara concern ho to Khuda us ko reject kar dega, us ko maane ga nahi, qabool nahi karega. Us ko to main bohat pasand aaya, mujhe is American ka jo yeh likha hai, is ne bohat lambay mutalay ke baad likha hai, is ne ke "da greatest concern of Islam is Allah".</w:t>
      </w:r>
    </w:p>
    <w:p>
      <w:pPr>
        <w:jc w:val="right"/>
      </w:pPr>
      <w:r>
        <w:t>کوئی دوسری چیز اگر ہمارا کنسرن ہو تو خدا اس کو ریجیکٹ کر دے گا، اس کو مانے گا نہیں، قبول نہیں کرے گا۔ اس کو تو میں بہت پسند آیا، مجھے اس امریکن کا جو یہ لکھا ہے، اس نے بہت لمبے مطالعے کے بعد لکھا ہے، اس نے کہ "دا گریٹسٹ کنسرن اف اسلام از اللہ"۔</w:t>
      </w:r>
    </w:p>
    <w:p>
      <w:r>
        <w:rPr>
          <w:b/>
        </w:rPr>
        <w:t xml:space="preserve">[1:16:07] </w:t>
      </w:r>
      <w:r>
        <w:t>To aaiye hum, hum aap apne dil mein yeh sochein aur wada karein aur faisla karein, decide karein ke aaj se hamara sab se bara concern Khuda ka hoga.</w:t>
      </w:r>
    </w:p>
    <w:p>
      <w:pPr>
        <w:jc w:val="right"/>
      </w:pPr>
      <w:r>
        <w:t>تو آئیے ہم، ہم آپ اپنے دل میں یہ سوچیں اور وعدہ کریں اور فیصلہ کریں، ڈیسائیڈ کریں کہ آج سے ہمارا سب سے بڑا کنسرن خدا کا ہوگا۔</w:t>
      </w:r>
    </w:p>
    <w:p>
      <w:r>
        <w:rPr>
          <w:b/>
        </w:rPr>
        <w:t xml:space="preserve">[1:16:20] </w:t>
      </w:r>
      <w:r>
        <w:t>Hamari life guard oriented life hogi. Subah Khuda ke yaad ke sath hum subah karein ge aur Khuda ki yaad ke sath hum shaam karein ge.</w:t>
      </w:r>
    </w:p>
    <w:p>
      <w:pPr>
        <w:jc w:val="right"/>
      </w:pPr>
      <w:r>
        <w:t>ہماری لائف گارڈ اوریٹڈ لائف ہوگی۔ صبح خدا کے یاد کے ساتھ ہم صبح کریں گے اور خدا کی یاد کے ساتھ ہم شام کریں گے۔</w:t>
      </w:r>
    </w:p>
    <w:p>
      <w:r>
        <w:rPr>
          <w:b/>
        </w:rPr>
        <w:t xml:space="preserve">[1:16:31] </w:t>
      </w:r>
      <w:r>
        <w:t>Khuda mein jeeyenge, Khuda mein marenge.</w:t>
      </w:r>
    </w:p>
    <w:p>
      <w:pPr>
        <w:jc w:val="right"/>
      </w:pPr>
      <w:r>
        <w:t>خدا میں جیئیں گے، خدا میں مریں گے۔</w:t>
      </w:r>
    </w:p>
    <w:p>
      <w:r>
        <w:rPr>
          <w:b/>
        </w:rPr>
        <w:t xml:space="preserve">[1:16:35] </w:t>
      </w:r>
      <w:r>
        <w:t>Allah taala hum sab ko maaf farmaye, hum sab ko sahi rastay ki tofeeq de, hum sab ko jahannum se bachaye aur hum sab ko paradise mein jagah de.</w:t>
      </w:r>
    </w:p>
    <w:p>
      <w:pPr>
        <w:jc w:val="right"/>
      </w:pPr>
      <w:r>
        <w:t>اللہ تعالی ہم سب کو معاف فرمائے، ہم سب کو صحیح راستے کی توفیق دے، ہم سب کو جہنم سے بچائے اور ہم سب کو پارڈائز میں جگہ دے۔</w:t>
      </w:r>
    </w:p>
    <w:p>
      <w:r>
        <w:rPr>
          <w:b/>
        </w:rPr>
        <w:t xml:space="preserve">[1:16:49] </w:t>
      </w:r>
      <w:r>
        <w:t>Aqool qawli haza wastaghfirullaha wali walakum ajmaeen</w:t>
      </w:r>
    </w:p>
    <w:p>
      <w:pPr>
        <w:jc w:val="right"/>
      </w:pPr>
      <w:r>
        <w:t>اقول قولیھذا واستغفراللہ علی ولکم اجمعین</w:t>
      </w:r>
    </w:p>
    <w:p>
      <w:r>
        <w:rPr>
          <w:b/>
        </w:rPr>
        <w:t xml:space="preserve">[1:17:07] </w:t>
      </w:r>
      <w:r>
        <w:t>. Aik hadith hai, us ko kehte hain hadith Jibrael. Yeh baat hadith Jibrael mein aayi hai ke qayamat ke qareeb kya kya baatein hongi.</w:t>
      </w:r>
    </w:p>
    <w:p>
      <w:pPr>
        <w:jc w:val="right"/>
      </w:pPr>
      <w:r>
        <w:t>۔ ایک حدیث ہے، اس کو کہتے ہیں حدیث جبرائیل۔ یہ بات حدیث جبرائیل میں آئی ہے کہ قیامت کے قریب کیا کیا باتیں ہوں گی۔</w:t>
      </w:r>
    </w:p>
    <w:p>
      <w:r>
        <w:rPr>
          <w:b/>
        </w:rPr>
        <w:t xml:space="preserve">[1:17:16] </w:t>
      </w:r>
      <w:r>
        <w:t>To is mein se aik baat yeh hai aur bhi kuch baatein hain, maslan aik baat yeh hai ke "antald al-ummat rabbah" ke maaein apna aaqa jinegi.</w:t>
      </w:r>
    </w:p>
    <w:p>
      <w:pPr>
        <w:jc w:val="right"/>
      </w:pPr>
      <w:r>
        <w:t>تو اس میں سے ایک بات یہ ہے اور بھی کچھ باتیں ہیں، مثلاً ایک بات یہ ہے کہ "انتلد الامت ربتہ" کہ مائیں اپنا آقا جنیں گی۔</w:t>
      </w:r>
    </w:p>
    <w:p>
      <w:r>
        <w:rPr>
          <w:b/>
        </w:rPr>
        <w:t xml:space="preserve">[1:17:30] </w:t>
      </w:r>
      <w:r>
        <w:t>Ke maa ke pait se jo bachcha paida hoga, wohi uska aaqa ban jayega. Matlab jo woh kahega, wohi karegi. Maa</w:t>
      </w:r>
    </w:p>
    <w:p>
      <w:pPr>
        <w:jc w:val="right"/>
      </w:pPr>
      <w:r>
        <w:t>کہ ماں کے پیٹ سے جو بچہ پیدا ہوگا، وہ وہی اس کا آقا بن جائے گا۔ مطلب جو وہ کہے گا، وہی کرے گی۔ ماں</w:t>
      </w:r>
    </w:p>
    <w:p>
      <w:r>
        <w:rPr>
          <w:b/>
        </w:rPr>
        <w:t xml:space="preserve">[1:17:37] </w:t>
      </w:r>
      <w:r>
        <w:t>Maa baap woh karein ge jo baap jo bete kahein ge. Aur yeh zamana aa gaya hai, hamare bachpan mein aisa nahi tha. Lekin ab to sara, sari zindagi jo hai, walidain ki beta oriented hoti hai.</w:t>
      </w:r>
    </w:p>
    <w:p>
      <w:pPr>
        <w:jc w:val="right"/>
      </w:pPr>
      <w:r>
        <w:t>ماں باپ وہ کریں گے جو باپ جو بیٹے کہیں گے۔ اور یہ زمانہ آ گیا ہے، ہمارے بچپن میں ایسا نہیں تھا۔ لیکن اب تو سارا، ساری زندگی جو ہے، والدین کی بیٹا اورینٹڈ ہوتی ہے۔</w:t>
      </w:r>
    </w:p>
    <w:p>
      <w:r>
        <w:rPr>
          <w:b/>
        </w:rPr>
        <w:t xml:space="preserve">[1:17:54] </w:t>
      </w:r>
      <w:r>
        <w:t>har ghar mein sari zindagi beta oriented hoti hai.</w:t>
      </w:r>
    </w:p>
    <w:p>
      <w:pPr>
        <w:jc w:val="right"/>
      </w:pPr>
      <w:r>
        <w:t>ہر گھر میں ساری زندگی بیٹا اورینٹڈ ہوتی ہے۔</w:t>
      </w:r>
    </w:p>
    <w:p>
      <w:r>
        <w:rPr>
          <w:b/>
        </w:rPr>
        <w:t xml:space="preserve">[1:18:00] </w:t>
      </w:r>
      <w:r>
        <w:t>isi tareeqay se hadith mein aata hai ke ke is zamanay mein jo bachay hon gay, to is mein aata hai ke "barsadeeqa o jafa abaa" ke bachay apnay baap ki baat to nahi manay gay, lekin apnay doston ki baat khoob manay gay.</w:t>
      </w:r>
    </w:p>
    <w:p>
      <w:pPr>
        <w:jc w:val="right"/>
      </w:pPr>
      <w:r>
        <w:t>اسی طریقے سے حدیث میں آتا ہے کہ کہ اس زمانے میں جو بچے ہوں گے، تو اس میں آتا ہے کہ "برصدیقہ و جفا ابا" کہ بچے اپنے باپ کی بات تو نہیں مانیں گے، لیکن اپنے دوستوں کی بات خوب مانیں گے۔</w:t>
      </w:r>
    </w:p>
    <w:p>
      <w:r>
        <w:rPr>
          <w:b/>
        </w:rPr>
        <w:t xml:space="preserve">[1:18:21] </w:t>
      </w:r>
      <w:r>
        <w:t>"barsadeeqa o jafa abaa"</w:t>
      </w:r>
    </w:p>
    <w:p>
      <w:pPr>
        <w:jc w:val="right"/>
      </w:pPr>
      <w:r>
        <w:t>"برصدیقہ و جفا ابا"</w:t>
      </w:r>
    </w:p>
    <w:p>
      <w:r>
        <w:rPr>
          <w:b/>
        </w:rPr>
        <w:t xml:space="preserve">[1:18:23] </w:t>
      </w:r>
      <w:r>
        <w:t>aisay log paida hon gay, aisay bachay paida hon gay jo apnay doston ki baat khoob manay gay, lekin apnay baap ki baat nahi manay gay. to isi mein se aik awaz yeh bhi hai</w:t>
      </w:r>
    </w:p>
    <w:p>
      <w:pPr>
        <w:jc w:val="right"/>
      </w:pPr>
      <w:r>
        <w:t>ایسے لوگ پیدا ہوں گے، ایسے بچے پیدا ہوں گے جو اپنے دوستوں کی بات خوب مانیں گے، لیکن اپنے باپ کی بات نہیں مانیں گے۔ تو اسی میں سے ایک آواز یہ بھی ہے</w:t>
      </w:r>
    </w:p>
    <w:p>
      <w:r>
        <w:rPr>
          <w:b/>
        </w:rPr>
        <w:t xml:space="preserve">[1:18:36] </w:t>
      </w:r>
      <w:r>
        <w:t>jo is sawal mein kaha gaya hai ke "aurat al-huffaat atanaaloon fil-bunyan"</w:t>
      </w:r>
    </w:p>
    <w:p>
      <w:pPr>
        <w:jc w:val="right"/>
      </w:pPr>
      <w:r>
        <w:t>جو اس سوال میں کہا گیا ہے کہ "اورات الحفات اتناولون فی البنیان"</w:t>
      </w:r>
    </w:p>
    <w:p>
      <w:r>
        <w:rPr>
          <w:b/>
        </w:rPr>
        <w:t xml:space="preserve">[1:18:46] </w:t>
      </w:r>
      <w:r>
        <w:t>ke tum dekho gay ke woh log jo</w:t>
      </w:r>
    </w:p>
    <w:p>
      <w:pPr>
        <w:jc w:val="right"/>
      </w:pPr>
      <w:r>
        <w:t>کہ تم دیکھو گے کہ وہ لوگ جو</w:t>
      </w:r>
    </w:p>
    <w:p>
      <w:r>
        <w:rPr>
          <w:b/>
        </w:rPr>
        <w:t xml:space="preserve">[1:18:52] </w:t>
      </w:r>
      <w:r>
        <w:t>nangay paon hotay thay aur jin ke jism pe kam kapray hua kartay thay, woh bari bari buildingain banay gay.</w:t>
      </w:r>
    </w:p>
    <w:p>
      <w:pPr>
        <w:jc w:val="right"/>
      </w:pPr>
      <w:r>
        <w:t>ننگے پاؤں ہوتے تھے اور جن کے جسم پہ کم کپڑے ہوا کرتے تھے، وہ بڑی بڑی بلڈنگیں بنائیں گے۔</w:t>
      </w:r>
    </w:p>
    <w:p>
      <w:r>
        <w:rPr>
          <w:b/>
        </w:rPr>
        <w:t xml:space="preserve">[1:19:05] </w:t>
      </w:r>
      <w:r>
        <w:t>to yeh abhi aap dekh rahay hain, mein samajhta hoon ke yeh deep decentralization of economy ka phenomenon hai.</w:t>
      </w:r>
    </w:p>
    <w:p>
      <w:pPr>
        <w:jc w:val="right"/>
      </w:pPr>
      <w:r>
        <w:t>تو یہ ابھی آپ دیکھ رہے ہیں، میں سمجھتا ہوں کہ یہ ڈیپ سینٹرلائزیشن اف اکانومی کا فیناومینا ہے۔</w:t>
      </w:r>
    </w:p>
    <w:p>
      <w:r>
        <w:rPr>
          <w:b/>
        </w:rPr>
        <w:t xml:space="preserve">[1:19:15] </w:t>
      </w:r>
      <w:r>
        <w:t>pehlay hazaron saal tak jo economy thi, woh agriculture par base karti thi. is mein jo landlord ho, usi ke paas paisa hota tha, baqi logon ke paas paisa hota nahi tha.</w:t>
      </w:r>
    </w:p>
    <w:p>
      <w:pPr>
        <w:jc w:val="right"/>
      </w:pPr>
      <w:r>
        <w:t>پہلے ہزاروں سال تک جو اکانومی تھی، وہ ایگریکلچر پر بیس کرتی تھی۔ اس میں جو لینڈ لارڈ ہو، اسی کے پاس پیسہ ہوتا تھا، باقی لوگوں کے پاس پیسہ ہوتا نہیں تھا۔</w:t>
      </w:r>
    </w:p>
    <w:p>
      <w:r>
        <w:rPr>
          <w:b/>
        </w:rPr>
        <w:t xml:space="preserve">[1:19:28] </w:t>
      </w:r>
      <w:r>
        <w:t>king bhi kya tha? king to super landlord hota tha. king aur raja aur nawab aur jaagirdar aur yeh sab jo thay, woh yeh sab landlord hotay thay.</w:t>
      </w:r>
    </w:p>
    <w:p>
      <w:pPr>
        <w:jc w:val="right"/>
      </w:pPr>
      <w:r>
        <w:t>کنگ بھی کیا تھا؟ کنگ تو سپر لینڈ لارڈ ہوتا تھا۔ کنگ اور راجہ اور نواب اور جاگیردار اور یہ سب جو تھے، وہ یہ سب لینڈ لارڈ ہوتے تھے۔</w:t>
      </w:r>
    </w:p>
    <w:p>
      <w:r>
        <w:rPr>
          <w:b/>
        </w:rPr>
        <w:t xml:space="preserve">[1:19:37] </w:t>
      </w:r>
      <w:r>
        <w:t>to paisa is ke paas hota tha jis ke paas zameen ho. lekin jo modern industry aayi hai, is ne decentralize kar diya economy ko.</w:t>
      </w:r>
    </w:p>
    <w:p>
      <w:pPr>
        <w:jc w:val="right"/>
      </w:pPr>
      <w:r>
        <w:t>تو پیسہ اس کے پاس ہوتا تھا جس کے پاس زمین ہو۔ لیکن جو ماڈرن انڈسٹری آئی ہے، اس نے ڈی سینٹرلائز کر دیا اکانومی کو۔</w:t>
      </w:r>
    </w:p>
    <w:p>
      <w:r>
        <w:rPr>
          <w:b/>
        </w:rPr>
        <w:t xml:space="preserve">[1:19:46] </w:t>
      </w:r>
      <w:r>
        <w:t>ab dekhen, har aadmi paisa kama raha hai.</w:t>
      </w:r>
    </w:p>
    <w:p>
      <w:pPr>
        <w:jc w:val="right"/>
      </w:pPr>
      <w:r>
        <w:t>اب دیکھیں، ہر آدمی پیسہ کما رہا ہے۔</w:t>
      </w:r>
    </w:p>
    <w:p>
      <w:r>
        <w:rPr>
          <w:b/>
        </w:rPr>
        <w:t xml:space="preserve">[1:19:52] </w:t>
      </w:r>
      <w:r>
        <w:t>sabzi walay ke paas mobile hai, woh mobile par woh order leta hai, pohanchata hai sabzi. jis ko dekhiye, paisa kama raha hai. to woh log jo is zamanay mein, yani agricultural period mein, wani less hua kartay thay,</w:t>
      </w:r>
    </w:p>
    <w:p>
      <w:pPr>
        <w:jc w:val="right"/>
      </w:pPr>
      <w:r>
        <w:t>سبزی والے کے پاس موبائل ہے، وہ موبائل پر وہ آرڈر لیتا ہے، پہنچاتا ہے سبزی۔ جس کو دیکھیے، پیسہ کما رہا ہے۔ تو وہ لوگ جو اس زمانے میں، یعنی ایگریکلچرل پیریڈ میں، وینی لیس ہوا کرتے تھے،</w:t>
      </w:r>
    </w:p>
    <w:p>
      <w:r>
        <w:rPr>
          <w:b/>
        </w:rPr>
        <w:t xml:space="preserve">[1:20:07] </w:t>
      </w:r>
      <w:r>
        <w:t>ab in ke paas khoob paisa aa raha hai aur khoob buildingain bana rahay hain aur aur baray baray kaam kar rahay hain.</w:t>
      </w:r>
    </w:p>
    <w:p>
      <w:pPr>
        <w:jc w:val="right"/>
      </w:pPr>
      <w:r>
        <w:t>اب ان کے پاس خوب پیسہ آ رہا ہے اور خوب بلڈنگیں بنا رہے ہیں اور اور بڑے بڑے کام کر رہے ہیں۔</w:t>
      </w:r>
    </w:p>
    <w:p>
      <w:r>
        <w:rPr>
          <w:b/>
        </w:rPr>
        <w:t xml:space="preserve">[1:20:17] </w:t>
      </w:r>
      <w:r>
        <w:t>ab to aap dekhiye ke house loan aur car loan ne woh aafat bacha rakhi hai ke aap ke paas aik job hai to aap car loan lay lijiyay aur car mein baith ke doriye.</w:t>
      </w:r>
    </w:p>
    <w:p>
      <w:pPr>
        <w:jc w:val="right"/>
      </w:pPr>
      <w:r>
        <w:t>اب تو آپ دیکھیے کہ ہاؤس لون اور کار لون نے وہ افت بچا رکھی ہے کہ آپ کے پاس ایک جاب ہے تو آپ کار لون لے لیجئے اور کار میں بیٹھ کے دوڑیے۔</w:t>
      </w:r>
    </w:p>
    <w:p>
      <w:r>
        <w:rPr>
          <w:b/>
        </w:rPr>
        <w:t xml:space="preserve">[1:20:30] </w:t>
      </w:r>
      <w:r>
        <w:t>to yeh decentralization of economy hai.</w:t>
      </w:r>
    </w:p>
    <w:p>
      <w:pPr>
        <w:jc w:val="right"/>
      </w:pPr>
      <w:r>
        <w:t>تو یہ ڈی سینٹرلائزیشن اف اکانومی ہے۔</w:t>
      </w:r>
    </w:p>
    <w:p>
      <w:r>
        <w:rPr>
          <w:b/>
        </w:rPr>
        <w:t xml:space="preserve">[1:20:34] </w:t>
      </w:r>
      <w:r>
        <w:t>to yeh bohat zabardast baat hai ke aik zamanay aaye ga jabkay paisa sirf kuch logon ke paas nahi rahay ga, balkay paisa jo hai, phail jaye ga sab ke paas.</w:t>
      </w:r>
    </w:p>
    <w:p>
      <w:pPr>
        <w:jc w:val="right"/>
      </w:pPr>
      <w:r>
        <w:t>تو یہ بہت زبردست بات ہے کہ ایک زمانہ آئے گا جبکہ پیسہ صرف کچھ لوگوں کے پاس نہیں رہے گا، بلکہ پیسہ جو ہے، پھیل جائے گا سب کے پاس۔</w:t>
      </w:r>
    </w:p>
    <w:p>
      <w:r>
        <w:rPr>
          <w:b/>
        </w:rPr>
        <w:t xml:space="preserve">[1:20:45] </w:t>
      </w:r>
      <w:r>
        <w:t>to aaj aap dekh rahay hain yeh phenomenon. yeh to bohat bara aik proof hai is baat ka ke qayamat qareeb aa gayi. qayamat qareeb aa gayi.</w:t>
      </w:r>
    </w:p>
    <w:p>
      <w:pPr>
        <w:jc w:val="right"/>
      </w:pPr>
      <w:r>
        <w:t>تو آج آپ دیکھ رہے ہیں یہ فیناومینا۔ یہ تو بہت بڑا ایک پروف ہے اس بات کا کہ قیامت قریب آ گئی۔ قیامت قریب آ گئی۔</w:t>
      </w:r>
    </w:p>
    <w:p>
      <w:r>
        <w:rPr>
          <w:b/>
        </w:rPr>
        <w:t xml:space="preserve">[1:20:58] </w:t>
      </w:r>
      <w:r>
        <w:t>hum adham garh mein jab tha, mein yani azadi se pehlay ki baat hai, 1947 se pehlay, to poooray district mein sab se pehlay car aayi thi.</w:t>
      </w:r>
    </w:p>
    <w:p>
      <w:pPr>
        <w:jc w:val="right"/>
      </w:pPr>
      <w:r>
        <w:t>ہم آدم گڑھ میں جب تھا، میں یعنی آزادی سے پہلے کی بات ہے، 1947 سے پہلے، تو پورے ڈسٹرکٹ میں سب سے پہلے کار آئی تھی۔</w:t>
      </w:r>
    </w:p>
    <w:p>
      <w:r>
        <w:rPr>
          <w:b/>
        </w:rPr>
        <w:t xml:space="preserve">[1:21:11] </w:t>
      </w:r>
      <w:r>
        <w:t>aik raja thay, raja harchand, aik car thi poori district mein. phir hamari family mein car aayi, woh to ford car hua karti thi.</w:t>
      </w:r>
    </w:p>
    <w:p>
      <w:pPr>
        <w:jc w:val="right"/>
      </w:pPr>
      <w:r>
        <w:t>ایک راجہ تھے، راجہ حرکچن، ایک کار تھی پوری ڈسٹرکٹ میں۔ پھر ہماری فیملی میں کار آئی، وہ تو فورڈ کار ہوا کرتی تھی۔</w:t>
      </w:r>
    </w:p>
    <w:p>
      <w:r>
        <w:rPr>
          <w:b/>
        </w:rPr>
        <w:t xml:space="preserve">[1:21:21] </w:t>
      </w:r>
      <w:r>
        <w:t>to poooray district mein sirf do car theen bohat dinon tak.</w:t>
      </w:r>
    </w:p>
    <w:p>
      <w:pPr>
        <w:jc w:val="right"/>
      </w:pPr>
      <w:r>
        <w:t>تو پورے ڈسٹرکٹ میں صرف دو کار تھیں بہت دنوں تک۔</w:t>
      </w:r>
    </w:p>
    <w:p>
      <w:r>
        <w:rPr>
          <w:b/>
        </w:rPr>
        <w:t xml:space="preserve">[1:21:25] </w:t>
      </w:r>
      <w:r>
        <w:t>ab to lakhon lakh carain hain, idhar jaiye, idhar car, idhar jaiye, idhar car. mamooli bahu log jo chup jatay thay, pehlay chup jatay thay, un ke paas carain hain, ghar bana rahay hain.</w:t>
      </w:r>
    </w:p>
    <w:p>
      <w:pPr>
        <w:jc w:val="right"/>
      </w:pPr>
      <w:r>
        <w:t>اب تو لاکھوں لاکھ کاریں ہیں، ادھر جائیے، ادھر کار، ادھر جائیے، ادھر کار۔ معمولی باہو لوگ جو چھپ جاتے تھے، پہلے چھپ جاتے تھے، ان کے پاس کاریں ہیں، گھر بنا رہے ہیں۔</w:t>
      </w:r>
    </w:p>
    <w:p>
      <w:r>
        <w:rPr>
          <w:b/>
        </w:rPr>
        <w:t xml:space="preserve">[1:21:36] </w:t>
      </w:r>
      <w:r>
        <w:t>to yeh jo hadith mein aata hai, yeh haqeeqat mein decentralization of economy ka phenomenon hai ke paisa jo hota tha pehlay zamanay mein, sirf landlord ke paas, woh phail jaye ga, har aadmi ke paas pohanch jaye ga.</w:t>
      </w:r>
    </w:p>
    <w:p>
      <w:pPr>
        <w:jc w:val="right"/>
      </w:pPr>
      <w:r>
        <w:t>تو یہ جو حدیث میں آتا ہے، یہ حقیقت میں ڈی سینٹرلائزیشن اف اکانومی کا فیناومینا ہے کہ پیسہ جو ہوتا تھا پہلے زمانے میں، صرف لینڈ لارڈ کے پاس، وہ پھیل جائے گا، ہر آدمی کے پاس پہنچ جائے گا۔</w:t>
      </w:r>
    </w:p>
    <w:p>
      <w:r>
        <w:rPr>
          <w:b/>
        </w:rPr>
        <w:t xml:space="preserve">[1:21:51] </w:t>
      </w:r>
      <w:r>
        <w:t>yeh bohat bara matlab hota hai ke proof hai is baat ka ke qayamat qareeb aa gayi.</w:t>
      </w:r>
    </w:p>
    <w:p>
      <w:pPr>
        <w:jc w:val="right"/>
      </w:pPr>
      <w:r>
        <w:t>یہ بہت بڑا مطلب ہوتا ہے کہ پروف ہے اس بات کا کہ قیامت قریب آ گئی۔</w:t>
      </w:r>
    </w:p>
    <w:p>
      <w:r>
        <w:rPr>
          <w:b/>
        </w:rPr>
        <w:t xml:space="preserve">[1:21:58] </w:t>
      </w:r>
      <w:r>
        <w:t>maulana, how can one develop a self checking system where he can see that he is on the right path? bhai, dekhen, sab se pehli cheez hai sincerity.</w:t>
      </w:r>
    </w:p>
    <w:p>
      <w:pPr>
        <w:jc w:val="right"/>
      </w:pPr>
      <w:r>
        <w:t>مولانا، ہاؤ کین ون ڈیویلپ ا سیلف چیکنگ سسٹم ویر ہی کین سی دیٹ ہی از ان دی رائٹ پاتھ؟ بھائی، دیکھیں، سب سے پہلی چیز ہے سنسیرٹی۔</w:t>
      </w:r>
    </w:p>
    <w:p>
      <w:r>
        <w:rPr>
          <w:b/>
        </w:rPr>
        <w:t xml:space="preserve">[1:22:12] </w:t>
      </w:r>
      <w:r>
        <w:t>sincerity nahi to kuch bhi nahi. sab se bari cheez hai sincerity.</w:t>
      </w:r>
    </w:p>
    <w:p>
      <w:pPr>
        <w:jc w:val="right"/>
      </w:pPr>
      <w:r>
        <w:t>سنسیرٹی نہیں تو کچھ بھی نہیں۔ سب سے بڑی چیز ہے سنسیرٹی۔</w:t>
      </w:r>
    </w:p>
    <w:p>
      <w:r>
        <w:rPr>
          <w:b/>
        </w:rPr>
        <w:t xml:space="preserve">[1:22:20] </w:t>
      </w:r>
      <w:r>
        <w:t>aaj hi mere paas telpur aaye, wahan se haiderabad se habib bhai ka. aaj subah ki baat batata hoon aap ko.</w:t>
      </w:r>
    </w:p>
    <w:p>
      <w:pPr>
        <w:jc w:val="right"/>
      </w:pPr>
      <w:r>
        <w:t>آج ہی میرے پاس ٹیلپور آئے، وہاں سے حیدرآباد سے حبیب بھائی کا۔ آج صبح کی بات بتاتا ہوں آپ کو۔</w:t>
      </w:r>
    </w:p>
    <w:p>
      <w:r>
        <w:rPr>
          <w:b/>
        </w:rPr>
        <w:t xml:space="preserve">[1:22:27] </w:t>
      </w:r>
      <w:r>
        <w:t>to bataya unhon ne ke ek sahib hain jo bohat mashhoor hain, aap jante hain un logon ko, main naam nahi loon ga ke un ka video kaise suna. unhon ne bare dhoom ki taqreer is mein thi.</w:t>
      </w:r>
    </w:p>
    <w:p>
      <w:pPr>
        <w:jc w:val="right"/>
      </w:pPr>
      <w:r>
        <w:t>تو بتایا انہوں نے کہ ایک صاحب ہیں جو بہت مشہور ہیں، آپ جانتے ہیں ان لوگوں کو، میں نام نہیں لوں گا کہ ان کا ویڈیو کیسے سنا۔ انہوں نے بڑے دھوم کی تقریر اس میں تھی۔</w:t>
      </w:r>
    </w:p>
    <w:p>
      <w:r>
        <w:rPr>
          <w:b/>
        </w:rPr>
        <w:t xml:space="preserve">[1:22:38] </w:t>
      </w:r>
      <w:r>
        <w:t>wo keh rahe the ke islam mein defensive war hai hi nahi, islam mein to offensive war hai. maar maar kar dunya mein islam ki hukoomat qaim karo, ye hai islam.</w:t>
      </w:r>
    </w:p>
    <w:p>
      <w:pPr>
        <w:jc w:val="right"/>
      </w:pPr>
      <w:r>
        <w:t>وہ کہہ رہے تھے کہ اسلام میں ڈیفنسو وار ہے ہی نہیں، اسلام میں تو افینسو وار ہے۔ مار مار کر دنیا میں اسلام کی حکومت قائم کرو، یہ ہے اسلام۔</w:t>
      </w:r>
    </w:p>
    <w:p>
      <w:r>
        <w:rPr>
          <w:b/>
        </w:rPr>
        <w:t xml:space="preserve">[1:22:50] </w:t>
      </w:r>
      <w:r>
        <w:t>sab ko maar maar kar ke islam ka rule sari dunya mein banao, ye islam hai. defensive war kuch nahi hai islam</w:t>
      </w:r>
    </w:p>
    <w:p>
      <w:pPr>
        <w:jc w:val="right"/>
      </w:pPr>
      <w:r>
        <w:t>سب کو مار مار کر کے اسلام کا رول ساری دنیا میں بناؤ، یہ اسلام ہے۔ ڈیفنسو وار کچھ نہیں ہے اسلام</w:t>
      </w:r>
    </w:p>
    <w:p>
      <w:r>
        <w:rPr>
          <w:b/>
        </w:rPr>
        <w:t xml:space="preserve">[1:22:57] </w:t>
      </w:r>
      <w:r>
        <w:t>mein. unhon ne kaha ke defensive war concept to angrezon ka diya hua hai. islam mein defensive war hai hi nahi, ye baat angrezon ne phailai.</w:t>
      </w:r>
    </w:p>
    <w:p>
      <w:pPr>
        <w:jc w:val="right"/>
      </w:pPr>
      <w:r>
        <w:t>میں۔ انہوں نے کہا کہ ڈیفنسو وار کانسیپٹ تو انگریزوں کا دیا ہوا ہے۔ اسلام میں ڈیفنسو وار ہے ہی نہیں، یہ بات انگریزوں نے پھیلائی۔</w:t>
      </w:r>
    </w:p>
    <w:p>
      <w:r>
        <w:rPr>
          <w:b/>
        </w:rPr>
        <w:t xml:space="preserve">[1:23:07] </w:t>
      </w:r>
      <w:r>
        <w:t>islam to offensive war hai. aur main ne un se poocha, koi unhon ne kiya, un ka argument kya tha ke kuch nahi, bas taqreer kar rahe hain, taqreer kar rahe hain, na quran se, na hadith se, kuch bata rahe hain.</w:t>
      </w:r>
    </w:p>
    <w:p>
      <w:pPr>
        <w:jc w:val="right"/>
      </w:pPr>
      <w:r>
        <w:t>اسلام تو افینسو وار ہے۔ اور میں نے ان سے پوچھا، کوئی انہوں نے کیا، ان کا ارگیومنٹ کیا تھا کہ کچھ نہیں، بس تقریر کر رہے ہیں، تقریر کر رہے ہیں، نہ قرآن سے، نہ حدیث سے، کچھ بتا رہے ہیں۔</w:t>
      </w:r>
    </w:p>
    <w:p>
      <w:r>
        <w:rPr>
          <w:b/>
        </w:rPr>
        <w:t xml:space="preserve">[1:23:19] </w:t>
      </w:r>
      <w:r>
        <w:t>to main ne kaha ke dekhiye, baat do qism</w:t>
      </w:r>
    </w:p>
    <w:p>
      <w:pPr>
        <w:jc w:val="right"/>
      </w:pPr>
      <w:r>
        <w:t>تو میں نے کہا کہ دیکھیے، بات دو قسم</w:t>
      </w:r>
    </w:p>
    <w:p>
      <w:r>
        <w:rPr>
          <w:b/>
        </w:rPr>
        <w:t xml:space="preserve">[1:23:23] </w:t>
      </w:r>
      <w:r>
        <w:t>ki hoti hai. ek hai interpretation based, ek hoti hai text based, yani text par base kar ke koi baat kehna. aur ek hai apne interpretation ko le kar koi baat kehna.</w:t>
      </w:r>
    </w:p>
    <w:p>
      <w:pPr>
        <w:jc w:val="right"/>
      </w:pPr>
      <w:r>
        <w:t>کی ہوتی ہے۔ ایک ہے انٹرپریٹیشن بیسڈ، ایک ہوتی ہے ٹیکسٹ بیسڈ، یعنی ٹیکسٹ پر بیس کر کے کوئی بات کہنا۔ اور ایک ہے اپنے انٹرپریٹیشن کو لے کر کوئی بات کہنا۔</w:t>
      </w:r>
    </w:p>
    <w:p>
      <w:r>
        <w:rPr>
          <w:b/>
        </w:rPr>
        <w:t xml:space="preserve">[1:23:36] </w:t>
      </w:r>
      <w:r>
        <w:t>to main ne kaha ke ye jo baat wo keh rahe hain, wo text based nahi hai. koi bhi quran ki ayat ya koi bhi hadith aisi nahi hai jo ye kahe ke islam mein to defensive war hai hi nahi, islam mein to offensive war hai, maar maar ke islam ka rule banao sari dunya mein.</w:t>
      </w:r>
    </w:p>
    <w:p>
      <w:pPr>
        <w:jc w:val="right"/>
      </w:pPr>
      <w:r>
        <w:t>تو میں نے کہا کہ یہ جو بات وہ کہہ رہے ہیں، وہ ٹیکسٹ بیسڈ نہیں ہے۔ کوئی بھی قرآن کی آیت یا کوئی بھی حدیث ایسی نہیں ہے جو یہ کہے کہ اسلام میں تو ڈیفنسو وار ہے ہی نہیں، اسلام میں تو افینسو وار ہے، مار مار کے اسلام کا رول بناؤ ساری دنیا میں۔</w:t>
      </w:r>
    </w:p>
    <w:p>
      <w:r>
        <w:rPr>
          <w:b/>
        </w:rPr>
        <w:t xml:space="preserve">[1:23:50] </w:t>
      </w:r>
      <w:r>
        <w:t>ab to koi hai nahi. kuch idhar udhar ki jo ke chor ja kar ke, jis ko kehte hain hindi mein ke idhar kahin ki eent, kahin ka rora, bar mateen ne kunba jora, idhar udhar ki cheez le kar ke unhon ne apna apna ek ek inter</w:t>
      </w:r>
    </w:p>
    <w:p>
      <w:pPr>
        <w:jc w:val="right"/>
      </w:pPr>
      <w:r>
        <w:t>اب تو کوئی ہے نہیں۔ کچھ ادھر ادھر کی جو کہ چور جا کر کے، جس کو کہتے ہیں ہندی میں کہ ادھر کہیں کی اینٹ، کہیں کا روڑا، بارمتین نے کنبہ جوڑا، ادھر ادھر کی چیز لے کر کے انہوں نے اپنا اپنا ایک ایک انٹر</w:t>
      </w:r>
    </w:p>
    <w:p>
      <w:r>
        <w:rPr>
          <w:b/>
        </w:rPr>
        <w:t xml:space="preserve">[1:24:05] </w:t>
      </w:r>
      <w:r>
        <w:t>pretation diya, bana diya ke islam jo hai aisa hai. to main ne kaha ke dekhiye. main janta hoon ke wo is tarah ki baatein karte hain. ye log aaj kal ke kuch nikle hain, is tarah ki baatein karne wale.</w:t>
      </w:r>
    </w:p>
    <w:p>
      <w:pPr>
        <w:jc w:val="right"/>
      </w:pPr>
      <w:r>
        <w:t>پریٹیشن دیا، بنا دیا کہ اسلام جو ہے ایسا ہے۔ تو میں نے کہا کہ دیکھیے۔ میں جانتا ہوں کہ وہ اس طرح کی باتیں کرتے ہیں۔ یہ لوگ آج کل کے کچھ نکلے ہیں، اس طرح کی باتیں کرنے والے۔</w:t>
      </w:r>
    </w:p>
    <w:p>
      <w:r>
        <w:rPr>
          <w:b/>
        </w:rPr>
        <w:t xml:space="preserve">[1:24:16] </w:t>
      </w:r>
      <w:r>
        <w:t>to main ne misaal di ke aap ne mujhe tel phone kiya hai, to isi ko main, wo jo un ka method of argument hota hai, agar us ko apply karoon, jante hain kya nikle ga.</w:t>
      </w:r>
    </w:p>
    <w:p>
      <w:pPr>
        <w:jc w:val="right"/>
      </w:pPr>
      <w:r>
        <w:t>تو میں نے مثال دی کہ آپ نے مجھے ٹیل فون کیا ہے، تو اسی کو میں، وہ جو ان کا میتھڈ آف ارگیومنٹ ہوتا ہے، اگر اس کو اپلائی کروں، جانتے ہیں کیا نکلے گا۔</w:t>
      </w:r>
    </w:p>
    <w:p>
      <w:r>
        <w:rPr>
          <w:b/>
        </w:rPr>
        <w:t xml:space="preserve">[1:24:28] </w:t>
      </w:r>
      <w:r>
        <w:t>is ka matlab main kahoon ke aap mujhe marwana chahte hain.</w:t>
      </w:r>
    </w:p>
    <w:p>
      <w:pPr>
        <w:jc w:val="right"/>
      </w:pPr>
      <w:r>
        <w:t>اس کا مطلب میں کہوں کہ آپ مجھے مروانا چاہتے ہیں۔</w:t>
      </w:r>
    </w:p>
    <w:p>
      <w:r>
        <w:rPr>
          <w:b/>
        </w:rPr>
        <w:t xml:space="preserve">[1:24:33] </w:t>
      </w:r>
      <w:r>
        <w:t>aap ne ek aadmi ko gun de kar chupa diya yahan par, aur aap ne tel phone sirf ye confirm karne ke liye ke main ghar par hoon, kya maujood? aur ye confirm kar ke foran us ke mobile par message de ke bhai, dekho ghar mein maujood hai, ja ke dhar se goli maro.</w:t>
      </w:r>
    </w:p>
    <w:p>
      <w:pPr>
        <w:jc w:val="right"/>
      </w:pPr>
      <w:r>
        <w:t>آپ نے ایک آدمی کو گن دے کر چھپا دیا یہاں پر، اور آپ نے ٹیل فون صرف یہ کنفرم کرنے کے لیے کہ میں گھر پر ہوں، کیا موجود؟ اور یہ کنفرم کر کے فوراً اس کے موبائل پر میسج دے کے بھئی، دیکھو گھر میں موجود ہے، جا کے دھڑ سے گولی مارو۔</w:t>
      </w:r>
    </w:p>
    <w:p>
      <w:r>
        <w:rPr>
          <w:b/>
        </w:rPr>
        <w:t xml:space="preserve">[1:24:50] </w:t>
      </w:r>
      <w:r>
        <w:t>main ne kaha ye bhi ek argument hai. in logon ka argument aise hi hota hai, yani text jo hai, yani quran aur hadith, us ko le kar ye nahi kuch baat kehte.</w:t>
      </w:r>
    </w:p>
    <w:p>
      <w:pPr>
        <w:jc w:val="right"/>
      </w:pPr>
      <w:r>
        <w:t>میں نے کہا یہ بھی ایک ارگیومنٹ ہے۔ ان لوگوں کا ارگیومنٹ ایسے ہی ہوتا ہے، یعنی ٹیکسٹ جو ہے، یعنی قرآن اور حدیث، اس کو لے کر یہ نہیں کچھ بات کہتے۔</w:t>
      </w:r>
    </w:p>
    <w:p>
      <w:r>
        <w:rPr>
          <w:b/>
        </w:rPr>
        <w:t xml:space="preserve">[1:25:01] </w:t>
      </w:r>
      <w:r>
        <w:t>apne apna dimagh chalate hain, apna interpretation, idhar ki baat, udhar ki baat, jor jor kar ke ek ek ek ek naqsha bana lete hain.</w:t>
      </w:r>
    </w:p>
    <w:p>
      <w:pPr>
        <w:jc w:val="right"/>
      </w:pPr>
      <w:r>
        <w:t>اپنے اپنا دماغ چلاتے ہیں، اپنا انٹرپریشن، ادھر کی بات، ادھر کی بات، جوڑ جوڑ کر کے ایک ایک ایک ایک نقشہ بنا لیتے ہیں۔</w:t>
      </w:r>
    </w:p>
    <w:p>
      <w:r>
        <w:rPr>
          <w:b/>
        </w:rPr>
        <w:t xml:space="preserve">[1:25:11] </w:t>
      </w:r>
      <w:r>
        <w:t>ye kya hai? sincerity. jab tak aadmi sincere na ho, wo ye bhi nahi samajh sakta ke what is difference between interpretation and text.</w:t>
      </w:r>
    </w:p>
    <w:p>
      <w:pPr>
        <w:jc w:val="right"/>
      </w:pPr>
      <w:r>
        <w:t>یہ کیا ہے؟ سنسیرٹی۔ جب تک آدمی سنسیئر نہ ہو، وہ یہ بھی نہیں سمجھ سکتا کہ واٹ از ڈیفرنس بٹو انٹرپریٹیشن اینڈ ٹیکسٹ۔</w:t>
      </w:r>
    </w:p>
    <w:p>
      <w:r>
        <w:rPr>
          <w:b/>
        </w:rPr>
        <w:t xml:space="preserve">[1:25:21] </w:t>
      </w:r>
      <w:r>
        <w:t>nahi samajh sakta us ko. wo interpretation ki baat karega aur samjhega main main text par le kar bol raha hoon.</w:t>
      </w:r>
    </w:p>
    <w:p>
      <w:pPr>
        <w:jc w:val="right"/>
      </w:pPr>
      <w:r>
        <w:t>نہیں سمجھ سکتا اس کو۔ وہ انٹرپریٹیشن کی بات کرے گا اور سمجھے گا میں میں ٹیکسٹ پر لے کر بول رہا ہوں۔</w:t>
      </w:r>
    </w:p>
    <w:p>
      <w:r>
        <w:rPr>
          <w:b/>
        </w:rPr>
        <w:t xml:space="preserve">[1:25:32] </w:t>
      </w:r>
      <w:r>
        <w:t>to behal main samajhta hoon ke koi bhi cheez dunya mein aap achieve nahi kar sakte jab tak aap sincere na hon. misaalun business hai ke aap sincerity ke baghair aap business chala sakte hain?</w:t>
      </w:r>
    </w:p>
    <w:p>
      <w:pPr>
        <w:jc w:val="right"/>
      </w:pPr>
      <w:r>
        <w:t>تو بہرحال میں سمجھتا ہوں کہ کوئی بھی چیز دنیا میں آپ اچیو نہیں کر سکتے جب تک آپ سنسیئر نہ ہوں۔ مثلاً بزنس ہے کہ آپ سنسیرٹی کے بغیر آپ بزنس چلا سکتے ہیں؟</w:t>
      </w:r>
    </w:p>
    <w:p>
      <w:r>
        <w:rPr>
          <w:b/>
        </w:rPr>
        <w:t xml:space="preserve">[1:25:43] </w:t>
      </w:r>
      <w:r>
        <w:t>job hai ke aap sincerity ke baghair koi job de ga aap ko? to religion mein log samajhte hain ke sincerity ki zaroorat hi nahi.</w:t>
      </w:r>
    </w:p>
    <w:p>
      <w:pPr>
        <w:jc w:val="right"/>
      </w:pPr>
      <w:r>
        <w:t>جاب ہے کہ آپ سنسیرٹی کے بغیر کوئی جاب دے گا آپ کو؟ تو ریلیجن میں لوگ سمجھتے ہیں کہ سنسیرٹی کی ضرورت ہی نہیں۔</w:t>
      </w:r>
    </w:p>
    <w:p>
      <w:r>
        <w:rPr>
          <w:b/>
        </w:rPr>
        <w:t xml:space="preserve">[1:25:52] </w:t>
      </w:r>
      <w:r>
        <w:t>kyun? religion ko reduce kar ke bana liya hai ek ritual, ek form hai. is mein sincerity ki kya zaroorat hai? bhai,</w:t>
      </w:r>
    </w:p>
    <w:p>
      <w:pPr>
        <w:jc w:val="right"/>
      </w:pPr>
      <w:r>
        <w:t>کیوں؟ ریلیجن کو ریڈیوس کر کے بنا لیا ہے ایک ریچول، ایک فارم ہے۔ اس میں سنسیرٹی کی کیا ضرورت ہے؟ بھئی،</w:t>
      </w:r>
    </w:p>
    <w:p>
      <w:r>
        <w:rPr>
          <w:b/>
        </w:rPr>
        <w:t xml:space="preserve">[1:25:59] </w:t>
      </w:r>
      <w:r>
        <w:t>kuch ritualistic form hai, us ko dohra lo, bas ho gaya. mind ko apply nahi karna hai. abhi jo mazhab bana rakha hai logon ne, is mein mind apply nahi hota.</w:t>
      </w:r>
    </w:p>
    <w:p>
      <w:pPr>
        <w:jc w:val="right"/>
      </w:pPr>
      <w:r>
        <w:t>کچھ ریچولسٹک فارم ہے، اس کو دہرا لو، بس ہو گیا۔ مائنڈ کو اپلائی نہیں کرنا ہے۔ ابھی جو مذہب بنا رکھا ہے لوگوں نے، اس میں مائنڈ اپلائی نہیں ہوتا۔</w:t>
      </w:r>
    </w:p>
    <w:p>
      <w:r>
        <w:rPr>
          <w:b/>
        </w:rPr>
        <w:t xml:space="preserve">[1:26:10] </w:t>
      </w:r>
      <w:r>
        <w:t>jab mind ka application band kar dein aap, jab rituals ka naam mazhab ban jaye, to phir sincerity ki zaroorat hi nahi hai. to jo aala mazhab hai, jo ooncha mazhab hai, jo aadmi ko paradise mein le jane wala hai, is mind ko apply karna parta</w:t>
      </w:r>
    </w:p>
    <w:p>
      <w:pPr>
        <w:jc w:val="right"/>
      </w:pPr>
      <w:r>
        <w:t>جب مائنڈ کا ایپلیکیشن بند کر دیں آپ، جب ریچولز کا نام مذہب بن جائے، تو پھر سنسیرٹی کی ضرورت ہی نہیں ہے۔ تو جو اعلیٰ مذہب ہے، جو اونچا مذہب ہے، جو آدمی کو پارڈائز میں لے جانے والا ہے، اس مائنڈ کو اپلائی کرنا پڑتا</w:t>
      </w:r>
    </w:p>
    <w:p>
      <w:r>
        <w:rPr>
          <w:b/>
        </w:rPr>
        <w:t xml:space="preserve">[1:26:26] </w:t>
      </w:r>
      <w:r>
        <w:t>hai. jab mind ko apply karenge aap, to zahir hai ke aap ko sincere hona pare ga. tab aap sachai ko samjhenge aur tab apne aap ko mold karenge is ke mutabiq.</w:t>
      </w:r>
    </w:p>
    <w:p>
      <w:pPr>
        <w:jc w:val="right"/>
      </w:pPr>
      <w:r>
        <w:t>ہے۔ جب مائنڈ کو اپلائی کریں گے آپ، تو ظاہر ہے کہ آپ کو سنسیئر ہونا پڑے گا۔ تب آپ سچائی کو سمجھیں گے اور تب اپنے آپ کو مولڈ کریں گے اس کے مطابق۔</w:t>
      </w:r>
    </w:p>
    <w:p>
      <w:r>
        <w:rPr>
          <w:b/>
        </w:rPr>
        <w:t xml:space="preserve">[1:26:36] </w:t>
      </w:r>
      <w:r>
        <w:t>tab aap gehrai tak pohnchen gay.</w:t>
      </w:r>
    </w:p>
    <w:p>
      <w:pPr>
        <w:jc w:val="right"/>
      </w:pPr>
      <w:r>
        <w:t>تب آپ گہرائی تک پہنچیں گے۔</w:t>
      </w:r>
    </w:p>
    <w:p>
      <w:r>
        <w:rPr>
          <w:b/>
        </w:rPr>
        <w:t xml:space="preserve">[1:26:42] </w:t>
      </w:r>
      <w:r>
        <w:t>das question is from saudi: how to do tawsuf on a continuous basis?</w:t>
      </w:r>
    </w:p>
    <w:p>
      <w:pPr>
        <w:jc w:val="right"/>
      </w:pPr>
      <w:r>
        <w:t>دس کوئسچن از فرام ستی: ہاؤ ٹو ڈو توسم ان ا کنٹینیوس بیسس؟</w:t>
      </w:r>
    </w:p>
    <w:p>
      <w:r>
        <w:rPr>
          <w:b/>
        </w:rPr>
        <w:t xml:space="preserve">[1:26:50] </w:t>
      </w:r>
      <w:r>
        <w:t>bhai, tawsuf ke liye quran mein doosra lafz aaya hai: tafakkur.</w:t>
      </w:r>
    </w:p>
    <w:p>
      <w:pPr>
        <w:jc w:val="right"/>
      </w:pPr>
      <w:r>
        <w:t>بھائی، توسم کے لیے قرآن میں دوسرا لفظ آیا ہے: تفکر۔</w:t>
      </w:r>
    </w:p>
    <w:p>
      <w:r>
        <w:rPr>
          <w:b/>
        </w:rPr>
        <w:t xml:space="preserve">[1:26:56] </w:t>
      </w:r>
      <w:r>
        <w:t>tafakkur ke maani hote hain sochna. yaani sochte rahen, sochte rahen, sochte rahen to is se woh phenomenon aata hai jis ko kehte hain tawsuf. har cheez aap sochen aap to aik aik aik cheez develop hoti hai aap ke mind mein.</w:t>
      </w:r>
    </w:p>
    <w:p>
      <w:pPr>
        <w:jc w:val="right"/>
      </w:pPr>
      <w:r>
        <w:t>تفکر کے معنی ہوتے ہیں سوچنا۔ یعنی سوچتے رہیں، سوچتے رہیں، سوچتے رہیں تو اس سے وہ فیناومینا آتا ہے جس کو کہتے ہیں توسم۔ ہر چیز آپ سوچیں آپ تو ایک ایک ایک چیز ڈیویلپ ہوتی ہے آپ کے مائنڈ میں۔</w:t>
      </w:r>
    </w:p>
    <w:p>
      <w:r>
        <w:rPr>
          <w:b/>
        </w:rPr>
        <w:t xml:space="preserve">[1:27:10] </w:t>
      </w:r>
      <w:r>
        <w:t>aik quality develop hoti hai. yaani sochte sochte sochte aik mind mein aap ke is tarah ka mind ban jata hai aap ka ke cheezon se aap baaton ko nikaal saken.</w:t>
      </w:r>
    </w:p>
    <w:p>
      <w:pPr>
        <w:jc w:val="right"/>
      </w:pPr>
      <w:r>
        <w:t>ایک کوالٹی ڈیویلپ ہوتی ہے۔ یعنی سوچتے سوچتے سوچتے ایک مائنڈ میں آپ کے اس طرح کا مائنڈ بن جاتا ہے آپ کا کہ چیزوں سے آپ باتوں کو نکال سکیں۔</w:t>
      </w:r>
    </w:p>
    <w:p>
      <w:r>
        <w:rPr>
          <w:b/>
        </w:rPr>
        <w:t xml:space="preserve">[1:27:23] </w:t>
      </w:r>
      <w:r>
        <w:t>jaise maine aaj misaal di aap ko ke rangarajan passes away. ab woh mind ne foran is tawsuf ke zariye is ko kiya kiya?</w:t>
      </w:r>
    </w:p>
    <w:p>
      <w:pPr>
        <w:jc w:val="right"/>
      </w:pPr>
      <w:r>
        <w:t>جیسے میں نے آج مثال دی آپ کو کہ رنگا راجن پاسز اوے۔ اب وہ مائنڈ نے فوراً اس توسم کے ذریعے اس کو کیا کیا؟</w:t>
      </w:r>
    </w:p>
    <w:p>
      <w:r>
        <w:rPr>
          <w:b/>
        </w:rPr>
        <w:t xml:space="preserve">[1:27:31] </w:t>
      </w:r>
      <w:r>
        <w:t>convert kiya akhirat mein ke humanity passes away. ya jaise maine aap se kaha ke poland in german hand to is ko maine woh tawsuf kar ke wahan ka nikla ke allah to jami qabz.</w:t>
      </w:r>
    </w:p>
    <w:p>
      <w:pPr>
        <w:jc w:val="right"/>
      </w:pPr>
      <w:r>
        <w:t>کنورٹ کیا آخرت میں کہ ہیومینٹی پاسز اوے۔ یا جیسے میں نے آپ سے کہا کہ پولینڈ ان جرمن ہینڈ تو اس کو میں نے وہ توسم کر کے وہاں کا نکلا کہ اللہ تو جمی قبضت۔</w:t>
      </w:r>
    </w:p>
    <w:p>
      <w:r>
        <w:rPr>
          <w:b/>
        </w:rPr>
        <w:t xml:space="preserve">[1:27:48] </w:t>
      </w:r>
      <w:r>
        <w:t>to yeh kiya hai? aap sochte rahen, sochte rahen, sochte rahen.</w:t>
      </w:r>
    </w:p>
    <w:p>
      <w:pPr>
        <w:jc w:val="right"/>
      </w:pPr>
      <w:r>
        <w:t>تو یہ کیا ہے؟ آپ سوچتے رہیں، سوچتے رہیں، سوچتے رہیں۔</w:t>
      </w:r>
    </w:p>
    <w:p>
      <w:r>
        <w:rPr>
          <w:b/>
        </w:rPr>
        <w:t xml:space="preserve">[1:27:53] </w:t>
      </w:r>
      <w:r>
        <w:t>to aap apne andar sochne ki aadat dalen. aur sab se bari buri cheez jo rukawat hai tawsuf mein, woh hai hawa culture. sab se buri cheez aaj kal ke log kiya hain?</w:t>
      </w:r>
    </w:p>
    <w:p>
      <w:pPr>
        <w:jc w:val="right"/>
      </w:pPr>
      <w:r>
        <w:t>تو آپ اپنے اندر سوچنے کی عادت ڈالیں۔ اور سب سے بڑی بری چیز جو رکاوٹ ہے توسم میں، وہ ہے ہوا کلچر۔ سب سے بری چیز آج کل کے لوگ کیا ہیں؟</w:t>
      </w:r>
    </w:p>
    <w:p>
      <w:r>
        <w:rPr>
          <w:b/>
        </w:rPr>
        <w:t xml:space="preserve">[1:28:05] </w:t>
      </w:r>
      <w:r>
        <w:t>koi maqsad hi is ka nahi hai siwaye hawa karne ke. main to jahan bhi dekhta hoon, woh sab hawa karte hain. bas jo nai nasal hai, nai nasal, woh sab hawa yahi jante hain ke hawa karo baith kar ke.</w:t>
      </w:r>
    </w:p>
    <w:p>
      <w:pPr>
        <w:jc w:val="right"/>
      </w:pPr>
      <w:r>
        <w:t>کوئی مقصد ہی اس کا نہیں ہے سوائے ہوا کرنے کے۔ میں تو جہاں بھی دیکھتا ہوں، وہ سب ہوا کرتے ہیں۔ بس جو نئی نسل ہے، نئی نسل، وہ سب ہوا یہی جانتے ہیں کہ ہوا کرو بیٹھ کر کے۔</w:t>
      </w:r>
    </w:p>
    <w:p>
      <w:r>
        <w:rPr>
          <w:b/>
        </w:rPr>
        <w:t xml:space="preserve">[1:28:17] </w:t>
      </w:r>
      <w:r>
        <w:t>aur isi liye hadith mein jata hai ke doston se to woh khoob theek rahe ga aur baap se theek nahi rahe ga. kyun? dua hawa baap se to hota nahi, hawa hota hai bachon se.</w:t>
      </w:r>
    </w:p>
    <w:p>
      <w:pPr>
        <w:jc w:val="right"/>
      </w:pPr>
      <w:r>
        <w:t>اور اسی لیے حدیث میں جاتا ہے کہ دوستوں سے تو وہ خوب ٹھیک رہے گا اور باپ سے ٹھیک نہیں رہے گا۔ کیوں؟ دعا ہوا باپ سے تو ہوتا نہیں، ہوا ہوتا ہے بچوں سے۔</w:t>
      </w:r>
    </w:p>
    <w:p>
      <w:r>
        <w:rPr>
          <w:b/>
        </w:rPr>
        <w:t xml:space="preserve">[1:28:29] </w:t>
      </w:r>
      <w:r>
        <w:t>woh apne apne sathiyon se hawa hota hai. to yeh jo hadith mein hai ke barsadiqa wajafa abba ke doston se to khoob acha bana bana rahe ga woh, aur baap se woh acha nahi bana rahe ga</w:t>
      </w:r>
    </w:p>
    <w:p>
      <w:pPr>
        <w:jc w:val="right"/>
      </w:pPr>
      <w:r>
        <w:t>وہ اپنے اپنے ساتھیوں سے ہوا ہوتا ہے۔ تو یہ جو حدیث میں ہے کہ برصدیقہ وجفا ابا کہ دوستوں سے تو خوب اچھا بنا بنا رہے گا وہ، اور باپ سے وہ اچھا نہیں بنا رہے گ</w:t>
      </w:r>
    </w:p>
    <w:p>
      <w:r>
        <w:rPr>
          <w:b/>
        </w:rPr>
        <w:t xml:space="preserve">[1:28:44] </w:t>
      </w:r>
      <w:r>
        <w:t>a. to kyun? yeh hawa culture ka aik peshangoi hai.</w:t>
      </w:r>
    </w:p>
    <w:p>
      <w:pPr>
        <w:jc w:val="right"/>
      </w:pPr>
      <w:r>
        <w:t>ا۔ تو کیوں؟ یہ ہوا کلچر کا ایک پیشنگوئی ہے۔</w:t>
      </w:r>
    </w:p>
    <w:p>
      <w:r>
        <w:rPr>
          <w:b/>
        </w:rPr>
        <w:t xml:space="preserve">[1:28:51] </w:t>
      </w:r>
      <w:r>
        <w:t>yeh hawa culture jo aaj kal aa gaya hai, entertainment culture. entertainment culture hi ko main hawa culture keh raha hoon. isi ke hadith mein pehle se bata diya gaya ke aik zamana aaye ga ke log hawa karenge.</w:t>
      </w:r>
    </w:p>
    <w:p>
      <w:pPr>
        <w:jc w:val="right"/>
      </w:pPr>
      <w:r>
        <w:t>یہ ہوا کلچر جو آج کل آ گیا ہے، انٹرٹینمنٹ کلچر۔ انٹرٹینمنٹ کلچر ہی کو میں ہوا کلچر کہہ رہا ہوں۔ اسی کے حدیث میں پہلے سے بتا دیا گیا کہ ایک زمانہ آئے گا کہ لوگ ہوا کریں گے۔</w:t>
      </w:r>
    </w:p>
    <w:p>
      <w:r>
        <w:rPr>
          <w:b/>
        </w:rPr>
        <w:t xml:space="preserve">[1:29:03] </w:t>
      </w:r>
      <w:r>
        <w:t>maine aik qissa bataya tha is se pehle ke main saudi arab gaya to wahan par aik lunch tha. woh lunch rakha gaya tha is par board par.</w:t>
      </w:r>
    </w:p>
    <w:p>
      <w:pPr>
        <w:jc w:val="right"/>
      </w:pPr>
      <w:r>
        <w:t>میں نے ایک قصہ بتایا تھا اس سے پہلے کہ میں سعودی عرب گیا تو وہاں پر ایک لنچ تھا۔ وہ لنچ رکھا گیا تھا اس پر بورڈ پر۔</w:t>
      </w:r>
    </w:p>
    <w:p>
      <w:r>
        <w:rPr>
          <w:b/>
        </w:rPr>
        <w:t xml:space="preserve">[1:29:11] </w:t>
      </w:r>
      <w:r>
        <w:t>modern qism ki board thi to woh samandar mein tair rahi thi. use wahan hum log kha rahe thay. to main aik kinare baith gaya tha, aik corner mein, aur idhar doosri taraf bohat se log baithe hue thay.</w:t>
      </w:r>
    </w:p>
    <w:p>
      <w:pPr>
        <w:jc w:val="right"/>
      </w:pPr>
      <w:r>
        <w:t>ماڈرن قسم کی بورڈ تھی تو وہ سمندر میں تیر رہی تھی۔ اسے وہاں ہم لوگ کھا رہے تھے۔ تو میں ایک کنارے بیٹھ گیا تھا، ایک کارنر میں، اور ادھر دوسری طرف بہت سے لوگ بیٹھے ہوئے تھے۔</w:t>
      </w:r>
    </w:p>
    <w:p>
      <w:r>
        <w:rPr>
          <w:b/>
        </w:rPr>
        <w:t xml:space="preserve">[1:29:21] </w:t>
      </w:r>
      <w:r>
        <w:t>woh sab top intellectuals thay aur bohat hans rahe thay, bohat hans rahe thay. to mere sath mere sath rajat thay. main un ko bheja ja ke dekhe ke kis baat pe hans rahe hain woh.</w:t>
      </w:r>
    </w:p>
    <w:p>
      <w:pPr>
        <w:jc w:val="right"/>
      </w:pPr>
      <w:r>
        <w:t>وہ سب ٹاپ انٹلیکچولز تھے اور بہت ہنس رہے تھے، بہت ہنس رہے تھے۔ تو میرے ساتھ میرے ساتھ رجت تھے۔ میں ان کو بھیجا جا کے دیکھے کہ کس بات پہ ہنس رہے ہیں وہ۔</w:t>
      </w:r>
    </w:p>
    <w:p>
      <w:r>
        <w:rPr>
          <w:b/>
        </w:rPr>
        <w:t xml:space="preserve">[1:29:30] </w:t>
      </w:r>
      <w:r>
        <w:t>mujhe un ko hansi nahi aa rahi thi. main to apne chup chap baitha tha. woh kyun hans rahe hain itna zyada? to yeh gaye wahan par, dekha ke kuch bhi nahi. har baat bahu hawa</w:t>
      </w:r>
    </w:p>
    <w:p>
      <w:pPr>
        <w:jc w:val="right"/>
      </w:pPr>
      <w:r>
        <w:t>مجھے ان کو ہنسی نہیں آ رہی تھی۔ میں تو اپنے چپ چاپ بیٹھا تھا۔ وہ کیوں ہنس رہے ہیں اتنا زیادہ؟ تو یہ گئے وہاں پر، دیکھا کہ کچھ بھی نہیں۔ ہر بات بہو ہوا</w:t>
      </w:r>
    </w:p>
    <w:p>
      <w:r>
        <w:rPr>
          <w:b/>
        </w:rPr>
        <w:t xml:space="preserve">[1:29:40] </w:t>
      </w:r>
      <w:r>
        <w:t>ke shukr kam hai. arey bhai, shukr kam hai. haan haan haan, bhai shukr zyada hai. haan haan, bhai chamcha to hai hi nahi. haan haan, yeh spoon to bara hai. haan haan, yeh spoon chota hai.</w:t>
      </w:r>
    </w:p>
    <w:p>
      <w:pPr>
        <w:jc w:val="right"/>
      </w:pPr>
      <w:r>
        <w:t>کہ شکر کم ہے۔ ارے بھئی، شکر کم ہے۔ ہاں ہاں ہاں، بھئی شکر زیادہ ہے۔ ہاں ہاں، بھئی چمچہ تو ہے ہی نہیں۔ ہاں ہاں، یہ سپون تو بڑا ہے۔ ہاں ہاں، یہ سپون چھوٹا ہے۔</w:t>
      </w:r>
    </w:p>
    <w:p>
      <w:r>
        <w:rPr>
          <w:b/>
        </w:rPr>
        <w:t xml:space="preserve">[1:29:49] </w:t>
      </w:r>
      <w:r>
        <w:t>haan haan, yeh aik hawa culture hai. har baat bahu hawa karna. to chuki yeh is tarah se aap apne baap se nahi rahte, is tarah rehne ke liye apne apne saathi chahiye.</w:t>
      </w:r>
    </w:p>
    <w:p>
      <w:pPr>
        <w:jc w:val="right"/>
      </w:pPr>
      <w:r>
        <w:t>ہاں ہاں، یہ ایک ہوا کلچر ہے۔ ہر بات بہو ہوا کرنا۔ تو چونکہ یہ اس طرح سے آپ اپنے باپ سے نہیں رہتے، اس طرح رہنے کے لیے اپنے اپنے ساتھی چاہیے۔</w:t>
      </w:r>
    </w:p>
    <w:p>
      <w:r>
        <w:rPr>
          <w:b/>
        </w:rPr>
        <w:t xml:space="preserve">[1:30:03] </w:t>
      </w:r>
      <w:r>
        <w:t>to isi liye hadith mein aata hai ke apne sathiyon se khoob theek rahe ga woh aur baap ke khilaf chale ga.</w:t>
      </w:r>
    </w:p>
    <w:p>
      <w:pPr>
        <w:jc w:val="right"/>
      </w:pPr>
      <w:r>
        <w:t>تو اسی لیے حدیث میں آتا ہے کہ اپنے ساتھیوں سے خوب ٹھیک رہے گا وہ اور باپ کے خلاف چلے گا۔</w:t>
      </w:r>
    </w:p>
    <w:p>
      <w:r>
        <w:rPr>
          <w:b/>
        </w:rPr>
        <w:t xml:space="preserve">[1:30:10] </w:t>
      </w:r>
      <w:r>
        <w:t>main america mein aik bohat hi modern shehar hai, wahan par tha. main jis ko kehte hain bay area, us mein bohat hi zabardast qism ka ghar tha aik musalman ka.</w:t>
      </w:r>
    </w:p>
    <w:p>
      <w:pPr>
        <w:jc w:val="right"/>
      </w:pPr>
      <w:r>
        <w:t>میں امریکہ میں ایک بہت ہی ماڈرن شہر ہے، وہاں پر تھا۔ میں جس کو کہتے ہیں بے ایریا، اس میں بہت ہی زبردست قسم کا گھر تھا ایک مسلمان کا۔</w:t>
      </w:r>
    </w:p>
    <w:p>
      <w:r>
        <w:rPr>
          <w:b/>
        </w:rPr>
        <w:t xml:space="preserve">[1:30:20] </w:t>
      </w:r>
      <w:r>
        <w:t>yahin gaye hue hain india ke. to main wahan baitha hua tha. in ka raat ke gyarah baje thay. ghar ke bahar bohat hi khoobsurat lawn tha. wahan par aik jagah thi, hum baithe hue thay hum log.</w:t>
      </w:r>
    </w:p>
    <w:p>
      <w:pPr>
        <w:jc w:val="right"/>
      </w:pPr>
      <w:r>
        <w:t>یہیں گئے ہوئے ہیں انڈیا کے۔ تو میں وہاں بیٹھا ہوا تھا۔ ان کا رات کے گیارہ بجے تھے۔ گھر کے باہر بہت ہی خوبصورت لان تھا۔ وہاں پر ایک جگہ تھی، ہم بیٹھے ہوئے تھے ہم لوگ۔</w:t>
      </w:r>
    </w:p>
    <w:p>
      <w:r>
        <w:rPr>
          <w:b/>
        </w:rPr>
        <w:t xml:space="preserve">[1:30:32] </w:t>
      </w:r>
      <w:r>
        <w:t>gyarah baje in ka beta nikla andar se, naujawan,</w:t>
      </w:r>
    </w:p>
    <w:p>
      <w:pPr>
        <w:jc w:val="right"/>
      </w:pPr>
      <w:r>
        <w:t>گیارہ بجے ان کا بیٹا نکلا اندر سے، نوجوان،</w:t>
      </w:r>
    </w:p>
    <w:p>
      <w:r>
        <w:rPr>
          <w:b/>
        </w:rPr>
        <w:t xml:space="preserve">[1:30:36] </w:t>
      </w:r>
      <w:r>
        <w:t>baap se kuch nahi bola. bilkul seedhe ja kar ke car kholi aur car le kar rawana ho gaya. to baap kehte hain mujh se ke dekhen, yeh jo hai, agar main is se poochun kahan ja rahe ho to mujhe poochne ke main pooch nahi sakta is se.</w:t>
      </w:r>
    </w:p>
    <w:p>
      <w:pPr>
        <w:jc w:val="right"/>
      </w:pPr>
      <w:r>
        <w:t>باپ سے کچھ نہیں بولا۔ بالکل سیدھے جا کر کے کار کھولی اور کار لے کر روانہ ہو گیا۔ تو باپ کہتے ہیں مجھ سے کہ دیکھیں، یہ جو ہے، اگر میں اس سے پوچھوں کہاں جا رہے ہو تو مجھے پوچھنے کے میں پوچھ نہیں سکتا اس سے۔</w:t>
      </w:r>
    </w:p>
    <w:p>
      <w:r>
        <w:rPr>
          <w:b/>
        </w:rPr>
        <w:t xml:space="preserve">[1:30:55] </w:t>
      </w:r>
      <w:r>
        <w:t>mujhe mein allowed nahin hoon ke mein poochun is se ke tum kahan ja rahe ho. aur jahan aur jante hain kahan ja raha hai,</w:t>
      </w:r>
    </w:p>
    <w:p>
      <w:pPr>
        <w:jc w:val="right"/>
      </w:pPr>
      <w:r>
        <w:t>مجھے میں الاؤڈ نہیں ہوں کہ میں پوچھوں اس سے کہ تم کہاں جا رہے ہو۔ اور جہاں اور جانتے ہیں کہاں جا رہا ہے،</w:t>
      </w:r>
    </w:p>
    <w:p>
      <w:r>
        <w:rPr>
          <w:b/>
        </w:rPr>
        <w:t xml:space="preserve">[1:31:02] </w:t>
      </w:r>
      <w:r>
        <w:t>wo club mein ja raha hai. wahan sab ladke ekatha hain, wahan hua karega. phir raat ko bohat der mein aayega. tab bhi yeh pooch nahin sakta ke tum kahan gaye the. to yeh to qayamat ke is peshangoi hai ke bachche jo hain,</w:t>
      </w:r>
    </w:p>
    <w:p>
      <w:pPr>
        <w:jc w:val="right"/>
      </w:pPr>
      <w:r>
        <w:t>وہ کلب میں جا رہا ہے۔ وہاں سب لڑکے اکٹھا ہیں، وہاں ہوا کرے گا۔ پھر رات کو بہت دیر میں آئے گا۔ تب بھی یہ پوچھ نہیں سکتا کہ تم کہاں گئے تھے۔ تو یہ تو قیامت کے اس پیشنگوئی ہے کہ بچے جو ہیں،</w:t>
      </w:r>
    </w:p>
    <w:p>
      <w:r>
        <w:rPr>
          <w:b/>
        </w:rPr>
        <w:t xml:space="preserve">[1:31:18] </w:t>
      </w:r>
      <w:r>
        <w:t>ji apne sathiyon se khoob theek thak rahenge aur baap se theek thak nahin rahenge. kyunke hua culture jo hai, baap se hota nahin, wo hota hai bachchon se. sab jagah yahi india mein bhi hai, yeh america mein bhi hai, europe mein har jagah yeh hai.</w:t>
      </w:r>
    </w:p>
    <w:p>
      <w:pPr>
        <w:jc w:val="right"/>
      </w:pPr>
      <w:r>
        <w:t>جی اپنے ساتھیوں سے خوب ٹھیک ٹھاک رہیں گے اور باپ سے ٹھیک ٹھاک نہیں رہیں گے۔ کیونکہ ہوا کلچر جو ہے، باپ سے ہوتا نہیں، وہ ہوتا ہے بچوں سے۔ سب جگہ یہی انڈیا میں بھی ہے، یہ امریکہ میں بھی ہے، یورپ میں ہر جگہ یہ ہے۔</w:t>
      </w:r>
    </w:p>
    <w:p>
      <w:r>
        <w:rPr>
          <w:b/>
        </w:rPr>
        <w:t xml:space="preserve">[1:31:32] </w:t>
      </w:r>
      <w:r>
        <w:t>kuch khush form qism ke log, kuch phir thinker hain, wo samajhte hain ke nahin, mere mere bete aise nahin hain. mein ek sahib ghar gaya, kaha mera beta cinema nahin, wo nahin dekhta, tv nahin dekhta, mere bachche tv nahin dekhte.</w:t>
      </w:r>
    </w:p>
    <w:p>
      <w:pPr>
        <w:jc w:val="right"/>
      </w:pPr>
      <w:r>
        <w:t>کچھ خوش فارم قسم کے لوگ، کچھ پھر تھنکر ہیں، وہ سمجھتے ہیں کہ نہیں، میرے میرے بیٹے ایسے نہیں ہیں۔ میں ایک صاحب گھر گیا، کہا میرا بیٹا سینما نہیں، وہ نہیں دیکھتا، ٹی وی نہیں دیکھتا، میرے بچے ٹی وی نہیں دیکھتے۔</w:t>
      </w:r>
    </w:p>
    <w:p>
      <w:r>
        <w:rPr>
          <w:b/>
        </w:rPr>
        <w:t xml:space="preserve">[1:31:46] </w:t>
      </w:r>
      <w:r>
        <w:t>un ke ghar mein tv nahin rakha tha unhone ke dekhen, mere ghar mein tv nahin hai, mere bachche tv nahin dekhte. ab mein jab inquiry ki to maloom hua ke sab ja kar paros mein dekhte hain.</w:t>
      </w:r>
    </w:p>
    <w:p>
      <w:pPr>
        <w:jc w:val="right"/>
      </w:pPr>
      <w:r>
        <w:t>ان کے گھر میں ٹی وی نہیں رکھا تھا انہوں نے کہ دیکھیں، میرے گھر میں ٹی وی نہیں ہے، میرے بچے ٹی وی نہیں دیکھتے۔ اب میں جب انکوائری کی تو معلوم ہوا کہ سب جا کر پڑوس میں دیکھتے ہیں۔</w:t>
      </w:r>
    </w:p>
    <w:p>
      <w:r>
        <w:rPr>
          <w:b/>
        </w:rPr>
        <w:t xml:space="preserve">[1:31:57] </w:t>
      </w:r>
      <w:r>
        <w:t>wohi bachche paros mein ja kar dekhte hain.</w:t>
      </w:r>
    </w:p>
    <w:p>
      <w:pPr>
        <w:jc w:val="right"/>
      </w:pPr>
      <w:r>
        <w:t>وہی بچے پڑوس میں جا کر دیکھتے ہیں۔</w:t>
      </w:r>
    </w:p>
    <w:p>
      <w:r>
        <w:rPr>
          <w:b/>
        </w:rPr>
        <w:t xml:space="preserve">[1:32:00] </w:t>
      </w:r>
      <w:r>
        <w:t>intezar karte rahe ke baap sahib zara sa idhar udhar hon to paros se pahunch ke ja kar tv dekhen. to bohat se log mujhe mile, aise log jo bohat hi nayi thinking un ki hoti hai.</w:t>
      </w:r>
    </w:p>
    <w:p>
      <w:pPr>
        <w:jc w:val="right"/>
      </w:pPr>
      <w:r>
        <w:t>انتظار کرتے رہے کہ باپ صاحب ذرا سا ادھر ادھر ہوں تو پڑوس سے پہنچ کے جا کر ٹی وی دیکھیں۔ تو بہت سے لوگ مجھے ملے، ایسے لوگ جو بہت ہی نئی تھنکنگ ان کی ہوتی ہے۔</w:t>
      </w:r>
    </w:p>
    <w:p>
      <w:r>
        <w:rPr>
          <w:b/>
        </w:rPr>
        <w:t xml:space="preserve">[1:32:10] </w:t>
      </w:r>
      <w:r>
        <w:t>wishful thinker kehta hoon mein un logon ko. wo samajhte hain ke mera beta exception hai, meri beti exception hai. mein ek shahar mein gaya, ek molana sahib the wahan par.</w:t>
      </w:r>
    </w:p>
    <w:p>
      <w:pPr>
        <w:jc w:val="right"/>
      </w:pPr>
      <w:r>
        <w:t>وش فل تھنکر ہو کہتا ہوں میں ان لوگوں کو۔ وہ سمجھتے ہیں کہ میرا بیٹا ایکسیپشن ہے، میری بیٹی ایکسیپشن ہے۔ میں ایک شہر میں گیا، ایک مولانا صاحب تھے وہاں پر۔</w:t>
      </w:r>
    </w:p>
    <w:p>
      <w:r>
        <w:rPr>
          <w:b/>
        </w:rPr>
        <w:t xml:space="preserve">[1:32:22] </w:t>
      </w:r>
      <w:r>
        <w:t>to apni beti ko unhone engineering padhaya tha aur bar</w:t>
      </w:r>
    </w:p>
    <w:p>
      <w:pPr>
        <w:jc w:val="right"/>
      </w:pPr>
      <w:r>
        <w:t>تو اپنی بیٹی کو انہوں نے انجینئرنگ پڑھایا تھا اور بر</w:t>
      </w:r>
    </w:p>
    <w:p>
      <w:r>
        <w:rPr>
          <w:b/>
        </w:rPr>
        <w:t xml:space="preserve">[1:32:26] </w:t>
      </w:r>
      <w:r>
        <w:t>qe mein padhaya tha. fakhr sahib ne kaha ke meri beti jo hai, burqe mein us ne padha hai engineering. ek sacha qissa bata raha hoon aap ko ke meri beti ne burqa pehan kar ke engineering kiya hai.</w:t>
      </w:r>
    </w:p>
    <w:p>
      <w:pPr>
        <w:jc w:val="right"/>
      </w:pPr>
      <w:r>
        <w:t>قے میں پڑھایا تھا۔ فخر صاحب نے کہا کہ میری بیٹی جو ہے، برقے میں اس نے پڑھا ہے انجینئرنگ۔ ایک سچا قصہ بتا رہا ہوں آپ کو کہ میری بیٹی نے برقہ پہن کر کے انجینئرنگ کیا ہے۔</w:t>
      </w:r>
    </w:p>
    <w:p>
      <w:r>
        <w:rPr>
          <w:b/>
        </w:rPr>
        <w:t xml:space="preserve">[1:32:38] </w:t>
      </w:r>
      <w:r>
        <w:t>to mein to aisa aadmi nahin hoon ke is tarah ki baaton se is mein aa jaon, frame mein aa jaon. to mein ne beti se alag mulaqat ki aur beti ki daant tipat lagaya.</w:t>
      </w:r>
    </w:p>
    <w:p>
      <w:pPr>
        <w:jc w:val="right"/>
      </w:pPr>
      <w:r>
        <w:t>تو میں تو ایسا آدمی نہیں ہوں کہ اس طرح کی باتوں سے اس میں آ جاؤں، فریم میں آ جاؤں۔ تو میں نے بیٹی سے الگ ملاقات کی اور بیٹی کی ڈانٹ ٹپٹ لگایا۔</w:t>
      </w:r>
    </w:p>
    <w:p>
      <w:r>
        <w:rPr>
          <w:b/>
        </w:rPr>
        <w:t xml:space="preserve">[1:32:49] </w:t>
      </w:r>
      <w:r>
        <w:t>us ne accept kiya ke is ka ek ek hindu ladke se dosti hai. is dosti se is ka baqayda physical contact bhi kai bar ho chuka hai. wo ladke jo burqa pehan kar jati thi college mein, aur baap sahib bohat khush the us ke bare mein.</w:t>
      </w:r>
    </w:p>
    <w:p>
      <w:pPr>
        <w:jc w:val="right"/>
      </w:pPr>
      <w:r>
        <w:t>اس نے ایکسیپٹ کیا کہ اس کا ایک ایک ہندو لڑکے سے دوستی ہے۔ اس دوستی سے اس کا باقاعدہ فزیکل کنٹیکٹ بھی کئی بار ہو چکا ہے۔ وہ لڑکے جو برقہ پہن کر جاتی تھی کالج میں، اور باپ صاحب بہت خوش تھے اس کے بارے میں۔</w:t>
      </w:r>
    </w:p>
    <w:p>
      <w:r>
        <w:rPr>
          <w:b/>
        </w:rPr>
        <w:t xml:space="preserve">[1:33:05] </w:t>
      </w:r>
      <w:r>
        <w:t>to aise aise log milte hain mujhe, jo wishful thinker qism ke log. lekin haqeeqat jo hai, wo kuch aur hai. kyunke mein hamesha andar jata hoon, inquiry karta hoon, scrutiny karta hoon.</w:t>
      </w:r>
    </w:p>
    <w:p>
      <w:pPr>
        <w:jc w:val="right"/>
      </w:pPr>
      <w:r>
        <w:t>تو ایسے ایسے لوگ ملتے ہیں مجھے، جو وش فل تھنکر قسم کے لوگ۔ لیکن حقیقت جو ہے، وہ کچھ اور ہے۔ کیونکہ میں ہمیشہ اندر جاتا ہوں، انکوائری کرتا ہوں، اسکرٹنی کرتا ہوں۔</w:t>
      </w:r>
    </w:p>
    <w:p>
      <w:r>
        <w:rPr>
          <w:b/>
        </w:rPr>
        <w:t xml:space="preserve">[1:33:17] </w:t>
      </w:r>
      <w:r>
        <w:t>baghair scrutiny kiye hue mein manta nahin baaton ko. hamesha scrutiny karta hoon. meri beti kabhi ghussa hoti hai ke aap itna pooch gach karte hain. lekin mein janta hoon ke baghair scrutiny kiye hue yeh baat maloom nahin hoti.</w:t>
      </w:r>
    </w:p>
    <w:p>
      <w:pPr>
        <w:jc w:val="right"/>
      </w:pPr>
      <w:r>
        <w:t>بغیر اسکرٹنی کیے ہوئے میں مانتا نہیں باتوں کو۔ ہمیشہ اسکرٹنی کرتا ہوں۔ میری بیٹی کبھی غصہ ہوتی ہے کہ آپ اتنا پوچھ گچھ کرتے ہیں۔ لیکن میں جانتا ہوں کہ بغیر اسکرٹنی کیے ہوئے یہ بات معلوم نہیں ہوتی۔</w:t>
      </w:r>
    </w:p>
    <w:p>
      <w:r>
        <w:rPr>
          <w:b/>
        </w:rPr>
        <w:t xml:space="preserve">[1:33:31] </w:t>
      </w:r>
      <w:r>
        <w:t>to beharhal yeh zamana aisa hai ke is ko entertainment culture kahiye ya hua culture kahiye, isi mein log jee rahe hain.</w:t>
      </w:r>
    </w:p>
    <w:p>
      <w:pPr>
        <w:jc w:val="right"/>
      </w:pPr>
      <w:r>
        <w:t>تو بہرحال یہ زمانہ ایسا ہے کہ اس کو انٹرٹینمنٹ کلچر کہیے یا ہوا کلچر کہیے، اسی میں لوگ جی رہے ہیں۔</w:t>
      </w:r>
    </w:p>
    <w:p>
      <w:r>
        <w:rPr>
          <w:b/>
        </w:rPr>
        <w:t xml:space="preserve">[1:33:40] </w:t>
      </w:r>
      <w:r>
        <w:t>is wajah se intellectual level wo kuch bhi nahin, kuch bhi nahin. mein america mein gaya, wahan par ek sahib ke ghar par do naujawan ladke the jo wohin schooling un ki hui thi.</w:t>
      </w:r>
    </w:p>
    <w:p>
      <w:pPr>
        <w:jc w:val="right"/>
      </w:pPr>
      <w:r>
        <w:t>اس وجہ سے انٹلیکچول لیول وہ کچھ بھی نہیں، کچھ بھی نہیں۔ میں امریکہ میں گیا، وہاں پر ایک صاحب کے گھر پر دو نوجوان لڑکے تھے جو وہیں سکولنگ ان کی ہوئی تھی۔</w:t>
      </w:r>
    </w:p>
    <w:p>
      <w:r>
        <w:rPr>
          <w:b/>
        </w:rPr>
        <w:t xml:space="preserve">[1:33:51] </w:t>
      </w:r>
      <w:r>
        <w:t>khoob shandar american english bolte the. bohat umda angrezi, use american lehje hum bolte the. do ladke,</w:t>
      </w:r>
    </w:p>
    <w:p>
      <w:pPr>
        <w:jc w:val="right"/>
      </w:pPr>
      <w:r>
        <w:t>خوب شاندار امریکن انگلش بولتے تھے۔ بہت عمدہ انگریزی، اسے امریکن لہجے ہم بولتے تھے۔ دو لڑکے،</w:t>
      </w:r>
    </w:p>
    <w:p>
      <w:r>
        <w:rPr>
          <w:b/>
        </w:rPr>
        <w:t xml:space="preserve">[1:33:58] </w:t>
      </w:r>
      <w:r>
        <w:t>yeh yeh waqia hai wahan ka, wo kya naam hai, los angeles ka waqia hai. to wahan par yusuf hamza ek sahib hain, bohat hamza yusuf, yeh kya naam hai, un ki speeches thin.</w:t>
      </w:r>
    </w:p>
    <w:p>
      <w:pPr>
        <w:jc w:val="right"/>
      </w:pPr>
      <w:r>
        <w:t>یہ یہ واقعہ ہے وہاں کا، وہ کیا نام ہے، لاس اینجلس کا واقعہ ہے۔ تو وہاں پر یوسف حمزہ ایک صاحب ہیں، بہت حمزہ یوسف، یہ کیا نام ہے، ان کی اسپیچز تھیں۔</w:t>
      </w:r>
    </w:p>
    <w:p>
      <w:r>
        <w:rPr>
          <w:b/>
        </w:rPr>
        <w:t xml:space="preserve">[1:34:10] </w:t>
      </w:r>
      <w:r>
        <w:t>wo american the, convert ho gaye hain. to american lehje hum bolte hain wo. aur naujawan hain, bohat popular hain wo, wahan ke muslim naujawanon mein.</w:t>
      </w:r>
    </w:p>
    <w:p>
      <w:pPr>
        <w:jc w:val="right"/>
      </w:pPr>
      <w:r>
        <w:t>وہ امریکن تھے، کروٹ ہو گئے ہیں۔ تو امریکن لہجے ہم بولتے ہیں وہ۔ اور نوجوان ہیں، بہت پاپولر ہیں وہ، وہاں کے مسلم نوجوانوں میں۔</w:t>
      </w:r>
    </w:p>
    <w:p>
      <w:r>
        <w:rPr>
          <w:b/>
        </w:rPr>
        <w:t xml:space="preserve">[1:34:19] </w:t>
      </w:r>
      <w:r>
        <w:t>to in ladkon ne bari tareef ki in ki. aur mein ne poocha ke aap ne in ki kitni speeches suni hain? kaha bohat suni hain.</w:t>
      </w:r>
    </w:p>
    <w:p>
      <w:pPr>
        <w:jc w:val="right"/>
      </w:pPr>
      <w:r>
        <w:t>تو ان لڑکوں نے بڑی تعریف کی ان کی۔ اور میں نے پوچھا کہ آپ نے ان کی کتنی سپیچز سنی ہیں؟ کہا بہت سنی ہیں۔</w:t>
      </w:r>
    </w:p>
    <w:p>
      <w:r>
        <w:rPr>
          <w:b/>
        </w:rPr>
        <w:t xml:space="preserve">[1:34:29] </w:t>
      </w:r>
      <w:r>
        <w:t>to mein ne kaha acha yeh bataiye, in ki speeches mein main point kya hota hai? abhi jo recently jo speech suni thi, unhone, mein ne is pe is pe kya kaha?</w:t>
      </w:r>
    </w:p>
    <w:p>
      <w:pPr>
        <w:jc w:val="right"/>
      </w:pPr>
      <w:r>
        <w:t>تو میں نے کہا اچھا یہ بتائیے، ان کی اسپیچز میں مین پوائنٹ کیا ہوتا ہے؟ ابھی جو ریسنٹلی جو اسپیچ سنی تھی، انہوں نے، میں نے اس پہ اس پہ کیا کہا؟</w:t>
      </w:r>
    </w:p>
    <w:p>
      <w:r>
        <w:rPr>
          <w:b/>
        </w:rPr>
        <w:t xml:space="preserve">[1:34:40] </w:t>
      </w:r>
      <w:r>
        <w:t>unhone aap yaqeen kijiye, kuch bhi nahin bata sake wo, siwaye is ke ke bohat shandar angrezi hai, bohat accent un ka american hai, yeh hai wo. kyun?</w:t>
      </w:r>
    </w:p>
    <w:p>
      <w:pPr>
        <w:jc w:val="right"/>
      </w:pPr>
      <w:r>
        <w:t>انہوں نے آپ یقین کیجئے، کچھ بھی نہیں بتا سکے وہ، سوائے اس کے کہ بہت شاندار انگریزی ہے، بہت ایکسنٹ ان کا امریکن ہے، یہ ہے وہ۔ کیوں؟</w:t>
      </w:r>
    </w:p>
    <w:p>
      <w:r>
        <w:rPr>
          <w:b/>
        </w:rPr>
        <w:t xml:space="preserve">[1:34:48] </w:t>
      </w:r>
      <w:r>
        <w:t>is ki wajah kya hai? intellectual level logon ka bohat hi past hai. achi english bolenge aur sochne ki taqat kuch bhi nahin.</w:t>
      </w:r>
    </w:p>
    <w:p>
      <w:pPr>
        <w:jc w:val="right"/>
      </w:pPr>
      <w:r>
        <w:t>اس کی وجہ کیا ہے؟ انٹلیکچول لیول لوگوں کا بہت ہی پست ہے۔ اچھی انگلش بولیں گے اور سوچنے کی طاقت کچھ بھی نہیں۔</w:t>
      </w:r>
    </w:p>
    <w:p>
      <w:r>
        <w:rPr>
          <w:b/>
        </w:rPr>
        <w:t xml:space="preserve">[1:34:57] </w:t>
      </w:r>
      <w:r>
        <w:t>yeh mein baat apne ek apne personal experience se keh raha hoon. ek sahib ghar gaya, jo un ke bachche english school mein padhe hue, bohat hi forfor angrezi bolte the.</w:t>
      </w:r>
    </w:p>
    <w:p>
      <w:pPr>
        <w:jc w:val="right"/>
      </w:pPr>
      <w:r>
        <w:t>یہ میں بات اپنے ایک اپنے پرسنل ایکسپیرینس سے کہہ رہا ہوں۔ ایک صاحب گھر گیا، جو ان کے بچے انگلش سکول میں پڑھے ہوئے، بہت ہی فرفر انگریزی بولتے تھے۔</w:t>
      </w:r>
    </w:p>
    <w:p>
      <w:r>
        <w:rPr>
          <w:b/>
        </w:rPr>
        <w:t xml:space="preserve">[1:35:10] </w:t>
      </w:r>
      <w:r>
        <w:t>to yeh yeh baat hai bombay ki, bohat shandar angrezi bolte the wo. un ke bachche teen bachche the, shayad bachiyan thin teeno.</w:t>
      </w:r>
    </w:p>
    <w:p>
      <w:pPr>
        <w:jc w:val="right"/>
      </w:pPr>
      <w:r>
        <w:t>تو یہ یہ بات ہے بمبے کی، بہت شاندار انگریزی بولتے تھے وہ۔ ان کے بچے تین بچے تھے، شاید بچیاں تھیں تینوں۔</w:t>
      </w:r>
    </w:p>
    <w:p>
      <w:r>
        <w:rPr>
          <w:b/>
        </w:rPr>
        <w:t xml:space="preserve">[1:35:21] </w:t>
      </w:r>
      <w:r>
        <w:t>to to main ne un se kaha ke ek sentence likhein. main ne kaha ke likhein: "education makes a man superman." phir main ne kaha is ka matlab bataein, is ka aap yaqeen kijiye, is mein yeh pata hi nahin sake is ko.</w:t>
      </w:r>
    </w:p>
    <w:p>
      <w:pPr>
        <w:jc w:val="right"/>
      </w:pPr>
      <w:r>
        <w:t>تو تو میں نے ان سے کہا کہ ایک سینٹنس لکھیں۔ میں نے کہا کہ لکھیں: "ایجوکیشن میکس ا مین سپر مین۔" پھر میں نے کہا اس کا مطلب بتائیں، اس کا آپ یقین کیجئے، اس میں یہ پتہ ہی نہیں سکے اس کو۔</w:t>
      </w:r>
    </w:p>
    <w:p>
      <w:r>
        <w:rPr>
          <w:b/>
        </w:rPr>
        <w:t xml:space="preserve">[1:35:38] </w:t>
      </w:r>
      <w:r>
        <w:t>aur wohi ladke jo hain cricket ke bare mein, khoob un ko jankari hai, cinema ke bare mein bohat ziyada jankari hai, woh yeh nahin bata sake ke education jo hai, insaan ko superman banata hai.</w:t>
      </w:r>
    </w:p>
    <w:p>
      <w:pPr>
        <w:jc w:val="right"/>
      </w:pPr>
      <w:r>
        <w:t>اور وہی لڑکے جو ہیں کرکٹ کے بارے میں، خوب ان کو جانکاری ہے، سینما کے بارے میں بہت زیادہ جانکاری ہے، وہ یہ نہیں بتا سکے کہ ایجوکیشن جو ہے، انسان کو سپر مین بناتا ہے۔</w:t>
      </w:r>
    </w:p>
    <w:p>
      <w:r>
        <w:rPr>
          <w:b/>
        </w:rPr>
        <w:t xml:space="preserve">[1:35:49] </w:t>
      </w:r>
      <w:r>
        <w:t>kuch bhi nahin bata sake is ke bare mein. yeh sab ka haal hai, yaqeen kijiye.</w:t>
      </w:r>
    </w:p>
    <w:p>
      <w:pPr>
        <w:jc w:val="right"/>
      </w:pPr>
      <w:r>
        <w:t>کچھ بھی نہیں بتا سکے اس کے بارے میں۔ یہ سب کا حال ہے، یقین کیجئے۔</w:t>
      </w:r>
    </w:p>
    <w:p>
      <w:r>
        <w:rPr>
          <w:b/>
        </w:rPr>
        <w:t xml:space="preserve">[1:35:53] </w:t>
      </w:r>
      <w:r>
        <w:t>kuch log khush khush full thinking mein ho sakte hain, lekin main bohat ziyada dekha hai, main ne duniya ko. mere upar 86 saal ho chuke hain, 86 saal, aur sab ko main ne isi level pe paya hai ke intellectually dwarf hain log.</w:t>
      </w:r>
    </w:p>
    <w:p>
      <w:pPr>
        <w:jc w:val="right"/>
      </w:pPr>
      <w:r>
        <w:t>کچھ لوگ خوش خوش فل تھنکنگ میں ہو سکتے ہیں، لیکن میں بہت زیادہ دیکھا ہے، میں نے دنیا کو۔ میرے اوپر 86 سال ہو چکے ہیں، 86 سال، اور سب کو میں نے اسی لیول پہ پایا ہے کہ انٹلیکچولی ڈوارف ہیں لوگ۔</w:t>
      </w:r>
    </w:p>
    <w:p>
      <w:r>
        <w:rPr>
          <w:b/>
        </w:rPr>
        <w:t xml:space="preserve">[1:36:05] </w:t>
      </w:r>
      <w:r>
        <w:t>dwarf kamate hain, khate hain, mote ho jate hain, achhe achhe kapde pehente hain, shandar gharon mein rehte hain, lekin intellectually woh dwarf hain.</w:t>
      </w:r>
    </w:p>
    <w:p>
      <w:pPr>
        <w:jc w:val="right"/>
      </w:pPr>
      <w:r>
        <w:t>ڈوارف کماتے ہیں، کھاتے ہیں، موٹے ہو جاتے ہیں، اچھے اچھے کپڑے پہنتے ہیں، شاندار گھروں میں رہتے ہیں، لیکن انٹلیکچولی وہ ڈوارف ہیں۔</w:t>
      </w:r>
    </w:p>
    <w:p>
      <w:r>
        <w:rPr>
          <w:b/>
        </w:rPr>
        <w:t xml:space="preserve">[1:36:14] </w:t>
      </w:r>
      <w:r>
        <w:t>bilkul un ke bachhe bhi intellectually dwarf hain. yeh halat hai logon ki.</w:t>
      </w:r>
    </w:p>
    <w:p>
      <w:pPr>
        <w:jc w:val="right"/>
      </w:pPr>
      <w:r>
        <w:t>بالکل ان کے بچے بھی انٹلیکچولی ڈوارف ہیں۔ یہ حالت ہے لوگوں کی۔</w:t>
      </w:r>
    </w:p>
    <w:p>
      <w:r>
        <w:rPr>
          <w:b/>
        </w:rPr>
        <w:t xml:space="preserve">[1:36:20] </w:t>
      </w:r>
      <w:r>
        <w:t>to aap sochiye ke ab qayamat qareeb aa chuki hai aur aakhri waqt aa gaya hai ke hum jaagein. kyunke baat sirf bible mein aata hai ke is ke baad sirf rona aur pachtana hoga.</w:t>
      </w:r>
    </w:p>
    <w:p>
      <w:pPr>
        <w:jc w:val="right"/>
      </w:pPr>
      <w:r>
        <w:t>تو آپ سوچیے کہ اب قیامت قریب آ چکی ہے اور آخری وقت آ گیا ہے کہ ہم جاگیں۔ کیونکہ بات صرف بائبل میں آتا ہے کہ اس کے بعد صرف رونا اور پچھتانا ہوگا۔</w:t>
      </w:r>
    </w:p>
    <w:p>
      <w:r>
        <w:rPr>
          <w:b/>
        </w:rPr>
        <w:t xml:space="preserve">[1:36:33] </w:t>
      </w:r>
      <w:r>
        <w:t>woh waqt aa gaya hai ke jab hum is is is kinare khade hon, is is ke kahan ke rona aur pachtana pachtana hoga. is ke siwa kuch hamare paas nahin hoga. yeh logon ko bataiye.</w:t>
      </w:r>
    </w:p>
    <w:p>
      <w:pPr>
        <w:jc w:val="right"/>
      </w:pPr>
      <w:r>
        <w:t>وہ وقت آ گیا ہے کہ جب ہم اس اس اس کنارے کھڑے ہوں، اس اس کے کہاں کہ رونا اور پچھتانا پچھتانا ہوگا۔ اس کے سوا کچھ ہمارے پاس نہیں ہوگا۔ یہ لوگوں کو بتائیے۔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