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Evolution of Fiqh: The Journey</w:t>
        <w:br/>
        <w:t>of Islamic Jurisprudence Dec 22, 2024</w:t>
      </w:r>
    </w:p>
    <w:p>
      <w:r>
        <w:t>https://youtu.be/Iwtb-eFjp2c</w:t>
      </w:r>
    </w:p>
    <w:p>
      <w:r>
        <w:rPr>
          <w:b/>
        </w:rPr>
        <w:t xml:space="preserve">[00:14] </w:t>
      </w:r>
      <w:r>
        <w:t>bismillah al-rahman al-rahim, wa sallallahu ala al-nabi al-karim. aaj hum ek bahut hi ahem mawzu ke oopar, topic ke oopar, cps international ke chairperson doctor farida khanam sahiba se guftugu karenge.</w:t>
      </w:r>
    </w:p>
    <w:p>
      <w:pPr>
        <w:jc w:val="right"/>
      </w:pPr>
      <w:r>
        <w:t>بسم اللہ الرحمن الرحیم، وصلی اللہ علی النبی الکریم۔ آج ہم ایک بہت ہی اہم موضوع کے اوپر، ٹاپک کے اوپر، سی پی ایس انٹرنیشنل کے چیئرپرسن ڈاکٹر فریدہ خانم صاحبہ سے گفتگو کریں گے۔</w:t>
      </w:r>
    </w:p>
    <w:p>
      <w:r>
        <w:rPr>
          <w:b/>
        </w:rPr>
        <w:t xml:space="preserve">[00:32] </w:t>
      </w:r>
      <w:r>
        <w:t>a, is topic ki ahmiyat kya hai,</w:t>
      </w:r>
    </w:p>
    <w:p>
      <w:pPr>
        <w:jc w:val="right"/>
      </w:pPr>
      <w:r>
        <w:t>اہ، اس ٹاپک کی اہمیت کیا ہے،</w:t>
      </w:r>
    </w:p>
    <w:p>
      <w:r>
        <w:rPr>
          <w:b/>
        </w:rPr>
        <w:t xml:space="preserve">[00:35] </w:t>
      </w:r>
      <w:r>
        <w:t>is ko hum, a, is mashhoor tabi al-zuhri ke is qaul se samajh sakte hain, is baat se samajh sakte hain ki unhon ne yeh kaha: "ma ubida allah bimithl al-fiqh" ki allah taala ki ibadat fiqh ke mithl nahi ki gayi.</w:t>
      </w:r>
    </w:p>
    <w:p>
      <w:pPr>
        <w:jc w:val="right"/>
      </w:pPr>
      <w:r>
        <w:t>اس کو ہم، اہ، اس مشہور تابعی الزہری کے اس قول سے سمجھ سکتے ہیں، اس بات سے سمجھ سکتے ہیں کہ انہوں نے یہ کہا: "ما عبد اللہ بمثل الفقه" کہ اللہ تعالیٰ کی عبادت فقہ کے مثل نہیں کی گئی۔</w:t>
      </w:r>
    </w:p>
    <w:p>
      <w:r>
        <w:rPr>
          <w:b/>
        </w:rPr>
        <w:t xml:space="preserve">[00:52] </w:t>
      </w:r>
      <w:r>
        <w:t>yani hamara mawzu fiqh hai. fiqh kya cheez hai? deen ko samajhna aur is ko apply karna. is par inshaallah hum, a, apni chairperson sahiba se sunenge tafseel mein.</w:t>
      </w:r>
    </w:p>
    <w:p>
      <w:pPr>
        <w:jc w:val="right"/>
      </w:pPr>
      <w:r>
        <w:t>یعنی ہمارا موضوع فقہ ہے۔ فقہ کیا چیز ہے؟ دین کو سمجھنا اور اس کو اپلائی کرنا۔ اس پر انشاءاللہ ہم، اہ، اپنی چیئرپرسن صاحبہ سے سنیں گے تفصیل میں۔</w:t>
      </w:r>
    </w:p>
    <w:p>
      <w:r>
        <w:rPr>
          <w:b/>
        </w:rPr>
        <w:t xml:space="preserve">[01:05] </w:t>
      </w:r>
      <w:r>
        <w:t>is ki aur ahemiyat kya? Allah ke Rasul sallallahu alaihi wa sallam ki ek hadees hai: "man yuridillahu khairan yufaqqihhu fid deen" ke Allah ta'ala jis ke saath bhalai ka irada karta, us ko deen ki samajh ata karta, fiqh ata karta hai.</w:t>
      </w:r>
    </w:p>
    <w:p>
      <w:pPr>
        <w:jc w:val="right"/>
      </w:pPr>
      <w:r>
        <w:t>اس کی اور اہمیت کیا؟ اللہ کے رسول صلی اللہ علیہ وسلم کی ایک حدیث ہے: "من یرید اللہ خیرا یفقه فی الدین" کہ اللہ تعالیٰ جس کے ساتھ بھلائی کا ارادہ کرتا، اس کو دین کی سمجھ عطا کرتا، فقہ عطا کرتا ہے۔</w:t>
      </w:r>
    </w:p>
    <w:p>
      <w:r>
        <w:rPr>
          <w:b/>
        </w:rPr>
        <w:t xml:space="preserve">[01:19] </w:t>
      </w:r>
      <w:r>
        <w:t>aur jaisa ke maloom hai ke, ah, ashab-e-rasul mein Ibn Abbas radiyallahu anhum, ah, apne ilm aur tafsir aur deen ki samajh ke liye bahut maroof hain.</w:t>
      </w:r>
    </w:p>
    <w:p>
      <w:pPr>
        <w:jc w:val="right"/>
      </w:pPr>
      <w:r>
        <w:t>اور جیسا کہ معلوم ہے کہ، اہ، اصحاب رسول میں ابن عباس رضی اللہ عنہما، اہ، اپنے علم اور تفسیر اور دین کی سمجھ کے لیے بہت معروف ہیں۔</w:t>
      </w:r>
    </w:p>
    <w:p>
      <w:r>
        <w:rPr>
          <w:b/>
        </w:rPr>
        <w:t xml:space="preserve">[01:33] </w:t>
      </w:r>
      <w:r>
        <w:t>Allah ke Rasul sallallahu alaihi wa sallam ne ek martaba un ko dua di thi: "Allahumma faqqihhu fid deen wa allimhu taweel" aye Allah, tu is ko deen ki fiqh ata farma, samajh ata farma, aur tafsir ka ilm ata farma.</w:t>
      </w:r>
    </w:p>
    <w:p>
      <w:pPr>
        <w:jc w:val="right"/>
      </w:pPr>
      <w:r>
        <w:t>اللہ کے رسول صلی اللہ علیہ وسلم نے ایک مرتبہ ان کو دعا دی تھی: "اللهم فقه فی الدین وعلم التاویل" اے اللہ، تو اس کو دین کی فقہ عطا فرما، سمجھ عطا فرما، اور تفسیر کا علم عطا فرما۔</w:t>
      </w:r>
    </w:p>
    <w:p>
      <w:r>
        <w:rPr>
          <w:b/>
        </w:rPr>
        <w:t xml:space="preserve">[01:49] </w:t>
      </w:r>
      <w:r>
        <w:t>to in baaton se samajh sakte hain ke fiqh ki ahemiyat kya hai deen mein. fiqh bahut ahemiyat rakhta hai.</w:t>
      </w:r>
    </w:p>
    <w:p>
      <w:pPr>
        <w:jc w:val="right"/>
      </w:pPr>
      <w:r>
        <w:t>تو ان باتوں سے سمجھ سکتے ہیں کہ فقہ کی اہمیت کیا ہے دین میں۔ فقہ بہت اہمیت رکھتا ہے۔</w:t>
      </w:r>
    </w:p>
    <w:p>
      <w:r>
        <w:rPr>
          <w:b/>
        </w:rPr>
        <w:t xml:space="preserve">[01:58] </w:t>
      </w:r>
      <w:r>
        <w:t>is ta'alluq se hum, ah, apni chairperson sahiba se sab se pehla sawal karenge ke fiqh kya cheez hai, is ka kuch introduction karain.</w:t>
      </w:r>
    </w:p>
    <w:p>
      <w:pPr>
        <w:jc w:val="right"/>
      </w:pPr>
      <w:r>
        <w:t>اس تعلق سے ہم، اہ، اپنی چیئرپرسن صاحبہ سے سب سے پہلا سوال کریں گے کہ فقہ کیا چیز ہے، اس کا کچھ انٹروڈکشن کرائیں۔</w:t>
      </w:r>
    </w:p>
    <w:p>
      <w:r>
        <w:rPr>
          <w:b/>
        </w:rPr>
        <w:t xml:space="preserve">[02:09] </w:t>
      </w:r>
      <w:r>
        <w:t>ji haan, jaise aap ne kaha ke ye bahut hi important topic hai, kyunki koi bhi kaam aap be-samjhe bojhe karein to is ki koi ahemiyat nahi hoti.</w:t>
      </w:r>
    </w:p>
    <w:p>
      <w:pPr>
        <w:jc w:val="right"/>
      </w:pPr>
      <w:r>
        <w:t>جی ہاں، جیسے آپ نے کہا کہ یہ بہت ہی امپورٹنٹ ٹاپک ہے، کیونکہ کوئی بھی کام آپ بے سمجھے بوجھے کریں تو اس کی کوئی اہمیت نہیں ہوتی۔</w:t>
      </w:r>
    </w:p>
    <w:p>
      <w:r>
        <w:rPr>
          <w:b/>
        </w:rPr>
        <w:t xml:space="preserve">[02:19] </w:t>
      </w:r>
      <w:r>
        <w:t>to isi tarah deen bhi hai. fiqh ke dekhiye, literal maani hain, gehri samajh, understanding jis ko hum angrezi mein kehte hain.</w:t>
      </w:r>
    </w:p>
    <w:p>
      <w:pPr>
        <w:jc w:val="right"/>
      </w:pPr>
      <w:r>
        <w:t>تو اسی طرح دین بھی ہے۔ فقہ کے دیکھیے، لٹرل معنی ہی ہیں، گہری سمجھ، انڈرسٹینڈنگ جس کو ہم انگریزی میں کہتے ہیں۔</w:t>
      </w:r>
    </w:p>
    <w:p>
      <w:r>
        <w:rPr>
          <w:b/>
        </w:rPr>
        <w:t xml:space="preserve">[02:29] </w:t>
      </w:r>
      <w:r>
        <w:t>to gehrai se kisi baat ko samajhna ek hai ke sirf namaz roza kar lena be-samjhe bojhe, jaise zyada tar log karte hain.</w:t>
      </w:r>
    </w:p>
    <w:p>
      <w:pPr>
        <w:jc w:val="right"/>
      </w:pPr>
      <w:r>
        <w:t>تو گہرائی سے کسی بات کو سمجھنا ایک ہے کہ صرف نماز روزہ کر لینا بے سمجھے بوجھے، جیسے زیادہ تر لوگ کرتے ہیں۔</w:t>
      </w:r>
    </w:p>
    <w:p>
      <w:r>
        <w:rPr>
          <w:b/>
        </w:rPr>
        <w:t xml:space="preserve">[02:38] </w:t>
      </w:r>
      <w:r>
        <w:t>ek hai is ko samajh kar karna, is ko, is ko achhe tareeqe se samajhna ke is se murad kya hai, is se humein kya kya, humein is, is ke kis tareeqe se is ki adayegi karni chahiye.</w:t>
      </w:r>
    </w:p>
    <w:p>
      <w:pPr>
        <w:jc w:val="right"/>
      </w:pPr>
      <w:r>
        <w:t>ایک ہے اس کو سمجھ کر کرنا، اس کو، اس کو اچھے طریقے سے سمجھنا کہ اس سے مراد کیا ہے، اس سے ہمیں کیا کیا، ہمیں اس، اس کے کس طریقے سے اس کی ادائیگی کرنی چاہیے۔</w:t>
      </w:r>
    </w:p>
    <w:p>
      <w:r>
        <w:rPr>
          <w:b/>
        </w:rPr>
        <w:t xml:space="preserve">[02:52] </w:t>
      </w:r>
      <w:r>
        <w:t>to isi tareeqe se shariat ke jo lafzi maani hain, shariat ka lafz bahut bola jata hai, is</w:t>
      </w:r>
    </w:p>
    <w:p>
      <w:pPr>
        <w:jc w:val="right"/>
      </w:pPr>
      <w:r>
        <w:t>تو اسی طریقے سے شریعت کے جو لفظی معنی ہیں، شریعت کا لفظ بہت بولا جاتا ہے، اس</w:t>
      </w:r>
    </w:p>
    <w:p>
      <w:r>
        <w:rPr>
          <w:b/>
        </w:rPr>
        <w:t xml:space="preserve">[02:58] </w:t>
      </w:r>
      <w:r>
        <w:t>ke jo lafzi maani hain, woh highway, highway kehte hain, woh chaura rasta jis par chala jaye. to Quran ne is lafz ko deen ke liye istemal kiya hai, chaura rasta yani clear cut path, ordained by God.</w:t>
      </w:r>
    </w:p>
    <w:p>
      <w:pPr>
        <w:jc w:val="right"/>
      </w:pPr>
      <w:r>
        <w:t>کے جو لفظی معنی ہیں، وہ ہائی وے، ہائی وے کہتے ہیں، وہ چوڑا راستہ جس پر چلا جائے۔ تو قرآن نے اس لفظ کو دین کے لیے استعمال کیا ہے، چوڑا راستہ یعنی کلیئر کٹ پاتھ، اڈینڈ بائی گاڈ۔</w:t>
      </w:r>
    </w:p>
    <w:p>
      <w:r>
        <w:rPr>
          <w:b/>
        </w:rPr>
        <w:t xml:space="preserve">[03:16] </w:t>
      </w:r>
      <w:r>
        <w:t>to shuru mein dekhiye, ilm aur fiqh dono synonyms words the.</w:t>
      </w:r>
    </w:p>
    <w:p>
      <w:pPr>
        <w:jc w:val="right"/>
      </w:pPr>
      <w:r>
        <w:t>تو شروع میں دیکھیے، علم اور فقہ دونوں سینونیمس ورڈز تھے۔</w:t>
      </w:r>
    </w:p>
    <w:p>
      <w:r>
        <w:rPr>
          <w:b/>
        </w:rPr>
        <w:t xml:space="preserve">[03:22] </w:t>
      </w:r>
      <w:r>
        <w:t>baad mein jab, jab ahkam par, ahkam wali hadeeson par zyada zor diya jane laga to is mein fiqh ka lafz jo hai, woh alag ek term ban gaya.</w:t>
      </w:r>
    </w:p>
    <w:p>
      <w:pPr>
        <w:jc w:val="right"/>
      </w:pPr>
      <w:r>
        <w:t>بعد میں جب، جب احکام پر، احکام والی حدیثوں پر زیادہ زور دیا جانے لگا تو اس میں فقہ کا لفظ جو ہے، وہ الگ ایک ٹرم بن گیا۔</w:t>
      </w:r>
    </w:p>
    <w:p>
      <w:r>
        <w:rPr>
          <w:b/>
        </w:rPr>
        <w:t xml:space="preserve">[03:34] </w:t>
      </w:r>
      <w:r>
        <w:t>to ye doosri sadi hijri se fiqh ka lafz sirf qanooni ahkam ke liye istemal hone laga. to woh jo fuqaha the, woh qanooni ahkam wali hadeesen jama karte the, aur muhaddiseen jo the, woh tamam hadeesen jama karte the.</w:t>
      </w:r>
    </w:p>
    <w:p>
      <w:pPr>
        <w:jc w:val="right"/>
      </w:pPr>
      <w:r>
        <w:t>تو یہ دوسری صدی ہجری سے فقہ کا لفظ صرف قانونی احکام کے لیے استعمال ہونے لگا۔ تو وہ جو فقہاء تھے، وہ قانونی احکام والی حدیثیں جمع کرتے تھے، اور محدثین جو تھے، وہ تمام حدیثیں جمع کرتے تھے۔</w:t>
      </w:r>
    </w:p>
    <w:p>
      <w:r>
        <w:rPr>
          <w:b/>
        </w:rPr>
        <w:t xml:space="preserve">[03:51] </w:t>
      </w:r>
      <w:r>
        <w:t>to faqeeh ke ausaaf jo bataya hai Hasan Basri ne ke un ko deen ki gehri samajh honi chahiye, aur duniya se be-raghbati honi chahiye, un ko ma'rifat honi chahiye, achhi gehrai, ma'rifat ki gehrai un ko honi chahiye.</w:t>
      </w:r>
    </w:p>
    <w:p>
      <w:pPr>
        <w:jc w:val="right"/>
      </w:pPr>
      <w:r>
        <w:t>تو فقیہ کے اوصاف جو بتایا ہے حسن بصری نے کہ ان کو دین کی گہری سمجھ ہونی چاہیے، اور دنیا سے بے رغبتی ہونی چاہیے، ان کو معرفت ہونی چاہیے، اچھی گہرائی، معرفت کی گہرائی ان کو ہونی چاہیے۔</w:t>
      </w:r>
    </w:p>
    <w:p>
      <w:r>
        <w:rPr>
          <w:b/>
        </w:rPr>
        <w:t xml:space="preserve">[04:09] </w:t>
      </w:r>
      <w:r>
        <w:t>aur jo bahut badi cheez hai, woh ye hai ke halaat-e-zamana se waqifiyat</w:t>
      </w:r>
    </w:p>
    <w:p>
      <w:pPr>
        <w:jc w:val="right"/>
      </w:pPr>
      <w:r>
        <w:t>اور جو بہت بڑی چیز ہے، وہ یہ ہے کہ حالات زمانہ سے واقفیت</w:t>
      </w:r>
    </w:p>
    <w:p>
      <w:r>
        <w:rPr>
          <w:b/>
        </w:rPr>
        <w:t xml:space="preserve">[04:14] </w:t>
      </w:r>
      <w:r>
        <w:t>, kyunki jab tak un ko halaat-e-zamana ki gehri waqifiyat na hogi to woh Quran ke ahkam, hadees ke ahkam, matlab deeni ahkam ko is lihaz se woh apply nahi kar payenge.</w:t>
      </w:r>
    </w:p>
    <w:p>
      <w:pPr>
        <w:jc w:val="right"/>
      </w:pPr>
      <w:r>
        <w:t>، کیونکہ جب تک ان کو حالات زمانہ کی گہری واقفیت نہ ہوگی تو وہ قرآن کے احکام، حدیث کے احکام، مطلب دینی احکام کو اس لحاظ سے وہ اپلائی نہیں کر پائیں گے۔</w:t>
      </w:r>
    </w:p>
    <w:p>
      <w:r>
        <w:rPr>
          <w:b/>
        </w:rPr>
        <w:t xml:space="preserve">[04:29] </w:t>
      </w:r>
      <w:r>
        <w:t>to is hadees mein bhi aaya hai ye lafz ke basirat be-zamani prophet ke liye aaya hai. to prophet aur da'ee aur jo bhi ulama hain, to un ko bhi ye saari khusoosiyat un ke andar ba-darja-e-atam honi chahiye,</w:t>
      </w:r>
    </w:p>
    <w:p>
      <w:pPr>
        <w:jc w:val="right"/>
      </w:pPr>
      <w:r>
        <w:t>تو اس حدیث میں بھی آیا ہے یہ لفظ کہ بصیرت بے زمانی پرافٹ کے لیے آیا ہے۔ تو پرافٹ اور داعی اور جو بھی علماء ہیں، تو ان کو بھی یہ ساری خصوصیات ان کے اندر بدرجہ عتم ہونا چاہیے،</w:t>
      </w:r>
    </w:p>
    <w:p>
      <w:r>
        <w:rPr>
          <w:b/>
        </w:rPr>
        <w:t xml:space="preserve">[04:46] </w:t>
      </w:r>
      <w:r>
        <w:t>matlab bahut zyada honi chahiye. to is tareeqe se woh deen ke usoolon ko naye halaat par apply kar sakte hain.</w:t>
      </w:r>
    </w:p>
    <w:p>
      <w:pPr>
        <w:jc w:val="right"/>
      </w:pPr>
      <w:r>
        <w:t>مطلب بہت زیادہ ہونی چاہیے۔ تو اس طریقے سے وہ دین کے اصولوں کو نئے حالات پر اپلائی کر سکتے ہیں۔</w:t>
      </w:r>
    </w:p>
    <w:p>
      <w:r>
        <w:rPr>
          <w:b/>
        </w:rPr>
        <w:t xml:space="preserve">[04:56] </w:t>
      </w:r>
      <w:r>
        <w:t>bahut si misalen hain.</w:t>
      </w:r>
    </w:p>
    <w:p>
      <w:pPr>
        <w:jc w:val="right"/>
      </w:pPr>
      <w:r>
        <w:t>بہت ساری مثالیں ہیں۔</w:t>
      </w:r>
    </w:p>
    <w:p>
      <w:r>
        <w:rPr>
          <w:b/>
        </w:rPr>
        <w:t xml:space="preserve">[04:58] </w:t>
      </w:r>
      <w:r>
        <w:t>misal ke taur par, pehle zamane mein hajj jo hai, woh oont, oont ki sawari Quran mein bhi aaya hai: "badle oont, mote oont, tum log oont se sawari kar kar ke Khuda ke ghar pahuncho." ab zamana badal gaya, to tarah tarah ki sawariyan hain,</w:t>
      </w:r>
    </w:p>
    <w:p>
      <w:pPr>
        <w:jc w:val="right"/>
      </w:pPr>
      <w:r>
        <w:t>مثال کے طور پر، پہلے زمانے میں حج جو ہے، وہ اونٹ، اونٹ کی سواری قرآن میں بھی آیا ہے: "بدلے اونٹ، موٹے اونٹ، تم لوگ اونٹ سے سواری کر کر کے خدا کے گھر پہنچو۔" اب زمانہ بدل گیا، تو طرح طرح کی سواریاں ہیں،</w:t>
      </w:r>
    </w:p>
    <w:p>
      <w:r>
        <w:rPr>
          <w:b/>
        </w:rPr>
        <w:t xml:space="preserve">[05:15] </w:t>
      </w:r>
      <w:r>
        <w:t>car hai, aur tarah tarah ki transport hai, hawai jahaz hai. pehle pani ke jahaz se log safar karte the, to is tareeqe se halaat badalte hain.</w:t>
      </w:r>
    </w:p>
    <w:p>
      <w:pPr>
        <w:jc w:val="right"/>
      </w:pPr>
      <w:r>
        <w:t>کار ہے، اور طرح طرح کی ٹرانسپورٹ ہے، ہوائی جہاز ہے۔ پہلے پانی کے جہاز سے لوگ سفر کرتے تھے، تو اس طریقے سے حالات بدلتے ہیں۔</w:t>
      </w:r>
    </w:p>
    <w:p>
      <w:r>
        <w:rPr>
          <w:b/>
        </w:rPr>
        <w:t xml:space="preserve">[05:26] </w:t>
      </w:r>
      <w:r>
        <w:t>ab bahut se log ye samajhte hain ke humein oont par hi karna chahiye safar hajj ke liye, lekin aisa nahi hai, woh halaat ke hisaab se tha.</w:t>
      </w:r>
    </w:p>
    <w:p>
      <w:pPr>
        <w:jc w:val="right"/>
      </w:pPr>
      <w:r>
        <w:t>اب بہت سے لوگ یہ سمجھتے ہیں کہ ہمیں اونٹ پر ہی کرنا چاہیے سفر حج کے لیے، لیکن ایسا نہیں ہے، وہ حالات کے حساب سے تھا۔</w:t>
      </w:r>
    </w:p>
    <w:p>
      <w:r>
        <w:rPr>
          <w:b/>
        </w:rPr>
        <w:t xml:space="preserve">[05:36] </w:t>
      </w:r>
      <w:r>
        <w:t>ab halaat badal gaye hain, to hum nayi sawariyon ka istemal kar sakte hain. to Rasulullah sallallahu alaihi wa sallam ke zamane mein fiqh bahut simple thi, kyunki Rasulullah sallallahu alaihi wa sallam maujood the, Quran utar raha</w:t>
      </w:r>
    </w:p>
    <w:p>
      <w:pPr>
        <w:jc w:val="right"/>
      </w:pPr>
      <w:r>
        <w:t>اب حالات بدل گئے ہیں، تو ہم نئی سواریوں کا استعمال کر سکتے ہیں۔ تو رسول اللہ صلی اللہ علیہ وسلم کے زمانے میں فقہ بہت سمپل تھی، کیونکہ رسول اللہ صلی اللہ علیہ وسلم موجود تھے، قرآن اتر رہا</w:t>
      </w:r>
    </w:p>
    <w:p>
      <w:r>
        <w:rPr>
          <w:b/>
        </w:rPr>
        <w:t xml:space="preserve">[05:53] </w:t>
      </w:r>
      <w:r>
        <w:t>tha. jab bhi koi masla hota tha, to Quran jo hai, us mein aa jata tha, aur Rasulullah sallallahu alaihi wa sallam is ko explain karte the.</w:t>
      </w:r>
    </w:p>
    <w:p>
      <w:pPr>
        <w:jc w:val="right"/>
      </w:pPr>
      <w:r>
        <w:t>تھا۔ جب بھی کوئی مسئلہ ہوتا تھا، تو قرآن جو ہے، اس میں آ جاتا تھا، اور رسول اللہ صلی اللہ علیہ وسلم اس کو ایکسپلین کرتے تھے۔</w:t>
      </w:r>
    </w:p>
    <w:p>
      <w:r>
        <w:rPr>
          <w:b/>
        </w:rPr>
        <w:t xml:space="preserve">[06:03] </w:t>
      </w:r>
      <w:r>
        <w:t>to is liye koi masla nahi hota tha. Rasool Allah sallallahu alaihi wa sallam na sirf explain karte the, balke is ki tashreeh karte the, aur is ko amlan is ko kar ke dikhate the.</w:t>
      </w:r>
    </w:p>
    <w:p>
      <w:pPr>
        <w:jc w:val="right"/>
      </w:pPr>
      <w:r>
        <w:t>تو اس لیے کوئی مسئلہ نہیں ہوتا تھا۔ رسول اللہ صلی اللہ علیہ وسلم نہ صرف ایکسپلین کرتے تھے، بلکہ اس کی تشریح کرتے تھے، اور اس کو عملاً اس کو کر کے دکھاتے تھے۔</w:t>
      </w:r>
    </w:p>
    <w:p>
      <w:r>
        <w:rPr>
          <w:b/>
        </w:rPr>
        <w:t xml:space="preserve">[06:14] </w:t>
      </w:r>
      <w:r>
        <w:t>misal ke taur par, jab namaz ka hukm utra to aap ne wuzu kar ke dikhaya,</w:t>
      </w:r>
    </w:p>
    <w:p>
      <w:pPr>
        <w:jc w:val="right"/>
      </w:pPr>
      <w:r>
        <w:t>مثال کے طور پر، جب نماز کا حکم اترا تو آپ نے وضو کر کے دکھایا،</w:t>
      </w:r>
    </w:p>
    <w:p>
      <w:r>
        <w:rPr>
          <w:b/>
        </w:rPr>
        <w:t xml:space="preserve">[06:20] </w:t>
      </w:r>
      <w:r>
        <w:t>aap ko Hazrat Jibraeel alaihi al-salam ne wuzu kar ke dikhaya, aur unhon ne namaz parh ke dikhai. phir aap ne apne ashaab ko dikhaya. to is tariqe se sahaba log chunke bahut zyada sanjeeda log the, woh zyada sawal jawab karte hi nahi the.</w:t>
      </w:r>
    </w:p>
    <w:p>
      <w:pPr>
        <w:jc w:val="right"/>
      </w:pPr>
      <w:r>
        <w:t>آپ کو حضرت جبرائیل علیہ السلام نے وضو کر کے دکھایا، اور انہوں نے نماز پڑھ کے دکھائی۔ پھر آپ نے اپنے اصحاب کو دکھایا۔ تو اس طریقے سے صحابہ لوگ چونکہ بہت زیادہ سنجیدہ لوگ تھے، وہ زیادہ سوال جواب کرتے ہی نہیں تھے۔</w:t>
      </w:r>
    </w:p>
    <w:p>
      <w:r>
        <w:rPr>
          <w:b/>
        </w:rPr>
        <w:t xml:space="preserve">[06:35] </w:t>
      </w:r>
      <w:r>
        <w:t>jo Rasool Allah sallallahu alaihi wa sallam ko karte dekhte, woh karne lagte, aur Quran to utar hi raha tha, to Quran ko bilkul poori tariqe se woh is ko follow karte.</w:t>
      </w:r>
    </w:p>
    <w:p>
      <w:pPr>
        <w:jc w:val="right"/>
      </w:pPr>
      <w:r>
        <w:t>جو رسول اللہ صلی اللہ علیہ وسلم کو کرتے دیکھتے، وہ کرنے لگتے، اور قرآن تو اتر ہی رہا تھا، تو قرآن کو بالکل پوری طریقے سے وہ اس کو فالو کرتے۔</w:t>
      </w:r>
    </w:p>
    <w:p>
      <w:r>
        <w:rPr>
          <w:b/>
        </w:rPr>
        <w:t xml:space="preserve">[06:49] </w:t>
      </w:r>
      <w:r>
        <w:t>to ijtihad jo hota hai, yani Quran ke ahkam ko baad mein hadees ke ahkam ko independent reasoning ke zariye, reason ke zariye se is ko samajhna, to ye jo is usool koi naya nahi tha, balke Rasool Allah sallallahu alaihi wa sallam ke zamane se hi ye shuru ho gaya tha.</w:t>
      </w:r>
    </w:p>
    <w:p>
      <w:pPr>
        <w:jc w:val="right"/>
      </w:pPr>
      <w:r>
        <w:t>تو اجتہاد جو ہوتا ہے، یعنی قرآن کے احکام کو بعد میں حدیث کے احکام کو انڈیپینڈنٹ ریزننگ کے ذریعے، ریزن کے ذریعے سے اس کو سمجھنا، تو یہ جو اس اصول کوئی نیا نہیں تھا، بلکہ رسول اللہ صلی اللہ علیہ وسلم کے زمانے سے ہی یہ شروع ہو گیا تھا۔</w:t>
      </w:r>
    </w:p>
    <w:p>
      <w:r>
        <w:rPr>
          <w:b/>
        </w:rPr>
        <w:t xml:space="preserve">[07:12] </w:t>
      </w:r>
      <w:r>
        <w:t>kyunke har waqt halaat badalte rehte hain, naye naye halaat hote hain,</w:t>
      </w:r>
    </w:p>
    <w:p>
      <w:pPr>
        <w:jc w:val="right"/>
      </w:pPr>
      <w:r>
        <w:t>کیونکہ ہر وقت حالات بدلتے رہتے ہیں، نئے نئے حالات ہوتے ہیں،</w:t>
      </w:r>
    </w:p>
    <w:p>
      <w:r>
        <w:rPr>
          <w:b/>
        </w:rPr>
        <w:t xml:space="preserve">[07:16] </w:t>
      </w:r>
      <w:r>
        <w:t>to har cheez ke liye direct command hota nahi hai Quran mein ya hadees mein. to Rasool Allah sallallahu alaihi wa sallam khud bhi raye aur qiyas se hukm dete the, aur agar koi doosra ijtihad karta apni raye se, to ab ye to understood hai ki is ko bahut hi sanjeeda hona chahiye, is ka deen par is ki kafi gehri samajh honi chahiye.</w:t>
      </w:r>
    </w:p>
    <w:p>
      <w:pPr>
        <w:jc w:val="right"/>
      </w:pPr>
      <w:r>
        <w:t>تو ہر چیز کے لیے ڈائریکٹ کمانڈمنٹ ہوتا نہیں ہے قرآن میں یا حدیث میں۔ تو رسول اللہ صلی اللہ علیہ وسلم خود بھی رائے اور قیاس سے حکم دیتے تھے، اور اگر کوئی دوسرا اجتہاد کرتا اپنی رائے سے، تو اب یہ تو انڈرسٹڈ ہے کہ اس کو بہت ہی سنجیدہ ہونا چاہیے، اس کا دین پر اس کی کافی گہری سمجھ ہونی چاہیے۔</w:t>
      </w:r>
    </w:p>
    <w:p>
      <w:r>
        <w:rPr>
          <w:b/>
        </w:rPr>
        <w:t xml:space="preserve">[07:42] </w:t>
      </w:r>
      <w:r>
        <w:t>to ye to understood hai, aur to aise log jo hain ijtihad kar sakte hain. to Rasool Allah ne ek baar, matlab aisi clear misalein hain ki ek baar ek aurat aayi, us ne kaha ki meri maa ne hajj ki munnat maangi thi,</w:t>
      </w:r>
    </w:p>
    <w:p>
      <w:pPr>
        <w:jc w:val="right"/>
      </w:pPr>
      <w:r>
        <w:t>تو یہ تو انڈرسٹڈ ہے، اور تو ایسے لوگ جو ہیں اجتہاد کر سکتے ہیں۔ تو رسول اللہ نے ایک بار، مطلب ایسی کلیئر مثالیں ہیں کہ ایک بار ایک عورت آئی، اس نے کہا کہ میری ماں نے حج کی منت مانگی تھی،</w:t>
      </w:r>
    </w:p>
    <w:p>
      <w:r>
        <w:rPr>
          <w:b/>
        </w:rPr>
        <w:t xml:space="preserve">[07:59] </w:t>
      </w:r>
      <w:r>
        <w:t>lekin woh mar gayi hajj karne se pehle, to ab main kya is ke liye hajj karun? to Rasool Allah ne farmaya ki agar tumhari maa ke upar qarz hota to tum us qarz ki adaigi na karti.</w:t>
      </w:r>
    </w:p>
    <w:p>
      <w:pPr>
        <w:jc w:val="right"/>
      </w:pPr>
      <w:r>
        <w:t>لیکن وہ مر گئی حج کرنے سے پہلے، تو اب میں کیا اس کے لیے حج کروں؟ تو رسول اللہ نے فرمایا کہ اگر تمہاری ماں کے اوپر قرض ہوتا تو تم اس قرض کی ادائیگی نہ کرتیں۔</w:t>
      </w:r>
    </w:p>
    <w:p>
      <w:r>
        <w:rPr>
          <w:b/>
        </w:rPr>
        <w:t xml:space="preserve">[08:13] </w:t>
      </w:r>
      <w:r>
        <w:t>to ye hai ijtihad ki ek dum ibtidai misalein. to isi tariqe se ek baar jab Muaz ibn Jabal kahin Yemen ke aamil, aamil kehte the governor ko, to wahan un ko bheja ja raha tha.</w:t>
      </w:r>
    </w:p>
    <w:p>
      <w:pPr>
        <w:jc w:val="right"/>
      </w:pPr>
      <w:r>
        <w:t>تو یہ ہے اجتہاد کی ایک دم ابتدائی مثالیں۔ تو اسی طریقے سے ایک بار جب معاذ ابن جبل کہیںیمن کے عامل، عامل کہتے تھے گورنر کو، تو وہاں ان کو بھیجا جا رہا تھا۔</w:t>
      </w:r>
    </w:p>
    <w:p>
      <w:r>
        <w:rPr>
          <w:b/>
        </w:rPr>
        <w:t xml:space="preserve">[08:31] </w:t>
      </w:r>
      <w:r>
        <w:t>to Rasool Allah ne poocha ki tum wahan muqaddamat ke faisle kaise karoge?</w:t>
      </w:r>
    </w:p>
    <w:p>
      <w:pPr>
        <w:jc w:val="right"/>
      </w:pPr>
      <w:r>
        <w:t>تو رسول اللہ نے پوچھا کہ تم وہاں مقدمات کے فیصلے کیسے کرو گے؟</w:t>
      </w:r>
    </w:p>
    <w:p>
      <w:r>
        <w:rPr>
          <w:b/>
        </w:rPr>
        <w:t xml:space="preserve">[08:38] </w:t>
      </w:r>
      <w:r>
        <w:t>to unhon ne bataya ki jin maamle, maamlaat mein Quran mein clear guidance hogi, wahan main Quran ke mutabiq karunga, aur hadees mere samne koi hogi to is ke mutabiq karunga, aur agar wahan bhi nahi hoga to phir main apni khoob khoob mehnat kar ke is ki guidance mein, Quran o hadees ki guidance mein, independent reasoning ke zariye se faisla karunga.</w:t>
      </w:r>
    </w:p>
    <w:p>
      <w:pPr>
        <w:jc w:val="right"/>
      </w:pPr>
      <w:r>
        <w:t>تو انہوں نے بتایا کہ جن معاملے، معاملات میں قرآن میں کلیئر گائیڈنس ہوگی، وہاں میں قرآن کے مطابق کروں گا، اور حدیث میرے سامنے کوئی ہوگی تو اس کے مطابق کروں گا، اور اگر وہاں بھی نہیں ہوگا تو پھر میں اپنی خوب خوب محنت کر کے اس کی گائیڈنس میں، قرآن و حدیث کی گائیڈنس میں، انڈیپینڈنٹ ریزننگ کے ذریعے سے فیصلہ کروں گا۔</w:t>
      </w:r>
    </w:p>
    <w:p>
      <w:r>
        <w:rPr>
          <w:b/>
        </w:rPr>
        <w:t xml:space="preserve">[09:02] </w:t>
      </w:r>
      <w:r>
        <w:t>to ye tha, ye shuruat se hi ho gaya tha.</w:t>
      </w:r>
    </w:p>
    <w:p>
      <w:pPr>
        <w:jc w:val="right"/>
      </w:pPr>
      <w:r>
        <w:t>تو یہ تھا، یہ شروعات سے ہی ہو گیا تھا۔</w:t>
      </w:r>
    </w:p>
    <w:p>
      <w:r>
        <w:rPr>
          <w:b/>
        </w:rPr>
        <w:t xml:space="preserve">[09:07] </w:t>
      </w:r>
      <w:r>
        <w:t>aaj log samajhte hain ki ijtihad nahi karna chahiye ghalti ke dar se, lekin ijtihad ek aisi zaroorat hai deen mein, deen ke naye naye halaat mein, naye naye taqazon ko mein deen ko apply karna ki is liye kaha gaya hai ki agar ghalat bhi ijtihad karoge to is is ka bhi ek sawab milega.</w:t>
      </w:r>
    </w:p>
    <w:p>
      <w:pPr>
        <w:jc w:val="right"/>
      </w:pPr>
      <w:r>
        <w:t>آج لوگ سمجھتے ہیں کہ اجتہاد نہیں کرنا چاہیے غلطی کا ڈر سے، لیکن اجتہاد ایک ایسی ضرورت ہے دین میں، دین کے نئے نئے حالات میں، نئے نئے تقاضوں کو میں دین کو اپلائی کرنا کہ اسی لیے کہا گیا ہے کہ اگر غلط بھی اجتہاد کرو گے تو اس اس کا بھی ایک ثواب ملے گا۔</w:t>
      </w:r>
    </w:p>
    <w:p>
      <w:r>
        <w:rPr>
          <w:b/>
        </w:rPr>
        <w:t xml:space="preserve">[09:30] </w:t>
      </w:r>
      <w:r>
        <w:t>agar hum sincerely kar rahe hain, agar hum poori mehnat se baat ko samajhne ki koshish kar rahe hain.</w:t>
      </w:r>
    </w:p>
    <w:p>
      <w:pPr>
        <w:jc w:val="right"/>
      </w:pPr>
      <w:r>
        <w:t>اگر ہم سنسیئرلی کر رہے ہیں، اگر ہم پوری محنت سے بات کو سمجھنے کی کوشش کر رہے ہیں۔</w:t>
      </w:r>
    </w:p>
    <w:p>
      <w:r>
        <w:rPr>
          <w:b/>
        </w:rPr>
        <w:t xml:space="preserve">[09:38] </w:t>
      </w:r>
      <w:r>
        <w:t>to ek baar Hazrat Umar ne Abu Musa Ashari se kaha ki jo cheez tum ko Quran o hadees mein na mile, khoob ghaur karo aur is ke hum shakl masail o waqiat maloom kar ke inference karo.</w:t>
      </w:r>
    </w:p>
    <w:p>
      <w:pPr>
        <w:jc w:val="right"/>
      </w:pPr>
      <w:r>
        <w:t>تو ایک بار حضرت عمر نے ابو موسیٰ اشعری سے کہا کہ جو چیز تم کو قرآن و حدیث میں نہ ملے، خوب غور کرو اور اس کے ہم شکل مسائل و واقعات معلوم کر کے انفرنس کرو۔</w:t>
      </w:r>
    </w:p>
    <w:p>
      <w:r>
        <w:rPr>
          <w:b/>
        </w:rPr>
        <w:t xml:space="preserve">[09:53] </w:t>
      </w:r>
      <w:r>
        <w:t>matlab koi ek already koi hukm hai, isi se infer karna doosre hukm ke baare mein. ab misal ke taur par sharab haraam hai,</w:t>
      </w:r>
    </w:p>
    <w:p>
      <w:pPr>
        <w:jc w:val="right"/>
      </w:pPr>
      <w:r>
        <w:t>مطلب کوئی ایک الریڈی کوئی حکم ہے، اسی سے انفر کرنا دوسرے حکم کے بارے میں۔ اب مثال کے طور پر شراب حرام ہے،</w:t>
      </w:r>
    </w:p>
    <w:p>
      <w:r>
        <w:rPr>
          <w:b/>
        </w:rPr>
        <w:t xml:space="preserve">[10:02] </w:t>
      </w:r>
      <w:r>
        <w:t>to agar koi drug leta hai to hum is se infer karega ek faqeeh ki jis tariqe se sharab haraam hai aur is ka jo cause hai, woh intoxication hai, nasha hai.</w:t>
      </w:r>
    </w:p>
    <w:p>
      <w:pPr>
        <w:jc w:val="right"/>
      </w:pPr>
      <w:r>
        <w:t>تو اگر کوئی ڈرگ لیتا ہے تو ہم اس سے انفر کرے گا ایک فقیہ کہ جس طریقے سے شراب حرام ہے اور اس کا جو کاز ہے، وہ انٹاکسیکیشن ہے، نشہ ہے۔</w:t>
      </w:r>
    </w:p>
    <w:p>
      <w:r>
        <w:rPr>
          <w:b/>
        </w:rPr>
        <w:t xml:space="preserve">[10:13] </w:t>
      </w:r>
      <w:r>
        <w:t>to agar kisi aur cheez se nasha ho raha hai to woh bhi haraam qarar diya jayega. kai log jo hain, waisi dawaiyan jo hain, tranquilizer hoti hain, bahut bahut saari dawa kha lete hain, to woh bhi isi ke zumer mein aayega.</w:t>
      </w:r>
    </w:p>
    <w:p>
      <w:pPr>
        <w:jc w:val="right"/>
      </w:pPr>
      <w:r>
        <w:t>تو اگر کسی اور چیز سے نشہ ہو رہا ہے تو وہ بھی حرام قرار دیا جائے گا۔ کئی لوگ جو ہیں، ویسی دوائیں جو ہیں، ٹرینکولائزر ہوتی ہیں، بہت بہت ساری دوا کھا لیتے ہیں، تو وہ بھی اسی کے زمرے میں آئے گا۔</w:t>
      </w:r>
    </w:p>
    <w:p>
      <w:r>
        <w:rPr>
          <w:b/>
        </w:rPr>
        <w:t xml:space="preserve">[10:29] </w:t>
      </w:r>
      <w:r>
        <w:t>asl mein dekhiye, Quran jo hai, woh ek ah guide book hai, principles ki kitab hai. agar Quran mein saari baat aa jati to woh poori encyclopedia ban jati, aur us tab bhi shayad kami reh jati, kyunke musalsal naye naye halaat samne aate rehte hain.</w:t>
      </w:r>
    </w:p>
    <w:p>
      <w:pPr>
        <w:jc w:val="right"/>
      </w:pPr>
      <w:r>
        <w:t>اصل میں دیکھیے، قرآن جو ہے، وہ ایک اہ گائیڈ بک ہے، پرنسپلز کی کتاب ہے۔ اگر قرآن میں ساری بات آ جاتی تو وہ پوری انسائیکلوپیڈیا بن جاتی، اور اس تب بھی شاید کمی رہ جاتی، کیونکہ مسلسل نئے نئے حالات سامنے آتے رہتے ہیں۔</w:t>
      </w:r>
    </w:p>
    <w:p>
      <w:r>
        <w:rPr>
          <w:b/>
        </w:rPr>
        <w:t xml:space="preserve">[10:49] </w:t>
      </w:r>
      <w:r>
        <w:t>to is liye Quran mein detail nahi di gayi, principles diye gaye hain. misal ke taur par ahd ko poori karo.</w:t>
      </w:r>
    </w:p>
    <w:p>
      <w:pPr>
        <w:jc w:val="right"/>
      </w:pPr>
      <w:r>
        <w:t>تو اس لیے قرآن میں ڈیٹیل نہیں دی گئی، پرنسپل دیے گئے ہیں۔ مثال کے طور پر عہد کو پورا کرو۔</w:t>
      </w:r>
    </w:p>
    <w:p>
      <w:r>
        <w:rPr>
          <w:b/>
        </w:rPr>
        <w:t xml:space="preserve">[10:57] </w:t>
      </w:r>
      <w:r>
        <w:t>ab ahd ko kis tarah poori karna hai? justice ke mutabiq karna hai. woh sab ek ek aalim, jis ke upar, jis ke paas gehra ilm hoga deen ka, woh is ko samjhega aur isi ke mutabiq logon ko guide karega.</w:t>
      </w:r>
    </w:p>
    <w:p>
      <w:pPr>
        <w:jc w:val="right"/>
      </w:pPr>
      <w:r>
        <w:t>اب عہد کو کس طرح پورا کرنا ہے؟ جسٹس کے مطابق کرنا ہے۔ وہ سب ایک ایک عالم، جس کے اوپر، جس کے پاس گہرا علم ہوگا دین کا، وہ اس کو سمجھے گا اور اسی کے مطابق لوگوں کو گائیڈ کرے گا۔</w:t>
      </w:r>
    </w:p>
    <w:p>
      <w:r>
        <w:rPr>
          <w:b/>
        </w:rPr>
        <w:t xml:space="preserve">[11:13] </w:t>
      </w:r>
      <w:r>
        <w:t>ab Quran mein to hai ki namaz parho. kaise namaz parhein? woh Rasool Allah sallallahu alaihi wa sallam ne parh ke dikhai, to isi tariqe se sahaba ne parhi, aur isi tariqe se generation after generation log parh rahe hain.</w:t>
      </w:r>
    </w:p>
    <w:p>
      <w:pPr>
        <w:jc w:val="right"/>
      </w:pPr>
      <w:r>
        <w:t>اب قرآن میں تو ہے کہ نماز پڑھو۔ کیسے نماز پڑھیں؟ وہ رسول اللہ صلی اللہ علیہ وسلم نے پڑھ کے دکھائی، تو اسی طریقے سے صحابہ نے پڑھی، اور اسی طریقے سے جنریشن افٹر جنریشن لوگ پڑھ رہے ہیں۔</w:t>
      </w:r>
    </w:p>
    <w:p>
      <w:r>
        <w:rPr>
          <w:b/>
        </w:rPr>
        <w:t xml:space="preserve">[11:27] </w:t>
      </w:r>
      <w:r>
        <w:t>to ye usool nikla ki Qurani ahkam ko similar situation par apply karna, yahi hai ijtihad.</w:t>
      </w:r>
    </w:p>
    <w:p>
      <w:pPr>
        <w:jc w:val="right"/>
      </w:pPr>
      <w:r>
        <w:t>تو یہ اصول نکلا کہ قرآنی احکام کو سمیلر سچویشن پر اپلائی کرنا، یہی ہے اجتہاد۔</w:t>
      </w:r>
    </w:p>
    <w:p>
      <w:r>
        <w:rPr>
          <w:b/>
        </w:rPr>
        <w:t xml:space="preserve">[11:37] </w:t>
      </w:r>
      <w:r>
        <w:t>ijma ki bhi bahut saari misalein hain. baar baar jab koi bada masla hota hai to ijma ki zaroorat pesh aati hai. ijma ka matlab hai bahut saare log mil kar ke mashwara ka.</w:t>
      </w:r>
    </w:p>
    <w:p>
      <w:pPr>
        <w:jc w:val="right"/>
      </w:pPr>
      <w:r>
        <w:t>اجماع کی بھی بہت ساری مثالیں ہیں۔ بار بار جب کوئی بڑا مسئلہ ہوتا ہے تو اجماع کی ضرورت پیش آتی ہے۔ اجماع کا مطلب ہے بہت سارے لوگ مل کر کہ مشورے کا۔</w:t>
      </w:r>
    </w:p>
    <w:p>
      <w:r>
        <w:rPr>
          <w:b/>
        </w:rPr>
        <w:t xml:space="preserve">[11:48] </w:t>
      </w:r>
      <w:r>
        <w:t>to aap jaante hain, Quran mein bahut zyada ahmiyat di gayi hai. Ek poora chapter mashware</w:t>
      </w:r>
    </w:p>
    <w:p>
      <w:pPr>
        <w:jc w:val="right"/>
      </w:pPr>
      <w:r>
        <w:t>تو آپ جانتے ہیں، قرآن میں بہت زیادہ اہمیت دی گئی ہے۔ ایک پورا چیپٹر مشورے</w:t>
      </w:r>
    </w:p>
    <w:p>
      <w:r>
        <w:rPr>
          <w:b/>
        </w:rPr>
        <w:t xml:space="preserve">[11:53] </w:t>
      </w:r>
      <w:r>
        <w:t>par hai. To jab bada koi masla hota hai to ijma kiya jaata hai. Yani jo samajhdar log hote hain, deen par achhi samajh rakhne wale hote hain, unko jama kiya jaata hai aur unse mashwara liya jaata hai.</w:t>
      </w:r>
    </w:p>
    <w:p>
      <w:pPr>
        <w:jc w:val="right"/>
      </w:pPr>
      <w:r>
        <w:t>پر ہے۔ تو جب بڑا کوئی مسئلہ ہوتا ہے تو اجماع کیا جاتا ہے۔ یعنی جو سمجھدار لوگ ہوتے ہیں، دین پر اچھی سمجھ رکھنے والے ہوتے ہیں، ان کو جمع کیا جاتا ہے اور ان سے مشورہ لیا جاتا ہے۔</w:t>
      </w:r>
    </w:p>
    <w:p>
      <w:r>
        <w:rPr>
          <w:b/>
        </w:rPr>
        <w:t xml:space="preserve">[12:09] </w:t>
      </w:r>
      <w:r>
        <w:t>to aisi jung Badr ke qaidiyon ke baare mein bhi hua aur jung Uhad ke baare mein hua ke Madine ke bahar ja ke jung ki jaye ya Madine ke andar reh kar jung ki jaye.</w:t>
      </w:r>
    </w:p>
    <w:p>
      <w:pPr>
        <w:jc w:val="right"/>
      </w:pPr>
      <w:r>
        <w:t>تو ایسی جنگ بدر کے قیدیوں کے بارے میں بھی ہوا اور جنگ احد کے بارے میں ہوا کہ مدینے کے باہر جا کے جنگ کی جائے یا مدینے کے اندر رہ کر جنگ کیا جائے۔</w:t>
      </w:r>
    </w:p>
    <w:p>
      <w:r>
        <w:rPr>
          <w:b/>
        </w:rPr>
        <w:t xml:space="preserve">[12:21] </w:t>
      </w:r>
      <w:r>
        <w:t>to ijma mein ijtimaa zaroori hai, lekin ikhtilaf hoga, ittefaq hoga. Iske baad jo consensus hota hai ya jo bhi majority hoti hai, majority opinion hoti hai, usko maan liya jaata hai.</w:t>
      </w:r>
    </w:p>
    <w:p>
      <w:pPr>
        <w:jc w:val="right"/>
      </w:pPr>
      <w:r>
        <w:t>تو اجماع میں اجتماع ضروری ہے، لیکن اختلاف ہوگا، اتفاق ہوگا۔ اس کے بعد جو کنسنسس ہوتا ہے یا جو بھی میجورٹی ہوتی ہے، میجورٹی اوپینین ہوتی ہے، اس کو مان لیا جاتا ہے۔</w:t>
      </w:r>
    </w:p>
    <w:p>
      <w:r>
        <w:rPr>
          <w:b/>
        </w:rPr>
        <w:t xml:space="preserve">[12:35] </w:t>
      </w:r>
      <w:r>
        <w:t>aur jis ki aah baat na maani jaye, woh woh woh woh usko koi woh nahi hota, usko problem nahi hota, kyunki wahan par apne emotions ko involve nahi karna hai.</w:t>
      </w:r>
    </w:p>
    <w:p>
      <w:pPr>
        <w:jc w:val="right"/>
      </w:pPr>
      <w:r>
        <w:t>اور جس کی اہ بات نہ مانی جائے، وہ وہ وہ وہ اس کو کوئی وہ نہیں ہوتا، اس کو پرابلم نہیں ہوتا، کیونکہ وہاں پر اپنے ایموشنز کو انوالو نہیں کرنا ہے۔</w:t>
      </w:r>
    </w:p>
    <w:p>
      <w:r>
        <w:rPr>
          <w:b/>
        </w:rPr>
        <w:t xml:space="preserve">[12:49] </w:t>
      </w:r>
      <w:r>
        <w:t>jo baat sach sach hai, Quran o Hadees ke mutabiq hai, aql ke mutabiq hai, bas usko maan liya jaye. Na ye ke humari baat nahi suni gayi, ye nahi.</w:t>
      </w:r>
    </w:p>
    <w:p>
      <w:pPr>
        <w:jc w:val="right"/>
      </w:pPr>
      <w:r>
        <w:t>جو بات سچ سچ ہے، قرآن و حدیث کے مطابق ہے، عقل کے مطابق ہے، بس اس کو مان لیا جائے۔ نہ یہ کہ ہماری بات نہیں سنی گئی، یہ نہیں۔</w:t>
      </w:r>
    </w:p>
    <w:p>
      <w:r>
        <w:rPr>
          <w:b/>
        </w:rPr>
        <w:t xml:space="preserve">[13:01] </w:t>
      </w:r>
      <w:r>
        <w:t>to ab ye log kehte hain ke Sharm Rasool par ijma ho gaya hai. Ye bilkul galat hai. Maulana ne likha hai, kyunki kitaabon mein fuqaha ne apni rai likh di hai.</w:t>
      </w:r>
    </w:p>
    <w:p>
      <w:pPr>
        <w:jc w:val="right"/>
      </w:pPr>
      <w:r>
        <w:t>تو اب یہ لوگ کہتے ہیں کہ شرم رسول پر اجماع ہو گیا ہے۔ یہ بالکل غلط ہے۔ مولانا نے لکھا ہے، کیونکہ کتابوں میں فقہاء نے اپنی رائے لکھ دی ہے۔</w:t>
      </w:r>
    </w:p>
    <w:p>
      <w:r>
        <w:rPr>
          <w:b/>
        </w:rPr>
        <w:t xml:space="preserve">[13:12] </w:t>
      </w:r>
      <w:r>
        <w:t>fuqaha kya karte hain? Unse pehle jo predecessors hain, unki jo rai hai, usi ko aage badha det</w:t>
      </w:r>
    </w:p>
    <w:p>
      <w:pPr>
        <w:jc w:val="right"/>
      </w:pPr>
      <w:r>
        <w:t>فقہاء کیا کرتے ہیں؟ ان سے پہلے جو پریڈیسیسرز ہیں، ان کی جو رائے ہے، اسی کو آگے بڑھا دیت</w:t>
      </w:r>
    </w:p>
    <w:p>
      <w:r>
        <w:rPr>
          <w:b/>
        </w:rPr>
        <w:t xml:space="preserve">[13:18] </w:t>
      </w:r>
      <w:r>
        <w:t>e hain. Is tareeqe se woh rai jo hai, badhti chali jaati hai. Lekin ye ijma nahi hota. Ijma mein ijtimaa zaroori hai.</w:t>
      </w:r>
    </w:p>
    <w:p>
      <w:pPr>
        <w:jc w:val="right"/>
      </w:pPr>
      <w:r>
        <w:t>ے ہیں۔ اس طریقے سے وہ رائے جو ہے، بڑھتی چلی جاتی ہے۔ لیکن یہ اجماع نہیں ہوتا۔ اجماع میں اجتماع ضروری ہے۔</w:t>
      </w:r>
    </w:p>
    <w:p>
      <w:r>
        <w:rPr>
          <w:b/>
        </w:rPr>
        <w:t xml:space="preserve">[13:27] </w:t>
      </w:r>
      <w:r>
        <w:t>ijtimaa zaroori hai aur ijtimaa mein ittefaq hota hai, ikhtilaf hota hai. Iske baad koi consensus hota hai, usko ijma kehte hain. To ye hai, is mein maine thoda sa explain karne ki koshish ki hai.</w:t>
      </w:r>
    </w:p>
    <w:p>
      <w:pPr>
        <w:jc w:val="right"/>
      </w:pPr>
      <w:r>
        <w:t>اجتماع ضروری ہے اور اجتماع میں اتفاق ہوتا ہے، اختلاف ہوتا ہے۔ اس کے بعد کوئی کنسنسس ہوتا ہے، اس کو اجماع کہتے ہیں۔ تو یہ ہے، اس میں میں نے تھوڑا سا ایکسپلین کرنے کی کوشش کی ہے۔</w:t>
      </w:r>
    </w:p>
    <w:p>
      <w:r>
        <w:rPr>
          <w:b/>
        </w:rPr>
        <w:t xml:space="preserve">[13:43] </w:t>
      </w:r>
      <w:r>
        <w:t>aap ne bahut achhi baat batayi.</w:t>
      </w:r>
    </w:p>
    <w:p>
      <w:pPr>
        <w:jc w:val="right"/>
      </w:pPr>
      <w:r>
        <w:t>آپ نے بہت اچھی بات بتائی۔</w:t>
      </w:r>
    </w:p>
    <w:p>
      <w:r>
        <w:rPr>
          <w:b/>
        </w:rPr>
        <w:t xml:space="preserve">[13:45] </w:t>
      </w:r>
      <w:r>
        <w:t>is par main ek misaal ke zariye jo aap ne sawari ki misaal di thi, us Hadees ke zariye main thoda ek cheez add karunga.</w:t>
      </w:r>
    </w:p>
    <w:p>
      <w:pPr>
        <w:jc w:val="right"/>
      </w:pPr>
      <w:r>
        <w:t>اس پر میں ایک مثال کے ذریعے جو آپ نے سواری کی مثال دی تھی، اس حدیث کے ذریعے میں تھوڑا ایک چیز ایڈ کروں گا۔</w:t>
      </w:r>
    </w:p>
    <w:p>
      <w:r>
        <w:rPr>
          <w:b/>
        </w:rPr>
        <w:t xml:space="preserve">[13:54] </w:t>
      </w:r>
      <w:r>
        <w:t>Allah ke Rasool sallallahu alaihi wa sallam ne ye kaha ke ghode ke baare mein ke ghode aadmi jo rakhte hain, woh teen qisam ke hote hain, teen maqsad hote hain insaan ko rakhne ke.</w:t>
      </w:r>
    </w:p>
    <w:p>
      <w:pPr>
        <w:jc w:val="right"/>
      </w:pPr>
      <w:r>
        <w:t>اللہ کے رسول صلی اللہ علیہ وسلم نے یہ کہا کہ گھوڑے کے بارے میں کہ گھوڑے آدمی جو رکھتے ہیں، وہ تین قسم کے ہوتے ہیں، تین مقصد ہوتے ہیں انسان کو رکھنے کے۔</w:t>
      </w:r>
    </w:p>
    <w:p>
      <w:r>
        <w:rPr>
          <w:b/>
        </w:rPr>
        <w:t xml:space="preserve">[14:05] </w:t>
      </w:r>
      <w:r>
        <w:t>ek ye ke woh ghoda rakhe Allah ke raaste mein istemal karne ke liye,</w:t>
      </w:r>
    </w:p>
    <w:p>
      <w:pPr>
        <w:jc w:val="right"/>
      </w:pPr>
      <w:r>
        <w:t>ایک یہ کہ وہ گھوڑا رکھے اللہ کے راستے میں استعمال کرنے کے لیے،</w:t>
      </w:r>
    </w:p>
    <w:p>
      <w:r>
        <w:rPr>
          <w:b/>
        </w:rPr>
        <w:t xml:space="preserve">[14:10] </w:t>
      </w:r>
      <w:r>
        <w:t>to uski qeemat, us par charhna, kisi ko agar woh de raha hai istemal karne ke liye, usko khilana pilana, woh sab us par ajr hai, usko sawab hai, reward.</w:t>
      </w:r>
    </w:p>
    <w:p>
      <w:pPr>
        <w:jc w:val="right"/>
      </w:pPr>
      <w:r>
        <w:t>تو اس کی قیمت، اس پر چڑھنا، کسی کو اگر وہ دے رہا ہے استعمال کرنے کے لیے، اس کو کھلانا پلانا، وہ سب اس پر اجر ہے، اس کو ثواب ہے، ریوارڈ۔</w:t>
      </w:r>
    </w:p>
    <w:p>
      <w:r>
        <w:rPr>
          <w:b/>
        </w:rPr>
        <w:t xml:space="preserve">[14:21] </w:t>
      </w:r>
      <w:r>
        <w:t>kuch log hote hain jo ghode ko rakhte hain dikhawe ke liye, show off ke liye, to uski qeemat, uska khilana pilana aur usko baandh kar rakhna, sab uske liye gunah ho sakta hai.</w:t>
      </w:r>
    </w:p>
    <w:p>
      <w:pPr>
        <w:jc w:val="right"/>
      </w:pPr>
      <w:r>
        <w:t>کچھ لوگ ہوتے ہیں جو گھوڑے کو رکھتے ہیں دکھاوے کے لیے، شو آف کے لیے، تو اس کی قیمت، اس کا کھلانا پلانا اور اس کو باندھ کر رکھنا، سب اس کے لیے گناہ ہو سکتا ہے۔</w:t>
      </w:r>
    </w:p>
    <w:p>
      <w:r>
        <w:rPr>
          <w:b/>
        </w:rPr>
        <w:t xml:space="preserve">[14:34] </w:t>
      </w:r>
      <w:r>
        <w:t>aur kuch log hote hain jo ghode ko rakhte hain apni maishat ke liye, yani usse jaate hain, kaam karte hain.</w:t>
      </w:r>
    </w:p>
    <w:p>
      <w:pPr>
        <w:jc w:val="right"/>
      </w:pPr>
      <w:r>
        <w:t>اور کچھ لوگ ہوتے ہیں جو گھوڑے کو رکھتے ہیں اپنی معیشت کے لیے، یعنی اس سے جاتے ہیں، کام کرتے ہیں۔</w:t>
      </w:r>
    </w:p>
    <w:p>
      <w:r>
        <w:rPr>
          <w:b/>
        </w:rPr>
        <w:t xml:space="preserve">[14:39] </w:t>
      </w:r>
      <w:r>
        <w:t>aur to umeed hai ke Allah Ta'ala iske zariye se aah ghoda rakhne wale ki mohtaji ko door karega. Zaahir si baat hai, aaj ke daur mein ye sawab nahi mil sakta agar ghode ke naam par karein to.</w:t>
      </w:r>
    </w:p>
    <w:p>
      <w:pPr>
        <w:jc w:val="right"/>
      </w:pPr>
      <w:r>
        <w:t>اور تو امید ہے کہ اللہ تعالیٰ اس کے ذریعے سے اہ گھوڑا رکھنے والے کی محتاجی کو دور کرے گا۔ ظاہر سی بات ہے، آج کے دور میں یہ ثواب نہیں مل سکتا اگر گھوڑے کے نام پر کریں تو۔</w:t>
      </w:r>
    </w:p>
    <w:p>
      <w:r>
        <w:rPr>
          <w:b/>
        </w:rPr>
        <w:t xml:space="preserve">[14:52] </w:t>
      </w:r>
      <w:r>
        <w:t>to aaj ke daur ke hisaab se iska ijtihad ye hoga ke koi aadmi koi bhi sawari rakhti hai, apni zaroorat ke hisaab se rakhta hai, jaise car hai, motorcycle hai ya koi bhi cheez rakhta hai jo aaj ki zaroorat mein ho.</w:t>
      </w:r>
    </w:p>
    <w:p>
      <w:pPr>
        <w:jc w:val="right"/>
      </w:pPr>
      <w:r>
        <w:t>تو آج کے دور کے حساب سے اس کا اجتہاد یہ ہوگا کہ کوئی آدمی کوئی بھی سواری رکھتی ہے، اپنی ضرورت کے حساب سے رکھتا ہے، جیسے کار ہے، موٹر سائیکل ہے یا کوئی بھی چیز رکھتا ہے جو آج کی ضرورت میں ہو۔</w:t>
      </w:r>
    </w:p>
    <w:p>
      <w:r>
        <w:rPr>
          <w:b/>
        </w:rPr>
        <w:t xml:space="preserve">[15:03] </w:t>
      </w:r>
      <w:r>
        <w:t>to is mein bhi ye teen category aa jayegi. Kuch aadmi rakhein deen ke liye, rakhein kuch aadmi rakh ke apni maishat ke liye, rakhte hain aur kuch aadmi apne show off ke liye rakhte hain, dikhawe ke liye rakhte hain.</w:t>
      </w:r>
    </w:p>
    <w:p>
      <w:pPr>
        <w:jc w:val="right"/>
      </w:pPr>
      <w:r>
        <w:t>تو اس میں بھی یہ تین کیٹگری آ جائے گی۔ کچھ آدمی رکھیں دین کے لیے، رکھیں کچھ آدمی رکھ کے اپنی معیشت کے لیے، رکھتے ہیں اور کچھ آدمی اپنے شو آف کے لیے رکھتے ہیں، دکھاوے کے لیے رکھتے ہیں۔</w:t>
      </w:r>
    </w:p>
    <w:p>
      <w:r>
        <w:rPr>
          <w:b/>
        </w:rPr>
        <w:t xml:space="preserve">[15:14] </w:t>
      </w:r>
      <w:r>
        <w:t>to aaj bhi isko apply kiya ja sakta hai.</w:t>
      </w:r>
    </w:p>
    <w:p>
      <w:pPr>
        <w:jc w:val="right"/>
      </w:pPr>
      <w:r>
        <w:t>تو آج بھی اس کو اپلائی کیا جا سکتا ہے۔</w:t>
      </w:r>
    </w:p>
    <w:p>
      <w:r>
        <w:rPr>
          <w:b/>
        </w:rPr>
        <w:t xml:space="preserve">[15:18] </w:t>
      </w:r>
      <w:r>
        <w:t>is ke baad aah main aap se ek sawaal karunga agla ke fiqh ke sources kya hain? Kis cheez ke zariye se fiqh ka amal jari kiya jaata hai?</w:t>
      </w:r>
    </w:p>
    <w:p>
      <w:pPr>
        <w:jc w:val="right"/>
      </w:pPr>
      <w:r>
        <w:t>اس کے بعد اہ میں آپ سے ایک سوال کروں گا اگلا کہ فقہ کے سورس کیا ہیں؟ کس چیز کے ذریعے سے فقہ کا عمل جاری کیا جاتا ہے؟</w:t>
      </w:r>
    </w:p>
    <w:p>
      <w:r>
        <w:rPr>
          <w:b/>
        </w:rPr>
        <w:t xml:space="preserve">[15:30] </w:t>
      </w:r>
      <w:r>
        <w:t>buniyaad kya hai iski? Fiqh ke dekhiye, teen to basic sources hain: Quran, Hadees aur ijma.</w:t>
      </w:r>
    </w:p>
    <w:p>
      <w:pPr>
        <w:jc w:val="right"/>
      </w:pPr>
      <w:r>
        <w:t>بنیاد کیا ہے اس کی؟ فقہ کے دیکھیے، تین تو بیسک سورس ہیں: قرآن، حدیث اور اجماع۔</w:t>
      </w:r>
    </w:p>
    <w:p>
      <w:r>
        <w:rPr>
          <w:b/>
        </w:rPr>
        <w:t xml:space="preserve">[15:39] </w:t>
      </w:r>
      <w:r>
        <w:t>ijma ka do shakl hai: ek qiyas hai aur ek ijma hai.</w:t>
      </w:r>
    </w:p>
    <w:p>
      <w:pPr>
        <w:jc w:val="right"/>
      </w:pPr>
      <w:r>
        <w:t>اجماع کا دو شکل ہے: ایک قیاس ہے اور ایک اجماع ہے۔</w:t>
      </w:r>
    </w:p>
    <w:p>
      <w:r>
        <w:rPr>
          <w:b/>
        </w:rPr>
        <w:t xml:space="preserve">[15:46] </w:t>
      </w:r>
      <w:r>
        <w:t>qiyas hoti hai individual opinion aur ijma hota hai jab bahut saare log jama hote hain aur mil kar koi opinion dete hain.</w:t>
      </w:r>
    </w:p>
    <w:p>
      <w:pPr>
        <w:jc w:val="right"/>
      </w:pPr>
      <w:r>
        <w:t>قیاس ہوتی ہے انڈیویجول اوپینین اور اجماع ہوتا ہے جب بہت سارے لوگ جمع ہوتے ہیں اور مل کر کوئی اوپینین دیتے ہیں۔</w:t>
      </w:r>
    </w:p>
    <w:p>
      <w:r>
        <w:rPr>
          <w:b/>
        </w:rPr>
        <w:t xml:space="preserve">[15:56] </w:t>
      </w:r>
      <w:r>
        <w:t>to ye log quran o hadees ko interpret karte hain, is ki tashreeh karte hain aur is se jo hai naye halaat ke mutabiq aah woh masle ka hal dhoondte hain.</w:t>
      </w:r>
    </w:p>
    <w:p>
      <w:pPr>
        <w:jc w:val="right"/>
      </w:pPr>
      <w:r>
        <w:t>تو یہ لوگ قرآن و حدیث کو انٹرپریٹ کرتے ہیں، اس کی تشریح کرتے ہیں اور اس سے جو ہے نئے حالات کے مطابق اہ وہ مسئلے کا حل ڈھونڈتے ہیں۔</w:t>
      </w:r>
    </w:p>
    <w:p>
      <w:r>
        <w:rPr>
          <w:b/>
        </w:rPr>
        <w:t xml:space="preserve">[16:11] </w:t>
      </w:r>
      <w:r>
        <w:t>to qiyas ke dictionary mein jo lughvi maani hain, woh hain andaza karna, infer karna. jaise abhi baat hui thi ki asal cheez cause dhoondna ke kis wajah se kaun si cheez haraam qaraar di gayi hai.</w:t>
      </w:r>
    </w:p>
    <w:p>
      <w:pPr>
        <w:jc w:val="right"/>
      </w:pPr>
      <w:r>
        <w:t>تو قیاس کے ڈکشنری میں جو لغوی معنی ہیں، وہ ہیں اندازہ کرنا، انفر کرنا۔ جیسے ابھی بات ہوئی تھی کہ اصل چیز کاز ڈھونڈنا کہ کس وجہ سے کون سی چیز حرام قرار دی گئی ہے۔</w:t>
      </w:r>
    </w:p>
    <w:p>
      <w:r>
        <w:rPr>
          <w:b/>
        </w:rPr>
        <w:t xml:space="preserve">[16:26] </w:t>
      </w:r>
      <w:r>
        <w:t>to woh cause dhoondna. to jab cause mil jaata hai to phir usi aah usi usool ko naye halaat mein bhi apply kar dete hain.</w:t>
      </w:r>
    </w:p>
    <w:p>
      <w:pPr>
        <w:jc w:val="right"/>
      </w:pPr>
      <w:r>
        <w:t>تو وہ کاز ڈھونڈنا۔ تو جب کاز مل جاتا ہے تو پھر اسی اہ اسی اصول کو نئے حالات میں بھی اپلائی کر دیتے ہیں۔</w:t>
      </w:r>
    </w:p>
    <w:p>
      <w:r>
        <w:rPr>
          <w:b/>
        </w:rPr>
        <w:t xml:space="preserve">[16:36] </w:t>
      </w:r>
      <w:r>
        <w:t>to fiqh jo hai, woh quran o hadees ka applied interpretation hai. matlab fiqh ke jo quran o hadees ke jo usool hain, usi ko fiqh ya faqih us ko apply karta hai nayi situation par.</w:t>
      </w:r>
    </w:p>
    <w:p>
      <w:pPr>
        <w:jc w:val="right"/>
      </w:pPr>
      <w:r>
        <w:t>تو فقہ جو ہے، وہ قرآن و حدیث کا اپلائیڈ انٹرپریٹیشن ہے۔ مطلب فقہ کے جو قرآن و حدیث کے جو اصول ہیں، اسی کو فقہ یا فقیہ اس کو اپلائی کرتا ہے نئی سچویشن پر۔</w:t>
      </w:r>
    </w:p>
    <w:p>
      <w:r>
        <w:rPr>
          <w:b/>
        </w:rPr>
        <w:t xml:space="preserve">[16:54] </w:t>
      </w:r>
      <w:r>
        <w:t>to jab koi bada masla hota hai, phir ijma ke liye ijtimaa karna padta hai. to usi ko aap ijtimai ijtihad keh sakte</w:t>
      </w:r>
    </w:p>
    <w:p>
      <w:pPr>
        <w:jc w:val="right"/>
      </w:pPr>
      <w:r>
        <w:t>تو جب کوئی بڑا مسئلہ ہوتا ہے، پھر اجماع کے لیے اجتماع کرنا پڑتا ہے۔ تو اسی کو آپ اجتماعی اجتہاد کہہ سکت</w:t>
      </w:r>
    </w:p>
    <w:p>
      <w:r>
        <w:rPr>
          <w:b/>
        </w:rPr>
        <w:t xml:space="preserve">[17:03] </w:t>
      </w:r>
      <w:r>
        <w:t>hain. ijtihad hai jo individual kare aur ijma mein jab bahut saare log hote hain to us ko aap us ijtimai ijtihad keh sakte hain.</w:t>
      </w:r>
    </w:p>
    <w:p>
      <w:pPr>
        <w:jc w:val="right"/>
      </w:pPr>
      <w:r>
        <w:t>ے ہیں۔ اجتہاد ہے جو انڈیویجول کرے اور اجماع میں جب بہت سارے لوگ ہوتے ہیں تو اس کو آپ اس اجتماعی اجتہاد کہہ سکتے ہیں۔</w:t>
      </w:r>
    </w:p>
    <w:p>
      <w:r>
        <w:rPr>
          <w:b/>
        </w:rPr>
        <w:t xml:space="preserve">[17:12] </w:t>
      </w:r>
      <w:r>
        <w:t>haan, yeh baat hai ke ijma ke liye zaroori nahi hai ke bahut saare log ikatthe hon, tabhi ijma ho. matlab ek achha aalim jo hai, agar teen bhi ikattha ho jaye to ijma kaam chal sakta hai, ijma ho sakta hai.</w:t>
      </w:r>
    </w:p>
    <w:p>
      <w:pPr>
        <w:jc w:val="right"/>
      </w:pPr>
      <w:r>
        <w:t>ہاں، یہ بات ہے کہ اجماع کے لیے ضروری نہیں ہے کہ بہت سارے لوگ اکٹھے ہوں، تبھی اجماع ہو۔ مطلب ایک اچھا عالم جو ہے، اگر تین بھی اکٹھا ہو جائے تو اجماع کام چل سکتا ہے، اجماع ہو سکتا ہے۔</w:t>
      </w:r>
    </w:p>
    <w:p>
      <w:r>
        <w:rPr>
          <w:b/>
        </w:rPr>
        <w:t xml:space="preserve">[17:29] </w:t>
      </w:r>
      <w:r>
        <w:t>aur faisle mein bhi zaroori nahi hai ke tamam jo log hain, members hain, woh sab ka ittefaq ho, balke un mein aksariyat ka ittefaq jo hai, woh kaafi hota hai.</w:t>
      </w:r>
    </w:p>
    <w:p>
      <w:pPr>
        <w:jc w:val="right"/>
      </w:pPr>
      <w:r>
        <w:t>اور فیصلے میں بھی ضروری نہیں ہے کہ تمام جو لوگ ہیں، ممبرز ہیں، وہ سب کا اتفاق ہو، بلکہ ان میں اکثریت کا اتفاق جو ہے، وہ کافی ہوتا ہے۔</w:t>
      </w:r>
    </w:p>
    <w:p>
      <w:r>
        <w:rPr>
          <w:b/>
        </w:rPr>
        <w:t xml:space="preserve">[17:41] </w:t>
      </w:r>
      <w:r>
        <w:t>to wohi hai jo sabab hai ke agar do maslon ka sabab ek hai to jo hukm ek masle ka hoga, wohi hukm doosre masle ka hoga. to qiyas ki zaroorat bhi wohi hai jo ijma ki hai,</w:t>
      </w:r>
    </w:p>
    <w:p>
      <w:pPr>
        <w:jc w:val="right"/>
      </w:pPr>
      <w:r>
        <w:t>تو وہی ہے جو سبب ہے کہ اگر دو مسئلوں کا سبب ایک ہے تو جو حکم ایک مسئلے کا ہوگا، وہی حکم دوسرے مسئلے کا ہوگا۔ تو قیاس کی ضرورت بھی وہی ہے جو اجماع کی ہے،</w:t>
      </w:r>
    </w:p>
    <w:p>
      <w:r>
        <w:rPr>
          <w:b/>
        </w:rPr>
        <w:t xml:space="preserve">[17:56] </w:t>
      </w:r>
      <w:r>
        <w:t>kyunke musalsal naye halaat saamne aate rehte hain aur naye halaat ke mutabiq hukm e sharai hal talash karna padta hai.</w:t>
      </w:r>
    </w:p>
    <w:p>
      <w:pPr>
        <w:jc w:val="right"/>
      </w:pPr>
      <w:r>
        <w:t>کیونکہ مسلسل نئے حالات سامنے آتے رہتے ہیں اور نئے حالات کے مطابق حکم و شرعی حل تلاش کرنا پڑتا ہے۔</w:t>
      </w:r>
    </w:p>
    <w:p>
      <w:r>
        <w:rPr>
          <w:b/>
        </w:rPr>
        <w:t xml:space="preserve">[18:08] </w:t>
      </w:r>
      <w:r>
        <w:t>to quran mein koi bhi cheez ki detail nahi hai. matlab hukumat ka nizam kya hona chahiye, is ki koi detail nahi hai.</w:t>
      </w:r>
    </w:p>
    <w:p>
      <w:pPr>
        <w:jc w:val="right"/>
      </w:pPr>
      <w:r>
        <w:t>تو قرآن میں کوئی بھی چیز کی ڈیٹیل نہیں ہے۔ مطلب حکومت کا نظام کیا ہونا چاہیے، اس کی کوئی ڈیٹیل نہیں ہے۔</w:t>
      </w:r>
    </w:p>
    <w:p>
      <w:r>
        <w:rPr>
          <w:b/>
        </w:rPr>
        <w:t xml:space="preserve">[18:18] </w:t>
      </w:r>
      <w:r>
        <w:t>bas sharai nizam hona chahiye.</w:t>
      </w:r>
    </w:p>
    <w:p>
      <w:pPr>
        <w:jc w:val="right"/>
      </w:pPr>
      <w:r>
        <w:t>بس شرعی نظام ہونا چاہیے۔</w:t>
      </w:r>
    </w:p>
    <w:p>
      <w:r>
        <w:rPr>
          <w:b/>
        </w:rPr>
        <w:t xml:space="preserve">[18:21] </w:t>
      </w:r>
      <w:r>
        <w:t>to quran mein jo chapter hai, surah hai ke apne maamlaat ko tum surah ke zariye se hal karo. to ab jaise halaat hon, ab pehle jo hai khilafat thi, is ke baad kaafi tareeqe se hukumatain huyin, lekin ab democracy ka daur hai.</w:t>
      </w:r>
    </w:p>
    <w:p>
      <w:pPr>
        <w:jc w:val="right"/>
      </w:pPr>
      <w:r>
        <w:t>تو قرآن میں جو چیپٹر ہے، سورہ ہے کہ اپنے معاملات کو تم سورہ کے ذریعے سے حل کرو۔ تو اب جیسے حالات ہوں، اب پہلے جو ہے خلافت تھی، اس کے بعد کافی طریقے سے حکومتیں ہوئیں، لیکن اب ڈیموکریسی کا دور ہے۔</w:t>
      </w:r>
    </w:p>
    <w:p>
      <w:r>
        <w:rPr>
          <w:b/>
        </w:rPr>
        <w:t xml:space="preserve">[18:40] </w:t>
      </w:r>
      <w:r>
        <w:t>to woh bhi ab election ke zariye se, ballot box ke zariye se wohi</w:t>
      </w:r>
    </w:p>
    <w:p>
      <w:pPr>
        <w:jc w:val="right"/>
      </w:pPr>
      <w:r>
        <w:t>تو وہ بھی اب الیکشن کے ذریعے سے، بیلٹ باکس کے ذریعے سے وہی</w:t>
      </w:r>
    </w:p>
    <w:p>
      <w:r>
        <w:rPr>
          <w:b/>
        </w:rPr>
        <w:t xml:space="preserve">[18:46] </w:t>
      </w:r>
      <w:r>
        <w:t>kaam hota hai. to yeh bilkul hi islami tareeqa hai jo democracy ka. pehle itne saadhan nahi the, itni aasaniyan nahi thin, to baiat hoti thi.</w:t>
      </w:r>
    </w:p>
    <w:p>
      <w:pPr>
        <w:jc w:val="right"/>
      </w:pPr>
      <w:r>
        <w:t>کام ہوتا ہے۔ تو یہ بالکل ہی اسلامی طریقہ ہے جو ڈیموکریسی کا۔ پہلے اتنے سادھن نہیں تھے، اتنی آسانیاں نہیں تھیں، تو بیعت ہوتی تھی۔</w:t>
      </w:r>
    </w:p>
    <w:p>
      <w:r>
        <w:rPr>
          <w:b/>
        </w:rPr>
        <w:t xml:space="preserve">[18:56] </w:t>
      </w:r>
      <w:r>
        <w:t>aur ab jo hai, wohi kaam jo hai, ab aah ballot box ke zariye se hota hai. to is ka asal jo hai cause, woh hai sharai nizam.</w:t>
      </w:r>
    </w:p>
    <w:p>
      <w:pPr>
        <w:jc w:val="right"/>
      </w:pPr>
      <w:r>
        <w:t>اور اب جو ہے، وہی کام جو ہے، اب اہ بیلٹ باکس کے ذریعے سے ہوتا ہے۔ تو اس کا اصل جو ہے کاز، وہ ہے شرعی نظام۔</w:t>
      </w:r>
    </w:p>
    <w:p>
      <w:r>
        <w:rPr>
          <w:b/>
        </w:rPr>
        <w:t xml:space="preserve">[19:04] </w:t>
      </w:r>
      <w:r>
        <w:t>to sab sab ke mashware se yeh kaam hona chahiye.</w:t>
      </w:r>
    </w:p>
    <w:p>
      <w:pPr>
        <w:jc w:val="right"/>
      </w:pPr>
      <w:r>
        <w:t>تو سب سب کے مشورے سے یہ کام ہونا چاہیے۔</w:t>
      </w:r>
    </w:p>
    <w:p>
      <w:r>
        <w:rPr>
          <w:b/>
        </w:rPr>
        <w:t xml:space="preserve">[19:10] </w:t>
      </w:r>
      <w:r>
        <w:t>to yeh hai, is ko qazi shuraih ne hazrat umar ke ek khat ko bayan likha hai ke hazrat umar ne bataya ke jo log bhi aise hote the, jo jin ko is tareeqe ke faisle karne padte the, to un ko khat likhte the ke jab tumhare paas koi maamla aaye to is ka faisla kitabullah ke mutabiq karo.</w:t>
      </w:r>
    </w:p>
    <w:p>
      <w:pPr>
        <w:jc w:val="right"/>
      </w:pPr>
      <w:r>
        <w:t>تو یہ ہے، اس کو قاضی شریح نے حضرت عمر کے ایک خط کو بیان لکھا ہے کہ حضرت عمر نے بتایا کہ جو لوگ بھی ایسے ہوتے تھے، جو جن کو اس طریقے کے فیصلے کرنے پڑتے تھے، تو ان کو خط لکھتے تھے کہ جب تمہارے پاس کوئی معاملہ آئے تو اس کا فیصلہ کتاب اللہ کے مطابق کرو۔</w:t>
      </w:r>
    </w:p>
    <w:p>
      <w:r>
        <w:rPr>
          <w:b/>
        </w:rPr>
        <w:t xml:space="preserve">[19:37] </w:t>
      </w:r>
      <w:r>
        <w:t>agar woh masla kitabullah mein na mile to is ka faisla rasoolullah ki sunnat ke mutabiq karo. agar woh wahan bhi na mile to tum logon, tum logon se matlab ijma ke zariye se logon ki raaye maloom karo aur is ke mutabiq faisla karo.</w:t>
      </w:r>
    </w:p>
    <w:p>
      <w:pPr>
        <w:jc w:val="right"/>
      </w:pPr>
      <w:r>
        <w:t>اگر وہ مسئلہ کتاب اللہ میں نہ ملے تو اس کا فیصلہ رسول اللہ کی سنت کے مطابق کرو۔ اگر وہ وہاں بھی نہ ملے تو تم لوگوں، تم لوگوں سے مطلب اجماع کے ذریعے سے لوگوں کی رائے معلوم کرو اور اس کے مطابق فیصلہ کرو۔</w:t>
      </w:r>
    </w:p>
    <w:p>
      <w:r>
        <w:rPr>
          <w:b/>
        </w:rPr>
        <w:t xml:space="preserve">[19:57] </w:t>
      </w:r>
      <w:r>
        <w:t>aur agar koi aisa maamla tumhare paas aaye jo na kitabullah mein ho, na rasoolullah ne is ke baare mein kuch farmaya ho, na is par kisi ne baat ki ho,</w:t>
      </w:r>
    </w:p>
    <w:p>
      <w:pPr>
        <w:jc w:val="right"/>
      </w:pPr>
      <w:r>
        <w:t>اور اگر کوئی ایسا معاملہ تمہارے پاس آئے جو نہ کتاب اللہ میں ہو، نہ رسول اللہ نے اس کے بارے میں کچھ فرمایا ہو، نہ اس پر کسی نے بات کی ہو،</w:t>
      </w:r>
    </w:p>
    <w:p>
      <w:r>
        <w:rPr>
          <w:b/>
        </w:rPr>
        <w:t xml:space="preserve">[20:07] </w:t>
      </w:r>
      <w:r>
        <w:t>to dono mein se jis taraf tumhari raaye jaye, us ko ikhtiyar kar lo. matlab us waqt independent ijtihad karo, lekin independent ijtihad ka matlab yeh hai ke quran o hadees ki roshni mein is ke jo guiding principles hain, is ke mutabiq ijtihad karo.</w:t>
      </w:r>
    </w:p>
    <w:p>
      <w:pPr>
        <w:jc w:val="right"/>
      </w:pPr>
      <w:r>
        <w:t>تو دونوں میں سے جس طرف تمہاری رائے جائے، اس کو اختیار کر لو۔ مطلب اس وقت انڈیپینڈنٹ اجتہاد کرو، لیکن انڈیپینڈنٹ اجتہاد کا مطلب یہ ہے کہ قرآن و حدیث کی روشنی میں اس کے جو گائیڈنگ پرنسپلز ہیں، اس کے مطابق اجتہاد کرو۔</w:t>
      </w:r>
    </w:p>
    <w:p>
      <w:r>
        <w:rPr>
          <w:b/>
        </w:rPr>
        <w:t xml:space="preserve">[20:26] </w:t>
      </w:r>
      <w:r>
        <w:t>to yeh hain chaar sources ijma ke fiqh ke. quran ki ek aayat mujhe yaad aa rahi hai, is par jo allah taala ne batayi hai: "ya ayyuhallazina aamanu, atiullaaha wa atiur rasoola wa ulil amri minkum" ke aye iman walo!</w:t>
      </w:r>
    </w:p>
    <w:p>
      <w:pPr>
        <w:jc w:val="right"/>
      </w:pPr>
      <w:r>
        <w:t>تو یہ ہیں چار سورسز اجماع کے فقہ کے۔ قرآن کی ایک آیت مجھے یاد آ رہی ہے، اس پر جو اللہ تعالیٰ نے بتائی ہے: "یا ایہا الذین آمنوا، أتیعوا اللہ و أتیعوا الرسول، أولی الأمر منكم" کہ اے ایمان والو!</w:t>
      </w:r>
    </w:p>
    <w:p>
      <w:r>
        <w:rPr>
          <w:b/>
        </w:rPr>
        <w:t xml:space="preserve">[20:42] </w:t>
      </w:r>
      <w:r>
        <w:t>tum allah ki</w:t>
      </w:r>
    </w:p>
    <w:p>
      <w:pPr>
        <w:jc w:val="right"/>
      </w:pPr>
      <w:r>
        <w:t>تم اللہ کی</w:t>
      </w:r>
    </w:p>
    <w:p>
      <w:r>
        <w:rPr>
          <w:b/>
        </w:rPr>
        <w:t xml:space="preserve">[20:43] </w:t>
      </w:r>
      <w:r>
        <w:t>itaat karo aur us ke rasool ki itaat karo, aur tum mein se jo ulil amr ho, us ki itaat karo. ulil amr kya matlab? jo ulama kehte hain, woh yeh hai ke aah jo baad mein faisla karne wale aalim hon, ijma ke zariye se ya qiyas ke zariye se, is mein jo cheez nikal kar behtar saamne aaye, us ki itaat karo.</w:t>
      </w:r>
    </w:p>
    <w:p>
      <w:pPr>
        <w:jc w:val="right"/>
      </w:pPr>
      <w:r>
        <w:t>اطاعت کرو اور اس کے رسول کی اطاعت کرو، اور تم میں سے جو أولی الأمر ہو، اس کی اطاعت کرو۔ أولی الأمر کیا مطلب؟ جو علماء کہتے ہیں، وہ یہ ہے کہ اہ جو بعد میں فیصلہ کرنے والے عالم ہوں، اجماع کے ذریعے یا قیاس کے ذریعے، اس میں جو چیز نکل کر بہتر سامنے آئے، اس کی اطاعت کرو۔</w:t>
      </w:r>
    </w:p>
    <w:p>
      <w:r>
        <w:rPr>
          <w:b/>
        </w:rPr>
        <w:t xml:space="preserve">[21:02] </w:t>
      </w:r>
      <w:r>
        <w:t>yeh kehte hain. to quran mein bhi is par yeh ishara kiya gaya hai. aah ab main aap se ek sawaal yeh karunga jo bahut hi ahem sawaal hai ke ijtihad kya cheez hai?</w:t>
      </w:r>
    </w:p>
    <w:p>
      <w:pPr>
        <w:jc w:val="right"/>
      </w:pPr>
      <w:r>
        <w:t>یہ کہتے ہیں۔ تو قرآن میں بھی اس پر یہ اشارہ کیا گیا ہے۔ اہ اب میں آپ سے ایک سوال یہ کروں گا جو بہت ہی اہم سوال ہے کہ اجتہاد کیا چیز ہے؟</w:t>
      </w:r>
    </w:p>
    <w:p>
      <w:r>
        <w:rPr>
          <w:b/>
        </w:rPr>
        <w:t xml:space="preserve">[21:13] </w:t>
      </w:r>
      <w:r>
        <w:t>ijtihad bohat bola jata hai ke ijtihad hona chahiye, ya yeh ke kehte hain ke ijtihad ka darwaza band ho gaya. Musalmanon mein kuch log hain to ijtihad kiya cheez hai?</w:t>
      </w:r>
    </w:p>
    <w:p>
      <w:pPr>
        <w:jc w:val="right"/>
      </w:pPr>
      <w:r>
        <w:t>اجتہاد بہت بولا جاتا ہے کہ اجتہاد ہونا چاہیے، یا یہ کہ کہتے ہیں کہ اجتہاد کا دروازہ بند ہو گیا۔ مسلمانوں میں کچھ لوگ ہیں تو اجتہاد کیا چیز ہے؟</w:t>
      </w:r>
    </w:p>
    <w:p>
      <w:r>
        <w:rPr>
          <w:b/>
        </w:rPr>
        <w:t xml:space="preserve">[21:23] </w:t>
      </w:r>
      <w:r>
        <w:t>Is ki haqeeqat kiya hai? Is par kuch bataein humein. Aap</w:t>
      </w:r>
    </w:p>
    <w:p>
      <w:pPr>
        <w:jc w:val="right"/>
      </w:pPr>
      <w:r>
        <w:t>اس کی حقیقت کیا ہے؟ اس پر کچھ بتائیں ہمیں۔ آپ</w:t>
      </w:r>
    </w:p>
    <w:p>
      <w:r>
        <w:rPr>
          <w:b/>
        </w:rPr>
        <w:t xml:space="preserve">[21:26] </w:t>
      </w:r>
      <w:r>
        <w:t>Ijtihad ke maani wohi juhda se nikla hai ke khoob khoob mehnat karna, matlab kisi baat ki tehqeeq mein intehaii jad-o-jehad karna.</w:t>
      </w:r>
    </w:p>
    <w:p>
      <w:pPr>
        <w:jc w:val="right"/>
      </w:pPr>
      <w:r>
        <w:t>اجتہاد کے معنی وہی جہدہ سے نکلا ہے کہ خوب خوب محنت کرنا، مطلب کسی بات کی تحقیق میں انتہائی جدوجہد کرنا۔</w:t>
      </w:r>
    </w:p>
    <w:p>
      <w:r>
        <w:rPr>
          <w:b/>
        </w:rPr>
        <w:t xml:space="preserve">[21:38] </w:t>
      </w:r>
      <w:r>
        <w:t>Angrezi mein kahenge "independent reasoning based on the principles of the Quran and Sunnah". To ijtihad ek process hai careful reasoning ka, jo ek aalim karta hai, mat</w:t>
      </w:r>
    </w:p>
    <w:p>
      <w:pPr>
        <w:jc w:val="right"/>
      </w:pPr>
      <w:r>
        <w:t>انگریزی میں کہیں گے "انڈیپینڈنٹ ریزننگ بیسڈ ان دا پرنسپلز اف دا قرآن اینڈ سنت"۔ تو اجتہاد ایک پراسیس ہے کیئرفل ریزننگ کا، جو ایک عالم کرتا ہے، مط</w:t>
      </w:r>
    </w:p>
    <w:p>
      <w:r>
        <w:rPr>
          <w:b/>
        </w:rPr>
        <w:t xml:space="preserve">[21:52] </w:t>
      </w:r>
      <w:r>
        <w:t>lub bohat soch samajh ke, ghor-o-fikr ke kar ke. Pehle zamaney mein to log itna zyada serious hote they ke koi masley ka hal agar unko nahi milta to poora poora Quran parhte they is ko samajhne ke liye.</w:t>
      </w:r>
    </w:p>
    <w:p>
      <w:pPr>
        <w:jc w:val="right"/>
      </w:pPr>
      <w:r>
        <w:t>لب بہت سوچ سمجھ کے، غور و فکر کے کر کے۔ پہلے زمانے میں تو لوگ اتنا زیادہ سیریس ہوتے تھے کہ کوئی مسئلے کا حل اگر ان کو نہیں ملتا تو پورا پورا قرآن پڑھتے تھے اس کو سمجھنے کے لیے۔</w:t>
      </w:r>
    </w:p>
    <w:p>
      <w:r>
        <w:rPr>
          <w:b/>
        </w:rPr>
        <w:t xml:space="preserve">[22:06] </w:t>
      </w:r>
      <w:r>
        <w:t>To is ko ijtihad kehte hain ke khoob khoob mehnat karna taake sahi sahi tareeqey se Khuda ki mansha kiya hai, woh maloom ho sake.</w:t>
      </w:r>
    </w:p>
    <w:p>
      <w:pPr>
        <w:jc w:val="right"/>
      </w:pPr>
      <w:r>
        <w:t>تو اس کو اجتہاد کہتے ہیں کہ خوب خوب محنت کرنا تاکہ صحیح صحیح طریقے سے خدا کی منشا کیا ہے، وہ معلوم ہو سکے۔</w:t>
      </w:r>
    </w:p>
    <w:p>
      <w:r>
        <w:rPr>
          <w:b/>
        </w:rPr>
        <w:t xml:space="preserve">[22:16] </w:t>
      </w:r>
      <w:r>
        <w:t>Aur</w:t>
      </w:r>
    </w:p>
    <w:p>
      <w:pPr>
        <w:jc w:val="right"/>
      </w:pPr>
      <w:r>
        <w:t>اور</w:t>
      </w:r>
    </w:p>
    <w:p>
      <w:r>
        <w:rPr>
          <w:b/>
        </w:rPr>
        <w:t xml:space="preserve">[22:17] </w:t>
      </w:r>
      <w:r>
        <w:t>Yeh wohi sawalat hote hain jin par itna zyada ijtihad ki zaroorat parti hai, jo Quran-o-Hadees mein directly address nahi hue hain.</w:t>
      </w:r>
    </w:p>
    <w:p>
      <w:pPr>
        <w:jc w:val="right"/>
      </w:pPr>
      <w:r>
        <w:t>یہ وہی سوالات ہوتے ہیں جن پر اتنا زیادہ اجتہاد کی ضرورت پڑتی ہے، جو قرآن و حدیث میں ڈائریکٹلی ایڈریس نہیں ہوئے ہیں۔</w:t>
      </w:r>
    </w:p>
    <w:p>
      <w:r>
        <w:rPr>
          <w:b/>
        </w:rPr>
        <w:t xml:space="preserve">[22:28] </w:t>
      </w:r>
      <w:r>
        <w:t>To aalim jo hai, is ko interpret karta hai. Quran se koi ayat mil gayi ya Hadees mein koi Hadees mil gayi to is ka interpret karta hai aur Islami qanoon ko is ko apply karta hai naye naye masail par.</w:t>
      </w:r>
    </w:p>
    <w:p>
      <w:pPr>
        <w:jc w:val="right"/>
      </w:pPr>
      <w:r>
        <w:t>تو عالم جو ہے، اس کو انٹرپریٹ کرتا ہے۔ قرآن سے کوئی آیت مل گئی یا حدیث میں کوئی حدیث مل گئی تو اس کا انٹرپریٹ کرتا ہے اور اسلامی قانون کو اس کو اپلائی کرتا ہے نئے نئے مسائل پر۔</w:t>
      </w:r>
    </w:p>
    <w:p>
      <w:r>
        <w:rPr>
          <w:b/>
        </w:rPr>
        <w:t xml:space="preserve">[22:44] </w:t>
      </w:r>
      <w:r>
        <w:t>To khud Quran mein kaha gaya hai ke ghor-o-fikr karne ke liye Quran utara gaya hai taake log tafakkur-o-tadabbur karein. "That they may give thought".</w:t>
      </w:r>
    </w:p>
    <w:p>
      <w:pPr>
        <w:jc w:val="right"/>
      </w:pPr>
      <w:r>
        <w:t>تو خود قرآن میں کہا گیا ہے کہ غور و فکر کرنے کے لیے قرآن اتارا گیا ہے تاکہ لوگ تفکر و تدبر کریں۔ "دیٹ دے می گیو تھاٹ"۔</w:t>
      </w:r>
    </w:p>
    <w:p>
      <w:r>
        <w:rPr>
          <w:b/>
        </w:rPr>
        <w:t xml:space="preserve">[22:53] </w:t>
      </w:r>
      <w:r>
        <w:t>Aaj kal to log yeh samajh nahi rahe na baaton ko? Woh samajhte hain ke Quran sirf tilawat ke liye hai, haalankey jo aap Quran-o-Hadees direct parhiye to pata chalta hai ke tadabbur-o-tafakkur jo hai na, woh sab se zyada important hai Quran ko samajhne ke liye.</w:t>
      </w:r>
    </w:p>
    <w:p>
      <w:pPr>
        <w:jc w:val="right"/>
      </w:pPr>
      <w:r>
        <w:t>آج کل تو لوگ یہ سمجھ نہیں رہے نا باتوں کو؟ وہ سمجھتے ہیں کہ قرآن صرف تلاوت کے لیے ہے، حالانکہ جو آپ قرآن و حدیث ڈائریکٹ پڑھیے تو پتہ چلتا ہے کہ تدبر و تفکر جو ہے نا، وہ سب سے زیادہ امپورٹنٹ ہے قرآن کو سمجھنے کے لیے۔</w:t>
      </w:r>
    </w:p>
    <w:p>
      <w:r>
        <w:rPr>
          <w:b/>
        </w:rPr>
        <w:t xml:space="preserve">[23:11] </w:t>
      </w:r>
      <w:r>
        <w:t>Ek baar Rasool Allah (SAW) ne, eh yeh Ghazwa-e-Ahzab ka zamana tha, to Rasool Allah (SAW) ne wahan par Banu Quraiza ek basti thi, wahan par kuch logon ko bheja.</w:t>
      </w:r>
    </w:p>
    <w:p>
      <w:pPr>
        <w:jc w:val="right"/>
      </w:pPr>
      <w:r>
        <w:t>ایک بار رسول اللہ صلی اللہ علیہ وسلم نے، اہ یہ غزوہ احزاب کا زمانہ تھا، تو رسول اللہ صلی اللہ علیہ وسلم نے وہاں پر بنو قریضہ ایک بستی تھی، وہاں پر کچھ لوگوں کو بھیجا۔</w:t>
      </w:r>
    </w:p>
    <w:p>
      <w:r>
        <w:rPr>
          <w:b/>
        </w:rPr>
        <w:t xml:space="preserve">[23:24] </w:t>
      </w:r>
      <w:r>
        <w:t>Woh taqreeban Zohr ke baad bheja tha. To wahan par kyunke haal log at war they, halaat kharab they, to aap ne chaha ke bohat jald wahan pahunch jaay</w:t>
      </w:r>
    </w:p>
    <w:p>
      <w:pPr>
        <w:jc w:val="right"/>
      </w:pPr>
      <w:r>
        <w:t>وہ تقریباً ظہر کے بعد بھیجا تھا۔ تو وہاں پر کیونکہ حال لوگ ایٹ وار تھے، حالات خراب تھے، تو آپ نے چاہا کہ بہت جلد وہاں پہنچ جائ</w:t>
      </w:r>
    </w:p>
    <w:p>
      <w:r>
        <w:rPr>
          <w:b/>
        </w:rPr>
        <w:t xml:space="preserve">[23:36] </w:t>
      </w:r>
      <w:r>
        <w:t>ein. To aap ne kaha ke tum log wahan ja kar hi namaz Asr parhna. Lekin ab jaldi, ab jaldi jaldi jaane ke bawajood bhi wahan pahunch nahi sake aur Asr ka time ho gaya.</w:t>
      </w:r>
    </w:p>
    <w:p>
      <w:pPr>
        <w:jc w:val="right"/>
      </w:pPr>
      <w:r>
        <w:t>یں۔ تو آپ نے کہا کہ تم لوگ وہاں جا کر ہی نماز عصر پڑھنا۔ لیکن اب جلدی، اب جلدی جلدی جانے کے باوجود بھی وہاں پہنچ نہیں سکے اور عصر کا ٹائم ہو گیا۔</w:t>
      </w:r>
    </w:p>
    <w:p>
      <w:r>
        <w:rPr>
          <w:b/>
        </w:rPr>
        <w:t xml:space="preserve">[23:51] </w:t>
      </w:r>
      <w:r>
        <w:t>To kuch Sahaba ne namaz beech mein Asr ki padh li aur kuch ne wahin Banu Quraiza ki basti mein ja ke padhi. To yeh un ka ijtihad tha.</w:t>
      </w:r>
    </w:p>
    <w:p>
      <w:pPr>
        <w:jc w:val="right"/>
      </w:pPr>
      <w:r>
        <w:t>تو کچھ صحابہ نے نماز بیچ میں عصر کی پڑھ لی اور کچھ نے وہیں بنو قریضہ کی بستی میں جا کے پڑھی۔ تو یہ ان کا اجتہاد تھا۔</w:t>
      </w:r>
    </w:p>
    <w:p>
      <w:r>
        <w:rPr>
          <w:b/>
        </w:rPr>
        <w:t xml:space="preserve">[24:00] </w:t>
      </w:r>
      <w:r>
        <w:t>To</w:t>
      </w:r>
    </w:p>
    <w:p>
      <w:pPr>
        <w:jc w:val="right"/>
      </w:pPr>
      <w:r>
        <w:t>تو</w:t>
      </w:r>
    </w:p>
    <w:p>
      <w:r>
        <w:rPr>
          <w:b/>
        </w:rPr>
        <w:t xml:space="preserve">[24:01] </w:t>
      </w:r>
      <w:r>
        <w:t>Jin logon ne wahan namaz padh li, unhone kaha ke Prophet ka matlab yeh nahi tha ke hum jaan boojh ke namaz ko qaza karein, balkey un ka matlab tha ke bohat tezi se jao.</w:t>
      </w:r>
    </w:p>
    <w:p>
      <w:pPr>
        <w:jc w:val="right"/>
      </w:pPr>
      <w:r>
        <w:t>جن لوگوں نے وہاں نماز پڑھ لی، انہوں نے کہا کہ پرافٹ کا مطلب یہ نہیں تھا کہ ہم جان بوجھ کے نماز کو قضا کریں، بلکہ ان کا مطلب تھا کہ بہت تیزی سے جاؤ۔</w:t>
      </w:r>
    </w:p>
    <w:p>
      <w:r>
        <w:rPr>
          <w:b/>
        </w:rPr>
        <w:t xml:space="preserve">[24:12] </w:t>
      </w:r>
      <w:r>
        <w:t>To yeh samajh ke unhone namaz padh li. Phir Rasool Allah ko jab bataya gaya to Rasool Allah ne is par koi aitraaz nahi kiya, balkey kuch jis ko silent approval bolte hain.</w:t>
      </w:r>
    </w:p>
    <w:p>
      <w:pPr>
        <w:jc w:val="right"/>
      </w:pPr>
      <w:r>
        <w:t>تو یہ سمجھ کے انہوں نے نماز پڑھ لی۔ پھر رسول اللہ کو جب بتایا گیا تو رسول اللہ نے اس پر کوئی اعتراض نہیں کیا، بلکہ کچھ جس کو سائلنٹ اپروول بولتے ہیں۔</w:t>
      </w:r>
    </w:p>
    <w:p>
      <w:r>
        <w:rPr>
          <w:b/>
        </w:rPr>
        <w:t xml:space="preserve">[24:24] </w:t>
      </w:r>
      <w:r>
        <w:t>To is tareeqey se, is tareeqey se ijtihad hota hai. Halaat bilkul har waqt badalte rehte hain</w:t>
      </w:r>
    </w:p>
    <w:p>
      <w:pPr>
        <w:jc w:val="right"/>
      </w:pPr>
      <w:r>
        <w:t>تو اس طریقے سے، اس طریقے سے اجتہاد ہوتا ہے۔ حالات بالکل ہر وقت بدلتے رہتے ہیں</w:t>
      </w:r>
    </w:p>
    <w:p>
      <w:r>
        <w:rPr>
          <w:b/>
        </w:rPr>
        <w:t xml:space="preserve">[24:30] </w:t>
      </w:r>
      <w:r>
        <w:t xml:space="preserve"> , to is ke mutabiq ijtihad hota hai. Lekin jo log serious hote hain, sanjeeda hote hain, woh woh zaroor ijtihad karein.</w:t>
      </w:r>
    </w:p>
    <w:p>
      <w:pPr>
        <w:jc w:val="right"/>
      </w:pPr>
      <w:r>
        <w:t>، تو اس کے مطابق اجتہاد ہوتا ہے۔ لیکن جو لوگ سیریس ہوتے ہیں، سنجیدہ ہوتے ہیں، وہ وہ ضرور اجتہاد کریں۔</w:t>
      </w:r>
    </w:p>
    <w:p>
      <w:r>
        <w:rPr>
          <w:b/>
        </w:rPr>
        <w:t xml:space="preserve">[24:43] </w:t>
      </w:r>
      <w:r>
        <w:t>Ab daur-e-awwal ke Sahaba mein bohat zyada problem pesh is tarah ke aate rehte they, masail pesh aate rehte they kyunke naye naye mulk fateh hue they.</w:t>
      </w:r>
    </w:p>
    <w:p>
      <w:pPr>
        <w:jc w:val="right"/>
      </w:pPr>
      <w:r>
        <w:t>اب دور اول کے صحابہ میں بہت زیادہ پرابلم پیش اس طرح کے آتے رہتے تھے، مسائل پیش آتے رہتے تھے کیونکہ نئے نئے ممالک فتح ہوئے تھے۔</w:t>
      </w:r>
    </w:p>
    <w:p>
      <w:r>
        <w:rPr>
          <w:b/>
        </w:rPr>
        <w:t xml:space="preserve">[24:54] </w:t>
      </w:r>
      <w:r>
        <w:t>To pehle zamaney mein kiya hota tha ke koi standing army nahi hoti thi, balkey volunteers hote they. To jo fateh karte they, un mein woh woh land bant diya jata tha.</w:t>
      </w:r>
    </w:p>
    <w:p>
      <w:pPr>
        <w:jc w:val="right"/>
      </w:pPr>
      <w:r>
        <w:t>تو پہلے زمانے میں کیا ہوتا تھا کہ کوئی سٹینڈنگ آرمی نہیں ہوتی تھی، بلکہ والنٹیئرز ہوتے تھے۔ تو جو فتح کرتے تھے، ان میں وہ وہ لینڈ بانٹ دیا جاتا تھا۔</w:t>
      </w:r>
    </w:p>
    <w:p>
      <w:r>
        <w:rPr>
          <w:b/>
        </w:rPr>
        <w:t xml:space="preserve">[25:06] </w:t>
      </w:r>
      <w:r>
        <w:t>Ab poore poore Iraq-o-Iran fateh hue. Ab jab Iraq fateh hua to faujiyon ne kaha ke yeh humein bant diya jaye. To yeh Hazrat Umar ne kaha: "Yeh kaise ho sakta hai ke jin chand logon ne jinhone fateh kiya, un ko bant diya</w:t>
      </w:r>
    </w:p>
    <w:p>
      <w:pPr>
        <w:jc w:val="right"/>
      </w:pPr>
      <w:r>
        <w:t>اب پورے پورے عراق و ایران فتح ہوئے۔ اب جب عراق فتح ہوا تو فوجیوں نے کہا کہ یہ ہمیں بانٹ دیا جائے۔ تو یہ حضرت عمر نے کہا: "یہ کیسے ہو سکتا ہے کہ جن چند لوگوں نے جنہوں نے فتح کیا، ان کو بانٹ دیا</w:t>
      </w:r>
    </w:p>
    <w:p>
      <w:r>
        <w:rPr>
          <w:b/>
        </w:rPr>
        <w:t xml:space="preserve">[25:22] </w:t>
      </w:r>
      <w:r>
        <w:t>jaye aur baqi logon ko is mein se kuch na mile?" Aur wahan jo sab kisan hain, jo saare log wahan kaam kar rahe hain, phir un ka kya hoga? To is tareeqey se Hazrat Umar ne bohat gehra gehre ghor-o-fikr ke baad unhone Quran se ek nikala ke har cheez mein doosre logon ka bhi haq hota hai.</w:t>
      </w:r>
    </w:p>
    <w:p>
      <w:pPr>
        <w:jc w:val="right"/>
      </w:pPr>
      <w:r>
        <w:t>جائے اور باقی لوگوں کو اس میں سے کچھ نہ ملے؟" اور وہاں جو سب کسان ہیں، جو سارے لوگ وہاں کام کر رہے ہیں، پھر ان کا کیا ہوگا؟ تو اس طریقے سے حضرت عمر نے بہت گہرا گہرے غور و فکر کے بعد انہوں نے قرآن سے ایک نکالا کہ ہر چیز میں دوسرے لوگوں کا بھی حق ہوتا ہے۔</w:t>
      </w:r>
    </w:p>
    <w:p>
      <w:r>
        <w:rPr>
          <w:b/>
        </w:rPr>
        <w:t xml:space="preserve">[25:41] </w:t>
      </w:r>
      <w:r>
        <w:t>To is tarah nikal ke is masley par apply kiya aur is ko phir zameen ko banta nahi,</w:t>
      </w:r>
    </w:p>
    <w:p>
      <w:pPr>
        <w:jc w:val="right"/>
      </w:pPr>
      <w:r>
        <w:t>تو اس طرح نکال کے اس مسئلے پر اپلائی کیا اور اس کو پھر زمین کو بانٹا نہیں،</w:t>
      </w:r>
    </w:p>
    <w:p>
      <w:r>
        <w:rPr>
          <w:b/>
        </w:rPr>
        <w:t xml:space="preserve">[25:47] </w:t>
      </w:r>
      <w:r>
        <w:t>woh aise hi rehne diya. aur wahan par jo log sab kaam kar rahe the, kisan the, bohat saare kaam hote hain, woh sab unko barqarar rakha. to asal mein khalifa ko ijtihad ka poora haq hota tha, lekin khalifa bhi in individual nahi karta tha.</w:t>
      </w:r>
    </w:p>
    <w:p>
      <w:pPr>
        <w:jc w:val="right"/>
      </w:pPr>
      <w:r>
        <w:t>وہ ایسے ہی رہنے دیا۔ اور وہاں پر جو لوگ سب کام کر رہے تھے، کسان تھے، بہت سارے کام ہوتے ہیں، وہ سب ان کو برقرار رکھا۔ تو اصل میں خلیفہ کو اجتہاد کا پورا حق ہوتا تھا، لیکن خلیفہ بھی ان انڈیویجولی نہیں کرتا تھا۔</w:t>
      </w:r>
    </w:p>
    <w:p>
      <w:r>
        <w:rPr>
          <w:b/>
        </w:rPr>
        <w:t xml:space="preserve">[26:06] </w:t>
      </w:r>
      <w:r>
        <w:t>aam taur par iske kuch members hote the jo zyada samajhdar hote the,</w:t>
      </w:r>
    </w:p>
    <w:p>
      <w:pPr>
        <w:jc w:val="right"/>
      </w:pPr>
      <w:r>
        <w:t>عام طور پر اس کے کچھ ممبران ہوتے تھے جو زیادہ سمجھدار ہوتے تھے،</w:t>
      </w:r>
    </w:p>
    <w:p>
      <w:r>
        <w:rPr>
          <w:b/>
        </w:rPr>
        <w:t xml:space="preserve">[26:12] </w:t>
      </w:r>
      <w:r>
        <w:t>unko woh bulata tha, meeting hoti thi aur iske baad faisla karta tha. agar khalifa ko kisi dusre ki raye samajh mein aati to woh le leta, nahi to phir sab ki raye sunne ke baad woh ek apni raye deta aur us par phir faisla hota.</w:t>
      </w:r>
    </w:p>
    <w:p>
      <w:pPr>
        <w:jc w:val="right"/>
      </w:pPr>
      <w:r>
        <w:t>ان کو وہ بلاتا تھا، میٹنگ ہوتی تھی اور اس کے بعد فیصلہ کرتا تھا۔ اگر خلیفہ کو کسی دوسرے کی رائے سمجھ میں آتی تو وہ لے لیتا، نہیں تو پھر سب کی رائے سننے کے بعد وہ ایک اپنی رائے دیتا اور اس پر پھر فیصلہ ہوتا۔</w:t>
      </w:r>
    </w:p>
    <w:p>
      <w:r>
        <w:rPr>
          <w:b/>
        </w:rPr>
        <w:t xml:space="preserve">[26:30] </w:t>
      </w:r>
      <w:r>
        <w:t>to is tareeqe se woh log sab se pehle to Quran dekhte, phir sunnat mein talaash karte, phir log sunnatein chonke is zamane tak ikattha nahi hui</w:t>
      </w:r>
    </w:p>
    <w:p>
      <w:pPr>
        <w:jc w:val="right"/>
      </w:pPr>
      <w:r>
        <w:t>تو اس طریقے سے وہ لوگ سب سے پہلے تو قرآن دیکھتے، پھر سنت میں تلاش کرتے، پھر لوگ سنتیں چونکہ اس زمانے تک اکٹھا نہیں ہوئی</w:t>
      </w:r>
    </w:p>
    <w:p>
      <w:r>
        <w:rPr>
          <w:b/>
        </w:rPr>
        <w:t xml:space="preserve">[26:39] </w:t>
      </w:r>
      <w:r>
        <w:t>thin, to woh logon se sawaal karte ke kya tum jaante ho Rasool Allah ne aisa koi faisla farmaya hai? to jab Rasool Allah ki sunnat koi is masle par na milti, tab woh logon ko jama kar ke unse mashwara lete aur jab kisi raye par muttfiq ho jaate, tab uske mutabiq woh faisla karte.</w:t>
      </w:r>
    </w:p>
    <w:p>
      <w:pPr>
        <w:jc w:val="right"/>
      </w:pPr>
      <w:r>
        <w:t>تھیں، تو وہ لوگوں سے سوال کرتے کہ کیا تم جانتے ہو رسول اللہ نے ایسا کوئی فیصلہ فرمایا ہے؟ تو جب رسول اللہ کی سنت کوئی اس مسئلے پر نہ ملتی، تب وہ لوگوں کو جمع کر کے ان سے مشورہ لیتے اور جب کسی رائے پر متفق ہو جاتے، تب اس کے مطابق وہ فیصلہ کرتے۔</w:t>
      </w:r>
    </w:p>
    <w:p>
      <w:r>
        <w:rPr>
          <w:b/>
        </w:rPr>
        <w:t xml:space="preserve">[27:01] </w:t>
      </w:r>
      <w:r>
        <w:t>to is tareeqe se yeh bhi ek source hua, ahl-e-ilm ka mashwara ek source hua, ek ijtimai ki ek qism hai, ijtihad aur ijtimaa ki ek qism ho gayi.</w:t>
      </w:r>
    </w:p>
    <w:p>
      <w:pPr>
        <w:jc w:val="right"/>
      </w:pPr>
      <w:r>
        <w:t>تو اس طریقے سے یہ بھی ایک سورس ہوا، اہل علم کا مشورہ ایک سورس ہوا، ایک اجتماعی کی ایک قسم ہے، اجتہاد اور اجتماع کی ایک قسم ہو گئی۔</w:t>
      </w:r>
    </w:p>
    <w:p>
      <w:r>
        <w:rPr>
          <w:b/>
        </w:rPr>
        <w:t xml:space="preserve">[27:10] </w:t>
      </w:r>
      <w:r>
        <w:t>to is tareeqe se Hazrat Umar ne, Hazrat Umar ke zamane mein yeh farq ho gaya ke woh yeh bhi dekhte the ke Hazrat Abu Bakr ne kisi masle par kya faisla kiya tha.</w:t>
      </w:r>
    </w:p>
    <w:p>
      <w:pPr>
        <w:jc w:val="right"/>
      </w:pPr>
      <w:r>
        <w:t>تو اس طریقے سے حضرت عمر نے، حضرت عمر کے زمانے میں یہ فرق ہو گیا کہ وہ یہ بھی دیکھتے تھے کہ حضرت ابوبکر نے کسی مسئلے پر کیا فیصلہ کیا تھا۔</w:t>
      </w:r>
    </w:p>
    <w:p>
      <w:r>
        <w:rPr>
          <w:b/>
        </w:rPr>
        <w:t xml:space="preserve">[27:21] </w:t>
      </w:r>
      <w:r>
        <w:t>jaise judge hote hain</w:t>
      </w:r>
    </w:p>
    <w:p>
      <w:pPr>
        <w:jc w:val="right"/>
      </w:pPr>
      <w:r>
        <w:t>جیسے جج ہوتے ہیں</w:t>
      </w:r>
    </w:p>
    <w:p>
      <w:r>
        <w:rPr>
          <w:b/>
        </w:rPr>
        <w:t xml:space="preserve">[27:23] </w:t>
      </w:r>
      <w:r>
        <w:t>to unki jo decisions hoti hain, woh precedent ka kaam karti hain. to isi tareeqe se fuqaha ke baare mein aise hi tha ke unki jo raye hoti thi, woh bhi dekhi jaati thi, woh bhi ek source ho jaata tha.</w:t>
      </w:r>
    </w:p>
    <w:p>
      <w:pPr>
        <w:jc w:val="right"/>
      </w:pPr>
      <w:r>
        <w:t>تو ان کی جو ڈیسیژن ہوتی ہیں، وہ پریسیڈنس کا کام کرتی ہیں۔ تو اسی طریقے سے فقہاء کے بارے میں ایسے ہی تھا کہ ان کی جو رائے ہوتی تھی، وہ بھی دیکھی جاتی تھی، وہ بھی ایک سورس ہو جاتا تھا۔</w:t>
      </w:r>
    </w:p>
    <w:p>
      <w:r>
        <w:rPr>
          <w:b/>
        </w:rPr>
        <w:t xml:space="preserve">[27:36] </w:t>
      </w:r>
      <w:r>
        <w:t>senior sahaba the jaise Abdullah Ibn Masood hain, Abdullah Ibn Abbas hain, Abdur Rahman Ibn Auf, Muaz Ibn Jabal.</w:t>
      </w:r>
    </w:p>
    <w:p>
      <w:pPr>
        <w:jc w:val="right"/>
      </w:pPr>
      <w:r>
        <w:t>سینئر صحابہ تھے جیسے عبداللہ ابن مسعود ہیں، عبداللہ ابن عباس ہیں، عبدالرحمن ابن عوف، معاذ ابن جبل۔</w:t>
      </w:r>
    </w:p>
    <w:p>
      <w:r>
        <w:rPr>
          <w:b/>
        </w:rPr>
        <w:t xml:space="preserve">[27:45] </w:t>
      </w:r>
      <w:r>
        <w:t>to isi tareeqe se Hazrat Ali, to yeh log jo hain, bulaye jaate aur unke mutabiq</w:t>
      </w:r>
    </w:p>
    <w:p>
      <w:pPr>
        <w:jc w:val="right"/>
      </w:pPr>
      <w:r>
        <w:t>تو اسی طریقے سے حضرت علی، تو یہ لوگ جو ہیں، بلائے جاتے اور ان کے مطابق</w:t>
      </w:r>
    </w:p>
    <w:p>
      <w:r>
        <w:rPr>
          <w:b/>
        </w:rPr>
        <w:t xml:space="preserve">[27:52] </w:t>
      </w:r>
      <w:r>
        <w:t>faisla kiya jaata hai. ek Ubayy Ibn Kaab bhi the aur jaise jab Hazrat Abu Bakr khalifa the to Hazrat Umar, Usman, Ali sab iske member hote is team ke.</w:t>
      </w:r>
    </w:p>
    <w:p>
      <w:pPr>
        <w:jc w:val="right"/>
      </w:pPr>
      <w:r>
        <w:t>فیصلہ کیا جاتا ہے۔ ایک ابی ابن کعب بھی تھے اور جیسے جب حضرت ابوبکر خلیفہ تھے تو حضرت عمر، عثمان، علی سب اس اس ممبر ہوتے اس ٹیم کے۔</w:t>
      </w:r>
    </w:p>
    <w:p>
      <w:r>
        <w:rPr>
          <w:b/>
        </w:rPr>
        <w:t xml:space="preserve">[28:06] </w:t>
      </w:r>
      <w:r>
        <w:t>phir isi tareeqe se chalta raha, jitne bhi samajhdar log hote the, unko bulaye jaate the aur unse</w:t>
      </w:r>
    </w:p>
    <w:p>
      <w:pPr>
        <w:jc w:val="right"/>
      </w:pPr>
      <w:r>
        <w:t>پھر اسی طریقے سے چلتا رہا، جتنے بھی سمجھدار لوگ ہوتے تھے، ان کو بلائے جاتے تھے اور ان سے</w:t>
      </w:r>
    </w:p>
    <w:p>
      <w:r>
        <w:rPr>
          <w:b/>
        </w:rPr>
        <w:t xml:space="preserve">[28:16] </w:t>
      </w:r>
      <w:r>
        <w:t>mashware liye jaate the.</w:t>
      </w:r>
    </w:p>
    <w:p>
      <w:pPr>
        <w:jc w:val="right"/>
      </w:pPr>
      <w:r>
        <w:t>مشورے لیے جاتے تھے۔</w:t>
      </w:r>
    </w:p>
    <w:p>
      <w:r>
        <w:rPr>
          <w:b/>
        </w:rPr>
        <w:t xml:space="preserve">[28:19] </w:t>
      </w:r>
      <w:r>
        <w:t>to ijtihad ko jab hum accept karte hain to humein lagta hai ke Islami qanoon mein kitni flexibility hai halaat ke lihaaz se, jo Quran o Hadees ke usool hain.</w:t>
      </w:r>
    </w:p>
    <w:p>
      <w:pPr>
        <w:jc w:val="right"/>
      </w:pPr>
      <w:r>
        <w:t>تو اجتہاد کو جب ہم ایکسیپٹ کرتے ہیں تو ہمیں لگتا ہے کہ اسلامی قانون میں کتنی فلیکسیبلٹی ہے حالات کے لحاظ سے، جو قرآن و حدیث کے اصول ہیں۔</w:t>
      </w:r>
    </w:p>
    <w:p>
      <w:r>
        <w:rPr>
          <w:b/>
        </w:rPr>
        <w:t xml:space="preserve">[28:31] </w:t>
      </w:r>
      <w:r>
        <w:t>aur bohat saare usool aap thoda sa bataayenge, jo Quran o Hadees ke jo usool hain, is ko halaat ke hisaab se apply karna to is ke liye ijtihad zaroori hai.</w:t>
      </w:r>
    </w:p>
    <w:p>
      <w:pPr>
        <w:jc w:val="right"/>
      </w:pPr>
      <w:r>
        <w:t>اور بہت سارے اصول آپ تھوڑا سا بتائیے گا، جو قرآن و حدیث کے جو اصول ہیں، اس کو حالات کے حساب سے اپلائی کرنا تو اس کے لیے اجتہاد ضروری ہے۔</w:t>
      </w:r>
    </w:p>
    <w:p>
      <w:r>
        <w:rPr>
          <w:b/>
        </w:rPr>
        <w:t xml:space="preserve">[28:44] </w:t>
      </w:r>
      <w:r>
        <w:t>aur ijtihad agar na rahe to phir jumood ki kaifiyat taari ho jayegi.</w:t>
      </w:r>
    </w:p>
    <w:p>
      <w:pPr>
        <w:jc w:val="right"/>
      </w:pPr>
      <w:r>
        <w:t>اور اجتہاد اگر نہ رہے تو پھر جمود کی کیفیت طاری ہو جائے گی۔</w:t>
      </w:r>
    </w:p>
    <w:p>
      <w:r>
        <w:rPr>
          <w:b/>
        </w:rPr>
        <w:t xml:space="preserve">[28:50] </w:t>
      </w:r>
      <w:r>
        <w:t>aap ab aap ne bohat hi ahem baat bataayi ijtihad ke taalluq se. yahan par main do points add karunga: ijtihad ka fiqh se kya taalluq hai aur ijtihad na kiya jaaye to Quran mein kya baat bataayi gayi hai, is par main bataunga.</w:t>
      </w:r>
    </w:p>
    <w:p>
      <w:pPr>
        <w:jc w:val="right"/>
      </w:pPr>
      <w:r>
        <w:t>آپ اب آپ نے بہت ہی اہم بات بتائی اجتہاد کے تعلق سے۔ یہاں پر میں دو پوائنٹ ایڈ کروں گا: اجتہاد کا فقہ سے کیا تعلق ہے اور اجتہاد نہ کیا جائے تو قرآن میں کیا بات بتائی گئی ہے، اس پر میں بتاؤں گا۔</w:t>
      </w:r>
    </w:p>
    <w:p>
      <w:r>
        <w:rPr>
          <w:b/>
        </w:rPr>
        <w:t xml:space="preserve">[29:06] </w:t>
      </w:r>
      <w:r>
        <w:t>ijtihad aur fiqh ka taalluq yeh hai ke fiqh ka safar jo jaari hota hai, ijtihadi zehan ki buniyaad par jaari hota hai. aadmi ka zehan ijtihadi na ho to aadmi apply nahi kar sakta deen ko baad ke</w:t>
      </w:r>
    </w:p>
    <w:p>
      <w:pPr>
        <w:jc w:val="right"/>
      </w:pPr>
      <w:r>
        <w:t>اجتہاد اور فقہ کا تعلق یہ ہے کہ فقہ کا سفر جو جاری ہوتا ہے، اجتہادی ذہن کی بنیاد پر جاری ہوتا ہے۔ آدمی کا ذہن اجتہادی نہ ہو تو آدمی اپلائی نہیں کر سکتا دین کو بعد کے</w:t>
      </w:r>
    </w:p>
    <w:p>
      <w:r>
        <w:rPr>
          <w:b/>
        </w:rPr>
        <w:t xml:space="preserve">[29:18] </w:t>
      </w:r>
      <w:r>
        <w:t>zamaane mein, kyunke deen jo zaahir si baat hai, utra hai woh apne ek khaas mahaul mein, zamane mein utra hai. iske reference mein baat bataayi gayi, lekin woh usool baad ke tamaam zamano ke liye woh applicable applicable hain.</w:t>
      </w:r>
    </w:p>
    <w:p>
      <w:pPr>
        <w:jc w:val="right"/>
      </w:pPr>
      <w:r>
        <w:t>زمانے میں، کیونکہ دین جو ظاہر سی بات ہے، اترا ہے وہ اپنے ایک خاص ماحول میں، زمانے میں اترا ہے۔ اس کے ریفرنس میں بات بتائی گئی، لیکن وہ اصول بعد کے تمام زمانوں کے لیے وہ ایپلیکیبل ایپلیکیبل ہیں۔</w:t>
      </w:r>
    </w:p>
    <w:p>
      <w:r>
        <w:rPr>
          <w:b/>
        </w:rPr>
        <w:t xml:space="preserve">[29:32] </w:t>
      </w:r>
      <w:r>
        <w:t>to ijtihadi zehan nahi hoga to aadmi fiqh ke mutabiq deen par amal</w:t>
      </w:r>
    </w:p>
    <w:p>
      <w:pPr>
        <w:jc w:val="right"/>
      </w:pPr>
      <w:r>
        <w:t>تو اجتہادی ذہن نہیں ہوگا تو آدمی فقہ کے مطابق دین پر عمل</w:t>
      </w:r>
    </w:p>
    <w:p>
      <w:r>
        <w:rPr>
          <w:b/>
        </w:rPr>
        <w:t xml:space="preserve">[29:37] </w:t>
      </w:r>
      <w:r>
        <w:t>nahi kar sakta, fiqh jaari nahi ho sakta. aur Quran mein ijtihadi zehan ki ahmiyat kya hai? Quran mein ijtihad ko istinbaat kaha gaya hai, jaise Maulana ne khud kaha hai, bataya is ko ke istinbaat kaha gaya hai.</w:t>
      </w:r>
    </w:p>
    <w:p>
      <w:pPr>
        <w:jc w:val="right"/>
      </w:pPr>
      <w:r>
        <w:t>نہیں کر سکتا، فقہ جاری نہیں ہو سکتا۔ اور قرآن میں اجتہادی ذہن کی اہمیت کیا ہے؟ قرآن میں اجتہاد کو استنباط کہا گیا ہے، جیسا کہ مولانا نے خود کہا ہے، بتایا اس کو کہ استنباط کہا گیا ہے۔</w:t>
      </w:r>
    </w:p>
    <w:p>
      <w:r>
        <w:rPr>
          <w:b/>
        </w:rPr>
        <w:t xml:space="preserve">[29:49] </w:t>
      </w:r>
      <w:r>
        <w:t>is par kai mazameen bhi Maulana ne likhe hain. to Quran mein jo aayat aayi hai, woh main dekh raha tha to us mein ek bohat hi ahem baat bataayi gayi hai ke ijtihadi zehan aadmi ke andar na ho to kahan ja sakta hai?</w:t>
      </w:r>
    </w:p>
    <w:p>
      <w:pPr>
        <w:jc w:val="right"/>
      </w:pPr>
      <w:r>
        <w:t>اس پر کئی مضامین بھی مولانا نے لکھے ہیں۔ تو قرآن میں جو آیت آئی ہے، وہ میں دیکھ رہا تھا تو اس میں ایک بہت ہی اہم بات بتائی گئی ہے کہ اجتہادی ذہن آدمی کے اندر نہ ہو تو کہاں جا سکتا ہے؟</w:t>
      </w:r>
    </w:p>
    <w:p>
      <w:r>
        <w:rPr>
          <w:b/>
        </w:rPr>
        <w:t xml:space="preserve">[29:59] </w:t>
      </w:r>
      <w:r>
        <w:t>Quran ki aayat hai: "Wa iza jaa-a amrun minal amni awil khawfi azaa'oo bihi wa law raddoohu ila ar-rasooli wa ila ulil amri minhum la'alimahul ladheena yastambitoonahu minhum wa law la fadlullahi alaykum wa rahmatuhu lattaba'tumush shaytaana illa qaleela" ke jab unke paas aman ka koi mamla, aman ke zamane ka koi mamla aata hai ya khauf ke zamane ke waqt ka koi mamla aata hai to woh dar jaate hain aur is ko phelaana shuru kar dete hain, jis se intishaar paida ho sakta hai.</w:t>
      </w:r>
    </w:p>
    <w:p>
      <w:pPr>
        <w:jc w:val="right"/>
      </w:pPr>
      <w:r>
        <w:t>قرآن کی آیت ہے: "وَإِذَا جَاءَ أَمْرٌ مِنَ الْأَمْنِ أَوِ الْخَوْفِ أَذَعُوْا بِهِ وَلَوْ رَدُّوهُ إِلَى الرَّسُولِ وَإِلَى أُوْلِ الْأَمْرِ مِنْهُمْ لَعَلِمَهُ الَّذِينَ يَسْتَمْبِتُونَهُ مِنْهُمْ وَلَوْ لَا فَضْلُ اللَّهِ عَلَيْكُمْ وَرَحْمَتُهُ لَتَّبْعَتُمُ الشَّيْطَانَ إِلَّا قَلِيلًا" کہ جب ان کے پاس امن کا کوئی معاملہ، امن کے زمانے کا کوئی معاملہ آتا ہے یا خوف کے زمانے کے وقت کا کوئی معاملہ آتا ہے تو وہ ڈر جاتے ہیں اور اس کو پھیلانا شروع کر دیتے ہیں، جس سے انتشار پیدا ہو سکتا ہے۔</w:t>
      </w:r>
    </w:p>
    <w:p>
      <w:r>
        <w:rPr>
          <w:b/>
        </w:rPr>
        <w:t xml:space="preserve">[30:28] </w:t>
      </w:r>
      <w:r>
        <w:t>to agar woh Allah aur uske Rasool ki taraf is mamle ko bataayen ya ulil amr ki taraf taake woh is ko samjhein aur is mamle se istinbaat karein ke kaise yahan par behtar cheez apply ho sakti hai,</w:t>
      </w:r>
    </w:p>
    <w:p>
      <w:pPr>
        <w:jc w:val="right"/>
      </w:pPr>
      <w:r>
        <w:t>تو اگر وہ اللہ اور اس کے رسول کی طرف اس معاملے کو بتائیں یا اولی الامر کی طرف تاکہ وہ اس کو سمجھیں اور اس معاملے سے استنباط کریں کہ کیسے یہاں پر بہتر چیز اپلائی ہو سکتی ہے،</w:t>
      </w:r>
    </w:p>
    <w:p>
      <w:r>
        <w:rPr>
          <w:b/>
        </w:rPr>
        <w:t xml:space="preserve">[30:45] </w:t>
      </w:r>
      <w:r>
        <w:t>to agar allah ka fazl na hota to tum mein se aur us ki rehmat na hoti to tum mein se bohat sare log shaitan ke rastay par chal padte. yeh ishara hai ke istinbat ke zariye aap shaitan ke rastay se bach sakte hain.</w:t>
      </w:r>
    </w:p>
    <w:p>
      <w:pPr>
        <w:jc w:val="right"/>
      </w:pPr>
      <w:r>
        <w:t>تو اگر اللہ کا فضل نہ ہوتا تو تم میں سے اور اس کی رحمت نہ ہوتی تو تم میں سے بہت سارے لوگ شیطان کے راستے پر چل پڑتے۔ یہ اشارہ ہے کہ استنباط کے ذریعے آپ شیطان کے راستے سے بچ سکتے ہیں۔</w:t>
      </w:r>
    </w:p>
    <w:p>
      <w:r>
        <w:rPr>
          <w:b/>
        </w:rPr>
        <w:t xml:space="preserve">[30:57] </w:t>
      </w:r>
      <w:r>
        <w:t>to istinbat jo ijtihad kaha gaya hai, to ijtihad kiya cheez hai? aap ko behtar rastay ki taraf le janay ka aik zariya hai aur yahi cheez fiqah</w:t>
      </w:r>
    </w:p>
    <w:p>
      <w:pPr>
        <w:jc w:val="right"/>
      </w:pPr>
      <w:r>
        <w:t>تو استنباط جو اجتہاد کہا گیا ہے، تو اجتہاد کیا چیز ہے؟ آپ کو بہتر راستے کی طرف لے جانے کا ایک ذریعہ ہے اور یہی چیز فقہ</w:t>
      </w:r>
    </w:p>
    <w:p>
      <w:r>
        <w:rPr>
          <w:b/>
        </w:rPr>
        <w:t xml:space="preserve">[31:05] </w:t>
      </w:r>
      <w:r>
        <w:t>, isi cheez ko, yahi rasta jo hai, yeh fiqah kehlata hai. to is ke aagay mein aap se bohat hi aham sawal karunga, jis par har aadmi janna chahta hai ke hum dekhte hain ke fiqah mein bohat sare ikhtilafat paaye jatay hain.</w:t>
      </w:r>
    </w:p>
    <w:p>
      <w:pPr>
        <w:jc w:val="right"/>
      </w:pPr>
      <w:r>
        <w:t>، اسی چیز کو، یہی راستہ جو ہے، یہ فقہ کہلاتا ہے۔ تو اس کے آگے میں آپ سے بہت ہی اہم سوال کروں گا، جس پر ہر آدمی جاننا چاہتا ہے کہ ہم دیکھتے ہیں کہ فقہ میں بہت سارے اختلافات پائے جاتے ہیں۔</w:t>
      </w:r>
    </w:p>
    <w:p>
      <w:r>
        <w:rPr>
          <w:b/>
        </w:rPr>
        <w:t xml:space="preserve">[31:21] </w:t>
      </w:r>
      <w:r>
        <w:t>maulana ne is par aik bohat aham kitab bhi likhi hai "tajdeed deen" ke naam se. is kitab ko aap cps international ki website par bhi download kar sakte hain aur "good word books" se bhi yeh kitab</w:t>
      </w:r>
    </w:p>
    <w:p>
      <w:pPr>
        <w:jc w:val="right"/>
      </w:pPr>
      <w:r>
        <w:t>مولانا نے اس پر ایک بہت اہم کتاب بھی لکھی ہے "تجدید دین" کے نام سے۔ اس کتاب کو آپ سی پی ایس انٹرنیشنل کی ویب سائٹ پر بھی ڈاؤن لوڈ کر سکتے ہیں اور "گڈ ورڈ بکس" سے بھی یہ کتاب</w:t>
      </w:r>
    </w:p>
    <w:p>
      <w:r>
        <w:rPr>
          <w:b/>
        </w:rPr>
        <w:t xml:space="preserve">[31:34] </w:t>
      </w:r>
      <w:r>
        <w:t>shaye hui hai, parh sakte hain. is mein aik chapter hi hai fiqah ke oopar. is mein maulana ne jo baat batai hai, us par mein aap se sawal karunga ke ikhtilaf ki wajah kiya hai?</w:t>
      </w:r>
    </w:p>
    <w:p>
      <w:pPr>
        <w:jc w:val="right"/>
      </w:pPr>
      <w:r>
        <w:t>شائع ہوئی ہے، پڑھ سکتے ہیں۔ اس میں ایک چیپٹر ہی ہے فقہ کے اوپر۔ اس میں مولانا نے جو بات بتائی ہے، اس پر میں آپ سے سوال کروں گا کہ اختلاف کی وجہ کیا ہے؟</w:t>
      </w:r>
    </w:p>
    <w:p>
      <w:r>
        <w:rPr>
          <w:b/>
        </w:rPr>
        <w:t xml:space="preserve">[31:44] </w:t>
      </w:r>
      <w:r>
        <w:t>maulana ne is par jo likha, woh aap hamein kuch batayein. is par maulana ne "tajdeed deen" mein bohat hi clear kiya hai ke ikhtilafat ki wajah kiya hai.</w:t>
      </w:r>
    </w:p>
    <w:p>
      <w:pPr>
        <w:jc w:val="right"/>
      </w:pPr>
      <w:r>
        <w:t>مولانا نے اس پر جو لکھا، وہ آپ ہمیں کچھ بتائیں۔ اس پر مولانا نے "تجدید دین" میں بہت ہی کلیئر کیا ہے کہ اختلافات کی وجہ کیا ہے۔</w:t>
      </w:r>
    </w:p>
    <w:p>
      <w:r>
        <w:rPr>
          <w:b/>
        </w:rPr>
        <w:t xml:space="preserve">[31:54] </w:t>
      </w:r>
      <w:r>
        <w:t>ikhtilaf itnay barhay hue hain, itnay barhay hue hain ke yeh kabhi jaisay lagta hai ke lam itna hi hai, kabhi khatam nahi honay walay hain aur bilkul bila sabab hai,</w:t>
      </w:r>
    </w:p>
    <w:p>
      <w:pPr>
        <w:jc w:val="right"/>
      </w:pPr>
      <w:r>
        <w:t>اختلاف اتنے بڑھے ہوئے ہیں، اتنے بڑھے ہوئے ہیں کہ یہ کبھی جیسے لگتا ہے کہ لام اتنا ہی ہے، کبھی ختم نہیں ہونے والے ہیں اور بالکل بلا سبب ہے،</w:t>
      </w:r>
    </w:p>
    <w:p>
      <w:r>
        <w:rPr>
          <w:b/>
        </w:rPr>
        <w:t xml:space="preserve">[32:04] </w:t>
      </w:r>
      <w:r>
        <w:t>kyun ke masla kuch bhi nahi tha. ab ab daur oosl mein jab hadisein collect nahi hui theen, jama nahi hui theen to us waqt yeh masla paida hi nahi hua tha.</w:t>
      </w:r>
    </w:p>
    <w:p>
      <w:pPr>
        <w:jc w:val="right"/>
      </w:pPr>
      <w:r>
        <w:t>کیونکہ مسئلہ کچھ بھی نہیں تھا۔ اب اب دور اوسل میں جب حدیثیں کلیکٹ نہیں ہوئی تھیں، جمع نہیں ہوئی تھیں تو اس وقت یہ مسئلہ پیدا ہی نہیں ہوا تھا۔</w:t>
      </w:r>
    </w:p>
    <w:p>
      <w:r>
        <w:rPr>
          <w:b/>
        </w:rPr>
        <w:t xml:space="preserve">[32:17] </w:t>
      </w:r>
      <w:r>
        <w:t>baad mein jab hadisein jama huien to logon ne dekha ke bohat sari cheezon mein mutazad raaye hai, bohat sari cheezon mein.</w:t>
      </w:r>
    </w:p>
    <w:p>
      <w:pPr>
        <w:jc w:val="right"/>
      </w:pPr>
      <w:r>
        <w:t>بعد میں جب حدیثیں جمع ہوئیں تو لوگوں نے دیکھا کہ بہت ساری چیزوں میں متضاد رائے ہے، بہت ساری چیزوں میں۔</w:t>
      </w:r>
    </w:p>
    <w:p>
      <w:r>
        <w:rPr>
          <w:b/>
        </w:rPr>
        <w:t xml:space="preserve">[32:27] </w:t>
      </w:r>
      <w:r>
        <w:t>to kabhi rasool allah salallaho alaihi wasallam ne yahan tak hai ke kabhi joota pehan ke bhi namaz parhi hai.</w:t>
      </w:r>
    </w:p>
    <w:p>
      <w:pPr>
        <w:jc w:val="right"/>
      </w:pPr>
      <w:r>
        <w:t>تو کبھی رسول اللہ صلی اللہ علیہ وسلم نے یہاں تک ہے کہ کبھی جوتا پہن کے بھی نماز پڑھی ہے۔</w:t>
      </w:r>
    </w:p>
    <w:p>
      <w:r>
        <w:rPr>
          <w:b/>
        </w:rPr>
        <w:t xml:space="preserve">[32:33] </w:t>
      </w:r>
      <w:r>
        <w:t>to yeh is tareeqay se kabhi "ameen" ahista kaha, kabhi zor kaha, kabhi "bismillah" ahista kaha, kabhi zor kaha. kabhi hazrat umar aik bar aaye, unho ne masjid mein jab dakhil hotay hain to namaz parhte hain.</w:t>
      </w:r>
    </w:p>
    <w:p>
      <w:pPr>
        <w:jc w:val="right"/>
      </w:pPr>
      <w:r>
        <w:t>تو یہ اس طریقے سے کبھی "امین" آہستہ کہا، کبھی زور کہا، کبھی "بسم اللہ" آہستہ کہا، کبھی زور کہا۔ کبھی حضرت عمر ایک بار آئے، انہوں نے مسجد میں جب داخل ہوتے ہیں تو نماز پڑھتے ہیں۔</w:t>
      </w:r>
    </w:p>
    <w:p>
      <w:r>
        <w:rPr>
          <w:b/>
        </w:rPr>
        <w:t xml:space="preserve">[32:47] </w:t>
      </w:r>
      <w:r>
        <w:t>hazrat umar ne aik ne aik rakat bhi namaz parhi hai. unho ne kisi ne poocha ke aap ne aik rakat parhi hai? unho ne kaha yeh to nafila hai. to is tareeqay ki cheezein pehle pehle logon ko maloom</w:t>
      </w:r>
    </w:p>
    <w:p>
      <w:pPr>
        <w:jc w:val="right"/>
      </w:pPr>
      <w:r>
        <w:t>حضرت عمر نے ایک نے ایک رکعت بھی نماز پڑھی ہے۔ انہوں نے کسی نے پوچھا کہ آپ نے ایک رکعت پڑھی ہے؟ انہوں نے کہا یہ تو نافلہ ہے۔ تو اس طریقے کی چیزیں پہلے پہلے لوگوں کو معلوم</w:t>
      </w:r>
    </w:p>
    <w:p>
      <w:r>
        <w:rPr>
          <w:b/>
        </w:rPr>
        <w:t xml:space="preserve">[32:59] </w:t>
      </w:r>
      <w:r>
        <w:t>nahi theen. jab hadisein jama huien, tab logon ne dekha ke aik hi masail mein kai kai raaye hain sahaba ki. to us ko woh lagay tarjeeh denay ke kiya behtar hai, kiya kiya preference ke usool se us ko dekhnay lagay.</w:t>
      </w:r>
    </w:p>
    <w:p>
      <w:pPr>
        <w:jc w:val="right"/>
      </w:pPr>
      <w:r>
        <w:t>نہیں تھیں۔ جب حدیثیں جمع ہوئیں، تب لوگوں نے دیکھا کہ ایک ہی مسائل میں کئی کئی رائے ہیں صحابیوں کی۔ تو اس کو وہ لگے ترجیح دینے کہ کیا بہتر ہے، کیا کیا پریفرنس کے اصول سے اس کو دیکھنے لگے۔</w:t>
      </w:r>
    </w:p>
    <w:p>
      <w:r>
        <w:rPr>
          <w:b/>
        </w:rPr>
        <w:t xml:space="preserve">[33:17] </w:t>
      </w:r>
      <w:r>
        <w:t>to us waqt wahi tha ke sari hadisein samnay nahi theen. ab jaisay tahajjud, ab sab log yeh samajhtay hain ke tahajjud ke liye hum ko bees rakat hi namaz parh</w:t>
      </w:r>
    </w:p>
    <w:p>
      <w:pPr>
        <w:jc w:val="right"/>
      </w:pPr>
      <w:r>
        <w:t>تو اس وقت وہی تھا کہ ساری حدیثیں سامنے نہیں تھیں۔ اب جیسے تہجد، اب سب لوگ یہ سمجھتے ہیں کہ تہجد کے لیے ہم کو بیس رکعت ہی نماز پڑھ</w:t>
      </w:r>
    </w:p>
    <w:p>
      <w:r>
        <w:rPr>
          <w:b/>
        </w:rPr>
        <w:t xml:space="preserve">[33:27] </w:t>
      </w:r>
      <w:r>
        <w:t>ni hai. ab bohat si khaas tor par ladies, ab ramzan ka zamana, kaam bhi bohat hota hai, phir roza rakhti hain, ndhaal ho ho jati hain.</w:t>
      </w:r>
    </w:p>
    <w:p>
      <w:pPr>
        <w:jc w:val="right"/>
      </w:pPr>
      <w:r>
        <w:t>نی ہے۔ اب بہت سی خاص طور پر لیڈیز، اب رمضان کا زمانہ، کام بھی بہت ہوتا ہے، پھر روزہ رکھتی ہیں، نڈھال ہو ہو جاتی ہیں۔</w:t>
      </w:r>
    </w:p>
    <w:p>
      <w:r>
        <w:rPr>
          <w:b/>
        </w:rPr>
        <w:t xml:space="preserve">[33:35] </w:t>
      </w:r>
      <w:r>
        <w:t>un ko bees rakat parhna bohat logon ko mushkil lagta hai. to tahajjud jo hai, do rakat se bees rakat tak aap kuch bhi parh sakte hain, jitna aap ke andar capacity hai.</w:t>
      </w:r>
    </w:p>
    <w:p>
      <w:pPr>
        <w:jc w:val="right"/>
      </w:pPr>
      <w:r>
        <w:t>ان کو بیس رکعت پڑھنا بہت لوگوں کو مشکل لگتا ہے۔ تو تہجد جو ہے، دو رکعت سے بیس رکعت تک آپ کچھ بھی پڑھ سکتے ہیں، جتنا آپ کے اندر کپیسٹی ہے۔</w:t>
      </w:r>
    </w:p>
    <w:p>
      <w:r>
        <w:rPr>
          <w:b/>
        </w:rPr>
        <w:t xml:space="preserve">[33:46] </w:t>
      </w:r>
      <w:r>
        <w:t>to</w:t>
      </w:r>
    </w:p>
    <w:p>
      <w:pPr>
        <w:jc w:val="right"/>
      </w:pPr>
      <w:r>
        <w:t>تو</w:t>
      </w:r>
    </w:p>
    <w:p>
      <w:r>
        <w:rPr>
          <w:b/>
        </w:rPr>
        <w:t xml:space="preserve">[33:47] </w:t>
      </w:r>
      <w:r>
        <w:t>isi tareeqay se namaz mein, jaisay rasool allah salallaho alaihi wasallam namaz mein kabhi quran ka portion parha jata hai, kabhi kam parhtay, kabhi ziyada parhtay, aur kabhi dekhtay ke aur aurat apna bachcha le kar aai hai, bachcha ro raha hai to us ko short kar detay hain.</w:t>
      </w:r>
    </w:p>
    <w:p>
      <w:pPr>
        <w:jc w:val="right"/>
      </w:pPr>
      <w:r>
        <w:t>اسی طریقے سے نماز میں، جیسے رسول اللہ صلی اللہ علیہ وسلم نماز میں کبھی جو قرآن کا پورشن پڑھا جاتا ہے، کبھی کم پڑھتے، کبھی زیادہ پڑھتے، اور کبھی دیکھتے کہ اور اور عورت اپنا بچہ لے کر آئی ہے، بچہ رو رہا ہے تو اس کو شارٹ کر دیتے ہیں۔</w:t>
      </w:r>
    </w:p>
    <w:p>
      <w:r>
        <w:rPr>
          <w:b/>
        </w:rPr>
        <w:t xml:space="preserve">[34:04] </w:t>
      </w:r>
      <w:r>
        <w:t>to yeh halaat ke hisab se bohat kuch karna parta hai.</w:t>
      </w:r>
    </w:p>
    <w:p>
      <w:pPr>
        <w:jc w:val="right"/>
      </w:pPr>
      <w:r>
        <w:t>تو یہ حالات کے حساب سے بہت کچھ کرنا پڑتا ہے۔</w:t>
      </w:r>
    </w:p>
    <w:p>
      <w:r>
        <w:rPr>
          <w:b/>
        </w:rPr>
        <w:t xml:space="preserve">[34:08] </w:t>
      </w:r>
      <w:r>
        <w:t>to jo aik usool hai "qillat takleef" ke islam jo hai, aasani chahta hai, khuda aasani chahta hai, mushkil nahi chahta hai.</w:t>
      </w:r>
    </w:p>
    <w:p>
      <w:pPr>
        <w:jc w:val="right"/>
      </w:pPr>
      <w:r>
        <w:t>تو جو ایک اصول ہے "قلت تکلیف" کہ اسلام جو ہے، آسانی چاہتا ہے، خدا آسانی چاہتا ہے، مشکل نہیں چاہتا ہے۔</w:t>
      </w:r>
    </w:p>
    <w:p>
      <w:r>
        <w:rPr>
          <w:b/>
        </w:rPr>
        <w:t xml:space="preserve">[34:18] </w:t>
      </w:r>
      <w:r>
        <w:t>jo hazrat ayesha ne kaha ke easier option aur harder option ke rasool allah salallaho alaihi wasallam hamesha dekhtay thay ke kiya asan hai, wahi option letay thay.</w:t>
      </w:r>
    </w:p>
    <w:p>
      <w:pPr>
        <w:jc w:val="right"/>
      </w:pPr>
      <w:r>
        <w:t>جو حضرت عائشہ نے کہا کہ ایزیر آپشن اور ہارڈر آپشن کہ رسول اللہ صلی اللہ علیہ وسلم ہمیشہ دیکھتے تھے کہ کیا آسان ہے، وہی آپشن لیتے تھے۔</w:t>
      </w:r>
    </w:p>
    <w:p>
      <w:r>
        <w:rPr>
          <w:b/>
        </w:rPr>
        <w:t xml:space="preserve">[34:31] </w:t>
      </w:r>
      <w:r>
        <w:t>to yahi baat thi is mein bhi.</w:t>
      </w:r>
    </w:p>
    <w:p>
      <w:pPr>
        <w:jc w:val="right"/>
      </w:pPr>
      <w:r>
        <w:t>تو یہی بات تھی اس میں بھی۔</w:t>
      </w:r>
    </w:p>
    <w:p>
      <w:r>
        <w:rPr>
          <w:b/>
        </w:rPr>
        <w:t xml:space="preserve">[34:34] </w:t>
      </w:r>
      <w:r>
        <w:t>aur jab aik jo ikhtilafat hain, woh basics mein nahi hain balkay non basics mein hain, jis ko hum juziyat kehtay hain.</w:t>
      </w:r>
    </w:p>
    <w:p>
      <w:pPr>
        <w:jc w:val="right"/>
      </w:pPr>
      <w:r>
        <w:t>اور جب ایک جو اختلافات ہیں، وہ بیسکس میں نہیں ہیں بلکہ نان بیسکس میں ہیں، جس کو ہم جزیات کہتے ہیں۔</w:t>
      </w:r>
    </w:p>
    <w:p>
      <w:r>
        <w:rPr>
          <w:b/>
        </w:rPr>
        <w:t xml:space="preserve">[34:43] </w:t>
      </w:r>
      <w:r>
        <w:t>matlab hai ke namaz mein kitnay waqt ki namazein hain, farz namazein kitni hain, is mein kisi mein bhi ikhtilaf nahi hai.</w:t>
      </w:r>
    </w:p>
    <w:p>
      <w:pPr>
        <w:jc w:val="right"/>
      </w:pPr>
      <w:r>
        <w:t>مطلب ہے کہ نماز میں کتنے وقت کی نمازیں ہیں، فرض نمازیں کتنی ہیں، اس میں کسی میں بھی اختلاف نہیں ہے۔</w:t>
      </w:r>
    </w:p>
    <w:p>
      <w:r>
        <w:rPr>
          <w:b/>
        </w:rPr>
        <w:t xml:space="preserve">[34:53] </w:t>
      </w:r>
      <w:r>
        <w:t>ab nafl namazon mein ikhtilaf hoga, hath yahan rakhna hai ke neeche rakhna hai, is mein ikhtilaf hoga. hanafi musafaha kaisay karna</w:t>
      </w:r>
    </w:p>
    <w:p>
      <w:pPr>
        <w:jc w:val="right"/>
      </w:pPr>
      <w:r>
        <w:t>اب نفل نمازوں میں اختلاف ہوگا، ہاتھ یہاں رکھنا ہے کہ نیچے رکھنا ہے، اس میں اختلاف ہوگا۔ حنفی مصافحہ کیسے کرنا</w:t>
      </w:r>
    </w:p>
    <w:p>
      <w:r>
        <w:rPr>
          <w:b/>
        </w:rPr>
        <w:t xml:space="preserve">[35:01] </w:t>
      </w:r>
      <w:r>
        <w:t>hai? hanfi kehte hain do hath se musafaha karna hai, ahle hadith kehte hain ek hath se musafaha karna hai. is mein itne jhagde hain, itne jhagde hain ke kuch baat nahin.</w:t>
      </w:r>
    </w:p>
    <w:p>
      <w:pPr>
        <w:jc w:val="right"/>
      </w:pPr>
      <w:r>
        <w:t>ہے؟ حنفی کہتے ہیں دو ہاتھ سے مصافحہ کرنا ہے، اہل حدیث کہتے ہیں ایک ہاتھ سے مصافحہ کرنا ہے۔ اس میں اتنے جھگڑے ہیں، اتنے جھگڑے ہیں کہ کچھ بات نہیں۔</w:t>
      </w:r>
    </w:p>
    <w:p>
      <w:r>
        <w:rPr>
          <w:b/>
        </w:rPr>
        <w:t xml:space="preserve">[35:11] </w:t>
      </w:r>
      <w:r>
        <w:t>aur is mein kya hai? ek hath se bhi kar sakte hain, do hath se bhi kar sakte hain, kyunke sahaba ke bare mein aya hai ke tamam sahabi guided hain.</w:t>
      </w:r>
    </w:p>
    <w:p>
      <w:pPr>
        <w:jc w:val="right"/>
      </w:pPr>
      <w:r>
        <w:t>اور اس میں کیا ہے؟ ایک ہاتھ سے بھی کر سکتے ہیں، دو ہاتھ سے بھی کر سکتے ہیں، کیونکہ صحابہ کے بارے میں آیا ہے کہ تمام صحابی گائیڈڈ ہیں۔</w:t>
      </w:r>
    </w:p>
    <w:p>
      <w:r>
        <w:rPr>
          <w:b/>
        </w:rPr>
        <w:t xml:space="preserve">[35:20] </w:t>
      </w:r>
      <w:r>
        <w:t>to hum kisi bhi ek sahabi ki baat ko maan sakte hain aur hum guided honge.</w:t>
      </w:r>
    </w:p>
    <w:p>
      <w:pPr>
        <w:jc w:val="right"/>
      </w:pPr>
      <w:r>
        <w:t>تو ہم کسی بھی ایک صحابی کی بات کو مان سکتے ہیں اور ہم گائیڈڈ ہوں گے۔</w:t>
      </w:r>
    </w:p>
    <w:p>
      <w:r>
        <w:rPr>
          <w:b/>
        </w:rPr>
        <w:t xml:space="preserve">[35:29] </w:t>
      </w:r>
      <w:r>
        <w:t>is mein hadith mein aya hai ke mere sahabi sab ke sab sitaron ke manind hain, tum kisi ko bhi follow karo, tum guided ho ge. ab hanfi hain, do namaz ekatha nahin karte siwaye safar ke aur hajj ke.</w:t>
      </w:r>
    </w:p>
    <w:p>
      <w:pPr>
        <w:jc w:val="right"/>
      </w:pPr>
      <w:r>
        <w:t>اس میں حدیث میں آیا ہے کہ میرے صحابی سب کے سب ستاروں کے مانند ہیں، تم کسی کو بھی فالو کرو، تم گائیڈڈ ہو گے۔ اب حنفی ہیں، دو نماز اکٹھا نہیں کرتے سوائے سفر کے اور حج کے۔</w:t>
      </w:r>
    </w:p>
    <w:p>
      <w:r>
        <w:rPr>
          <w:b/>
        </w:rPr>
        <w:t xml:space="preserve">[35:43] </w:t>
      </w:r>
      <w:r>
        <w:t>aur do namaz ekatha ki ja sakti hain. hum kahin ja rahe hain, hamein pata hai ke hamein time nahin milega namaz ka, jo zuhr, asr aur maghrib aur isha mein pata hai ke time nahin milega.</w:t>
      </w:r>
    </w:p>
    <w:p>
      <w:pPr>
        <w:jc w:val="right"/>
      </w:pPr>
      <w:r>
        <w:t>اور دو نماز اکٹھا کی جا سکتی ہیں۔ ہم کہیں جا رہے ہیں، ہمیں پتہ ہے کہ ہمیں ٹائم نہیں ملے گا نماز کا، جو ظہر، عصر اور مغرب اور عشاء میں پتہ ہے کہ ٹائم نہیں ملے گا۔</w:t>
      </w:r>
    </w:p>
    <w:p>
      <w:r>
        <w:rPr>
          <w:b/>
        </w:rPr>
        <w:t xml:space="preserve">[35:54] </w:t>
      </w:r>
      <w:r>
        <w:t>to hum ekatha kar sakte</w:t>
      </w:r>
    </w:p>
    <w:p>
      <w:pPr>
        <w:jc w:val="right"/>
      </w:pPr>
      <w:r>
        <w:t>تو ہم اکٹھا کر سکتے</w:t>
      </w:r>
    </w:p>
    <w:p>
      <w:r>
        <w:rPr>
          <w:b/>
        </w:rPr>
        <w:t xml:space="preserve">[35:55] </w:t>
      </w:r>
      <w:r>
        <w:t>hain, kyunke school of thought bhi to school of fiqh bhi to kai hain. ek ek hai hanfi, maliki, shafi, hanbali aur shion ka hai fiqh jafri.</w:t>
      </w:r>
    </w:p>
    <w:p>
      <w:pPr>
        <w:jc w:val="right"/>
      </w:pPr>
      <w:r>
        <w:t>ہیں، کیونکہ اسکول آف تھاٹ بھی تو اسکول آف فقہ بھی تو کئی ہیں۔ ایک ایک ہے حنفی، مالکی، شافعی، حنبلی اور شیعوں کا ہے فقہ جعفری۔</w:t>
      </w:r>
    </w:p>
    <w:p>
      <w:r>
        <w:rPr>
          <w:b/>
        </w:rPr>
        <w:t xml:space="preserve">[36:08] </w:t>
      </w:r>
      <w:r>
        <w:t>to sab hi chunki hadithon ka bahut zyada chhanbeen hui hai aur jo zaeef hadithain alag kar di gayi hain</w:t>
      </w:r>
    </w:p>
    <w:p>
      <w:pPr>
        <w:jc w:val="right"/>
      </w:pPr>
      <w:r>
        <w:t>تو سب ہی چونکہ حدیثوں کا بہت زیادہ چھان بین ہوئی ہے اور جو ضعیف حدیثیں الگ کر دی گئی ہیں</w:t>
      </w:r>
    </w:p>
    <w:p>
      <w:r>
        <w:rPr>
          <w:b/>
        </w:rPr>
        <w:t xml:space="preserve">[36:17] </w:t>
      </w:r>
      <w:r>
        <w:t>, to jo bhi achhe collections hain, jaise mishkat al-masabih, jo bhi achhe collection hain, is mein sahih bukhari, sahih muslim, is mein zyada tar sahih hadithain hi hain.</w:t>
      </w:r>
    </w:p>
    <w:p>
      <w:pPr>
        <w:jc w:val="right"/>
      </w:pPr>
      <w:r>
        <w:t>، تو جو بھی اچھے کلیکشنز ہیں، جیسے مشکات المصابیح، جو بھی اچھے کلیکشن ہیں، اس میں صحیح بخاری، صحیح مسلم، اس میں زیادہ تر صحیح حدیثیں ہی ہیں۔</w:t>
      </w:r>
    </w:p>
    <w:p>
      <w:r>
        <w:rPr>
          <w:b/>
        </w:rPr>
        <w:t xml:space="preserve">[36:29] </w:t>
      </w:r>
      <w:r>
        <w:t>to hum is ke mutabiq amal kar sakte hain apni sahulat ke mutabiq. to isi tarah asal ikhtilaf ki aur bhi waj</w:t>
      </w:r>
    </w:p>
    <w:p>
      <w:pPr>
        <w:jc w:val="right"/>
      </w:pPr>
      <w:r>
        <w:t>تو ہم اس کے مطابق عمل کر سکتے ہیں اپنی سہولت کے مطابق۔ تو اسی طریقے سے اصل اختلاف کی اور بھی وج</w:t>
      </w:r>
    </w:p>
    <w:p>
      <w:r>
        <w:rPr>
          <w:b/>
        </w:rPr>
        <w:t xml:space="preserve">[36:41] </w:t>
      </w:r>
      <w:r>
        <w:t>uhat hain, jaise rasool Allah salallahu alaihi wasallam ne ek bar yahudi ka janaza dekha ja raha tha, to aap khade ho gaye. ab is mein har sahabi ne alag is ko bataya reason.</w:t>
      </w:r>
    </w:p>
    <w:p>
      <w:pPr>
        <w:jc w:val="right"/>
      </w:pPr>
      <w:r>
        <w:t>وہات ہیں، جیسے رسول اللہ صلی اللہ علیہ وسلم نے ایک بار یہودی کا جنازہ دیکھا جا رہا تھا، تو آپ کھڑے ہوگئے۔ اب اس میں ہر صحابی نے الگ اس کو بتایا ریزن۔</w:t>
      </w:r>
    </w:p>
    <w:p>
      <w:r>
        <w:rPr>
          <w:b/>
        </w:rPr>
        <w:t xml:space="preserve">[36:54] </w:t>
      </w:r>
      <w:r>
        <w:t>koi keh raha hai ke janaza upar tha, aap niche baithe the, to aap khade ho gaye. jab koi keh raha hai farishte sath mein chal rahe the, to farishton ki ta'zeem ke liye aap khade ho gaye.</w:t>
      </w:r>
    </w:p>
    <w:p>
      <w:pPr>
        <w:jc w:val="right"/>
      </w:pPr>
      <w:r>
        <w:t>کوئی کہہ رہا ہے کہ جنازہ اوپر تھا، آپ نیچے بیٹھے تھے، تو آپ کھڑے ہوگئے۔ جب کوئی کہہ رہا ہے فرشتے ساتھ میں چل رہے تھے، تو فرشتوں کی تعظیم کے لیے آپ کھڑے ہوگئے۔</w:t>
      </w:r>
    </w:p>
    <w:p>
      <w:r>
        <w:rPr>
          <w:b/>
        </w:rPr>
        <w:t xml:space="preserve">[37:04] </w:t>
      </w:r>
      <w:r>
        <w:t>koi keh raha hai kafir waghera ke mehak aa rahi thi, woh log dhuni ooni dete hain, to is ki wajah se aap khade ho gaye. aisi aur bhi kai wajuhat hain.</w:t>
      </w:r>
    </w:p>
    <w:p>
      <w:pPr>
        <w:jc w:val="right"/>
      </w:pPr>
      <w:r>
        <w:t>کوئی کہہ رہا ہے کافر وغیرہ کہ مہک آ رہی تھی، وہ لوگ دھونی اونی دیتے ہیں، تو اس کی وجہ سے آپ کھڑے ہوگئے۔ ایسی اور بھی کئی وجوہات ہیں۔</w:t>
      </w:r>
    </w:p>
    <w:p>
      <w:r>
        <w:rPr>
          <w:b/>
        </w:rPr>
        <w:t xml:space="preserve">[37:12] </w:t>
      </w:r>
      <w:r>
        <w:t>aur woh nahin dekha ke rasool Allah ne kya kaha, kyunke rasool Allah se kaha gaya ke yeh to yahudi ka janaza tha, to aap ne kaha alaihi wasallam nafsan, kya woh insan na tha?</w:t>
      </w:r>
    </w:p>
    <w:p>
      <w:pPr>
        <w:jc w:val="right"/>
      </w:pPr>
      <w:r>
        <w:t>اور وہ نہیں دیکھا کہ رسول اللہ نے کیا کہا، کیونکہ رسول اللہ سے کہا گیا کہ یہ تو یہودی کا جنازہ تھا، تو آپ نے کہا علیہ السلام نفسن، کیا وہ انسان نہ تھا؟</w:t>
      </w:r>
    </w:p>
    <w:p>
      <w:r>
        <w:rPr>
          <w:b/>
        </w:rPr>
        <w:t xml:space="preserve">[37:23] </w:t>
      </w:r>
      <w:r>
        <w:t>to yeh nahin dekha. har aadmi ki apni aqal, apni fehm alag alag hoti hai, us ke hisab se woh us ko interpret karta hai. to is tarah se ke farq jo hai, woh barbanae rehmat hai,</w:t>
      </w:r>
    </w:p>
    <w:p>
      <w:pPr>
        <w:jc w:val="right"/>
      </w:pPr>
      <w:r>
        <w:t>تو یہ نہیں دیکھا۔ ہر آدمی کی اپنی عقل، اپنی فہم الگ الگ ہوتی ہے، اس کے حساب سے وہ اس کو انٹرپریٹ کرتا ہے۔ تو اس طریقے سے کہ فرق جو ہے، وہ بربنائے رحمت ہے،</w:t>
      </w:r>
    </w:p>
    <w:p>
      <w:r>
        <w:rPr>
          <w:b/>
        </w:rPr>
        <w:t xml:space="preserve">[37:37] </w:t>
      </w:r>
      <w:r>
        <w:t>is se ummat ke liye ganjah nikal gayi. aur diversity is essential part of life. to agar yeh farq na hota to mushkil ho jat</w:t>
      </w:r>
    </w:p>
    <w:p>
      <w:pPr>
        <w:jc w:val="right"/>
      </w:pPr>
      <w:r>
        <w:t>اس سے امت کے لیے گنجائش نکل گئی۔ اور ڈائیورسٹی از ایسینشل پارٹ آف لائف۔ تو اگر یہ فرق نہ ہوتا تو مشکل ہو جات</w:t>
      </w:r>
    </w:p>
    <w:p>
      <w:r>
        <w:rPr>
          <w:b/>
        </w:rPr>
        <w:t xml:space="preserve">[37:46] </w:t>
      </w:r>
      <w:r>
        <w:t>i. kai bar aisa hota hai ke ab jo azmat aur rukhsat wala mamla hai ke mushkil jo harder option hai, woh kai bar logon ko mushkil lagta hai, to us ko chhod hi dete hain.</w:t>
      </w:r>
    </w:p>
    <w:p>
      <w:pPr>
        <w:jc w:val="right"/>
      </w:pPr>
      <w:r>
        <w:t>ی۔ کئی بار ایسا ہوتا ہے کہ اب جو عظمت اور رخصت والا معاملہ ہے کہ مشکل جو ہارڈر آپشن ہے، وہ کئی بار لوگوں کو مشکل لگتا ہے، تو اس کو چھوڑ ہی دیتے ہیں۔</w:t>
      </w:r>
    </w:p>
    <w:p>
      <w:r>
        <w:rPr>
          <w:b/>
        </w:rPr>
        <w:t xml:space="preserve">[37:58] </w:t>
      </w:r>
      <w:r>
        <w:t>to is liye agar in ko rukhsat wala mamla diya jaye, asan mamla diya jaye, to woh samjhenge ke haan, hum deen par hain, hum amal kar sakte hain. to kai log jo hain, woh tahajjud, woh jo hai tarawih waghera nahin padh paate hain, kyunke itna zyada padhna hota hai.</w:t>
      </w:r>
    </w:p>
    <w:p>
      <w:pPr>
        <w:jc w:val="right"/>
      </w:pPr>
      <w:r>
        <w:t>تو اس لیے اگر ان کو رخصت والا معاملہ دیا جائے، آسان معاملہ دیا جائے، تو وہ سمجھیں گے کہ ہاں، ہم دین پر ہیں، ہم عمل کر سکتے ہیں۔ تو کئی لوگ جو ہیں، وہ تہجد، وہ جو ہے تراویح وغیرہ نہیں پڑھ پاتے ہیں، کیونکہ اتنا زیادہ پڑھنا ہوتا ہے۔</w:t>
      </w:r>
    </w:p>
    <w:p>
      <w:r>
        <w:rPr>
          <w:b/>
        </w:rPr>
        <w:t xml:space="preserve">[38:16] </w:t>
      </w:r>
      <w:r>
        <w:t>to ab agar kam ho to woh un ko bhi lagega ke char rak'at, aath rak'at hum bhi padh sakte hain. to un ko lagega ke haan, hum pure pura amal kar rahe hain deen par.</w:t>
      </w:r>
    </w:p>
    <w:p>
      <w:pPr>
        <w:jc w:val="right"/>
      </w:pPr>
      <w:r>
        <w:t>تو اب اگر کم ہو تو وہ ان کو بھی لگے گا کہ چار رکعت، آٹھ رکعت ہم بھی پڑھ سکتے ہیں۔ تو ان کو لگے گا کہ ہاں، ہم پورے پورا عمل کر رہے ہیں دین پر۔</w:t>
      </w:r>
    </w:p>
    <w:p>
      <w:r>
        <w:rPr>
          <w:b/>
        </w:rPr>
        <w:t xml:space="preserve">[38:25] </w:t>
      </w:r>
      <w:r>
        <w:t>to isi tarah se yeh Maulana ne bahut sari misalein di hain ke ahadees ke jo hai basic umoor mein koi ikhtilaf nahin hai, basic matters mein koi ikhtilaf nahin hai.</w:t>
      </w:r>
    </w:p>
    <w:p>
      <w:pPr>
        <w:jc w:val="right"/>
      </w:pPr>
      <w:r>
        <w:t>تو اسی طریقے سے یہ مولانا نے بہت ساری مثالیں دی ہیں کہ احادیث کے جو ہے بیسک امور میں کوئی اختلاف نہیں ہے، بیسک میٹرز میں کوئی اختلاف نہیں ہے۔</w:t>
      </w:r>
    </w:p>
    <w:p>
      <w:r>
        <w:rPr>
          <w:b/>
        </w:rPr>
        <w:t xml:space="preserve">[38:39] </w:t>
      </w:r>
      <w:r>
        <w:t>jo ikhtilaf hai, woh chhoti chhoti baaton mein hai.</w:t>
      </w:r>
    </w:p>
    <w:p>
      <w:pPr>
        <w:jc w:val="right"/>
      </w:pPr>
      <w:r>
        <w:t>جو اختلاف ہے، وہ چھوٹی چھوٹی باتوں میں ہے۔</w:t>
      </w:r>
    </w:p>
    <w:p>
      <w:r>
        <w:rPr>
          <w:b/>
        </w:rPr>
        <w:t xml:space="preserve">[38:42] </w:t>
      </w:r>
      <w:r>
        <w:t>to jis ko aur isi par do giroh ban gaye: ek muhaddithin ka giroh, ek fuqaha ka giroh. muhaddithin yani jo traditionalist hote the, woh sari hadithon ko jama karte the aur fuqaha sirf un hadithon ko lete the jis mein ahkam hote the, commandment hote the.</w:t>
      </w:r>
    </w:p>
    <w:p>
      <w:pPr>
        <w:jc w:val="right"/>
      </w:pPr>
      <w:r>
        <w:t>تو جس کو اور اسی پر دو گروہ بن گئے: ایک محدثین کا گروہ، ایک فقہاء کا گروہ۔ محدثین یعنی جو ٹریڈیشنسٹ ہوتے تھے، وہ ساری حدیثوں کو جمع کرتے تھے اور فقہاء صرف ان حدیثوں کو لیتے تھے جس میں احکام ہوتے تھے، کمانڈمنٹ ہوتے تھے۔</w:t>
      </w:r>
    </w:p>
    <w:p>
      <w:r>
        <w:rPr>
          <w:b/>
        </w:rPr>
        <w:t xml:space="preserve">[39:01] </w:t>
      </w:r>
      <w:r>
        <w:t>to is tarah se aur fuqaha jo hain, woh reasoning exercise karte the reason ko. to woh muhaddithin pasand nahin karte</w:t>
      </w:r>
    </w:p>
    <w:p>
      <w:pPr>
        <w:jc w:val="right"/>
      </w:pPr>
      <w:r>
        <w:t>تو اس طریقے سے اور فقہاء جو ہیں، وہ ریزننگ ایکسرسائز کرتے تھے ریزن کو۔ تو وہ محدثین پسند نہیں کرتے</w:t>
      </w:r>
    </w:p>
    <w:p>
      <w:r>
        <w:rPr>
          <w:b/>
        </w:rPr>
        <w:t xml:space="preserve">[39:11] </w:t>
      </w:r>
      <w:r>
        <w:t>the, kehte hain bas seedhe seedhe jo direct hadith se nikal raha hai ya quran se nikal raha hai, bas usi ko woh lete the. ab is ki wajah se is ka minus point bhi tha ke kabhi kabhi aisa hota tha ke naye halaat ke mutabiq koi clear ahkam nahin nikal raha hota tha is mein.</w:t>
      </w:r>
    </w:p>
    <w:p>
      <w:pPr>
        <w:jc w:val="right"/>
      </w:pPr>
      <w:r>
        <w:t>تھے، کہتے ہیں بس سیدھے سیدھے جو ڈائریکٹ حدیث سے نکل رہا ہے یا قرآن سے نکل رہا ہے، بس اسی کو وہ لیتے تھے۔ اب اس کی وجہ سے اس کا مائنس پوائنٹ بھی تھا کہ کبھی کبھی ایسا ہوتا تھا کہ نئے حالات کے مطابق کوئی کلیئر احکام نہیں نکل رہا ہوتا تھا اس میں۔</w:t>
      </w:r>
    </w:p>
    <w:p>
      <w:r>
        <w:rPr>
          <w:b/>
        </w:rPr>
        <w:t xml:space="preserve">[39:28] </w:t>
      </w:r>
      <w:r>
        <w:t>to woh kehte the abhi hamein koi hadith aisi nahin maloom hai, to log fuqaha ke paas chale jate the, woh apna reasoning ke zariye se aur koi is ka hal bata dete the.</w:t>
      </w:r>
    </w:p>
    <w:p>
      <w:pPr>
        <w:jc w:val="right"/>
      </w:pPr>
      <w:r>
        <w:t>تو وہ کہتے تھے ابھی ہمیں کوئی حدیث ایسی نہیں معلوم ہے، تو لوگ فقہاء کے پاس چلے جاتے تھے، وہ اپنا ریزننگ کے ذریعے سے اور کوئی اس کا حل بتا دیتے تھے۔</w:t>
      </w:r>
    </w:p>
    <w:p>
      <w:r>
        <w:rPr>
          <w:b/>
        </w:rPr>
        <w:t xml:space="preserve">[39:40] </w:t>
      </w:r>
      <w:r>
        <w:t>to</w:t>
      </w:r>
    </w:p>
    <w:p>
      <w:pPr>
        <w:jc w:val="right"/>
      </w:pPr>
      <w:r>
        <w:t>تو</w:t>
      </w:r>
    </w:p>
    <w:p>
      <w:r>
        <w:rPr>
          <w:b/>
        </w:rPr>
        <w:t xml:space="preserve">[39:41] </w:t>
      </w:r>
      <w:r>
        <w:t>agar yeh baat li jati ke kisi bhi sahabi ki rai par amal kiya ja sakta hai aur har sahabi jo hai imam hai, har sahabi ke pair bhi durust hain, agar hum is usool ko maan lete to yeh jhagde waghaira khatam ho jate.</w:t>
      </w:r>
    </w:p>
    <w:p>
      <w:pPr>
        <w:jc w:val="right"/>
      </w:pPr>
      <w:r>
        <w:t>اگر یہ بات لی جاتی کہ کسی بھی صحابی کی رائے پر عمل کیا جا سکتا ہے اور ہر صحابی جو ہے امام ہے، ہر صحابی کے پیر بھی درست ہیں، اگر ہم اس اصول کو مان لیتے تو یہ جھگڑے وغیرہ ختم ہو جاتے۔</w:t>
      </w:r>
    </w:p>
    <w:p>
      <w:r>
        <w:rPr>
          <w:b/>
        </w:rPr>
        <w:t xml:space="preserve">[39:55] </w:t>
      </w:r>
      <w:r>
        <w:t>lekin is usool ko nahi mana, log bahut mutashaddid ho gaye, extremist ho gaye aur woh samajhte hain ke agar hum ne apne imam ki baat follow na ki, imam ko aap samjhiye, woh interpretation hai.</w:t>
      </w:r>
    </w:p>
    <w:p>
      <w:pPr>
        <w:jc w:val="right"/>
      </w:pPr>
      <w:r>
        <w:t>لیکن اس اصول کو نہیں مانا، لوگ بہت متشدد ہو گئے، ایکسٹریمسٹ ہو گئے اور وہ سمجھتے ہیں کہ اگر ہم نے اپنے امام کی بات فالو نہ کی، امام کو آپ سمجھیے، وہ انٹرپریٹیشن ہے۔</w:t>
      </w:r>
    </w:p>
    <w:p>
      <w:r>
        <w:rPr>
          <w:b/>
        </w:rPr>
        <w:t xml:space="preserve">[40:10] </w:t>
      </w:r>
      <w:r>
        <w:t>aisa nahi hai ke humein har imam jo hai, woh unko usi ki baat ko manna hai. hum aage bhi badh ke dekh sakte hain Quran ko, hadees ko, dusre imamon ko ke ek imam ke followers jaise India mein hanafi fiqah chalti hai, to ab hanafi hanafi fiqah ko hum maanein, aisa nahi hai.</w:t>
      </w:r>
    </w:p>
    <w:p>
      <w:pPr>
        <w:jc w:val="right"/>
      </w:pPr>
      <w:r>
        <w:t>ایسا نہیں ہے کہ ہمیں ہر امام جو ہے، وہ ان کو اسی کی بات کو ماننا ہے۔ ہم آگے بھی بڑھ کے دیکھ سکتے ہیں قرآن کو، حدیث کو، دوسرے اماموں کو کہ ایک امام کے فالوور جیسے انڈیا میں حنفی فقہ چلتی ہے، تو اب حنفی حنفی فقہ کو ہم مانیں، ایسا نہیں ہے۔</w:t>
      </w:r>
    </w:p>
    <w:p>
      <w:r>
        <w:rPr>
          <w:b/>
        </w:rPr>
        <w:t xml:space="preserve">[40:29] </w:t>
      </w:r>
      <w:r>
        <w:t>hum dusre fuqaha ko maan sakte hain, unki interpretation ko le sakte hain. achhe achhe logon ko main ne kahte suna hai ke hum aami</w:t>
      </w:r>
    </w:p>
    <w:p>
      <w:pPr>
        <w:jc w:val="right"/>
      </w:pPr>
      <w:r>
        <w:t>ہم دوسرے فقہاء کو مان سکتے ہیں، ان کی انٹرپریٹیشن کو لے سکتے ہیں۔ اچھے اچھے لوگوں کو میں نے کہتے سنا ہے کہ ہم عامی</w:t>
      </w:r>
    </w:p>
    <w:p>
      <w:r>
        <w:rPr>
          <w:b/>
        </w:rPr>
        <w:t xml:space="preserve">[40:39] </w:t>
      </w:r>
      <w:r>
        <w:t>hain, ek Islamic studies ka professor keh rahe hain hum aami hain. aami kaise hain? phir professor kaise hue? agar aami hain to toh woh log samajhte hain ke ijtihad karenge to kuch ghalti kar jayenge.</w:t>
      </w:r>
    </w:p>
    <w:p>
      <w:pPr>
        <w:jc w:val="right"/>
      </w:pPr>
      <w:r>
        <w:t>ہیں، ایک اسلامک سٹڈیز کا پروفیسر کہہ رہے ہیں ہم عامی ہیں۔ عامی کیسے ہیں؟ پھر پروفیسر کیسے ہوئے؟ اگر عامی ہیں تو تو وہ لوگ سمجھتے ہیں کہ اجتہاد کریں گے تو کچھ غلطی کر جائیں گے۔</w:t>
      </w:r>
    </w:p>
    <w:p>
      <w:r>
        <w:rPr>
          <w:b/>
        </w:rPr>
        <w:t xml:space="preserve">[40:52] </w:t>
      </w:r>
      <w:r>
        <w:t>halanke ijtihad mein ghalti bhi kar do to us ka bhi toh sawab mil raha hai, kyunke ijtihad ke baghair aage jo hai kaam banta nahi hai.</w:t>
      </w:r>
    </w:p>
    <w:p>
      <w:pPr>
        <w:jc w:val="right"/>
      </w:pPr>
      <w:r>
        <w:t>حالانکہ اجتہاد میں غلطی بھی کر دو تو اس کا بھی تو ثواب مل رہا ہے، کیونکہ اجتہاد کے بغیر آگے جو ہے کام بنتا نہیں ہے۔</w:t>
      </w:r>
    </w:p>
    <w:p>
      <w:r>
        <w:rPr>
          <w:b/>
        </w:rPr>
        <w:t xml:space="preserve">[41:03] </w:t>
      </w:r>
      <w:r>
        <w:t>woh society mein jumood tari ho jata hai.</w:t>
      </w:r>
    </w:p>
    <w:p>
      <w:pPr>
        <w:jc w:val="right"/>
      </w:pPr>
      <w:r>
        <w:t>وہ سوسائٹی میں جمود طاری ہو جاتا ہے۔</w:t>
      </w:r>
    </w:p>
    <w:p>
      <w:r>
        <w:rPr>
          <w:b/>
        </w:rPr>
        <w:t xml:space="preserve">[41:06] </w:t>
      </w:r>
      <w:r>
        <w:t>to agar hum ko society ko alive rakhna hai, aage badhte rahna hai, apna rasta rokna nahi hai, to humein ijtihad karna padega.</w:t>
      </w:r>
    </w:p>
    <w:p>
      <w:pPr>
        <w:jc w:val="right"/>
      </w:pPr>
      <w:r>
        <w:t>تو اگر ہم کو سوسائٹی کو الائیو رکھنا ہے، آگے بڑھتے رہنا ہے، اپنا راستہ روکنا نہیں ہے، تو ہمیں اجتہاد کرنا پڑے گا۔</w:t>
      </w:r>
    </w:p>
    <w:p>
      <w:r>
        <w:rPr>
          <w:b/>
        </w:rPr>
        <w:t xml:space="preserve">[41:17] </w:t>
      </w:r>
      <w:r>
        <w:t>to jo fuqaha ne jo kiya, woh yeh kiya ke unhon ne kaha ke nahi, agar do raye hain, teen raye hain ek hi masle par to sab sahi nahi ho sakti.</w:t>
      </w:r>
    </w:p>
    <w:p>
      <w:pPr>
        <w:jc w:val="right"/>
      </w:pPr>
      <w:r>
        <w:t>تو جو فقہاء نے جو کیا، وہ یہ کیا کہ انہوں نے کہا کہ نہیں، اگر دو رائے ہیں، تین رائے ہیں ایک ہی مسئلے پر تو سب صحیح نہیں ہو سکتی۔</w:t>
      </w:r>
    </w:p>
    <w:p>
      <w:r>
        <w:rPr>
          <w:b/>
        </w:rPr>
        <w:t xml:space="preserve">[41:29] </w:t>
      </w:r>
      <w:r>
        <w:t>to is liye unhon ne kaha ke hum ko preference ka usool kar</w:t>
      </w:r>
    </w:p>
    <w:p>
      <w:pPr>
        <w:jc w:val="right"/>
      </w:pPr>
      <w:r>
        <w:t>تو اس لیے انہوں نے کہا کہ ہم کو پریفرنس کا اصول کر</w:t>
      </w:r>
    </w:p>
    <w:p>
      <w:r>
        <w:rPr>
          <w:b/>
        </w:rPr>
        <w:t xml:space="preserve">[41:33] </w:t>
      </w:r>
      <w:r>
        <w:t>na padega. kaun kaun jis ko kahte hain rajih marjuh, kaun behtar hai, kaun behtar nahi hai, kis ko follow karna chahiye, kis ko nahi follow karna chahiye.</w:t>
      </w:r>
    </w:p>
    <w:p>
      <w:pPr>
        <w:jc w:val="right"/>
      </w:pPr>
      <w:r>
        <w:t>نا پڑے گا۔ کون کون جس کو کہتے ہیں راجع مرجو، کون بہتر ہے، کون بہتر نہیں ہے، کس کو فالو کرنا چاہیے، کس کو نہیں فالو کرنا چاہیے۔</w:t>
      </w:r>
    </w:p>
    <w:p>
      <w:r>
        <w:rPr>
          <w:b/>
        </w:rPr>
        <w:t xml:space="preserve">[41:43] </w:t>
      </w:r>
      <w:r>
        <w:t>to is tariqe se bahut lambi lambi bahsein hain, taqreeban paanch chhah sau saal tak yeh bahsein chalti rahin. bahut si kitabein hain is par.</w:t>
      </w:r>
    </w:p>
    <w:p>
      <w:pPr>
        <w:jc w:val="right"/>
      </w:pPr>
      <w:r>
        <w:t>تو اس طریقے سے بہت لمبی لمبی بحثیں ہیں، تقریباً پانچ چھ سو سال تک یہ بحثیں چلتی رہیں۔ بہت ساری کتابیں ہیں اس پر۔</w:t>
      </w:r>
    </w:p>
    <w:p>
      <w:r>
        <w:rPr>
          <w:b/>
        </w:rPr>
        <w:t xml:space="preserve">[41:52] </w:t>
      </w:r>
      <w:r>
        <w:t>to yeh tarjeeh jo hai dena par saari bahsein chalti rahin, halanke is ki koi zaroorat nahi thi.</w:t>
      </w:r>
    </w:p>
    <w:p>
      <w:pPr>
        <w:jc w:val="right"/>
      </w:pPr>
      <w:r>
        <w:t>تو یہ ترجیح جو ہے دینا پر ساری بحثیں چلتی رہیں، حالانکہ اس کی کوئی ضرورت نہیں تھی۔</w:t>
      </w:r>
    </w:p>
    <w:p>
      <w:r>
        <w:rPr>
          <w:b/>
        </w:rPr>
        <w:t xml:space="preserve">[41:59] </w:t>
      </w:r>
      <w:r>
        <w:t>jab har sahabi ne jo bataya hai aur aur woh authentic hadees hai, to phir hum us ko maan lena chahiye.</w:t>
      </w:r>
    </w:p>
    <w:p>
      <w:pPr>
        <w:jc w:val="right"/>
      </w:pPr>
      <w:r>
        <w:t>جب ہر صحابی نے جو بتایا ہے اور اور وہ اتھینٹک حدیث ہے، تو پھر ہم اس کو مان لینا چاہیے۔</w:t>
      </w:r>
    </w:p>
    <w:p>
      <w:r>
        <w:rPr>
          <w:b/>
        </w:rPr>
        <w:t xml:space="preserve">[42:09] </w:t>
      </w:r>
      <w:r>
        <w:t>to maulana ne likha hai ke ek fiqah banane ki koshish mein tarjeeh dene ke zariye kayi fiqah ban gayi. to fuqaha ka jo stand tha ke do contradictory kaal hoga to ek hi sahi hoga.</w:t>
      </w:r>
    </w:p>
    <w:p>
      <w:pPr>
        <w:jc w:val="right"/>
      </w:pPr>
      <w:r>
        <w:t>تو مولانا نے لکھا ہے کہ ایک فقہ بنانے کی کوشش میں ترجیح دین کے ذریعے کئی فقہ بن گئی۔ تو فقہاء کا جو سٹینڈ تھا کہ دو کانٹراڈکٹری کال ہوگا تو ایک ہی صحیح ہوگا۔</w:t>
      </w:r>
    </w:p>
    <w:p>
      <w:r>
        <w:rPr>
          <w:b/>
        </w:rPr>
        <w:t xml:space="preserve">[42:26] </w:t>
      </w:r>
      <w:r>
        <w:t>ab yeh toh bahut zyada hota</w:t>
      </w:r>
    </w:p>
    <w:p>
      <w:pPr>
        <w:jc w:val="right"/>
      </w:pPr>
      <w:r>
        <w:t>اب یہ تو بہت زیادہ ہوتا</w:t>
      </w:r>
    </w:p>
    <w:p>
      <w:r>
        <w:rPr>
          <w:b/>
        </w:rPr>
        <w:t xml:space="preserve">[42:28] </w:t>
      </w:r>
      <w:r>
        <w:t>tha. hazrat umar kabhi bismillah buland aawaz se kahte, kabhi aahista kahte. yeh toh kefiyat par hota hai, kabhi kefiyat mein farq hota hai, usi ke mutabiq aadmi kaam karta hai.</w:t>
      </w:r>
    </w:p>
    <w:p>
      <w:pPr>
        <w:jc w:val="right"/>
      </w:pPr>
      <w:r>
        <w:t>تھا۔ حضرت عمر کبھی بسم اللہ بلند آواز سے کہتے، کبھی آہستہ کہتے۔ یہ تو کیفیات پر ہوتا ہے، کبھی کیفیات میں فرق ہوتا ہے، اسی کے مطابق آدمی کام کرتا ہے۔</w:t>
      </w:r>
    </w:p>
    <w:p>
      <w:r>
        <w:rPr>
          <w:b/>
        </w:rPr>
        <w:t xml:space="preserve">[42:42] </w:t>
      </w:r>
      <w:r>
        <w:t>ek baar ek baar ek sahabi aaye rasool allah ke samne, unhon ne masjid nabawi mein namaz parhi, do rakat namaz jo masjid mein dakhil hone ke liye parhte hain.</w:t>
      </w:r>
    </w:p>
    <w:p>
      <w:pPr>
        <w:jc w:val="right"/>
      </w:pPr>
      <w:r>
        <w:t>ایک بار ایک بار ایک صحابی آئے رسول اللہ کے سامنے، انہوں نے مسجد نبوی میں نماز پڑھی، دو رکعت نماز جو مسجد میں داخلے کے لیے پڑھتے ہیں۔</w:t>
      </w:r>
    </w:p>
    <w:p>
      <w:r>
        <w:rPr>
          <w:b/>
        </w:rPr>
        <w:t xml:space="preserve">[42:53] </w:t>
      </w:r>
      <w:r>
        <w:t>to rasool allah ne kaha ke tum ja ke dobara namaz parho.</w:t>
      </w:r>
    </w:p>
    <w:p>
      <w:pPr>
        <w:jc w:val="right"/>
      </w:pPr>
      <w:r>
        <w:t>تو رسول اللہ نے کہا کہ تم جا کے دوبارہ نماز پڑھو۔</w:t>
      </w:r>
    </w:p>
    <w:p>
      <w:r>
        <w:rPr>
          <w:b/>
        </w:rPr>
        <w:t xml:space="preserve">[42:56] </w:t>
      </w:r>
      <w:r>
        <w:t>is ka matlab poori kefiyat ke saath unhon ne namaz nahi parhi thi. to ab islam mein bahut zyada aasani di gayi hai, ek natural religion hai.</w:t>
      </w:r>
    </w:p>
    <w:p>
      <w:pPr>
        <w:jc w:val="right"/>
      </w:pPr>
      <w:r>
        <w:t>اس کا مطلب پوری کیفیات کے ساتھ انہوں نے نماز نہیں پڑھی تھی۔ تو اب اسلام میں بہت زیادہ آسانی دی گئی ہے، ایک نیچرل ریلیجن ہے۔</w:t>
      </w:r>
    </w:p>
    <w:p>
      <w:r>
        <w:rPr>
          <w:b/>
        </w:rPr>
        <w:t xml:space="preserve">[43:07] </w:t>
      </w:r>
      <w:r>
        <w:t>ab misaal ke taur par hazrat abdullah ibn abbas ne jumma ke roz moazzin se kaha: "hayya alas salah" ke bajaye "sallu fi buyutikum" kahna, yani apne gharon mein namaz parh lo.</w:t>
      </w:r>
    </w:p>
    <w:p>
      <w:pPr>
        <w:jc w:val="right"/>
      </w:pPr>
      <w:r>
        <w:t>اب مثال کے طور پر حضرت عبداللہ ابن عباس نے جمعہ کے روز موذن سے کہا: "حی علی الصلوۃ" کے بجائے "صلو فی بیوتکم" کہنا، یعنی اپنے گھروں میں نماز پڑھ لو۔</w:t>
      </w:r>
    </w:p>
    <w:p>
      <w:r>
        <w:rPr>
          <w:b/>
        </w:rPr>
        <w:t xml:space="preserve">[43:20] </w:t>
      </w:r>
      <w:r>
        <w:t>to logon ne kaha ke aisa kyun kaha? to aap ne kaha: "bahut zor ki barish ho rahi hai</w:t>
      </w:r>
    </w:p>
    <w:p>
      <w:pPr>
        <w:jc w:val="right"/>
      </w:pPr>
      <w:r>
        <w:t>تو لوگوں نے کہا کہ ایسا کیوں کہا؟ تو آپ نے کہا: "بہت زبردست بارش ہو رہی ہے</w:t>
      </w:r>
    </w:p>
    <w:p>
      <w:r>
        <w:rPr>
          <w:b/>
        </w:rPr>
        <w:t xml:space="preserve">[43:25] </w:t>
      </w:r>
      <w:r>
        <w:t>aur keechar mein." ab us zamane mein sawariyan toh thin nahi, keechar mein log phansenge. to rasool allah ne khud aisa kiya tha. to mujhe pasand nahi hua ke tum ko keechar aur phislan mein ghar se bahar nikalo.</w:t>
      </w:r>
    </w:p>
    <w:p>
      <w:pPr>
        <w:jc w:val="right"/>
      </w:pPr>
      <w:r>
        <w:t>اور کیچڑ میں۔" اب اس زمانے میں سواریاں تو تھیں نہیں، کیچڑ میں لوگ پھنسیں گے۔ تو رسول اللہ نے خود ایسا کیا تھا۔ تو مجھے پسند نہیں ہوا کہ تم کو کیچڑ اور پھسلن میں گھر سے باہر نکالوں۔</w:t>
      </w:r>
    </w:p>
    <w:p>
      <w:r>
        <w:rPr>
          <w:b/>
        </w:rPr>
        <w:t xml:space="preserve">[43:38] </w:t>
      </w:r>
      <w:r>
        <w:t>isi par unhon ne kaha ke allah aasani chahta hai. to aasan religion aap banayenge, jo hamare qabil amal banayenge, tabhi aadmi is par amal karega.</w:t>
      </w:r>
    </w:p>
    <w:p>
      <w:pPr>
        <w:jc w:val="right"/>
      </w:pPr>
      <w:r>
        <w:t>اسی پر انہوں نے کہا کہ اللہ آسانی چاہتا ہے۔ تو آسان ریلیجن آپ بنائیں گے، جو ہمارے قابل عمل بنائیں گے، تبھی آدمی اس پر عمل کرے گا۔</w:t>
      </w:r>
    </w:p>
    <w:p>
      <w:r>
        <w:rPr>
          <w:b/>
        </w:rPr>
        <w:t xml:space="preserve">[43:48] </w:t>
      </w:r>
      <w:r>
        <w:t>warna jaise doosre mazahib mein logon ne apne apne mazahib ko chhod diya hai, isi wajah se ke unhon ne is ko bohat mushkil bana liya tha. to is liye hamein is ko bilkul aasan mazhab, jo daur awwal ka mazhab tha, isi ko hum ko</w:t>
      </w:r>
    </w:p>
    <w:p>
      <w:pPr>
        <w:jc w:val="right"/>
      </w:pPr>
      <w:r>
        <w:t>ورنہ جیسے دوسرے مذاہب میں لوگوں نے اپنے اپنے مذاہب کو چھوڑ دیا ہے، اسی وجہ سے کہ انہوں نے اس کو بہت مشکل بنا لیا تھا۔ تو اس لیے ہمیں اس کو بالکل آسان مذہب، جو دور اول کا مذہب تھا، اسی کو ہم کو</w:t>
      </w:r>
    </w:p>
    <w:p>
      <w:r>
        <w:rPr>
          <w:b/>
        </w:rPr>
        <w:t xml:space="preserve">[44:04] </w:t>
      </w:r>
      <w:r>
        <w:t>aage badhana hai aur isi par hamein chalna hai. ab ibadat ki kaifiyat mein farq dekhiye. ek baar ek sahabi the, yeh rasool Allah salallaho alaihi wasallam ke zamane mein yeh namaz padh rahe the.</w:t>
      </w:r>
    </w:p>
    <w:p>
      <w:pPr>
        <w:jc w:val="right"/>
      </w:pPr>
      <w:r>
        <w:t>آگے بڑھانا ہے اور اسی پر ہمیں چلنا ہے۔ اب عبادت کی کیفیت میں فرق دیکھیے۔ ایک بار ایک صحابی تھے، یہ رسول اللہ صلی اللہ علیہ وسلم کے زمانے میں یہ نماز پڑھ رہے تھے۔</w:t>
      </w:r>
    </w:p>
    <w:p>
      <w:r>
        <w:rPr>
          <w:b/>
        </w:rPr>
        <w:t xml:space="preserve">[44:18] </w:t>
      </w:r>
      <w:r>
        <w:t>to jab ruku se uthe, jab unhon ne ruku mein hota hai "subhan rabbi al aala" to un ke andar bohat zyada kaifiyat rahi hongi.</w:t>
      </w:r>
    </w:p>
    <w:p>
      <w:pPr>
        <w:jc w:val="right"/>
      </w:pPr>
      <w:r>
        <w:t>تو جب رکوع سے اٹھے، جب انہوں نے رکوع میں ہوتا ہے "سبحان رب العالی" تو ان کے اندر بہت زیادہ کیفیات رہی ہوں گی۔</w:t>
      </w:r>
    </w:p>
    <w:p>
      <w:r>
        <w:rPr>
          <w:b/>
        </w:rPr>
        <w:t xml:space="preserve">[44:26] </w:t>
      </w:r>
      <w:r>
        <w:t>un ke munh se nikal pada: "alhamdulillah hamdan kasiran tayyiban mubarakan feeh"</w:t>
      </w:r>
    </w:p>
    <w:p>
      <w:pPr>
        <w:jc w:val="right"/>
      </w:pPr>
      <w:r>
        <w:t>ان کے منہ سے نکل پڑا: "الحمدللہ حمدا کثیرا طیبا مبارکا فیہ"</w:t>
      </w:r>
    </w:p>
    <w:p>
      <w:r>
        <w:rPr>
          <w:b/>
        </w:rPr>
        <w:t xml:space="preserve">[44:33] </w:t>
      </w:r>
      <w:r>
        <w:t>. to rasool namaz ke baad rasool Allah ne poocha ke kis ne yeh kalma bola tha? to sahabi thoda dare ke shayad hum ne galat bol diya ke jo form hai, us ke mutabiq nahi tha.</w:t>
      </w:r>
    </w:p>
    <w:p>
      <w:pPr>
        <w:jc w:val="right"/>
      </w:pPr>
      <w:r>
        <w:t>۔ تو رسول نماز کے بعد رسول اللہ نے پوچھا کہ کس نے یہ کلمہ بولا تھا؟ تو صحابی تھوڑا ڈرے کہ شاید ہم نے غلط بول دیا کہ جو فارم ہے، اس کے مطابق نہیں تھا۔</w:t>
      </w:r>
    </w:p>
    <w:p>
      <w:r>
        <w:rPr>
          <w:b/>
        </w:rPr>
        <w:t xml:space="preserve">[44:45] </w:t>
      </w:r>
      <w:r>
        <w:t>wo to un se darte darte unhon ne kaha ke main ne bola tha. tab aap ne bataya ke is kalme ko lene ke liye 30 se zyada farishte daud pade the.</w:t>
      </w:r>
    </w:p>
    <w:p>
      <w:pPr>
        <w:jc w:val="right"/>
      </w:pPr>
      <w:r>
        <w:t>وہ تو ان سے ڈرتے ڈرتے انہوں نے کہا کہ میں نے بولا تھا۔ تب آپ نے بتایا کہ اس کلمے کو لینے کے لیے 30 سے زیادہ فرشتے دوڑ پڑے تھے۔</w:t>
      </w:r>
    </w:p>
    <w:p>
      <w:r>
        <w:rPr>
          <w:b/>
        </w:rPr>
        <w:t xml:space="preserve">[44:56] </w:t>
      </w:r>
      <w:r>
        <w:t>yani kis dil se, kis jazbat se unhon ne kaha hoga, wo wo asal hoti hai.</w:t>
      </w:r>
    </w:p>
    <w:p>
      <w:pPr>
        <w:jc w:val="right"/>
      </w:pPr>
      <w:r>
        <w:t>یعنی کس دل سے، کس جذبات سے انہوں نے کہا ہوگا، وہ وہ اصل ہوتی ہے۔</w:t>
      </w:r>
    </w:p>
    <w:p>
      <w:r>
        <w:rPr>
          <w:b/>
        </w:rPr>
        <w:t xml:space="preserve">[45:02] </w:t>
      </w:r>
      <w:r>
        <w:t>asal cheez form nahi hoti hai. form to bilkul zahiri wo hai, jaise kisi phal ka chhilka hota hai, aur jo goda hota hai, wo hai spirit.</w:t>
      </w:r>
    </w:p>
    <w:p>
      <w:pPr>
        <w:jc w:val="right"/>
      </w:pPr>
      <w:r>
        <w:t>اصل چیز فارم نہیں ہوتی ہے۔ فارم تو بالکل ظاہری وہ ہے، جیسے کسی پھل کا چھلکا ہوتا ہے، اور جو گودا ہوتا ہے، وہ ہے اسپرٹ۔</w:t>
      </w:r>
    </w:p>
    <w:p>
      <w:r>
        <w:rPr>
          <w:b/>
        </w:rPr>
        <w:t xml:space="preserve">[45:14] </w:t>
      </w:r>
      <w:r>
        <w:t>to hum jab tak ke koi kaam spirit ke sath nahi karenge, tab tak wo Khuda ke haan acceptable nahi hoga. to yeh main ne is mein se kuch ikhtilafat liye hain.</w:t>
      </w:r>
    </w:p>
    <w:p>
      <w:pPr>
        <w:jc w:val="right"/>
      </w:pPr>
      <w:r>
        <w:t>تو ہم جب تک کہ کوئی کام اسپرٹ کے ساتھ نہیں کریں گے، تب تک وہ خدا کے ہاں ایکسیپٹیبل نہیں ہوگا۔ تو یہ میں نے اس میں سے کچھ اختلافات لیے ہیں۔</w:t>
      </w:r>
    </w:p>
    <w:p>
      <w:r>
        <w:rPr>
          <w:b/>
        </w:rPr>
        <w:t xml:space="preserve">[45:25] </w:t>
      </w:r>
      <w:r>
        <w:t>baqi jin ko zyada chahenge to wo tajdeed deen ka mutala kar sakte hain.</w:t>
      </w:r>
    </w:p>
    <w:p>
      <w:pPr>
        <w:jc w:val="right"/>
      </w:pPr>
      <w:r>
        <w:t>باقی جن کو زیادہ چاہیں گے تو وہ تجدید دین کا مطالعہ کر سکتے ہیں۔</w:t>
      </w:r>
    </w:p>
    <w:p>
      <w:r>
        <w:rPr>
          <w:b/>
        </w:rPr>
        <w:t xml:space="preserve">[45:32] </w:t>
      </w:r>
      <w:r>
        <w:t>jazak Allah, aap ne bohat hi aham baat batai. ikhtilaf ka reason kya hai? is mein jo ek point ki taraf aap ne ishara kiya ke deen aasani chahta hai aap se, to is par mujhe hadith yaad aa rahi hai.</w:t>
      </w:r>
    </w:p>
    <w:p>
      <w:pPr>
        <w:jc w:val="right"/>
      </w:pPr>
      <w:r>
        <w:t>جزاک اللہ، آپ نے بہت ہی اہم بات بتائی۔ اختلاف کا ریزن کیا ہے؟ اس میں جو ایک پوائنٹ کی طرف آپ نے اشارہ کیا کہ دین آسانی چاہتا ہے آپ سے، تو اس پر مجھے حدیث یاد آ رہی ہے۔</w:t>
      </w:r>
    </w:p>
    <w:p>
      <w:r>
        <w:rPr>
          <w:b/>
        </w:rPr>
        <w:t xml:space="preserve">[45:43] </w:t>
      </w:r>
      <w:r>
        <w:t>Allah ke rasool salallaho alaihi wasallam ne kaha ke tum log deen par chalne mein thak jaoge, Allah taala nahi thakega. tum jitna bhi amal karna chaho, tum insan ho, thak sakte ho, Allah taala nahi thakega.</w:t>
      </w:r>
    </w:p>
    <w:p>
      <w:pPr>
        <w:jc w:val="right"/>
      </w:pPr>
      <w:r>
        <w:t>اللہ کے رسول صلی اللہ علیہ وسلم نے کہا کہ تم لوگ دین پر چلنے میں تھک جاؤ گے، اللہ تعالی نہیں تھکے گا۔ تم جتنا بھی عمل کرنا چاہو، تم انسان ہو، تھک سکتے ہو، اللہ تعالی نہیں تھکے گا۔</w:t>
      </w:r>
    </w:p>
    <w:p>
      <w:r>
        <w:rPr>
          <w:b/>
        </w:rPr>
        <w:t xml:space="preserve">[45:54] </w:t>
      </w:r>
      <w:r>
        <w:t>ek doosri hadith mein hai ke "li yashuddah al deen ahadun illa ghalabahu fa sadidoo wa qaariboo wa abshirroo"</w:t>
      </w:r>
    </w:p>
    <w:p>
      <w:pPr>
        <w:jc w:val="right"/>
      </w:pPr>
      <w:r>
        <w:t>ایک دوسری حدیث میں ہے کہ "لیشدہ الدین احد الا غلبہ فسددو وقاربو وابشرو"</w:t>
      </w:r>
    </w:p>
    <w:p>
      <w:r>
        <w:rPr>
          <w:b/>
        </w:rPr>
        <w:t xml:space="preserve">[46:01] </w:t>
      </w:r>
      <w:r>
        <w:t>ke jo aadmi bhi deen mein shiddat pasandi ka tareeqa ikhtiyar karega, to deen is par ghalib aa jayega. to tum e'tedal ka tareeqa ikhtiyar karo, qareeb qareeb rehne ki koshish karo, aur khushkhabri sunao logon ko.</w:t>
      </w:r>
    </w:p>
    <w:p>
      <w:pPr>
        <w:jc w:val="right"/>
      </w:pPr>
      <w:r>
        <w:t>کہ جو آدمی بھی دین میں شدت پسندی کا طریقہ اختیار کرے گا، تو دین اس پر غالب آ جائے گا۔ تو تم اعتدال کا طریقہ اختیار کرو، قریب قریب رہنے کی کوشش کرو، اور خوشخبری سناؤ لوگوں کو۔</w:t>
      </w:r>
    </w:p>
    <w:p>
      <w:r>
        <w:rPr>
          <w:b/>
        </w:rPr>
        <w:t xml:space="preserve">[46:13] </w:t>
      </w:r>
      <w:r>
        <w:t>yani shiddat pasandi insan ko jo hai, bohat hi extreme bana deti hai.</w:t>
      </w:r>
    </w:p>
    <w:p>
      <w:pPr>
        <w:jc w:val="right"/>
      </w:pPr>
      <w:r>
        <w:t>یعنی شدت پسندی انسان کو جو ہے، بہت ہی ایکسٹریم بنا دیتی ہے۔</w:t>
      </w:r>
    </w:p>
    <w:p>
      <w:r>
        <w:rPr>
          <w:b/>
        </w:rPr>
        <w:t xml:space="preserve">[46:19] </w:t>
      </w:r>
      <w:r>
        <w:t>ek aur hadith mein hai ke Allah ke rasool salallaho alaihi wasallam ne kaha: "yeh deen mazboot hai, to is mein tum nermi ke sath dakhil ho". yani aasani ke sath. Quran mein bhi hai ke Allah taala ne yeh kaha ke Allah ke rasool salallaho alaihi wasallam ki khusoosiyat batai ke wo aap se asr aur aghlal nikalte hain, logon se hatate hain.</w:t>
      </w:r>
    </w:p>
    <w:p>
      <w:pPr>
        <w:jc w:val="right"/>
      </w:pPr>
      <w:r>
        <w:t>ایک اور حدیث میں ہے کہ اللہ کے رسول صلی اللہ علیہ وسلم نے کہا: "یہ دین مضبوط ہے، تو اس میں تم نرمی کے ساتھ داخل ہو"۔ یعنی آسانی کے ساتھ۔ قرآن میں بھی ہے کہ اللہ تعالی نے یہ کہا کہ اللہ کے رسول صلی اللہ علیہ وسلم کی خصوصیت بتائی کہ وہ آپ سے اثر اور اغلال نکالتے ہیں، لوگوں سے ہٹاتے ہیں۔</w:t>
      </w:r>
    </w:p>
    <w:p>
      <w:r>
        <w:rPr>
          <w:b/>
        </w:rPr>
        <w:t xml:space="preserve">[46:35] </w:t>
      </w:r>
      <w:r>
        <w:t>to yeh bohat aham baat hai ke ashab e rasool ka jo ikhtilaf tha, yeh rehmat tha. wo Hazrat Umar, Hazrat Umar bin Abdul Aziz ka qaul hai.</w:t>
      </w:r>
    </w:p>
    <w:p>
      <w:pPr>
        <w:jc w:val="right"/>
      </w:pPr>
      <w:r>
        <w:t>تو یہ بہت اہم بات ہے کہ اصحاب رسول کا جو اختلاف تھا، یہ رحمت تھا۔ وہ حضرت عمر، حضرت عمر بن عبدالعزیز کا قول ہے۔</w:t>
      </w:r>
    </w:p>
    <w:p>
      <w:r>
        <w:rPr>
          <w:b/>
        </w:rPr>
        <w:t xml:space="preserve">[46:44] </w:t>
      </w:r>
      <w:r>
        <w:t>to unhon ne yeh kaha ke ashab e rasool mein agar ikhtilaf na hota to yeh mujhe pasand</w:t>
      </w:r>
    </w:p>
    <w:p>
      <w:pPr>
        <w:jc w:val="right"/>
      </w:pPr>
      <w:r>
        <w:t>تو انہوں نے یہ کہا کہ اصحاب رسول میں اگر اختلاف نہ ہوتا تو یہ مجھے پسند</w:t>
      </w:r>
    </w:p>
    <w:p>
      <w:r>
        <w:rPr>
          <w:b/>
        </w:rPr>
        <w:t xml:space="preserve">[46:49] </w:t>
      </w:r>
      <w:r>
        <w:t>nahi tha. ikhtilaf hua to aasani hai hamare liye ke insan ko bohat sare options mil jate hain. insan kya karta hai? jahan par us ko zaroorat ho, yeh cheez hamare liye aasan hai, convenient hai, wo us ko kar leta hai.</w:t>
      </w:r>
    </w:p>
    <w:p>
      <w:pPr>
        <w:jc w:val="right"/>
      </w:pPr>
      <w:r>
        <w:t>نہیں تھے۔ اختلاف ہوا تو آسانی ہے ہمارے لیے کہ انسان کو بہت سارے آپشنز مل جاتے ہیں۔ انسان کیا کرتا ہے؟ جہاں پر اس کو ضرورت ہو، یہ چیز ہمارے لیے آسان ہے، کنوینینٹ ہے، وہ اس کو کر لیتا ہے۔</w:t>
      </w:r>
    </w:p>
    <w:p>
      <w:r>
        <w:rPr>
          <w:b/>
        </w:rPr>
        <w:t xml:space="preserve">[47:00] </w:t>
      </w:r>
      <w:r>
        <w:t>doosri jagah doosra convenient ho, wo us ko kar sakta hai. bohat aham cheez hai yeh aap ne batai. to ab main aap se ek sawal karunga ikhtilaf ke ta'alluq se, us ki kuch misalein</w:t>
      </w:r>
    </w:p>
    <w:p>
      <w:pPr>
        <w:jc w:val="right"/>
      </w:pPr>
      <w:r>
        <w:t>دوسری جگہ دوسرا کنوینینٹ ہو، وہ اس کو کر سکتا ہے۔ بہت اہم چیز ہے یہ آپ نے بتائی۔ تو اب میں آپ سے ایک سوال کروں گا اختلاف کے تعلق سے، اس کی کچھ مثالیں</w:t>
      </w:r>
    </w:p>
    <w:p>
      <w:r>
        <w:rPr>
          <w:b/>
        </w:rPr>
        <w:t xml:space="preserve">[47:10] </w:t>
      </w:r>
      <w:r>
        <w:t>batayein. yahan par ek Qasim bin Muhammad ke hawale se jo mashhoor tabai the aur Abu Bakr ke pote the, Muhammad bin Abu Bakr ke bete the, unhon ne un ke paas kisi ne aa kar kaha tha ke jo jahri namaz kehte hain, jo zor se tilawat karte hain, jis mein is mein namaz imam ke peeche aadmi qirat kar sakta hai ya nahi?</w:t>
      </w:r>
    </w:p>
    <w:p>
      <w:pPr>
        <w:jc w:val="right"/>
      </w:pPr>
      <w:r>
        <w:t>بتائیں۔ یہاں پر ایک قاسم بن محمد کے حوالے سے جو مشہور تابعی تھے اور ابوبکر کے پوتے تھے، محمد بن ابوبکر کے بیٹے تھے، انہوں نے ان کے پاس کسی نے آ کر کہا تھا کہ جو جہری نماز کہتے ہیں، جو زور سے تلاوت کرتے ہیں، جس میں اس میں نماز امام کے پیچھے آدمی قرات کر سکتا ہے یا نہیں؟</w:t>
      </w:r>
    </w:p>
    <w:p>
      <w:r>
        <w:rPr>
          <w:b/>
        </w:rPr>
        <w:t xml:space="preserve">[47:34] </w:t>
      </w:r>
      <w:r>
        <w:t>to unhon ne bohat hi aham baat batai thi ke tum agar qirat karoge to tab bhi tumhare liye ashab e rasool mein namoona hai, aur agar qirat nahi karoge, tab bhi tumhare liye namoona hai.</w:t>
      </w:r>
    </w:p>
    <w:p>
      <w:pPr>
        <w:jc w:val="right"/>
      </w:pPr>
      <w:r>
        <w:t>تو انہوں نے بہت ہی اہم بات بتائی تھی کہ تم اگر قرات کرو گے تو تب بھی تمہارے لیے اصحاب رسول میں نمونہ ہے، اور اگر قرات نہیں کرو گے، تب بھی تمہارے لیے نمونہ ہے۔</w:t>
      </w:r>
    </w:p>
    <w:p>
      <w:r>
        <w:rPr>
          <w:b/>
        </w:rPr>
        <w:t xml:space="preserve">[47:43] </w:t>
      </w:r>
      <w:r>
        <w:t>to aise hi ikhtilafat hain. is par aap hamein kuch batayein ke kuch misalein kya hain is ki? hmm, misalon se asal mein wazahat hogi zyada</w:t>
      </w:r>
    </w:p>
    <w:p>
      <w:pPr>
        <w:jc w:val="right"/>
      </w:pPr>
      <w:r>
        <w:t>تو ایسے ہی اختلافات ہیں۔ اس پر آپ ہمیں کچھ بتائیں کہ کچھ مثالیں کیا ہیں اس کی؟ ہمم، مثالوں سے اصل میں وضاحت ہوگی زیادہ</w:t>
      </w:r>
    </w:p>
    <w:p>
      <w:r>
        <w:rPr>
          <w:b/>
        </w:rPr>
        <w:t xml:space="preserve">[47:54] </w:t>
      </w:r>
      <w:r>
        <w:t>. khud rasool Allah salallaho alaihi wasallam ke amal mein farq hota tha. farq hota tha ke insan insan ka bhi farq hota hai. misal ke taur par, jaise rasool Allah salallaho alaihi wasallam ko jab zaroorat padti thi to logon se sadqe ke liye kehte the.</w:t>
      </w:r>
    </w:p>
    <w:p>
      <w:pPr>
        <w:jc w:val="right"/>
      </w:pPr>
      <w:r>
        <w:t>۔ خود رسول اللہ صلی اللہ علیہ وسلم کے عمل میں فرق ہوتا تھا۔ فرق ہوتا تھا کہ انسان انسان کا بھی فرق ہوتا ہے۔ مثال کے طور پر، جیسے رسول اللہ صلی اللہ علیہ وسلم کو جب ضرورت پڑتی تھی تو لوگوں سے صدقے کے لیے کہتے تھے۔</w:t>
      </w:r>
    </w:p>
    <w:p>
      <w:r>
        <w:rPr>
          <w:b/>
        </w:rPr>
        <w:t xml:space="preserve">[48:09] </w:t>
      </w:r>
      <w:r>
        <w:t>to ek mauqe par Hazrat Abu Bakr ne apna tamam maal jo hai, sadqa kar diya aur aap ne us ko qabool farmaya.</w:t>
      </w:r>
    </w:p>
    <w:p>
      <w:pPr>
        <w:jc w:val="right"/>
      </w:pPr>
      <w:r>
        <w:t>تو ایک موقع پر حضرت ابوبکر نے اپنا تمام مال جو ہے، صدقہ کر دیا اور آپ نے اس کو قبول فرمایا۔</w:t>
      </w:r>
    </w:p>
    <w:p>
      <w:r>
        <w:rPr>
          <w:b/>
        </w:rPr>
        <w:t xml:space="preserve">[48:17] </w:t>
      </w:r>
      <w:r>
        <w:t>lekin doosre log jo hain, un ko rok diya kyunke Hazrat Abu Bakr ke andar itni salahiyat thi, itni bardasht thi ke woh baghair maal ke bhi apna kaam chala lenge.</w:t>
      </w:r>
    </w:p>
    <w:p>
      <w:pPr>
        <w:jc w:val="right"/>
      </w:pPr>
      <w:r>
        <w:t>لیکن دوسرے لوگ جو ہیں، ان کو روک دیا کیونکہ حضرت ابوبکر کے اندر اتنی صلاحیت تھی، اتنی برداشت تھی کہ وہ بغیر مال کے بھی اپنا کام چلا لیں گے۔</w:t>
      </w:r>
    </w:p>
    <w:p>
      <w:r>
        <w:rPr>
          <w:b/>
        </w:rPr>
        <w:t xml:space="preserve">[48:29] </w:t>
      </w:r>
      <w:r>
        <w:t>to un se to le liya, doosre logon se rok diya. to yeh farq hai. ab masla kya tha ke ab is waqt jaise Rasool Allah ne jab un ka maal poora le liya, us waqt kuch logon ne dekha.</w:t>
      </w:r>
    </w:p>
    <w:p>
      <w:pPr>
        <w:jc w:val="right"/>
      </w:pPr>
      <w:r>
        <w:t>تو ان سے تو لے لیا، دوسرے لوگوں سے روک دیا۔ تو یہ فرق ہے۔ اب مسئلہ کیا تھا کہ اب اس وقت جیسے رسول اللہ نے جب ان کا مال پورا لے لیا، اس وقت کچھ لوگوں نے دیکھا۔</w:t>
      </w:r>
    </w:p>
    <w:p>
      <w:r>
        <w:rPr>
          <w:b/>
        </w:rPr>
        <w:t xml:space="preserve">[48:43] </w:t>
      </w:r>
      <w:r>
        <w:t>phir doosre log aaye,</w:t>
      </w:r>
    </w:p>
    <w:p>
      <w:pPr>
        <w:jc w:val="right"/>
      </w:pPr>
      <w:r>
        <w:t>پھر دوسرے لوگ آئے،</w:t>
      </w:r>
    </w:p>
    <w:p>
      <w:r>
        <w:rPr>
          <w:b/>
        </w:rPr>
        <w:t xml:space="preserve">[48:45] </w:t>
      </w:r>
      <w:r>
        <w:t>jab dekha ke doosre logon se maal poora nahi liya to yeh collection na hone ki wajah se logon ko pata bhi nahi chalta tha ke aap ne kya amal kiya, kab aur kya amal kiya doosron ke sath.</w:t>
      </w:r>
    </w:p>
    <w:p>
      <w:pPr>
        <w:jc w:val="right"/>
      </w:pPr>
      <w:r>
        <w:t>جب دیکھا کہ دوسرے لوگوں سے مال پورا نہیں لیا تو یہ کلیکشن نہ ہونے کی وجہ سے لوگوں کو پتہ بھی نہیں چلتا تھا کہ آپ نے کیا عمل کیا، کب اور کیا عمل کیا دوسروں کے ساتھ۔</w:t>
      </w:r>
    </w:p>
    <w:p>
      <w:r>
        <w:rPr>
          <w:b/>
        </w:rPr>
        <w:t xml:space="preserve">[48:58] </w:t>
      </w:r>
      <w:r>
        <w:t>collection hua to logon ko laga ke yeh kaise hua ke kahin koi amal ho raha hai, kahin koi amal ho raha hai. to woh us ko yahan ijtihad karna padta hai ke kyun aap ne aisa kiya, ke kaun kitna kar sak</w:t>
      </w:r>
    </w:p>
    <w:p>
      <w:pPr>
        <w:jc w:val="right"/>
      </w:pPr>
      <w:r>
        <w:t>کلیکشن ہوا تو لوگوں کو لگا کہ یہ کیسے ہوا کہ کہیں کوئی عمل ہو رہا ہے، کہیں کوئی عمل ہو رہا ہے۔ تو وہ اس کو یہاں اجتہاد کرنا پڑتا ہے کہ کیوں آپ نے ایسا کیا، کہ کون کتنا کر سکت</w:t>
      </w:r>
    </w:p>
    <w:p>
      <w:r>
        <w:rPr>
          <w:b/>
        </w:rPr>
        <w:t xml:space="preserve">[49:14] </w:t>
      </w:r>
      <w:r>
        <w:t>a hai. ab koi kamzor hota hai to us ko hum nahi kahenge ke azmat wala deen ikhtiyar karo, balkeh us ko concession wala deen ikhtiyar karne ko bataya jayega.</w:t>
      </w:r>
    </w:p>
    <w:p>
      <w:pPr>
        <w:jc w:val="right"/>
      </w:pPr>
      <w:r>
        <w:t>ا ہے۔ اب کوئی کمزور ہوتا ہے تو اس کو ہم نہیں کہیں گے کہ عظمت والا دین اختیار کرو، بلکہ اس کو کنسیشن والا دین اختیار کرنے کو بتایا جائے گا۔</w:t>
      </w:r>
    </w:p>
    <w:p>
      <w:r>
        <w:rPr>
          <w:b/>
        </w:rPr>
        <w:t xml:space="preserve">[49:26] </w:t>
      </w:r>
      <w:r>
        <w:t>to roza jaise roza hai, Rasool Allah sal Allah alaih wasallam ne mana kiya saaf saaf ke safar mein roza rakhna koi achi baat nahi hai.</w:t>
      </w:r>
    </w:p>
    <w:p>
      <w:pPr>
        <w:jc w:val="right"/>
      </w:pPr>
      <w:r>
        <w:t>تو روزہ جیسے روزہ ہے، رسول اللہ صلی اللہ علیہ وسلم نے منع کیا صاف صاف کہ سفر میں روزہ رکھنا کوئی اچھی بات نہیں ہے۔</w:t>
      </w:r>
    </w:p>
    <w:p>
      <w:r>
        <w:rPr>
          <w:b/>
        </w:rPr>
        <w:t xml:space="preserve">[49:36] </w:t>
      </w:r>
      <w:r>
        <w:t>ek aadmi ek bar roza rakhe hue tha safar mein aur kai log is ke, kyunke wahan to bohat tez dhoop hoti thi, sawariyan hoti nahi thi, to ek kai log is ke sar par chadar tan kar chal rahe the.</w:t>
      </w:r>
    </w:p>
    <w:p>
      <w:pPr>
        <w:jc w:val="right"/>
      </w:pPr>
      <w:r>
        <w:t>ایک آدمی ایک بار روزہ رکھے ہوئے تھا سفر میں اور کئی لوگ اس کے، کیونکہ وہاں تو بہت تیز دھوپ ہوتی تھی، سواریاں ہوتی نہیں تھیں، تو ایک کئی لوگ اس کے سر پر چادر تان کر چل رہے تھے۔</w:t>
      </w:r>
    </w:p>
    <w:p>
      <w:r>
        <w:rPr>
          <w:b/>
        </w:rPr>
        <w:t xml:space="preserve">[49:49] </w:t>
      </w:r>
      <w:r>
        <w:t>to is par Rasool Allah ne kaha ke yeh koi achi baat nahi hai safar mein roza rakhna. lekin ek ek sahabi aaye, unhone kaha main to roza bohat rakhta hoon, meri adat hai roza rakhne ki.</w:t>
      </w:r>
    </w:p>
    <w:p>
      <w:pPr>
        <w:jc w:val="right"/>
      </w:pPr>
      <w:r>
        <w:t>تو اس پر رسول اللہ نے کہا کہ یہ کوئی اچھی بات نہیں ہے سفر میں روزہ رکھنا۔ لیکن ایک ایک صحابی آئے، انہوں نے کہا میں تو روزہ بہت رکھتا ہوں، میری عادت ہے روزہ رکھنے کی۔</w:t>
      </w:r>
    </w:p>
    <w:p>
      <w:r>
        <w:rPr>
          <w:b/>
        </w:rPr>
        <w:t xml:space="preserve">[50:01] </w:t>
      </w:r>
      <w:r>
        <w:t>to un se aap ne kaha ke tum rakh sakte ho, safar mein bhi roza rakh sakte ho,</w:t>
      </w:r>
    </w:p>
    <w:p>
      <w:pPr>
        <w:jc w:val="right"/>
      </w:pPr>
      <w:r>
        <w:t>تو ان سے آپ نے کہا کہ تم رکھ سکتے ہو، سفر میں بھی روزہ رکھ سکتے ہو،</w:t>
      </w:r>
    </w:p>
    <w:p>
      <w:r>
        <w:rPr>
          <w:b/>
        </w:rPr>
        <w:t xml:space="preserve">[50:05] </w:t>
      </w:r>
      <w:r>
        <w:t>matlab is ke liye asan hai to woh rakh sakta hai, koi sehatmand hai to us ko koi problem nahi hoga safar mein roza rakhne ka, to woh rakh sakta hai.</w:t>
      </w:r>
    </w:p>
    <w:p>
      <w:pPr>
        <w:jc w:val="right"/>
      </w:pPr>
      <w:r>
        <w:t>مطلب اس کے لیے آسان ہے تو وہ رکھ سکتا ہے، کوئی صحت مند ہے تو اس کو کوئی پرابلم نہیں ہوگا سفر میں روزہ رکھنے کا، تو وہ رکھ سکتا ہے۔</w:t>
      </w:r>
    </w:p>
    <w:p>
      <w:r>
        <w:rPr>
          <w:b/>
        </w:rPr>
        <w:t xml:space="preserve">[50:14] </w:t>
      </w:r>
      <w:r>
        <w:t>to halaat ke farq se hukum mein farq ho jata hai.</w:t>
      </w:r>
    </w:p>
    <w:p>
      <w:pPr>
        <w:jc w:val="right"/>
      </w:pPr>
      <w:r>
        <w:t>تو حالات کے فرق سے حکم میں فرق ہو جاتا ہے۔</w:t>
      </w:r>
    </w:p>
    <w:p>
      <w:r>
        <w:rPr>
          <w:b/>
        </w:rPr>
        <w:t xml:space="preserve">[50:22] </w:t>
      </w:r>
      <w:r>
        <w:t>to is tarike se ab wuzu dekhiye. wuzu ke mani hain hath munh dhona. ab ek bar Rasool Allah ne kaha ke na khane se pehle bhi wuzu karo aur khane ke baad bhi wuzu karo.</w:t>
      </w:r>
    </w:p>
    <w:p>
      <w:pPr>
        <w:jc w:val="right"/>
      </w:pPr>
      <w:r>
        <w:t>تو اس طریقے سے اب وضو دیکھیے۔ وضو کے معنی ہیں ہاتھ منہ دھونا۔ اب ایک بار رسول اللہ نے کہا کہ نہ کھانے سے پہلے بھی وضو کرو اور کھانے کے بعد بھی وضو کرو۔</w:t>
      </w:r>
    </w:p>
    <w:p>
      <w:r>
        <w:rPr>
          <w:b/>
        </w:rPr>
        <w:t xml:space="preserve">[50:34] </w:t>
      </w:r>
      <w:r>
        <w:t>ab jo wuzu ka dictionary, mani lughwi mani nahi janega, woh samjhega ke wuzu karna hai. to is ke lughwi mani hain safai, suthrari, hath dhona.</w:t>
      </w:r>
    </w:p>
    <w:p>
      <w:pPr>
        <w:jc w:val="right"/>
      </w:pPr>
      <w:r>
        <w:t>اب جو وضو کا ڈکشنری، معنی لغوی معنی نہیں جانے گا، وہ سمجھے گا کہ وضو کرنا ہے۔ تو اس کے لغوی معنی ہیں صفائی، ستھرائی، ہاتھ دھونا۔</w:t>
      </w:r>
    </w:p>
    <w:p>
      <w:r>
        <w:rPr>
          <w:b/>
        </w:rPr>
        <w:t xml:space="preserve">[50:45] </w:t>
      </w:r>
      <w:r>
        <w:t>baad mein istemali mani mein ho gaya wuzu ka, jo hum namaz se padhte, namaz padhne ke liye jo hum wuzu karte hain. to is tarike se aap bohat zyada aasani paida farmate the.</w:t>
      </w:r>
    </w:p>
    <w:p>
      <w:pPr>
        <w:jc w:val="right"/>
      </w:pPr>
      <w:r>
        <w:t>بعد میں استعمالی معنی میں ہو گیا وضو کا، جو ہم نماز سے پڑھتے، نماز پڑھنے کے لیے جو ہم وضو کرتے ہیں۔ تو اس طریقے سے آپ بہت زیادہ آسانی پیدا فرماتے تھے۔</w:t>
      </w:r>
    </w:p>
    <w:p>
      <w:r>
        <w:rPr>
          <w:b/>
        </w:rPr>
        <w:t xml:space="preserve">[51:00] </w:t>
      </w:r>
      <w:r>
        <w:t>ab jab logon ne pehli bar hajj kiya to hajj ke bohat sare arkan hote hain. aaj bhi jab aadmi pehli bar jata hai to kuch na kuch aage peeche, taqdeem o taakhir jis ko kehte hain, aage peeche order mein farq ho jata hai.</w:t>
      </w:r>
    </w:p>
    <w:p>
      <w:pPr>
        <w:jc w:val="right"/>
      </w:pPr>
      <w:r>
        <w:t>اب جب لوگوں نے پہلی بار حج کیا تو حج کے بہت سارے ارکان ہوتے ہیں۔ آج بھی جب آدمی پہلی بار جاتا ہے تو کچھ نہ کچھ آگے پیچھے، تقدیم و تاخیر جس کو کہتے ہیں، آگے پیچھے آرڈر میں فرق ہو جاتا ہے۔</w:t>
      </w:r>
    </w:p>
    <w:p>
      <w:r>
        <w:rPr>
          <w:b/>
        </w:rPr>
        <w:t xml:space="preserve">[51:15] </w:t>
      </w:r>
      <w:r>
        <w:t>to kai log aap ke pas aate the, kehte the hum ne sahi pehle kar li aur tab aap baad mein kar liya, yeh sab kehte the. to aap kehte the: "af al wali harajan".</w:t>
      </w:r>
    </w:p>
    <w:p>
      <w:pPr>
        <w:jc w:val="right"/>
      </w:pPr>
      <w:r>
        <w:t>تو کئی لوگ آپ کے پاس آتے تھے، کہتے تھے ہم نے صحیح پہلے کر لی اور تب آپ بعد میں کر لیا، یہ سب کہتے تھے۔ تو آپ کہتے تھے: "اف الولی حرجا"۔</w:t>
      </w:r>
    </w:p>
    <w:p>
      <w:r>
        <w:rPr>
          <w:b/>
        </w:rPr>
        <w:t xml:space="preserve">[51:25] </w:t>
      </w:r>
      <w:r>
        <w:t>to haraj to yeh hai ke tum kisi ko be izzat k</w:t>
      </w:r>
    </w:p>
    <w:p>
      <w:pPr>
        <w:jc w:val="right"/>
      </w:pPr>
      <w:r>
        <w:t>تو حرج تو یہ ہے کہ تم کسی کو بے عزت ک</w:t>
      </w:r>
    </w:p>
    <w:p>
      <w:r>
        <w:rPr>
          <w:b/>
        </w:rPr>
        <w:t xml:space="preserve">[51:28] </w:t>
      </w:r>
      <w:r>
        <w:t>ro. to aap spirit ko dekhte the, na ke sirf form ko. form to wahi waild hai jis ke sath spirit ho, warna form ki koi ahmiyat nahi hai.</w:t>
      </w:r>
    </w:p>
    <w:p>
      <w:pPr>
        <w:jc w:val="right"/>
      </w:pPr>
      <w:r>
        <w:t>رو۔ تو آپ اسپرٹ کو دیکھتے تھے، نہ کہ صرف فارم کو۔ فارم تو وہی ویلڈ ہے جس کے ساتھ اسپرٹ ہو، ورنہ فارم کی کوئی اہمیت نہیں ہے۔</w:t>
      </w:r>
    </w:p>
    <w:p>
      <w:r>
        <w:rPr>
          <w:b/>
        </w:rPr>
        <w:t xml:space="preserve">[51:41] </w:t>
      </w:r>
      <w:r>
        <w:t>to phir aap yeh dekhte the ke easier option, jo hum ne, hamein Hazrat Aisha ne bataya ke aap jab bhi koi faisla lete to us mein dekhte ke kya easier option hai, kya harder option hai.</w:t>
      </w:r>
    </w:p>
    <w:p>
      <w:pPr>
        <w:jc w:val="right"/>
      </w:pPr>
      <w:r>
        <w:t>تو پھر آپ یہ دیکھتے تھے کہ ایزیر آپشن، جو ہم نے، ہمیں حضرت عائشہ نے بتایا کہ آپ جب بھی کوئی فیصلہ لیتے تو اس میں دیکھتے کہ کیا ایزیر آپشن ہے، کیا ہارڈر آپشن ہے۔</w:t>
      </w:r>
    </w:p>
    <w:p>
      <w:r>
        <w:rPr>
          <w:b/>
        </w:rPr>
        <w:t xml:space="preserve">[51:54] </w:t>
      </w:r>
      <w:r>
        <w:t>to aap easier option ko choose karte the.</w:t>
      </w:r>
    </w:p>
    <w:p>
      <w:pPr>
        <w:jc w:val="right"/>
      </w:pPr>
      <w:r>
        <w:t>تو آپ ایزیر آپشن کو چوز کرتے تھے۔</w:t>
      </w:r>
    </w:p>
    <w:p>
      <w:r>
        <w:rPr>
          <w:b/>
        </w:rPr>
        <w:t xml:space="preserve">[51:57] </w:t>
      </w:r>
      <w:r>
        <w:t>misal ke taur par bar bar jo hain Quraish, jo hain bar bar jang par amada ho jate the aur Madine ko gher lete the. to aisi ek jang Khandaq mein Madine ko gher liya.</w:t>
      </w:r>
    </w:p>
    <w:p>
      <w:pPr>
        <w:jc w:val="right"/>
      </w:pPr>
      <w:r>
        <w:t>مثال کے طور پر بار بار جو ہیں قریش، جو ہیں بار بار جنگ پر آمادہ ہو جاتے تھے اور مدینے کو گھیر لیتے تھے۔ تو ایسی ایک جنگ خندق میں مدینہ کو گھیر لیا۔</w:t>
      </w:r>
    </w:p>
    <w:p>
      <w:r>
        <w:rPr>
          <w:b/>
        </w:rPr>
        <w:t xml:space="preserve">[52:12] </w:t>
      </w:r>
      <w:r>
        <w:t>Madine ka kya tha ke do taraf se jangla tha, ek taraf se pahad tha aur ek taraf se khula hua tha. to aap ne ek taraf jo khula hua tha, halanke kafi lamba area tha,</w:t>
      </w:r>
    </w:p>
    <w:p>
      <w:pPr>
        <w:jc w:val="right"/>
      </w:pPr>
      <w:r>
        <w:t>مدینہ کا کیا تھا کہ دو طرف سے جنگل تھا، ایک طرف سے پہاڑ تھا اور ایک طرف سے کھلا ہوا تھا۔ تو آپ نے ایک طرف جو کھلا ہوا تھا، حالانکہ کافی لمبا ایریا تھا،</w:t>
      </w:r>
    </w:p>
    <w:p>
      <w:r>
        <w:rPr>
          <w:b/>
        </w:rPr>
        <w:t xml:space="preserve">[52:23] </w:t>
      </w:r>
      <w:r>
        <w:t>us ko khandaq khodne mein kai din lag gaye aur us mein sare Sahaba Rasool Allah sab us mein shamil the. to khandaq is liye khodi ke dushman jo hai andar na aa sake, kyunke jang jo hai woh harder option tha aur khandaq us ke muqable mein khodna easier option tha.</w:t>
      </w:r>
    </w:p>
    <w:p>
      <w:pPr>
        <w:jc w:val="right"/>
      </w:pPr>
      <w:r>
        <w:t>اس کو خندق کھودنے میں کئی دن لگ گئے اور اس میں سارے صحابہ رسول اللہ سب اس میں شامل تھے۔ تو خندق اس لیے کھودی کہ دشمن جو ہے اندر نہ آ سکے، کیونکہ جنگ جو ہے وہ ہارڈر آپشن تھا اور خندق اس کے مقابلے میں کھودنا ایزیر آپشن تھا۔</w:t>
      </w:r>
    </w:p>
    <w:p>
      <w:r>
        <w:rPr>
          <w:b/>
        </w:rPr>
        <w:t xml:space="preserve">[52:41] </w:t>
      </w:r>
      <w:r>
        <w:t>isi tarah aap ne hijrat ki. ab aap chahte to wohin jang kar dein, chahe farishte madad ke liye aate, chahe sab log halak ho jate, lekin woh harder option tha.</w:t>
      </w:r>
    </w:p>
    <w:p>
      <w:pPr>
        <w:jc w:val="right"/>
      </w:pPr>
      <w:r>
        <w:t>اسی طرح آپ نے ہجرت کی۔ اب آپ چاہتے تو وہیں جنگ کر دیں، چاہے فرشتے مدد کے لیے آتے، چاہے سب لوگ ہلاک ہو جاتے، لیکن وہ ہارڈر آپشن تھا۔</w:t>
      </w:r>
    </w:p>
    <w:p>
      <w:r>
        <w:rPr>
          <w:b/>
        </w:rPr>
        <w:t xml:space="preserve">[52:51] </w:t>
      </w:r>
      <w:r>
        <w:t>to</w:t>
      </w:r>
    </w:p>
    <w:p>
      <w:pPr>
        <w:jc w:val="right"/>
      </w:pPr>
      <w:r>
        <w:t>تو</w:t>
      </w:r>
    </w:p>
    <w:p>
      <w:r>
        <w:rPr>
          <w:b/>
        </w:rPr>
        <w:t xml:space="preserve">[52:52] </w:t>
      </w:r>
      <w:r>
        <w:t>aap ne khamoshi se hijrat kar li. isi tariqe se aap ne sulah hudaibiya kiya, wo bhi easier option tha. to ye hai aur ek aur ek reason hai ki kisi hukm khas ko hukm aam samajh lena, matlab kisi khas mauqe par aap ne koi baat kahi, ab is ko generalize kar lena.</w:t>
      </w:r>
    </w:p>
    <w:p>
      <w:pPr>
        <w:jc w:val="right"/>
      </w:pPr>
      <w:r>
        <w:t>آپ نے خاموشی سے ہجرت کر لی۔ اسی طریقے سے آپ نے صلح حدیبیہ کیا، وہ بھی ایزیر آپشن تھا۔ تو یہ ہے اور ایک اور ایک ریزن ہے کہ کسی حکم خاص کو حکم عام سمجھ لینا، مطلب کسی خاص موقع پر آپ نے کوئی بات کہی، اب اس کو جنرلائز کر لینا۔</w:t>
      </w:r>
    </w:p>
    <w:p>
      <w:r>
        <w:rPr>
          <w:b/>
        </w:rPr>
        <w:t xml:space="preserve">[53:11] </w:t>
      </w:r>
      <w:r>
        <w:t>to ek bar kya hua ki ek aurat ka inteqal hua to us ke ghar wale ro rahe the, jaise murda</w:t>
      </w:r>
    </w:p>
    <w:p>
      <w:pPr>
        <w:jc w:val="right"/>
      </w:pPr>
      <w:r>
        <w:t>تو ایک بار کیا ہوا کہ ایک عورت کا انتقال ہوا تو اس کے گھر والے رو رہے تھے، جیسے مردہ</w:t>
      </w:r>
    </w:p>
    <w:p>
      <w:r>
        <w:rPr>
          <w:b/>
        </w:rPr>
        <w:t xml:space="preserve">[53:19] </w:t>
      </w:r>
      <w:r>
        <w:t>ko. to us waqt aap ne keh diya ki murda ko azaab ho raha hai aur ghar wale ro rahe hain. to logon ne is ko generalize kar liya ki mayyat ke paas, dead body ke paas agar hum rote hain qabar ke paas to woh hamare rone se mayyat ko azaab hota hai.</w:t>
      </w:r>
    </w:p>
    <w:p>
      <w:pPr>
        <w:jc w:val="right"/>
      </w:pPr>
      <w:r>
        <w:t>کو۔ تو اس وقت آپ نے کہہ دیا کہ مردہ کو عذاب ہو رہا ہے اور گھر والے رو رہے ہیں۔ تو لوگوں نے اس کو جنرلائز کر لیا کہ میت کے پاس، ڈیڈ باڈی کے پاس اگر ہم روتے ہیں قبر کے پاس تو وہ ہمارے رونے سے میت کو عذاب ہوتا ہے۔</w:t>
      </w:r>
    </w:p>
    <w:p>
      <w:r>
        <w:rPr>
          <w:b/>
        </w:rPr>
        <w:t xml:space="preserve">[53:37] </w:t>
      </w:r>
      <w:r>
        <w:t>is ko generalize kar liya kyunki har aadmi ne har waqt available nahi hota tha ki prophet koi baat kahe to har waqt woh maujood rahe.</w:t>
      </w:r>
    </w:p>
    <w:p>
      <w:pPr>
        <w:jc w:val="right"/>
      </w:pPr>
      <w:r>
        <w:t>اس کو جنرلائز کر لیا کیونکہ ہر آدمی نے ہر وقت اویلیبل نہیں ہوتا تھا کہ پرافٹ کوئی بات کہیں تو ہر وقت وہ موجود رہے۔</w:t>
      </w:r>
    </w:p>
    <w:p>
      <w:r>
        <w:rPr>
          <w:b/>
        </w:rPr>
        <w:t xml:space="preserve">[53:46] </w:t>
      </w:r>
      <w:r>
        <w:t>kabhi us ne kisi se s</w:t>
      </w:r>
    </w:p>
    <w:p>
      <w:pPr>
        <w:jc w:val="right"/>
      </w:pPr>
      <w:r>
        <w:t>کبھی اس نے کسی سے س</w:t>
      </w:r>
    </w:p>
    <w:p>
      <w:r>
        <w:rPr>
          <w:b/>
        </w:rPr>
        <w:t xml:space="preserve">[53:48] </w:t>
      </w:r>
      <w:r>
        <w:t>na, kabhi adhi baat us ki samajh mein aayi, kabhi nahi samajh mein aayi. to is se masla ho jata tha. kai cheezein, jaise kis kai baat hota tha ki abrogation ka jo usool, kai hukm mansookh ho jate the, matlab woh hukm ko khatam kar diya jata tha.</w:t>
      </w:r>
    </w:p>
    <w:p>
      <w:pPr>
        <w:jc w:val="right"/>
      </w:pPr>
      <w:r>
        <w:t>نا، کبھی ادھی بات اس کی سمجھ میں آئی، کبھی نہیں سمجھ میں آئی۔ تو اس سے مسئلہ ہو جاتا تھا۔ کئی چیزیں، جیسے کس کئی بات ہوتا تھا کہ ایبروگیشن کا جو اصول، کئی حکم منسوخ ہو جاتے تھے، مطلب وہ حکم کو ختم کر دیا جاتا تھا۔</w:t>
      </w:r>
    </w:p>
    <w:p>
      <w:r>
        <w:rPr>
          <w:b/>
        </w:rPr>
        <w:t xml:space="preserve">[54:07] </w:t>
      </w:r>
      <w:r>
        <w:t>is ke badle koi doosri aayat aati, jaise aap jaante hain sharaab ke baare mein bhi teen baar aayat a</w:t>
      </w:r>
    </w:p>
    <w:p>
      <w:pPr>
        <w:jc w:val="right"/>
      </w:pPr>
      <w:r>
        <w:t>اس کے بدلے کوئی دوسری آیت آتی، جیسے آپ جانتے ہیں شراب کے بارے میں بھی تین بار آیت آ</w:t>
      </w:r>
    </w:p>
    <w:p>
      <w:r>
        <w:rPr>
          <w:b/>
        </w:rPr>
        <w:t xml:space="preserve">[54:15] </w:t>
      </w:r>
      <w:r>
        <w:t>i. ek baar aayat ki sharaab achhi cheez nahi hai, doosri baar aayi sharaab piyo to namaz ke qareeb mat jao, teesri baar bilkul haraam karne ki aayat aayi.</w:t>
      </w:r>
    </w:p>
    <w:p>
      <w:pPr>
        <w:jc w:val="right"/>
      </w:pPr>
      <w:r>
        <w:t>ئی۔ ایک بار آیت کہ شراب اچھی چیز نہیں ہے، دوسری بار آئی شراب پیو تو نماز کے قریب مت جاؤ، تیسری بار بالکل حرام کرنے کی آیت آئی۔</w:t>
      </w:r>
    </w:p>
    <w:p>
      <w:r>
        <w:rPr>
          <w:b/>
        </w:rPr>
        <w:t xml:space="preserve">[54:26] </w:t>
      </w:r>
      <w:r>
        <w:t>to pehli dono aayatein jo hain mansookh ho gayin. ab har aadmi ko, kyunki Quran bhi us waqt collected nahi tha, to log saari saara Quran nahi jaante the jitna ki nazil ho chuka hai.</w:t>
      </w:r>
    </w:p>
    <w:p>
      <w:pPr>
        <w:jc w:val="right"/>
      </w:pPr>
      <w:r>
        <w:t>تو پہلی دونوں آیتیں جو ہیں منسوخ ہو گئیں۔ اب ہر آدمی کو، کیونکہ قرآن بھی اس وقت کلیکٹڈ نہیں تھا، تو لوگ ساری سارا قرآن نہیں جانتے تھے جتنا کہ نازل ہو چکا ہے۔</w:t>
      </w:r>
    </w:p>
    <w:p>
      <w:r>
        <w:rPr>
          <w:b/>
        </w:rPr>
        <w:t xml:space="preserve">[54:39] </w:t>
      </w:r>
      <w:r>
        <w:t>to is tariqe se is mein bhi masla paida hota tha.</w:t>
      </w:r>
    </w:p>
    <w:p>
      <w:pPr>
        <w:jc w:val="right"/>
      </w:pPr>
      <w:r>
        <w:t>تو اس طریقے سے اس میں بھی مسئلہ پیدا ہوتا تھا۔</w:t>
      </w:r>
    </w:p>
    <w:p>
      <w:r>
        <w:rPr>
          <w:b/>
        </w:rPr>
        <w:t xml:space="preserve">[54:45] </w:t>
      </w:r>
      <w:r>
        <w:t>to yahi hai jo saare jo jaise jama bain al-salat, do namazein ek saath karna pehle ho gaya hai. to muhaddiseen ka yahi kehna tha ki ye barabane tawassu hai, na ki barabane tarjeeh.</w:t>
      </w:r>
    </w:p>
    <w:p>
      <w:pPr>
        <w:jc w:val="right"/>
      </w:pPr>
      <w:r>
        <w:t>تو یہی ہے جو سارے جو جیسے جمع بین الصلوۃ، دو نمازیں اکٹھے کرنا پہلے ہو گیا ہے۔ تو محدثین کا یہی کہنا تھا کہ یہ بربنائے توسع ہے، نہ کہ بربنائے ترجیح۔</w:t>
      </w:r>
    </w:p>
    <w:p>
      <w:r>
        <w:rPr>
          <w:b/>
        </w:rPr>
        <w:t xml:space="preserve">[55:00] </w:t>
      </w:r>
      <w:r>
        <w:t>yani hamare paas kai options rahe hain, na ye ki sirf ek hi option rahe, kyunki kai baar hum mushkil mein pad sakte hain.</w:t>
      </w:r>
    </w:p>
    <w:p>
      <w:pPr>
        <w:jc w:val="right"/>
      </w:pPr>
      <w:r>
        <w:t>یعنی ہمارے پاس کئی آپشن رہے ہیں، نہ یہ کہ صرف ایک ہی آپشن رہے، کیونکہ کئی بار ہم مشکل میں پڑ سکتے ہیں۔</w:t>
      </w:r>
    </w:p>
    <w:p>
      <w:r>
        <w:rPr>
          <w:b/>
        </w:rPr>
        <w:t xml:space="preserve">[55:10] </w:t>
      </w:r>
      <w:r>
        <w:t>is liye ikhtilafaat ko tazadaat par mamool nahi kiya jayega. ikhtilafaat ke matlab ye nahi ki contradiction hai, balki woh hai ki is ke kai options hain jo hamare liye aasan hon, is ko hum le lein.</w:t>
      </w:r>
    </w:p>
    <w:p>
      <w:pPr>
        <w:jc w:val="right"/>
      </w:pPr>
      <w:r>
        <w:t>اس لیے اختلافات کو تضادات پر معمول نہیں کیا جائے گا۔ اختلافات کے مطلب یہ نہیں کہ کانٹراڈکشن ہے، بلکہ وہ ہے کہ اس کے کئی آپشن ہیں جو ہمارے لیے آسان ہوں، اس کو ہم لے لیں۔</w:t>
      </w:r>
    </w:p>
    <w:p>
      <w:r>
        <w:rPr>
          <w:b/>
        </w:rPr>
        <w:t xml:space="preserve">[55:24] </w:t>
      </w:r>
      <w:r>
        <w:t>aasani dene ki wajah se, concession dene ki wajah se, jaise pehle zamane mein juraab jo hota tha, us par masah ho jata tha.</w:t>
      </w:r>
    </w:p>
    <w:p>
      <w:pPr>
        <w:jc w:val="right"/>
      </w:pPr>
      <w:r>
        <w:t>آسانی دینے کی وجہ سے، کنسیشن دینے کی وجہ سے، جیسے پہلے زمانے میں جراب جو ہوتا تھا، اس پر مسح ہو جاتا تھا۔</w:t>
      </w:r>
    </w:p>
    <w:p>
      <w:r>
        <w:rPr>
          <w:b/>
        </w:rPr>
        <w:t xml:space="preserve">[55:35] </w:t>
      </w:r>
      <w:r>
        <w:t>ab ab naye jo socks aaye, is par ye masla hua ki is par masah hota hai ki nahi masah hota hai. to unhon ne wahi inference ka jo usool hai, woh apply kiya ki jab juraab par bhi masah hota hai to is par bhi masah ho jayega.</w:t>
      </w:r>
    </w:p>
    <w:p>
      <w:pPr>
        <w:jc w:val="right"/>
      </w:pPr>
      <w:r>
        <w:t>اب اب نئے جو ساکس آئے، اس پر یہ مسئلہ ہوا کہ اس پر مسح ہوتا ہے کہ نہیں مسح ہوتا ہے۔ تو انہوں نے وہی انفرنس کا جو اصول ہے، وہ اپلائی کیا کہ جب جراب پہ بھی مسح ہوتا ہے تو اس پر بھی مسح ہو جائے گا۔</w:t>
      </w:r>
    </w:p>
    <w:p>
      <w:r>
        <w:rPr>
          <w:b/>
        </w:rPr>
        <w:t xml:space="preserve">[55:49] </w:t>
      </w:r>
      <w:r>
        <w:t>to is tariqe se different different viewpoints samne aaye aur ye sab ijtihad ke zariye se. to ijtihad jo hai na, bahut zyada hamare liye bahut zyada important hai.</w:t>
      </w:r>
    </w:p>
    <w:p>
      <w:pPr>
        <w:jc w:val="right"/>
      </w:pPr>
      <w:r>
        <w:t>تو اس طریقے سے ڈفرنٹ ڈفرنٹ ویو پوائنٹس سامنے آئے اور یہ سب اجتہاد کے ذریعے سے۔ تو اجتہاد جو ہے نا، بہت زیادہ ہمارے لیے بہت زیادہ امپورٹنٹ ہے۔</w:t>
      </w:r>
    </w:p>
    <w:p>
      <w:r>
        <w:rPr>
          <w:b/>
        </w:rPr>
        <w:t xml:space="preserve">[56:05] </w:t>
      </w:r>
      <w:r>
        <w:t>aap aap ne bahut hi aham point ki taraf ishara kiya. do cheezon ko aur main is mein add kar deta hoon. ek jo aap ne kaha ki hazrat abubakar razi allahu anhu se saara maal unhon ne sadqa kiya, accept kar liya, lekin kuch sahaba se ko mana kiya tha.</w:t>
      </w:r>
    </w:p>
    <w:p>
      <w:pPr>
        <w:jc w:val="right"/>
      </w:pPr>
      <w:r>
        <w:t>آپ آپ نے بہت ہی اہم پوائنٹ کی طرف اشارہ کیا۔ دو چیزوں کو اور میں اس میں ایڈ کر دیتا ہوں۔ ایک جو آپ نے کہا کہ حضرت ابوبکر رضی اللہ عنہ سے سارا مال انہوں نے صدقہ کیا، ایکسیپٹ کر لیا، لیکن کچھ صحابہ سے کو منع کیا تھا۔</w:t>
      </w:r>
    </w:p>
    <w:p>
      <w:r>
        <w:rPr>
          <w:b/>
        </w:rPr>
        <w:t xml:space="preserve">[56:20] </w:t>
      </w:r>
      <w:r>
        <w:t>misal ke taur par ek sahabi the kaab bin malik, ye ghazwa tabuk mein nahi gaye the, to un ko toba ke liye pachaas din ka waqt guzarna pada tha.</w:t>
      </w:r>
    </w:p>
    <w:p>
      <w:pPr>
        <w:jc w:val="right"/>
      </w:pPr>
      <w:r>
        <w:t>مثال کے طور پر ایک صحابہ تھے کعب بن مالک، یہ غزوہ تبوک میں نہیں گئے تھے، تو ان کو توبہ کے لیے پچاس دن کا وقت گزارنا پڑا تھا۔</w:t>
      </w:r>
    </w:p>
    <w:p>
      <w:r>
        <w:rPr>
          <w:b/>
        </w:rPr>
        <w:t xml:space="preserve">[56:29] </w:t>
      </w:r>
      <w:r>
        <w:t>to</w:t>
      </w:r>
    </w:p>
    <w:p>
      <w:pPr>
        <w:jc w:val="right"/>
      </w:pPr>
      <w:r>
        <w:t>تو</w:t>
      </w:r>
    </w:p>
    <w:p>
      <w:r>
        <w:rPr>
          <w:b/>
        </w:rPr>
        <w:t xml:space="preserve">[56:30] </w:t>
      </w:r>
      <w:r>
        <w:t>unhon ne ye kaha tha ki meri toba mein se ye bhi hai ki main apne saare maal ko</w:t>
      </w:r>
    </w:p>
    <w:p>
      <w:pPr>
        <w:jc w:val="right"/>
      </w:pPr>
      <w:r>
        <w:t>انہوں نے یہ کہا تھا کہ میری توبہ میں سے یہ بھی ہے کہ میں اپنے سارے مال کو</w:t>
      </w:r>
    </w:p>
    <w:p>
      <w:r>
        <w:rPr>
          <w:b/>
        </w:rPr>
        <w:t xml:space="preserve">[56:36] </w:t>
      </w:r>
      <w:r>
        <w:t>sadqa kar doon. to allah ke rasool sallallahu alaihi wasallam ne kaha ki kuch maal ko apne paas bhi baqi rakho, ye tumhare liye behtar hai. ye kaha tha un se. isi tariqe se saad bin abi waqas jab makka jab fatah ho gaye, wahan the to un ki tabiyat kharab ho gayi.</w:t>
      </w:r>
    </w:p>
    <w:p>
      <w:pPr>
        <w:jc w:val="right"/>
      </w:pPr>
      <w:r>
        <w:t>صدقہ کر دوں۔ تو اللہ کے رسول صلی اللہ علیہ وسلم نے کہا کہ کچھ مال کو اپنے پاس بھی باقی رکھو، یہ تمہارے لیے بہتر ہے۔ یہ کہا تھا ان سے۔ اسی طریقے سے سعد ابن ابی وقاص جب مکہ جب فتح ہو گئے، وہاں تھے تو ان کی طبیعت خراب ہو گئی۔</w:t>
      </w:r>
    </w:p>
    <w:p>
      <w:r>
        <w:rPr>
          <w:b/>
        </w:rPr>
        <w:t xml:space="preserve">[56:51] </w:t>
      </w:r>
      <w:r>
        <w:t>aisi tabiyat kharab hui ki un ko laga ki ab zinda nahi rahunga. to unhon ne ye kaha tha us waqt ki main apne saare maal ko sadqa kar deta hoon. to allah ke rasool sallallahu alaihi wasallam ne kaha ye nahi, itna mat karo, kuch kam karo.</w:t>
      </w:r>
    </w:p>
    <w:p>
      <w:pPr>
        <w:jc w:val="right"/>
      </w:pPr>
      <w:r>
        <w:t>ایسی طبیعت خراب ہوئی کہ ان کو لگا کہ اب زندہ نہیں رہوں گا۔ تو انہوں نے یہ کہا تھا اس وقت کہ میں اپنے سارے مال کو صدقہ کر دیتا ہوں۔ تو اللہ کے رسول صلی اللہ علیہ وسلم نے کہا یہ نہیں، اتنا مت کرو، کچھ کم کرو۔</w:t>
      </w:r>
    </w:p>
    <w:p>
      <w:r>
        <w:rPr>
          <w:b/>
        </w:rPr>
        <w:t xml:space="preserve">[57:02] </w:t>
      </w:r>
      <w:r>
        <w:t>to unhon ne kaha theek hai, main apne paas ka half rakhta hoon aur</w:t>
      </w:r>
    </w:p>
    <w:p>
      <w:pPr>
        <w:jc w:val="right"/>
      </w:pPr>
      <w:r>
        <w:t>تو انہوں نے کہا ٹھیک ہے، میں اپنے پاس کے ہاف رکھتا ہوں اور</w:t>
      </w:r>
    </w:p>
    <w:p>
      <w:r>
        <w:rPr>
          <w:b/>
        </w:rPr>
        <w:t xml:space="preserve">[57:06] </w:t>
      </w:r>
      <w:r>
        <w:t>sab ko sadqa kar deta hoon. allah ke rasool sallallahu alaihi wasallam ne kaha ye bhi theek nahi hai. to last mein unhon ne kaha theek hai, one third mein sadqa kar deta hoon, baqi sab apne paas rakhta hoon.</w:t>
      </w:r>
    </w:p>
    <w:p>
      <w:pPr>
        <w:jc w:val="right"/>
      </w:pPr>
      <w:r>
        <w:t>سب کو صدقہ کر دیتا ہوں۔ اللہ کے رسول صلی اللہ علیہ وسلم نے کہا یہ بھی ٹھیک نہیں ہے۔ تو لاسٹ میں انہوں نے کہا ٹھیک ہے، ون تھرڈ میں صدقہ کر دیتا ہوں، باقی سب اپنے پاس رکھتا ہوں۔</w:t>
      </w:r>
    </w:p>
    <w:p>
      <w:r>
        <w:rPr>
          <w:b/>
        </w:rPr>
        <w:t xml:space="preserve">[57:15] </w:t>
      </w:r>
      <w:r>
        <w:t>to allah ke rasool sallallahu alaihi wasallam ne bohat hi aham baat wahan par batai thi ke tum kuch maal sadqa kar ke baqi apne paas baqi rakho, apne bachche ke liye rakho, yeh tumhare liye behtar hai.</w:t>
      </w:r>
    </w:p>
    <w:p>
      <w:pPr>
        <w:jc w:val="right"/>
      </w:pPr>
      <w:r>
        <w:t>تو اللہ کے رسول صلی اللہ علیہ وسلم نے بہت ہی اہم بات وہاں پر بتائی تھی کہ تم کچھ مال صدقہ کر کے باقی اپنے پاس باقی رکھو، اپنے بچے کے لیے رکھو، یہ تمہارے لیے بہتر ہے۔</w:t>
      </w:r>
    </w:p>
    <w:p>
      <w:r>
        <w:rPr>
          <w:b/>
        </w:rPr>
        <w:t xml:space="preserve">[57:25] </w:t>
      </w:r>
      <w:r>
        <w:t>aur bachche is ko istemal karen, woh is ke liye behtar hai ke kuch maal na ho aur woh kisi doosre ke aage haath phailaye. is se behtar hai ke tum kuch maal sadqa karo, baqi apni aulad ke liye rakho.</w:t>
      </w:r>
    </w:p>
    <w:p>
      <w:pPr>
        <w:jc w:val="right"/>
      </w:pPr>
      <w:r>
        <w:t>اور بچے اس کو استعمال کریں، وہ اس کے لیے بہتر ہے کہ کچھ مال نہ ہو اور وہ کسی دوسرے کے آگے ہاتھ پھیلائے۔ اس سے بہتر ہے کہ تم کچھ مال صدقہ کرو، باقی اپنی اولاد کے لیے رکھو۔</w:t>
      </w:r>
    </w:p>
    <w:p>
      <w:r>
        <w:rPr>
          <w:b/>
        </w:rPr>
        <w:t xml:space="preserve">[57:36] </w:t>
      </w:r>
      <w:r>
        <w:t>to yeh bohat aham</w:t>
      </w:r>
    </w:p>
    <w:p>
      <w:pPr>
        <w:jc w:val="right"/>
      </w:pPr>
      <w:r>
        <w:t>تو یہ بہت اہم</w:t>
      </w:r>
    </w:p>
    <w:p>
      <w:r>
        <w:rPr>
          <w:b/>
        </w:rPr>
        <w:t xml:space="preserve">[57:36] </w:t>
      </w:r>
      <w:r>
        <w:t>baat batai hai. basic aur non basic par hazrat abdullah bin umar radiallahu anhu ne bohat hi aham baat batai thi.</w:t>
      </w:r>
    </w:p>
    <w:p>
      <w:pPr>
        <w:jc w:val="right"/>
      </w:pPr>
      <w:r>
        <w:t>بات بتائی ہے۔ بیسک اور نان بیسک پر حضرت عبداللہ بن عمر رضی اللہ عنہ نے بہت ہی اہم بات بتائی تھی۔</w:t>
      </w:r>
    </w:p>
    <w:p>
      <w:r>
        <w:rPr>
          <w:b/>
        </w:rPr>
        <w:t xml:space="preserve">[57:45] </w:t>
      </w:r>
      <w:r>
        <w:t>un ke paas kuch log aaye aur unhon ne sawal kiya ke machhar ka khoon agar lag jaye jism par to wuzu karne ke baad to kya woh cheez is se namaz hogi ya nahi hogi?</w:t>
      </w:r>
    </w:p>
    <w:p>
      <w:pPr>
        <w:jc w:val="right"/>
      </w:pPr>
      <w:r>
        <w:t>ان کے پاس کچھ لوگ آئے اور انہوں نے سوال کیا کہ مچھر کا خون اگر لگ جائے جسم پر تو وضو کرنے کے بعد تو کیا وہ چیز اس سے نماز ہوگی یا نہیں ہوگی؟</w:t>
      </w:r>
    </w:p>
    <w:p>
      <w:r>
        <w:rPr>
          <w:b/>
        </w:rPr>
        <w:t xml:space="preserve">[57:56] </w:t>
      </w:r>
      <w:r>
        <w:t>to unhon ne poocha kahan se ho? to unhon ne kaha ke main iraq se hoon. log hain</w:t>
      </w:r>
    </w:p>
    <w:p>
      <w:pPr>
        <w:jc w:val="right"/>
      </w:pPr>
      <w:r>
        <w:t>تو انہوں نے پوچھا کہاں سے ہو؟ تو انہوں نے کہا کہ میں عراق سے ہوں۔ لوگ ہیں</w:t>
      </w:r>
    </w:p>
    <w:p>
      <w:r>
        <w:rPr>
          <w:b/>
        </w:rPr>
        <w:t xml:space="preserve">[58:00] </w:t>
      </w:r>
      <w:r>
        <w:t>, kaha dekho yeh nawasa rasool ko unhon ne qatal kar diya, un ka un ko gham nahi hai aur khoon ke machhar ke khoon ke bare mein pooch rahe hain.</w:t>
      </w:r>
    </w:p>
    <w:p>
      <w:pPr>
        <w:jc w:val="right"/>
      </w:pPr>
      <w:r>
        <w:t>، کہا دیکھو یہ نواسہ رسول کو انہوں نے قتل کر دیا، ان کا ان کو غم نہیں ہے اور خون کے مچھر کے خون کے بارے میں پوچھ رہے ہیں۔</w:t>
      </w:r>
    </w:p>
    <w:p>
      <w:r>
        <w:rPr>
          <w:b/>
        </w:rPr>
        <w:t xml:space="preserve">[58:11] </w:t>
      </w:r>
      <w:r>
        <w:t>to basic non basic mein bohat farq karta hai ke choti cheezon mein mat padna hai, badi cheezein jo hain us par dhyan dena hai ke is mein bohat aham rakhna hai. jo aap ne bataya tha ke</w:t>
      </w:r>
    </w:p>
    <w:p>
      <w:pPr>
        <w:jc w:val="right"/>
      </w:pPr>
      <w:r>
        <w:t>تو بیسک نان بیسک میں بہت فرق کرتا ہے کہ چھوٹی چیزوں میں مت پڑنا ہے، بڑی چیزیں جو ہیں اس پر دھیان دینا ہے کہ اس میں بہت اہم رکھنا ہے۔ جو آپ نے بتایا تھا کہ</w:t>
      </w:r>
    </w:p>
    <w:p>
      <w:r>
        <w:rPr>
          <w:b/>
        </w:rPr>
        <w:t xml:space="preserve">[58:22] </w:t>
      </w:r>
      <w:r>
        <w:t>hajj mein kya tha ke hajj mein kaha ke af al wali haraj, haraj woh cheez nahi hai ke order mein kuch change ho jaye, choti cheezon mein kuch farq aa jaye, is mein haraj ki baat nahi.</w:t>
      </w:r>
    </w:p>
    <w:p>
      <w:pPr>
        <w:jc w:val="right"/>
      </w:pPr>
      <w:r>
        <w:t>حج میں کیا تھا کہ حج میں کہا کہ اف الولی حرج، حرج وہ چیز نہیں ہے کہ آرڈر میں کچھ چینج ہو جائے، چھوٹی چیزوں میں کچھ فرق آ جائے، اس میں حرج کی بات نہیں۔</w:t>
      </w:r>
    </w:p>
    <w:p>
      <w:r>
        <w:rPr>
          <w:b/>
        </w:rPr>
        <w:t xml:space="preserve">[58:31] </w:t>
      </w:r>
      <w:r>
        <w:t>haraj yeh hai ke aap apne kisi doosre, ab apne jaise insan ko aap takleef pahunchayein, yeh haraj ki baat hai. to bohat hi ashaab rasool is par bohat dhyan dete the.</w:t>
      </w:r>
    </w:p>
    <w:p>
      <w:pPr>
        <w:jc w:val="right"/>
      </w:pPr>
      <w:r>
        <w:t>حرج یہ ہے کہ آپ اپنے کسی دوسرے، اب اپنے جیسے انسان کو آپ تکلیف پہنچائیں، یہ حرج کی بات ہے۔ تو بہت ہی اصحاب رسول اس پر بہت دھیان دیتے تھے۔</w:t>
      </w:r>
    </w:p>
    <w:p>
      <w:r>
        <w:rPr>
          <w:b/>
        </w:rPr>
        <w:t xml:space="preserve">[58:41] </w:t>
      </w:r>
      <w:r>
        <w:t>agla sawal mein aap se yeh karunga ke allah ke rasool sallallahu alaihi wasallam ke zamane mein jo fiqh ka mamla tha, woh kya tha? is par kuch bataein aap.</w:t>
      </w:r>
    </w:p>
    <w:p>
      <w:pPr>
        <w:jc w:val="right"/>
      </w:pPr>
      <w:r>
        <w:t>اگلا سوال میں آپ سے یہ کروں گا کہ اللہ کے رسول صلی اللہ علیہ وسلم کے زمانے میں جو فقہ کا معاملہ تھا، وہ کیا تھا؟ اس پر کچھ بتائیں آپ۔</w:t>
      </w:r>
    </w:p>
    <w:p>
      <w:r>
        <w:rPr>
          <w:b/>
        </w:rPr>
        <w:t xml:space="preserve">[58:51] </w:t>
      </w:r>
      <w:r>
        <w:t>asal mein is ibtidai zamane mein aisi koi zaroorat nahi padti thi kyunke quran utar raha tha aur quran jaisa ke aap log jante hain ikatthe nahi utra hai.</w:t>
      </w:r>
    </w:p>
    <w:p>
      <w:pPr>
        <w:jc w:val="right"/>
      </w:pPr>
      <w:r>
        <w:t>اصل میں اس ابتدائی زمانے میں ایسی کوئی ضرورت نہیں پڑتی تھی کیونکہ قرآن اتر رہا تھا اور قرآن جیسا کہ آپ لوگ جانتے ہیں اکٹھے نہیں اترا ہے۔</w:t>
      </w:r>
    </w:p>
    <w:p>
      <w:r>
        <w:rPr>
          <w:b/>
        </w:rPr>
        <w:t xml:space="preserve">[59:02] </w:t>
      </w:r>
      <w:r>
        <w:t>jaise jaise halaat hote the, waise waise quran utarta tha.</w:t>
      </w:r>
    </w:p>
    <w:p>
      <w:pPr>
        <w:jc w:val="right"/>
      </w:pPr>
      <w:r>
        <w:t>جیسے جیسے حالات ہوتے تھے، ویسے ویسے قرآن اترتا تھا۔</w:t>
      </w:r>
    </w:p>
    <w:p>
      <w:r>
        <w:rPr>
          <w:b/>
        </w:rPr>
        <w:t xml:space="preserve">[59:06] </w:t>
      </w:r>
      <w:r>
        <w:t>to log jaan jate the is masle mein kya hukum hai allah ka. to aur agar koi zaroorat hoti thi to rasool allah khud is ko explain kar dete the.</w:t>
      </w:r>
    </w:p>
    <w:p>
      <w:pPr>
        <w:jc w:val="right"/>
      </w:pPr>
      <w:r>
        <w:t>تو لوگ جان جاتے تھے اس مسئلے میں کیا حکم ہے اللہ کا۔ تو اور اگر کوئی ضرورت ہوتی تھی تو رسول اللہ خود اس کو ایکسپلین کر دیتے تھے۔</w:t>
      </w:r>
    </w:p>
    <w:p>
      <w:r>
        <w:rPr>
          <w:b/>
        </w:rPr>
        <w:t xml:space="preserve">[59:16] </w:t>
      </w:r>
      <w:r>
        <w:t>phir teesra jo tha woh rasool allah ka amal tha. ab jaise namaz ke bare mein hai, namaz ka hukum utra, phir rasool allah ne is ko bataya aur is par amal kiya to doosre log sab amal karne lag gaye.</w:t>
      </w:r>
    </w:p>
    <w:p>
      <w:pPr>
        <w:jc w:val="right"/>
      </w:pPr>
      <w:r>
        <w:t>پھر تیسرا جو تھا وہ رسول اللہ کا عمل تھا۔ اب جیسے نماز کے بارے میں ہے، نماز کا حکم اترا، پھر رسول اللہ نے اس کو بتایا اور اس پر عمل کیا تو دوسرے لوگ سب عمل کرنے لگے۔</w:t>
      </w:r>
    </w:p>
    <w:p>
      <w:r>
        <w:rPr>
          <w:b/>
        </w:rPr>
        <w:t xml:space="preserve">[59:31] </w:t>
      </w:r>
      <w:r>
        <w:t>kehte hain ke sahaba log itne zyada serious the ke bila matlab ka sawal hi nahi poochte the. kehte hain ke pure rasool allah ki poori zindagi mein sirf 13 masle sahaba ne daryaft kiye the.</w:t>
      </w:r>
    </w:p>
    <w:p>
      <w:pPr>
        <w:jc w:val="right"/>
      </w:pPr>
      <w:r>
        <w:t>کہتے ہیں کہ صحابہ لوگ اتنے زیادہ سیریس تھے کہ بلا مطلب کا سوال ہی نہیں پوچھتے تھے۔ کہتے ہیں کہ پورے رسول اللہ کی پوری زندگی میں صرف 13 مسئلے صحابہ نے دریافت کیے تھے۔</w:t>
      </w:r>
    </w:p>
    <w:p>
      <w:r>
        <w:rPr>
          <w:b/>
        </w:rPr>
        <w:t xml:space="preserve">[59:45] </w:t>
      </w:r>
      <w:r>
        <w:t>to agar aap bohat zyada serious hon to aap khud samajh lete hain ke hamara kya duty hai, hamein kya karna hai.</w:t>
      </w:r>
    </w:p>
    <w:p>
      <w:pPr>
        <w:jc w:val="right"/>
      </w:pPr>
      <w:r>
        <w:t>تو اگر آپ بہت زیادہ سیریس ہوں تو آپ خود سمجھ لیتے ہیں کہ ہمارا کیا ڈیوٹی ہے، ہمیں کیا کرنا ہے۔</w:t>
      </w:r>
    </w:p>
    <w:p>
      <w:r>
        <w:rPr>
          <w:b/>
        </w:rPr>
        <w:t xml:space="preserve">[59:53] </w:t>
      </w:r>
      <w:r>
        <w:t>to jahan quran ka hukum aata tha, wahan log is par amal karne lag jate the. aur jab koi masla hota to rasool allah inference se kaam lete the.</w:t>
      </w:r>
    </w:p>
    <w:p>
      <w:pPr>
        <w:jc w:val="right"/>
      </w:pPr>
      <w:r>
        <w:t>تو جہاں قرآن کا حکم آتا تھا، وہاں لوگ اس پر عمل کرنے لگ جاتے تھے۔ اور جب کوئی مسئلہ ہوتا تو رسول اللہ انفرنس سے کام لیتے تھے۔</w:t>
      </w:r>
    </w:p>
    <w:p>
      <w:r>
        <w:rPr>
          <w:b/>
        </w:rPr>
        <w:t xml:space="preserve">[1:00:05] </w:t>
      </w:r>
      <w:r>
        <w:t>jaise ek baar ek qaide jo namaz mein ek posture hota hai, to is mein ek baar jaise hum log yeh karte hain lekin hum log jante nahi ke shuruaat kis ne ki hai.</w:t>
      </w:r>
    </w:p>
    <w:p>
      <w:pPr>
        <w:jc w:val="right"/>
      </w:pPr>
      <w:r>
        <w:t>جیسے ایک بار ایک قاعدہ جو نماز میں ایک پوسچر ہوتا ہے، تو اس میں ایک بار جیسے ہم لوگ یہ کرتے ہیں لیکن ہم لوگ جانتے نہیں کہ شروعات کس نے کی ہے۔</w:t>
      </w:r>
    </w:p>
    <w:p>
      <w:r>
        <w:rPr>
          <w:b/>
        </w:rPr>
        <w:t xml:space="preserve">[1:00:17] </w:t>
      </w:r>
      <w:r>
        <w:t>to ek baar hazrat maaz jo hain, woh thoda der mein pahunche namaz mein</w:t>
      </w:r>
    </w:p>
    <w:p>
      <w:pPr>
        <w:jc w:val="right"/>
      </w:pPr>
      <w:r>
        <w:t>تو ایک بار حضرت معاذ جو ہیں، وہ تھوڑا دیر میں پہنچے نماز میں</w:t>
      </w:r>
    </w:p>
    <w:p>
      <w:r>
        <w:rPr>
          <w:b/>
        </w:rPr>
        <w:t xml:space="preserve">[1:00:22] </w:t>
      </w:r>
      <w:r>
        <w:t>to woh qaide mein hi shareek ho gaye aur salam pherne ke baad unhon ne namaz ki baqi rakatein poori kar li. to rasool allah ne is ko approve kiya aur kaha ke maaz ne tumhare liye ek naya tareeqa, ek tareeqa nikala hai.</w:t>
      </w:r>
    </w:p>
    <w:p>
      <w:pPr>
        <w:jc w:val="right"/>
      </w:pPr>
      <w:r>
        <w:t>تو وہ قاعدے میں ہی شریک ہو گئے اور سلام پھیرنے کے بعد انہوں نے نماز کی باقی رکعتیں پوری کر لیں۔ تو رسول اللہ نے اس کو اپروو کیا اور کہا کہ معاذ نے تمہارے لیے ایک نیا طریقہ، ایک طریقہ نکالا ہے۔</w:t>
      </w:r>
    </w:p>
    <w:p>
      <w:r>
        <w:rPr>
          <w:b/>
        </w:rPr>
        <w:t xml:space="preserve">[1:00:38] </w:t>
      </w:r>
      <w:r>
        <w:t>to bilkul natural andaaz mein fiqh ka development ho raha tha rasool allah ke zamane mein.</w:t>
      </w:r>
    </w:p>
    <w:p>
      <w:pPr>
        <w:jc w:val="right"/>
      </w:pPr>
      <w:r>
        <w:t>تو بالکل نیچرل انداز میں فقہ کا ڈیولپمنٹ ہو رہا تھا رسول اللہ کے زمانے میں۔</w:t>
      </w:r>
    </w:p>
    <w:p>
      <w:r>
        <w:rPr>
          <w:b/>
        </w:rPr>
        <w:t xml:space="preserve">[1:00:45] </w:t>
      </w:r>
      <w:r>
        <w:t>ijtehad ki wahi misaal hai jo maaz bin jabal wali thi ke unhon ne bataya ke main muqadmon ka faisla kis tarah karunga, kya method hoga.</w:t>
      </w:r>
    </w:p>
    <w:p>
      <w:pPr>
        <w:jc w:val="right"/>
      </w:pPr>
      <w:r>
        <w:t>اجتہاد کی وہی مثال ہے جو معاذ ابن جبل والی تھی کہ انہوں نے بتایا کہ میں مقدموں کا فیصلہ کس طرح کروں گا، کیا میتھڈ ہوگا۔</w:t>
      </w:r>
    </w:p>
    <w:p>
      <w:r>
        <w:rPr>
          <w:b/>
        </w:rPr>
        <w:t xml:space="preserve">[1:00:55] </w:t>
      </w:r>
      <w:r>
        <w:t>to yeh sawal jawab jo hai islami qanoon ke usool ko batata hai. to wahi hai ke sab se pehle quran dekha jata tha.</w:t>
      </w:r>
    </w:p>
    <w:p>
      <w:pPr>
        <w:jc w:val="right"/>
      </w:pPr>
      <w:r>
        <w:t>تو یہ سوال جواب جو ہے اسلامی قانون کے اصول کو بتاتا ہے۔ تو وہی ہے کہ سب سے پہلے قرآن دیکھا جاتا تھا۔</w:t>
      </w:r>
    </w:p>
    <w:p>
      <w:r>
        <w:rPr>
          <w:b/>
        </w:rPr>
        <w:t xml:space="preserve">[1:01:04] </w:t>
      </w:r>
      <w:r>
        <w:t>ab quran chunki poora utra nahi tha to sare ahkam jo quran mein hain, woh samne hote nahi the. phir sunnat dekhi jati thi, sunnat bhi poori ikatthe nahi thi.</w:t>
      </w:r>
    </w:p>
    <w:p>
      <w:pPr>
        <w:jc w:val="right"/>
      </w:pPr>
      <w:r>
        <w:t>اب قرآن چونکہ پورا اترا نہیں تھا تو سارے احکام جو قرآن میں ہیں، وہ سامنے ہوتے نہیں تھے۔ پھر سنت دیکھی جاتی تھی، سنت بھی پوری اکٹھے نہیں تھی۔</w:t>
      </w:r>
    </w:p>
    <w:p>
      <w:r>
        <w:rPr>
          <w:b/>
        </w:rPr>
        <w:t xml:space="preserve">[1:01:13] </w:t>
      </w:r>
      <w:r>
        <w:t>p</w:t>
      </w:r>
    </w:p>
    <w:p>
      <w:pPr>
        <w:jc w:val="right"/>
      </w:pPr>
      <w:r>
        <w:t>پ</w:t>
      </w:r>
    </w:p>
    <w:p>
      <w:r>
        <w:rPr>
          <w:b/>
        </w:rPr>
        <w:t xml:space="preserve">[1:01:14] </w:t>
      </w:r>
      <w:r>
        <w:t>har is ke baad wahan bhi nahin milta to phir apni effort kar ke ijtihad karte aur Rasul Allah ne is ko approve kiya.</w:t>
      </w:r>
    </w:p>
    <w:p>
      <w:pPr>
        <w:jc w:val="right"/>
      </w:pPr>
      <w:r>
        <w:t>ھر اس کے بعد وہاں بھی نہیں ملتا تو پھر اپنی ایفرٹ کر کے اجتہاد کرتے اور رسول اللہ نے اس کو اپروو کیا۔</w:t>
      </w:r>
    </w:p>
    <w:p>
      <w:r>
        <w:rPr>
          <w:b/>
        </w:rPr>
        <w:t xml:space="preserve">[1:01:25] </w:t>
      </w:r>
      <w:r>
        <w:t>phir jang Badr ke qaidiyon ke bare mein Rasul Allah ne mashwara kiya kyunki bada masla tha. to Hazrat Abu Bakr ki alag rai thi, Hazrat Umar ki alag rai thi.</w:t>
      </w:r>
    </w:p>
    <w:p>
      <w:pPr>
        <w:jc w:val="right"/>
      </w:pPr>
      <w:r>
        <w:t>پھر جنگ بدر کے قیدیوں کے بارے میں رسول اللہ نے مشورہ کیا کیونکہ بڑا مسئلہ تھا۔ تو حضرت ابوبکر کی الگ رائے تھی، حضرت عمر کی الگ رائے تھی۔</w:t>
      </w:r>
    </w:p>
    <w:p>
      <w:r>
        <w:rPr>
          <w:b/>
        </w:rPr>
        <w:t xml:space="preserve">[1:01:35] </w:t>
      </w:r>
      <w:r>
        <w:t>to chunke Rasul Allah sallallahu alaihi wa sallam bahut hi narm dil the, to unhon ne Hazrat Abu Bakr ki rai ko qubool kiya ke fidiya le kar qaidiyon ko chhod diya jaye.</w:t>
      </w:r>
    </w:p>
    <w:p>
      <w:pPr>
        <w:jc w:val="right"/>
      </w:pPr>
      <w:r>
        <w:t>تو چونکہ رسول اللہ صلی اللہ علیہ وسلم بہت ہی نرم دل تھے، تو انہوں نے حضرت ابوبکر کی رائے کو قبول کیا کہ فدیہ لے کر قیدیوں کو چھوڑ دیا جائے۔</w:t>
      </w:r>
    </w:p>
    <w:p>
      <w:r>
        <w:rPr>
          <w:b/>
        </w:rPr>
        <w:t xml:space="preserve">[1:01:46] </w:t>
      </w:r>
      <w:r>
        <w:t>ab halaanke maloom hai ke ye rai ghalat thi aur is ke bare mein Quran mein aaya ke tum ko aisa hargiz nahin karna chahiye tha.</w:t>
      </w:r>
    </w:p>
    <w:p>
      <w:pPr>
        <w:jc w:val="right"/>
      </w:pPr>
      <w:r>
        <w:t>اب حالانکہ معلوم ہے کہ یہ رائے غلط تھی اور اس کے بارے میں قرآن میں آیا کہ تم کو ایسا ہرگز نہیں کرنا چاہیے تھا۔</w:t>
      </w:r>
    </w:p>
    <w:p>
      <w:r>
        <w:rPr>
          <w:b/>
        </w:rPr>
        <w:t xml:space="preserve">[1:01:53] </w:t>
      </w:r>
      <w:r>
        <w:t>to ijtihad agar koi sincere tareeqe se karta hai to is mein bhi is ko sawab milta hai. aur Rasul Allah sallallahu alaihi wa sallam agar koi ghalti kar dete to woh Quran mein aa jata, to woh ghalti jo hai woh is tareeqe se is ki rectify ho jati.</w:t>
      </w:r>
    </w:p>
    <w:p>
      <w:pPr>
        <w:jc w:val="right"/>
      </w:pPr>
      <w:r>
        <w:t>تو اجتہاد اگر کوئی سنسیئر طریقے سے کرتا ہے تو اس میں بھی اس کو ثواب ملتا ہے۔ اور رسول اللہ صلی اللہ علیہ وسلم اگر کوئی غلطی کر دیتے تو وہ قرآن میں آ جاتا، تو وہ غلطی جو ہے وہ اس طریقے سے اس کی ریکٹیفائی ہو جاتی۔</w:t>
      </w:r>
    </w:p>
    <w:p>
      <w:r>
        <w:rPr>
          <w:b/>
        </w:rPr>
        <w:t xml:space="preserve">[1:02:14] </w:t>
      </w:r>
      <w:r>
        <w:t>to ijtihad yahi hua ke exercising personal judgment</w:t>
      </w:r>
    </w:p>
    <w:p>
      <w:pPr>
        <w:jc w:val="right"/>
      </w:pPr>
      <w:r>
        <w:t>تو اجتہاد یہی ہوا کہ ایکسرسائزنگ پرسنل ججمنٹ</w:t>
      </w:r>
    </w:p>
    <w:p>
      <w:r>
        <w:rPr>
          <w:b/>
        </w:rPr>
        <w:t xml:space="preserve">[1:02:18] </w:t>
      </w:r>
      <w:r>
        <w:t>ab personal judgment wohi karega jis ko deen ki achhi samajh ho, warna doosra aadmi kar nahin payega. to is tareeqe se in mamlaat mein jin mein Quran mein direct hukm nahin hai, direct woh jo mamlaat address nahin hue hain, is mein hamein ijtihad karna padta hai.</w:t>
      </w:r>
    </w:p>
    <w:p>
      <w:pPr>
        <w:jc w:val="right"/>
      </w:pPr>
      <w:r>
        <w:t>۔ اب پرسنل ججمنٹ وہی کرے گا جس کو دین کی اچھی سمجھ ہو، ورنہ دوسرا آدمی کر نہیں پائے گا۔ تو اس طریقے سے ان معاملات میں جس میں قرآن میں ڈائریکٹ حکم نہیں ہے، ڈائریکٹ وہ جو معاملات ایڈریس نہیں ہوئے ہیں، اس میں ہمیں اجتہاد کرنا پڑتا ہے۔</w:t>
      </w:r>
    </w:p>
    <w:p>
      <w:r>
        <w:rPr>
          <w:b/>
        </w:rPr>
        <w:t xml:space="preserve">[1:02:39] </w:t>
      </w:r>
      <w:r>
        <w:t>to ye hai Rasul Allah sallallahu alaihi wa sallam ke zamane mein is silsile mein bahut zyada hamein misalein</w:t>
      </w:r>
    </w:p>
    <w:p>
      <w:pPr>
        <w:jc w:val="right"/>
      </w:pPr>
      <w:r>
        <w:t>تو یہ ہے رسول اللہ صلی اللہ علیہ وسلم کے زمانے میں اس سلسلے میں بہت زیادہ ہمیں مثالیں</w:t>
      </w:r>
    </w:p>
    <w:p>
      <w:r>
        <w:rPr>
          <w:b/>
        </w:rPr>
        <w:t xml:space="preserve">[1:02:45] </w:t>
      </w:r>
      <w:r>
        <w:t>nahin milti hain. ek wohi hai jo aurat aayi thi hajj ke liye poochhne ke liye, kyunki wahan jo aap kehte the, wohi log karne lagte the.</w:t>
      </w:r>
    </w:p>
    <w:p>
      <w:pPr>
        <w:jc w:val="right"/>
      </w:pPr>
      <w:r>
        <w:t>نہیں ملتی ہیں۔ ایک وہی ہے جو عورت آئی تھی حج کے لیے پوچھنے کے لیے، کیونکہ وہاں جو آپ کہتے تھے، وہی لوگ کرنے لگتے تھے۔</w:t>
      </w:r>
    </w:p>
    <w:p>
      <w:r>
        <w:rPr>
          <w:b/>
        </w:rPr>
        <w:t xml:space="preserve">[1:02:56] </w:t>
      </w:r>
      <w:r>
        <w:t>aap aap ne jo namaz ke bare mein bataya, Muaz ki namaz ka tareeqa, is ko aur thoda mein is mein add kar deta hoon. pehle ye tha, ab zaahir si baat hai insaan mukhtalif tareeqe se kaam mein gaya hota hai, to har aadmi time par nahin pahunch pata kab namaz hui</w:t>
      </w:r>
    </w:p>
    <w:p>
      <w:pPr>
        <w:jc w:val="right"/>
      </w:pPr>
      <w:r>
        <w:t>آپ آپ نے جو نماز کے بارے میں بتایا، معاذ کی نماز کا طریقہ، اس کو اور تھوڑا میں اس میں ایڈ کر دیتا ہوں۔ پہلے یہ تھا، اب ظاہر سی بات ہے انسان مختلف طریقے سے کام میں گیا ہوتا ہے، تو ہر آدمی ٹائم پر نہیں پہنچ پاتا کب نماز ہوئی</w:t>
      </w:r>
    </w:p>
    <w:p>
      <w:r>
        <w:rPr>
          <w:b/>
        </w:rPr>
        <w:t xml:space="preserve">[1:03:10] </w:t>
      </w:r>
      <w:r>
        <w:t>ab hai ke time ke ek baje namaz hogi, do baje, chaar baje, aise hum mutayyan kar lete hain. pehle nahin tha waisa. to kuch log aisa hota ke namaz chhoot jati thi, aur namaz chhoot jaye to tareeqa kya tha ke log apne jahan par pahunchte, baghal wale se poochhte the kitni rakat hui.</w:t>
      </w:r>
    </w:p>
    <w:p>
      <w:pPr>
        <w:jc w:val="right"/>
      </w:pPr>
      <w:r>
        <w:t>۔ اب ہے کہ ٹائم کے ایک بجے نماز ہوگی، دو بجے، چار بجے، ایسے ہم متعین کر لیتے ہیں۔ پہلے نہیں تھا ویسا۔ تو کچھ لوگ ایسا ہوتا کہ نماز چھوٹ جاتی تھی، اور نماز چھوٹ جائے تو طریقہ کیا تھا کہ لوگ اپنے جہاں پر پہنچتے، بغل والے سے پوچھتے تھے کتنی رکعت ہوئی۔</w:t>
      </w:r>
    </w:p>
    <w:p>
      <w:r>
        <w:rPr>
          <w:b/>
        </w:rPr>
        <w:t xml:space="preserve">[1:03:25] </w:t>
      </w:r>
      <w:r>
        <w:t>ishare se batata teen rakat hai, chaar rakat aise hui. to ye bahut hi ajeeb qism ka mamla tha. to Muaz bin Jabal radiyallahu anhu ne ek martaba aisa kiya ke aakhri rakat thi, baith gaye, is ke baad phir uth kar jo</w:t>
      </w:r>
    </w:p>
    <w:p>
      <w:pPr>
        <w:jc w:val="right"/>
      </w:pPr>
      <w:r>
        <w:t>اشارے سے بتاتا تین رکعت ہے، چار رکعت ایسے ہوئی۔ تو یہ بہت ہی عجیب قسم کا معاملہ تھا۔ تو معاذ بن جبل رضی اللہ عنہ نے ایک مرتبہ ایسا کیا کہ آخری رکعت تھی، بیٹھ گئے، اس کے بعد پھر اٹھ کر جو</w:t>
      </w:r>
    </w:p>
    <w:p>
      <w:r>
        <w:rPr>
          <w:b/>
        </w:rPr>
        <w:t xml:space="preserve">[1:03:38] </w:t>
      </w:r>
      <w:r>
        <w:t>jitni chhooti thi, is ko complete kiya tha. to ye ek naya tareeqa tha. goya Allah Taala ne bhi is par khamoshi ikhtiyar ki. kehna ye tha ke baad ke zamane mein aise mamlaat aayenge to aap ko isi tareeqe se karna hai.</w:t>
      </w:r>
    </w:p>
    <w:p>
      <w:pPr>
        <w:jc w:val="right"/>
      </w:pPr>
      <w:r>
        <w:t>جتنی چھوٹی تھی، اس کو کمپلیٹ کیا تھا۔ تو یہ ایک نیا طریقہ تھا۔ گویا اللہ تعالی نے بھی اس پر خاموشی اختیار کی۔ کہنا یہ تھا کہ بعد کے زمانے میں ایسے معاملات آئیں گے تو آپ کو اسی طریقے سے کرنا ہے۔</w:t>
      </w:r>
    </w:p>
    <w:p>
      <w:r>
        <w:rPr>
          <w:b/>
        </w:rPr>
        <w:t xml:space="preserve">[1:03:48] </w:t>
      </w:r>
      <w:r>
        <w:t>kuch achhi cheez hongi, is ko accept karna hai. aur azaan bhi dekhiye, Allah Taala ne wahi ke zariye nazil nahin ki hai.</w:t>
      </w:r>
    </w:p>
    <w:p>
      <w:pPr>
        <w:jc w:val="right"/>
      </w:pPr>
      <w:r>
        <w:t>کچھ اچھی چیز ہوں گی، اس کو ایکسیپٹ کرنا ہے۔ اور اذان بھی دیکھیے، اللہ تعالی نے وحی کے ذریعے نازل نہیں کی ہے۔</w:t>
      </w:r>
    </w:p>
    <w:p>
      <w:r>
        <w:rPr>
          <w:b/>
        </w:rPr>
        <w:t xml:space="preserve">[1:03:56] </w:t>
      </w:r>
      <w:r>
        <w:t>azaan bhi kya hua ke is par pehle mashwara hua, mukhtalif logon ne mukhtalif rai di, phir khwab mein dikhaya gaya ke azaan kaise dena hai, is ki sari cheez Hazrat Umar ko dikhayi gayi, aur ek aur doosre sahabi ko dikhayi gayi thi.</w:t>
      </w:r>
    </w:p>
    <w:p>
      <w:pPr>
        <w:jc w:val="right"/>
      </w:pPr>
      <w:r>
        <w:t>اذان بھی کیا ہوا کہ اس پر پہلے مشورہ ہوا، مختلف لوگوں نے مختلف رائے دی، پھر خواب میں دکھایا گیا کہ اذان کیسے دینا ہے، اس کی ساری چیز حضرت عمر کو دکھایا گیا، اور ایک اور دوسرے صحابی کو دکھایا گیا تھا۔</w:t>
      </w:r>
    </w:p>
    <w:p>
      <w:r>
        <w:rPr>
          <w:b/>
        </w:rPr>
        <w:t xml:space="preserve">[1:04:08] </w:t>
      </w:r>
      <w:r>
        <w:t>goya Allah Taala ki taraf ishara tha ke aap ko ijtihad karte rehna hai. har cheez ke liye wahi nahin aayegi, wahi to Rasul tak aayegi, is ke baad aap ko ijtihad karte rehna hai.</w:t>
      </w:r>
    </w:p>
    <w:p>
      <w:pPr>
        <w:jc w:val="right"/>
      </w:pPr>
      <w:r>
        <w:t>گویا اللہ تعالی کی طرف اشارہ تھا کہ آپ کو اجتہاد کرتے رہنا ہے۔ ہر چیز کے لیے وحی نہیں آئے گی، وحی تو رسول تک آئے گی، اس کے بعد آپ کو اجتہاد کرتے رہنا ہے۔</w:t>
      </w:r>
    </w:p>
    <w:p>
      <w:r>
        <w:rPr>
          <w:b/>
        </w:rPr>
        <w:t xml:space="preserve">[1:04:17] </w:t>
      </w:r>
      <w:r>
        <w:t>woh cheez thi.</w:t>
      </w:r>
    </w:p>
    <w:p>
      <w:pPr>
        <w:jc w:val="right"/>
      </w:pPr>
      <w:r>
        <w:t>وہ چیز تھی۔</w:t>
      </w:r>
    </w:p>
    <w:p>
      <w:r>
        <w:rPr>
          <w:b/>
        </w:rPr>
        <w:t xml:space="preserve">[1:04:19] </w:t>
      </w:r>
      <w:r>
        <w:t>aur aap ne jo misaal di, is mein ek aur mein misaal add karunga.</w:t>
      </w:r>
    </w:p>
    <w:p>
      <w:pPr>
        <w:jc w:val="right"/>
      </w:pPr>
      <w:r>
        <w:t>اور آپ نے جو مثال دی، اس میں ایک اور میں مثال ایڈ کروں گا۔</w:t>
      </w:r>
    </w:p>
    <w:p>
      <w:r>
        <w:rPr>
          <w:b/>
        </w:rPr>
        <w:t xml:space="preserve">[1:04:28] </w:t>
      </w:r>
      <w:r>
        <w:t>jo pichhe hafte bhi mein ne batayi thi, bahut hi qiyas ki misaal hai ye ke ek badu aaya aur us ne kaha ke mere ghar jo ek bachcha paida hua, woh kala hai.</w:t>
      </w:r>
    </w:p>
    <w:p>
      <w:pPr>
        <w:jc w:val="right"/>
      </w:pPr>
      <w:r>
        <w:t>جو پیچھے ہفتے بھی میں نے بتائی تھی، بہت ہی قیاس کی مثال ہے یہ کہ ایک بدو آیا اور اس نے کہا کہ میرے گھر جو ایک بچہ پیدا ہوا، وہ کالا ہے۔</w:t>
      </w:r>
    </w:p>
    <w:p>
      <w:r>
        <w:rPr>
          <w:b/>
        </w:rPr>
        <w:t xml:space="preserve">[1:04:40] </w:t>
      </w:r>
      <w:r>
        <w:t>to us waqt jo misaal di thi, ek oont se misaal di thi ke oont agar surkh ho, tab bhi is ke andar kisi doosre rang ka ho sakta hai. to waise hi insaan ke andar bhi ho sakta hai.</w:t>
      </w:r>
    </w:p>
    <w:p>
      <w:pPr>
        <w:jc w:val="right"/>
      </w:pPr>
      <w:r>
        <w:t>تو اس وقت جو مثال دی تھی، ایک اونٹ سے مثال دی تھی کہ اونٹ اگر سرخ ہو، تب بھی اس کے اندر کسی دوسرے رنگ کا ہو سکتا ہے۔ تو ویسے ہی انسان کے اندر بھی ہو سکتا ہے۔</w:t>
      </w:r>
    </w:p>
    <w:p>
      <w:r>
        <w:rPr>
          <w:b/>
        </w:rPr>
        <w:t xml:space="preserve">[1:04:50] </w:t>
      </w:r>
      <w:r>
        <w:t>to ye qiyas ki misaal thi. Allah Taala ne braah-e-raast is par nahin kiya tha. to goya shuru se bataya ja raha hai hum ko ke ijtihad karna hai, fiqh par chalna hai.</w:t>
      </w:r>
    </w:p>
    <w:p>
      <w:pPr>
        <w:jc w:val="right"/>
      </w:pPr>
      <w:r>
        <w:t>تو یہ قیاس کی مثال تھی۔ اللہ تعالی نے براہ راست اس پر نہیں کیا تھا۔ تو گویا شروع سے بتایا جا رہا ہے ہم کو کہ اجتہاد کرنا ہے، فقہ پر چلنا ہے۔</w:t>
      </w:r>
    </w:p>
    <w:p>
      <w:r>
        <w:rPr>
          <w:b/>
        </w:rPr>
        <w:t xml:space="preserve">[1:04:59] </w:t>
      </w:r>
      <w:r>
        <w:t>tabhi aap kya hain? aap agle daur mein aap Islam par sahi tareeqe se amal kar sakte hain.</w:t>
      </w:r>
    </w:p>
    <w:p>
      <w:pPr>
        <w:jc w:val="right"/>
      </w:pPr>
      <w:r>
        <w:t>تبھی آپ کیا ہیں؟ آپ اگلے دور میں آپ اسلام پر صحیح طریقے سے عمل کر سکتے ہیں۔</w:t>
      </w:r>
    </w:p>
    <w:p>
      <w:r>
        <w:rPr>
          <w:b/>
        </w:rPr>
        <w:t xml:space="preserve">[1:05:05] </w:t>
      </w:r>
      <w:r>
        <w:t>to is ke baad mein aap se ek aur sawal karunga jo bahut aham hai ke ashaab Rasool ke zamane mein fiqh ka safar kaisa raha?</w:t>
      </w:r>
    </w:p>
    <w:p>
      <w:pPr>
        <w:jc w:val="right"/>
      </w:pPr>
      <w:r>
        <w:t>تو اس کے بعد میں آپ سے ایک اور سوال کروں گا جو بہت اہم ہے کہ اصحاب رسول کے زمانے میں فقہ کا سفر کیسا رہا؟</w:t>
      </w:r>
    </w:p>
    <w:p>
      <w:r>
        <w:rPr>
          <w:b/>
        </w:rPr>
        <w:t xml:space="preserve">[1:05:14] </w:t>
      </w:r>
      <w:r>
        <w:t>unhon ne is ko band kar diya ya jari rakha? is par kuch bataayen. band to ho hi nahin sakta tha ke itni badi hukumat ban gayi thi, kai mumalik fatah ho gaye the.</w:t>
      </w:r>
    </w:p>
    <w:p>
      <w:pPr>
        <w:jc w:val="right"/>
      </w:pPr>
      <w:r>
        <w:t>انہوں نے اس کو بند کر دیا یا جاری رکھا؟ اس پر کچھ بتائیں۔ بند تو ہو ہی نہیں سکتا تھا کہ اتنی بڑی حکومت بن گئی تھی، کئی ممالک فتح ہو گئے تھے۔</w:t>
      </w:r>
    </w:p>
    <w:p>
      <w:r>
        <w:rPr>
          <w:b/>
        </w:rPr>
        <w:t xml:space="preserve">[1:05:25] </w:t>
      </w:r>
      <w:r>
        <w:t>to sirf wohi masail nahi thay rasool allah sallallahu alaihi wasallam ke zamane wale, balke masail badhte chale ja rahe thay.</w:t>
      </w:r>
    </w:p>
    <w:p>
      <w:pPr>
        <w:jc w:val="right"/>
      </w:pPr>
      <w:r>
        <w:t>تو صرف وہی مسائل نہیں تھے رسول اللہ صلی اللہ علیہ وسلم کے زمانے والے، بلکہ مسائل بڑھتے چلے جا رہے تھے۔</w:t>
      </w:r>
    </w:p>
    <w:p>
      <w:r>
        <w:rPr>
          <w:b/>
        </w:rPr>
        <w:t xml:space="preserve">[1:05:33] </w:t>
      </w:r>
      <w:r>
        <w:t>to wohi karte thay sahaba ke sab se pehle quran se lete, phir hadees se lete, phir sahaba ki ek majlis bana li gayi thi jo zyada samajhdar sahaba thay, un ki majlis thi, aur wohi ijtimai mashware se kaam hota tha.</w:t>
      </w:r>
    </w:p>
    <w:p>
      <w:pPr>
        <w:jc w:val="right"/>
      </w:pPr>
      <w:r>
        <w:t>تو وہی کرتے تھے صحابہ کہ سب سے پہلے قرآن سے لیتے، پھر حدیث سے لیتے، پھر صحابہ کی ایک مجلس بنا لی گئی تھی جو زیادہ سمجھدار صحابہ تھے، ان کی مجلس تھی، اور وہی اجتماعی مشورے سے کام ہوتا تھا۔</w:t>
      </w:r>
    </w:p>
    <w:p>
      <w:r>
        <w:rPr>
          <w:b/>
        </w:rPr>
        <w:t xml:space="preserve">[1:05:46] </w:t>
      </w:r>
      <w:r>
        <w:t>aur khalifa jo hota tha, wohi us majlis ka sadar hota tha. to us zamane mein rasool allah ke zamane mein bhi yahi tha ke mashwara hota tha, sab log apni apni raye dete thay,</w:t>
      </w:r>
    </w:p>
    <w:p>
      <w:pPr>
        <w:jc w:val="right"/>
      </w:pPr>
      <w:r>
        <w:t>اور خلیفہ جو ہوتا تھا، وہی اس مجلس کا صدر ہوتا تھا۔ تو اس زمانے میں رسول اللہ کے زمانے میں بھی یہی تھا کہ مشورہ ہوتا تھا، سب لوگ اپنی اپنی رائے دیتے تھے،</w:t>
      </w:r>
    </w:p>
    <w:p>
      <w:r>
        <w:rPr>
          <w:b/>
        </w:rPr>
        <w:t xml:space="preserve">[1:06:00] </w:t>
      </w:r>
      <w:r>
        <w:t>aur kisi ki raye qubool hoti thi. sari raye to accept nahi ki ja sakti, to koi bura nahi maanta tha ke kis ki raye qubool hui.</w:t>
      </w:r>
    </w:p>
    <w:p>
      <w:pPr>
        <w:jc w:val="right"/>
      </w:pPr>
      <w:r>
        <w:t>اور کسی کی رائے قبول ہوتی تھی۔ ساری رائے تو ایکسیپٹ کی نہیں جا سکتی، تو کوئی برا نہیں مانتا تھا کہ کس کی رائے قبول ہوئی۔</w:t>
      </w:r>
    </w:p>
    <w:p>
      <w:r>
        <w:rPr>
          <w:b/>
        </w:rPr>
        <w:t xml:space="preserve">[1:06:08] </w:t>
      </w:r>
      <w:r>
        <w:t>jo raye best hoti thi, aur us existing situation mein us ko maan liya jata tha. wahan koi bhi bias nahi tha, koi emotions involve nahi hote thay, balke woh dekhte thay ke quran o hadees ke mutabiq hai, aql ke mutabiq hai, bas us ko maan lete thay.</w:t>
      </w:r>
    </w:p>
    <w:p>
      <w:pPr>
        <w:jc w:val="right"/>
      </w:pPr>
      <w:r>
        <w:t>جو رائے بیسٹ ہوتی تھی، اور اس ایگزسٹنگ سچوئیشن میں اس کو مان لیا جاتا تھا۔ وہاں کوئی بھی بائس نہیں تھا، کوئی ایموشنز انوالو نہیں ہوتے تھے، بلکہ وہ دیکھتے تھے کہ قرآن و حدیث کے مطابق ہے، عقل کے مطابق ہے، بس اس کو مان لیتے تھے۔</w:t>
      </w:r>
    </w:p>
    <w:p>
      <w:r>
        <w:rPr>
          <w:b/>
        </w:rPr>
        <w:t xml:space="preserve">[1:06:28] </w:t>
      </w:r>
      <w:r>
        <w:t>to usi ijtimai mashware ko, us ko yahi ijtihad ki ibtidayi shakl thi. to sahaba jo hain, quran o sunnat par ghaur kar ke sabab daryaft kar ke jo ye masla ka jo diya hai hukm, to us ka sabab kya hai?</w:t>
      </w:r>
    </w:p>
    <w:p>
      <w:pPr>
        <w:jc w:val="right"/>
      </w:pPr>
      <w:r>
        <w:t>تو اسی اجتماعی مشورے کو، اس کو یہی اجتہاد کی ابتدائی شکل تھی۔ تو صحابہ جو ہیں، قرآن و سنت پر غور کر کے سبب دریافت کر دے کر جو یہ مسئلہ کا جو دیا ہے حکم، تو اس کا سبب کیا ہے؟</w:t>
      </w:r>
    </w:p>
    <w:p>
      <w:r>
        <w:rPr>
          <w:b/>
        </w:rPr>
        <w:t xml:space="preserve">[1:06:46] </w:t>
      </w:r>
      <w:r>
        <w:t>kyonke agar sabab mil jaye to bahut aasan ho jata hai us sabab ko dusre masle par, naye masle par apply karne ka. to</w:t>
      </w:r>
    </w:p>
    <w:p>
      <w:pPr>
        <w:jc w:val="right"/>
      </w:pPr>
      <w:r>
        <w:t>کیونکہ اگر سبب مل جائے تو بہت آسان ہو جاتا ہے اس سبب کو دوسرے مسئلے پر، نئے مسئلے پر اپلائی کرنے کا۔ تو</w:t>
      </w:r>
    </w:p>
    <w:p>
      <w:r>
        <w:rPr>
          <w:b/>
        </w:rPr>
        <w:t xml:space="preserve">[1:06:55] </w:t>
      </w:r>
      <w:r>
        <w:t>ye kaam ho raha tha sahaba ke zamane mein bhi, aur baad ke daur mein ye kaam jo hai bahut zyada hua. to sahaba ne islami usoolon ka application kiya.</w:t>
      </w:r>
    </w:p>
    <w:p>
      <w:pPr>
        <w:jc w:val="right"/>
      </w:pPr>
      <w:r>
        <w:t>یہ کام ہو رہا تھا صحابہ کے زمانے میں بھی، اور بعد کے دور میں یہ کام جو ہے بہت زیادہ ہوا۔ تو صحابہ نے اسلامی اصولوں کا ایپلیکیشن کیا۔</w:t>
      </w:r>
    </w:p>
    <w:p>
      <w:r>
        <w:rPr>
          <w:b/>
        </w:rPr>
        <w:t xml:space="preserve">[1:07:07] </w:t>
      </w:r>
      <w:r>
        <w:t>ye woh sahaba thay jin ki samajh bahut gehri thi, aur rasool allah sallallahu alaihi wasallam khud is un ke upar trust karte thay, khas taur par hazrat ali, muaz ibn jabal waghaira.</w:t>
      </w:r>
    </w:p>
    <w:p>
      <w:pPr>
        <w:jc w:val="right"/>
      </w:pPr>
      <w:r>
        <w:t>یہ وہ صحابہ تھے جن کی سمجھ بہت گہری تھی، اور رسول اللہ صلی اللہ علیہ وسلم خود اس ان کے اوپر ٹرسٹ کرتے تھے، خاص طور پر حضرت علی، معاذ ابن جبل وغیرہ۔</w:t>
      </w:r>
    </w:p>
    <w:p>
      <w:r>
        <w:rPr>
          <w:b/>
        </w:rPr>
        <w:t xml:space="preserve">[1:07:19] </w:t>
      </w:r>
      <w:r>
        <w:t>to hazrat ali ko khuda ki taraf se fahm khas, ek insight mili</w:t>
      </w:r>
    </w:p>
    <w:p>
      <w:pPr>
        <w:jc w:val="right"/>
      </w:pPr>
      <w:r>
        <w:t>تو حضرت علی کو خدا کی طرف سے فہم خاص، ایک انسائٹ ملی</w:t>
      </w:r>
    </w:p>
    <w:p>
      <w:r>
        <w:rPr>
          <w:b/>
        </w:rPr>
        <w:t xml:space="preserve">[1:07:24] </w:t>
      </w:r>
      <w:r>
        <w:t>hui thi, woh foran baaton ko gehrai se samajh lete thay, aur usi tareeqe se hazrat umar baaton ko gehrai se samajh lete thay.</w:t>
      </w:r>
    </w:p>
    <w:p>
      <w:pPr>
        <w:jc w:val="right"/>
      </w:pPr>
      <w:r>
        <w:t>ہوئی تھی، وہ فوراً باتوں کو گہرائی سے سمجھ لیتے تھے، اور اسی طریقے سے حضرت عمر باتوں کو گہرائی سے سمجھ لیتے تھے۔</w:t>
      </w:r>
    </w:p>
    <w:p>
      <w:r>
        <w:rPr>
          <w:b/>
        </w:rPr>
        <w:t xml:space="preserve">[1:07:34] </w:t>
      </w:r>
      <w:r>
        <w:t>to futoohaat ke baad jo hai naye naye masail pesh aaye, aur is ka hal quran mein saaf saaf alfazon mein yani direct nahi milta tha.</w:t>
      </w:r>
    </w:p>
    <w:p>
      <w:pPr>
        <w:jc w:val="right"/>
      </w:pPr>
      <w:r>
        <w:t>تو فتوحات کے بعد جو ہے نئے نئے مسائل پیش آئے، اور اس کا حل قرآن میں صاف صاف لفظوں میں یعنی ڈائریکٹ نہیں ملتا تھا۔</w:t>
      </w:r>
    </w:p>
    <w:p>
      <w:r>
        <w:rPr>
          <w:b/>
        </w:rPr>
        <w:t xml:space="preserve">[1:07:43] </w:t>
      </w:r>
      <w:r>
        <w:t>misal ke taur par ijtihad jo ridda war hui, to ridda war hui to bahut sare jo badu thay jin ke andar islam abhi achhi tarah daakhil nahi hua tha,</w:t>
      </w:r>
    </w:p>
    <w:p>
      <w:pPr>
        <w:jc w:val="right"/>
      </w:pPr>
      <w:r>
        <w:t>مثال کے طور پر اجتہاد جو ردہ وار ہوئی، تو ردہ وار ہوئی تو بہت سارے جو بدو تھے جن کے اندر اسلام ابھی اچھی طرح داخل نہیں ہوا تھا،</w:t>
      </w:r>
    </w:p>
    <w:p>
      <w:r>
        <w:rPr>
          <w:b/>
        </w:rPr>
        <w:t xml:space="preserve">[1:07:54] </w:t>
      </w:r>
      <w:r>
        <w:t>jab jab makka fateh ho gaya to bahut sare log jauq dar jauq islam mein aa gaye. yadkhuloona fi deen allah afwaja to jauq dar jauq aa gaye, un ki training nahi hui thi.</w:t>
      </w:r>
    </w:p>
    <w:p>
      <w:pPr>
        <w:jc w:val="right"/>
      </w:pPr>
      <w:r>
        <w:t>جب جب مکہ فتح ہو گیا تو بہت سارے لوگ جوگ درجوگ اسلام میں آگئے۔یدخلون فی دین اللہ افواجا تو جوگ درجوگ آگئے، ان کی ٹریننگ نہیں ہوئی تھی۔</w:t>
      </w:r>
    </w:p>
    <w:p>
      <w:r>
        <w:rPr>
          <w:b/>
        </w:rPr>
        <w:t xml:space="preserve">[1:08:06] </w:t>
      </w:r>
      <w:r>
        <w:t>to yahi woh log thay jo jab rasool allah sallallahu alaihi wasallam jab is duniya se rukhsat huye to unhon ne samjha ke ab rasool to nahi hai, ab quran to utre ga nahi, to ab hum apni man mani chala sakte hain.</w:t>
      </w:r>
    </w:p>
    <w:p>
      <w:pPr>
        <w:jc w:val="right"/>
      </w:pPr>
      <w:r>
        <w:t>تو یہی وہ لوگ تھے جو جب رسول اللہ صلی اللہ علیہ وسلم جب اس دنیا سے رخصت ہوئے تو انہوں نے سمجھا کہ اب رسول تو ہے نہیں، اب قرآن تو اترے گا نہیں، تو اب ہم اپنی من مانی چلا سکتے ہیں۔</w:t>
      </w:r>
    </w:p>
    <w:p>
      <w:r>
        <w:rPr>
          <w:b/>
        </w:rPr>
        <w:t xml:space="preserve">[1:08:18] </w:t>
      </w:r>
      <w:r>
        <w:t>to unhon ne zakat dene se inkar kar diya.</w:t>
      </w:r>
    </w:p>
    <w:p>
      <w:pPr>
        <w:jc w:val="right"/>
      </w:pPr>
      <w:r>
        <w:t>تو انہوں نے زکوٰۃ دینے سے انکار کر دیا۔</w:t>
      </w:r>
    </w:p>
    <w:p>
      <w:r>
        <w:rPr>
          <w:b/>
        </w:rPr>
        <w:t xml:space="preserve">[1:08:22] </w:t>
      </w:r>
      <w:r>
        <w:t>kuch logon ne kaha hum namaz nahi padhenge to is tareeqe se to quran mein ek aayat talash ki ke quran mein aaya hai ke agar woh tauba kar len, namaz qaim karen aur zakat ada karen to un ka rasta chhod do.</w:t>
      </w:r>
    </w:p>
    <w:p>
      <w:pPr>
        <w:jc w:val="right"/>
      </w:pPr>
      <w:r>
        <w:t>کچھ لوگوں نے کہا ہم نماز نہیں پڑھیں گے تو اس طریقے سے تو قرآن میں ایک آیت تلاش کی کہ قرآن میں آیا ہے کہ اگر وہ توبہ کر لیں، نماز قائم کریں اور زکوٰۃ ادا کریں تو ان کا راستہ چھوڑ دو۔</w:t>
      </w:r>
    </w:p>
    <w:p>
      <w:r>
        <w:rPr>
          <w:b/>
        </w:rPr>
        <w:t xml:space="preserve">[1:08:36] </w:t>
      </w:r>
      <w:r>
        <w:t>is mein do bahut zabardast ikhtilaf ho gaya tha ke hazrat umar keh rahe thay ke ye log musalman hain, in se jang kaise ki jaye?</w:t>
      </w:r>
    </w:p>
    <w:p>
      <w:pPr>
        <w:jc w:val="right"/>
      </w:pPr>
      <w:r>
        <w:t>اس میں دو بہت زبردست اختلاف ہو گیا تھا کہ حضرت عمر کہہ رہے تھے کہ یہ لوگ مسلمان ہیں، ان سے جنگ کیسے کی جائے؟</w:t>
      </w:r>
    </w:p>
    <w:p>
      <w:r>
        <w:rPr>
          <w:b/>
        </w:rPr>
        <w:t xml:space="preserve">[1:08:47] </w:t>
      </w:r>
      <w:r>
        <w:t>to hazrat abubakar ne ye aayat pesh ki ke ye log, ye jo islam ke jo basic principles hain, namaz aur zakat, yahi nahi karenge to kis tarah ke musalman hain?</w:t>
      </w:r>
    </w:p>
    <w:p>
      <w:pPr>
        <w:jc w:val="right"/>
      </w:pPr>
      <w:r>
        <w:t>تو حضرت ابوبکر نے یہ آیت پیش کی کہ یہ لوگ، یہ جو اسلام کے جو بیسک پرنسپلز ہیں، نماز اور زکوٰۃ، یہی نہیں کریں گے تو کس طرح کے مسلمان ہیں؟</w:t>
      </w:r>
    </w:p>
    <w:p>
      <w:r>
        <w:rPr>
          <w:b/>
        </w:rPr>
        <w:t xml:space="preserve">[1:08:58] </w:t>
      </w:r>
      <w:r>
        <w:t>to hum in se jang karenge. to jang kar ke rasool allah sallallahu alaihi wasallam ne is masle ko hal kiya. phir iraq o sham, iraq o sham fateh hua to us zamane mein land jo hai faujiyon ko baant di jati thi.</w:t>
      </w:r>
    </w:p>
    <w:p>
      <w:pPr>
        <w:jc w:val="right"/>
      </w:pPr>
      <w:r>
        <w:t>تو ہم ان سے جنگ کریں گے۔ تو جنگ کر کے رسول اللہ صلی اللہ علیہ وسلم نے اس مسئلے کو حل کیا۔ پھر عراق و شام، عراق و شام فتح ہوا تو اس زمانے میں لینڈ جو ہے فوجیوں کو بانٹ دی جاتی تھی۔</w:t>
      </w:r>
    </w:p>
    <w:p>
      <w:r>
        <w:rPr>
          <w:b/>
        </w:rPr>
        <w:t xml:space="preserve">[1:09:14] </w:t>
      </w:r>
      <w:r>
        <w:t>to ye quran mein ye nikla ke jo log baad mein aaye, un ka bhi hissa hai. to is tareeqe se is par amal kiya gaya aur land baanti nahi gayi.</w:t>
      </w:r>
    </w:p>
    <w:p>
      <w:pPr>
        <w:jc w:val="right"/>
      </w:pPr>
      <w:r>
        <w:t>تو یہ قرآن میں یہ نکلا کہ جو لوگ بعد میں آئے، ان کا بھی حصہ ہے۔ تو اس طریقے سے اس پر عمل کیا گیا اور لینڈ بانٹی نہیں گئی۔</w:t>
      </w:r>
    </w:p>
    <w:p>
      <w:r>
        <w:rPr>
          <w:b/>
        </w:rPr>
        <w:t xml:space="preserve">[1:09:24] </w:t>
      </w:r>
      <w:r>
        <w:t>to us zamane ke jo members thay, jo ek khalifa hota tha, woh to head karta tha is meeting ko, aur baqi hazrat umar, usman, ali, abdul rehman ibn auf, aur muaz ibn jabal, zayd ibn sabit, isi tareeqe se aur bhi log thay.</w:t>
      </w:r>
    </w:p>
    <w:p>
      <w:pPr>
        <w:jc w:val="right"/>
      </w:pPr>
      <w:r>
        <w:t>تو اس زمانے کے جو ممبرز تھے، جو ایک خلیفہ ہوتا تھا، وہ تو ہیڈ کرتا تھا اس میٹنگ کو، اور باقی حضرت عمر، عثمان، علی، عبدالرحمن ابن عوف، اور معاذ ابن جبل، زید ابن ثابت، اسی طریقے سے اور بھی لوگ تھے۔</w:t>
      </w:r>
    </w:p>
    <w:p>
      <w:r>
        <w:rPr>
          <w:b/>
        </w:rPr>
        <w:t xml:space="preserve">[1:09:39] </w:t>
      </w:r>
      <w:r>
        <w:t>to</w:t>
      </w:r>
    </w:p>
    <w:p>
      <w:pPr>
        <w:jc w:val="right"/>
      </w:pPr>
      <w:r>
        <w:t>تو</w:t>
      </w:r>
    </w:p>
    <w:p>
      <w:r>
        <w:rPr>
          <w:b/>
        </w:rPr>
        <w:t xml:space="preserve">[1:09:40] </w:t>
      </w:r>
      <w:r>
        <w:t>jo jin ki bhi gehri samajh hoti thi, to woh us us team ke member hote thay aur mashware ko maan liya jata tha.</w:t>
      </w:r>
    </w:p>
    <w:p>
      <w:pPr>
        <w:jc w:val="right"/>
      </w:pPr>
      <w:r>
        <w:t>جو جن کی بھی گہری سمجھ ہوتی تھی، تو وہ اس اس ٹیم کے ممبر ہوتے تھے اور مشورے کو مان لیا جاتا تھا۔</w:t>
      </w:r>
    </w:p>
    <w:p>
      <w:r>
        <w:rPr>
          <w:b/>
        </w:rPr>
        <w:t xml:space="preserve">[1:09:50] </w:t>
      </w:r>
      <w:r>
        <w:t>is mein koi bura nahi maanta tha ke hamara mashwara nahi. aur azaan mein bhi to yahi hua, jis ne khwab dekha tha, us ko azaan ka mauqa nahi diya gaya kyonke hazrat bilal ki aawaz bahut tez thi.</w:t>
      </w:r>
    </w:p>
    <w:p>
      <w:pPr>
        <w:jc w:val="right"/>
      </w:pPr>
      <w:r>
        <w:t>اس میں کوئی برا نہیں مانتا تھا کہ ہمارا مشورہ نہیں۔ اور اذان میں بھی تو یہی ہوا، جس نے خواب دیکھا تھا، اس کو اذان کا موقع نہیں دیا گیا کیونکہ حضرت بلال کی آواز بہت تیز تھی۔</w:t>
      </w:r>
    </w:p>
    <w:p>
      <w:r>
        <w:rPr>
          <w:b/>
        </w:rPr>
        <w:t xml:space="preserve">[1:10:02] </w:t>
      </w:r>
      <w:r>
        <w:t>to un ko azan ka moqa mila, unhon ne bura nahi mana kyunke woh log mission ke log thay.</w:t>
      </w:r>
    </w:p>
    <w:p>
      <w:pPr>
        <w:jc w:val="right"/>
      </w:pPr>
      <w:r>
        <w:t>تو ان کو اذان کا موقع ملا، انہوں نے برا نہیں مانا کیونکہ وہ لوگ مشن کے لوگ تھے۔</w:t>
      </w:r>
    </w:p>
    <w:p>
      <w:r>
        <w:rPr>
          <w:b/>
        </w:rPr>
        <w:t xml:space="preserve">[1:10:09] </w:t>
      </w:r>
      <w:r>
        <w:t>mission ka kaam jo hai, woh aage barhta rehna chahiye, na ke hamara apna personal, woh personal interest is mein nahi tha kuch bhi.</w:t>
      </w:r>
    </w:p>
    <w:p>
      <w:pPr>
        <w:jc w:val="right"/>
      </w:pPr>
      <w:r>
        <w:t>مشن کا کام جو ہے، وہ آگے بڑھتا رہنا چاہیے، نہ کہ ہمارا اپنا پرسنل، وہ پرسنل انٹرسٹ اس میں نہیں تھا کچھ بھی۔</w:t>
      </w:r>
    </w:p>
    <w:p>
      <w:r>
        <w:rPr>
          <w:b/>
        </w:rPr>
        <w:t xml:space="preserve">[1:10:20] </w:t>
      </w:r>
      <w:r>
        <w:t>to ikhtilaf ke waqt koi apni rai par israr na karta, doosron ki rai ko woh ghor se suntay, aur jis ki rai Quran o Sunnat se qareeb hoti, us ko bilkul us ko ittifaq kar ke balaitifaq maan laitay.</w:t>
      </w:r>
    </w:p>
    <w:p>
      <w:pPr>
        <w:jc w:val="right"/>
      </w:pPr>
      <w:r>
        <w:t>تو اختلاف کے وقت کوئی اپنی رائے پر اصرار نہ کرتا، دوسروں کی رائے کو وہ غور سے سنتے، اور جس کی رائے قرآن و سنت سے قریب ہوتی، اس کو بالکل اس کو اتفاق کر کے بالاتفاق مان لیتے۔</w:t>
      </w:r>
    </w:p>
    <w:p>
      <w:r>
        <w:rPr>
          <w:b/>
        </w:rPr>
        <w:t xml:space="preserve">[1:10:37] </w:t>
      </w:r>
      <w:r>
        <w:t>to yahi tha usool ijtihad, jo tha woh yahi tha ke kitab o sunnat aur qiyas. qiyas mein ijma, ijtihad sab isi mein aata hai.</w:t>
      </w:r>
    </w:p>
    <w:p>
      <w:pPr>
        <w:jc w:val="right"/>
      </w:pPr>
      <w:r>
        <w:t>تو یہی تھا اصول اجتہاد، جو تھا وہ یہی تھا کہ کتاب و سنت اور قیاس۔ قیاس میں اجماع، اجتہاد سب اسی میں آتا ہے۔</w:t>
      </w:r>
    </w:p>
    <w:p>
      <w:r>
        <w:rPr>
          <w:b/>
        </w:rPr>
        <w:t xml:space="preserve">[1:10:48] </w:t>
      </w:r>
      <w:r>
        <w:t>asal cheez jo hai, woh qiyas hai. to ijma ka matlab hai ke saare log mil kar aik qiyas karte hain, aur phir us ke baad Hazrat Abu Bakr ke baad yeh hua ke Hazrat Abu Bakr ke faislay bhi dekhe jatay.</w:t>
      </w:r>
    </w:p>
    <w:p>
      <w:pPr>
        <w:jc w:val="right"/>
      </w:pPr>
      <w:r>
        <w:t>اصل چیز جو ہے، وہ قیاس ہے۔ تو اجماع کا مطلب ہے کہ سارے لوگ مل کر ایک قیاس کرتے ہیں، اور پھر اس کے بعد حضرت ابوبکر کے بعد یہ ہوا کہ حضرت ابوبکر کے فیصلے بھی دیکھے جاتے۔</w:t>
      </w:r>
    </w:p>
    <w:p>
      <w:r>
        <w:rPr>
          <w:b/>
        </w:rPr>
        <w:t xml:space="preserve">[1:11:02] </w:t>
      </w:r>
      <w:r>
        <w:t>to yeh sab tha aik yahi kaam, aage jo hai bohat tezi se aage barhta raha, aur phir bohat ziyada kaam hua tabieen ke daur mein, tabe tabieen ke daur mein.</w:t>
      </w:r>
    </w:p>
    <w:p>
      <w:pPr>
        <w:jc w:val="right"/>
      </w:pPr>
      <w:r>
        <w:t>تو یہ سب تھا ایک یہی کام، آگے جو ہے بہت تیزی سے آگے بڑھتا رہا، اور پھر بہت زیادہ کام ہوا تابعین کے دور میں، تبع تابعین کے دور میں۔</w:t>
      </w:r>
    </w:p>
    <w:p>
      <w:r>
        <w:rPr>
          <w:b/>
        </w:rPr>
        <w:t xml:space="preserve">[1:11:15] </w:t>
      </w:r>
      <w:r>
        <w:t>is waqt ibtidai kaam jo saare usool thay, woh sab set ho gaya. Hazrat Sahaba ke zamanay mein hi ji sahi</w:t>
      </w:r>
    </w:p>
    <w:p>
      <w:pPr>
        <w:jc w:val="right"/>
      </w:pPr>
      <w:r>
        <w:t>اس وقت ابتدائی کام جو سارے اصول تھے، وہ سب سیٹ ہو گیا۔ حضرت صحابہ کے زمانے میں ہی جی صحیح</w:t>
      </w:r>
    </w:p>
    <w:p>
      <w:r>
        <w:rPr>
          <w:b/>
        </w:rPr>
        <w:t xml:space="preserve">[1:11:22] </w:t>
      </w:r>
      <w:r>
        <w:t>kaha aap ne, mujhe aik hadith hai Allah ke Rasool sallallahu alaihi wasallam ki jo unhon ne wasiyat ki thi apne ashaab ko ke ab woh log tumhare paas aayenge saari duniya se jo deen ko mein fiqh hasil karna chahenge, tafaqquh deen ko samajhna chahenge, to un ke baray mein meri wasiyat qabool karo ke un ke sath khair ka muamla karna.</w:t>
      </w:r>
    </w:p>
    <w:p>
      <w:pPr>
        <w:jc w:val="right"/>
      </w:pPr>
      <w:r>
        <w:t>کہا آپ نے، مجھے ایک حدیث ہے اللہ کے رسول صلی اللہ علیہ وسلم کی جو انہوں نے وصیت کی تھی اپنے اصحاب کو کہ اب وہ لوگ تمہارے پاس آئیں گے ساری دنیا سے جو دین کو میں فقہ حاصل کرنا چاہیں گے، تفقہ دین کو سمجھنا چاہیں گے، تو ان کے بارے میں میری وصیت قبول کرو کہ ان کے ساتھ خیر کا معاملہ کرنا۔</w:t>
      </w:r>
    </w:p>
    <w:p>
      <w:r>
        <w:rPr>
          <w:b/>
        </w:rPr>
        <w:t xml:space="preserve">[1:11:43] </w:t>
      </w:r>
      <w:r>
        <w:t>yeh alfaaz hain. to ashaab-e-Rasool ne is par amal kiya tha, aur jo aap ne bataya ke saara set ho gaya tha, to bohat aham baat aap ne batayi.</w:t>
      </w:r>
    </w:p>
    <w:p>
      <w:pPr>
        <w:jc w:val="right"/>
      </w:pPr>
      <w:r>
        <w:t>یہ الفاظ ہیں۔ تو اصحاب رسول نے اس پر عمل کیا تھا، اور جو آپ نے بتایا کہ سارا سیٹ ہو گیا تھا، تو بہت اہم بات آپ نے بتائی۔</w:t>
      </w:r>
    </w:p>
    <w:p>
      <w:r>
        <w:rPr>
          <w:b/>
        </w:rPr>
        <w:t xml:space="preserve">[1:11:56] </w:t>
      </w:r>
      <w:r>
        <w:t>Abu Dardah ki riwayat hai, woh kehte hain ke koi aadmi mukammal faqih nahi ho sakta, mukammal maano mein, jab tak ke woh Quran mein aik se ziyada pehlu ko na samajh le, zahir ke aitbar ke ilawa, between the lines jo Maulana kehte hain, us ko na samajh le.</w:t>
      </w:r>
    </w:p>
    <w:p>
      <w:pPr>
        <w:jc w:val="right"/>
      </w:pPr>
      <w:r>
        <w:t>ابو دردہ کی روایت ہے، وہ کہتے ہیں کہ کوئی آدمی مکمل فقیہ نہیں ہو سکتا، مکمل معنوں میں، جب تک کہ وہ قرآن میں ایک سے زیادہ پہلو کو نہ سمجھ لے، ظاہر کے اعتبار کے علاوہ، بٹوین دا لائن جو مولانا کہتے ہیں، اس کو نہ سمجھ لے۔</w:t>
      </w:r>
    </w:p>
    <w:p>
      <w:r>
        <w:rPr>
          <w:b/>
        </w:rPr>
        <w:t xml:space="preserve">[1:12:10] </w:t>
      </w:r>
      <w:r>
        <w:t>aur</w:t>
      </w:r>
    </w:p>
    <w:p>
      <w:pPr>
        <w:jc w:val="right"/>
      </w:pPr>
      <w:r>
        <w:t>اور</w:t>
      </w:r>
    </w:p>
    <w:p>
      <w:r>
        <w:rPr>
          <w:b/>
        </w:rPr>
        <w:t xml:space="preserve">[1:12:11] </w:t>
      </w:r>
      <w:r>
        <w:t>yeh bhi kehte hain ke woh kya ho, unbiased soch wala ban jaye apne taaluq se bhi, aur logon ke taaluq se bhi, unbiased soch wala ban jaye, tab tak woh mukammal faqih nahi ban sakta.</w:t>
      </w:r>
    </w:p>
    <w:p>
      <w:pPr>
        <w:jc w:val="right"/>
      </w:pPr>
      <w:r>
        <w:t>یہ بھی کہتے ہیں کہ وہ کیا ہو، ان بائسڈ سوچ والا بن جائے اپنے تعلق سے بھی، اور لوگوں کے تعلق سے بھی، ان بائسڈ سوچ والا بن جائے، تب تک وہ مکمل فقیہ نہیں بن سکتا۔</w:t>
      </w:r>
    </w:p>
    <w:p>
      <w:r>
        <w:rPr>
          <w:b/>
        </w:rPr>
        <w:t xml:space="preserve">[1:12:23] </w:t>
      </w:r>
      <w:r>
        <w:t>aur Hazrat Ali R.A. ne bohat hi zabardast baat batayi thi, goya aap samajh sakte hain is zamanay mein faqih ko motivational speaker bhi keh sakte hain, motivational counselor bhi keh sakte hain, is type ki baat kahi hai unhon ne.</w:t>
      </w:r>
    </w:p>
    <w:p>
      <w:pPr>
        <w:jc w:val="right"/>
      </w:pPr>
      <w:r>
        <w:t>اور حضرت علی رضی اللہ عنہ نے بہت ہی زبردست بات بتائی تھی، گویا آپ سمجھ سکتے ہیں اس زمانے میں فقیہ کو موٹیویشنل اسپیکر بھی کہہ سکتے ہیں، موٹیویشنل کونسلر بھی کہہ سکتے ہیں، اس ٹائپ کی بات کہی ہے انہوں نے۔</w:t>
      </w:r>
    </w:p>
    <w:p>
      <w:r>
        <w:rPr>
          <w:b/>
        </w:rPr>
        <w:t xml:space="preserve">[1:12:34] </w:t>
      </w:r>
      <w:r>
        <w:t>woh yahi kehte hain ke kya main tum ko khabar na doon, illa bil faqih, kullul faqih</w:t>
      </w:r>
    </w:p>
    <w:p>
      <w:pPr>
        <w:jc w:val="right"/>
      </w:pPr>
      <w:r>
        <w:t>وہ یہی کہتے ہیں کہ کیا میں تم کو خبر نہ دوں، الا بالفقیہ، کل الفقیہ</w:t>
      </w:r>
    </w:p>
    <w:p>
      <w:r>
        <w:rPr>
          <w:b/>
        </w:rPr>
        <w:t xml:space="preserve">[1:12:40] </w:t>
      </w:r>
      <w:r>
        <w:t>ke man lam yuqnit nas min rahmatillah, jo logon ko Allah ki rehmat se mayoos na kare, aur un ko Allah ki pakar se bekhauf na banaye, aur un ko Allah ki nafarmani ke muamle mein rukhsat na de, aur woh Quran chhod kar kisi doosri cheez ki taraf raghbat bhi na karein.</w:t>
      </w:r>
    </w:p>
    <w:p>
      <w:pPr>
        <w:jc w:val="right"/>
      </w:pPr>
      <w:r>
        <w:t>کہ من لم یقن الناس من رحمت اللہ، جو لوگوں کو اللہ کی رحمت سے مایوس نہ کرے، اور ان کو اللہ کی پکڑ سے بے خوف نہ بنائے، اور ان کو اللہ کی نافرمانی کے معاملے میں رخصت نہ دے، اور وہ قرآن چھوڑ کر کسی دوسری چیز کی طرف رغبت بھی نہ کریں۔</w:t>
      </w:r>
    </w:p>
    <w:p>
      <w:r>
        <w:rPr>
          <w:b/>
        </w:rPr>
        <w:t xml:space="preserve">[1:12:59] </w:t>
      </w:r>
      <w:r>
        <w:t>bohat hi zabardast baatein batain. to aise bohat saare usool unhon ne banaye thay, yeh baad mein chal ke jo aap ne shuru mein batayi thi baat ke do sau saal ke baad ja kar fiqh jo aik juzwi maano mein istemal hone laga, woh baad ki baat hai, us zamanay</w:t>
      </w:r>
    </w:p>
    <w:p>
      <w:pPr>
        <w:jc w:val="right"/>
      </w:pPr>
      <w:r>
        <w:t>بہت ہی زبردست باتیں بتائیں۔ تو ایسے بہت سارے اصول انہوں نے بنائے تھے، یہ بعد میں چل کے جو آپ نے شروع میں بتائی تھی بات کہ دو سو سال کے بعد جا کر فقہ جو ایک جزئی معنوں میں استعمال ہونے لگا، وہ بعد کی بات ہے، اس زمانے</w:t>
      </w:r>
    </w:p>
    <w:p>
      <w:r>
        <w:rPr>
          <w:b/>
        </w:rPr>
        <w:t xml:space="preserve">[1:13:10] </w:t>
      </w:r>
      <w:r>
        <w:t>mein nahi tha.</w:t>
      </w:r>
    </w:p>
    <w:p>
      <w:pPr>
        <w:jc w:val="right"/>
      </w:pPr>
      <w:r>
        <w:t>میں نہیں تھا۔</w:t>
      </w:r>
    </w:p>
    <w:p>
      <w:r>
        <w:rPr>
          <w:b/>
        </w:rPr>
        <w:t xml:space="preserve">[1:13:12] </w:t>
      </w:r>
      <w:r>
        <w:t>to ab chunke yeh hamara aakhri sawal tha, is ke baad inshallah hum dobara mulaqat karenge, lekin is se pehle main chahta hoon ke aap ko bataoon ke daur jadeed mein fiqh par kaise amal kiya ja sakta hai, ijtihad kya cheez hoti hai, us ko janne ke liye Maulana Wahiduddin Khan sahib ne do kitabein likhi theen, yeh aik Fiqh Islami aur doosri Masail Ijtihad.</w:t>
      </w:r>
    </w:p>
    <w:p>
      <w:pPr>
        <w:jc w:val="right"/>
      </w:pPr>
      <w:r>
        <w:t>تو اب چونکہ یہ ہمارا آخری سوال تھا، اس کے بعد انشاءاللہ ہم دوبارہ ملاقات کریں گے، لیکن اس سے پہلے میں چاہتا ہوں کہ آپ کو بتاؤں کہ دور جدید میں فقہ پر کیسے عمل کیا جا سکتا ہے، اجتہاد کیا چیز ہوتی ہے، اس کو جاننے کے لیے مولانا وحید الدین خان صاحب نے دو کتابیں لکھی تھیں، یہ ایک فقہ اسلامی اور دوسری مسائل اجتہاد۔</w:t>
      </w:r>
    </w:p>
    <w:p>
      <w:r>
        <w:rPr>
          <w:b/>
        </w:rPr>
        <w:t xml:space="preserve">[1:13:35] </w:t>
      </w:r>
      <w:r>
        <w:t>un dono kitabon ko CPS International ki website par bhi visit kar ke parh sakte hain, aur Good Word book se bhi hasil kar</w:t>
      </w:r>
    </w:p>
    <w:p>
      <w:pPr>
        <w:jc w:val="right"/>
      </w:pPr>
      <w:r>
        <w:t>ان دونوں کتابوں کو سی پی ایس انٹرنیشنل کی ویب سائٹ پر بھی وزٹ کر کے پڑھ سکتے ہیں، اور گڈ ورڈ بک سے بھی حاصل کر</w:t>
      </w:r>
    </w:p>
    <w:p>
      <w:r>
        <w:rPr>
          <w:b/>
        </w:rPr>
        <w:t xml:space="preserve">[1:13:44] </w:t>
      </w:r>
      <w:r>
        <w:t>sakte hain. is ko yeh bohat aham kitab hai ke daur jadeed mein kaise hum ijtihad ke mutabiq amal kar sakte hain, deen par ko kaise apply kar sakte hain, apni zindagi mein, ijtimai mamlaat mein, infiradi mamlaat mein.</w:t>
      </w:r>
    </w:p>
    <w:p>
      <w:pPr>
        <w:jc w:val="right"/>
      </w:pPr>
      <w:r>
        <w:t>سکتے ہیں۔ اس کو یہ بہت اہم کتاب ہے کہ دور جدید میں کیسے ہم اجتہاد کے مطابق عمل کر سکتے ہیں، دین پر کو کیسے اپلائی کر سکتے ہیں، اپنی زندگی میں، اجتماعی معاملات میں، انفرادی معاملات میں۔</w:t>
      </w:r>
    </w:p>
    <w:p>
      <w:r>
        <w:rPr>
          <w:b/>
        </w:rPr>
        <w:t xml:space="preserve">[1:13:55] </w:t>
      </w:r>
      <w:r>
        <w:t>is par yeh bohat aham kitab hai, is ko parhna chahiye har aik ko. to main aakhir mein chairperson sahiba ka shukriya ada karta hoon, aap ne bohat aham baat batayi, aur fiqh jo zaman zad hai musalmanon ke darmiyan bhi, aur tamam log is ko samajhna chahte thay, is par aap ne bohat achhay tareeqay se roshni dali.</w:t>
      </w:r>
    </w:p>
    <w:p>
      <w:pPr>
        <w:jc w:val="right"/>
      </w:pPr>
      <w:r>
        <w:t>اس پر یہ بہت اہم کتاب ہے، اس کو پڑھنا چاہیے ہر ایک کو۔ تو میں آخر میں چیئر پرسن صاحبہ کا شکریہ ادا کرتا ہوں، آپ نے بہت اہم بات بتائی، اور فقہ جو زمان زد ہے مسلمانوں کے درمیان بھی، اور تمام لوگ اس کو سمجھنا چاہتے تھے، اس پر آپ نے بہت اچھے طریقے سے روشنی ڈالی۔</w:t>
      </w:r>
    </w:p>
    <w:p>
      <w:r>
        <w:rPr>
          <w:b/>
        </w:rPr>
        <w:t xml:space="preserve">[1:14:17] </w:t>
      </w:r>
      <w:r>
        <w:t>Allah taala se dua karte hain ke Allah taala hum tamam logon ko deen ko sahi tareeqay se samajh dein, as it is sum</w:t>
      </w:r>
    </w:p>
    <w:p>
      <w:pPr>
        <w:jc w:val="right"/>
      </w:pPr>
      <w:r>
        <w:t>اللہ تعالی سے دعا کرتے ہیں کہ اللہ تعالی ہم تمام لوگوں کو دین کو صحیح طریقے سے سمجھ دیں، ایز اٹ از سم</w:t>
      </w:r>
    </w:p>
    <w:p>
      <w:r>
        <w:rPr>
          <w:b/>
        </w:rPr>
        <w:t xml:space="preserve">[1:14:23] </w:t>
      </w:r>
      <w:r>
        <w:t>jhein, aur aman ke aur spirituality ke hisab se saari duniya mein is ko</w:t>
      </w:r>
    </w:p>
    <w:p>
      <w:pPr>
        <w:jc w:val="right"/>
      </w:pPr>
      <w:r>
        <w:t>جھ دیں، اور امن کے اور سپریچویلٹی کے حساب سے ساری دنیا میں اس کو</w:t>
      </w:r>
    </w:p>
    <w:p>
      <w:r>
        <w:rPr>
          <w:b/>
        </w:rPr>
        <w:t xml:space="preserve">[1:14:34] </w:t>
      </w:r>
      <w:r>
        <w:t>logon ko tak phailanay ki tofeeq ata farmaye. aameen. isi par hum aaj apni is majlis ko khatam karte hain. Assalamualaikum Warahmatullahi.</w:t>
      </w:r>
    </w:p>
    <w:p>
      <w:pPr>
        <w:jc w:val="right"/>
      </w:pPr>
      <w:r>
        <w:t>لوگوں کو تک پھیلانے کی توفیق عطا فرمائے۔ آمین۔ اسی پر ہم آج اپنی اس مجلس کو ختم کرتے ہیں۔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