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went Wrong with Muslims May 24, 2009</w:t>
      </w:r>
    </w:p>
    <w:p>
      <w:r>
        <w:t>https://youtu.be/qt2CUXaEHaQ</w:t>
      </w:r>
    </w:p>
    <w:p>
      <w:r>
        <w:rPr>
          <w:b/>
        </w:rPr>
        <w:t xml:space="preserve">[00:13] </w:t>
      </w:r>
      <w:r>
        <w:t>Bismillah hir rahman nir rahim, wa salli Allahu ala an nabiyyil karim.</w:t>
      </w:r>
    </w:p>
    <w:p>
      <w:pPr>
        <w:jc w:val="right"/>
      </w:pPr>
      <w:r>
        <w:t>بسم اللہ الرحمن الرحیم، وصلیاللہ علی النبی الکریم ۔</w:t>
      </w:r>
    </w:p>
    <w:p>
      <w:r>
        <w:rPr>
          <w:b/>
        </w:rPr>
        <w:t xml:space="preserve">[00:22] </w:t>
      </w:r>
      <w:r>
        <w:t>Rabbi shrah li sadri, wa yassir li amri, wah lul uqdatan min lisani, yafqahu qawli.</w:t>
      </w:r>
    </w:p>
    <w:p>
      <w:pPr>
        <w:jc w:val="right"/>
      </w:pPr>
      <w:r>
        <w:t>رباشرحلی صدری، و یسرلی امری، واحل العقدۃ منلسانی ، یفقہ قولی۔</w:t>
      </w:r>
    </w:p>
    <w:p>
      <w:r>
        <w:rPr>
          <w:b/>
        </w:rPr>
        <w:t xml:space="preserve">[00:37] </w:t>
      </w:r>
      <w:r>
        <w:t>aaj ka jo topic hai woh hai: What went wrong with Muslims?</w:t>
      </w:r>
    </w:p>
    <w:p>
      <w:pPr>
        <w:jc w:val="right"/>
      </w:pPr>
      <w:r>
        <w:t>آجکاجوٹاپکہے وہہے: واٹ وینٹرونگ ودمسلمز؟</w:t>
      </w:r>
    </w:p>
    <w:p>
      <w:r>
        <w:rPr>
          <w:b/>
        </w:rPr>
        <w:t xml:space="preserve">[00:49] </w:t>
      </w:r>
      <w:r>
        <w:t>Musalamanon se kahan ghalti hui?</w:t>
      </w:r>
    </w:p>
    <w:p>
      <w:pPr>
        <w:jc w:val="right"/>
      </w:pPr>
      <w:r>
        <w:t>مس لمانوںسےکہاںغلطیہوئی ؟</w:t>
      </w:r>
    </w:p>
    <w:p>
      <w:r>
        <w:rPr>
          <w:b/>
        </w:rPr>
        <w:t xml:space="preserve">[00:56] </w:t>
      </w:r>
      <w:r>
        <w:t>dekhiye, aap kisi bhi musalaman se miliye, chahe India mein, Europe mein, America mein, Arab mein, kahin bhi,</w:t>
      </w:r>
    </w:p>
    <w:p>
      <w:pPr>
        <w:jc w:val="right"/>
      </w:pPr>
      <w:r>
        <w:t>دیکھیے، آپکسی بھی مس لمانسےملیے ،چاہےانڈیامیں ،یورپمیں،امریک ہمیں،عرب میں ،کہیںبھی ،</w:t>
      </w:r>
    </w:p>
    <w:p>
      <w:r>
        <w:rPr>
          <w:b/>
        </w:rPr>
        <w:t xml:space="preserve">[01:05] </w:t>
      </w:r>
      <w:r>
        <w:t>har musalman shikait boli bolta hai. har musalman ke paas complaint ki language hai. yani woh kahein ke log hamare khilaf oppression kar rahe hain,</w:t>
      </w:r>
    </w:p>
    <w:p>
      <w:pPr>
        <w:jc w:val="right"/>
      </w:pPr>
      <w:r>
        <w:t>ہر مسلمان شکایتیبولیبولتاہے۔ ہرمسلمان کےپاس کمپلینٹ کی لینگویجہے۔ یعنی وہکہیںکہلوگہمارےخلاف ک انسپریسیکررہےہیں،</w:t>
      </w:r>
    </w:p>
    <w:p>
      <w:r>
        <w:rPr>
          <w:b/>
        </w:rPr>
        <w:t xml:space="preserve">[01:21] </w:t>
      </w:r>
      <w:r>
        <w:t>hamare par zulm ho raha hai, hum ko justice nahi milta, hamare sath discrimination hota hai.</w:t>
      </w:r>
    </w:p>
    <w:p>
      <w:pPr>
        <w:jc w:val="right"/>
      </w:pPr>
      <w:r>
        <w:t>ہمارےپرظلمہورہاہے، ہمکو جسٹسنہیںملتا، ہمارےساتھ ڈسکریمنشنہوتاہے۔</w:t>
      </w:r>
    </w:p>
    <w:p>
      <w:r>
        <w:rPr>
          <w:b/>
        </w:rPr>
        <w:t xml:space="preserve">[01:30] </w:t>
      </w:r>
      <w:r>
        <w:t>aaj yeh dekhiye, aaj ke newspaper mein aur tv mein bhi aya hai ke Greece mein ka jo rajdhani hai, Athens,</w:t>
      </w:r>
    </w:p>
    <w:p>
      <w:pPr>
        <w:jc w:val="right"/>
      </w:pPr>
      <w:r>
        <w:t>آجہیدیکھیے،آج کے نیوزپیپرمیں اور ٹیویمیںبھی آیاہے کہ گریسمیں کاجو راجدھانیہے،ایتھن،</w:t>
      </w:r>
    </w:p>
    <w:p>
      <w:r>
        <w:rPr>
          <w:b/>
        </w:rPr>
        <w:t xml:space="preserve">[01:44] </w:t>
      </w:r>
      <w:r>
        <w:t>wahan par musalmanon ne bara hangama kiya, jalaya phoonka. kyunke wahan kisi inko shikayat hui kisi police ke aadmi ne Quran ki be-hurmati ki,</w:t>
      </w:r>
    </w:p>
    <w:p>
      <w:pPr>
        <w:jc w:val="right"/>
      </w:pPr>
      <w:r>
        <w:t>وہاںپرمسلمانوںنے بڑا ہنگامہکیا ، جلایاپھوکا۔ کیونکہوہاںکسی انکو شکایتہوئیکسی پولیسکے آدمینے قرآنکی بےحرمتیکی ،</w:t>
      </w:r>
    </w:p>
    <w:p>
      <w:r>
        <w:rPr>
          <w:b/>
        </w:rPr>
        <w:t xml:space="preserve">[01:58] </w:t>
      </w:r>
      <w:r>
        <w:t>jo kehte hain defacement.</w:t>
      </w:r>
    </w:p>
    <w:p>
      <w:pPr>
        <w:jc w:val="right"/>
      </w:pPr>
      <w:r>
        <w:t>جو کہتےہیں ڈیفیسمنٹ۔</w:t>
      </w:r>
    </w:p>
    <w:p>
      <w:r>
        <w:rPr>
          <w:b/>
        </w:rPr>
        <w:t xml:space="preserve">[02:02] </w:t>
      </w:r>
      <w:r>
        <w:t>toh jahan dekhiye shikait, aaj tak yeh nahi khabar sunti thi hum ne ke Greece mein log bare aram se reh rahe hain, apne deshon mein unhe kam aamdani thi, yahan zyada aamdani nahi pa rahe hain, apne deshon mein unko kam mila hua tha, yahan zyada hi mil raha hai.</w:t>
      </w:r>
    </w:p>
    <w:p>
      <w:pPr>
        <w:jc w:val="right"/>
      </w:pPr>
      <w:r>
        <w:t>تو جہاںدیکھیےشکایت ،آجتک یہ نہیں خبرسنیتھیہمنےکہ گریسمیںلوگبڑےآرامسےرہرہےہیں، اپنے دیشوںمیں انہیں کم آمدنیتھی،یہاںزیادہ آمدنینہیںپارہےہیں، اپنے دیشوںمیںانکوکم ملاہواتھا،یہاںزیادہہیملرہاہے۔</w:t>
      </w:r>
    </w:p>
    <w:p>
      <w:r>
        <w:rPr>
          <w:b/>
        </w:rPr>
        <w:t xml:space="preserve">[02:18] </w:t>
      </w:r>
      <w:r>
        <w:t>toh daud daud ke wahan pahunche. iski news nahi aayi kisi bhi Muslim paper mein.</w:t>
      </w:r>
    </w:p>
    <w:p>
      <w:pPr>
        <w:jc w:val="right"/>
      </w:pPr>
      <w:r>
        <w:t>تو دوڑدوڑکےوہاںپہنچے۔ اسکینیوزنہیںآئی کسی بھی مسلم پیپرمیں۔</w:t>
      </w:r>
    </w:p>
    <w:p>
      <w:r>
        <w:rPr>
          <w:b/>
        </w:rPr>
        <w:t xml:space="preserve">[02:25] </w:t>
      </w:r>
      <w:r>
        <w:t>aaj kya hai, sare Muslim paper Urdu mein, Hindi mein, English mein, Arabic mein, Farsi mein, jis bhi paper mein dekhiye, yeh chapa hua hai.</w:t>
      </w:r>
    </w:p>
    <w:p>
      <w:pPr>
        <w:jc w:val="right"/>
      </w:pPr>
      <w:r>
        <w:t>آجکیاہے، سارے مسلم پیپر ارد ومیں،ہندیمیں،انگل شمیں،عربیمیں، فارسیمیں،جس بھی پیپرمیںدیکھیے، یہچھپاہواہے۔</w:t>
      </w:r>
    </w:p>
    <w:p>
      <w:r>
        <w:rPr>
          <w:b/>
        </w:rPr>
        <w:t xml:space="preserve">[02:36] </w:t>
      </w:r>
      <w:r>
        <w:t>toh yeh kya baat hai ke musalmanon hi ko yeh shikait hai ke hamare sath discrimination hota hai? aur toh kisi ko shikait nahi. aap dekhiye, yahan par Sikh hain, Parsi hain, Hindu hain, Jain hain,</w:t>
      </w:r>
    </w:p>
    <w:p>
      <w:pPr>
        <w:jc w:val="right"/>
      </w:pPr>
      <w:r>
        <w:t>تو یہکیا باتہےکہ مس لمانوںہیکویہشکایتہےکہہمارےساتھ ڈسکریمنشنہوتاہے؟ اور توکسیکوشکایتنہیں ۔ آپدیکھیے،یہاںپرسکھہیں، پارسیہیں، ہندو ہیں، جینی ہیں،</w:t>
      </w:r>
    </w:p>
    <w:p>
      <w:r>
        <w:rPr>
          <w:b/>
        </w:rPr>
        <w:t xml:space="preserve">[02:51] </w:t>
      </w:r>
      <w:r>
        <w:t>sab aram se apna kaam kar rahe hain.</w:t>
      </w:r>
    </w:p>
    <w:p>
      <w:pPr>
        <w:jc w:val="right"/>
      </w:pPr>
      <w:r>
        <w:t>سب آرامسے اپناکامکررہےہیں۔</w:t>
      </w:r>
    </w:p>
    <w:p>
      <w:r>
        <w:rPr>
          <w:b/>
        </w:rPr>
        <w:t xml:space="preserve">[02:54] </w:t>
      </w:r>
      <w:r>
        <w:t>yeh jo</w:t>
      </w:r>
    </w:p>
    <w:p>
      <w:pPr>
        <w:jc w:val="right"/>
      </w:pPr>
      <w:r>
        <w:t>یہجو</w:t>
      </w:r>
    </w:p>
    <w:p>
      <w:r>
        <w:rPr>
          <w:b/>
        </w:rPr>
        <w:t xml:space="preserve">[02:57] </w:t>
      </w:r>
      <w:r>
        <w:t>duniya mein ek hi group hai jo Protestant, Protestant bana hua hai, musalman wohi Protestant community ban gaye hain sari duniya mein. toh kya baat hai ke unke sath aisa ho raha hai?</w:t>
      </w:r>
    </w:p>
    <w:p>
      <w:pPr>
        <w:jc w:val="right"/>
      </w:pPr>
      <w:r>
        <w:t>دنیا میںایکہی گروپہےجو پرو ٹیسٹنٹ،پروٹیسٹنٹبناہواہے، مس لمانجوہیں پروٹیسٹنٹکمیونٹیبنگئےہیںساریدنیا میں۔ تو کیا باتہےکہانکےساتھایساہورہاہے؟</w:t>
      </w:r>
    </w:p>
    <w:p>
      <w:r>
        <w:rPr>
          <w:b/>
        </w:rPr>
        <w:t xml:space="preserve">[03:11] </w:t>
      </w:r>
      <w:r>
        <w:t>toh isi ko aaj hum ne topic banaya hai: What went wrong with Muslims?</w:t>
      </w:r>
    </w:p>
    <w:p>
      <w:pPr>
        <w:jc w:val="right"/>
      </w:pPr>
      <w:r>
        <w:t>تو اسیکوآجہمنےٹاپکبنایاہے: واٹوا ٹوینٹرونگودمسلمز؟</w:t>
      </w:r>
    </w:p>
    <w:p>
      <w:r>
        <w:rPr>
          <w:b/>
        </w:rPr>
        <w:t xml:space="preserve">[03:20] </w:t>
      </w:r>
      <w:r>
        <w:t>toh main yahan par yeh kahunga ke dekhiye, medical jo profession hai, koi bhi doctor aapko batayega ke patient ke liye sab se pehla hai diagnosis, uske baad hai prescription.</w:t>
      </w:r>
    </w:p>
    <w:p>
      <w:pPr>
        <w:jc w:val="right"/>
      </w:pPr>
      <w:r>
        <w:t>تو میں یہاںپر یہکہوںگا کہدیکھیے، میڈیکل جو پروفیشنہے، کوئیبھی ڈاکٹرآپکوبتائےگا کہ پیشنٹکےلیے سبسےپہلاہے ڈائیگنوسس، اسکےبعد ہے پریسکرپشن ۔</w:t>
      </w:r>
    </w:p>
    <w:p>
      <w:r>
        <w:rPr>
          <w:b/>
        </w:rPr>
        <w:t xml:space="preserve">[03:41] </w:t>
      </w:r>
      <w:r>
        <w:t>Urdu mein kehte hain tashkhees phir tajweez. yani sahi diagnosis hoga, tab sahi ilaj hoga.</w:t>
      </w:r>
    </w:p>
    <w:p>
      <w:pPr>
        <w:jc w:val="right"/>
      </w:pPr>
      <w:r>
        <w:t>ارد ومیںکہتےہیں تشخیص پھر تجویز ۔ یعنی صحیح ڈائیگنوسسہوگا، تب صحیحعلاجہوگا۔</w:t>
      </w:r>
    </w:p>
    <w:p>
      <w:r>
        <w:rPr>
          <w:b/>
        </w:rPr>
        <w:t xml:space="preserve">[03:51] </w:t>
      </w:r>
      <w:r>
        <w:t>agar tashkhees hi galat ho toh tajweez bhi galat ho jayegi. toh main samajhta hoon ke jo basic baat hai woh kya hai?</w:t>
      </w:r>
    </w:p>
    <w:p>
      <w:pPr>
        <w:jc w:val="right"/>
      </w:pPr>
      <w:r>
        <w:t>اگر تشخیصہیغلطہوتو تجویزبھیغلطہوجائےگی۔ تو میںسمجھتاہوںکہجوبیسکباتہےوہکیاہے؟</w:t>
      </w:r>
    </w:p>
    <w:p>
      <w:r>
        <w:rPr>
          <w:b/>
        </w:rPr>
        <w:t xml:space="preserve">[04:02] </w:t>
      </w:r>
      <w:r>
        <w:t>musalmanon ki ke masla jo hai musalmanon ka, uski tashkhees hi galat hai. sare ulama, sare masters, sare believe, sab galat tashkhees par khade hue hain.</w:t>
      </w:r>
    </w:p>
    <w:p>
      <w:pPr>
        <w:jc w:val="right"/>
      </w:pPr>
      <w:r>
        <w:t>مس لمان وںکی کہ مسئلہجوہےمسلمانوںکا، اسکی تشخیصہیغلطہے۔ سارےعلم اء،سارے مس ٹر،سارے بل وی، سب غلطتشخیصپر کھڑےہوئےہیں۔</w:t>
      </w:r>
    </w:p>
    <w:p>
      <w:r>
        <w:rPr>
          <w:b/>
        </w:rPr>
        <w:t xml:space="preserve">[04:16] </w:t>
      </w:r>
      <w:r>
        <w:t>main apna ek qissa arz karoon ke kya cheez hai diagnosis aur prescription? ab se shayad 60 baras ya is se bhi pehle ki baat hai, main gaon mein rehta tha, shayad 60 saal se pehle ki baat hogi.</w:t>
      </w:r>
    </w:p>
    <w:p>
      <w:pPr>
        <w:jc w:val="right"/>
      </w:pPr>
      <w:r>
        <w:t>میں اپناایکقصہعرضکروں کہ کیا چیزہے ڈائیگنوسس اور پریسکرپشن ؟ ابسے شاید60برسیااسسےبھیپہلےکیباتہے، میں گاؤںمیںرہتاتھا، شاید60سالسےپہلے کیباتہوگی ۔</w:t>
      </w:r>
    </w:p>
    <w:p>
      <w:r>
        <w:rPr>
          <w:b/>
        </w:rPr>
        <w:t xml:space="preserve">[04:33] </w:t>
      </w:r>
      <w:r>
        <w:t>mujhe temperature rehta tha, bukhar. do mahine tak bukhar raha, mujhe utra nahi.</w:t>
      </w:r>
    </w:p>
    <w:p>
      <w:pPr>
        <w:jc w:val="right"/>
      </w:pPr>
      <w:r>
        <w:t>مج ھے ٹیمپر ریٹ مپریچررہنےلگا، بخار ۔ دو مہینےتک بخار رہا،مجھےاترانہیں ۔</w:t>
      </w:r>
    </w:p>
    <w:p>
      <w:r>
        <w:rPr>
          <w:b/>
        </w:rPr>
        <w:t xml:space="preserve">[04:43] </w:t>
      </w:r>
      <w:r>
        <w:t>toh local ilaj karte rahe hum. local ilaj jo zamane mein hakim log hua karte the, toh faida nahi hota tha. phir mere bade bhai Abdul Aziz Khan mujhe le kar Banaras gaye.</w:t>
      </w:r>
    </w:p>
    <w:p>
      <w:pPr>
        <w:jc w:val="right"/>
      </w:pPr>
      <w:r>
        <w:t>تولوکلعلاجکرتے رہےہم۔ لوکلعلاججوزمان ےمیں حک یملوگہواکرتے تھے، تو فائدہنہیںہوتاتھا۔ پھرمیرےبڑےبھائی عبدالعزیزخان مجھکولےکربنارسگئے۔</w:t>
      </w:r>
    </w:p>
    <w:p>
      <w:r>
        <w:rPr>
          <w:b/>
        </w:rPr>
        <w:t xml:space="preserve">[04:58] </w:t>
      </w:r>
      <w:r>
        <w:t>wahan par hamare ek عزیز rehte the, Haji Manzoor Ahmed. toh unke yahan gaye hum log. phir wahan par ek the Dr. Sen, ek Bengali doctor the, unka naam tha Dr. Sen.</w:t>
      </w:r>
    </w:p>
    <w:p>
      <w:pPr>
        <w:jc w:val="right"/>
      </w:pPr>
      <w:r>
        <w:t>وہاںپرہمارےایکعزیزرہاکرتے تھے، حاجیمنظوراحمد ۔ تو انکےہاں گئےہملوگ۔پھروہاںپرایک تھے ڈاکٹر سین، ایک بنگالیڈاکٹرتھے،انکانامتھا ڈاکٹر سین ۔</w:t>
      </w:r>
    </w:p>
    <w:p>
      <w:r>
        <w:rPr>
          <w:b/>
        </w:rPr>
        <w:t xml:space="preserve">[05:12] </w:t>
      </w:r>
      <w:r>
        <w:t>unko dikhaya gaya. toh pehle din unhone koi dawa nahi di humein. pehle din kya kiya?</w:t>
      </w:r>
    </w:p>
    <w:p>
      <w:pPr>
        <w:jc w:val="right"/>
      </w:pPr>
      <w:r>
        <w:t>انکودکھایاگیا۔ تو پہلے دن انہوںنے کوئی دوانہیںدیہمیں۔ پہلےدنکیاکیا ؟</w:t>
      </w:r>
    </w:p>
    <w:p>
      <w:r>
        <w:rPr>
          <w:b/>
        </w:rPr>
        <w:t xml:space="preserve">[05:20] </w:t>
      </w:r>
      <w:r>
        <w:t>sirf checkup, sirf checkup. agle din jab hum gaye toh checkup hone ke baad unhone apna prescription bataya, apna ek dawadi. sirf ek dawa thi, ek bottle tha na bada tha, usmein ek seer tha.</w:t>
      </w:r>
    </w:p>
    <w:p>
      <w:pPr>
        <w:jc w:val="right"/>
      </w:pPr>
      <w:r>
        <w:t>صرفچیکاپ، صرفچیکاپ ۔ اگلےدنجبہمگئے تو چیکاپ ہونے کےبعد انہوںنے اپنا پریسکرپشنبتایا،اپناایکدوادی۔صرف ایک دواتھی، ایک باٹلاتنابڑاتھا،اسمیںایکسیرپتھا۔</w:t>
      </w:r>
    </w:p>
    <w:p>
      <w:r>
        <w:rPr>
          <w:b/>
        </w:rPr>
        <w:t xml:space="preserve">[05:39] </w:t>
      </w:r>
      <w:r>
        <w:t>unhone tashkhees kiya kya ke aap ko Kala azar hai. aap jante hain ke bukhar kai qism ka hota hai, kai qism ka hota hai. toh hamara jo bukhar tha, woh tha Kala azar,</w:t>
      </w:r>
    </w:p>
    <w:p>
      <w:pPr>
        <w:jc w:val="right"/>
      </w:pPr>
      <w:r>
        <w:t>انہوںنے تشخیصکیا کیا کہآپکو کالازارہے۔ آپجانتےہیںکہ بخ ارکئیقسم کاہوتاہے، کئیقسم کاہوتاہے۔توہماراجوبخارتھا، وہتھا کالازار،</w:t>
      </w:r>
    </w:p>
    <w:p>
      <w:r>
        <w:rPr>
          <w:b/>
        </w:rPr>
        <w:t xml:space="preserve">[05:54] </w:t>
      </w:r>
      <w:r>
        <w:t>K-A-L-A-Z-A-R. toh gaon mein jab tak tha main toh yeh koi pata nahi kar paya tha ke yeh Kala azar hai.</w:t>
      </w:r>
    </w:p>
    <w:p>
      <w:pPr>
        <w:jc w:val="right"/>
      </w:pPr>
      <w:r>
        <w:t>کے ایلاےزیڈاےار ۔ تو گاؤںمیںجبتکتھامیںتو یہ کوئیپتہنہیںکرپایاتھاکہیہکالازارہے۔</w:t>
      </w:r>
    </w:p>
    <w:p>
      <w:r>
        <w:rPr>
          <w:b/>
        </w:rPr>
        <w:t xml:space="preserve">[06:05] </w:t>
      </w:r>
      <w:r>
        <w:t>wahan jate hi unko pata kar lia unhon ne.</w:t>
      </w:r>
    </w:p>
    <w:p>
      <w:pPr>
        <w:jc w:val="right"/>
      </w:pPr>
      <w:r>
        <w:t>وہاںجاتےہیانکوپتہکرلیاانہوںنے۔</w:t>
      </w:r>
    </w:p>
    <w:p>
      <w:r>
        <w:rPr>
          <w:b/>
        </w:rPr>
        <w:t xml:space="preserve">[06:10] </w:t>
      </w:r>
      <w:r>
        <w:t>to ek din mein mera bukhar utar gaya. unhon ne jo dawa di thi, ek din mein bukhar utar gaya. yeh tha diagnosis sahi ho to prescription bhi sahi hota hai.</w:t>
      </w:r>
    </w:p>
    <w:p>
      <w:pPr>
        <w:jc w:val="right"/>
      </w:pPr>
      <w:r>
        <w:t>تو ایک دن میںمیرابخاراترگیا۔ انہوںنےجودوادیتھی، ایکدنمیںبخاراترگیا۔ یہتھا ڈائیگنوسسصحیحہو تو پریسکرپشنبھیصحیحہوتاہے۔</w:t>
      </w:r>
    </w:p>
    <w:p>
      <w:r>
        <w:rPr>
          <w:b/>
        </w:rPr>
        <w:t xml:space="preserve">[06:27] </w:t>
      </w:r>
      <w:r>
        <w:t>to musalmanon ki diagnosis hi galat hai,</w:t>
      </w:r>
    </w:p>
    <w:p>
      <w:pPr>
        <w:jc w:val="right"/>
      </w:pPr>
      <w:r>
        <w:t>تو مسلمانوںکیڈائیگنوسسہیغلطہے،</w:t>
      </w:r>
    </w:p>
    <w:p>
      <w:r>
        <w:rPr>
          <w:b/>
        </w:rPr>
        <w:t xml:space="preserve">[06:32] </w:t>
      </w:r>
      <w:r>
        <w:t>to prescription bhi galat ho raha hai.</w:t>
      </w:r>
    </w:p>
    <w:p>
      <w:pPr>
        <w:jc w:val="right"/>
      </w:pPr>
      <w:r>
        <w:t>تو پریسکرپشنبھیغلطہورہاہے۔</w:t>
      </w:r>
    </w:p>
    <w:p>
      <w:r>
        <w:rPr>
          <w:b/>
        </w:rPr>
        <w:t xml:space="preserve">[06:37] </w:t>
      </w:r>
      <w:r>
        <w:t>main ne apni lambi umar mein bohat parha, bohat suna, bohat dekha. to mera jo manna hai, woh yeh hai ke musalmanon ne quran ko kitab mehjoor bana diya hai.</w:t>
      </w:r>
    </w:p>
    <w:p>
      <w:pPr>
        <w:jc w:val="right"/>
      </w:pPr>
      <w:r>
        <w:t>میںنے اپنی لمبیعمر میں بہت پڑھا، بہت سنا،بہت دیکھا۔ تو میراجو مانناہے، وہیہہے کہ مسلمانوںنے قرآنکو کتاب محجوربنادیاہے۔</w:t>
      </w:r>
    </w:p>
    <w:p>
      <w:r>
        <w:rPr>
          <w:b/>
        </w:rPr>
        <w:t xml:space="preserve">[06:50] </w:t>
      </w:r>
      <w:r>
        <w:t>in aqam ta quran mehjoor ha yani chhori hui kitab.</w:t>
      </w:r>
    </w:p>
    <w:p>
      <w:pPr>
        <w:jc w:val="right"/>
      </w:pPr>
      <w:r>
        <w:t>ان اقام ت القرآنمحجورہ یعنی چھوڑیہوئیکتاب ۔</w:t>
      </w:r>
    </w:p>
    <w:p>
      <w:r>
        <w:rPr>
          <w:b/>
        </w:rPr>
        <w:t xml:space="preserve">[06:57] </w:t>
      </w:r>
      <w:r>
        <w:t>musalman quran ke naam par bharkte to khoob hain, laraai jhagda karte hain, jaise ke aaj atheism mein hua. lekin quran ko as a guidebook nahin mante, woh amalan yani practically unke liye quran guidebook nahin hai.</w:t>
      </w:r>
    </w:p>
    <w:p>
      <w:pPr>
        <w:jc w:val="right"/>
      </w:pPr>
      <w:r>
        <w:t>مس لمان قرآنکےنامپربھڑکتےتوخوبہیں،لڑائیجھگڑاکرتےہیں،جیسےکہآج ایتھنزمیںہوا۔ لیکن قرآنکو ایزاےگائیڈبکنہیںمانتے،وہ عملاً یعنیپریکٹیکلی انکےلیے قرآنگائیڈبکنہیںہے۔</w:t>
      </w:r>
    </w:p>
    <w:p>
      <w:r>
        <w:rPr>
          <w:b/>
        </w:rPr>
        <w:t xml:space="preserve">[07:14] </w:t>
      </w:r>
      <w:r>
        <w:t>bas muqaddas kitab hai, usko upar rakhna aur koi zara sa bhi kuch touch kar de to us se larna jhagadna ke be hurmati kar di tum ne.</w:t>
      </w:r>
    </w:p>
    <w:p>
      <w:pPr>
        <w:jc w:val="right"/>
      </w:pPr>
      <w:r>
        <w:t>بس مقدسکتاب ہے، اسکو اوپررکھنا اورکوئیذراسابھیکچھٹچکردےتواسسےلڑناجھگڑنا کہ بےحرمتیکردیتمنے۔</w:t>
      </w:r>
    </w:p>
    <w:p>
      <w:r>
        <w:rPr>
          <w:b/>
        </w:rPr>
        <w:t xml:space="preserve">[07:25] </w:t>
      </w:r>
      <w:r>
        <w:t>lekin quran jo aaya tha, kis liye?</w:t>
      </w:r>
    </w:p>
    <w:p>
      <w:pPr>
        <w:jc w:val="right"/>
      </w:pPr>
      <w:r>
        <w:t>لیکن قرآنجوآیاتھا،کسلیے؟</w:t>
      </w:r>
    </w:p>
    <w:p>
      <w:r>
        <w:rPr>
          <w:b/>
        </w:rPr>
        <w:t xml:space="preserve">[07:29] </w:t>
      </w:r>
      <w:r>
        <w:t>hidayat ke liye. quran as a guidebook aaya tha hamare paas, wohi chhor rakha hai musalmanon ne. guidebook ke taur par musalman ne nahin lia quran ko.</w:t>
      </w:r>
    </w:p>
    <w:p>
      <w:pPr>
        <w:jc w:val="right"/>
      </w:pPr>
      <w:r>
        <w:t>ہدایتکےلیے۔ قرآن ایزاےگائیڈبکآیاتھاہمارےپاس ،وہیچھوڑرکھاہےمسلمانوںنے۔ گائیڈبککےطورپرمسلماننےنہیںلیا قرآنکو ۔</w:t>
      </w:r>
    </w:p>
    <w:p>
      <w:r>
        <w:rPr>
          <w:b/>
        </w:rPr>
        <w:t xml:space="preserve">[07:42] </w:t>
      </w:r>
      <w:r>
        <w:t>to kya hai? apne mind se chalte hain. ab kisi bhi ek musalman ko main kehta hoon, with a out a exception, mujh se baat kijiye. yeh problem jo theory hai, conspiracy theory, conspiracy theory jo hai, woh kabhi bhi quran ka reference nahin dega.</w:t>
      </w:r>
    </w:p>
    <w:p>
      <w:pPr>
        <w:jc w:val="right"/>
      </w:pPr>
      <w:r>
        <w:t>توکیاہے؟اپنے مائنڈسےچلتےہیں۔ ابکسی بھیایک مسلمانکومیںکہتاہوں،وداآؤٹاینیایکسیپشن، مجھسےباتکیجیے۔ یہپرابلم جو تھیوریہے، کانسپریسیتھیوری،کانسپریسیتھیوریجو ہے،وہکبھیبھیقرآنکاریفرنسنہیںدےگا۔</w:t>
      </w:r>
    </w:p>
    <w:p>
      <w:r>
        <w:rPr>
          <w:b/>
        </w:rPr>
        <w:t xml:space="preserve">[08:00] </w:t>
      </w:r>
      <w:r>
        <w:t>kisi bhi XYZ se miliye, aap jo conspiracy theory hai musalmanon mein ke saari duniya aap ke khilaf conspiracy kar rahi hai, saazish kar rahi hai, zulm kar rahi hai, mitaana chahti hai waghera, aap baat kijiye.</w:t>
      </w:r>
    </w:p>
    <w:p>
      <w:pPr>
        <w:jc w:val="right"/>
      </w:pPr>
      <w:r>
        <w:t>کسی بھیایکسوائیزیڈسےملیے،آپ جوکانسپریسیتھیوریہےمسلمانوںمیںکہساریدنیا آپکےخلاف کانسپریسیکررہیہے، سازشکررہیہے،ظلمکررہیہے، مٹاناچاہتیہےوغیرہ، آپباتکیجیے۔</w:t>
      </w:r>
    </w:p>
    <w:p>
      <w:r>
        <w:rPr>
          <w:b/>
        </w:rPr>
        <w:t xml:space="preserve">[08:16] </w:t>
      </w:r>
      <w:r>
        <w:t>main poore apne tajurbe ki bina par kehta hoon ke ek bhi musalman aap nahin paayenge hamari team ke bahar. hamari team ki thinking alag hai, khuda ke fazl se.</w:t>
      </w:r>
    </w:p>
    <w:p>
      <w:pPr>
        <w:jc w:val="right"/>
      </w:pPr>
      <w:r>
        <w:t>میں پورےاپنے تجربےکیبناپرکہتاہوںکہایکبھی مسلمانآپنہیںپائیںگے ہماریاسٹیمکےباہر ۔ہماریٹیم کی تھنکنگالگہے، خداکےفضلسے۔</w:t>
      </w:r>
    </w:p>
    <w:p>
      <w:r>
        <w:rPr>
          <w:b/>
        </w:rPr>
        <w:t xml:space="preserve">[08:27] </w:t>
      </w:r>
      <w:r>
        <w:t>jo</w:t>
      </w:r>
    </w:p>
    <w:p>
      <w:pPr>
        <w:jc w:val="right"/>
      </w:pPr>
      <w:r>
        <w:t>جو</w:t>
      </w:r>
    </w:p>
    <w:p>
      <w:r>
        <w:rPr>
          <w:b/>
        </w:rPr>
        <w:t xml:space="preserve">[08:28] </w:t>
      </w:r>
      <w:r>
        <w:t>musalman aap payenge, chahe madrasa ho, masjid ho, university ho, college ho, kahin bhi, woh quran ke hawale se kuch nahin bolega. acha, agar bolega to galat hawala dega, sirf apne galat tareeqe ko justify karne ke liye.</w:t>
      </w:r>
    </w:p>
    <w:p>
      <w:pPr>
        <w:jc w:val="right"/>
      </w:pPr>
      <w:r>
        <w:t>مس لمانآپپائیںگے،چاہےمدرس ہہو،مسجدہو،یونیورسٹیہو،کالجہو،کہیںبھی، وہ قرآنکےحوالےسےکچھنہیںبولےگا۔ ا چھا،اگربولےگا تو غلطحوالہ دےگا، صرف اپنے غلط طریقےکوجسٹیفائیکرنےکےلیے۔</w:t>
      </w:r>
    </w:p>
    <w:p>
      <w:r>
        <w:rPr>
          <w:b/>
        </w:rPr>
        <w:t xml:space="preserve">[08:47] </w:t>
      </w:r>
      <w:r>
        <w:t>matlab, woh jhooti laraai lad raha hoga to usko jaiz sabit karne ke liye koi yun ek ayat pesh kar dega.</w:t>
      </w:r>
    </w:p>
    <w:p>
      <w:pPr>
        <w:jc w:val="right"/>
      </w:pPr>
      <w:r>
        <w:t>مطلب،وہجھوٹیلڑائیلڑرہاہوگاتواسکوجہادثابتکرنےکےلیےکوئی یوں ایکآیتپیشکردےگا۔</w:t>
      </w:r>
    </w:p>
    <w:p>
      <w:r>
        <w:rPr>
          <w:b/>
        </w:rPr>
        <w:t xml:space="preserve">[08:55] </w:t>
      </w:r>
      <w:r>
        <w:t>yani true sense mein quran ko guidebook na banana, yeh hai meri diagnosis. aur agar koi quran ka hawala deta hai to woh hota hai kya?</w:t>
      </w:r>
    </w:p>
    <w:p>
      <w:pPr>
        <w:jc w:val="right"/>
      </w:pPr>
      <w:r>
        <w:t>یعنیٹ رو سینسمیں قرآنکو گائیڈبک نہ بنانا، یہہے میریڈائیگنوسس۔ اور اگر کوئی قرآنکےحوالہ دیتاہے تو وہ ہوتاہےکیا ؟</w:t>
      </w:r>
    </w:p>
    <w:p>
      <w:r>
        <w:rPr>
          <w:b/>
        </w:rPr>
        <w:t xml:space="preserve">[09:08] </w:t>
      </w:r>
      <w:r>
        <w:t>apne galat activities ko justify karne ke liye. bas, woh to double crime hai, woh double jurm hai. woh</w:t>
      </w:r>
    </w:p>
    <w:p>
      <w:pPr>
        <w:jc w:val="right"/>
      </w:pPr>
      <w:r>
        <w:t>اپنے غلط ایکٹیویٹیزکو جسٹیفائیکرنےکےلیے۔بس، وہتوڈبل کرائمہے،وہڈبلکرائم،ڈبل جرمہے۔وہ</w:t>
      </w:r>
    </w:p>
    <w:p>
      <w:r>
        <w:rPr>
          <w:b/>
        </w:rPr>
        <w:t xml:space="preserve">[09:19] </w:t>
      </w:r>
      <w:r>
        <w:t>ab main aap ko chand misalein deta hoon.</w:t>
      </w:r>
    </w:p>
    <w:p>
      <w:pPr>
        <w:jc w:val="right"/>
      </w:pPr>
      <w:r>
        <w:t>ابمیںآپکو چند مثالیںدیتاہوں۔</w:t>
      </w:r>
    </w:p>
    <w:p>
      <w:r>
        <w:rPr>
          <w:b/>
        </w:rPr>
        <w:t xml:space="preserve">[09:24] </w:t>
      </w:r>
      <w:r>
        <w:t>to all the listeners disappoint, I will give you some examples. dekhiye, main samajhta hoon ke quran ko chhorne ke baad, chhorne ke maani yeh nahin ke gharon mein kitab nahin hai ya usko muqaddas nahin samajhte musalman.</w:t>
      </w:r>
    </w:p>
    <w:p>
      <w:pPr>
        <w:jc w:val="right"/>
      </w:pPr>
      <w:r>
        <w:t>ٹوالیسٹردسپوائنٹ، آئیویلگیویوسمایگزامپلز۔ دیکھیے، میں سمجھتاہوںکہ قرآنکوچھوڑنےکےبعد، چھوڑنےکےمعنییہنہیںکہ گھروںمیںکتاب نہیں ہے یا اسکو مقدسنہیںسمجھتےمسلمان ۔</w:t>
      </w:r>
    </w:p>
    <w:p>
      <w:r>
        <w:rPr>
          <w:b/>
        </w:rPr>
        <w:t xml:space="preserve">[09:43] </w:t>
      </w:r>
      <w:r>
        <w:t>nahin, chhorne ke maani hain guidebook ke taur par chhorna,</w:t>
      </w:r>
    </w:p>
    <w:p>
      <w:pPr>
        <w:jc w:val="right"/>
      </w:pPr>
      <w:r>
        <w:t>نہیں ، چھوڑنےکےمعنیہیں گائیڈبک کےطورپر چھوڑنا،</w:t>
      </w:r>
    </w:p>
    <w:p>
      <w:r>
        <w:rPr>
          <w:b/>
        </w:rPr>
        <w:t xml:space="preserve">[09:51] </w:t>
      </w:r>
      <w:r>
        <w:t>as a guidebook usko na lena. yeh matlab hai.</w:t>
      </w:r>
    </w:p>
    <w:p>
      <w:pPr>
        <w:jc w:val="right"/>
      </w:pPr>
      <w:r>
        <w:t>ایزاےگائیڈبکاسکو نہلینا۔ یہمطلب ہے۔</w:t>
      </w:r>
    </w:p>
    <w:p>
      <w:r>
        <w:rPr>
          <w:b/>
        </w:rPr>
        <w:t xml:space="preserve">[09:58] </w:t>
      </w:r>
      <w:r>
        <w:t>to sab se pehla jo ghalati hui hai, woh kya? hadith mein aata hai ke lat ta'un sunan man qablakum yani pichhli ummaton ke raaste par tum chaloge.</w:t>
      </w:r>
    </w:p>
    <w:p>
      <w:pPr>
        <w:jc w:val="right"/>
      </w:pPr>
      <w:r>
        <w:t>تو سبسے پہلاجو غلطیہوئیہے،وہکیا ؟ حدیثمیںآتاہےکہلت تب عون سنن منکان قبل کم یعنی پچھلی امتوںکےراستےپرتم چلوگے۔</w:t>
      </w:r>
    </w:p>
    <w:p>
      <w:r>
        <w:rPr>
          <w:b/>
        </w:rPr>
        <w:t xml:space="preserve">[10:14] </w:t>
      </w:r>
      <w:r>
        <w:t>matlab, yahood o nasara ke raaste par.</w:t>
      </w:r>
    </w:p>
    <w:p>
      <w:pPr>
        <w:jc w:val="right"/>
      </w:pPr>
      <w:r>
        <w:t>مطلب،یہودونصاریکےراستےپر ۔</w:t>
      </w:r>
    </w:p>
    <w:p>
      <w:r>
        <w:rPr>
          <w:b/>
        </w:rPr>
        <w:t xml:space="preserve">[10:17] </w:t>
      </w:r>
      <w:r>
        <w:t>yani quran ko chhor kar ke tum unke riwaj ko le loge. is ka matlab yeh hai lat tab'un sunan man qablakum matlab yeh hai ke quran tumhara guidebook nahin rahega.</w:t>
      </w:r>
    </w:p>
    <w:p>
      <w:pPr>
        <w:jc w:val="right"/>
      </w:pPr>
      <w:r>
        <w:t>یعنی قرآنکوچھوڑکرکےتم انکے رواجکولےلوگے۔ اسکامطلبیہہے لت تبعون سننمنکان قبل کممطلبیہہے کہ قرآنتمہاراگائیڈبکنہیںرہےگا۔</w:t>
      </w:r>
    </w:p>
    <w:p>
      <w:r>
        <w:rPr>
          <w:b/>
        </w:rPr>
        <w:t xml:space="preserve">[10:30] </w:t>
      </w:r>
      <w:r>
        <w:t>tumhara guide ban jaye ga kiya? woh bhatke hue log, woh woh deviated group jo wohi, unse tumhein rasta lene lagoo ga. tum woh yeh huwa hai. aaj mein aap ko misaal deta hoon.</w:t>
      </w:r>
    </w:p>
    <w:p>
      <w:pPr>
        <w:jc w:val="right"/>
      </w:pPr>
      <w:r>
        <w:t>تمہاراگائیڈبنجائےگاکیا؟ وہ بھٹکےہوئےلوگ ،وہ وہ ڈیویٹڈگروہجوہیں، انسےتمہیں راستہ لینےلگوگے۔تم وہیہواہے۔آج میں آپ کومثالدیتاہوں۔</w:t>
      </w:r>
    </w:p>
    <w:p>
      <w:r>
        <w:rPr>
          <w:b/>
        </w:rPr>
        <w:t xml:space="preserve">[10:47] </w:t>
      </w:r>
      <w:r>
        <w:t>yeh ummat mein jo gumrahi aai, yeh ummat bhi hamari tarah pehle yani al Islam thay, al Eman thay. un mein nabee aate thay aur unke bare mein Quran mein aaya tha ke fazlana kamma ala al alameen yeh ummat ke bare mein aaya hai.</w:t>
      </w:r>
    </w:p>
    <w:p>
      <w:pPr>
        <w:jc w:val="right"/>
      </w:pPr>
      <w:r>
        <w:t>یہ ود میںجو گمراہیآئی،یہ ودبھیہماریطرح پہلے یعنی ال اسلام تھے،ال ایمانتھے۔ انمیںنبیآتےتھے اورانکےبارےمیں قرآنمیںآیاتھاکہفض لنا کمعلی العالم ین یہ ودکےبارےمیںآیاہے۔</w:t>
      </w:r>
    </w:p>
    <w:p>
      <w:r>
        <w:rPr>
          <w:b/>
        </w:rPr>
        <w:t xml:space="preserve">[11:06] </w:t>
      </w:r>
      <w:r>
        <w:t>saare alam par tum ko fazilat di. lekin jab zawal aaya, jab unka decline hua, jab degeneration hua unke haan, to kiya hua?</w:t>
      </w:r>
    </w:p>
    <w:p>
      <w:pPr>
        <w:jc w:val="right"/>
      </w:pPr>
      <w:r>
        <w:t>سارےعالمپرتمکوفضیلتدی۔ لیکن جب زوالآیا، جب انکاڈیکلائنہوا، جب ڈیجنریشنہواانکےہاں ،توکیا ہوا ؟</w:t>
      </w:r>
    </w:p>
    <w:p>
      <w:r>
        <w:rPr>
          <w:b/>
        </w:rPr>
        <w:t xml:space="preserve">[11:19] </w:t>
      </w:r>
      <w:r>
        <w:t>unhone salvation, unke haan jo sab se pehla bigaad aaya, woh yeh hai ke is Khuda ke deen mein, Khuda ke deen mein dekhiye, merit based salvation hai.</w:t>
      </w:r>
    </w:p>
    <w:p>
      <w:pPr>
        <w:jc w:val="right"/>
      </w:pPr>
      <w:r>
        <w:t>انہوں نے سال ویشن،انکےہاں جوسبسے پہلابگاڑآیا، وہیہہے کہ اس خداکےدینمیں، خداکےدینمیں دیکھیے، میرٹ بیسڈسال ویشنہے۔</w:t>
      </w:r>
    </w:p>
    <w:p>
      <w:r>
        <w:rPr>
          <w:b/>
        </w:rPr>
        <w:t xml:space="preserve">[11:31] </w:t>
      </w:r>
      <w:r>
        <w:t>unhone kiya samajh liya? birth based salvation. yani yani nijat mabni par pedaish maan liya, jab ke thi nijat mabni par amal.</w:t>
      </w:r>
    </w:p>
    <w:p>
      <w:pPr>
        <w:jc w:val="right"/>
      </w:pPr>
      <w:r>
        <w:t>انہوںنے کیاسمجھلیا؟ برتھ بیسڈسالویشن۔ یعنی یعنی نجات مبنیپر پیدائش مانلیا،جبکہ تھینجات مبنیپر عمل ۔</w:t>
      </w:r>
    </w:p>
    <w:p>
      <w:r>
        <w:rPr>
          <w:b/>
        </w:rPr>
        <w:t xml:space="preserve">[11:49] </w:t>
      </w:r>
      <w:r>
        <w:t>merit based salvation thi Khuda ke deen mein. unhone kiya samajh liya?</w:t>
      </w:r>
    </w:p>
    <w:p>
      <w:pPr>
        <w:jc w:val="right"/>
      </w:pPr>
      <w:r>
        <w:t>میرٹبیسڈ سال ویشن تھی خداکےدینمیں ۔ انہوںنےکیا سمجھلیا؟</w:t>
      </w:r>
    </w:p>
    <w:p>
      <w:r>
        <w:rPr>
          <w:b/>
        </w:rPr>
        <w:t xml:space="preserve">[11:57] </w:t>
      </w:r>
      <w:r>
        <w:t>birth based salvation. yeh jo Yahudi paida ho ga to woh jannat mein jana hai. is ko yahi aaj saare Musalmanon ki socho.</w:t>
      </w:r>
    </w:p>
    <w:p>
      <w:pPr>
        <w:jc w:val="right"/>
      </w:pPr>
      <w:r>
        <w:t>برتھ بیسڈ سال ویشن۔ یہجویہودیپیدا ہوگاتووہجنتمیںجاناہے۔اسکو یہی آج سارےمسلمانوںکیسوچہے۔</w:t>
      </w:r>
    </w:p>
    <w:p>
      <w:r>
        <w:rPr>
          <w:b/>
        </w:rPr>
        <w:t xml:space="preserve">[12:06] </w:t>
      </w:r>
      <w:r>
        <w:t>kisi bhi Musalman se miliye, aap chahe dadi wala ho ya be dadi wala, woh samajhta hai consciously ya unconsciously,</w:t>
      </w:r>
    </w:p>
    <w:p>
      <w:pPr>
        <w:jc w:val="right"/>
      </w:pPr>
      <w:r>
        <w:t>کسی بھی مسلمانسےملیے،آپ چاہےداڑھیوالاہویابےداڑھیوالا، وہسمجھتاہےکانشیسلییاانکانشیسلی، کانشیسلییاانکانش</w:t>
      </w:r>
    </w:p>
    <w:p>
      <w:r>
        <w:rPr>
          <w:b/>
        </w:rPr>
        <w:t xml:space="preserve">[12:17] </w:t>
      </w:r>
      <w:r>
        <w:t>consciously ya unconsciously ke bas Musalman ghar mein paida ho gaye to ab to jannat to hamare liye pakki hai.</w:t>
      </w:r>
    </w:p>
    <w:p>
      <w:pPr>
        <w:jc w:val="right"/>
      </w:pPr>
      <w:r>
        <w:t>یسلی کہبس مس لمانگھرمیںپیدا ہوگئےتوابتوجنتتوہمارےلیےپکیہے۔</w:t>
      </w:r>
    </w:p>
    <w:p>
      <w:r>
        <w:rPr>
          <w:b/>
        </w:rPr>
        <w:t xml:space="preserve">[12:24] </w:t>
      </w:r>
      <w:r>
        <w:t>halanke dekhiye, Quran mein bohat hi clear ayat hai. yani agar aap Quran ko guide banate to kiya tha? bohat hi saaf saaf kai jagah aaya hai, maslan laisa bi amani kum wala amani ahlal kitabi man ya'mal su yujzabi.</w:t>
      </w:r>
    </w:p>
    <w:p>
      <w:pPr>
        <w:jc w:val="right"/>
      </w:pPr>
      <w:r>
        <w:t>حالانکہدیکھیے،قرآنمیں بہتہی کلیئرآیتہے۔ یعنیاگرآپ قرآنکوگائیڈبناتے توکیاتھا ؟ بہت ہی صاف صافکئیجگہآیاہے، مثلاً لی س بامانی کم ولا ا مانی اہلالکتاب من یعمل سو یجزبی ۔</w:t>
      </w:r>
    </w:p>
    <w:p>
      <w:r>
        <w:rPr>
          <w:b/>
        </w:rPr>
        <w:t xml:space="preserve">[12:48] </w:t>
      </w:r>
      <w:r>
        <w:t>iska matlab yeh hai ke amani ke ma'ni hote hain wishful thinking. yani Khuda ke haan faisla na tumhari wishful thinking par hoga aur na Yahud ki wishful thinking par hoga.</w:t>
      </w:r>
    </w:p>
    <w:p>
      <w:pPr>
        <w:jc w:val="right"/>
      </w:pPr>
      <w:r>
        <w:t>اسکامطلبیہہےکہ امانیکےمعنیہوتےہیںوشفل تھنکنگ۔ یعنیخداکےہاںفیصلہ نہ تمہاریوشفلتھنکنگپرہوگا اورنہیہودکیوشفلتھنکنگپرہوگا۔</w:t>
      </w:r>
    </w:p>
    <w:p>
      <w:r>
        <w:rPr>
          <w:b/>
        </w:rPr>
        <w:t xml:space="preserve">[13:06] </w:t>
      </w:r>
      <w:r>
        <w:t>jo jaisa karega, waisa paye ga.</w:t>
      </w:r>
    </w:p>
    <w:p>
      <w:pPr>
        <w:jc w:val="right"/>
      </w:pPr>
      <w:r>
        <w:t>جو جیساکرےگا،ویساپائےگا۔</w:t>
      </w:r>
    </w:p>
    <w:p>
      <w:r>
        <w:rPr>
          <w:b/>
        </w:rPr>
        <w:t xml:space="preserve">[13:13] </w:t>
      </w:r>
      <w:r>
        <w:t>yeh ayat jo hai, is par sochiye aap.</w:t>
      </w:r>
    </w:p>
    <w:p>
      <w:pPr>
        <w:jc w:val="right"/>
      </w:pPr>
      <w:r>
        <w:t>یہآیتجوہے، اسپرسوچیےآپ ۔</w:t>
      </w:r>
    </w:p>
    <w:p>
      <w:r>
        <w:rPr>
          <w:b/>
        </w:rPr>
        <w:t xml:space="preserve">[13:17] </w:t>
      </w:r>
      <w:r>
        <w:t>laisa bi amani kum wala amani ahlal kitabi man ya'mal su yujzabi.</w:t>
      </w:r>
    </w:p>
    <w:p>
      <w:pPr>
        <w:jc w:val="right"/>
      </w:pPr>
      <w:r>
        <w:t>لی سبام انیکمولا امانیاہلالکتاب منیعملسو یجزبی ۔</w:t>
      </w:r>
    </w:p>
    <w:p>
      <w:r>
        <w:rPr>
          <w:b/>
        </w:rPr>
        <w:t xml:space="preserve">[13:24] </w:t>
      </w:r>
      <w:r>
        <w:t>na tumhari wishful thinking par Khuda ke haan faisla hona hai ke hum hum Abdul Anbiya ki ummat hain aur hum khair ummat hain aur hum ummat marhooma hain aur hum muqaddas Quran ke haamil hain.</w:t>
      </w:r>
    </w:p>
    <w:p>
      <w:pPr>
        <w:jc w:val="right"/>
      </w:pPr>
      <w:r>
        <w:t>نہتمہاری وشفلتھنکنگپر خداکےہاںفیصلہہوناہے کہہم ہم عبدالانبیاءکیامتہیں اورہمخیر امتہیں اور ہم امت مرحومہہیں اور ہم مقدسقرآنکےحاملہیں۔</w:t>
      </w:r>
    </w:p>
    <w:p>
      <w:r>
        <w:rPr>
          <w:b/>
        </w:rPr>
        <w:t xml:space="preserve">[13:40] </w:t>
      </w:r>
      <w:r>
        <w:t>yeh sab amani hai, wishful thinking hai. in an wajahon se jannat nahi mil jaye gi kisi ko.</w:t>
      </w:r>
    </w:p>
    <w:p>
      <w:pPr>
        <w:jc w:val="right"/>
      </w:pPr>
      <w:r>
        <w:t>یہسب امانیہے، وشفلتھنکنگہے۔ ان انوجہوںسےجنتنہیںملجائےگیکسیکو ۔</w:t>
      </w:r>
    </w:p>
    <w:p>
      <w:r>
        <w:rPr>
          <w:b/>
        </w:rPr>
        <w:t xml:space="preserve">[13:48] </w:t>
      </w:r>
      <w:r>
        <w:t>yeh sab wishful thinking hai. kisi bhi Musalman se baat kijiye, aap masjid wale se, madrasa wale se, hatta ke college, university wale se, hatta ke Europe, America walon se bhi.</w:t>
      </w:r>
    </w:p>
    <w:p>
      <w:pPr>
        <w:jc w:val="right"/>
      </w:pPr>
      <w:r>
        <w:t>یہسبوشفلتھنکنگہے۔ کسی بھی مس لمانسےباتکیجیے،آپ مسجدوالے سے،مدرس ےوالےسے، حتیٰ کالج،یونیورسٹیوالےسے،حتیٰکہ یورپ،امریکہوالوںسےبھی۔</w:t>
      </w:r>
    </w:p>
    <w:p>
      <w:r>
        <w:rPr>
          <w:b/>
        </w:rPr>
        <w:t xml:space="preserve">[14:01] </w:t>
      </w:r>
      <w:r>
        <w:t>yeh sab basa hua hai. yani birth based salvation basa hua hai unke mind mein, jab ke Islam mein hai merit based salvation.</w:t>
      </w:r>
    </w:p>
    <w:p>
      <w:pPr>
        <w:jc w:val="right"/>
      </w:pPr>
      <w:r>
        <w:t>یہیسببساہواہے۔ یعنی برتھ بیسڈ سال ویشنبساہواہےانکے مائنڈمیں، جب کہاسلام میںہے میرٹ بیسڈ سال ویشن۔</w:t>
      </w:r>
    </w:p>
    <w:p>
      <w:r>
        <w:rPr>
          <w:b/>
        </w:rPr>
        <w:t xml:space="preserve">[14:14] </w:t>
      </w:r>
      <w:r>
        <w:t>is se kiya hota hai? dekhiye, is se bohat bari burai aati hai.</w:t>
      </w:r>
    </w:p>
    <w:p>
      <w:pPr>
        <w:jc w:val="right"/>
      </w:pPr>
      <w:r>
        <w:t>اسسےکیاہوتاہے؟دیکھیے، اسسے بہت بڑی برائیآتیہے۔</w:t>
      </w:r>
    </w:p>
    <w:p>
      <w:r>
        <w:rPr>
          <w:b/>
        </w:rPr>
        <w:t xml:space="preserve">[14:23] </w:t>
      </w:r>
      <w:r>
        <w:t>sab kuch demolish ho jata hai. yaad rakhiye, poora effort inka demolish ho jata hai. kyun? is se aap ke andar aata hai false conviction.</w:t>
      </w:r>
    </w:p>
    <w:p>
      <w:pPr>
        <w:jc w:val="right"/>
      </w:pPr>
      <w:r>
        <w:t>سب کچھ ڈیمولشہوجاتاہے۔یادرکھیے، پوراایریفشدینکاڈیمولشہوجاتاہے۔ کیوں ؟اسسےآپ کےاندرآتاہے فالسکنوک شن۔</w:t>
      </w:r>
    </w:p>
    <w:p>
      <w:r>
        <w:rPr>
          <w:b/>
        </w:rPr>
        <w:t xml:space="preserve">[14:35] </w:t>
      </w:r>
      <w:r>
        <w:t>false convictions require koi cheez naheen. yaad rakhiye,</w:t>
      </w:r>
    </w:p>
    <w:p>
      <w:pPr>
        <w:jc w:val="right"/>
      </w:pPr>
      <w:r>
        <w:t>فالسکنوکشنزب ریکوئیچیزنہیں۔یادرکھیے،</w:t>
      </w:r>
    </w:p>
    <w:p>
      <w:r>
        <w:rPr>
          <w:b/>
        </w:rPr>
        <w:t xml:space="preserve">[14:40] </w:t>
      </w:r>
      <w:r>
        <w:t>false conviction yani yeh saari hi buraiyon ki jar hai. false conviction, jhoota yaqeen, farzi aitmad.</w:t>
      </w:r>
    </w:p>
    <w:p>
      <w:pPr>
        <w:jc w:val="right"/>
      </w:pPr>
      <w:r>
        <w:t>فالسکنوک شن یعنییہ ساریہیبرائیوںکیجڑہے۔فالسکنوکشن، جھوٹا یقین،فرضی اعتماد۔</w:t>
      </w:r>
    </w:p>
    <w:p>
      <w:r>
        <w:rPr>
          <w:b/>
        </w:rPr>
        <w:t xml:space="preserve">[14:52] </w:t>
      </w:r>
      <w:r>
        <w:t>is mein saare Musalman mubtala hain. one to all, without any exception. yeh nateeja hai Quran ko chhodne ka.</w:t>
      </w:r>
    </w:p>
    <w:p>
      <w:pPr>
        <w:jc w:val="right"/>
      </w:pPr>
      <w:r>
        <w:t>اسیمیں سارے مس لمانمبتلاہیں۔ ون ٹوال ،وداآؤٹاینیایکسیپشن۔ یہ نتیجہہے قرآنکوچھوڑنےکا ۔</w:t>
      </w:r>
    </w:p>
    <w:p>
      <w:r>
        <w:rPr>
          <w:b/>
        </w:rPr>
        <w:t xml:space="preserve">[15:03] </w:t>
      </w:r>
      <w:r>
        <w:t>Quran ko chhodne ka</w:t>
      </w:r>
    </w:p>
    <w:p>
      <w:pPr>
        <w:jc w:val="right"/>
      </w:pPr>
      <w:r>
        <w:t>قرآنکوچھوڑنےکا</w:t>
      </w:r>
    </w:p>
    <w:p>
      <w:r>
        <w:rPr>
          <w:b/>
        </w:rPr>
        <w:t xml:space="preserve">[15:05] </w:t>
      </w:r>
      <w:r>
        <w:t>. yeh jar hi kat jati hai amal ki. amal ki jar kat jati hai.</w:t>
      </w:r>
    </w:p>
    <w:p>
      <w:pPr>
        <w:jc w:val="right"/>
      </w:pPr>
      <w:r>
        <w:t>۔یہ جڑہیکٹجاتیہےعمل کی۔ عملکیجڑکٹجاتیہے۔</w:t>
      </w:r>
    </w:p>
    <w:p>
      <w:r>
        <w:rPr>
          <w:b/>
        </w:rPr>
        <w:t xml:space="preserve">[15:13] </w:t>
      </w:r>
      <w:r>
        <w:t>isi tarah aap dekhiye, imaan ko lijiye. Hadees mein aata hai ke man qala la ilaha illallah dakhala al jannah. Jis ne kaha ke Allah ke siwa koi maabood nahi, to woh jannat mein jayega.</w:t>
      </w:r>
    </w:p>
    <w:p>
      <w:pPr>
        <w:jc w:val="right"/>
      </w:pPr>
      <w:r>
        <w:t>اسیطرحآپدیکھیے، ایمانکولیجئے۔ حدیث میںآتاہےکہ من قال لا الہالا اللہ دخل الج نہ ۔جس نے کہا کہ اللہ کےسواکوئیمعبودنہیں،تووہ جنتمیںجائےگا۔</w:t>
      </w:r>
    </w:p>
    <w:p>
      <w:r>
        <w:rPr>
          <w:b/>
        </w:rPr>
        <w:t xml:space="preserve">[15:33] </w:t>
      </w:r>
      <w:r>
        <w:t>ab is ko le kar kya bana liya gaya hai?</w:t>
      </w:r>
    </w:p>
    <w:p>
      <w:pPr>
        <w:jc w:val="right"/>
      </w:pPr>
      <w:r>
        <w:t>اباسکولےکرکیابنالیاگیاہے؟</w:t>
      </w:r>
    </w:p>
    <w:p>
      <w:r>
        <w:rPr>
          <w:b/>
        </w:rPr>
        <w:t xml:space="preserve">[15:36] </w:t>
      </w:r>
      <w:r>
        <w:t>ek farz chal pada hai, kalma go ke liye jannat hai. Yani qail e kalma ke liye jannat. Lekin aap aur hadeeson ko le kar dekhiye, kyunke ek aur hadees hai man araf Allah illallah dakhala al jannah.</w:t>
      </w:r>
    </w:p>
    <w:p>
      <w:pPr>
        <w:jc w:val="right"/>
      </w:pPr>
      <w:r>
        <w:t>ایک فریز چلپڑاہے،کلمہ گوکےلیے جنتہے۔ یعنی قائل کلمہکےلیےجنت۔ لیکن آپ اور حدیثوںکولےکردیکھیے، کیونکہایکاورحدیثہے من عرف اللہ الا اللہ دخل الجنہ ۔</w:t>
      </w:r>
    </w:p>
    <w:p>
      <w:r>
        <w:rPr>
          <w:b/>
        </w:rPr>
        <w:t xml:space="preserve">[15:55] </w:t>
      </w:r>
      <w:r>
        <w:t>jis ne realize kar liya ke ek Allah ke siwa koi aur Allah nahi, to aap wahan dekhiye, maarifat ka lafz hai.</w:t>
      </w:r>
    </w:p>
    <w:p>
      <w:pPr>
        <w:jc w:val="right"/>
      </w:pPr>
      <w:r>
        <w:t>جسنے ریلائزکرلیاکہ ایکاللہ کےسواکوئیاوراللہنہیں، تو آپوہاںدیکھیے،معرفتکالفظہے۔</w:t>
      </w:r>
    </w:p>
    <w:p>
      <w:r>
        <w:rPr>
          <w:b/>
        </w:rPr>
        <w:t xml:space="preserve">[16:03] </w:t>
      </w:r>
      <w:r>
        <w:t>to is dono ko mila kar parhein to kya niklega? Arif e kalma ke liye jannat hai, na ke qail e kalma ke liye jannat. Yeh hai deviation.</w:t>
      </w:r>
    </w:p>
    <w:p>
      <w:pPr>
        <w:jc w:val="right"/>
      </w:pPr>
      <w:r>
        <w:t>تواسدونوںکوملاکرپڑھیںتوکیانکلےگا؟ عارف کلمہکےلیےجنتہے، نہ کہ قائلکلمہکےلیےجنت۔ یہہےڈیویایشن۔</w:t>
      </w:r>
    </w:p>
    <w:p>
      <w:r>
        <w:rPr>
          <w:b/>
        </w:rPr>
        <w:t xml:space="preserve">[16:16] </w:t>
      </w:r>
      <w:r>
        <w:t>hadeeson ke bare mein aap jante hain ke hadeeson ka mamla kya hai ke Rasool Allah sal Allah aleh wasallam ki sab guftagoo'ein hain. Woh to kai Sahaba baithe hue hain, aap kuch farma rahe hain, har ek ne suna.</w:t>
      </w:r>
    </w:p>
    <w:p>
      <w:pPr>
        <w:jc w:val="right"/>
      </w:pPr>
      <w:r>
        <w:t>حدیثوںکےبارےمیںآپجانتےہیںکہحدیثوںکامعاملہکیاہے کہرسولاللہصلیاللہعلیہوسلمکیسبگفتگوئیںہیں۔وہ تو کئی صحابہبیٹھےہوئے ہیں،آپکچھفرمارہےہیں، ہرایکنےسنا۔</w:t>
      </w:r>
    </w:p>
    <w:p>
      <w:r>
        <w:rPr>
          <w:b/>
        </w:rPr>
        <w:t xml:space="preserve">[16:29] </w:t>
      </w:r>
      <w:r>
        <w:t>to is zamane mein qalam o kaghaz to hota nahi tha.</w:t>
      </w:r>
    </w:p>
    <w:p>
      <w:pPr>
        <w:jc w:val="right"/>
      </w:pPr>
      <w:r>
        <w:t>تواسزمان ےمیںقلمکاغذتوہوتانہیںتھا۔</w:t>
      </w:r>
    </w:p>
    <w:p>
      <w:r>
        <w:rPr>
          <w:b/>
        </w:rPr>
        <w:t xml:space="preserve">[16:33] </w:t>
      </w:r>
      <w:r>
        <w:t>logon ne apni memorium mein yaad rakha. Ab is ko log bayan karte hain. Yahi hain rawi awwal. Hamari hadeeson ke rawi awwal jo hain, woh Sahaba hote hain.</w:t>
      </w:r>
    </w:p>
    <w:p>
      <w:pPr>
        <w:jc w:val="right"/>
      </w:pPr>
      <w:r>
        <w:t>لوگوںنےاپنی میموریمیں یادرکھا۔ اباسکو لوگ بیانکرتے ہیں۔یہیہیں راویاول ۔ہماریحدیثوںکےراویاول جوہیں،وہ صحابہہوتےہیں۔</w:t>
      </w:r>
    </w:p>
    <w:p>
      <w:r>
        <w:rPr>
          <w:b/>
        </w:rPr>
        <w:t xml:space="preserve">[16:44] </w:t>
      </w:r>
      <w:r>
        <w:t>ab alfaz mein kuch kuch farq ho jata hai. Alfaz mein kuch kuch farq ho jata hai. To ek Sahabi ne kaha ke aap ne farmaya ke man qala la ilaha illallah dakhala al jannah.</w:t>
      </w:r>
    </w:p>
    <w:p>
      <w:pPr>
        <w:jc w:val="right"/>
      </w:pPr>
      <w:r>
        <w:t>اب الفاظمیںکچھکچھفرقہوجاتاہے۔ الفاظمیںکچھکچھفرقہوجاتاہے۔ تو ایک صحابی نےکہا کہ آپنےفرمایاکہ من قال لاالہالااللہ دخلالجنہ۔</w:t>
      </w:r>
    </w:p>
    <w:p>
      <w:r>
        <w:rPr>
          <w:b/>
        </w:rPr>
        <w:t xml:space="preserve">[16:56] </w:t>
      </w:r>
      <w:r>
        <w:t>do Sahaba ne kaha ke aap ne farmaya ke man araf la ilaha illallah dakhala al jannah.</w:t>
      </w:r>
    </w:p>
    <w:p>
      <w:pPr>
        <w:jc w:val="right"/>
      </w:pPr>
      <w:r>
        <w:t>دو صحابہنےکہاکہآپنےفرمایاکہ من عرف لا الہالااللہدخل الجنہ۔</w:t>
      </w:r>
    </w:p>
    <w:p>
      <w:r>
        <w:rPr>
          <w:b/>
        </w:rPr>
        <w:t xml:space="preserve">[17:02] </w:t>
      </w:r>
      <w:r>
        <w:t>ab dono ko milana padega aap ko. Audience mein kai log agar the, woh thode se difference ke sath bata rahe hain aap ko baat.</w:t>
      </w:r>
    </w:p>
    <w:p>
      <w:pPr>
        <w:jc w:val="right"/>
      </w:pPr>
      <w:r>
        <w:t>ابدونوںکوملاناپڑےگاآپکو ۔ اڈینسمیںکئیلوگ اگر تھے، وہ تھوڑےسے ڈیفرنسکےساتھبتارہےہیںآپکوباتیں۔</w:t>
      </w:r>
    </w:p>
    <w:p>
      <w:r>
        <w:rPr>
          <w:b/>
        </w:rPr>
        <w:t xml:space="preserve">[17:13] </w:t>
      </w:r>
      <w:r>
        <w:t>kuch literal difference. To aap ko dono ko milake padhna, samajhna padega. To kya niklega? Ke jannat arif e kalma ke liye hai, qail e kalma ke liye nahi hai.</w:t>
      </w:r>
    </w:p>
    <w:p>
      <w:pPr>
        <w:jc w:val="right"/>
      </w:pPr>
      <w:r>
        <w:t>کچھ لٹرلڈیفرنس۔توآپکودونوںکوملاکےپڑھنا،سمجھناپڑےگا۔ تو کیا نکلےگا ؟کہ جن ت عارف کلمہکےلیےہے، قائلکلمہکےلیےنہیںہے۔</w:t>
      </w:r>
    </w:p>
    <w:p>
      <w:r>
        <w:rPr>
          <w:b/>
        </w:rPr>
        <w:t xml:space="preserve">[17:28] </w:t>
      </w:r>
      <w:r>
        <w:t>ab is ko aap tile kijiye Quran Majeed se.</w:t>
      </w:r>
    </w:p>
    <w:p>
      <w:pPr>
        <w:jc w:val="right"/>
      </w:pPr>
      <w:r>
        <w:t>اباسکوآپ ٹیلیکیجیےقرآنمجیدسے۔</w:t>
      </w:r>
    </w:p>
    <w:p>
      <w:r>
        <w:rPr>
          <w:b/>
        </w:rPr>
        <w:t xml:space="preserve">[17:32] </w:t>
      </w:r>
      <w:r>
        <w:t>Wad-d-samu ke jo para hai, satwan para, is mein aap padhiye. Is mein bhi qaul ka lafz hai fas abhum Allah bima qalu jannatun tajri min tahtihal anhar. Yani Allah ne unhein badal diya jannat ka in qaul ke badle.</w:t>
      </w:r>
    </w:p>
    <w:p>
      <w:pPr>
        <w:jc w:val="right"/>
      </w:pPr>
      <w:r>
        <w:t>وید السمو کےجو پارہہے، ساتواںپارہ، اسمیںآپپڑھیے۔ اسمیںبھی ق ولکالفظہے فاص ابہم اللہ بماقالوا جن ات تج ری منتحت النار ۔یعنیاللہ نےانہیں بد لہدیا جنتکا انقولکےبدلے۔</w:t>
      </w:r>
    </w:p>
    <w:p>
      <w:r>
        <w:rPr>
          <w:b/>
        </w:rPr>
        <w:t xml:space="preserve">[17:50] </w:t>
      </w:r>
      <w:r>
        <w:t>adlan, Allah ne unhein jannat di unke qaul ke badle.</w:t>
      </w:r>
    </w:p>
    <w:p>
      <w:pPr>
        <w:jc w:val="right"/>
      </w:pPr>
      <w:r>
        <w:t>عدلا، اللہ نے انہیں جن ت دیانکے قولکےبدلے۔</w:t>
      </w:r>
    </w:p>
    <w:p>
      <w:r>
        <w:rPr>
          <w:b/>
        </w:rPr>
        <w:t xml:space="preserve">[17:59] </w:t>
      </w:r>
      <w:r>
        <w:t>Allah ne unhein jannat di unke qaul ke badle. Lekin isi hai, isi ayat mein, isi ayat mein aur poori ayat ko lijiye aap to kya niklega?</w:t>
      </w:r>
    </w:p>
    <w:p>
      <w:pPr>
        <w:jc w:val="right"/>
      </w:pPr>
      <w:r>
        <w:t>اللہ نےانہیں جنتدیانکےقولکےبد لے۔ لیکن اسی ہے،اسیآیتمیں، اسیآیتمیں اور پوریآیتکولیجئےآپتو کیانکلےگا؟</w:t>
      </w:r>
    </w:p>
    <w:p>
      <w:r>
        <w:rPr>
          <w:b/>
        </w:rPr>
        <w:t xml:space="preserve">[18:13] </w:t>
      </w:r>
      <w:r>
        <w:t>mamma arafu min al haqq. Is mein hai, is mein mamma arafu min al haqq. Yani inko maarifat hui, phir qaul nikla, phir aansu se aankhon par pade, phir seene mein salam amra.</w:t>
      </w:r>
    </w:p>
    <w:p>
      <w:pPr>
        <w:jc w:val="right"/>
      </w:pPr>
      <w:r>
        <w:t>م ماعرفوامن الحق۔ اسیمیںہے،اسیمیں مماعرفوامنالحق۔ یعنی انکو معرفت ہوئی، پھر قولنکلا، پھرآنسوسےآنکھوںپرپڑے،پھرسینےمیںسلامامرا۔</w:t>
      </w:r>
    </w:p>
    <w:p>
      <w:r>
        <w:rPr>
          <w:b/>
        </w:rPr>
        <w:t xml:space="preserve">[18:27] </w:t>
      </w:r>
      <w:r>
        <w:t>isi ayat, ek hi ayat mein sab kuch hai. To hadees mein do jagah tha, do Sahabi ki zuban se milakar ke, do Sahabi ki zuban se jo hamein baatein mili, usko milakar ke poori baat hamein mili.</w:t>
      </w:r>
    </w:p>
    <w:p>
      <w:pPr>
        <w:jc w:val="right"/>
      </w:pPr>
      <w:r>
        <w:t>اسیآیت،ایکہیآیتمیںسبکچھہے۔ تو حدیثمیںدوجگہتھا، دو صحابیکیزبان سے ملاکرکے، دو صحابیکیزبانسےجوہمیںباتیںملیں،اسکوملاکرکے پوریباتہمیں ملی ۔</w:t>
      </w:r>
    </w:p>
    <w:p>
      <w:r>
        <w:rPr>
          <w:b/>
        </w:rPr>
        <w:t xml:space="preserve">[18:42] </w:t>
      </w:r>
      <w:r>
        <w:t>Quran ki ek hi ayat mein sab kuch maujood hai. Wahan ke Quran ke is hisse mein jo maine arz kiya Wad-d-samu ma 'inda ar rasool tarhamu ma 'araf min al haqq.</w:t>
      </w:r>
    </w:p>
    <w:p>
      <w:pPr>
        <w:jc w:val="right"/>
      </w:pPr>
      <w:r>
        <w:t>قرآنکیایکہیآیتمیںسبکچھموجود ہے۔وہاں کہ قرآنکے اس حصےمیںجو میںنےعرضکیا وید السمو ماعند الرسول ترح مد م م ماعرفوامن الحق ۔</w:t>
      </w:r>
    </w:p>
    <w:p>
      <w:r>
        <w:rPr>
          <w:b/>
        </w:rPr>
        <w:t xml:space="preserve">[18:58] </w:t>
      </w:r>
      <w:r>
        <w:t>is poori ayat ko padhiye aap. Is mein kya hai? Ek group Rasool Allah ke pas aaya. Yeh paidaishi taur par Christian log the.</w:t>
      </w:r>
    </w:p>
    <w:p>
      <w:pPr>
        <w:jc w:val="right"/>
      </w:pPr>
      <w:r>
        <w:t>اس پوریآیتکوپڑھیےآپ۔ اسمیںکیاہے؟ ایک گرو ہ رسولاللہکےپاسآیا۔ یہ پید ائشیطورپر کرسچنلوگ تھے۔</w:t>
      </w:r>
    </w:p>
    <w:p>
      <w:r>
        <w:rPr>
          <w:b/>
        </w:rPr>
        <w:t xml:space="preserve">[19:12] </w:t>
      </w:r>
      <w:r>
        <w:t>to is ne janna chaha ke aap ka paigham kya hai. Aap ne Quran ki ayatein sunai'n. Woh log Arabi zuban samajhte the.</w:t>
      </w:r>
    </w:p>
    <w:p>
      <w:pPr>
        <w:jc w:val="right"/>
      </w:pPr>
      <w:r>
        <w:t>تو اسنے جانناچاہاکہآپکا پیغامکیاہے۔ آپ نے قرآنکیآیتیںسنائیں۔ وہلوگعربیزبان سمجھتےتھے۔</w:t>
      </w:r>
    </w:p>
    <w:p>
      <w:r>
        <w:rPr>
          <w:b/>
        </w:rPr>
        <w:t xml:space="preserve">[19:23] </w:t>
      </w:r>
      <w:r>
        <w:t>to Quran batata hai ke unki aankhon se aansu beh pade.</w:t>
      </w:r>
    </w:p>
    <w:p>
      <w:pPr>
        <w:jc w:val="right"/>
      </w:pPr>
      <w:r>
        <w:t>تو قرآنبتاتاہےکہ انکیآنکھوںسےآنسوبہہپڑے۔</w:t>
      </w:r>
    </w:p>
    <w:p>
      <w:r>
        <w:rPr>
          <w:b/>
        </w:rPr>
        <w:t xml:space="preserve">[19:27] </w:t>
      </w:r>
      <w:r>
        <w:t>tafrih min ad dam. Kyun? Inko maarifat ho gayi. Inko realization ho gaya. Phir unhone kaha ke Khuda ya!</w:t>
      </w:r>
    </w:p>
    <w:p>
      <w:pPr>
        <w:jc w:val="right"/>
      </w:pPr>
      <w:r>
        <w:t>تفریض من الدم۔ کیوں ؟ انکو معرفتہوگئی۔ انکو ر یلائزیشنہوگیا۔ پھرانہوںنےکہاکہخدایا!</w:t>
      </w:r>
    </w:p>
    <w:p>
      <w:r>
        <w:rPr>
          <w:b/>
        </w:rPr>
        <w:t xml:space="preserve">[19:39] </w:t>
      </w:r>
      <w:r>
        <w:t>hum ne maan liya</w:t>
      </w:r>
    </w:p>
    <w:p>
      <w:pPr>
        <w:jc w:val="right"/>
      </w:pPr>
      <w:r>
        <w:t>ہمنے مان لیا</w:t>
      </w:r>
    </w:p>
    <w:p>
      <w:r>
        <w:rPr>
          <w:b/>
        </w:rPr>
        <w:t xml:space="preserve">[19:43] </w:t>
      </w:r>
      <w:r>
        <w:t>tere Rasool ki baat ko. Hum tere upar imaan laye waghera.</w:t>
      </w:r>
    </w:p>
    <w:p>
      <w:pPr>
        <w:jc w:val="right"/>
      </w:pPr>
      <w:r>
        <w:t>تیرےرسولکیباتکو۔ ہم تیرےاوپر ایمانلائے وغیرہ۔</w:t>
      </w:r>
    </w:p>
    <w:p>
      <w:r>
        <w:rPr>
          <w:b/>
        </w:rPr>
        <w:t xml:space="preserve">[19:52] </w:t>
      </w:r>
      <w:r>
        <w:t>to phir aata hai ke inke liye jannat likh di gayi.</w:t>
      </w:r>
    </w:p>
    <w:p>
      <w:pPr>
        <w:jc w:val="right"/>
      </w:pPr>
      <w:r>
        <w:t>توپھرآتاہےکہ انکےلیےجنتلکھدیگئی۔</w:t>
      </w:r>
    </w:p>
    <w:p>
      <w:r>
        <w:rPr>
          <w:b/>
        </w:rPr>
        <w:t xml:space="preserve">[19:57] </w:t>
      </w:r>
      <w:r>
        <w:t>to ek process hai jis se jannat tak pohanche. woh jab aap yeh manen ke kalma go ke liye jannat hai, is maani ke process ko aap ne kaat diya. imaan aur jannat tak pohanchna yeh sab ek process hai.</w:t>
      </w:r>
    </w:p>
    <w:p>
      <w:pPr>
        <w:jc w:val="right"/>
      </w:pPr>
      <w:r>
        <w:t>توایکپروسیسہے جسسےجنتتکپہنچے۔وہ جبآپ یہمانیںکہ کلمہ گوکےلیےجنتہے،اسمعنیکےپروسیسکوآپنےکاٹدیا۔ ایمان اور جنتتکپہنچنایہسبایکپروسیسہے۔</w:t>
      </w:r>
    </w:p>
    <w:p>
      <w:r>
        <w:rPr>
          <w:b/>
        </w:rPr>
        <w:t xml:space="preserve">[20:14] </w:t>
      </w:r>
      <w:r>
        <w:t>process, process, culmination hai jannat. ek process hai, is ka culmination hai paradise. woh process kya hai?</w:t>
      </w:r>
    </w:p>
    <w:p>
      <w:pPr>
        <w:jc w:val="right"/>
      </w:pPr>
      <w:r>
        <w:t>پروسیس، پروسیس،کلمنیشنہےجنت ۔ ایک پروسیسہے،اسکاکلمنیشنہے پیراڈائز۔ وہپروسیسکیاہے؟</w:t>
      </w:r>
    </w:p>
    <w:p>
      <w:r>
        <w:rPr>
          <w:b/>
        </w:rPr>
        <w:t xml:space="preserve">[20:24] </w:t>
      </w:r>
      <w:r>
        <w:t>sab se pehle aap seekh ban</w:t>
      </w:r>
    </w:p>
    <w:p>
      <w:pPr>
        <w:jc w:val="right"/>
      </w:pPr>
      <w:r>
        <w:t>سبسےپہلے آپ سیکربن</w:t>
      </w:r>
    </w:p>
    <w:p>
      <w:r>
        <w:rPr>
          <w:b/>
        </w:rPr>
        <w:t xml:space="preserve">[20:26] </w:t>
      </w:r>
      <w:r>
        <w:t>te hain. jaise woh log jo the, woh ghaleban najran ke the. woh aaye janne ke liye madine hain. is maani woh seekh te. woh onton pe baith kar wohan aaye madine jan ne ke liye. to yeh seekh woh hue. woh to sab se pehle woh seekh te.</w:t>
      </w:r>
    </w:p>
    <w:p>
      <w:pPr>
        <w:jc w:val="right"/>
      </w:pPr>
      <w:r>
        <w:t>تےہیں۔ جیسےوہلوگجو تھے، وہغالباًنجرانکےتھے۔ وہ آئے جاننےکےلیے مدینہہیں۔ اسمعنیوہسیکرتھے۔وہ اونٹوںپربیٹھکروہاںآئےمدینہ جان نےکےلیے۔تویہ سیکرتوہوئے۔وہ توسبسےپہلے وہسیکرتھے۔</w:t>
      </w:r>
    </w:p>
    <w:p>
      <w:r>
        <w:rPr>
          <w:b/>
        </w:rPr>
        <w:t xml:space="preserve">[20:45] </w:t>
      </w:r>
      <w:r>
        <w:t>phir unhon ne open mind ke saath suna ke kya paigham hai aap ka? kya message hai aap ka? phir kya hua?</w:t>
      </w:r>
    </w:p>
    <w:p>
      <w:pPr>
        <w:jc w:val="right"/>
      </w:pPr>
      <w:r>
        <w:t>پھر انہوںنے اوپنمائنڈکےساتھسنا کہکیا پیغامہےآپکا؟کیا میسجہےآپکا ؟ پھرکیا ہوا؟</w:t>
      </w:r>
    </w:p>
    <w:p>
      <w:r>
        <w:rPr>
          <w:b/>
        </w:rPr>
        <w:t xml:space="preserve">[20:55] </w:t>
      </w:r>
      <w:r>
        <w:t>ke woh sun te hi baatein dil mein un ke utar gayeen. aur itni gehrai ke saath utri ke un ki aankhon mein aansu nikal aaye.</w:t>
      </w:r>
    </w:p>
    <w:p>
      <w:pPr>
        <w:jc w:val="right"/>
      </w:pPr>
      <w:r>
        <w:t>کہ وہ سن تےہیباتیںدلمیںانکواترگئیں۔ اوراتنیگہرائیکےساتھ اتری کہ انکیآنکھوںمیںآنسونکلآئے۔</w:t>
      </w:r>
    </w:p>
    <w:p>
      <w:r>
        <w:rPr>
          <w:b/>
        </w:rPr>
        <w:t xml:space="preserve">[21:06] </w:t>
      </w:r>
      <w:r>
        <w:t>phir woh keh pade ke khuda ya! hum ne, hum gawahi dete hain ke yeh sachai hai. to khuda ne ailaan kar diya ke tumhare liye jannat hai. to that was the process.</w:t>
      </w:r>
    </w:p>
    <w:p>
      <w:pPr>
        <w:jc w:val="right"/>
      </w:pPr>
      <w:r>
        <w:t>پھر وہکہہپڑےکہخدایا!ہمنے ،ہمگواہیدیتےہیںکہیہسچائیہے۔ توخدانےاعلانکردیا کہتمہارےلیےجنتہے۔ تو دیٹوازداپروسیس۔</w:t>
      </w:r>
    </w:p>
    <w:p>
      <w:r>
        <w:rPr>
          <w:b/>
        </w:rPr>
        <w:t xml:space="preserve">[21:19] </w:t>
      </w:r>
      <w:r>
        <w:t>imaan is the process. and jannat is culmination.</w:t>
      </w:r>
    </w:p>
    <w:p>
      <w:pPr>
        <w:jc w:val="right"/>
      </w:pPr>
      <w:r>
        <w:t>ایمانازداپروسیس۔ اینڈجنتازکل منیشن۔</w:t>
      </w:r>
    </w:p>
    <w:p>
      <w:r>
        <w:rPr>
          <w:b/>
        </w:rPr>
        <w:t xml:space="preserve">[21:26] </w:t>
      </w:r>
      <w:r>
        <w:t>to kya maan li logon ne khud se ke bas munh se kalma bol do, jannat mein pahunch jao? yeh khula hua, yaani yeh yeh apna banaya hua Islam hai.</w:t>
      </w:r>
    </w:p>
    <w:p>
      <w:pPr>
        <w:jc w:val="right"/>
      </w:pPr>
      <w:r>
        <w:t>توکیا مانلیالوگوںنے خود سے کہبس منہسے کلمہبول دو،جنتمیںپہنچجاؤ؟ یہ کھلا ہوا ،یعنی یہیہ اپنا بنایاہوا اسلام ہے۔</w:t>
      </w:r>
    </w:p>
    <w:p>
      <w:r>
        <w:rPr>
          <w:b/>
        </w:rPr>
        <w:t xml:space="preserve">[21:39] </w:t>
      </w:r>
      <w:r>
        <w:t>yeh us khuda aur rasool wala Islam nahi hai.</w:t>
      </w:r>
    </w:p>
    <w:p>
      <w:pPr>
        <w:jc w:val="right"/>
      </w:pPr>
      <w:r>
        <w:t>یہاسخدااوررسولوالااسلام نہیںہے۔</w:t>
      </w:r>
    </w:p>
    <w:p>
      <w:r>
        <w:rPr>
          <w:b/>
        </w:rPr>
        <w:t xml:space="preserve">[21:45] </w:t>
      </w:r>
      <w:r>
        <w:t>aise hi aap dekhiye, namaz ko lijiye, ibaadat ko lijiye. ibaadat mein kya hua? is spirit ko form se detach kar diya gaya hai.</w:t>
      </w:r>
    </w:p>
    <w:p>
      <w:pPr>
        <w:jc w:val="right"/>
      </w:pPr>
      <w:r>
        <w:t>ایسےہیآپدیکھیے،نمازکولیجئے،عبادت کولیجئے۔ عبادتمیںکیاہوا؟ اسپرٹکو فارمسےڈیٹیچکردیاگیاہے۔</w:t>
      </w:r>
    </w:p>
    <w:p>
      <w:r>
        <w:rPr>
          <w:b/>
        </w:rPr>
        <w:t xml:space="preserve">[21:54] </w:t>
      </w:r>
      <w:r>
        <w:t>jahan bhejaaye, musalmanon mein jo haal dekhi, bas ek form hai, ek set spiritual hai. is ko dohrane ka naam namaz samajhte hain log.</w:t>
      </w:r>
    </w:p>
    <w:p>
      <w:pPr>
        <w:jc w:val="right"/>
      </w:pPr>
      <w:r>
        <w:t>جہاںبھیجائے،مسلمانوںمیںجوحالدیکھی،بس ایک فار مہے، ایک سیٹاپریچولزہے۔ اسکو دہرانےکانامنمازسمجھتےہیںلوگ ۔</w:t>
      </w:r>
    </w:p>
    <w:p>
      <w:r>
        <w:rPr>
          <w:b/>
        </w:rPr>
        <w:t xml:space="preserve">[22:05] </w:t>
      </w:r>
      <w:r>
        <w:t>spirit ghayab hai.</w:t>
      </w:r>
    </w:p>
    <w:p>
      <w:pPr>
        <w:jc w:val="right"/>
      </w:pPr>
      <w:r>
        <w:t>اسپرٹغائبہے۔</w:t>
      </w:r>
    </w:p>
    <w:p>
      <w:r>
        <w:rPr>
          <w:b/>
        </w:rPr>
        <w:t xml:space="preserve">[22:09] </w:t>
      </w:r>
      <w:r>
        <w:t>yeh ek bahut bada, yaani badlao laya gaya hai Islam ke andar ke ibaadat ko is ki spirit se alag kar ke le liya gaya hai.</w:t>
      </w:r>
    </w:p>
    <w:p>
      <w:pPr>
        <w:jc w:val="right"/>
      </w:pPr>
      <w:r>
        <w:t>یہایک بہت بڑا، یعنی بد لاؤ لایاگیاہے اسلام کےاندر کہ عبادتکو اسکی اسپرٹسےالگکرکےلےلیاگیاہے۔</w:t>
      </w:r>
    </w:p>
    <w:p>
      <w:r>
        <w:rPr>
          <w:b/>
        </w:rPr>
        <w:t xml:space="preserve">[22:19] </w:t>
      </w:r>
      <w:r>
        <w:t>to woh set spiritual ban kar ke aur samajhte hain ke is se humein, hum are, humein sab kuch mil jayega. haalanke aap dekhiye, main manta hoon ke ibaadat ka, yeh namaz ka ek form hai.</w:t>
      </w:r>
    </w:p>
    <w:p>
      <w:pPr>
        <w:jc w:val="right"/>
      </w:pPr>
      <w:r>
        <w:t>تو وہ سیٹاپریچولبنکرکےاورسمجھتےہیںکہاسیسے ہمیں ،ہم اری،ہمیںسبکچھملجائےگا۔ حالانکہآپدیکھیے، میں مانتاہوںکہ عبادت کا،یہنمازکاایکفارمہے۔</w:t>
      </w:r>
    </w:p>
    <w:p>
      <w:r>
        <w:rPr>
          <w:b/>
        </w:rPr>
        <w:t xml:space="preserve">[22:36] </w:t>
      </w:r>
      <w:r>
        <w:t>aap sab log jante hain ke ek form hai is ka, ek zahiri shakal hai is ki. lekin aap Quran o Hadees ko padhiye. Quran mein aata hai ke qad aflaha al mominun alladhina fi salati khashuun. to khushu' woh hai,</w:t>
      </w:r>
    </w:p>
    <w:p>
      <w:pPr>
        <w:jc w:val="right"/>
      </w:pPr>
      <w:r>
        <w:t>آپسبلوگجانتےہیںکہایکفارمہےاسکا ،ایک ظاہریشکلہےاسکی۔لیکن آپ قرآنوحدیثکوپڑھیے۔ قرآنمیںآتاہےکہ قدافلح المومنون الذینفی صراطخ اشعون ۔تو خشوعجوہے،</w:t>
      </w:r>
    </w:p>
    <w:p>
      <w:r>
        <w:rPr>
          <w:b/>
        </w:rPr>
        <w:t xml:space="preserve">[22:51] </w:t>
      </w:r>
      <w:r>
        <w:t>spirit hai namaz ki. khushu', spirit hai namaz ki. khushu' ke maani kya hain</w:t>
      </w:r>
    </w:p>
    <w:p>
      <w:pPr>
        <w:jc w:val="right"/>
      </w:pPr>
      <w:r>
        <w:t>اسپرٹہے نمازکی۔ خشوع، اسپرٹہےنمازکی۔خشوعکےمعنیکیاہیں</w:t>
      </w:r>
    </w:p>
    <w:p>
      <w:r>
        <w:rPr>
          <w:b/>
        </w:rPr>
        <w:t xml:space="preserve">[22:58] </w:t>
      </w:r>
      <w:r>
        <w:t>? dil mein utar aana, dil mein jhukao paida hona, dil se surrender ho jana, dil mein khuda ka khauf aana, dil mein khuda ki mohabbat aa jana.</w:t>
      </w:r>
    </w:p>
    <w:p>
      <w:pPr>
        <w:jc w:val="right"/>
      </w:pPr>
      <w:r>
        <w:t>؟ دل میں اترآنا ،دل میںجھکاؤپیداہونا، دلسے سرینڈرہوجانا، دلمیںخداکاخوف آنا،دلمیںخداکیمحبتآجانا۔</w:t>
      </w:r>
    </w:p>
    <w:p>
      <w:r>
        <w:rPr>
          <w:b/>
        </w:rPr>
        <w:t xml:space="preserve">[23:09] </w:t>
      </w:r>
      <w:r>
        <w:t>yeh sab khushu' mein shamil hai. to khushu' is the spirit of salat. khushu' woh hai, woh namaz ki spirit hai.</w:t>
      </w:r>
    </w:p>
    <w:p>
      <w:pPr>
        <w:jc w:val="right"/>
      </w:pPr>
      <w:r>
        <w:t>یہسبخشوعمیںشامل ہے۔ تو خشوعازدااسپرٹآفصلاۃ۔ خشوعجوہے،وہ نماز کی اسپرٹہے۔</w:t>
      </w:r>
    </w:p>
    <w:p>
      <w:r>
        <w:rPr>
          <w:b/>
        </w:rPr>
        <w:t xml:space="preserve">[23:19] </w:t>
      </w:r>
      <w:r>
        <w:t>ab spirit to khatam kar diya. ab ek khaas form hai, is ko dohra lo. bas namaz ho gayi.</w:t>
      </w:r>
    </w:p>
    <w:p>
      <w:pPr>
        <w:jc w:val="right"/>
      </w:pPr>
      <w:r>
        <w:t>اب اسپرٹتوختمکردیا۔ اب ایکخاص فارمہے،اسکودہرالو۔ بس نمازہوگئی۔</w:t>
      </w:r>
    </w:p>
    <w:p>
      <w:r>
        <w:rPr>
          <w:b/>
        </w:rPr>
        <w:t xml:space="preserve">[23:28] </w:t>
      </w:r>
      <w:r>
        <w:t>yeh khud saakht namaz hai. yeh Quran o Hadees wali namaz nahi hai. Hadees mein to aap dekhiye, aata hai la salata liman lam yukhshi' la salata liman lam yukhshi'.</w:t>
      </w:r>
    </w:p>
    <w:p>
      <w:pPr>
        <w:jc w:val="right"/>
      </w:pPr>
      <w:r>
        <w:t>یہ خود ساخت ہنمازہے۔ یہقرآنوحدیثوالینمازنہیںہے۔ حدیثمیںتوآپدیکھیے،آتاہے لا صلاۃ لم یمیتخشى لا صلاۃ لم یمیتخشى۔</w:t>
      </w:r>
    </w:p>
    <w:p>
      <w:r>
        <w:rPr>
          <w:b/>
        </w:rPr>
        <w:t xml:space="preserve">[23:43] </w:t>
      </w:r>
      <w:r>
        <w:t>jis ki namaz mein khushu' na ho, woh us ki namaz namaz nahi hai.</w:t>
      </w:r>
    </w:p>
    <w:p>
      <w:pPr>
        <w:jc w:val="right"/>
      </w:pPr>
      <w:r>
        <w:t>جسکی نمازمیںخشوعنہہو،وہاسکینمازنمازنہیں ہے۔</w:t>
      </w:r>
    </w:p>
    <w:p>
      <w:r>
        <w:rPr>
          <w:b/>
        </w:rPr>
        <w:t xml:space="preserve">[23:50] </w:t>
      </w:r>
      <w:r>
        <w:t>jis ki namaz mein khushu' na ho, us ki namaz namaz nahi hai.</w:t>
      </w:r>
    </w:p>
    <w:p>
      <w:pPr>
        <w:jc w:val="right"/>
      </w:pPr>
      <w:r>
        <w:t>جسکینمازمیںخشوعنہہو، اسکینمازنمازنہیںہے۔</w:t>
      </w:r>
    </w:p>
    <w:p>
      <w:r>
        <w:rPr>
          <w:b/>
        </w:rPr>
        <w:t xml:space="preserve">[23:55] </w:t>
      </w:r>
      <w:r>
        <w:t>ab bataiye ke khushu' se alag kar ke jo form hai, is ko samajh liya namaz. yeh hai Quran ko chhodna, yeh hai khuda ke deen ko chhodna.</w:t>
      </w:r>
    </w:p>
    <w:p>
      <w:pPr>
        <w:jc w:val="right"/>
      </w:pPr>
      <w:r>
        <w:t>اببتائیےکہخشوعسے الگکرکے جو فار م ہے، اسکو سمجھلیانماز ۔یہہے قرآنکوچھوڑنا ،یہ ہےخداکےدینکوچھوڑنا۔</w:t>
      </w:r>
    </w:p>
    <w:p>
      <w:r>
        <w:rPr>
          <w:b/>
        </w:rPr>
        <w:t xml:space="preserve">[24:09] </w:t>
      </w:r>
      <w:r>
        <w:t>to quran mein jo hai ke allah ta'ala ke rasool farmate hain ke an qaum taqzu hazir quran mahjoor. yeh farm</w:t>
      </w:r>
    </w:p>
    <w:p>
      <w:pPr>
        <w:jc w:val="right"/>
      </w:pPr>
      <w:r>
        <w:t>تو قرآنمیںجوہےکہ اللہ تعالیکےرسول فرماتےہیںکہان قوم تقضواحاضرقرآنمحجور ۔ یہفرم</w:t>
      </w:r>
    </w:p>
    <w:p>
      <w:r>
        <w:rPr>
          <w:b/>
        </w:rPr>
        <w:t xml:space="preserve">[24:17] </w:t>
      </w:r>
      <w:r>
        <w:t>ayenge, yaani aisa hone wala hai ke ek waqt aayega jab ke quran ko manne wale bhi quran ko chhori hui kitab bana denge.</w:t>
      </w:r>
    </w:p>
    <w:p>
      <w:pPr>
        <w:jc w:val="right"/>
      </w:pPr>
      <w:r>
        <w:t>ائیںگے،یعنیایساہونے والاہےکہ ایک وقتآئےگا جب کہ قرآنکو ماننےوالے بھی قرآنکو چھوڑی ہوئیکتاب بنادیںگے۔</w:t>
      </w:r>
    </w:p>
    <w:p>
      <w:r>
        <w:rPr>
          <w:b/>
        </w:rPr>
        <w:t xml:space="preserve">[24:28] </w:t>
      </w:r>
      <w:r>
        <w:t>an qaumi, qaumi ma'ni jo mante hain, jo imaan laye hue hain. yaani khud ahle imaan hi woh hain, wohi quran ko chhod yeh hui, abandoned book bana denge. abandoned book, chhori hui kitab.</w:t>
      </w:r>
    </w:p>
    <w:p>
      <w:pPr>
        <w:jc w:val="right"/>
      </w:pPr>
      <w:r>
        <w:t>ان قومی،قومی معنی جو مانتےہیں،جوایمانلائےہوئےہیں۔ یعنیخود اہلایمانجوہیں، وہیقرآنکو چھوڑیہوئی،ابینڈنٹبکبنادیںگے۔ابینڈنٹبک، چھوڑیہوئیکتاب ۔</w:t>
      </w:r>
    </w:p>
    <w:p>
      <w:r>
        <w:rPr>
          <w:b/>
        </w:rPr>
        <w:t xml:space="preserve">[24:43] </w:t>
      </w:r>
      <w:r>
        <w:t>yeh hi toh hai abandoned book.</w:t>
      </w:r>
    </w:p>
    <w:p>
      <w:pPr>
        <w:jc w:val="right"/>
      </w:pPr>
      <w:r>
        <w:t>یہیتوہےابینڈنٹبک۔</w:t>
      </w:r>
    </w:p>
    <w:p>
      <w:r>
        <w:rPr>
          <w:b/>
        </w:rPr>
        <w:t xml:space="preserve">[24:46] </w:t>
      </w:r>
      <w:r>
        <w:t>dekhen, islam mein koi cheez mysterious nahin hai. koi bhi mysterious explanation islam mein durust nahin hai. sab kuch scientific hai, sab kuch well-known hai.</w:t>
      </w:r>
    </w:p>
    <w:p>
      <w:pPr>
        <w:jc w:val="right"/>
      </w:pPr>
      <w:r>
        <w:t>دیکھیں،اسلام میں کوئیچیز مسٹرینہیںہے۔ کوئیبھی مسٹیریس ایکسپلینیشن اسلام میں درستنہیں ہے۔ سب کچھ سائنٹیفکہے، سب کچھ ویلنونہے۔</w:t>
      </w:r>
    </w:p>
    <w:p>
      <w:r>
        <w:rPr>
          <w:b/>
        </w:rPr>
        <w:t xml:space="preserve">[25:00] </w:t>
      </w:r>
      <w:r>
        <w:t>to yeh jo chhori hui kitab hai, yeh mysterious nahin hai.</w:t>
      </w:r>
    </w:p>
    <w:p>
      <w:pPr>
        <w:jc w:val="right"/>
      </w:pPr>
      <w:r>
        <w:t>تو یہجو چھوڑیہوئیکتاب ہے، یہمسٹیریسنہیںہے۔</w:t>
      </w:r>
    </w:p>
    <w:p>
      <w:r>
        <w:rPr>
          <w:b/>
        </w:rPr>
        <w:t xml:space="preserve">[25:04] </w:t>
      </w:r>
      <w:r>
        <w:t>iska matlab yeh hai ke quran ko bas isko chumna, isko khoobsurat gilaaf mein band karke rakhna, aur kahin koi jis ko koi chhode, koi toh kahein ke sab ne behurmati kiya, usse ladne lagna.</w:t>
      </w:r>
    </w:p>
    <w:p>
      <w:pPr>
        <w:jc w:val="right"/>
      </w:pPr>
      <w:r>
        <w:t>اسکامطلبیہیہے کہ قرآنکو بس اسکو چومنا، اسکو خوبصورت غلافمیںبندکرکےرکھنا، اور کہیںکوئی جس کو کوئیچھودے،کوئیتو کہیںکہسب بےحرمتیکیا،اسسےلڑنےلگنا۔</w:t>
      </w:r>
    </w:p>
    <w:p>
      <w:r>
        <w:rPr>
          <w:b/>
        </w:rPr>
        <w:t xml:space="preserve">[25:23] </w:t>
      </w:r>
      <w:r>
        <w:t>yeh chhodna hai, chhodna hai, chhodna hai.</w:t>
      </w:r>
    </w:p>
    <w:p>
      <w:pPr>
        <w:jc w:val="right"/>
      </w:pPr>
      <w:r>
        <w:t>یہ چھوڑناہے، چھوڑناہے،چھوڑناہے۔</w:t>
      </w:r>
    </w:p>
    <w:p>
      <w:r>
        <w:rPr>
          <w:b/>
        </w:rPr>
        <w:t xml:space="preserve">[25:28] </w:t>
      </w:r>
      <w:r>
        <w:t>ab main aapko ek aur baat yaad dilana chahta hoon. is tarah ke waqiyat bahut hote</w:t>
      </w:r>
    </w:p>
    <w:p>
      <w:pPr>
        <w:jc w:val="right"/>
      </w:pPr>
      <w:r>
        <w:t>ابمیںآپکوایکاورباتیاددلاناچاہتاہوں۔ اسطرح کےواقعاتبہت ہوت</w:t>
      </w:r>
    </w:p>
    <w:p>
      <w:r>
        <w:rPr>
          <w:b/>
        </w:rPr>
        <w:t xml:space="preserve">[25:33] </w:t>
      </w:r>
      <w:r>
        <w:t>rehte hain jo aaj hue hain ke atheism mein kal, kal hua hai. TV mein kal aa gaya tha, paper mein aa gaya hai.</w:t>
      </w:r>
    </w:p>
    <w:p>
      <w:pPr>
        <w:jc w:val="right"/>
      </w:pPr>
      <w:r>
        <w:t>ےرہتےہیں جوآجہوئے ہیں کہ ایتھنزمیں کل ،کل ہواہے۔ ٹیویمیںکلآگیاتھا، پیپرمیںآگیا ہے۔</w:t>
      </w:r>
    </w:p>
    <w:p>
      <w:r>
        <w:rPr>
          <w:b/>
        </w:rPr>
        <w:t xml:space="preserve">[25:42] </w:t>
      </w:r>
      <w:r>
        <w:t>to kal ismein to tha, urdu paper mein tha ke hazaron log sadak par nikal aaye aur unhone yahan tak kiya ke police ko pathrao kiya aur gaadiyan jalaein.</w:t>
      </w:r>
    </w:p>
    <w:p>
      <w:pPr>
        <w:jc w:val="right"/>
      </w:pPr>
      <w:r>
        <w:t>تو کل اسمیں توتھا، ارد وپیپرمیںتھاکہہزاروںلوگسڑکپرنکلآئے اور انہوںنے یہاںتک کیا کہپولیسکوپتھراؤکیا اور گاڑیاںجلائیں۔</w:t>
      </w:r>
    </w:p>
    <w:p>
      <w:r>
        <w:rPr>
          <w:b/>
        </w:rPr>
        <w:t xml:space="preserve">[25:54] </w:t>
      </w:r>
      <w:r>
        <w:t>ke yeh sab toh haraam hai.</w:t>
      </w:r>
    </w:p>
    <w:p>
      <w:pPr>
        <w:jc w:val="right"/>
      </w:pPr>
      <w:r>
        <w:t>کہایہسبتوحرامہے۔</w:t>
      </w:r>
    </w:p>
    <w:p>
      <w:r>
        <w:rPr>
          <w:b/>
        </w:rPr>
        <w:t xml:space="preserve">[25:58] </w:t>
      </w:r>
      <w:r>
        <w:t>yaani islam ke naam par haraam kaam.</w:t>
      </w:r>
    </w:p>
    <w:p>
      <w:pPr>
        <w:jc w:val="right"/>
      </w:pPr>
      <w:r>
        <w:t>یعنیاسلام کےنامپرحرام کام۔</w:t>
      </w:r>
    </w:p>
    <w:p>
      <w:r>
        <w:rPr>
          <w:b/>
        </w:rPr>
        <w:t xml:space="preserve">[26:03] </w:t>
      </w:r>
      <w:r>
        <w:t>aap pathar maangna bilkul haraam tha, gaadiyan jalana bilkul haraam tha. sabse pehle toh nafrat haraam hai, nafrat. aap bataiye ke itne saalon se aap jaake kama rahe hain wahan athens mein, to kya aapne unhein islam pesh kiya?</w:t>
      </w:r>
    </w:p>
    <w:p>
      <w:pPr>
        <w:jc w:val="right"/>
      </w:pPr>
      <w:r>
        <w:t>آپ پتھر مانگنابالکلحرام تھا، گاڑیاںجلانابالکل حرامتھا۔ سبسےپہلے تونفرتحرامہے،نفرت ۔آپبتائیےکہاتنےسالوںسےآپجاکےکمارہےہیںوہاںایتھنز میں،توکیاآپنےانہیں اسلام پیش کیا ؟</w:t>
      </w:r>
    </w:p>
    <w:p>
      <w:r>
        <w:rPr>
          <w:b/>
        </w:rPr>
        <w:t xml:space="preserve">[26:19] </w:t>
      </w:r>
      <w:r>
        <w:t>islam pesh nahin kiya to fuqaha ka masla hai baqaida ke baghair dawat ke jihad nahin, baghair dawat ke qital jaaiz nahin hai.</w:t>
      </w:r>
    </w:p>
    <w:p>
      <w:pPr>
        <w:jc w:val="right"/>
      </w:pPr>
      <w:r>
        <w:t>اسلام پیش نہیں کیا تو فقہاءکامسئلہہےباقاعدہ کہ بغیر دعوتکےجہادنہیں ، بغیردعوتکے قتالجائزہینہیںہے۔</w:t>
      </w:r>
    </w:p>
    <w:p>
      <w:r>
        <w:rPr>
          <w:b/>
        </w:rPr>
        <w:t xml:space="preserve">[26:31] </w:t>
      </w:r>
      <w:r>
        <w:t>sabse pehle aapko dawat deni padegi, tab jihad ya qital ki baat aayegi. to aap ladne kyun chale gaye? aap sochiye kyun nahin aapne ke humne unmein islam nahin pahunchaya tha? yeh jaante nahin bechare.</w:t>
      </w:r>
    </w:p>
    <w:p>
      <w:pPr>
        <w:jc w:val="right"/>
      </w:pPr>
      <w:r>
        <w:t>سبسے پہلے آپکو دعوتدینیپڑےگی، تب جہادیاقتالکینوبتآئےگی۔ توآپلڑنےکیوںلےگئے؟ آپ سوچاکیوںنہیںآپنےکہ ہمنےانمیںاسلام نہیںپہنچایاتھا؟یہ جانتےنہیںبیچارے۔</w:t>
      </w:r>
    </w:p>
    <w:p>
      <w:r>
        <w:rPr>
          <w:b/>
        </w:rPr>
        <w:t xml:space="preserve">[26:45] </w:t>
      </w:r>
      <w:r>
        <w:t>aur jo report maine padhi hai to usko shakal toh yeh di gayi hai ke usne behurmati ki. main main samajhta hoon ke bilkul galat hai. usne mishandle kiya hoga kyunki ek iraqi musalman ke haath mein quran tha.</w:t>
      </w:r>
    </w:p>
    <w:p>
      <w:pPr>
        <w:jc w:val="right"/>
      </w:pPr>
      <w:r>
        <w:t>اورجورپورٹمیںنےپڑھیہے تو اسکوشکلتویہدیگئیکہاسنےبےحرمتیکی۔ میں میںسمجھتاہوںکہبالکلغلطہے۔ اسنے مس ہینڈلکیاہوگا کیونکہایک عراقیمسلمانکےہاتھمیںقرآنتھا۔</w:t>
      </w:r>
    </w:p>
    <w:p>
      <w:r>
        <w:rPr>
          <w:b/>
        </w:rPr>
        <w:t xml:space="preserve">[26:58] </w:t>
      </w:r>
      <w:r>
        <w:t>ab aajkal kyunki musalman suspicious group ban gaye hain, musalman suspicion kiya jaata hai. to usne kaha yeh kya kitab hai? ab woh police wala kya jaane ke kya kitab hai.</w:t>
      </w:r>
    </w:p>
    <w:p>
      <w:pPr>
        <w:jc w:val="right"/>
      </w:pPr>
      <w:r>
        <w:t>ابآجکلچونکہمسلمان سسپیسگروپبنگئےہیں، مسلمان سسپشنکیاجاتاہے۔ تو اسنےکہایہکیاکتاب ہے ؟ ابوہپولیسوالاکیاجانےکہکیاکتاب ہے۔</w:t>
      </w:r>
    </w:p>
    <w:p>
      <w:r>
        <w:rPr>
          <w:b/>
        </w:rPr>
        <w:t xml:space="preserve">[27:09] </w:t>
      </w:r>
      <w:r>
        <w:t>to usne lena chaha, usne nahin nahin de raha tha. woh kaha abhi yeh muqaddas kitab hai. to usne chheen liya. ab ismein, ismein zameen mein gir gaya.</w:t>
      </w:r>
    </w:p>
    <w:p>
      <w:pPr>
        <w:jc w:val="right"/>
      </w:pPr>
      <w:r>
        <w:t>تواسنے لیناچاہا، اسنےنہیں نہیں دےرہاتھا۔وہ کہاابیہمقدسکتاب ہے۔ تواسنےچھینلیا۔ اباسیمیں، اسیمیں زمین میںگرگیا۔</w:t>
      </w:r>
    </w:p>
    <w:p>
      <w:r>
        <w:rPr>
          <w:b/>
        </w:rPr>
        <w:t xml:space="preserve">[27:19] </w:t>
      </w:r>
      <w:r>
        <w:t>woh ab woh behurmati ho gayi aur ek hungama khada ho gaya ke usne behurmati ki. anjaane mein mishandle kiya usne. bas itni si baat thi.</w:t>
      </w:r>
    </w:p>
    <w:p>
      <w:pPr>
        <w:jc w:val="right"/>
      </w:pPr>
      <w:r>
        <w:t>وہ ابوہبےحرمتیہوگئی اور ایکہنگامہکھڑاہوگیاکہاسنےبےحرمتیکی۔ ان جانےمیں مس ہینڈلکیااسنے۔بساتنیسیباتتھی۔</w:t>
      </w:r>
    </w:p>
    <w:p>
      <w:r>
        <w:rPr>
          <w:b/>
        </w:rPr>
        <w:t xml:space="preserve">[27:30] </w:t>
      </w:r>
      <w:r>
        <w:t>ab main aapko doosra qissa batata hoon. main aur mere saathi bar bar jaate hain hindu logon ke jalse mein asi mulk mein aur isai logon ke jalse hum bahar gaye hain.</w:t>
      </w:r>
    </w:p>
    <w:p>
      <w:pPr>
        <w:jc w:val="right"/>
      </w:pPr>
      <w:r>
        <w:t>ابمیںآپکو دوسراقصہبتاتاہوں۔ میں اورمیرےساتھی باربار جاتےہیں ہندو لوگوںکےجلسےمیں اسیاسیملکمیں اور عیسائیلوگوںکےجلسےہمباہرگئےہیں۔</w:t>
      </w:r>
    </w:p>
    <w:p>
      <w:r>
        <w:rPr>
          <w:b/>
        </w:rPr>
        <w:t xml:space="preserve">[27:41] </w:t>
      </w:r>
      <w:r>
        <w:t>jaise hum gaye the cyprus, wahan sab isai log the. yahan bhi gaye the gujrat, wahan sab hindu log the. to bar bar hum jaate hain. to hamare saath yeh hote hain, woh log quran aur islami literature leke jaate hain hamare saath.</w:t>
      </w:r>
    </w:p>
    <w:p>
      <w:pPr>
        <w:jc w:val="right"/>
      </w:pPr>
      <w:r>
        <w:t>جیسےہمگئےتھے سائپرس، وہاںسبعیسائیلوگتھے۔ یہاں بھیگئےتھے گجرات،وہاںسبہندو لوگتھے۔ تو باربارہمجاتےہیں۔ تو ہمارےساتھ یہوتےہیں،وہلوگ قرآناور اسلامی لٹریچرلےکےجاتےہیںہمارےساتھ ۔</w:t>
      </w:r>
    </w:p>
    <w:p>
      <w:r>
        <w:rPr>
          <w:b/>
        </w:rPr>
        <w:t xml:space="preserve">[27:57] </w:t>
      </w:r>
      <w:r>
        <w:t>to wahan par kya hota hai? jaise abhi gujrat mein hua, usse pehle woh wahan cyprus hua tha waghera waghera. bar bar hota rehta hai.</w:t>
      </w:r>
    </w:p>
    <w:p>
      <w:pPr>
        <w:jc w:val="right"/>
      </w:pPr>
      <w:r>
        <w:t>تو وہاںپرکیاہوتاہے؟ جیسےابھیگجراتمیںہوا، اسسےپہلے وہ اں سائپرسہواتھاوغیرہوغیرہ۔باربارہوتارہتاہے۔</w:t>
      </w:r>
    </w:p>
    <w:p>
      <w:r>
        <w:rPr>
          <w:b/>
        </w:rPr>
        <w:t xml:space="preserve">[28:07] </w:t>
      </w:r>
      <w:r>
        <w:t>to mujhko woh mauqa dete hain stage par bolne ka. islam ka koi unko aspect. to abhi gujrat mein meri ek ghante ki taqreer thi.</w:t>
      </w:r>
    </w:p>
    <w:p>
      <w:pPr>
        <w:jc w:val="right"/>
      </w:pPr>
      <w:r>
        <w:t>تو مجھکو وہ موقعدیتےہیںاسٹیجپربولنےکا۔ اسلام کا کوئیانکوایسپیکٹ۔ تو ابھیگجراتمیںمیریایکگھنٹےکیتقریرتھی۔</w:t>
      </w:r>
    </w:p>
    <w:p>
      <w:r>
        <w:rPr>
          <w:b/>
        </w:rPr>
        <w:t xml:space="preserve">[28:17] </w:t>
      </w:r>
      <w:r>
        <w:t>ek ghante ki taqreer mein maine islam ki woh taleemat</w:t>
      </w:r>
    </w:p>
    <w:p>
      <w:pPr>
        <w:jc w:val="right"/>
      </w:pPr>
      <w:r>
        <w:t>ایکگھنٹےکیتقریرمیںمیںنےاسلام کی وہ تعلیم ات</w:t>
      </w:r>
    </w:p>
    <w:p>
      <w:r>
        <w:rPr>
          <w:b/>
        </w:rPr>
        <w:t xml:space="preserve">[28:20] </w:t>
      </w:r>
      <w:r>
        <w:t>bataen jo positive thinking jismein thi, jismein passion tha, jismein insan dosti thi aur jismein yani aadmi ko deen ki taan ki sab banana tha. yeh sab baatein jo thin,</w:t>
      </w:r>
    </w:p>
    <w:p>
      <w:pPr>
        <w:jc w:val="right"/>
      </w:pPr>
      <w:r>
        <w:t>بتائیں جو پازیٹیوتھنکنگجسمیںتھی، جسمیںپیشنستھا، جسمیں انسان دوستیتھی اور جسمیں یعنی آدمیکوڈیوٹیکانشیسبناناتھا۔یہسبباتیںجوتھیں،</w:t>
      </w:r>
    </w:p>
    <w:p>
      <w:r>
        <w:rPr>
          <w:b/>
        </w:rPr>
        <w:t xml:space="preserve">[28:35] </w:t>
      </w:r>
      <w:r>
        <w:t>yani positive teachings jo islam ki hain, woh humne bataye ek ghante ki taqreer mein.</w:t>
      </w:r>
    </w:p>
    <w:p>
      <w:pPr>
        <w:jc w:val="right"/>
      </w:pPr>
      <w:r>
        <w:t>یعنی پازیٹیو ٹیچنگزجواسلام کیہیں،وہہمنےبتائےایکگھنٹےکیتقریرمیں۔</w:t>
      </w:r>
    </w:p>
    <w:p>
      <w:r>
        <w:rPr>
          <w:b/>
        </w:rPr>
        <w:t xml:space="preserve">[28:41] </w:t>
      </w:r>
      <w:r>
        <w:t>achha, hamare saath jo the, unhone jo chair kar rahe the wahan par, unse kaha ki hum kitabein laye hain. bahut si, ghaleban achha bundle kitabein le gaye the yahan se. yeh log hum kitabein laye hain to hum chahte hain woh unko hum dein, logon ko distribute karein.</w:t>
      </w:r>
    </w:p>
    <w:p>
      <w:pPr>
        <w:jc w:val="right"/>
      </w:pPr>
      <w:r>
        <w:t>اچھا،ہمارےساتھ یجوتھے،انہوںنے جو چیئرکررہےتھےوہاںپر ،انسےکہاکہہمکتاب یںلائےہیں۔بہت سی ،غالباًاچھابنڈلکتابیںلےگئےتھےیہاںسے۔یہلوگ ہمکتاب یںلائےہیںتوہمچاہتےہیںوہانکو ہم دیں،لوگوںکو ڈسٹریبیوٹکریں۔</w:t>
      </w:r>
    </w:p>
    <w:p>
      <w:r>
        <w:rPr>
          <w:b/>
        </w:rPr>
        <w:t xml:space="preserve">[28:58] </w:t>
      </w:r>
      <w:r>
        <w:t>to president jo jo jo chair kar raha tha, jo aadmi woh hindu tha, ek ek senior discoverer, usne kaha ki aapko takleef padhne ki zaroorat nahi hai.</w:t>
      </w:r>
    </w:p>
    <w:p>
      <w:pPr>
        <w:jc w:val="right"/>
      </w:pPr>
      <w:r>
        <w:t>تو پریزیڈنٹ جو جو جو چیئرکررہاتھا،جوآدمیجوہندو تھا، ایک ایک سینئرڈسکورر، اسنےکہاکہآپکوتک لیفتکلیفپڑنےکیضرورتنہیںہے۔</w:t>
      </w:r>
    </w:p>
    <w:p>
      <w:r>
        <w:rPr>
          <w:b/>
        </w:rPr>
        <w:t xml:space="preserve">[29:09] </w:t>
      </w:r>
      <w:r>
        <w:t>aap aisa kijiye ki dekhein, woh table rakha hua hai, yeh audience ke paas table tha, ek speaker kitabein rakh diye, khule khol kar ke, aur hum khud aapse announce karenge yahan par.</w:t>
      </w:r>
    </w:p>
    <w:p>
      <w:pPr>
        <w:jc w:val="right"/>
      </w:pPr>
      <w:r>
        <w:t>آپ ایساکیجیےکہدیکھیں،وہٹیبلرکھاہواہے، یہآڈینسکےپاسٹیبلتھا،ایک اسپرکتاب یںرکھدیے،لاکرکے کھلےکھولکرکے، اورہمخود آپسےاناؤنسکریںگےیہاںپر۔</w:t>
      </w:r>
    </w:p>
    <w:p>
      <w:r>
        <w:rPr>
          <w:b/>
        </w:rPr>
        <w:t xml:space="preserve">[29:21] </w:t>
      </w:r>
      <w:r>
        <w:t>to is hindu chairman ne announce kiya ki aap logon ne islam par taqreer sun li. ab inke saathi wohi, kitabein laye hain islam par, quran bhi laye hain, woh rakha hua hai. aap log usko le sakte hain.</w:t>
      </w:r>
    </w:p>
    <w:p>
      <w:pPr>
        <w:jc w:val="right"/>
      </w:pPr>
      <w:r>
        <w:t>تو اس ہندو چیئرمین نےاناؤنسکیا کہآپلوگوںنے اسلام پرتقریرسن لی۔ اب انکےساتھیجوہیں، کتاب یںلائےہیںاسلام پر ،قرآنبھیلائےہیں، وہرکھاہواہے۔آپلوگاسکو لےسکتےہیں۔</w:t>
      </w:r>
    </w:p>
    <w:p>
      <w:r>
        <w:rPr>
          <w:b/>
        </w:rPr>
        <w:t xml:space="preserve">[29:38] </w:t>
      </w:r>
      <w:r>
        <w:t>balki aapse kaha ki padhiye, aap log zaroor padhiye. to jahan par toot pade, woh log itne shauq se kitabein liya, unhone quran ko bhi liya.</w:t>
      </w:r>
    </w:p>
    <w:p>
      <w:pPr>
        <w:jc w:val="right"/>
      </w:pPr>
      <w:r>
        <w:t>بل کہآپسےکہاکہ پڑھیے،آپلوگضرورپڑھیے۔ تو جہاںپر ٹوٹپڑے،وہلوگ ات نےشوقسےکتاب یںلیا،انہوںنےقرآنکوبھیلیا۔</w:t>
      </w:r>
    </w:p>
    <w:p>
      <w:r>
        <w:rPr>
          <w:b/>
        </w:rPr>
        <w:t xml:space="preserve">[29:47] </w:t>
      </w:r>
      <w:r>
        <w:t>isse koi tohfa ho to islam ke bare mein humko achhi image de chuke the.</w:t>
      </w:r>
    </w:p>
    <w:p>
      <w:pPr>
        <w:jc w:val="right"/>
      </w:pPr>
      <w:r>
        <w:t>اسےکوئیتحفہہو تو اسلام کےبارےمیںہمکو اچھیامیجدےچکےتھے۔</w:t>
      </w:r>
    </w:p>
    <w:p>
      <w:r>
        <w:rPr>
          <w:b/>
        </w:rPr>
        <w:t xml:space="preserve">[29:56] </w:t>
      </w:r>
      <w:r>
        <w:t>islam ke bare mein humko bata chuke the ki islam ek ek ek aisa mazhab hai jo insaniyat sikhata hai, jo positive teachings sikhata hai, jo peace sikhata hai, jo tolerance sikhata hai.</w:t>
      </w:r>
    </w:p>
    <w:p>
      <w:pPr>
        <w:jc w:val="right"/>
      </w:pPr>
      <w:r>
        <w:t>اسلام کےبارےمیںہمکوبتاچکےتھےکہاسلام ایک ایک ایکایسامذہبہے جو انسانیتسکھاتاہے، جوپازیٹیوٹیسکھاتاہے، جو پیسسکھاتاہے،جو ٹالرنسسکھاتاہے۔</w:t>
      </w:r>
    </w:p>
    <w:p>
      <w:r>
        <w:rPr>
          <w:b/>
        </w:rPr>
        <w:t xml:space="preserve">[30:07] </w:t>
      </w:r>
      <w:r>
        <w:t>to islam ki ek achhi image unke mann mein aa chuki thi. to log toot pade aur saari kitabein khatam ho gayin. hum log laute to sab kuch lana wapas nahi lana tha humein.</w:t>
      </w:r>
    </w:p>
    <w:p>
      <w:pPr>
        <w:jc w:val="right"/>
      </w:pPr>
      <w:r>
        <w:t>تواسلام کیایکاچھیامیجانکے منمیںآچکیتھی۔ تو لوگ ٹوٹپڑے اور ساریکتاب یںختمہوگئیں۔ہملوگ لوٹےتو سب کچھ لاناواپسنہیںلاناتھا ہمیں۔ہمیں</w:t>
      </w:r>
    </w:p>
    <w:p>
      <w:r>
        <w:rPr>
          <w:b/>
        </w:rPr>
        <w:t xml:space="preserve">[30:24] </w:t>
      </w:r>
      <w:r>
        <w:t>to in logon ko shayad introspection karein, woh log ki kya wajah hai ki delhi ke kuch musalman jab jaate hain kahin to wahan se log quran ka nuskha aur kitabein islam ki log toot kar lete hain, shauq se lete hain.</w:t>
      </w:r>
    </w:p>
    <w:p>
      <w:pPr>
        <w:jc w:val="right"/>
      </w:pPr>
      <w:r>
        <w:t>تو انلوگوںکوشایدانٹروسپیک شنکریں،وہلوگ کہکیا وجہ ہے کہ دلیکےکچھمس لمان جب جاتےہیںکہیں تو وہاںسے لوگ قرآن کا نسخہاورکتاب یںاسلام کیلوگٹوٹکرلیتےہیں، شوقسےلیتےہیں۔</w:t>
      </w:r>
    </w:p>
    <w:p>
      <w:r>
        <w:rPr>
          <w:b/>
        </w:rPr>
        <w:t xml:space="preserve">[30:41] </w:t>
      </w:r>
      <w:r>
        <w:t>aur yahan aisa kyun ho gaya? to pata kya chalta? ek urdu ek line hai ki hum ilzaam unko dete the, qusoor apna nikal aaya.</w:t>
      </w:r>
    </w:p>
    <w:p>
      <w:pPr>
        <w:jc w:val="right"/>
      </w:pPr>
      <w:r>
        <w:t>اوریہاںایساکیوںہوگیا؟ توپتہکیا چلتا؟ ایک ارد وایکلائنہےکہ ہم الزامانکودیتےتھے،قصوراپنانکلآیا۔</w:t>
      </w:r>
    </w:p>
    <w:p>
      <w:r>
        <w:rPr>
          <w:b/>
        </w:rPr>
        <w:t xml:space="preserve">[30:53] </w:t>
      </w:r>
      <w:r>
        <w:t>hum ilzaam unko dete the, qusoor apna nikal aaya. pata chala ki humne unhein bataya nahi tha ki islam kya hai. yeh to bechare bekhabar hain.</w:t>
      </w:r>
    </w:p>
    <w:p>
      <w:pPr>
        <w:jc w:val="right"/>
      </w:pPr>
      <w:r>
        <w:t>ہم الزامانکودیتےتھے، قصوراپنانکلآیا۔ پتہچلاکہہمنےانہیں بت ایانہیںتھاکہاسلام کیا ہے۔ یہتوبیچارےبےخبرہیں۔</w:t>
      </w:r>
    </w:p>
    <w:p>
      <w:r>
        <w:rPr>
          <w:b/>
        </w:rPr>
        <w:t xml:space="preserve">[31:05] </w:t>
      </w:r>
      <w:r>
        <w:t>aur quran mein ek bahut hi zabardast ayat hai: ma kaana rabbuka li yuhlikal quraa bighaflah. zara gaur kijiye is ayat par. allah</w:t>
      </w:r>
    </w:p>
    <w:p>
      <w:pPr>
        <w:jc w:val="right"/>
      </w:pPr>
      <w:r>
        <w:t>اورقرآنمیںایکبہت ہی زبردستآیتہے: ما کان ربک یحلق القرابغ افلون ۔ذراغورکیجیےاسآیتپر۔اللہ</w:t>
      </w:r>
    </w:p>
    <w:p>
      <w:r>
        <w:rPr>
          <w:b/>
        </w:rPr>
        <w:t xml:space="preserve">[31:19] </w:t>
      </w:r>
      <w:r>
        <w:t>ka ek tareeqa nahi kisi group ko saza de jab ke woh bekhabar hon.</w:t>
      </w:r>
    </w:p>
    <w:p>
      <w:pPr>
        <w:jc w:val="right"/>
      </w:pPr>
      <w:r>
        <w:t>کا ایکطریقہنہیں کسی گروپکو سزادے جب کہوہبےخبرہوں۔</w:t>
      </w:r>
    </w:p>
    <w:p>
      <w:r>
        <w:rPr>
          <w:b/>
        </w:rPr>
        <w:t xml:space="preserve">[31:28] </w:t>
      </w:r>
      <w:r>
        <w:t>yani bekhabri mein saza khuda bhi nahi deta aur aap bekhabaron ko saza de rahe hain. abhi dekhiye, hamare saath yahin hyderabad mein, adil bhai, woh yahan delhi aaye the pichhle sunday ki class mein bhi the. yahan par woh jab wapas gaye to</w:t>
      </w:r>
    </w:p>
    <w:p>
      <w:pPr>
        <w:jc w:val="right"/>
      </w:pPr>
      <w:r>
        <w:t>یعنیبےخبریمیںسزاخدابھینہیںدیتا اور آپ بےخبروںکوسزادےرہےہیں۔ ابھیدیکھیے،ہمارےساتھ یہیں حیدرآبادمیں، عادلبھائی، وہیہاںدلیآئےتھے پچھلے سنڈےکیکلاسمیںبھیتھے۔یہاںپروہ جب واپسگئےتو</w:t>
      </w:r>
    </w:p>
    <w:p>
      <w:r>
        <w:rPr>
          <w:b/>
        </w:rPr>
        <w:t xml:space="preserve">[31:52] </w:t>
      </w:r>
      <w:r>
        <w:t>yahan se jab unki flight jo thi, woh jab usne land kiya hyderabad mein, log utarne lage, utarne lage to yeh abhi theher gaye jahaz ke andar.</w:t>
      </w:r>
    </w:p>
    <w:p>
      <w:pPr>
        <w:jc w:val="right"/>
      </w:pPr>
      <w:r>
        <w:t>یہاںسے جب انکیفلائٹجوتھی،وہجباسنےلینڈکیاحیدرآبادمیں، لوگ اترنےلگے،اترنےلگے تو یہابھیٹھہرگئے جہازکےاندر۔</w:t>
      </w:r>
    </w:p>
    <w:p>
      <w:r>
        <w:rPr>
          <w:b/>
        </w:rPr>
        <w:t xml:space="preserve">[32:01] </w:t>
      </w:r>
      <w:r>
        <w:t>unhone air hostess se kaha ki main captain se milna chahta hoon,</w:t>
      </w:r>
    </w:p>
    <w:p>
      <w:pPr>
        <w:jc w:val="right"/>
      </w:pPr>
      <w:r>
        <w:t>انہوںنےایئرہاسٹلسےکہاکہمیں کی پٹنسےملناچاہتاہوں،</w:t>
      </w:r>
    </w:p>
    <w:p>
      <w:r>
        <w:rPr>
          <w:b/>
        </w:rPr>
        <w:t xml:space="preserve">[32:09] </w:t>
      </w:r>
      <w:r>
        <w:t>jahaz ke captain se. to to usne jaakar kaha to captain ne bula liya unko, cabin bula liya. cabin mein</w:t>
      </w:r>
    </w:p>
    <w:p>
      <w:pPr>
        <w:jc w:val="right"/>
      </w:pPr>
      <w:r>
        <w:t>جہازکےکیپٹنسے۔ تو تواسنےجاکرکہا تو کیپٹننےبلالیاانکو،کیبنبلالیا۔کیبنمیں</w:t>
      </w:r>
    </w:p>
    <w:p>
      <w:r>
        <w:rPr>
          <w:b/>
        </w:rPr>
        <w:t xml:space="preserve">[32:17] </w:t>
      </w:r>
      <w:r>
        <w:t>wahan pilot, co-pilot, do baithe hue the. aap jaante hain ki jahaz mein do hote hain, pilot aur co-pilot. jab unhone kaha ki hamare paas quran hai, usko dene ke liye hum aaye, dono khade ho gaye.</w:t>
      </w:r>
    </w:p>
    <w:p>
      <w:pPr>
        <w:jc w:val="right"/>
      </w:pPr>
      <w:r>
        <w:t>وہاں پائلٹ،کوپائلٹ،دوبیٹھےہوئےتھے۔آپجانتےہیںکہجہازمیںدوہوتےہیں، پائلٹاورکوپائلٹ۔ جب انہوںنےکہاکہہمارےپاسقرآنہے، اسکو دینےکےلیےہمآئے، دونوںکھڑےہوگئے۔</w:t>
      </w:r>
    </w:p>
    <w:p>
      <w:r>
        <w:rPr>
          <w:b/>
        </w:rPr>
        <w:t xml:space="preserve">[32:36] </w:t>
      </w:r>
      <w:r>
        <w:t>us sine se laga liya usko.</w:t>
      </w:r>
    </w:p>
    <w:p>
      <w:pPr>
        <w:jc w:val="right"/>
      </w:pPr>
      <w:r>
        <w:t>اس سینےسےلگالیااسکو۔</w:t>
      </w:r>
    </w:p>
    <w:p>
      <w:r>
        <w:rPr>
          <w:b/>
        </w:rPr>
        <w:t xml:space="preserve">[32:44] </w:t>
      </w:r>
      <w:r>
        <w:t>to kya yeh khuda ke haan maaf kar diye jayenge? woh log jo zara se afwah par hungame karte hain, apne bare mein nahi sochte. quran ki behurmati ke naam par sankadon ke hazaron jagah aise hungame kiye gaye hain, hote rehte hain.</w:t>
      </w:r>
    </w:p>
    <w:p>
      <w:pPr>
        <w:jc w:val="right"/>
      </w:pPr>
      <w:r>
        <w:t>توکیا یہ خداکےہاںمعافکردیےجائیںگے؟وہلوگ جوذراسے افواہپرہنگامےکرتےہیں، اپنےبارےمیںنہیںسوچتے۔ قرآنکیبےحرمتیکےنامپر سینکڑوںکےہزاروںجگہ ایسےہنگامےکیےگئےہیں، ہوتےرہتےہیں۔</w:t>
      </w:r>
    </w:p>
    <w:p>
      <w:r>
        <w:rPr>
          <w:b/>
        </w:rPr>
        <w:t xml:space="preserve">[33:03] </w:t>
      </w:r>
      <w:r>
        <w:t>jab ke aise kisi waqeye par jisko yeh log defacement ya behurmati kehte hain, introspection karna chahiye. introspection</w:t>
      </w:r>
    </w:p>
    <w:p>
      <w:pPr>
        <w:jc w:val="right"/>
      </w:pPr>
      <w:r>
        <w:t>جب کہ ایسےکسی واقعےپر جسکویہلوگ ڈیفیسمنٹیا بےحرمتیکہتےہیں، انٹروسپیک شنکرناچاہیے۔انٹروسپیک شن</w:t>
      </w:r>
    </w:p>
    <w:p>
      <w:r>
        <w:rPr>
          <w:b/>
        </w:rPr>
        <w:t xml:space="preserve">[33:15] </w:t>
      </w:r>
      <w:r>
        <w:t>ki aisa kyun hai ki doosre bahut se log isi quran ko izzat se lete hain, usko choom kar adab se lete hain, padhte hain, usko padh kar islam qabool kar lete hain?</w:t>
      </w:r>
    </w:p>
    <w:p>
      <w:pPr>
        <w:jc w:val="right"/>
      </w:pPr>
      <w:r>
        <w:t>کہایساکیوںہےکہدوسرےبہتسےلوگ اسیقرآنکوعزتسےلیتےہیں،اسکو چومکر ادبسے لیتےہیں،پڑھتےہیں،اسکو پڑھکراسلام قبولکرلیتےہیں؟</w:t>
      </w:r>
    </w:p>
    <w:p>
      <w:r>
        <w:rPr>
          <w:b/>
        </w:rPr>
        <w:t xml:space="preserve">[33:24] </w:t>
      </w:r>
      <w:r>
        <w:t>to yahan par aisa kyun hua? zaroor hamari koi ghalti hai, zaroor hamari koi ghalti hai. to to greece ke musalmanon mein agar introspection hota to kehte hain ki bhai kal se aap log daawa work karna hai, hum sab logon ko chhod doosra saara kaam.</w:t>
      </w:r>
    </w:p>
    <w:p>
      <w:pPr>
        <w:jc w:val="right"/>
      </w:pPr>
      <w:r>
        <w:t>تویہاںپرایساکیوںہوا ؟ ضرورہماریکوئیغلطیہے، ضرورہماریکوئیغلطیہے۔ تو تو گریسکے مسلمانوں میںاگر انٹروسپیک شنہوتا تو کہتےہیںکہبھئیکلسےآپلوگ دعویٰورککرناہے،ہمسبلوگوںکوچھوڑدوساراکام۔</w:t>
      </w:r>
    </w:p>
    <w:p>
      <w:r>
        <w:rPr>
          <w:b/>
        </w:rPr>
        <w:t xml:space="preserve">[33:42] </w:t>
      </w:r>
      <w:r>
        <w:t>khudakehahan hum pakre jayenge, hum</w:t>
      </w:r>
    </w:p>
    <w:p>
      <w:pPr>
        <w:jc w:val="right"/>
      </w:pPr>
      <w:r>
        <w:t>خداکےہاںہمپکڑےجائیںگے،ہم</w:t>
      </w:r>
    </w:p>
    <w:p>
      <w:r>
        <w:rPr>
          <w:b/>
        </w:rPr>
        <w:t xml:space="preserve">[33:45] </w:t>
      </w:r>
      <w:r>
        <w:t>kahan logon ko hum batana nahin sake ke quran kya cheez hai. yeh hai woh cheez jo musalmanon mein aa chuki hai.</w:t>
      </w:r>
    </w:p>
    <w:p>
      <w:pPr>
        <w:jc w:val="right"/>
      </w:pPr>
      <w:r>
        <w:t>کہانلوگوںکوہمبتانہیںسکے کہ قرآنکیاچیزہے۔ یہہے وہ چیز جو مسلمانوںمیں آچکیہے۔</w:t>
      </w:r>
    </w:p>
    <w:p>
      <w:r>
        <w:rPr>
          <w:b/>
        </w:rPr>
        <w:t xml:space="preserve">[34:00] </w:t>
      </w:r>
      <w:r>
        <w:t>musalmanon ne quran ko chhod di hui kitab bana diya hai, chhod di hui kitab.</w:t>
      </w:r>
    </w:p>
    <w:p>
      <w:pPr>
        <w:jc w:val="right"/>
      </w:pPr>
      <w:r>
        <w:t>مس لمانوںنےقرآنکو چھوڑیہوئیکتاب بنادیاہے، چھوڑیہوئیکتاب ۔</w:t>
      </w:r>
    </w:p>
    <w:p>
      <w:r>
        <w:rPr>
          <w:b/>
        </w:rPr>
        <w:t xml:space="preserve">[34:09] </w:t>
      </w:r>
      <w:r>
        <w:t>quran mein ek ayat hai</w:t>
      </w:r>
    </w:p>
    <w:p>
      <w:pPr>
        <w:jc w:val="right"/>
      </w:pPr>
      <w:r>
        <w:t>قرآنمیںایکآیتہے</w:t>
      </w:r>
    </w:p>
    <w:p>
      <w:r>
        <w:rPr>
          <w:b/>
        </w:rPr>
        <w:t xml:space="preserve">[34:13] </w:t>
      </w:r>
      <w:r>
        <w:t>jisse relevant la tasubbu alladhina yaduna min dunillahi fa yassubbu allahu ghaira ilmin.</w:t>
      </w:r>
    </w:p>
    <w:p>
      <w:pPr>
        <w:jc w:val="right"/>
      </w:pPr>
      <w:r>
        <w:t>جسسےریلیونٹ لا تسب الذ ین یدون مندون اللہ فیسب اللہب غیرعلم ۔</w:t>
      </w:r>
    </w:p>
    <w:p>
      <w:r>
        <w:rPr>
          <w:b/>
        </w:rPr>
        <w:t xml:space="preserve">[34:24] </w:t>
      </w:r>
      <w:r>
        <w:t>iska matlab yeh hai ke tum doosron ke maboodon ko bura na kaho. sab ke lafzi maani hote hain abuse karna, gaali dena.</w:t>
      </w:r>
    </w:p>
    <w:p>
      <w:pPr>
        <w:jc w:val="right"/>
      </w:pPr>
      <w:r>
        <w:t>اسکامطلبیہہےکہتم دوسروںکےمعبودوںکو برانہکہو۔ سب کے لفظیمعنیہوتےہیں ابیوزکرنا،گالیدینا۔</w:t>
      </w:r>
    </w:p>
    <w:p>
      <w:r>
        <w:rPr>
          <w:b/>
        </w:rPr>
        <w:t xml:space="preserve">[34:34] </w:t>
      </w:r>
      <w:r>
        <w:t>lekin main isko tarjuma kar raha hoon ke bura barabar na kaho. ke tum unhein bura na kaho, warna woh tumhare mabood ko bura kahenge, tumhare deen ko bura kahenge.</w:t>
      </w:r>
    </w:p>
    <w:p>
      <w:pPr>
        <w:jc w:val="right"/>
      </w:pPr>
      <w:r>
        <w:t>لیکن میںاسکو ترجمہ کررہاہوںکہ برا ب رانہکہو۔ کہتم انہیں برانہکہو،ورنہوہتمہارےمعبودکوبراکہیںگے،تمہارےدینکوبراکہیںگے۔</w:t>
      </w:r>
    </w:p>
    <w:p>
      <w:r>
        <w:rPr>
          <w:b/>
        </w:rPr>
        <w:t xml:space="preserve">[34:50] </w:t>
      </w:r>
      <w:r>
        <w:t>yani iske maani kya hue?</w:t>
      </w:r>
    </w:p>
    <w:p>
      <w:pPr>
        <w:jc w:val="right"/>
      </w:pPr>
      <w:r>
        <w:t>یعنی اسکےمعنیکیاہوئے ؟</w:t>
      </w:r>
    </w:p>
    <w:p>
      <w:r>
        <w:rPr>
          <w:b/>
        </w:rPr>
        <w:t xml:space="preserve">[34:53] </w:t>
      </w:r>
      <w:r>
        <w:t>khud musalmanon ko naseehat ki gayi hai, na ke un logon ko naseehat ki gayi. yahan aap un par, yahan aap un par action le rahe hain jo doosre log hain.</w:t>
      </w:r>
    </w:p>
    <w:p>
      <w:pPr>
        <w:jc w:val="right"/>
      </w:pPr>
      <w:r>
        <w:t>خود مسلمانوںکونصیحتکیگئیہے،نہکہ انلوگوںکونصیحتکیگئی۔ یہاںآپ انپر، یہاںآپ انپر ایکشنلےرہےہیں جو دوسرےلوگہیں۔</w:t>
      </w:r>
    </w:p>
    <w:p>
      <w:r>
        <w:rPr>
          <w:b/>
        </w:rPr>
        <w:t xml:space="preserve">[35:05] </w:t>
      </w:r>
      <w:r>
        <w:t>aur quran mein khud aap hi ke khilaf action liya gaya hai. aap ko mana kiya gaya hai ke tum doosron ko bura na kaho, warna woh reaction mein tum ko bura kahenge.</w:t>
      </w:r>
    </w:p>
    <w:p>
      <w:pPr>
        <w:jc w:val="right"/>
      </w:pPr>
      <w:r>
        <w:t>اورقرآنمیںخود آپ ہیکےخلاف ایکشنلیاگیاہے۔ آپکو منعکیاگیاہے کہتم دوسروںکوبرانہکہو، ورنہوہ ریایکشنمیںتمکوبراکہیںگے۔</w:t>
      </w:r>
    </w:p>
    <w:p>
      <w:r>
        <w:rPr>
          <w:b/>
        </w:rPr>
        <w:t xml:space="preserve">[35:19] </w:t>
      </w:r>
      <w:r>
        <w:t>to musalmanon ke andar patience ho, musalmanon ke andar tolerance ho, musalmanon ke andar insaan ki khair khwahi ho, is par zor diya gaya hai quran mein. yeh nahin ke doosron ke liye.</w:t>
      </w:r>
    </w:p>
    <w:p>
      <w:pPr>
        <w:jc w:val="right"/>
      </w:pPr>
      <w:r>
        <w:t>تو مسلمانوںکےاندرپیشنسہو، مسلمانوںکےاندرٹالرنسہو، مسلمانوںکےاندرانسان کیخیرخواہیہو،اسپر زوردیاگیاہےقرآنمیں۔ یہنہیںکہدوسروںکےلیے۔</w:t>
      </w:r>
    </w:p>
    <w:p>
      <w:r>
        <w:rPr>
          <w:b/>
        </w:rPr>
        <w:t xml:space="preserve">[35:29] </w:t>
      </w:r>
      <w:r>
        <w:t>america mein ek hai, ek ek woh hai media watch. main isko bilkul media watch, bilkul ek ek khurafat samajhta hoon.</w:t>
      </w:r>
    </w:p>
    <w:p>
      <w:pPr>
        <w:jc w:val="right"/>
      </w:pPr>
      <w:r>
        <w:t>امریک ہمیںایک ہے، ایک ایک وہہے میڈیا واچ۔ میں اسکوبالکل میڈیاواچ،بالکل ایکایکخرافاتسمجھتاہوں۔</w:t>
      </w:r>
    </w:p>
    <w:p>
      <w:r>
        <w:rPr>
          <w:b/>
        </w:rPr>
        <w:t xml:space="preserve">[35:40] </w:t>
      </w:r>
      <w:r>
        <w:t>ek padhe likhe log kya kar rahe hain? america mein baith kar ke ke kahan hamare khilaf chhapa hai, kahan hamare khilaf koi item aa gaya hai, isko jama</w:t>
      </w:r>
    </w:p>
    <w:p>
      <w:pPr>
        <w:jc w:val="right"/>
      </w:pPr>
      <w:r>
        <w:t>ایکپڑھےلکھےلوگکیاکررہےہیں؟امریکہمیںبیٹھکرکے کہکہاںہمارےخلاف چھپاہے، کہاںہمارےخلاف کوئیآٹمآگیاہے، اسکو جمع</w:t>
      </w:r>
    </w:p>
    <w:p>
      <w:r>
        <w:rPr>
          <w:b/>
        </w:rPr>
        <w:t xml:space="preserve">[35:47] </w:t>
      </w:r>
      <w:r>
        <w:t>karte hain aur musalmanon ko batate hain ke dekho bhai, yeh hai. bhai, agar agar america itna bura hai to tum america bante kyun ho? tumhara tumhara rehna jaiz nahin hai.</w:t>
      </w:r>
    </w:p>
    <w:p>
      <w:pPr>
        <w:jc w:val="right"/>
      </w:pPr>
      <w:r>
        <w:t>کرتے ہیںاورمسلمانوںکوبتاتےہیںکہدیکھوبھئی،یہہے۔ بھئی،اگر اگر امریکہاتنابراہےتوتم امریک ہبناتےکیوںہو ؟ تمہاراتمہارارہناجائزنہیںہے۔</w:t>
      </w:r>
    </w:p>
    <w:p>
      <w:r>
        <w:rPr>
          <w:b/>
        </w:rPr>
        <w:t xml:space="preserve">[36:00] </w:t>
      </w:r>
      <w:r>
        <w:t>yani america ki koi positive baat nahin batate log. media watch mein kabhi aisa nahin paayenge aap ke america koi achhi baat batate batate hon. woh koi koi buri baat, koi dekho bhai, unhon ne yeh keh diya, dekho bhai, wahan chhap gaya.</w:t>
      </w:r>
    </w:p>
    <w:p>
      <w:pPr>
        <w:jc w:val="right"/>
      </w:pPr>
      <w:r>
        <w:t>یعنیامریک ہ کی کوئی پازیٹیوباتنہیںبتاتےلوگ ۔ میڈیاواچمیںکبھیایسانہیں پائیںگےآپ کہ امریکہکوئیاچھیباتبتائی بتاتےہوں۔وہ کوئی کوئیبریبات،کوئی دیکھوبھئی،انہوںنےیہکہہدیا،دیکھوبھئی،وہاںچھپگیا۔</w:t>
      </w:r>
    </w:p>
    <w:p>
      <w:r>
        <w:rPr>
          <w:b/>
        </w:rPr>
        <w:t xml:space="preserve">[36:17] </w:t>
      </w:r>
      <w:r>
        <w:t>aap ghaur kijiye, yeh koi kaam hai ke chun chun kar ke negative item aap nikalen america ke bare mein. to main ek martaba america gaya tha ek sahib se, main ne kaha ke jab aap america ko itna bura samajhte hain to yeh rehte kyun hain? america mein rehte kyun hain? america ja kar ke apne mulk wapas chale jaiye.</w:t>
      </w:r>
    </w:p>
    <w:p>
      <w:pPr>
        <w:jc w:val="right"/>
      </w:pPr>
      <w:r>
        <w:t>آپغورکیجیے،یہکوئیکامہے کہ چنچنکرکے نیگیٹیوآئٹمآپنکالیں امریک ہکےبارےمیں۔ تومیںایکمرتبہامریکہ گیاتھاایکصاحبسے،میںنےکہا کہجبآپ امریک ہکواتنابراسمجھتےہیں تو یہرہتےکیوںہیں؟امریکہمیں رہتےکیوںہیں؟امریکہجاکےاپنےملکواپسچلےجائیے۔</w:t>
      </w:r>
    </w:p>
    <w:p>
      <w:r>
        <w:rPr>
          <w:b/>
        </w:rPr>
        <w:t xml:space="preserve">[36:38] </w:t>
      </w:r>
      <w:r>
        <w:t>yani america ko bura kehte hain. main to jis musalman se mila, america mein rehne wale taqreeban yani chhe million se zyada musalman rehte hain america mein.</w:t>
      </w:r>
    </w:p>
    <w:p>
      <w:pPr>
        <w:jc w:val="right"/>
      </w:pPr>
      <w:r>
        <w:t>یعنیامریک ہکوبراکہتےہیں۔ میں تو جس مسلمانسےملا،امریکہمیںرہنےوالے تقریباً یعنی چھ ملینسےزیادہ مسلمانرہتےہیں امریک ہمیں۔</w:t>
      </w:r>
    </w:p>
    <w:p>
      <w:r>
        <w:rPr>
          <w:b/>
        </w:rPr>
        <w:t xml:space="preserve">[36:49] </w:t>
      </w:r>
      <w:r>
        <w:t>aur jitne mein main 13 bar america gaya hoon, jitne musalmanon mein ne paaye, sab negative. khoob kamate hain, khoob khate hain, bachchon ko khoob mota mota karte hain, khila khila kar ke.</w:t>
      </w:r>
    </w:p>
    <w:p>
      <w:pPr>
        <w:jc w:val="right"/>
      </w:pPr>
      <w:r>
        <w:t>اور جتنےمیں میں13بار امریکہگیاہوں، جتنے مس لمانمیںنےپائے،سب نیگیٹیو۔ خوبکماتےہیں،خوبکھاتےہیں،بچوںکوخوبموٹاموٹاکرتےہیں،کھلا کھلا کرکے۔</w:t>
      </w:r>
    </w:p>
    <w:p>
      <w:r>
        <w:rPr>
          <w:b/>
        </w:rPr>
        <w:t xml:space="preserve">[37:01] </w:t>
      </w:r>
      <w:r>
        <w:t>aur america bura karte hain. to main ne poocha un se ke aap yahan par aap rehte kyun hain? phir aage rahe, america itna bura hai. america ko kehte hain number one of islam.</w:t>
      </w:r>
    </w:p>
    <w:p>
      <w:pPr>
        <w:jc w:val="right"/>
      </w:pPr>
      <w:r>
        <w:t>اور امریکہبرائیکرتے ہیں۔ تو میںنےپوچھاانسےکہآپیہ اںپر آپرہتےکیوںہیں؟پھرآگےرہے،امریک ہاتنابراہے۔ امریک ہکوکہتےہیںانمینمبرونآفاسلام ۔</w:t>
      </w:r>
    </w:p>
    <w:p>
      <w:r>
        <w:rPr>
          <w:b/>
        </w:rPr>
        <w:t xml:space="preserve">[37:13] </w:t>
      </w:r>
      <w:r>
        <w:t>one to all sare musalman except myself ke america woh hai number one of islam hai. to tum rehte kyun yahan par? to unhon ne jawab keh diya ke sahib, rizq jahan likha rehta hai, wahan yaad bhi bhejta hai.</w:t>
      </w:r>
    </w:p>
    <w:p>
      <w:pPr>
        <w:jc w:val="right"/>
      </w:pPr>
      <w:r>
        <w:t>ون ٹوآر سارےمس لمان ایکسیپٹمائیسیلف کہامریکہجوہےانمینمبرونآفاسلام ہے۔ تو تمرہتےکیوںیہاںپر ؟توانہوںنےجوابکہہدیا کہصاحب،رزقجہاںلکھارہتاہے،وہاںیادبھیجاتاہے۔</w:t>
      </w:r>
    </w:p>
    <w:p>
      <w:r>
        <w:rPr>
          <w:b/>
        </w:rPr>
        <w:t xml:space="preserve">[37:29] </w:t>
      </w:r>
      <w:r>
        <w:t>to main ne kaha, rizq likha hai aap ko dushman country mein. aap ka itna kamiyat thi khuda ko ke aap dost country mein nahin de sakta tha. aap ko rizq,</w:t>
      </w:r>
    </w:p>
    <w:p>
      <w:pPr>
        <w:jc w:val="right"/>
      </w:pPr>
      <w:r>
        <w:t>تومیںنےکہا، رزقلکھاہےآپکو دشمنکنٹریمیں۔آپکا اتنیکمیتھیخداکو کہآپ دوستکنٹریمیںنہیںدےسکتاتھا۔آپکورزق،</w:t>
      </w:r>
    </w:p>
    <w:p>
      <w:r>
        <w:rPr>
          <w:b/>
        </w:rPr>
        <w:t xml:space="preserve">[37:39] </w:t>
      </w:r>
      <w:r>
        <w:t>aap ka country jo muslim country hai, wahan khuda nahin de sakta tha. aap ko rizq, diya kahan? kufaristan mein diya aap ko. sahi, kitni kitni cheap test ban gaya hai logon ka.</w:t>
      </w:r>
    </w:p>
    <w:p>
      <w:pPr>
        <w:jc w:val="right"/>
      </w:pPr>
      <w:r>
        <w:t>آپ کاکنٹریجومسلمکنٹریہے، وہاںخدانہیںدےسکتاتھا۔آپکورزق دیا کہاں؟کفر ستانمیںدیاآپکو ۔ صحیح،کتنی کتنی چیپ ٹیسٹ بنگیاہےلوگوںکا ۔</w:t>
      </w:r>
    </w:p>
    <w:p>
      <w:r>
        <w:rPr>
          <w:b/>
        </w:rPr>
        <w:t xml:space="preserve">[37:56] </w:t>
      </w:r>
      <w:r>
        <w:t>to quran mein yeh kaha gaya hai ke introspection karo, apne ko durust karo. yeh log kya karte hain? doosron par karte hain.</w:t>
      </w:r>
    </w:p>
    <w:p>
      <w:pPr>
        <w:jc w:val="right"/>
      </w:pPr>
      <w:r>
        <w:t>تو قرآنمیںیہکہاگیاہےکہ انٹروسپیکشنکرو، اپنے کو درستکرو۔ یہلوگکیاکرتے ہیں؟ دوسروںپرکرتے ہیں۔</w:t>
      </w:r>
    </w:p>
    <w:p>
      <w:r>
        <w:rPr>
          <w:b/>
        </w:rPr>
        <w:t xml:space="preserve">[38:07] </w:t>
      </w:r>
      <w:r>
        <w:t>media watch mere nazdeek nahin hona chahiye, balke introspection hona chahiye. yani doosron ka nikalna hai negative item, apna negative item nikalo.</w:t>
      </w:r>
    </w:p>
    <w:p>
      <w:pPr>
        <w:jc w:val="right"/>
      </w:pPr>
      <w:r>
        <w:t>میڈیا واچ میرےنزدیک نہیںہوناچاہیے،بلکہانٹروسپیک شنہوناچاہیے۔ یعنیدوسروںکانکالناہے نیگیٹیوآئٹم،اپنانیگیٹیوآئٹمنکالو۔</w:t>
      </w:r>
    </w:p>
    <w:p>
      <w:r>
        <w:rPr>
          <w:b/>
        </w:rPr>
        <w:t xml:space="preserve">[38:20] </w:t>
      </w:r>
      <w:r>
        <w:t>ab main aap ko quran se do misaal deta hoon.</w:t>
      </w:r>
    </w:p>
    <w:p>
      <w:pPr>
        <w:jc w:val="right"/>
      </w:pPr>
      <w:r>
        <w:t>ابمیںآپکو قرآنسے دومثالدیتاہوں۔</w:t>
      </w:r>
    </w:p>
    <w:p>
      <w:r>
        <w:rPr>
          <w:b/>
        </w:rPr>
        <w:t xml:space="preserve">[38:25] </w:t>
      </w:r>
      <w:r>
        <w:t>aajkal musalmanon mein kya hai? jahan jaiye, wahan charchaha hai communal rights ho rahe hain, iska charcha. kahin bambari par jo hota hai, iska charcha ke hamare khilaf dekho, wahan par ganchal gayi, hamare khilaf wahan right ho gaya, hamare khilaf wahan yeh ho gaya, wahan woh ho gaya. isika charcha jalson mein, musalmanon ke parchon mein, inko zubanon par</w:t>
      </w:r>
    </w:p>
    <w:p>
      <w:pPr>
        <w:jc w:val="right"/>
      </w:pPr>
      <w:r>
        <w:t>آجکل مسلمانوںمیںکیاہے؟ جہاںجائیے،وہاںچرچہہے کمیونلرائٹسہورہےہیں،اسکاچرچہ ۔کہیں بمباری پرجوہوتاہے،اسکاچرچہ کہ ہمارےخلاف دیکھو،وہاںپر گنچلگئی،ہمارےخلاف وہاںرائٹہوگیا،ہمارےخلاف وہاںیہہوگیا،وہاںوہہوگیا۔اسیکاچرچہ جلسوںمیں،مسلمانوںکےپرچوںمیں،انکوزبان وںپر</w:t>
      </w:r>
    </w:p>
    <w:p>
      <w:r>
        <w:rPr>
          <w:b/>
        </w:rPr>
        <w:t xml:space="preserve">[38:50] </w:t>
      </w:r>
      <w:r>
        <w:t>ke hamare khilaf dushmani hai, hamare khilaf zulm kiya ja raha hai. rasool Allah ke zamane mein do waqiat hue the jo khule taur par zulm ke waqiat the.</w:t>
      </w:r>
    </w:p>
    <w:p>
      <w:pPr>
        <w:jc w:val="right"/>
      </w:pPr>
      <w:r>
        <w:t>کہہمارےخلاف دشمنیہے،ہمارےخلاف ظلمکیاجارہاہے۔ رسولاللہ کےزمانےمیںدو واقعاتہوئے تھے جو کھلےطورپرظلمکےواقع اتتھے۔</w:t>
      </w:r>
    </w:p>
    <w:p>
      <w:r>
        <w:rPr>
          <w:b/>
        </w:rPr>
        <w:t xml:space="preserve">[38:59] </w:t>
      </w:r>
      <w:r>
        <w:t>zulm ke waqiat ek uhud ka, doosre hunain ka.</w:t>
      </w:r>
    </w:p>
    <w:p>
      <w:pPr>
        <w:jc w:val="right"/>
      </w:pPr>
      <w:r>
        <w:t>ظلمکےواقع ات ایک احدکا،دوسرےحنینکا۔</w:t>
      </w:r>
    </w:p>
    <w:p>
      <w:r>
        <w:rPr>
          <w:b/>
        </w:rPr>
        <w:t xml:space="preserve">[39:06] </w:t>
      </w:r>
      <w:r>
        <w:t>yani uhud mein kya hua ke rasool Allah salallahu alaihi wasallam makkah chhod kar madinah aa gaye aur madine mein pesaf tareeqe se rehne lage.</w:t>
      </w:r>
    </w:p>
    <w:p>
      <w:pPr>
        <w:jc w:val="right"/>
      </w:pPr>
      <w:r>
        <w:t>یعنیاحدمیںکیا ہوا کہرسولاللہصلیاللہعلیہوسلم مکہچھوڑکرمدینہآگئے اورمدینےمیں پیسفلطریقےسےرہنےلگے۔</w:t>
      </w:r>
    </w:p>
    <w:p>
      <w:r>
        <w:rPr>
          <w:b/>
        </w:rPr>
        <w:t xml:space="preserve">[39:20] </w:t>
      </w:r>
      <w:r>
        <w:t>pesaf tareeqe se apna mission chalane lage. kisi qism ka koi aap ne negative activity nahin dikhai, koi hostility nahin dikhai aap ne makkah logon ke khilaf.</w:t>
      </w:r>
    </w:p>
    <w:p>
      <w:pPr>
        <w:jc w:val="right"/>
      </w:pPr>
      <w:r>
        <w:t>پیسفلطریقےسےاپنامشنچلانےلگے۔ کسی قسم کاکوئی آپنے نیگیٹیوایکٹیویٹینہیںدکھائی، کوئی ہاسٹیلٹینہیںدکھائی آپنےمکہلوگوںکےخلاف ۔</w:t>
      </w:r>
    </w:p>
    <w:p>
      <w:r>
        <w:rPr>
          <w:b/>
        </w:rPr>
        <w:t xml:space="preserve">[39:34] </w:t>
      </w:r>
      <w:r>
        <w:t>phir bhi unhon ne attack kiya aap ke upar. wahan se army le kar aaye. yani uhud ki ladai hui thi madinah ki sarhad par aur madinah aur makkah ke darmiyan teen sau mil ka fasla hai.</w:t>
      </w:r>
    </w:p>
    <w:p>
      <w:pPr>
        <w:jc w:val="right"/>
      </w:pPr>
      <w:r>
        <w:t>پھربھیانہوںنے اٹیککیاآپکےاوپر۔ وہاںسےآرمیلےکرآئے۔ یعنیاحدکیلڑائیہوئیتھی مدینہکیسرحدپر اور مدینہاورمکہکے درمیان تینسومیلکافاصلہہے۔</w:t>
      </w:r>
    </w:p>
    <w:p>
      <w:r>
        <w:rPr>
          <w:b/>
        </w:rPr>
        <w:t xml:space="preserve">[39:48] </w:t>
      </w:r>
      <w:r>
        <w:t>wahan se chal kar yahan aaye</w:t>
      </w:r>
    </w:p>
    <w:p>
      <w:pPr>
        <w:jc w:val="right"/>
      </w:pPr>
      <w:r>
        <w:t>وہاںسےچلکریہاںآئے</w:t>
      </w:r>
    </w:p>
    <w:p>
      <w:r>
        <w:rPr>
          <w:b/>
        </w:rPr>
        <w:t xml:space="preserve">[39:52] </w:t>
      </w:r>
      <w:r>
        <w:t>to madinah ki sarhad par ladai hone batata hai ke woh aggression tha makkah walon ka. makkah walon ka aggression tha.</w:t>
      </w:r>
    </w:p>
    <w:p>
      <w:pPr>
        <w:jc w:val="right"/>
      </w:pPr>
      <w:r>
        <w:t>تو مدینےکیسرحدپرلڑائیہونے بتاتاہےکہوہ ایگریشنتھا مکہوالوںکا ۔ مکہوالوںکاایگریشنتھا۔</w:t>
      </w:r>
    </w:p>
    <w:p>
      <w:r>
        <w:rPr>
          <w:b/>
        </w:rPr>
        <w:t xml:space="preserve">[40:03] </w:t>
      </w:r>
      <w:r>
        <w:t>to is mein aisa hua ke musalmanon ko shikast hui aur kai sahaba jo hain, woh shaheed hue. khud aap jante hain, rasool Allah salallahu alaihi wasallam ke is mein pathar mara tha, daant toot gaya tha uhud ke mauqe par.</w:t>
      </w:r>
    </w:p>
    <w:p>
      <w:pPr>
        <w:jc w:val="right"/>
      </w:pPr>
      <w:r>
        <w:t>تو اسمیںایساہوا کہ مسلمانوںکو شکستہوئی اور کئیصحابہجوہیں،وہ شہیدہوئے۔ خود آپجانتےہیں،رسولاللہصلیاللہعلیہوسلمکے اسیمیںپتھرمراتھا،دانتٹوٹگیاتھا احدکےموقعپر۔</w:t>
      </w:r>
    </w:p>
    <w:p>
      <w:r>
        <w:rPr>
          <w:b/>
        </w:rPr>
        <w:t xml:space="preserve">[40:18] </w:t>
      </w:r>
      <w:r>
        <w:t>aur sab baatein hui. ab quran mein dekhiye, aana chahiye tha ke kitne kharab log hain makkah wale ke wahan se aa kar yahan hamla karte hain,</w:t>
      </w:r>
    </w:p>
    <w:p>
      <w:pPr>
        <w:jc w:val="right"/>
      </w:pPr>
      <w:r>
        <w:t>اورسبباتیںہوئیں۔ ابقرآنمیںدیکھیے، آناچاہیےتھا کہکتنےخرابلوگہیں مکہوالے کہوہاںسےآکریہاںحملہکرتے ہیں،</w:t>
      </w:r>
    </w:p>
    <w:p>
      <w:r>
        <w:rPr>
          <w:b/>
        </w:rPr>
        <w:t xml:space="preserve">[40:29] </w:t>
      </w:r>
      <w:r>
        <w:t>paighambar ke daant paighambar par pathar baarte hain aur yeh karte hain, woh karte hain. aap padhiye is ko jo quran mein jo aaya hai, is par ek ek word nahin hai hurr ke khilaf, makkah walon ke khilaf.</w:t>
      </w:r>
    </w:p>
    <w:p>
      <w:pPr>
        <w:jc w:val="right"/>
      </w:pPr>
      <w:r>
        <w:t>پیغمبرکےدانت پیغمبرپرپتھرباڑتےہیں اور یہکرتے ہیں،وہکرتے ہیں۔ آپپڑھیےاسکو جو قرآنمیں جوآیاہے، اسپر ایک ایک ورڈنہیںہے حورکے خلاف ، مکہوالوںکےخلاف ۔</w:t>
      </w:r>
    </w:p>
    <w:p>
      <w:r>
        <w:rPr>
          <w:b/>
        </w:rPr>
        <w:t xml:space="preserve">[40:44] </w:t>
      </w:r>
      <w:r>
        <w:t>ek word, single word nahin hai. is mein kya hai? is mein sirf ek baat hai. aap is mein ikhtilaf thoda sa ho gaya tha musalmanon ka, yani sahaba ke darmiyan.</w:t>
      </w:r>
    </w:p>
    <w:p>
      <w:pPr>
        <w:jc w:val="right"/>
      </w:pPr>
      <w:r>
        <w:t>ایک ورڈ،سنگلورڈنہیںہے۔ اسمیںکیاہے؟ اسمیںصرفایکباتہے۔ آپ سمیںاختلافتھوڑاساہوگیاتھا مس لمانوںکا،یعنیصحابہکےدرمیان۔</w:t>
      </w:r>
    </w:p>
    <w:p>
      <w:r>
        <w:rPr>
          <w:b/>
        </w:rPr>
        <w:t xml:space="preserve">[40:57] </w:t>
      </w:r>
      <w:r>
        <w:t>is ikhtilaf ko farmaya, yani isi ko point point out kiya ke tumhare ikhtilaf ki wajah se aisa hua, is ikhtilaf ki wajah se aisa hua.</w:t>
      </w:r>
    </w:p>
    <w:p>
      <w:pPr>
        <w:jc w:val="right"/>
      </w:pPr>
      <w:r>
        <w:t>اس اختلافکو فرمایا، یعنیاسی کوپوائنٹپوائنٹآؤٹکیا کہتمہارےاختلافکیوجہسےایساہوا، اساختلاف کیوجہسےایساہوا۔</w:t>
      </w:r>
    </w:p>
    <w:p>
      <w:r>
        <w:rPr>
          <w:b/>
        </w:rPr>
        <w:t xml:space="preserve">[41:09] </w:t>
      </w:r>
      <w:r>
        <w:t>yani uhud mein jo pesh aaya, woh hundred percent aggression tha makkah walon ka. hundred percent aggression tha,</w:t>
      </w:r>
    </w:p>
    <w:p>
      <w:pPr>
        <w:jc w:val="right"/>
      </w:pPr>
      <w:r>
        <w:t>یعنی احد میں جو پیش آیا، وہ ہنڈرڈپرسنٹ ایگریشنتھا مکہوالوںکا ۔ ہنڈرڈپرسنٹایگریشنتھا،</w:t>
      </w:r>
    </w:p>
    <w:p>
      <w:r>
        <w:rPr>
          <w:b/>
        </w:rPr>
        <w:t xml:space="preserve">[41:24] </w:t>
      </w:r>
      <w:r>
        <w:t>hundred percent aggression tha. lekin is ka koi zikr nahin, is ka koi mention nahin, is mein koi mention nahin hai. is ka</w:t>
      </w:r>
    </w:p>
    <w:p>
      <w:pPr>
        <w:jc w:val="right"/>
      </w:pPr>
      <w:r>
        <w:t>ہنڈرڈپرسنٹایگریشنتھا۔ لیکن اسکاکوئیذکرہینہیں،اسکاکوئیمینشننہیں،اسمیں کوئی مینشننہیںہے۔اسکا</w:t>
      </w:r>
    </w:p>
    <w:p>
      <w:r>
        <w:rPr>
          <w:b/>
        </w:rPr>
        <w:t xml:space="preserve">[41:35] </w:t>
      </w:r>
      <w:r>
        <w:t>mention kiya hai ke tum ne is mauqe par ikhtilaf aapas mein kar liya.</w:t>
      </w:r>
    </w:p>
    <w:p>
      <w:pPr>
        <w:jc w:val="right"/>
      </w:pPr>
      <w:r>
        <w:t>مینشنکیاہے کہتم نے اس موقعپر اخت لاف آپسمیںکرلیا۔</w:t>
      </w:r>
    </w:p>
    <w:p>
      <w:r>
        <w:rPr>
          <w:b/>
        </w:rPr>
        <w:t xml:space="preserve">[41:46] </w:t>
      </w:r>
      <w:r>
        <w:t>yani khud musalmanon ke andar jo kamzori, jo weakness zahir hui thi, weakness us ki us ko point out kiya.</w:t>
      </w:r>
    </w:p>
    <w:p>
      <w:pPr>
        <w:jc w:val="right"/>
      </w:pPr>
      <w:r>
        <w:t>یعنی خود مسلمان وںکےاندرجوکم زوری، جو ویکنسظاہرہوئیتھی،ویکنس اس کی اسکو پوائنٹآؤٹکیا۔</w:t>
      </w:r>
    </w:p>
    <w:p>
      <w:r>
        <w:rPr>
          <w:b/>
        </w:rPr>
        <w:t xml:space="preserve">[41:56] </w:t>
      </w:r>
      <w:r>
        <w:t>un ke aggression ka zikr nahin, conspiracy ka zikr nahin, zulm ka zikr nahin, kuch bhi nahin. aajkal kya hai? is ka ultah ho raha hai.</w:t>
      </w:r>
    </w:p>
    <w:p>
      <w:pPr>
        <w:jc w:val="right"/>
      </w:pPr>
      <w:r>
        <w:t>انکےایگریشنکاذکرنہیں،کانسپریسیکاذکرنہیں، ظ لمکاذکرنہیں،کچھبھینہیں ۔ آجکلکیاہے؟ اسکاالٹاہورہاہے۔</w:t>
      </w:r>
    </w:p>
    <w:p>
      <w:r>
        <w:rPr>
          <w:b/>
        </w:rPr>
        <w:t xml:space="preserve">[42:06] </w:t>
      </w:r>
      <w:r>
        <w:t>kahin ka waqea lein, kashmir ka, falasteen ka, ya india mein jo communal right hue, koi bhi ek waqea aap dekhiye, saare musalmanon to all doosron ko blame dete hain.</w:t>
      </w:r>
    </w:p>
    <w:p>
      <w:pPr>
        <w:jc w:val="right"/>
      </w:pPr>
      <w:r>
        <w:t>کہیں کاواقعہلیں،کشمیرکا ،فلسطینکا، یا انڈیامیںجوکمررائٹہوئے، کوئیبھیایک واقع ہآپدیکھیے، سارے مس لمانونٹوآل دوسروںکوبلیمدیتےہیں۔</w:t>
      </w:r>
    </w:p>
    <w:p>
      <w:r>
        <w:rPr>
          <w:b/>
        </w:rPr>
        <w:t xml:space="preserve">[42:23] </w:t>
      </w:r>
      <w:r>
        <w:t>goya ke Islam ki policy hai: blame yourself, blame yourself. Yani unhon ne kya bana rakha hai? Blame others.</w:t>
      </w:r>
    </w:p>
    <w:p>
      <w:pPr>
        <w:jc w:val="right"/>
      </w:pPr>
      <w:r>
        <w:t>گویاکہ اسلام کی پالیسیہے:بلیمدائیسیلف، بلیم دائیسیلف۔ یعنیانہوںنےکیابنارکھاہے؟ بلیم ادرز ۔</w:t>
      </w:r>
    </w:p>
    <w:p>
      <w:r>
        <w:rPr>
          <w:b/>
        </w:rPr>
        <w:t xml:space="preserve">[42:33] </w:t>
      </w:r>
      <w:r>
        <w:t>yeh to quran ko chhodna hai.</w:t>
      </w:r>
    </w:p>
    <w:p>
      <w:pPr>
        <w:jc w:val="right"/>
      </w:pPr>
      <w:r>
        <w:t>یہیتوقرآنکوچھوڑناہے۔</w:t>
      </w:r>
    </w:p>
    <w:p>
      <w:r>
        <w:rPr>
          <w:b/>
        </w:rPr>
        <w:t xml:space="preserve">[42:38] </w:t>
      </w:r>
      <w:r>
        <w:t>yeh to, yeh to quran ko chhodna hai</w:t>
      </w:r>
    </w:p>
    <w:p>
      <w:pPr>
        <w:jc w:val="right"/>
      </w:pPr>
      <w:r>
        <w:t>یہیتو،یہیتوقرآنکوچھوڑناہے</w:t>
      </w:r>
    </w:p>
    <w:p>
      <w:r>
        <w:rPr>
          <w:b/>
        </w:rPr>
        <w:t xml:space="preserve">[42:45] </w:t>
      </w:r>
      <w:r>
        <w:t>ke quran bata raha hai ke apne apna introspection karo, apni kamiyon ko dhoondo, apni weakness ko talash karo. aap kya kar rahe hain?</w:t>
      </w:r>
    </w:p>
    <w:p>
      <w:pPr>
        <w:jc w:val="right"/>
      </w:pPr>
      <w:r>
        <w:t>کہقرآنبتارہاہےکہ اپنے اپناانٹروسپیکشنکرو، اپنی کمیوںکوڈھونڈو، اپنی ویکنسکوتلاشکرو۔ آپکیاکررہےہیں؟</w:t>
      </w:r>
    </w:p>
    <w:p>
      <w:r>
        <w:rPr>
          <w:b/>
        </w:rPr>
        <w:t xml:space="preserve">[42:54] </w:t>
      </w:r>
      <w:r>
        <w:t>unki conspiracy ko nish nahin kar rahe hain, unke zulm ko bata rahe hain. aap ka jo jahan jahan yeh media watch musalmanon ka hai, woh har jagah hai.</w:t>
      </w:r>
    </w:p>
    <w:p>
      <w:pPr>
        <w:jc w:val="right"/>
      </w:pPr>
      <w:r>
        <w:t>انکی کانسپریسی کینش ادنہیںکررہےہیں،انکے ظلمکوبتارہےہیں۔ آپکاجو جہاںجہاں یہ میڈیاواچمسلمانوںکاہے، وہہرجگہہے۔</w:t>
      </w:r>
    </w:p>
    <w:p>
      <w:r>
        <w:rPr>
          <w:b/>
        </w:rPr>
        <w:t xml:space="preserve">[43:06] </w:t>
      </w:r>
      <w:r>
        <w:t>media wa</w:t>
      </w:r>
    </w:p>
    <w:p>
      <w:pPr>
        <w:jc w:val="right"/>
      </w:pPr>
      <w:r>
        <w:t>میڈیاوا</w:t>
      </w:r>
    </w:p>
    <w:p>
      <w:r>
        <w:rPr>
          <w:b/>
        </w:rPr>
        <w:t xml:space="preserve">[43:07] </w:t>
      </w:r>
      <w:r>
        <w:t>har jagah yehi kaam ho raha hai, har jagah yehi kaam ho raha hai. koi bhi khud musalmanon ki kamiyon ko nahi nikalta, doosron ki cheezein nikal nikal kar woh phaila raha hai.</w:t>
      </w:r>
    </w:p>
    <w:p>
      <w:pPr>
        <w:jc w:val="right"/>
      </w:pPr>
      <w:r>
        <w:t>چ ہر جگہیہیکامہورہاہے،ہرجگہیہیکامہورہاہے۔ کوئیبھی خود مس لمانوںکی کمیوںکونہیںنکالتا، دوسروںکی چیزیںنکالنکالکروہ پھیلارہاہے۔</w:t>
      </w:r>
    </w:p>
    <w:p>
      <w:r>
        <w:rPr>
          <w:b/>
        </w:rPr>
        <w:t xml:space="preserve">[43:22] </w:t>
      </w:r>
      <w:r>
        <w:t>main aik martaba youkay mein gaya to aik sahib hain, wahan business karte hain to itna bara sadikhaya unhon ne.</w:t>
      </w:r>
    </w:p>
    <w:p>
      <w:pPr>
        <w:jc w:val="right"/>
      </w:pPr>
      <w:r>
        <w:t>میںایکمرتبہیوکےمیںگیاتوایکصاحبہیں، وہاںبزنسکرتےہیںتواتنابڑاسادکھایاانہوںنے۔</w:t>
      </w:r>
    </w:p>
    <w:p>
      <w:r>
        <w:rPr>
          <w:b/>
        </w:rPr>
        <w:t xml:space="preserve">[43:29] </w:t>
      </w:r>
      <w:r>
        <w:t>sab ne kaha ye kya cheez hai? unhon ne kaha dekhein, yahan itna bais hai, yahan ka press itna bais hai ke itna hum itna sa bheja, koi chapta nahi hai.</w:t>
      </w:r>
    </w:p>
    <w:p>
      <w:pPr>
        <w:jc w:val="right"/>
      </w:pPr>
      <w:r>
        <w:t>سب نےکہایہکیاچیزہے؟انہوںنےکہادیکھیں، یہاں اتنا بائسہے،یہاںکاپریسات نابائسہے کہاتناہماتناسابھیجا، کوئیچھاپتانہیںہوا۔</w:t>
      </w:r>
    </w:p>
    <w:p>
      <w:r>
        <w:rPr>
          <w:b/>
        </w:rPr>
        <w:t xml:space="preserve">[43:39] </w:t>
      </w:r>
      <w:r>
        <w:t>to main ne dekha kya cheez hai? woh sab shikayati baatein hain iske andar. yani Britain mein rehte hain, main yahan dekha, bohat shandar makaan iska hai, kai carain inke paas hain.</w:t>
      </w:r>
    </w:p>
    <w:p>
      <w:pPr>
        <w:jc w:val="right"/>
      </w:pPr>
      <w:r>
        <w:t>تومیںنےدیکھا کیاچیزہے؟وہ سبشکایتیباتیںہیںاسکےاندر۔ یعنی برٹنمیںرہتےہیں، میں یہاںدیکھا،بہت شاندار مکاناسکاہے، کئی کاریںانکےپاسہیں۔</w:t>
      </w:r>
    </w:p>
    <w:p>
      <w:r>
        <w:rPr>
          <w:b/>
        </w:rPr>
        <w:t xml:space="preserve">[43:51] </w:t>
      </w:r>
      <w:r>
        <w:t>to is kisi mein yeh nahi likha tha ke hum log baray achhay aaram se rehte hain yahan Britain mein aa kar. yeh sab kuch zikr nahi,</w:t>
      </w:r>
    </w:p>
    <w:p>
      <w:pPr>
        <w:jc w:val="right"/>
      </w:pPr>
      <w:r>
        <w:t>تو اسکسی میںیہنہیںلکھاتھاکہہملوگبڑےاچھےآرامسےرہتےہیںیہاںبرٹنمیںآکر۔ یہسبکچھذکرنہیں،</w:t>
      </w:r>
    </w:p>
    <w:p>
      <w:r>
        <w:rPr>
          <w:b/>
        </w:rPr>
        <w:t xml:space="preserve">[43:56] </w:t>
      </w:r>
      <w:r>
        <w:t>bas kahin aik cheez mil gayi, kahin koi thora sa item, bas isi par likh kar ke bhej diya woh wahan ke akhbar mein. to kyun chhapay ga bhai? woh kyun chhapay ga? mujhe bataiye.</w:t>
      </w:r>
    </w:p>
    <w:p>
      <w:pPr>
        <w:jc w:val="right"/>
      </w:pPr>
      <w:r>
        <w:t>بس کہیں ایکچیزملگئی،کہیںکوئیتھوڑاساآئٹم،بساسیپر لکھ کرکے بھیجدیاوہ وہاںکےاخبارمیں۔توکیوںچھاپےگابھئی؟وہ کیوںچھاپےگا؟مجھےبتائیے۔</w:t>
      </w:r>
    </w:p>
    <w:p>
      <w:r>
        <w:rPr>
          <w:b/>
        </w:rPr>
        <w:t xml:space="preserve">[44:08] </w:t>
      </w:r>
      <w:r>
        <w:t>to yeh shikayat thi ke dekhein itna sab bhejte rehte hain aur koi chapta nahi. itna yahan, yahan ka press jo hai, woh free press nahi hai.</w:t>
      </w:r>
    </w:p>
    <w:p>
      <w:pPr>
        <w:jc w:val="right"/>
      </w:pPr>
      <w:r>
        <w:t>تویہشکایت تھیکہدیکھیںاتناسب بھیجتےرہتےہیں اورکوئیچھاپتانہیں۔اتنا یہاں،یہاںکاپریسجوہے،وہ فریپریسنہیںہے۔</w:t>
      </w:r>
    </w:p>
    <w:p>
      <w:r>
        <w:rPr>
          <w:b/>
        </w:rPr>
        <w:t xml:space="preserve">[44:20] </w:t>
      </w:r>
      <w:r>
        <w:t>yeh kyun chhapay ga? mujhe bataiye ke aap bahar se aaye hain, yahan rehte hain aur khoob kamate hain, khoob achhi zindagi guzar rahe hain, to iska to phir zikr kijiye. aap kisi ka shair hai ke: "aib mein jumla be gufti hun rasti bago" . to zahir hai, woh to kabhi nahi chhapain ge. woh kyun chhapain ge? bataiye, aap abhi to shikayat hai, shikayat hai, shikayat hai.</w:t>
      </w:r>
    </w:p>
    <w:p>
      <w:pPr>
        <w:jc w:val="right"/>
      </w:pPr>
      <w:r>
        <w:t>یہکیوںچھاپےگا؟مجھےبتائیےکہآپ باہرسےآئےہیں، یہاںرہتےہیں اورخوب کماتےہیں، خوباچھیزندگی گزاررہےہیں،تواسکاتوپھرذکرکیجیے۔آپ کسی کاشعرہےکہ:"عیبمیں جملہ بےگفتی ہنرسٹیزبگو" ۔تو ظاہرہے،وہتو کبھینہیںچھاپیںگے۔وہکیوںچھاپیںگے؟بتائیے، آپ ابھی تو شکایتہے،شکایتہے،شکایت ہے۔</w:t>
      </w:r>
    </w:p>
    <w:p>
      <w:r>
        <w:rPr>
          <w:b/>
        </w:rPr>
        <w:t xml:space="preserve">[44:47] </w:t>
      </w:r>
      <w:r>
        <w:t>yeh sab is quran ke khilaf hai.</w:t>
      </w:r>
    </w:p>
    <w:p>
      <w:pPr>
        <w:jc w:val="right"/>
      </w:pPr>
      <w:r>
        <w:t>یہسب اسقرآنکےخلاف ہے۔</w:t>
      </w:r>
    </w:p>
    <w:p>
      <w:r>
        <w:rPr>
          <w:b/>
        </w:rPr>
        <w:t xml:space="preserve">[44:51] </w:t>
      </w:r>
      <w:r>
        <w:t>quran mein aik bohat hi important ayat hai is silsilay mein, woh yeh hai ke: وما اصاب کممنمصیبت فبما کسبتایدیکم</w:t>
      </w:r>
    </w:p>
    <w:p>
      <w:pPr>
        <w:jc w:val="right"/>
      </w:pPr>
      <w:r>
        <w:t>قرآنمیںایکبہتہیامپورٹنٹآیتہے اسسلسلےمیں، وہیہہے کہ: وما اصاب کممنمصیبت فبما کسبتایدیکم</w:t>
      </w:r>
    </w:p>
    <w:p>
      <w:r>
        <w:rPr>
          <w:b/>
        </w:rPr>
        <w:t xml:space="preserve">[45:06] </w:t>
      </w:r>
      <w:r>
        <w:t>woh ma asab kum min masibatin fa bima kasabat aidikum yani duniya mein jo kuch bhi musibat parti hai, woh sab tumhare apni kamai ka result hota hai.</w:t>
      </w:r>
    </w:p>
    <w:p>
      <w:pPr>
        <w:jc w:val="right"/>
      </w:pPr>
      <w:r>
        <w:t>ومااصابکممنمصیبت فبماکسبتایدیکم یعنیدنیا میں جوکچھبھیمصیبتپڑتیہے، وہ سب تمہارے اپنی کمائی کا رزلٹہوتاہے۔</w:t>
      </w:r>
    </w:p>
    <w:p>
      <w:r>
        <w:rPr>
          <w:b/>
        </w:rPr>
        <w:t xml:space="preserve">[45:18] </w:t>
      </w:r>
      <w:r>
        <w:t>ismein isko kehte hain arabi mein kehte hain hasar, hasar ke saath hai. yani bhai, woh da out any exception, hasar ka matlab hota hai woh da out any exception ke jo bhi parta hai tumhare oopar, woh sab tumhari apni kamai ka natija hota hai, apne kiye ka natija hota hai.</w:t>
      </w:r>
    </w:p>
    <w:p>
      <w:pPr>
        <w:jc w:val="right"/>
      </w:pPr>
      <w:r>
        <w:t>اسمیںاسکوکہتےہیںعربیمیںکہتےہیںحصر ، حصرکےساتھ ہے۔ یعنیبھائی، وداآؤٹاینیایکسیپشن، حصرکامطلبہوتاہےوداآؤٹاینیایکسیپشن کہجوبھی پڑتاہےتمہارےاوپر،وہ سبتمہاریاپنی کمائیکانتیجہہوتاہے، اپنے کیےکا نتیجہہوتاہے۔</w:t>
      </w:r>
    </w:p>
    <w:p>
      <w:r>
        <w:rPr>
          <w:b/>
        </w:rPr>
        <w:t xml:space="preserve">[45:38] </w:t>
      </w:r>
      <w:r>
        <w:t>ab bataiye ke saaray musalman iske ulta chal rahe hain, iske ulta chal rahe hain. aap kahin bhi jaiye to musalman qisse batayenge doosron ka.</w:t>
      </w:r>
    </w:p>
    <w:p>
      <w:pPr>
        <w:jc w:val="right"/>
      </w:pPr>
      <w:r>
        <w:t>اببتائیےکہسارےمسلماناسکےالٹاچلرہےہیں، اسکےالٹاچلرہےہیں۔ آپکہیںبھیجائیے تو مسلمان قصہبتائیںگےدوسروںکا ۔</w:t>
      </w:r>
    </w:p>
    <w:p>
      <w:r>
        <w:rPr>
          <w:b/>
        </w:rPr>
        <w:t xml:space="preserve">[45:50] </w:t>
      </w:r>
      <w:r>
        <w:t>jaise abhi kal yahan meeting thi, ab kuch log wahin, woh Gujarat mein hinduo ne yeh kiya, falasteen jaiye to yahudiyon ne hamare khilaf aisa kiya, Kashmir jaiye to Indian army ne aisa kiya.</w:t>
      </w:r>
    </w:p>
    <w:p>
      <w:pPr>
        <w:jc w:val="right"/>
      </w:pPr>
      <w:r>
        <w:t>جیسےابھی کل یہاںپرمیٹنگتھی، ابکچھلوگجوہیں،وہ گجراتمیںہندوؤںنےیہکیا، فلس طینجائیےتو یہودیوںنےہمارےخلاف ایساکیا، کشمیرجائیےتوانڈینآرمینےایساکیا۔</w:t>
      </w:r>
    </w:p>
    <w:p>
      <w:r>
        <w:rPr>
          <w:b/>
        </w:rPr>
        <w:t xml:space="preserve">[46:02] </w:t>
      </w:r>
      <w:r>
        <w:t>har jagah doosron ke khilaf kahaniyan hain, doosron ke khilaf kahaniyan hain, jab ke quran batata hai ke koi paray musibat tumhare oopar, iska sabab apne andar talash karo, blame it on yourself,</w:t>
      </w:r>
    </w:p>
    <w:p>
      <w:pPr>
        <w:jc w:val="right"/>
      </w:pPr>
      <w:r>
        <w:t>ہرجگہدوسروںکےخلاف کہانیاںہیں، دوسروںکےخلاف کہانیاںہیں، جب کہ قرآنبتاتاہےکہ کوئی پڑے مصیبتتمہارےاوپر،اسکا سبب اپنےاندرتلاشکرو، بلیمدائیسیلف،</w:t>
      </w:r>
    </w:p>
    <w:p>
      <w:r>
        <w:rPr>
          <w:b/>
        </w:rPr>
        <w:t xml:space="preserve">[46:18] </w:t>
      </w:r>
      <w:r>
        <w:t>apne andar tumhein kahin na kahin iska sabab mil jaye ga.</w:t>
      </w:r>
    </w:p>
    <w:p>
      <w:pPr>
        <w:jc w:val="right"/>
      </w:pPr>
      <w:r>
        <w:t>اپنےاندرتمہیںکہیںنہکہیںاسکا سببملجائےگا۔</w:t>
      </w:r>
    </w:p>
    <w:p>
      <w:r>
        <w:rPr>
          <w:b/>
        </w:rPr>
        <w:t xml:space="preserve">[46:25] </w:t>
      </w:r>
      <w:r>
        <w:t>yani kitna ulta ho chuka soch logon ka musalmanon ki, kitna ulta soch chuki hai musalmanon ki</w:t>
      </w:r>
    </w:p>
    <w:p>
      <w:pPr>
        <w:jc w:val="right"/>
      </w:pPr>
      <w:r>
        <w:t>یعنیکتناالٹاہوچکاسوچلوگوںکامسلمانوںکی،کتناالٹاسوچہوچکیہےمسلمانوںکی</w:t>
      </w:r>
    </w:p>
    <w:p>
      <w:r>
        <w:rPr>
          <w:b/>
        </w:rPr>
        <w:t xml:space="preserve">[46:33] </w:t>
      </w:r>
      <w:r>
        <w:t>ke kuch bhi ismein hai, kuch bhi jo tumhare logon ko pesh aati hai, koi si bhi experience hota hai, koi musibat parti hai, to iska reason tumhare andar hota hai.</w:t>
      </w:r>
    </w:p>
    <w:p>
      <w:pPr>
        <w:jc w:val="right"/>
      </w:pPr>
      <w:r>
        <w:t>کہکچھبھی اسمیںہے،کچھبھی جو تمہارے لوگوںکوپیش آتیہے، کوئی سیڈایکسپیرینسہوتاہے،کوئی مصیبتپڑتیہے، تواسکا ریزنتمہارےاندرہوتاہے۔</w:t>
      </w:r>
    </w:p>
    <w:p>
      <w:r>
        <w:rPr>
          <w:b/>
        </w:rPr>
        <w:t xml:space="preserve">[46:48] </w:t>
      </w:r>
      <w:r>
        <w:t>isko arabi mein kehte hain hasar, hasar daare. english mein aap kahain ke woh da out any exception.</w:t>
      </w:r>
    </w:p>
    <w:p>
      <w:pPr>
        <w:jc w:val="right"/>
      </w:pPr>
      <w:r>
        <w:t>اسکو عربیمیںکہتےہیںحصر ، ہص ادرے۔ انگلشمیںآپکہیںکہوداآؤٹاینیایکسیپشن۔</w:t>
      </w:r>
    </w:p>
    <w:p>
      <w:r>
        <w:rPr>
          <w:b/>
        </w:rPr>
        <w:t xml:space="preserve">[46:57] </w:t>
      </w:r>
      <w:r>
        <w:t>to kya musalman is quran ko pakray hue hain? jis quran ke oopar hungama karte hain, usi quran ko chhoday hue hain. is becharay ne to mis handle kiya tha, aap to iske iske khilaf chal rahe hain, iske khilaf aap chal rahe hain.</w:t>
      </w:r>
    </w:p>
    <w:p>
      <w:pPr>
        <w:jc w:val="right"/>
      </w:pPr>
      <w:r>
        <w:t>توکیا مسلماناسقرآنکوپکڑےہوئےہیں؟ جس قرآنکےاوپرہنگامہکرتےہیں،اسیقرآنکوچھوڑےہوئےہیں۔ اس بیچارےنےتومسہینڈلکیاتھا، آپتواسکے اسکےخلاف چلرہےہیں، اسکےخلاف آپچلرہےہیں۔</w:t>
      </w:r>
    </w:p>
    <w:p>
      <w:r>
        <w:rPr>
          <w:b/>
        </w:rPr>
        <w:t xml:space="preserve">[47:15] </w:t>
      </w:r>
      <w:r>
        <w:t>kyun? jar mein wohi baat hai ke musalmanon ne apne apne dhang se yeh bana likha hai ke salvation woh hai, woh birth par milti hai, merit par nahi milti hai.</w:t>
      </w:r>
    </w:p>
    <w:p>
      <w:pPr>
        <w:jc w:val="right"/>
      </w:pPr>
      <w:r>
        <w:t>کیوں؟جڑمیںوہیباتہے کہ مس لمانوںنے اپنے اپنے ڈھنگسےیہبنالکھاہےکہ سال ویشنجوہے،وہ برتھپرملتیہے، مرٹپرنہیںملتیہے۔</w:t>
      </w:r>
    </w:p>
    <w:p>
      <w:r>
        <w:rPr>
          <w:b/>
        </w:rPr>
        <w:t xml:space="preserve">[47:28] </w:t>
      </w:r>
      <w:r>
        <w:t>yeh bilkul yahudiyon ka nazariya hai. to saara jar jo hai, woh kya hai?</w:t>
      </w:r>
    </w:p>
    <w:p>
      <w:pPr>
        <w:jc w:val="right"/>
      </w:pPr>
      <w:r>
        <w:t>یہبالکل یہودیوںکا نظریہہے۔ تو سارا جڑجوہے،وہکیاہے؟</w:t>
      </w:r>
    </w:p>
    <w:p>
      <w:r>
        <w:rPr>
          <w:b/>
        </w:rPr>
        <w:t xml:space="preserve">[47:34] </w:t>
      </w:r>
      <w:r>
        <w:t>birth based salvation ki theory, jo bilkul baseless hai, kyunke sahih thi woh yeh hai merit based salvation.</w:t>
      </w:r>
    </w:p>
    <w:p>
      <w:pPr>
        <w:jc w:val="right"/>
      </w:pPr>
      <w:r>
        <w:t>برتھ بیسڈسال ویشن کی تھیوری، جو بالکل بیسلیسہے، کیونکہ صحیحتھی وریہے میرٹ بیسڈ سال ویشن۔</w:t>
      </w:r>
    </w:p>
    <w:p>
      <w:r>
        <w:rPr>
          <w:b/>
        </w:rPr>
        <w:t xml:space="preserve">[47:48] </w:t>
      </w:r>
      <w:r>
        <w:t>jab aap samajh lein ke mera bab to pak hai, meri jannat to kahin gayi nahi hai, to phir kuch bhi karo, kuch bhi karte raho.</w:t>
      </w:r>
    </w:p>
    <w:p>
      <w:pPr>
        <w:jc w:val="right"/>
      </w:pPr>
      <w:r>
        <w:t>جب آپ سمجھلیںکہ میرا بابتو پکاہے، میریجنتتوکہیںگئینہیںہے، توپھرکچھبھیکرو، کچھبھیکرتے رہو۔</w:t>
      </w:r>
    </w:p>
    <w:p>
      <w:r>
        <w:rPr>
          <w:b/>
        </w:rPr>
        <w:t xml:space="preserve">[48:02] </w:t>
      </w:r>
      <w:r>
        <w:t>to logon ke dilon se khuda ka darr nikal gaya hai.</w:t>
      </w:r>
    </w:p>
    <w:p>
      <w:pPr>
        <w:jc w:val="right"/>
      </w:pPr>
      <w:r>
        <w:t>تولوگوںکےدلوںسےخداکاڈرنکلگیاہے۔</w:t>
      </w:r>
    </w:p>
    <w:p>
      <w:r>
        <w:rPr>
          <w:b/>
        </w:rPr>
        <w:t xml:space="preserve">[48:07] </w:t>
      </w:r>
      <w:r>
        <w:t>hadith mein aata hai ke raas al-hikmat mukhaafat-e-Allah raas al-hikmat mukhaafat-e-Allah yaani wuzd-o-dam hai, wuzd-o-dam aati hai kis se?</w:t>
      </w:r>
    </w:p>
    <w:p>
      <w:pPr>
        <w:jc w:val="right"/>
      </w:pPr>
      <w:r>
        <w:t>حدیث میںآتاہےکہراس الحکمت مخافۃ اللہ راس الحکمت مخافۃ اللہ یعنیوز ڈمجوہے،وز ڈم آتیہے کسسے؟</w:t>
      </w:r>
    </w:p>
    <w:p>
      <w:r>
        <w:rPr>
          <w:b/>
        </w:rPr>
        <w:t xml:space="preserve">[48:19] </w:t>
      </w:r>
      <w:r>
        <w:t>Allah ke dar se.</w:t>
      </w:r>
    </w:p>
    <w:p>
      <w:pPr>
        <w:jc w:val="right"/>
      </w:pPr>
      <w:r>
        <w:t>اللہ کےڈرسے۔</w:t>
      </w:r>
    </w:p>
    <w:p>
      <w:r>
        <w:rPr>
          <w:b/>
        </w:rPr>
        <w:t xml:space="preserve">[48:25] </w:t>
      </w:r>
      <w:r>
        <w:t>right thinking, wuzd-o-dam matlab right thinking, positive thinking, realistic thinking, in sab aati hai kis se?</w:t>
      </w:r>
    </w:p>
    <w:p>
      <w:pPr>
        <w:jc w:val="right"/>
      </w:pPr>
      <w:r>
        <w:t>رائٹتھنکنگ ،وزڈممطلبرائٹتھنکنگ، پازیٹیوتھنکنگ، ریلسٹکتھنکنگ، ان سب آتیہےکسسے؟</w:t>
      </w:r>
    </w:p>
    <w:p>
      <w:r>
        <w:rPr>
          <w:b/>
        </w:rPr>
        <w:t xml:space="preserve">[48:32] </w:t>
      </w:r>
      <w:r>
        <w:t>Allah ke dar se.</w:t>
      </w:r>
    </w:p>
    <w:p>
      <w:pPr>
        <w:jc w:val="right"/>
      </w:pPr>
      <w:r>
        <w:t>اللہ کےڈرسے ۔</w:t>
      </w:r>
    </w:p>
    <w:p>
      <w:r>
        <w:rPr>
          <w:b/>
        </w:rPr>
        <w:t xml:space="preserve">[48:38] </w:t>
      </w:r>
      <w:r>
        <w:t>aur woh nikal gaya kyunke aap samajhte hain ke hamari pakad toh hone wali hai hi nahin, hamari pakad toh hone wali hai hi nahin.</w:t>
      </w:r>
    </w:p>
    <w:p>
      <w:pPr>
        <w:jc w:val="right"/>
      </w:pPr>
      <w:r>
        <w:t>اوروہنکلگیا کیونکہآپسمجھتےہیںکہہماریپکڑتوہونےوالیہےہینہیں، ہماریپکڑتوہونےوالیہےہینہیں۔</w:t>
      </w:r>
    </w:p>
    <w:p>
      <w:r>
        <w:rPr>
          <w:b/>
        </w:rPr>
        <w:t xml:space="preserve">[48:48] </w:t>
      </w:r>
      <w:r>
        <w:t>ek martaba mein sun raha tha ek jo aajkal musalman taqreer karne wale nikle hain toh bilkul chhooti farzi kahaniyan sunate hain, farzi kahaniyan.</w:t>
      </w:r>
    </w:p>
    <w:p>
      <w:pPr>
        <w:jc w:val="right"/>
      </w:pPr>
      <w:r>
        <w:t>ایک مرتبہمیںسنرہاتھاایک جوآجکل مسلمانتق ریرکرنےوالے نکلےہیں تو بالکل چھو فرضیکہانیاںسناتےہیں،فرضیکہانیاں۔</w:t>
      </w:r>
    </w:p>
    <w:p>
      <w:r>
        <w:rPr>
          <w:b/>
        </w:rPr>
        <w:t xml:space="preserve">[48:59] </w:t>
      </w:r>
      <w:r>
        <w:t>toh aap kya sunane lage? woh</w:t>
      </w:r>
    </w:p>
    <w:p>
      <w:pPr>
        <w:jc w:val="right"/>
      </w:pPr>
      <w:r>
        <w:t>توآپکیاسنانےلگے؟وہ</w:t>
      </w:r>
    </w:p>
    <w:p>
      <w:r>
        <w:rPr>
          <w:b/>
        </w:rPr>
        <w:t xml:space="preserve">[49:01] </w:t>
      </w:r>
      <w:r>
        <w:t>ab musalman khoob khush hote hain sun sun kar ke. is bheed ke bheed lagi hui thi wahan pe. kya kehte hain woh ke qayamat jab aayegi aur log wahan ikatthe honge hashr ke maidan mein toh Rasool Allah danda le kar khade ho jayenge jannat ke gate par.</w:t>
      </w:r>
    </w:p>
    <w:p>
      <w:pPr>
        <w:jc w:val="right"/>
      </w:pPr>
      <w:r>
        <w:t>ابمسلمانخوبخوشہوتےہیںسن سنکرکے۔اس بھیڑکےبھیڑلگیہوئیتھی وہاںپہ۔ کیا کہتےہیںوہ کہ قیامتجبآئےگی اور لوگ وہاںاکٹھاہوںگےحشرکےمیدانمیں تورسولاللہ ڈنڈالےکرکھڑےہوجائیںگے جنتکےگیٹپر ۔</w:t>
      </w:r>
    </w:p>
    <w:p>
      <w:r>
        <w:rPr>
          <w:b/>
        </w:rPr>
        <w:t xml:space="preserve">[49:20] </w:t>
      </w:r>
      <w:r>
        <w:t>yaani astaghfirullah, yeh yeh Khuda ki tasgheer hai, Khuda ka understand karna hai, yaani Khuda ko understand karna hai. yeh ke Rasool Allah danda le kar khade ho jayenge jannat ke gate par.</w:t>
      </w:r>
    </w:p>
    <w:p>
      <w:pPr>
        <w:jc w:val="right"/>
      </w:pPr>
      <w:r>
        <w:t>یعنیاستغفراللہ،یہ یہخداکیتصغیرہے،خداکاانڈرس ٹی ٹکرناہے، یعنیخداکوانڈرسٹیٹکرناہے۔یہ کہرسولاللہڈنڈالےکےکھڑےہوجائیںگےجنتکےگیٹپر۔</w:t>
      </w:r>
    </w:p>
    <w:p>
      <w:r>
        <w:rPr>
          <w:b/>
        </w:rPr>
        <w:t xml:space="preserve">[49:30] </w:t>
      </w:r>
      <w:r>
        <w:t>ab musalman khoob khush ho rahe hain. hamare paighambar wahan khade ho jayenge aur aur farishton se kahenge: "dekho, sab se pehle mere ummati aayenge". toh abhi abhi koi nahin aayega.</w:t>
      </w:r>
    </w:p>
    <w:p>
      <w:pPr>
        <w:jc w:val="right"/>
      </w:pPr>
      <w:r>
        <w:t>ابمسلمانخوبخوشہورہےہیں۔ ہمارےپیغمبروہاںکھڑےہوجائیںگے اور اور فرشتوںسےکہیںگے:"دیکھو،سبسےپہلے میرےامتیآئیںگے" ۔تو اب ھیابھیکوئینہیںآئےگا۔</w:t>
      </w:r>
    </w:p>
    <w:p>
      <w:r>
        <w:rPr>
          <w:b/>
        </w:rPr>
        <w:t xml:space="preserve">[49:42] </w:t>
      </w:r>
      <w:r>
        <w:t>woh washkarenge ke ek ek ummati, ek ek ummati jo hai, wahan par dakhil ho jaye. jab sab dakhil ho jayenge tab farishton ke aap jisko chaho le aao, le jao</w:t>
      </w:r>
    </w:p>
    <w:p>
      <w:pPr>
        <w:jc w:val="right"/>
      </w:pPr>
      <w:r>
        <w:t>وہواشکریںگےکہ ایکایک امتی،ایکایکامتیجوہے،وہاںپر داخلہوجائے۔ جبسبداخلہوجائیںگےتبفرشتوںکےآپجسکوچاہولےآؤ،نہلےجاؤ</w:t>
      </w:r>
    </w:p>
    <w:p>
      <w:r>
        <w:rPr>
          <w:b/>
        </w:rPr>
        <w:t xml:space="preserve">[49:50] </w:t>
      </w:r>
      <w:r>
        <w:t>. yeh koi Islam hai? yeh yeh Islam hai? yeh koi kitna ridiculous hai yeh sab sochna, kitna ridiculous hai yeh sab sochna. yeh deen hai Khuda ka,</w:t>
      </w:r>
    </w:p>
    <w:p>
      <w:pPr>
        <w:jc w:val="right"/>
      </w:pPr>
      <w:r>
        <w:t>۔ یہکوئیاسلام ہے؟یہ یہاسلام ہے؟یہکوئی کتناریڈیکولسہےیہسبسوچنا، کتناریڈیکولسہےیہسبسوچنا۔یہدینہےخداکا،</w:t>
      </w:r>
    </w:p>
    <w:p>
      <w:r>
        <w:rPr>
          <w:b/>
        </w:rPr>
        <w:t xml:space="preserve">[50:05] </w:t>
      </w:r>
      <w:r>
        <w:t>lekin yeh sab khoob padha hua hai. aajkal khoob kahaniyan sunai jati hain jalason mein, masjidon mein, har jagah, aur log bilkul be dar ho rahe hain, be dar.</w:t>
      </w:r>
    </w:p>
    <w:p>
      <w:pPr>
        <w:jc w:val="right"/>
      </w:pPr>
      <w:r>
        <w:t>لیکن یہیسب خوب پڑھاہواہے۔آجکل خوب کہانیاں سنائیجاتیہیںجلسوںمیں، مسجد وںمیں،ہرجگہ، اور لوگ بالکل بےڈرہورہےہیں، بےڈر۔</w:t>
      </w:r>
    </w:p>
    <w:p>
      <w:r>
        <w:rPr>
          <w:b/>
        </w:rPr>
        <w:t xml:space="preserve">[50:24] </w:t>
      </w:r>
      <w:r>
        <w:t>toh mein mein ne arz kiya tha ke jo medical science mein hai ke right diagnosis par right prescription hota hai, sahih tashkhees par sahih dawa hoti hai.</w:t>
      </w:r>
    </w:p>
    <w:p>
      <w:pPr>
        <w:jc w:val="right"/>
      </w:pPr>
      <w:r>
        <w:t>تو میں میںنےعرضکیاتھا کہ جو میڈیکلسائنسمیںہے کہ رائٹ ڈائیگنوسسپر رائٹپریسکرپشنہوتاہے، صحیح تشخیصپرصحیحتجویدہوتیہے۔</w:t>
      </w:r>
    </w:p>
    <w:p>
      <w:r>
        <w:rPr>
          <w:b/>
        </w:rPr>
        <w:t xml:space="preserve">[50:39] </w:t>
      </w:r>
      <w:r>
        <w:t>kyunki hamari sahih tashkhees nahin hui toh sahih dawa bhi nahin. Musalmanon mein asal jo criteria tha woh Quran tha,</w:t>
      </w:r>
    </w:p>
    <w:p>
      <w:pPr>
        <w:jc w:val="right"/>
      </w:pPr>
      <w:r>
        <w:t>کیونکہہماراصحیح تشخیصنہیںہوئی تو صحیحتجویدبھینہیں ۔ مسلمانوںمیں اصلجوکرائٹیریاتھاوہقرآنتھا،</w:t>
      </w:r>
    </w:p>
    <w:p>
      <w:r>
        <w:rPr>
          <w:b/>
        </w:rPr>
        <w:t xml:space="preserve">[50:51] </w:t>
      </w:r>
      <w:r>
        <w:t>woh woh Quran chhod rakha hai.</w:t>
      </w:r>
    </w:p>
    <w:p>
      <w:pPr>
        <w:jc w:val="right"/>
      </w:pPr>
      <w:r>
        <w:t>وہ وہ قرآن چھوڑرکھاہے۔</w:t>
      </w:r>
    </w:p>
    <w:p>
      <w:r>
        <w:rPr>
          <w:b/>
        </w:rPr>
        <w:t xml:space="preserve">[50:58] </w:t>
      </w:r>
      <w:r>
        <w:t>is Quran ko mere asal mere khilaf aksar tales sunate hain, khat aate hain ke aap aise hain, aap waise hain. toh mein unse poochta hoon ke bhai aap ne kahan milaya? aap ko mere khilaf aisi baat toh kah ke aisa kaha jata hai.</w:t>
      </w:r>
    </w:p>
    <w:p>
      <w:pPr>
        <w:jc w:val="right"/>
      </w:pPr>
      <w:r>
        <w:t>اسقرآنکومیرے اصلمیرےخلاف اکثر ٹیلسناتےہیں،خط آتےہیں کہآپایسےہیں،آپویسےہیں۔ تو میںانسےپوچھتاہوںکہبھئیآپنےکہاںملایا؟آپکو میرےخلاف ایسیبات تو کہاکہایساکہاجاتاہے۔</w:t>
      </w:r>
    </w:p>
    <w:p>
      <w:r>
        <w:rPr>
          <w:b/>
        </w:rPr>
        <w:t xml:space="preserve">[51:13] </w:t>
      </w:r>
      <w:r>
        <w:t>toh mein ne kaha jo kehta hai, us se poochha hai aap ne ke nahin kahne mein ne kahan likha?</w:t>
      </w:r>
    </w:p>
    <w:p>
      <w:pPr>
        <w:jc w:val="right"/>
      </w:pPr>
      <w:r>
        <w:t>تومیںنےکہاجوکہتاہے،اسسےپوچھاہےآپنے کہنہیںکہ کہنےمیںنےکہاںلکھا؟</w:t>
      </w:r>
    </w:p>
    <w:p>
      <w:r>
        <w:rPr>
          <w:b/>
        </w:rPr>
        <w:t xml:space="preserve">[51:18] </w:t>
      </w:r>
      <w:r>
        <w:t>hamari toh movement jo hai, hamari jo mission hai, literature based hai, literature based. hum likhte hain, likhte hain, likhte hain. us se poochha hota hai aap ne ke kis kitab mein likha hai?</w:t>
      </w:r>
    </w:p>
    <w:p>
      <w:pPr>
        <w:jc w:val="right"/>
      </w:pPr>
      <w:r>
        <w:t>ہماریتوموومنٹجوہے،ہماریجومشنہے، لٹریچربیسڈہے، لٹریچربیسڈ۔ہملکھتےہیں،لکھتےہیں،لکھتےہیں۔ اسسےپوچھاہوتاہےآپنے کہکسکتاب میںلکھاہے؟</w:t>
      </w:r>
    </w:p>
    <w:p>
      <w:r>
        <w:rPr>
          <w:b/>
        </w:rPr>
        <w:t xml:space="preserve">[51:30] </w:t>
      </w:r>
      <w:r>
        <w:t>hamara monthly magazine us mein kahan likha hai? Quran mein hai. dekhiye, yeh ek ek misaliyah bhi le lijiye. aap saare Musalman is ko chhode hue hain, ulama tak is ko chhode hue hain.</w:t>
      </w:r>
    </w:p>
    <w:p>
      <w:pPr>
        <w:jc w:val="right"/>
      </w:pPr>
      <w:r>
        <w:t>ہمارامنتھلیمیگزیناسمیںکہاںلکھاہے؟ قرآنمیںہے۔دیکھیے، یہایک ایک مثالیہبھیلےلیجئے۔آپ سارے مس لماناسکوچھوڑےہوئےہیں، علم اءتکاسکوچھوڑےہوئےہیں۔</w:t>
      </w:r>
    </w:p>
    <w:p>
      <w:r>
        <w:rPr>
          <w:b/>
        </w:rPr>
        <w:t xml:space="preserve">[51:44] </w:t>
      </w:r>
      <w:r>
        <w:t>Quran mein hai ke "Idha jaakum faasiq-un binaba'in, fatabayyano" jab koi buri khabar tum ko mile toh us ki tehqeeq karo, us ko pata karo, us ko study karo, poochh gachh kar us ki.</w:t>
      </w:r>
    </w:p>
    <w:p>
      <w:pPr>
        <w:jc w:val="right"/>
      </w:pPr>
      <w:r>
        <w:t>قرآنمیںہےکہ اذا جاک م فاسق بین فت بین جب کوئی بریخبرتم کوملے تواسکیتحقیقکرو، اسکوپتہکرو،اسکواس ٹوڈیوکرو،پوچھگچھکرواسکی۔</w:t>
      </w:r>
    </w:p>
    <w:p>
      <w:r>
        <w:rPr>
          <w:b/>
        </w:rPr>
        <w:t xml:space="preserve">[52:02] </w:t>
      </w:r>
      <w:r>
        <w:t>mein toh ek bhi Musalman nahin paya jo is par amal karta ho, bas suna ho, maan liya, suna aur maan liya bila tehqeeq ke. mere bare mein sainkaron hazaron kahaniyan logon ne phaila rakhi hain, woh sab jhooti kahaniyan hain.</w:t>
      </w:r>
    </w:p>
    <w:p>
      <w:pPr>
        <w:jc w:val="right"/>
      </w:pPr>
      <w:r>
        <w:t>میں توایکبھیمس لماننہیں پایاجو اسپرعمل کرتاہو،بسسناہو،مانلیا،سنااورمانلیاب لاتحقیقکے۔ میرےبارےمیں سینکڑوںہزاروںکہانیاں لوگوںنےپھیلارکھیہیں، وہسبجھوٹیکہانیاںہیں۔</w:t>
      </w:r>
    </w:p>
    <w:p>
      <w:r>
        <w:rPr>
          <w:b/>
        </w:rPr>
        <w:t xml:space="preserve">[52:16] </w:t>
      </w:r>
      <w:r>
        <w:t>koi tehqeeq nahin karta, koi poochh gachh nahin karta, kuch bhi nahin.</w:t>
      </w:r>
    </w:p>
    <w:p>
      <w:pPr>
        <w:jc w:val="right"/>
      </w:pPr>
      <w:r>
        <w:t>کوئیتحقیقنہیںکرتا،کوئیپوچھگچھنہیںکرتا، کچھ بھینہیں۔</w:t>
      </w:r>
    </w:p>
    <w:p>
      <w:r>
        <w:rPr>
          <w:b/>
        </w:rPr>
        <w:t xml:space="preserve">[52:24] </w:t>
      </w:r>
      <w:r>
        <w:t>ek bilkul isi Nizamuddin mein aap jayein, basti mein mere bare mein poochhein toh kya kahenge? arey, woh aadmi hai, woh toh Hinduon ka agent hai, woh toh government ka, woh toh sarkari molvi hai.</w:t>
      </w:r>
    </w:p>
    <w:p>
      <w:pPr>
        <w:jc w:val="right"/>
      </w:pPr>
      <w:r>
        <w:t>ایک بالکل اسی نظامالدینمیںآپجائیں، بستیمیں میرےبارےمیںپوچھیں تو کیاکہیںگے؟ارے،وہآدمیہے، وہتو ہندو ؤںکاایجنٹہے، وہتوگورنمنٹکا ،وہتوسرکاریمول ویہے۔</w:t>
      </w:r>
    </w:p>
    <w:p>
      <w:r>
        <w:rPr>
          <w:b/>
        </w:rPr>
        <w:t xml:space="preserve">[52:36] </w:t>
      </w:r>
      <w:r>
        <w:t>ab us se poochhein, bhai yeh kaise tum keh rahe ho? aisa is Nizamuddin mein aur duniya bhar mein aisa hi hai.</w:t>
      </w:r>
    </w:p>
    <w:p>
      <w:pPr>
        <w:jc w:val="right"/>
      </w:pPr>
      <w:r>
        <w:t>اباسسےپوچھیں،بھئی یہکیسےتمکہہرہےہو؟ اسیاس ینظامالدینمیں اوردنیا بھرمیںایساہے۔</w:t>
      </w:r>
    </w:p>
    <w:p>
      <w:r>
        <w:rPr>
          <w:b/>
        </w:rPr>
        <w:t xml:space="preserve">[52:46] </w:t>
      </w:r>
      <w:r>
        <w:t>to izaajakamfasq bain fat bain auriyahwelogkartehainjodadherakhte hain, jonamazen padhte hain, formkopkadehue hain, aspritko chhode hue hain.</w:t>
      </w:r>
    </w:p>
    <w:p>
      <w:pPr>
        <w:jc w:val="right"/>
      </w:pPr>
      <w:r>
        <w:t>تو اذا ج اکمفاسق بین فت بین اوریہوہلوگکرتےہیںجوداڑھیرکھتےہیں،جونمازیںپڑھتےہیں، فارمکوپکڑےہوئےہیں، اسپرٹکوچھوڑےہوئےہیں۔</w:t>
      </w:r>
    </w:p>
    <w:p>
      <w:r>
        <w:rPr>
          <w:b/>
        </w:rPr>
        <w:t xml:space="preserve">[53:01] </w:t>
      </w:r>
      <w:r>
        <w:t>quranmeindekhiye, namazkakraightiyabta di gayahai. quran kanamazkojannataho k namaaz kya hai, sahih namaz hai k nahi hai, to pata chal jayega. woh</w:t>
      </w:r>
    </w:p>
    <w:p>
      <w:pPr>
        <w:jc w:val="right"/>
      </w:pPr>
      <w:r>
        <w:t>قرآنمیںدیکھیے، نمازکا کرائٹیریابتادیاگیاہے۔قرآن کا نمازکو جانچناہوکہنمازکیا ہے، صحیحنمازہےکہ نہیں ہے،تو پتہچلجائےگا۔وہ</w:t>
      </w:r>
    </w:p>
    <w:p>
      <w:r>
        <w:rPr>
          <w:b/>
        </w:rPr>
        <w:t xml:space="preserve">[53:13] </w:t>
      </w:r>
      <w:r>
        <w:t>quranmein hai k in assalata tan haa an al fashaa al munkar</w:t>
      </w:r>
    </w:p>
    <w:p>
      <w:pPr>
        <w:jc w:val="right"/>
      </w:pPr>
      <w:r>
        <w:t>قرآنمیںہے کہ ان الصلوۃ تن ہا عن الفاشاء والمن کر</w:t>
      </w:r>
    </w:p>
    <w:p>
      <w:r>
        <w:rPr>
          <w:b/>
        </w:rPr>
        <w:t xml:space="preserve">[53:22] </w:t>
      </w:r>
      <w:r>
        <w:t>namaz rokti hai bri baton se. yeh hai kraightiya, yeh kraightiya hai. yani namaz padhne wala agar bri baton se ruka hua ho to samjho woh namaz padh raha hai, warna samjho k uth baith kar raha hai.</w:t>
      </w:r>
    </w:p>
    <w:p>
      <w:pPr>
        <w:jc w:val="right"/>
      </w:pPr>
      <w:r>
        <w:t>نماز روکتیہے بریباتوںسے ۔ یہ ہے کرائٹیریا، یہ کرائٹیریاہے۔یعنی نمازپڑھنےوالا اگر بریباتوںسےرکاہواہو تو سمجھئےوہنمازپڑھرہاہے، ورنہسمجھئےکہاٹھبیٹھکررہاہے۔</w:t>
      </w:r>
    </w:p>
    <w:p>
      <w:r>
        <w:rPr>
          <w:b/>
        </w:rPr>
        <w:t xml:space="preserve">[53:40] </w:t>
      </w:r>
      <w:r>
        <w:t>basaisiko aap dekhiye k kaun musalman hai jo sunne baton ko tehqeeq kare, iska pata kare, isko dhoonde.</w:t>
      </w:r>
    </w:p>
    <w:p>
      <w:pPr>
        <w:jc w:val="right"/>
      </w:pPr>
      <w:r>
        <w:t>بساسیکوآپدیکھیے کہ کون مس لمانہے جو سننےباتوںکو تحقیقکرے،اسکاپتہکرے،اسکوڈھونڈے۔</w:t>
      </w:r>
    </w:p>
    <w:p>
      <w:r>
        <w:rPr>
          <w:b/>
        </w:rPr>
        <w:t xml:space="preserve">[53:52] </w:t>
      </w:r>
      <w:r>
        <w:t>yahin ek sahib aaye, nizamuddin basti mein ek hotel hai, ek sahib wahan aa kar thehre to unke saath unki madar Allah thi.</w:t>
      </w:r>
    </w:p>
    <w:p>
      <w:pPr>
        <w:jc w:val="right"/>
      </w:pPr>
      <w:r>
        <w:t>یہیںایکصاحبآئے، نظامالدینبستیمیںایکہوٹلہے، ایک صاحبوہاںآکرٹھہرے تو انکےساتھ انکیمدراللہ تھیں۔</w:t>
      </w:r>
    </w:p>
    <w:p>
      <w:r>
        <w:rPr>
          <w:b/>
        </w:rPr>
        <w:t xml:space="preserve">[54:02] </w:t>
      </w:r>
      <w:r>
        <w:t>to madar Allah woh hai, hamara risala padhti thi, unhone kaha k mein milna chahta hoon molana sahib se.</w:t>
      </w:r>
    </w:p>
    <w:p>
      <w:pPr>
        <w:jc w:val="right"/>
      </w:pPr>
      <w:r>
        <w:t>تو مدر اللہجوہے، ہمارارسالہپڑھتیتھیں،انہوںنےکہاکہمیںملناچاہتاہوں مولاناصاحبسے۔</w:t>
      </w:r>
    </w:p>
    <w:p>
      <w:r>
        <w:rPr>
          <w:b/>
        </w:rPr>
        <w:t xml:space="preserve">[54:07] </w:t>
      </w:r>
      <w:r>
        <w:t>to unka jo jo sun Allah tha, usne kaha bhai mein to nahi jaunga. woh sun Allah dadi wala tha, namaz padhne wala. kyun? are bhai, woh to government ke agent hain, woh to sarkaar ke pathu wagera.</w:t>
      </w:r>
    </w:p>
    <w:p>
      <w:pPr>
        <w:jc w:val="right"/>
      </w:pPr>
      <w:r>
        <w:t>تو انکاجو جو سن اللہتھا،اسنےکہابھئیمیںتونہیںجاؤںگا۔ وہسن اللہداڑھیوالاتھا،نمازپڑھنےوالا۔ کیوں؟ارےبھئی،وہتو گورنمنٹکےایجنٹہیں، وہتو سرکارکےپٹھووغیرہ۔</w:t>
      </w:r>
    </w:p>
    <w:p>
      <w:r>
        <w:rPr>
          <w:b/>
        </w:rPr>
        <w:t xml:space="preserve">[54:21] </w:t>
      </w:r>
      <w:r>
        <w:t>mein inse kyun milunga? to khair, unki madar Allah woh hai, unko hotel mein chhod, hotel mein chhod kar chali aayi. mere si 2 9 mein mujhse aa kar mili, subah ka time tha, fajr baad ka time.</w:t>
      </w:r>
    </w:p>
    <w:p>
      <w:pPr>
        <w:jc w:val="right"/>
      </w:pPr>
      <w:r>
        <w:t>میںانسےکیوںملوںگا؟ تو خیر، انکیمدراللہجوہے، انکو ہوٹلمیںچھوڑ،ہوٹلمیںچھوڑکرچلیآئیں۔ میرے سی 2 9میںمجھسےآکرملی ،صبح کاٹائمتھا، فجربعدکاٹائم۔</w:t>
      </w:r>
    </w:p>
    <w:p>
      <w:r>
        <w:rPr>
          <w:b/>
        </w:rPr>
        <w:t xml:space="preserve">[54:35] </w:t>
      </w:r>
      <w:r>
        <w:t>to hamare saathi jo molana zakat nadvi, mujhe mein ne kaha ja kar un sahib ke paas ja kar le aaiye unko. unhone kaha tha apni madar Allah se k mein unka chehra nahi dekh sakta mere bare mein k mein unka chehra nahi dekh sakta.</w:t>
      </w:r>
    </w:p>
    <w:p>
      <w:pPr>
        <w:jc w:val="right"/>
      </w:pPr>
      <w:r>
        <w:t>توہمارےساتھیجومولانازکوۃندوی، مجھےمیںنےکہاجاکےانصاحبکےپاسجاکے لےآئیےانکو۔ انہوںنےکہاتھا اپنیمدر اللہسےکہمیںانکا چہرہنہیںدیکھسکتا میرےبارےمیں کہمیںانکاچہرہنہیںدیکھسکتا۔</w:t>
      </w:r>
    </w:p>
    <w:p>
      <w:r>
        <w:rPr>
          <w:b/>
        </w:rPr>
        <w:t xml:space="preserve">[54:49] </w:t>
      </w:r>
      <w:r>
        <w:t>kehte hain kharab aadmi ka jo kafiron ko, ko yani kafiron ka agent bana hua hai, usko mein chehra nahi nahi dekh sakta.</w:t>
      </w:r>
    </w:p>
    <w:p>
      <w:pPr>
        <w:jc w:val="right"/>
      </w:pPr>
      <w:r>
        <w:t>کہتےہیںخرابآدمیکا جو کافروںکو، کو یعنی کافروںکاایجنٹبناہواہے،اسکومیںچہرہ نہیںنہیںدیکھسکتا۔</w:t>
      </w:r>
    </w:p>
    <w:p>
      <w:r>
        <w:rPr>
          <w:b/>
        </w:rPr>
        <w:t xml:space="preserve">[54:59] </w:t>
      </w:r>
      <w:r>
        <w:t>to molana zakat nadvi gaye us hotel mein, us aadmi se kaha sun kar usko laye.</w:t>
      </w:r>
    </w:p>
    <w:p>
      <w:pPr>
        <w:jc w:val="right"/>
      </w:pPr>
      <w:r>
        <w:t>تو مولانازکوۃندویگئے اسہوٹلمیں، اسآدمیسےکہاسنکراسکولائے۔</w:t>
      </w:r>
    </w:p>
    <w:p>
      <w:r>
        <w:rPr>
          <w:b/>
        </w:rPr>
        <w:t xml:space="preserve">[55:06] </w:t>
      </w:r>
      <w:r>
        <w:t>to upar jo jis kamre mein rehta hoon, woh aadmi aaya baitha aur bola k kuch nahi, woh bas baitha raha, meri baat sunta raha.</w:t>
      </w:r>
    </w:p>
    <w:p>
      <w:pPr>
        <w:jc w:val="right"/>
      </w:pPr>
      <w:r>
        <w:t>تو اوپرجو جسکمریمیںرہتاہوں، وہآدمی آیابی ٹھا اوربولاکہ کچھنہیں،وہ بسبیٹھارہا، میریباتسنتارہا۔</w:t>
      </w:r>
    </w:p>
    <w:p>
      <w:r>
        <w:rPr>
          <w:b/>
        </w:rPr>
        <w:t xml:space="preserve">[55:18] </w:t>
      </w:r>
      <w:r>
        <w:t>to us se poocha gaya k bhai kya hua? unhone kaha k poochna kya hai? woh to mein ne shakal dekhi hai aur mera sab baat khatam ho gayi. kaha k yeh jis shakal thi, jo shakal thi molana sahib ki, woh shakal woh nahi thi jo mujhe batai gayi thi.</w:t>
      </w:r>
    </w:p>
    <w:p>
      <w:pPr>
        <w:jc w:val="right"/>
      </w:pPr>
      <w:r>
        <w:t>تو اسسےپوچھاگیا کہ بھئیکیاہوا ؟ انہوںنےکہاکہپوچھناکیاہے؟وہتومیںنےشکلدیکھیہےاورمیراسبباتختمہوگئی ۔ کہاکہیہجسشکل تھی، جو شکلتھیمول اناصاحبکی، وہشکلوہنہیںتھیجومجھےبتائیگئیتھی۔</w:t>
      </w:r>
    </w:p>
    <w:p>
      <w:r>
        <w:rPr>
          <w:b/>
        </w:rPr>
        <w:t xml:space="preserve">[55:34] </w:t>
      </w:r>
      <w:r>
        <w:t>unhone kaha k mein face reading jaanta hoon, face reading meri face reading ne bataya k yeh aadmi waisa aadmi nahi hai, yeh to ek saccha insaan hai. dekhte hi khatam ho gaya, lekin sare musalmanon ko aap dekhiye,</w:t>
      </w:r>
    </w:p>
    <w:p>
      <w:pPr>
        <w:jc w:val="right"/>
      </w:pPr>
      <w:r>
        <w:t>انہوںنےکہاکہمیں فیسریڈنگجانتاہوں،فیسریڈنگ میریفیسریڈنگنےبتایاکہیہآدمیویساآدمینہیںہے، یہتوایکسچاانسان ہے۔ دیکھتےہیختمہوگیا، لیکن سارے مس لمانوںکوآپدیکھیے،</w:t>
      </w:r>
    </w:p>
    <w:p>
      <w:r>
        <w:rPr>
          <w:b/>
        </w:rPr>
        <w:t xml:space="preserve">[55:49] </w:t>
      </w:r>
      <w:r>
        <w:t>phir rakha hai galat baton ko bila tehqeeq. halan k hadith mein hai k kafa bil mar qazib an yahdith bi kull ma sam'a</w:t>
      </w:r>
    </w:p>
    <w:p>
      <w:pPr>
        <w:jc w:val="right"/>
      </w:pPr>
      <w:r>
        <w:t>پھررکھاہے غلطباتوںکو بلاتحقیق۔ حالانکہحدیثمیںہے کہ کفاءبالمرک ذبای حدث بکل ماسم ع</w:t>
      </w:r>
    </w:p>
    <w:p>
      <w:r>
        <w:rPr>
          <w:b/>
        </w:rPr>
        <w:t xml:space="preserve">[56:02] </w:t>
      </w:r>
      <w:r>
        <w:t>insaan ke jhoota hone ke liye yahi baat kafi hai k jo suna hai, woh bolne lage, jo suna hai, usko report karne lage, jo suna hai, usko sunane lage.</w:t>
      </w:r>
    </w:p>
    <w:p>
      <w:pPr>
        <w:jc w:val="right"/>
      </w:pPr>
      <w:r>
        <w:t>انسان کے جھوٹا ہونےکےلیے یہیباتکافیہے کہ جو سناہے،وہ بولنےلگے،جوسناہے،اسکو رپورٹکرنے لگے،جو سناہے،اسکوسنانےلگے۔</w:t>
      </w:r>
    </w:p>
    <w:p>
      <w:r>
        <w:rPr>
          <w:b/>
        </w:rPr>
        <w:t xml:space="preserve">[56:14] </w:t>
      </w:r>
      <w:r>
        <w:t>to musalmanon tehqeeq ka mizaj kahan hai? is screening karne ka mizaj kahan hai? mein ne khud apni family mein is screening ko review kiya hai.</w:t>
      </w:r>
    </w:p>
    <w:p>
      <w:pPr>
        <w:jc w:val="right"/>
      </w:pPr>
      <w:r>
        <w:t>تو مسلمان وںتحقیقکامزاجکہاںہے؟ اسکرٹنیکرنےکامزاجکہاںہے؟ میںنےخود اپنی فیملیمیں اس کر ٹنیکو ریوائیوکیاہے۔</w:t>
      </w:r>
    </w:p>
    <w:p>
      <w:r>
        <w:rPr>
          <w:b/>
        </w:rPr>
        <w:t xml:space="preserve">[56:25] </w:t>
      </w:r>
      <w:r>
        <w:t>ab khud apni family mein jab mein sunta hoon koi to mein iski screening karta hoon,</w:t>
      </w:r>
    </w:p>
    <w:p>
      <w:pPr>
        <w:jc w:val="right"/>
      </w:pPr>
      <w:r>
        <w:t>ابخود اپنیفیملیمیں جبمیںسنتاہوںکوئی تومیںاسکیاسکرٹنیکرتاہوں،</w:t>
      </w:r>
    </w:p>
    <w:p>
      <w:r>
        <w:rPr>
          <w:b/>
        </w:rPr>
        <w:t xml:space="preserve">[56:31] </w:t>
      </w:r>
      <w:r>
        <w:t>baghair screening ke mein baat ko manta nahi. aisa is society mein, poori qaum mein, saari duniya mein, musalmanon mein mizaj nahi hai screening karne ka, tehqeeq karne ka.</w:t>
      </w:r>
    </w:p>
    <w:p>
      <w:pPr>
        <w:jc w:val="right"/>
      </w:pPr>
      <w:r>
        <w:t>بغیراسکرٹنیکےمیںباتکومانتانہیں۔ ایسیاسپوریسوسائٹیمیں،پوریقوممیں،ساریدنیا میں، مس لمانوںمیںمزاجہینہیںاسکرٹنیکرنے کا ، تحقیقکرنےکا۔</w:t>
      </w:r>
    </w:p>
    <w:p>
      <w:r>
        <w:rPr>
          <w:b/>
        </w:rPr>
        <w:t xml:space="preserve">[56:44] </w:t>
      </w:r>
      <w:r>
        <w:t>jab k quran mein saaf saaf hai k koi buri baat suno kisi ke khilaf to pehle isko janchu, isko janchu, iski screening karo, iski tehqeeq karo.</w:t>
      </w:r>
    </w:p>
    <w:p>
      <w:pPr>
        <w:jc w:val="right"/>
      </w:pPr>
      <w:r>
        <w:t>جب کہقرآنمیںصافصافہے کہکوئی بریباتسنوکسی کےخلاف توپہلے اسکوجانچو، اسکو جانچو، اسکی اسکرٹنیکرو،اسکیتحقیقکرو۔</w:t>
      </w:r>
    </w:p>
    <w:p>
      <w:r>
        <w:rPr>
          <w:b/>
        </w:rPr>
        <w:t xml:space="preserve">[56:58] </w:t>
      </w:r>
      <w:r>
        <w:t>aaj baat karo k mein sunata hoon to maan liya,</w:t>
      </w:r>
    </w:p>
    <w:p>
      <w:pPr>
        <w:jc w:val="right"/>
      </w:pPr>
      <w:r>
        <w:t>آجباتکروکہمیںسناتومانلیا،</w:t>
      </w:r>
    </w:p>
    <w:p>
      <w:r>
        <w:rPr>
          <w:b/>
        </w:rPr>
        <w:t xml:space="preserve">[57:01] </w:t>
      </w:r>
      <w:r>
        <w:t>yani ek dam mizaj hi khatam ho gaya hai. yeh iska yeh mizaj hai maujood nahi hai.</w:t>
      </w:r>
    </w:p>
    <w:p>
      <w:pPr>
        <w:jc w:val="right"/>
      </w:pPr>
      <w:r>
        <w:t>یعنیایکدممزاجہیختمہوگیاہے۔یہاسکا یہمزاجہیموجود نہیںہے۔</w:t>
      </w:r>
    </w:p>
    <w:p>
      <w:r>
        <w:rPr>
          <w:b/>
        </w:rPr>
        <w:t xml:space="preserve">[57:10] </w:t>
      </w:r>
      <w:r>
        <w:t>to diagnosis jo mera hai, wohi yeh hai k musalmanon ne quran ko chhod rakha hai. quran ke naam par ladai jhagda to karte hain, lekin quran ko follow nahi karte.</w:t>
      </w:r>
    </w:p>
    <w:p>
      <w:pPr>
        <w:jc w:val="right"/>
      </w:pPr>
      <w:r>
        <w:t>تو ڈائیگنوسسجومیریہے،وہیہہےکہ مسلمانوںنےقرآنکوچھوڑرکھاہے۔ قرآنکےنامپرلڑائیجھگڑاتوکرتےہیں، لیکن قرآنکوفالونہیںکرتے۔</w:t>
      </w:r>
    </w:p>
    <w:p>
      <w:r>
        <w:rPr>
          <w:b/>
        </w:rPr>
        <w:t xml:space="preserve">[57:21] </w:t>
      </w:r>
      <w:r>
        <w:t>lekin ek ka quran ko follow karna aur ek ka quran ke naam par ladai jhagda karna,</w:t>
      </w:r>
    </w:p>
    <w:p>
      <w:pPr>
        <w:jc w:val="right"/>
      </w:pPr>
      <w:r>
        <w:t>لیکن ایککاقرآنکو فالوکرنا اور ایک کاقرآنکےنامپر لڑائیجھگڑاکرنا،</w:t>
      </w:r>
    </w:p>
    <w:p>
      <w:r>
        <w:rPr>
          <w:b/>
        </w:rPr>
        <w:t xml:space="preserve">[57:34] </w:t>
      </w:r>
      <w:r>
        <w:t>yeh mizaj hamein banana hai. hamare sab logon ko mein kahunga ke hum sab logon ko mizaj bana rahe hain musalmanon ke andar ke Quran ko criteria banayein, Rasool Allah ko model banayein, Sahaba ko utba banayein.</w:t>
      </w:r>
    </w:p>
    <w:p>
      <w:pPr>
        <w:jc w:val="right"/>
      </w:pPr>
      <w:r>
        <w:t>یہ مزاجہمیںبناناہے۔ ہمارےسبلوگوںکومیںکہوںگاکہہمسبلوگوںکومز اجبنارہےہیں مسلمانوںکےاندر کہ قرآنکو کر ائٹیریابنائیں، رسولاللہ کاماڈلبنائیں، صحابہکو عتبہبنائیں۔</w:t>
      </w:r>
    </w:p>
    <w:p>
      <w:r>
        <w:rPr>
          <w:b/>
        </w:rPr>
        <w:t xml:space="preserve">[57:48] </w:t>
      </w:r>
      <w:r>
        <w:t>isi muamle mein sab se pehle yeh dekhein ke Quran mein kya likha hai, Hadees mein kya hai, Rasool Allah ne kya kiya tha, Sahaba ka tareeqa kya tha. yeh dekhein pehle, phir apni rai banayein.</w:t>
      </w:r>
    </w:p>
    <w:p>
      <w:pPr>
        <w:jc w:val="right"/>
      </w:pPr>
      <w:r>
        <w:t>اسی معاملےمیں سبسےپہلےیہدیکھیںکہقرآنمیںکیالکھاہے، حدیثمیںکیاہے، رسولاللہنےکیاکیاتھا ،صحابہکاطریقہکیاتھا۔ یہدیکھیںپہلے، پھر اپنیرائےبنائیں۔</w:t>
      </w:r>
    </w:p>
    <w:p>
      <w:r>
        <w:rPr>
          <w:b/>
        </w:rPr>
        <w:t xml:space="preserve">[58:01] </w:t>
      </w:r>
      <w:r>
        <w:t>na toh apne mind ko soch kar rai banayein, lekin kisi buzurg se suna hai aur hamare sheikh ne aisa kaha hai. kisi buzurg ke kehne se koi baat sabit nahi hoti.</w:t>
      </w:r>
    </w:p>
    <w:p>
      <w:pPr>
        <w:jc w:val="right"/>
      </w:pPr>
      <w:r>
        <w:t>نہتواپنے مائنڈکوسوچکررائےبنائیں، لیکن سببزرگ وںسےسناہے اور ہمارےشیخنےایساکہاہے۔ کسی بزرگ کےکہنےسےکوئیباتثابتنہیںہوتی۔</w:t>
      </w:r>
    </w:p>
    <w:p>
      <w:r>
        <w:rPr>
          <w:b/>
        </w:rPr>
        <w:t xml:space="preserve">[58:12] </w:t>
      </w:r>
      <w:r>
        <w:t>yeh sab khatam ho jana chahiye, sab khatam ho jana chahiye. hona chahiye kya? ke Quran ko aap criteria banayein. Rasool Allah ne farmaya tha aakhri waqt mein apni wafat se pehle tark tofeeq mustaqil yin</w:t>
      </w:r>
    </w:p>
    <w:p>
      <w:pPr>
        <w:jc w:val="right"/>
      </w:pPr>
      <w:r>
        <w:t>یہ سب ختمہوجاناچاہیے، سب ختمہوجاناچاہیے۔ہوناچاہیےکیا؟ کہ قرآنکو آپ کرائٹیریابنائیں۔ رسولاللہنےفرمایاتھا آخروقت میں اپنی وفاتسےپہلے ترک توفیق مستقل ین</w:t>
      </w:r>
    </w:p>
    <w:p>
      <w:r>
        <w:rPr>
          <w:b/>
        </w:rPr>
        <w:t xml:space="preserve">[58:30] </w:t>
      </w:r>
      <w:r>
        <w:t>Kitab Allah wa sunnati ke do cheez mein ne chhori hain: Allah ki kitab aur meri sunnat. bas is ko pakde rehna, is ko chhodoge toh gumrah ho jaoge.</w:t>
      </w:r>
    </w:p>
    <w:p>
      <w:pPr>
        <w:jc w:val="right"/>
      </w:pPr>
      <w:r>
        <w:t>کتاب اللہ وس نت کہدوچیزمیںنےچھوڑیہے: اللہ کیکتاب اور میریسنت۔ بساسکوپکڑےرہنا، اسکوچھوڑوگےتوگمراہہوجاؤگے۔</w:t>
      </w:r>
    </w:p>
    <w:p>
      <w:r>
        <w:rPr>
          <w:b/>
        </w:rPr>
        <w:t xml:space="preserve">[58:44] </w:t>
      </w:r>
      <w:r>
        <w:t>yahan pe jar hai ke koi musalman ne Quran ko point of reference nahi banaya. Quran hamare liye point of reference hai.</w:t>
      </w:r>
    </w:p>
    <w:p>
      <w:pPr>
        <w:jc w:val="right"/>
      </w:pPr>
      <w:r>
        <w:t>یہاںپہ جڑہے کہکوئی مس لمان نےقرآنکو پوائنٹآفریفرنسنہیںبنایا۔ قرآنہمارےلیے پوائنٹآفریفرنسہے۔</w:t>
      </w:r>
    </w:p>
    <w:p>
      <w:r>
        <w:rPr>
          <w:b/>
        </w:rPr>
        <w:t xml:space="preserve">[58:53] </w:t>
      </w:r>
      <w:r>
        <w:t>koi mauqa aaye toh phir Quran ko dekho.</w:t>
      </w:r>
    </w:p>
    <w:p>
      <w:pPr>
        <w:jc w:val="right"/>
      </w:pPr>
      <w:r>
        <w:t>کوئی موقعآئےتوپھرقرآنکودیکھو۔</w:t>
      </w:r>
    </w:p>
    <w:p>
      <w:r>
        <w:rPr>
          <w:b/>
        </w:rPr>
        <w:t xml:space="preserve">[58:59] </w:t>
      </w:r>
      <w:r>
        <w:t>Quran jo hai, hamare liye Khuda ne diya hai point of reference har mauqe ke liye. is mein dhoondna ke jo situation mujhe mere samne aayi hai, jo qissa hua hai, is ke bare mein Quran mein kya bataya gaya hai.</w:t>
      </w:r>
    </w:p>
    <w:p>
      <w:pPr>
        <w:jc w:val="right"/>
      </w:pPr>
      <w:r>
        <w:t>قرآنجوہے،ہمارےلیے خدانےدیاہے پوائنٹآفریفرنس ہرموقعکےلیے۔اسمیںڈھونڈ نا کہ جو سچوئیشنمجھے میرےسامنےآئیہے، جو قصہہواہے،اسکےبارےمیں قرآنمیںکیا بتایاگیاہے۔</w:t>
      </w:r>
    </w:p>
    <w:p>
      <w:r>
        <w:rPr>
          <w:b/>
        </w:rPr>
        <w:t xml:space="preserve">[59:17] </w:t>
      </w:r>
      <w:r>
        <w:t>toh mein ne kai misalein aap ko dein ke Quran mein kuch hai, hum ne kuch pakad rakha hai.</w:t>
      </w:r>
    </w:p>
    <w:p>
      <w:pPr>
        <w:jc w:val="right"/>
      </w:pPr>
      <w:r>
        <w:t>تومیںنےکئیمثالیںآپکودیں کہ قرآنمیںکچھ ہے،ہمنےکچھپکڑرکھاہے۔</w:t>
      </w:r>
    </w:p>
    <w:p>
      <w:r>
        <w:rPr>
          <w:b/>
        </w:rPr>
        <w:t xml:space="preserve">[59:24] </w:t>
      </w:r>
      <w:r>
        <w:t>toh musalmanon mein is mizaj ko revive karna hai ke Quran ko woh banayein apne liye criteria, aur tab ja kar islaah hogi, tab ja kar Allah ki nusrat hum par utrein gi.</w:t>
      </w:r>
    </w:p>
    <w:p>
      <w:pPr>
        <w:jc w:val="right"/>
      </w:pPr>
      <w:r>
        <w:t>تو مسلمانوںمیںاسمزاجکوریوائیوکرناہے کہقرآنکو وہ بن ائیںاپنے لیےکرائٹیریا، اور تب جاکر اصلاحہوگی،تبجاکراللہ کینصرتہمپراتریںگی۔</w:t>
      </w:r>
    </w:p>
    <w:p>
      <w:r>
        <w:rPr>
          <w:b/>
        </w:rPr>
        <w:t xml:space="preserve">[59:37] </w:t>
      </w:r>
      <w:r>
        <w:t>aqool qawli hadha fastaghfirullaha li walakum ajmaeen</w:t>
      </w:r>
    </w:p>
    <w:p>
      <w:pPr>
        <w:jc w:val="right"/>
      </w:pPr>
      <w:r>
        <w:t>اقول قولیھذا فاستغفراللہ لول کماجمعین</w:t>
      </w:r>
    </w:p>
    <w:p>
      <w:r>
        <w:rPr>
          <w:b/>
        </w:rPr>
        <w:t xml:space="preserve">[59:55] </w:t>
      </w:r>
      <w:r>
        <w:t>This question is from Mr. Basit Jamal. Maulana, give some verses of Quran on conspiracy.</w:t>
      </w:r>
    </w:p>
    <w:p>
      <w:pPr>
        <w:jc w:val="right"/>
      </w:pPr>
      <w:r>
        <w:t>Thisquestion is from Mr. Bas it Jamal ۔مول انا،give some vers es of Q uran on conspiracy.</w:t>
      </w:r>
    </w:p>
    <w:p>
      <w:r>
        <w:rPr>
          <w:b/>
        </w:rPr>
        <w:t xml:space="preserve">[1:00:04] </w:t>
      </w:r>
      <w:r>
        <w:t>That is, what attitude should be adopted when somebody conspires against you? haan, yeh bohat hi relevant question hai.</w:t>
      </w:r>
    </w:p>
    <w:p>
      <w:pPr>
        <w:jc w:val="right"/>
      </w:pPr>
      <w:r>
        <w:t>That is,what att itudeshouldbeadopt ed when somebody con spires against you? ہاں،یہ بہت ہی rel evantquestionہے۔</w:t>
      </w:r>
    </w:p>
    <w:p>
      <w:r>
        <w:rPr>
          <w:b/>
        </w:rPr>
        <w:t xml:space="preserve">[1:00:16] </w:t>
      </w:r>
      <w:r>
        <w:t>Quran mein ek ayat hai: وَإِنْ تَصْبِرُوا وَتَتَّقُوا لَا يَضُرُّكُمْ قَيْدُهُمْ شَيْئًا</w:t>
      </w:r>
    </w:p>
    <w:p>
      <w:pPr>
        <w:jc w:val="right"/>
      </w:pPr>
      <w:r>
        <w:t>قرآنمیںایکآیتہے: وَإِنْتَسْبِرُوا فَتَتَّقُوا لَايُضِرُّكُمْقَيْدُهُمْشَيْئًا</w:t>
      </w:r>
    </w:p>
    <w:p>
      <w:r>
        <w:rPr>
          <w:b/>
        </w:rPr>
        <w:t xml:space="preserve">[1:00:26] </w:t>
      </w:r>
      <w:r>
        <w:t>qayd ke maani wohi hote hain jis ko hum kehte hain conspiracy, sazish. theek wohi maani hain. toh yeh is ayat mein bataya gaya hai ke agar tumhare andar sabr ho aur Allah ka darr ho,</w:t>
      </w:r>
    </w:p>
    <w:p>
      <w:pPr>
        <w:jc w:val="right"/>
      </w:pPr>
      <w:r>
        <w:t>قیدکےمعنیوہیہوتےہیںجسکوہمکہتےہیںconspiracy، ساز ش ۔ ٹھیکوہیمعنیہیں۔ تو یہ اسآیتمیںبتایاگیاہےکہاگر تمہارےاندرصبرہو اور اللہ کاڈرہو،</w:t>
      </w:r>
    </w:p>
    <w:p>
      <w:r>
        <w:rPr>
          <w:b/>
        </w:rPr>
        <w:t xml:space="preserve">[1:00:44] </w:t>
      </w:r>
      <w:r>
        <w:t>do cheezein toh unki conspiracy, unki sazish tum ko kuch bhi nuqsan nahi pahunchaye gi.</w:t>
      </w:r>
    </w:p>
    <w:p>
      <w:pPr>
        <w:jc w:val="right"/>
      </w:pPr>
      <w:r>
        <w:t>دوچیزیں تو انکی con spiracy، انکیسازشتمکوکچھبھی نقصاننہیںپہنچائےگی۔</w:t>
      </w:r>
    </w:p>
    <w:p>
      <w:r>
        <w:rPr>
          <w:b/>
        </w:rPr>
        <w:t xml:space="preserve">[1:00:52] </w:t>
      </w:r>
      <w:r>
        <w:t>yahan pe hai: kuch bhi nuqsan nahi pahunchaye gi. is se kya mila? ke lack of yani sabr o taqwa lack kar raha ho, yeh problem hai.</w:t>
      </w:r>
    </w:p>
    <w:p>
      <w:pPr>
        <w:jc w:val="right"/>
      </w:pPr>
      <w:r>
        <w:t>یہاںپہہے:کچھبھی نقصاننہیںپہنچائےگی۔ اسسےکیا ملا؟ کہ lackof یعنی صبروتقویٰ lackکررہاہو،یہproblem ہے۔</w:t>
      </w:r>
    </w:p>
    <w:p>
      <w:r>
        <w:rPr>
          <w:b/>
        </w:rPr>
        <w:t xml:space="preserve">[1:01:07] </w:t>
      </w:r>
      <w:r>
        <w:t>conspiracy hai, yeh problem nahi hai.</w:t>
      </w:r>
    </w:p>
    <w:p>
      <w:pPr>
        <w:jc w:val="right"/>
      </w:pPr>
      <w:r>
        <w:t>con spiracy ہے، یہproblem نہیںہے۔</w:t>
      </w:r>
    </w:p>
    <w:p>
      <w:r>
        <w:rPr>
          <w:b/>
        </w:rPr>
        <w:t xml:space="preserve">[1:01:12] </w:t>
      </w:r>
      <w:r>
        <w:t>yani sazish ka hona, yeh problem nahi hai. sabr o taqwa ka na hona, yeh problem hai.</w:t>
      </w:r>
    </w:p>
    <w:p>
      <w:pPr>
        <w:jc w:val="right"/>
      </w:pPr>
      <w:r>
        <w:t>یعنیساز شکاہونا،یہproblem نہیںہے۔ صبروتقویٰکانہہونا،یہproblem ہے۔</w:t>
      </w:r>
    </w:p>
    <w:p>
      <w:r>
        <w:rPr>
          <w:b/>
        </w:rPr>
        <w:t xml:space="preserve">[1:01:18] </w:t>
      </w:r>
      <w:r>
        <w:t>kitni bari baat hai Quran ki is ayat ke jab bhi aap ko lage ke koi aap ka sazish kar raha hai, aap ke khilaf, aap ke liye problem bana hua hai toh jald se dhoondhiye apne andar ke kahin aisa toh nahi ke hamara sabr aur taqwa nikal gaya hai.</w:t>
      </w:r>
    </w:p>
    <w:p>
      <w:pPr>
        <w:jc w:val="right"/>
      </w:pPr>
      <w:r>
        <w:t>کتنیبڑیباتہے قرآنکیاسآیت کہجببھیآپ کو لگےکہکوئیآپ کا سازشکررہاہے،آپکےخلاف ،آپ کےلیے problem بناہواہے تو جلدیسے ڈھونڈیےاپنےاندر کہکہیںایساتونہیںکہہماراصبراورتقویٰنکلگیاہے۔</w:t>
      </w:r>
    </w:p>
    <w:p>
      <w:r>
        <w:rPr>
          <w:b/>
        </w:rPr>
        <w:t xml:space="preserve">[1:01:40] </w:t>
      </w:r>
      <w:r>
        <w:t>log kya karte hain ke wahan dhoondhne lagte hain, wahan jab ke woh cheez yahan par hai.</w:t>
      </w:r>
    </w:p>
    <w:p>
      <w:pPr>
        <w:jc w:val="right"/>
      </w:pPr>
      <w:r>
        <w:t>لوگ کیاکرتے ہیںکہ وہاںڈھونڈنےلگتےہیں،وہاں جبکہ وہچیزیہاںپرہے۔</w:t>
      </w:r>
    </w:p>
    <w:p>
      <w:r>
        <w:rPr>
          <w:b/>
        </w:rPr>
        <w:t xml:space="preserve">[1:01:49] </w:t>
      </w:r>
      <w:r>
        <w:t>is ayat ka koi doosra matlab nahi ho sakta is ke siwa ke</w:t>
      </w:r>
    </w:p>
    <w:p>
      <w:pPr>
        <w:jc w:val="right"/>
      </w:pPr>
      <w:r>
        <w:t>اسآیتکا کوئیدوسرامطلبنہیںہوسکتااسکےسوا کہ</w:t>
      </w:r>
    </w:p>
    <w:p>
      <w:r>
        <w:rPr>
          <w:b/>
        </w:rPr>
        <w:t xml:space="preserve">[1:01:56] </w:t>
      </w:r>
      <w:r>
        <w:t>asal cheez jo hai, woh yeh hai ke sabr o taqwa lack kar raha ho, woh woh mafqood ho gaya ho. yeh masla nahi hai ke koi sazish kar raha hai.</w:t>
      </w:r>
    </w:p>
    <w:p>
      <w:pPr>
        <w:jc w:val="right"/>
      </w:pPr>
      <w:r>
        <w:t>اصلچیزجوہے، وہیہہےکہ صبروتقویٰlackکررہاہو، وہ وہمفقودہوگیاہو ۔ یہ مسئلہنہیںہےکہکوئیسازشکررہاہے۔</w:t>
      </w:r>
    </w:p>
    <w:p>
      <w:r>
        <w:rPr>
          <w:b/>
        </w:rPr>
        <w:t xml:space="preserve">[1:02:06] </w:t>
      </w:r>
      <w:r>
        <w:t>karna sazish karte rahenge. sazish is part of nature. toh sazish hai ya nahi hai, yeh masla nahi hai.</w:t>
      </w:r>
    </w:p>
    <w:p>
      <w:pPr>
        <w:jc w:val="right"/>
      </w:pPr>
      <w:r>
        <w:t>کر نا سازشکرتےرہیںگے۔ سازشispart ofnature۔ تو ساز ش ہےیانہیںہے،یہمسئلہنہیںہے۔</w:t>
      </w:r>
    </w:p>
    <w:p>
      <w:r>
        <w:rPr>
          <w:b/>
        </w:rPr>
        <w:t xml:space="preserve">[1:02:18] </w:t>
      </w:r>
      <w:r>
        <w:t>tum apne ko is se bacha sakte ho is tarah se ke apne andar sabr o taqwa paida karo. is se zyada aur kya ho sakta hai? yani is se badi daleel aur kya ho sakti hai?</w:t>
      </w:r>
    </w:p>
    <w:p>
      <w:pPr>
        <w:jc w:val="right"/>
      </w:pPr>
      <w:r>
        <w:t>تم اپنےکو اسسےبچاسکتےہو اسطرح سے کہاپنےاندرصبروتقویٰپیداکرو۔ اسسےزیادہ اورکیاہو سکتاہے؟ یعنی اسسےبڑیدلیلاورکیاہوسکتیہے؟</w:t>
      </w:r>
    </w:p>
    <w:p>
      <w:r>
        <w:rPr>
          <w:b/>
        </w:rPr>
        <w:t xml:space="preserve">[1:02:32] </w:t>
      </w:r>
      <w:r>
        <w:t>isse badi dalil to koe nahi ho sakti he.</w:t>
      </w:r>
    </w:p>
    <w:p>
      <w:pPr>
        <w:jc w:val="right"/>
      </w:pPr>
      <w:r>
        <w:t>اسسےبڑیدلیلتوکوئینہیںہوسکتیہے۔</w:t>
      </w:r>
    </w:p>
    <w:p>
      <w:r>
        <w:rPr>
          <w:b/>
        </w:rPr>
        <w:t xml:space="preserve">[1:02:39] </w:t>
      </w:r>
      <w:r>
        <w:t>to mein samjhta hoon ke masla yeh hai ke log quran ko guide book ke taur par lete he nahi, use sochte bhi nahi</w:t>
      </w:r>
    </w:p>
    <w:p>
      <w:pPr>
        <w:jc w:val="right"/>
      </w:pPr>
      <w:r>
        <w:t>تو میںسمجھتاہوںکہمسئلہیہہےکہلوگ قرآنکو گائیڈبککےطورپرلیتےہینہیں، اسے سوچتےبھینہیں</w:t>
      </w:r>
    </w:p>
    <w:p>
      <w:r>
        <w:rPr>
          <w:b/>
        </w:rPr>
        <w:t xml:space="preserve">[1:02:46] </w:t>
      </w:r>
      <w:r>
        <w:t>ke aap sochenge, tabhi to is ayat se aap baat milegi, aap ko guidance milegi. yeh to kahan se milegi?</w:t>
      </w:r>
    </w:p>
    <w:p>
      <w:pPr>
        <w:jc w:val="right"/>
      </w:pPr>
      <w:r>
        <w:t>کہ آپسوچیںگے،تبھیتواسآیتسےآپ بات ملےگی،آپکو گائیڈنسملےگی۔ یہتوکہاںسےملےگی؟</w:t>
      </w:r>
    </w:p>
    <w:p>
      <w:r>
        <w:rPr>
          <w:b/>
        </w:rPr>
        <w:t xml:space="preserve">[1:02:58] </w:t>
      </w:r>
      <w:r>
        <w:t>This question is from Salesh from Singap or e. There is a very popular myth amongst non-Muslims that there are a lot of id ols, including Hindugod s, inside the Makkah.</w:t>
      </w:r>
    </w:p>
    <w:p>
      <w:pPr>
        <w:jc w:val="right"/>
      </w:pPr>
      <w:r>
        <w:t>Thisquestion is from Saleshfrom Singap or e. Thereisaverypopular myth amongst non -Muslims that there are alot of id ols, including Hindugod s, inside the Makkah.</w:t>
      </w:r>
    </w:p>
    <w:p>
      <w:r>
        <w:rPr>
          <w:b/>
        </w:rPr>
        <w:t xml:space="preserve">[1:03:12] </w:t>
      </w:r>
      <w:r>
        <w:t>Is it true? What is the real ity behind this?</w:t>
      </w:r>
    </w:p>
    <w:p>
      <w:pPr>
        <w:jc w:val="right"/>
      </w:pPr>
      <w:r>
        <w:t>Isittrue ?Whatisthereal itybehind this?</w:t>
      </w:r>
    </w:p>
    <w:p>
      <w:r>
        <w:rPr>
          <w:b/>
        </w:rPr>
        <w:t xml:space="preserve">[1:03:17] </w:t>
      </w:r>
      <w:r>
        <w:t>dekhen, aaj to kuch bhi nahi he, lekin yani seven century ke first quarter mein jab rasool Allah wahan aaye, us waqt kaba mein 360 but rakhe hue the.</w:t>
      </w:r>
    </w:p>
    <w:p>
      <w:pPr>
        <w:jc w:val="right"/>
      </w:pPr>
      <w:r>
        <w:t>دیکھیں،آجتوکچھبھینہیںہے، لیکن یعنی سیونسینچریکے فرسٹکوارٹرمیں جب رسولاللہ وہاںآئے، اسوقت کعبہمیں 3 6 0 بت رکھےہوئےتھے۔</w:t>
      </w:r>
    </w:p>
    <w:p>
      <w:r>
        <w:rPr>
          <w:b/>
        </w:rPr>
        <w:t xml:space="preserve">[1:03:34] </w:t>
      </w:r>
      <w:r>
        <w:t>us waqt woh bhi hindu garden nahi the, woh yeh bhi galat he. hindu garden nahi the, woh arab tribes ke garden the. lat aur uzza, manat, yeh sab</w:t>
      </w:r>
    </w:p>
    <w:p>
      <w:pPr>
        <w:jc w:val="right"/>
      </w:pPr>
      <w:r>
        <w:t>اس وقت وہبھیہندو گارڈنہیںتھے،وہ یہبھیغلطہے۔ ہندو گارڈنہیںتھے، وہ عرب ٹرائبزکے گارڈتھے۔ لاتاورعزہ، منات، یہسب</w:t>
      </w:r>
    </w:p>
    <w:p>
      <w:r>
        <w:rPr>
          <w:b/>
        </w:rPr>
        <w:t xml:space="preserve">[1:03:47] </w:t>
      </w:r>
      <w:r>
        <w:t>arbon mein 360 traibt he, chhote chhote. to har har qabile ka, qabile qabile ka but ek juda tha.</w:t>
      </w:r>
    </w:p>
    <w:p>
      <w:pPr>
        <w:jc w:val="right"/>
      </w:pPr>
      <w:r>
        <w:t>عرب وںمیں 3 60 ٹرائبتھے، چھوٹےچھوٹے۔ تو ہر ہر قبیلےکا،قبیلےقبیلےکابت ایکجداتھا۔</w:t>
      </w:r>
    </w:p>
    <w:p>
      <w:r>
        <w:rPr>
          <w:b/>
        </w:rPr>
        <w:t xml:space="preserve">[1:03:56] </w:t>
      </w:r>
      <w:r>
        <w:t>kisi ka hubal tha, kisi ka safa tha. to har qabila apna ek but tha, usko poojhta tha. woh to quraish ne, quraish jo leader the, unhone kya kiya?</w:t>
      </w:r>
    </w:p>
    <w:p>
      <w:pPr>
        <w:jc w:val="right"/>
      </w:pPr>
      <w:r>
        <w:t>کسی کاحبلتھا،کسی کاصفاتھا۔ تو ہر قبیلہ اپنا ایک بت تھا،اسکوپوچھتاتھا۔وہ تو قریشنے، قریشجولیڈرتھے، انہوںنےکیاکیا؟</w:t>
      </w:r>
    </w:p>
    <w:p>
      <w:r>
        <w:rPr>
          <w:b/>
        </w:rPr>
        <w:t xml:space="preserve">[1:04:10] </w:t>
      </w:r>
      <w:r>
        <w:t>har qabile ka but lakar kaba pe rakh diya.</w:t>
      </w:r>
    </w:p>
    <w:p>
      <w:pPr>
        <w:jc w:val="right"/>
      </w:pPr>
      <w:r>
        <w:t>ہر قبیلےکا بت لاکر کعبہپہرکھدیا۔</w:t>
      </w:r>
    </w:p>
    <w:p>
      <w:r>
        <w:rPr>
          <w:b/>
        </w:rPr>
        <w:t xml:space="preserve">[1:04:15] </w:t>
      </w:r>
      <w:r>
        <w:t>to to jo jitne bhi log the, har type ke, woh barabar aate rehte the apne buton ki zi yart ke liye, usko nazar ane chadhane ke liye.</w:t>
      </w:r>
    </w:p>
    <w:p>
      <w:pPr>
        <w:jc w:val="right"/>
      </w:pPr>
      <w:r>
        <w:t>تو تو جو جتنےبھیلوگ تھے،ہر ٹائپکے، وہ برابرآتےرہتےتھے اپنے بت وںکی زی ارتکےلیے، اسکو نظر انہچڑھانےکےلیے۔</w:t>
      </w:r>
    </w:p>
    <w:p>
      <w:r>
        <w:rPr>
          <w:b/>
        </w:rPr>
        <w:t xml:space="preserve">[1:04:27] </w:t>
      </w:r>
      <w:r>
        <w:t>to makkah walon ko beht faida is se hota tha. is se ek ek ek barabar ek ek tourism muqarrar ho gaya tha. wahan tourism,</w:t>
      </w:r>
    </w:p>
    <w:p>
      <w:pPr>
        <w:jc w:val="right"/>
      </w:pPr>
      <w:r>
        <w:t>تو مکہوالوںکوبہتفائدہاسسےہوتاتھا۔ اسسے ایک ایک ایک بر ابر ایک ایک ٹورزمقائمہوگیاتھا۔وہاںٹورزم،</w:t>
      </w:r>
    </w:p>
    <w:p>
      <w:r>
        <w:rPr>
          <w:b/>
        </w:rPr>
        <w:t xml:space="preserve">[1:04:39] </w:t>
      </w:r>
      <w:r>
        <w:t>is se bazaar lagte the. wahan par unko tarah tarah ke commercial faide the. to yeh ek waqe he ke us waqt, yani 600 AD mein, wahan par but rakhe hue the kaba mein, jis ko ke taqreeban 20 saal ke baad wahan se sab, jab sare ke sare log Islam mein aa gaye, sab ko sab to phir uska koe matlab nahi raha. use nikal diye gaye, woh saaf kar diya gaya.</w:t>
      </w:r>
    </w:p>
    <w:p>
      <w:pPr>
        <w:jc w:val="right"/>
      </w:pPr>
      <w:r>
        <w:t>اسسےبازار لگتےتھے۔ وہاںپرانکو طرحطرح کے کمرشلفائدےتھے۔ تویہایک واقع ہہےکہاسوقت ،یعنی6 00 10میں،وہاںپر بت رکھےہوئےتھےکعبہمیں، جسکو کہ تقریباً 20سال کےبعدوہاںسے سب ،جبسارےکےسارےلوگاسلام میںآگئے،سبکوسب تو پھراسکاکوئیمطلبنہیںرہا۔اسےنکالدیےگئے،وہ صافکردیاگیا۔</w:t>
      </w:r>
    </w:p>
    <w:p>
      <w:r>
        <w:rPr>
          <w:b/>
        </w:rPr>
        <w:t xml:space="preserve">[1:05:06] </w:t>
      </w:r>
      <w:r>
        <w:t>ab wahan kuch bhi nahi he. jo aisa kahe, woh galat kahta he. kuch hindu jo he, jo black stone wahan par he, hajar aswad, usko usko kahte he ke woh yani idol. yeh bilkul besali baat he.</w:t>
      </w:r>
    </w:p>
    <w:p>
      <w:pPr>
        <w:jc w:val="right"/>
      </w:pPr>
      <w:r>
        <w:t>اب وہاںکچھبھینہیںہے۔ جوایساکہے،وہغلطکہتاہے۔ کچھ ہندو جوہے، جو بلیک اسٹونوہاںپرہے، حجر اسود،اسکو اسکوکہتےہیںکہ وہ یعنی آئیڈل۔یہبالکل بیسلیسباتہے۔</w:t>
      </w:r>
    </w:p>
    <w:p>
      <w:r>
        <w:rPr>
          <w:b/>
        </w:rPr>
        <w:t xml:space="preserve">[1:05:23] </w:t>
      </w:r>
      <w:r>
        <w:t>simply ek stone he, woh bas</w:t>
      </w:r>
    </w:p>
    <w:p>
      <w:pPr>
        <w:jc w:val="right"/>
      </w:pPr>
      <w:r>
        <w:t>سمپلیایکاسٹونہے،وہبس</w:t>
      </w:r>
    </w:p>
    <w:p>
      <w:r>
        <w:rPr>
          <w:b/>
        </w:rPr>
        <w:t xml:space="preserve">[1:05:27] </w:t>
      </w:r>
      <w:r>
        <w:t>isme taik he. hazrat Ibrahim jo the, unhone kaba ko banaya.</w:t>
      </w:r>
    </w:p>
    <w:p>
      <w:pPr>
        <w:jc w:val="right"/>
      </w:pPr>
      <w:r>
        <w:t>اسمیں تائیکہے۔ حضرتابراہیمجو تھے، انہوں نے کعبہکوبنایا۔</w:t>
      </w:r>
    </w:p>
    <w:p>
      <w:r>
        <w:rPr>
          <w:b/>
        </w:rPr>
        <w:t xml:space="preserve">[1:05:33] </w:t>
      </w:r>
      <w:r>
        <w:t>uski building jo pehle banai thi, woh hazrat Ibrahim ne banai thi. to jab bench ke khadi ho gayi, woh to aap ke bete the ismail, unse kaha ke bhai ek ek different color ka ek stone le aao,</w:t>
      </w:r>
    </w:p>
    <w:p>
      <w:pPr>
        <w:jc w:val="right"/>
      </w:pPr>
      <w:r>
        <w:t>اسکیبلڈنگجو پہلے بنائیتھی،وہحضرتابراہیمنےبنائیتھی۔ تو جب بنچکےکھڑیہوگئی،وہ تو آپنے کےبیٹےتھے اسماعیل،انسےکہاکہبھئیایک ایک ڈفرنٹکلرکاایکاسٹونلےآؤ،</w:t>
      </w:r>
    </w:p>
    <w:p>
      <w:r>
        <w:rPr>
          <w:b/>
        </w:rPr>
        <w:t xml:space="preserve">[1:05:48] </w:t>
      </w:r>
      <w:r>
        <w:t>cross color ka, kyunke hum isko kone pe laga denge. to woh ek pehchana hoga ke yehahan se tawaf shuru karna he, kyunke saat bar ghoomna padta he.</w:t>
      </w:r>
    </w:p>
    <w:p>
      <w:pPr>
        <w:jc w:val="right"/>
      </w:pPr>
      <w:r>
        <w:t>کراسکلرکا، کیونکہ ہماسکوکونےپہلگادیںگے۔تووہایکپہچانہوگیکہیہاںسے طوافشروعکرناہے، کیونکہ ساتبارگھومناپڑتاہے۔</w:t>
      </w:r>
    </w:p>
    <w:p>
      <w:r>
        <w:rPr>
          <w:b/>
        </w:rPr>
        <w:t xml:space="preserve">[1:05:58] </w:t>
      </w:r>
      <w:r>
        <w:t>to koe starting point to hoga,</w:t>
      </w:r>
    </w:p>
    <w:p>
      <w:pPr>
        <w:jc w:val="right"/>
      </w:pPr>
      <w:r>
        <w:t>تو کوئیسٹارٹنگپوائنٹتوہوگا،</w:t>
      </w:r>
    </w:p>
    <w:p>
      <w:r>
        <w:rPr>
          <w:b/>
        </w:rPr>
        <w:t xml:space="preserve">[1:06:01] </w:t>
      </w:r>
      <w:r>
        <w:t>yani kaise aap determine kare ke mera saat pura ho gaya? to uske liye aap ko ek starting point chahiye. to hazrat Ibrahim ne kaha ke cross color ka jo rang tha, uska kaba ka wahi pathar ka bana hua tha, us se alag rang taake pehchan mein aa jaye.</w:t>
      </w:r>
    </w:p>
    <w:p>
      <w:pPr>
        <w:jc w:val="right"/>
      </w:pPr>
      <w:r>
        <w:t>یعنیکیسےآپ ڈیٹرمنکریںکہمیراساتپوراہوگیا؟ تواسکےلیےآپکوایکسٹارٹنگپوائنٹچاہیے۔ توحضرتابراہیمنےکہاکہ کراسکلرکا جو رنگ تھا، اسکا کعبہکا وہیپتھرکابناہواتھا، اسسےالگرنگ تاکہپہچانمیںآجائے۔</w:t>
      </w:r>
    </w:p>
    <w:p>
      <w:r>
        <w:rPr>
          <w:b/>
        </w:rPr>
        <w:t xml:space="preserve">[1:06:20] </w:t>
      </w:r>
      <w:r>
        <w:t>to pathar wahan, patharon pahad se koe pathar laye, woh is pahad tha, wahan par</w:t>
      </w:r>
    </w:p>
    <w:p>
      <w:pPr>
        <w:jc w:val="right"/>
      </w:pPr>
      <w:r>
        <w:t>تو پتھر وہاں،پتھروں پہاڑسےکوئیپتھرلائے،وہ اسپاسپہاڑتھا،وہاںپر</w:t>
      </w:r>
    </w:p>
    <w:p>
      <w:r>
        <w:rPr>
          <w:b/>
        </w:rPr>
        <w:t xml:space="preserve">[1:06:26] </w:t>
      </w:r>
      <w:r>
        <w:t>cross color ka pathar, usko wahan ek kone pe laga diya. aap to usko wahin se starting point ban gaya. woh wahin se shuru karte he saat bar tawaf, bas uska koe taluq na ho,</w:t>
      </w:r>
    </w:p>
    <w:p>
      <w:pPr>
        <w:jc w:val="right"/>
      </w:pPr>
      <w:r>
        <w:t>کراسکلرکاپتھر، اسکووہاں ایککونےپہلگادیا۔آپ تو اسکو وہیںسے سٹارٹنگپوائنٹبنگیا۔وہوہیںسے شروع کرتےہیںساتبار طواف، بس اسکا کوئیتعلقنہ ہو،</w:t>
      </w:r>
    </w:p>
    <w:p>
      <w:r>
        <w:rPr>
          <w:b/>
        </w:rPr>
        <w:t xml:space="preserve">[1:06:40] </w:t>
      </w:r>
      <w:r>
        <w:t>yani idols he na idol worships he. bilkul besali baatein he. This question is from Doctor Fareeda Khan M. The Quran says that the children are trial for men.</w:t>
      </w:r>
    </w:p>
    <w:p>
      <w:pPr>
        <w:jc w:val="right"/>
      </w:pPr>
      <w:r>
        <w:t>یعنی آئیڈلزہیںنہآئیڈلورشپسے۔بال کلبیسلیسباتیںہیں۔ Thisques tion is from ڈاکٹر فریدہخان م ۔TheQ uran says that thechild ren are tri alfor men.</w:t>
      </w:r>
    </w:p>
    <w:p>
      <w:r>
        <w:rPr>
          <w:b/>
        </w:rPr>
        <w:t xml:space="preserve">[1:06:54] </w:t>
      </w:r>
      <w:r>
        <w:t>What does it mean?</w:t>
      </w:r>
    </w:p>
    <w:p>
      <w:pPr>
        <w:jc w:val="right"/>
      </w:pPr>
      <w:r>
        <w:t>Whatdoesitmean?</w:t>
      </w:r>
    </w:p>
    <w:p>
      <w:r>
        <w:rPr>
          <w:b/>
        </w:rPr>
        <w:t xml:space="preserve">[1:06:59] </w:t>
      </w:r>
      <w:r>
        <w:t>haan, quran mein dekhen, ek ayat he: Inna min azwajikum wa awladikum aduwul lakum f ahdharuhum tumhari biwiyon mein aur tumhare aulad mein dushman nahi, unse bacho,</w:t>
      </w:r>
    </w:p>
    <w:p>
      <w:pPr>
        <w:jc w:val="right"/>
      </w:pPr>
      <w:r>
        <w:t>ہاں،قرآنمیںدیکھیں،ایکآیتہے: إن من أزواج كموأولادكمأد بلكمفاحذروا تمہاریبیویوںمیںاورتمہاریاولادمیںدشمنہیں، انسےبچو،</w:t>
      </w:r>
    </w:p>
    <w:p>
      <w:r>
        <w:rPr>
          <w:b/>
        </w:rPr>
        <w:t xml:space="preserve">[1:07:12] </w:t>
      </w:r>
      <w:r>
        <w:t>inse bacho. tumhari biwiyon mein, tumhari aulad mein, tumhare dushman hain, tumse bacho.</w:t>
      </w:r>
    </w:p>
    <w:p>
      <w:pPr>
        <w:jc w:val="right"/>
      </w:pPr>
      <w:r>
        <w:t>انسےبچو۔ تمہاریبیویوںمیں،تمہاریاولادمیں،تمہارےدشمنہیں،تمسےبچو۔</w:t>
      </w:r>
    </w:p>
    <w:p>
      <w:r>
        <w:rPr>
          <w:b/>
        </w:rPr>
        <w:t xml:space="preserve">[1:07:21] </w:t>
      </w:r>
      <w:r>
        <w:t>mein jahan tak samjha hoon, iska matlab ke woh woh tumhare concern badal dete hain, priority badal dete hain. ek believer jo hai, ek momin jo hai, uski priority Khuda hona chahiye, uska concern Khuda hona chahiye.</w:t>
      </w:r>
    </w:p>
    <w:p>
      <w:pPr>
        <w:jc w:val="right"/>
      </w:pPr>
      <w:r>
        <w:t>میں جہاںتکسمجھاہوں،اسکامطلبکہوہ وہ تمہارےکنسرنبدلدیتےہیں، پرائرٹیبدلدیتےہیں۔ ایک بیلیورجوہے،ایکمومنجوہے، اسکیپرائرٹی خداہوناچاہیے، اسکا کنسرنخداہوناچاہیے۔</w:t>
      </w:r>
    </w:p>
    <w:p>
      <w:r>
        <w:rPr>
          <w:b/>
        </w:rPr>
        <w:t xml:space="preserve">[1:07:36] </w:t>
      </w:r>
      <w:r>
        <w:t>lekin yeh log jo hain, badal dete hain isko. so concern jo ban jaata hai, aulad aur family aur ghar, to yeh bohat hi bari ayat hai. yeh woh dushman nahin, woh tumhare,</w:t>
      </w:r>
    </w:p>
    <w:p>
      <w:pPr>
        <w:jc w:val="right"/>
      </w:pPr>
      <w:r>
        <w:t>لیکن یہلوگجوہے، بدلدیتےہیںاسکو۔ سولکنسرنجوبنجاتاہے،اولاد اور فیملیاورگھر، تویہبہت ہی بڑیآیتہے۔یہ وہدشمنہیں،وہتمہارے،</w:t>
      </w:r>
    </w:p>
    <w:p>
      <w:r>
        <w:rPr>
          <w:b/>
        </w:rPr>
        <w:t xml:space="preserve">[1:07:50] </w:t>
      </w:r>
      <w:r>
        <w:t>yani woh paidaish dushman nahin hain, yani dushman by birth nahin hain woh. lekin woh tumhare liye trial hain, yani azmaish hain ke kahin aisa na ho ke inke chakkar mein pad kar ke tum apna concern badlo.</w:t>
      </w:r>
    </w:p>
    <w:p>
      <w:pPr>
        <w:jc w:val="right"/>
      </w:pPr>
      <w:r>
        <w:t>یعنی وہ پید ائشیدشمننہیںہیں، یعنی دشمن بائےبرتھنہیںہیںوہ۔ لیکن وہ تمہارےلیےٹرائلہیں،یعنی آزمائش ہیں کہکہیںایسانہہوکہانکےچکرمیںپڑکرکےتم اپناکنسرنبدلدو۔</w:t>
      </w:r>
    </w:p>
    <w:p>
      <w:r>
        <w:rPr>
          <w:b/>
        </w:rPr>
        <w:t xml:space="preserve">[1:08:05] </w:t>
      </w:r>
      <w:r>
        <w:t>jo hona chahiye Khuda ke liye, woh inke liye kar do.</w:t>
      </w:r>
    </w:p>
    <w:p>
      <w:pPr>
        <w:jc w:val="right"/>
      </w:pPr>
      <w:r>
        <w:t>جو ہوناچاہیےخداکےلیے،وہانکوانکےلیےکردو۔</w:t>
      </w:r>
    </w:p>
    <w:p>
      <w:r>
        <w:rPr>
          <w:b/>
        </w:rPr>
        <w:t xml:space="preserve">[1:08:11] </w:t>
      </w:r>
      <w:r>
        <w:t>yeh hai to priority basis par aadmi ko sirf Khuda ke Khuda ko lena chahiye, lena hai.</w:t>
      </w:r>
    </w:p>
    <w:p>
      <w:pPr>
        <w:jc w:val="right"/>
      </w:pPr>
      <w:r>
        <w:t>یہہے تو پرائرٹی بیسزپرآدمیکوصرف خداکے خداکولیناچاہیے،لیناہے۔</w:t>
      </w:r>
    </w:p>
    <w:p>
      <w:r>
        <w:rPr>
          <w:b/>
        </w:rPr>
        <w:t xml:space="preserve">[1:08:19] </w:t>
      </w:r>
      <w:r>
        <w:t>apna concern sirf Khuda ko banana hai. maine is se pehle aap ko bataya tha ke ek American writer ne kitaab likhi hai Islam par, to bohat hi hectic tha isne. to is mein woh bohat sahi kehta hai ke the greatest concern of Islam is Allah.</w:t>
      </w:r>
    </w:p>
    <w:p>
      <w:pPr>
        <w:jc w:val="right"/>
      </w:pPr>
      <w:r>
        <w:t>اپناکنسرنصرفخداکوبناناہے۔ میںنےاسسےپہلےآپکوبتایاتھاکہایکامریک نرائٹرنےکتاب لکھیہے اسلام پر، تو بہت ہیسٹڈیکیا اسنے۔تواسمیںوہ بہت صحیحکہتاہے کہ the greatestconcern ofIslam isاللہ۔</w:t>
      </w:r>
    </w:p>
    <w:p>
      <w:r>
        <w:rPr>
          <w:b/>
        </w:rPr>
        <w:t xml:space="preserve">[1:08:39] </w:t>
      </w:r>
      <w:r>
        <w:t>to greatest concern jo hai, woh Allah hona chahiye. lekin yeh log jo hain, badal dete hain,</w:t>
      </w:r>
    </w:p>
    <w:p>
      <w:pPr>
        <w:jc w:val="right"/>
      </w:pPr>
      <w:r>
        <w:t>توگریٹسٹکنسرنجوہے، وہ اللہ ہوناچاہیے۔ لیکن یہلوگ جوہیں، بدلدیتےہیں،</w:t>
      </w:r>
    </w:p>
    <w:p>
      <w:r>
        <w:rPr>
          <w:b/>
        </w:rPr>
        <w:t xml:space="preserve">[1:08:48] </w:t>
      </w:r>
      <w:r>
        <w:t>yani aulad greatest concern ban jaati hai, family greatest concern ban jaati hai. bohat bada is ko kaha gaya Quran mein ke woh to dushman nahin tumhare, woh tumhare dushman hain.</w:t>
      </w:r>
    </w:p>
    <w:p>
      <w:pPr>
        <w:jc w:val="right"/>
      </w:pPr>
      <w:r>
        <w:t>یعنیاولادگریٹسٹکنسرنبنجاتیہے، فیملیگریٹسٹکنسرنبنجاتیہے۔ بہت بڑا اسیکوکہاگیاقرآنمیںکہوہتودشمنہیںتمہارے، وہتمہارےدشمنہیں۔</w:t>
      </w:r>
    </w:p>
    <w:p>
      <w:r>
        <w:rPr>
          <w:b/>
        </w:rPr>
        <w:t xml:space="preserve">[1:09:02] </w:t>
      </w:r>
      <w:r>
        <w:t>inse bacho, inse bacho.</w:t>
      </w:r>
    </w:p>
    <w:p>
      <w:pPr>
        <w:jc w:val="right"/>
      </w:pPr>
      <w:r>
        <w:t>بہت زیادہسوچنےکیآیتہے :إنمن أزواج كم وأولادكمأد بلكمفاحذروا تمہاری بیویاںاورتمہاریاولادتمہارےدشمنہیں،دشمنہیں۔</w:t>
      </w:r>
    </w:p>
    <w:p>
      <w:r>
        <w:rPr>
          <w:b/>
        </w:rPr>
        <w:t xml:space="preserve">[1:09:13] </w:t>
      </w:r>
      <w:r>
        <w:t>inse bacho, inse bacho.</w:t>
      </w:r>
    </w:p>
    <w:p>
      <w:pPr>
        <w:jc w:val="right"/>
      </w:pPr>
      <w:r>
        <w:t>انسےبچو، انسےبچو۔</w:t>
      </w:r>
    </w:p>
    <w:p>
      <w:r>
        <w:rPr>
          <w:b/>
        </w:rPr>
        <w:t xml:space="preserve">[1:09:16] </w:t>
      </w:r>
      <w:r>
        <w:t>iska matlab yeh nahin ke woh by birth dushman nahin, by birth koi dushman nahin hota hai.</w:t>
      </w:r>
    </w:p>
    <w:p>
      <w:pPr>
        <w:jc w:val="right"/>
      </w:pPr>
      <w:r>
        <w:t>اسکامطلبیہنہیںکہوہ بائےبرتھدشمنہیں، بائےبرتھکوئیدشمننہیںہوتاہے۔</w:t>
      </w:r>
    </w:p>
    <w:p>
      <w:r>
        <w:rPr>
          <w:b/>
        </w:rPr>
        <w:t xml:space="preserve">[1:09:24] </w:t>
      </w:r>
      <w:r>
        <w:t>inse jo attachment hota hai, inse jo dil ka ta'alluq hota hai, us se jo mohabbat hoti hai, uski wajah se woh ek shift laate hain. woh shift aur bohat hi gradual tareeqe par aata hai. shift aata hai, un consciously aata hai.</w:t>
      </w:r>
    </w:p>
    <w:p>
      <w:pPr>
        <w:jc w:val="right"/>
      </w:pPr>
      <w:r>
        <w:t>انسےجواٹیچمنٹہوتاہے، انسےجودل کاتعلقہوتاہے، اسسےجومحبتہوتیہے، اسکی وجہسےوہ ایکشفٹلاتےہیں۔وہشفٹ اوربہت ہی گریجولطریقےپرآتاہے۔شفٹآتاہے، ان کانسشلیآتاہے۔</w:t>
      </w:r>
    </w:p>
    <w:p>
      <w:r>
        <w:rPr>
          <w:b/>
        </w:rPr>
        <w:t xml:space="preserve">[1:09:38] </w:t>
      </w:r>
      <w:r>
        <w:t>aadmi ko pata nahin chalta ke main meri priority badal gayi, main concern badal gaya.</w:t>
      </w:r>
    </w:p>
    <w:p>
      <w:pPr>
        <w:jc w:val="right"/>
      </w:pPr>
      <w:r>
        <w:t>آدمیکوپتہنہیںچلتاکہ میں میریپرائرٹیبدلگئی، میں کنسرنبدلگیا۔</w:t>
      </w:r>
    </w:p>
    <w:p>
      <w:r>
        <w:rPr>
          <w:b/>
        </w:rPr>
        <w:t xml:space="preserve">[1:09:45] </w:t>
      </w:r>
      <w:r>
        <w:t>lekin bohat bada bhi inka anjaam hota hai insaan ka.</w:t>
      </w:r>
    </w:p>
    <w:p>
      <w:pPr>
        <w:jc w:val="right"/>
      </w:pPr>
      <w:r>
        <w:t>لیکن بہت بڑابھی انک انجام ہوتاہےانسان کا ۔</w:t>
      </w:r>
    </w:p>
    <w:p>
      <w:r>
        <w:rPr>
          <w:b/>
        </w:rPr>
        <w:t xml:space="preserve">[1:09:53] </w:t>
      </w:r>
      <w:r>
        <w:t>yeh kab insaan jaan payega? introspection ke zariye jaan payega. soche, soche, soche, soche. baghair introspection ke koi bhi aadmi samajh nahin sakta ke kya haal mera hua hai.</w:t>
      </w:r>
    </w:p>
    <w:p>
      <w:pPr>
        <w:jc w:val="right"/>
      </w:pPr>
      <w:r>
        <w:t>یہ کبانسان جانپائےگا؟ انٹراسپیکشنکےذریعےجانپائےگا۔ سوچے،سوچے،سوچے،سوچے۔ بغیرانٹراسپیکشنکےکوئیبھیآدمیسمجھنہیںسکتاکہ کیا حال میراہواہے۔</w:t>
      </w:r>
    </w:p>
    <w:p>
      <w:r>
        <w:rPr>
          <w:b/>
        </w:rPr>
        <w:t xml:space="preserve">[1:10:05] </w:t>
      </w:r>
      <w:r>
        <w:t>mera tajurba dekhein, jisko bhi dekhein, uska supreme concern uski family hai, uski aulad hai. sab ko main dekhta hoon,</w:t>
      </w:r>
    </w:p>
    <w:p>
      <w:pPr>
        <w:jc w:val="right"/>
      </w:pPr>
      <w:r>
        <w:t>میراتجربہدیکھیں،جسکوبھیدیکھیں، اسکا سپریمکنسرناسکیفیملیہے، اسکیاولادہے۔ سب کومیںدیکھتاہوں،</w:t>
      </w:r>
    </w:p>
    <w:p>
      <w:r>
        <w:rPr>
          <w:b/>
        </w:rPr>
        <w:t xml:space="preserve">[1:10:14] </w:t>
      </w:r>
      <w:r>
        <w:t>chahe ghareeb ho ya ameer, namaz wala ho, be namaz wala, dadi wala ho, be dadi wala, ghalib ho ya ghair ghalib, sab ka yahi haal hai. to baat hai ke har ek ne in logon ko apna dushman bana rakha hai.</w:t>
      </w:r>
    </w:p>
    <w:p>
      <w:pPr>
        <w:jc w:val="right"/>
      </w:pPr>
      <w:r>
        <w:t>چاہےغریبہویاامیر، نمازوالاہو،بےنمازوالا، داڑھیوالاہو،بےداڑھیوالا، غالبہویاغیر غالب، سب کایہیحالہے۔ تو باتہےکہ ہرایکنے انلوگوںکواپنادشمنبنارکھاہے۔</w:t>
      </w:r>
    </w:p>
    <w:p>
      <w:r>
        <w:rPr>
          <w:b/>
        </w:rPr>
        <w:t xml:space="preserve">[1:10:32] </w:t>
      </w:r>
      <w:r>
        <w:t>bari khatarnak baat hai yeh, bohat zyada khatarnak baat hai.</w:t>
      </w:r>
    </w:p>
    <w:p>
      <w:pPr>
        <w:jc w:val="right"/>
      </w:pPr>
      <w:r>
        <w:t>بڑیخطرناکباتہےیہ، بہت زیادہ خطرناکباتہے۔</w:t>
      </w:r>
    </w:p>
    <w:p>
      <w:r>
        <w:rPr>
          <w:b/>
        </w:rPr>
        <w:t xml:space="preserve">[1:10:40] </w:t>
      </w:r>
      <w:r>
        <w:t>aur is mein yeh hota hai, maine dekha apni aankh se ke wohi same ghalti apna bachcha kare to dikhai nahin deta aadmi ko. wohi doosra kare to usko daant lagate hain. maine khud dekha apni aankh se ke doosre ke bete ne wohi same ghalti ki,</w:t>
      </w:r>
    </w:p>
    <w:p>
      <w:pPr>
        <w:jc w:val="right"/>
      </w:pPr>
      <w:r>
        <w:t>اوراسمیںیہہوتاہے، میںنےدیکھا اپنیآنکھسے کہ وہی سیمغلطی اپنابچہکرےتودکھائینہیںدیتاآدمیکو۔ وہیدوسراکرےتواسکوڈاکٹرل گاتےہیں۔میںنےخوددیکھااپنیآنکھسے کہدوسرےکےبیٹےنےوہیسیمغلطیکی،</w:t>
      </w:r>
    </w:p>
    <w:p>
      <w:r>
        <w:rPr>
          <w:b/>
        </w:rPr>
        <w:t xml:space="preserve">[1:10:54] </w:t>
      </w:r>
      <w:r>
        <w:t>maslan patang uda raha tha. ek maine to apni aankh se dekha, mohalle ka ek ladka patang uda raha tha usko daant kar rahe the. to patang udaate ho, usko le jaate hain. yeh wohi inhein ko maine dekha ke kabaan ka apna beta patang uda raha tha. dekhte hain, khush ho rahe the, kehta hai: "achha patang uda raha hai!"</w:t>
      </w:r>
    </w:p>
    <w:p>
      <w:pPr>
        <w:jc w:val="right"/>
      </w:pPr>
      <w:r>
        <w:t>مثلاًپتنگاڑارہاتھا۔ایک میںنےتواپنیآنکھسےدیکھا، مح لے کا ایکلڑکاپتنگاڑارہاتھاتواسکوڈاکٹرکر رہےتھے۔توپتنگاڑاتےہو،اسکولےجاتےہیں۔یہوہ انہیکومیںنےدیکھاکہابانکااپنابیٹاپتنگاڑارہاتھا۔دیکھتےہیں،خوشہورہےتھے ،کہتاہے:"اچھاپتنگاڑارہاہے!"</w:t>
      </w:r>
    </w:p>
    <w:p>
      <w:r>
        <w:rPr>
          <w:b/>
        </w:rPr>
        <w:t xml:space="preserve">[1:11:11] </w:t>
      </w:r>
      <w:r>
        <w:t>to aadmi ki aadmi blind ho jaata hai. blind! hadees mein aata hai ke hub ki wamiw yasm yani mohabbat tum ko andha bana deti hai.</w:t>
      </w:r>
    </w:p>
    <w:p>
      <w:pPr>
        <w:jc w:val="right"/>
      </w:pPr>
      <w:r>
        <w:t>تو آدمیکی آدمیبلائنڈہوجاتاہے۔بلائنڈ! حدیثمیںآتاہےکہ حب کی ومیو یسم یعنی محبت تمکواندھابھرابنادیتیہے۔</w:t>
      </w:r>
    </w:p>
    <w:p>
      <w:r>
        <w:rPr>
          <w:b/>
        </w:rPr>
        <w:t xml:space="preserve">[1:11:25] </w:t>
      </w:r>
      <w:r>
        <w:t>to aulaad se mohabbat, family se mohabbat, aadmi ko blind kar deti hai. to dekha, kuch dikhai nahi deta isko. ise bohat mercy risan traction jab karega aadmi, tab jaan payega.</w:t>
      </w:r>
    </w:p>
    <w:p>
      <w:pPr>
        <w:jc w:val="right"/>
      </w:pPr>
      <w:r>
        <w:t>تو اولادسےمح بت ،فیملیسےمحبت، آدمیکوبلائنڈکردیتیہے۔ تودیکھا،کچھدکھائینہیںدیتااسکو۔ اسے بہت مرسیریسانٹراسپیکشنجبکرےگاآدمی، تبجانپائےگا۔</w:t>
      </w:r>
    </w:p>
    <w:p>
      <w:r>
        <w:rPr>
          <w:b/>
        </w:rPr>
        <w:t xml:space="preserve">[1:11:40] </w:t>
      </w:r>
      <w:r>
        <w:t>woh na jaan nahi payega, isi haal mein mar jayega.</w:t>
      </w:r>
    </w:p>
    <w:p>
      <w:pPr>
        <w:jc w:val="right"/>
      </w:pPr>
      <w:r>
        <w:t>وہ نہجاننہیںپائےگا،اسیحالمیںمرجائےگا۔</w:t>
      </w:r>
    </w:p>
    <w:p>
      <w:r>
        <w:rPr>
          <w:b/>
        </w:rPr>
        <w:t xml:space="preserve">[1:11:46] </w:t>
      </w:r>
      <w:r>
        <w:t>This question is from Mr. Ijaz Ahmed, Bangalore. Many present-day leaders and alim of repute propagate negative ideology.</w:t>
      </w:r>
    </w:p>
    <w:p>
      <w:pPr>
        <w:jc w:val="right"/>
      </w:pPr>
      <w:r>
        <w:t>Thisquestionisfrom مسٹر اعجاز احمد ،بینگلور ۔Manypresent -daylead ers and alimof rep ute prop agate negative ide ology.</w:t>
      </w:r>
    </w:p>
    <w:p>
      <w:r>
        <w:rPr>
          <w:b/>
        </w:rPr>
        <w:t xml:space="preserve">[1:11:57] </w:t>
      </w:r>
      <w:r>
        <w:t>bhai,duniya to am tahanae. aql di hai allah ta'ala ne aap ko pehchanne ke liye</w:t>
      </w:r>
    </w:p>
    <w:p>
      <w:pPr>
        <w:jc w:val="right"/>
      </w:pPr>
      <w:r>
        <w:t>How shouldthecommon man counter this ? بھئی،دنیا توام تحانہے۔ عقل دیہےاللہتعالیٰنےآپکو پہچاننےکےلیے</w:t>
      </w:r>
    </w:p>
    <w:p>
      <w:r>
        <w:rPr>
          <w:b/>
        </w:rPr>
        <w:t xml:space="preserve">[1:12:09] </w:t>
      </w:r>
      <w:r>
        <w:t>, to pehchaniye. main aise adlimen jaanta hoon aise logon ko ke ek shakhs hai, woh ek badnaam partise ta'alluq rakhta hai.</w:t>
      </w:r>
    </w:p>
    <w:p>
      <w:pPr>
        <w:jc w:val="right"/>
      </w:pPr>
      <w:r>
        <w:t>،توپہچانیے۔ میںاسیدلیمیں جانتاہوں ایسےلوگوںکو کہ ایک شخص ہے،وہ ایکبد نام پارٹیسےتعلقرکھتاہے۔</w:t>
      </w:r>
    </w:p>
    <w:p>
      <w:r>
        <w:rPr>
          <w:b/>
        </w:rPr>
        <w:t xml:space="preserve">[1:12:22] </w:t>
      </w:r>
      <w:r>
        <w:t>badnaam! jo musalman jisko bura samajhte hain. main naam nahin loonga. badnaam political party jo musalmanon ke darmiyan hai, usika ek aadmi dukaan lagaye hue hai aur cheez ba'h achhi milti hai usko.</w:t>
      </w:r>
    </w:p>
    <w:p>
      <w:pPr>
        <w:jc w:val="right"/>
      </w:pPr>
      <w:r>
        <w:t>بدنام !جومسلمان جسکوبراسمجھتےہیں۔ میںنام نہیںلوںگا۔ بد نام پولیٹیکلپار ٹی جومسلمانوںکےدرمیانہے، اسیکاایکآدمیدکانلگایاہواہے اور چیزبہتاچھیملتیہےاسکو۔</w:t>
      </w:r>
    </w:p>
    <w:p>
      <w:r>
        <w:rPr>
          <w:b/>
        </w:rPr>
        <w:t xml:space="preserve">[1:12:36] </w:t>
      </w:r>
      <w:r>
        <w:t>to musalman wohahan ja rahe hain, daur kharidte hain us se</w:t>
      </w:r>
    </w:p>
    <w:p>
      <w:pPr>
        <w:jc w:val="right"/>
      </w:pPr>
      <w:r>
        <w:t>تو مس لمانوہاںجارہےہیں،دوڑخریدتےہیںاسسے</w:t>
      </w:r>
    </w:p>
    <w:p>
      <w:r>
        <w:rPr>
          <w:b/>
        </w:rPr>
        <w:t xml:space="preserve">[1:12:39] </w:t>
      </w:r>
      <w:r>
        <w:t>. main ne poocha ke bhai, yeh kya baat hai? kaha hai: "woh political baat alag hai, yeh baat alag hai." to yahan par aap pehchan apne, yahan par aap ne pehchan liya to deen mein kyon nahin pehchan paate?</w:t>
      </w:r>
    </w:p>
    <w:p>
      <w:pPr>
        <w:jc w:val="right"/>
      </w:pPr>
      <w:r>
        <w:t>۔ میںنےپوچھاکہبھئی،یہکیاباتہے؟ کہاہے:"وہپولیٹیکلباتالگہے،یہباتالگہے۔" تویہاںپرآپ پہچان اپنے،یہاںپرآپنےپہچانلیا تو دینمیںکیوںنہیںپہچانپاتے؟</w:t>
      </w:r>
    </w:p>
    <w:p>
      <w:r>
        <w:rPr>
          <w:b/>
        </w:rPr>
        <w:t xml:space="preserve">[1:12:53] </w:t>
      </w:r>
      <w:r>
        <w:t>to behal main yeh kahunga ke koi bhi cheez excuse nahin hai.</w:t>
      </w:r>
    </w:p>
    <w:p>
      <w:pPr>
        <w:jc w:val="right"/>
      </w:pPr>
      <w:r>
        <w:t>تو بہرحالمیںیہکہوںگاکہ کوئی بھیچیز ایکسکیوزنہیںہے۔</w:t>
      </w:r>
    </w:p>
    <w:p>
      <w:r>
        <w:rPr>
          <w:b/>
        </w:rPr>
        <w:t xml:space="preserve">[1:12:57] </w:t>
      </w:r>
      <w:r>
        <w:t>aadmi apni aql ko istemal kare, apne reason ko istemal kare, soch bichar kare to kuch bhi mushkil nahin hai jaanna yeh negative hai ya positive hai, yeh sahi hai ya galat hai.</w:t>
      </w:r>
    </w:p>
    <w:p>
      <w:pPr>
        <w:jc w:val="right"/>
      </w:pPr>
      <w:r>
        <w:t>آدمیاپنیعقلکواستعمالکرے، اپنےریزنکواستعمالکرے، سوچبچارکرے تو کچھبھیمشکلنہیں ہے جان نا یہ نیگیٹیوہےیاپازیٹیوہے، یہصحیحہےیاغلطہے۔</w:t>
      </w:r>
    </w:p>
    <w:p>
      <w:r>
        <w:rPr>
          <w:b/>
        </w:rPr>
        <w:t xml:space="preserve">[1:13:11] </w:t>
      </w:r>
      <w:r>
        <w:t>aur study kare, woh analysis kare, woh apne personal maamle mein to koi baat nahin karta. yeh sab kaam personal maamle mein behal dekho, jaanch karta hai, jaanch jaanch karke kaam karta hai.</w:t>
      </w:r>
    </w:p>
    <w:p>
      <w:pPr>
        <w:jc w:val="right"/>
      </w:pPr>
      <w:r>
        <w:t>اور سٹڈیکرے،وہ انالیسزکرے،وہ اپنے پرسنلمعاملےمیںتوکوئیباتنہیںکرتا۔یہسبکام پرسنلمعاملےمیںبہرحالدیکھو، جانچکرتاہے،جانچ جانچکرکے کام کرتاہے۔</w:t>
      </w:r>
    </w:p>
    <w:p>
      <w:r>
        <w:rPr>
          <w:b/>
        </w:rPr>
        <w:t xml:space="preserve">[1:13:25] </w:t>
      </w:r>
      <w:r>
        <w:t>apna</w:t>
      </w:r>
    </w:p>
    <w:p>
      <w:pPr>
        <w:jc w:val="right"/>
      </w:pPr>
      <w:r>
        <w:t>اپنا</w:t>
      </w:r>
    </w:p>
    <w:p>
      <w:r>
        <w:rPr>
          <w:b/>
        </w:rPr>
        <w:t xml:space="preserve">[1:13:26] </w:t>
      </w:r>
      <w:r>
        <w:t>wohi jo personal maamle mein karta hai, wohi yahan bhi kare. yeh itna hi woh hai ke jo kuch aap karte hain personal maamle mein, wohi deen ke maamle mein karen. aap to kabhi bhi bhatkenge nahin, kabhi bhi nahin bhatkenge.</w:t>
      </w:r>
    </w:p>
    <w:p>
      <w:pPr>
        <w:jc w:val="right"/>
      </w:pPr>
      <w:r>
        <w:t>وہی جو پرسنلمعاملےمیںکرتاہے،وہیہاںبھیکرے۔ یہاتناہیتوہے کہجوکچھآپکرتے ہیںپرسنلمعاملےمیں،وہیدینکےمعاملےمیںکریں۔آپ توکبھیبھیبھٹکیںگےنہیں، کبھیبھینہیںبھٹکیںگے۔</w:t>
      </w:r>
    </w:p>
    <w:p>
      <w:r>
        <w:rPr>
          <w:b/>
        </w:rPr>
        <w:t xml:space="preserve">[1:13:45] </w:t>
      </w:r>
      <w:r>
        <w:t>mera bhi experience to yahi hai. This question is from Miss Rachna, from Singapore.</w:t>
      </w:r>
    </w:p>
    <w:p>
      <w:pPr>
        <w:jc w:val="right"/>
      </w:pPr>
      <w:r>
        <w:t>میرابھیایکسپیرینستویہیہے۔ Thisquestion is from مس رچنا،فرامسنگ اپور ۔</w:t>
      </w:r>
    </w:p>
    <w:p>
      <w:r>
        <w:rPr>
          <w:b/>
        </w:rPr>
        <w:t xml:space="preserve">[1:13:53] </w:t>
      </w:r>
      <w:r>
        <w:t>In your last lecture, you had mentioned that Qiyamat will come all of a sudden. What will be the trigger point for Qiyamat? If all people follow the right path, can Qiyamat be avoided or is it inevitable?</w:t>
      </w:r>
    </w:p>
    <w:p>
      <w:pPr>
        <w:jc w:val="right"/>
      </w:pPr>
      <w:r>
        <w:t>Inyourlast lecture,youhad mentionedthat Qiyamat will come allofasudden. Whatwillbethetriggerpoint for Qiyamat ?If all people follow the right path ,can Qiyamatbe avoided or isit in evitable ?</w:t>
      </w:r>
    </w:p>
    <w:p>
      <w:r>
        <w:rPr>
          <w:b/>
        </w:rPr>
        <w:t xml:space="preserve">[1:14:15] </w:t>
      </w:r>
      <w:r>
        <w:t>dekhen, jahan tak main jaanta hoon, jo padha hai maine</w:t>
      </w:r>
    </w:p>
    <w:p>
      <w:pPr>
        <w:jc w:val="right"/>
      </w:pPr>
      <w:r>
        <w:t>دیکھیں،جہاںتک میں جانتاہوں،جوپڑھاہےمیںنے</w:t>
      </w:r>
    </w:p>
    <w:p>
      <w:r>
        <w:rPr>
          <w:b/>
        </w:rPr>
        <w:t xml:space="preserve">[1:14:22] </w:t>
      </w:r>
      <w:r>
        <w:t>to wohi hi hai jaisa ke hadith mein aaya hai ke qiyamat bure logon par aayegi. hadith mein aata hai ke us waqt tak qiyamat nahin aayegi jab tak duniya mein Allah Allah karne wale log baqi hain.</w:t>
      </w:r>
    </w:p>
    <w:p>
      <w:pPr>
        <w:jc w:val="right"/>
      </w:pPr>
      <w:r>
        <w:t>تو وہیہیہے جیساکہحدیثمیںآیاہےکہقیامتبرےلوگوںپرآ ئےگی۔ حدیثمیںآتاہےکہ اسوقت تکقیامتنہیںآئےگیجبتکدنیا میں اللہ اللہکرنے والےلوگباقیہیں۔</w:t>
      </w:r>
    </w:p>
    <w:p>
      <w:r>
        <w:rPr>
          <w:b/>
        </w:rPr>
        <w:t xml:space="preserve">[1:14:36] </w:t>
      </w:r>
      <w:r>
        <w:t>ek bhi Allah Allah karne wala baqi hai to qiyamat nahin aayegi. dekhen, is hadith ka matlab be log nahin samajhte,</w:t>
      </w:r>
    </w:p>
    <w:p>
      <w:pPr>
        <w:jc w:val="right"/>
      </w:pPr>
      <w:r>
        <w:t>ایکبھیاللہ اللہکرنےوالاباقیہے توقیامتنہیںآئےگی۔ دیکھیں،اسحدیثکامطلب بےلوگنہیںسمجھتے،</w:t>
      </w:r>
    </w:p>
    <w:p>
      <w:r>
        <w:rPr>
          <w:b/>
        </w:rPr>
        <w:t xml:space="preserve">[1:14:44] </w:t>
      </w:r>
      <w:r>
        <w:t>yaani is se matlab desperation nahin hai ke ungliyon par Allah Allah Allah Allah Allah Allah ke paas reh jayegi. yeh bilkul absent baat hai. nahin, to matlab yeh hai ke Allah ko apna concern banane wale log jab duniya mein nahin rahenge, Allah ko priority pe lene wale jab duniya mein nahin rahenge,</w:t>
      </w:r>
    </w:p>
    <w:p>
      <w:pPr>
        <w:jc w:val="right"/>
      </w:pPr>
      <w:r>
        <w:t>یعنی اسسےمطلب ڈسسٹیشننہیںہے کہ انگلی وںپر اللہ اللہ اللہ اللہ اللہ اللہکےپاسرکیرہےگی۔یہبالکلایبسنٹباتہے۔ نہیں ، تومطلبیہہےکہ اللہ کواپناکنسرنبنانےوالے لوگ جبدنیا میںنہیںرہیںگے، اللہ کو پرائرٹیبیسپہلینےوالے جبدنیامیںنہیںرہیںگے،</w:t>
      </w:r>
    </w:p>
    <w:p>
      <w:r>
        <w:rPr>
          <w:b/>
        </w:rPr>
        <w:t xml:space="preserve">[1:15:06] </w:t>
      </w:r>
      <w:r>
        <w:t>Allah se sahi ma'non mein darne wale duniya mein nahin rahenge to qiyamat aa jayegi. kyon?</w:t>
      </w:r>
    </w:p>
    <w:p>
      <w:pPr>
        <w:jc w:val="right"/>
      </w:pPr>
      <w:r>
        <w:t>اللہ سے صحیحمعنوںمیں ڈرنےوالے دنیا میںنہیںرہیںگےتو قیامتآجائےگی۔ کیوں ؟</w:t>
      </w:r>
    </w:p>
    <w:p>
      <w:r>
        <w:rPr>
          <w:b/>
        </w:rPr>
        <w:t xml:space="preserve">[1:15:14] </w:t>
      </w:r>
      <w:r>
        <w:t>yeh duniya jo hai, yeh koi hamara, yaani hamari property nahin hai. yeh jo planet hai, yeh jo life support system hai, yahan par itni sari jo hamari cheezen hain, de di gayi hain hum ko. yeh koi hum,</w:t>
      </w:r>
    </w:p>
    <w:p>
      <w:pPr>
        <w:jc w:val="right"/>
      </w:pPr>
      <w:r>
        <w:t>یہدنیا جوہے، یہکوئی ہمارا، یعنی ہماریپراپرٹینہیںہے۔ یہجو پلینٹہے، یہجو لائفسپورٹسسٹمہے،یہاںپر اتنیساریجوہماریچیزیں ہیں، دیگئیہیںہمکو ۔یہ کوئیہم،</w:t>
      </w:r>
    </w:p>
    <w:p>
      <w:r>
        <w:rPr>
          <w:b/>
        </w:rPr>
        <w:t xml:space="preserve">[1:15:32] </w:t>
      </w:r>
      <w:r>
        <w:t>yeh koi hum, is ko hum matlab right ke nahin mili hain, yeh test ke liye mili hain. yaad rakhen, koi bhi cheez kisi ko right ke taur par nahin mili, sirf test ke liye.</w:t>
      </w:r>
    </w:p>
    <w:p>
      <w:pPr>
        <w:jc w:val="right"/>
      </w:pPr>
      <w:r>
        <w:t>یہکوئی ہم،اسکاہم مطلبرائٹکےنہیںملی ہیں، یہ ٹیسٹ کےلیےملی ہیں۔ یادرکھیں،کوئیبھی چیزکسیکورائٹکےطورپرنہیںملی ، صرف ٹیسٹ کےلیے۔</w:t>
      </w:r>
    </w:p>
    <w:p>
      <w:r>
        <w:rPr>
          <w:b/>
        </w:rPr>
        <w:t xml:space="preserve">[1:15:43] </w:t>
      </w:r>
      <w:r>
        <w:t>test ka matlab kya hai? yeh dekhne ke liye ke kaun sach hai, kaun jhoot hai, kaun apni freedom ko misuse karta hai, kaun us ko proper tareeqe se use karta hai.</w:t>
      </w:r>
    </w:p>
    <w:p>
      <w:pPr>
        <w:jc w:val="right"/>
      </w:pPr>
      <w:r>
        <w:t>ٹیسٹ کامعنیکیاہے؟ یہ دیکھنےکےلیے کہکون سچاہے،کونجھوٹاہے، کون اپنی فریڈمکو مسیوزکرتاہے،کوناسکو پراپرطریقےسےیوزکرتاہے۔</w:t>
      </w:r>
    </w:p>
    <w:p>
      <w:r>
        <w:rPr>
          <w:b/>
        </w:rPr>
        <w:t xml:space="preserve">[1:16:02] </w:t>
      </w:r>
      <w:r>
        <w:t>to is hadith ka matlab main yeh samjhaunga ke jo woh hai ke ek bhi aadmi Allah Allah karne wala jab nahin rahega to Khuda dekh raha hai, dekh raha hai, dekh raha hai.</w:t>
      </w:r>
    </w:p>
    <w:p>
      <w:pPr>
        <w:jc w:val="right"/>
      </w:pPr>
      <w:r>
        <w:t>تو اسحدیثکامطلبمیںیہسمجھاؤںکہ جووہہےکہ ایکبھیآدمیاللہاللہ کرنےوالاجبنہرہے تو خدا دیکھرہاہے،دیکھرہاہے،دیکھرہاہے۔</w:t>
      </w:r>
    </w:p>
    <w:p>
      <w:r>
        <w:rPr>
          <w:b/>
        </w:rPr>
        <w:t xml:space="preserve">[1:16:12] </w:t>
      </w:r>
      <w:r>
        <w:t>uska selection ka jo kaam hai, woh chal raha hai. yahan tak jab Khuda dekhega ke ab woh doori close ho gaya, ab koi aadmi jo paida hoga duniya mein, sirf bigdega, banne wala hai nahin.</w:t>
      </w:r>
    </w:p>
    <w:p>
      <w:pPr>
        <w:jc w:val="right"/>
      </w:pPr>
      <w:r>
        <w:t>اسکاسلیکشنکاجو کام ہے،وہچلرہاہے۔ یہاںتکجبخدادیکھےگا کہابوہ ڈوری کلوزہوگیا، اب کوئی آدمی جو پیدا ہوگادنیا میں، صرف بگڑےگا، بننےوالاہےنہیں۔وہ</w:t>
      </w:r>
    </w:p>
    <w:p>
      <w:r>
        <w:rPr>
          <w:b/>
        </w:rPr>
        <w:t xml:space="preserve">[1:16:31] </w:t>
      </w:r>
      <w:r>
        <w:t>to Khuda wa shukr raha hai, Khuda ke angel wa shukr rahe hain.</w:t>
      </w:r>
    </w:p>
    <w:p>
      <w:pPr>
        <w:jc w:val="right"/>
      </w:pPr>
      <w:r>
        <w:t>توخداواشکررہاہے، خداکےاینجلواشکررہےہیں۔</w:t>
      </w:r>
    </w:p>
    <w:p>
      <w:r>
        <w:rPr>
          <w:b/>
        </w:rPr>
        <w:t xml:space="preserve">[1:16:37] </w:t>
      </w:r>
      <w:r>
        <w:t>to jab Khuda ka yeh faisla hoga ke ab koi aadmi aisa paida hone wala nahin hai, kyunke itna culture itna bigad chuka hai, society itni bigad chuki hai, conditions itni kharab ho chuki hain ke jo aayega, us mein condition hote rahega.</w:t>
      </w:r>
    </w:p>
    <w:p>
      <w:pPr>
        <w:jc w:val="right"/>
      </w:pPr>
      <w:r>
        <w:t>توجب خدا کا یہفیصلہہوگا کہ اب کوئی آدمی ایسا پیدا ہونے والانہیںہے، کیونکہ اتنا کلچراتنابگڑچکاہے،سوسائٹیاتنیبگڑچکیہے، کنڈیشنیںاتنیخرابہوچکیہیں کہجوآئےگا،اسیمیںکنڈیشنہوتارہےگا۔</w:t>
      </w:r>
    </w:p>
    <w:p>
      <w:r>
        <w:rPr>
          <w:b/>
        </w:rPr>
        <w:t xml:space="preserve">[1:16:57] </w:t>
      </w:r>
      <w:r>
        <w:t>to jab yeh haal, jab yeh hoga to qiyamat aa jayegi, kyunke is ke baad koi kyon rahe duniya mein? yeh yeh duniya ko phir bhi rahe.</w:t>
      </w:r>
    </w:p>
    <w:p>
      <w:pPr>
        <w:jc w:val="right"/>
      </w:pPr>
      <w:r>
        <w:t>توجب یہحال،جب یہ ہوگاتوقیامتآجائےگی،کیونکہاسکےبعدکوئی کیوںرہےدنیا میں؟یہ یہدنیا کو پھربھی رہے۔</w:t>
      </w:r>
    </w:p>
    <w:p>
      <w:r>
        <w:rPr>
          <w:b/>
        </w:rPr>
        <w:t xml:space="preserve">[1:17:07] </w:t>
      </w:r>
      <w:r>
        <w:t>yeh duniya justification khod denge log. justification tab tak rehta hai jab tak ke kuch aadmi nikal rahe hain, jo apne khud creator ko manne wale, ke creator ko acknowledge karne wale.</w:t>
      </w:r>
    </w:p>
    <w:p>
      <w:pPr>
        <w:jc w:val="right"/>
      </w:pPr>
      <w:r>
        <w:t>یہدنیا جسٹیفیکیشنکھودیںگےلوگ۔ جسٹیفیکیشنتبتکرہتاہےجبتککہکچھ آدمی نکل رہےہیں،جو اپنے خود کریٹرکوماننےوالے، کہکریٹرکو ایکنالجکرنےوالے۔</w:t>
      </w:r>
    </w:p>
    <w:p>
      <w:r>
        <w:rPr>
          <w:b/>
        </w:rPr>
        <w:t xml:space="preserve">[1:17:22] </w:t>
      </w:r>
      <w:r>
        <w:t>jab society itni bigad jayegi ke aise log paida hona band ho jayenge to justification khatam ho jayega. justification ke khatam hone ka naam qayamat ka,</w:t>
      </w:r>
    </w:p>
    <w:p>
      <w:pPr>
        <w:jc w:val="right"/>
      </w:pPr>
      <w:r>
        <w:t>جب سوسائٹیاتنیبگڑجائےگی کہایسےلوگ پیدا ہونابندہوجائیںگے تو جسٹیفیکیشنختمہوجائےگا۔ جسٹیفیکیشنکےختمہونے کانام قیامتکا،</w:t>
      </w:r>
    </w:p>
    <w:p>
      <w:r>
        <w:rPr>
          <w:b/>
        </w:rPr>
        <w:t xml:space="preserve">[1:17:37] </w:t>
      </w:r>
      <w:r>
        <w:t>yani where justification ends, qayamat begins. jahan justification khatam hota hai, wahin se qayamat shuru hoti hai.</w:t>
      </w:r>
    </w:p>
    <w:p>
      <w:pPr>
        <w:jc w:val="right"/>
      </w:pPr>
      <w:r>
        <w:t>یعنی ویئر جسٹیفیکیشناینڈز، قیامتبگنز۔ جہاںجسٹیفیکیشنختمہوتاہے،وہیںسےقیامتشروعہوتیہے۔</w:t>
      </w:r>
    </w:p>
    <w:p>
      <w:r>
        <w:rPr>
          <w:b/>
        </w:rPr>
        <w:t xml:space="preserve">[1:17:47] </w:t>
      </w:r>
      <w:r>
        <w:t>yeh matlab hai qayamat ka</w:t>
      </w:r>
    </w:p>
    <w:p>
      <w:pPr>
        <w:jc w:val="right"/>
      </w:pPr>
      <w:r>
        <w:t>یہمطلبہےقیامتکا</w:t>
      </w:r>
    </w:p>
    <w:p>
      <w:r>
        <w:rPr>
          <w:b/>
        </w:rPr>
        <w:t xml:space="preserve">[1:17:51] </w:t>
      </w:r>
      <w:r>
        <w:t>ya doom dega. marn, i would like to uh repeat uh misra ejaz ahmed kois</w:t>
      </w:r>
    </w:p>
    <w:p>
      <w:pPr>
        <w:jc w:val="right"/>
      </w:pPr>
      <w:r>
        <w:t>یا ڈوم دےگا۔ مرن،آئیوڈلائکٹو اہ ریپیٹ اہ مسٹراعجازاحمد کوئس</w:t>
      </w:r>
    </w:p>
    <w:p>
      <w:r>
        <w:rPr>
          <w:b/>
        </w:rPr>
        <w:t xml:space="preserve">[1:17:59] </w:t>
      </w:r>
      <w:r>
        <w:t>chinagain. what he had asked was: how can a common man counter the negative ideology which was propagated by present day muslim leaders and ulema?</w:t>
      </w:r>
    </w:p>
    <w:p>
      <w:pPr>
        <w:jc w:val="right"/>
      </w:pPr>
      <w:r>
        <w:t>چناگین۔واٹہیہیڈاسک ڈواز: ہاؤکیناکامن مین کاؤنٹردی نیگیٹیو آئیڈی الوجی وچازپروپیگیٹڈبائےپریزنٹڈےمسلم لیڈرزاینڈعالم؟</w:t>
      </w:r>
    </w:p>
    <w:p>
      <w:r>
        <w:rPr>
          <w:b/>
        </w:rPr>
        <w:t xml:space="preserve">[1:18:10] </w:t>
      </w:r>
      <w:r>
        <w:t>marn, you talked about how people should not be that they are negative, whereas he had asked was that: how can common people counter the ideology, the negative ideology that they are propagating?</w:t>
      </w:r>
    </w:p>
    <w:p>
      <w:pPr>
        <w:jc w:val="right"/>
      </w:pPr>
      <w:r>
        <w:t>مرن،یوٹاکڈاباؤٹہاؤ پیپلشوڈ نودیٹدےآر نیگیٹیو، ویرایزہیہیڈاسکڈوازدیٹ: ہاؤکینکامنپیپلکاؤنٹردی آئیڈیالوجی،دانیگیٹیوآئیڈیالوجیدیٹدےآرپروپیگیٹنگ؟</w:t>
      </w:r>
    </w:p>
    <w:p>
      <w:r>
        <w:rPr>
          <w:b/>
        </w:rPr>
        <w:t xml:space="preserve">[1:18:24] </w:t>
      </w:r>
      <w:r>
        <w:t>bhai, iska bahut hi saada sa jo main keh chuka hoon ke quran ko aap quran se judge karein, aap quran se judge karein.</w:t>
      </w:r>
    </w:p>
    <w:p>
      <w:pPr>
        <w:jc w:val="right"/>
      </w:pPr>
      <w:r>
        <w:t>بھائی،اسکابہتہی سادہ سا جو میںکہہچکاہوں کہ قرآنکو آپ قرآنسےججکریں، آپ قرآنسےججکریں۔</w:t>
      </w:r>
    </w:p>
    <w:p>
      <w:r>
        <w:rPr>
          <w:b/>
        </w:rPr>
        <w:t xml:space="preserve">[1:18:33] </w:t>
      </w:r>
      <w:r>
        <w:t>jaise aaj jo qissa hua ke greece mein urdu paper ke mutabiq hazaron musalman street par nikal aaye aur tod phod ki unhone, to aap usko judge karein quran se.</w:t>
      </w:r>
    </w:p>
    <w:p>
      <w:pPr>
        <w:jc w:val="right"/>
      </w:pPr>
      <w:r>
        <w:t>ج یسےآججوقصہہوا کہ گریسمیں ارد و پیپرکےمطابق ہزاروںمسلماناسٹریٹپرنکلآئے اور توڑپھوڑکیانہوںنے، تو آپاسکو ججکریںقرآنسے ۔</w:t>
      </w:r>
    </w:p>
    <w:p>
      <w:r>
        <w:rPr>
          <w:b/>
        </w:rPr>
        <w:t xml:space="preserve">[1:18:49] </w:t>
      </w:r>
      <w:r>
        <w:t>yeh nahi ke aap judge karein akhbari reporting se.</w:t>
      </w:r>
    </w:p>
    <w:p>
      <w:pPr>
        <w:jc w:val="right"/>
      </w:pPr>
      <w:r>
        <w:t>یہنہیںکہآپججکریں اخباریرپورٹنگسے۔</w:t>
      </w:r>
    </w:p>
    <w:p>
      <w:r>
        <w:rPr>
          <w:b/>
        </w:rPr>
        <w:t xml:space="preserve">[1:18:53] </w:t>
      </w:r>
      <w:r>
        <w:t>akhbari report ko dekh kar agar aap rai banayein aap to yeh galat hoga islam ke mutabiq.</w:t>
      </w:r>
    </w:p>
    <w:p>
      <w:pPr>
        <w:jc w:val="right"/>
      </w:pPr>
      <w:r>
        <w:t>اخباریرپورٹ کو دیکھکراگرآپرائےبنائیںآپ تو یہ غلطہوگااسلام کےمطابق۔</w:t>
      </w:r>
    </w:p>
    <w:p>
      <w:r>
        <w:rPr>
          <w:b/>
        </w:rPr>
        <w:t xml:space="preserve">[1:19:03] </w:t>
      </w:r>
      <w:r>
        <w:t>aur phir jo aur waqiyat maine bataye aapko, woh sab le kar aap sochein, aap compare karein. in comparing the two understand ke wahi quran hai jisko hum pesh kiya,</w:t>
      </w:r>
    </w:p>
    <w:p>
      <w:pPr>
        <w:jc w:val="right"/>
      </w:pPr>
      <w:r>
        <w:t>اورپھرجو اورواقعاتمیںنےبتائےآپکو،وہسبلےکر آپسوچیں،آپ کمپیئرکریں۔ انکمپیریزندیٹیوانڈرسٹینڈ کہ وہی قرآنہے جسکوہمجبپیش کیا،</w:t>
      </w:r>
    </w:p>
    <w:p>
      <w:r>
        <w:rPr>
          <w:b/>
        </w:rPr>
        <w:t xml:space="preserve">[1:19:17] </w:t>
      </w:r>
      <w:r>
        <w:t>humne yeh pesh kiya to logon ne usko izzat se adab se liya.</w:t>
      </w:r>
    </w:p>
    <w:p>
      <w:pPr>
        <w:jc w:val="right"/>
      </w:pPr>
      <w:r>
        <w:t>ہمنےیہپیشکیا تولوگوںنےاسکو عزتسےادبسےلیا۔</w:t>
      </w:r>
    </w:p>
    <w:p>
      <w:r>
        <w:rPr>
          <w:b/>
        </w:rPr>
        <w:t xml:space="preserve">[1:19:22] </w:t>
      </w:r>
      <w:r>
        <w:t>to wahan kyon aisa ho raha hai? to tehqeeq karo, tehqeeq karo, tehqeeq karo. to pata chalega ke bhai woh soldier, woh jo woh jo constable tha,</w:t>
      </w:r>
    </w:p>
    <w:p>
      <w:pPr>
        <w:jc w:val="right"/>
      </w:pPr>
      <w:r>
        <w:t>تووہاںکیوںایساہورہاہے؟ تو تحقیقکرو،تحقیقکرو،تحقیقکرو۔ توپتہکیاچلےگا کہبھئیوہسولجر،وہجو وہجوکانسٹیبلتھا،</w:t>
      </w:r>
    </w:p>
    <w:p>
      <w:r>
        <w:rPr>
          <w:b/>
        </w:rPr>
        <w:t xml:space="preserve">[1:19:35] </w:t>
      </w:r>
      <w:r>
        <w:t>woh bechara jante the kya cheez hai. woh laga use chheen ne, woh gir pada to woh to anjaan mein hua. usko kya pata ke yeh quran hai? yeh to aap kehte hain ke isne be-hurmati ki.</w:t>
      </w:r>
    </w:p>
    <w:p>
      <w:pPr>
        <w:jc w:val="right"/>
      </w:pPr>
      <w:r>
        <w:t>وہ بیچارہجانتےتھے کیاچیزہے۔وہلگااسےچھیننے، وہگر پڑا تو وہتوانجانمیںہوا ۔ اسکوکیاپتہکہیہقرآنہے؟یہ تو آپکہتےہیںکہاسنے بےحرمتیکی۔</w:t>
      </w:r>
    </w:p>
    <w:p>
      <w:r>
        <w:rPr>
          <w:b/>
        </w:rPr>
        <w:t xml:space="preserve">[1:19:47] </w:t>
      </w:r>
      <w:r>
        <w:t>aakhir yeh musalman jo hai, yeh musalman yani aam taur par hota hai, quran haath se chhoot gaya jaata hai, utha kar choomenge, choom kar phir rakh denge. woh wohan gir gaya toh woh hangama kar rahe hain. aap waz-e-un contradiction.</w:t>
      </w:r>
    </w:p>
    <w:p>
      <w:pPr>
        <w:jc w:val="right"/>
      </w:pPr>
      <w:r>
        <w:t>آخریہیمسلمانجوہے،یہمسلمان یعنیعام طورپرہوتاہے،قرآن ہاتھسےچھوٹگیاجاتاہے، اٹھاکر چومیںگے، چومکرپھررکھدیںگے۔ وہوہاںگرگیاتوہنگامہکررہےہیں۔آپ وازکن ٹراڈکشن۔</w:t>
      </w:r>
    </w:p>
    <w:p>
      <w:r>
        <w:rPr>
          <w:b/>
        </w:rPr>
        <w:t xml:space="preserve">[1:20:02] </w:t>
      </w:r>
      <w:r>
        <w:t>ek iraqi musalman ke haath mein quran tha, usne usmein dhyan nahi diya. kitaab hai yeh to usne lena chaha, usne kaha nahi nahi, yeh quran mein nahi dunga.</w:t>
      </w:r>
    </w:p>
    <w:p>
      <w:pPr>
        <w:jc w:val="right"/>
      </w:pPr>
      <w:r>
        <w:t>ایک عراقیمس لمانکےہاتھمیںقرآنتھا، اسنےاسمیںدھیاننہدیا۔کتاب ہےیہ تواسنےلیناچاہا،اسنےکہانہیںنہیں،یہ قرآنمیںنہیںدوںگا۔</w:t>
      </w:r>
    </w:p>
    <w:p>
      <w:r>
        <w:rPr>
          <w:b/>
        </w:rPr>
        <w:t xml:space="preserve">[1:20:11] </w:t>
      </w:r>
      <w:r>
        <w:t>to ismein kuch chheen jhapta hui to woh gir gaya. quran</w:t>
      </w:r>
    </w:p>
    <w:p>
      <w:pPr>
        <w:jc w:val="right"/>
      </w:pPr>
      <w:r>
        <w:t>تواسیمیںکچھچھینجھپٹہوئی تو وہ گر گیا۔ قرآن</w:t>
      </w:r>
    </w:p>
    <w:p>
      <w:r>
        <w:rPr>
          <w:b/>
        </w:rPr>
        <w:t xml:space="preserve">[1:20:16] </w:t>
      </w:r>
      <w:r>
        <w:t>to aakhir har ghar mein aisa hota hai, quran gir jaata hai to aap kya karte hain? uthate hain, hum choom kar ke rakh dete hain usko. to wahan par hangama kyon kar rahe hain? aap waz-e-un contradiction.</w:t>
      </w:r>
    </w:p>
    <w:p>
      <w:pPr>
        <w:jc w:val="right"/>
      </w:pPr>
      <w:r>
        <w:t>تو آخرہرگھرمیںایساہوتاہے، قرآنگرجاتا ہےتوآپکیاکرتے ہیں؟ اٹھاتےہیں، ہمچومکرکےرکھدیتےہیںاسکو ۔ تووہاںپرہنگامہکیوںکررہےہیں؟آپ وازکن ٹراڈکشن۔</w:t>
      </w:r>
    </w:p>
    <w:p>
      <w:r>
        <w:rPr>
          <w:b/>
        </w:rPr>
        <w:t xml:space="preserve">[1:20:29] </w:t>
      </w:r>
      <w:r>
        <w:t>to quran ko criterion banaya jaye, yahi ek ek hi solution iska hai. koi bhi waqea ho, apna ho ya doosron ka, iske baad iske bare mein yeh dekha hai ke quran kya kya bolta hai.</w:t>
      </w:r>
    </w:p>
    <w:p>
      <w:pPr>
        <w:jc w:val="right"/>
      </w:pPr>
      <w:r>
        <w:t>تو قرآنکو کرائٹیریابنایاجائے،یہیایک ایکہیسلویوشناسکاہے۔ کوئیبھی واقع ہہو،اپناہویادوسروںکا، اسکےبعد اسکےبارےمیں یہدیکھاہےکہقرآنکیا کیا بول تاہے۔</w:t>
      </w:r>
    </w:p>
    <w:p>
      <w:r>
        <w:rPr>
          <w:b/>
        </w:rPr>
        <w:t xml:space="preserve">[1:20:45] </w:t>
      </w:r>
      <w:r>
        <w:t>musalmanon ne yahi chhod diya hai ke quran ko le kar rai nahi banate, apne mind se rai banate hain. main samajhta hoon ke iske saath koi doosra solution nahi hai.</w:t>
      </w:r>
    </w:p>
    <w:p>
      <w:pPr>
        <w:jc w:val="right"/>
      </w:pPr>
      <w:r>
        <w:t>مسلمانوںنےیہیچھوڑدیاہے کہ قرآنکو لےکر رائےنہیںبناتے، اپنے مائنڈسےرائےبناتےہیں۔ میںسمجھتاہوںکہاسکےساتھ کوئیدوسراسلویوشننہیںہے۔</w:t>
      </w:r>
    </w:p>
    <w:p>
      <w:r>
        <w:rPr>
          <w:b/>
        </w:rPr>
        <w:t xml:space="preserve">[1:20:57] </w:t>
      </w:r>
      <w:r>
        <w:t>This question is from Mr Nafees Shiraz Delhi. Hindu dharm mein punar-janam ka system hai, yani ek insaan kai baar janam leta hai.</w:t>
      </w:r>
    </w:p>
    <w:p>
      <w:pPr>
        <w:jc w:val="right"/>
      </w:pPr>
      <w:r>
        <w:t>This question is from مسٹرنفیس شیرازڈیلی۔ ہندو دھرممیں پُنِجنمکا سسٹمہے، یعنی ایک انسان کئیبار جنملیتاہے۔</w:t>
      </w:r>
    </w:p>
    <w:p>
      <w:r>
        <w:rPr>
          <w:b/>
        </w:rPr>
        <w:t xml:space="preserve">[1:21:08] </w:t>
      </w:r>
      <w:r>
        <w:t>Islam ka is bare mein kya nazariya hai?</w:t>
      </w:r>
    </w:p>
    <w:p>
      <w:pPr>
        <w:jc w:val="right"/>
      </w:pPr>
      <w:r>
        <w:t>اسلام کا اس بارےمیں کیا نظ ریہہے ؟</w:t>
      </w:r>
    </w:p>
    <w:p>
      <w:r>
        <w:rPr>
          <w:b/>
        </w:rPr>
        <w:t xml:space="preserve">[1:21:12] </w:t>
      </w:r>
      <w:r>
        <w:t>nahi, Islam mein aisa harghiz nahi hai. Islam ke nazariye ki bilkul galat baat hai yeh. insaan ek hi baar paida hota hai, ek hi baar phir ek hi baar marta hai, phir ek hi baar paida hota hai.</w:t>
      </w:r>
    </w:p>
    <w:p>
      <w:pPr>
        <w:jc w:val="right"/>
      </w:pPr>
      <w:r>
        <w:t>نہیں،اسلام میں ایساہرگزنہیںہے۔ اسلام کےنظریےکیبالکل غلطباتہےیہ۔ انسان ایکہیبار پیدا ہوتاہے،ایکہیبار پ ھر ایکہیبار مرتاہے،پھرایکہیبارپیدا ہوتاہے۔</w:t>
      </w:r>
    </w:p>
    <w:p>
      <w:r>
        <w:rPr>
          <w:b/>
        </w:rPr>
        <w:t xml:space="preserve">[1:21:27] </w:t>
      </w:r>
      <w:r>
        <w:t>jo cycle of birth jo hai, woh Islam mein nahi hai, qata'an nahi hai. aur woh bhi, woh bhi unke yahan bhi bahut hi ambiguity hai. uski koi scientific basis nahi hai, kuch bhi nahi. beshak mante hain, khali uski scientific basis nahi hai.</w:t>
      </w:r>
    </w:p>
    <w:p>
      <w:pPr>
        <w:jc w:val="right"/>
      </w:pPr>
      <w:r>
        <w:t>جو سائیکلآفبرتھجوہے،وہاسلام میںنہیںہے،قطعاًنہیںہے۔ اوروہبھی، وہبھیانکےہاںبھیبہت ہیایمبیگوسیہے۔ اسکیکوئیسائنٹیفکبیسنہیںہے، کچھ بھینہیں۔بسمانتےہیں،خالی کوئی اسکیسائنٹیفکبیسنہیںہے۔</w:t>
      </w:r>
    </w:p>
    <w:p>
      <w:r>
        <w:rPr>
          <w:b/>
        </w:rPr>
        <w:t xml:space="preserve">[1:21:41] </w:t>
      </w:r>
      <w:r>
        <w:t>moti baat hai, yeh dekhiye ke woh aadmi mein pehle tha is dunya mein, phir mein paida hua. to mujhe meri memory hona chahiye na? woh meri memory hona chahiye ke mein pehle kya tha.</w:t>
      </w:r>
    </w:p>
    <w:p>
      <w:pPr>
        <w:jc w:val="right"/>
      </w:pPr>
      <w:r>
        <w:t>موٹیباتہے،یہدیکھیے کہ وہ آدمی میں پہلے تھا اسیدنیا میں،پھرمیںپیدا ہوا۔تومجھےمیری میموریہوناچاہیےنا؟وہ میریمیموریہوناچاہیےکہمیںپہلےکیا تھا۔</w:t>
      </w:r>
    </w:p>
    <w:p>
      <w:r>
        <w:rPr>
          <w:b/>
        </w:rPr>
        <w:t xml:space="preserve">[1:21:54] </w:t>
      </w:r>
      <w:r>
        <w:t>dekhiye, science ne yeh prove kar diya hai ke memory insaan ka integral part hai. meri personality woh hai, dobara paida hogi to memory ke saath paida hogi. woh</w:t>
      </w:r>
    </w:p>
    <w:p>
      <w:pPr>
        <w:jc w:val="right"/>
      </w:pPr>
      <w:r>
        <w:t>دیکھیے،سائنسنےیہپروفکردیاہے کہ میموری انسان کا انٹیگرلپارٹہے۔ می ریپرسنیلٹیجوہے، دوبارہپیدا ہوگیتو میموریکےساتھپیدا ہوگی۔وہ</w:t>
      </w:r>
    </w:p>
    <w:p>
      <w:r>
        <w:rPr>
          <w:b/>
        </w:rPr>
        <w:t xml:space="preserve">[1:22:09] </w:t>
      </w:r>
      <w:r>
        <w:t>yani personality woh hai, agar dobara paida hoti hai to memory ke saath paida hogi. to memory kahan khatam ho gayi? woh kisi ko pata nahin hai ke mein kya tha pehle.</w:t>
      </w:r>
    </w:p>
    <w:p>
      <w:pPr>
        <w:jc w:val="right"/>
      </w:pPr>
      <w:r>
        <w:t>یعنی پرسنیلٹیجوہے، اگر دوبارہپیدا ہوتیہےتومیموریکےساتھپیدا ہوگی۔ تو میموریکہاںختمہوگئی؟وہ کسی کوپتہہینہیںکہمیںکیاتھاپہلے۔</w:t>
      </w:r>
    </w:p>
    <w:p>
      <w:r>
        <w:rPr>
          <w:b/>
        </w:rPr>
        <w:t xml:space="preserve">[1:22:20] </w:t>
      </w:r>
      <w:r>
        <w:t>to yeh bilkul yani unscientific nazariya hai. woh log mante hain, behraal iske suppression ke suppression ke siwa is mein koi basis nahin hai. iski baqi Islam mein qatan aisan nahin hai.</w:t>
      </w:r>
    </w:p>
    <w:p>
      <w:pPr>
        <w:jc w:val="right"/>
      </w:pPr>
      <w:r>
        <w:t>تو یہ بالکل یعنی ان سائنٹیفکنظریہہے۔ وہلوگمانتےہیں،بہرحال اسکےسپریسیشنکے سپریسیشنکےسوااسمیںکوئیبیسنہیںہے۔اسکی باقیاسلام میں قطعاًایسانہیںہے۔</w:t>
      </w:r>
    </w:p>
    <w:p>
      <w:r>
        <w:rPr>
          <w:b/>
        </w:rPr>
        <w:t xml:space="preserve">[1:22:33] </w:t>
      </w:r>
      <w:r>
        <w:t>Islam mein bas ek zindagi aadmi jeeta hai, iska record rehta hai, farishte karte hain, phir woh marta hai. marne ke baad phir hadith mein aata hai, likhiye ke maut ke baad mamatafaqad qamat qiyamatahu mara, qyamat shuru ho gayi.</w:t>
      </w:r>
    </w:p>
    <w:p>
      <w:pPr>
        <w:jc w:val="right"/>
      </w:pPr>
      <w:r>
        <w:t>اسلام میں بس ایک زندگی آدمیجیتاہے، اسکاریکارڈتیارہوتاہے، فرشتےکرتےہیں، پھروہمرتاہے۔مرنےکےبعد پھر حدیثمیںآتاہے،لکھیے کہ موتکےبعد مَمَّاتَفَقَدْقَامَتْقِيَامَتُهُ مرا،قیامتشروعہوگئی۔</w:t>
      </w:r>
    </w:p>
    <w:p>
      <w:r>
        <w:rPr>
          <w:b/>
        </w:rPr>
        <w:t xml:space="preserve">[1:22:52] </w:t>
      </w:r>
      <w:r>
        <w:t>aur hadith mein aata hai ke qabar jo hai, qabar woh kya hai?</w:t>
      </w:r>
    </w:p>
    <w:p>
      <w:pPr>
        <w:jc w:val="right"/>
      </w:pPr>
      <w:r>
        <w:t>اورحدیثمیںآتاہےکہ قبرجوہے،قبر وہکیا ہے؟</w:t>
      </w:r>
    </w:p>
    <w:p>
      <w:r>
        <w:rPr>
          <w:b/>
        </w:rPr>
        <w:t xml:space="preserve">[1:22:59] </w:t>
      </w:r>
      <w:r>
        <w:t>woh ya to jannat ke baghon mein se ek bagh hai ya qabar ke gadon mein se gadha hai. rawdatun min riyadil jannati wa khufrin min khufrin naari to bas wohi zindagi continue rehti hai, ek beech mein gap hai maut ka. bas yeh Islam ka concept hai.</w:t>
      </w:r>
    </w:p>
    <w:p>
      <w:pPr>
        <w:jc w:val="right"/>
      </w:pPr>
      <w:r>
        <w:t>وہ یاتو جنتکےباغوںمیںسےایکباغہےیا قبرکےگڑھوںمیںسےگڑھاہے۔ رَوْدَةٌمِنْرَادِيالجَنَّةِوَخُفْرٍمِنْخُفْرِالنَّارِ تو بس وہیزندگی کنٹینیورہتیہے، ایک بیچمیں گیپہےموتکا۔بس یہ اسلام کاکانسیپٹہے۔</w:t>
      </w:r>
    </w:p>
    <w:p>
      <w:r>
        <w:rPr>
          <w:b/>
        </w:rPr>
        <w:t xml:space="preserve">[1:23:19] </w:t>
      </w:r>
      <w:r>
        <w:t>This question is from Muhammad Asif Riyaz from Delhi. What is a mission</w:t>
      </w:r>
    </w:p>
    <w:p>
      <w:pPr>
        <w:jc w:val="right"/>
      </w:pPr>
      <w:r>
        <w:t>Thisquestion is from محمد آصف ریاض from Delhi. Whatis amission</w:t>
      </w:r>
    </w:p>
    <w:p>
      <w:r>
        <w:rPr>
          <w:b/>
        </w:rPr>
        <w:t xml:space="preserve">[1:23:27] </w:t>
      </w:r>
      <w:r>
        <w:t>? How should we carry on the mission? mission ka matlab hota hai, yani ek hai follow karna.</w:t>
      </w:r>
    </w:p>
    <w:p>
      <w:pPr>
        <w:jc w:val="right"/>
      </w:pPr>
      <w:r>
        <w:t>?How shouldwe carryon themission ? م شن کامطلبہوتاہے، یعنیایکہے فالوکرنا۔</w:t>
      </w:r>
    </w:p>
    <w:p>
      <w:r>
        <w:rPr>
          <w:b/>
        </w:rPr>
        <w:t xml:space="preserve">[1:23:39] </w:t>
      </w:r>
      <w:r>
        <w:t>to follow karne mein ek aap khud kisi baat ko jaana, aap khud follow kar rahe hain isko. mission yeh hai ke doosron tak pahunchana. mission mein expansion shamil hai.</w:t>
      </w:r>
    </w:p>
    <w:p>
      <w:pPr>
        <w:jc w:val="right"/>
      </w:pPr>
      <w:r>
        <w:t>تو فالوکرنے میںایک آپ خود کسی باتکوجانا،آپخود فالوکررہےہیںاسکو ۔ مشنیہہےکہدوسروںتک پہنچ انا۔ مشنمیںایکسپینشن شامل ہے۔</w:t>
      </w:r>
    </w:p>
    <w:p>
      <w:r>
        <w:rPr>
          <w:b/>
        </w:rPr>
        <w:t xml:space="preserve">[1:23:49] </w:t>
      </w:r>
      <w:r>
        <w:t>expansion to aap ko ek sachai mili, is sachai ko aap ne pakad liya, isko follow kar rahe hain aap.</w:t>
      </w:r>
    </w:p>
    <w:p>
      <w:pPr>
        <w:jc w:val="right"/>
      </w:pPr>
      <w:r>
        <w:t>ایکسپینشن تو آپ کو ایک سچائی ملی، اسسچائیکوآپنےپکڑلیا،اسکوفالوکررہےہیںآپ۔</w:t>
      </w:r>
    </w:p>
    <w:p>
      <w:r>
        <w:rPr>
          <w:b/>
        </w:rPr>
        <w:t xml:space="preserve">[1:23:58] </w:t>
      </w:r>
      <w:r>
        <w:t>to yeh ek shakliya hai. doosri yeh hai ke aap ke andar yeh jazba paida ho ke doosre bhi is sachai ko jaanein. to peaceful tareeqe se, khair khwahi ke saath, mohabbat ke saath aap doosron ko bhi isko disseminate karein, isko doosron tak convey karne ki koshish karein. to yeh mission hai.</w:t>
      </w:r>
    </w:p>
    <w:p>
      <w:pPr>
        <w:jc w:val="right"/>
      </w:pPr>
      <w:r>
        <w:t>تویہایکشکلیہہے۔دوسرییہہےکہآپ کےاندریہجذبہپیدا ہوکہدوسرےبھیاسسچائیکوجانیں۔ تو پیسفلطریقےسے ،خیرخواہیکےساتھ ، محبتکےساتھآپ دوسروں کوبھیاسکوڈسیمینیٹکریں، اسکو دوسروںتککنوےکرنےکیکوششکریں۔تویہ مشنہے۔</w:t>
      </w:r>
    </w:p>
    <w:p>
      <w:r>
        <w:rPr>
          <w:b/>
        </w:rPr>
        <w:t xml:space="preserve">[1:24:17] </w:t>
      </w:r>
      <w:r>
        <w:t>to sachai agar sach mein mili hai kisi ko to sachai apne aap mein mission ban jati hai.</w:t>
      </w:r>
    </w:p>
    <w:p>
      <w:pPr>
        <w:jc w:val="right"/>
      </w:pPr>
      <w:r>
        <w:t>تو سچائیاگر سچم چملیہےکسیکو تو سچائی اپنےآپمیںمشنبنجاتیہے۔</w:t>
      </w:r>
    </w:p>
    <w:p>
      <w:r>
        <w:rPr>
          <w:b/>
        </w:rPr>
        <w:t xml:space="preserve">[1:24:25] </w:t>
      </w:r>
      <w:r>
        <w:t>sachai yani truth wahi capitalize agar mil gaya kisi ko to woh, woh, woh work aayega na. woh aadmi chahega doosron ko mein bataun. baqi yeh kaam jo hai ladne phirne ka nahin hai, yeh to mohabbat se, pyar se aur aur sachi khair khwahi ke saath hota hai.</w:t>
      </w:r>
    </w:p>
    <w:p>
      <w:pPr>
        <w:jc w:val="right"/>
      </w:pPr>
      <w:r>
        <w:t>سچائی یعنیٹروتھ وددیکیپیٹلٹیاگرملگیا کسی کو تو وہ ،وہ، وہرکائےگانہیں۔وہآدمیچاہےگادوسروںکو میںبتاؤں۔ باقی یہکام جوہےلڑنےپھرنےکانہیںہے، یہتومح بت سے،پیارسے اور اور سچیخیرخواہیکےساتھہوتاہے۔</w:t>
      </w:r>
    </w:p>
    <w:p>
      <w:r>
        <w:rPr>
          <w:b/>
        </w:rPr>
        <w:t xml:space="preserve">[1:24:46] </w:t>
      </w:r>
      <w:r>
        <w:t>agar sachi khair yeh debate bhi nahin hai, debate jo hai woh, woh kuch nahin hai.</w:t>
      </w:r>
    </w:p>
    <w:p>
      <w:pPr>
        <w:jc w:val="right"/>
      </w:pPr>
      <w:r>
        <w:t>اگر سچیخیر یہڈیبیٹبھینہیںہے، ڈیبیٹجوہےوہ ،وہکچھبھینہیںہے۔</w:t>
      </w:r>
    </w:p>
    <w:p>
      <w:r>
        <w:rPr>
          <w:b/>
        </w:rPr>
        <w:t xml:space="preserve">[1:24:53] </w:t>
      </w:r>
      <w:r>
        <w:t>jab tak aap ke dil mein ek, ek baar mein tha wahan ke Rabbani Bhopal mein to ek sahib aaye, unhone kaha ke aap dawat ki dawat ki baat karte hain. dawat kya? dawat sab log kar rahe hain.</w:t>
      </w:r>
    </w:p>
    <w:p>
      <w:pPr>
        <w:jc w:val="right"/>
      </w:pPr>
      <w:r>
        <w:t>جب تکآپ کےدلمیں ایک،ایکبارمیں تھا وہاںکاربنبھوپالمیںتوایکصاحب آئے، انہوںنےکہاکہآپ دعوتکیدعوتکیباتکرتے ہیں۔دعوتکیا؟دعوتسبلوگکررہےہیں۔</w:t>
      </w:r>
    </w:p>
    <w:p>
      <w:r>
        <w:rPr>
          <w:b/>
        </w:rPr>
        <w:t xml:space="preserve">[1:25:04] </w:t>
      </w:r>
      <w:r>
        <w:t>dawat ko sab, sab log kar rahe hain.</w:t>
      </w:r>
    </w:p>
    <w:p>
      <w:pPr>
        <w:jc w:val="right"/>
      </w:pPr>
      <w:r>
        <w:t>دعوتکوسب،سبلوگکررہےہیں۔</w:t>
      </w:r>
    </w:p>
    <w:p>
      <w:r>
        <w:rPr>
          <w:b/>
        </w:rPr>
        <w:t xml:space="preserve">[1:25:09] </w:t>
      </w:r>
      <w:r>
        <w:t>maine kaha ke</w:t>
      </w:r>
    </w:p>
    <w:p>
      <w:pPr>
        <w:jc w:val="right"/>
      </w:pPr>
      <w:r>
        <w:t>میںنےکہاکہ</w:t>
      </w:r>
    </w:p>
    <w:p>
      <w:r>
        <w:rPr>
          <w:b/>
        </w:rPr>
        <w:t xml:space="preserve">[1:25:12] </w:t>
      </w:r>
      <w:r>
        <w:t>ke madar se pyar karna padta hai, tab dawat ka aaghaz hota hai. madar ke liye aap ke dil mein mohabbat nahin hai to dawat kya? kuch nahin, nothing hai.</w:t>
      </w:r>
    </w:p>
    <w:p>
      <w:pPr>
        <w:jc w:val="right"/>
      </w:pPr>
      <w:r>
        <w:t>کہ مادوسے پیارکرناپڑتاہے، تب دعوتکاآغاز ہوتاہے۔ مادوکےلیےآپکےدل میں محبتنہیں ہے تودعوت کیاہے؟کچھبھینہیں،نتھنگہے۔</w:t>
      </w:r>
    </w:p>
    <w:p>
      <w:r>
        <w:rPr>
          <w:b/>
        </w:rPr>
        <w:t xml:space="preserve">[1:25:24] </w:t>
      </w:r>
      <w:r>
        <w:t>woh to ek leader hai, woh leader hai, woh dawat nahin hai. to mission ka matlab yeh hai ke jo sachai aap ko mili hai, is sachai ko aap phailayein, doosron tak pahunchayein, isko disseminate karein, lekin is se peaceful hon. aap poori tarah se peaceful hon.</w:t>
      </w:r>
    </w:p>
    <w:p>
      <w:pPr>
        <w:jc w:val="right"/>
      </w:pPr>
      <w:r>
        <w:t>وہتوایکلیڈریہے، وہ لیڈریہے،وہدعوتنہیںہے۔ تو مشنکامطلبیہہےکہ جو سچائیآپکوملی ہے، اسسچائیکو آپ پھیلائیں،دوسروںتکپہنچائیں، اسکوڈسیمینیٹکریں، لیکن اسسے پیسفلہوں۔آپپوریطریقےسےپیسفلہوں۔</w:t>
      </w:r>
    </w:p>
    <w:p>
      <w:r>
        <w:rPr>
          <w:b/>
        </w:rPr>
        <w:t xml:space="preserve">[1:25:42] </w:t>
      </w:r>
      <w:r>
        <w:t>agar peaceful nahin hai to phir mission nahin hai, woh phir to ladai bhadai hai. This question is from Miss Samer Sherwani, Delhi.</w:t>
      </w:r>
    </w:p>
    <w:p>
      <w:pPr>
        <w:jc w:val="right"/>
      </w:pPr>
      <w:r>
        <w:t>اگر پیسفلنہیںہےتوپھرمشننہیںہے،وہ پھرتو لڑائیبھڑائیہے۔ This question is from مس سمرشیروانی،ڈیلی۔</w:t>
      </w:r>
    </w:p>
    <w:p>
      <w:r>
        <w:rPr>
          <w:b/>
        </w:rPr>
        <w:t xml:space="preserve">[1:25:51] </w:t>
      </w:r>
      <w:r>
        <w:t>Muslims namaz kaam karne se pehle istikhara karte hain aur jo bhi result us mein aata hai, use mante hain, chahe woh unke liye nuksan deh kiun na ho.</w:t>
      </w:r>
    </w:p>
    <w:p>
      <w:pPr>
        <w:jc w:val="right"/>
      </w:pPr>
      <w:r>
        <w:t>مسلمزہرکام کرنے سے پہلے استقارہکرتے ہیں اور جو بھی رزلٹاسمیں آتاہے، اسے مانتےہیں، چاہےوہ انکےلیے نقصان دہکی وںنہہو ۔</w:t>
      </w:r>
    </w:p>
    <w:p>
      <w:r>
        <w:rPr>
          <w:b/>
        </w:rPr>
        <w:t xml:space="preserve">[1:26:03] </w:t>
      </w:r>
      <w:r>
        <w:t>yeh kahan tak sahi hai?</w:t>
      </w:r>
    </w:p>
    <w:p>
      <w:pPr>
        <w:jc w:val="right"/>
      </w:pPr>
      <w:r>
        <w:t>یہ کہاںتکصحیحہے ؟</w:t>
      </w:r>
    </w:p>
    <w:p>
      <w:r>
        <w:rPr>
          <w:b/>
        </w:rPr>
        <w:t xml:space="preserve">[1:26:07] </w:t>
      </w:r>
      <w:r>
        <w:t>mein to nahin janta ke koi karta hai, koi bhi nahin karta. yeh istikhara ek, ek TV aata hai, ek QTV aata hai to istikhara hota hai. to woh to mazak hai, regular se bilkul. woh istikhara nahin hai, woh, woh istikhara nahin hai.</w:t>
      </w:r>
    </w:p>
    <w:p>
      <w:pPr>
        <w:jc w:val="right"/>
      </w:pPr>
      <w:r>
        <w:t>میںتونہیںجانتاکہکوئیکرتاہے، کوئیبھینہیںکرتا۔یہ استخارہ ایک،ایک ٹیویآتاہے،ایککیوٹیویآتاہےتواستخارہہوتاہے۔تووہتومذاقہے، ریگولرسےبالکل ۔وہاستخارہتونہیںہے،وہ ،وہ استخارہنہیںہے۔</w:t>
      </w:r>
    </w:p>
    <w:p>
      <w:r>
        <w:rPr>
          <w:b/>
        </w:rPr>
        <w:t xml:space="preserve">[1:26:21] </w:t>
      </w:r>
      <w:r>
        <w:t>aap shayad is ko istikhara samajhte honge jo QTV pe aata hai. woh to ek drama hai, bilkul. istikhara to bahut hi oonchi cheez hai.</w:t>
      </w:r>
    </w:p>
    <w:p>
      <w:pPr>
        <w:jc w:val="right"/>
      </w:pPr>
      <w:r>
        <w:t>آپشایداسیکواستخارہسمجھتےہوںگے جوکیوٹیویپہآتاہے۔ وہتوایکڈرامہہے،بالکل ۔ استخارہتوبہت ہی اونچیچیز ہے۔</w:t>
      </w:r>
    </w:p>
    <w:p>
      <w:r>
        <w:rPr>
          <w:b/>
        </w:rPr>
        <w:t xml:space="preserve">[1:26:33] </w:t>
      </w:r>
      <w:r>
        <w:t>istikharah ek bohat bari ibadat hai, yaad rakhiye,</w:t>
      </w:r>
    </w:p>
    <w:p>
      <w:pPr>
        <w:jc w:val="right"/>
      </w:pPr>
      <w:r>
        <w:t>استخارہایکبہتبڑیعبادتہے،یادرکھیے،</w:t>
      </w:r>
    </w:p>
    <w:p>
      <w:r>
        <w:rPr>
          <w:b/>
        </w:rPr>
        <w:t xml:space="preserve">[1:26:37] </w:t>
      </w:r>
      <w:r>
        <w:t>bohat bari ibadat hai. istikhara koi mazak nahi hai.</w:t>
      </w:r>
    </w:p>
    <w:p>
      <w:pPr>
        <w:jc w:val="right"/>
      </w:pPr>
      <w:r>
        <w:t>بہت بڑیعبادتہے۔ استخارہکوئیمذاقنہیںہے۔</w:t>
      </w:r>
    </w:p>
    <w:p>
      <w:r>
        <w:rPr>
          <w:b/>
        </w:rPr>
        <w:t xml:space="preserve">[1:26:45] </w:t>
      </w:r>
      <w:r>
        <w:t>is par mein ne likha hai, ab aaj article hamare jab nikalta hai, magazine is mein mein ne istikhare par ek bohat bada likha hai. istikhara woh hai, bohat hi sahih hai.</w:t>
      </w:r>
    </w:p>
    <w:p>
      <w:pPr>
        <w:jc w:val="right"/>
      </w:pPr>
      <w:r>
        <w:t>اسپرمیںنےلکھاہے، ابآجآرٹیکل ہمارےجب نکلتاہے، میگزین اسمیںمیںنےاستخارےپرایکبدبولکھاہے۔ استخارہجوہے، بہت ہیصحیحہے۔</w:t>
      </w:r>
    </w:p>
    <w:p>
      <w:r>
        <w:rPr>
          <w:b/>
        </w:rPr>
        <w:t xml:space="preserve">[1:26:54] </w:t>
      </w:r>
      <w:r>
        <w:t>bukhari mein riwayat maujood hai is ke bare mein. hadith mein aata hai ke sahaba kehte hain kaan yala mar al istikhara kama yala mar al quran</w:t>
      </w:r>
    </w:p>
    <w:p>
      <w:pPr>
        <w:jc w:val="right"/>
      </w:pPr>
      <w:r>
        <w:t>بخ اریمیںروایتموجود ہےاسکےبارےمیں۔ حدیث میںآتاہےکہصحابہکہتےہیں کان یال مر الاستخارۃ کمای المر القرآن</w:t>
      </w:r>
    </w:p>
    <w:p>
      <w:r>
        <w:rPr>
          <w:b/>
        </w:rPr>
        <w:t xml:space="preserve">[1:27:07] </w:t>
      </w:r>
      <w:r>
        <w:t>kaan yala mar al istikhara kama yala mar al quran . rasool Allah hum ko istikhara is tarah sikhate thay jis tarah aap ko quran sikhate thay.</w:t>
      </w:r>
    </w:p>
    <w:p>
      <w:pPr>
        <w:jc w:val="right"/>
      </w:pPr>
      <w:r>
        <w:t>کان یال مر الاستخارۃ کمایالمر القرآن ۔رسولاللہ ہمکو استخارہاسطرحسکھاتےتھے جسطرحآپکوقرآنسکھاتےتھے۔</w:t>
      </w:r>
    </w:p>
    <w:p>
      <w:r>
        <w:rPr>
          <w:b/>
        </w:rPr>
        <w:t xml:space="preserve">[1:27:19] </w:t>
      </w:r>
      <w:r>
        <w:t>aur jo aata hai tv pe, to woh to mazak hota hai, woh to kuch bhi nahi hota. radical, radical is a bal kal. isi ko aap istikhara samajhte hain. baqi agar aap ko samajhna hai ke istikhara kya cheez hai to aap mera article padhiye, woh detail mein mein ne diya hai risale mein, inshallah.</w:t>
      </w:r>
    </w:p>
    <w:p>
      <w:pPr>
        <w:jc w:val="right"/>
      </w:pPr>
      <w:r>
        <w:t>اور جو آتاہےکیوٹیویپہ،تووہتومذاقہوتاہے، وہتوکچھبھینہیںہوتا۔ ریڈیکل،ریڈیکلایسابال کل۔ اسیکوآپاستخارہسمجھتےہیں۔ باقیاگرآپکوسمجھناہےکہاستخارہکیاچیزہے تو آپمیراآرٹیکلپڑھیے، وہ ڈیٹیلمیںمیںنےدیاہے رسالےمیں،انشاءاللہ۔</w:t>
      </w:r>
    </w:p>
    <w:p>
      <w:r>
        <w:rPr>
          <w:b/>
        </w:rPr>
        <w:t xml:space="preserve">[1:27:38] </w:t>
      </w:r>
      <w:r>
        <w:t>This question is from Mr Abdul Rehman Delhi.</w:t>
      </w:r>
    </w:p>
    <w:p>
      <w:pPr>
        <w:jc w:val="right"/>
      </w:pPr>
      <w:r>
        <w:t>Thisquestion is from مسٹرعبدالرحمن ڈیلی۔</w:t>
      </w:r>
    </w:p>
    <w:p>
      <w:r>
        <w:rPr>
          <w:b/>
        </w:rPr>
        <w:t xml:space="preserve">[1:27:43] </w:t>
      </w:r>
      <w:r>
        <w:t>Molana sahib, and the context of mislims, it is a zero that intellectual people are more conditioned than the general public.</w:t>
      </w:r>
    </w:p>
    <w:p>
      <w:pPr>
        <w:jc w:val="right"/>
      </w:pPr>
      <w:r>
        <w:t>مول اناصاحب،انداکانٹیکسٹآف مس لمز، اٹاز اب زروڈدیٹ انٹلیکچولپیپل آر مورکنڈیشن دینایون جنرل پبلک۔</w:t>
      </w:r>
    </w:p>
    <w:p>
      <w:r>
        <w:rPr>
          <w:b/>
        </w:rPr>
        <w:t xml:space="preserve">[1:27:53] </w:t>
      </w:r>
      <w:r>
        <w:t>As you rightly pointed out, their condition is based on birth, family status, and the position they are enjoying.</w:t>
      </w:r>
    </w:p>
    <w:p>
      <w:pPr>
        <w:jc w:val="right"/>
      </w:pPr>
      <w:r>
        <w:t>ایزیوہیورائٹلیپوائنٹڈآؤٹ، دیرکنڈیشن از بیسڈان برتھ ،فیملی سٹیٹس، اینڈداپوزیشندےآرانجوائنگ۔</w:t>
      </w:r>
    </w:p>
    <w:p>
      <w:r>
        <w:rPr>
          <w:b/>
        </w:rPr>
        <w:t xml:space="preserve">[1:28:03] </w:t>
      </w:r>
      <w:r>
        <w:t>Since intellectual people are capable to influence others, it is necessary for them to be right thinking people.</w:t>
      </w:r>
    </w:p>
    <w:p>
      <w:pPr>
        <w:jc w:val="right"/>
      </w:pPr>
      <w:r>
        <w:t>سنس انٹلیکچولپیپلآر کیپیبل ٹو انفلوئنسادر، اٹاز نیسیسریفار دیمٹوبیرائٹتھنکنگپیپل۔</w:t>
      </w:r>
    </w:p>
    <w:p>
      <w:r>
        <w:rPr>
          <w:b/>
        </w:rPr>
        <w:t xml:space="preserve">[1:28:12] </w:t>
      </w:r>
      <w:r>
        <w:t>Kindly elaborate as how to target this group for their deconditioning. dekhiye, mein samajhta hoon ke dono condition ki sohbat hain.</w:t>
      </w:r>
    </w:p>
    <w:p>
      <w:pPr>
        <w:jc w:val="right"/>
      </w:pPr>
      <w:r>
        <w:t>کائنڈلیایلیبوریٹایزہاؤٹو ٹارگٹدسگرو پ فار دیرڈیکنڈیشننگ۔ دیکھیے،میں سمجھتاہوںکہدونوںکنڈیشنکی سہوتےہیں۔</w:t>
      </w:r>
    </w:p>
    <w:p>
      <w:r>
        <w:rPr>
          <w:b/>
        </w:rPr>
        <w:t xml:space="preserve">[1:28:23] </w:t>
      </w:r>
      <w:r>
        <w:t>educated bhia aur doosre log bhi . sirf ek difference hai, woh educated aadmi apni condition ko batane ke liye, justify karne ke liye, beautiful word paalta hai.</w:t>
      </w:r>
    </w:p>
    <w:p>
      <w:pPr>
        <w:jc w:val="right"/>
      </w:pPr>
      <w:r>
        <w:t>ایجوکیٹڈبھیاوردوسرےلوگ بھی ۔صرفایکڈیفرنسہے،وہ ایجوکیٹڈآدمی اپنی کنڈیشننگکو بت انےکےلیے ،جس ٹیفائیکرنےکےلیے، بیوٹیفل ورڈپالیتاہے۔</w:t>
      </w:r>
    </w:p>
    <w:p>
      <w:r>
        <w:rPr>
          <w:b/>
        </w:rPr>
        <w:t xml:space="preserve">[1:28:37] </w:t>
      </w:r>
      <w:r>
        <w:t>He is able to beautify his conditioning.</w:t>
      </w:r>
    </w:p>
    <w:p>
      <w:pPr>
        <w:jc w:val="right"/>
      </w:pPr>
      <w:r>
        <w:t>ہیازایبل ٹو بیوٹیفائی ہزکنڈیشننگ۔</w:t>
      </w:r>
    </w:p>
    <w:p>
      <w:r>
        <w:rPr>
          <w:b/>
        </w:rPr>
        <w:t xml:space="preserve">[1:28:42] </w:t>
      </w:r>
      <w:r>
        <w:t>yeh educated log hote hain, yani educated person is able to beautify his conditioning. aam log bechare in ke paas itne beautiful shabd nahi hote.</w:t>
      </w:r>
    </w:p>
    <w:p>
      <w:pPr>
        <w:jc w:val="right"/>
      </w:pPr>
      <w:r>
        <w:t>یہایجوکیٹڈلوگہوتےہیں، یعنیایجوکیٹڈپرسن از ایبل ٹو بیوٹیفائیہزکنڈیشننگ۔ عاملوگبیچارےانکےپاساتنے بیوٹیفل शब्द نہیںہوتے۔</w:t>
      </w:r>
    </w:p>
    <w:p>
      <w:r>
        <w:rPr>
          <w:b/>
        </w:rPr>
        <w:t xml:space="preserve">[1:28:54] </w:t>
      </w:r>
      <w:r>
        <w:t>baqi conditioning to ek bilkul hoti hi hoti hai sab ki. ab jo deconditioning ki baat hai to mein bataun ke is ki starting apne aap se hoti hai.</w:t>
      </w:r>
    </w:p>
    <w:p>
      <w:pPr>
        <w:jc w:val="right"/>
      </w:pPr>
      <w:r>
        <w:t>باقی کنڈیشننگتوایکبالکل ہوتیہیہوتیہےسبکی۔ ابجو ڈیکنڈیشننگکیباتہے تومیںبتاؤںکہاسکی سٹارٹنگاپنےآپسےہوتیہے۔</w:t>
      </w:r>
    </w:p>
    <w:p>
      <w:r>
        <w:rPr>
          <w:b/>
        </w:rPr>
        <w:t xml:space="preserve">[1:29:05] </w:t>
      </w:r>
      <w:r>
        <w:t>jis aadmi ne apne ko apni deconditioning na ki ho, woh doosron ko nahi kar sakta. yaad rakhiye,</w:t>
      </w:r>
    </w:p>
    <w:p>
      <w:pPr>
        <w:jc w:val="right"/>
      </w:pPr>
      <w:r>
        <w:t>جس آدمینےاپنے کو اپنی ڈیکنڈیشننگنہکیہو،وہدوسروںکونہیںکرسکتا۔یادرکھیے،</w:t>
      </w:r>
    </w:p>
    <w:p>
      <w:r>
        <w:rPr>
          <w:b/>
        </w:rPr>
        <w:t xml:space="preserve">[1:29:12] </w:t>
      </w:r>
      <w:r>
        <w:t>charity begins from home, jo angrezi mein kaha jata hai, charity begins from home. to deconditioning apne aap se shuru hoti hai. ab bohat hi mushkil kaam hai, yaad rakhiye, deconditioning.</w:t>
      </w:r>
    </w:p>
    <w:p>
      <w:pPr>
        <w:jc w:val="right"/>
      </w:pPr>
      <w:r>
        <w:t>چیریٹیبگنزفرامہوم،جوانگریزیمیںکہاجاتاہے، چیریٹیبگنزفرامہوم۔ تو ڈیکنڈیشننگاپنےآپسےشروعہوتیہے۔ اببہت ہی مشکل کامہے،یادرکھیے،ڈیکنڈیشننگ۔</w:t>
      </w:r>
    </w:p>
    <w:p>
      <w:r>
        <w:rPr>
          <w:b/>
        </w:rPr>
        <w:t xml:space="preserve">[1:29:25] </w:t>
      </w:r>
      <w:r>
        <w:t>deconditioning ko mein agar define karun doosre shabdon mein to mein kahunga merciless introspection.</w:t>
      </w:r>
    </w:p>
    <w:p>
      <w:pPr>
        <w:jc w:val="right"/>
      </w:pPr>
      <w:r>
        <w:t>ڈیکنڈیشننگکومیںاگر ڈیفائنکروںدوسرےशब्द وںمیںتومیںکہوںگا مرسی لیسانٹراسپیک شن۔</w:t>
      </w:r>
    </w:p>
    <w:p>
      <w:r>
        <w:rPr>
          <w:b/>
        </w:rPr>
        <w:t xml:space="preserve">[1:29:36] </w:t>
      </w:r>
      <w:r>
        <w:t>deconditioning ko kaun kar payega? apni khud, apni jo merciless introspection kare, to kaun karta hai? hum ko koi mila nahi, aisa aadmi.</w:t>
      </w:r>
    </w:p>
    <w:p>
      <w:pPr>
        <w:jc w:val="right"/>
      </w:pPr>
      <w:r>
        <w:t>ڈیکنڈیشننگکونکرپائےگا؟اپنی خود ،اپنی جو مرسیلیسانٹراسپیک شنکرے، توکونکرتاہے؟ہمکوکوئیملانہیں،ایساآدمی۔</w:t>
      </w:r>
    </w:p>
    <w:p>
      <w:r>
        <w:rPr>
          <w:b/>
        </w:rPr>
        <w:t xml:space="preserve">[1:29:50] </w:t>
      </w:r>
      <w:r>
        <w:t>to deconditioning doosron ko karna</w:t>
      </w:r>
    </w:p>
    <w:p>
      <w:pPr>
        <w:jc w:val="right"/>
      </w:pPr>
      <w:r>
        <w:t>تو ڈی کنڈیشننگدوسروںکوکرنا</w:t>
      </w:r>
    </w:p>
    <w:p>
      <w:r>
        <w:rPr>
          <w:b/>
        </w:rPr>
        <w:t xml:space="preserve">[1:29:55] </w:t>
      </w:r>
      <w:r>
        <w:t>bilkul possible kaam hai. bismillah, agar woh jo American woh tha, professor Watson, woh to samajhta tha ke deconditioning ho nahi sakti hai.</w:t>
      </w:r>
    </w:p>
    <w:p>
      <w:pPr>
        <w:jc w:val="right"/>
      </w:pPr>
      <w:r>
        <w:t>بالکل پاسیبلکامہے۔ بسم اللہ،اگر وہجو امریک ن وہتھا،پروفیسر واٹسن، وہتوسمجھتاتھاکہڈیکنڈیشنہونہیںسکتیہے۔</w:t>
      </w:r>
    </w:p>
    <w:p>
      <w:r>
        <w:rPr>
          <w:b/>
        </w:rPr>
        <w:t xml:space="preserve">[1:30:04] </w:t>
      </w:r>
      <w:r>
        <w:t>bohat bada professor tha Watson, lekin us ne samjha jo condition ho chuki hai, wohi, wohi, wohi, wohi neechre. mein is ko galat samajhta hoon, bilkul.</w:t>
      </w:r>
    </w:p>
    <w:p>
      <w:pPr>
        <w:jc w:val="right"/>
      </w:pPr>
      <w:r>
        <w:t>بہت بڑاپروفیسرتھا واٹسن ،لیکن اسنےسمجھاجوکنڈیشنہوچکیہے،وہوہی،وہی، وہی، وہینیچرہے۔ میںاسکوغلطسمجھتاہوں، بالکل۔</w:t>
      </w:r>
    </w:p>
    <w:p>
      <w:r>
        <w:rPr>
          <w:b/>
        </w:rPr>
        <w:t xml:space="preserve">[1:30:16] </w:t>
      </w:r>
      <w:r>
        <w:t>halanke so saal se logon ke dimaaghon pe yeh bhara hua hai, lekin yeh bilkul baseless baat hai. deconditioning bilkul possible hai, lekin deconditioning begins from yourself,</w:t>
      </w:r>
    </w:p>
    <w:p>
      <w:pPr>
        <w:jc w:val="right"/>
      </w:pPr>
      <w:r>
        <w:t>حالانکہ سو سال سےلوگوںکےدماغوںپریہبھراہواہے، لیکن یہبالکل بیسلیسباتہے۔ ڈی کنڈیشننگبالکلپاسیبلہے، لیکن ڈیکنڈیشننگبگنزفرامیورسیلف،</w:t>
      </w:r>
    </w:p>
    <w:p>
      <w:r>
        <w:rPr>
          <w:b/>
        </w:rPr>
        <w:t xml:space="preserve">[1:30:31] </w:t>
      </w:r>
      <w:r>
        <w:t>kyun ke aap us ko janenge nahi, us ke aib o sith ko nahi janenge,</w:t>
      </w:r>
    </w:p>
    <w:p>
      <w:pPr>
        <w:jc w:val="right"/>
      </w:pPr>
      <w:r>
        <w:t>کیونکہآپاسکوجانیںگےنہیں،اسکیاےبیسیڈینہیںجانیںگے،</w:t>
      </w:r>
    </w:p>
    <w:p>
      <w:r>
        <w:rPr>
          <w:b/>
        </w:rPr>
        <w:t xml:space="preserve">[1:30:35] </w:t>
      </w:r>
      <w:r>
        <w:t>us ka formula nahi janenge. agar aap ne apni deconditioning nahi ki hai to aap us ka formula nahi janenge. to doosron ko kya karenge aap?</w:t>
      </w:r>
    </w:p>
    <w:p>
      <w:pPr>
        <w:jc w:val="right"/>
      </w:pPr>
      <w:r>
        <w:t>اسکا فارمولانہیںجانیںگے۔ اگرآپ نےاپنی ڈیکنڈیشننگنہیںکیہےتوآپاسکافارمولانہیںجانیںگے۔ تو دوسروںکوکیاکریںگےآپ ؟</w:t>
      </w:r>
    </w:p>
    <w:p>
      <w:r>
        <w:rPr>
          <w:b/>
        </w:rPr>
        <w:t xml:space="preserve">[1:30:45] </w:t>
      </w:r>
      <w:r>
        <w:t>tumujhe to koi aadmi nahin maloom jo mercilessly introspection karta ho, apna jo karta ho, woh mein iska mujhe naam bataiye, isko mein is se milunga.</w:t>
      </w:r>
    </w:p>
    <w:p>
      <w:pPr>
        <w:jc w:val="right"/>
      </w:pPr>
      <w:r>
        <w:t>تومجھےتوکوئیآدمینہیںمعلوم جو مرسیلیسانٹراسپیکشنکرتاہو،اپنا جو کرتاہو،وہ میں اسکا مجھےنامبتائیے،اسکومیں اسسے ملوںگا۔</w:t>
      </w:r>
    </w:p>
    <w:p>
      <w:r>
        <w:rPr>
          <w:b/>
        </w:rPr>
        <w:t xml:space="preserve">[1:30:56] </w:t>
      </w:r>
      <w:r>
        <w:t>iska naam mere liye ibadat hoga, inshallah.</w:t>
      </w:r>
    </w:p>
    <w:p>
      <w:pPr>
        <w:jc w:val="right"/>
      </w:pPr>
      <w:r>
        <w:t>اسکاملنامیرےلیے عبادتہوگا،انشاءاللہ۔</w:t>
      </w:r>
    </w:p>
    <w:p>
      <w:r>
        <w:rPr>
          <w:b/>
        </w:rPr>
        <w:t xml:space="preserve">[1:31:04] </w:t>
      </w:r>
      <w:r>
        <w:t>to yaad rakhiye, is duniya mein sachai ko paane ke liye deconditioning, yaani bilkul shart hai.</w:t>
      </w:r>
    </w:p>
    <w:p>
      <w:pPr>
        <w:jc w:val="right"/>
      </w:pPr>
      <w:r>
        <w:t>تو یادرکھیے، اس دنیا میں سچائیکوپانےکےلیے ڈیکنڈیشننگ، یعنی بالکل شرطہے۔</w:t>
      </w:r>
    </w:p>
    <w:p>
      <w:r>
        <w:rPr>
          <w:b/>
        </w:rPr>
        <w:t xml:space="preserve">[1:31:13] </w:t>
      </w:r>
      <w:r>
        <w:t>shart</w:t>
      </w:r>
    </w:p>
    <w:p>
      <w:pPr>
        <w:jc w:val="right"/>
      </w:pPr>
      <w:r>
        <w:t>شرط</w:t>
      </w:r>
    </w:p>
    <w:p>
      <w:r>
        <w:rPr>
          <w:b/>
        </w:rPr>
        <w:t xml:space="preserve">[1:31:19] </w:t>
      </w:r>
      <w:r>
        <w:t>iske baghair sachai nahin mil sakti kisi ko. dekhiye, log jo hain, itne apni apni deconditioning karte hain?</w:t>
      </w:r>
    </w:p>
    <w:p>
      <w:pPr>
        <w:jc w:val="right"/>
      </w:pPr>
      <w:r>
        <w:t>اسکےبغیرسچائینہیںملسکتیکسیکو ۔ دیکھیں،لوگجوہیں،اتنے اپنی اپنی ڈیکنڈیشنکونکرتاہے؟</w:t>
      </w:r>
    </w:p>
    <w:p>
      <w:r>
        <w:rPr>
          <w:b/>
        </w:rPr>
        <w:t xml:space="preserve">[1:31:28] </w:t>
      </w:r>
      <w:r>
        <w:t>abhi kal ek sahib se baat ho rahi thi, jo purane mere janne wale hain, to maine unse kaha, intelligent aadmi hain, padhe likhe aadmi hain. unse maine kaha, abhi kal ki baat hai ki aap jo hain, bahut hi zyada kaam ke hote hain us waqt jab ki aapse intellectual exchange kiya jaye, external issues par.</w:t>
      </w:r>
    </w:p>
    <w:p>
      <w:pPr>
        <w:jc w:val="right"/>
      </w:pPr>
      <w:r>
        <w:t>ابھیکلایکصاحبسےباتہورہیتھی، جو پرانے میرے جاننےوالے ہیں، تو میںنےانسےکہا،انٹیلیجنٹآدمیہیں،پڑھےلکھےآدمیہیں۔انسےمیںنے کہا، ابھیکلکیباتہے کہآپ جوہیں، بہت ہیزیادہ کام کےہوتےہیںاسوقت جب کہآپ سے انٹلیکچولایکسچینجکیاجائے ،ایکسٹرنلایشوزپر۔</w:t>
      </w:r>
    </w:p>
    <w:p>
      <w:r>
        <w:rPr>
          <w:b/>
        </w:rPr>
        <w:t xml:space="preserve">[1:31:52] </w:t>
      </w:r>
      <w:r>
        <w:t>yeh kal ki baat bata raha hoon aapko. main bahut padhe likhe aadmi hoon</w:t>
      </w:r>
    </w:p>
    <w:p>
      <w:pPr>
        <w:jc w:val="right"/>
      </w:pPr>
      <w:r>
        <w:t>یہکلکیباتبتارہاہوںآپکو۔میں بہت پڑھےلکھاآدمیہوں</w:t>
      </w:r>
    </w:p>
    <w:p>
      <w:r>
        <w:rPr>
          <w:b/>
        </w:rPr>
        <w:t xml:space="preserve">[1:31:56] </w:t>
      </w:r>
      <w:r>
        <w:t>. aap se jab bhi main external issues par exchange karta hoon to aap bahut hi you prove to be a good intellectual partner.</w:t>
      </w:r>
    </w:p>
    <w:p>
      <w:pPr>
        <w:jc w:val="right"/>
      </w:pPr>
      <w:r>
        <w:t>۔آپ سے جب بھیمیں ایکسٹرنلایشوزپر ایکسچینجکرتاہوںتوآپبہت ہی یوپروف ٹوبیا گڈ انٹلیکچول پارٹنر۔</w:t>
      </w:r>
    </w:p>
    <w:p>
      <w:r>
        <w:rPr>
          <w:b/>
        </w:rPr>
        <w:t xml:space="preserve">[1:32:10] </w:t>
      </w:r>
      <w:r>
        <w:t>intellectual exchange karke aapse mujhe bahut faida hota hai. dekhiye, jaise hi baat aa gayi aap ki, aap ki apni, to aap ab aap ki objectivity khatm ho jati hai.</w:t>
      </w:r>
    </w:p>
    <w:p>
      <w:pPr>
        <w:jc w:val="right"/>
      </w:pPr>
      <w:r>
        <w:t>انٹلیکچولایکسچینجکرکےآپسےمجھےبہتفائدہہوتاہے۔ دیکھیں،جیسےہیباتآگئیآپکی، آپکی اپنی ،توآپ ابآپکی ابجیکٹوٹیختمہوجاتیہے۔</w:t>
      </w:r>
    </w:p>
    <w:p>
      <w:r>
        <w:rPr>
          <w:b/>
        </w:rPr>
        <w:t xml:space="preserve">[1:32:20] </w:t>
      </w:r>
      <w:r>
        <w:t>yaani external issues par</w:t>
      </w:r>
    </w:p>
    <w:p>
      <w:pPr>
        <w:jc w:val="right"/>
      </w:pPr>
      <w:r>
        <w:t>یعنیایکسٹرنلایشوزپر</w:t>
      </w:r>
    </w:p>
    <w:p>
      <w:r>
        <w:rPr>
          <w:b/>
        </w:rPr>
        <w:t xml:space="preserve">[1:32:22] </w:t>
      </w:r>
      <w:r>
        <w:t>aap bahut achhe, okay, woh hain exchange karne ka maada aap ke andar hai. bahut achha exchange chalta hai aapse external issues par. aur jaise hi baat aayi jahan aap ke aap ki zaat anwaal ho, kuch aap ko aap ki zaat touch kar rahi ho, wahan kuch apni ghalti ko maan na padta ho aap ko. wahan par achaanak aap doosre insaan ban jate hain.</w:t>
      </w:r>
    </w:p>
    <w:p>
      <w:pPr>
        <w:jc w:val="right"/>
      </w:pPr>
      <w:r>
        <w:t>آپبہتاچھے، اوکے، وہہیں ایکسچینجکرنےکا مادہآپکےاندرہے۔ بہتاچھا ایکسچینجچلتاہےآپسےایکسٹرنلایشوزپر۔اور جیسےہیباتآئی جہاںآپ کے آپ کیذاتانوالوہو، کچھآپ کو آپ کیذات ٹچ کررہیہو،وہاں کچھ اپنی غلطیکومان نا پڑتاہوآپکو۔وہاںپر اچانکآپ دوسرےانسانبنجاتےہیں۔</w:t>
      </w:r>
    </w:p>
    <w:p>
      <w:r>
        <w:rPr>
          <w:b/>
        </w:rPr>
        <w:t xml:space="preserve">[1:32:48] </w:t>
      </w:r>
      <w:r>
        <w:t>objectivity khatm ho jati hai aap ki. yeh hai logon ka haal.</w:t>
      </w:r>
    </w:p>
    <w:p>
      <w:pPr>
        <w:jc w:val="right"/>
      </w:pPr>
      <w:r>
        <w:t>ابجیکٹوٹی ختمہوجاتیہےآپکی۔ یہ ہےلوگوںکاحال۔</w:t>
      </w:r>
    </w:p>
    <w:p>
      <w:r>
        <w:rPr>
          <w:b/>
        </w:rPr>
        <w:t xml:space="preserve">[1:32:55] </w:t>
      </w:r>
      <w:r>
        <w:t>to main yeh kahunga ki har aadmi, har aadmi, har aadmi sab se pehle apni merciless deconditioning kare. tab usko sachai milegi, tab woh iske baad hi woh saccha daai banega.</w:t>
      </w:r>
    </w:p>
    <w:p>
      <w:pPr>
        <w:jc w:val="right"/>
      </w:pPr>
      <w:r>
        <w:t>تو میںیہکہوںگاکہہرآدمی، ہرآدمی،ہرآدمی سبسےپہلے اپنی مر سی لیس ڈیکنڈیشننگکرے۔ تباسکو سچائیملےگی، تب وہ اسکےبعد ہیوہ سچاداعیبنےگا۔</w:t>
      </w:r>
    </w:p>
    <w:p>
      <w:r>
        <w:rPr>
          <w:b/>
        </w:rPr>
        <w:t xml:space="preserve">[1:33:11] </w:t>
      </w:r>
      <w:r>
        <w:t>yeh hamein karna hi karna hai. This question is from Mr. Nafees Shiraz. meri bhatiji ek beauty contest mein participate karna chahti hai.</w:t>
      </w:r>
    </w:p>
    <w:p>
      <w:pPr>
        <w:jc w:val="right"/>
      </w:pPr>
      <w:r>
        <w:t>یہہمیںکرناہیکرناہے۔ Thisquestion is from مسٹرنفیسشیراز ۔میری بھتیجی ایک بیوٹی کانٹیسٹمیںپارٹیسپیٹکرناچاہتیہے۔</w:t>
      </w:r>
    </w:p>
    <w:p>
      <w:r>
        <w:rPr>
          <w:b/>
        </w:rPr>
        <w:t xml:space="preserve">[1:33:22] </w:t>
      </w:r>
      <w:r>
        <w:t>isne poocha hai Islami shariat ke mutabiq kya woh beauty contest mein bhaag le sakti hai ya nahin? yeh beauty contest mein isko, yaani mere paas bahut hi sakht words hain iske liye.</w:t>
      </w:r>
    </w:p>
    <w:p>
      <w:pPr>
        <w:jc w:val="right"/>
      </w:pPr>
      <w:r>
        <w:t>اسنے پوچھاہے اسلامی شریعتکےمط ابق کیا وہ بیوٹیکانٹیسٹمیں بھاگلےسکتیہے یانہیں ؟ یہ بیوٹیکانٹیسٹ میںاسکو ،یعنی میرےپاسبہت ہی سخت ورڈہیںاسکےلیے۔</w:t>
      </w:r>
    </w:p>
    <w:p>
      <w:r>
        <w:rPr>
          <w:b/>
        </w:rPr>
        <w:t xml:space="preserve">[1:33:38] </w:t>
      </w:r>
      <w:r>
        <w:t>unko mere paas bhej dein, bataunga unko. yahan main kuch nahin keh sakta. woh aadmi mere saamne aaye jo is mein shairi khona chahta hai to bataunga usko kya hamakat hai yeh.</w:t>
      </w:r>
    </w:p>
    <w:p>
      <w:pPr>
        <w:jc w:val="right"/>
      </w:pPr>
      <w:r>
        <w:t>انکومیرےپاسبھیجدیں،بتاؤںگاانکو۔ یہاںمیں کچھنہیںکہہسکتا۔وہآدمیمیرے سامنےآئےجو اسمیں شاعریکھوناچاہتاہےتوبتاؤںگااسکوکیاحماقتہےیہ۔</w:t>
      </w:r>
    </w:p>
    <w:p>
      <w:r>
        <w:rPr>
          <w:b/>
        </w:rPr>
        <w:t xml:space="preserve">[1:33:47] </w:t>
      </w:r>
      <w:r>
        <w:t>isko main deewangi, madness samajhta hoon. madness</w:t>
      </w:r>
    </w:p>
    <w:p>
      <w:pPr>
        <w:jc w:val="right"/>
      </w:pPr>
      <w:r>
        <w:t>اسکومیںدیوانگی، میڈنسسمجھتاہوں۔میڈنس</w:t>
      </w:r>
    </w:p>
    <w:p>
      <w:r>
        <w:rPr>
          <w:b/>
        </w:rPr>
        <w:t xml:space="preserve">[1:33:52] </w:t>
      </w:r>
      <w:r>
        <w:t>yeh yeh beauty contest nahin hota, woh madness hota hai. agar koi janna chahta hai detail to mere paas aaye, main bataunga usko. This question is from Mr. Zubair.</w:t>
      </w:r>
    </w:p>
    <w:p>
      <w:pPr>
        <w:jc w:val="right"/>
      </w:pPr>
      <w:r>
        <w:t>یہ یہ بیوٹیکانٹیسٹنہیںہوتا،وہمیڈنسہوتاہے۔ اگرکوئیجانناچاہتاہےڈیٹیلتومیرےپاسآئے،میںبتاؤںگااسکو ۔ Thisquestion isfrom مسٹرزبیر۔</w:t>
      </w:r>
    </w:p>
    <w:p>
      <w:r>
        <w:rPr>
          <w:b/>
        </w:rPr>
        <w:t xml:space="preserve">[1:34:02] </w:t>
      </w:r>
      <w:r>
        <w:t>in one hadith Rasool Allah said "I leave behind me two things: the کتاب and my سنت, and in another he said the کتاب and Ahl-e-Bait." Which hadith is more reliable?</w:t>
      </w:r>
    </w:p>
    <w:p>
      <w:pPr>
        <w:jc w:val="right"/>
      </w:pPr>
      <w:r>
        <w:t>ان ون حدیث رسول اللہ سیڈ "I leave behind me two things: theکتاب andmy سنت, and inanother hesaid the کتاب and اہلبیت." Whichحدیث is more relia</w:t>
      </w:r>
    </w:p>
    <w:p>
      <w:r>
        <w:rPr>
          <w:b/>
        </w:rPr>
        <w:t xml:space="preserve">[1:34:17] </w:t>
      </w:r>
      <w:r>
        <w:t>In which hadith book can we find these two hadith? Haan, main jaanta hoon is hadith mein unhone izafa kar rakha hai "Kitab Allah".</w:t>
      </w:r>
    </w:p>
    <w:p>
      <w:pPr>
        <w:jc w:val="right"/>
      </w:pPr>
      <w:r>
        <w:t>ble ? Inwhich حدیث book canwe find these two حدیث؟ ہاں، میںجانتاہوںاسحدیثمیں انہوںنےاضافہکررکھاہے"کتاب اللہ"۔</w:t>
      </w:r>
    </w:p>
    <w:p>
      <w:r>
        <w:rPr>
          <w:b/>
        </w:rPr>
        <w:t xml:space="preserve">[1:34:30] </w:t>
      </w:r>
      <w:r>
        <w:t>yeh main jaanta hoon, yaani "taraktu fil mustaqbal" "Kitab Allah". bilkul ridiculous baat hai aesa ke Rasool Allah yeh kahein ki main do cheez chhod raha hoon: Khuda ki kitab aur apne khandan.</w:t>
      </w:r>
    </w:p>
    <w:p>
      <w:pPr>
        <w:jc w:val="right"/>
      </w:pPr>
      <w:r>
        <w:t>یہمیںجانتاہوں، یعنی"ترکت فی المست قبل" "کتاب اللہ"۔ بالکل ریڈیکولسباتہےعیسیٰکےرسولاللہیہکہیں کہمیں دو چیزچھوڑرہاہوں:خداکیکتاب اوراپنے خاندان۔</w:t>
      </w:r>
    </w:p>
    <w:p>
      <w:r>
        <w:rPr>
          <w:b/>
        </w:rPr>
        <w:t xml:space="preserve">[1:34:42] </w:t>
      </w:r>
      <w:r>
        <w:t>kaun yeh kaam naseen ka hai samajhne ke liye? ek bilkul lafzi baat</w:t>
      </w:r>
    </w:p>
    <w:p>
      <w:pPr>
        <w:jc w:val="right"/>
      </w:pPr>
      <w:r>
        <w:t>کون یہکامنسینسکافیہےسمجھنےکےلیے؟ایکبالکللغوبات</w:t>
      </w:r>
    </w:p>
    <w:p>
      <w:r>
        <w:rPr>
          <w:b/>
        </w:rPr>
        <w:t xml:space="preserve">[1:34:46] </w:t>
      </w:r>
      <w:r>
        <w:t>hai, yeh koi kahani ki baat hai. Paighambar e Islam bolega la shabaha yeh mauzu hai,</w:t>
      </w:r>
    </w:p>
    <w:p>
      <w:pPr>
        <w:jc w:val="right"/>
      </w:pPr>
      <w:r>
        <w:t>ہے، یہکوئیکہانیکیباتہے۔پیغمبرایسابولےگاب لاشبہیہموضوعہے،</w:t>
      </w:r>
    </w:p>
    <w:p>
      <w:r>
        <w:rPr>
          <w:b/>
        </w:rPr>
        <w:t xml:space="preserve">[1:34:55] </w:t>
      </w:r>
      <w:r>
        <w:t>yaani sunnat ko ahl-e-bait bana diya hai. to ek riwayat yeh hai jo sahi riwayat hai "taraktu fil mustaqbal" "Kitab Allah" aur "Sunnat".</w:t>
      </w:r>
    </w:p>
    <w:p>
      <w:pPr>
        <w:jc w:val="right"/>
      </w:pPr>
      <w:r>
        <w:t>یعنی سن تیکوعترتیبنادیا ہے۔ تو ایک روایت یہہے جو صحیحروایتہے "ترکت فی المست قبل" "کتاب اللہ"و"سنت ی"۔</w:t>
      </w:r>
    </w:p>
    <w:p>
      <w:r>
        <w:rPr>
          <w:b/>
        </w:rPr>
        <w:t xml:space="preserve">[1:35:05] </w:t>
      </w:r>
      <w:r>
        <w:t>sab ko in mein do bhaari cheezein de raha hoon, tum ko chhod ke ja raha hoon: ek Khuda ki kitab aur ek sunnat. yeh hai</w:t>
      </w:r>
    </w:p>
    <w:p>
      <w:pPr>
        <w:jc w:val="right"/>
      </w:pPr>
      <w:r>
        <w:t>سب کو ان میں دوبھاریچیز د ےرہاہوں،تمکو چھوڑکےجارہاہوں: ایکخداکیکتاب اورایک سنت ۔ یہہے</w:t>
      </w:r>
    </w:p>
    <w:p>
      <w:r>
        <w:rPr>
          <w:b/>
        </w:rPr>
        <w:t xml:space="preserve">[1:35:16] </w:t>
      </w:r>
      <w:r>
        <w:t>to is ko kiya bana diya? "kitabullah" a.t.r.ti, khuda ki kitab aur aur apna khandan.</w:t>
      </w:r>
    </w:p>
    <w:p>
      <w:pPr>
        <w:jc w:val="right"/>
      </w:pPr>
      <w:r>
        <w:t>تو اسکوکیابنادیا؟ "کتاب اللہ"ع تر تی، خداکیکتاب اور اور اپناخاندان۔</w:t>
      </w:r>
    </w:p>
    <w:p>
      <w:r>
        <w:rPr>
          <w:b/>
        </w:rPr>
        <w:t xml:space="preserve">[1:35:25] </w:t>
      </w:r>
      <w:r>
        <w:t>bilkul besli sab baat hai yeh. aap ko aap jaanna chahein, aap ko tafseel to aap in ki kitab padhiye, woh "silsila ahadees" woh mauzuha "al mauzuat" jo hai,</w:t>
      </w:r>
    </w:p>
    <w:p>
      <w:pPr>
        <w:jc w:val="right"/>
      </w:pPr>
      <w:r>
        <w:t>بالکل بیسلیسباتہےیہ۔ آپکوآپجانناچاہیں،آپکوتفصیل توآپ انکیکتاب پڑھیے، وہ "سلسلہ احادیث" وہ موضوعہ "الموضوعات"جوہے،</w:t>
      </w:r>
    </w:p>
    <w:p>
      <w:r>
        <w:rPr>
          <w:b/>
        </w:rPr>
        <w:t xml:space="preserve">[1:35:41] </w:t>
      </w:r>
      <w:r>
        <w:t>yahan par tafseel mein nahi bata sakta aap ko. aap ko detail chahiye to</w:t>
      </w:r>
    </w:p>
    <w:p>
      <w:pPr>
        <w:jc w:val="right"/>
      </w:pPr>
      <w:r>
        <w:t>یہاںپر تفصیل میںنہیںبتاسکتاآپکو ۔آپ کو ڈیٹیلچاہیےتو</w:t>
      </w:r>
    </w:p>
    <w:p>
      <w:r>
        <w:rPr>
          <w:b/>
        </w:rPr>
        <w:t xml:space="preserve">[1:35:45] </w:t>
      </w:r>
      <w:r>
        <w:t>detail maujood hai, ulama ne is ki tehqeeq karke bata diya hai aap ko. This question is from Miss Naghma. The basis of reformist to think and then act,</w:t>
      </w:r>
    </w:p>
    <w:p>
      <w:pPr>
        <w:jc w:val="right"/>
      </w:pPr>
      <w:r>
        <w:t>ڈیٹیلموجود ہے،علم اءنےاسکیتحقیقکرکےبتادیاہےآپکو۔ Thisquestion is from مس نغمہ ۔The bas is of reform istothink and then act,</w:t>
      </w:r>
    </w:p>
    <w:p>
      <w:r>
        <w:rPr>
          <w:b/>
        </w:rPr>
        <w:t xml:space="preserve">[1:35:59] </w:t>
      </w:r>
      <w:r>
        <w:t>but this is very difficult. Please advise how to make a habit of thinking and then acting. difficult nahi hai, yeh sab se zyada aasan hai.</w:t>
      </w:r>
    </w:p>
    <w:p>
      <w:pPr>
        <w:jc w:val="right"/>
      </w:pPr>
      <w:r>
        <w:t>but thisisverydifficult .Please adv isehow tomakeahabit of think ing andthen act ing. ڈیفیکلٹنہیںہے، یہ سبسےزیادہ آسانہے۔</w:t>
      </w:r>
    </w:p>
    <w:p>
      <w:r>
        <w:rPr>
          <w:b/>
        </w:rPr>
        <w:t xml:space="preserve">[1:36:13] </w:t>
      </w:r>
      <w:r>
        <w:t>kyun?</w:t>
      </w:r>
    </w:p>
    <w:p>
      <w:pPr>
        <w:jc w:val="right"/>
      </w:pPr>
      <w:r>
        <w:t>کیوں ؟</w:t>
      </w:r>
    </w:p>
    <w:p>
      <w:r>
        <w:rPr>
          <w:b/>
        </w:rPr>
        <w:t xml:space="preserve">[1:36:14] </w:t>
      </w:r>
      <w:r>
        <w:t>personal matter baat hi karta hai. duniya mein kaun hai ke personal matter pe aadmi yeh na karta ho? jahan aap jahan aap serious hote hain ke mujhe koi nuqsan na hona chahiye, ho jaise ek business karna hai aap ko, aap ko koi kapda khareedna hai, aap ko machine khareedna hai to khoob jaanch partaal karte hain taake koi is mein mujhe baat bigad na jaye.</w:t>
      </w:r>
    </w:p>
    <w:p>
      <w:pPr>
        <w:jc w:val="right"/>
      </w:pPr>
      <w:r>
        <w:t>پرسنلمیٹرباتیہیکرتاہے۔ دنیا میںکونہےکہپرسنلمیٹرپہآدمی یہنہکرتاہو ؟ جہاںآپ جہ اںآپ سیریسہوتےہیں کہمجھےکوئینقصاننہہوناچاہیے،ہو جیسےایکبزنسکرناہےآپکو ،آپکو کوئی کپڑاخریدناہے، آپکوئیمشینخریدناہےتوخوب جانچپڑتال کرتےہیں تاکہکوئی اسمیںمجھے باتبگڑنہجائے۔</w:t>
      </w:r>
    </w:p>
    <w:p>
      <w:r>
        <w:rPr>
          <w:b/>
        </w:rPr>
        <w:t xml:space="preserve">[1:36:44] </w:t>
      </w:r>
      <w:r>
        <w:t>to thinking se aadmi shuru karta hai apne ankaamon ko jahan is ko samajhta hai ke kahaan, mein faida nuqsan jura hua hai.</w:t>
      </w:r>
    </w:p>
    <w:p>
      <w:pPr>
        <w:jc w:val="right"/>
      </w:pPr>
      <w:r>
        <w:t>تو تھنکنگہیسےآدمی شروع کرتاہےاپنے انکاموںکوجہاںاسکو سمجھتاہےکہہاں، میں فائدہنقصانجڑاہواہے۔</w:t>
      </w:r>
    </w:p>
    <w:p>
      <w:r>
        <w:rPr>
          <w:b/>
        </w:rPr>
        <w:t xml:space="preserve">[1:36:55] </w:t>
      </w:r>
      <w:r>
        <w:t>deen ke maamle mein aesa nahi karta. yeh masla hai contradiction ka, double standard ka. insaan ke mizaj mein pehle soche phir kare woh, lekin log karte hain zaati maamle mein, karte hain is ko apply aur deen ke maamle mein nahi karte.</w:t>
      </w:r>
    </w:p>
    <w:p>
      <w:pPr>
        <w:jc w:val="right"/>
      </w:pPr>
      <w:r>
        <w:t>دینکےمعاملےمیںایسانہیںکرتا۔ یہمسئلہہے کنٹراڈکشنکا، ڈبل اسٹینڈرڈکا۔ انسانکے مزاجمیں پہلے سوچے پھر کرےوہ، لیکن لوگ کرتے ہیں ذاتیمعاملےمیں،کرتےہیںاسکو اپلائی اور دینکےمعاملےمیںنہیںکرتے۔</w:t>
      </w:r>
    </w:p>
    <w:p>
      <w:r>
        <w:rPr>
          <w:b/>
        </w:rPr>
        <w:t xml:space="preserve">[1:37:13] </w:t>
      </w:r>
      <w:r>
        <w:t>ek ek bimbi mein ek ek business meena hai to ek sahib wahan gaye, hamare ek saathi to woh apna kuch aesi riwayati Islam jo hota hai,</w:t>
      </w:r>
    </w:p>
    <w:p>
      <w:pPr>
        <w:jc w:val="right"/>
      </w:pPr>
      <w:r>
        <w:t>ایک ایکبمبئیمیںایک ایک بزنسمینہےتو ایک صاحبوہاںگئے،ہمارےایکساتھی تو وہ اپنا کچھ ایسی روایتی اسلام جوہوتاہے،</w:t>
      </w:r>
    </w:p>
    <w:p>
      <w:r>
        <w:rPr>
          <w:b/>
        </w:rPr>
        <w:t xml:space="preserve">[1:37:29] </w:t>
      </w:r>
      <w:r>
        <w:t>woh in ke yahan hota hai. woh samajhte hain ke bas hamara jannat to pakki ho gayi</w:t>
      </w:r>
    </w:p>
    <w:p>
      <w:pPr>
        <w:jc w:val="right"/>
      </w:pPr>
      <w:r>
        <w:t>وہ انکےہاںہوتاہے۔وہسمجھتےہیںکہبسہمارا جنت توپکیہوگئی</w:t>
      </w:r>
    </w:p>
    <w:p>
      <w:r>
        <w:rPr>
          <w:b/>
        </w:rPr>
        <w:t xml:space="preserve">[1:37:33] </w:t>
      </w:r>
      <w:r>
        <w:t>hamari. to unhon ne kuch in ko kaha ke koi jo mazhab, koi jo deeper maani hai, is ko batana chaha unhon ne.</w:t>
      </w:r>
    </w:p>
    <w:p>
      <w:pPr>
        <w:jc w:val="right"/>
      </w:pPr>
      <w:r>
        <w:t>ہماری۔ تو انہوںنے کچھ انکو کہاکہ کوئی جو مذہب،کوئی جو ڈیپر معنیہے، اسکوبتاناچاہاانہوںنے۔</w:t>
      </w:r>
    </w:p>
    <w:p>
      <w:r>
        <w:rPr>
          <w:b/>
        </w:rPr>
        <w:t xml:space="preserve">[1:37:45] </w:t>
      </w:r>
      <w:r>
        <w:t>to unhon ne kiya kaha? are bhai, tum beta deep pe kyun jaate ho? matlab yeh jo hum ne pakad rakha hai, kuch ritual, jis ritual se humein jannat mil rahi hai, to hum deeper sense Islam kiya hai? is ko hum kyun jaanein?</w:t>
      </w:r>
    </w:p>
    <w:p>
      <w:pPr>
        <w:jc w:val="right"/>
      </w:pPr>
      <w:r>
        <w:t>توانہوںنےکیا کہا؟ ارےبھائی،تمبیٹاڈیپپہکیوںجاتےہو؟ مطلب یہجو ہمنےپکڑرکھاہے،کچھ ریچول، جس ریچولسےہمیںجنتملیرہیہے،توہم ڈیپر سینس اسلام کیاہے؟اسکوہمکیوںجانیں؟</w:t>
      </w:r>
    </w:p>
    <w:p>
      <w:r>
        <w:rPr>
          <w:b/>
        </w:rPr>
        <w:t xml:space="preserve">[1:38:02] </w:t>
      </w:r>
      <w:r>
        <w:t>to wahan par woh is mein agar income tax ka notice aajaye to khoob is pe deep pe jayenge. woh</w:t>
      </w:r>
    </w:p>
    <w:p>
      <w:pPr>
        <w:jc w:val="right"/>
      </w:pPr>
      <w:r>
        <w:t>تو وہاںپر وہ اسمیںاگر انکمٹیکسکا نوٹسآجائے تو خوباسپہڈیپپہجائیںگے۔وہ</w:t>
      </w:r>
    </w:p>
    <w:p>
      <w:r>
        <w:rPr>
          <w:b/>
        </w:rPr>
        <w:t xml:space="preserve">[1:38:10] </w:t>
      </w:r>
      <w:r>
        <w:t>koi business man aesa nahi hai ke income tax office se is ke paas ek aajaye, ek notice, is ke is ke deep mein woh na jaye.</w:t>
      </w:r>
    </w:p>
    <w:p>
      <w:pPr>
        <w:jc w:val="right"/>
      </w:pPr>
      <w:r>
        <w:t>کوئی بزنس مینایسانہیںہے کہ انکمٹیکس آفسسےاسکےپاسایکآجائے، ایک نوٹس، اسکے اسکےڈیپمیںوہنہجائے۔</w:t>
      </w:r>
    </w:p>
    <w:p>
      <w:r>
        <w:rPr>
          <w:b/>
        </w:rPr>
        <w:t xml:space="preserve">[1:38:23] </w:t>
      </w:r>
      <w:r>
        <w:t>lekin deen ke maamle mein batata hai ke are, deep pe kaun jaata hai? chhod is ko, kyunke aap ne samajhte hain ke yeh glass rakha hai, paani peena hai. humein ab hum ne kiya kiya?</w:t>
      </w:r>
    </w:p>
    <w:p>
      <w:pPr>
        <w:jc w:val="right"/>
      </w:pPr>
      <w:r>
        <w:t>لیکن دینکےمعاملےمیںبتاتاہےکہارے،ڈیپپہکونجاتاہے؟چھوڑواسکو، کیونکہآپنےسمجھتےہیںکہیہ گلاسرکھاہے، پانیپیناہے۔ہمیں ابہمنےکیا کیا؟</w:t>
      </w:r>
    </w:p>
    <w:p>
      <w:r>
        <w:rPr>
          <w:b/>
        </w:rPr>
        <w:t xml:space="preserve">[1:38:35] </w:t>
      </w:r>
      <w:r>
        <w:t>bismillah rahmanalrahim ka ek paani piya aur teen baar mein piya to bas jannat mil gayi.</w:t>
      </w:r>
    </w:p>
    <w:p>
      <w:pPr>
        <w:jc w:val="right"/>
      </w:pPr>
      <w:r>
        <w:t>بسماللہ الرحمنالرحیمکاایکپانیپیااورتینبارمیںپیا توبسجنتملگئی۔</w:t>
      </w:r>
    </w:p>
    <w:p>
      <w:r>
        <w:rPr>
          <w:b/>
        </w:rPr>
        <w:t xml:space="preserve">[1:38:40] </w:t>
      </w:r>
      <w:r>
        <w:t>daayein haath se pakda, aajkal jo kiya sikhaya jaata hai musalmanon ko kaha uthao to daayein haath se uthao aur bismillah rahmanalrahim kaho aur teen baar mein piyo, bas jannat pakki ho gayi. to phir kiya zaroorat hai woh deep pe jaane ki? is ko yeh Islam jo phailaya gaya hai,</w:t>
      </w:r>
    </w:p>
    <w:p>
      <w:pPr>
        <w:jc w:val="right"/>
      </w:pPr>
      <w:r>
        <w:t>دائیںہاتھسےپکڑا، آجکلجوکیاسکھایاجاتاہےمسلمانوںکو کہاٹھاؤتودائیںہاتھسےاٹھاؤ اور بسماللہ الرحمنالرحیمکہو اور تینبار میںپیو، بسجنتپکیہوگئی۔توپھرکیاضرورتہےوہڈیپپہجانےکی؟اسکو یہ اسلام جوپھیلایاگیاہے،</w:t>
      </w:r>
    </w:p>
    <w:p>
      <w:r>
        <w:rPr>
          <w:b/>
        </w:rPr>
        <w:t xml:space="preserve">[1:38:59] </w:t>
      </w:r>
      <w:r>
        <w:t>is qism ka is ne logon ko bohat zyada dhoke mein daal rakha hai, bohat dhoke mein daal rakha hai. dhoke mein kaha logon ko double standard bana diya hai, double standard</w:t>
      </w:r>
    </w:p>
    <w:p>
      <w:pPr>
        <w:jc w:val="right"/>
      </w:pPr>
      <w:r>
        <w:t>اسقسم کا اسنےلوگوںکوبہت زیادہ دھوکےمیںڈالرکھاہے، بہت دھوکےمیںڈالرکھاہے۔ دھوکےمیںکہالوگوںکو ڈبل اسٹینڈرڈبنادیاہے،ڈبلاسٹینڈر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